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41 questions · category Life &amp; Wisdom · full transcripts with timestamps · exported 2026-09-21</w:t>
      </w:r>
    </w:p>
    <w:p>
      <w:pPr>
        <w:pStyle w:val="Heading2"/>
      </w:pPr>
      <w:r>
        <w:t>Advice for Madrasa Students and Book Fair</w:t>
      </w:r>
    </w:p>
    <w:p>
      <w:r>
        <w:rPr>
          <w:color w:val="666666"/>
          <w:sz w:val="18"/>
        </w:rPr>
        <w:t>Life &amp; Wisdom · In Conversation on Maulana Wahiduddin Khan with Omries October 9, 2022 · 20m 57s · at 56:29 · https://youtu.be/zMfnWSEr95I?t=3389</w:t>
      </w:r>
    </w:p>
    <w:p>
      <w:r>
        <w:rPr>
          <w:i/>
        </w:rPr>
        <w:t>“What should madrasa students do? Also, you recently participated in the International Book Fair in Lucknow where CPS and Goodword Books had a stall. What was your experience?”</w:t>
      </w:r>
    </w:p>
    <w:p>
      <w:r>
        <w:rPr>
          <w:sz w:val="20"/>
        </w:rPr>
        <w:t>56:29  lekin ek sawal mujhe important laga. ah yeh Tariq Bader sahib ne Lahore Pakistan se bheja hai, wahan pe un ka poora group yeh program ko dekh raha hai.</w:t>
      </w:r>
      <w:r>
        <w:br/>
      </w:r>
      <w:r>
        <w:rPr>
          <w:sz w:val="20"/>
        </w:rPr>
        <w:t>56:39  to unhon ne kaha ke madrasa ke students ko kya karna chahiye? ah is ke saath hi main yeh bhi jodna chahunga ke aap ne zikr bhi kiya Maulana Israr sahib, haal hi mein aap ne ah Lucknow mein International Book Fair mein participate kiya jis mein CPS aur Good Word Books ka</w:t>
      </w:r>
      <w:r>
        <w:br/>
      </w:r>
      <w:r>
        <w:rPr>
          <w:sz w:val="20"/>
        </w:rPr>
        <w:t>56:57  stall tha. ah to aap ka kya experience raha? to in dono ah sawalon ko aap ek jawab mein main chahunga ke yeh hum sab ko batayein.</w:t>
      </w:r>
      <w:r>
        <w:br/>
      </w:r>
      <w:r>
        <w:rPr>
          <w:sz w:val="20"/>
        </w:rPr>
        <w:t>57:06  is ke baad phir main aapse aakhri sawal poochna chahunga aaj ke session ke liye. ji ah madrasay ke talaba ke liye umooman jab madrasay ke talaba ke silsile mein baat hoti hai to log kehte hain ke is ke syllabus ko change kiya jaye, yeh kiya jaye.</w:t>
      </w:r>
      <w:r>
        <w:br/>
      </w:r>
      <w:r>
        <w:rPr>
          <w:sz w:val="20"/>
        </w:rPr>
        <w:t>57:22  to Maulana se ek sahib ne yeh baat ki to Maulana ne un ko khoob daanta, hammering ki.</w:t>
      </w:r>
      <w:r>
        <w:br/>
      </w:r>
      <w:r>
        <w:rPr>
          <w:sz w:val="20"/>
        </w:rPr>
        <w:t>57:27  dekhein, jo cheez hum badla nahin sakte us ke bare mein hum soch nahin sakte hain, lekin ek kaam zaroor kar sakte hain, woh hai ke hum Maulana ka literature un ko pahuncha sakte hain aur padha sakte hain.</w:t>
      </w:r>
      <w:r>
        <w:br/>
      </w:r>
      <w:r>
        <w:rPr>
          <w:sz w:val="20"/>
        </w:rPr>
        <w:t>57:36  yeh jo Maulana ka literature hai, yeh madrasay ke talaba ke liye ek bridging role ada kar sakta hai. Ji bilkul, in ko madrasay ki jo, kyunke madrasay mein jo Quran o Hadees padhaye jatay hain aur traditional knowledge bhi ek Islamic scholar ke liye zaroori hai.</w:t>
      </w:r>
      <w:r>
        <w:br/>
      </w:r>
      <w:r>
        <w:rPr>
          <w:sz w:val="20"/>
        </w:rPr>
        <w:t>57:51  Ji is ke liye sath is ko Hadees mein aata hai: "in yakun baseeran bi</w:t>
      </w:r>
      <w:r>
        <w:br/>
      </w:r>
      <w:r>
        <w:rPr>
          <w:sz w:val="20"/>
        </w:rPr>
        <w:t>57:55  zamani" . Yeh hai ke aadmi apne zamane se bhi aware ho. Hmm to Maulana ka literature is ko zamane se aware karega. Ab mein samajhta hoon ke ab madaris mein is ka shaoor, is ka ek awaken aaya hai ke hum ah door jadeed ko jaane baghair kuch kar nahi sakte hain.</w:t>
      </w:r>
      <w:r>
        <w:br/>
      </w:r>
      <w:r>
        <w:rPr>
          <w:sz w:val="20"/>
        </w:rPr>
        <w:t>58:11  Ji to is ke hisab se in ke paas koi literature nahi hai, ek khala, ek yeh paida hua hai. To hum is ko bhar sak, pur kar sak</w:t>
      </w:r>
      <w:r>
        <w:br/>
      </w:r>
      <w:r>
        <w:rPr>
          <w:sz w:val="20"/>
        </w:rPr>
        <w:t>58:19  te hain. Maulana ke jo literatures hain, is ko agar hum pahunchayen, خصوصاً teen kitaben ek beginners madrasay ke students ke liye bohat zaroori hain.</w:t>
      </w:r>
      <w:r>
        <w:br/>
      </w:r>
      <w:r>
        <w:rPr>
          <w:sz w:val="20"/>
        </w:rPr>
        <w:t>58:28  Woh mere hisab se ek Maulana ki mutala, mutala Quran, mutala Hadees, mutala Seerat. Ji chuna ke teen basic reference hain. Ji Ji Quran, Hadees aur Seerah.</w:t>
      </w:r>
      <w:r>
        <w:br/>
      </w:r>
      <w:r>
        <w:rPr>
          <w:sz w:val="20"/>
        </w:rPr>
        <w:t>58:38  To in par Maulana ne bohat achhi teen kitaben likhi hain. Ji is ko padhenge to is ko woh samajh mein aa jayegi ke Quran, Hadees aur Seerat ka hum kaise applied way mein layen. Ji is ko kaise aap apne zamane ke mutabiq le sakte hain.</w:t>
      </w:r>
      <w:r>
        <w:br/>
      </w:r>
      <w:r>
        <w:rPr>
          <w:sz w:val="20"/>
        </w:rPr>
        <w:t>58:50  To yeh teen kitaben har madrasay ke students ko aur aalim ko padhna chahiye. Pehli baat yeh, yeh bohat impor</w:t>
      </w:r>
      <w:r>
        <w:br/>
      </w:r>
      <w:r>
        <w:rPr>
          <w:sz w:val="20"/>
        </w:rPr>
        <w:t>58:56  tant hai. Yahan pe mein yeh bhi kehna chahunga ke CPS International bhi reach out kar raha hai. Ah tamam madaris mein jo students hain aur jo un ke principals hain, yeh ek hamari koshish hai.</w:t>
      </w:r>
      <w:r>
        <w:br/>
      </w:r>
      <w:r>
        <w:rPr>
          <w:sz w:val="20"/>
        </w:rPr>
        <w:t>59:08  Ah agar aap madrasa ke student hain aur aap ko yeh kitaben chahiye jo abhi Maulana Israr sahib ne kaha to aap zaroor humein likhen: info@cpsglobal.org pe apni thori si detail aur poora address, pincode aur phone number ke sath to hum aap ko yeh kitaben zaroor pahuncha denge.</w:t>
      </w:r>
      <w:r>
        <w:br/>
      </w:r>
      <w:r>
        <w:rPr>
          <w:sz w:val="20"/>
        </w:rPr>
        <w:t>59:26  Ah Ji Maulana Israr sahib, aap kuch aur bhi add karna chah rahe the. Is book fair ke silsilay mein bhi aap ka sawal tha. To book fairs mein jab hum shamil hotay the to pehle mujhe khayal hota tha ke book fairs mein ah shamil ho ke kiya karen.</w:t>
      </w:r>
      <w:r>
        <w:br/>
      </w:r>
      <w:r>
        <w:rPr>
          <w:sz w:val="20"/>
        </w:rPr>
        <w:t>59:39  Kyun? Lekin ek yeh hai ke book fairs ek bohat hi</w:t>
      </w:r>
      <w:r>
        <w:br/>
      </w:r>
      <w:r>
        <w:rPr>
          <w:sz w:val="20"/>
        </w:rPr>
        <w:t>59:42  achhi field hai jahan par ek dam serious aur parhe likhe log atay hain. Ji to wahan hum bohat hi achhe jin ko intellectuals log kehte hain, serious people tak hum Khuda ke message ko pahuncha sakte hain.</w:t>
      </w:r>
      <w:r>
        <w:br/>
      </w:r>
      <w:r>
        <w:rPr>
          <w:sz w:val="20"/>
        </w:rPr>
        <w:t>59:53  Aur yeh baat yeh bhi hai ke yeh Rasool Allah ki Sunnat ka hi ek extension hai. Kyun ke Rasool Allah jab Makay mein thay, Seerat ki kitabon mein aata tha ke us waqt do teen tarah ke is tarah ke festivals hotay thay jis ko Souq Ukaz kehte hain.</w:t>
      </w:r>
      <w:r>
        <w:br/>
      </w:r>
      <w:r>
        <w:rPr>
          <w:sz w:val="20"/>
        </w:rPr>
        <w:t>1:00:06  Ah Ukaz ka jo market tha, woh Hajj ke mausam ke lihaz se lagta tha. Aur ek market hai, abhi mein naam bhool raha hoon, woh</w:t>
      </w:r>
      <w:r>
        <w:br/>
      </w:r>
      <w:r>
        <w:rPr>
          <w:sz w:val="20"/>
        </w:rPr>
        <w:t>1:00:13  woh Eid yani Arafah ke din se pehle teen din ke liye lagta tha. Is mein jo Arab ke poets rehte thay, woh log aa ke apna jo shairi kalam pesh karte thay.</w:t>
      </w:r>
      <w:r>
        <w:br/>
      </w:r>
      <w:r>
        <w:rPr>
          <w:sz w:val="20"/>
        </w:rPr>
        <w:t>1:00:23  Ji to goya ek literature festival tha. To Hadeeson mein aata hai ke in dono mein Rasool Allah jatay thay, in ko Quran padh ke sunate thay. Ji to wahi hum samajhte hain ke ab jo book fairs hain, Ji ya jo jaisa literature festivals hotay hain, Jaipur hai, Ji Chennai hai, Bangalore ke festivals hotay hain, to hum ja ke jab un ko Quran dete hain to goya Rasool Allah ki isi Sunnat ki tasdeeq hai, yeh isi par hum amal kar rahe hain.</w:t>
      </w:r>
      <w:r>
        <w:br/>
      </w:r>
      <w:r>
        <w:rPr>
          <w:sz w:val="20"/>
        </w:rPr>
        <w:t>1:00:45  Hmm to woh woh samajh mein jab Lucknow book fair mein bhi tha to mujhe yahi ehsas hua ke Maulana kaha karte thay ke jab tum Quran ki koi ayat padhte ho to ehsas karo goya Rasool Allah ne bhi aisa hi padha hai.</w:t>
      </w:r>
      <w:r>
        <w:br/>
      </w:r>
      <w:r>
        <w:rPr>
          <w:sz w:val="20"/>
        </w:rPr>
        <w:t>1:00:57  Ji kyun ke is mein koi changes nahi hue hain. Ji to isi tarah jo hamara da'wah work hai, jo festivals mein karte hain, book fairs mein karte hain, to goya hum Rasool Allah ki isi Sunnat ko baghair change karein ada kar rahe hain.</w:t>
      </w:r>
      <w:r>
        <w:br/>
      </w:r>
      <w:r>
        <w:rPr>
          <w:sz w:val="20"/>
        </w:rPr>
        <w:t>1:01:07  Masha</w:t>
      </w:r>
      <w:r>
        <w:br/>
      </w:r>
      <w:r>
        <w:rPr>
          <w:sz w:val="20"/>
        </w:rPr>
        <w:t>1:01:08  Allah to yeh ek is book fair ke silsilay mein meri ek. Ji mujhe yaad hai ke Maulana Iqbal sahib, hamari networking meeting chal rahi thi CPS International ki aur saade saat aath baje ka waqt tha.</w:t>
      </w:r>
      <w:r>
        <w:br/>
      </w:r>
      <w:r>
        <w:rPr>
          <w:sz w:val="20"/>
        </w:rPr>
        <w:t>1:01:20  Ah to</w:t>
      </w:r>
      <w:r>
        <w:br/>
      </w:r>
      <w:r>
        <w:rPr>
          <w:sz w:val="20"/>
        </w:rPr>
        <w:t>1:01:21  us waqt aap stall pe hi thay Lucknow mein. Ji aur mein sahi mein yeh dil se kehna chah raha hoon ke aap dono bohat hi inspiration hain CPS Ulama team ke liye bhi aur tamam CPS members ke liye ke ah agar ah time allow nahi bhi kar raha to kaise aap time ah time se time nikal lete hain.</w:t>
      </w:r>
      <w:r>
        <w:br/>
      </w:r>
      <w:r>
        <w:rPr>
          <w:sz w:val="20"/>
        </w:rPr>
        <w:t>1:01:41  Ah yeh mein ne us din bhi dekha ke aap stall mein thay lekin aap ne networking meeting mein ah participate kiya. Mein ne Maulana Iqbal sahib se kaha ke ek nazara dikh</w:t>
      </w:r>
      <w:r>
        <w:br/>
      </w:r>
      <w:r>
        <w:rPr>
          <w:sz w:val="20"/>
        </w:rPr>
        <w:t>1:01:49  aiye to unhon ne foran ah jo phone tha us ko stall ki taraf kar diya. To jitne bhi log juray hue thay different countries se, India se, to unhon ne dekha ke kis tarah se interaction ho raha hai aur jo book stall hai woh kitabon se bhara hua tha.</w:t>
      </w:r>
      <w:r>
        <w:br/>
      </w:r>
      <w:r>
        <w:rPr>
          <w:sz w:val="20"/>
        </w:rPr>
        <w:t>1:02:05  boht hi sundar nazara tha. to Maulana Iqbal sahib, koi agar ek interaction agar aap ko yaad ho, agar aap share karna chahein ya kuch aur aap add karna chahein jo Maulana Israr sahib ne kaha.</w:t>
      </w:r>
      <w:r>
        <w:br/>
      </w:r>
      <w:r>
        <w:rPr>
          <w:sz w:val="20"/>
        </w:rPr>
        <w:t>1:02:17  ah</w:t>
      </w:r>
      <w:r>
        <w:br/>
      </w:r>
      <w:r>
        <w:rPr>
          <w:sz w:val="20"/>
        </w:rPr>
        <w:t>1:02:18  dekhiye, yaqeenan jaisa ke Maulana Israr sahib ne kaha ke book fair ek boht bari dawah opportunity hai.</w:t>
      </w:r>
      <w:r>
        <w:br/>
      </w:r>
      <w:r>
        <w:rPr>
          <w:sz w:val="20"/>
        </w:rPr>
        <w:t>1:02:27  aur isi tarah mein jo ek ah is bar Lucknow book fair mein achaanak ek naujawan aaye, naujawan aa ke Maulana ki kitabein dhoondh rahe the idhar udhar se, idhar udhar se.</w:t>
      </w:r>
      <w:r>
        <w:br/>
      </w:r>
      <w:r>
        <w:rPr>
          <w:sz w:val="20"/>
        </w:rPr>
        <w:t>1:02:41  woh thay, un ka naam Prasad, is koi naam tha. to maine kaha kya chahiye? to maine Maulana ki fawafat ke bare mein boht news dekhi.</w:t>
      </w:r>
      <w:r>
        <w:br/>
      </w:r>
      <w:r>
        <w:rPr>
          <w:sz w:val="20"/>
        </w:rPr>
        <w:t>1:02:52  is ke baad se yeh kaun shakhsiyat thay, yeh janne ki koshish kiya. to yeh Maulana hain. to mein is ke baad se video follow kar raha hoon, sun raha hoon. to mein ab aaj kal woh Kerala mein journalism kar rahe hain.</w:t>
      </w:r>
      <w:r>
        <w:br/>
      </w:r>
      <w:r>
        <w:rPr>
          <w:sz w:val="20"/>
        </w:rPr>
        <w:t>1:03:06  to woh yahan isi liye aaye hue hain ke Maulana ki kitabein</w:t>
      </w:r>
      <w:r>
        <w:br/>
      </w:r>
      <w:r>
        <w:rPr>
          <w:sz w:val="20"/>
        </w:rPr>
        <w:t>1:03:09  lein ke book fair laga hua hai, Lucknow ke hain woh. to unhone kaha ke mein Maulana ki falan kitab, falan kitab, falan kitab parhna chahta hoon. to is se mujhe ehsaas hua ke waqai mein book fair mein aise boht se waqiat hue ke mein isi liye aaya hoon ke mujhe Quran mile.</w:t>
      </w:r>
      <w:r>
        <w:br/>
      </w:r>
      <w:r>
        <w:rPr>
          <w:sz w:val="20"/>
        </w:rPr>
        <w:t>1:03:25  ji mein isi liye aaya hoon ke Maulana ki kitabein mile. to is qism se jo ah jo waqai mein readers rehte hain, woh apni intellectual zaroorat ko poori karne ke liye sirf net par hi nahi jaate balkeh aise book fair mein bhi jaate hain.</w:t>
      </w:r>
      <w:r>
        <w:br/>
      </w:r>
      <w:r>
        <w:rPr>
          <w:sz w:val="20"/>
        </w:rPr>
        <w:t>1:03:38  to aise boht se seekers rehte hain jo book fair mein aate hain. to yeh ek acha yeh tha ke Maulana ke inteqal ke baad log Maulana ke bare mein zyada sun rahe hain ab aur logon ko jo hai na baatein samajh mein aa rahi hain.</w:t>
      </w:r>
      <w:r>
        <w:br/>
      </w:r>
      <w:r>
        <w:rPr>
          <w:sz w:val="20"/>
        </w:rPr>
        <w:t>1:03:51  boht se log contact kar rahe hain, boht se log jo hai na ah samajh rahe hain. ji jazak Allah. ah Maulana Israr sahib, aaj ka aakhri sawal session ka.</w:t>
      </w:r>
      <w:r>
        <w:br/>
      </w:r>
      <w:r>
        <w:rPr>
          <w:sz w:val="20"/>
        </w:rPr>
        <w:t>1:04:01  ah aaj Maulana Wahiduddin Khan sahib hamare beech mein nahi hain. ah</w:t>
      </w:r>
      <w:r>
        <w:br/>
      </w:r>
      <w:r>
        <w:rPr>
          <w:sz w:val="20"/>
        </w:rPr>
        <w:t>1:04:07  to CPS risala mission ke hawale se, ah jo dunya bhar mein jo log dawah kaam kar rahe hain, un ke liye koi message aap dena chahenge?</w:t>
      </w:r>
      <w:r>
        <w:br/>
      </w:r>
      <w:r>
        <w:rPr>
          <w:sz w:val="20"/>
        </w:rPr>
        <w:t>1:04:16  aap dono. ji ah waise to mein is laiq nahi hoon ke koi message doon lekin Maulana ki ek baat mein yahan pe woh baat ko message ke taur par dena chahunga.</w:t>
      </w:r>
      <w:r>
        <w:br/>
      </w:r>
      <w:r>
        <w:rPr>
          <w:sz w:val="20"/>
        </w:rPr>
        <w:t>1:04:27  ji ah Maulana se mein 2001 mein mila tha lekin is se ek saal pehle mere kuch senior saathi Maulana se milne ke liye aaye thay. ji</w:t>
      </w:r>
      <w:r>
        <w:br/>
      </w:r>
      <w:r>
        <w:rPr>
          <w:sz w:val="20"/>
        </w:rPr>
        <w:t>1:04:35  to woh bhi dawah team thi. to unhone Maulana se poocha ke aap kuch naseehat karein. ji aur woh log record kar ke la ke mujhe sunayein. ji kyunke mein Maulana ko parhne wala tha to mein Maulana ki awaaz ko boht ghaur se sun raha tha.</w:t>
      </w:r>
      <w:r>
        <w:br/>
      </w:r>
      <w:r>
        <w:rPr>
          <w:sz w:val="20"/>
        </w:rPr>
        <w:t>1:04:47  mujhe achi tarah yaad hai ke mein us waqt dopehar ka waqt tha, dhoop thi. to hamare madrasay mein hi jo classroom ko jaate hue woh garden mein Ashoka trees hote hain to us ke neeche shadow rehta hai.</w:t>
      </w:r>
      <w:r>
        <w:br/>
      </w:r>
      <w:r>
        <w:rPr>
          <w:sz w:val="20"/>
        </w:rPr>
        <w:t>1:04:59  to us par chalte hue hum aage jaate hain. ji to isi saaye mein thehra hua tha to record suna mein. to Maulana ne un logon se kaha dekhein dawah kaam duaon ke saaye mein chalta hai.</w:t>
      </w:r>
      <w:r>
        <w:br/>
      </w:r>
      <w:r>
        <w:rPr>
          <w:sz w:val="20"/>
        </w:rPr>
        <w:t>1:05:09  ji yaqeenan to yeh hamara jo bhi dawah kaam hai woh bas duaon ke saaye mein chalta hai. ji to dua, dua, dua hi message hai hamare liye.</w:t>
      </w:r>
      <w:r>
        <w:br/>
      </w:r>
      <w:r>
        <w:rPr>
          <w:sz w:val="20"/>
        </w:rPr>
        <w:t>1:05:18  jazak Allah. jazak Allah. ji Maulana Iqbal sahib. ah mashaa Allah Maulana ne boht kuch jo bhi likha hai woh sab CPS team ke liye ek dam har baat Maulana ki ah sunhari baat hai.</w:t>
      </w:r>
      <w:r>
        <w:br/>
      </w:r>
      <w:r>
        <w:rPr>
          <w:sz w:val="20"/>
        </w:rPr>
        <w:t>1:05:33  to mein ek zehni taur se kyunke intellectuals ka tabqa zyada samajhna aur parhna chahta hai to ek cheez mein yeh kehna chahta hoon jaisa ke Maulana ne khud likha hai ke ke hum logon ko ah mission culture aur academic culture dono mein is mein farq kar ke chalna chahiye ke mission kya chahta hai, academic kya chahti hai.</w:t>
      </w:r>
      <w:r>
        <w:br/>
      </w:r>
      <w:r>
        <w:rPr>
          <w:sz w:val="20"/>
        </w:rPr>
        <w:t>1:05:55  to hum ek maqsad par lage hue hain, yeh mission ka maqsad hai yaani tauheed ka paigham pohanchana, dawah ke liye khara yeh mission hai ek.</w:t>
      </w:r>
      <w:r>
        <w:br/>
      </w:r>
      <w:r>
        <w:rPr>
          <w:sz w:val="20"/>
        </w:rPr>
        <w:t>1:06:03  ji to hamara har amal mission ke oriented hoga, hamari har baat mission ki nisbat se ki jayegi. hum ko koi jo hai na academic yeh woh aisi waisi baaton se hum ko pareshan nahi hona chahiye.</w:t>
      </w:r>
      <w:r>
        <w:br/>
      </w:r>
      <w:r>
        <w:rPr>
          <w:sz w:val="20"/>
        </w:rPr>
        <w:t>1:06:15  dusra Maulana ka sara literature insan focus hai yaani fard focus hai. to apne liye marifat, doosron ke liye ablagh Quran yaani mass mein hum jo kaam karenge woh Quran pohanchayenge.</w:t>
      </w:r>
      <w:r>
        <w:br/>
      </w:r>
      <w:r>
        <w:rPr>
          <w:sz w:val="20"/>
        </w:rPr>
        <w:t>1:06:26  ji aur apne liye Maulana ki kitabein jitna ho sake parhenge taake in kitabon ko parhne ki wajah se aap ki shakhsiyat banegi. is mein kya aap ko apne aap ko jo hai na izafa iman ka kaam karna hai, yeh sari cheezein is mein maujood hain.</w:t>
      </w:r>
      <w:r>
        <w:br/>
      </w:r>
      <w:r>
        <w:rPr>
          <w:sz w:val="20"/>
        </w:rPr>
        <w:t>1:06:39  to allah taala se dua hai ke allah taala hum ko</w:t>
      </w:r>
      <w:r>
        <w:br/>
      </w:r>
      <w:r>
        <w:rPr>
          <w:sz w:val="20"/>
        </w:rPr>
        <w:t>1:06:42  amal karne ki tofeeq ata farmaye. bahut bahut shukriya molana syed iqbal umri, molana khateeb asrar umri. aaj aap ne bahut achhe se ah cps alrisala mission aur molana wahiduddin khan sahab ke thoughts ko wazeh kiya.</w:t>
      </w:r>
      <w:r>
        <w:br/>
      </w:r>
      <w:r>
        <w:rPr>
          <w:sz w:val="20"/>
        </w:rPr>
        <w:t>1:06:58  jazak allah. a</w:t>
      </w:r>
      <w:r>
        <w:br/>
      </w:r>
      <w:r>
        <w:rPr>
          <w:sz w:val="20"/>
        </w:rPr>
        <w:t>1:07:00  h agar aap dayen hain aur ulma hain aur aap cps alrisala ulma team ko join karna chahte hain to aap apni puri details contact ke sath zarur likhen at info@cpsglobal.org.</w:t>
      </w:r>
      <w:r>
        <w:br/>
      </w:r>
      <w:r>
        <w:rPr>
          <w:sz w:val="20"/>
        </w:rPr>
        <w:t>1:07:16  i will repeat info at cpsglobal.org. hamari team aap ko zarur contact karegi.</w:t>
      </w:r>
      <w:r>
        <w:br/>
      </w:r>
      <w:r>
        <w:rPr>
          <w:sz w:val="20"/>
        </w:rPr>
        <w:t>1:07:26  ah to aaj ka session khatm karne se pehle ek aur bahut ah ah important announcement hai. ah jise ah announce karte hue mujhe behad khushi ho rahi hai.</w:t>
      </w:r>
      <w:r>
        <w:br/>
      </w:r>
      <w:r>
        <w:rPr>
          <w:sz w:val="20"/>
        </w:rPr>
        <w:t>1:07:36  jaisa ke molana asrar sahab aur molana iqbal sahab ne bhi bataya ke kis tarah molana ke literature ko tamil mein laya ja raha hai,</w:t>
      </w:r>
      <w:r>
        <w:br/>
      </w:r>
      <w:r>
        <w:rPr>
          <w:sz w:val="20"/>
        </w:rPr>
        <w:t>1:07:45  isi tarah cps team members ah different ah parts of india and world mein wahi kaam kar rahe hain ke wo molana ke literature ko doosri zubanon mein le ke aa rahe hain.</w:t>
      </w:r>
      <w:r>
        <w:br/>
      </w:r>
      <w:r>
        <w:rPr>
          <w:sz w:val="20"/>
        </w:rPr>
        <w:t>1:07:57  haal hi mein telugu zuban mein molana ka kafi literature translate ho chuka hai aur aaj hum usi ko launch karne ja rahe hain.</w:t>
      </w:r>
      <w:r>
        <w:br/>
      </w:r>
      <w:r>
        <w:rPr>
          <w:sz w:val="20"/>
        </w:rPr>
        <w:t>1:08:05  yeh molana ki taqreeban ah 22 kitaben aur 11 leaflets telugu zuban mein translate ho chuki hain jis ko hum cps ah website pe upload kar chuke hain.</w:t>
      </w:r>
      <w:r>
        <w:br/>
      </w:r>
      <w:r>
        <w:rPr>
          <w:sz w:val="20"/>
        </w:rPr>
        <w:t>1:08:18  ah yeh kaam ah andhra aur telangana cps team ne kiya hai under the supervision of molana fayyaz uddin umri sahab.</w:t>
      </w:r>
      <w:r>
        <w:br/>
      </w:r>
      <w:r>
        <w:rPr>
          <w:sz w:val="20"/>
        </w:rPr>
        <w:t>1:08:28  ah to main chahunga ke doctor saniya hasnain khan sahab ah is ko launch karen.</w:t>
      </w:r>
      <w:r>
        <w:br/>
      </w:r>
      <w:r>
        <w:rPr>
          <w:sz w:val="20"/>
        </w:rPr>
        <w:t>1:08:51  bismillah rahman rahim. ah mujhe bahut hi khushi ho rahi hai yeh leaflets aur pamphlets ah launch karte hue.</w:t>
      </w:r>
      <w:r>
        <w:br/>
      </w:r>
      <w:r>
        <w:rPr>
          <w:sz w:val="20"/>
        </w:rPr>
        <w:t>1:09:02  jaisa ke doctor rajat bhallotara ne abhi bataya ke south india mein ah jo languages hain us pe kaam ho raha hai.</w:t>
      </w:r>
      <w:r>
        <w:br/>
      </w:r>
      <w:r>
        <w:rPr>
          <w:sz w:val="20"/>
        </w:rPr>
        <w:t>1:09:11  molana ki kitaben, kitabeh, leaflets is mein translate ho rahi hain.</w:t>
      </w:r>
      <w:r>
        <w:br/>
      </w:r>
      <w:r>
        <w:rPr>
          <w:sz w:val="20"/>
        </w:rPr>
        <w:t>1:09:17  bahut hi zarurat thi is ki chunke south india mein log zahir hai apni language hi padhte hain. tamil mein abhi kaam hua hai jaisa bataya asrar sahab ne aur molana iqbal umri sahab ne.</w:t>
      </w:r>
      <w:r>
        <w:br/>
      </w:r>
      <w:r>
        <w:rPr>
          <w:sz w:val="20"/>
        </w:rPr>
        <w:t>1:09:31  to yeh jo leaflets hain yeh kafi hain. ah taqreeban ah 22 leaflets hain aur 11 leaflets, 22, 11 leaflets hain aur 22 booklets hain.</w:t>
      </w:r>
      <w:r>
        <w:br/>
      </w:r>
      <w:r>
        <w:rPr>
          <w:sz w:val="20"/>
        </w:rPr>
        <w:t>1:09:45  ji jo ke molana ke kafi had tak jo thoughts hain us pe cover ho jate hain aur is ko ah siraj ur rahman umri sahab ne ah is mein bahut bada hissa liya hai aur jo log is ke translators hain un ke naam hain ah muhammad aziz ur rahman sahab, ghous morya sahab, muhammad aqeel ali sahab, muhammad qasim sahab aur mushtaq ahmed sahab.</w:t>
      </w:r>
      <w:r>
        <w:br/>
      </w:r>
      <w:r>
        <w:rPr>
          <w:sz w:val="20"/>
        </w:rPr>
        <w:t>1:10:13  to main dua karta hoon allah taala in sab logon ko ajr e azeem ata farmaye aur is ki bahut zarurat hai ke wahan par molana ke thoughts ah pahunchaye jayen aur alhamdulillah yeh ek kaam bahut achha shuru hua hai.</w:t>
      </w:r>
      <w:r>
        <w:br/>
      </w:r>
      <w:r>
        <w:rPr>
          <w:sz w:val="20"/>
        </w:rPr>
        <w:t>1:10:28  inshallah is se bahut hi ah faida pahunchega. achha</w:t>
      </w:r>
      <w:r>
        <w:br/>
      </w:r>
      <w:r>
        <w:rPr>
          <w:sz w:val="20"/>
        </w:rPr>
        <w:t>1:10:33  ah jazak allah doctor sahab. ah is ah booklets aur leaflets ka jo link hai woh aaj ke talk ke comment section mein bhi post kar diya gaya hai.</w:t>
      </w:r>
      <w:r>
        <w:br/>
      </w:r>
      <w:r>
        <w:rPr>
          <w:sz w:val="20"/>
        </w:rPr>
        <w:t>1:10:43  to aaj ka session hum yahin khatm karte hain. hum phir lotenge. ah achha sir, i am sorry, ah ek aur launch hai aaj. ah urdu alrisala by monthly ko bhi main doctor sahab se kahunga ke woh is ko bhi launch karen.</w:t>
      </w:r>
      <w:r>
        <w:br/>
      </w:r>
      <w:r>
        <w:rPr>
          <w:sz w:val="20"/>
        </w:rPr>
        <w:t>1:11:03  yeh ah alrisala ka special issue hai, khusoosi shumarah "shukr ek azeem ibadat". to is mein bahut hi achhe mazameen hain.</w:t>
      </w:r>
      <w:r>
        <w:br/>
      </w:r>
      <w:r>
        <w:rPr>
          <w:sz w:val="20"/>
        </w:rPr>
        <w:t>1:11:13  main aise hi abhi sarsari taur par dekh raha tha chunke molana ka yeh bahut hi mehboob topic hai "shukr" aur is mein ek mazmoon jo main aap ko padh ke suna sunata hoon, us se pata chalega ke is is mein mazameen kis tarah ke hain.</w:t>
      </w:r>
      <w:r>
        <w:br/>
      </w:r>
      <w:r>
        <w:rPr>
          <w:sz w:val="20"/>
        </w:rPr>
        <w:t>1:11:31  is ka jo is ki jo heading hai woh hai "shukr na ke shikayat". is mein do waqeat hain balke teen hain, main do leta hoon. ah is ko main padh raha hoon.</w:t>
      </w:r>
      <w:r>
        <w:br/>
      </w:r>
      <w:r>
        <w:rPr>
          <w:sz w:val="20"/>
        </w:rPr>
        <w:t>1:11:43  paanch sitambar 2003 ko juma ka din tha. maine nizamuddin ki kala masjid mein namaz a</w:t>
      </w:r>
      <w:r>
        <w:br/>
      </w:r>
      <w:r>
        <w:rPr>
          <w:sz w:val="20"/>
        </w:rPr>
        <w:t>1:11:52  da ki. imam sahib ne khutbe se pehle apni taqreer mein bataya ke 1947 mein yeh masjid kuch hinduo ke kabze mein chali gayi thi.</w:t>
      </w:r>
      <w:r>
        <w:br/>
      </w:r>
      <w:r>
        <w:rPr>
          <w:sz w:val="20"/>
        </w:rPr>
        <w:t>1:12:02  hum ne dobara chuki yahan se sab log chale gaye the to woh jis ko bhi ah woh abad thi nahi masjid to log aa ke rehne lage aur gaaye bhains paalne lage.</w:t>
      </w:r>
      <w:r>
        <w:br/>
      </w:r>
      <w:r>
        <w:rPr>
          <w:sz w:val="20"/>
        </w:rPr>
        <w:t>1:12:14  to yeh qareeb hi hai hamare yahan se center se bilkul paas mein yeh masjid hai. maine bhi is ko dekha hai bilkul shuru se.</w:t>
      </w:r>
      <w:r>
        <w:br/>
      </w:r>
      <w:r>
        <w:rPr>
          <w:sz w:val="20"/>
        </w:rPr>
        <w:t>1:12:21  to maulana likhte hain ke imam sahib ne bataya ke hum ne dobara kabza kar ke is ko abad karna chaha to police case ban gaya aur adalti karrawai ki nobat aa gayi.</w:t>
      </w:r>
      <w:r>
        <w:br/>
      </w:r>
      <w:r>
        <w:rPr>
          <w:sz w:val="20"/>
        </w:rPr>
        <w:t>1:12:34  adalaat ke samne yeh sawal tha ke kya 15 august 1947 se pehle yeh imarat ek masjid thi aur woh masjid ke taur par istemal hoti thi?</w:t>
      </w:r>
      <w:r>
        <w:br/>
      </w:r>
      <w:r>
        <w:rPr>
          <w:sz w:val="20"/>
        </w:rPr>
        <w:t>1:12:46  to hindu judge ne teen aadmiyo ki gawahi par masjid ke haq mein apna faisla kar diya. yeh teeno deli ke teen hindu the.</w:t>
      </w:r>
      <w:r>
        <w:br/>
      </w:r>
      <w:r>
        <w:rPr>
          <w:sz w:val="20"/>
        </w:rPr>
        <w:t>1:12:55  in mein se ek brahman tha, doosra baniya tha aur teesra harijan tha. kala masjid taqreeban aath so saal pehle tughlaq daur mein banai gayi thi.</w:t>
      </w:r>
      <w:r>
        <w:br/>
      </w:r>
      <w:r>
        <w:rPr>
          <w:sz w:val="20"/>
        </w:rPr>
        <w:t>1:13:06  mein 1983 se is masjid mein namaz padhta raha hoon.</w:t>
      </w:r>
      <w:r>
        <w:br/>
      </w:r>
      <w:r>
        <w:rPr>
          <w:sz w:val="20"/>
        </w:rPr>
        <w:t>1:13:11  pehle yeh masjid taqreeban khaddar ki halat mein thi. ab yahan masjid ki shandar imarat khadi hui hai. yeh ek alamat hai jo batati hai ke is mulk mein millat musalma ka mustaqbil din bad din behtar halat ki taraf ja raha hai.</w:t>
      </w:r>
      <w:r>
        <w:br/>
      </w:r>
      <w:r>
        <w:rPr>
          <w:sz w:val="20"/>
        </w:rPr>
        <w:t>1:13:28  to is tarah ke bohat hi positive baatein is mein maulana ne likhi hain. ah aur ek aur waqea is mein likha hai jo ke hamare gaon se hai.</w:t>
      </w:r>
      <w:r>
        <w:br/>
      </w:r>
      <w:r>
        <w:rPr>
          <w:sz w:val="20"/>
        </w:rPr>
        <w:t>1:13:38  ah azam garh se</w:t>
      </w:r>
      <w:r>
        <w:br/>
      </w:r>
      <w:r>
        <w:rPr>
          <w:sz w:val="20"/>
        </w:rPr>
        <w:t>1:13:40  mujhe yaad aata hai ke chalis saal pehle chuki yeh likha hoga bohat pehle, ab to pachaas saath saal pehle ki baat hai. yeh to maulana likhte hain ke mujhe yaad aata hai ke chalis saal pehle main up mein apne aabai gaon badhdia zila azam garh mein rehta tha.</w:t>
      </w:r>
      <w:r>
        <w:br/>
      </w:r>
      <w:r>
        <w:rPr>
          <w:sz w:val="20"/>
        </w:rPr>
        <w:t>1:13:58  mere ghar ke qareeb ek masjid thi. yeh jo masjid thi yeh hamare ghar ka hi hissa tha lekin sadak paar kar ke thi. woh hamari jagah thi. abhi bhi woh masjid hai, bohat choti si.</w:t>
      </w:r>
      <w:r>
        <w:br/>
      </w:r>
      <w:r>
        <w:rPr>
          <w:sz w:val="20"/>
        </w:rPr>
        <w:t>1:14:09  to mere ghar ke qareeb ek masjid thi. is mein aksar aisa hota tha ke main muazzin hota tha aur main imam aur muqtadi yani koi wahan aata nahi tha.</w:t>
      </w:r>
      <w:r>
        <w:br/>
      </w:r>
      <w:r>
        <w:rPr>
          <w:sz w:val="20"/>
        </w:rPr>
        <w:t>1:14:18  sirf maulana ja ke azan dete the aur khud hi takbeer padhte the aur khud hi namaz padhate the yani akele hi namaz padhte the.</w:t>
      </w:r>
      <w:r>
        <w:br/>
      </w:r>
      <w:r>
        <w:rPr>
          <w:sz w:val="20"/>
        </w:rPr>
        <w:t>1:14:28  khas taur pe isha ki namaz mujhe is tarah padhna hota tha ke main lalten le kar masjid jata jo gaon ke bahar kheton ke kinare waqe tha.</w:t>
      </w:r>
      <w:r>
        <w:br/>
      </w:r>
      <w:r>
        <w:rPr>
          <w:sz w:val="20"/>
        </w:rPr>
        <w:t>1:14:39  raat ke sunsaan mahaul mein isha ki namaz padhna bada ajeeb tajurba tha. mujhe bhi maulana le jaya karte the. mujhe yaad hai main bohat chota tha, shayad teen char saal ka.</w:t>
      </w:r>
      <w:r>
        <w:br/>
      </w:r>
      <w:r>
        <w:rPr>
          <w:sz w:val="20"/>
        </w:rPr>
        <w:t>1:14:51  to baitha dete the aur namaz padhte the. baad mein jab namaz khatam ho jati thi to meri gardan pakad ke ek do sajda kara dete the. aise to is tarah se shuruaat hui meri namaz ki.</w:t>
      </w:r>
      <w:r>
        <w:br/>
      </w:r>
      <w:r>
        <w:rPr>
          <w:sz w:val="20"/>
        </w:rPr>
        <w:t>1:15:02  to us waqt wahan mere sath koi aur namazi nahi hota tha. main khud hi azan deta, khud hi takbeer keh kar jamaat ke taur par namaz ada karta aur phir lalten le kar wapas ghar aa jata.</w:t>
      </w:r>
      <w:r>
        <w:br/>
      </w:r>
      <w:r>
        <w:rPr>
          <w:sz w:val="20"/>
        </w:rPr>
        <w:t>1:15:16  magar ab chalis saal ke baad masjid samet yeh poori jagah nihayat baronaq ho gayi hai. ab wahan masjid se mutasir sadak guzar rahi hai, bijli aur telephone aa chuka hai.</w:t>
      </w:r>
      <w:r>
        <w:br/>
      </w:r>
      <w:r>
        <w:rPr>
          <w:sz w:val="20"/>
        </w:rPr>
        <w:t>1:15:27  masjid ke bilkul samne ek mayari school qaim ho gaya hai.</w:t>
      </w:r>
      <w:r>
        <w:br/>
      </w:r>
      <w:r>
        <w:rPr>
          <w:sz w:val="20"/>
        </w:rPr>
        <w:t>1:15:31  ab yahan raat din chahal pehal rehti hai. is qism ke waqeyat har jagah pesh aa rahe hain. in waqeyat mein nihayat ummeed afza paigham chupa hua hai.</w:t>
      </w:r>
      <w:r>
        <w:br/>
      </w:r>
      <w:r>
        <w:rPr>
          <w:sz w:val="20"/>
        </w:rPr>
        <w:t>1:15:41  magar ajeeb baat yeh hai ke maujooda zamane mein tamam musalman mazhabi aur ghair mazhabi dono shikayat ki boli bolte hain.</w:t>
      </w:r>
      <w:r>
        <w:br/>
      </w:r>
      <w:r>
        <w:rPr>
          <w:sz w:val="20"/>
        </w:rPr>
        <w:t>1:15:49  mujhe apne tajurbe mein poori muslim dunya mein koi shakhs nahi mila jo shikayat se khali ho aur haqeeqi taur par shukr ke jazbe se sarshar ho kar hamd culture ya misbat soch, positive soch mein jeeta ho.</w:t>
      </w:r>
      <w:r>
        <w:br/>
      </w:r>
      <w:r>
        <w:rPr>
          <w:sz w:val="20"/>
        </w:rPr>
        <w:t>1:16:04  to yeh bohat hi aham ah shumarah hai.</w:t>
      </w:r>
      <w:r>
        <w:br/>
      </w:r>
      <w:r>
        <w:rPr>
          <w:sz w:val="20"/>
        </w:rPr>
        <w:t>1:16:08  shukr aik azeem ibadat aur is mein Maulana ne is tarah ke bohat sare achhe mazameen jo likhe the woh ikattha ah kiye hain hum logon ne.</w:t>
      </w:r>
      <w:r>
        <w:br/>
      </w:r>
      <w:r>
        <w:rPr>
          <w:sz w:val="20"/>
        </w:rPr>
        <w:t>1:16:17  aur to mein chahunga ke aap sab is ko is ka mutala karen. bohat hi umda ah yeh ah khusoosi shumarah hai Al-Risalah ka.</w:t>
      </w:r>
      <w:r>
        <w:br/>
      </w:r>
      <w:r>
        <w:rPr>
          <w:sz w:val="20"/>
        </w:rPr>
        <w:t>1:16:27  jazak Allah. ji, thank you doctor sahib. so aaj ka session hum khatam karte hain. hum phir lotenge agle Sunday saade das baje.</w:t>
      </w:r>
    </w:p>
    <w:p>
      <w:pPr>
        <w:pStyle w:val="Heading2"/>
      </w:pPr>
      <w:r>
        <w:t>Advice for young children</w:t>
      </w:r>
    </w:p>
    <w:p>
      <w:r>
        <w:rPr>
          <w:color w:val="666666"/>
          <w:sz w:val="18"/>
        </w:rPr>
        <w:t>Life &amp; Wisdom · The Art of Thinking January 28, 2024 · 9m 14s · at 38:39 · https://youtu.be/lpUsTrs0ulo?t=2319</w:t>
      </w:r>
    </w:p>
    <w:p>
      <w:r>
        <w:rPr>
          <w:i/>
        </w:rPr>
        <w:t>“Respected Apa and all CPS members, what should young children like us do? Please give us some advice from Maulana Sahib.”</w:t>
      </w:r>
    </w:p>
    <w:p>
      <w:r>
        <w:rPr>
          <w:sz w:val="20"/>
        </w:rPr>
        <w:t>38:39  ". Rohit Kumar ji ne Amritsar se likha hai: "Respected Apa ji and all CPS members, hum jaise—" achha, inka sawal hai apa yeh ke hum jaise naujawan bachchon ko kya karna chahiye?</w:t>
      </w:r>
      <w:r>
        <w:br/>
      </w:r>
      <w:r>
        <w:rPr>
          <w:sz w:val="20"/>
        </w:rPr>
        <w:t>38:53  please humein Maulana sahab ki kuch naseehat kardi jiye.</w:t>
      </w:r>
      <w:r>
        <w:br/>
      </w:r>
      <w:r>
        <w:rPr>
          <w:sz w:val="20"/>
        </w:rPr>
        <w:t>39:00  aap hi kar dijiye.</w:t>
      </w:r>
      <w:r>
        <w:br/>
      </w:r>
      <w:r>
        <w:rPr>
          <w:sz w:val="20"/>
        </w:rPr>
        <w:t>39:02  apa woh basically youth ke point of view se keh rahe hain. to Maulana to hamesha is baat pe hi emphasize karte the ke always remain positive and aap apni study badhaiye.</w:t>
      </w:r>
      <w:r>
        <w:br/>
      </w:r>
      <w:r>
        <w:rPr>
          <w:sz w:val="20"/>
        </w:rPr>
        <w:t>39:15  study pe bahut emphasize karte the kyunke isi se ek zehan khulta hai. a person is able to look at different aspects to a same such</w:t>
      </w:r>
      <w:r>
        <w:br/>
      </w:r>
      <w:r>
        <w:rPr>
          <w:sz w:val="20"/>
        </w:rPr>
        <w:t>39:27  situation. to intellectual development jo hai, Maulana kehte the ke isko apni prime jo hai target apna banaiye.</w:t>
      </w:r>
      <w:r>
        <w:br/>
      </w:r>
      <w:r>
        <w:rPr>
          <w:sz w:val="20"/>
        </w:rPr>
        <w:t>39:35  to isi cheez ko apa emphasize bahut karte the. agar aap is pe kuch add karna chahein. apna time bilkul waste na karen. ji, zyada tar log apna time waste karte hain.</w:t>
      </w:r>
      <w:r>
        <w:br/>
      </w:r>
      <w:r>
        <w:rPr>
          <w:sz w:val="20"/>
        </w:rPr>
        <w:t>39:49  kuch ghar mein waste karte hain, idhar udhar ki baatein karne, irrelevant baatein karna, phir doston mein waste karte hain. Maulana bahut zyada khilaf the doston ke.</w:t>
      </w:r>
      <w:r>
        <w:br/>
      </w:r>
      <w:r>
        <w:rPr>
          <w:sz w:val="20"/>
        </w:rPr>
        <w:t>39:58  to jo bhi time bache, jo bhi koi business hai, kar raha hai, koi job kar raha hai, koi student hai, to jo bhi time bache, usko sahi sahi istemal karen.</w:t>
      </w:r>
      <w:r>
        <w:br/>
      </w:r>
      <w:r>
        <w:rPr>
          <w:sz w:val="20"/>
        </w:rPr>
        <w:t>40:08  acchi kitabein padhen aur apne aise logon se milen jin jo log inko kuch sahi rehnumai dein.</w:t>
      </w:r>
      <w:r>
        <w:br/>
      </w:r>
      <w:r>
        <w:rPr>
          <w:sz w:val="20"/>
        </w:rPr>
        <w:t>40:17  guide achha inke paas hona chahiye. to yahi apne aap ko tayyar karen. tayyar karenge to mauqe to bahut zyada hain. aur aur isko koi koi bhi achha kaam karen aaj kal jis se inko dilchaspi hai, inko social work se dilchaspi hai, social work karen.</w:t>
      </w:r>
      <w:r>
        <w:br/>
      </w:r>
      <w:r>
        <w:rPr>
          <w:sz w:val="20"/>
        </w:rPr>
        <w:t>40:34  kuch bhi achha kaam karen, apne time ko ka sahi istemal karen. bal</w:t>
      </w:r>
      <w:r>
        <w:br/>
      </w:r>
      <w:r>
        <w:rPr>
          <w:sz w:val="20"/>
        </w:rPr>
        <w:t>40:39  kal. I think apa yeh bahut important guidance di aapne. kyunke time is very precious aur insan jis tarike se apna samay bitayega, woh waisa hi ban jayega.</w:t>
      </w:r>
      <w:r>
        <w:br/>
      </w:r>
      <w:r>
        <w:rPr>
          <w:sz w:val="20"/>
        </w:rPr>
        <w:t>40:50  to Maulana se jab log poochte the ke kya picture dekh sakte hain, kya entertainment kar sakte hain, to woh yeh kehte the ke ise aap haram halal ka masla mat banayen.</w:t>
      </w:r>
      <w:r>
        <w:br/>
      </w:r>
      <w:r>
        <w:rPr>
          <w:sz w:val="20"/>
        </w:rPr>
        <w:t>41:00  aap ise yeh dekhen ke aap is time mein kya apna intellectual development kar sakte hain ya phir aap sirf entertainment karna chahenge.</w:t>
      </w:r>
      <w:r>
        <w:br/>
      </w:r>
      <w:r>
        <w:rPr>
          <w:sz w:val="20"/>
        </w:rPr>
        <w:t>41:07  to aaj kal to jaise mobile phone mein sab log gum ho jate hain, to woh bhi wastage of time hai. It's the biggest time stealer. to yeh bahut achha aap ne kaha.</w:t>
      </w:r>
      <w:r>
        <w:br/>
      </w:r>
      <w:r>
        <w:rPr>
          <w:sz w:val="20"/>
        </w:rPr>
        <w:t>41:17  time jo hai, us ko constructive cheez pe, khaas kar apnay zehn ko bananay mein agar hum lagayein, to woh zyada long term mein humain benefit de ga.</w:t>
      </w:r>
      <w:r>
        <w:br/>
      </w:r>
      <w:r>
        <w:rPr>
          <w:sz w:val="20"/>
        </w:rPr>
        <w:t>41:31  Riaz Bhatt sahib ka bhi Srinagar se comment hai, unhon ne likha hai: "Thought and actions have a common origin, that is feeling. So one should start with feeling good, because feeling positive in every state is a godly feeling." Ins Ahmed sahib, unhon ne apnay location nahi likha hai, unhon ne likha hai: "Respect to all human beings, love to each other."</w:t>
      </w:r>
      <w:r>
        <w:br/>
      </w:r>
      <w:r>
        <w:rPr>
          <w:sz w:val="20"/>
        </w:rPr>
        <w:t>41:54  Miss Carothlin ne Srinagar se likha hai: "The process of positive, unbiased, critical thinking and learning from the experience of others is the essence of intellectual development.</w:t>
      </w:r>
      <w:r>
        <w:br/>
      </w:r>
      <w:r>
        <w:rPr>
          <w:sz w:val="20"/>
        </w:rPr>
        <w:t>42:06  This art of thinking led Newton to discover the law of gravity and brought a revolution." Professor Najma Siddiqui ne Dubai se likha hai: "Jazakallah, it is such an important topic being discussed very nicely."</w:t>
      </w:r>
      <w:r>
        <w:br/>
      </w:r>
      <w:r>
        <w:rPr>
          <w:sz w:val="20"/>
        </w:rPr>
        <w:t>42:22  Faiz Qadri sahib ne Coimbatore se likha hai: "Merciless self-hammering Maulana hi ne humein sikhai jo ain Quran aur Sunnat ke mutabiq hai." Dr. Aslam Khan sahib ne Saharanpur se likha hai: "Agar hum kisi maslay mein haq par hain lekin haq par amal karne se result oriented yani fasad paida ho raha hai, to aisay haq par amal na karein.</w:t>
      </w:r>
      <w:r>
        <w:br/>
      </w:r>
      <w:r>
        <w:rPr>
          <w:sz w:val="20"/>
        </w:rPr>
        <w:t>42:47  Yehi Quran ki pasandeeda ideology hai. Lekin aaj ke Muslims in fact ko nahi jantay jabkay Rasool Allah ne isi tareeqay ko apnaya." Apa aik martaba mein ne Maulana se hi suna tha, unhon ne kaha ke bara acha saying tha ke "A foolish man also does what a wise man does, but after a lot of damage."</w:t>
      </w:r>
      <w:r>
        <w:br/>
      </w:r>
      <w:r>
        <w:rPr>
          <w:sz w:val="20"/>
        </w:rPr>
        <w:t>43:14  To aik foolish, aik foolish insan jo hai, woh hamesha apnay action ko dekhta hai. "But a wise man not only looks at his action, but also looks at its consequences, its result." To Maulana hamesha yeh William Ralph ka jo quote hai, us ko batatay thay ke "A wise man is one who sees the relative value of things." To apa yeh bohat important hai, yeh jo quote</w:t>
      </w:r>
      <w:r>
        <w:br/>
      </w:r>
      <w:r>
        <w:rPr>
          <w:sz w:val="20"/>
        </w:rPr>
        <w:t>43:42  hai. Mein chahoon ga is ke baray mein bhi aap hum sab ko wazeh karein. Haan, ye bohat zyada ye cheez important hai, relative value. Kyunke jo real value hai ya absolute value hai, to woh to bohat hi kam aisa hota hai ke humain real value jo hai har cheez ki mil</w:t>
      </w:r>
      <w:r>
        <w:br/>
      </w:r>
      <w:r>
        <w:rPr>
          <w:sz w:val="20"/>
        </w:rPr>
        <w:t>44:03  jaye. Kyunke aam taur par kya hota hai, jis ko Maulana indirect benefit bhi kehtay thay, ke direct benefit kam hota hai, indirect benefit bohat zyada hota hai, lekin log us ko samajh nahi patay. To is ka mein is se us waqt sirf Sulah Hudaibiyah ki misaal doon gi</w:t>
      </w:r>
      <w:r>
        <w:br/>
      </w:r>
      <w:r>
        <w:rPr>
          <w:sz w:val="20"/>
        </w:rPr>
        <w:t>44:22  ke Sulah Hudaibiyah ki jo misaal, woh jo Rasool Allah Salallahu Alaihi Wasallam ne sulah ki, dab kar ke tamam un ke enemy ki sharaait ko accept kar ke, to ab Sahaba ke bhi kisi kisi bhi Sahabi ko samajh mein nahi aa raha tha.</w:t>
      </w:r>
      <w:r>
        <w:br/>
      </w:r>
      <w:r>
        <w:rPr>
          <w:sz w:val="20"/>
        </w:rPr>
        <w:t>44:40  Sab Sahabi bohat zyada ghamgeen thay ke itna zillat amaiz muahida hua hai. Matlab hai ke Hazrat Umar, Hazrat Abu Bakr jaisay Sahabi bhi sab pareshan thay.</w:t>
      </w:r>
      <w:r>
        <w:br/>
      </w:r>
      <w:r>
        <w:rPr>
          <w:sz w:val="20"/>
        </w:rPr>
        <w:t>44:53  Lekin woh jo us ka woh tha, jo hidden aspect tha, jis ko hum kahain ge relative value jo tha, woh Rasool Allah Salallahu Alaihi Wasallam ko angels ne bataya ya aap ko khud aap ne samjha.</w:t>
      </w:r>
      <w:r>
        <w:br/>
      </w:r>
      <w:r>
        <w:rPr>
          <w:sz w:val="20"/>
        </w:rPr>
        <w:t>45:07  Beharhaal to woh jo hidden aspect tha, woh zabardast tha kyunke jab muahida ho jaye ga aur aman qaim ho jaye ga, saray jo hain bahami takrao khatam ho jaye ga, jang-i halaat khatam ho jayein ge</w:t>
      </w:r>
      <w:r>
        <w:br/>
      </w:r>
      <w:r>
        <w:rPr>
          <w:sz w:val="20"/>
        </w:rPr>
        <w:t>45:24  , log aik doosray se milnay lagen ge to zabardast jo hai is ka faida hoga. Jo paigham Rasool Allah Salallahu Alaihi Wasallam, jo paigham phailanay mein jo itni rukawatein aa rahi theen, to woh sari rukawatein khatam ho jayein gi.</w:t>
      </w:r>
      <w:r>
        <w:br/>
      </w:r>
      <w:r>
        <w:rPr>
          <w:sz w:val="20"/>
        </w:rPr>
        <w:t>45:40  To isi wajah se Quran mein aaya ke Allah ne woh baat jani jo tum ne nahi jani, Surah Al-Fatah mein ke us ke baad achaanak saray pooray Arab mein achaanak jo hai woh Rasool Allah Salallahu Alaihi Wasallam ka paigham phunch gaya, sari dushmaniayn khatam ho gaein.</w:t>
      </w:r>
      <w:r>
        <w:br/>
      </w:r>
      <w:r>
        <w:rPr>
          <w:sz w:val="20"/>
        </w:rPr>
        <w:t>46:02  To</w:t>
      </w:r>
      <w:r>
        <w:br/>
      </w:r>
      <w:r>
        <w:rPr>
          <w:sz w:val="20"/>
        </w:rPr>
        <w:t>46:03  isi par woh hai ke Hazrat Umar ne kaha hai ke aqalmand woh nahi hai jo shar ke muqablay mein khair ko janay.</w:t>
      </w:r>
      <w:r>
        <w:br/>
      </w:r>
      <w:r>
        <w:rPr>
          <w:sz w:val="20"/>
        </w:rPr>
        <w:t>46:12  To hamesha hi shar aur khair dono hota hai. Haan, aqalmand woh hai jo lesser evil ko janay, do shar mein se kon shar kam hai, woh janay.</w:t>
      </w:r>
      <w:r>
        <w:br/>
      </w:r>
      <w:r>
        <w:rPr>
          <w:sz w:val="20"/>
        </w:rPr>
        <w:t>46:23  Matlab aik tha ke un ki sari dushmani ki sari conditions ko accept karna aur doosra tha ke tamam jo hai halaat normalize, normalize ho jayein aur paigham phochanay mein sari jo hain rastay khul jayein.</w:t>
      </w:r>
      <w:r>
        <w:br/>
      </w:r>
      <w:r>
        <w:rPr>
          <w:sz w:val="20"/>
        </w:rPr>
        <w:t>46:40  To woh zyada behtar tha ya yeh zyada behtar hai. To</w:t>
      </w:r>
      <w:r>
        <w:br/>
      </w:r>
      <w:r>
        <w:rPr>
          <w:sz w:val="20"/>
        </w:rPr>
        <w:t>46:44  yeh jo hai agar hum sirf aik baat ko yeh rakhein ke hamara har action jo hai woh result oriented hona chahiye aur sochien, agar hum gehrai se to humain samajh mein aa jata hai ke hum aisa karein ge to is ka result yeh hoga, aisa karein ge to is ka result yeh hoga.</w:t>
      </w:r>
      <w:r>
        <w:br/>
      </w:r>
      <w:r>
        <w:rPr>
          <w:sz w:val="20"/>
        </w:rPr>
        <w:t>47:04  Sirf sochne ka dair hai,</w:t>
      </w:r>
      <w:r>
        <w:br/>
      </w:r>
      <w:r>
        <w:rPr>
          <w:sz w:val="20"/>
        </w:rPr>
        <w:t>47:06  chunki hum sochtay nahi hain, is wajah se humain samajh mein nahi aata. Kyunke Allah Tala ne har aik ko itni aqal di hai ke agar woh sochay to us ki samajh mein aa jati hai baat.</w:t>
      </w:r>
      <w:r>
        <w:br/>
      </w:r>
      <w:r>
        <w:rPr>
          <w:sz w:val="20"/>
        </w:rPr>
        <w:t>47:17  To humain chahiye ke har qadam uthanay se pehlay hum sochien aur soch samajh kar faisla karein.</w:t>
      </w:r>
      <w:r>
        <w:br/>
      </w:r>
      <w:r>
        <w:rPr>
          <w:sz w:val="20"/>
        </w:rPr>
        <w:t>47:28  To</w:t>
      </w:r>
      <w:r>
        <w:br/>
      </w:r>
      <w:r>
        <w:rPr>
          <w:sz w:val="20"/>
        </w:rPr>
        <w:t>47:29  yeh jo hai bohat aasani se hamein woh samajh mein aa jaye ga ke kya step sahi hai, kya step galat hai. Ji, apa yeh comment bheja hai Miss Zahida Abroo ne Sindh Hyderabad se.</w:t>
      </w:r>
      <w:r>
        <w:br/>
      </w:r>
      <w:r>
        <w:rPr>
          <w:sz w:val="20"/>
        </w:rPr>
        <w:t>47:45  Unhon ne likha hai: "This is the first time I'm listening to your talk. It is an intellectual and a wonderful talk."</w:t>
      </w:r>
    </w:p>
    <w:p>
      <w:pPr>
        <w:pStyle w:val="Heading2"/>
      </w:pPr>
      <w:r>
        <w:t>Age at which man makes history</w:t>
      </w:r>
    </w:p>
    <w:p>
      <w:r>
        <w:rPr>
          <w:color w:val="666666"/>
          <w:sz w:val="18"/>
        </w:rPr>
        <w:t>Life &amp; Wisdom · Hadith Word of Wisdom August 31, 2014 · 5m 52s · at 47:57 · https://youtu.be/fv4eRJRe8dk?t=2877</w:t>
      </w:r>
    </w:p>
    <w:p>
      <w:r>
        <w:rPr>
          <w:i/>
        </w:rPr>
        <w:t>“According to biopsychology, what is the age during which man makes his history?”</w:t>
      </w:r>
    </w:p>
    <w:p>
      <w:r>
        <w:rPr>
          <w:sz w:val="20"/>
        </w:rPr>
        <w:t>47:57  maulana, agla sawal dilli se hai miss naghma siddiqi ka, aur unhon ne aap se poocha hai ke</w:t>
      </w:r>
      <w:r>
        <w:br/>
      </w:r>
      <w:r>
        <w:rPr>
          <w:sz w:val="20"/>
        </w:rPr>
        <w:t>48:03  according to biopsychology, what is the age during which man makes his history? دیکھئے, research جو ہوئی ہے,</w:t>
      </w:r>
      <w:r>
        <w:br/>
      </w:r>
      <w:r>
        <w:rPr>
          <w:sz w:val="20"/>
        </w:rPr>
        <w:t>48:09  aaj kal har cheez ki research hoti hai, choti ki bhi research hoti hai, har cheez ki research.</w:t>
      </w:r>
      <w:r>
        <w:br/>
      </w:r>
      <w:r>
        <w:rPr>
          <w:sz w:val="20"/>
        </w:rPr>
        <w:t>48:15  to insaan ke baray mein jo research hui hai, us se pata chalta hai ke ek to hota</w:t>
      </w:r>
      <w:r>
        <w:br/>
      </w:r>
      <w:r>
        <w:rPr>
          <w:sz w:val="20"/>
        </w:rPr>
        <w:t>48:21  hai bachpan ka zamana, wo biological maturity hasil karne ka zamana hota hai, wo.</w:t>
      </w:r>
      <w:r>
        <w:br/>
      </w:r>
      <w:r>
        <w:rPr>
          <w:sz w:val="20"/>
        </w:rPr>
        <w:t>48:27  aur jo mature hone ke baad jo kaam, muddat kar jo insaan ki hai, wo kal bees saal</w:t>
      </w:r>
      <w:r>
        <w:br/>
      </w:r>
      <w:r>
        <w:rPr>
          <w:sz w:val="20"/>
        </w:rPr>
        <w:t>48:33  is mein aadmi, yani apni full strength par hota hai, poori taqat ke sath kaam karne ki position</w:t>
      </w:r>
      <w:r>
        <w:br/>
      </w:r>
      <w:r>
        <w:rPr>
          <w:sz w:val="20"/>
        </w:rPr>
        <w:t>48:39  mein hota hai, wo bees saal hota hai kal.</w:t>
      </w:r>
      <w:r>
        <w:br/>
      </w:r>
      <w:r>
        <w:rPr>
          <w:sz w:val="20"/>
        </w:rPr>
        <w:t>48:45  wo hai, wo hai pachees saal se pentalis saal tak, bas.</w:t>
      </w:r>
      <w:r>
        <w:br/>
      </w:r>
      <w:r>
        <w:rPr>
          <w:sz w:val="20"/>
        </w:rPr>
        <w:t>48:51  yani poori strength ke sath kaam karne ki position mein aadmi sirf bees saal hota hai, wo hai</w:t>
      </w:r>
      <w:r>
        <w:br/>
      </w:r>
      <w:r>
        <w:rPr>
          <w:sz w:val="20"/>
        </w:rPr>
        <w:t>48:57  pachees se, pachees saal se pentalis saal tak.</w:t>
      </w:r>
      <w:r>
        <w:br/>
      </w:r>
      <w:r>
        <w:rPr>
          <w:sz w:val="20"/>
        </w:rPr>
        <w:t>49:04  is ke baad decline, pentalis saal ke baad decline shuru ho jata hai.</w:t>
      </w:r>
      <w:r>
        <w:br/>
      </w:r>
      <w:r>
        <w:rPr>
          <w:sz w:val="20"/>
        </w:rPr>
        <w:t>49:10  ye law of nature hai, jaise decay hota hai na, decay machineon mein aur cheezon mein, to is</w:t>
      </w:r>
      <w:r>
        <w:br/>
      </w:r>
      <w:r>
        <w:rPr>
          <w:sz w:val="20"/>
        </w:rPr>
        <w:t>49:16  mein decay hone lagta hai.</w:t>
      </w:r>
      <w:r>
        <w:br/>
      </w:r>
      <w:r>
        <w:rPr>
          <w:sz w:val="20"/>
        </w:rPr>
        <w:t>49:22  to is ka matlab ye hai ke aadmi jo hai, aadmi ko chahiye ke is bees saal ko</w:t>
      </w:r>
      <w:r>
        <w:br/>
      </w:r>
      <w:r>
        <w:rPr>
          <w:sz w:val="20"/>
        </w:rPr>
        <w:t>49:28  bohat bharpoor tor par istemal kare.</w:t>
      </w:r>
      <w:r>
        <w:br/>
      </w:r>
      <w:r>
        <w:rPr>
          <w:sz w:val="20"/>
        </w:rPr>
        <w:t>49:34  agar nahi istemal karta, to kya us ne to baat ko to moqa hi nahi mile ga.</w:t>
      </w:r>
      <w:r>
        <w:br/>
      </w:r>
      <w:r>
        <w:rPr>
          <w:sz w:val="20"/>
        </w:rPr>
        <w:t>49:40  aur ek baat mein is mein ye izafa karta hoon ke isi bees saal mein aadmi apni history banata hai.</w:t>
      </w:r>
      <w:r>
        <w:br/>
      </w:r>
      <w:r>
        <w:rPr>
          <w:sz w:val="20"/>
        </w:rPr>
        <w:t>49:46  baad ka jo zamana hai, wo is history ko wo catch karta hai ke aap jo hai, aap</w:t>
      </w:r>
      <w:r>
        <w:br/>
      </w:r>
      <w:r>
        <w:rPr>
          <w:sz w:val="20"/>
        </w:rPr>
        <w:t>49:52  baadab, pakay aadmi hain, aap honest aadmi hain, aap hard worker hain, aap samajh boojh aap ke andar</w:t>
      </w:r>
      <w:r>
        <w:br/>
      </w:r>
      <w:r>
        <w:rPr>
          <w:sz w:val="20"/>
        </w:rPr>
        <w:t>49:58  hai, aap planning ke sath kaam karte hain, ya aap doston mein gup shup karte rehte hain.</w:t>
      </w:r>
      <w:r>
        <w:br/>
      </w:r>
      <w:r>
        <w:rPr>
          <w:sz w:val="20"/>
        </w:rPr>
        <w:t>50:04  ye sari baton ka naam history hai.</w:t>
      </w:r>
      <w:r>
        <w:br/>
      </w:r>
      <w:r>
        <w:rPr>
          <w:sz w:val="20"/>
        </w:rPr>
        <w:t>50:10  ek image aap ki banti hai, ek image banti hai ke ye aadmi aisa hai, ye aadmi aisa hai.</w:t>
      </w:r>
      <w:r>
        <w:br/>
      </w:r>
      <w:r>
        <w:rPr>
          <w:sz w:val="20"/>
        </w:rPr>
        <w:t>50:16  to wo isi bees saal ke darmiyan hota hai.</w:t>
      </w:r>
      <w:r>
        <w:br/>
      </w:r>
      <w:r>
        <w:rPr>
          <w:sz w:val="20"/>
        </w:rPr>
        <w:t>50:22  to is mein aap ne jo apni image banai, jo apni history banai, usi ke mutabiq dunya aap</w:t>
      </w:r>
      <w:r>
        <w:br/>
      </w:r>
      <w:r>
        <w:rPr>
          <w:sz w:val="20"/>
        </w:rPr>
        <w:t>50:29  ko moqa deti hai, na is se kam, na is se ziyada.</w:t>
      </w:r>
      <w:r>
        <w:br/>
      </w:r>
      <w:r>
        <w:rPr>
          <w:sz w:val="20"/>
        </w:rPr>
        <w:t>50:35  اس کا مطلب کیا ہے کہ اگر آپ کی عمر فرض کیجئے کہ پینتیس سال ہے، thirty-five</w:t>
      </w:r>
      <w:r>
        <w:br/>
      </w:r>
      <w:r>
        <w:rPr>
          <w:sz w:val="20"/>
        </w:rPr>
        <w:t>50:41  years, aap ki umar agar is waqt thirty five years hai ek aadmi ki, jiske baad kya</w:t>
      </w:r>
      <w:r>
        <w:br/>
      </w:r>
      <w:r>
        <w:rPr>
          <w:sz w:val="20"/>
        </w:rPr>
        <w:t>50:47  hoyi hai, aur usne kuch kaam kar nahi paaya, to goya ke aap ne bees saal ke</w:t>
      </w:r>
      <w:r>
        <w:br/>
      </w:r>
      <w:r>
        <w:rPr>
          <w:sz w:val="20"/>
        </w:rPr>
        <w:t>50:53  qeemti jo uska woh tha, period, is mein aadha usne zaya kar diya, aadha waste kar diya.</w:t>
      </w:r>
      <w:r>
        <w:br/>
      </w:r>
      <w:r>
        <w:rPr>
          <w:sz w:val="20"/>
        </w:rPr>
        <w:t>50:59  usne bees saal ke qeemti period jo mila tha us ko nature ki taraf se, is mein</w:t>
      </w:r>
      <w:r>
        <w:br/>
      </w:r>
      <w:r>
        <w:rPr>
          <w:sz w:val="20"/>
        </w:rPr>
        <w:t>51:05  se aadha woh zaya kar chuka hai, ab aadha hi baqi hai.</w:t>
      </w:r>
      <w:r>
        <w:br/>
      </w:r>
      <w:r>
        <w:rPr>
          <w:sz w:val="20"/>
        </w:rPr>
        <w:t>51:11  to yaad rakhiye, koi aadmi bhi law of nature ke khilaaf nahi ja sakta.</w:t>
      </w:r>
      <w:r>
        <w:br/>
      </w:r>
      <w:r>
        <w:rPr>
          <w:sz w:val="20"/>
        </w:rPr>
        <w:t>51:17  yeh impossible hai, yaani bachpan ki umar mein koi jawani ka kaam nahi kar sakta.</w:t>
      </w:r>
      <w:r>
        <w:br/>
      </w:r>
      <w:r>
        <w:rPr>
          <w:sz w:val="20"/>
        </w:rPr>
        <w:t>51:23  jawani ki umar mein us ko toh woh maturity nahi aa sakti, jo baad ko aati hai.</w:t>
      </w:r>
      <w:r>
        <w:br/>
      </w:r>
      <w:r>
        <w:rPr>
          <w:sz w:val="20"/>
        </w:rPr>
        <w:t>51:29  badhapa agar shuru hogaya toh us ko aap lota nahi sakte, aap yeh sab nature hai.</w:t>
      </w:r>
      <w:r>
        <w:br/>
      </w:r>
      <w:r>
        <w:rPr>
          <w:sz w:val="20"/>
        </w:rPr>
        <w:t>51:35  toh us ko samjhiye ke nature ne aap ko jo jis qanoon ke tehat paida kiya hai, us</w:t>
      </w:r>
      <w:r>
        <w:br/>
      </w:r>
      <w:r>
        <w:rPr>
          <w:sz w:val="20"/>
        </w:rPr>
        <w:t>51:41  mein aap ko us ne jo qeemti saal diye hain, woh sirf bees saal hain, pachees se le</w:t>
      </w:r>
      <w:r>
        <w:br/>
      </w:r>
      <w:r>
        <w:rPr>
          <w:sz w:val="20"/>
        </w:rPr>
        <w:t>51:48  kar pentalis tak.</w:t>
      </w:r>
      <w:r>
        <w:br/>
      </w:r>
      <w:r>
        <w:rPr>
          <w:sz w:val="20"/>
        </w:rPr>
        <w:t>51:54  us ko kabhi aisa mat kijiye ke us ko aap kho dein.</w:t>
      </w:r>
      <w:r>
        <w:br/>
      </w:r>
      <w:r>
        <w:rPr>
          <w:sz w:val="20"/>
        </w:rPr>
        <w:t>52:00  us ko khona jo hai, sone ke pahaad ko khone se bhi zyada sakht hai.</w:t>
      </w:r>
      <w:r>
        <w:br/>
      </w:r>
      <w:r>
        <w:rPr>
          <w:sz w:val="20"/>
        </w:rPr>
        <w:t>52:06  sone ke pahaad ko kho dein toh kuch nahi khoya aap ne, lekin yeh jo bees saal hain,</w:t>
      </w:r>
      <w:r>
        <w:br/>
      </w:r>
      <w:r>
        <w:rPr>
          <w:sz w:val="20"/>
        </w:rPr>
        <w:t>52:12  is mein se ek din bhi kho diya toh bohat bari cheez kho diya aap ne.</w:t>
      </w:r>
      <w:r>
        <w:br/>
      </w:r>
      <w:r>
        <w:rPr>
          <w:sz w:val="20"/>
        </w:rPr>
        <w:t>52:18  yeh bohat ajeeb cheez hai, aur maine apni zindagi mein dekha hai jin logon ko, toh beshtar</w:t>
      </w:r>
      <w:r>
        <w:br/>
      </w:r>
      <w:r>
        <w:rPr>
          <w:sz w:val="20"/>
        </w:rPr>
        <w:t>52:24  log is se bekhabar rehte hain, beshtar log bekhabar rehte hain.</w:t>
      </w:r>
      <w:r>
        <w:br/>
      </w:r>
      <w:r>
        <w:rPr>
          <w:sz w:val="20"/>
        </w:rPr>
        <w:t>52:30  beh-haal, main aap logon ko jo meri baatein sun rahe hain, un ko, aur jin ko aap log</w:t>
      </w:r>
      <w:r>
        <w:br/>
      </w:r>
      <w:r>
        <w:rPr>
          <w:sz w:val="20"/>
        </w:rPr>
        <w:t>52:36  meri baaton ko pohnchainge, un sab ko yeh darkhwast karunga ke Khuda ka jo qanoon-e-takhleeq</w:t>
      </w:r>
      <w:r>
        <w:br/>
      </w:r>
      <w:r>
        <w:rPr>
          <w:sz w:val="20"/>
        </w:rPr>
        <w:t>52:42  hai, us ko jaaniye.</w:t>
      </w:r>
      <w:r>
        <w:br/>
      </w:r>
      <w:r>
        <w:rPr>
          <w:sz w:val="20"/>
        </w:rPr>
        <w:t>52:48  qanoon-e-takhleeq ke mutabiq aap ke paas sirf bees saal hain, us ke baad toh decay hai, bees</w:t>
      </w:r>
      <w:r>
        <w:br/>
      </w:r>
      <w:r>
        <w:rPr>
          <w:sz w:val="20"/>
        </w:rPr>
        <w:t>52:54  saal se pehle immaturity hai, yaad rakhiye, yaani pachees saal ki umar se pehle jo hai, immaturity hai,</w:t>
      </w:r>
      <w:r>
        <w:br/>
      </w:r>
      <w:r>
        <w:rPr>
          <w:sz w:val="20"/>
        </w:rPr>
        <w:t>53:00  aur pentalis saal ke baad decay hai.</w:t>
      </w:r>
      <w:r>
        <w:br/>
      </w:r>
      <w:r>
        <w:rPr>
          <w:sz w:val="20"/>
        </w:rPr>
        <w:t>53:06  yaani aap ki umar ka jo pachees saal jab ho jaate hain aap, toh toh us se pehle</w:t>
      </w:r>
      <w:r>
        <w:br/>
      </w:r>
      <w:r>
        <w:rPr>
          <w:sz w:val="20"/>
        </w:rPr>
        <w:t>53:13  ka jo zamana hai, immaturity ka zamana hota hai.</w:t>
      </w:r>
      <w:r>
        <w:br/>
      </w:r>
      <w:r>
        <w:rPr>
          <w:sz w:val="20"/>
        </w:rPr>
        <w:t>53:19  Immaturity se maturity ke age mein aap dakhil hote hain, aur paintalis saal ke baad ka jo zamana</w:t>
      </w:r>
      <w:r>
        <w:br/>
      </w:r>
      <w:r>
        <w:rPr>
          <w:sz w:val="20"/>
        </w:rPr>
        <w:t>53:25  hai, woh decay ka zamana hai.</w:t>
      </w:r>
      <w:r>
        <w:br/>
      </w:r>
      <w:r>
        <w:rPr>
          <w:sz w:val="20"/>
        </w:rPr>
        <w:t>53:31  toh yahi bees saal aap ke sab se zyada qeemti saal hain, is ko kabhi aisi baat kijiye</w:t>
      </w:r>
      <w:r>
        <w:br/>
      </w:r>
      <w:r>
        <w:rPr>
          <w:sz w:val="20"/>
        </w:rPr>
        <w:t>53:37  jis ko aap utilize na karein, kyunke phir is ke baad aap ko waqt nahi milega, mauqa</w:t>
      </w:r>
      <w:r>
        <w:br/>
      </w:r>
      <w:r>
        <w:rPr>
          <w:sz w:val="20"/>
        </w:rPr>
        <w:t>53:43  nahi milega apne aap ko istemal karne ka.</w:t>
      </w:r>
    </w:p>
    <w:p>
      <w:pPr>
        <w:pStyle w:val="Heading2"/>
      </w:pPr>
      <w:r>
        <w:t>Avoiding complaints without conflict</w:t>
      </w:r>
    </w:p>
    <w:p>
      <w:r>
        <w:rPr>
          <w:color w:val="666666"/>
          <w:sz w:val="18"/>
        </w:rPr>
        <w:t>Life &amp; Wisdom · Peace of Mind June 29, 2014 · 9m 28s · at 1:08:23 · https://youtu.be/oVwRc_FcAGk?t=4103</w:t>
      </w:r>
    </w:p>
    <w:p>
      <w:r>
        <w:rPr>
          <w:i/>
        </w:rPr>
        <w:t>“Complaints will always come. But can complaints be avoided in such a way that in situations and challenges a person faces, he does not take the objective in a way that creates conflict? Meaning avoid taking two objectives in a situation where conflict can arise.”</w:t>
      </w:r>
    </w:p>
    <w:p>
      <w:r>
        <w:rPr>
          <w:sz w:val="20"/>
        </w:rPr>
        <w:t>1:08:23  Molana, agla sawal Tariq Badar sahab ne kiya hai Pakistan se, aur unhone aap se pucha hai ke Molana, jo aaj ka aap ka lecture tha shikayat ko le ke, to woh yeh janna chahte hain, woh woh keh rahe hain ke complaints jo hain woh hamesha aati rahengi.</w:t>
      </w:r>
      <w:r>
        <w:br/>
      </w:r>
      <w:r>
        <w:rPr>
          <w:sz w:val="20"/>
        </w:rPr>
        <w:t>1:08:43  lekin kya is tarike se complaints ko avoid kiya ja sakta hai ke woh aisi situations aur challenges jo insan face karta hai, woh is mein jo objective hai, woh is tarike ka na len jo conflict create kare?</w:t>
      </w:r>
      <w:r>
        <w:br/>
      </w:r>
      <w:r>
        <w:rPr>
          <w:sz w:val="20"/>
        </w:rPr>
        <w:t>1:09:00  matlab avoid taking two objectives in a situation where conflict can arise. koi if and but nahin chalenge, aap yad rakhiye, shikayat ke mamle mein main bahut sakht hoon.</w:t>
      </w:r>
      <w:r>
        <w:br/>
      </w:r>
      <w:r>
        <w:rPr>
          <w:sz w:val="20"/>
        </w:rPr>
        <w:t>1:09:12  koi kandishan nahin, koi af and bat nahin. shikayat ke mamle hi ka aap self calling. karasi ke ji, aisi shikayat aur waisi shikayat, yeh sab mere dekh bilkul yani in realistic approach hai, chalne wala nahin,</w:t>
      </w:r>
      <w:r>
        <w:br/>
      </w:r>
      <w:r>
        <w:rPr>
          <w:sz w:val="20"/>
        </w:rPr>
        <w:t>1:09:28  chalne wala nahin.</w:t>
      </w:r>
      <w:r>
        <w:br/>
      </w:r>
      <w:r>
        <w:rPr>
          <w:sz w:val="20"/>
        </w:rPr>
        <w:t>1:09:33  main aap ko ek misal deta hoon ke rasul allah ne</w:t>
      </w:r>
      <w:r>
        <w:br/>
      </w:r>
      <w:r>
        <w:rPr>
          <w:sz w:val="20"/>
        </w:rPr>
        <w:t>1:09:40  wahan par yani hijrat ke baad ek ladai hui thi, us ko kehte hain ghazva hunain. ghazva hunain mein us zamane mein woh tarika nahin tha, fauj ko siran nahin milti thi.</w:t>
      </w:r>
      <w:r>
        <w:br/>
      </w:r>
      <w:r>
        <w:rPr>
          <w:sz w:val="20"/>
        </w:rPr>
        <w:t>1:09:55  ji,</w:t>
      </w:r>
      <w:r>
        <w:br/>
      </w:r>
      <w:r>
        <w:rPr>
          <w:sz w:val="20"/>
        </w:rPr>
        <w:t>1:09:56  jang ke baad jo baligh ummat milta tha, wahi bant ke aata tha. to aap batayein ke woh ghazwa hunain hua, is mein muhajir aur ansar ke do guru the, wahan par dono shareek hue, dono ne larr kar ke jang jeeti.</w:t>
      </w:r>
      <w:r>
        <w:br/>
      </w:r>
      <w:r>
        <w:rPr>
          <w:sz w:val="20"/>
        </w:rPr>
        <w:t>1:10:12  lekin rasool Allah ne jo taqseem ki to muhajir ko diya aur ansar ko nahi diya. yani woh musalman jo makka se aaye the, un ko muhajir kaha jata hai,</w:t>
      </w:r>
      <w:r>
        <w:br/>
      </w:r>
      <w:r>
        <w:rPr>
          <w:sz w:val="20"/>
        </w:rPr>
        <w:t>1:10:24  jo madine ke local the, un ko ansar kaha jata hai. to is par cheh magoyan huien, wahan par ansar ke darmiyan cheh magoyan huien ke bhai yeh kya mamla hai ke muzahir ko is ko de diya, yani mujhe mujhe muhajireen ko aur is ko nahi diya.</w:t>
      </w:r>
      <w:r>
        <w:br/>
      </w:r>
      <w:r>
        <w:rPr>
          <w:sz w:val="20"/>
        </w:rPr>
        <w:t>1:10:47  aur ek bohat zabardast taqreer hazrat hazrat rasool Allah ne ki thi wahan par, woh aap padhiye. lekin koi is mein is taqreer mein aap jo rasool Allah ke masterpiece taqreer samani aati hai, woh jo rasool Allah bolay the wahan.</w:t>
      </w:r>
      <w:r>
        <w:br/>
      </w:r>
      <w:r>
        <w:rPr>
          <w:sz w:val="20"/>
        </w:rPr>
        <w:t>1:11:06  lekin aap sab se aham baat yeh hai is mein ke koi tajziya nahi, koi is ka yani is ka koi tawjeeh nahi ke kyun aisa kiya,</w:t>
      </w:r>
      <w:r>
        <w:br/>
      </w:r>
      <w:r>
        <w:rPr>
          <w:sz w:val="20"/>
        </w:rPr>
        <w:t>1:11:16  aisa nahi hai is mein kuch. is ko yani bypass kar ke is mein rasool Allah sallallahu alaihi wasallam ne bolay the jo jo taqreer hai.</w:t>
      </w:r>
      <w:r>
        <w:br/>
      </w:r>
      <w:r>
        <w:rPr>
          <w:sz w:val="20"/>
        </w:rPr>
        <w:t>1:11:29  to yeh tareeqa hi nahi islam ka shikayaton par jo. baz auqat aisa kare, mere nazdeek woh animal level hai, is ka animal level hai. kyunke insani zindagi mein shikayatein kabhi khatam nahi ho sakti, khatam hi nahi ho sakti kabhi bhi.</w:t>
      </w:r>
      <w:r>
        <w:br/>
      </w:r>
      <w:r>
        <w:rPr>
          <w:sz w:val="20"/>
        </w:rPr>
        <w:t>1:11:44  impaas bolay ke shikayatein khatam hon to aap chahein ke koi wazahat kare to khatam ho jayegi. to aap zindagi ko jante nahi hain. kabhi tareekh mein aisa nahi hua ke wazahatton se zid shikayatein khatam hui hon.</w:t>
      </w:r>
      <w:r>
        <w:br/>
      </w:r>
      <w:r>
        <w:rPr>
          <w:sz w:val="20"/>
        </w:rPr>
        <w:t>1:11:57  shikayat hi aadmi khud khatam karega, nahi khatam karega. rasool Allah ki ek taqreer ko masterpiece taqreer mana jata hai aur bari ajeeb taqreer hai, woh hunain ke baad ki thi.</w:t>
      </w:r>
      <w:r>
        <w:br/>
      </w:r>
      <w:r>
        <w:rPr>
          <w:sz w:val="20"/>
        </w:rPr>
        <w:t>1:12:07  lekin sab se aham baat is mein yeh hai ke aap nahi bata sakte ke rasool Allah ne is mein in shikayaton ka tajziya kiya,</w:t>
      </w:r>
      <w:r>
        <w:br/>
      </w:r>
      <w:r>
        <w:rPr>
          <w:sz w:val="20"/>
        </w:rPr>
        <w:t>1:12:14  shikayaton ka yeh wazahat ki, kuch bhi nahi hai. shikayaton ko bypass kar ke aap ne ek taqreer ki hai. islam ka ek tareeqa yeh nahi ke shikayaton ko le kar baatein ki jayen aur wazahat ki jaye.</w:t>
      </w:r>
      <w:r>
        <w:br/>
      </w:r>
      <w:r>
        <w:rPr>
          <w:sz w:val="20"/>
        </w:rPr>
        <w:t>1:12:28  arey bhai yeh nahi hai, woh nahi hai, woh yeh nahi hai, woh yeh nahi hai, woh yeh tareeqa nahi. yak tarfa hota hai, yani unilateral tor par aap ko shikayat ko kill karna padega, nahi to islam se yani islam ke siwa ek aur deen aap ikhtiyar kar li jiye.</w:t>
      </w:r>
      <w:r>
        <w:br/>
      </w:r>
      <w:r>
        <w:rPr>
          <w:sz w:val="20"/>
        </w:rPr>
        <w:t>1:12:43  islam mein to yahi hai.</w:t>
      </w:r>
      <w:r>
        <w:br/>
      </w:r>
      <w:r>
        <w:rPr>
          <w:sz w:val="20"/>
        </w:rPr>
        <w:t>1:12:48  jis ko shakk ho, woh dobara ja kar ke padhe is taqreer ko. har kitab mein seerat ki har kitab maujood hoti hai. jab ansar ke darmiyan jab cheh magoyan huien ke yeh kya mamla hai ke muhajir ko de diya aur ansar ko diya nahi, bari cheh magoyan is mein huien thi.</w:t>
      </w:r>
      <w:r>
        <w:br/>
      </w:r>
      <w:r>
        <w:rPr>
          <w:sz w:val="20"/>
        </w:rPr>
        <w:t>1:13:05  wahan par is par rasool Allah sallallahu alaihi wasallam ne bohat zabardast taqreer ki thi.</w:t>
      </w:r>
      <w:r>
        <w:br/>
      </w:r>
      <w:r>
        <w:rPr>
          <w:sz w:val="20"/>
        </w:rPr>
        <w:t>1:13:11  is taqreer mein mujhe koi bataye ke in shikayaton ka koi rasool Allah sallallahu alaihi wasallam ne koi woh tajziya kiya hai shikayaton ko door karne ke liye, koi is mein koi explain kiya hai, is ko kuch bhi nahi.</w:t>
      </w:r>
      <w:r>
        <w:br/>
      </w:r>
      <w:r>
        <w:rPr>
          <w:sz w:val="20"/>
        </w:rPr>
        <w:t>1:13:24  is ke is ko bypass kar ke aap ne taqreer ki thi. woh jin ko shakk ho, woh ja ke padhe aur agle sunday mein mujhe bataye.</w:t>
      </w:r>
      <w:r>
        <w:br/>
      </w:r>
      <w:r>
        <w:rPr>
          <w:sz w:val="20"/>
        </w:rPr>
        <w:t>1:13:33  jin ko shakk ho is baat par, woh is taqreer ko ja kar padhe aur agle sunday mein mujhe bataye ke rasool Allah ne aap kaise kehte hain, rasool Allah ne shikayaton ki wazahat ki, shikayaton ka tajziya kiya, analysis kiya, is ko aisa kuch bhi nahi.</w:t>
      </w:r>
      <w:r>
        <w:br/>
      </w:r>
      <w:r>
        <w:rPr>
          <w:sz w:val="20"/>
        </w:rPr>
        <w:t>1:13:45  shikayaton ko bypass kiya rasool Allah ne aur ek usooli baat kahi is mein. jis ko shakk ho, mujhe agle sunday mein is ka bataye, mujhe is ka reference</w:t>
      </w:r>
      <w:r>
        <w:br/>
      </w:r>
      <w:r>
        <w:rPr>
          <w:sz w:val="20"/>
        </w:rPr>
        <w:t>1:13:57  . to behal main aql ki roshni mein, apne tajrube ki roshni mein aur quran o hadees ki roshni mein yeh samjha hoon ke shikayat ko khud hi khud kill kijiye.</w:t>
      </w:r>
      <w:r>
        <w:br/>
      </w:r>
      <w:r>
        <w:rPr>
          <w:sz w:val="20"/>
        </w:rPr>
        <w:t>1:14:07  shikayat ki pooch bas pooch gach mat kijiye, wazahat mat mangiye. wazahat kyunke wazahat se kabhi shikayat khatam nahi hoti. apne iman ki hifazat ke liye, apne iman ki hifazat ke liye aap shikayat ko khud khatam kijiye,</w:t>
      </w:r>
      <w:r>
        <w:br/>
      </w:r>
      <w:r>
        <w:rPr>
          <w:sz w:val="20"/>
        </w:rPr>
        <w:t>1:14:22  nahi to aap ka iman hi mujtaba ho jayega Allah ke nazdeek. agar kisi ko shakk ho to mujhe bataye ke ke is ke siwa tareeqa tha rasool Allah ka, yani shikayaton ko le kar wazahat karna, use behas karna.</w:t>
      </w:r>
      <w:r>
        <w:br/>
      </w:r>
      <w:r>
        <w:rPr>
          <w:sz w:val="20"/>
        </w:rPr>
        <w:t>1:14:34  arey yeh nahi, woh yeh nahi, woh yeh nahi, woh mujhe koi waqea bataya jaye,</w:t>
      </w:r>
      <w:r>
        <w:br/>
      </w:r>
      <w:r>
        <w:rPr>
          <w:sz w:val="20"/>
        </w:rPr>
        <w:t>1:14:40  kuch nahi. shikayat ka wahi wal qazi balghiz, andar andar andar idhar kill karna.</w:t>
      </w:r>
      <w:r>
        <w:br/>
      </w:r>
      <w:r>
        <w:rPr>
          <w:sz w:val="20"/>
        </w:rPr>
        <w:t>1:14:52  wa alqazi bilghaiẓ, wlafīn alnās, do lafzon mein sari baat hai, yaani insān ki nisbat se isko, yaani isko koi masla hi na banānā.</w:t>
      </w:r>
      <w:r>
        <w:br/>
      </w:r>
      <w:r>
        <w:rPr>
          <w:sz w:val="20"/>
        </w:rPr>
        <w:t>1:15:05  aafīn alnās ke ma'ni, isko isko koi ishu na banānā,</w:t>
      </w:r>
      <w:r>
        <w:br/>
      </w:r>
      <w:r>
        <w:rPr>
          <w:sz w:val="20"/>
        </w:rPr>
        <w:t>1:15:09  insān ki nisbat se isko ishu na banānā aur apnī nisbat se khud hi khud isko, yaani andar andar isko manage kar len.</w:t>
      </w:r>
      <w:r>
        <w:br/>
      </w:r>
      <w:r>
        <w:rPr>
          <w:sz w:val="20"/>
        </w:rPr>
        <w:t>1:15:21  yeh yeh do tukṛe jo hain is āyat ke hain, bahut aham hain. Waqazi bilghaiẓ, wlafīn alnās, kyunkē lafẓī tarjumā yeh hai ke ghusse ko pī jānē wālē aur logon ko maaf kar dēnē wālē.</w:t>
      </w:r>
      <w:r>
        <w:br/>
      </w:r>
      <w:r>
        <w:rPr>
          <w:sz w:val="20"/>
        </w:rPr>
        <w:t>1:15:37  is ka matlab kya hua?</w:t>
      </w:r>
      <w:r>
        <w:br/>
      </w:r>
      <w:r>
        <w:rPr>
          <w:sz w:val="20"/>
        </w:rPr>
        <w:t>1:15:39  matlab yeh hua ke ke in ka rawaiyya apnē bārē mein yeh hotā hai ke ghusse ko andar hi andar manage kartē hain. Woh ghusse ko discussion ka mauzū' nahin banātē, andar andar manage kar ke diffuse kar dētē hain, diffuse kar dētē hain.</w:t>
      </w:r>
      <w:r>
        <w:br/>
      </w:r>
      <w:r>
        <w:rPr>
          <w:sz w:val="20"/>
        </w:rPr>
        <w:t>1:15:55  aur dūsrā tukṛe ka matlab yeh hai ke in ki taraf repress nahin kartē,</w:t>
      </w:r>
      <w:r>
        <w:br/>
      </w:r>
      <w:r>
        <w:rPr>
          <w:sz w:val="20"/>
        </w:rPr>
        <w:t>1:16:02  dūsrē par ḍāltē nahin, balkē balkē is ko woh kartē hain, yaani ignore kartē hain.</w:t>
      </w:r>
      <w:r>
        <w:br/>
      </w:r>
      <w:r>
        <w:rPr>
          <w:sz w:val="20"/>
        </w:rPr>
        <w:t>1:16:13  dūsrōn ki nisbat se repress na karnā, apnī nisbat se self management, yeh yeh main ne pāyā hai Qur'ān o ḥadīth mein.</w:t>
      </w:r>
      <w:r>
        <w:br/>
      </w:r>
      <w:r>
        <w:rPr>
          <w:sz w:val="20"/>
        </w:rPr>
        <w:t>1:16:22  aur jo shikāyaton ke bārē mein chāhtā hai ke shikāyaton ke ke bas kyā jāē, is ko explain kyā jāē, is ka analysis kyā jāē,</w:t>
      </w:r>
      <w:r>
        <w:br/>
      </w:r>
      <w:r>
        <w:rPr>
          <w:sz w:val="20"/>
        </w:rPr>
        <w:t>1:16:29  main samajhtā hoon ke woh na zindagī ko jāntā hai, na Qur'ān ko, na kisi chīz ko jāntā hai. Woh na zindagī ko jāntā, na Qur'ān ko jāntā, na hān, na Rasūl Allāh ko, aṣḥāb ko se wāqif hai.</w:t>
      </w:r>
      <w:r>
        <w:br/>
      </w:r>
      <w:r>
        <w:rPr>
          <w:sz w:val="20"/>
        </w:rPr>
        <w:t>1:16:42  woh bilkul bekhabar hai. Merā apnā apnē muta'alliq roshnī mein yahī ehsās hai.</w:t>
      </w:r>
      <w:r>
        <w:br/>
      </w:r>
      <w:r>
        <w:rPr>
          <w:sz w:val="20"/>
        </w:rPr>
        <w:t>1:16:52  Maulānā, ek comment paṛhnā chāhēṅ</w:t>
      </w:r>
      <w:r>
        <w:br/>
      </w:r>
      <w:r>
        <w:rPr>
          <w:sz w:val="20"/>
        </w:rPr>
        <w:t>1:16:54  gē jo Maulānā Abdul Bāsiṭ 'Umarī ne bhejā hai, Dūḥa, Qaṭar se, aur unhon ne likhā hai: "Maulānā, main kal kal yahī bāt soch rahā thā ke AlRisāla mission samajhnē ke bād rūḥānī taur par bahut ajīb ajīb tajrubaat mujhe milē aur mil rahē hain,</w:t>
      </w:r>
      <w:r>
        <w:br/>
      </w:r>
      <w:r>
        <w:rPr>
          <w:sz w:val="20"/>
        </w:rPr>
        <w:t>1:17:17  jaisē inspiration ka masla. Yeh bāt main ne pahlī bār AlRisāla mission ko jānnē ke bād jānnā.</w:t>
      </w:r>
      <w:r>
        <w:br/>
      </w:r>
      <w:r>
        <w:rPr>
          <w:sz w:val="20"/>
        </w:rPr>
        <w:t>1:17:25  mislan naī naī bātēñ darayāft honā, Qur'ān aur ḥadīth ki koi bāt samajh mein ānā, is ko lē kar jab hum sōchtē hain to humēñ naī naī bātēñ samajh mein ātī hain, hamārā zehn khultā hai waghaireh.</w:t>
      </w:r>
      <w:r>
        <w:br/>
      </w:r>
      <w:r>
        <w:rPr>
          <w:sz w:val="20"/>
        </w:rPr>
        <w:t>1:17:40  Allāh ka sab se baṛā ehsān hai ke is ne mujhe AlRisāla mission ki daryāft karā dī."</w:t>
      </w:r>
    </w:p>
    <w:p>
      <w:pPr>
        <w:pStyle w:val="Heading2"/>
      </w:pPr>
      <w:r>
        <w:t>Deviated young boy seeking guidance</w:t>
      </w:r>
    </w:p>
    <w:p>
      <w:r>
        <w:rPr>
          <w:color w:val="666666"/>
          <w:sz w:val="18"/>
        </w:rPr>
        <w:t>Life &amp; Wisdom · 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Difference between theoretical and practical wisdom</w:t>
      </w:r>
    </w:p>
    <w:p>
      <w:r>
        <w:rPr>
          <w:color w:val="666666"/>
          <w:sz w:val="18"/>
        </w:rPr>
        <w:t>Life &amp; Wisdom · How to Develop Pratical Wisdom May 5, 2024 · 9m 22s · at 31:10 · https://youtu.be/QIKxtH-MyMM?t=1870</w:t>
      </w:r>
    </w:p>
    <w:p>
      <w:r>
        <w:rPr>
          <w:i/>
        </w:rPr>
        <w:t>“What is the difference between theoretical wisdom and practical wisdom? Please explain this to all of us.”</w:t>
      </w:r>
    </w:p>
    <w:p>
      <w:r>
        <w:rPr>
          <w:sz w:val="20"/>
        </w:rPr>
        <w:t>31:10  lekin yeh kitne aasani se ek practical wisdom ka unhone example diya. to apa yahan pe mera agla sawal bhi yahi aata hai ke aap ne starting mein zikr bhi kiya tha theoretical wisdom ka.</w:t>
      </w:r>
      <w:r>
        <w:br/>
      </w:r>
      <w:r>
        <w:rPr>
          <w:sz w:val="20"/>
        </w:rPr>
        <w:t>31:22  to theoretical wisdom aur practical wisdom mein kya farq hai? kya difference hai? iske bare mein aap hum sab ko bataein.</w:t>
      </w:r>
      <w:r>
        <w:br/>
      </w:r>
      <w:r>
        <w:rPr>
          <w:sz w:val="20"/>
        </w:rPr>
        <w:t>31:34  to yeh greek philosophers ne hi yeh jis ko differentiate kiya tha to sufis jo unke haan jo lafz bola jata tha us se yahi murad thi ke universal sachaiyan aur universal usool aur uska practical application.</w:t>
      </w:r>
      <w:r>
        <w:br/>
      </w:r>
      <w:r>
        <w:rPr>
          <w:sz w:val="20"/>
        </w:rPr>
        <w:t>31:51  to ek to dekhein universal sachaiyan hoti hain jo ultimate truth hota hai lekin usko kaise apply karein real life situation par.</w:t>
      </w:r>
      <w:r>
        <w:br/>
      </w:r>
      <w:r>
        <w:rPr>
          <w:sz w:val="20"/>
        </w:rPr>
        <w:t>32:01  to jo naye naye situation pesh amadah surat haal jo hoti hai us mein jo situation aati hai us mein in cheezon ko, in usoolon ko kaise woh apply karein to usko effectively kaise usko istemal kiya jaye.</w:t>
      </w:r>
      <w:r>
        <w:br/>
      </w:r>
      <w:r>
        <w:rPr>
          <w:sz w:val="20"/>
        </w:rPr>
        <w:t>32:18  to theoretical jo wisdom hai woh hamari aqal mein to izafa karti hai lekin yeh usko practical wisdom mein convert karne ke liye to hum ko usko usko develop karna padta hai.</w:t>
      </w:r>
      <w:r>
        <w:br/>
      </w:r>
      <w:r>
        <w:rPr>
          <w:sz w:val="20"/>
        </w:rPr>
        <w:t>32:36  iske liye bohat saari nayi cheezon ki, bohat saari cheezon ki zaroorat hoti hai. maslan sabr hai,</w:t>
      </w:r>
      <w:r>
        <w:br/>
      </w:r>
      <w:r>
        <w:rPr>
          <w:sz w:val="20"/>
        </w:rPr>
        <w:t>32:43  matlab koi situation aayi aur us mein thoda humein wait karna padega, foran result nahi nikal raha hai. to agar hum besabri karenge to hum us mein hum nuksan uthayenge.</w:t>
      </w:r>
      <w:r>
        <w:br/>
      </w:r>
      <w:r>
        <w:rPr>
          <w:sz w:val="20"/>
        </w:rPr>
        <w:t>32:56  to yeh is tareeqe se hikmat, wisdom aur sabr jo hai woh inter related ho jate hain. aur sabr par isi liye islam mein bhi, quran mein, rasool Allah sal Allah alaihi wasallam ki zindagi mein, sunnat mein hum dekhte hain ke bohat zyada zor diya gaya</w:t>
      </w:r>
      <w:r>
        <w:br/>
      </w:r>
      <w:r>
        <w:rPr>
          <w:sz w:val="20"/>
        </w:rPr>
        <w:t>33:12  hai ke sabr ka matlab hai ke hum reaction, reactionary approach hamari na ho balkeh soch samajh kar, objectively hum planning karein.</w:t>
      </w:r>
      <w:r>
        <w:br/>
      </w:r>
      <w:r>
        <w:rPr>
          <w:sz w:val="20"/>
        </w:rPr>
        <w:t>33:23  to bohat zyada yeh cheez hamein rasool Allah sal Allah alaihi wasallam ki zindagi mein milti hai. kabhi bhi aap ne react nahi kiya balkeh soch samajh kar, plan kar ke phir aap koi qadam uthate the.</w:t>
      </w:r>
      <w:r>
        <w:br/>
      </w:r>
      <w:r>
        <w:rPr>
          <w:sz w:val="20"/>
        </w:rPr>
        <w:t>33:35  to asal mein situation itna different hoti hai.</w:t>
      </w:r>
      <w:r>
        <w:br/>
      </w:r>
      <w:r>
        <w:rPr>
          <w:sz w:val="20"/>
        </w:rPr>
        <w:t>33:38  kabhi bolna zaroori ho jata hai, kabhi chup rehna zaroori ho jata hai, kabhi iqdam karna zaroori hota hai, kabhi peechay hatna zaroori hota hai.</w:t>
      </w:r>
      <w:r>
        <w:br/>
      </w:r>
      <w:r>
        <w:rPr>
          <w:sz w:val="20"/>
        </w:rPr>
        <w:t>33:47  to isi farq ko janne ka naam jo hai wo hikmat hai. misaal ke taur par jo ke har aadmi ko iska tajurba hota hai ke koi sarak par hum wo gaari daura rahe hain to achanak koi doosri gaari aa jati hai ya green light ho gayi lekin doosri gaari chal chuki hai.</w:t>
      </w:r>
      <w:r>
        <w:br/>
      </w:r>
      <w:r>
        <w:rPr>
          <w:sz w:val="20"/>
        </w:rPr>
        <w:t>34:07  to is waqt to hum jo hain is waqt apni gaari nahi daurayenge balkay sabr ke sath thora sa rukenge ke jab tak hamare liye rasta na khali ho jaye tab tak hum gaari nahi daurayenge.</w:t>
      </w:r>
      <w:r>
        <w:br/>
      </w:r>
      <w:r>
        <w:rPr>
          <w:sz w:val="20"/>
        </w:rPr>
        <w:t>34:20  to yeh jo hai halankay hum hum jab green light ho gayi to hum apni gaari daura sakte hain lekin wahan par rasta khali nahi hai to hum wait karenge, sabr kari</w:t>
      </w:r>
      <w:r>
        <w:br/>
      </w:r>
      <w:r>
        <w:rPr>
          <w:sz w:val="20"/>
        </w:rPr>
        <w:t>34:34  nge. to isi tarah se yeh to ek aisi misaal hai jo har aadmi ko face karta hai, har aadmi. to isi tarah se rasool ALLAH صلی اللہ علیہ وسلم ne kiya ke makkah mein dekhiye, makkah mein itna zyada aap ke upar zulm kiya gaya lekin aap ne react nahi kiya, aap ne koi muqabla nahi kiya.</w:t>
      </w:r>
      <w:r>
        <w:br/>
      </w:r>
      <w:r>
        <w:rPr>
          <w:sz w:val="20"/>
        </w:rPr>
        <w:t>34:51  lekin jab madinah gaye to kai baar muqabla karna pada aap ko.</w:t>
      </w:r>
      <w:r>
        <w:br/>
      </w:r>
      <w:r>
        <w:rPr>
          <w:sz w:val="20"/>
        </w:rPr>
        <w:t>34:57  to is tarah se yeh halaat ko samajhna aur halaat ko samajhne ke liye experience bhi bohat zaroori hai.</w:t>
      </w:r>
      <w:r>
        <w:br/>
      </w:r>
      <w:r>
        <w:rPr>
          <w:sz w:val="20"/>
        </w:rPr>
        <w:t>35:06  jo aap ne kaha tha na ke zyada umar wale logon ko wise log samajhte hain to asal mein kai baar aisa hota hai ke unke paas experience zyada hota hai na.</w:t>
      </w:r>
      <w:r>
        <w:br/>
      </w:r>
      <w:r>
        <w:rPr>
          <w:sz w:val="20"/>
        </w:rPr>
        <w:t>35:16  ab naujawan aadmi ke paas to degree wala ilm hota hai aur boorhay aadmi ke paas experience</w:t>
      </w:r>
      <w:r>
        <w:br/>
      </w:r>
      <w:r>
        <w:rPr>
          <w:sz w:val="20"/>
        </w:rPr>
        <w:t>35:22  hota hai. to apne experience se jo batata hai to is mein kai baar wo sahi is ki rai hoti hai. to is liye hamein samajhna hota hai ke ideal jo hai wo har jagah is is is ko applicable nahi hota, har jagah achievable nahi hota.</w:t>
      </w:r>
      <w:r>
        <w:br/>
      </w:r>
      <w:r>
        <w:rPr>
          <w:sz w:val="20"/>
        </w:rPr>
        <w:t>35:41  to ideal ko achieve karne ke liye hum jo hai thora wait karna parta hai, samajh lijiyay. to is wo wait karna jo hai wahi sabr o barda</w:t>
      </w:r>
      <w:r>
        <w:br/>
      </w:r>
      <w:r>
        <w:rPr>
          <w:sz w:val="20"/>
        </w:rPr>
        <w:t>35:52  sht hai. ji to is ke liye bohat zyada emphasis se wo is ka zikr aya hai quran o hadith mein sabr par.</w:t>
      </w:r>
      <w:r>
        <w:br/>
      </w:r>
      <w:r>
        <w:rPr>
          <w:sz w:val="20"/>
        </w:rPr>
        <w:t>36:02  ji jazak ALLAH aap ka. kuch chapak comments aur questions bhi aaye hain, mein lena chahunga. yeh oman se likha hai fatin ashraf siddiqui sahab ne, unhone likha hai bohat hi fikr angrez baatein hain.</w:t>
      </w:r>
      <w:r>
        <w:br/>
      </w:r>
      <w:r>
        <w:rPr>
          <w:sz w:val="20"/>
        </w:rPr>
        <w:t>36:17  muhammad asif khan sahab ne lucknow se likha hai quran ki rehnumai mein ghor o fikar se hi hum wisdom ko hasil kar sakte hain aur is ki misaal hamein nabi ki poori zindagi se milti hai.</w:t>
      </w:r>
      <w:r>
        <w:br/>
      </w:r>
      <w:r>
        <w:rPr>
          <w:sz w:val="20"/>
        </w:rPr>
        <w:t>36:30  aap practice wisdom ke ki sab se bari misaal thay. miss farida kamran ne pakistan se likha hai jazak ALLAH very effective and meaningful lecture with beautiful examples.</w:t>
      </w:r>
      <w:r>
        <w:br/>
      </w:r>
      <w:r>
        <w:rPr>
          <w:sz w:val="20"/>
        </w:rPr>
        <w:t>36:43  may ALLAH bless you all and accept your efforts. amin.</w:t>
      </w:r>
      <w:r>
        <w:br/>
      </w:r>
      <w:r>
        <w:rPr>
          <w:sz w:val="20"/>
        </w:rPr>
        <w:t>36:47  yeh ek koi community group hai enlighten your mind, unhone naam nahi likha hai apna jinhone bhi is ko bheja hai. unhone likha hai practical wisdom is the ability to make sound judgments and decisions in practical matters based on deep understanding and experience.</w:t>
      </w:r>
      <w:r>
        <w:br/>
      </w:r>
      <w:r>
        <w:rPr>
          <w:sz w:val="20"/>
        </w:rPr>
        <w:t>37:03  it involves having a good sense of what is morally right or virtuous and knowing how to apply general principles to specific situations.</w:t>
      </w:r>
      <w:r>
        <w:br/>
      </w:r>
      <w:r>
        <w:rPr>
          <w:sz w:val="20"/>
        </w:rPr>
        <w:t>37:14  the real teaching of the quran is only to apply practical wisdom. doctor farida really described it nicely. bahrain se saifuddin sahab ne likha hai ke mein swat pakistan se hoon.</w:t>
      </w:r>
      <w:r>
        <w:br/>
      </w:r>
      <w:r>
        <w:rPr>
          <w:sz w:val="20"/>
        </w:rPr>
        <w:t>37:27  ALLAH pak aap sab ko salamat rakhe. amin. faiz qadri sahab ne coimbatore se likha hai maulana man of wisdom thay, un ke har sentence mein wisdom hua karti</w:t>
      </w:r>
      <w:r>
        <w:br/>
      </w:r>
      <w:r>
        <w:rPr>
          <w:sz w:val="20"/>
        </w:rPr>
        <w:t>37:42  thi. practical wisdom ke baray mein maulana ke paas jo clarity thi wo door hazir mein kisi ke paas nahi thi. musalman jab tak maulana ki is wisdom se faida nahi uthayenge masail se bahar nahi aa sakte.</w:t>
      </w:r>
      <w:r>
        <w:br/>
      </w:r>
      <w:r>
        <w:rPr>
          <w:sz w:val="20"/>
        </w:rPr>
        <w:t>37:57  CPS mission ka ek aham kaam logon ko practical wisdom ko batana bhi hai. apa yeh kuch teen sawal hain jo online</w:t>
      </w:r>
      <w:r>
        <w:br/>
      </w:r>
      <w:r>
        <w:rPr>
          <w:sz w:val="20"/>
        </w:rPr>
        <w:t>38:07  aaye hain. arman khan sahab ne likha hai yeh shayad dubai se hain, unhone likha hai apa grasshopper mind se sanjeedgi kaise layein is ke baray mein batayen.</w:t>
      </w:r>
      <w:r>
        <w:br/>
      </w:r>
      <w:r>
        <w:rPr>
          <w:sz w:val="20"/>
        </w:rPr>
        <w:t>38:24  yeh to wahi ho gaya na ladri nasb al ilm. jab aap ko maloom hai ke aap grasshopper mind hain to phir to aap ka aadha rasta to aadha safar to tay</w:t>
      </w:r>
      <w:r>
        <w:br/>
      </w:r>
      <w:r>
        <w:rPr>
          <w:sz w:val="20"/>
        </w:rPr>
        <w:t>38:34  ho gaya. ab aap koshish kariye, thora study kariye, thora ghor o fikar kariye. to study karna zaroori hai aur sab se zyada zaroori jo hai maulana ki kitabon ki study kariye.</w:t>
      </w:r>
      <w:r>
        <w:br/>
      </w:r>
      <w:r>
        <w:rPr>
          <w:sz w:val="20"/>
        </w:rPr>
        <w:t>38:45  aap is mein bohat hi simplify kar ke saare usoolon ko bata diya gaya hai. ab aap sochiye ke kitni kam muddat hamein is dunya mein mili hui hai to hamare paas time hi nahi hai zaya karne ka</w:t>
      </w:r>
      <w:r>
        <w:br/>
      </w:r>
      <w:r>
        <w:rPr>
          <w:sz w:val="20"/>
        </w:rPr>
        <w:t>38:59  . to hum ko kya kehte hain? der is no better time den this very minute. aap foran serious ho jaiye aur apne aap ko tayyar kariye kyunke hamari ek eternal life hai.</w:t>
      </w:r>
      <w:r>
        <w:br/>
      </w:r>
      <w:r>
        <w:rPr>
          <w:sz w:val="20"/>
        </w:rPr>
        <w:t>39:15  bas aap itna sochiye to aap ko bohat hi kitna aap serious ho jayenge. eternal life hai aur is ke liye hamein isi dunya mein apne aap ko prepare karna hai.</w:t>
      </w:r>
      <w:r>
        <w:br/>
      </w:r>
      <w:r>
        <w:rPr>
          <w:sz w:val="20"/>
        </w:rPr>
        <w:t>39:25  jitna hum prepare karenge isi ke mutabiq hamein akhirat mein is ka badla milega. ji to ab hamein kya pata hamari kitni umar hai, kisi ko bhi pata nahi.</w:t>
      </w:r>
      <w:r>
        <w:br/>
      </w:r>
      <w:r>
        <w:rPr>
          <w:sz w:val="20"/>
        </w:rPr>
        <w:t>39:35  to hum ko bas is zara bhi apna time waste nahi karna hai.</w:t>
      </w:r>
      <w:r>
        <w:br/>
      </w:r>
      <w:r>
        <w:rPr>
          <w:sz w:val="20"/>
        </w:rPr>
        <w:t>39:41  aur apa yeh bhi hai ke jaise Maulana hum sab ko bohat kaha karte the ke aap ko ek sincere person ban ke rehna hai kyunke agar aap ke andar sincerity nahi to phir Allah taala, Allah taala ki taraf se bhi madad nahi aayegi.</w:t>
      </w:r>
      <w:r>
        <w:br/>
      </w:r>
      <w:r>
        <w:rPr>
          <w:sz w:val="20"/>
        </w:rPr>
        <w:t>39:56  aur aap sincerity ke ilawa aap afford nahi kar sakte kyunke in sincere person is like moving on the direction of psychological suicide kyunke woh apne conscious ke khilaaf ja raha hai.</w:t>
      </w:r>
      <w:r>
        <w:br/>
      </w:r>
      <w:r>
        <w:rPr>
          <w:sz w:val="20"/>
        </w:rPr>
        <w:t>40:07  woh is dunya se bhi jayega aur akhirat se bhi.</w:t>
      </w:r>
      <w:r>
        <w:br/>
      </w:r>
      <w:r>
        <w:rPr>
          <w:sz w:val="20"/>
        </w:rPr>
        <w:t>40:10  to sab se jo mushkil cheez hai aur jo rare cheez hai, Maulana kehte the jo pai jati hai woh hai sincerity.</w:t>
      </w:r>
      <w:r>
        <w:br/>
      </w:r>
      <w:r>
        <w:rPr>
          <w:sz w:val="20"/>
        </w:rPr>
        <w:t>40:18  so the process, the beginning process is sincerity and following the principles in a disciplined manner. tab aap ko ek khaas madad bhi aane lagti hai.</w:t>
      </w:r>
      <w:r>
        <w:br/>
      </w:r>
      <w:r>
        <w:rPr>
          <w:sz w:val="20"/>
        </w:rPr>
        <w:t>40:29  to yeh bohat aham cheez hai. apa</w:t>
      </w:r>
    </w:p>
    <w:p>
      <w:pPr>
        <w:pStyle w:val="Heading2"/>
      </w:pPr>
      <w:r>
        <w:t>Different aspects of practical wisdom</w:t>
      </w:r>
    </w:p>
    <w:p>
      <w:r>
        <w:rPr>
          <w:color w:val="666666"/>
          <w:sz w:val="18"/>
        </w:rPr>
        <w:t>Life &amp; Wisdom · How to Develop Pratical Wisdom May 5, 2024 · 5m 39s · at 25:31 · https://youtu.be/QIKxtH-MyMM?t=1531</w:t>
      </w:r>
    </w:p>
    <w:p>
      <w:r>
        <w:rPr>
          <w:i/>
        </w:rPr>
        <w:t>“What are the different aspects of wisdom? Please explain practical wisdom, because every situation is different—how do we apply the principles of wisdom in a new situation?”</w:t>
      </w:r>
    </w:p>
    <w:p>
      <w:r>
        <w:rPr>
          <w:sz w:val="20"/>
        </w:rPr>
        <w:t>25:31  acha, apa mera agla sawal yahi hai ke what are the different aspects of wisdom? is ke bare mein bhi aap batayein. different aspect of wisdom matlab practical wisdom, kyunke har situation alag hoti hai.</w:t>
      </w:r>
      <w:r>
        <w:br/>
      </w:r>
      <w:r>
        <w:rPr>
          <w:sz w:val="20"/>
        </w:rPr>
        <w:t>25:48  to is nai situation par kis tarike se wisdom ke jo usool hain, woh apply karte hain? woh jo aap ne bataya tha ke wisdom, yeh Maulana ne is ko define kiya hai:</w:t>
      </w:r>
      <w:r>
        <w:br/>
      </w:r>
      <w:r>
        <w:rPr>
          <w:sz w:val="20"/>
        </w:rPr>
        <w:t>26:01  "wisdom is the ability to discover the relevant by sorting out the irrelevant". to bohat sare aise aspect hotay hain jis ko humein ignore karna parta hai, jis ko humein zyada importance nahi deni parti hai.</w:t>
      </w:r>
      <w:r>
        <w:br/>
      </w:r>
      <w:r>
        <w:rPr>
          <w:sz w:val="20"/>
        </w:rPr>
        <w:t>26:17  lekin jo log is baat ko nahi samajhte, woh jaise kisi ne koi zulm kiya hai hamare upar, to hum wahin bharr jayenge. woh yeh nahi sochenge is ko bharrne ka nateeja kya hoga.</w:t>
      </w:r>
      <w:r>
        <w:br/>
      </w:r>
      <w:r>
        <w:rPr>
          <w:sz w:val="20"/>
        </w:rPr>
        <w:t>26:28  to Maulana ne result oriented action par bohat hi zyada zor diya hai. to humein har situation mein humein is ke ghair mutaliq pehlu ko, irrelevant pehluon ko alag kar ke humein relevant pehlu ko dekhna hai.</w:t>
      </w:r>
      <w:r>
        <w:br/>
      </w:r>
      <w:r>
        <w:rPr>
          <w:sz w:val="20"/>
        </w:rPr>
        <w:t>26:44  aur is ki misalein itni zyada Rasool Allah salallaho alaihi wasallam ki zindagi mein milti hain ke Rasool Allah salallaho alaihi wasallam ne jab Makah mein kaam shuru kiya to society mein tarah tarah ki buraiyan theen.</w:t>
      </w:r>
      <w:r>
        <w:br/>
      </w:r>
      <w:r>
        <w:rPr>
          <w:sz w:val="20"/>
        </w:rPr>
        <w:t>26:57  wahan tarah tarah ke jurm hotay thay, wahan tarah tarah ke jo hain aik doosre par log zulm karte thay. das das bees bees saal tak jangain ladte rehte thay.</w:t>
      </w:r>
      <w:r>
        <w:br/>
      </w:r>
      <w:r>
        <w:rPr>
          <w:sz w:val="20"/>
        </w:rPr>
        <w:t>27:08  tribal society mein yahi hota tha. Rome o Iran ki siyasi intervention barabar rehta tha. to tarah tarah se Ka'bah mein but rakhe hue thay.</w:t>
      </w:r>
      <w:r>
        <w:br/>
      </w:r>
      <w:r>
        <w:rPr>
          <w:sz w:val="20"/>
        </w:rPr>
        <w:t>27:18  lekin Rasool Allah salallaho alaihi wasallam in tamam cheezon se nahi disturb</w:t>
      </w:r>
      <w:r>
        <w:br/>
      </w:r>
      <w:r>
        <w:rPr>
          <w:sz w:val="20"/>
        </w:rPr>
        <w:t>27:25  huye. unhon ne dekha ke sirf aik root cause dekha. root cause kya hai? ke un ko tauheed ka message nahi mila hua hai.</w:t>
      </w:r>
      <w:r>
        <w:br/>
      </w:r>
      <w:r>
        <w:rPr>
          <w:sz w:val="20"/>
        </w:rPr>
        <w:t>27:34  un ko Khuda se taluq, Khuda se mohabbat, Khuda ka khauf, yeh sab cheezein un ke andar paida karna hai. aakhirat ka shauq, to yeh sab paida ho jayega.</w:t>
      </w:r>
      <w:r>
        <w:br/>
      </w:r>
      <w:r>
        <w:rPr>
          <w:sz w:val="20"/>
        </w:rPr>
        <w:t>27:45  to yeh sari cheezein jo hain khud ba khud khatam ho jayen gi.</w:t>
      </w:r>
      <w:r>
        <w:br/>
      </w:r>
      <w:r>
        <w:rPr>
          <w:sz w:val="20"/>
        </w:rPr>
        <w:t>27:48  to wahi hua. Rasool Allah salallaho alaihi wasallam ne aik taraf to tauheed par bohat zyada zor diya, aur phir ilm par bohat zyada zor diya.</w:t>
      </w:r>
      <w:r>
        <w:br/>
      </w:r>
      <w:r>
        <w:rPr>
          <w:sz w:val="20"/>
        </w:rPr>
        <w:t>27:58  yahan tak ke auraton ki taleem ka bhi bohat achhe tareeqe se intezam kiya taake kyunke auratein jo hain kisi bhi society ka taqreeban aadha hissa hoti hain, to agar woh educated nahi hain to phir bohat mushkil ho jayegi society mein education phail nahi payegi.</w:t>
      </w:r>
      <w:r>
        <w:br/>
      </w:r>
      <w:r>
        <w:rPr>
          <w:sz w:val="20"/>
        </w:rPr>
        <w:t>28:18  to phir rasool Allah sal Allah alaihi wasallam ne status ko dekha ke status ko agar hai koi prevail kar raha hai to usko khatam nahi karein, kyunke khatam karne se bohat zyada disturbance hoti hai.</w:t>
      </w:r>
      <w:r>
        <w:br/>
      </w:r>
      <w:r>
        <w:rPr>
          <w:sz w:val="20"/>
        </w:rPr>
        <w:t>28:31  to rasool Allah sal Allah alaihi wasallam ka jo sab se zyada yeh tha ke peace aur normal situation prevail kare taake jo woh kaam kar rahe hain, us kaam mein disturbance na ho.</w:t>
      </w:r>
      <w:r>
        <w:br/>
      </w:r>
      <w:r>
        <w:rPr>
          <w:sz w:val="20"/>
        </w:rPr>
        <w:t>28:43  to is liye aap status ko nahi todte the.</w:t>
      </w:r>
      <w:r>
        <w:br/>
      </w:r>
      <w:r>
        <w:rPr>
          <w:sz w:val="20"/>
        </w:rPr>
        <w:t>28:46  iski ek misaal wahi hai jo kaba jab kai baar jab flood mein kaba gir gaya tha, to dobara jab banaya gaya to itna unke paas quraish ke paas itna material nahi tha, kyunke kaba lamba tha aur ab chokor hai.</w:t>
      </w:r>
      <w:r>
        <w:br/>
      </w:r>
      <w:r>
        <w:rPr>
          <w:sz w:val="20"/>
        </w:rPr>
        <w:t>29:02  to material unka khatam ho gaya, to unhone chokor building bana di. to</w:t>
      </w:r>
      <w:r>
        <w:br/>
      </w:r>
      <w:r>
        <w:rPr>
          <w:sz w:val="20"/>
        </w:rPr>
        <w:t>29:07  jab aap ne makka conquer kar liya to aap ne chaha ke hum jo original kaba tha hazrat ibrahim alaihi wasallam ka banaya hua, uske upar usko dobara se bana dein.</w:t>
      </w:r>
      <w:r>
        <w:br/>
      </w:r>
      <w:r>
        <w:rPr>
          <w:sz w:val="20"/>
        </w:rPr>
        <w:t>29:20  to phir hazrat aisha ne kaha: "bhai to aap chahte hain to kyun nahi bana dete?" to aap ne kaha ke yeh qaum jo hai nayi nayi islam layi hai, woh kahegi ke yeh kaisa mazhab hai ke aate hi yeh log kaba ko todne lag</w:t>
      </w:r>
      <w:r>
        <w:br/>
      </w:r>
      <w:r>
        <w:rPr>
          <w:sz w:val="20"/>
        </w:rPr>
        <w:t>29:33  e. to yeh bohat zyada jo hai na ulta iska nateeja niklega. to is tareeqe se bohat saare waqiyat hain jo ke rasool Allah sal Allah alaihi wasallam ne status ko barqarar rakha aur root cause ko dekha ke root cause par kaam karne se khud ba khud doosre tamam masail hal ho jate hain.</w:t>
      </w:r>
      <w:r>
        <w:br/>
      </w:r>
      <w:r>
        <w:rPr>
          <w:sz w:val="20"/>
        </w:rPr>
        <w:t>29:55  ji apa aur molana se ek yeh bhi cheez seekhi ke woh kehte the: "wise person is one who lives in remembrance of God and in wise person is one who lives in material world because he is not aware of the creation plan of God." apa agar sahaba ki zindagi se bhi dekhein to bohat examples milte hain.</w:t>
      </w:r>
      <w:r>
        <w:br/>
      </w:r>
      <w:r>
        <w:rPr>
          <w:sz w:val="20"/>
        </w:rPr>
        <w:t>30:17  jaise um daradah ne ek martaba hazrat abu dardah ke bare mein bataya</w:t>
      </w:r>
      <w:r>
        <w:br/>
      </w:r>
      <w:r>
        <w:rPr>
          <w:sz w:val="20"/>
        </w:rPr>
        <w:t>30:22  Jab un ke baray mein poocha gaya ke un ki favorite</w:t>
      </w:r>
      <w:r>
        <w:br/>
      </w:r>
      <w:r>
        <w:rPr>
          <w:sz w:val="20"/>
        </w:rPr>
        <w:t>30:25  favorite deed kya thi to wo kehte the ke "He would contemplate and seek wisdom."</w:t>
      </w:r>
      <w:r>
        <w:br/>
      </w:r>
      <w:r>
        <w:rPr>
          <w:sz w:val="20"/>
        </w:rPr>
        <w:t>30:32  Aur aap wo is cheez se bhi aik example se pata chalta hai ke kitni practical wisdom thi</w:t>
      </w:r>
      <w:r>
        <w:br/>
      </w:r>
      <w:r>
        <w:rPr>
          <w:sz w:val="20"/>
        </w:rPr>
        <w:t>30:38  Sahaba mein ke unhon ne aik martaba aik Sahabi ko kaha ke "Remember</w:t>
      </w:r>
      <w:r>
        <w:br/>
      </w:r>
      <w:r>
        <w:rPr>
          <w:sz w:val="20"/>
        </w:rPr>
        <w:t>30:44  God while you are enjoying happiness because then God will remember you while you are in trouble."</w:t>
      </w:r>
      <w:r>
        <w:br/>
      </w:r>
      <w:r>
        <w:rPr>
          <w:sz w:val="20"/>
        </w:rPr>
        <w:t>30:50  And whenever you see a worldly thing, remember its transitory nature, its temporary nature, and tell your</w:t>
      </w:r>
      <w:r>
        <w:br/>
      </w:r>
      <w:r>
        <w:rPr>
          <w:sz w:val="20"/>
        </w:rPr>
        <w:t>30:58  self that this world will soon get over.</w:t>
      </w:r>
      <w:r>
        <w:br/>
      </w:r>
      <w:r>
        <w:rPr>
          <w:sz w:val="20"/>
        </w:rPr>
        <w:t>31:01  to yeh bohat hi practical tip hai kyunke apa jab hum chaka chaundh dekhte hain, worldly cheezon ko dekhte hain to bilkul uski taraf drawn ho jate hain, usi mein jeene lagte hain.</w:t>
      </w:r>
    </w:p>
    <w:p>
      <w:pPr>
        <w:pStyle w:val="Heading2"/>
      </w:pPr>
      <w:r>
        <w:t>Doubt about modern consumerism</w:t>
      </w:r>
    </w:p>
    <w:p>
      <w:r>
        <w:rPr>
          <w:color w:val="666666"/>
          <w:sz w:val="18"/>
        </w:rPr>
        <w:t>Life &amp; Wisdom · Age Of Consumerism I January 6, 2013 Maulana Wahiduddin Khan · 5m 34s · at 1:12:51 · https://youtu.be/CuRYFl7JuEM?t=4371</w:t>
      </w:r>
    </w:p>
    <w:p>
      <w:r>
        <w:rPr>
          <w:i/>
        </w:rPr>
        <w:t>“Thanks a lot for explaining modern consumerism and making us rethink the whole idea of shopping. However, I have a little doubt. My question is...”</w:t>
      </w:r>
    </w:p>
    <w:p>
      <w:r>
        <w:rPr>
          <w:sz w:val="20"/>
        </w:rPr>
        <w:t>1:12:51  maqsad achha hai. ji, kaisa hai? ji, bilkul theek hai. achha, maulana, agla sawal delhi se hai, ah, miss s ahmad ka.</w:t>
      </w:r>
      <w:r>
        <w:br/>
      </w:r>
      <w:r>
        <w:rPr>
          <w:sz w:val="20"/>
        </w:rPr>
        <w:t>1:13:03  "maulana, thanks a lot for explaining the modern consumerism and making us rethink the whole idea of shopping.</w:t>
      </w:r>
      <w:r>
        <w:br/>
      </w:r>
      <w:r>
        <w:rPr>
          <w:sz w:val="20"/>
        </w:rPr>
        <w:t>1:13:15  however, i have a little doubt. my question is</w:t>
      </w:r>
      <w:r>
        <w:br/>
      </w:r>
      <w:r>
        <w:rPr>
          <w:sz w:val="20"/>
        </w:rPr>
        <w:t>1:13:19  the fine line between need based consumerism and comfort based consumerism. it is disappearing so quickly that it is often, it often becomes difficult to define what is need and what is comfort, especially if parents provide the need full to children.</w:t>
      </w:r>
      <w:r>
        <w:br/>
      </w:r>
      <w:r>
        <w:rPr>
          <w:sz w:val="20"/>
        </w:rPr>
        <w:t>1:13:40  the children often demands or sometimes complain for extra comfort. so what should one do? how should a person</w:t>
      </w:r>
      <w:r>
        <w:br/>
      </w:r>
      <w:r>
        <w:rPr>
          <w:sz w:val="20"/>
        </w:rPr>
        <w:t>1:13:50  plan a strategy for it?" bhai, dekhiye, na bachche criterion hain, na parent criterion hain. jo log is se phanse rahein ge, toh woh toh isi se phanse rahein ge.</w:t>
      </w:r>
      <w:r>
        <w:br/>
      </w:r>
      <w:r>
        <w:rPr>
          <w:sz w:val="20"/>
        </w:rPr>
        <w:t>1:14:01  woh toh kabhi unko chhutti nahi mile gi marne se pehle. main toh logon se kehta hoon ke dekhiye, quran mein aaya hai</w:t>
      </w:r>
      <w:r>
        <w:br/>
      </w:r>
      <w:r>
        <w:rPr>
          <w:sz w:val="20"/>
        </w:rPr>
        <w:t>1:14:10  ke</w:t>
      </w:r>
      <w:r>
        <w:br/>
      </w:r>
      <w:r>
        <w:rPr>
          <w:sz w:val="20"/>
        </w:rPr>
        <w:t>1:14:13  do aayatein hain quran majeed ki. aaj kal saare log family mein phanse rehte hain. do aayatein hain, woh padhein. woh ek aayat yeh hai ke jahannami log jo hain, unke bare mein woh aayat hai:</w:t>
      </w:r>
      <w:r>
        <w:br/>
      </w:r>
      <w:r>
        <w:rPr>
          <w:sz w:val="20"/>
        </w:rPr>
        <w:t>1:14:28  "kana fi ahli masroorah"</w:t>
      </w:r>
      <w:r>
        <w:br/>
      </w:r>
      <w:r>
        <w:rPr>
          <w:sz w:val="20"/>
        </w:rPr>
        <w:t>1:14:32  ke apne family mein khoob khush rehte the. woh yaani family ki demand poori karna aur family ki ko khush rakhna, unki pampani karna, unke liye har item dala ke dena unko.</w:t>
      </w:r>
      <w:r>
        <w:br/>
      </w:r>
      <w:r>
        <w:rPr>
          <w:sz w:val="20"/>
        </w:rPr>
        <w:t>1:14:45  toh "kana fi ahli masroorah" woh aadmi family mein jeeta tha, family ke mein khush</w:t>
      </w:r>
      <w:r>
        <w:br/>
      </w:r>
      <w:r>
        <w:rPr>
          <w:sz w:val="20"/>
        </w:rPr>
        <w:t>1:14:51  khurram rehta tha. woh jahannam mein jaye ga, yeh jahannam ke liye hai. aur jannat ke liye kya hai? "ana kunna fi ahelna mushrikeen" mushrik maani khauf zada,</w:t>
      </w:r>
      <w:r>
        <w:br/>
      </w:r>
      <w:r>
        <w:rPr>
          <w:sz w:val="20"/>
        </w:rPr>
        <w:t>1:15:07  dara hua ke</w:t>
      </w:r>
      <w:r>
        <w:br/>
      </w:r>
      <w:r>
        <w:rPr>
          <w:sz w:val="20"/>
        </w:rPr>
        <w:t>1:15:09  jannat walay kahain ge ke hum apnay family mein, apnay ghar mein khauf zada ban ke rehtay thay, andesha naak ban ke rehtay thay, Allah ki pakar se dar, jahannam se dar, qayamat ki accountability se dar.</w:t>
      </w:r>
      <w:r>
        <w:br/>
      </w:r>
      <w:r>
        <w:rPr>
          <w:sz w:val="20"/>
        </w:rPr>
        <w:t>1:15:22  is mein jeetay thay hum. yeh do tasveerein hain, aap daikh lijiye. yeh zamanay ke musalmanon mein shayad hi koi ghar ho jo aap ko milay, woh is ka namona.</w:t>
      </w:r>
      <w:r>
        <w:br/>
      </w:r>
      <w:r>
        <w:rPr>
          <w:sz w:val="20"/>
        </w:rPr>
        <w:t>1:15:32  is sab wohi ab family mein khush hain, family ke liye saman la rahay hain, kama kama kar un ko de rahay hain ta ke woh bachay khush rahain, ghar walay khush rahain, family walay khush rahain.</w:t>
      </w:r>
      <w:r>
        <w:br/>
      </w:r>
      <w:r>
        <w:rPr>
          <w:sz w:val="20"/>
        </w:rPr>
        <w:t>1:15:46  to yeh to aap yeh raha, yani yeh yeh mat sochiye ke bachay kya kya chahtay hain, parent kya chahtay hain.</w:t>
      </w:r>
      <w:r>
        <w:br/>
      </w:r>
      <w:r>
        <w:rPr>
          <w:sz w:val="20"/>
        </w:rPr>
        <w:t>1:15:53  aap daikhiye ke jannat walon ki tasveer Quran mein kya hai aur jahannam walon ki tasveer Quran majeed mein kya hai. is se faisla kijiye. Maulana, un ka aik hissa question ka yeh bhi tha ke woh difference janna chah rahi thi ke between need based consumerism and comfort based consumerism.</w:t>
      </w:r>
      <w:r>
        <w:br/>
      </w:r>
      <w:r>
        <w:rPr>
          <w:sz w:val="20"/>
        </w:rPr>
        <w:t>1:16:14  daikhiye, haan, is ka bohat asaan hai.</w:t>
      </w:r>
      <w:r>
        <w:br/>
      </w:r>
      <w:r>
        <w:rPr>
          <w:sz w:val="20"/>
        </w:rPr>
        <w:t>1:16:18  woh jo hadith sunai mein ne aap ko, usi hadith samajh lijiye ke dunya mein zinda rehne ke liye jo zaroori ho, wohi need based hai.</w:t>
      </w:r>
      <w:r>
        <w:br/>
      </w:r>
      <w:r>
        <w:rPr>
          <w:sz w:val="20"/>
        </w:rPr>
        <w:t>1:16:29  aur jo jab aap aap jhootay hain, lazzat dhoondh rahay hain, aaram dhoondh rahay hain aur ronak dhoondh rahay hain aur</w:t>
      </w:r>
      <w:r>
        <w:br/>
      </w:r>
      <w:r>
        <w:rPr>
          <w:sz w:val="20"/>
        </w:rPr>
        <w:t>1:16:39  shandar dhoondh rahay hain, to wahan par woh consumerism aa gaya, consumerism aa gaya. bohat asaan hai, bohat asaan hai.</w:t>
      </w:r>
      <w:r>
        <w:br/>
      </w:r>
      <w:r>
        <w:rPr>
          <w:sz w:val="20"/>
        </w:rPr>
        <w:t>1:16:50  mein to daikhiye, yahan rehta hoon jahan 1983 se us waqt jo mera jo</w:t>
      </w:r>
      <w:r>
        <w:br/>
      </w:r>
      <w:r>
        <w:rPr>
          <w:sz w:val="20"/>
        </w:rPr>
        <w:t>1:16:57  kursi thi ya jo furniture tha, wohi aaj bhi hai. is beech mein aap colony mein ghoomiye, doosron ke haan kitni baar badal chukay hon ge. woh to badal zaroorat hi nahi badla.</w:t>
      </w:r>
      <w:r>
        <w:br/>
      </w:r>
      <w:r>
        <w:rPr>
          <w:sz w:val="20"/>
        </w:rPr>
        <w:t>1:17:07  unhon ne market mein gaye, daikha ke naye qism ka sofa chataiya hai, naye qism ki kursiyan aayi hain, to woh khareed liya, pichla wala hata diya.</w:t>
      </w:r>
      <w:r>
        <w:br/>
      </w:r>
      <w:r>
        <w:rPr>
          <w:sz w:val="20"/>
        </w:rPr>
        <w:t>1:17:17  to aadmi bohat aasani se samajh sakta hai ke dunya mein jeenay ke liye waqai zaroorat meri kya hai, bas isi par raazi ho jaoon.</w:t>
      </w:r>
      <w:r>
        <w:br/>
      </w:r>
      <w:r>
        <w:rPr>
          <w:sz w:val="20"/>
        </w:rPr>
        <w:t>1:17:27  aur doosri ke shauq ke liye aur khwahish ke liye, lazzat ke liye, ronak ke liye, logon ko khush karne ke liye</w:t>
      </w:r>
      <w:r>
        <w:br/>
      </w:r>
      <w:r>
        <w:rPr>
          <w:sz w:val="20"/>
        </w:rPr>
        <w:t>1:17:39  ziyadah tar is liye hota hai. yeh yeh social status ka maamla hota hai ke log kya kahain ge. social status ke aap aap choti gari mein bethay hain, doosra wala parosi bari gari mein beth ta hai, to aap ko lagta hai ke mera darja ghat gaya.</w:t>
      </w:r>
      <w:r>
        <w:br/>
      </w:r>
      <w:r>
        <w:rPr>
          <w:sz w:val="20"/>
        </w:rPr>
        <w:t>1:17:55  aap flat mein rehtay hain, doosra kothi mein rehta hai, to aap samajhtay hain mera darja ghat gaya.</w:t>
      </w:r>
      <w:r>
        <w:br/>
      </w:r>
      <w:r>
        <w:rPr>
          <w:sz w:val="20"/>
        </w:rPr>
        <w:t>1:18:01  aap ke kamray mein sirf maamooli kursiyan hain, is ke sofa set hai, to aap samajhtay hain mera darja ghat gaya. to social status jo hai, woh logon ke zehan mein basa hua rehta hai, bachon ke zehan mein aur parent ke zehan mein.</w:t>
      </w:r>
      <w:r>
        <w:br/>
      </w:r>
      <w:r>
        <w:rPr>
          <w:sz w:val="20"/>
        </w:rPr>
        <w:t>1:18:14  yeh sab jahili soch hai, jahili. bas zindagi guzarne ke liye jo zaroori cheez hai, woh har aadmi samajh sakta hai bohat aasani se. bas isi par raazi ho jaiye.</w:t>
      </w:r>
    </w:p>
    <w:p>
      <w:pPr>
        <w:pStyle w:val="Heading2"/>
      </w:pPr>
      <w:r>
        <w:t>Factors inhibiting creative thinking development</w:t>
      </w:r>
    </w:p>
    <w:p>
      <w:r>
        <w:rPr>
          <w:color w:val="666666"/>
          <w:sz w:val="18"/>
        </w:rPr>
        <w:t>Life &amp; Wisdom · Creative Solution or Ijtihadi Hal September 16, 2012 · 12m 35s · at 1:07:31 · https://youtu.be/yBKbiu0d_1A?t=4051</w:t>
      </w:r>
    </w:p>
    <w:p>
      <w:r>
        <w:rPr>
          <w:i/>
        </w:rPr>
        <w:t>“What are the factors that inhibit the development of creative thinking in us? Please guide.”</w:t>
      </w:r>
    </w:p>
    <w:p>
      <w:r>
        <w:rPr>
          <w:sz w:val="20"/>
        </w:rPr>
        <w:t>1:07:31  maulana, agla sawal roorkee se hai sajid anwar sahib ka. unhon ne likha hai: "maulana, what are the factors which inhibit the development of creative thinking in us؟</w:t>
      </w:r>
      <w:r>
        <w:br/>
      </w:r>
      <w:r>
        <w:rPr>
          <w:sz w:val="20"/>
        </w:rPr>
        <w:t>1:07:44  please guide us</w:t>
      </w:r>
      <w:r>
        <w:br/>
      </w:r>
      <w:r>
        <w:rPr>
          <w:sz w:val="20"/>
        </w:rPr>
        <w:t>1:07:45  ." mein dekhiye, mera jo experience hai, woh to yeh hai ke creative thinking naam hai natural thinking ka.</w:t>
      </w:r>
      <w:r>
        <w:br/>
      </w:r>
      <w:r>
        <w:rPr>
          <w:sz w:val="20"/>
        </w:rPr>
        <w:t>1:07:59  yani aap agar apne ko distraction se bachayen to apne aap nature unfold hoti hai. apne aap jab nature unfold hoti hai to woh aap ke andar creative thinking aati hai.</w:t>
      </w:r>
      <w:r>
        <w:br/>
      </w:r>
      <w:r>
        <w:rPr>
          <w:sz w:val="20"/>
        </w:rPr>
        <w:t>1:08:12  is ke baad</w:t>
      </w:r>
      <w:r>
        <w:br/>
      </w:r>
      <w:r>
        <w:rPr>
          <w:sz w:val="20"/>
        </w:rPr>
        <w:t>1:08:14  creative thinking koi alag se import karne ki cheez nahi hai. creative thinking ko aap koi import nahi karta, woh already aap ke andar maujood hai nature ke andar.</w:t>
      </w:r>
      <w:r>
        <w:br/>
      </w:r>
      <w:r>
        <w:rPr>
          <w:sz w:val="20"/>
        </w:rPr>
        <w:t>1:08:27  lekin log kya karte hain? conditioning mein pad jate hain, un ke andar bias aa jata hai, nafrat aa jati hai. ab normal tareeqe se sochne lagte hain: ghussa, nafrat, inteqam, tashaddud mein phans jate hain.</w:t>
      </w:r>
      <w:r>
        <w:br/>
      </w:r>
      <w:r>
        <w:rPr>
          <w:sz w:val="20"/>
        </w:rPr>
        <w:t>1:08:42  is ki wajah se nature unfold nahi ho pati. to sirf aik hi shart hai ke aap apne aap ko aisi cheezon se bachayen jo nature ko unfold hone se rokti hain.</w:t>
      </w:r>
      <w:r>
        <w:br/>
      </w:r>
      <w:r>
        <w:rPr>
          <w:sz w:val="20"/>
        </w:rPr>
        <w:t>1:08:56  bas is ke baad creative thinking apne aap develop kare gi. maulana, yeh sawal dilli se aya hai mr hamad ahmad sahib ka.</w:t>
      </w:r>
      <w:r>
        <w:br/>
      </w:r>
      <w:r>
        <w:rPr>
          <w:sz w:val="20"/>
        </w:rPr>
        <w:t>1:09:06  unhon ne aap se poocha hai ke "what is the creative solution of indian riots?" indian riots, acha, "how it can be prevented and what should be the role of indian muslims during the riots?" dekhiye, is ka jawab bohat hi acha diya hai aik sahabi ne.</w:t>
      </w:r>
      <w:r>
        <w:br/>
      </w:r>
      <w:r>
        <w:rPr>
          <w:sz w:val="20"/>
        </w:rPr>
        <w:t>1:09:31  indian riots jo hain, woh woh right nahi hote. muslims are paying the price of their own stupid policies.</w:t>
      </w:r>
      <w:r>
        <w:br/>
      </w:r>
      <w:r>
        <w:rPr>
          <w:sz w:val="20"/>
        </w:rPr>
        <w:t>1:09:41  is ko right kehna hi galat hai. woh stupid policy ki qeemat hoti hai, us ko hum kehte hain right. is ko mein explain karta hoon.</w:t>
      </w:r>
      <w:r>
        <w:br/>
      </w:r>
      <w:r>
        <w:rPr>
          <w:sz w:val="20"/>
        </w:rPr>
        <w:t>1:09:51  dekhiye, aik sahabi kehte hain ke "malayardha bil qaleel mimma yati bihi safi hayardha bil kaseer".</w:t>
      </w:r>
      <w:r>
        <w:br/>
      </w:r>
      <w:r>
        <w:rPr>
          <w:sz w:val="20"/>
        </w:rPr>
        <w:t>1:10:05  yeh sahabi ka qaul hai.</w:t>
      </w:r>
      <w:r>
        <w:br/>
      </w:r>
      <w:r>
        <w:rPr>
          <w:sz w:val="20"/>
        </w:rPr>
        <w:t>1:10:08  is ka translation yeh hai ke jo aadmi</w:t>
      </w:r>
      <w:r>
        <w:br/>
      </w:r>
      <w:r>
        <w:rPr>
          <w:sz w:val="20"/>
        </w:rPr>
        <w:t>1:10:16  nadan ke chote shar ko bardasht nahi kare ga, to us ko nadan ke bare shar ko bardasht karna pare ga.</w:t>
      </w:r>
      <w:r>
        <w:br/>
      </w:r>
      <w:r>
        <w:rPr>
          <w:sz w:val="20"/>
        </w:rPr>
        <w:t>1:10:27  is ka matlab kya hai? zindagi mein chote shar to ate hi ate hain. aap chahen ke chote shar bhi na hon, yeh impossible hai. matlab koi nara laga laga de ga, koi jaloos nikale ga, koi</w:t>
      </w:r>
      <w:r>
        <w:br/>
      </w:r>
      <w:r>
        <w:rPr>
          <w:sz w:val="20"/>
        </w:rPr>
        <w:t>1:10:39  koi holi ka pani phenk de ga aap ki masjid par. yeh chota shar hai, is ko bardasht kijiye. ladte kyun hain is ke liye? aap hazrat umar ne yeh baat is tareeqe se kahi ke "laysal aaqil alladhi ya'riful khair wal sharr, walakinahu alladhi ya'rifu khaira sharrin" ke aqalmand woh nahi hai jo jo</w:t>
      </w:r>
      <w:r>
        <w:br/>
      </w:r>
      <w:r>
        <w:rPr>
          <w:sz w:val="20"/>
        </w:rPr>
        <w:t>1:11:07  khair aur shar ko jaane.</w:t>
      </w:r>
      <w:r>
        <w:br/>
      </w:r>
      <w:r>
        <w:rPr>
          <w:sz w:val="20"/>
        </w:rPr>
        <w:t>1:11:09  aqalmand woh hai jo yeh jaane ke do shar mein se kamtar shar konsa hai. matlab kya hai?</w:t>
      </w:r>
      <w:r>
        <w:br/>
      </w:r>
      <w:r>
        <w:rPr>
          <w:sz w:val="20"/>
        </w:rPr>
        <w:t>1:11:20  zindagi mein choice jo hai, woh good and bad ka nahi hai, lesser evil aur greater evil ka hai.</w:t>
      </w:r>
      <w:r>
        <w:br/>
      </w:r>
      <w:r>
        <w:rPr>
          <w:sz w:val="20"/>
        </w:rPr>
        <w:t>1:11:29  ab aap dekhiye, kamra right ko kya hota hai?</w:t>
      </w:r>
      <w:r>
        <w:br/>
      </w:r>
      <w:r>
        <w:rPr>
          <w:sz w:val="20"/>
        </w:rPr>
        <w:t>1:11:32  99 feesad cases mein kya hota hai ke musalman mutalba karte hain ke route badlo, route badlo.</w:t>
      </w:r>
      <w:r>
        <w:br/>
      </w:r>
      <w:r>
        <w:rPr>
          <w:sz w:val="20"/>
        </w:rPr>
        <w:t>1:11:42  achha, woh route nahi badalne pe tayyar hote ya kehte hain ke sahib, lord square par bhajan band karo. woh band karne pe tayyar nahi hote.</w:t>
      </w:r>
      <w:r>
        <w:br/>
      </w:r>
      <w:r>
        <w:rPr>
          <w:sz w:val="20"/>
        </w:rPr>
        <w:t>1:11:54  to kya karte hain? is ke baad ja ke rokte aur tokte hain. wahan par</w:t>
      </w:r>
      <w:r>
        <w:br/>
      </w:r>
      <w:r>
        <w:rPr>
          <w:sz w:val="20"/>
        </w:rPr>
        <w:t>1:12:00  aap jaise hi aap roka toke ga, jaise hi aap un ko, yani violence karein, koi kisi qism ka ke aap ko pathar maar dein ya aap un ka un ka lord square tod dein, to foran kya hota hai?</w:t>
      </w:r>
      <w:r>
        <w:br/>
      </w:r>
      <w:r>
        <w:rPr>
          <w:sz w:val="20"/>
        </w:rPr>
        <w:t>1:12:17  woh police case ban jata hai. jab juloos nikalta hai, zyada tar juloos hi mein jhagde hote hain.</w:t>
      </w:r>
      <w:r>
        <w:br/>
      </w:r>
      <w:r>
        <w:rPr>
          <w:sz w:val="20"/>
        </w:rPr>
        <w:t>1:12:24  jab juloos nikalta hai to us waqt kya case hota hai? ke masla hota hai, yani juloos versus police.</w:t>
      </w:r>
      <w:r>
        <w:br/>
      </w:r>
      <w:r>
        <w:rPr>
          <w:sz w:val="20"/>
        </w:rPr>
        <w:t>1:12:33  wahan police hoti hai juloos ko control karne ke liye. musalman kya karte hain? ke route badlo. idhar hamari masjid hai, idhar hamara mohalla hai.</w:t>
      </w:r>
      <w:r>
        <w:br/>
      </w:r>
      <w:r>
        <w:rPr>
          <w:sz w:val="20"/>
        </w:rPr>
        <w:t>1:12:44  to woh raazi nahi hote. to police se kehte hain ke in ko badalwao, idhar le jaao in ko. police kehti hai ke hum nahi badal sakte, hamare bas mein nahi</w:t>
      </w:r>
      <w:r>
        <w:br/>
      </w:r>
      <w:r>
        <w:rPr>
          <w:sz w:val="20"/>
        </w:rPr>
        <w:t>1:12:52  hai. to police ko pathar maarte hain. pathar maarte hi kya hota hai? ke jo case pehle tha, juloos versus police, ab ho jata hai Muslim versus police.</w:t>
      </w:r>
      <w:r>
        <w:br/>
      </w:r>
      <w:r>
        <w:rPr>
          <w:sz w:val="20"/>
        </w:rPr>
        <w:t>1:13:06  ab khwamkhwah apne ko aap wale mujhe bar ki situation ban jati hai. wahan par abhi recently jo fasad hua tha UK mein, woh kya hua tha?</w:t>
      </w:r>
      <w:r>
        <w:br/>
      </w:r>
      <w:r>
        <w:rPr>
          <w:sz w:val="20"/>
        </w:rPr>
        <w:t>1:13:19  roze ke zamane mein log ab masjid mein jama hue the iftar karne ke liye. qareeb ke mandir se awaz aane lagi bhajan ki.</w:t>
      </w:r>
      <w:r>
        <w:br/>
      </w:r>
      <w:r>
        <w:rPr>
          <w:sz w:val="20"/>
        </w:rPr>
        <w:t>1:13:30  ab wahan kuch log gaye ja ke sahib, apne loudspeaker ko awaz kam karo, us ko band karo. to unhone yeh band kiya. to kya unhone kiya ke us ko tod phod kar karne lage?</w:t>
      </w:r>
      <w:r>
        <w:br/>
      </w:r>
      <w:r>
        <w:rPr>
          <w:sz w:val="20"/>
        </w:rPr>
        <w:t>1:13:41  to bas fasad ho gaya. aur wahan curfew laga, bohat se log maare gaye.</w:t>
      </w:r>
      <w:r>
        <w:br/>
      </w:r>
      <w:r>
        <w:rPr>
          <w:sz w:val="20"/>
        </w:rPr>
        <w:t>1:13:46  jitne woh commercial right hote hain, woh commercial right nahi hain. woh haqeeqatan musalmanon ki stepped policy ke result hain. woh aap aap kyun juloos ko rokte hain?</w:t>
      </w:r>
      <w:r>
        <w:br/>
      </w:r>
      <w:r>
        <w:rPr>
          <w:sz w:val="20"/>
        </w:rPr>
        <w:t>1:13:56  kyun ke un ke loudspeaker ko band karna chahte hain. un ke slogan, slogan ko nahi band kar sakte aap. woh slogan lagayein ge kyun ke India mein azadi aap ke liye, un ke liye bhi dono ki azadi hai.</w:t>
      </w:r>
      <w:r>
        <w:br/>
      </w:r>
      <w:r>
        <w:rPr>
          <w:sz w:val="20"/>
        </w:rPr>
        <w:t>1:14:10  to sirf ek hi shakal hai ke musalman principle of avoidance ko pakrein, araz karna. araz juloos nikalta hai to kar le dein, naara lagata hai to laga le dein.</w:t>
      </w:r>
      <w:r>
        <w:br/>
      </w:r>
      <w:r>
        <w:rPr>
          <w:sz w:val="20"/>
        </w:rPr>
        <w:t>1:14:25  main aap ko ek dilchasp qissa sunata hoon. ek martaba bohat bara fasad hua tha Bhagalpur mein, Bihar mein.</w:t>
      </w:r>
      <w:r>
        <w:br/>
      </w:r>
      <w:r>
        <w:rPr>
          <w:sz w:val="20"/>
        </w:rPr>
        <w:t>1:14:38  to bohat fasad hua aur musalmanon ko bohat nuksan hua tha is mein. to ek sahib ne ek kitab likhi thi, moti si, isi mauzu par "Bhagalpur ka fasad".</w:t>
      </w:r>
      <w:r>
        <w:br/>
      </w:r>
      <w:r>
        <w:rPr>
          <w:sz w:val="20"/>
        </w:rPr>
        <w:t>1:14:48  yeh kitab mere paas abhi maujood hai, koi shakhs dekh sakta hai is ko. woh khud musannif mere paas woh kitab le aaye.</w:t>
      </w:r>
      <w:r>
        <w:br/>
      </w:r>
      <w:r>
        <w:rPr>
          <w:sz w:val="20"/>
        </w:rPr>
        <w:t>1:14:56  to maine us ko thoda sa parha to phir likha hua tha ke juloos nikla musalmanon ke mohalle mein.</w:t>
      </w:r>
      <w:r>
        <w:br/>
      </w:r>
      <w:r>
        <w:rPr>
          <w:sz w:val="20"/>
        </w:rPr>
        <w:t>1:15:10  to pehle to aman tha, woh phir musalmanon ne ek step liya. yahi lafz tha is mein. step liya, is ke baad fasad shuru ho gaya.</w:t>
      </w:r>
      <w:r>
        <w:br/>
      </w:r>
      <w:r>
        <w:rPr>
          <w:sz w:val="20"/>
        </w:rPr>
        <w:t>1:15:20  to mein ne poocha un se ke bhai step kiya tha? woh to bata nahi rahe the ke step kiya tha.</w:t>
      </w:r>
      <w:r>
        <w:br/>
      </w:r>
      <w:r>
        <w:rPr>
          <w:sz w:val="20"/>
        </w:rPr>
        <w:t>1:15:28  to baat ko bhagal pur ke case ki jo vakalat kar rahe the, woh pairvi kar rahe the, vakeel sahib, un se meri mulaqat hui.</w:t>
      </w:r>
      <w:r>
        <w:br/>
      </w:r>
      <w:r>
        <w:rPr>
          <w:sz w:val="20"/>
        </w:rPr>
        <w:t>1:15:38  to un se poocha ke woh step kiya tha? to unhon ne unhon ne bataya, khud vakeel sahib ne bataya, jo jo case ki pairvi kar rahe the, ke hua yeh ke jaloos nikla aur musalmanon ne kaha ke sahib, root badlo, root badlo, root badlo.</w:t>
      </w:r>
      <w:r>
        <w:br/>
      </w:r>
      <w:r>
        <w:rPr>
          <w:sz w:val="20"/>
        </w:rPr>
        <w:t>1:15:54  root badalne par raazi nahi hue.</w:t>
      </w:r>
      <w:r>
        <w:br/>
      </w:r>
      <w:r>
        <w:rPr>
          <w:sz w:val="20"/>
        </w:rPr>
        <w:t>1:15:56  to musalmanon ne hand grade, hand hand gradenate phenka, dasti bomb. aur khud vakeel sahib ke alfaaz hain ke saare, yaani woh dhuwan phail gaya saare road par.</w:t>
      </w:r>
      <w:r>
        <w:br/>
      </w:r>
      <w:r>
        <w:rPr>
          <w:sz w:val="20"/>
        </w:rPr>
        <w:t>1:16:10  to is ke baad un logon ne retaliate kiya aur phir bara fasaad hua, bara hangama hua, bohat jalaye phoonke gaye log.</w:t>
      </w:r>
      <w:r>
        <w:br/>
      </w:r>
      <w:r>
        <w:rPr>
          <w:sz w:val="20"/>
        </w:rPr>
        <w:t>1:16:18  to bhai, step step liya keh kar ke chhupaye hue hain is baat ko ke musalmanon ne ek nadani ki ke wahan bomb maar diya. jab bomb maarne ka hai to wohi marenge, koi nahi marenge.</w:t>
      </w:r>
      <w:r>
        <w:br/>
      </w:r>
      <w:r>
        <w:rPr>
          <w:sz w:val="20"/>
        </w:rPr>
        <w:t>1:16:31  bhai, to musannif se mein ne poocha, musannif se meri mulaqat hui ke mein ne kaha ke kyun aap itna ghussa ho gaye?</w:t>
      </w:r>
      <w:r>
        <w:br/>
      </w:r>
      <w:r>
        <w:rPr>
          <w:sz w:val="20"/>
        </w:rPr>
        <w:t>1:16:41  aap log to unhon ne kaha kaise ghussa hote hain? hum</w:t>
      </w:r>
      <w:r>
        <w:br/>
      </w:r>
      <w:r>
        <w:rPr>
          <w:sz w:val="20"/>
        </w:rPr>
        <w:t>1:16:46  to unhon ne bataya ke woh is is bohat is ka muhalle ka naam tha tatar pur. unhon ne kaha ke woh log naara laga rahe the ke "jai maa kali tatar pur karo khali".</w:t>
      </w:r>
      <w:r>
        <w:br/>
      </w:r>
      <w:r>
        <w:rPr>
          <w:sz w:val="20"/>
        </w:rPr>
        <w:t>1:17:02  yeh musannif ne bataya "jai maa kali tatar pur kharo khali". to unhon ne kaha kaise hum is ko bardasht kar sakte the?</w:t>
      </w:r>
      <w:r>
        <w:br/>
      </w:r>
      <w:r>
        <w:rPr>
          <w:sz w:val="20"/>
        </w:rPr>
        <w:t>1:17:12  to mein ne kaha acha yeh bataiye ke aap ne bardasht nahi kiya, roka, fasaad hua, karfu laga, log maare gaye, dukanein jalai phoonki gaein.</w:t>
      </w:r>
      <w:r>
        <w:br/>
      </w:r>
      <w:r>
        <w:rPr>
          <w:sz w:val="20"/>
        </w:rPr>
        <w:t>1:17:24  to ab wahan par musalman hain ke nahi hain? kaha alhamdulillah, ab musalman wahan par abhi bhi hain.</w:t>
      </w:r>
      <w:r>
        <w:br/>
      </w:r>
      <w:r>
        <w:rPr>
          <w:sz w:val="20"/>
        </w:rPr>
        <w:t>1:17:31  to mein ne phir un se kaha jab jaloos nikal kar ke fasaad kar ke bhi woh tatar pur ko khali nahi kar sake musalmanon se, to aap ko react karne ki zaroorat kya thi?</w:t>
      </w:r>
      <w:r>
        <w:br/>
      </w:r>
      <w:r>
        <w:rPr>
          <w:sz w:val="20"/>
        </w:rPr>
        <w:t>1:17:44  aap kehte hain ke yeh bewakoofi ke idare hain, is tarah kahin tatar pur khali ho jata hai. aap mein ne kaha ke aap ghor kijiye ke unhon ne jaloos nikala aur wahan par fasaad hua, goliyan chali, dukanein jalai gayin, phir bhi musalman maujood hain wahan par.</w:t>
      </w:r>
      <w:r>
        <w:br/>
      </w:r>
      <w:r>
        <w:rPr>
          <w:sz w:val="20"/>
        </w:rPr>
        <w:t>1:18:01  to jab fasaad jaloos nikalwa kar fasaad karwa kar ke bhi woh tatar pur ko khali nahi kara sake, to aap ab bhadak bhadke kyun?</w:t>
      </w:r>
      <w:r>
        <w:br/>
      </w:r>
      <w:r>
        <w:rPr>
          <w:sz w:val="20"/>
        </w:rPr>
        <w:t>1:18:10  aap ne react kyun kiya? aap ko kehna chahiye tha ke bhai yeh bewakoofi ke idare hain, aise ke tatar pur khali hota hai. yahi nadani hai jis ki wajah se communal right ho rahe hain India mein.</w:t>
      </w:r>
      <w:r>
        <w:br/>
      </w:r>
      <w:r>
        <w:rPr>
          <w:sz w:val="20"/>
        </w:rPr>
        <w:t>1:18:22  aap ko mein arz karunga, meri ek kitab padh li jiye. aap ek kitab hai "hal yahan hai". sirf ek kitab aap padh li jiye "hal yahan", aap ko yeh baat wazeh ho jayegi.</w:t>
      </w:r>
      <w:r>
        <w:br/>
      </w:r>
      <w:r>
        <w:rPr>
          <w:sz w:val="20"/>
        </w:rPr>
        <w:t>1:18:32  "hal yahan hai" yahan mil sakti hai aap ko. hum neeche jab aap jayen to us ko aap dekh sakte hain.</w:t>
      </w:r>
      <w:r>
        <w:br/>
      </w:r>
      <w:r>
        <w:rPr>
          <w:sz w:val="20"/>
        </w:rPr>
        <w:t>1:18:40  "hal yahan hai" Maulana yeh sawal Dilli se aaya hai Dr. Saleha Siddiqui</w:t>
      </w:r>
      <w:r>
        <w:br/>
      </w:r>
      <w:r>
        <w:rPr>
          <w:sz w:val="20"/>
        </w:rPr>
        <w:t>1:18:46  ka. unhon ne likha hai jab sailab e nooh aaya to Hazrat Nooh ka beta Kanan, jo mushrikon ka saathi tha, Allah ne is sailab mein us ko dubo diya.</w:t>
      </w:r>
      <w:r>
        <w:br/>
      </w:r>
      <w:r>
        <w:rPr>
          <w:sz w:val="20"/>
        </w:rPr>
        <w:t>1:18:59  tab Nooh ne Allah ko pukara aur kaha "my lord, my son was a part of my family, your promise was surely true, you are the most just of all judges.</w:t>
      </w:r>
      <w:r>
        <w:br/>
      </w:r>
      <w:r>
        <w:rPr>
          <w:sz w:val="20"/>
        </w:rPr>
        <w:t>1:19:14  God said Noah he was not one of your family, for indeed he was in rights in his conduct." Maulana, kya is ayat ka explanation yeh liya jaye ke Islam mein blood relation asal nahi hai?</w:t>
      </w:r>
      <w:r>
        <w:br/>
      </w:r>
      <w:r>
        <w:rPr>
          <w:sz w:val="20"/>
        </w:rPr>
        <w:t>1:19:29  kyunki Khuda ne criteria rights hona bataya hai, na ke rishtedari. koi insan is liye nahi bachaya jayega ke woh paighambar ka rishtedar hai.</w:t>
      </w:r>
      <w:r>
        <w:br/>
      </w:r>
      <w:r>
        <w:rPr>
          <w:sz w:val="20"/>
        </w:rPr>
        <w:t>1:19:42  abhi yeh to yahi matlab hi hai is ka. woh to khud jo alfaaz hain, woh bol rahe hain. koi doosra explanation is ka ho nahi sakta.</w:t>
      </w:r>
      <w:r>
        <w:br/>
      </w:r>
      <w:r>
        <w:rPr>
          <w:sz w:val="20"/>
        </w:rPr>
        <w:t>1:19:53  clear hai, yeh to is mein koi shakk nahin. ya mein phir mun akhi wa ummi wa abi wa saahibati wa bani quran mein aaya hai to sahi baat hai yeh.</w:t>
      </w:r>
    </w:p>
    <w:p>
      <w:pPr>
        <w:pStyle w:val="Heading2"/>
      </w:pPr>
      <w:r>
        <w:t>Factors inhibiting creative thinking in us</w:t>
      </w:r>
    </w:p>
    <w:p>
      <w:r>
        <w:rPr>
          <w:color w:val="666666"/>
          <w:sz w:val="18"/>
        </w:rPr>
        <w:t>Life &amp; Wisdom · Creative Solution or Ijtihadi Hul 16th Sep '12 SLOW · 12m 59s · at 1:09:47 · https://youtu.be/Ri7r6K65b2Y?t=4187</w:t>
      </w:r>
    </w:p>
    <w:p>
      <w:r>
        <w:rPr>
          <w:i/>
        </w:rPr>
        <w:t>“What are the factors which inhibit the development of creative thinking in us? Please guide us.”</w:t>
      </w:r>
    </w:p>
    <w:p>
      <w:r>
        <w:rPr>
          <w:sz w:val="20"/>
        </w:rPr>
        <w:t>1:09:47  maulana, agla sawal roorki se hai sajid anwar sahib ka.</w:t>
      </w:r>
      <w:r>
        <w:br/>
      </w:r>
      <w:r>
        <w:rPr>
          <w:sz w:val="20"/>
        </w:rPr>
        <w:t>1:09:51  انہوں نے لکھا ہے: "مولانا، what are the factors which inhibits the development of creative thinking in us؟</w:t>
      </w:r>
      <w:r>
        <w:br/>
      </w:r>
      <w:r>
        <w:rPr>
          <w:sz w:val="20"/>
        </w:rPr>
        <w:t>1:09:59  پلیز گائیڈ اس۔" کیا پھر پڑھیے؟ مولانا، What are the factors which inhibits the development of creative thinking</w:t>
      </w:r>
      <w:r>
        <w:br/>
      </w:r>
      <w:r>
        <w:rPr>
          <w:sz w:val="20"/>
        </w:rPr>
        <w:t>1:10:06  ان اس؟ بھائی، دیکھیں، میرا جو ایکسپیرینس ہے، وہ تو یہ ہے کہ creative thinking نام ہے natural</w:t>
      </w:r>
      <w:r>
        <w:br/>
      </w:r>
      <w:r>
        <w:rPr>
          <w:sz w:val="20"/>
        </w:rPr>
        <w:t>1:10:14  thinking ka.</w:t>
      </w:r>
      <w:r>
        <w:br/>
      </w:r>
      <w:r>
        <w:rPr>
          <w:sz w:val="20"/>
        </w:rPr>
        <w:t>1:10:16  یعنی آپ اگر اپنے کو distraction سے بچائیں تو اپنے آپ nature unfold ہوتی ہے۔</w:t>
      </w:r>
      <w:r>
        <w:br/>
      </w:r>
      <w:r>
        <w:rPr>
          <w:sz w:val="20"/>
        </w:rPr>
        <w:t>1:10:22  اپنے آپ جب nature unfolds ہوتی ہے تو وہ آپ کے اندر creative thinking آتی ہے۔</w:t>
      </w:r>
      <w:r>
        <w:br/>
      </w:r>
      <w:r>
        <w:rPr>
          <w:sz w:val="20"/>
        </w:rPr>
        <w:t>1:10:29  اس پر creative thinking کوئی الگ سے import کرنے کی چیز نہیں ہے۔</w:t>
      </w:r>
      <w:r>
        <w:br/>
      </w:r>
      <w:r>
        <w:rPr>
          <w:sz w:val="20"/>
        </w:rPr>
        <w:t>1:10:35  creative thinking ko aap ko import nahi karta, woh already aap ke andar maujood hai nature ke andar.</w:t>
      </w:r>
      <w:r>
        <w:br/>
      </w:r>
      <w:r>
        <w:rPr>
          <w:sz w:val="20"/>
        </w:rPr>
        <w:t>1:10:42  lekin log kya karte hain? conditioning mein pad jaate hain, un ke andar bias aa jata hai, nafrat</w:t>
      </w:r>
      <w:r>
        <w:br/>
      </w:r>
      <w:r>
        <w:rPr>
          <w:sz w:val="20"/>
        </w:rPr>
        <w:t>1:10:50  aa jati hai.</w:t>
      </w:r>
      <w:r>
        <w:br/>
      </w:r>
      <w:r>
        <w:rPr>
          <w:sz w:val="20"/>
        </w:rPr>
        <w:t>1:10:51  ab normal tareeqe se sochne lagte hain, ghussa, nafrat, inteqaam, dahashat pe phans jaate hain.</w:t>
      </w:r>
      <w:r>
        <w:br/>
      </w:r>
      <w:r>
        <w:rPr>
          <w:sz w:val="20"/>
        </w:rPr>
        <w:t>1:10:58  is ki wajah se nature unfold nahi ho paati.</w:t>
      </w:r>
      <w:r>
        <w:br/>
      </w:r>
      <w:r>
        <w:rPr>
          <w:sz w:val="20"/>
        </w:rPr>
        <w:t>1:11:02  to sirf ek hi shart hai ke aap apne aap ko aisi cheezon se bachayein jo nature ko</w:t>
      </w:r>
      <w:r>
        <w:br/>
      </w:r>
      <w:r>
        <w:rPr>
          <w:sz w:val="20"/>
        </w:rPr>
        <w:t>1:11:09  unfold hone se rokti hain.</w:t>
      </w:r>
      <w:r>
        <w:br/>
      </w:r>
      <w:r>
        <w:rPr>
          <w:sz w:val="20"/>
        </w:rPr>
        <w:t>1:11:12  bas is ke baad creative thinking apne aap develop kare gi.</w:t>
      </w:r>
      <w:r>
        <w:br/>
      </w:r>
      <w:r>
        <w:rPr>
          <w:sz w:val="20"/>
        </w:rPr>
        <w:t>1:11:16  theek hai? arey, koi questions? aise hi kuch questions hain? koi hai? mere mere saath? maulana, yeh sawal</w:t>
      </w:r>
      <w:r>
        <w:br/>
      </w:r>
      <w:r>
        <w:rPr>
          <w:sz w:val="20"/>
        </w:rPr>
        <w:t>1:11:24  dilli se aaya hai mr hamd ahmed sahib ka.</w:t>
      </w:r>
      <w:r>
        <w:br/>
      </w:r>
      <w:r>
        <w:rPr>
          <w:sz w:val="20"/>
        </w:rPr>
        <w:t>1:11:28  انہوں نے آپ سے پوچھا ہے کہ "What is the creative solution of Indian rights?" Indian rights? اچھا،</w:t>
      </w:r>
      <w:r>
        <w:br/>
      </w:r>
      <w:r>
        <w:rPr>
          <w:sz w:val="20"/>
        </w:rPr>
        <w:t>1:11:36  "How it can be prevented and what should be the role of Indian Muslims during the riots?" دیکھیے،</w:t>
      </w:r>
      <w:r>
        <w:br/>
      </w:r>
      <w:r>
        <w:rPr>
          <w:sz w:val="20"/>
        </w:rPr>
        <w:t>1:11:43  is ka jawab bohat hi acha diya hai ek sahabi ne.</w:t>
      </w:r>
      <w:r>
        <w:br/>
      </w:r>
      <w:r>
        <w:rPr>
          <w:sz w:val="20"/>
        </w:rPr>
        <w:t>1:11:48  indian rights jo hain, woh woh right nahi hote.</w:t>
      </w:r>
      <w:r>
        <w:br/>
      </w:r>
      <w:r>
        <w:rPr>
          <w:sz w:val="20"/>
        </w:rPr>
        <w:t>1:11:52  Muslims are paying the price of their own stupid policies.</w:t>
      </w:r>
      <w:r>
        <w:br/>
      </w:r>
      <w:r>
        <w:rPr>
          <w:sz w:val="20"/>
        </w:rPr>
        <w:t>1:11:56  is ko right kehna hi galat hai.</w:t>
      </w:r>
      <w:r>
        <w:br/>
      </w:r>
      <w:r>
        <w:rPr>
          <w:sz w:val="20"/>
        </w:rPr>
        <w:t>1:11:59  stepped policies qeemat hoti hai, is ko hum kehte hain right.</w:t>
      </w:r>
      <w:r>
        <w:br/>
      </w:r>
      <w:r>
        <w:rPr>
          <w:sz w:val="20"/>
        </w:rPr>
        <w:t>1:12:04  is ko mein explain karta hoon.</w:t>
      </w:r>
      <w:r>
        <w:br/>
      </w:r>
      <w:r>
        <w:rPr>
          <w:sz w:val="20"/>
        </w:rPr>
        <w:t>1:12:06  dekhiye, ek sahabi kehte hain ke "mula yarada bil qaleel mimma yati bihi safihi yarada bil katheer".</w:t>
      </w:r>
      <w:r>
        <w:br/>
      </w:r>
      <w:r>
        <w:rPr>
          <w:sz w:val="20"/>
        </w:rPr>
        <w:t>1:12:13  kehte hain yeh sahabi qaul hai, tabai qaul hai.</w:t>
      </w:r>
      <w:r>
        <w:br/>
      </w:r>
      <w:r>
        <w:rPr>
          <w:sz w:val="20"/>
        </w:rPr>
        <w:t>1:12:17  sahabi hain, sahabi ka hai.</w:t>
      </w:r>
      <w:r>
        <w:br/>
      </w:r>
      <w:r>
        <w:rPr>
          <w:sz w:val="20"/>
        </w:rPr>
        <w:t>1:12:19  yeh sahabi ka qaul hai.</w:t>
      </w:r>
      <w:r>
        <w:br/>
      </w:r>
      <w:r>
        <w:rPr>
          <w:sz w:val="20"/>
        </w:rPr>
        <w:t>1:12:21  is ka translation yeh hai ke jo aadmi nadan ke chote shar ko bardasht nahi kare ga, to</w:t>
      </w:r>
      <w:r>
        <w:br/>
      </w:r>
      <w:r>
        <w:rPr>
          <w:sz w:val="20"/>
        </w:rPr>
        <w:t>1:12:29  us ko nadan ke bare shar ko bardasht karna pare ga.</w:t>
      </w:r>
      <w:r>
        <w:br/>
      </w:r>
      <w:r>
        <w:rPr>
          <w:sz w:val="20"/>
        </w:rPr>
        <w:t>1:12:34  is ka matlab kya? zindagi mein chote shar to aate hi aate hain.</w:t>
      </w:r>
      <w:r>
        <w:br/>
      </w:r>
      <w:r>
        <w:rPr>
          <w:sz w:val="20"/>
        </w:rPr>
        <w:t>1:12:39  aap chahein ke chote shar bhi na hon, yeh impossible hai.</w:t>
      </w:r>
      <w:r>
        <w:br/>
      </w:r>
      <w:r>
        <w:rPr>
          <w:sz w:val="20"/>
        </w:rPr>
        <w:t>1:12:44  matlab koi nara laga laga de ga, koi jaloos nikaal nikaale ga, koi koi holi ka pani phenk</w:t>
      </w:r>
      <w:r>
        <w:br/>
      </w:r>
      <w:r>
        <w:rPr>
          <w:sz w:val="20"/>
        </w:rPr>
        <w:t>1:12:52  de ga masjid par.</w:t>
      </w:r>
      <w:r>
        <w:br/>
      </w:r>
      <w:r>
        <w:rPr>
          <w:sz w:val="20"/>
        </w:rPr>
        <w:t>1:12:54  yeh chote shar hain, to bardasht ki jiye.</w:t>
      </w:r>
      <w:r>
        <w:br/>
      </w:r>
      <w:r>
        <w:rPr>
          <w:sz w:val="20"/>
        </w:rPr>
        <w:t>1:12:57  ladte kyun is ke liye? Hazrat Umar ne yeh baat is tareeqe se kahi ke "لیس العاقل الذی</w:t>
      </w:r>
      <w:r>
        <w:br/>
      </w:r>
      <w:r>
        <w:rPr>
          <w:sz w:val="20"/>
        </w:rPr>
        <w:t>1:13:04  یعرف الخیر apne sar, walakin alazi yعرف الخیر sar" ke aqalmand woh nahi hai jo jo khair aur</w:t>
      </w:r>
      <w:r>
        <w:br/>
      </w:r>
      <w:r>
        <w:rPr>
          <w:sz w:val="20"/>
        </w:rPr>
        <w:t>1:13:12  shar ko jaane.</w:t>
      </w:r>
      <w:r>
        <w:br/>
      </w:r>
      <w:r>
        <w:rPr>
          <w:sz w:val="20"/>
        </w:rPr>
        <w:t>1:13:14  aqalmand woh hai jo yeh jaane ke do shar mein se kamtar shar konsa hai.</w:t>
      </w:r>
      <w:r>
        <w:br/>
      </w:r>
      <w:r>
        <w:rPr>
          <w:sz w:val="20"/>
        </w:rPr>
        <w:t>1:13:20  matlab kya hai? zindagi mein choice jo hai, woh good and bad ka nahi hai, lesser evil aur</w:t>
      </w:r>
      <w:r>
        <w:br/>
      </w:r>
      <w:r>
        <w:rPr>
          <w:sz w:val="20"/>
        </w:rPr>
        <w:t>1:13:28  greater evil ka hai.</w:t>
      </w:r>
      <w:r>
        <w:br/>
      </w:r>
      <w:r>
        <w:rPr>
          <w:sz w:val="20"/>
        </w:rPr>
        <w:t>1:13:29  ab aap dekhiye, kamra direct kya hota hai? 99 feesad cases kya hota hai ke musalman mutalba karte</w:t>
      </w:r>
      <w:r>
        <w:br/>
      </w:r>
      <w:r>
        <w:rPr>
          <w:sz w:val="20"/>
        </w:rPr>
        <w:t>1:13:37  hain ke route badlo, route badlo.</w:t>
      </w:r>
      <w:r>
        <w:br/>
      </w:r>
      <w:r>
        <w:rPr>
          <w:sz w:val="20"/>
        </w:rPr>
        <w:t>1:13:40  acha, woh route nahi badalte, tayyar hote ya kehte hain ke sahib, lord square par bhajan band karo.</w:t>
      </w:r>
      <w:r>
        <w:br/>
      </w:r>
      <w:r>
        <w:rPr>
          <w:sz w:val="20"/>
        </w:rPr>
        <w:t>1:13:47  woh band karne par tayyar nahi hote.</w:t>
      </w:r>
      <w:r>
        <w:br/>
      </w:r>
      <w:r>
        <w:rPr>
          <w:sz w:val="20"/>
        </w:rPr>
        <w:t>1:13:50  to kya karte hain? is ke baad ya aap rokte ho, tokte hain.</w:t>
      </w:r>
      <w:r>
        <w:br/>
      </w:r>
      <w:r>
        <w:rPr>
          <w:sz w:val="20"/>
        </w:rPr>
        <w:t>1:13:56  wahan pe aap jaise hi aap roke kar toke ga, jaise hi aap un ko, yani violence karein,</w:t>
      </w:r>
      <w:r>
        <w:br/>
      </w:r>
      <w:r>
        <w:rPr>
          <w:sz w:val="20"/>
        </w:rPr>
        <w:t>1:14:04  koi kisi qism par ke aap ko pathar marte hain ya aap un ka un ka lord square</w:t>
      </w:r>
      <w:r>
        <w:br/>
      </w:r>
      <w:r>
        <w:rPr>
          <w:sz w:val="20"/>
        </w:rPr>
        <w:t>1:14:11  tod dein, to foran kya hota hai? woh police case ban jata hai.</w:t>
      </w:r>
      <w:r>
        <w:br/>
      </w:r>
      <w:r>
        <w:rPr>
          <w:sz w:val="20"/>
        </w:rPr>
        <w:t>1:14:17  jab jaloos niklta hai, zyada tar jaloos mein jhagde hote hain.</w:t>
      </w:r>
      <w:r>
        <w:br/>
      </w:r>
      <w:r>
        <w:rPr>
          <w:sz w:val="20"/>
        </w:rPr>
        <w:t>1:14:22  jab jaloos niklta hai to us waqt kya case hota hai? ke masla hota hai, yani jaloos versus</w:t>
      </w:r>
      <w:r>
        <w:br/>
      </w:r>
      <w:r>
        <w:rPr>
          <w:sz w:val="20"/>
        </w:rPr>
        <w:t>1:14:29  police.</w:t>
      </w:r>
      <w:r>
        <w:br/>
      </w:r>
      <w:r>
        <w:rPr>
          <w:sz w:val="20"/>
        </w:rPr>
        <w:t>1:14:31  wahan police hoti hai jaloos ko control karne ke liye.</w:t>
      </w:r>
      <w:r>
        <w:br/>
      </w:r>
      <w:r>
        <w:rPr>
          <w:sz w:val="20"/>
        </w:rPr>
        <w:t>1:14:35  musalman kya karte hain? ke route badlo.</w:t>
      </w:r>
      <w:r>
        <w:br/>
      </w:r>
      <w:r>
        <w:rPr>
          <w:sz w:val="20"/>
        </w:rPr>
        <w:t>1:14:38  idhar hamari masjid hai, idhar hamara mohalla hai.</w:t>
      </w:r>
      <w:r>
        <w:br/>
      </w:r>
      <w:r>
        <w:rPr>
          <w:sz w:val="20"/>
        </w:rPr>
        <w:t>1:14:42  to woh raazi nahi hote.</w:t>
      </w:r>
      <w:r>
        <w:br/>
      </w:r>
      <w:r>
        <w:rPr>
          <w:sz w:val="20"/>
        </w:rPr>
        <w:t>1:14:44  to police se kehte hain ke in ko badalwao, idhar le jao in ko.</w:t>
      </w:r>
      <w:r>
        <w:br/>
      </w:r>
      <w:r>
        <w:rPr>
          <w:sz w:val="20"/>
        </w:rPr>
        <w:t>1:14:50  police kehti hai ke hum nahi badal sakte, hamare bas mein nahi hai.</w:t>
      </w:r>
      <w:r>
        <w:br/>
      </w:r>
      <w:r>
        <w:rPr>
          <w:sz w:val="20"/>
        </w:rPr>
        <w:t>1:14:55  to police ko pathar marte hain.</w:t>
      </w:r>
      <w:r>
        <w:br/>
      </w:r>
      <w:r>
        <w:rPr>
          <w:sz w:val="20"/>
        </w:rPr>
        <w:t>1:14:58  pathar marte hi kya hota hai? ke jo case pehle tha, jaloos versus police, ab ho jata hai</w:t>
      </w:r>
      <w:r>
        <w:br/>
      </w:r>
      <w:r>
        <w:rPr>
          <w:sz w:val="20"/>
        </w:rPr>
        <w:t>1:15:06  muslim versus police.</w:t>
      </w:r>
      <w:r>
        <w:br/>
      </w:r>
      <w:r>
        <w:rPr>
          <w:sz w:val="20"/>
        </w:rPr>
        <w:t>1:15:07  ab khawamkhwa aap dekho, ab majbe ki situation ban jati hai.</w:t>
      </w:r>
      <w:r>
        <w:br/>
      </w:r>
      <w:r>
        <w:rPr>
          <w:sz w:val="20"/>
        </w:rPr>
        <w:t>1:15:12  wahan pe abhi recently jo fasad hua tha UK mein, wo kya hua tha? roze ke zamane</w:t>
      </w:r>
      <w:r>
        <w:br/>
      </w:r>
      <w:r>
        <w:rPr>
          <w:sz w:val="20"/>
        </w:rPr>
        <w:t>1:15:20  mein log ab masjid mein jama hue the iftar karne ke liye.</w:t>
      </w:r>
      <w:r>
        <w:br/>
      </w:r>
      <w:r>
        <w:rPr>
          <w:sz w:val="20"/>
        </w:rPr>
        <w:t>1:15:25  qareeb ke mandir se awaz aane lagi bhajan ki.</w:t>
      </w:r>
      <w:r>
        <w:br/>
      </w:r>
      <w:r>
        <w:rPr>
          <w:sz w:val="20"/>
        </w:rPr>
        <w:t>1:15:29  ab wahan kuch log gaye ja ke sahib, apne loudspeaker ko awaz kam karo, us ko band</w:t>
      </w:r>
      <w:r>
        <w:br/>
      </w:r>
      <w:r>
        <w:rPr>
          <w:sz w:val="20"/>
        </w:rPr>
        <w:t>1:15:36  karo.</w:t>
      </w:r>
      <w:r>
        <w:br/>
      </w:r>
      <w:r>
        <w:rPr>
          <w:sz w:val="20"/>
        </w:rPr>
        <w:t>1:15:38  to unho ne band kiya.</w:t>
      </w:r>
      <w:r>
        <w:br/>
      </w:r>
      <w:r>
        <w:rPr>
          <w:sz w:val="20"/>
        </w:rPr>
        <w:t>1:15:40  to kya unho ne kiya? ke us ko tod phod kar karne lage.</w:t>
      </w:r>
      <w:r>
        <w:br/>
      </w:r>
      <w:r>
        <w:rPr>
          <w:sz w:val="20"/>
        </w:rPr>
        <w:t>1:15:45  to bohat fasad ho gaya.</w:t>
      </w:r>
      <w:r>
        <w:br/>
      </w:r>
      <w:r>
        <w:rPr>
          <w:sz w:val="20"/>
        </w:rPr>
        <w:t>1:15:48  aur wahan crypto laga, bohat se log mare gaye.</w:t>
      </w:r>
      <w:r>
        <w:br/>
      </w:r>
      <w:r>
        <w:rPr>
          <w:sz w:val="20"/>
        </w:rPr>
        <w:t>1:15:51  jitne wo kamre direct hote hain, wo kamre direct nahi hain.</w:t>
      </w:r>
      <w:r>
        <w:br/>
      </w:r>
      <w:r>
        <w:rPr>
          <w:sz w:val="20"/>
        </w:rPr>
        <w:t>1:15:56  wo hote hain musalmanon ki stepped policy ke result hain.</w:t>
      </w:r>
      <w:r>
        <w:br/>
      </w:r>
      <w:r>
        <w:rPr>
          <w:sz w:val="20"/>
        </w:rPr>
        <w:t>1:16:00  wo aap aap kyun jaloos ko rokte hain? kyun ke un ke lord square ko band karna chahte</w:t>
      </w:r>
      <w:r>
        <w:br/>
      </w:r>
      <w:r>
        <w:rPr>
          <w:sz w:val="20"/>
        </w:rPr>
        <w:t>1:16:08  hain.</w:t>
      </w:r>
      <w:r>
        <w:br/>
      </w:r>
      <w:r>
        <w:rPr>
          <w:sz w:val="20"/>
        </w:rPr>
        <w:t>1:16:10  un ke slogan, slogan ko nahi band kar sakte aap.</w:t>
      </w:r>
      <w:r>
        <w:br/>
      </w:r>
      <w:r>
        <w:rPr>
          <w:sz w:val="20"/>
        </w:rPr>
        <w:t>1:16:14  wo slogan lagayenge kyun ke India mein azadi aap ke liye, un ke liye bhi dono ki azadi</w:t>
      </w:r>
      <w:r>
        <w:br/>
      </w:r>
      <w:r>
        <w:rPr>
          <w:sz w:val="20"/>
        </w:rPr>
        <w:t>1:16:22  hai.</w:t>
      </w:r>
      <w:r>
        <w:br/>
      </w:r>
      <w:r>
        <w:rPr>
          <w:sz w:val="20"/>
        </w:rPr>
        <w:t>1:16:23  to sirf ek hi shakal hai ke musalman principle of avoidance ko pakrein, araz karna.</w:t>
      </w:r>
      <w:r>
        <w:br/>
      </w:r>
      <w:r>
        <w:rPr>
          <w:sz w:val="20"/>
        </w:rPr>
        <w:t>1:16:30  araaz jaloos karta hai to kar lete hain, narah lagata hai to laga lete hain.</w:t>
      </w:r>
      <w:r>
        <w:br/>
      </w:r>
      <w:r>
        <w:rPr>
          <w:sz w:val="20"/>
        </w:rPr>
        <w:t>1:16:36  main aap ko ek dilchasp qissa sunata hoon.</w:t>
      </w:r>
      <w:r>
        <w:br/>
      </w:r>
      <w:r>
        <w:rPr>
          <w:sz w:val="20"/>
        </w:rPr>
        <w:t>1:16:39  ek martaba bohat bara fasad hua tha bhagalpur mein, bihar mein.</w:t>
      </w:r>
      <w:r>
        <w:br/>
      </w:r>
      <w:r>
        <w:rPr>
          <w:sz w:val="20"/>
        </w:rPr>
        <w:t>1:16:45  to bohat fasaad hua aur musalmanon ko bohat nuqsaan hua tha.</w:t>
      </w:r>
      <w:r>
        <w:br/>
      </w:r>
      <w:r>
        <w:rPr>
          <w:sz w:val="20"/>
        </w:rPr>
        <w:t>1:16:49  is mein to ek sahab ne ek kitaab likhi thi, moti si.</w:t>
      </w:r>
      <w:r>
        <w:br/>
      </w:r>
      <w:r>
        <w:rPr>
          <w:sz w:val="20"/>
        </w:rPr>
        <w:t>1:16:54  isi maujood bhagalpur ka fasaad, yeh kitaab mere paas abhi maujood hai.</w:t>
      </w:r>
      <w:r>
        <w:br/>
      </w:r>
      <w:r>
        <w:rPr>
          <w:sz w:val="20"/>
        </w:rPr>
        <w:t>1:17:00  koi shakhs dekh sakta hai is ko.</w:t>
      </w:r>
      <w:r>
        <w:br/>
      </w:r>
      <w:r>
        <w:rPr>
          <w:sz w:val="20"/>
        </w:rPr>
        <w:t>1:17:03  woh khud musannif mere paas woh kitaab le aaya.</w:t>
      </w:r>
      <w:r>
        <w:br/>
      </w:r>
      <w:r>
        <w:rPr>
          <w:sz w:val="20"/>
        </w:rPr>
        <w:t>1:17:07  to maine is ko thoda sa padha to woh likha hua tha ke juloos nikla musalmanon ke</w:t>
      </w:r>
      <w:r>
        <w:br/>
      </w:r>
      <w:r>
        <w:rPr>
          <w:sz w:val="20"/>
        </w:rPr>
        <w:t>1:17:15  muhalle mein.</w:t>
      </w:r>
      <w:r>
        <w:br/>
      </w:r>
      <w:r>
        <w:rPr>
          <w:sz w:val="20"/>
        </w:rPr>
        <w:t>1:17:16  to pehle to puraman tha, woh phir musalmanon ne ek step liya.</w:t>
      </w:r>
      <w:r>
        <w:br/>
      </w:r>
      <w:r>
        <w:rPr>
          <w:sz w:val="20"/>
        </w:rPr>
        <w:t>1:17:21  yahi lafz tha is mein.</w:t>
      </w:r>
      <w:r>
        <w:br/>
      </w:r>
      <w:r>
        <w:rPr>
          <w:sz w:val="20"/>
        </w:rPr>
        <w:t>1:17:23  step liya, is ke baad fasaad shuru ho gaya.</w:t>
      </w:r>
      <w:r>
        <w:br/>
      </w:r>
      <w:r>
        <w:rPr>
          <w:sz w:val="20"/>
        </w:rPr>
        <w:t>1:17:27  to maine poocha un se ke bhai step kya tha? woh to bata nahi rahe the ke</w:t>
      </w:r>
      <w:r>
        <w:br/>
      </w:r>
      <w:r>
        <w:rPr>
          <w:sz w:val="20"/>
        </w:rPr>
        <w:t>1:17:35  step kya tha.</w:t>
      </w:r>
      <w:r>
        <w:br/>
      </w:r>
      <w:r>
        <w:rPr>
          <w:sz w:val="20"/>
        </w:rPr>
        <w:t>1:17:36  to baad ko bhagalpur ke case ki jo vakalat kar rahe the, woh pairvi kar rahe the.</w:t>
      </w:r>
      <w:r>
        <w:br/>
      </w:r>
      <w:r>
        <w:rPr>
          <w:sz w:val="20"/>
        </w:rPr>
        <w:t>1:17:44  wakeel sahab un se meri mulaqaat hui to un se poocha ke woh step kya tha? to unhon</w:t>
      </w:r>
      <w:r>
        <w:br/>
      </w:r>
      <w:r>
        <w:rPr>
          <w:sz w:val="20"/>
        </w:rPr>
        <w:t>1:17:52  ne unhon ne bataya, khud wakeel sahab ne bataya jo jo case ki pairvi kar rahe the ke</w:t>
      </w:r>
      <w:r>
        <w:br/>
      </w:r>
      <w:r>
        <w:rPr>
          <w:sz w:val="20"/>
        </w:rPr>
        <w:t>1:18:00  hua yeh ke juloos nikla aur musalmanon ne kaha ke sahab, route badlo, route badlo, route badlo.</w:t>
      </w:r>
      <w:r>
        <w:br/>
      </w:r>
      <w:r>
        <w:rPr>
          <w:sz w:val="20"/>
        </w:rPr>
        <w:t>1:18:07  route badalne par raazi nahi the.</w:t>
      </w:r>
      <w:r>
        <w:br/>
      </w:r>
      <w:r>
        <w:rPr>
          <w:sz w:val="20"/>
        </w:rPr>
        <w:t>1:18:09  to musalmanon ne hand grade, hand hand gradenet phenka, dasty bom.</w:t>
      </w:r>
      <w:r>
        <w:br/>
      </w:r>
      <w:r>
        <w:rPr>
          <w:sz w:val="20"/>
        </w:rPr>
        <w:t>1:18:14  aur khud wakeel sahab ke alfaaz hain ke saare, yaani woh dhuwaan phail gaya saare road par.</w:t>
      </w:r>
      <w:r>
        <w:br/>
      </w:r>
      <w:r>
        <w:rPr>
          <w:sz w:val="20"/>
        </w:rPr>
        <w:t>1:18:21  to is ke baad un logon ne detailiate kiya aur phir bada fasaad hua, bada hangama hua, bohat</w:t>
      </w:r>
      <w:r>
        <w:br/>
      </w:r>
      <w:r>
        <w:rPr>
          <w:sz w:val="20"/>
        </w:rPr>
        <w:t>1:18:29  jalaye phooke gaye log.</w:t>
      </w:r>
      <w:r>
        <w:br/>
      </w:r>
      <w:r>
        <w:rPr>
          <w:sz w:val="20"/>
        </w:rPr>
        <w:t>1:18:31  to bhai, step step liya keh kar ke chhupaye hue hain is baat ko ke musalmanon ne ek</w:t>
      </w:r>
      <w:r>
        <w:br/>
      </w:r>
      <w:r>
        <w:rPr>
          <w:sz w:val="20"/>
        </w:rPr>
        <w:t>1:18:39  nadani ki ke wahan bom maar diya.</w:t>
      </w:r>
      <w:r>
        <w:br/>
      </w:r>
      <w:r>
        <w:rPr>
          <w:sz w:val="20"/>
        </w:rPr>
        <w:t>1:18:42  jab bom maarne ka hai to wohi marenge, poore woh koi nahi marenge.</w:t>
      </w:r>
      <w:r>
        <w:br/>
      </w:r>
      <w:r>
        <w:rPr>
          <w:sz w:val="20"/>
        </w:rPr>
        <w:t>1:18:48  bhai, to musannif se maine poocha, musannif se meri mulaqaat hui ke maine kaha ke kyun</w:t>
      </w:r>
      <w:r>
        <w:br/>
      </w:r>
      <w:r>
        <w:rPr>
          <w:sz w:val="20"/>
        </w:rPr>
        <w:t>1:18:56  aap itna ghussa ho gaye? aap log to unhon ne kaha kaise ghussa hota hai? to unhon ne</w:t>
      </w:r>
      <w:r>
        <w:br/>
      </w:r>
      <w:r>
        <w:rPr>
          <w:sz w:val="20"/>
        </w:rPr>
        <w:t>1:19:03  bataya ke woh is is is is ka mehle ka naam tha tatar pur.</w:t>
      </w:r>
      <w:r>
        <w:br/>
      </w:r>
      <w:r>
        <w:rPr>
          <w:sz w:val="20"/>
        </w:rPr>
        <w:t>1:19:09  unhon ne kaha ke woh log naarah laga rahe the ke "je maan kaali tatar pur karo khaali".</w:t>
      </w:r>
      <w:r>
        <w:br/>
      </w:r>
      <w:r>
        <w:rPr>
          <w:sz w:val="20"/>
        </w:rPr>
        <w:t>1:19:17  yeh musannif ne bataya "je maan kaali tatar pur kharo khaali".</w:t>
      </w:r>
      <w:r>
        <w:br/>
      </w:r>
      <w:r>
        <w:rPr>
          <w:sz w:val="20"/>
        </w:rPr>
        <w:t>1:19:22  to unhon ne kaha kaise hum is ko bardasht karte the? to main ne kaha acha yeh bataiye</w:t>
      </w:r>
      <w:r>
        <w:br/>
      </w:r>
      <w:r>
        <w:rPr>
          <w:sz w:val="20"/>
        </w:rPr>
        <w:t>1:19:30  ke aap ne bardasht nahi kiya, roka, fasaad hua, crypto laga, log maare gaye, dobara jalai phoonk gayi.</w:t>
      </w:r>
      <w:r>
        <w:br/>
      </w:r>
      <w:r>
        <w:rPr>
          <w:sz w:val="20"/>
        </w:rPr>
        <w:t>1:19:37  to ab wahan par musalman hain ke nahi hain? kaha alhamdulillah, ab musalman wahan par abhi bhi hain.</w:t>
      </w:r>
      <w:r>
        <w:br/>
      </w:r>
      <w:r>
        <w:rPr>
          <w:sz w:val="20"/>
        </w:rPr>
        <w:t>1:19:45  to main ne phir un se kaha jab juloos nikaal kar ke fasaad kar ke bhi woh tatar</w:t>
      </w:r>
      <w:r>
        <w:br/>
      </w:r>
      <w:r>
        <w:rPr>
          <w:sz w:val="20"/>
        </w:rPr>
        <w:t>1:19:53  pur ko khaali nahi kar saka musalmanon se, to aap ko react karne ki zaroorat kya thi?</w:t>
      </w:r>
      <w:r>
        <w:br/>
      </w:r>
      <w:r>
        <w:rPr>
          <w:sz w:val="20"/>
        </w:rPr>
        <w:t>1:20:00  aap kehte hain ke yeh bewakoofi ke idare hain, is tarah kahin tatar pur khaali ho jata</w:t>
      </w:r>
      <w:r>
        <w:br/>
      </w:r>
      <w:r>
        <w:rPr>
          <w:sz w:val="20"/>
        </w:rPr>
        <w:t>1:20:08  hai.</w:t>
      </w:r>
      <w:r>
        <w:br/>
      </w:r>
      <w:r>
        <w:rPr>
          <w:sz w:val="20"/>
        </w:rPr>
        <w:t>1:20:10  ab main ne kaha ke aap ghor kijiye ke unhon ne juloos nikala aur wahan par fasaad hua,</w:t>
      </w:r>
      <w:r>
        <w:br/>
      </w:r>
      <w:r>
        <w:rPr>
          <w:sz w:val="20"/>
        </w:rPr>
        <w:t>1:20:17  goliyan chali, dobara jalai gayi, phir bhi musalman maujood hain wahan par.</w:t>
      </w:r>
      <w:r>
        <w:br/>
      </w:r>
      <w:r>
        <w:rPr>
          <w:sz w:val="20"/>
        </w:rPr>
        <w:t>1:20:23  to jab fasaad juloos nikalwa kar fasaad karwa kar ke bhi woh tatar pur ko khaali nahi kara</w:t>
      </w:r>
      <w:r>
        <w:br/>
      </w:r>
      <w:r>
        <w:rPr>
          <w:sz w:val="20"/>
        </w:rPr>
        <w:t>1:20:30  sake, to aap ab bhark bharke kyun? aap ne react kyun kiya? aap ko kehna chahiye tha</w:t>
      </w:r>
      <w:r>
        <w:br/>
      </w:r>
      <w:r>
        <w:rPr>
          <w:sz w:val="20"/>
        </w:rPr>
        <w:t>1:20:38  ke bhai yeh bewakoofi ke idare hain, aise koi tatar pur khaali hota hai? yahi nadani hai</w:t>
      </w:r>
      <w:r>
        <w:br/>
      </w:r>
      <w:r>
        <w:rPr>
          <w:sz w:val="20"/>
        </w:rPr>
        <w:t>1:20:46  jis ki wajah se kamre direct ho rahe hain.</w:t>
      </w:r>
      <w:r>
        <w:br/>
      </w:r>
      <w:r>
        <w:rPr>
          <w:sz w:val="20"/>
        </w:rPr>
        <w:t>1:20:50  to aap ko main arz karunga meri kitab padh lijie.</w:t>
      </w:r>
      <w:r>
        <w:br/>
      </w:r>
      <w:r>
        <w:rPr>
          <w:sz w:val="20"/>
        </w:rPr>
        <w:t>1:20:54  aap is kitab ka naam kya hai? sahib, hal yahan hai.</w:t>
      </w:r>
      <w:r>
        <w:br/>
      </w:r>
      <w:r>
        <w:rPr>
          <w:sz w:val="20"/>
        </w:rPr>
        <w:t>1:20:59  ji, hal yahan hai.</w:t>
      </w:r>
      <w:r>
        <w:br/>
      </w:r>
      <w:r>
        <w:rPr>
          <w:sz w:val="20"/>
        </w:rPr>
        <w:t>1:21:01  ek kitab hai, hal yahan hai.</w:t>
      </w:r>
      <w:r>
        <w:br/>
      </w:r>
      <w:r>
        <w:rPr>
          <w:sz w:val="20"/>
        </w:rPr>
        <w:t>1:21:03  sirf ek kitab aap padh lijie, hal yahan.</w:t>
      </w:r>
      <w:r>
        <w:br/>
      </w:r>
      <w:r>
        <w:rPr>
          <w:sz w:val="20"/>
        </w:rPr>
        <w:t>1:21:07  aap ko yeh baat wazeh ho jayegi, hal yahan hai.</w:t>
      </w:r>
      <w:r>
        <w:br/>
      </w:r>
      <w:r>
        <w:rPr>
          <w:sz w:val="20"/>
        </w:rPr>
        <w:t>1:21:11  yahan mil sakti hai aap ko.</w:t>
      </w:r>
      <w:r>
        <w:br/>
      </w:r>
      <w:r>
        <w:rPr>
          <w:sz w:val="20"/>
        </w:rPr>
        <w:t>1:21:14  hum neeche jab aap jayen to is ko aap dekh sakte hain, hal yahan hai.</w:t>
      </w:r>
      <w:r>
        <w:br/>
      </w:r>
      <w:r>
        <w:rPr>
          <w:sz w:val="20"/>
        </w:rPr>
        <w:t>1:21:20  fasadat ka matlab yeh hai, woh woh shamil hai.</w:t>
      </w:r>
      <w:r>
        <w:br/>
      </w:r>
      <w:r>
        <w:rPr>
          <w:sz w:val="20"/>
        </w:rPr>
        <w:t>1:21:24  is mein Maulana yeh sawal Dilli se aaya hai Dr. Saleema Siddiqui ka.</w:t>
      </w:r>
      <w:r>
        <w:br/>
      </w:r>
      <w:r>
        <w:rPr>
          <w:sz w:val="20"/>
        </w:rPr>
        <w:t>1:21:30  unhon ne likha hai ke jab sailab-e-Nuh aaya to Hazrat Nuh ka beta Kanan, jo mushrikon ka</w:t>
      </w:r>
      <w:r>
        <w:br/>
      </w:r>
      <w:r>
        <w:rPr>
          <w:sz w:val="20"/>
        </w:rPr>
        <w:t>1:21:38  saathi tha, Allah ne is sailab mein us ko dubo diya.</w:t>
      </w:r>
      <w:r>
        <w:br/>
      </w:r>
      <w:r>
        <w:rPr>
          <w:sz w:val="20"/>
        </w:rPr>
        <w:t>1:21:42  تب نوح نے اللہ کو پکارا اور کہا: "My Lord, my son was a part of my family."</w:t>
      </w:r>
      <w:r>
        <w:br/>
      </w:r>
      <w:r>
        <w:rPr>
          <w:sz w:val="20"/>
        </w:rPr>
        <w:t>1:21:50  your promise was surely true.</w:t>
      </w:r>
      <w:r>
        <w:br/>
      </w:r>
      <w:r>
        <w:rPr>
          <w:sz w:val="20"/>
        </w:rPr>
        <w:t>1:21:52  you are the most just of all judges.</w:t>
      </w:r>
      <w:r>
        <w:br/>
      </w:r>
      <w:r>
        <w:rPr>
          <w:sz w:val="20"/>
        </w:rPr>
        <w:t>1:21:56  God said Noah, he was not one of your family, for indeed he was unrighteous in his</w:t>
      </w:r>
      <w:r>
        <w:br/>
      </w:r>
      <w:r>
        <w:rPr>
          <w:sz w:val="20"/>
        </w:rPr>
        <w:t>1:22:03  conduct. Maulana, kya is ayat ka explanation yeh liya jaye ke Islam mein blood relation asal nahi hai?</w:t>
      </w:r>
      <w:r>
        <w:br/>
      </w:r>
      <w:r>
        <w:rPr>
          <w:sz w:val="20"/>
        </w:rPr>
        <w:t>1:22:11  kyun ke Khuda ne criteria righteous hona bataya hai, na ke rishtedari.</w:t>
      </w:r>
      <w:r>
        <w:br/>
      </w:r>
      <w:r>
        <w:rPr>
          <w:sz w:val="20"/>
        </w:rPr>
        <w:t>1:22:16  koi insan is liye nahi bachaya jaye ga ke woh paighambar ka rishtedar hai.</w:t>
      </w:r>
      <w:r>
        <w:br/>
      </w:r>
      <w:r>
        <w:rPr>
          <w:sz w:val="20"/>
        </w:rPr>
        <w:t>1:22:23  ab yeh to yahi matlab hai is ka.</w:t>
      </w:r>
      <w:r>
        <w:br/>
      </w:r>
      <w:r>
        <w:rPr>
          <w:sz w:val="20"/>
        </w:rPr>
        <w:t>1:22:26  woh to khud jo alfaaz hain, woh bol rahe hain aur koi doosra explanation is ka ho nahi</w:t>
      </w:r>
      <w:r>
        <w:br/>
      </w:r>
      <w:r>
        <w:rPr>
          <w:sz w:val="20"/>
        </w:rPr>
        <w:t>1:22:34  sakta.</w:t>
      </w:r>
      <w:r>
        <w:br/>
      </w:r>
      <w:r>
        <w:rPr>
          <w:sz w:val="20"/>
        </w:rPr>
        <w:t>1:22:36  clear hai, yeh is ko pooch sakte hain: "Ya main phir min akhi wa ummi wa abi wa saahibi wa ghani".</w:t>
      </w:r>
      <w:r>
        <w:br/>
      </w:r>
      <w:r>
        <w:rPr>
          <w:sz w:val="20"/>
        </w:rPr>
        <w:t>1:22:43  Quran mein aaya hai, to sahi baat hai.</w:t>
      </w:r>
    </w:p>
    <w:p>
      <w:pPr>
        <w:pStyle w:val="Heading2"/>
      </w:pPr>
      <w:r>
        <w:t>Feeling dejected despite working</w:t>
      </w:r>
    </w:p>
    <w:p>
      <w:r>
        <w:rPr>
          <w:color w:val="666666"/>
          <w:sz w:val="18"/>
        </w:rPr>
        <w:t>Life &amp; Wisdom · 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Guidance on handling anger and frustration</w:t>
      </w:r>
    </w:p>
    <w:p>
      <w:r>
        <w:rPr>
          <w:color w:val="666666"/>
          <w:sz w:val="18"/>
        </w:rPr>
        <w:t>Life &amp; Wisdom · Man and The Paradise August 11, 2013 Maulana Wahiduddin Khan · 5m 28s · at 55:35 · https://youtu.be/m8XdpnaS95U?t=3335</w:t>
      </w:r>
    </w:p>
    <w:p>
      <w:r>
        <w:rPr>
          <w:i/>
        </w:rPr>
        <w:t>“Your words are very thought-provoking and very true. There are often challenging situations which arise from time to time, and often these result into anger and frustration. Sometimes these frustrations come out in words, causing hurt to everyone, and followed by regret later. Dear Maulana, please guide me that if a situation like this comes again.”</w:t>
      </w:r>
    </w:p>
    <w:p>
      <w:r>
        <w:rPr>
          <w:sz w:val="20"/>
        </w:rPr>
        <w:t>55:35  maulana, agla sawal singapore se hai, mr sailesh malhotra ka. unhon ne likha hai: "maulana, your words are very thought provoking and very true.</w:t>
      </w:r>
      <w:r>
        <w:br/>
      </w:r>
      <w:r>
        <w:rPr>
          <w:sz w:val="20"/>
        </w:rPr>
        <w:t>55:47  there are often challenging situations which arise from time to time, and often these result into anger and frustration.</w:t>
      </w:r>
      <w:r>
        <w:br/>
      </w:r>
      <w:r>
        <w:rPr>
          <w:sz w:val="20"/>
        </w:rPr>
        <w:t>55:57  sometimes these frustrations come out in words, causing hurt to everyone, and followed by regret later. dear Maulana, please guide me that if a situation like this comes again,</w:t>
      </w:r>
      <w:r>
        <w:br/>
      </w:r>
      <w:r>
        <w:rPr>
          <w:sz w:val="20"/>
        </w:rPr>
        <w:t>56:11  what should I do to subside negative thoughts and angry words?</w:t>
      </w:r>
      <w:r>
        <w:br/>
      </w:r>
      <w:r>
        <w:rPr>
          <w:sz w:val="20"/>
        </w:rPr>
        <w:t>56:17  I want to go to paradise with the rest of the CPS team, and don't want to lose this because of my stupid mistakes."</w:t>
      </w:r>
      <w:r>
        <w:br/>
      </w:r>
      <w:r>
        <w:rPr>
          <w:sz w:val="20"/>
        </w:rPr>
        <w:t>56:36  dekhiye, paradise ki qeemat hai acceptance of reality.</w:t>
      </w:r>
      <w:r>
        <w:br/>
      </w:r>
      <w:r>
        <w:rPr>
          <w:sz w:val="20"/>
        </w:rPr>
        <w:t>56:46  paradise ki qeemat hai acceptance of reality.</w:t>
      </w:r>
      <w:r>
        <w:br/>
      </w:r>
      <w:r>
        <w:rPr>
          <w:sz w:val="20"/>
        </w:rPr>
        <w:t>56:53  yani duniya mein jo creator hai, creator us ne apne plan ke mutabiq duniya ka ek system banaya hai.</w:t>
      </w:r>
      <w:r>
        <w:br/>
      </w:r>
      <w:r>
        <w:rPr>
          <w:sz w:val="20"/>
        </w:rPr>
        <w:t>57:07  is system mein har ek ko azaadi hai, har ek ko total freedom hai.</w:t>
      </w:r>
      <w:r>
        <w:br/>
      </w:r>
      <w:r>
        <w:rPr>
          <w:sz w:val="20"/>
        </w:rPr>
        <w:t>57:15  to apni freedom ko woh chahe misuse kare, chahe proper use kare. yahi woh cheez hai jo hamare andar paida karti hai anger, complain, protest, yeh sab cheezen.</w:t>
      </w:r>
      <w:r>
        <w:br/>
      </w:r>
      <w:r>
        <w:rPr>
          <w:sz w:val="20"/>
        </w:rPr>
        <w:t>57:30  to pehli condition yeh hai ke aap accept karen Allah ki is ki maaf things ko.</w:t>
      </w:r>
      <w:r>
        <w:br/>
      </w:r>
      <w:r>
        <w:rPr>
          <w:sz w:val="20"/>
        </w:rPr>
        <w:t>57:39  yani jis cheez ko le kar aadmi ghussa hota hai, shikayat karta hai, protest karta hai, to kis ke khilaaf karta hai? woh bazahir kisi insaan ke khilaaf hoti hai, woh lekin hoti hai woh Khuda ke khilaaf.</w:t>
      </w:r>
      <w:r>
        <w:br/>
      </w:r>
      <w:r>
        <w:rPr>
          <w:sz w:val="20"/>
        </w:rPr>
        <w:t>57:54  jab aap bolte hain America ke khilaaf to aap bolte hain Khuda ke khilaaf. America jo kuch bhi kar raha hai, woh Allah ki di hui freedom par kar raha hai.</w:t>
      </w:r>
      <w:r>
        <w:br/>
      </w:r>
      <w:r>
        <w:rPr>
          <w:sz w:val="20"/>
        </w:rPr>
        <w:t>58:03  Yahudi jo kuch kar raha hai, woh Allah ki di hui freedom par kar raha hai. Hindu jo kuch bhi kar raha hai, woh Allah ki di hui freedom par kar raha hai. to jab aap shikayat karte hain, protest karte hain, kis ke khilaaf jati hai?</w:t>
      </w:r>
      <w:r>
        <w:br/>
      </w:r>
      <w:r>
        <w:rPr>
          <w:sz w:val="20"/>
        </w:rPr>
        <w:t>58:14  woh Allah ke khilaaf jati hai. woh</w:t>
      </w:r>
      <w:r>
        <w:br/>
      </w:r>
      <w:r>
        <w:rPr>
          <w:sz w:val="20"/>
        </w:rPr>
        <w:t>58:18  to isi ko maine kaha ke ke acceptance of reality jo hai, wahi price hai jannat ki.</w:t>
      </w:r>
      <w:r>
        <w:br/>
      </w:r>
      <w:r>
        <w:rPr>
          <w:sz w:val="20"/>
        </w:rPr>
        <w:t>58:29  isi ko Quran mein dekhiye: "raziyallahu anhum wa razuwan". yani jo log raazi ho gaye Allah ki is ki maaf things par, to Allah un se raazi ho jayega.</w:t>
      </w:r>
      <w:r>
        <w:br/>
      </w:r>
      <w:r>
        <w:rPr>
          <w:sz w:val="20"/>
        </w:rPr>
        <w:t>58:41  yeh jo ayat hai Quran majeed ki, is ko bhi log samajhte nahin.</w:t>
      </w:r>
      <w:r>
        <w:br/>
      </w:r>
      <w:r>
        <w:rPr>
          <w:sz w:val="20"/>
        </w:rPr>
        <w:t>58:46  mysterious bana rakha hai is ayat ko. mysterious. "raziyallahu anhum wa razuwan" ka matlab yeh hai ke jo log raazi ho gaye Allah ki is ki maaf things par,</w:t>
      </w:r>
      <w:r>
        <w:br/>
      </w:r>
      <w:r>
        <w:rPr>
          <w:sz w:val="20"/>
        </w:rPr>
        <w:t>59:01  apne aap ko aap ko is se adjust kiya, to Allah un se raazi ho jayega.</w:t>
      </w:r>
      <w:r>
        <w:br/>
      </w:r>
      <w:r>
        <w:rPr>
          <w:sz w:val="20"/>
        </w:rPr>
        <w:t>59:09  Allah ka jo plan hai, Allah ka jo plan hai, jo creation plan hai, us ke mutabiq jo is ki maaf things hain, to woh hamare hamein pasand aaye ya na pasand aayen,</w:t>
      </w:r>
      <w:r>
        <w:br/>
      </w:r>
      <w:r>
        <w:rPr>
          <w:sz w:val="20"/>
        </w:rPr>
        <w:t>59:26  har haal mein hum is se raazi ho jayen. hamare muwafiq ho, hamare khilaf ho, hamein chot lage ya chot na lage,</w:t>
      </w:r>
      <w:r>
        <w:br/>
      </w:r>
      <w:r>
        <w:rPr>
          <w:sz w:val="20"/>
        </w:rPr>
        <w:t>59:38  hamein shock pounchay ya shock na pounchay, har haal mein hum is par raazi ho jayen. yahi matlab hai "razi allahu anhum wa ridwan" ka ke jo log Allah ki is ki maaf things par raazi ho gaye, to Allah un par raazi ho jayega.</w:t>
      </w:r>
      <w:r>
        <w:br/>
      </w:r>
      <w:r>
        <w:rPr>
          <w:sz w:val="20"/>
        </w:rPr>
        <w:t>59:57  to ek baat yeh hai. doosri baat maine arz ki, jaisa ke abhi ke jo log is par raazi na hon, to kya hota hota hota hai? woh hypocrite bante hain. hypocrite.</w:t>
      </w:r>
      <w:r>
        <w:br/>
      </w:r>
      <w:r>
        <w:rPr>
          <w:sz w:val="20"/>
        </w:rPr>
        <w:t>1:00:10  yani hypocrisy is direct result of non acceptance of reality. kyunke aap kya karenge? badal sakte sakte nahi hain Allah ke naqshe ko.</w:t>
      </w:r>
      <w:r>
        <w:br/>
      </w:r>
      <w:r>
        <w:rPr>
          <w:sz w:val="20"/>
        </w:rPr>
        <w:t>1:00:21  to aap kya karenge? jahan interest kal hoga, wahan aap adjust karenge. jahan interest dekhenge, mein interest kal nahi ho raha hoga, wahan aap bolenge, wahan aap josh dikhayenge, wahan aap violence karenge.</w:t>
      </w:r>
      <w:r>
        <w:br/>
      </w:r>
      <w:r>
        <w:rPr>
          <w:sz w:val="20"/>
        </w:rPr>
        <w:t>1:00:35  to dekhiye, yeh yeh bilkul hi ek simple formula hai ke agar aap chahte hain ke jannat mein mujhe dakhla mile, then you have to accept the reality.</w:t>
      </w:r>
      <w:r>
        <w:br/>
      </w:r>
      <w:r>
        <w:rPr>
          <w:sz w:val="20"/>
        </w:rPr>
        <w:t>1:00:50  aur koi doosra rasta nahi. doosra rasta hai woh kya hai? woh apne aap ko aap kal karna hai, apne aap ko destroy karna hai, apne aap ko tabah karna hai.</w:t>
      </w:r>
    </w:p>
    <w:p>
      <w:pPr>
        <w:pStyle w:val="Heading2"/>
      </w:pPr>
      <w:r>
        <w:t>Harm of sleeping in morning</w:t>
      </w:r>
    </w:p>
    <w:p>
      <w:r>
        <w:rPr>
          <w:color w:val="666666"/>
          <w:sz w:val="18"/>
        </w:rPr>
        <w:t>Life &amp; Wisdom · An Intellectual Journey May 1, 2011 · 10m 30s · at 1:31:27 · https://youtu.be/AqjjyimoIqw?t=5487</w:t>
      </w:r>
    </w:p>
    <w:p>
      <w:r>
        <w:rPr>
          <w:i/>
        </w:rPr>
        <w:t>“Nowadays people generally sleep in the morning, thus depriving themselves of the pleasant morning environment. What is the harm of sleeping in the morning, and what is the importance of morning walk?”</w:t>
      </w:r>
    </w:p>
    <w:p>
      <w:r>
        <w:rPr>
          <w:sz w:val="20"/>
        </w:rPr>
        <w:t>1:31:27  maulana, un ka aik aur sawal hai, unhon ne likha hai ke aaj kal log aam taur par subah ko sote hain, is tarah woh apne aap ko subah ke suhane mahol se mahroom rakhte hain.</w:t>
      </w:r>
      <w:r>
        <w:br/>
      </w:r>
      <w:r>
        <w:rPr>
          <w:sz w:val="20"/>
        </w:rPr>
        <w:t>1:31:41  maulana sahib, subah ko sone ka nuqsan kya hai, aur subah ki walking ki ahmiyat kya hai? dekhein, hadith mein aata hai ke isha ke baad so jao.</w:t>
      </w:r>
      <w:r>
        <w:br/>
      </w:r>
      <w:r>
        <w:rPr>
          <w:sz w:val="20"/>
        </w:rPr>
        <w:t>1:31:55  rasool Allah is ko pasand nahi karte the ke isha ke baad baith kar log baatein karte rahein, is ko pasand nahi karte the. is wajah se kyun? ke agar aap sawere so jayein ge, tabhi to subah ko sawere uthein ge,</w:t>
      </w:r>
      <w:r>
        <w:br/>
      </w:r>
      <w:r>
        <w:rPr>
          <w:sz w:val="20"/>
        </w:rPr>
        <w:t>1:32:09  raat ko der mein soyein ge to subah ko neend nahi khule gi. to yeh to bohat bari mahroomi hai, is mein log mubtala hain,</w:t>
      </w:r>
      <w:r>
        <w:br/>
      </w:r>
      <w:r>
        <w:rPr>
          <w:sz w:val="20"/>
        </w:rPr>
        <w:t>1:32:19  bohat bari mahroomi hai. kyunke subah ka jo waqt hota hai, woh woh is waqt aadmi so kar uthta hai jab to uska mind fresh hota hai.</w:t>
      </w:r>
      <w:r>
        <w:br/>
      </w:r>
      <w:r>
        <w:rPr>
          <w:sz w:val="20"/>
        </w:rPr>
        <w:t>1:32:32  sooraj ki roshni nikalti hai to us waqt bohat thandi thandi hoti hai, aur hawa bohat hi fresh hawa air milti hai. is waqt chidiyaan fazaon mein chehchati hain,</w:t>
      </w:r>
      <w:r>
        <w:br/>
      </w:r>
      <w:r>
        <w:rPr>
          <w:sz w:val="20"/>
        </w:rPr>
        <w:t>1:32:44  halki halki hawaayein chalti hain, jaise darakht ke patte koi raqs karne lagte hain. to jab mahol mein jab aap niklte hain bahar, yani nature mein aate hain, jab khuli faza mein to aik ajeeb qism ka inspiration milta hai.</w:t>
      </w:r>
      <w:r>
        <w:br/>
      </w:r>
      <w:r>
        <w:rPr>
          <w:sz w:val="20"/>
        </w:rPr>
        <w:t>1:33:04  saari kainat aap ko lagti hai ke aap ko inspire kar rahi hai, aap ko Allah ki blessing yaad dila rahi hai.</w:t>
      </w:r>
      <w:r>
        <w:br/>
      </w:r>
      <w:r>
        <w:rPr>
          <w:sz w:val="20"/>
        </w:rPr>
        <w:t>1:33:14  to isi liye mein is ko kehta hoon, subah ke walk ko walking tahajjud kehta hoon. mein walking tahajjud, walking zikr, walking tadabbur.</w:t>
      </w:r>
      <w:r>
        <w:br/>
      </w:r>
      <w:r>
        <w:rPr>
          <w:sz w:val="20"/>
        </w:rPr>
        <w:t>1:33:24  to mein to samajhta hoon ke jo aadmi bohat bari mahroomi mein mubtala hai, jo subah ko na uthe, bohat bari mahroomi hai. 24 ghante mein sab se acha waqt hota hai subah ka, isi ko agar aadmi avail na kare to zahir hai ke is se bari mahroomi aur kya ho sakti hai?</w:t>
      </w:r>
      <w:r>
        <w:br/>
      </w:r>
      <w:r>
        <w:rPr>
          <w:sz w:val="20"/>
        </w:rPr>
        <w:t>1:33:42  to aap yahi keh sakte hain logon ko, hum kehte rehte hain ke bhai isha ke baad foran so jao, bas aik hi nuskhah hai, isha ke baad foran so jana.</w:t>
      </w:r>
      <w:r>
        <w:br/>
      </w:r>
      <w:r>
        <w:rPr>
          <w:sz w:val="20"/>
        </w:rPr>
        <w:t>1:33:55  phir zahir hai ke neend khule gi subah ko, aur phir yeh sab karein ge aap. to hum itna hi keh sakte hain, is se ziyada hamare ikhtiyar mein kya hai?</w:t>
      </w:r>
      <w:r>
        <w:br/>
      </w:r>
      <w:r>
        <w:rPr>
          <w:sz w:val="20"/>
        </w:rPr>
        <w:t>1:34:07  miss naghma siddiqui ne dilli se sawal kiya hai: "</w:t>
      </w:r>
      <w:r>
        <w:br/>
      </w:r>
      <w:r>
        <w:rPr>
          <w:sz w:val="20"/>
        </w:rPr>
        <w:t>1:34:13  you emphasize on maintaining positivity. if we have a negative experience, how can we convert it into positivity? kindly explain.</w:t>
      </w:r>
      <w:r>
        <w:br/>
      </w:r>
      <w:r>
        <w:rPr>
          <w:sz w:val="20"/>
        </w:rPr>
        <w:t>1:34:27  dekhein, negative experience to zaroor hoga, lekin aap yeh bhi yaad rakhein ke negative experience jo hai, woh aik hota hai, 99 nahi hota hai.</w:t>
      </w:r>
      <w:r>
        <w:br/>
      </w:r>
      <w:r>
        <w:rPr>
          <w:sz w:val="20"/>
        </w:rPr>
        <w:t>1:34:39  woh hamesha</w:t>
      </w:r>
      <w:r>
        <w:br/>
      </w:r>
      <w:r>
        <w:rPr>
          <w:sz w:val="20"/>
        </w:rPr>
        <w:t>1:34:42  , yeh kabhi bhi aisa nahi ho sakta ke negative experience jo hai, wahi sab kuch ho, wahi hundred percent ho. yeh Khuda ki dunya wasta mumkin nahi hai.</w:t>
      </w:r>
      <w:r>
        <w:br/>
      </w:r>
      <w:r>
        <w:rPr>
          <w:sz w:val="20"/>
        </w:rPr>
        <w:t>1:34:54  jaise abhi jo arab countries mein jo afsar hai, aur log baghavat karne ke liye uthe hue hain, to main tv mein kabhi koi dekha hai, main sab mote mote hote hain, to unko sab kuch mila hua hai.</w:t>
      </w:r>
      <w:r>
        <w:br/>
      </w:r>
      <w:r>
        <w:rPr>
          <w:sz w:val="20"/>
        </w:rPr>
        <w:t>1:35:08  yeh sab kuch, hatta ke ek aadmi khud apne munh se bhi keh diya ke mere paas car hai, mere paas ghar hai, mere paas woh bank balance hai, phir bhi kyun shor kar rahe ho?</w:t>
      </w:r>
      <w:r>
        <w:br/>
      </w:r>
      <w:r>
        <w:rPr>
          <w:sz w:val="20"/>
        </w:rPr>
        <w:t>1:35:19  shor kar rahe ho is liye ke main ek ek nikal liya, unhon ne ek ek ek koi pata nahi kya keh rahe the woh. to koi ek item hamesha miss karta hai, har ek ko usi par aadmi focus kar deta hai.</w:t>
      </w:r>
      <w:r>
        <w:br/>
      </w:r>
      <w:r>
        <w:rPr>
          <w:sz w:val="20"/>
        </w:rPr>
        <w:t>1:35:33  to shukr guzar banne ke liye ya positive banne ke liye aadmi is yeh jaane ke har haal mein aap ke paas 99</w:t>
      </w:r>
      <w:r>
        <w:br/>
      </w:r>
      <w:r>
        <w:rPr>
          <w:sz w:val="20"/>
        </w:rPr>
        <w:t>1:35:45  yaani achha item baharhal maujood rahenge.</w:t>
      </w:r>
      <w:r>
        <w:br/>
      </w:r>
      <w:r>
        <w:rPr>
          <w:sz w:val="20"/>
        </w:rPr>
        <w:t>1:35:49  one one so mein ek nahi rahega to na rahe, is se kya farq padta hai?</w:t>
      </w:r>
      <w:r>
        <w:br/>
      </w:r>
      <w:r>
        <w:rPr>
          <w:sz w:val="20"/>
        </w:rPr>
        <w:t>1:35:57  aur yeh Allah taala ne demonstration ke roop mein bata diya Hazrat Adam ke qisse ko bata kar ke ke jannat mein unhein more than 99 mila hua tha, less than one ek tha, woh yaani fabricry usi par focus kar diya unhon ne.</w:t>
      </w:r>
      <w:r>
        <w:br/>
      </w:r>
      <w:r>
        <w:rPr>
          <w:sz w:val="20"/>
        </w:rPr>
        <w:t>1:36:12  to Allah taala ne bagaye ek ek is ko sari tareekh ke liye ek misaal bana diya ke dekho, aisa mat karna</w:t>
      </w:r>
      <w:r>
        <w:br/>
      </w:r>
      <w:r>
        <w:rPr>
          <w:sz w:val="20"/>
        </w:rPr>
        <w:t>1:36:19  warna nashukre banoge, warna positive personality nahi tumhari taraf ban payegi, tum negative ban jaoge. aur is ka nateeja kya hai? jannat se explanation. main bas bataun ke Adam ke is qisse mein saare mankind ke liye ek zabardast naseehat hai.</w:t>
      </w:r>
      <w:r>
        <w:br/>
      </w:r>
      <w:r>
        <w:rPr>
          <w:sz w:val="20"/>
        </w:rPr>
        <w:t>1:36:40  Maulana Zikwan Nadvi ne nai dilli se likha hai: "Hadees mein aaya hai ke baat ke logon mein kuch muhaddath honge,</w:t>
      </w:r>
      <w:r>
        <w:br/>
      </w:r>
      <w:r>
        <w:rPr>
          <w:sz w:val="20"/>
        </w:rPr>
        <w:t>1:36:49  is hadees ko wazeh farmayein."</w:t>
      </w:r>
      <w:r>
        <w:br/>
      </w:r>
      <w:r>
        <w:rPr>
          <w:sz w:val="20"/>
        </w:rPr>
        <w:t>1:36:55  muhaddath ka matlab hota hai jis se baat ki jaye, jis se baat ki jaye. to jahan tak main samajhta hoon, is ka matlab yeh hai ke ulama ne is ko bohat zyada wazeh nahi kiya hai, is ko karamat e auliya samajhte hain.</w:t>
      </w:r>
      <w:r>
        <w:br/>
      </w:r>
      <w:r>
        <w:rPr>
          <w:sz w:val="20"/>
        </w:rPr>
        <w:t>1:37:14  woh jo muhaddath jo hoga, woh karamat e auliya</w:t>
      </w:r>
      <w:r>
        <w:br/>
      </w:r>
      <w:r>
        <w:rPr>
          <w:sz w:val="20"/>
        </w:rPr>
        <w:t>1:37:17  ek nabi hota hai, ek muhaddath nabi. woh is par wahi utre, aur aur muhaddath woh hai jis se baat ki jaye, yaani farishton ke zariye is ko Allah ki baatein milein.</w:t>
      </w:r>
      <w:r>
        <w:br/>
      </w:r>
      <w:r>
        <w:rPr>
          <w:sz w:val="20"/>
        </w:rPr>
        <w:t>1:37:33  to is ko lagta hai karamat e auliya. main is ko galat samajhta hoon, karamat e auliya ki baat nahi hai. yeh</w:t>
      </w:r>
      <w:r>
        <w:br/>
      </w:r>
      <w:r>
        <w:rPr>
          <w:sz w:val="20"/>
        </w:rPr>
        <w:t>1:37:39  yeh daur e fatra jo hai, yaani nabi na ho, jab us waqt Allah ki rehnumai ka intezam hai.</w:t>
      </w:r>
      <w:r>
        <w:br/>
      </w:r>
      <w:r>
        <w:rPr>
          <w:sz w:val="20"/>
        </w:rPr>
        <w:t>1:37:47  yeh jab nabi hai to nabi aap ko rehnumai deta hai, ya nabi na ho to rehnumai kahan se mile?</w:t>
      </w:r>
      <w:r>
        <w:br/>
      </w:r>
      <w:r>
        <w:rPr>
          <w:sz w:val="20"/>
        </w:rPr>
        <w:t>1:37:57  aadmi ka aql kafi nahi hai. ma hoti to minal ilm illa qaleela.</w:t>
      </w:r>
      <w:r>
        <w:br/>
      </w:r>
      <w:r>
        <w:rPr>
          <w:sz w:val="20"/>
        </w:rPr>
        <w:t>1:38:05  science kehti hai ke science goes partial knowledge of reality. to is tarah se poori hidayat Allah ki jo mile aap ko, to Allah taala kisi ko chunta hai, kisi ko chunta hai.</w:t>
      </w:r>
      <w:r>
        <w:br/>
      </w:r>
      <w:r>
        <w:rPr>
          <w:sz w:val="20"/>
        </w:rPr>
        <w:t>1:38:18  woh isi ko muhaddath kaha gaya, yaani Allah farishton ke zariye is ke dimagh mein dalta hai baatein.</w:t>
      </w:r>
      <w:r>
        <w:br/>
      </w:r>
      <w:r>
        <w:rPr>
          <w:sz w:val="20"/>
        </w:rPr>
        <w:t>1:38:27  to jahan tak main samajhta hoon, main yeh zaati taur par woh yeh hai ke ulama kehte hain ek hai wahi matlooa, ek hai wahi ghair matlooa.</w:t>
      </w:r>
      <w:r>
        <w:br/>
      </w:r>
      <w:r>
        <w:rPr>
          <w:sz w:val="20"/>
        </w:rPr>
        <w:t>1:38:40  to paygambar ko Rasool Allah sallallahu alaihi wasallam ko ek wahi matlooa aati thi, aur jo hai Quran, ek wahi ghair matlooa aati thi, woh hai Hadees.</w:t>
      </w:r>
      <w:r>
        <w:br/>
      </w:r>
      <w:r>
        <w:rPr>
          <w:sz w:val="20"/>
        </w:rPr>
        <w:t>1:38:49  to main zahiri taur par aisa samajhta hoon ke wahi matlooa sirf paygambar ki cheez hai,</w:t>
      </w:r>
      <w:r>
        <w:br/>
      </w:r>
      <w:r>
        <w:rPr>
          <w:sz w:val="20"/>
        </w:rPr>
        <w:t>1:38:56  lekin wahi ghair matlooa jo hai, woh muhaddath ko milti hai Allah ki tofeeq se. agar wahi ghair matlooa na mile to sahi sahi rehnumai nahi kar sakta.</w:t>
      </w:r>
      <w:r>
        <w:br/>
      </w:r>
      <w:r>
        <w:rPr>
          <w:sz w:val="20"/>
        </w:rPr>
        <w:t>1:39:07  ke kehte hain itna jangla hai duniya, afkar ka jangla, itna zyada yaani jis ko kaha fitna doheema. kaise aadmi sort out kare cheezon ko?</w:t>
      </w:r>
      <w:r>
        <w:br/>
      </w:r>
      <w:r>
        <w:rPr>
          <w:sz w:val="20"/>
        </w:rPr>
        <w:t>1:39:18  be shumar cheezain hain, yani hazaron nahi, lakhon nahi, billion item hain,</w:t>
      </w:r>
      <w:r>
        <w:br/>
      </w:r>
      <w:r>
        <w:rPr>
          <w:sz w:val="20"/>
        </w:rPr>
        <w:t>1:39:24  mukhtalif qism ke khayalat, mukhtalif qism ke afkar, mukhtalif qism ke nazariyat. kaise judge kare aadmi ke yeh sahi hai ya galat hai? aadmi sort out nahi kar pata, aadmi ek cheez doosri cheez differentiate nahi kar pata apni aqal se.</w:t>
      </w:r>
      <w:r>
        <w:br/>
      </w:r>
      <w:r>
        <w:rPr>
          <w:sz w:val="20"/>
        </w:rPr>
        <w:t>1:39:41  natija dekhein, ab beshtar log confusion mein jeete hain. jitne bhi mein logon ko parhta hoon, sab confusion, confusion, confusion kyunke sort out na karne ki wajah se.</w:t>
      </w:r>
      <w:r>
        <w:br/>
      </w:r>
      <w:r>
        <w:rPr>
          <w:sz w:val="20"/>
        </w:rPr>
        <w:t>1:39:53  abhi subah time tha, media mein ek article tha spirituality par, us ko parhwa ke suna mein ne. woh hai confusion, kuch samajhte hain kya keh raha hai aadmi. to asal cheez hai sort out karna, ek cheez doosri cheez mein differentiate karna,</w:t>
      </w:r>
      <w:r>
        <w:br/>
      </w:r>
      <w:r>
        <w:rPr>
          <w:sz w:val="20"/>
        </w:rPr>
        <w:t>1:40:10  yani sach truth ko aur false food ko alag kar ke dekhna. yeh bohat mushkil cheezain hain.</w:t>
      </w:r>
      <w:r>
        <w:br/>
      </w:r>
      <w:r>
        <w:rPr>
          <w:sz w:val="20"/>
        </w:rPr>
        <w:t>1:40:18  do yani do pathar hon, ek kala, ek safed, to us ko alag alag kar sakte hain aap kyunke woh aur us ko dekh rahe hain aap objectively.</w:t>
      </w:r>
      <w:r>
        <w:br/>
      </w:r>
      <w:r>
        <w:rPr>
          <w:sz w:val="20"/>
        </w:rPr>
        <w:t>1:40:29  lekin jo maanwi item hain, maanwi item jo dikhai nahi dete, us mein jo safed aur kale mile hue hain, us ko aap apni aqal se alag nahi kar sakte.</w:t>
      </w:r>
      <w:r>
        <w:br/>
      </w:r>
      <w:r>
        <w:rPr>
          <w:sz w:val="20"/>
        </w:rPr>
        <w:t>1:40:40  woh Allah ki madad darkar hoti hai wahan.</w:t>
      </w:r>
      <w:r>
        <w:br/>
      </w:r>
      <w:r>
        <w:rPr>
          <w:sz w:val="20"/>
        </w:rPr>
        <w:t>1:40:44  to jo nabi hai, woh to wahi ke zariye se us ko pehchan pata hai, woh rehnumai deta hai. aur jo muhaddis hai, us ko mein samajhta hoon jahan tak mera khayal hai, wahi ghair matlooh ke zariye us ko pehchanne ki tofeeq milti hai.</w:t>
      </w:r>
      <w:r>
        <w:br/>
      </w:r>
      <w:r>
        <w:rPr>
          <w:sz w:val="20"/>
        </w:rPr>
        <w:t>1:40:58  us ko wahi ghair matloohi ka naam hai inspiration, usi ka naam hai ilham, usi ka naam hai ilqa. aisa mein ne samjhaya hai.</w:t>
      </w:r>
    </w:p>
    <w:p>
      <w:pPr>
        <w:pStyle w:val="Heading2"/>
      </w:pPr>
      <w:r>
        <w:t>Helping others led to bankruptcy</w:t>
      </w:r>
    </w:p>
    <w:p>
      <w:r>
        <w:rPr>
          <w:color w:val="666666"/>
          <w:sz w:val="18"/>
        </w:rPr>
        <w:t>Life &amp; Wisdom · The Concept of Help Feb 9, 2020—Maulana Wahiduddin Khan · 27m 54s · at 1:39 · https://youtu.be/WScXmduh1AQ?t=99</w:t>
      </w:r>
    </w:p>
    <w:p>
      <w:r>
        <w:rPr>
          <w:i/>
        </w:rPr>
        <w:t>“I was always told to help others, and until date I help everyone without any hesitation. To the extent that I have reached the state of bankruptcy. My reason for writing to you is that I want to know what my mistake is, and I want you to guide me.”</w:t>
      </w:r>
    </w:p>
    <w:p>
      <w:r>
        <w:rPr>
          <w:sz w:val="20"/>
        </w:rPr>
        <w:t>1:39  guide me. Haan, aap is ko Urdu mein kahiye, Hindi mein, Hindi mein kahiye. To sawal, ah, is tarah hai ke unhon ne likha hai ke "Mere ko hamesha yeh kaha gaya tha ke mein doosron ki madad karoon, aur till date mein sab ki madad karta hoon bana kisi hesitation ke.</w:t>
      </w:r>
      <w:r>
        <w:br/>
      </w:r>
      <w:r>
        <w:rPr>
          <w:sz w:val="20"/>
        </w:rPr>
        <w:t>1:58  Yahan tak ke, ah, meri</w:t>
      </w:r>
      <w:r>
        <w:br/>
      </w:r>
      <w:r>
        <w:rPr>
          <w:sz w:val="20"/>
        </w:rPr>
        <w:t>2:12  aur main chahta hoon ke aap mujhe guide karen.</w:t>
      </w:r>
      <w:r>
        <w:br/>
      </w:r>
      <w:r>
        <w:rPr>
          <w:sz w:val="20"/>
        </w:rPr>
        <w:t>2:18  dekhiye, yeh meri discovery hai, aur main aap se arz karta hoon ke poori history mein ek obsession, saare log ek ek obsession mein mubtala rahe,</w:t>
      </w:r>
      <w:r>
        <w:br/>
      </w:r>
      <w:r>
        <w:rPr>
          <w:sz w:val="20"/>
        </w:rPr>
        <w:t>2:33  woh ke "help other, help other".</w:t>
      </w:r>
      <w:r>
        <w:br/>
      </w:r>
      <w:r>
        <w:rPr>
          <w:sz w:val="20"/>
        </w:rPr>
        <w:t>2:40  sab se bari, sab se bari, yaani achhai science samajhte hain ke logon ko madad ki jaye, madad ki jaye, madad ki jaye.</w:t>
      </w:r>
      <w:r>
        <w:br/>
      </w:r>
      <w:r>
        <w:rPr>
          <w:sz w:val="20"/>
        </w:rPr>
        <w:t>2:56  main samajhta hoon ke yeh madad jis ko kehte hain log, yeh dushman hai, dushman hai, dushman hai.</w:t>
      </w:r>
      <w:r>
        <w:br/>
      </w:r>
      <w:r>
        <w:rPr>
          <w:sz w:val="20"/>
        </w:rPr>
        <w:t>3:04  iski misaal yeh dekh li jiye aap. dekhiye, insaan paida hota hai do cheezon ko le kar: ek aql,</w:t>
      </w:r>
      <w:r>
        <w:br/>
      </w:r>
      <w:r>
        <w:rPr>
          <w:sz w:val="20"/>
        </w:rPr>
        <w:t>3:18  ya ek hi samajh lijiye, aql ke sath paida hota hai. aql, aql itni bari cheez hai, itni bari cheez hai ke woh sirf, woh sirf, woh is ke barabar koi cheez agar ho sakti hai to Khuda ki aql hai.</w:t>
      </w:r>
      <w:r>
        <w:br/>
      </w:r>
      <w:r>
        <w:rPr>
          <w:sz w:val="20"/>
        </w:rPr>
        <w:t>3:39  to tareekh mein sab se bari khair, sab se bari khoobi log samajhte rahe ke doosron ki madad karo.</w:t>
      </w:r>
      <w:r>
        <w:br/>
      </w:r>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r>
        <w:br/>
      </w:r>
      <w:r>
        <w:rPr>
          <w:sz w:val="20"/>
        </w:rPr>
        <w:t>4:34  uski nazar, nigah hat jayegi apne potential se.</w:t>
      </w:r>
      <w:r>
        <w:br/>
      </w:r>
      <w:r>
        <w:rPr>
          <w:sz w:val="20"/>
        </w:rPr>
        <w:t>4:41  woh, yaani jo</w:t>
      </w:r>
      <w:r>
        <w:br/>
      </w:r>
      <w:r>
        <w:rPr>
          <w:sz w:val="20"/>
        </w:rPr>
        <w:t>4:47  apne potential ko avail karo, apne potential ko active, active banao, is se hat jayegi, aur us ki nazar chali jayegi helper.</w:t>
      </w:r>
      <w:r>
        <w:br/>
      </w:r>
      <w:r>
        <w:rPr>
          <w:sz w:val="20"/>
        </w:rPr>
        <w:t>5:04  usi help ko istemal karega woh. isi liye jitne bachche, jin bachchon ko khoob paisa diya jata hai, un ke maa baap sab se zyada nikamme nikamme bante hain.</w:t>
      </w:r>
      <w:r>
        <w:br/>
      </w:r>
      <w:r>
        <w:rPr>
          <w:sz w:val="20"/>
        </w:rPr>
        <w:t>5:14  woh bachche jo baap, baap, baap apne bachchon ko khoob zyada paisa dete hain, nikamme bante hain. jin ladkiyon ko khoob jahalat diya jata hai, chhip jahalat diya jata hai, woh ladkiyan bilkul bekar sabit hoti hain.</w:t>
      </w:r>
      <w:r>
        <w:br/>
      </w:r>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r>
        <w:br/>
      </w:r>
      <w:r>
        <w:rPr>
          <w:sz w:val="20"/>
        </w:rPr>
        <w:t>5:59  lekin log maa baap pastay wale hote hain, woh bachche ko kisi museebat mein dekhne nahi chahte, to khoob paisa dete hain.</w:t>
      </w:r>
      <w:r>
        <w:br/>
      </w:r>
      <w:r>
        <w:rPr>
          <w:sz w:val="20"/>
        </w:rPr>
        <w:t>6:08  bachcha museebat sahaye, yahi is ki madad hai. aye maa baapon, apne bachchon ko dushman mat bano, dushman mat bano, un ko sahne do, mushkilat ko sahne do, dabao ki halat padne do taake un ke potential jaagen,</w:t>
      </w:r>
      <w:r>
        <w:br/>
      </w:r>
      <w:r>
        <w:rPr>
          <w:sz w:val="20"/>
        </w:rPr>
        <w:t>6:32  un ke potential jaagen. jitne maa baap paise wale hote hain, woh sab laad pyar mein yeh karte hain ke bachchon ke potential ko jaagne nahi dete, bas woh un ka har kaam free banta rahe, yeh koshish karte hain.</w:t>
      </w:r>
      <w:r>
        <w:br/>
      </w:r>
      <w:r>
        <w:rPr>
          <w:sz w:val="20"/>
        </w:rPr>
        <w:t>6:54  main aap ko poori history mein bohat misalein de sakta hoon ke Allah taala ka tareeqa yeh hai ke compression create karna hai, aaram dena nahi hai.</w:t>
      </w:r>
      <w:r>
        <w:br/>
      </w:r>
      <w:r>
        <w:rPr>
          <w:sz w:val="20"/>
        </w:rPr>
        <w:t>7:07  misalan dekhiye, Allah taala ne jab insaan ko paida kiya</w:t>
      </w:r>
      <w:r>
        <w:br/>
      </w:r>
      <w:r>
        <w:rPr>
          <w:sz w:val="20"/>
        </w:rPr>
        <w:t>7:15  to sab se pehle Bible mein hai ke Allah ne Eden mein ek bagh lagaya. yeh Bible mein hai, aur woh sahi mere nazdeek hai.</w:t>
      </w:r>
      <w:r>
        <w:br/>
      </w:r>
      <w:r>
        <w:rPr>
          <w:sz w:val="20"/>
        </w:rPr>
        <w:t>7:28  adan best area tha is zameen ka, best area tha. wahan par bagh, yani wahan par is ki bohat hi fertile zameen, zar khez,</w:t>
      </w:r>
      <w:r>
        <w:br/>
      </w:r>
      <w:r>
        <w:rPr>
          <w:sz w:val="20"/>
        </w:rPr>
        <w:t>7:45  har cheez bohat achi, bohat achi. to wahan pe basaya.</w:t>
      </w:r>
      <w:r>
        <w:br/>
      </w:r>
      <w:r>
        <w:rPr>
          <w:sz w:val="20"/>
        </w:rPr>
        <w:t>7:57  to wahan ke log kya hue? yahan ke log larne bari mein lag gaye. tribal sister, sister bhai avalu hua</w:t>
      </w:r>
      <w:r>
        <w:br/>
      </w:r>
      <w:r>
        <w:rPr>
          <w:sz w:val="20"/>
        </w:rPr>
        <w:t>8:14  to sab se zyada larne birban ilaaqa ban gaya, jis ko kehte hain aaj, aaj kal ke zamane mein, is ko kehte hain woh</w:t>
      </w:r>
      <w:r>
        <w:br/>
      </w:r>
      <w:r>
        <w:rPr>
          <w:sz w:val="20"/>
        </w:rPr>
        <w:t>8:29  yeh jo area hai, djalat afraad ke darmiyan, meso potta bhi hai, sab se zyada nikamba ilaaqa ban gaya mosam pathan mein ka.</w:t>
      </w:r>
      <w:r>
        <w:br/>
      </w:r>
      <w:r>
        <w:rPr>
          <w:sz w:val="20"/>
        </w:rPr>
        <w:t>8:43  to aap jante hain kya hua? Allah taala ne wahan par kya kiya? wahan par pani ka toofan aaya, aur wahan par Hazrat Nuh alaihissalam ne ek kashti banai, bohat bari kashti Allah ki rehnumai mein.</w:t>
      </w:r>
      <w:r>
        <w:br/>
      </w:r>
      <w:r>
        <w:rPr>
          <w:sz w:val="20"/>
        </w:rPr>
        <w:t>9:05  is kashti mein to un logon ko batha diya, bohat bari kashti thi woh, aur Allah ne is kashti ko kaha ke chala dal do samandar mojon mein dal do.</w:t>
      </w:r>
      <w:r>
        <w:br/>
      </w:r>
      <w:r>
        <w:rPr>
          <w:sz w:val="20"/>
        </w:rPr>
        <w:t>9:20  to meso pathanviya ka ilaaqa jo tha, wahan par toofan aaya, aur kashti ko is mein dal diya gaya. ab kashti mojon ki tarah chalne lagi.</w:t>
      </w:r>
      <w:r>
        <w:br/>
      </w:r>
      <w:r>
        <w:rPr>
          <w:sz w:val="20"/>
        </w:rPr>
        <w:t>9:32  wo kashti chalte chalte kahan ruki? moajza turki jo hai, turki ki sarhad par, jahan jo quran mein joodi kaha gaya hai, joodi.</w:t>
      </w:r>
      <w:r>
        <w:br/>
      </w:r>
      <w:r>
        <w:rPr>
          <w:sz w:val="20"/>
        </w:rPr>
        <w:t>9:44  aur jante hain yeh, yeh jo hai jagah thi, thanda ilaaqa tha, woh, woh, woh tha gurbara ka, jahan se woh bheje gaye the.</w:t>
      </w:r>
      <w:r>
        <w:br/>
      </w:r>
      <w:r>
        <w:rPr>
          <w:sz w:val="20"/>
        </w:rPr>
        <w:t>9:57  to gurb maraqbe se nikal kar thande ilaaqe mein dala gaya in ko, kyunke gurb maraqbe ki wajah se in ko dry bharai bohat barh gayi thi.</w:t>
      </w:r>
      <w:r>
        <w:br/>
      </w:r>
      <w:r>
        <w:rPr>
          <w:sz w:val="20"/>
        </w:rPr>
        <w:t>10:10  in ki woh, woh dust bani wahan, woh dust jo hai, woh larne wale, bhejane wale duston par gayi.</w:t>
      </w:r>
      <w:r>
        <w:br/>
      </w:r>
      <w:r>
        <w:rPr>
          <w:sz w:val="20"/>
        </w:rPr>
        <w:t>10:25  is ki wajah se jo wisdom hai, wisdom woh wahan develop nahi hui. mosam pathanviya ke ilaaqe mein wisdom develop nahi hui.</w:t>
      </w:r>
      <w:r>
        <w:br/>
      </w:r>
      <w:r>
        <w:rPr>
          <w:sz w:val="20"/>
        </w:rPr>
        <w:t>10:36  Allah taala ko wisdom ko develop karna tha,</w:t>
      </w:r>
      <w:r>
        <w:br/>
      </w:r>
      <w:r>
        <w:rPr>
          <w:sz w:val="20"/>
        </w:rPr>
        <w:t>10:42  to in logon ko bhej diya yahan thande ilaaqe mein, yani turki ka ilaaqa, yeh part hai europe ka, is ilaaqe mein dal diye gaye thande ilaaqe mein.</w:t>
      </w:r>
      <w:r>
        <w:br/>
      </w:r>
      <w:r>
        <w:rPr>
          <w:sz w:val="20"/>
        </w:rPr>
        <w:t>11:00  to aap jante hain ke yahi woh ilaaqa hai jahan logon ne technology ko discover kiya, kyunke woh nahi hota tha yahan wisdom ki development nahi hota tha.</w:t>
      </w:r>
      <w:r>
        <w:br/>
      </w:r>
      <w:r>
        <w:rPr>
          <w:sz w:val="20"/>
        </w:rPr>
        <w:t>11:16  is ki ek misaal mein deta hoon ke wisdom ka development ke liye zaroori hai ke aapas mein khoob discussion ho, discussion aql ko khola jaye.</w:t>
      </w:r>
      <w:r>
        <w:br/>
      </w:r>
      <w:r>
        <w:rPr>
          <w:sz w:val="20"/>
        </w:rPr>
        <w:t>11:31  to is ilaaqe mein logon ne ek kiya, difference ko negative maani mein le liya. jo muslim area ka tha, aap jante hain ke wahan is qadar ikhtilafat, ikhtilafat</w:t>
      </w:r>
      <w:r>
        <w:br/>
      </w:r>
      <w:r>
        <w:rPr>
          <w:sz w:val="20"/>
        </w:rPr>
        <w:t>11:51  aaj bhi wahan ikhtilafat bhare hue hain. to muslim area mein ikhtilaf bohat bare hue, zehni ikhtilaf aur phir sensory ikhtilaf isi mein phanse rahe log.</w:t>
      </w:r>
      <w:r>
        <w:br/>
      </w:r>
      <w:r>
        <w:rPr>
          <w:sz w:val="20"/>
        </w:rPr>
        <w:t>12:07  to in ko utha ke thande ilaaqe mein dal diya gaya. to thande ilaaqe mein in ki woh garam mizaj jo tha, woh khatam hua.</w:t>
      </w:r>
      <w:r>
        <w:br/>
      </w:r>
      <w:r>
        <w:rPr>
          <w:sz w:val="20"/>
        </w:rPr>
        <w:t>12:20  garam mizaj, yani western mulkon mein. tab aap jante hain ke yeh jo ilaaqa tha west ka, isi ne technology ko daryaft kiya.</w:t>
      </w:r>
      <w:r>
        <w:br/>
      </w:r>
      <w:r>
        <w:rPr>
          <w:sz w:val="20"/>
        </w:rPr>
        <w:t>12:39  jo musalman base the iran mein aur arab mein, woh daryaft hi nahi kar sake. woh Allah taala ko manzoor tha ke pehle Khuda ne ghoda diya, manzoor tha ke insan ki hawaajat daryaft kare.</w:t>
      </w:r>
      <w:r>
        <w:br/>
      </w:r>
      <w:r>
        <w:rPr>
          <w:sz w:val="20"/>
        </w:rPr>
        <w:t>12:55  jab insan paida hua to us ko jangalon mein ghode mil gaye, un ko trade kar ke woh ghode par sawar kar liya.</w:t>
      </w:r>
      <w:r>
        <w:br/>
      </w:r>
      <w:r>
        <w:rPr>
          <w:sz w:val="20"/>
        </w:rPr>
        <w:t>13:04  to ghoda free free mein mil gaya. ab Allah taala ko manzoor tha ke log apni aql ko istemal kar ke jo hidden technology hai, us ko daryaft karein, hawaajat banayein.</w:t>
      </w:r>
      <w:r>
        <w:br/>
      </w:r>
      <w:r>
        <w:rPr>
          <w:sz w:val="20"/>
        </w:rPr>
        <w:t>13:16  lekin itne ikhtilafat, ikhtilafat hue ke insan apni aql ka jo wisdom ka jo potential tha, us ko istemal nahi kar saka.</w:t>
      </w:r>
      <w:r>
        <w:br/>
      </w:r>
      <w:r>
        <w:rPr>
          <w:sz w:val="20"/>
        </w:rPr>
        <w:t>13:27  larai bharai, larai bharai bohat hi zyada. to yeh jo thande mulk ke log thay, thande mulkon ke log thay jin ko hum west kehte hain, unhon ne ek anokha is tarah daryaft kiya.</w:t>
      </w:r>
      <w:r>
        <w:br/>
      </w:r>
      <w:r>
        <w:rPr>
          <w:sz w:val="20"/>
        </w:rPr>
        <w:t>13:42  bohat si cheezen hain, ek hi arz karta hoon, ek anokha usool, yani different difference ko unhon ne decent bana diya.</w:t>
      </w:r>
      <w:r>
        <w:br/>
      </w:r>
      <w:r>
        <w:rPr>
          <w:sz w:val="20"/>
        </w:rPr>
        <w:t>13:55  decent, d.i.d.o.u.b.l.e.s.e.n.t, decent, yani difference ko decent bana diya. aap jante hain ke difference jo hai, woh difference mein dichotomy hoti hai.</w:t>
      </w:r>
      <w:r>
        <w:br/>
      </w:r>
      <w:r>
        <w:rPr>
          <w:sz w:val="20"/>
        </w:rPr>
        <w:t>14:11  dichotomy ko usool chalta hai, yani ek mera, ek aap ka hai, aur dono lar rahe hain aapas mein.</w:t>
      </w:r>
      <w:r>
        <w:br/>
      </w:r>
      <w:r>
        <w:rPr>
          <w:sz w:val="20"/>
        </w:rPr>
        <w:t>14:20  woh kehte hain yeh sahi hai, woh kehte hain woh sahi hai, yeh dichotomy hai. unhon ne decent nikala, d.i.d.o.u.b.l.e.s.e.n.t.</w:t>
      </w:r>
      <w:r>
        <w:br/>
      </w:r>
      <w:r>
        <w:rPr>
          <w:sz w:val="20"/>
        </w:rPr>
        <w:t>14:29  decent jo hai, ek neutral word hai, yani ek aadmi agar ikhtilaf bol raha hai to us aadmi maaf kar dein, ikhtilaf mein to dono neutral hotey hain,</w:t>
      </w:r>
      <w:r>
        <w:br/>
      </w:r>
      <w:r>
        <w:rPr>
          <w:sz w:val="20"/>
        </w:rPr>
        <w:t>14:44  dono neutral hotey hain. yani neutral rai ka tasawwur tha nahi pehle, bas dichotomy dunya mein thi.</w:t>
      </w:r>
      <w:r>
        <w:br/>
      </w:r>
      <w:r>
        <w:rPr>
          <w:sz w:val="20"/>
        </w:rPr>
        <w:t>14:56  yeh sahi ya woh sahi, yeh sahi ya woh sahi. phir thande zehnon ne yeh ijad kiya, woh garam zehan ke log jo wahan thay, pehle woh is ko daryaft nahi kar sake.</w:t>
      </w:r>
      <w:r>
        <w:br/>
      </w:r>
      <w:r>
        <w:rPr>
          <w:sz w:val="20"/>
        </w:rPr>
        <w:t>15:11  woh dichotomy mein jeete rahe, ya to sahi ya galat, ya sahi ya galat. unhon ne daryaft kiya ke yeh bhi sahi, woh bhi sahi, yeh bhi sahi, woh bhi sahi,</w:t>
      </w:r>
      <w:r>
        <w:br/>
      </w:r>
      <w:r>
        <w:rPr>
          <w:sz w:val="20"/>
        </w:rPr>
        <w:t>15:27  yani is ko kehte hain decent, d.i.d.o.u.b.l.e.s.e.n.t. tab tarqqiyan huien. to Allah taala shock, woh shock treatment karte hain,</w:t>
      </w:r>
      <w:r>
        <w:br/>
      </w:r>
      <w:r>
        <w:rPr>
          <w:sz w:val="20"/>
        </w:rPr>
        <w:t>15:44  jaise Newton ke upar, Hitler ke upar, woh gira saib. to is ko main kehta hoon saib, saib ko kahin kahin bhi keh sakta tha, is ke sar pe koi gira.</w:t>
      </w:r>
      <w:r>
        <w:br/>
      </w:r>
      <w:r>
        <w:rPr>
          <w:sz w:val="20"/>
        </w:rPr>
        <w:t>16:01  aap jante hain, upar se koi cheez gire to chot lagti hai. to yeh Allah ki taraf se sabab tha, mere khayal se ke Newton ke sar pe gira.</w:t>
      </w:r>
      <w:r>
        <w:br/>
      </w:r>
      <w:r>
        <w:rPr>
          <w:sz w:val="20"/>
        </w:rPr>
        <w:t>16:12  woh that was,</w:t>
      </w:r>
      <w:r>
        <w:br/>
      </w:r>
      <w:r>
        <w:rPr>
          <w:sz w:val="20"/>
        </w:rPr>
        <w:t>16:20  to is is ke sochne laga woh ke yeh saib jo hai, neeche kyun gaya, upar kyun chala gaya.</w:t>
      </w:r>
      <w:r>
        <w:br/>
      </w:r>
      <w:r>
        <w:rPr>
          <w:sz w:val="20"/>
        </w:rPr>
        <w:t>16:29  do afsar tha jo woh charhaya tha. to sochte sochte us ne gravitation ka process daryaft kiya.</w:t>
      </w:r>
      <w:r>
        <w:br/>
      </w:r>
      <w:r>
        <w:rPr>
          <w:sz w:val="20"/>
        </w:rPr>
        <w:t>16:39  to is ko main kehta hoon name, is ko main kehta hoon</w:t>
      </w:r>
      <w:r>
        <w:br/>
      </w:r>
      <w:r>
        <w:rPr>
          <w:sz w:val="20"/>
        </w:rPr>
        <w:t>16:49  khudai tareeqa, khudai tareeqa ke kal ka person create kar ke aaj aadmi ko sochne ki taraf le jana.</w:t>
      </w:r>
      <w:r>
        <w:br/>
      </w:r>
      <w:r>
        <w:rPr>
          <w:sz w:val="20"/>
        </w:rPr>
        <w:t>17:02  apple shock, is ko main kehta hoon apple shock. to Allah taala ka tareeqa apple shock raha. poori tareekh mein jitni bhi barqiyen huien, sab apple shock ke zariye huien hain.</w:t>
      </w:r>
      <w:r>
        <w:br/>
      </w:r>
      <w:r>
        <w:rPr>
          <w:sz w:val="20"/>
        </w:rPr>
        <w:t>17:15  ab aap apne aap ke paas jo jo bachcha paida hue, aap is ko chahte hain ke phool mein rakhein, to phool mein rakhein to yeh Allah ka tareeqa hi nahi.</w:t>
      </w:r>
      <w:r>
        <w:br/>
      </w:r>
      <w:r>
        <w:rPr>
          <w:sz w:val="20"/>
        </w:rPr>
        <w:t>17:26  un ko shock do, tab woh un ki aqal khule gi. to tamam baap jin ke paas paisa hota hai, woh apne bachon ko chahte hain phool mein rakhna.</w:t>
      </w:r>
      <w:r>
        <w:br/>
      </w:r>
      <w:r>
        <w:rPr>
          <w:sz w:val="20"/>
        </w:rPr>
        <w:t>17:40  woh apple shock ki woh nahi jante, hikmat, hikmat nahi jante, hikmat nahi jante. to main samajhta hoon ke jis beta beti ko aisa baap mil jaye jo apple shock ke bhi dunk jaane,</w:t>
      </w:r>
      <w:r>
        <w:br/>
      </w:r>
      <w:r>
        <w:rPr>
          <w:sz w:val="20"/>
        </w:rPr>
        <w:t>17:58  apple shock ki wohi aqalmand baap hai, aur usi ke bachche tarqqi karte hain. isi liye ghareeb ke bachche zyada tarqqi karte hain,</w:t>
      </w:r>
      <w:r>
        <w:br/>
      </w:r>
      <w:r>
        <w:rPr>
          <w:sz w:val="20"/>
        </w:rPr>
        <w:t>18:12  ghareeb logon ke bachche, kyun ke jo jin jin baapon ke paas paisa hota hai, woh kabhi jante hi nahi is hikmat ko, apple shock ki hikmat ko.</w:t>
      </w:r>
      <w:r>
        <w:br/>
      </w:r>
      <w:r>
        <w:rPr>
          <w:sz w:val="20"/>
        </w:rPr>
        <w:t>18:25  to Allah taala ne ghareebi paida ki. chunke insaan apple shock ko ikhtiyar nahi kar saka, to Allah taala ne ghareebi paida ki, ghareebi, museebat.</w:t>
      </w:r>
      <w:r>
        <w:br/>
      </w:r>
      <w:r>
        <w:rPr>
          <w:sz w:val="20"/>
        </w:rPr>
        <w:t>18:48  woh is sahib, woh is ke sabireen alazeen azabuh museebat, museebat shock, apple shock ka matlab hai museebat shock.</w:t>
      </w:r>
      <w:r>
        <w:br/>
      </w:r>
      <w:r>
        <w:rPr>
          <w:sz w:val="20"/>
        </w:rPr>
        <w:t>19:00  to allah ta'ala ki rehmat hai, yeh musibat. ek hadith hai, ek hadith hai ke allah ta'ala ne farmaya jibril se ke ek bachcha, ek baba, ek banda dua kar raha tha ke khuda meri musibat door kar de, meri musibat door kar de.</w:t>
      </w:r>
      <w:r>
        <w:br/>
      </w:r>
      <w:r>
        <w:rPr>
          <w:sz w:val="20"/>
        </w:rPr>
        <w:t>19:21  to allah ta'ala ne jibril se kaha ke aye jibril, la ta'ajjil khudaya, meri is bande ki musibat door karne mein jaldi mat kar, ladne do us ko musibat mein.</w:t>
      </w:r>
      <w:r>
        <w:br/>
      </w:r>
      <w:r>
        <w:rPr>
          <w:sz w:val="20"/>
        </w:rPr>
        <w:t>19:34  yeh hai na? ji, yeh hai. ji, yahi hai. fiyani yuhibbu an asmaa'a sawtahu hain.</w:t>
      </w:r>
      <w:r>
        <w:br/>
      </w:r>
      <w:r>
        <w:rPr>
          <w:sz w:val="20"/>
        </w:rPr>
        <w:t>19:43  fiyani yuhibbu an asmaa'a sawtahu. kyunke main us ki, us ki awaz ko pasand karta hoon. awaz ka matlab yeh hai ke us ke andar soch aayegi musibat se aur shakk se,</w:t>
      </w:r>
      <w:r>
        <w:br/>
      </w:r>
      <w:r>
        <w:rPr>
          <w:sz w:val="20"/>
        </w:rPr>
        <w:t>20:00  woh use mahbub. isi tarah kya hongi? isi tarah kya hongi? liqada'i hajat abdi hain.</w:t>
      </w:r>
      <w:r>
        <w:br/>
      </w:r>
      <w:r>
        <w:rPr>
          <w:sz w:val="20"/>
        </w:rPr>
        <w:t>20:10  ji, maulana. ya ya jibril, la ta'ajjil liqada'i hajat rabbi. ya jibril, la ta'ajjil liqada'i hajat rabbi.</w:t>
      </w:r>
      <w:r>
        <w:br/>
      </w:r>
      <w:r>
        <w:rPr>
          <w:sz w:val="20"/>
        </w:rPr>
        <w:t>20:23  aye jibril, mere bande ki hajat ko poori karne mein jaldi mat kar, musibat rehne de us ko, us ko thokar khane rehne do, us ke sar par pathar padne do,</w:t>
      </w:r>
      <w:r>
        <w:br/>
      </w:r>
      <w:r>
        <w:rPr>
          <w:sz w:val="20"/>
        </w:rPr>
        <w:t>20:36  kyunke us ke upar se jal gaye hain, us ke upar se jayenge, us ke andar, us ke andar jo bar rakhi hai hum ne, allah ne woh sab waqea banenge.</w:t>
      </w:r>
      <w:r>
        <w:br/>
      </w:r>
      <w:r>
        <w:rPr>
          <w:sz w:val="20"/>
        </w:rPr>
        <w:t>20:54  to main samajhta hoon ke dunya mein yeh jo chala usool, help kar, help, help nahi karo, balke us ko thokar khane do, un ko musibat uthane do taake un ke andar jo potential hai, woh jaage.</w:t>
      </w:r>
      <w:r>
        <w:br/>
      </w:r>
      <w:r>
        <w:rPr>
          <w:sz w:val="20"/>
        </w:rPr>
        <w:t>21:15  log potential ko jaagne nahi dete, potential ko jaagne nahi dete.</w:t>
      </w:r>
      <w:r>
        <w:br/>
      </w:r>
      <w:r>
        <w:rPr>
          <w:sz w:val="20"/>
        </w:rPr>
        <w:t>21:23  yeh itni badi hikmat hai. quran mein ayat likhi hai: "inna ma'al usri yusra".</w:t>
      </w:r>
      <w:r>
        <w:br/>
      </w:r>
      <w:r>
        <w:rPr>
          <w:sz w:val="20"/>
        </w:rPr>
        <w:t>21:33  "inna ma'al usri yusra". kya tarjuma is ka hai? beshak, aasani mushkil ke sath aasani hai.</w:t>
      </w:r>
      <w:r>
        <w:br/>
      </w:r>
      <w:r>
        <w:rPr>
          <w:sz w:val="20"/>
        </w:rPr>
        <w:t>21:44  haan, mushkil ke sath aasani hai. jo mushkil hai, usi ke sath aayegi aasani, yani kamyabi.</w:t>
      </w:r>
      <w:r>
        <w:br/>
      </w:r>
      <w:r>
        <w:rPr>
          <w:sz w:val="20"/>
        </w:rPr>
        <w:t>21:55  shakk chale gaye ke shakk, shakk se insaan ke raste khulenge, us ki aqal zyada kaam karegi. yeh allah ta'ala ki hikmat hai.</w:t>
      </w:r>
      <w:r>
        <w:br/>
      </w:r>
      <w:r>
        <w:rPr>
          <w:sz w:val="20"/>
        </w:rPr>
        <w:t>22:09  to is ke mani yeh hue ke allah chahta hai ke insaan apni khudadad jo aqal hai, us ko istemal kare.</w:t>
      </w:r>
      <w:r>
        <w:br/>
      </w:r>
      <w:r>
        <w:rPr>
          <w:sz w:val="20"/>
        </w:rPr>
        <w:t>22:21  aur aap jab help faraham karte hain logon ko, help to aap un ki khazana aqal ko sla dete hain, aur idhar udhar ki aqal chalata hai.</w:t>
      </w:r>
      <w:r>
        <w:br/>
      </w:r>
      <w:r>
        <w:rPr>
          <w:sz w:val="20"/>
        </w:rPr>
        <w:t>22:34  woh, woh, woh aqal jo khudadad aqal hai, woh thodi us ko sla deta hai. woh aadmi ab hum ne bohat us ki study ki hai.</w:t>
      </w:r>
      <w:r>
        <w:br/>
      </w:r>
      <w:r>
        <w:rPr>
          <w:sz w:val="20"/>
        </w:rPr>
        <w:t>22:45  jin logon ko musibat nahi padi hai, musibat padi hai, unhone taraqqiyan ki hain. khud apne gharon mein ne dekha, hamara family, hamari family bohat badi thi.</w:t>
      </w:r>
      <w:r>
        <w:br/>
      </w:r>
      <w:r>
        <w:rPr>
          <w:sz w:val="20"/>
        </w:rPr>
        <w:t>22:57  is mein mere jo barhe bhai the, abdul aziz khan, woh bohat hi khasta halat mein the, aur ghar mein un ko, un ko achhe nahi samajh aata tha.</w:t>
      </w:r>
      <w:r>
        <w:br/>
      </w:r>
      <w:r>
        <w:rPr>
          <w:sz w:val="20"/>
        </w:rPr>
        <w:t>23:14  yahan tak ke kuch, kuch logon ne un ko manhous karna shuru kar diya tha. is shakhs ke andar jo, jo, jo, jo un ko jo mashaqqatain padi hain, un ko jo musibatein padi hain, un ko jo sakht halaat ka samna karna pada, to hero hero ban gaye.</w:t>
      </w:r>
      <w:r>
        <w:br/>
      </w:r>
      <w:r>
        <w:rPr>
          <w:sz w:val="20"/>
        </w:rPr>
        <w:t>23:33  mere barhe bhai the, woh hero ban gaye. poore khandan mein sab se zyada taraqqi unhone ki, poore khandan mein sab se zyada taraqqi unhone ki.</w:t>
      </w:r>
      <w:r>
        <w:br/>
      </w:r>
      <w:r>
        <w:rPr>
          <w:sz w:val="20"/>
        </w:rPr>
        <w:t>23:43  aur jin logon ko khud aaram dega, lath pair dega, unhone kuch taraqqi nahi kar saki, kuch taraqqi nahi kar saki. to aaj main isi cheez ko chahta hoon ke aap log sochein ke yeh jo help ka tasawwur hai, woh natural nahi hai.</w:t>
      </w:r>
      <w:r>
        <w:br/>
      </w:r>
      <w:r>
        <w:rPr>
          <w:sz w:val="20"/>
        </w:rPr>
        <w:t>24:04  help ka matlab hai main help karta hoon logon ko ke main ne bohat si kitabein chhapi hain, wisdom par, raaz hayat waghera.</w:t>
      </w:r>
      <w:r>
        <w:br/>
      </w:r>
      <w:r>
        <w:rPr>
          <w:sz w:val="20"/>
        </w:rPr>
        <w:t>24:14  abhi english mein, urdu mein, hindi mein, us ko aap padhiye. to mere help ka tasawwur doosra hai.</w:t>
      </w:r>
      <w:r>
        <w:br/>
      </w:r>
      <w:r>
        <w:rPr>
          <w:sz w:val="20"/>
        </w:rPr>
        <w:t>24:25  logon ke help ka tasawwur yeh hai ke paisa banto, kapda banto, kambal banto, yani free mein logon ko cheezein do.</w:t>
      </w:r>
      <w:r>
        <w:br/>
      </w:r>
      <w:r>
        <w:rPr>
          <w:sz w:val="20"/>
        </w:rPr>
        <w:t>24:34  jo mother teresa ka jo model hai, log mother teresa ka model ko jantay hain ke free mein logon ko do, free mein do.</w:t>
      </w:r>
      <w:r>
        <w:br/>
      </w:r>
      <w:r>
        <w:rPr>
          <w:sz w:val="20"/>
        </w:rPr>
        <w:t>24:48  lekin aap jantay hain ke mother teresa ka ka mission bilkul fail hua. mother teresa ke upar us ki saheli thi, qareebi tareen us ki dost,</w:t>
      </w:r>
      <w:r>
        <w:br/>
      </w:r>
      <w:r>
        <w:rPr>
          <w:sz w:val="20"/>
        </w:rPr>
        <w:t>25:02  us ne kitab likhi hai. is kitab ka, is kitab mein us ne bataya hai ke she died in a agony.</w:t>
      </w:r>
      <w:r>
        <w:br/>
      </w:r>
      <w:r>
        <w:rPr>
          <w:sz w:val="20"/>
        </w:rPr>
        <w:t>25:13  she died in agony. mother teresa gham mein mari kyunke woh kuch mila nahi.</w:t>
      </w:r>
      <w:r>
        <w:br/>
      </w:r>
      <w:r>
        <w:rPr>
          <w:sz w:val="20"/>
        </w:rPr>
        <w:t>25:22  us ko us ke baad bulk sahib dekhiye, tata ko ke tata ne india ko aik tohfa diya,</w:t>
      </w:r>
      <w:r>
        <w:br/>
      </w:r>
      <w:r>
        <w:rPr>
          <w:sz w:val="20"/>
        </w:rPr>
        <w:t>25:34  steel ki industry, hawa jahaz, jo bari bari kitni cheezen hain jo is tata ne is mulk ko di hain.</w:t>
      </w:r>
      <w:r>
        <w:br/>
      </w:r>
      <w:r>
        <w:rPr>
          <w:sz w:val="20"/>
        </w:rPr>
        <w:t>25:48  to mein samajhta hoon ke aqalmand baap woh hai jo apne apne bete ko sakhtiyon mein chalne de,</w:t>
      </w:r>
      <w:r>
        <w:br/>
      </w:r>
      <w:r>
        <w:rPr>
          <w:sz w:val="20"/>
        </w:rPr>
        <w:t>26:03  us ko phir paisa kama kar free mein na de, apne bachon ko himayat karne de.</w:t>
      </w:r>
      <w:r>
        <w:br/>
      </w:r>
      <w:r>
        <w:rPr>
          <w:sz w:val="20"/>
        </w:rPr>
        <w:t>26:20  aap tajurba kar ke dijiye, do family ka aap compare kijiye. jis family ka baap jo hai museebaton mein raha hoga, us ko paisa itna nahi hoga ke bohat ziyada woh nawazay apne bete beti ko.</w:t>
      </w:r>
      <w:r>
        <w:br/>
      </w:r>
      <w:r>
        <w:rPr>
          <w:sz w:val="20"/>
        </w:rPr>
        <w:t>26:37  un ke bachay ziyada tarraqi karenge, aur jinho ne khoob bachon ko diya, un ko makhmal par, makhmal ke bistar par sulaya,</w:t>
      </w:r>
      <w:r>
        <w:br/>
      </w:r>
      <w:r>
        <w:rPr>
          <w:sz w:val="20"/>
        </w:rPr>
        <w:t>26:51  un ke bachay koi tarraqi nahi karte.</w:t>
      </w:r>
      <w:r>
        <w:br/>
      </w:r>
      <w:r>
        <w:rPr>
          <w:sz w:val="20"/>
        </w:rPr>
        <w:t>26:57  yeh hai law of nature.</w:t>
      </w:r>
      <w:r>
        <w:br/>
      </w:r>
      <w:r>
        <w:rPr>
          <w:sz w:val="20"/>
        </w:rPr>
        <w:t>27:01  law of nature poori tareekh mein Allah taala ne pressure ke zareeye, dabaao ke zareeye,</w:t>
      </w:r>
      <w:r>
        <w:br/>
      </w:r>
      <w:r>
        <w:rPr>
          <w:sz w:val="20"/>
        </w:rPr>
        <w:t>27:10  maseebat ke zareeye</w:t>
      </w:r>
      <w:r>
        <w:br/>
      </w:r>
      <w:r>
        <w:rPr>
          <w:sz w:val="20"/>
        </w:rPr>
        <w:t>27:13  tarraqi ke darwaze khole hain.</w:t>
      </w:r>
      <w:r>
        <w:br/>
      </w:r>
      <w:r>
        <w:rPr>
          <w:sz w:val="20"/>
        </w:rPr>
        <w:t>27:33  mein ne is pe bohat socha ke yahan tafseer ka lafz kyun hai, basharat ka lafz kyun hai, yani khushkhabri ka lafz kyun hai.</w:t>
      </w:r>
      <w:r>
        <w:br/>
      </w:r>
      <w:r>
        <w:rPr>
          <w:sz w:val="20"/>
        </w:rPr>
        <w:t>27:46  kyunke museebat hi mein tarraqian aati hain.</w:t>
      </w:r>
      <w:r>
        <w:br/>
      </w:r>
      <w:r>
        <w:rPr>
          <w:sz w:val="20"/>
        </w:rPr>
        <w:t>27:52  sabireen, sabr mein tarraqian hain. tarraqian sari ki sari sabr mein hain, aaram mein nahi hain, aaram mein nahi hain.</w:t>
      </w:r>
      <w:r>
        <w:br/>
      </w:r>
      <w:r>
        <w:rPr>
          <w:sz w:val="20"/>
        </w:rPr>
        <w:t>28:10  aap dekhiye, aaj jis ko hum kehte hain tehzeeb aur tarraqi yafta dunya, yeh kahan se nikli hai?</w:t>
      </w:r>
      <w:r>
        <w:br/>
      </w:r>
      <w:r>
        <w:rPr>
          <w:sz w:val="20"/>
        </w:rPr>
        <w:t>28:22  muslim musalmanon ne tarraqi ke zamanay mein kafi to un ka takrao hua</w:t>
      </w:r>
      <w:r>
        <w:br/>
      </w:r>
      <w:r>
        <w:rPr>
          <w:sz w:val="20"/>
        </w:rPr>
        <w:t>28:30  christian se, christian badshahaton jo qaim ho gayi theen us zamanay mein, jis ko kehte hain quraish.</w:t>
      </w:r>
      <w:r>
        <w:br/>
      </w:r>
      <w:r>
        <w:rPr>
          <w:sz w:val="20"/>
        </w:rPr>
        <w:t>28:40  quraishites, quraishites, do so saal tak quraishites ki jang jari rahi, yahan tak ke christian ko bohat zabardast nakami hui.</w:t>
      </w:r>
      <w:r>
        <w:br/>
      </w:r>
      <w:r>
        <w:rPr>
          <w:sz w:val="20"/>
        </w:rPr>
        <w:t>28:54  aik dam humanity debate hui un ko. yehi quraishites, baharon walay log jo the, wahi to modern technology unho ne develop ki,</w:t>
      </w:r>
      <w:r>
        <w:br/>
      </w:r>
      <w:r>
        <w:rPr>
          <w:sz w:val="20"/>
        </w:rPr>
        <w:t>29:07  yani zameen mein jo jo hidden khazanay the, hawa jahaz, railway, aur tamam dunya bhar ki technology, computer tak, woh kis ne discover ki?</w:t>
      </w:r>
      <w:r>
        <w:br/>
      </w:r>
      <w:r>
        <w:rPr>
          <w:sz w:val="20"/>
        </w:rPr>
        <w:t>29:23  unho ne, unho ne quraishites ki war mein bohat zabardast debate khai thi, bohat humanitarian debate.</w:t>
      </w:r>
    </w:p>
    <w:p>
      <w:pPr>
        <w:pStyle w:val="Heading2"/>
      </w:pPr>
      <w:r>
        <w:t>Helping people accept unattainable ideals</w:t>
      </w:r>
    </w:p>
    <w:p>
      <w:r>
        <w:rPr>
          <w:color w:val="666666"/>
          <w:sz w:val="18"/>
        </w:rPr>
        <w:t>Life &amp; Wisdom · The Search of Man July 7, 2013 · 5m 08s · at 48:35 · https://youtu.be/44_ud_OInuU?t=2915</w:t>
      </w:r>
    </w:p>
    <w:p>
      <w:r>
        <w:rPr>
          <w:i/>
        </w:rPr>
        <w:t>“Everybody accepts the fact that all are free but are not able to accept the next step that this ideal cannot be achieved and run towards ideal. How to make people understand this simple thing?”</w:t>
      </w:r>
    </w:p>
    <w:p>
      <w:r>
        <w:rPr>
          <w:sz w:val="20"/>
        </w:rPr>
        <w:t>48:35  maulana, agla sawal hai miss naghma siddiqui ka new delhi se.</w:t>
      </w:r>
      <w:r>
        <w:br/>
      </w:r>
      <w:r>
        <w:rPr>
          <w:sz w:val="20"/>
        </w:rPr>
        <w:t>48:40  unhon ne likha hai: "Everybody accept the fact that all are free but are not able to accept the next step that this ideal cannot be achieved and run towards ideal.</w:t>
      </w:r>
      <w:r>
        <w:br/>
      </w:r>
      <w:r>
        <w:rPr>
          <w:sz w:val="20"/>
        </w:rPr>
        <w:t>48:55  how to make people understand this simple thing?" main jo maine kiya woh yeh tha ke poori tareekh maine dekha ke ideal koi achieve nahin kar saka,</w:t>
      </w:r>
      <w:r>
        <w:br/>
      </w:r>
      <w:r>
        <w:rPr>
          <w:sz w:val="20"/>
        </w:rPr>
        <w:t>49:09  chahe woh king ho, chahe baldiya ho, chahe kuch bhi ho. to pehle chahe ke aakhir apna ideal ko achieve koi nahin kar pata.</w:t>
      </w:r>
      <w:r>
        <w:br/>
      </w:r>
      <w:r>
        <w:rPr>
          <w:sz w:val="20"/>
        </w:rPr>
        <w:t>49:21  tab maine daryaft kiya ke ke woh Allah ka jo creation plan hai, us ke khilaaf hai. yeh yeh karna chahiye aadmi ko.</w:t>
      </w:r>
      <w:r>
        <w:br/>
      </w:r>
      <w:r>
        <w:rPr>
          <w:sz w:val="20"/>
        </w:rPr>
        <w:t>49:35  maulana, agla question aaya</w:t>
      </w:r>
      <w:r>
        <w:br/>
      </w:r>
      <w:r>
        <w:rPr>
          <w:sz w:val="20"/>
        </w:rPr>
        <w:t>49:36  hai: "jo cheez Allah ke creation plan ke khilaaf ho, woh aap kaise achieve karein?" misaal ke taur par aam mein aam ka phal nikalta hai account laakhon se.</w:t>
      </w:r>
      <w:r>
        <w:br/>
      </w:r>
      <w:r>
        <w:rPr>
          <w:sz w:val="20"/>
        </w:rPr>
        <w:t>49:49  ab aam ke phal mein aap save bhi karna chahein to niklega nahin.</w:t>
      </w:r>
      <w:r>
        <w:br/>
      </w:r>
      <w:r>
        <w:rPr>
          <w:sz w:val="20"/>
        </w:rPr>
        <w:t>49:55  saaf saaf, yaani bilkul simple sa is ka raaz hai. maulana, next question hai zaheeruddin sahib ka raichur se.</w:t>
      </w:r>
      <w:r>
        <w:br/>
      </w:r>
      <w:r>
        <w:rPr>
          <w:sz w:val="20"/>
        </w:rPr>
        <w:t>50:03  unhon ne likha hai: "maulana, to understand what is achievable or what is not requires lot of wisdom and insight.</w:t>
      </w:r>
      <w:r>
        <w:br/>
      </w:r>
      <w:r>
        <w:rPr>
          <w:sz w:val="20"/>
        </w:rPr>
        <w:t>50:12  how can one acquire them?" nahin, har aadmi sochta hai.</w:t>
      </w:r>
      <w:r>
        <w:br/>
      </w:r>
      <w:r>
        <w:rPr>
          <w:sz w:val="20"/>
        </w:rPr>
        <w:t>50:20  log kehte hain ke aag jalati hai, kaha aag apne haath daalta hai to aag mein test karne ke liye</w:t>
      </w:r>
      <w:r>
        <w:br/>
      </w:r>
      <w:r>
        <w:rPr>
          <w:sz w:val="20"/>
        </w:rPr>
        <w:t>50:28  aadmi sincere ho to har cheez ke baare mein woh aise karega ke us ko jaanche ga, examine karega aur pata karega ke yeh achievable hai ya nahin.</w:t>
      </w:r>
      <w:r>
        <w:br/>
      </w:r>
      <w:r>
        <w:rPr>
          <w:sz w:val="20"/>
        </w:rPr>
        <w:t>50:40  jis tarah se aadmi aag pe haath nahin daalta, is tarah se woh doosre kaam bhi bache ga in achievable goals se.</w:t>
      </w:r>
      <w:r>
        <w:br/>
      </w:r>
      <w:r>
        <w:rPr>
          <w:sz w:val="20"/>
        </w:rPr>
        <w:t>50:51  maulana, agla question hai mubeen sahib ka jamia nagar se</w:t>
      </w:r>
      <w:r>
        <w:br/>
      </w:r>
      <w:r>
        <w:rPr>
          <w:sz w:val="20"/>
        </w:rPr>
        <w:t>50:54  . unhon ne likha hai: "musalmanon mein alag alag firqe ka zimmedaar kaun hai? aur Khuda ke haan agarche in logon ne deen ki ghair mamooli, ghair mamooli kaam anjaam diya hai, to in logon ka anjaam Khuda ke haan kya hoga?" Khuda kya?</w:t>
      </w:r>
      <w:r>
        <w:br/>
      </w:r>
      <w:r>
        <w:rPr>
          <w:sz w:val="20"/>
        </w:rPr>
        <w:t>51:10  aap aap ka yeh kaam nahin hai. apne baare mein bhi kya pata hai aap ko? aap ko Khuda ka kya hoga? yeh to ghair dori sawal hai.</w:t>
      </w:r>
      <w:r>
        <w:br/>
      </w:r>
      <w:r>
        <w:rPr>
          <w:sz w:val="20"/>
        </w:rPr>
        <w:t>51:19  baqi jo masla hai, us ke baare mein jaanna chahein, aap hamari kitaab padh lijiyye: "tajdeed</w:t>
      </w:r>
      <w:r>
        <w:br/>
      </w:r>
      <w:r>
        <w:rPr>
          <w:sz w:val="20"/>
        </w:rPr>
        <w:t>51:23  deen". is mein is masle par aaya hai. yeh bohat hi galat tareeqa hai ke Khuda ke haan anjaam kya hoga, yeh aap ek soch lein.</w:t>
      </w:r>
      <w:r>
        <w:br/>
      </w:r>
      <w:r>
        <w:rPr>
          <w:sz w:val="20"/>
        </w:rPr>
        <w:t>51:33  aap ka apna anjaam kya hoga, yeh pata nahin hai. to doosre ke baare mein kaise aap sochte hain? yeh bilkul galat hai. baqi jo wajah hai fiqah bandi ki, us ko aap jaanna chahein to hamari kitaab padh lijiyye: "tajdeed deen".</w:t>
      </w:r>
      <w:r>
        <w:br/>
      </w:r>
      <w:r>
        <w:rPr>
          <w:sz w:val="20"/>
        </w:rPr>
        <w:t>51:52  maulana, agla question hai khwaja kaleemuddin sahib ka pennsylvania usa se. unhon ne likha hai: "one of the brotherhood members recently in egypt declared that now they will resort back to violence to achieve their goals." my question to you maulana sahib: "why doesn't man refuse?</w:t>
      </w:r>
      <w:r>
        <w:br/>
      </w:r>
      <w:r>
        <w:rPr>
          <w:sz w:val="20"/>
        </w:rPr>
        <w:t>52:12  man refuse to learn lesson from his or her his or their own experiences?"</w:t>
      </w:r>
      <w:r>
        <w:br/>
      </w:r>
      <w:r>
        <w:rPr>
          <w:sz w:val="20"/>
        </w:rPr>
        <w:t>52:21  dekhein, in logon ne jo galat ek galat masla bana rakha hai, woh yeh hai ke kaamyaab hue to wazeh hai: mar gaya to shaheed, yeh koi Islam nahin hai.</w:t>
      </w:r>
      <w:r>
        <w:br/>
      </w:r>
      <w:r>
        <w:rPr>
          <w:sz w:val="20"/>
        </w:rPr>
        <w:t>52:35  woh sochte hain ke agar hum kaamyaab nahin hue political system mein to lad kar kuch log maare gaye to shaheed to ho jayenge. yeh bilkul galat hai.</w:t>
      </w:r>
      <w:r>
        <w:br/>
      </w:r>
      <w:r>
        <w:rPr>
          <w:sz w:val="20"/>
        </w:rPr>
        <w:t>52:44  islam mein aisi koi taleem nahi hai.</w:t>
      </w:r>
    </w:p>
    <w:p>
      <w:pPr>
        <w:pStyle w:val="Heading2"/>
      </w:pPr>
      <w:r>
        <w:t>Higher education versus vocational education</w:t>
      </w:r>
    </w:p>
    <w:p>
      <w:r>
        <w:rPr>
          <w:color w:val="666666"/>
          <w:sz w:val="18"/>
        </w:rPr>
        <w:t>Life &amp; Wisdom · Divine Law of Success 14th October 2012 Slow · 9m 31s · at 1:16:55 · https://youtu.be/2zXfZhIf1jA?t=4615</w:t>
      </w:r>
    </w:p>
    <w:p>
      <w:r>
        <w:rPr>
          <w:i/>
        </w:rPr>
        <w:t>“I have read in your books that we should pursue higher education, not vocational education.”</w:t>
      </w:r>
    </w:p>
    <w:p>
      <w:r>
        <w:rPr>
          <w:sz w:val="20"/>
        </w:rPr>
        <w:t>1:16:55  maulana, agla sawal dilli se hai, mister muhammad anas sahab ka.</w:t>
      </w:r>
      <w:r>
        <w:br/>
      </w:r>
      <w:r>
        <w:rPr>
          <w:sz w:val="20"/>
        </w:rPr>
        <w:t>1:17:01  unhon ne likha hai: maulana, main ne aap ki kitabon mein padha tha ke humein higher education hasil</w:t>
      </w:r>
      <w:r>
        <w:br/>
      </w:r>
      <w:r>
        <w:rPr>
          <w:sz w:val="20"/>
        </w:rPr>
        <w:t>1:17:07  karni chahiye, vocational education nahin.</w:t>
      </w:r>
      <w:r>
        <w:br/>
      </w:r>
      <w:r>
        <w:rPr>
          <w:sz w:val="20"/>
        </w:rPr>
        <w:t>1:17:13  to hum aur hamare bachche higher education kaise hasil karen? madaris se ya phir school aur colleges se?</w:t>
      </w:r>
      <w:r>
        <w:br/>
      </w:r>
      <w:r>
        <w:rPr>
          <w:sz w:val="20"/>
        </w:rPr>
        <w:t>1:17:19  is is ke bare mein bataen.</w:t>
      </w:r>
      <w:r>
        <w:br/>
      </w:r>
      <w:r>
        <w:rPr>
          <w:sz w:val="20"/>
        </w:rPr>
        <w:t>1:17:25  higher education se meri murad hoti hai secular education.</w:t>
      </w:r>
      <w:r>
        <w:br/>
      </w:r>
      <w:r>
        <w:rPr>
          <w:sz w:val="20"/>
        </w:rPr>
        <w:t>1:17:32  secular to deeni taleem bhi zaroori hai woh apni jagah par, lekin aaj ki duniya mein koi bhi</w:t>
      </w:r>
      <w:r>
        <w:br/>
      </w:r>
      <w:r>
        <w:rPr>
          <w:sz w:val="20"/>
        </w:rPr>
        <w:t>1:17:38  kaam karne ke liye, chahe da'wati kaam kyun na ho, zaroori hai ek modern education.</w:t>
      </w:r>
      <w:r>
        <w:br/>
      </w:r>
      <w:r>
        <w:rPr>
          <w:sz w:val="20"/>
        </w:rPr>
        <w:t>1:17:44  agar hum sirf madrase ki taleem pe isi ko kafi samajh lein to aaj ke lehaz se da'wat</w:t>
      </w:r>
      <w:r>
        <w:br/>
      </w:r>
      <w:r>
        <w:rPr>
          <w:sz w:val="20"/>
        </w:rPr>
        <w:t>1:17:50  hi kaam nahi ho sake ga.</w:t>
      </w:r>
      <w:r>
        <w:br/>
      </w:r>
      <w:r>
        <w:rPr>
          <w:sz w:val="20"/>
        </w:rPr>
        <w:t>1:17:56  phir downtrodden logon mein aap ja ke da'watein dein ge aur jo educated class hai, us mein</w:t>
      </w:r>
      <w:r>
        <w:br/>
      </w:r>
      <w:r>
        <w:rPr>
          <w:sz w:val="20"/>
        </w:rPr>
        <w:t>1:18:02  yani is ke mind ko adjust nahi kar payein ge.</w:t>
      </w:r>
      <w:r>
        <w:br/>
      </w:r>
      <w:r>
        <w:rPr>
          <w:sz w:val="20"/>
        </w:rPr>
        <w:t>1:18:08  to Islam sirf lower class ke liye nahi hai, Islam sab ke liye hai.</w:t>
      </w:r>
      <w:r>
        <w:br/>
      </w:r>
      <w:r>
        <w:rPr>
          <w:sz w:val="20"/>
        </w:rPr>
        <w:t>1:18:14  to mera manna yeh hai ke ek tabqa agar lower class mein kaam kar raha hai to theek</w:t>
      </w:r>
      <w:r>
        <w:br/>
      </w:r>
      <w:r>
        <w:rPr>
          <w:sz w:val="20"/>
        </w:rPr>
        <w:t>1:18:20  hai, woh kare, lekin ek aur tabqa banna chahiye jo educated class ke mind ko parhe, khud apne</w:t>
      </w:r>
      <w:r>
        <w:br/>
      </w:r>
      <w:r>
        <w:rPr>
          <w:sz w:val="20"/>
        </w:rPr>
        <w:t>1:18:26  aap ko taleem yafta bana kar ke aur us ke mind ko aur Islam ko is tarah pesh</w:t>
      </w:r>
      <w:r>
        <w:br/>
      </w:r>
      <w:r>
        <w:rPr>
          <w:sz w:val="20"/>
        </w:rPr>
        <w:t>1:18:32  kare ke un ka is ka mind address ho.</w:t>
      </w:r>
      <w:r>
        <w:br/>
      </w:r>
      <w:r>
        <w:rPr>
          <w:sz w:val="20"/>
        </w:rPr>
        <w:t>1:18:38  yeh Islam ki ek zaroorat hai.</w:t>
      </w:r>
      <w:r>
        <w:br/>
      </w:r>
      <w:r>
        <w:rPr>
          <w:sz w:val="20"/>
        </w:rPr>
        <w:t>1:18:44  Maulana, Delhi se Dr. Najma Siddiqui ka sawal hai.</w:t>
      </w:r>
      <w:r>
        <w:br/>
      </w:r>
      <w:r>
        <w:rPr>
          <w:sz w:val="20"/>
        </w:rPr>
        <w:t>1:18:50  unhon ne likha hai: "Most of the people who attend your classes are very much influenced by your talks.</w:t>
      </w:r>
      <w:r>
        <w:br/>
      </w:r>
      <w:r>
        <w:rPr>
          <w:sz w:val="20"/>
        </w:rPr>
        <w:t>1:18:56  They understand the situation and consider negative actions of protest etc.</w:t>
      </w:r>
      <w:r>
        <w:br/>
      </w:r>
      <w:r>
        <w:rPr>
          <w:sz w:val="20"/>
        </w:rPr>
        <w:t>1:19:02  as wrong practices.</w:t>
      </w:r>
      <w:r>
        <w:br/>
      </w:r>
      <w:r>
        <w:rPr>
          <w:sz w:val="20"/>
        </w:rPr>
        <w:t>1:19:08  How can we influence those, especially Muslims, who are involved in such negative actions?</w:t>
      </w:r>
      <w:r>
        <w:br/>
      </w:r>
      <w:r>
        <w:rPr>
          <w:sz w:val="20"/>
        </w:rPr>
        <w:t>1:19:15  Kindly advise us." dekhiye, majmoo'e ko le kar nahi sochna chahiye, individual ko le kar sochna chahiye.</w:t>
      </w:r>
      <w:r>
        <w:br/>
      </w:r>
      <w:r>
        <w:rPr>
          <w:sz w:val="20"/>
        </w:rPr>
        <w:t>1:19:20  agar hum kahein ke ek billion Musalman jo dunya hain, sab ko hum badal dalen, yeh koi nishana</w:t>
      </w:r>
      <w:r>
        <w:br/>
      </w:r>
      <w:r>
        <w:rPr>
          <w:sz w:val="20"/>
        </w:rPr>
        <w:t>1:19:25  sahi nishana nahi hai.</w:t>
      </w:r>
      <w:r>
        <w:br/>
      </w:r>
      <w:r>
        <w:rPr>
          <w:sz w:val="20"/>
        </w:rPr>
        <w:t>1:19:30  nishana fard ko hona chahiye.</w:t>
      </w:r>
      <w:r>
        <w:br/>
      </w:r>
      <w:r>
        <w:rPr>
          <w:sz w:val="20"/>
        </w:rPr>
        <w:t>1:19:35  Rasool Allah Sal Allah o Alaihe Wasallam ne jab kaam shuru kiya to poore Arab ka jo majmoo'a tha</w:t>
      </w:r>
      <w:r>
        <w:br/>
      </w:r>
      <w:r>
        <w:rPr>
          <w:sz w:val="20"/>
        </w:rPr>
        <w:t>1:19:40  insani, us ko address karne ki yani planning nahi ki aap ne, balke fard fard ki planning ki.</w:t>
      </w:r>
      <w:r>
        <w:br/>
      </w:r>
      <w:r>
        <w:rPr>
          <w:sz w:val="20"/>
        </w:rPr>
        <w:t>1:19:45  aap logon ke se akele akele milte ja kar ke samjha dete.</w:t>
      </w:r>
      <w:r>
        <w:br/>
      </w:r>
      <w:r>
        <w:rPr>
          <w:sz w:val="20"/>
        </w:rPr>
        <w:t>1:19:50  to tajruba ye hai ke aise afraad mil rahe hain, mashaa'allah tadad badh rahi hai.</w:t>
      </w:r>
      <w:r>
        <w:br/>
      </w:r>
      <w:r>
        <w:rPr>
          <w:sz w:val="20"/>
        </w:rPr>
        <w:t>1:19:55  abhi jo maine kaha ke jarmani mein woh laga hua hai, wahan bhi aise afraad mil rahe</w:t>
      </w:r>
      <w:r>
        <w:br/>
      </w:r>
      <w:r>
        <w:rPr>
          <w:sz w:val="20"/>
        </w:rPr>
        <w:t>1:20:00  hain jo kehte hain ke bhai yeh to bada achha kaam aap kar rahe hain, hamein bhi is</w:t>
      </w:r>
      <w:r>
        <w:br/>
      </w:r>
      <w:r>
        <w:rPr>
          <w:sz w:val="20"/>
        </w:rPr>
        <w:t>1:20:05  mein hissa lena hai.</w:t>
      </w:r>
      <w:r>
        <w:br/>
      </w:r>
      <w:r>
        <w:rPr>
          <w:sz w:val="20"/>
        </w:rPr>
        <w:t>1:20:10  to asal cheez yeh hai ke log be khabar hain, logon ko pata nahi hai ke doosra pehlu</w:t>
      </w:r>
      <w:r>
        <w:br/>
      </w:r>
      <w:r>
        <w:rPr>
          <w:sz w:val="20"/>
        </w:rPr>
        <w:t>1:20:15  kya hai zindagi ka.</w:t>
      </w:r>
      <w:r>
        <w:br/>
      </w:r>
      <w:r>
        <w:rPr>
          <w:sz w:val="20"/>
        </w:rPr>
        <w:t>1:20:21  hamaari jo kitabein hain, jo hamaare akhbaar hain, jo hamaare stage ki taqreerein hain, woh kuch aur boli bolti hain.</w:t>
      </w:r>
      <w:r>
        <w:br/>
      </w:r>
      <w:r>
        <w:rPr>
          <w:sz w:val="20"/>
        </w:rPr>
        <w:t>1:20:26  to bahut se insaan jin ko aap is tareeqe se jab bataayenge to un ki fitrat address</w:t>
      </w:r>
      <w:r>
        <w:br/>
      </w:r>
      <w:r>
        <w:rPr>
          <w:sz w:val="20"/>
        </w:rPr>
        <w:t>1:20:31  ho jaayegi, woh aap ko saath dega.</w:t>
      </w:r>
      <w:r>
        <w:br/>
      </w:r>
      <w:r>
        <w:rPr>
          <w:sz w:val="20"/>
        </w:rPr>
        <w:t>1:20:36  yeh hamaara tajruba hai, aap aap sab logon ka tajruba hai ke kitne saare log hain ke jab</w:t>
      </w:r>
      <w:r>
        <w:br/>
      </w:r>
      <w:r>
        <w:rPr>
          <w:sz w:val="20"/>
        </w:rPr>
        <w:t>1:20:41  un se baat ki gayi to un ka un ki fitrat address ho gayi aur unhone woh</w:t>
      </w:r>
      <w:r>
        <w:br/>
      </w:r>
      <w:r>
        <w:rPr>
          <w:sz w:val="20"/>
        </w:rPr>
        <w:t>1:20:46  aap ke saath lag gaye.</w:t>
      </w:r>
      <w:r>
        <w:br/>
      </w:r>
      <w:r>
        <w:rPr>
          <w:sz w:val="20"/>
        </w:rPr>
        <w:t>1:20:51  yeh yeh ek process chal raha hai, lekin yeh process individual based hai.</w:t>
      </w:r>
      <w:r>
        <w:br/>
      </w:r>
      <w:r>
        <w:rPr>
          <w:sz w:val="20"/>
        </w:rPr>
        <w:t>1:20:56  yeh ek process jo hai, majmooa based nahi hai.</w:t>
      </w:r>
      <w:r>
        <w:br/>
      </w:r>
      <w:r>
        <w:rPr>
          <w:sz w:val="20"/>
        </w:rPr>
        <w:t>1:21:01  majmooa based kabhi bhi koi koi process nahi chalta hai.</w:t>
      </w:r>
      <w:r>
        <w:br/>
      </w:r>
      <w:r>
        <w:rPr>
          <w:sz w:val="20"/>
        </w:rPr>
        <w:t>1:21:06  abhi main yeh radio sun raha tha, is mein ek lafz aaya: collective thinking.</w:t>
      </w:r>
      <w:r>
        <w:br/>
      </w:r>
      <w:r>
        <w:rPr>
          <w:sz w:val="20"/>
        </w:rPr>
        <w:t>1:21:11  ek ajeeb o ghareeb lafz, collective thinking.</w:t>
      </w:r>
      <w:r>
        <w:br/>
      </w:r>
      <w:r>
        <w:rPr>
          <w:sz w:val="20"/>
        </w:rPr>
        <w:t>1:21:16  majmooa koi nahi sochta, ek fard sochta hai.</w:t>
      </w:r>
      <w:r>
        <w:br/>
      </w:r>
      <w:r>
        <w:rPr>
          <w:sz w:val="20"/>
        </w:rPr>
        <w:t>1:21:22  collective thinking ek bahut khoobsurat lafz hai, lekin is ka ma'ni kuch bhi nahi hai, kyunke ek ek</w:t>
      </w:r>
      <w:r>
        <w:br/>
      </w:r>
      <w:r>
        <w:rPr>
          <w:sz w:val="20"/>
        </w:rPr>
        <w:t>1:21:27  ek aadmi ka mind sochta hai, na ke poora majmooa jo hai, woh soche.</w:t>
      </w:r>
      <w:r>
        <w:br/>
      </w:r>
      <w:r>
        <w:rPr>
          <w:sz w:val="20"/>
        </w:rPr>
        <w:t>1:21:32  to fard ko nishana banaaiye aur fard ke mind ko address kijiye.</w:t>
      </w:r>
      <w:r>
        <w:br/>
      </w:r>
      <w:r>
        <w:rPr>
          <w:sz w:val="20"/>
        </w:rPr>
        <w:t>1:21:37  inshaa'allah afraad milenge, jaisa ke milte hain, mil rahe hain, mashaa'allah.</w:t>
      </w:r>
      <w:r>
        <w:br/>
      </w:r>
      <w:r>
        <w:rPr>
          <w:sz w:val="20"/>
        </w:rPr>
        <w:t>1:21:42  maulana, bangalor se sawaal aaya hai mr niyar-ul-islam nadvi sahib ka.</w:t>
      </w:r>
      <w:r>
        <w:br/>
      </w:r>
      <w:r>
        <w:rPr>
          <w:sz w:val="20"/>
        </w:rPr>
        <w:t>1:21:47  unhone likha hai: "kya falasteen ke khilaaf jahad hum band kar dein kyunke woh qibla awwal hai?</w:t>
      </w:r>
      <w:r>
        <w:br/>
      </w:r>
      <w:r>
        <w:rPr>
          <w:sz w:val="20"/>
        </w:rPr>
        <w:t>1:21:52  yahood to ise dhane ki koshish kar rahe hain."</w:t>
      </w:r>
      <w:r>
        <w:br/>
      </w:r>
      <w:r>
        <w:rPr>
          <w:sz w:val="20"/>
        </w:rPr>
        <w:t>1:21:57  is silsile mein hamara tareeqa kar kya hona chahiye?" is ke baray mein dekhen, qibla awwal ka tasawwur</w:t>
      </w:r>
      <w:r>
        <w:br/>
      </w:r>
      <w:r>
        <w:rPr>
          <w:sz w:val="20"/>
        </w:rPr>
        <w:t>1:22:02  hi bilkul be asal hai.</w:t>
      </w:r>
      <w:r>
        <w:br/>
      </w:r>
      <w:r>
        <w:rPr>
          <w:sz w:val="20"/>
        </w:rPr>
        <w:t>1:22:07  qibla awwal ka matlab thori ke aap is par qabza kar len.</w:t>
      </w:r>
      <w:r>
        <w:br/>
      </w:r>
      <w:r>
        <w:rPr>
          <w:sz w:val="20"/>
        </w:rPr>
        <w:t>1:22:12  yeh aap ka mamla tha ke aap ne is ko qibla awwal banaya, lekin yeh kahan se nikla</w:t>
      </w:r>
      <w:r>
        <w:br/>
      </w:r>
      <w:r>
        <w:rPr>
          <w:sz w:val="20"/>
        </w:rPr>
        <w:t>1:22:17  hai ke qabza karen is ke oopar? yeh kaun sa quran hai, kaun si hadees yeh kehta hai</w:t>
      </w:r>
      <w:r>
        <w:br/>
      </w:r>
      <w:r>
        <w:rPr>
          <w:sz w:val="20"/>
        </w:rPr>
        <w:t>1:22:23  ke qibla awwal bana ke is ko qabza kar lo is ke oopar? yeh to rasool Allah sallay</w:t>
      </w:r>
      <w:r>
        <w:br/>
      </w:r>
      <w:r>
        <w:rPr>
          <w:sz w:val="20"/>
        </w:rPr>
        <w:t>1:22:28  Allah alaihi wasallam ki aik talif qalb ke liye jab aap madina gaye to kitabon mein aata hai</w:t>
      </w:r>
      <w:r>
        <w:br/>
      </w:r>
      <w:r>
        <w:rPr>
          <w:sz w:val="20"/>
        </w:rPr>
        <w:t>1:22:33  ke talifaan lil yahood, un ki talif ke liye aap ne to idhar qibla banaya.</w:t>
      </w:r>
      <w:r>
        <w:br/>
      </w:r>
      <w:r>
        <w:rPr>
          <w:sz w:val="20"/>
        </w:rPr>
        <w:t>1:22:38  is liye ke yeh is se kahan nikla hai ke aap qabza karen is ke oopar? yeh to</w:t>
      </w:r>
      <w:r>
        <w:br/>
      </w:r>
      <w:r>
        <w:rPr>
          <w:sz w:val="20"/>
        </w:rPr>
        <w:t>1:22:43  bilkul hi yani dhattayi ki baat hai, sarkashi ki baat hai.</w:t>
      </w:r>
      <w:r>
        <w:br/>
      </w:r>
      <w:r>
        <w:rPr>
          <w:sz w:val="20"/>
        </w:rPr>
        <w:t>1:22:48  kya hamara qibla awwal tha? usay aap qabza karen ge is ke oopar? awwal to qibla awwal tha</w:t>
      </w:r>
      <w:r>
        <w:br/>
      </w:r>
      <w:r>
        <w:rPr>
          <w:sz w:val="20"/>
        </w:rPr>
        <w:t>1:22:53  bhi nahi ke qibla awwal kaba tha, darmian mein koi masjid aqsa nahi hai, balkay qabbat al-sakhrah qibla bana tha.</w:t>
      </w:r>
      <w:r>
        <w:br/>
      </w:r>
      <w:r>
        <w:rPr>
          <w:sz w:val="20"/>
        </w:rPr>
        <w:t>1:22:58  phir is ke baad dobara kaba ban gaya, is liye woh qibla darmayani hai.</w:t>
      </w:r>
      <w:r>
        <w:br/>
      </w:r>
      <w:r>
        <w:rPr>
          <w:sz w:val="20"/>
        </w:rPr>
        <w:t>1:23:03  yeh bhi ghalat hai ke masjid aqsa qibla hai, masjid aqsa harghiz qibla nahi tha.</w:t>
      </w:r>
      <w:r>
        <w:br/>
      </w:r>
      <w:r>
        <w:rPr>
          <w:sz w:val="20"/>
        </w:rPr>
        <w:t>1:23:08  woh alag cheez hai, woh alag cheez hai.</w:t>
      </w:r>
      <w:r>
        <w:br/>
      </w:r>
      <w:r>
        <w:rPr>
          <w:sz w:val="20"/>
        </w:rPr>
        <w:t>1:23:13  is ko bhi nahi jante log jo jo tareeqa chala rahe hain, unhein khabar hi nahi ke jo</w:t>
      </w:r>
      <w:r>
        <w:br/>
      </w:r>
      <w:r>
        <w:rPr>
          <w:sz w:val="20"/>
        </w:rPr>
        <w:t>1:23:18  rasool Allah ne qibla banaya tha, woh woh masjid aqsa nahi thi.</w:t>
      </w:r>
      <w:r>
        <w:br/>
      </w:r>
      <w:r>
        <w:rPr>
          <w:sz w:val="20"/>
        </w:rPr>
        <w:t>1:23:24  woh aik alag building hai, is ka naam hai qabbat al-sakhrah, dome of rock, jo yahood muqaddas samajhte thay.</w:t>
      </w:r>
      <w:r>
        <w:br/>
      </w:r>
      <w:r>
        <w:rPr>
          <w:sz w:val="20"/>
        </w:rPr>
        <w:t>1:23:29  jis jis ko woh samajhte thay ke hazrat ishaq ki qurbaniyan hazrat ibrahim ne ki theen, woh aik</w:t>
      </w:r>
      <w:r>
        <w:br/>
      </w:r>
      <w:r>
        <w:rPr>
          <w:sz w:val="20"/>
        </w:rPr>
        <w:t>1:23:34  alag hi building hai.</w:t>
      </w:r>
      <w:r>
        <w:br/>
      </w:r>
      <w:r>
        <w:rPr>
          <w:sz w:val="20"/>
        </w:rPr>
        <w:t>1:23:39  to rasool Allah ne jo qibla banaya tha, woh masjid aqsa ko nahi, qabbat al-sakhrah ko.</w:t>
      </w:r>
      <w:r>
        <w:br/>
      </w:r>
      <w:r>
        <w:rPr>
          <w:sz w:val="20"/>
        </w:rPr>
        <w:t>1:23:44  to kaba qibla awwal hai, qabbat al-sakhrah qibla sani hai, aur teesri bar phir aap ne kaba qibla banaya hai.</w:t>
      </w:r>
      <w:r>
        <w:br/>
      </w:r>
      <w:r>
        <w:rPr>
          <w:sz w:val="20"/>
        </w:rPr>
        <w:t>1:23:49  yeh bilkul yani yani khud sakhta baatein hain ke qibla awwal hamara hai, is ko qabza karen ge.</w:t>
      </w:r>
      <w:r>
        <w:br/>
      </w:r>
      <w:r>
        <w:rPr>
          <w:sz w:val="20"/>
        </w:rPr>
        <w:t>1:23:54  yeh to dhAndali ki baatein hain, na kahin quran mein hai, na hadees mein hai.</w:t>
      </w:r>
      <w:r>
        <w:br/>
      </w:r>
      <w:r>
        <w:rPr>
          <w:sz w:val="20"/>
        </w:rPr>
        <w:t>1:23:59  aisay thori dunya mein sari chalti hai.</w:t>
      </w:r>
      <w:r>
        <w:br/>
      </w:r>
      <w:r>
        <w:rPr>
          <w:sz w:val="20"/>
        </w:rPr>
        <w:t>1:24:04  agar aap agar dekhen, agar musalmanon ka stand sahi hota to Allah ke bandon ko hoti hai.</w:t>
      </w:r>
      <w:r>
        <w:br/>
      </w:r>
      <w:r>
        <w:rPr>
          <w:sz w:val="20"/>
        </w:rPr>
        <w:t>1:24:09  yani falasteen ke ke qibla ya ya masjid aqsa ke muhaaz par beshumar janen halak hui hain.</w:t>
      </w:r>
      <w:r>
        <w:br/>
      </w:r>
      <w:r>
        <w:rPr>
          <w:sz w:val="20"/>
        </w:rPr>
        <w:t>1:24:14  آئیے، میں نے انٹرنیٹ پہ نکلوایا تو معلوم ہوا کہ more than ten trillion dollar نقصان ہوا ہے،</w:t>
      </w:r>
      <w:r>
        <w:br/>
      </w:r>
      <w:r>
        <w:rPr>
          <w:sz w:val="20"/>
        </w:rPr>
        <w:t>1:24:19  aur jo zameen thi un ke qabze mein, wo bhi nikal gaya.</w:t>
      </w:r>
      <w:r>
        <w:br/>
      </w:r>
      <w:r>
        <w:rPr>
          <w:sz w:val="20"/>
        </w:rPr>
        <w:t>1:24:24  sab to Allah ki taeed kyun nahin hai? aap ko Allah ki taeed kyun nahin hai? aap ko</w:t>
      </w:r>
      <w:r>
        <w:br/>
      </w:r>
      <w:r>
        <w:rPr>
          <w:sz w:val="20"/>
        </w:rPr>
        <w:t>1:24:30  yeh sab bilkul dhandhli ki baaten hain, is ki Islam se koi ta'alluq is ka nahin.</w:t>
      </w:r>
      <w:r>
        <w:br/>
      </w:r>
      <w:r>
        <w:rPr>
          <w:sz w:val="20"/>
        </w:rPr>
        <w:t>1:24:35  mein is ko qoumi sarkashi kehta hoon, qoumi sarkashi yani Islam ke naam par qoumi sarkashi.</w:t>
      </w:r>
      <w:r>
        <w:br/>
      </w:r>
      <w:r>
        <w:rPr>
          <w:sz w:val="20"/>
        </w:rPr>
        <w:t>1:24:40  maulana, un ka doosra sawal yeh hai ke kya freedom ka matlab yeh hai ke log hamare nabi</w:t>
      </w:r>
      <w:r>
        <w:br/>
      </w:r>
      <w:r>
        <w:rPr>
          <w:sz w:val="20"/>
        </w:rPr>
        <w:t>1:24:45  ka cartoon chhappen? phir hadith "man ria minkum makra" ka matlab kya hoga? is ka aise kya ta'alluq?</w:t>
      </w:r>
      <w:r>
        <w:br/>
      </w:r>
      <w:r>
        <w:rPr>
          <w:sz w:val="20"/>
        </w:rPr>
        <w:t>1:24:50  is ka aise kya ta'alluq? cartoon chhappen to chhappen, chhappen ge.</w:t>
      </w:r>
      <w:r>
        <w:br/>
      </w:r>
      <w:r>
        <w:rPr>
          <w:sz w:val="20"/>
        </w:rPr>
        <w:t>1:24:55  wo kyun? aap keh rahe hain sirf number chhappen ge? wo aap bhi kitab chhapte hain.</w:t>
      </w:r>
      <w:r>
        <w:br/>
      </w:r>
      <w:r>
        <w:rPr>
          <w:sz w:val="20"/>
        </w:rPr>
        <w:t>1:25:00  yeh musalman jab se predict press aaya hai dunya mein, khoob kitaben chhap rahe hain doosron ke khilaf,</w:t>
      </w:r>
      <w:r>
        <w:br/>
      </w:r>
      <w:r>
        <w:rPr>
          <w:sz w:val="20"/>
        </w:rPr>
        <w:t>1:25:05  isaiyon ke khilaf, hinduo ke khilaf.</w:t>
      </w:r>
      <w:r>
        <w:br/>
      </w:r>
      <w:r>
        <w:rPr>
          <w:sz w:val="20"/>
        </w:rPr>
        <w:t>1:25:10  to wo jaiz hai aap ke liye, wo jaiz hai aap ke liye.</w:t>
      </w:r>
      <w:r>
        <w:br/>
      </w:r>
      <w:r>
        <w:rPr>
          <w:sz w:val="20"/>
        </w:rPr>
        <w:t>1:25:15  misalan India mein kitab chhapi thi is zamane mein, hamare bachpan ke zamane mein "kufr tod" yani hinduo</w:t>
      </w:r>
      <w:r>
        <w:br/>
      </w:r>
      <w:r>
        <w:rPr>
          <w:sz w:val="20"/>
        </w:rPr>
        <w:t>1:25:20  ka jo deen hai, us ke khilaf thi.</w:t>
      </w:r>
      <w:r>
        <w:br/>
      </w:r>
      <w:r>
        <w:rPr>
          <w:sz w:val="20"/>
        </w:rPr>
        <w:t>1:25:25  wo kitab "kufr tod" to un ke liye to yeh gustakhi thi, un ke mazhab ki gustakhi thi.</w:t>
      </w:r>
      <w:r>
        <w:br/>
      </w:r>
      <w:r>
        <w:rPr>
          <w:sz w:val="20"/>
        </w:rPr>
        <w:t>1:25:31  to aap ko haq hai ke aap "kufr tod" kitaben chhapen, un ko haq nahin chahiye? aap bhi</w:t>
      </w:r>
      <w:r>
        <w:br/>
      </w:r>
      <w:r>
        <w:rPr>
          <w:sz w:val="20"/>
        </w:rPr>
        <w:t>1:25:36  baat kijiye, khoob kitaben chhapte hain, taqreeren karte hain.</w:t>
      </w:r>
      <w:r>
        <w:br/>
      </w:r>
      <w:r>
        <w:rPr>
          <w:sz w:val="20"/>
        </w:rPr>
        <w:t>1:25:41  hamare darmiyan aise log bohat maqbool ho rahe hain jo khullam khulla stage par un ki mazak urate</w:t>
      </w:r>
      <w:r>
        <w:br/>
      </w:r>
      <w:r>
        <w:rPr>
          <w:sz w:val="20"/>
        </w:rPr>
        <w:t>1:25:46  hain, un ka isaiyon ka aur yahudiyon ka, khoob maqbool ho rahe hain.</w:t>
      </w:r>
      <w:r>
        <w:br/>
      </w:r>
      <w:r>
        <w:rPr>
          <w:sz w:val="20"/>
        </w:rPr>
        <w:t>1:25:51  un ko talian bajti hain.</w:t>
      </w:r>
      <w:r>
        <w:br/>
      </w:r>
      <w:r>
        <w:rPr>
          <w:sz w:val="20"/>
        </w:rPr>
        <w:t>1:25:56  to aap khud tazheek karen to is ko aap sar charhate hain, aise muqarririn ko.</w:t>
      </w:r>
      <w:r>
        <w:br/>
      </w:r>
      <w:r>
        <w:rPr>
          <w:sz w:val="20"/>
        </w:rPr>
        <w:t>1:26:01  aur doosra agar kahe to is ko haq nahin karne ka.</w:t>
      </w:r>
      <w:r>
        <w:br/>
      </w:r>
      <w:r>
        <w:rPr>
          <w:sz w:val="20"/>
        </w:rPr>
        <w:t>1:26:06  to dunya musalmanon ke liye nahin banai gayi hai, dunya sab ke liye banai gayi hai.</w:t>
      </w:r>
      <w:r>
        <w:br/>
      </w:r>
      <w:r>
        <w:rPr>
          <w:sz w:val="20"/>
        </w:rPr>
        <w:t>1:26:11  yaad rakhiye, yeh dunya musalmanon ke liye nahin banai gayi ke musalmanon ko munafli degi.</w:t>
      </w:r>
      <w:r>
        <w:br/>
      </w:r>
      <w:r>
        <w:rPr>
          <w:sz w:val="20"/>
        </w:rPr>
        <w:t>1:26:16  jo chahe karo, tum doosron ko kuch karne ka haq nahi hai.</w:t>
      </w:r>
      <w:r>
        <w:br/>
      </w:r>
      <w:r>
        <w:rPr>
          <w:sz w:val="20"/>
        </w:rPr>
        <w:t>1:26:21  yeh bilashuba qaumi sarkashi hai, is ka islam se koi talluq nahi.</w:t>
      </w:r>
    </w:p>
    <w:p>
      <w:pPr>
        <w:pStyle w:val="Heading2"/>
      </w:pPr>
      <w:r>
        <w:t>How Can We Develop Right Thinking?</w:t>
      </w:r>
    </w:p>
    <w:p>
      <w:r>
        <w:rPr>
          <w:color w:val="666666"/>
          <w:sz w:val="18"/>
        </w:rPr>
        <w:t>Life &amp; Wisdom · Personality Building January 05, 2014 · 7m 12s · at 1:02:59 · https://youtu.be/3Zppdm2K4ug?t=3779</w:t>
      </w:r>
    </w:p>
    <w:p>
      <w:r>
        <w:rPr>
          <w:i/>
        </w:rPr>
        <w:t>“Moulana, we go through many experiences in daily life but often fail to draw the right lessons, losing the spiritual food in them. How can we develop the right thinking? Please guide us.”</w:t>
      </w:r>
    </w:p>
    <w:p>
      <w:r>
        <w:rPr>
          <w:sz w:val="20"/>
        </w:rPr>
        <w:t>1:02:59  maulana, agla sawal roorkee se hai sajid anwar sahab ka. unhon ne likha hai: "maulana, we also go through many experiences in our daily life, but many times unable to draw right lessons from them.</w:t>
      </w:r>
      <w:r>
        <w:br/>
      </w:r>
      <w:r>
        <w:rPr>
          <w:sz w:val="20"/>
        </w:rPr>
        <w:t>1:03:16  this losing the opportunity to get the spiritual food contained in them. my question is: how can we develop the right thinking?" maulana, please guide us.</w:t>
      </w:r>
      <w:r>
        <w:br/>
      </w:r>
      <w:r>
        <w:rPr>
          <w:sz w:val="20"/>
        </w:rPr>
        <w:t>1:03:29  dekhen, bohat asan hai. aaj main aaj ka apna experience bataon. aaj ka, aaj subah mujhe nahana tha, to main ne kya kiya?</w:t>
      </w:r>
      <w:r>
        <w:br/>
      </w:r>
      <w:r>
        <w:rPr>
          <w:sz w:val="20"/>
        </w:rPr>
        <w:t>1:03:42  mere bathroom mein geyser hai, us ko chala diya. adha ghante tak chal gaya, pani is ka garam ho gaya. kamre mein bahar aaya to to aap ne do heater laga diya tha, wahan kamra bhi garam tha.</w:t>
      </w:r>
      <w:r>
        <w:br/>
      </w:r>
      <w:r>
        <w:rPr>
          <w:sz w:val="20"/>
        </w:rPr>
        <w:t>1:03:57  to nahakar jab nikla to garam kapde to nahakar nikla to garam kamre mein baith kar woh kapda badal liya.</w:t>
      </w:r>
      <w:r>
        <w:br/>
      </w:r>
      <w:r>
        <w:rPr>
          <w:sz w:val="20"/>
        </w:rPr>
        <w:t>1:04:08  sab kuch bilkul smooth tor par hua. to main ne kya kiya? main ne socha ke jab is se pehle main gaon mein tha to hamare gaon mein bijli nahi thi,</w:t>
      </w:r>
      <w:r>
        <w:br/>
      </w:r>
      <w:r>
        <w:rPr>
          <w:sz w:val="20"/>
        </w:rPr>
        <w:t>1:04:18  electricity nahi thi. wahan par kerosene se lamp jalte the, lalten jalti thi. lalten to main ne compare kiya ke is waqt mere liye possible hi nahi tha ke main geyser chalaon aur heater chalaon, kyunke wahan tha hi nahi.</w:t>
      </w:r>
      <w:r>
        <w:br/>
      </w:r>
      <w:r>
        <w:rPr>
          <w:sz w:val="20"/>
        </w:rPr>
        <w:t>1:04:34  yeh electricity hamare gaon mein aayi nahi thi. to in comparison, that we understand. aap compare kijiye,</w:t>
      </w:r>
      <w:r>
        <w:br/>
      </w:r>
      <w:r>
        <w:rPr>
          <w:sz w:val="20"/>
        </w:rPr>
        <w:t>1:04:44  har aadmi ke paas ek past hota hai, us se compare kar ke woh apne present mein khuda ki blessing ko daryaft kar sakta hai. har aadmi ko, chahe obama ho, tab bhi obama ke bhi ek past hai.</w:t>
      </w:r>
      <w:r>
        <w:br/>
      </w:r>
      <w:r>
        <w:rPr>
          <w:sz w:val="20"/>
        </w:rPr>
        <w:t>1:04:57  is past ko agar aap yaad karenge to us ke andar shukr aayega, tab us ko discovery hogi. to sab se asan tareeqa yeh hai ke aap apne present mein jo aap kuch pa rahe hain, past ko le kar sochiye aur compare kijiye,</w:t>
      </w:r>
      <w:r>
        <w:br/>
      </w:r>
      <w:r>
        <w:rPr>
          <w:sz w:val="20"/>
        </w:rPr>
        <w:t>1:05:14  jaise ke main karta rehta hoon. main rozana hi karta rehta hoon. jaise kitchen mein main gaya, wahan par gas jal rahi thi.</w:t>
      </w:r>
      <w:r>
        <w:br/>
      </w:r>
      <w:r>
        <w:rPr>
          <w:sz w:val="20"/>
        </w:rPr>
        <w:t>1:05:22  main ne socha ke jab main gaon mein tha to wahan koi concept hi nahi tha ke aap ek switch ghumayen aur gas nikalne lage. wahan to lakri aur is tarah ki cheez jala kar ke aag milti thi.</w:t>
      </w:r>
      <w:r>
        <w:br/>
      </w:r>
      <w:r>
        <w:rPr>
          <w:sz w:val="20"/>
        </w:rPr>
        <w:t>1:05:35  to is comparison se main ne socha ke Allah ke karti bari blessing ke aaj hamein gas mili hui hai.</w:t>
      </w:r>
      <w:r>
        <w:br/>
      </w:r>
      <w:r>
        <w:rPr>
          <w:sz w:val="20"/>
        </w:rPr>
        <w:t>1:05:41  sab se asan tareeqa apne andar shukr ko develop karne ka yeh hai, ya shukr ka matlab kya hai? positive thinking. sari negativity khatam ho jayegi aap ki, aur positive thinking ke siwa kuch aap ke mind mein rahega nahi.</w:t>
      </w:r>
      <w:r>
        <w:br/>
      </w:r>
      <w:r>
        <w:rPr>
          <w:sz w:val="20"/>
        </w:rPr>
        <w:t>1:05:56  bas itna aap karen ke apne present ko past se compare karte rahen. har aadmi ke paas jo past hota hai, woh kuch hota hai, present jo hai, woh kuch hota hai.</w:t>
      </w:r>
      <w:r>
        <w:br/>
      </w:r>
      <w:r>
        <w:rPr>
          <w:sz w:val="20"/>
        </w:rPr>
        <w:t>1:06:09  jaise main hyderabad mein gaya to wahan mujhe diya gaya tha topic bolne ke liye ke hyderabad ke musalman kya karen.</w:t>
      </w:r>
      <w:r>
        <w:br/>
      </w:r>
      <w:r>
        <w:rPr>
          <w:sz w:val="20"/>
        </w:rPr>
        <w:t>1:06:21  yeh topic diya gaya tha. to main ne kaha ke yeh karen ke woh shukr karen.</w:t>
      </w:r>
      <w:r>
        <w:br/>
      </w:r>
      <w:r>
        <w:rPr>
          <w:sz w:val="20"/>
        </w:rPr>
        <w:t>1:06:27  phir main ne poocha ke dekhen, jab independence se pehle ka jo hyderabad tha, to main yahan aaya tha. is waqt independence se pehle gaya tha main wahan.</w:t>
      </w:r>
      <w:r>
        <w:br/>
      </w:r>
      <w:r>
        <w:rPr>
          <w:sz w:val="20"/>
        </w:rPr>
        <w:t>1:06:38  to main ne dekha, main ne kaha ke wahan siwaye rickshaw ke aur kuch dikhai nahi deta. sirf rickshaw, rickshaw, rickshaw. aur ab main aaya hoon to wahan par airport par utra hoon. main to car hi car musalmanon ke mehle mein jaon ya jahan bhi jaon, car hi car.</w:t>
      </w:r>
      <w:r>
        <w:br/>
      </w:r>
      <w:r>
        <w:rPr>
          <w:sz w:val="20"/>
        </w:rPr>
        <w:t>1:06:51  acchi sadken sab. to</w:t>
      </w:r>
      <w:r>
        <w:br/>
      </w:r>
      <w:r>
        <w:rPr>
          <w:sz w:val="20"/>
        </w:rPr>
        <w:t>1:06:53  aap compare kijiye ke aaj aap caron par dor rahe hain, is se pehle aap riksha khichte the. to shukr hi shukr aayega. to main samajhta hoon ke positive thinking ko develop karne ka sab se aasan tareeqa yeh hai ke aap apne present ko past se compare karen.</w:t>
      </w:r>
      <w:r>
        <w:br/>
      </w:r>
      <w:r>
        <w:rPr>
          <w:sz w:val="20"/>
        </w:rPr>
        <w:t>1:07:10  b</w:t>
      </w:r>
      <w:r>
        <w:br/>
      </w:r>
      <w:r>
        <w:rPr>
          <w:sz w:val="20"/>
        </w:rPr>
        <w:t>1:07:11  s aap apne doosre ke nahin. yeh nahin ke uss waqt falan raja kaise rehta tha, falan badshah kaise rehta tha, yeh matlab nahin. apne present ko apne past se ke main aaj jahan hoon, kya mere dada bhi aise hi the?</w:t>
      </w:r>
      <w:r>
        <w:br/>
      </w:r>
      <w:r>
        <w:rPr>
          <w:sz w:val="20"/>
        </w:rPr>
        <w:t>1:07:25  wahan dada ki haalat kya thi? to maloom hoga ke dada se main hazaar guna behtar hoon. to saari negative thinking apne aap khatam ho jayegi.</w:t>
      </w:r>
      <w:r>
        <w:br/>
      </w:r>
      <w:r>
        <w:rPr>
          <w:sz w:val="20"/>
        </w:rPr>
        <w:t>1:07:35  negative thinking jo aati hai, woh sirf iss liye aati hai ke aadmi past ko bhula kar ke sochta hai. past ko bhula kar ke sochta hai.</w:t>
      </w:r>
      <w:r>
        <w:br/>
      </w:r>
      <w:r>
        <w:rPr>
          <w:sz w:val="20"/>
        </w:rPr>
        <w:t>1:07:46  bahut hi aasan tareeqa. main to daily yahi karta hoon, rozana yahi karta hoon. aaj bhi maine yahi kiya ke main yeh socha ke aap bol raha hoon. main is se pehle bhi bolta tha.</w:t>
      </w:r>
      <w:r>
        <w:br/>
      </w:r>
      <w:r>
        <w:rPr>
          <w:sz w:val="20"/>
        </w:rPr>
        <w:t>1:07:56  jab main apne gaon mein tha, main aadha bada tha to wahan par yeh sab kuch bhi nahin tha. yeh system hi nahin tha, yeh technology nahin</w:t>
      </w:r>
      <w:r>
        <w:br/>
      </w:r>
      <w:r>
        <w:rPr>
          <w:sz w:val="20"/>
        </w:rPr>
        <w:t>1:08:04  thi. aaj main bol raha hoon to meri baat record ho rahi hai. woh yaani video recording ho rahi hai. duniya mein jagah jo log sun rahe hain, to maine compare kiya aaj ko past se.</w:t>
      </w:r>
      <w:r>
        <w:br/>
      </w:r>
      <w:r>
        <w:rPr>
          <w:sz w:val="20"/>
        </w:rPr>
        <w:t>1:08:18  to likha ke kitna Allah ka shukr hai. to shukr ka matlab kya hai? apni negativity, negative thinking ko khatam karna aur positive thinking ko develop karna.</w:t>
      </w:r>
      <w:r>
        <w:br/>
      </w:r>
      <w:r>
        <w:rPr>
          <w:sz w:val="20"/>
        </w:rPr>
        <w:t>1:08:28  sab se bada jo formula hai personality development ka, woh yeh hai ke aap apne andar se negative thinking ko khatam karen aur positive thinking ko develop karen.</w:t>
      </w:r>
      <w:r>
        <w:br/>
      </w:r>
      <w:r>
        <w:rPr>
          <w:sz w:val="20"/>
        </w:rPr>
        <w:t>1:08:39  aur is ka sab se aasan raaz yahi hai har aadmi ke liye. jaise abhi kal ki baat hai, ek sahab mere paas aaye, suit woot pehne hue the.</w:t>
      </w:r>
      <w:r>
        <w:br/>
      </w:r>
      <w:r>
        <w:rPr>
          <w:sz w:val="20"/>
        </w:rPr>
        <w:t>1:08:49  woh bahut hi shandaar suit tha un ka. to woh bhi lage yeh kehne ke musalmanon par zulm ho raha hai, yeh ho raha hai, woh ho raha hai.</w:t>
      </w:r>
      <w:r>
        <w:br/>
      </w:r>
      <w:r>
        <w:rPr>
          <w:sz w:val="20"/>
        </w:rPr>
        <w:t>1:08:56  main un ko jaanta tha iss waqt se jab ke woh naujawan the, to bilkul mamooli haalat mein the. woh bilkul ek par family paida hue the.</w:t>
      </w:r>
      <w:r>
        <w:br/>
      </w:r>
      <w:r>
        <w:rPr>
          <w:sz w:val="20"/>
        </w:rPr>
        <w:t>1:09:05  main ne kaha apne aap ko compare kijiye ke aaj aap iss haalat mein, aap ke bachche jo hain Europe mein settle ho gaye hain, to aap shukr shukr kyun nahin karte?</w:t>
      </w:r>
      <w:r>
        <w:br/>
      </w:r>
      <w:r>
        <w:rPr>
          <w:sz w:val="20"/>
        </w:rPr>
        <w:t>1:09:15  shikayatein kyun karte hain?</w:t>
      </w:r>
      <w:r>
        <w:br/>
      </w:r>
      <w:r>
        <w:rPr>
          <w:sz w:val="20"/>
        </w:rPr>
        <w:t>1:09:18  to main jo hai apne tajrube se maine paya hai ke log apne itni hi sab se waghera karen ke apne present ko apne past se compare karen.</w:t>
      </w:r>
      <w:r>
        <w:br/>
      </w:r>
      <w:r>
        <w:rPr>
          <w:sz w:val="20"/>
        </w:rPr>
        <w:t>1:09:28  to saari negativity, negative thinking khatam ho jaye.</w:t>
      </w:r>
      <w:r>
        <w:br/>
      </w:r>
      <w:r>
        <w:rPr>
          <w:sz w:val="20"/>
        </w:rPr>
        <w:t>1:09:36  Maulana, agla sawal lene se pehle ek comment padhna chahenge jo New York se Dr. Waqar Alam ne abhi abhi bheja hai.</w:t>
      </w:r>
      <w:r>
        <w:br/>
      </w:r>
      <w:r>
        <w:rPr>
          <w:sz w:val="20"/>
        </w:rPr>
        <w:t>1:09:44  unhone likha hai: "I work with brothers and sisters of Ibrahim faith and greet them in their new year.</w:t>
      </w:r>
      <w:r>
        <w:br/>
      </w:r>
      <w:r>
        <w:rPr>
          <w:sz w:val="20"/>
        </w:rPr>
        <w:t>1:09:55  in return, they ask me about the Islamic new year and that opens a discussion about Islamic faith and helps me to introduce them about Islam.</w:t>
      </w:r>
      <w:r>
        <w:br/>
      </w:r>
      <w:r>
        <w:rPr>
          <w:sz w:val="20"/>
        </w:rPr>
        <w:t>1:10:07  this is the positive side of new year greetings."</w:t>
      </w:r>
    </w:p>
    <w:p>
      <w:pPr>
        <w:pStyle w:val="Heading2"/>
      </w:pPr>
      <w:r>
        <w:t>How to become a stronger personality</w:t>
      </w:r>
    </w:p>
    <w:p>
      <w:r>
        <w:rPr>
          <w:color w:val="666666"/>
          <w:sz w:val="18"/>
        </w:rPr>
        <w:t>Life &amp; Wisdom · Dars-e-Quran, Chapter 39, Vs 67 (Glory of God) July 29, 2018 Maulana Wahiduddin Khan · 6m 27s · at 53:07 · https://youtu.be/xKvuhx08hQ4?t=3187</w:t>
      </w:r>
    </w:p>
    <w:p>
      <w:r>
        <w:rPr>
          <w:i/>
        </w:rPr>
        <w:t>“How can we become a stronger personality as God prefers stronger personality over weaker one? How can I come into stronger personality category? Please advise in this regard.”</w:t>
      </w:r>
    </w:p>
    <w:p>
      <w:r>
        <w:rPr>
          <w:sz w:val="20"/>
        </w:rPr>
        <w:t>53:07  aur is mein koi point hai? nahi, maulana, hum doosra sawal lete hain. doosra sawal bheja hai Ahmedabad se khursheed siddiqui sahib ne.</w:t>
      </w:r>
      <w:r>
        <w:br/>
      </w:r>
      <w:r>
        <w:rPr>
          <w:sz w:val="20"/>
        </w:rPr>
        <w:t>53:18  unhon ne likha hai: "maulana, how can we become a stronger personality as god prefers stronger personality over weaker one?</w:t>
      </w:r>
      <w:r>
        <w:br/>
      </w:r>
      <w:r>
        <w:rPr>
          <w:sz w:val="20"/>
        </w:rPr>
        <w:t>53:29  how can i come into stronger personality category? please advice in this regard."</w:t>
      </w:r>
      <w:r>
        <w:br/>
      </w:r>
      <w:r>
        <w:rPr>
          <w:sz w:val="20"/>
        </w:rPr>
        <w:t>53:38  yeh ghaleban aap ne is hadees ki roshni mein farmaya hai ke: "al momin al qawi</w:t>
      </w:r>
      <w:r>
        <w:br/>
      </w:r>
      <w:r>
        <w:rPr>
          <w:sz w:val="20"/>
        </w:rPr>
        <w:t>53:49  wa qaarib wa ahabb Allah abdullah wal kul khair." saath saath yeh bhi ke: "wal kul khair."</w:t>
      </w:r>
      <w:r>
        <w:br/>
      </w:r>
      <w:r>
        <w:rPr>
          <w:sz w:val="20"/>
        </w:rPr>
        <w:t>54:00  to iska matlab kya hai? khair dono ke liye hai. khair dono ke liye. to insaan apne ko,</w:t>
      </w:r>
      <w:r>
        <w:br/>
      </w:r>
      <w:r>
        <w:rPr>
          <w:sz w:val="20"/>
        </w:rPr>
        <w:t>54:15  yaani is is khairain mein jis khair ka faisla kiya Allah taala ne, uske liye. yaani yahan do khairain ka zikr hua: khair zaeef, khair qawi.</w:t>
      </w:r>
      <w:r>
        <w:br/>
      </w:r>
      <w:r>
        <w:rPr>
          <w:sz w:val="20"/>
        </w:rPr>
        <w:t>54:32  dono ke saath khair juda hua hai. to aap gaur o fikr ke zariye khair, agar aap zaeef samajhte hain apne aap ko, to khair zaeef ka discover kijiye.</w:t>
      </w:r>
      <w:r>
        <w:br/>
      </w:r>
      <w:r>
        <w:rPr>
          <w:sz w:val="20"/>
        </w:rPr>
        <w:t>54:48  agar aap momin qavi samajhte hain to khair qavi ka discover kijiye. is par maine likha hai risale mein.</w:t>
      </w:r>
      <w:r>
        <w:br/>
      </w:r>
      <w:r>
        <w:rPr>
          <w:sz w:val="20"/>
        </w:rPr>
        <w:t>54:59  to ek hai khair qavi, ek hai khair zaeef. dono mein se ek baharhal aap ke liye hai. agar agar agar aap samajhte hain ke main zaeef hoon to khair zaeef aap ke liye hai.</w:t>
      </w:r>
      <w:r>
        <w:br/>
      </w:r>
      <w:r>
        <w:rPr>
          <w:sz w:val="20"/>
        </w:rPr>
        <w:t>55:15  yani Allah ki taraf se. aur agar aap samajhte hain ke aap qavi hain to khair qavi aap ke liye hai Allah ki taraf se.</w:t>
      </w:r>
      <w:r>
        <w:br/>
      </w:r>
      <w:r>
        <w:rPr>
          <w:sz w:val="20"/>
        </w:rPr>
        <w:t>55:23  yani Allah dono mein se ek khair zaroor dega, dega, bashart ke aap jo fitrat ka tareeqa hai, us ke mutabiq us ko, us ko talash karen.</w:t>
      </w:r>
      <w:r>
        <w:br/>
      </w:r>
      <w:r>
        <w:rPr>
          <w:sz w:val="20"/>
        </w:rPr>
        <w:t>55:40  jahan tak main samajhta hoon ke khair zaeef, yani kam az kam mere liye, main samajhta hoon ke zyada badi baat hai.</w:t>
      </w:r>
      <w:r>
        <w:br/>
      </w:r>
      <w:r>
        <w:rPr>
          <w:sz w:val="20"/>
        </w:rPr>
        <w:t>55:58  khair zaeef zyada badi baat hai mere mere samajh se. kyun? is liye ke agar aap ka agar khair zaeef hai to aap us rukh par apni apni fikr chalayenge,</w:t>
      </w:r>
      <w:r>
        <w:br/>
      </w:r>
      <w:r>
        <w:rPr>
          <w:sz w:val="20"/>
        </w:rPr>
        <w:t>56:15  is rukh par daryaft karne ki koshish karenge. aur khair zaeef ke liye jo muqaddar hai, wo hai, wo muqaddar hai yani</w:t>
      </w:r>
      <w:r>
        <w:br/>
      </w:r>
      <w:r>
        <w:rPr>
          <w:sz w:val="20"/>
        </w:rPr>
        <w:t>56:32  modesty. tawazu. jo aadmi apne ko qavi nahi samajhta, nahi pata, jo apne ko zaeef pata hai,</w:t>
      </w:r>
      <w:r>
        <w:br/>
      </w:r>
      <w:r>
        <w:rPr>
          <w:sz w:val="20"/>
        </w:rPr>
        <w:t>56:47  to us ke liye ek bohat bada khair muqaddar hai. ab wo hai tawazu ya modesty.</w:t>
      </w:r>
      <w:r>
        <w:br/>
      </w:r>
      <w:r>
        <w:rPr>
          <w:sz w:val="20"/>
        </w:rPr>
        <w:t>56:57  achha dekhiye, maine is pe likha tha risale mein ke ke zaeef aadmi ko zyada apne is haqeeqat ka daryaft hoti hai ke wo zaeef hai.</w:t>
      </w:r>
      <w:r>
        <w:br/>
      </w:r>
      <w:r>
        <w:rPr>
          <w:sz w:val="20"/>
        </w:rPr>
        <w:t>57:20  to zouq le aati hai kahan? modesty ki taraf. aur modesty bohat hi qeemti cheez hai.</w:t>
      </w:r>
      <w:r>
        <w:br/>
      </w:r>
      <w:r>
        <w:rPr>
          <w:sz w:val="20"/>
        </w:rPr>
        <w:t>57:32  maine likha tha is ke bare mein ke modesty ek bohat hi anokha tohfa hai insaan ke liye.</w:t>
      </w:r>
      <w:r>
        <w:br/>
      </w:r>
      <w:r>
        <w:rPr>
          <w:sz w:val="20"/>
        </w:rPr>
        <w:t>57:44  kyun ke modest modest aadmi ko yeh mauqa milta hai ke wo is kainat mein doosra extend banaye.</w:t>
      </w:r>
      <w:r>
        <w:br/>
      </w:r>
      <w:r>
        <w:rPr>
          <w:sz w:val="20"/>
        </w:rPr>
        <w:t>57:56  doosra extend yani</w:t>
      </w:r>
      <w:r>
        <w:br/>
      </w:r>
      <w:r>
        <w:rPr>
          <w:sz w:val="20"/>
        </w:rPr>
        <w:t>58:01  Allah ya khaliq al powerful hai. al powerful to al powerful ke muqable mein al powerless ka jo extend hai, wo muqaddar hai zaeef ke liye.</w:t>
      </w:r>
      <w:r>
        <w:br/>
      </w:r>
      <w:r>
        <w:rPr>
          <w:sz w:val="20"/>
        </w:rPr>
        <w:t>58:18  yeh bohat hi important baat hai ke al power ke wo insaan jo zaeef paida hua hai, aap ke khayal se wo to bohat hi badi yani advantage us ko hasil hai.</w:t>
      </w:r>
      <w:r>
        <w:br/>
      </w:r>
      <w:r>
        <w:rPr>
          <w:sz w:val="20"/>
        </w:rPr>
        <w:t>58:35  kyun ke aisa insaan al powerful God ke muqable mein al powerless insaan ka extend banata hai.</w:t>
      </w:r>
      <w:r>
        <w:br/>
      </w:r>
      <w:r>
        <w:rPr>
          <w:sz w:val="20"/>
        </w:rPr>
        <w:t>58:48  aur jo jo qavi insaan hai, wo wo is ke liye bhi ek ek ek karname muqaddar hai ke jahan pehlwani pehlwani ka mauqa ho, wo pehlwani dikhaye.</w:t>
      </w:r>
      <w:r>
        <w:br/>
      </w:r>
      <w:r>
        <w:rPr>
          <w:sz w:val="20"/>
        </w:rPr>
        <w:t>59:04  jahan taqat ke istemaal ka mauqa ho, woh taqat istemaal kare.</w:t>
      </w:r>
      <w:r>
        <w:br/>
      </w:r>
      <w:r>
        <w:rPr>
          <w:sz w:val="20"/>
        </w:rPr>
        <w:t>59:10  lekin mera apna jo soch hai, to mein samajhta hoon ke insaan ke liye yeh ziyada bara</w:t>
      </w:r>
      <w:r>
        <w:br/>
      </w:r>
      <w:r>
        <w:rPr>
          <w:sz w:val="20"/>
        </w:rPr>
        <w:t>59:19  bari baat hai ke woh all powerful god ke muqable mein all powerless ka doosra extend</w:t>
      </w:r>
      <w:r>
        <w:br/>
      </w:r>
      <w:r>
        <w:rPr>
          <w:sz w:val="20"/>
        </w:rPr>
        <w:t>59:28  banaye.</w:t>
      </w:r>
    </w:p>
    <w:p>
      <w:pPr>
        <w:pStyle w:val="Heading2"/>
      </w:pPr>
      <w:r>
        <w:t>How to know if thinking is correct</w:t>
      </w:r>
    </w:p>
    <w:p>
      <w:r>
        <w:rPr>
          <w:color w:val="666666"/>
          <w:sz w:val="18"/>
        </w:rPr>
        <w:t>Life &amp; Wisdom · From The Spiritual Tree August 8, 2010 · 12m 19s · at 1:12:39 · https://youtu.be/H6e9NOrqgHI?t=4359</w:t>
      </w:r>
    </w:p>
    <w:p>
      <w:r>
        <w:rPr>
          <w:i/>
        </w:rPr>
        <w:t>“Even when thinking, there will be correct thinking; how can one know if one's thinking is correct?”</w:t>
      </w:r>
    </w:p>
    <w:p>
      <w:r>
        <w:rPr>
          <w:sz w:val="20"/>
        </w:rPr>
        <w:t>1:12:39  "som ramzan". yeh mil gayi aap koi good word mein. maulana, agla sawal kya hai mr ameenuddin qazi ne delhi se.</w:t>
      </w:r>
      <w:r>
        <w:br/>
      </w:r>
      <w:r>
        <w:rPr>
          <w:sz w:val="20"/>
        </w:rPr>
        <w:t>1:12:49  unhone poocha hai ke "sochne par bhi sahi soch hogi, use kaise maloom kiya jaye?" kyunke sochne ka power iq ki wajah se alag alag hota hai.</w:t>
      </w:r>
      <w:r>
        <w:br/>
      </w:r>
      <w:r>
        <w:rPr>
          <w:sz w:val="20"/>
        </w:rPr>
        <w:t>1:13:05  pehla sawal power alag hota hai. yeh to mein samajhta hoon, yaani kya matlab alag power ka hona kya matlab hai? maulana, kyunke har ek ka, kyunke iq alag alag hai, to agar har insan soch raha hai, hona kya matlab?</w:t>
      </w:r>
      <w:r>
        <w:br/>
      </w:r>
      <w:r>
        <w:rPr>
          <w:sz w:val="20"/>
        </w:rPr>
        <w:t>1:13:15  kahan kis science se pata hai ke alag alag hai? humm, yeh to mein ne kaun si science sabit karti hai ke alag alag hai? jaise aap ne har har cheez mein, kya woh allah ne jo banayi cheezein hain, us mein aap ne mushahida jo aap jo karte hain, hamare jaise normal aadmi aisa sochne par bhi nahi kar paate hain.</w:t>
      </w:r>
      <w:r>
        <w:br/>
      </w:r>
      <w:r>
        <w:rPr>
          <w:sz w:val="20"/>
        </w:rPr>
        <w:t>1:13:35  to yeh iq alag alag mushahida dekhein, alag ki baat nahi hai, level ki baat hai. yeh nahi ke yeh alag alag humm iq ke level different hota hai, alag alag nahi hota hai.</w:t>
      </w:r>
      <w:r>
        <w:br/>
      </w:r>
      <w:r>
        <w:rPr>
          <w:sz w:val="20"/>
        </w:rPr>
        <w:t>1:13:48  humm, alag alag ka word sahi nahi hota. level maulana shayad sahi level hai ke matlab is tarah se matlab ah itminan nahi hota ya yaqeen nahi hota ke hum jo soch rahe hain woh sahi hai.</w:t>
      </w:r>
      <w:r>
        <w:br/>
      </w:r>
      <w:r>
        <w:rPr>
          <w:sz w:val="20"/>
        </w:rPr>
        <w:t>1:13:59  humm, kya</w:t>
      </w:r>
      <w:r>
        <w:br/>
      </w:r>
      <w:r>
        <w:rPr>
          <w:sz w:val="20"/>
        </w:rPr>
        <w:t>1:14:02  dekhein,</w:t>
      </w:r>
      <w:r>
        <w:br/>
      </w:r>
      <w:r>
        <w:rPr>
          <w:sz w:val="20"/>
        </w:rPr>
        <w:t>1:14:07  mein arz karunga is se pehle bhi keh chuka hoon mein ke</w:t>
      </w:r>
      <w:r>
        <w:br/>
      </w:r>
      <w:r>
        <w:rPr>
          <w:sz w:val="20"/>
        </w:rPr>
        <w:t>1:14:14  do, yaani do options hain. log aksar third option lete hain, is liye galtiyan phanse rehte hain confusion mein.</w:t>
      </w:r>
      <w:r>
        <w:br/>
      </w:r>
      <w:r>
        <w:rPr>
          <w:sz w:val="20"/>
        </w:rPr>
        <w:t>1:14:26  third option kabhi nahi lena chahiye. do option kya hain?</w:t>
      </w:r>
      <w:r>
        <w:br/>
      </w:r>
      <w:r>
        <w:rPr>
          <w:sz w:val="20"/>
        </w:rPr>
        <w:t>1:14:30  ek hai taqleed ka option, ek hai ijtihad ka option, yaani mujtahidana ilm aur muqallidana ilm. yahi do option hain.</w:t>
      </w:r>
      <w:r>
        <w:br/>
      </w:r>
      <w:r>
        <w:rPr>
          <w:sz w:val="20"/>
        </w:rPr>
        <w:t>1:14:39  dekhiye, third option nahi hai. taqleed kya hai? taqleed bohat hi positive word hai, koi negative word nahi hai.</w:t>
      </w:r>
      <w:r>
        <w:br/>
      </w:r>
      <w:r>
        <w:rPr>
          <w:sz w:val="20"/>
        </w:rPr>
        <w:t>1:14:48  woh ek aam aadmi jo job karta hai, business kar raha hai, bachchon mein rehta hai, woh to time bohat kam rehta hai us ke paas.</w:t>
      </w:r>
      <w:r>
        <w:br/>
      </w:r>
      <w:r>
        <w:rPr>
          <w:sz w:val="20"/>
        </w:rPr>
        <w:t>1:14:59  to use kya</w:t>
      </w:r>
      <w:r>
        <w:br/>
      </w:r>
      <w:r>
        <w:rPr>
          <w:sz w:val="20"/>
        </w:rPr>
        <w:t>1:15:00  karna chahiye? kisi aalim ka muqallid ban jaye. woh jis aalim par us ko bharosa ho, jo aalim bataye, us ke mutabiq kare, ya jo quran ka hadith ka tarjuma us ke apni zuban mein maujood hota hai, us ko parhe.</w:t>
      </w:r>
      <w:r>
        <w:br/>
      </w:r>
      <w:r>
        <w:rPr>
          <w:sz w:val="20"/>
        </w:rPr>
        <w:t>1:15:16  saada taur par jo maloom ho, us ko kare. yeh ek</w:t>
      </w:r>
      <w:r>
        <w:br/>
      </w:r>
      <w:r>
        <w:rPr>
          <w:sz w:val="20"/>
        </w:rPr>
        <w:t>1:15:21  tareeqa hai ke jis ke paas time kam hai, jis ke paas jo zyada mein is mein study mein nahi apne aap ko daal sakta hai, to woh aisa kare, muqallid ban jaye.</w:t>
      </w:r>
      <w:r>
        <w:br/>
      </w:r>
      <w:r>
        <w:rPr>
          <w:sz w:val="20"/>
        </w:rPr>
        <w:t>1:15:31  woh doosri cheez kya hai? aadmi chahta hai ke mujtahidana ilm us ko ho, to us ko phir time dena padega.</w:t>
      </w:r>
      <w:r>
        <w:br/>
      </w:r>
      <w:r>
        <w:rPr>
          <w:sz w:val="20"/>
        </w:rPr>
        <w:t>1:15:45  time deny ka mani hai ke aap ko 20 saal, 30 saal, 50 saal mutala karna paray ga,</w:t>
      </w:r>
      <w:r>
        <w:br/>
      </w:r>
      <w:r>
        <w:rPr>
          <w:sz w:val="20"/>
        </w:rPr>
        <w:t>1:15:51  tab ja kar ke woh batain khulain gi. log kya kartay hain? log yani time detay nahin hain aur chahtay hain ke mujtahidana ilm unhain hasil ho jaye.</w:t>
      </w:r>
      <w:r>
        <w:br/>
      </w:r>
      <w:r>
        <w:rPr>
          <w:sz w:val="20"/>
        </w:rPr>
        <w:t>1:16:01  that is third option.</w:t>
      </w:r>
      <w:r>
        <w:br/>
      </w:r>
      <w:r>
        <w:rPr>
          <w:sz w:val="20"/>
        </w:rPr>
        <w:t>1:16:05  woh woh kabhi woh feasible nahin hai. woh sahi, mein sab se kehta hoon ke dekho, aap ke liye third option mumkin nahin hai. ya to aap muqallid ban jai</w:t>
      </w:r>
      <w:r>
        <w:br/>
      </w:r>
      <w:r>
        <w:rPr>
          <w:sz w:val="20"/>
        </w:rPr>
        <w:t>1:16:16  ye, chup chap se koi jo aadmi kar raha hai, us ko us ko us par amal ki jiye bas, aur koi idhar udhar ke sawal mat kijiye. agar aap ko muqallid nahin banna hai to phir study kijiye, aap arabi zaban parhiye,</w:t>
      </w:r>
      <w:r>
        <w:br/>
      </w:r>
      <w:r>
        <w:rPr>
          <w:sz w:val="20"/>
        </w:rPr>
        <w:t>1:16:29  aap quran o hadith ko, sari tafseeron ko, hadithon ko, sari kitabon ko parhiye, aur 40 saal tak parhtay rahiye, parhtay rahiye, parhtay rahiye.</w:t>
      </w:r>
      <w:r>
        <w:br/>
      </w:r>
      <w:r>
        <w:rPr>
          <w:sz w:val="20"/>
        </w:rPr>
        <w:t>1:16:41  aik aik qissa mujhe yaad aya, angrezon ke zamanay mein aik nawab sahib wahan gaye, oxford gaye.</w:t>
      </w:r>
      <w:r>
        <w:br/>
      </w:r>
      <w:r>
        <w:rPr>
          <w:sz w:val="20"/>
        </w:rPr>
        <w:t>1:16:51  to oxford jo hai, university hai, wahan bohat bari purani. to is ke lawn kaha jata hai ke bohat achay lawn hain, is ke oxford ke lawn bohat achay hain.</w:t>
      </w:r>
      <w:r>
        <w:br/>
      </w:r>
      <w:r>
        <w:rPr>
          <w:sz w:val="20"/>
        </w:rPr>
        <w:t>1:17:02  to nawab sahib wahan gaye to unhon ne lawn dekha, bara acha laga un ko, bohat umda lawn.</w:t>
      </w:r>
      <w:r>
        <w:br/>
      </w:r>
      <w:r>
        <w:rPr>
          <w:sz w:val="20"/>
        </w:rPr>
        <w:t>1:17:10  to unhon ne kaha ke is ke mali ko bulaya, woh jo head tha mali ka wahan, aur kaha ke hum apni kothi mein aisi lawn chahtay hain india mein.</w:t>
      </w:r>
      <w:r>
        <w:br/>
      </w:r>
      <w:r>
        <w:rPr>
          <w:sz w:val="20"/>
        </w:rPr>
        <w:t>1:17:22  to mali ne kaha, "sir, bara bohat asan hai." to unhon ne kaha, "kese?" kaha ke "aap ke pas zameen to hogi, zameen ko level kijiye,</w:t>
      </w:r>
      <w:r>
        <w:br/>
      </w:r>
      <w:r>
        <w:rPr>
          <w:sz w:val="20"/>
        </w:rPr>
        <w:t>1:17:33  level kar ke is mein khad daliye, khad dal ke is mein pani daliye, pani dal ke is mein ghas lagaiye, phir us ko barabar kaatate rahiye, kaatate rahiye, kaatate rahiye, aur phir bar bar barabar ghas aur pani aur yeh sab detay rahiye, aur 500 saal tak aisay karte rahiye.</w:t>
      </w:r>
      <w:r>
        <w:br/>
      </w:r>
      <w:r>
        <w:rPr>
          <w:sz w:val="20"/>
        </w:rPr>
        <w:t>1:17:48  aap phir aisi lawn aap ki kothi mein ho jaye ga. matlab yeh jo oxford university hai, 500 saal mein bani hai, yeh is ka is ka jo lawn hai, woh aisa nahin ke 2 din mein tayyar ho gaya.</w:t>
      </w:r>
      <w:r>
        <w:br/>
      </w:r>
      <w:r>
        <w:rPr>
          <w:sz w:val="20"/>
        </w:rPr>
        <w:t>1:18:02  woh</w:t>
      </w:r>
      <w:r>
        <w:br/>
      </w:r>
      <w:r>
        <w:rPr>
          <w:sz w:val="20"/>
        </w:rPr>
        <w:t>1:18:04  500 saal tak is ki dekh rahe, koi usay kaata gaya, tarasha gaya, to itnay shandar lawn hain wahan par. to yeh mamla yahan bhi hai, ya to aadmi gehra mutala kare, usay time de.</w:t>
      </w:r>
      <w:r>
        <w:br/>
      </w:r>
      <w:r>
        <w:rPr>
          <w:sz w:val="20"/>
        </w:rPr>
        <w:t>1:18:18  mein ne gehra mutala kiya to mein, yani, yani bachon ko bhi chhod chhodna para. mujhe log kehtay hain ke yeh to pagal hain, bachon ka kya hoga?</w:t>
      </w:r>
      <w:r>
        <w:br/>
      </w:r>
      <w:r>
        <w:rPr>
          <w:sz w:val="20"/>
        </w:rPr>
        <w:t>1:18:27  baqayda mere rishtaydar yeh kehtay thay ke in ke bachon ka kya hoga?</w:t>
      </w:r>
      <w:r>
        <w:br/>
      </w:r>
      <w:r>
        <w:rPr>
          <w:sz w:val="20"/>
        </w:rPr>
        <w:t>1:18:35  aik martaba mein adam, mujhe ab tak yaad hai woh manzar ke mein kahin gaya hua tha, to jab wapas aya to hamari biwi theen, bachay hamare ho chukay thay us waqt.</w:t>
      </w:r>
      <w:r>
        <w:br/>
      </w:r>
      <w:r>
        <w:rPr>
          <w:sz w:val="20"/>
        </w:rPr>
        <w:t>1:18:44  to unhon ne kaha, "hum in ki aik saheli hua karti theen, ab saheli ka bhi intiqal ho gaya." to unhon ne kaha ke woh keh rahi theen ke "bhai, tumhare jo aadmi hain, matlab mein jo shohar tumhare hain, un ka kharcha un ke bhai uthatay hain,</w:t>
      </w:r>
      <w:r>
        <w:br/>
      </w:r>
      <w:r>
        <w:rPr>
          <w:sz w:val="20"/>
        </w:rPr>
        <w:t>1:19:00  tumhara kya hoga un ke baad? tumhare bachay kon paale</w:t>
      </w:r>
      <w:r>
        <w:br/>
      </w:r>
      <w:r>
        <w:rPr>
          <w:sz w:val="20"/>
        </w:rPr>
        <w:t>1:19:03  ga? kya kese chalay ga kaam tumhara?" to mein, mujhe yaad hai ab tak, mein khara tha aur un ko suna.</w:t>
      </w:r>
      <w:r>
        <w:br/>
      </w:r>
      <w:r>
        <w:rPr>
          <w:sz w:val="20"/>
        </w:rPr>
        <w:t>1:19:12  un ke baad kharay kharay mein ne jawab diya ke "un se keh do ke yeh kashti apne tamam sawaron samait bas Allah ke hawale hai." to mein ne, mein ne woh option liya, ijtihad wala option.</w:t>
      </w:r>
      <w:r>
        <w:br/>
      </w:r>
      <w:r>
        <w:rPr>
          <w:sz w:val="20"/>
        </w:rPr>
        <w:t>1:19:26  mein keh sakta hoon ke mera, mera yeh poora mission ijtihad pe chal raha hai, taqleed par nahin chal raha hai. yeh</w:t>
      </w:r>
      <w:r>
        <w:br/>
      </w:r>
      <w:r>
        <w:rPr>
          <w:sz w:val="20"/>
        </w:rPr>
        <w:t>1:19:32  to mein ne is ki price di hai ke mein yeh kehta hoon ke mera mission ijtihad par chal raha hai. to mein ne us ko price di hai,</w:t>
      </w:r>
      <w:r>
        <w:br/>
      </w:r>
      <w:r>
        <w:rPr>
          <w:sz w:val="20"/>
        </w:rPr>
        <w:t>1:19:40  sari zindagi parha hai, parha hai, parha hai, parha hai, parha hai. ab log price dilana chahtay hain aur chahtay hain ke mujtahid ban jayen, tere din pass huay.</w:t>
      </w:r>
      <w:r>
        <w:br/>
      </w:r>
      <w:r>
        <w:rPr>
          <w:sz w:val="20"/>
        </w:rPr>
        <w:t>1:19:50  to mein arz karunga ke logon ko chahiye ke aap to muqallid banen, aur muqallid banne par raazi nahi hain to phir phir ijtihad ki prize dein is ki. prize mein ne is tarah padhaya hai ke ek zamane mein mein dar-ul-uloom padhta tha to marks ne is tarah padha tha.</w:t>
      </w:r>
      <w:r>
        <w:br/>
      </w:r>
      <w:r>
        <w:rPr>
          <w:sz w:val="20"/>
        </w:rPr>
        <w:t>1:20:06  marks ne mujhe ek hi aadmi maloom hai, mere tareeqe se.</w:t>
      </w:r>
      <w:r>
        <w:br/>
      </w:r>
      <w:r>
        <w:rPr>
          <w:sz w:val="20"/>
        </w:rPr>
        <w:t>1:20:10  marks jo hai, berlin ki university mein subah ko jata tha, jab darwaze khulte the is ke, matlab library ke. is ke baad jab band hota tha, tab wo nikalta tha.</w:t>
      </w:r>
      <w:r>
        <w:br/>
      </w:r>
      <w:r>
        <w:rPr>
          <w:sz w:val="20"/>
        </w:rPr>
        <w:t>1:20:20  wahan</w:t>
      </w:r>
      <w:r>
        <w:br/>
      </w:r>
      <w:r>
        <w:rPr>
          <w:sz w:val="20"/>
        </w:rPr>
        <w:t>1:20:23  aise hi mani kya hai ke dar-ul-uloom rafeen ka jab darwaza khulta tha library ka to wo pehla shakhs hota tha, hamara dakhil hone wala. jab band ho raha tha, hota tha to mein aakhri shakhs hota tha, nikalne wala.</w:t>
      </w:r>
      <w:r>
        <w:br/>
      </w:r>
      <w:r>
        <w:rPr>
          <w:sz w:val="20"/>
        </w:rPr>
        <w:t>1:20:35  to mein yeh keh sakta hoon ke mera mission ijtihad par khada hua hai, lekin jo aadmi yeh sab nahi kare to muqallid banna padega.</w:t>
      </w:r>
      <w:r>
        <w:br/>
      </w:r>
      <w:r>
        <w:rPr>
          <w:sz w:val="20"/>
        </w:rPr>
        <w:t>1:20:43  isko wo ijtihad mein nahi ja sakte, ho sakta hai wo third option nahi le sakte. aap is duniya mein third option possible hai. doosra sawal lete hain.</w:t>
      </w:r>
      <w:r>
        <w:br/>
      </w:r>
      <w:r>
        <w:rPr>
          <w:sz w:val="20"/>
        </w:rPr>
        <w:t>1:20:52  maulana, yeh poocha hai maulana zikwan nadvi ne dilli se, unhon ne likha hai ke "what is the importance of reading seerah of the prophet of islam and his companions life for a da'i?</w:t>
      </w:r>
      <w:r>
        <w:br/>
      </w:r>
      <w:r>
        <w:rPr>
          <w:sz w:val="20"/>
        </w:rPr>
        <w:t>1:21:08  which books you will recommend in this regard?"</w:t>
      </w:r>
      <w:r>
        <w:br/>
      </w:r>
      <w:r>
        <w:rPr>
          <w:sz w:val="20"/>
        </w:rPr>
        <w:t>1:21:13  dekhen, islam mein aisa hai ke ek hai, yani ek hai is ki theory, ek hai is ki practice.</w:t>
      </w:r>
      <w:r>
        <w:br/>
      </w:r>
      <w:r>
        <w:rPr>
          <w:sz w:val="20"/>
        </w:rPr>
        <w:t>1:21:26  to agar aap ko yeh janna ho ke islam ki ideology kya hai, islam ke nazariyat kya hain, islam ke basic principles kya hain, to aap quran ko padhen.</w:t>
      </w:r>
      <w:r>
        <w:br/>
      </w:r>
      <w:r>
        <w:rPr>
          <w:sz w:val="20"/>
        </w:rPr>
        <w:t>1:21:38  jitne bhi basic principles hain, wo poore ke poore islam quran mein mil jayenge aap ko. lekin jab sawal aata hai ke kaise practice kiya jaye, to rasool allah ne farmaya tha ke "sallu kama ra'aytani salli".</w:t>
      </w:r>
      <w:r>
        <w:br/>
      </w:r>
      <w:r>
        <w:rPr>
          <w:sz w:val="20"/>
        </w:rPr>
        <w:t>1:21:59  namaz padho is tarah jis tarah se mein namaz padhta hoon, mujh ko dekh kar ke. to yeh mani ke islam mein rasool allah model hain,</w:t>
      </w:r>
      <w:r>
        <w:br/>
      </w:r>
      <w:r>
        <w:rPr>
          <w:sz w:val="20"/>
        </w:rPr>
        <w:t>1:22:07  yani quran jo hai, wo islam ki ideology batata hai, rasool allah model hain. rasool allah ko dekh kar ke hum jante hain, jaan paate hain ke islam par kaise chala jaye.</w:t>
      </w:r>
      <w:r>
        <w:br/>
      </w:r>
      <w:r>
        <w:rPr>
          <w:sz w:val="20"/>
        </w:rPr>
        <w:t>1:22:21  aur isi tareeqe se sahaba model hain, kyunke sahaba ne direct taur par rasool allah seekha, direct taur par.</w:t>
      </w:r>
      <w:r>
        <w:br/>
      </w:r>
      <w:r>
        <w:rPr>
          <w:sz w:val="20"/>
        </w:rPr>
        <w:t>1:22:30  to asal model to rasool allah hue, asal model hai, lekin tawan, tawan matlab te se tawan, sahaba model hain.</w:t>
      </w:r>
      <w:r>
        <w:br/>
      </w:r>
      <w:r>
        <w:rPr>
          <w:sz w:val="20"/>
        </w:rPr>
        <w:t>1:22:41  is ke baad koi model nahi, is ke baad koi model nahi hai. asal model rasool allah hue, aur aur un ke, yani un ke direct taur par un se tarbiyat lene ki bina par sahaba model hue.</w:t>
      </w:r>
      <w:r>
        <w:br/>
      </w:r>
      <w:r>
        <w:rPr>
          <w:sz w:val="20"/>
        </w:rPr>
        <w:t>1:23:00  yeh to usooli baat hui. ab mein yeh kahunga ke jis ko in baaton ko janna hai, to pehle to wo quran ko padhe, arabi nahi janta to tarjuma padhe.</w:t>
      </w:r>
      <w:r>
        <w:br/>
      </w:r>
      <w:r>
        <w:rPr>
          <w:sz w:val="20"/>
        </w:rPr>
        <w:t>1:23:13  to seerah par jo kitaben hain, seerah par hazaron kitaben likhi gayi hain, hazaron kitaben likhi gayi hain. lekin agar kisi ek kitab ko mein recommend karun to mein kahunga ke wo seerah ibn kathir.</w:t>
      </w:r>
      <w:r>
        <w:br/>
      </w:r>
      <w:r>
        <w:rPr>
          <w:sz w:val="20"/>
        </w:rPr>
        <w:t>1:23:25  seerah ibn kathir jo hai, urdu mein bhi hai aur is ke tarjume bhi chhap chuke hain mukhtalif zubanon mein. to ek kitab agar mauqa hai aadmi ko padhne ka sirf to seerah ibn kathir padhen.</w:t>
      </w:r>
      <w:r>
        <w:br/>
      </w:r>
      <w:r>
        <w:rPr>
          <w:sz w:val="20"/>
        </w:rPr>
        <w:t>1:23:37  wo jo mere paas wo arabi mein hai, ghaliban char juldon mein hai. wo to aslan wo al-bidaya wa al-nihaya jo un ki bahut badi kitab hai, us ka hissa hai.</w:t>
      </w:r>
      <w:r>
        <w:br/>
      </w:r>
      <w:r>
        <w:rPr>
          <w:sz w:val="20"/>
        </w:rPr>
        <w:t>1:23:49  wo yani ibn kathir bahut bade aalim the, unhon ne islam ki tareekh likhi hai. is tareekh ka ek hissa wo hai jo rasool allah se mutalliq hai, us ko alag kar ke chhap diya gaya hai, isi ka naam hai seerah ibn kathir.</w:t>
      </w:r>
      <w:r>
        <w:br/>
      </w:r>
      <w:r>
        <w:rPr>
          <w:sz w:val="20"/>
        </w:rPr>
        <w:t>1:24:05  sahaba ke bare mein jahan tak hai, bahut sari kitaben likhi gayi hain, bahut sari kitaben, lekin mere khayal se best kitab jo hai, wo maulana yusuf sahib ki hai, jis ka naam hai hayat al-sahaba.</w:t>
      </w:r>
      <w:r>
        <w:br/>
      </w:r>
      <w:r>
        <w:rPr>
          <w:sz w:val="20"/>
        </w:rPr>
        <w:t>1:24:17  yeh kitab bhi dekhen, arabi mein bhi hai, is ke tarjume bhi chhap chuke hain. to mein yeh kahunga ke jis ko ke mauqa ho to poori library padh sakta hai wo, lekin jis ko mauqa na ho to itna padhe wo</w:t>
      </w:r>
      <w:r>
        <w:br/>
      </w:r>
      <w:r>
        <w:rPr>
          <w:sz w:val="20"/>
        </w:rPr>
        <w:t>1:24:32  , yani quran ko padhe aur seerah ibn kathir ko padhe. hadithon ke liye wo mishkat ko padhe, mishkat al-masabih ko padhe, wo bhi tarjume maujood hain is ke.</w:t>
      </w:r>
      <w:r>
        <w:br/>
      </w:r>
      <w:r>
        <w:rPr>
          <w:sz w:val="20"/>
        </w:rPr>
        <w:t>1:24:43  aur phir sahaba ke liye woh hayat us sahaba ko parhe, phir us ko islam ki poori tasweer samne aa jaye gi, poori tasweer is ke samne aa jaye gi, nazri bhi, amli bhi.</w:t>
      </w:r>
    </w:p>
    <w:p>
      <w:pPr>
        <w:pStyle w:val="Heading2"/>
      </w:pPr>
      <w:r>
        <w:t>How to stay positive amidst constant distractions?</w:t>
      </w:r>
    </w:p>
    <w:p>
      <w:r>
        <w:rPr>
          <w:color w:val="666666"/>
          <w:sz w:val="18"/>
        </w:rPr>
        <w:t>Life &amp; Wisdom · The Power of Remembering God Often September 26, 2010 · 7m 37s · at 59:53 · https://youtu.be/GMmwEr7Wt80?t=3593</w:t>
      </w:r>
    </w:p>
    <w:p>
      <w:r>
        <w:rPr>
          <w:i/>
        </w:rPr>
        <w:t>“How can I protect myself from distractions? I live in a place where there is constant musical noise, useless talk, and someone always eavesdropping at my door. How can I maintain a positive personality in this environment?”</w:t>
      </w:r>
    </w:p>
    <w:p>
      <w:r>
        <w:rPr>
          <w:sz w:val="20"/>
        </w:rPr>
        <w:t>59:53  maulana, yeh sawaal miss nozd bano ne kiya hai, mo madhya pradesh se. unhone likha hai keh khud ko distraction se kaise bachaya jaaye?</w:t>
      </w:r>
      <w:r>
        <w:br/>
      </w:r>
      <w:r>
        <w:rPr>
          <w:sz w:val="20"/>
        </w:rPr>
        <w:t>1:00:06  jis jagah aap reh rahe hon, ek dwa deewar bhar ka faasla ho, wahaan har waqt musical shor ho, fazool guftagu ho, aur har waqt koi aap ke darwaaze se kaan lagaaye rehta ho keh aap kya baatein kar rahe hain?</w:t>
      </w:r>
      <w:r>
        <w:br/>
      </w:r>
      <w:r>
        <w:rPr>
          <w:sz w:val="20"/>
        </w:rPr>
        <w:t>1:00:24  rehnnumai karein, main is in baaton ko bahut bura samajhti hoon. mujhe kya karna chahiye? main is mein, main is mahaul mein positive personality mein kaise rahoon?</w:t>
      </w:r>
      <w:r>
        <w:br/>
      </w:r>
      <w:r>
        <w:rPr>
          <w:sz w:val="20"/>
        </w:rPr>
        <w:t>1:00:38  dekhein, yeh kisi ek aadmi ki baat nahi, hum sab ki baat hai, hum sab ki baat hai.</w:t>
      </w:r>
      <w:r>
        <w:br/>
      </w:r>
      <w:r>
        <w:rPr>
          <w:sz w:val="20"/>
        </w:rPr>
        <w:t>1:00:47  jaise keh main dekhiye, yahaan par mera jo residence hai, us ke saamne lambi balcony hai, wahaan baithta hoon.</w:t>
      </w:r>
      <w:r>
        <w:br/>
      </w:r>
      <w:r>
        <w:rPr>
          <w:sz w:val="20"/>
        </w:rPr>
        <w:t>1:00:57  mujhe bahut achha lagta hai, wahaan mera spiritual tree hai, wahaan suraj chamakta hai, aasmaan aur hawaayein aur chidiyaan, yeh sab manaazir hon.</w:t>
      </w:r>
      <w:r>
        <w:br/>
      </w:r>
      <w:r>
        <w:rPr>
          <w:sz w:val="20"/>
        </w:rPr>
        <w:t>1:01:08  main bada achha lagta hai jaise keh khuda ke pados mein main hoon. itne mein ek gaadi aayegi aur tez horn bajaati hai, guzar jaayegi.</w:t>
      </w:r>
      <w:r>
        <w:br/>
      </w:r>
      <w:r>
        <w:rPr>
          <w:sz w:val="20"/>
        </w:rPr>
        <w:t>1:01:20  itne mein ek aadmi aayega aur zor zor se mobile par baat karta hoga.</w:t>
      </w:r>
      <w:r>
        <w:br/>
      </w:r>
      <w:r>
        <w:rPr>
          <w:sz w:val="20"/>
        </w:rPr>
        <w:t>1:01:28  is tarah ke waaqeaat har waqt pesh aate hain.</w:t>
      </w:r>
      <w:r>
        <w:br/>
      </w:r>
      <w:r>
        <w:rPr>
          <w:sz w:val="20"/>
        </w:rPr>
        <w:t>1:01:35  to main is se pehle disturb hota tha, ab Allah ke fazl se main disturb nahi hota.</w:t>
      </w:r>
      <w:r>
        <w:br/>
      </w:r>
      <w:r>
        <w:rPr>
          <w:sz w:val="20"/>
        </w:rPr>
        <w:t>1:01:46  is liye kyun? is ko main opportunity ke taur par lene laga.</w:t>
      </w:r>
      <w:r>
        <w:br/>
      </w:r>
      <w:r>
        <w:rPr>
          <w:sz w:val="20"/>
        </w:rPr>
        <w:t>1:01:50  pehley main leta tha is ko problem ke taur par, samsya ke taur par. ab main lene laga is ko opportunity ke taur par. woh kya?</w:t>
      </w:r>
      <w:r>
        <w:br/>
      </w:r>
      <w:r>
        <w:rPr>
          <w:sz w:val="20"/>
        </w:rPr>
        <w:t>1:02:02  main ne kaha keh yahi to woh mahaul hai jis mein mujhe stand karna hai, tabhi to jannat milegi? khuda pukaarega keh woh insaan kahan hai</w:t>
      </w:r>
      <w:r>
        <w:br/>
      </w:r>
      <w:r>
        <w:rPr>
          <w:sz w:val="20"/>
        </w:rPr>
        <w:t>1:02:16  jo shor sun kar bhi disturb nahi hue,</w:t>
      </w:r>
      <w:r>
        <w:br/>
      </w:r>
      <w:r>
        <w:rPr>
          <w:sz w:val="20"/>
        </w:rPr>
        <w:t>1:02:21  jo gaaliyan sun kar ke bhi jin ke dil mein mail nahi aaya, jo negative tajurbaat ke baad beech mein woh positive bane rahe?</w:t>
      </w:r>
      <w:r>
        <w:br/>
      </w:r>
      <w:r>
        <w:rPr>
          <w:sz w:val="20"/>
        </w:rPr>
        <w:t>1:02:30  kahan hai woh insaan</w:t>
      </w:r>
      <w:r>
        <w:br/>
      </w:r>
      <w:r>
        <w:rPr>
          <w:sz w:val="20"/>
        </w:rPr>
        <w:t>1:02:34  jin ko maine dala tha kaaton mein? woh phool ban kar rahe. kahan hai woh insaan? lao mere paas, bithao un ko.</w:t>
      </w:r>
      <w:r>
        <w:br/>
      </w:r>
      <w:r>
        <w:rPr>
          <w:sz w:val="20"/>
        </w:rPr>
        <w:t>1:02:45  tab se mujhe sukoon aa gaya</w:t>
      </w:r>
      <w:r>
        <w:br/>
      </w:r>
      <w:r>
        <w:rPr>
          <w:sz w:val="20"/>
        </w:rPr>
        <w:t>1:02:49  ke yahi to woh, yahi to haalaat hain jo mere liye, mujhe woh mauqa dete hain, woh opportunity dete hain ke main apne ko prove kar sakoon ke khudaaya mujhe bhi select kar le is majlis ke liye.</w:t>
      </w:r>
      <w:r>
        <w:br/>
      </w:r>
      <w:r>
        <w:rPr>
          <w:sz w:val="20"/>
        </w:rPr>
        <w:t>1:03:07  yeh to opportunity hai, opportunity hai, opportunity hai. yaad rakhiye,</w:t>
      </w:r>
      <w:r>
        <w:br/>
      </w:r>
      <w:r>
        <w:rPr>
          <w:sz w:val="20"/>
        </w:rPr>
        <w:t>1:03:12  agar yeh na ho to is mani hai ke aap jannat ka, yaani kaise saabit karein ke aap jannat ke deserve karte hain?</w:t>
      </w:r>
      <w:r>
        <w:br/>
      </w:r>
      <w:r>
        <w:rPr>
          <w:sz w:val="20"/>
        </w:rPr>
        <w:t>1:03:24  kaise aap saabit karenge ke aap jannat ke deserve karte hain? kaise farishte gawahi denge? kaise aap ke liye farishte gawahi denge?</w:t>
      </w:r>
      <w:r>
        <w:br/>
      </w:r>
      <w:r>
        <w:rPr>
          <w:sz w:val="20"/>
        </w:rPr>
        <w:t>1:03:33  Allah taala kis tarah hai? to khuda yeh woh banda hai jo deserve karta hai jannat ke liye.</w:t>
      </w:r>
      <w:r>
        <w:br/>
      </w:r>
      <w:r>
        <w:rPr>
          <w:sz w:val="20"/>
        </w:rPr>
        <w:t>1:03:42  yahi to, yahi to baat hai. har waqt hamare aas paas farishte hain, watch kar rahe hain hum ko, aur woh khuda ke haan gawahi dene wale hain.</w:t>
      </w:r>
      <w:r>
        <w:br/>
      </w:r>
      <w:r>
        <w:rPr>
          <w:sz w:val="20"/>
        </w:rPr>
        <w:t>1:03:52  woh kahein, khuda yeh woh banda hai, unique banda, unique banda</w:t>
      </w:r>
      <w:r>
        <w:br/>
      </w:r>
      <w:r>
        <w:rPr>
          <w:sz w:val="20"/>
        </w:rPr>
        <w:t>1:04:00  jisko teri yaad ne shaitan ki yaad bhula di.</w:t>
      </w:r>
      <w:r>
        <w:br/>
      </w:r>
      <w:r>
        <w:rPr>
          <w:sz w:val="20"/>
        </w:rPr>
        <w:t>1:04:04  jannat ke hirs mein jo kaaton ko bhool bhool gaya,</w:t>
      </w:r>
      <w:r>
        <w:br/>
      </w:r>
      <w:r>
        <w:rPr>
          <w:sz w:val="20"/>
        </w:rPr>
        <w:t>1:04:12  jis ne negativity ko positivity mein convert kiya, kya jannat free mil jayegi? aap samajhte hain jannat ki koi price deni padegi?</w:t>
      </w:r>
      <w:r>
        <w:br/>
      </w:r>
      <w:r>
        <w:rPr>
          <w:sz w:val="20"/>
        </w:rPr>
        <w:t>1:04:25  quran mein hai, zaalika jaza mun-tazaka. jannat milegi purified soul ke liye.</w:t>
      </w:r>
      <w:r>
        <w:br/>
      </w:r>
      <w:r>
        <w:rPr>
          <w:sz w:val="20"/>
        </w:rPr>
        <w:t>1:04:32  to soul ko purify karna kab hota hai? jab pollution ho, jab gandagi ho, tabhi to purify karna hai.</w:t>
      </w:r>
      <w:r>
        <w:br/>
      </w:r>
      <w:r>
        <w:rPr>
          <w:sz w:val="20"/>
        </w:rPr>
        <w:t>1:04:43  kya phool ko bhi aap purify kar sakte hain? phool ko kya purify karenge aap?</w:t>
      </w:r>
      <w:r>
        <w:br/>
      </w:r>
      <w:r>
        <w:rPr>
          <w:sz w:val="20"/>
        </w:rPr>
        <w:t>1:04:52  to yaad rakhiye, jin jin log shikayat karte hain, un ko bator opportunity ko discover kijiye. aap</w:t>
      </w:r>
      <w:r>
        <w:br/>
      </w:r>
      <w:r>
        <w:rPr>
          <w:sz w:val="20"/>
        </w:rPr>
        <w:t>1:05:01  woh shikayaton mein jiyenge, shikayaton mein marenge, aur jannat ki khushboo hi nahi milegi aap ko. khushboo, khushboo bhi nahi milne wali hai. yaad rakhiye, jin cheezon ko aap shikayat ke khaane mein daale hue hain,</w:t>
      </w:r>
      <w:r>
        <w:br/>
      </w:r>
      <w:r>
        <w:rPr>
          <w:sz w:val="20"/>
        </w:rPr>
        <w:t>1:05:14  us ko opportunity ke khaane mein daaliye.</w:t>
      </w:r>
      <w:r>
        <w:br/>
      </w:r>
      <w:r>
        <w:rPr>
          <w:sz w:val="20"/>
        </w:rPr>
        <w:t>1:05:20  opportunity ke khaane mein daaliye.</w:t>
      </w:r>
      <w:r>
        <w:br/>
      </w:r>
      <w:r>
        <w:rPr>
          <w:sz w:val="20"/>
        </w:rPr>
        <w:t>1:05:28  ek aadmi ek America gaye, wahan parhai wadhai ki. unhone wahan chhe degree li, unhone phir woh India aa gaye. to mujh se mile, woh</w:t>
      </w:r>
      <w:r>
        <w:br/>
      </w:r>
      <w:r>
        <w:rPr>
          <w:sz w:val="20"/>
        </w:rPr>
        <w:t>1:05:41  ek naujawan the. to kaha ke yahan main aaya hoon wapas. to har aadmi kehta hai ke tum yahan kyun aaye? India mein yahan kaun sa scope hai tumhare liye?</w:t>
      </w:r>
      <w:r>
        <w:br/>
      </w:r>
      <w:r>
        <w:rPr>
          <w:sz w:val="20"/>
        </w:rPr>
        <w:t>1:05:52  America chhod kar tum India mein aa gaye, yahan kahan scope hai?</w:t>
      </w:r>
      <w:r>
        <w:br/>
      </w:r>
      <w:r>
        <w:rPr>
          <w:sz w:val="20"/>
        </w:rPr>
        <w:t>1:05:57  to mein ne kaha ke iskoop nahi hai, tabhi to iskoop hai. aap iskoop na hona bhi aik iskoop hai.</w:t>
      </w:r>
      <w:r>
        <w:br/>
      </w:r>
      <w:r>
        <w:rPr>
          <w:sz w:val="20"/>
        </w:rPr>
        <w:t>1:06:07  woh kaise? bohat aasani se wahan aap dollar kama lete, aur aap animal ke animal rehte. aap amreeka mein aap earning animal bane rehte, earning animal.</w:t>
      </w:r>
      <w:r>
        <w:br/>
      </w:r>
      <w:r>
        <w:rPr>
          <w:sz w:val="20"/>
        </w:rPr>
        <w:t>1:06:18  koi experience nahi, koi seekh nahi, koi learning nahi.</w:t>
      </w:r>
      <w:r>
        <w:br/>
      </w:r>
      <w:r>
        <w:rPr>
          <w:sz w:val="20"/>
        </w:rPr>
        <w:t>1:06:23  yahan to qadam qadam par learning hai, qadam ko to seekh hai, qadam par to experience hai. mein 13 baar gaya amreeka mein, kaha sab ke sab wahan earning animal bane hue hain.</w:t>
      </w:r>
      <w:r>
        <w:br/>
      </w:r>
      <w:r>
        <w:rPr>
          <w:sz w:val="20"/>
        </w:rPr>
        <w:t>1:06:34  animal, animal, animal. koi wisdom nahi, koi high thinking nahi. kyun? aaram se kaam aate hain, aaram se dollar mil jata hai in ko.</w:t>
      </w:r>
      <w:r>
        <w:br/>
      </w:r>
      <w:r>
        <w:rPr>
          <w:sz w:val="20"/>
        </w:rPr>
        <w:t>1:06:44  lekin jab halaat ke mein aap ko dala jaye, sangharsh karna pare aap ko, to aap ko aik bohat bari cheez milti hai jo dollar se bhi bari hai.</w:t>
      </w:r>
      <w:r>
        <w:br/>
      </w:r>
      <w:r>
        <w:rPr>
          <w:sz w:val="20"/>
        </w:rPr>
        <w:t>1:06:55  dollar se bhi bari hai woh, woh experience, woh anubhav. to kaise log hain jo shikayatein karte hain?</w:t>
      </w:r>
      <w:r>
        <w:br/>
      </w:r>
      <w:r>
        <w:rPr>
          <w:sz w:val="20"/>
        </w:rPr>
        <w:t>1:07:04  wohi shikayatein hi to opportunity hain, wohi shikayatein hi to jannat ke ticket hain.</w:t>
      </w:r>
      <w:r>
        <w:br/>
      </w:r>
      <w:r>
        <w:rPr>
          <w:sz w:val="20"/>
        </w:rPr>
        <w:t>1:07:12  beh-haal, mein kahunga ke aap sab logon ko rethink karna chahiye, revise karna chahiye, muhasba karna chahiye, aur phir se discover karna chahiye sachai ko.</w:t>
      </w:r>
      <w:r>
        <w:br/>
      </w:r>
      <w:r>
        <w:rPr>
          <w:sz w:val="20"/>
        </w:rPr>
        <w:t>1:07:25  shikayaton se kuch nahi hone wala hai.</w:t>
      </w:r>
    </w:p>
    <w:p>
      <w:pPr>
        <w:pStyle w:val="Heading2"/>
      </w:pPr>
      <w:r>
        <w:t>How to think positive in negative institutions?</w:t>
      </w:r>
    </w:p>
    <w:p>
      <w:r>
        <w:rPr>
          <w:color w:val="666666"/>
          <w:sz w:val="18"/>
        </w:rPr>
        <w:t>Life &amp; Wisdom · The Art of Thinking January 28, 2024 · 12m 16s · at 26:22 · https://youtu.be/lpUsTrs0ulo?t=1582</w:t>
      </w:r>
    </w:p>
    <w:p>
      <w:r>
        <w:rPr>
          <w:i/>
        </w:rPr>
        <w:t>“How can we think positive for such a negative situation which is very obvious in our institutions?”</w:t>
      </w:r>
    </w:p>
    <w:p>
      <w:r>
        <w:rPr>
          <w:sz w:val="20"/>
        </w:rPr>
        <w:t>26:22  Miss Bushra Patauli Hyderabad Pakistan se apa. Un ka comment bhi hai aur ek sawal bhi hai. Un ka comment ye hai: "Unhon ne likha hai some phenomena we watch throughout our life, for example our politicians and elites who are exploiting the weak and the poor." Un ka phir sawal hai apa ke how can we think positive for such a negative situation which is very obvious in our institutions</w:t>
      </w:r>
      <w:r>
        <w:br/>
      </w:r>
      <w:r>
        <w:rPr>
          <w:sz w:val="20"/>
        </w:rPr>
        <w:t>26:51  institutions is ke bare mein batayein. Maulana yahi kehte the ke result dekhna chahiye. Ji, hamara har action result oriented hona chahiye.</w:t>
      </w:r>
      <w:r>
        <w:br/>
      </w:r>
      <w:r>
        <w:rPr>
          <w:sz w:val="20"/>
        </w:rPr>
        <w:t>27:02  to ye to sare tajrube mujhe bhi ho chuke hain. Ji, ke ye sab hota hai institutions mein. log ek doosre ke khilaf hote hain aur tarah tarah se pareshan karte hain.</w:t>
      </w:r>
      <w:r>
        <w:br/>
      </w:r>
      <w:r>
        <w:rPr>
          <w:sz w:val="20"/>
        </w:rPr>
        <w:t>27:14  to wahan par humein</w:t>
      </w:r>
      <w:r>
        <w:br/>
      </w:r>
      <w:r>
        <w:rPr>
          <w:sz w:val="20"/>
        </w:rPr>
        <w:t>27:19  positive planning karna chahiye.</w:t>
      </w:r>
      <w:r>
        <w:br/>
      </w:r>
      <w:r>
        <w:rPr>
          <w:sz w:val="20"/>
        </w:rPr>
        <w:t>27:23  to hum agar isi waqt, agar hum foran baghair soche samjhe jawab dene lag jayen ge na, to wo baat aur badhti hai. Ji, balkeh soch samajh ke agar hum kaam karein to humein koi achha is ka solution samajh mein aa jata hai.</w:t>
      </w:r>
      <w:r>
        <w:br/>
      </w:r>
      <w:r>
        <w:rPr>
          <w:sz w:val="20"/>
        </w:rPr>
        <w:t>27:38  hum kisi khaas mauqe par is ki madad kar dein to wo, wo, wo bhi bohat kaam aata hai. aur, aur ye mere sath to bohat bar bar hua hai.</w:t>
      </w:r>
      <w:r>
        <w:br/>
      </w:r>
      <w:r>
        <w:rPr>
          <w:sz w:val="20"/>
        </w:rPr>
        <w:t>27:49  bahut sakht sakht logon ne kuch keh diya lekin foran maine jawab nahi diya. baad mein woh log ko khud hi agar hum jawab na dein na, to baad mein khud hi unko realize hota hai.</w:t>
      </w:r>
      <w:r>
        <w:br/>
      </w:r>
      <w:r>
        <w:rPr>
          <w:sz w:val="20"/>
        </w:rPr>
        <w:t>28:01  kyunke har insan ke andar to consciousness hai aur woh consciousness jo hai, woh jab awaken hota hai to usko khud ehsaas ho jata hai ke ghalti uski thi.</w:t>
      </w:r>
      <w:r>
        <w:br/>
      </w:r>
      <w:r>
        <w:rPr>
          <w:sz w:val="20"/>
        </w:rPr>
        <w:t>28:13  ji, hamari ghalti nahi thi.</w:t>
      </w:r>
      <w:r>
        <w:br/>
      </w:r>
      <w:r>
        <w:rPr>
          <w:sz w:val="20"/>
        </w:rPr>
        <w:t>28:15  to woh asal mein kya hai ke jaisa mauqa ho, usi waise hi samajhna padega kya mauqa hai. ji, wahan usko kis tareeqe se hal kiya jaye.</w:t>
      </w:r>
      <w:r>
        <w:br/>
      </w:r>
      <w:r>
        <w:rPr>
          <w:sz w:val="20"/>
        </w:rPr>
        <w:t>28:25  ji, to to is tareeqe se hum, hum, main kai baar hum koi khaas madad kar diya. kisi ko koi kitaab chahiye, kisi ko aur koi cheez chahiye to hum acche taalluqaat bhi bana ke rakhna chahiye</w:t>
      </w:r>
      <w:r>
        <w:br/>
      </w:r>
      <w:r>
        <w:rPr>
          <w:sz w:val="20"/>
        </w:rPr>
        <w:t>28:38  ek doosre se. jaise hum, jaise hum apne ghar walon ki madad karte hain, waise hi jahan hum kaam karte hain, wahan par hamara saara time wahan guzarta hai.</w:t>
      </w:r>
      <w:r>
        <w:br/>
      </w:r>
      <w:r>
        <w:rPr>
          <w:sz w:val="20"/>
        </w:rPr>
        <w:t>28:47  to wahan bhi hamein ek doosre ki madad karna chahiye. students hain, unko humne kitaabein dete hain, hum unko har tarah se hum madad karte hain unki.</w:t>
      </w:r>
      <w:r>
        <w:br/>
      </w:r>
      <w:r>
        <w:rPr>
          <w:sz w:val="20"/>
        </w:rPr>
        <w:t>28:56  to woh sab hamare, hum, hamein bahut zyada hamara khayal rakhte hain. woh bhi to yeh do tarafah hog</w:t>
      </w:r>
      <w:r>
        <w:br/>
      </w:r>
      <w:r>
        <w:rPr>
          <w:sz w:val="20"/>
        </w:rPr>
        <w:t>29:05  a. agar hum chahein ke sirf hamari log, hum, hum se log acche tareeqe se rahein aur hum unke liye kuch na karein to yeh, yeh possible nahi hai, practical nahi hai.</w:t>
      </w:r>
      <w:r>
        <w:br/>
      </w:r>
      <w:r>
        <w:rPr>
          <w:sz w:val="20"/>
        </w:rPr>
        <w:t>29:15  ji, aur apa ek cheez aur bhi hai ke Maulana sahib aisi situations ko le ke yeh bhi kaha karte the ke aap apne ko negativity se b</w:t>
      </w:r>
      <w:r>
        <w:br/>
      </w:r>
      <w:r>
        <w:rPr>
          <w:sz w:val="20"/>
        </w:rPr>
        <w:t>29:25  achaiye. matlab jaise agar saamne wala corrupt hai, evil hai to we have to understand that this is because of the creation plan of God ke Khuda ne sab ko ek freedom di hai.</w:t>
      </w:r>
      <w:r>
        <w:br/>
      </w:r>
      <w:r>
        <w:rPr>
          <w:sz w:val="20"/>
        </w:rPr>
        <w:t>29:36  Now some people will definitely misuse their freedom and there will be some people who will use their freedom rightly. to jab aap aisi situation dekhte hain to aap frustration mein ya hopeless ness mein ya negativity mein na parein.</w:t>
      </w:r>
      <w:r>
        <w:br/>
      </w:r>
      <w:r>
        <w:rPr>
          <w:sz w:val="20"/>
        </w:rPr>
        <w:t>29:51  aap apne aap ko b</w:t>
      </w:r>
      <w:r>
        <w:br/>
      </w:r>
      <w:r>
        <w:rPr>
          <w:sz w:val="20"/>
        </w:rPr>
        <w:t>29:52  achaiye. to woh bahut insist karte the ke save yourself and we can at least lead our lives with the highest ethical conduct, good behavior, good speech, good words.</w:t>
      </w:r>
      <w:r>
        <w:br/>
      </w:r>
      <w:r>
        <w:rPr>
          <w:sz w:val="20"/>
        </w:rPr>
        <w:t>30:04  hazrat Aisha bhi apa kehti thi ke prophet hamesha emphasize karte the good words ko ke woh kaha karte the ke if you speak good words then it is sealed till the day of judgment.</w:t>
      </w:r>
      <w:r>
        <w:br/>
      </w:r>
      <w:r>
        <w:rPr>
          <w:sz w:val="20"/>
        </w:rPr>
        <w:t>30:16  to yeh situations to aayengi</w:t>
      </w:r>
      <w:r>
        <w:br/>
      </w:r>
      <w:r>
        <w:rPr>
          <w:sz w:val="20"/>
        </w:rPr>
        <w:t>30:19  aayengi. hamein bas yeh dekhna hai ke hum apne aap ko kaise bachayein aisi negativity se aur aisi situation se. ye maine bahut dekha hai. ji, ke jo log jo hain, jo is is ko solution unke paas, jis ke paas nahi hai, yeh baat creation plan wali baat nahi samajhte hain.</w:t>
      </w:r>
      <w:r>
        <w:br/>
      </w:r>
      <w:r>
        <w:rPr>
          <w:sz w:val="20"/>
        </w:rPr>
        <w:t>30:38  ji, to woh bhid jaate hain. haan,</w:t>
      </w:r>
      <w:r>
        <w:br/>
      </w:r>
      <w:r>
        <w:rPr>
          <w:sz w:val="20"/>
        </w:rPr>
        <w:t>30:40  to ek sahiba to itna zyada tension mein rehti thi, itna zyada tension mein rehti thi ke baqayda bimar ho gayi aur bahut jald unka inteqal ho gaya.</w:t>
      </w:r>
      <w:r>
        <w:br/>
      </w:r>
      <w:r>
        <w:rPr>
          <w:sz w:val="20"/>
        </w:rPr>
        <w:t>30:51  wo tension mein itna zyada unko rehta tha. to main to tension mein rehti hi nahi thi. main sochti thi ke yeh to creation plan jo Maulana ne bata diya hai na, us se saare masle hal ho jaate hain.</w:t>
      </w:r>
      <w:r>
        <w:br/>
      </w:r>
      <w:r>
        <w:rPr>
          <w:sz w:val="20"/>
        </w:rPr>
        <w:t>31:03  ji, ke unki azaadi Allah taala ne di hai aur woh azaadi ka misuse kar rahe</w:t>
      </w:r>
      <w:r>
        <w:br/>
      </w:r>
      <w:r>
        <w:rPr>
          <w:sz w:val="20"/>
        </w:rPr>
        <w:t>31:08  hain. to hum jo hai un un ko kyun blame dein? accha, apa is mein ek hikmat yeh bhi hai. Maulana sahib kehte the ke is liye bhi negativity mein nahi padna chahiye.</w:t>
      </w:r>
      <w:r>
        <w:br/>
      </w:r>
      <w:r>
        <w:rPr>
          <w:sz w:val="20"/>
        </w:rPr>
        <w:t>31:20  wo kehte the ke main ek iota of negativity bardasht nahi kar sakta. kyunke jaise hi aap ke andar negativity aayi, aap ke andar se creativity exit kar gayi.</w:t>
      </w:r>
      <w:r>
        <w:br/>
      </w:r>
      <w:r>
        <w:rPr>
          <w:sz w:val="20"/>
        </w:rPr>
        <w:t>31:32  And a creative mind can only work to its full potential when it is always positive.</w:t>
      </w:r>
      <w:r>
        <w:br/>
      </w:r>
      <w:r>
        <w:rPr>
          <w:sz w:val="20"/>
        </w:rPr>
        <w:t>31:38  So he used to say that do not allow negativity or doubt enter your mind and spoil your thought process.</w:t>
      </w:r>
      <w:r>
        <w:br/>
      </w:r>
      <w:r>
        <w:rPr>
          <w:sz w:val="20"/>
        </w:rPr>
        <w:t>31:47  to yeh bhi aik bohat important aspect hai aap ka. aur yeh bhi kehte thay ke agar hum negative hue to jitni dair hum negative rahengay, utni dair hum Khuda ka shukr ada nahi kar rahay hain. to woh kehte thay ke mein shukr ka erosion aik lamhay ke liye bhi bardasht nahi kar sakta.</w:t>
      </w:r>
      <w:r>
        <w:br/>
      </w:r>
      <w:r>
        <w:rPr>
          <w:sz w:val="20"/>
        </w:rPr>
        <w:t>32:06  ab negative honge to shukr kaise ada karengay? to hum to ghassay mein rahengay. ji, to yeh bhi hai. ji, jazak Allah aap ka. apa jaise aap ne generalization ke baray mein bataya, dichotomous thinking ke baray mein bataya, hum dekhte hain ke zindagi mein har mor pe there is a decision that needs to be taken.</w:t>
      </w:r>
      <w:r>
        <w:br/>
      </w:r>
      <w:r>
        <w:rPr>
          <w:sz w:val="20"/>
        </w:rPr>
        <w:t>32:24  there are problems, there are challenges, difficulties. at the same time, a person is required to view things analytically and crit</w:t>
      </w:r>
      <w:r>
        <w:br/>
      </w:r>
      <w:r>
        <w:rPr>
          <w:sz w:val="20"/>
        </w:rPr>
        <w:t>32:34  ically. lekin yeh tabhi ho sakta hai jab sound thinking us ke andar ho. sound thinking is very, very important. to apa, mein chahunga ke aap is ke baray mein bhi hamein batayein kaise develop kar sakte hain sound thinking aur why is it important to have sound thinking?</w:t>
      </w:r>
      <w:r>
        <w:br/>
      </w:r>
      <w:r>
        <w:rPr>
          <w:sz w:val="20"/>
        </w:rPr>
        <w:t>32:55  hum logon ko to Maulana ne itni zyada hammering ki ke jaise hum koi baat karte to hota hai na ke aadmi jo poori baat nahi batata hai ke daant par jaye gi, to is pe bhi bohat bohat naraz hotay thay.</w:t>
      </w:r>
      <w:r>
        <w:br/>
      </w:r>
      <w:r>
        <w:rPr>
          <w:sz w:val="20"/>
        </w:rPr>
        <w:t>33:13  kehte thay yeh indirect jhoot hai. baat poori hai as it is batao. to as it is thinking.</w:t>
      </w:r>
      <w:r>
        <w:br/>
      </w:r>
      <w:r>
        <w:rPr>
          <w:sz w:val="20"/>
        </w:rPr>
        <w:t>33:20  to is wajah se nahi to hum bhi nahi samajhte thay ke yeh as it is thinking kya hai, sound thinking kya hai. to lekin itna hum log darte thay ke as it is baat kahein warna woh itna zyada is mein question kar kar ke baat ko finally woh pakar hi letay thay.</w:t>
      </w:r>
      <w:r>
        <w:br/>
      </w:r>
      <w:r>
        <w:rPr>
          <w:sz w:val="20"/>
        </w:rPr>
        <w:t>33:37  agar hamare chupane se baat chupti nahi thi. ji, ji, scrutiny karte thay. haan, ji.</w:t>
      </w:r>
      <w:r>
        <w:br/>
      </w:r>
      <w:r>
        <w:rPr>
          <w:sz w:val="20"/>
        </w:rPr>
        <w:t>33:42  to phir woh jo hai is ki wajah se hum logon ko samajh mein aya ke kya cheez sochna kya cheez hota hai, kaise sochein, relevant aur irrelevant kya cheez hai.</w:t>
      </w:r>
      <w:r>
        <w:br/>
      </w:r>
      <w:r>
        <w:rPr>
          <w:sz w:val="20"/>
        </w:rPr>
        <w:t>33:54  ab hum kuch sawal kuch kiya hai, jawab kuch aur de rahay hain. kyunke hum relevant aur irrelevant ka farq nahi samajhte hain.</w:t>
      </w:r>
      <w:r>
        <w:br/>
      </w:r>
      <w:r>
        <w:rPr>
          <w:sz w:val="20"/>
        </w:rPr>
        <w:t>34:02  to misal ke tor par jaise kuch log kehte hain ke ab Quran utra hai, pandrah sau saal ho gaya, to ab naya zamana aa gaya, ab halaat badal gaye, to ab aik naya mazhab hona chahiye.</w:t>
      </w:r>
      <w:r>
        <w:br/>
      </w:r>
      <w:r>
        <w:rPr>
          <w:sz w:val="20"/>
        </w:rPr>
        <w:t>34:18  to is mein yeh is mein woh masla hai ke relevant aur irrelevant ka farq log nahi samajhte. kyunke Quran to book of principles hain, book of values hain.</w:t>
      </w:r>
      <w:r>
        <w:br/>
      </w:r>
      <w:r>
        <w:rPr>
          <w:sz w:val="20"/>
        </w:rPr>
        <w:t>34:31  ab misal ke tor par Khuda aik hai, to woh jo hazaron saal bhi ho jayengay to Khuda to aik hi rahega. to is mein koi naye mazhab ki zaroorat nahi hai.</w:t>
      </w:r>
      <w:r>
        <w:br/>
      </w:r>
      <w:r>
        <w:rPr>
          <w:sz w:val="20"/>
        </w:rPr>
        <w:t>34:40  aur jo waqti tor par jo kuch cheezein jo badalti hain zamanay ke lehaz se, us ke liye Islam mein ijtihad hai.</w:t>
      </w:r>
      <w:r>
        <w:br/>
      </w:r>
      <w:r>
        <w:rPr>
          <w:sz w:val="20"/>
        </w:rPr>
        <w:t>34:49  ijtihad ke zariye se hum in in usoolon ko le kar ke ab naye halaat ke mutabiq is ko hum apply kar sakte hain.</w:t>
      </w:r>
      <w:r>
        <w:br/>
      </w:r>
      <w:r>
        <w:rPr>
          <w:sz w:val="20"/>
        </w:rPr>
        <w:t>34:59  to misal ke tor par ab Quran mein aya hai ke oont haj karne ke liye log oont par ayein, oont par safar karein.</w:t>
      </w:r>
      <w:r>
        <w:br/>
      </w:r>
      <w:r>
        <w:rPr>
          <w:sz w:val="20"/>
        </w:rPr>
        <w:t>35:07  to ab zamana badal gaya, ab log kahengay oont pe kaise safar karein? itnay door door se log jo hain oont pe kaise jayengay?</w:t>
      </w:r>
      <w:r>
        <w:br/>
      </w:r>
      <w:r>
        <w:rPr>
          <w:sz w:val="20"/>
        </w:rPr>
        <w:t>35:16  to is ke liye hai. to is bhai isi tarah ke har mamlaat mein ijtihad hai ke ab jo zamana badal gaya hai, pehle pani ke jahaz se safar kiya jata tha, ab hawai jahaz se safar kiya jata hai.</w:t>
      </w:r>
      <w:r>
        <w:br/>
      </w:r>
      <w:r>
        <w:rPr>
          <w:sz w:val="20"/>
        </w:rPr>
        <w:t>35:30  to isi tarike se jaise jaraab hai, pehle zamanay mein chamray ke jaraab hotay thay, us pe masah kiya jata tha.</w:t>
      </w:r>
      <w:r>
        <w:br/>
      </w:r>
      <w:r>
        <w:rPr>
          <w:sz w:val="20"/>
        </w:rPr>
        <w:t>35:39  to woh wuzu ke tarike se kaam hota tha ke baar baar paon na dhona paray. to ab woh naye shauks</w:t>
      </w:r>
      <w:r>
        <w:br/>
      </w:r>
      <w:r>
        <w:rPr>
          <w:sz w:val="20"/>
        </w:rPr>
        <w:t>35:45  aaye, to ab is par is ijtihad ke zariye se unhon ne kaha yeh bhi theek hai, is pe bhi masah kiya ja sakta hai. to is tarike se choti choti batein, jaise qaid hai, qaid hai, ab pehle to qaid tha nahi, to ab larkiyan jo hain sath mein larkiyon bachon ke parh sakti hain ke nahi, yeh jo hai yeh sari choti choti cheezein hain, is par ijtihad hota hai.</w:t>
      </w:r>
      <w:r>
        <w:br/>
      </w:r>
      <w:r>
        <w:rPr>
          <w:sz w:val="20"/>
        </w:rPr>
        <w:t>36:09  aur har zamanay mein ulma aur fuqaha hotay hain, woh ijtihad karte</w:t>
      </w:r>
      <w:r>
        <w:br/>
      </w:r>
      <w:r>
        <w:rPr>
          <w:sz w:val="20"/>
        </w:rPr>
        <w:t>36:13  hain zamanay tabdeeli ke lehaz se. lekin jo moti moti batein hain, woh sari akhirat hai, Khuda ka khauf hai, Khuda se mohabbat hai, yeh sari cheezein to hamesha wahi rahengay, kitna bhi zamana badal jaye.</w:t>
      </w:r>
      <w:r>
        <w:br/>
      </w:r>
      <w:r>
        <w:rPr>
          <w:sz w:val="20"/>
        </w:rPr>
        <w:t>36:29  to yeh hai asal cheez. ab woh relevant aur irrelevant ka farq na samajhne se bohat baray baray nuqsanat uthate hain log</w:t>
      </w:r>
      <w:r>
        <w:br/>
      </w:r>
      <w:r>
        <w:rPr>
          <w:sz w:val="20"/>
        </w:rPr>
        <w:t>36:39  ۔ misal ke tor par yeh jo partition hua, to yahan par kuch masail thay, masail hamesha har jagah hotay hain. to unhon ne samjha ke land ko divide kar liya jaye ga, to sare masail khatam ho jayengay.</w:t>
      </w:r>
      <w:r>
        <w:br/>
      </w:r>
      <w:r>
        <w:rPr>
          <w:sz w:val="20"/>
        </w:rPr>
        <w:t>36:53  is hindu ek taraf ho jayenge, musalman ek taraf ho jayenge. to lekin woh masail aur zyada badh gaye. kyunke is tarike se masail thodi land se thodi masla hal hot</w:t>
      </w:r>
      <w:r>
        <w:br/>
      </w:r>
      <w:r>
        <w:rPr>
          <w:sz w:val="20"/>
        </w:rPr>
        <w:t>37:03  a hai. masla to jab hum individuals ko tayyar karen, unki islaah karen, unke andar yeh mizaj paida karen ke adjustment ka mizaj paida karen, tab masla hal hota hai.</w:t>
      </w:r>
      <w:r>
        <w:br/>
      </w:r>
      <w:r>
        <w:rPr>
          <w:sz w:val="20"/>
        </w:rPr>
        <w:t>37:19  to isi wajah se ke koi masla hal nahi hua aur masle badhte hi chale gaye.</w:t>
      </w:r>
      <w:r>
        <w:br/>
      </w:r>
      <w:r>
        <w:rPr>
          <w:sz w:val="20"/>
        </w:rPr>
        <w:t>37:26  to yeh jo hai bahut zyada zaroori hai ke hum apni soch ko sahi soch, sound soch, as it is soch, yeh hum develop karen aur is par zyada se zyada is par kaam karen.</w:t>
      </w:r>
      <w:r>
        <w:br/>
      </w:r>
      <w:r>
        <w:rPr>
          <w:sz w:val="20"/>
        </w:rPr>
        <w:t>37:41  kyunke yeh khud se nahi hota, is par kaam karna padega, is par mehnat karni padegi. is par jo hamare paas jo mazameen hain, usko</w:t>
      </w:r>
      <w:r>
        <w:br/>
      </w:r>
      <w:r>
        <w:rPr>
          <w:sz w:val="20"/>
        </w:rPr>
        <w:t>37:53  padhna padega. bahut sari kitabein hain English mein clear thinking par, usko padhna padega, tabhi hum baaton ko gehrai se samajh sakte hain.</w:t>
      </w:r>
      <w:r>
        <w:br/>
      </w:r>
      <w:r>
        <w:rPr>
          <w:sz w:val="20"/>
        </w:rPr>
        <w:t>38:03  ji, apa kuch comments padhna chahunga. yeh comment bheja hai Muhammad Asif Khan sahab ne Kanpur se, unhone likha hai: "Allah ke zikr se dilon ko sukoon milta hai.</w:t>
      </w:r>
      <w:r>
        <w:br/>
      </w:r>
      <w:r>
        <w:rPr>
          <w:sz w:val="20"/>
        </w:rPr>
        <w:t>38:15  jab hum Allah ki takhleeq mein ghore o fikr karte hain to dilon ko sukoon milta hai."</w:t>
      </w:r>
      <w:r>
        <w:br/>
      </w:r>
      <w:r>
        <w:rPr>
          <w:sz w:val="20"/>
        </w:rPr>
        <w:t>38:22  mujhe thinking ki importance ka andaza is baat se bahut hua. very effective topic, jazak Allah. Shah Hussain sahab ne Kashmir se likha hai: "Great conversation, Maulana sahab wud always lead us to act of right thinking</w:t>
      </w:r>
    </w:p>
    <w:p>
      <w:pPr>
        <w:pStyle w:val="Heading2"/>
      </w:pPr>
      <w:r>
        <w:t>Human Nature and Common Sense Equivalence</w:t>
      </w:r>
    </w:p>
    <w:p>
      <w:r>
        <w:rPr>
          <w:color w:val="666666"/>
          <w:sz w:val="18"/>
        </w:rPr>
        <w:t>Life &amp; Wisdom · Contemplation on The Quran December 16, 2018 Maulana Wahiduddin Khan · 6m 29s · at 49:14 · https://youtu.be/bSOe1_KKEYk?t=2954</w:t>
      </w:r>
    </w:p>
    <w:p>
      <w:r>
        <w:rPr>
          <w:i/>
        </w:rPr>
        <w:t>“What a thrilling point: feeling the presence of God itself is experiencing Paradise here. Moulana, my question is: can we say that human nature and common sense are the same thing? Please clarify this.”</w:t>
      </w:r>
    </w:p>
    <w:p>
      <w:r>
        <w:rPr>
          <w:sz w:val="20"/>
        </w:rPr>
        <w:t>49:14  molana, isi se milta julta agla sawal bheja hai miss shabana ansari ne pakistan se. unhon ne likha hai ke "what a thrilling point" feeling presence of god itself is experiencing the paradise here.</w:t>
      </w:r>
      <w:r>
        <w:br/>
      </w:r>
      <w:r>
        <w:rPr>
          <w:sz w:val="20"/>
        </w:rPr>
        <w:t>49:31  molana, my question is ke "can we say that insaan ki fitrat aur common sense aik hi cheez hai?" is ko wazeh karein.</w:t>
      </w:r>
      <w:r>
        <w:br/>
      </w:r>
      <w:r>
        <w:rPr>
          <w:sz w:val="20"/>
        </w:rPr>
        <w:t>49:40  koi shaq nahin, is mein koi shaq nahin. jo true nature hai, wahi to fitrat hai, kyun ke nature allah ki creation hai.</w:t>
      </w:r>
      <w:r>
        <w:br/>
      </w:r>
      <w:r>
        <w:rPr>
          <w:sz w:val="20"/>
        </w:rPr>
        <w:t>49:53  nature allah ki creation hai, to wahi to sab kuch hai. agar aap apne nature ko, apni fitrat ko yaani be ahmiyat rakhein,</w:t>
      </w:r>
      <w:r>
        <w:br/>
      </w:r>
      <w:r>
        <w:rPr>
          <w:sz w:val="20"/>
        </w:rPr>
        <w:t>50:09  us ko</w:t>
      </w:r>
      <w:r>
        <w:br/>
      </w:r>
      <w:r>
        <w:rPr>
          <w:sz w:val="20"/>
        </w:rPr>
        <w:t>50:14  amri se bachayein, to yahi to islam hai, wahi to sab kuch hai. ji, molana, agla comment bheja hai umar abad se umm ashad sahib ne.</w:t>
      </w:r>
      <w:r>
        <w:br/>
      </w:r>
      <w:r>
        <w:rPr>
          <w:sz w:val="20"/>
        </w:rPr>
        <w:t>50:27  unhon ne likha hai ke "ehsas ke sath jeenay ka saleeqa siwaye molana ke aur kisi aalim ne nahin diya aur na hi de sakta hai." jazak allah molana sahib.</w:t>
      </w:r>
      <w:r>
        <w:br/>
      </w:r>
      <w:r>
        <w:rPr>
          <w:sz w:val="20"/>
        </w:rPr>
        <w:t>50:41  nahin de sakta zaroor, yeh to yaani ke nahin de sakta, kyun ke main bhi insaan hoon, woh bhi insaan hai. molana, doctor naghma siddiqui ne dilli se likha hai: "thank you molana for showing us the real role of women in Islam.</w:t>
      </w:r>
      <w:r>
        <w:br/>
      </w:r>
      <w:r>
        <w:rPr>
          <w:sz w:val="20"/>
        </w:rPr>
        <w:t>50:58  only you have given muslim women a role in Islamic work." dekhiye, main waqea yeh hai ke main khawateen ka role islam mein, islam se murad jo muhammad salallaho alaihi wasallam hota hai nahin, balkeh jo bohat pehle se hota hai,</w:t>
      </w:r>
      <w:r>
        <w:br/>
      </w:r>
      <w:r>
        <w:rPr>
          <w:sz w:val="20"/>
        </w:rPr>
        <w:t>51:18  is mein un ka role number one samajhta hoon. dekhiye, main aik baat arz karta hoon, aap usay sochiye ke allah taala ne bohat paighambar bheje, jise quran mein kehte hain "tara".</w:t>
      </w:r>
      <w:r>
        <w:br/>
      </w:r>
      <w:r>
        <w:rPr>
          <w:sz w:val="20"/>
        </w:rPr>
        <w:t>51:34  tara lagataar bheje, lagataar bheje, lekin jo allah chahte the, jo inqilab mabni bar tauheed inqilab, yeh tha allah ka nishana,</w:t>
      </w:r>
      <w:r>
        <w:br/>
      </w:r>
      <w:r>
        <w:rPr>
          <w:sz w:val="20"/>
        </w:rPr>
        <w:t>51:51  woh nahin hota tha.</w:t>
      </w:r>
      <w:r>
        <w:br/>
      </w:r>
      <w:r>
        <w:rPr>
          <w:sz w:val="20"/>
        </w:rPr>
        <w:t>51:55  phir allah ne kya kiya? aik khatoon ko istemal kiya, hajra ko.</w:t>
      </w:r>
      <w:r>
        <w:br/>
      </w:r>
      <w:r>
        <w:rPr>
          <w:sz w:val="20"/>
        </w:rPr>
        <w:t>52:04  hajra ko un ke chote bete ismail, chote se thay, us ko le kar kaha ke tum desert mein bas jao aur aik aik aik aik sahrai qaum banao</w:t>
      </w:r>
      <w:r>
        <w:br/>
      </w:r>
      <w:r>
        <w:rPr>
          <w:sz w:val="20"/>
        </w:rPr>
        <w:t>52:21  jo condition se pak ho.</w:t>
      </w:r>
      <w:r>
        <w:br/>
      </w:r>
      <w:r>
        <w:rPr>
          <w:sz w:val="20"/>
        </w:rPr>
        <w:t>52:26  is khatoon ko le aaye, ko chhor diya hazrat ibrahim ne sehra mein aur chalay gaye. is khatoon ne poocha, yaani hazrat hajra ne ke hum ko is haale ke chhok jatay hain, pani bhi nahin, yahan kuch bhi nahin,</w:t>
      </w:r>
      <w:r>
        <w:br/>
      </w:r>
      <w:r>
        <w:rPr>
          <w:sz w:val="20"/>
        </w:rPr>
        <w:t>52:45  to kya allah ne aap ko is ka hukum diya hai?</w:t>
      </w:r>
      <w:r>
        <w:br/>
      </w:r>
      <w:r>
        <w:rPr>
          <w:sz w:val="20"/>
        </w:rPr>
        <w:t>52:55  to ibrahim kehte hain haan. to phir woh khatoon kya kehti hai? "idhn la azawna" phir Allah hum ko</w:t>
      </w:r>
      <w:r>
        <w:br/>
      </w:r>
      <w:r>
        <w:rPr>
          <w:sz w:val="20"/>
        </w:rPr>
        <w:t>53:11  zaya nahi karega. yeh laغو sahra hai, wahan pani bhi nahi hai, koi sabza bhi nahi hai, khane peene ki cheez bhi nahi hai, koi sar, koi sar par koi saya bhi nahi hai.</w:t>
      </w:r>
      <w:r>
        <w:br/>
      </w:r>
      <w:r>
        <w:rPr>
          <w:sz w:val="20"/>
        </w:rPr>
        <w:t>53:24  woh khatoon ne aise kaha, kahan se kaha? main apne bare mein apna kar ke sochta hoon ke agar main hota to meri zuban se aisa jumla na nikalta ke Khuda phir humein zaya nahi karega.</w:t>
      </w:r>
      <w:r>
        <w:br/>
      </w:r>
      <w:r>
        <w:rPr>
          <w:sz w:val="20"/>
        </w:rPr>
        <w:t>53:39  aur isi khatoon ki qurbani ki wajah se phir Rasool Allah paida hue, Sahaba paida hue, woh struggle wajood mein aayi jo Arab mein ki gayi,</w:t>
      </w:r>
      <w:r>
        <w:br/>
      </w:r>
      <w:r>
        <w:rPr>
          <w:sz w:val="20"/>
        </w:rPr>
        <w:t>53:54  jis se sans sajjitain khatam huin, tribal age khatam hua, shirk ka daur khatam hua. is ki is ki jar mein yeh khatoon hai, is ko ghor kijiye aap.</w:t>
      </w:r>
      <w:r>
        <w:br/>
      </w:r>
      <w:r>
        <w:rPr>
          <w:sz w:val="20"/>
        </w:rPr>
        <w:t>54:13  yeh jo hua ke tamam anbiya mard thay, mard jitne bhi nabi aaye, sab mard thay.</w:t>
      </w:r>
      <w:r>
        <w:br/>
      </w:r>
      <w:r>
        <w:rPr>
          <w:sz w:val="20"/>
        </w:rPr>
        <w:t>54:24  un mardon ne hazaron saal tak goosh karte rahe ke shirk khatam ho, na dohrae, lekin nahi hua.</w:t>
      </w:r>
      <w:r>
        <w:br/>
      </w:r>
      <w:r>
        <w:rPr>
          <w:sz w:val="20"/>
        </w:rPr>
        <w:t>54:36  Quran mein hai ke "ya hasrat alal badiya" mayati rasool Allah kano bhi yastadun ke nabiyon ka mazak uraya.</w:t>
      </w:r>
      <w:r>
        <w:br/>
      </w:r>
      <w:r>
        <w:rPr>
          <w:sz w:val="20"/>
        </w:rPr>
        <w:t>54:50  yeh sab mard mard hi to thay. phir woh daur aaya, naya daur, jab shirk khatam hua, tauheed qaim hui, shah sirajiyatein khatam huin.</w:t>
      </w:r>
      <w:r>
        <w:br/>
      </w:r>
      <w:r>
        <w:rPr>
          <w:sz w:val="20"/>
        </w:rPr>
        <w:t>55:03  to kis ke zariye se hua? is ki jar mein yaad rakhiye, Hajra, Hajra hai, Hajra.</w:t>
      </w:r>
      <w:r>
        <w:br/>
      </w:r>
      <w:r>
        <w:rPr>
          <w:sz w:val="20"/>
        </w:rPr>
        <w:t>55:14  to main to yahan tak sochta hoon ke Hajra na hotay to yeh deen na hota, hum aap na hotay.</w:t>
      </w:r>
      <w:r>
        <w:br/>
      </w:r>
      <w:r>
        <w:rPr>
          <w:sz w:val="20"/>
        </w:rPr>
        <w:t>55:25  woh log jo</w:t>
      </w:r>
      <w:r>
        <w:br/>
      </w:r>
      <w:r>
        <w:rPr>
          <w:sz w:val="20"/>
        </w:rPr>
        <w:t>55:29  is ko nahi mante, unhon ne na tareekh ko parha hai, na Islam ko parha hai, na apne aap ko parha hai.</w:t>
      </w:r>
    </w:p>
    <w:p>
      <w:pPr>
        <w:pStyle w:val="Heading2"/>
      </w:pPr>
      <w:r>
        <w:t>Importance of patience and gratitude</w:t>
      </w:r>
    </w:p>
    <w:p>
      <w:r>
        <w:rPr>
          <w:color w:val="666666"/>
          <w:sz w:val="18"/>
        </w:rPr>
        <w:t>Life &amp; Wisdom · Importance of Shukr (Thankfulness) July 24, 2022 · 20m 13s · at 35:24 · https://youtu.be/MgWNIv0k1sk?t=2124</w:t>
      </w:r>
    </w:p>
    <w:p>
      <w:r>
        <w:rPr>
          <w:i/>
        </w:rPr>
        <w:t>“Maulana used to say that if a person has the two qualities of sabr and shukr, then success can definitely be achieved. Can you explain the significance of sabr and shukr for success?”</w:t>
      </w:r>
    </w:p>
    <w:p>
      <w:r>
        <w:rPr>
          <w:sz w:val="20"/>
        </w:rPr>
        <w:t>35:24  maulana aksar woh big bird of the storm ka example bhi diya karte thay. apa, agla sawal lene se pehle comment parhna chahoon ga jo shafiq rehman sahib ne bheja hai pakistan se.</w:t>
      </w:r>
      <w:r>
        <w:br/>
      </w:r>
      <w:r>
        <w:rPr>
          <w:sz w:val="20"/>
        </w:rPr>
        <w:t>35:38  unhon ne likha hai "I am from Pakistan and really appreciate your efforts. May Allah bless us." alhamdulillah. apa, agla sawal basically mein sabr o shukr ke hawalay se poochna chahta hoon.</w:t>
      </w:r>
      <w:r>
        <w:br/>
      </w:r>
      <w:r>
        <w:rPr>
          <w:sz w:val="20"/>
        </w:rPr>
        <w:t>35:51  maulana yeh kehte thay ke sabr o shukr agar yeh do sifat insaan ke andar hon to kaamyaabi yaqeenan us ko haasil ho sakti hai.</w:t>
      </w:r>
      <w:r>
        <w:br/>
      </w:r>
      <w:r>
        <w:rPr>
          <w:sz w:val="20"/>
        </w:rPr>
        <w:t>36:00  matlab woh apni nakaami ko kaamyaabi mein tabdeel kar sakta hai.</w:t>
      </w:r>
      <w:r>
        <w:br/>
      </w:r>
      <w:r>
        <w:rPr>
          <w:sz w:val="20"/>
        </w:rPr>
        <w:t>36:04  to in do ke beech mein kya relation hai? is ko thora aur achay se aap wazeh kar dein.</w:t>
      </w:r>
      <w:r>
        <w:br/>
      </w:r>
      <w:r>
        <w:rPr>
          <w:sz w:val="20"/>
        </w:rPr>
        <w:t>36:11  jab bhi hum kisi mushkil haalaat mein par jayen to quran ki taleem ke mutabiq hamein sabr karna hai. kyunke sabr ki wajah se kya hota hai ke hamare andar negativity nahin paida hogi.</w:t>
      </w:r>
      <w:r>
        <w:br/>
      </w:r>
      <w:r>
        <w:rPr>
          <w:sz w:val="20"/>
        </w:rPr>
        <w:t>36:25  balkay hum sirf yeh sochen ge ke is maslay ka hal kya hai. aur hal aik nahin, das hal hotay hain. to is maslay ka ha</w:t>
      </w:r>
      <w:r>
        <w:br/>
      </w:r>
      <w:r>
        <w:rPr>
          <w:sz w:val="20"/>
        </w:rPr>
        <w:t>36:32  l kya hai, woh hum positive andaaz mein soch payein ge. aur agar hum ne is ko shikayat ke andaaz mein liya to hum bohat ziyada negative ho jayen ge.</w:t>
      </w:r>
      <w:r>
        <w:br/>
      </w:r>
      <w:r>
        <w:rPr>
          <w:sz w:val="20"/>
        </w:rPr>
        <w:t>36:43  to phir hamara dimagh jo hai, sahi right direction mein kaam hi nahin kare ga. to hum badla lena chahein ge.</w:t>
      </w:r>
      <w:r>
        <w:br/>
      </w:r>
      <w:r>
        <w:rPr>
          <w:sz w:val="20"/>
        </w:rPr>
        <w:t>36:53  badla lene mein hum aur apna nuqsan karein ge. to is wajah se hum bilkul positive ho kar hi kaam kar sakte hain.</w:t>
      </w:r>
      <w:r>
        <w:br/>
      </w:r>
      <w:r>
        <w:rPr>
          <w:sz w:val="20"/>
        </w:rPr>
        <w:t>37:01  maulana hamesha kehte thay ke agar hum koi waisi baat un ko batate, kisi ki shikayat ki baat batate ji to woh suntay hi nahin thay.</w:t>
      </w:r>
      <w:r>
        <w:br/>
      </w:r>
      <w:r>
        <w:rPr>
          <w:sz w:val="20"/>
        </w:rPr>
        <w:t>37:10  kehte thay ke main aik moment ke liye bhi apne andar aik state mein shukr ki state of feeling mein jeeta hoon.</w:t>
      </w:r>
      <w:r>
        <w:br/>
      </w:r>
      <w:r>
        <w:rPr>
          <w:sz w:val="20"/>
        </w:rPr>
        <w:t>37:19  aur aik moment ke liye bhi main shukr ka erosion nahin chahta. kyunke jahan shikayat aayi to wahan shukr ka erosion ho jaye ga.</w:t>
      </w:r>
      <w:r>
        <w:br/>
      </w:r>
      <w:r>
        <w:rPr>
          <w:sz w:val="20"/>
        </w:rPr>
        <w:t>37:29  to shukr jo hai, matlab agar hum aik shakir zindagi hamari hai, tabhi hamare paas farishtay atay hain.</w:t>
      </w:r>
      <w:r>
        <w:br/>
      </w:r>
      <w:r>
        <w:rPr>
          <w:sz w:val="20"/>
        </w:rPr>
        <w:t>37:39  tabhi hamein khuda ki madad milti hai. aur is ka bohat achi misaal hai hazrat abubakar wali ji ke kis tareeqay se jab unhon ne shikayat, unhon ne jawab dena shuru kiya to rasool Allah sal Allah alayh wasallam ne bataya ke farishta chala gaya.</w:t>
      </w:r>
      <w:r>
        <w:br/>
      </w:r>
      <w:r>
        <w:rPr>
          <w:sz w:val="20"/>
        </w:rPr>
        <w:t>37:53  to is se hamare liye bhi is mein sabaq hai ke hum aik positive life jayen ge to hamare paas farishtay ayen ge. farishtoon ki madad se hum apna har kaam kar sakte hain.</w:t>
      </w:r>
      <w:r>
        <w:br/>
      </w:r>
      <w:r>
        <w:rPr>
          <w:sz w:val="20"/>
        </w:rPr>
        <w:t>38:04  to shukr aur shikayat jama nahin ho sakte. agar hamare andar shikayat hai to hamare andar shukr nahin hoga. aur shukr hai to hamare andar shikayat nahin hogi.</w:t>
      </w:r>
      <w:r>
        <w:br/>
      </w:r>
      <w:r>
        <w:rPr>
          <w:sz w:val="20"/>
        </w:rPr>
        <w:t>38:15  to is tareeqay se jaise hamare andar shikayat aaye, usi waqt hum ko is ko de din khatam kar dena hai. kyunke agar hum ne shikayat ko apne dimagh mein rakha to jab hum soyen ge to phir woh hamare dimagh ka hissa ban jaye ga.</w:t>
      </w:r>
      <w:r>
        <w:br/>
      </w:r>
      <w:r>
        <w:rPr>
          <w:sz w:val="20"/>
        </w:rPr>
        <w:t>38:29  phir hum usi ke is mein sochte rahen ge, usi ke asar mein rahen ge. to hum usi waqt khatam kar lein. kisi bhi tareeqay se is ko explain kar lein ke is mein kabhi kabhi aisa bhi ho sakta hai ke hamari bhi kuch ghalti rahi ho.</w:t>
      </w:r>
      <w:r>
        <w:br/>
      </w:r>
      <w:r>
        <w:rPr>
          <w:sz w:val="20"/>
        </w:rPr>
        <w:t>38:43  to is ko explain kar ke woh dimagh se nikaal dein. aur khuda ki doosri jo blessings hain, us ko yaad karein.</w:t>
      </w:r>
      <w:r>
        <w:br/>
      </w:r>
      <w:r>
        <w:rPr>
          <w:sz w:val="20"/>
        </w:rPr>
        <w:t>38:51  to is tareeqay se shikayat ko kabhi bhi hamein apne dimagh mein rakhna nahin hai.</w:t>
      </w:r>
      <w:r>
        <w:br/>
      </w:r>
      <w:r>
        <w:rPr>
          <w:sz w:val="20"/>
        </w:rPr>
        <w:t>38:58  dimagh mein rakhen ge to hamare andar aik negative personality banay gi. negative personality banay gi to hamare andar shukr nahin paida hoga.</w:t>
      </w:r>
      <w:r>
        <w:br/>
      </w:r>
      <w:r>
        <w:rPr>
          <w:sz w:val="20"/>
        </w:rPr>
        <w:t>39:07  sacha shukr ko main keh rahi hoon. woh alhamdulillah wala to shukr, woh to sabhi log kar rahay hain. jo sacha shukr hai, jis se poori hamari personality influence hoti hai, woh shukr nahin paida hoga.</w:t>
      </w:r>
      <w:r>
        <w:br/>
      </w:r>
      <w:r>
        <w:rPr>
          <w:sz w:val="20"/>
        </w:rPr>
        <w:t>39:18  is liye hamein shikayat ko foran khatm kar dena hai.</w:t>
      </w:r>
      <w:r>
        <w:br/>
      </w:r>
      <w:r>
        <w:rPr>
          <w:sz w:val="20"/>
        </w:rPr>
        <w:t>39:23  ji, kafi logon ne bohat se comments bheje hain. apa, miss asma khanam ne saharanpur se likha hai: "beshak bilkul sahi kaha." apa, jazak allah.</w:t>
      </w:r>
      <w:r>
        <w:br/>
      </w:r>
      <w:r>
        <w:rPr>
          <w:sz w:val="20"/>
        </w:rPr>
        <w:t>39:36  noreen zahid sahibah ne bheja hai, unhon ne location hi likhi hai: "subhan allah, bohat sabak amoaz baatein batai hain." jazak allah.</w:t>
      </w:r>
      <w:r>
        <w:br/>
      </w:r>
      <w:r>
        <w:rPr>
          <w:sz w:val="20"/>
        </w:rPr>
        <w:t>39:47  miss karot lane ne srinagar se likha hai: "This world is a custom-based world.</w:t>
      </w:r>
      <w:r>
        <w:br/>
      </w:r>
      <w:r>
        <w:rPr>
          <w:sz w:val="20"/>
        </w:rPr>
        <w:t>39:53  maulana would always say it implies that god has created a world that caters to all needs of human beings. that we have become used to this world and take everything for granted is the irony.</w:t>
      </w:r>
      <w:r>
        <w:br/>
      </w:r>
      <w:r>
        <w:rPr>
          <w:sz w:val="20"/>
        </w:rPr>
        <w:t>40:07  if helplessness is the surest way to find god, gratefulness is the key to realize god</w:t>
      </w:r>
      <w:r>
        <w:br/>
      </w:r>
      <w:r>
        <w:rPr>
          <w:sz w:val="20"/>
        </w:rPr>
        <w:t>40:14  . pondering on the creations of creator, all the blessings and opportunities available, and acknowledging his greatness and benevolence is what god expects from us." achha, apa,</w:t>
      </w:r>
      <w:r>
        <w:br/>
      </w:r>
      <w:r>
        <w:rPr>
          <w:sz w:val="20"/>
        </w:rPr>
        <w:t>40:29  quran mein aaya hai ke agar koi nashukra hai to us ko saza di jaye gi aur agar jo shukr karne wala hai, us ko reward diya jaye ga.</w:t>
      </w:r>
      <w:r>
        <w:br/>
      </w:r>
      <w:r>
        <w:rPr>
          <w:sz w:val="20"/>
        </w:rPr>
        <w:t>40:38  to is ko bhi thora aur aap achhe se wazeh kar dein.</w:t>
      </w:r>
      <w:r>
        <w:br/>
      </w:r>
      <w:r>
        <w:rPr>
          <w:sz w:val="20"/>
        </w:rPr>
        <w:t>40:43  quran mein chapter 14 mein aaya hai ke agar tum nashukri karoge to mera azab bara sakht hai.</w:t>
      </w:r>
      <w:r>
        <w:br/>
      </w:r>
      <w:r>
        <w:rPr>
          <w:sz w:val="20"/>
        </w:rPr>
        <w:t>40:50  is se hamein maloom hota hai ke nashukri jo hai, kitni bari evil hai, jis se hamein apne aap ko har halat mein bachana hai.</w:t>
      </w:r>
      <w:r>
        <w:br/>
      </w:r>
      <w:r>
        <w:rPr>
          <w:sz w:val="20"/>
        </w:rPr>
        <w:t>41:00  aur aaj har aadmi jo hai, jo hai sahi maene mein koi bhi shukr khuda ka ada nahi kar raha hai.</w:t>
      </w:r>
      <w:r>
        <w:br/>
      </w:r>
      <w:r>
        <w:rPr>
          <w:sz w:val="20"/>
        </w:rPr>
        <w:t>41:09  kyun ke bohat sari aisi cheezein hain jo hamein nahi mili hui hain. bas isi mein ghoom phir kar hamara dimagh isi mein rehta hai. to is tareeqe se hamein quran ki is ayat se hamein yeh learning karni hai ke hamein har halat mein khuda ka shukr ada karna hai.</w:t>
      </w:r>
      <w:r>
        <w:br/>
      </w:r>
      <w:r>
        <w:rPr>
          <w:sz w:val="20"/>
        </w:rPr>
        <w:t>41:25  kyun ke agar hum ne khuda ka shukr nahi ada kiya to hamein hamein jannat se mahroom kar diya jaye ga.</w:t>
      </w:r>
      <w:r>
        <w:br/>
      </w:r>
      <w:r>
        <w:rPr>
          <w:sz w:val="20"/>
        </w:rPr>
        <w:t>41:33  abdalabad tak hum, hum aik jis ko maulana kehte thay, jahannum jo hai, aik universal dust bin hai, wahan pare rahen ge aur hamein jannat se mahroom kar diya jaye ga.</w:t>
      </w:r>
      <w:r>
        <w:br/>
      </w:r>
      <w:r>
        <w:rPr>
          <w:sz w:val="20"/>
        </w:rPr>
        <w:t>41:46  quran ke mutabiq yeh baat hai. aur agar hum shukr ada karte hain to allah taala jo hai la in shakartum la zi dannakum ka matlab hai ke dunya mein bhi allah aur de ga aur akhirat mein is ka reward jo hai, woh jannat hai.</w:t>
      </w:r>
      <w:r>
        <w:br/>
      </w:r>
      <w:r>
        <w:rPr>
          <w:sz w:val="20"/>
        </w:rPr>
        <w:t>42:01  to yeh bohat hi bari quran ki bohat hi important aayatein hain aur is ko hamein hamesha yaad rakhna chahiye ke nashukri hum ko jahannum tak le ja sakti hai aur shukr hum ko jannat tak le jaye ga.</w:t>
      </w:r>
      <w:r>
        <w:br/>
      </w:r>
      <w:r>
        <w:rPr>
          <w:sz w:val="20"/>
        </w:rPr>
        <w:t>42:16  to is ke baray mein hamein bohat ziyada serious hona hai. ji, miss sarah aman ne apa comment bheja hai ke "Gratitude is the best form of communication with Almighty Allah."</w:t>
      </w:r>
      <w:r>
        <w:br/>
      </w:r>
      <w:r>
        <w:rPr>
          <w:sz w:val="20"/>
        </w:rPr>
        <w:t>42:31  tariq badar sahib ne lahore se likha hai: "In Pakistan, most of the people are engaged in politics, which made them very negative.</w:t>
      </w:r>
      <w:r>
        <w:br/>
      </w:r>
      <w:r>
        <w:rPr>
          <w:sz w:val="20"/>
        </w:rPr>
        <w:t>42:41  what is your advice in this regard?" to apa, is ke baray mein aap kya kehna chahen gi?</w:t>
      </w:r>
      <w:r>
        <w:br/>
      </w:r>
      <w:r>
        <w:rPr>
          <w:sz w:val="20"/>
        </w:rPr>
        <w:t>42:50  dekhiye, islam ke mutabiq, quran ke mutabiq, politics jo hai, power hai, political power hai, woh khuda ke dene se milta hai.</w:t>
      </w:r>
      <w:r>
        <w:br/>
      </w:r>
      <w:r>
        <w:rPr>
          <w:sz w:val="20"/>
        </w:rPr>
        <w:t>43:04  hum log kya kar rahe hain? ke is ke liye tehreekein chalate hain.</w:t>
      </w:r>
      <w:r>
        <w:br/>
      </w:r>
      <w:r>
        <w:rPr>
          <w:sz w:val="20"/>
        </w:rPr>
        <w:t>43:09  jo doosre log power par hain, un ko un seat karne ki tehreekein chalate hain. aur is ki wajah se itni ziyada negativity hoti hai ke poori ki poori population negative ho jati hai.</w:t>
      </w:r>
      <w:r>
        <w:br/>
      </w:r>
      <w:r>
        <w:rPr>
          <w:sz w:val="20"/>
        </w:rPr>
        <w:t>43:22  tamam log is ke khilaf ho jatay hain. dunya jo hai, do dharon mein bat jati hai. aik rival group hota hai, tamam log is ke khilaf ho jatay hain.</w:t>
      </w:r>
      <w:r>
        <w:br/>
      </w:r>
      <w:r>
        <w:rPr>
          <w:sz w:val="20"/>
        </w:rPr>
        <w:t>43:31  to yeh bilkul galat hai, total sense mein galat hai.</w:t>
      </w:r>
      <w:r>
        <w:br/>
      </w:r>
      <w:r>
        <w:rPr>
          <w:sz w:val="20"/>
        </w:rPr>
        <w:t>43:36  kyunke jo hamein kaam karna hai, woh tazkiya-e-nafs ka karna hai. apne andar hamein positive personality develop karni hai. kyunke jab Allah taala dekhenge ke hamare andar salahiyat paida ho gayi hai hukumat sambhalne ki, tabhi hum ko Allah power dega.</w:t>
      </w:r>
      <w:r>
        <w:br/>
      </w:r>
      <w:r>
        <w:rPr>
          <w:sz w:val="20"/>
        </w:rPr>
        <w:t>43:55  to yeh power Allah ke dene se milta hai.</w:t>
      </w:r>
      <w:r>
        <w:br/>
      </w:r>
      <w:r>
        <w:rPr>
          <w:sz w:val="20"/>
        </w:rPr>
        <w:t>43:58  to aap log Allah ki jurisdiction mein dakhil hone ki koshish na karein. kyunke is se milega kuch nahi, siwaye apne aap ko, apni apni barbadi ke siwa aur kuch nahi milne wala hai.</w:t>
      </w:r>
      <w:r>
        <w:br/>
      </w:r>
      <w:r>
        <w:rPr>
          <w:sz w:val="20"/>
        </w:rPr>
        <w:t>44:14  to hamein jo kya karna hai? ke sirf apni positive personality banani hai.</w:t>
      </w:r>
      <w:r>
        <w:br/>
      </w:r>
      <w:r>
        <w:rPr>
          <w:sz w:val="20"/>
        </w:rPr>
        <w:t>44:20  har tarah se jo Allah taala ke hukum ke mutabiq ek duniya mein ek zindagi guzarni hai. aur politics jo hai, woh yeh hai ke jaise zakat hai, jo yeh jo hukum hai,</w:t>
      </w:r>
      <w:r>
        <w:br/>
      </w:r>
      <w:r>
        <w:rPr>
          <w:sz w:val="20"/>
        </w:rPr>
        <w:t>44:33  quran mein chand chand aayatein hain to politics ke bare mein to bilkul zakat ki tarah hai. agar hamare paas paisa hai to hamare upar zakat farz hai.</w:t>
      </w:r>
      <w:r>
        <w:br/>
      </w:r>
      <w:r>
        <w:rPr>
          <w:sz w:val="20"/>
        </w:rPr>
        <w:t>44:45  paisa nahi hai to hamare upar zakat farz nahi hai.</w:t>
      </w:r>
      <w:r>
        <w:br/>
      </w:r>
      <w:r>
        <w:rPr>
          <w:sz w:val="20"/>
        </w:rPr>
        <w:t>44:49  to bilkul wahi hai ke agar hum hum ko power mila hua hai aur jo Allah ke dene se milta hai, agar mila hua hai to hum ko Allah ki marzi ke mutabiq, yaani khaas taur par justice ke mutabiq, is duniya mein rule karna hai, hukumat chalani hai.</w:t>
      </w:r>
      <w:r>
        <w:br/>
      </w:r>
      <w:r>
        <w:rPr>
          <w:sz w:val="20"/>
        </w:rPr>
        <w:t>45:08  to yeh hai. aur jo hai baqi jo hamara kaam hai, woh hai ek ek mustaqil, ek shukr wali zindagi guzarna hai.</w:t>
      </w:r>
      <w:r>
        <w:br/>
      </w:r>
      <w:r>
        <w:rPr>
          <w:sz w:val="20"/>
        </w:rPr>
        <w:t>45:19  aur jahan hum ne politics mein qadam rakha, foran hum nashukre ho jate hain. kyunke power kisi aur ke paas hai aur woh kyun hamein de dega power?</w:t>
      </w:r>
      <w:r>
        <w:br/>
      </w:r>
      <w:r>
        <w:rPr>
          <w:sz w:val="20"/>
        </w:rPr>
        <w:t>45:29  phir hamein is se ladna padega. aur musalsal ek tehreek chalani padegi. negativity is mein paida</w:t>
      </w:r>
      <w:r>
        <w:br/>
      </w:r>
      <w:r>
        <w:rPr>
          <w:sz w:val="20"/>
        </w:rPr>
        <w:t>45:36  hoti hai, bahut zyada negativity paida hoti hai. hamesha ke liye log do group mein bat jate hain. to is tarah se hamari poori personality negative ho jati hai.</w:t>
      </w:r>
      <w:r>
        <w:br/>
      </w:r>
      <w:r>
        <w:rPr>
          <w:sz w:val="20"/>
        </w:rPr>
        <w:t>45:47  to hamein yeh chahiye ke jo kuch hamein mila hua hai, us ke mutabiq hum Allah ki marzi ke mutabiq zindagi guzarein.</w:t>
      </w:r>
      <w:r>
        <w:br/>
      </w:r>
      <w:r>
        <w:rPr>
          <w:sz w:val="20"/>
        </w:rPr>
        <w:t>45:55  jo kuch mila hua hai. to jo nahi mila hua hai, woh jab hamein agar zaroorat Allah taala samjhenge to Allah taala hamein de denge.</w:t>
      </w:r>
      <w:r>
        <w:br/>
      </w:r>
      <w:r>
        <w:rPr>
          <w:sz w:val="20"/>
        </w:rPr>
        <w:t>46:04  jab de denge, us waqt hamara farz banega ke hum justice ke mutabiq hukumat karein. to yeh hai. kyunke asal mein masla yeh hai ke logon ko yahi nahi pata ke creation plan Khuda ka kya hai.</w:t>
      </w:r>
      <w:r>
        <w:br/>
      </w:r>
      <w:r>
        <w:rPr>
          <w:sz w:val="20"/>
        </w:rPr>
        <w:t>46:18  Khuda ka jo creation plan hai ke is duniya mein hum test ke liye aaye hain aur test ka paper khud Khuda set kiya hua hai. isi liye hum dekhte hain ke har ek ko alag alag test paper diye gaye hain.</w:t>
      </w:r>
      <w:r>
        <w:br/>
      </w:r>
      <w:r>
        <w:rPr>
          <w:sz w:val="20"/>
        </w:rPr>
        <w:t>46:30  ab hum chahein ke doosre ka test paper chheen kar us ko hum apna test paper banayein to yeh yeh mumkin nahi hai. jo test paper hamein mila hua hai, usi ko hamein achhe tarike se is is is par kaam karna hai, is par amal karna hai taake hum Khuda ki marzi ke mutabiq ek zindagi is duniya mein guzarein.</w:t>
      </w:r>
      <w:r>
        <w:br/>
      </w:r>
      <w:r>
        <w:rPr>
          <w:sz w:val="20"/>
        </w:rPr>
        <w:t>46:51  warna hamari sari zindagi guzar jaye</w:t>
      </w:r>
      <w:r>
        <w:br/>
      </w:r>
      <w:r>
        <w:rPr>
          <w:sz w:val="20"/>
        </w:rPr>
        <w:t>46:53  gi doosron ke khilaf ukheer pachar karne mein. aur hamein jo karna hai, apna tazkiya-e-nafs, asal kaam tazkiya-e-nafs hai. jo hamein karna hai, wahi nahi hum kar payenge.</w:t>
      </w:r>
      <w:r>
        <w:br/>
      </w:r>
      <w:r>
        <w:rPr>
          <w:sz w:val="20"/>
        </w:rPr>
        <w:t>47:03  to yeh bilkul galat baat hai aur hum yeh Khuda ke creation plan ke khilaf hain. apa, bahut se achhe comment aa rahe hain.</w:t>
      </w:r>
      <w:r>
        <w:br/>
      </w:r>
      <w:r>
        <w:rPr>
          <w:sz w:val="20"/>
        </w:rPr>
        <w:t>47:16  Shah Khalid sahib ne likha hai: "Listening from Islamabad. Mashallah, very nice</w:t>
      </w:r>
      <w:r>
        <w:br/>
      </w:r>
      <w:r>
        <w:rPr>
          <w:sz w:val="20"/>
        </w:rPr>
        <w:t>47:21  talk. Allah taala Farida apa ki umar mein barkat ata farmaye. Noor ul and Zia ne likha hai: "Mashallah, very motivating talk.</w:t>
      </w:r>
      <w:r>
        <w:br/>
      </w:r>
      <w:r>
        <w:rPr>
          <w:sz w:val="20"/>
        </w:rPr>
        <w:t>47:31  I have started listening to Maulana Wahiduddin Khan since January, and my whole thinking and learning has changed. Alhamdulillah, I have discovered CPS team, and I mean it, because I am being practical after listening to all of Maulana lectures.</w:t>
      </w:r>
      <w:r>
        <w:br/>
      </w:r>
      <w:r>
        <w:rPr>
          <w:sz w:val="20"/>
        </w:rPr>
        <w:t>47:49  Shah Zaman Hassan sahib ne likha hai: "मैं भी एक नेगेटिव इंसान था, पर जब से مولانا जी से متاثر हुआ हूं, तब से पॉजिटिव रास्ते पर हूं। दुआ दुआ करें कि मैं लगा रहूं।"</w:t>
      </w:r>
      <w:r>
        <w:br/>
      </w:r>
      <w:r>
        <w:rPr>
          <w:sz w:val="20"/>
        </w:rPr>
        <w:t>48:07  Shahid Hussain sahib ne likha hai: "Problems are challenges. These are potential doors for opportunities. These can work as incentives.</w:t>
      </w:r>
      <w:r>
        <w:br/>
      </w:r>
      <w:r>
        <w:rPr>
          <w:sz w:val="20"/>
        </w:rPr>
        <w:t>48:16  Great wisdom."</w:t>
      </w:r>
      <w:r>
        <w:br/>
      </w:r>
      <w:r>
        <w:rPr>
          <w:sz w:val="20"/>
        </w:rPr>
        <w:t>48:19  Aapa, hona to yahi chahiye ke ek insaan ke seene mein shukr ka darya jo hai, woh beh pade. Kyunke Quran aur Hadees ke mutabiq, sab se bari ibadat jo hai, woh shukriya hai.</w:t>
      </w:r>
      <w:r>
        <w:br/>
      </w:r>
      <w:r>
        <w:rPr>
          <w:sz w:val="20"/>
        </w:rPr>
        <w:t>48:33  To "It is said that it is the biggest worship." To "I would like you to comment on it." Asal mein shukr hamare andar, woh jo shukr hai, jo jis jis ko Maulana ne kaha hai ke shukr ka darya, shukr ka samandar</w:t>
      </w:r>
      <w:r>
        <w:br/>
      </w:r>
      <w:r>
        <w:rPr>
          <w:sz w:val="20"/>
        </w:rPr>
        <w:t>48:47  beh pade, to wahi hoga jab hum apne andar bilkul hi koi aisi cheez ki jagah na dein jo hamare shukr ka erosion kare.</w:t>
      </w:r>
      <w:r>
        <w:br/>
      </w:r>
      <w:r>
        <w:rPr>
          <w:sz w:val="20"/>
        </w:rPr>
        <w:t>48:56  To jaise Maulana karte the ke koi aisi cheez dimaagh mein daalte hi nahi the jo unka shukr, shukr ka erosion kare. Unke khilaaf to logon ne itna likha, itna kitabein likhi gayi, articles likhe gaye.</w:t>
      </w:r>
      <w:r>
        <w:br/>
      </w:r>
      <w:r>
        <w:rPr>
          <w:sz w:val="20"/>
        </w:rPr>
        <w:t>49:09  Is ko bohat itminaan se woh le kar ke apni almari mein woh kitaab laga dete the. Hum logon ko taajjub hota tha ke is se kuch bhi woh negative asar nahi lete the.</w:t>
      </w:r>
      <w:r>
        <w:br/>
      </w:r>
      <w:r>
        <w:rPr>
          <w:sz w:val="20"/>
        </w:rPr>
        <w:t>49:20  Woh aaj bhi unki kitabon, almari mein woh kitabein lagi hui hain jo unke khilaaf bohat bure bhale tareeqe se likhi gayi hain. To is se unka kuch asar nahi hota tha.</w:t>
      </w:r>
      <w:r>
        <w:br/>
      </w:r>
      <w:r>
        <w:rPr>
          <w:sz w:val="20"/>
        </w:rPr>
        <w:t>49:29  Kyunke woh to itna zyada Khuda ke shukr mein jeete the ke saari duniya bhi bura bhala kahe to is se unko asar nahi hota tha.</w:t>
      </w:r>
      <w:r>
        <w:br/>
      </w:r>
      <w:r>
        <w:rPr>
          <w:sz w:val="20"/>
        </w:rPr>
        <w:t>49:38  To aise hi hamein bhi karna hai ke hum dekhiye, jab hum khud ek shakir bande ki tarah rahenge na, tabhi farishte hamare paas aayenge.</w:t>
      </w:r>
      <w:r>
        <w:br/>
      </w:r>
      <w:r>
        <w:rPr>
          <w:sz w:val="20"/>
        </w:rPr>
        <w:t>49:47  Ji ke is duniya mein dekhiye, do asraat hamare par padte hain: ek farishton ka asar aur doosre shaitan ka asar. To agar hum shukr karne wale hain to farishte hamare upar asar daalenge.</w:t>
      </w:r>
      <w:r>
        <w:br/>
      </w:r>
      <w:r>
        <w:rPr>
          <w:sz w:val="20"/>
        </w:rPr>
        <w:t>50:01  Aur farishton ke asar se hamare andar woh positive person</w:t>
      </w:r>
      <w:r>
        <w:br/>
      </w:r>
      <w:r>
        <w:rPr>
          <w:sz w:val="20"/>
        </w:rPr>
        <w:t>50:05  ality banegi, hamare andar Khuda se ta'alluq qaim hoga. Kyunke Khuda se ta'alluq direct nahi qaim hota, balkeh hamein farishton ke zariye se qaim hota hai.</w:t>
      </w:r>
      <w:r>
        <w:br/>
      </w:r>
      <w:r>
        <w:rPr>
          <w:sz w:val="20"/>
        </w:rPr>
        <w:t>50:15  Farishte woh asar hamare andar paida karte hain, hamare andar woh asar daalte hain. Kaha ek Hadees ke mutabiq: "Yahan par chaar angool bhi jagah aisi nahi jahan ek farishta Khuda ke aage sajda na kar raha ho." To inhi farishton se hamein qurbat hasil</w:t>
      </w:r>
      <w:r>
        <w:br/>
      </w:r>
      <w:r>
        <w:rPr>
          <w:sz w:val="20"/>
        </w:rPr>
        <w:t>50:31  karni hai. Wahi hamare andar woh shukr wali personality ko develop karenge. To hum jo shukr ki personality develop nahi kar sakte, woh jo main reason hai, woh hamare andar hai: ego.</w:t>
      </w:r>
      <w:r>
        <w:br/>
      </w:r>
      <w:r>
        <w:rPr>
          <w:sz w:val="20"/>
        </w:rPr>
        <w:t>50:46  Ego hamare andar itna zyada hota hai ke jahan kisi ne koi baat kahi, bas hum bhadak uthte hain. To agar hum apne ego ko khatm kar dein to hum kyun bhadkenge?</w:t>
      </w:r>
      <w:r>
        <w:br/>
      </w:r>
      <w:r>
        <w:rPr>
          <w:sz w:val="20"/>
        </w:rPr>
        <w:t>50:56  Jaise Maulana kehte the ke "Main apne aap ko chunti ke barabar bhi nahi samajh</w:t>
      </w:r>
      <w:r>
        <w:br/>
      </w:r>
      <w:r>
        <w:rPr>
          <w:sz w:val="20"/>
        </w:rPr>
        <w:t>51:00  ta." Agar hum apne aap ko chunti ke barabar bhi nahi samjhein to koi hamein kitna bhi bura bhala kehta rahe, hum kyun kyun bhadkenge? Hum woh apna ego khatm karna hai.</w:t>
      </w:r>
      <w:r>
        <w:br/>
      </w:r>
      <w:r>
        <w:rPr>
          <w:sz w:val="20"/>
        </w:rPr>
        <w:t>51:12  Kyunke do ego is kainat mein nahi chal sakte. Ego to asal Khuda ka ego hai na? To ek Hadees mein aaya hai ke "Jo mere kibr ki chadar ko lena chahega, main us ko zaleel kar doonga." To Khuda ka ego hai.</w:t>
      </w:r>
      <w:r>
        <w:br/>
      </w:r>
      <w:r>
        <w:rPr>
          <w:sz w:val="20"/>
        </w:rPr>
        <w:t>51:26  Hamein jo kuch hai, woh Khuda ke dene se mila hua hai.</w:t>
      </w:r>
      <w:r>
        <w:br/>
      </w:r>
      <w:r>
        <w:rPr>
          <w:sz w:val="20"/>
        </w:rPr>
        <w:t>51:30  To hamein to hamara apna kuch hai hi nahi. To kis baat ka ego? Jo ek cheez jo hamein Khuda ne di hai, to mili hui hai.</w:t>
      </w:r>
      <w:r>
        <w:br/>
      </w:r>
      <w:r>
        <w:rPr>
          <w:sz w:val="20"/>
        </w:rPr>
        <w:t>51:38  Aur jab chahe, woh Khuda hum se chheen sakta hai. To hamein is maqsad ke liye, apne jazba-e-shukr ki hifazat ke liye, apne ego ko khatm karna hai.</w:t>
      </w:r>
      <w:r>
        <w:br/>
      </w:r>
      <w:r>
        <w:rPr>
          <w:sz w:val="20"/>
        </w:rPr>
        <w:t>51:47  Ego ko surrender karna hai. Islam ke maani hi yahi hain: "Submitting to God. Surrender to God</w:t>
      </w:r>
      <w:r>
        <w:br/>
      </w:r>
      <w:r>
        <w:rPr>
          <w:sz w:val="20"/>
        </w:rPr>
        <w:t>51:55  ." To surrender ka matlab yahi hai: ego ko surrender karna. Aur sirf aur sirf Khuda ki baṛai mein jeena. Ji to Aapa samajh aa raha hai ke jannat ki qeemat shukr hai.</w:t>
      </w:r>
      <w:r>
        <w:br/>
      </w:r>
      <w:r>
        <w:rPr>
          <w:sz w:val="20"/>
        </w:rPr>
        <w:t>52:08  Aur jannat usi ko milegi jo is qeemat ko ada karega. Aur Quran mein bhi Aapa jannat ko le kar yeh zikr aaya hai ke "Tum jahan bhi dekhoge, azeem nem'at aur badshahi dek</w:t>
      </w:r>
      <w:r>
        <w:br/>
      </w:r>
      <w:r>
        <w:rPr>
          <w:sz w:val="20"/>
        </w:rPr>
        <w:t>52:21  hoge." To yeh bohat zaroori ho jata hai Aapa ke hum apne andar yeh shukr ka ehsaas, shukr ke feeling ko safeguard kar ke hamesha chalein.</w:t>
      </w:r>
      <w:r>
        <w:br/>
      </w:r>
      <w:r>
        <w:rPr>
          <w:sz w:val="20"/>
        </w:rPr>
        <w:t>52:31  to wo kaise kar sakte hain? is ke bare mein bhi bataein. to shukr ke safeguard karne ke liye wahi hai jo ke hum har halat mein Khuda ki barhai mein jaein.</w:t>
      </w:r>
      <w:r>
        <w:br/>
      </w:r>
      <w:r>
        <w:rPr>
          <w:sz w:val="20"/>
        </w:rPr>
        <w:t>52:43  ji apni barhai ko khatam kar dein aur Khuda ki barhai mein jaein. phir shukriya shukr hai.</w:t>
      </w:r>
      <w:r>
        <w:br/>
      </w:r>
      <w:r>
        <w:rPr>
          <w:sz w:val="20"/>
        </w:rPr>
        <w:t>52:50  kyunke hamari hazaron lakhon cheezein hain jo hamare paas hain, wo Khuda se mili hui hain. phir hum kyun nahi shukr karein ge? jaise ek baar, ek baar maine ek car mein dekha, peeche likha hua tha:</w:t>
      </w:r>
      <w:r>
        <w:br/>
      </w:r>
      <w:r>
        <w:rPr>
          <w:sz w:val="20"/>
        </w:rPr>
        <w:t>53:05  "Dad's gift." to ek cheez baap ne di, ab bete ko itna zyada is ka acknowledgement hua, us ne acknowledge itna zyada kiya ke us ne car pe hi likh diya: "Dad's gift." to</w:t>
      </w:r>
      <w:r>
        <w:br/>
      </w:r>
      <w:r>
        <w:rPr>
          <w:sz w:val="20"/>
        </w:rPr>
        <w:t>53:20  yahan to har cheez Khuda se hamein mili hui hai. to hum Khuda ka shukr ada nahi karein to kis ka ada karein ge? aur baar baar Khuda dikha raha hai ke jab chahein hum cheen sakte hain.</w:t>
      </w:r>
      <w:r>
        <w:br/>
      </w:r>
      <w:r>
        <w:rPr>
          <w:sz w:val="20"/>
        </w:rPr>
        <w:t>53:33  koi beemar ho jata hai, kisi ko maut aa jati hai, kisi ko accident ho jata hai, kisi ke paas ek cheez hoti hai, wo wo khatam ho jati hai, kisi ka job chala jata</w:t>
      </w:r>
      <w:r>
        <w:br/>
      </w:r>
      <w:r>
        <w:rPr>
          <w:sz w:val="20"/>
        </w:rPr>
        <w:t>53:45  hai. to Khuda ke dene se milta hai, Khuda ke lene se wo chala jata hai. to har halat mein hamein jo kuch hai, wo Khuda se mila hua hai.</w:t>
      </w:r>
      <w:r>
        <w:br/>
      </w:r>
      <w:r>
        <w:rPr>
          <w:sz w:val="20"/>
        </w:rPr>
        <w:t>53:55  aur kabhi kabhi aisa hota hai ke Khuda kisi maslehat ki wajah se hum se koi cheez leta hai, to tab bhi hamein wo negative nahi hona hai.</w:t>
      </w:r>
      <w:r>
        <w:br/>
      </w:r>
      <w:r>
        <w:rPr>
          <w:sz w:val="20"/>
        </w:rPr>
        <w:t>54:05  ho sakta hai ke Allah taala is se behtar dene ke liye hamein wo cheez Allah ne liya ho.</w:t>
      </w:r>
      <w:r>
        <w:br/>
      </w:r>
      <w:r>
        <w:rPr>
          <w:sz w:val="20"/>
        </w:rPr>
        <w:t>54:12  to ek baar hamare ek rishtedar the, wo un ko fact, un ki apni company thi, us mein kuch problem hua, kuch jhagda ho gaya, to wo chhod kar company ko chale aae.</w:t>
      </w:r>
      <w:r>
        <w:br/>
      </w:r>
      <w:r>
        <w:rPr>
          <w:sz w:val="20"/>
        </w:rPr>
        <w:t>54:24  to bohat zyada wo negative ho rahe the ke "main ne company banai thi, sari mehnat maine ki thi, ab logon ne mujhe pareshan kiya, mujhe chhodna pada company ko.</w:t>
      </w:r>
      <w:r>
        <w:br/>
      </w:r>
      <w:r>
        <w:rPr>
          <w:sz w:val="20"/>
        </w:rPr>
        <w:t>54:34  " to Maulana ne apni diary mein likha ke kabhi aisa hota hai ke mali jo hai, wo paudhe ko ek jagah se ukhadta hai, us ko kisi doosri behtar jagah lagane ke liye, nasb karne ke liye.</w:t>
      </w:r>
      <w:r>
        <w:br/>
      </w:r>
      <w:r>
        <w:rPr>
          <w:sz w:val="20"/>
        </w:rPr>
        <w:t>54:47  to wahi hua, wo phir wo bahar chale gaye, aur bahar unhon ne is se bohat zyada bada business kiya. to waqti taur par aisa ho sakta hai ke hamein kuch problem ho jaye, kuch takleef ho jaye,</w:t>
      </w:r>
      <w:r>
        <w:br/>
      </w:r>
      <w:r>
        <w:rPr>
          <w:sz w:val="20"/>
        </w:rPr>
        <w:t>54:59  to is se bhi hamein negative nahi hona hai. kyunke ho sakta hai ke Allah taala ke liye hamare, hum Allah taala ke haan, hamare liye koi zyada bada plan ho.</w:t>
      </w:r>
      <w:r>
        <w:br/>
      </w:r>
      <w:r>
        <w:rPr>
          <w:sz w:val="20"/>
        </w:rPr>
        <w:t>55:08  abhi jo hum program kar ho raha tha Hazrat Yusuf par ke Hazrat Yusuf ko jab kunwein mein daal diya gaya tha, to wo us waqt unhon ne thodi socha hoga ke kal wo wahan badshah ke, badshah ke takht ke baad un ki doosri jagah milegi un ko.</w:t>
      </w:r>
      <w:r>
        <w:br/>
      </w:r>
      <w:r>
        <w:rPr>
          <w:sz w:val="20"/>
        </w:rPr>
        <w:t>55:24  to Allah taala ke paas kisi cheez ki</w:t>
      </w:r>
      <w:r>
        <w:br/>
      </w:r>
      <w:r>
        <w:rPr>
          <w:sz w:val="20"/>
        </w:rPr>
        <w:t>55:28  kami nahi hai, bas hamein shukr karna hai aur Khuda se dua karni hai, to wo sab kuch hamein aur mazeed mil jayega.</w:t>
      </w:r>
    </w:p>
    <w:p>
      <w:pPr>
        <w:pStyle w:val="Heading2"/>
      </w:pPr>
      <w:r>
        <w:t>Judging one's capacity before accepting work</w:t>
      </w:r>
    </w:p>
    <w:p>
      <w:r>
        <w:rPr>
          <w:color w:val="666666"/>
          <w:sz w:val="18"/>
        </w:rPr>
        <w:t>Life &amp; Wisdom · The Concept of Help Feb 9, 2020—Maulana Wahiduddin Khan · 9m 54s · at 42:07 · https://youtu.be/WScXmduh1AQ?t=2527</w:t>
      </w:r>
    </w:p>
    <w:p>
      <w:r>
        <w:rPr>
          <w:i/>
        </w:rPr>
        <w:t>“Today I could understand the link between adversity, patience and Allah's reward. Most people make the mistake of overestimating themselves and as a result they fall into frustration. My question is: How to find out and judge before accepting any work whether the work is within one's capacity or beyond one's capacity?”</w:t>
      </w:r>
    </w:p>
    <w:p>
      <w:r>
        <w:rPr>
          <w:sz w:val="20"/>
        </w:rPr>
        <w:t>42:07  Today I could understand the link between adversity, patience and Allah reward. May Allah guide us to right path for attaining comfort in hereafter." Maulana, agla sawal bheja hai Lucknow se Amanatullah sahib ne.</w:t>
      </w:r>
      <w:r>
        <w:br/>
      </w:r>
      <w:r>
        <w:rPr>
          <w:sz w:val="20"/>
        </w:rPr>
        <w:t>42:27  Unhon ne likha hai: "Maulana sahib, most people make the mistake of over estimating one self and as a result they fall in frustration.</w:t>
      </w:r>
      <w:r>
        <w:br/>
      </w:r>
      <w:r>
        <w:rPr>
          <w:sz w:val="20"/>
        </w:rPr>
        <w:t>42:41  My question is how to find out or judge before accepting any work that whether the work is within one's capacity or beyond one's capacity.</w:t>
      </w:r>
      <w:r>
        <w:br/>
      </w:r>
      <w:r>
        <w:rPr>
          <w:sz w:val="20"/>
        </w:rPr>
        <w:t>42:54  Please guide us in that."</w:t>
      </w:r>
      <w:r>
        <w:br/>
      </w:r>
      <w:r>
        <w:rPr>
          <w:sz w:val="20"/>
        </w:rPr>
        <w:t>43:00  main samajhta hoon ke hamare yaani is area mein jo log basta hain, jo musalman, un ki sab se bari, sab se bara disadvantage yeh tha ke un ko Iqbal mil gaya,</w:t>
      </w:r>
      <w:r>
        <w:br/>
      </w:r>
      <w:r>
        <w:rPr>
          <w:sz w:val="20"/>
        </w:rPr>
        <w:t>43:13  jise khudhi ka falsafa bataya. Yeh nashe ka falsafa tha, khudhi ka. To Iqbal ne apna le liya. Khudhi, khudhi, khudhi, khudhi to ek tawakkun nazariya hai.</w:t>
      </w:r>
      <w:r>
        <w:br/>
      </w:r>
      <w:r>
        <w:rPr>
          <w:sz w:val="20"/>
        </w:rPr>
        <w:t>43:28  Khudhi nahi, anti, anti khudhi. Self, anti self se taraqqiyan hoti hain. Isi liye Iqbal ki qaum kuch taraqqi nahi kar saki.</w:t>
      </w:r>
      <w:r>
        <w:br/>
      </w:r>
      <w:r>
        <w:rPr>
          <w:sz w:val="20"/>
        </w:rPr>
        <w:t>43:43  Meri baat mein bohat so'n ko dhakka lage ga, bura bura maloom hoga. Lekin main isi liye kehta hoon ke mujhe koi lady, lady, lady nahi karna hai.</w:t>
      </w:r>
      <w:r>
        <w:br/>
      </w:r>
      <w:r>
        <w:rPr>
          <w:sz w:val="20"/>
        </w:rPr>
        <w:t>43:54  Mujhe koi ledaery ka shauq nahi hai. Main sachai ko bayan karne ke liye zinda hoon. Sachai musalmanon ko chahiye ke woh Iqbal ko chhoden.</w:t>
      </w:r>
      <w:r>
        <w:br/>
      </w:r>
      <w:r>
        <w:rPr>
          <w:sz w:val="20"/>
        </w:rPr>
        <w:t>44:05  Jab tak Iqbal ko shehar mein rahen ge na, shehar mein tab tak taraqqi nahi kar sakte woh. Jab tak Iqbal ko jis masjid dekhiye, jis madrasay pe dekhiye, Iqbal ka ashaar parhe ja rahe hain.</w:t>
      </w:r>
      <w:r>
        <w:br/>
      </w:r>
      <w:r>
        <w:rPr>
          <w:sz w:val="20"/>
        </w:rPr>
        <w:t>44:19  Bataiye, koi kaam hai? Iqbal ne to qaum ko yaani meethi, meethay zehar ki meethi goliyan di hain.</w:t>
      </w:r>
      <w:r>
        <w:br/>
      </w:r>
      <w:r>
        <w:rPr>
          <w:sz w:val="20"/>
        </w:rPr>
        <w:t>44:29  Zehar ki meethi goliyan. To main jaanta hoon ke bohat se log ghussa, ghussa ho jayen ge. Lekin main chahta hoon ke yeh baat un ko bata doon marne se pehle, kyun ke hum sab ka saamna hone wala hai hajj, hajj ke maidan mein.</w:t>
      </w:r>
      <w:r>
        <w:br/>
      </w:r>
      <w:r>
        <w:rPr>
          <w:sz w:val="20"/>
        </w:rPr>
        <w:t>44:49  Aur India mein is se doori misguide karne wala koi nahi tha. Misguide karna isi ki ek cheez hai ke qoumiyat ke maamle mein saare musalman baqi bhi hain.</w:t>
      </w:r>
      <w:r>
        <w:br/>
      </w:r>
      <w:r>
        <w:rPr>
          <w:sz w:val="20"/>
        </w:rPr>
        <w:t>45:05  Qoumiyat ka nazariya jo tha, us ke liye unhon ne negative baaten kahi hain. Isi liye zamanay ko pehchan nahi sake.</w:t>
      </w:r>
      <w:r>
        <w:br/>
      </w:r>
      <w:r>
        <w:rPr>
          <w:sz w:val="20"/>
        </w:rPr>
        <w:t>45:18  Zamanay ko pehchan nahi sake. Aaj duniya mein ek hi qaum aisi hai jo zamanay ko pehchan nahi saki. Choti choti qaumon ne pehchan liya zamanay ko aur taraqqiyan keen.</w:t>
      </w:r>
      <w:r>
        <w:br/>
      </w:r>
      <w:r>
        <w:rPr>
          <w:sz w:val="20"/>
        </w:rPr>
        <w:t>45:32  Lekin yeh musalmanon ki ajeeb haalat hai ke aisa shayar unhon ne paida kiya jis shayar ne un ko yaani sirf mis lead kiya.</w:t>
      </w:r>
      <w:r>
        <w:br/>
      </w:r>
      <w:r>
        <w:rPr>
          <w:sz w:val="20"/>
        </w:rPr>
        <w:t>45:46  Main jaanta hoon ke hazaron log mujh se ghussa ho jayen ge, lekin koi ghussa hota rahe. Mujhe to sachi baat karna hai.</w:t>
      </w:r>
      <w:r>
        <w:br/>
      </w:r>
      <w:r>
        <w:rPr>
          <w:sz w:val="20"/>
        </w:rPr>
        <w:t>45:57  Sachi baat karni hai mujhe. Main, main, main manta hoon ke self thinking tawakkun hai. Sahi thinking hai, anti self thinking.</w:t>
      </w:r>
      <w:r>
        <w:br/>
      </w:r>
      <w:r>
        <w:rPr>
          <w:sz w:val="20"/>
        </w:rPr>
        <w:t>46:09  Aap ke andar anti self thinking develop ho, us se aap taraqqi karen ge. Self thinking se aap kabhi taraqqi nahi kar sakte. Maulana, agla comment parhna chahen ge.</w:t>
      </w:r>
      <w:r>
        <w:br/>
      </w:r>
      <w:r>
        <w:rPr>
          <w:sz w:val="20"/>
        </w:rPr>
        <w:t>46:20  Yeh bheja hai Maulana Yaqoob Umri ne Delhi se. Unhon ne likha hai: "Maulana, I agree with you hundred percent on the concept of helping other that you explained very well today.</w:t>
      </w:r>
      <w:r>
        <w:br/>
      </w:r>
      <w:r>
        <w:rPr>
          <w:sz w:val="20"/>
        </w:rPr>
        <w:t>46:34  Teaching wisdom is real help and giving money is killing their potential. Jazak Allah." Maulana, Maulana, agla comment aur sawal aaya hai Miss Samina ka Delhi se.</w:t>
      </w:r>
      <w:r>
        <w:br/>
      </w:r>
      <w:r>
        <w:rPr>
          <w:sz w:val="20"/>
        </w:rPr>
        <w:t>46:48  Unhon ne likha hai: "Maulana, you are a blessing for my family. You are a blessing for my family and me, and I think my brother Khurram for that Allah use her khushi se un ko nawazay." Aise, I also want to thank Farida Apa and Naghma Apa for their support and encouragement to do translation work.</w:t>
      </w:r>
      <w:r>
        <w:br/>
      </w:r>
      <w:r>
        <w:rPr>
          <w:sz w:val="20"/>
        </w:rPr>
        <w:t>47:17  i have a question: "last week i saw you giving your blessings to a girl who was apparently going through depression.</w:t>
      </w:r>
      <w:r>
        <w:br/>
      </w:r>
      <w:r>
        <w:rPr>
          <w:sz w:val="20"/>
        </w:rPr>
        <w:t>47:27  these days so many people are going through stress and depression and are committing suicides. the reason vary from financial, personal and many more.</w:t>
      </w:r>
      <w:r>
        <w:br/>
      </w:r>
      <w:r>
        <w:rPr>
          <w:sz w:val="20"/>
        </w:rPr>
        <w:t>47:38  my daughter marvi's class mate, uh who was in second year, was going through depression and was taking therapy from psychologist.</w:t>
      </w:r>
      <w:r>
        <w:br/>
      </w:r>
      <w:r>
        <w:rPr>
          <w:sz w:val="20"/>
        </w:rPr>
        <w:t>47:50  still he ended his life. all the batch mates are in extreme trauma as they were the ones to break open the door and take out his body, not hanging from the fan but from the cupboard.</w:t>
      </w:r>
      <w:r>
        <w:br/>
      </w:r>
      <w:r>
        <w:rPr>
          <w:sz w:val="20"/>
        </w:rPr>
        <w:t>48:04  he was extremely good in studies and he had no financial issues, but the parents were in jharkhand and he was staying alone in a pg.</w:t>
      </w:r>
      <w:r>
        <w:br/>
      </w:r>
      <w:r>
        <w:rPr>
          <w:sz w:val="20"/>
        </w:rPr>
        <w:t>48:16  my question is as parents and teachers, how can we help these students or people in our contact? because most of the time what they need is simply talking to someone to share their worries, anxieties and fears.</w:t>
      </w:r>
      <w:r>
        <w:br/>
      </w:r>
      <w:r>
        <w:rPr>
          <w:sz w:val="20"/>
        </w:rPr>
        <w:t>48:33  maulana sahib, please advise." dekhiye, main apna experience aap ko batata hoon. main gaya tha pakistan, kai saal pehle ki baat hai.</w:t>
      </w:r>
      <w:r>
        <w:br/>
      </w:r>
      <w:r>
        <w:rPr>
          <w:sz w:val="20"/>
        </w:rPr>
        <w:t>48:47  to lahore ke airport par ek naujawan mujhe receive karne ke liye aaya aur kai log thay.</w:t>
      </w:r>
      <w:r>
        <w:br/>
      </w:r>
      <w:r>
        <w:rPr>
          <w:sz w:val="20"/>
        </w:rPr>
        <w:t>48:57  to woh naujawan main pehchane pehchanta nahi tha. us ko main us ko arabi nazar se dekha to us ne kaha ke aap us ko pehchanta nahi honge lekin main aap ko janta hoon.</w:t>
      </w:r>
      <w:r>
        <w:br/>
      </w:r>
      <w:r>
        <w:rPr>
          <w:sz w:val="20"/>
        </w:rPr>
        <w:t>49:11  to phir us ne apni story batai. us ne kaha ke main bohat zabardast depression ka shikar ho chuka tha. depression to yahan par koi hospital hai jo depression ka ilaj karta hai.</w:t>
      </w:r>
      <w:r>
        <w:br/>
      </w:r>
      <w:r>
        <w:rPr>
          <w:sz w:val="20"/>
        </w:rPr>
        <w:t>49:28  wahan woh daakhil kar diye gaye. to wahan par under treatment thay woh aur kuch faida nahi ho raha tha. to phir ek aadmi wahan mile un se, un ko meri kitab "raaz-e-hayat" de di.</w:t>
      </w:r>
      <w:r>
        <w:br/>
      </w:r>
      <w:r>
        <w:rPr>
          <w:sz w:val="20"/>
        </w:rPr>
        <w:t>49:44  "raaz-e-hayat"</w:t>
      </w:r>
      <w:r>
        <w:br/>
      </w:r>
      <w:r>
        <w:rPr>
          <w:sz w:val="20"/>
        </w:rPr>
        <w:t>49:49  to us ko unhon ne hospital mein parha. us ke baad doctor sahib ne kaha ke aap mujhe chutti de dijiye.</w:t>
      </w:r>
      <w:r>
        <w:br/>
      </w:r>
      <w:r>
        <w:rPr>
          <w:sz w:val="20"/>
        </w:rPr>
        <w:t>49:58  unhon ne kaha kyun? unhon ne kaha bhai to acha ho gaya. kaha ke nahi, abhi to aap under treatment hain. kaha ke nahi, main acha ho gaya. is kitab ko parh kar woh bilkul theek ho gaye.</w:t>
      </w:r>
      <w:r>
        <w:br/>
      </w:r>
      <w:r>
        <w:rPr>
          <w:sz w:val="20"/>
        </w:rPr>
        <w:t>50:11  depression khatam ho gaya aur phir zindagi mein kaabil ho gaya. to logon ko paisa mat dijiye, madad mat kijiye.</w:t>
      </w:r>
      <w:r>
        <w:br/>
      </w:r>
      <w:r>
        <w:rPr>
          <w:sz w:val="20"/>
        </w:rPr>
        <w:t>50:24  un ko wisdom dijiye. paisa dena un ke apni potential ko kill karna hai aur wisdom dena un ke potential ko jagana hai.</w:t>
      </w:r>
      <w:r>
        <w:br/>
      </w:r>
      <w:r>
        <w:rPr>
          <w:sz w:val="20"/>
        </w:rPr>
        <w:t>50:40  main phir kahunga ke paisa dena logon ki potential ko kill karna hai</w:t>
      </w:r>
      <w:r>
        <w:br/>
      </w:r>
      <w:r>
        <w:rPr>
          <w:sz w:val="20"/>
        </w:rPr>
        <w:t>50:51  aur wisdom dena logon ke wisdom ko potential ko jagana hai. yeh mera tajurba hai aur main bas kehta hoon ke hamare haan jo leader paida hui hai, woh zyada tar aisay log thay jinhon ne is raat ko jaana hi nahi.</w:t>
      </w:r>
      <w:r>
        <w:br/>
      </w:r>
      <w:r>
        <w:rPr>
          <w:sz w:val="20"/>
        </w:rPr>
        <w:t>51:13  is raat ko jaana hi nahi. unhon ne potential ko jagana yeh asal raaz hai. yeh jaana nahi hai. potential ko kill ko woh hai misguide karte rahay.</w:t>
      </w:r>
      <w:r>
        <w:br/>
      </w:r>
      <w:r>
        <w:rPr>
          <w:sz w:val="20"/>
        </w:rPr>
        <w:t>51:33  to jin logon ko is maslay mein jaanna ho, meri kitab parhein. urdu mein "raaz-e-hayat" hai, english mein woh hai kya naam hai uska?</w:t>
      </w:r>
      <w:r>
        <w:br/>
      </w:r>
      <w:r>
        <w:rPr>
          <w:sz w:val="20"/>
        </w:rPr>
        <w:t>51:46  "the secret of success". "the secret of success" english mein naam hai "the secret of success" aur urdu mein is ka naam hai "raaz-e-hayat".</w:t>
      </w:r>
    </w:p>
    <w:p>
      <w:pPr>
        <w:pStyle w:val="Heading2"/>
      </w:pPr>
      <w:r>
        <w:t>Managing Stress and Maintaining Positive Thinking</w:t>
      </w:r>
    </w:p>
    <w:p>
      <w:r>
        <w:rPr>
          <w:color w:val="666666"/>
          <w:sz w:val="18"/>
        </w:rPr>
        <w:t>Life &amp; Wisdom · Religion and Democracy December 25, 2011 · 6m 23s · at 1:10:49 · https://youtu.be/8Mf_yvDA8ik?t=4249</w:t>
      </w:r>
    </w:p>
    <w:p>
      <w:r>
        <w:rPr>
          <w:i/>
        </w:rPr>
        <w:t>“In today's stressful times, please share your views on how we can all manage our stress levels, maintain a good work-life balance, and always maintain positive thinking.”</w:t>
      </w:r>
    </w:p>
    <w:p>
      <w:r>
        <w:rPr>
          <w:sz w:val="20"/>
        </w:rPr>
        <w:t>1:10:49  maulana, agla sawal aya hai mr. slish malhotra ka, singapore se. unhon ne likha hai: "in today's stressful times, please share your views on how we all can manage our stress levels and are able to maintain a good work life balance and always maintain positive thinking."</w:t>
      </w:r>
      <w:r>
        <w:br/>
      </w:r>
      <w:r>
        <w:rPr>
          <w:sz w:val="20"/>
        </w:rPr>
        <w:t>1:11:15  dekhein, jahan tak maine samjha hai, stress, stress kya hai? us ko us ki analysis kijiye.</w:t>
      </w:r>
      <w:r>
        <w:br/>
      </w:r>
      <w:r>
        <w:rPr>
          <w:sz w:val="20"/>
        </w:rPr>
        <w:t>1:11:25  stress mein jahan tak maine samjha hai, stress naam hai is baat ka ke aadmi</w:t>
      </w:r>
      <w:r>
        <w:br/>
      </w:r>
      <w:r>
        <w:rPr>
          <w:sz w:val="20"/>
        </w:rPr>
        <w:t>1:11:34  is se zyada paana chahe jo woh apni capacity ke aitbar se pa sakta hai.</w:t>
      </w:r>
      <w:r>
        <w:br/>
      </w:r>
      <w:r>
        <w:rPr>
          <w:sz w:val="20"/>
        </w:rPr>
        <w:t>1:11:42  agar aap apni capacity ko jaanein aur usi par aap aap ka determinant ho jaye to na koi tension hai, na koi stress hai.</w:t>
      </w:r>
      <w:r>
        <w:br/>
      </w:r>
      <w:r>
        <w:rPr>
          <w:sz w:val="20"/>
        </w:rPr>
        <w:t>1:11:50  phir har aadmi more and more par target banaye rehta hai. yeh more and more ka jo jo target hai, yahi wajah hai stress ke aur tension ki.</w:t>
      </w:r>
      <w:r>
        <w:br/>
      </w:r>
      <w:r>
        <w:rPr>
          <w:sz w:val="20"/>
        </w:rPr>
        <w:t>1:12:06  isi liye islam mein jo hal bataya gaya hai, woh hai qanaat. qanaat ka matlab hai contentment.</w:t>
      </w:r>
      <w:r>
        <w:br/>
      </w:r>
      <w:r>
        <w:rPr>
          <w:sz w:val="20"/>
        </w:rPr>
        <w:t>1:12:16  qad aflaha man roza ka kafafa wa kana Allah ma ata. to contentment jo hai, is ka matlab kya hai?</w:t>
      </w:r>
      <w:r>
        <w:br/>
      </w:r>
      <w:r>
        <w:rPr>
          <w:sz w:val="20"/>
        </w:rPr>
        <w:t>1:12:26  yaani qanaat ya contentment ka matlab kya hai? woh yeh matlab nahi kam par raazi hona, possible par raazi hona.</w:t>
      </w:r>
      <w:r>
        <w:br/>
      </w:r>
      <w:r>
        <w:rPr>
          <w:sz w:val="20"/>
        </w:rPr>
        <w:t>1:12:36  yeh matlab hai qanaat ka.</w:t>
      </w:r>
      <w:r>
        <w:br/>
      </w:r>
      <w:r>
        <w:rPr>
          <w:sz w:val="20"/>
        </w:rPr>
        <w:t>1:12:40  aadmi possible aur impossible mein farq kare, achievable aur non-achievable mein farq kare to har aadmi ko stress-free life mil jayegi, koi mushkil nahi.</w:t>
      </w:r>
      <w:r>
        <w:br/>
      </w:r>
      <w:r>
        <w:rPr>
          <w:sz w:val="20"/>
        </w:rPr>
        <w:t>1:12:55  dekhein, is dunya mein koi superpower bhi afford nahi kar sakta us ko ke woh apne apne taqat se aage chhalang lagaye to woh afford nahi kar sakta.</w:t>
      </w:r>
      <w:r>
        <w:br/>
      </w:r>
      <w:r>
        <w:rPr>
          <w:sz w:val="20"/>
        </w:rPr>
        <w:t>1:13:05  misal ke taur par, communist Russia ko dekhiye, woh daakhil ho gaya Afghanistan mein, fauj ne daakhil kar diya apni to us ke liye phir affordable nahi tha.</w:t>
      </w:r>
      <w:r>
        <w:br/>
      </w:r>
      <w:r>
        <w:rPr>
          <w:sz w:val="20"/>
        </w:rPr>
        <w:t>1:13:15  shikast kha kar wapas jana pada un ko. aise hi America jo hai, Iraq mein daakhil ho gaya, woh bhi bas affordable nahi tha, woh</w:t>
      </w:r>
      <w:r>
        <w:br/>
      </w:r>
      <w:r>
        <w:rPr>
          <w:sz w:val="20"/>
        </w:rPr>
        <w:t>1:13:24  aur wapas jana pada us ko das saal ke baad Vietnam se das saal wapas aana pada. to chahe ke individual ho, chahe koi superpower ho, woh us ko is baat ko jaanna chahiye, is had ko ke us kya cheez us ke liye yaani achievable hai ya achievable nahi.</w:t>
      </w:r>
      <w:r>
        <w:br/>
      </w:r>
      <w:r>
        <w:rPr>
          <w:sz w:val="20"/>
        </w:rPr>
        <w:t>1:13:48  jo</w:t>
      </w:r>
      <w:r>
        <w:br/>
      </w:r>
      <w:r>
        <w:rPr>
          <w:sz w:val="20"/>
        </w:rPr>
        <w:t>1:13:49  achievable na ho, us ko kabhi target na kare, woh kabhi na kare. jo achievable hai, us ko usi ko target kare. magar mushkil yeh hai ke na fard us ko yaani is par dhyan deta, na na bari bari hukumatain jo bhi dhyan de pati hain.</w:t>
      </w:r>
      <w:r>
        <w:br/>
      </w:r>
      <w:r>
        <w:rPr>
          <w:sz w:val="20"/>
        </w:rPr>
        <w:t>1:14:11  natija yeh hai ke sab pareshan hain. jis ko dekho, sab pareshan hain.</w:t>
      </w:r>
      <w:r>
        <w:br/>
      </w:r>
      <w:r>
        <w:rPr>
          <w:sz w:val="20"/>
        </w:rPr>
        <w:t>1:14:14  jo baray baray jo president aur prime minister hain, woh sleeping pill kha ke sote hain. isi liye ke woh har ek chhalang lagai hui hai, har ek jump ki hui hai more and more ki taraf.</w:t>
      </w:r>
      <w:r>
        <w:br/>
      </w:r>
      <w:r>
        <w:rPr>
          <w:sz w:val="20"/>
        </w:rPr>
        <w:t>1:14:32  to main sochta hoon ke is ke liye ek prize deni paray gi. woh yeh hai ke more and more ka jo concept hai, is ko khatam karna, is ko aur contentment par apne aap ko le aana.</w:t>
      </w:r>
      <w:r>
        <w:br/>
      </w:r>
      <w:r>
        <w:rPr>
          <w:sz w:val="20"/>
        </w:rPr>
        <w:t>1:14:42  koi doosra option nahi is ke liye, is ke siwa.</w:t>
      </w:r>
      <w:r>
        <w:br/>
      </w:r>
      <w:r>
        <w:rPr>
          <w:sz w:val="20"/>
        </w:rPr>
        <w:t>1:14:46  united states jo hai, super power banaya jata hai. dekhiye, first world war aur second world war ke darmiyan jo hai, bohat hi zyada peace tha america mein.</w:t>
      </w:r>
      <w:r>
        <w:br/>
      </w:r>
      <w:r>
        <w:rPr>
          <w:sz w:val="20"/>
        </w:rPr>
        <w:t>1:14:55  bohat khush thay log, kyunke is waqt kya nazariya tha un ka ke "da business of america is business" yeh tha un ka nazariya.</w:t>
      </w:r>
      <w:r>
        <w:br/>
      </w:r>
      <w:r>
        <w:rPr>
          <w:sz w:val="20"/>
        </w:rPr>
        <w:t>1:15:05  yani first world war aur second world war ke darmiyan jo tha, motto usa ka bas itna hi tha ke "da business of america is bus</w:t>
      </w:r>
      <w:r>
        <w:br/>
      </w:r>
      <w:r>
        <w:rPr>
          <w:sz w:val="20"/>
        </w:rPr>
        <w:t>1:15:14  ness". second world war ke baad badal gaya. woh unhon ne kaha ke hum leadership, world leadership un ka target bana liya. unhon ne tab se sare problem mein ghira hua hai america.</w:t>
      </w:r>
      <w:r>
        <w:br/>
      </w:r>
      <w:r>
        <w:rPr>
          <w:sz w:val="20"/>
        </w:rPr>
        <w:t>1:15:27  to woh is ke bas mein tha ke product tayyar karo aur dunya mein becho. to possible tha is ke liye, lekin sare dunya ko ke ooper woh leadership qaim karo, yeh to possible nahi tha.</w:t>
      </w:r>
      <w:r>
        <w:br/>
      </w:r>
      <w:r>
        <w:rPr>
          <w:sz w:val="20"/>
        </w:rPr>
        <w:t>1:15:41  to bas hoga is ka, is ki economy tabah ho gayi. har har har aitbar se nuqsan hua is ko. yeh individual ka muamla hai.</w:t>
      </w:r>
      <w:r>
        <w:br/>
      </w:r>
      <w:r>
        <w:rPr>
          <w:sz w:val="20"/>
        </w:rPr>
        <w:t>1:15:54  main Allah ke fazal se bilkul meri zindagi peaceful zindagi meri hai, kyunke meri koi zaroorat hi nahi. main to need se bhi kam par jeeta hoon, jo jo real need hai, us se bhi kam par jeene ki koshish karta hoon.</w:t>
      </w:r>
      <w:r>
        <w:br/>
      </w:r>
      <w:r>
        <w:rPr>
          <w:sz w:val="20"/>
        </w:rPr>
        <w:t>1:16:08  to mujhe sleep, yani sound sleep aati hai, masha Allah, aur koi mujhe pareshani nahi hai. to dekhiye, stress free life ke liye ek prize dena hai.</w:t>
      </w:r>
      <w:r>
        <w:br/>
      </w:r>
      <w:r>
        <w:rPr>
          <w:sz w:val="20"/>
        </w:rPr>
        <w:t>1:16:22  woh prize kya hai? more and more se apne ko bachana, contentment par apne ko razi karna. bas</w:t>
      </w:r>
      <w:r>
        <w:br/>
      </w:r>
      <w:r>
        <w:rPr>
          <w:sz w:val="20"/>
        </w:rPr>
        <w:t>1:16:34  aur koi hal kaha nahi.</w:t>
      </w:r>
      <w:r>
        <w:br/>
      </w:r>
      <w:r>
        <w:rPr>
          <w:sz w:val="20"/>
        </w:rPr>
        <w:t>1:16:37  married life ho, chahe company ki zindagi ho ya kahin bhi ho, har aadmi is cheez ko chahne lagta hai jo is ke liye pass achievable nahi hai. woh chahne lagta hai.</w:t>
      </w:r>
      <w:r>
        <w:br/>
      </w:r>
      <w:r>
        <w:rPr>
          <w:sz w:val="20"/>
        </w:rPr>
        <w:t>1:16:50  to aap is ko soch kar daryaft kijiye ke woh kon si cheez hai jo aap ke liye achievable hai aur kon si cheez hai jo aap ke liye achievable nahi hai, aur is par razi ho jaiye.</w:t>
      </w:r>
      <w:r>
        <w:br/>
      </w:r>
      <w:r>
        <w:rPr>
          <w:sz w:val="20"/>
        </w:rPr>
        <w:t>1:17:01  to bas is ke baad peace hi peace hai. mera tajurba to yahi hai.</w:t>
      </w:r>
      <w:r>
        <w:br/>
      </w:r>
      <w:r>
        <w:rPr>
          <w:sz w:val="20"/>
        </w:rPr>
        <w:t>1:17:07  mera mera jo experience hai, woh yahi hai.</w:t>
      </w:r>
    </w:p>
    <w:p>
      <w:pPr>
        <w:pStyle w:val="Heading2"/>
      </w:pPr>
      <w:r>
        <w:t>Managing stress and work-life balance</w:t>
      </w:r>
    </w:p>
    <w:p>
      <w:r>
        <w:rPr>
          <w:color w:val="666666"/>
          <w:sz w:val="18"/>
        </w:rPr>
        <w:t>Life &amp; Wisdom · Discovery of God (In Conversation with Maulana) December 25, 2011 · 6m 25s · at 9:47 · https://youtu.be/-1c1d7cFj0s?t=587</w:t>
      </w:r>
    </w:p>
    <w:p>
      <w:r>
        <w:rPr>
          <w:i/>
        </w:rPr>
        <w:t>“In today's stressful times, please share your views on how we all can manage our stress levels and be able to maintain a good work-life balance and always maintain positive thinking.”</w:t>
      </w:r>
    </w:p>
    <w:p>
      <w:r>
        <w:rPr>
          <w:sz w:val="20"/>
        </w:rPr>
        <w:t>9:47  maulana, agla sawal aaya hai mr suleash malhotra ka, singapore se. unhon ne likha hai: "in today stressfull times, please share your views on how we all can manage our stress levels and are able to maintain a good work life balance and always maintain positive thinking."</w:t>
      </w:r>
      <w:r>
        <w:br/>
      </w:r>
      <w:r>
        <w:rPr>
          <w:sz w:val="20"/>
        </w:rPr>
        <w:t>10:12  dekhein, jahan tak maine samjha hai, stress stress kya hai? us ko us ki analysis kijiye.</w:t>
      </w:r>
      <w:r>
        <w:br/>
      </w:r>
      <w:r>
        <w:rPr>
          <w:sz w:val="20"/>
        </w:rPr>
        <w:t>10:23  stress mein jahan tak maine samjha hai, stress naam hai is baat ka ke aadmi</w:t>
      </w:r>
      <w:r>
        <w:br/>
      </w:r>
      <w:r>
        <w:rPr>
          <w:sz w:val="20"/>
        </w:rPr>
        <w:t>10:31  is se zyada paana chahe jo woh apni capacity ke aitbaar se pa sakta hai. agar aap apni capacity ko jaanein aur usi par aap aap contentment ho jayein, to na koi tension hai, na koi stress hai.</w:t>
      </w:r>
      <w:r>
        <w:br/>
      </w:r>
      <w:r>
        <w:rPr>
          <w:sz w:val="20"/>
        </w:rPr>
        <w:t>10:48  lekin har aadmi more and more ka target banaya rehta hai. yeh more and more ka jo jo target hai, yahi wajah hai stress ki aur tension ki.</w:t>
      </w:r>
      <w:r>
        <w:br/>
      </w:r>
      <w:r>
        <w:rPr>
          <w:sz w:val="20"/>
        </w:rPr>
        <w:t>11:04  isi liye islam mein jo hal bataya gaya hai, woh hai qanaat. qanaat ka matlab hai contentment.</w:t>
      </w:r>
      <w:r>
        <w:br/>
      </w:r>
      <w:r>
        <w:rPr>
          <w:sz w:val="20"/>
        </w:rPr>
        <w:t>11:14  qadfun min rozay ka kafaaf wa kana Allah ma ata. to contentment jo hai, us ka matlab kya hai?</w:t>
      </w:r>
      <w:r>
        <w:br/>
      </w:r>
      <w:r>
        <w:rPr>
          <w:sz w:val="20"/>
        </w:rPr>
        <w:t>11:23  yaani qanaat ya contentment ka matlab kya hai? woh yeh matlab nahi kam par raazi hona, possible par raazi hona.</w:t>
      </w:r>
      <w:r>
        <w:br/>
      </w:r>
      <w:r>
        <w:rPr>
          <w:sz w:val="20"/>
        </w:rPr>
        <w:t>11:34  yeh matlab hai qanaat ka. aadmi possible aur impossible mein farq kare, achievable aur non achievable mein farq kare.</w:t>
      </w:r>
      <w:r>
        <w:br/>
      </w:r>
      <w:r>
        <w:rPr>
          <w:sz w:val="20"/>
        </w:rPr>
        <w:t>11:45  to har aadmi ko stress free life mil jayegi, koi mushkil nahi. dekhein, is duniya mein koi super power bhi afford nahi kar sakta is ko ke woh apne apne taqat se aage chhalang lagaye.</w:t>
      </w:r>
      <w:r>
        <w:br/>
      </w:r>
      <w:r>
        <w:rPr>
          <w:sz w:val="20"/>
        </w:rPr>
        <w:t>12:01  to woh afford nahi kar sakta. misaal ke taur par communist roos ko dekhiye, woh daakhil ho gaya afghanistan mein, fauj ne daakhil kar diya apni. to is ke liye phir affordable nahi tha, shikast kha kar wapas jaana pada un ko.</w:t>
      </w:r>
      <w:r>
        <w:br/>
      </w:r>
      <w:r>
        <w:rPr>
          <w:sz w:val="20"/>
        </w:rPr>
        <w:t>12:16  aise hi america jo hai, iraq mein daakhil ho gaya, woh bhi mein bataoon ke affordable nahi tha woh, aur wapas jaana pada is ko das saal ke baad vietnam se das saal wapas aana pada.</w:t>
      </w:r>
      <w:r>
        <w:br/>
      </w:r>
      <w:r>
        <w:rPr>
          <w:sz w:val="20"/>
        </w:rPr>
        <w:t>12:28  to chahe koi individual ho, chahe koi super power ho, woh is ko is baat ko jaanna chahiye, is had ko ke is kya cheez is ke liye yaani achievable hai, kya achievable nahi.</w:t>
      </w:r>
      <w:r>
        <w:br/>
      </w:r>
      <w:r>
        <w:rPr>
          <w:sz w:val="20"/>
        </w:rPr>
        <w:t>12:46  jo achievable na ho, us ko kabhi target na kare, woh kabhi na kare. jo achievable hai, us ko usi ko target kare. magar mushkil yeh hai ke na fard is ko yaani is par dhyan deta, na na bari bari hukoomatein jo bhi dhyan de paati hain.</w:t>
      </w:r>
      <w:r>
        <w:br/>
      </w:r>
      <w:r>
        <w:rPr>
          <w:sz w:val="20"/>
        </w:rPr>
        <w:t>13:09  natija yeh hai ke sab pareshan hain. jis ko dekho, sab pareshan hain. jo bare bare jo president aur prime minister hain, woh sleeping pe sleeping pe kha kar sote hain.</w:t>
      </w:r>
      <w:r>
        <w:br/>
      </w:r>
      <w:r>
        <w:rPr>
          <w:sz w:val="20"/>
        </w:rPr>
        <w:t>13:21  isi liye ke woh har ek chhalang lagai hui hai, har ek jump ki hui hai more and more ki taraf. to main sochta hoon ke is ke liye ek prize deni pare gi.</w:t>
      </w:r>
      <w:r>
        <w:br/>
      </w:r>
      <w:r>
        <w:rPr>
          <w:sz w:val="20"/>
        </w:rPr>
        <w:t>13:33  woh yeh hai ke more and more ka jo concept hai, is ko khatam karna, is ko aur contentment par apne aap ko le ana. koi doosra option nahi is ke liye, is ke siwa.</w:t>
      </w:r>
      <w:r>
        <w:br/>
      </w:r>
      <w:r>
        <w:rPr>
          <w:sz w:val="20"/>
        </w:rPr>
        <w:t>13:44  united states jo hai, super power banaya jata hai. dekhiye, first world war aur second world war ke darmiyan jo hai, bohat hi zyada peace tha america mein.</w:t>
      </w:r>
      <w:r>
        <w:br/>
      </w:r>
      <w:r>
        <w:rPr>
          <w:sz w:val="20"/>
        </w:rPr>
        <w:t>13:53  bohat khush thay log, kyunke us waqt kya nazariya tha un ka ke "da business of america is business". yeh tha un ka nazariya.</w:t>
      </w:r>
      <w:r>
        <w:br/>
      </w:r>
      <w:r>
        <w:rPr>
          <w:sz w:val="20"/>
        </w:rPr>
        <w:t>14:03  yani first world war aur second world war ke darmiyan jo tha, motto usa ka bas itna hi tha ke "da business of america is business".</w:t>
      </w:r>
      <w:r>
        <w:br/>
      </w:r>
      <w:r>
        <w:rPr>
          <w:sz w:val="20"/>
        </w:rPr>
        <w:t>14:12  second world war ke baad badal gaya. woh unhon ne kaha ke hum leadership, world leadership un ka target bana liya. unhon ne tab se sare problem mein ghira hua hai america.</w:t>
      </w:r>
      <w:r>
        <w:br/>
      </w:r>
      <w:r>
        <w:rPr>
          <w:sz w:val="20"/>
        </w:rPr>
        <w:t>14:25  to woh is ke bas mein tha ke product tayyar karo aur duniya mein becho. to possible tha is ke liye, lekin sari duniya ko ke upar woh leadership qaim karo, yeh to possible nahi tha.</w:t>
      </w:r>
      <w:r>
        <w:br/>
      </w:r>
      <w:r>
        <w:rPr>
          <w:sz w:val="20"/>
        </w:rPr>
        <w:t>14:39  to bas hoga, is ka is ki economy tabah ho gayi. har har har aitbar se nuqsan hua is ko. yeh individual ka muamla hai.</w:t>
      </w:r>
      <w:r>
        <w:br/>
      </w:r>
      <w:r>
        <w:rPr>
          <w:sz w:val="20"/>
        </w:rPr>
        <w:t>14:52  main Allah ke fazl se bilkul meri zindagi peaceful zindagi meri hai, kyunke meri koi zaroorat hi nahi. main to need se bhi kam par jeeta hoon, jo jo real need hai, us se bhi kam par jeene ki koshish karta hoon.</w:t>
      </w:r>
      <w:r>
        <w:br/>
      </w:r>
      <w:r>
        <w:rPr>
          <w:sz w:val="20"/>
        </w:rPr>
        <w:t>15:06  to mujhe sleep, yani sound sleep aati hai, mashallah, aur koi mujhe pareshani nahi hai. to dekhiye, stress free life ke liye ek prize dena hai.</w:t>
      </w:r>
      <w:r>
        <w:br/>
      </w:r>
      <w:r>
        <w:rPr>
          <w:sz w:val="20"/>
        </w:rPr>
        <w:t>15:22  woh prize kya hai? more and more se apne ko bachana, contentment par apne ko razi karna. bas,</w:t>
      </w:r>
      <w:r>
        <w:br/>
      </w:r>
      <w:r>
        <w:rPr>
          <w:sz w:val="20"/>
        </w:rPr>
        <w:t>15:34  aur koi hal hai ke nahi? married life ho, chahe company ki zindagi ho ya kahin bhi ho, har aadmi is cheez ko chahne lagta hai jo is ke liye achievable nahi hai.</w:t>
      </w:r>
      <w:r>
        <w:br/>
      </w:r>
      <w:r>
        <w:rPr>
          <w:sz w:val="20"/>
        </w:rPr>
        <w:t>15:47  woh chahne lagta hai. to aap is ko soch kar daryaft kijiye ke woh kaun si cheez hai jo aap ke liye achievable hai aur kaun si cheez hai jo aap ke liye achievable nahi hai, aur us par razi ho jaiye.</w:t>
      </w:r>
      <w:r>
        <w:br/>
      </w:r>
      <w:r>
        <w:rPr>
          <w:sz w:val="20"/>
        </w:rPr>
        <w:t>16:01  to bas, is ke baad peace hi peace hai. mera tajurba to yahi hai. mera mera jo experience hai, woh yahi hai.</w:t>
      </w:r>
    </w:p>
    <w:p>
      <w:pPr>
        <w:pStyle w:val="Heading2"/>
      </w:pPr>
      <w:r>
        <w:t>Maulana's emphasis on positive thinking</w:t>
      </w:r>
    </w:p>
    <w:p>
      <w:r>
        <w:rPr>
          <w:color w:val="666666"/>
          <w:sz w:val="18"/>
        </w:rPr>
        <w:t>Life &amp; Wisdom · The Divine Purpose Behind Human Creation October 6, 2024 · 17m 25s · at 58:21 · https://youtu.be/VepgdrN7M2A?t=3501</w:t>
      </w:r>
    </w:p>
    <w:p>
      <w:r>
        <w:rPr>
          <w:i/>
        </w:rPr>
        <w:t>“Maulana always used to talk about positive thinking.”</w:t>
      </w:r>
    </w:p>
    <w:p>
      <w:r>
        <w:rPr>
          <w:sz w:val="20"/>
        </w:rPr>
        <w:t>58:21  and this is what Quran also says in chapter 50. apa, main kuch do comments lena chahunga agla sawal lenay se pehlay. yeh comment bheja hai miss farida kamran ne Pakistan se, unhon ne likha hai: "jazak Allah, beautifully narrated and useful session." ah</w:t>
      </w:r>
      <w:r>
        <w:br/>
      </w:r>
      <w:r>
        <w:rPr>
          <w:sz w:val="20"/>
        </w:rPr>
        <w:t>58:40  , Maulana Iqbal Umri ne Chennai se likha hai: "masha Allah, aaj ka topic ne phir se Maulana ke mission ko achhay tareeqay se yaad dilaya." apa ne bohat achhi tafseel se aaj baat batai.</w:t>
      </w:r>
      <w:r>
        <w:br/>
      </w:r>
      <w:r>
        <w:rPr>
          <w:sz w:val="20"/>
        </w:rPr>
        <w:t>58:54  jazak Allah khaira, apa. apa, Rohit Kumar ji ne Amritsar se aik sawal kiya hai, unhon ne likha hai ke Maulana hamesha positive thinking ko le kar baat kartay thay.</w:t>
      </w:r>
      <w:r>
        <w:br/>
      </w:r>
      <w:r>
        <w:rPr>
          <w:sz w:val="20"/>
        </w:rPr>
        <w:t>59:05  ah, lekin kya aisa hai ke kuch negative thinking ah sahi bhi hoti hai? jaisay unhon ne example diya ke agar aap koi aik naya kaam shuru karnay ke liye aap sochen to aik taraf ah aap positive hotay hain kyunkay aap aik naya kaam shuru karnay ja rahay hain, lekin doosri taraf aap ke mind mein yeh bhi khayal aata hai ke shayad aap nakamiyab ho jayen.</w:t>
      </w:r>
      <w:r>
        <w:br/>
      </w:r>
      <w:r>
        <w:rPr>
          <w:sz w:val="20"/>
        </w:rPr>
        <w:t>59:29  to yeh ek negative thaat hai.</w:t>
      </w:r>
      <w:r>
        <w:br/>
      </w:r>
      <w:r>
        <w:rPr>
          <w:sz w:val="20"/>
        </w:rPr>
        <w:t>59:31  to isi liye woh pooch rahe hain ke kya yeh thought ah is the is are these thoughts okay? ah, that in one hand you are positive about starting a new work, but in the other hand you are worried ke shayad aap nakamyab rahen.</w:t>
      </w:r>
      <w:r>
        <w:br/>
      </w:r>
      <w:r>
        <w:rPr>
          <w:sz w:val="20"/>
        </w:rPr>
        <w:t>59:46  to is ke baray mein ah woh aap ki aap ka advice chah rah</w:t>
      </w:r>
      <w:r>
        <w:br/>
      </w:r>
      <w:r>
        <w:rPr>
          <w:sz w:val="20"/>
        </w:rPr>
        <w:t>59:50  e hain. maine is ko negative nahi kahunga. yeh negativity to woh hai jab hum kisi ke khilaf, kisi ke khilaf koi galat baat sochen, woh negativity hoti hai.</w:t>
      </w:r>
      <w:r>
        <w:br/>
      </w:r>
      <w:r>
        <w:rPr>
          <w:sz w:val="20"/>
        </w:rPr>
        <w:t>1:00:02  ab aap koi bhi bara kaam karne ja rahe hain to yeh to sochen ge ke is ka nateeja kya nikle ga. yeh to bilkul natural hai, nateeja kya nikle ga?</w:t>
      </w:r>
      <w:r>
        <w:br/>
      </w:r>
      <w:r>
        <w:rPr>
          <w:sz w:val="20"/>
        </w:rPr>
        <w:t>1:00:11  ab bas ek baat yeh bhi hai ke jo log risk lete hain, kai baar un ko nuqsan hota hai, lekin agar risk nahi len to koi bara kaam kar bhi nahi sakte.</w:t>
      </w:r>
      <w:r>
        <w:br/>
      </w:r>
      <w:r>
        <w:rPr>
          <w:sz w:val="20"/>
        </w:rPr>
        <w:t>1:00:21  bilkul ji ji kehte hain, woh ek misal hai na ke jahaz jo hain, woh kya hai, woh harbor harbor mein rehne ke liye nahi banaye gaye hain.</w:t>
      </w:r>
      <w:r>
        <w:br/>
      </w:r>
      <w:r>
        <w:rPr>
          <w:sz w:val="20"/>
        </w:rPr>
        <w:t>1:00:32  ji yaad hai aap ko? haan, kuch achi si misal hai. ji bilkul baat samajh aa rahi hai jo aap bata rahe hain. to agar jahaz jaye ga jab samandar mein to kabhi toofan bhi aaye</w:t>
      </w:r>
      <w:r>
        <w:br/>
      </w:r>
      <w:r>
        <w:rPr>
          <w:sz w:val="20"/>
        </w:rPr>
        <w:t>1:00:41  ga. ji ji is ka matlab yeh nahi ke harbor mein woh khara rahe. ji to thora to yeh sab tajurba, in cheezon ko tajurbaat, tajurba samjha karien.</w:t>
      </w:r>
      <w:r>
        <w:br/>
      </w:r>
      <w:r>
        <w:rPr>
          <w:sz w:val="20"/>
        </w:rPr>
        <w:t>1:00:50  bilkul ek koi bohat bari company thi, naam yaad nahi aa raha hai, to us mein ek aadmi manager rakha gaya. to us ne koi risk liya aur bohat us mein bhari nuqsan ho gaya.</w:t>
      </w:r>
      <w:r>
        <w:br/>
      </w:r>
      <w:r>
        <w:rPr>
          <w:sz w:val="20"/>
        </w:rPr>
        <w:t>1:01:01  hmm ab woh bohat dar raha tha ke is ka malik jo hai, woh bohat ghusa hoga. to malik kuch bhi nahi ghusa hua, malik aur khush hua ke tum ne itna bara risk liya.</w:t>
      </w:r>
      <w:r>
        <w:br/>
      </w:r>
      <w:r>
        <w:rPr>
          <w:sz w:val="20"/>
        </w:rPr>
        <w:t>1:01:11  kyun ke har bara kaam ke liye risk lena hi parta hai, lekin bohat achay se</w:t>
      </w:r>
      <w:r>
        <w:br/>
      </w:r>
      <w:r>
        <w:rPr>
          <w:sz w:val="20"/>
        </w:rPr>
        <w:t>1:01:16  soch ke kaam karna chahiye. mashware, mashwara bhi zaroor karna chahiye. aur apa, loss ke bhi na do pehlu hote hain. ek to loss at itself aur doosri cheez yahi jo aap ne kaha ke learning from that loss.</w:t>
      </w:r>
      <w:r>
        <w:br/>
      </w:r>
      <w:r>
        <w:rPr>
          <w:sz w:val="20"/>
        </w:rPr>
        <w:t>1:01:29  matlab aap ko kya experience milta hai is loss se?</w:t>
      </w:r>
      <w:r>
        <w:br/>
      </w:r>
      <w:r>
        <w:rPr>
          <w:sz w:val="20"/>
        </w:rPr>
        <w:t>1:01:33  and aksar yeh bhi hai ke when you lose something or you suffer something negative, then you turn towards God for its compensation.</w:t>
      </w:r>
      <w:r>
        <w:br/>
      </w:r>
      <w:r>
        <w:rPr>
          <w:sz w:val="20"/>
        </w:rPr>
        <w:t>1:01:42  and who can be a better compensator then God himself, because woh minus ko plus kar sakte hain. to har loss mein mayoos nahi hona hai, har loss se ek experience lena hai, jaise aap ne kaha, ek learning leni hai.</w:t>
      </w:r>
      <w:r>
        <w:br/>
      </w:r>
      <w:r>
        <w:rPr>
          <w:sz w:val="20"/>
        </w:rPr>
        <w:t>1:01:54  and then turning towards God for the right direction, for the right adv</w:t>
      </w:r>
      <w:r>
        <w:br/>
      </w:r>
      <w:r>
        <w:rPr>
          <w:sz w:val="20"/>
        </w:rPr>
        <w:t>1:01:58  voice. Acha woh shayad aisa hai ke ships are safe in the harbour, but they are not made</w:t>
      </w:r>
      <w:r>
        <w:br/>
      </w:r>
      <w:r>
        <w:rPr>
          <w:sz w:val="20"/>
        </w:rPr>
        <w:t>1:02:04  for that purpose.</w:t>
      </w:r>
      <w:r>
        <w:br/>
      </w:r>
      <w:r>
        <w:rPr>
          <w:sz w:val="20"/>
        </w:rPr>
        <w:t>1:02:39  cheez to Quran o Hadees ke mutabiq wohi hai. Surah Al-Rad mein aaya hai, chapter 13, verse 28: "Suno, Allah ki yaad hi se dilo ko itminan hasil hota hai." ji peace to dekhiye,</w:t>
      </w:r>
      <w:r>
        <w:br/>
      </w:r>
      <w:r>
        <w:rPr>
          <w:sz w:val="20"/>
        </w:rPr>
        <w:t>1:02:57  Allah se jurrne mein hi peace hai,</w:t>
      </w:r>
      <w:r>
        <w:br/>
      </w:r>
      <w:r>
        <w:rPr>
          <w:sz w:val="20"/>
        </w:rPr>
        <w:t>1:03:00  warna peace to hai nahi. kyun ke insaan itna zyada is ki khwahishat hain, itni zyada khwahishat hain ke woh khwahishat kabhi poori hoti nahi hain.</w:t>
      </w:r>
      <w:r>
        <w:br/>
      </w:r>
      <w:r>
        <w:rPr>
          <w:sz w:val="20"/>
        </w:rPr>
        <w:t>1:03:10  ji to peace kahan se mile ga? hmm jab tak hum yeh na samajh lein ke yeh khwahishat is dunya mein poori hone ke liye nahi hain, balke yeh khwahishat is liye hain ke hum janen.</w:t>
      </w:r>
      <w:r>
        <w:br/>
      </w:r>
      <w:r>
        <w:rPr>
          <w:sz w:val="20"/>
        </w:rPr>
        <w:t>1:03:22  agar khwahishat soch lijiye, aap ko hamare andar khwahish na hoti to hamare andar jannat ki bhi khwahish na hoti.</w:t>
      </w:r>
      <w:r>
        <w:br/>
      </w:r>
      <w:r>
        <w:rPr>
          <w:sz w:val="20"/>
        </w:rPr>
        <w:t>1:03:28  to hum jannat ke liye koshish karen aur yeh janen ke yeh khwahishat jannat mein poori hongi. to is liye yeh khwahishat hain. ji to hum is ka, is is ka jo hai, sahi rukh se woh dekhna shuru kar dein.</w:t>
      </w:r>
      <w:r>
        <w:br/>
      </w:r>
      <w:r>
        <w:rPr>
          <w:sz w:val="20"/>
        </w:rPr>
        <w:t>1:03:44  life ki, life ko sahi rukh se dekhen. ji yeh galat rukh se dekhne</w:t>
      </w:r>
      <w:r>
        <w:br/>
      </w:r>
      <w:r>
        <w:rPr>
          <w:sz w:val="20"/>
        </w:rPr>
        <w:t>1:03:49  ke liye yeh hai. woh samajhte hain ke isi dunya mein ideal milega aur wohi kiya, poori history, human history mein logon ne yahi samjha ke isi dunya mein ideal milna chahiye.</w:t>
      </w:r>
      <w:r>
        <w:br/>
      </w:r>
      <w:r>
        <w:rPr>
          <w:sz w:val="20"/>
        </w:rPr>
        <w:t>1:04:01  toh ideal ki talash mein bohat kaam hue, tamam philosophers kaam karte rahe ideal ki talash mein. aik aik aik philosopher hai abdul karim al jili.</w:t>
      </w:r>
      <w:r>
        <w:br/>
      </w:r>
      <w:r>
        <w:rPr>
          <w:sz w:val="20"/>
        </w:rPr>
        <w:t>1:04:11  hmm toh is ki aik poora poori theory is ne develop kiya, insan-e-kamil ki. hmm</w:t>
      </w:r>
      <w:r>
        <w:br/>
      </w:r>
      <w:r>
        <w:rPr>
          <w:sz w:val="20"/>
        </w:rPr>
        <w:t>1:04:18  ke woh ideal man, ideal state, ideal society, ideal family, yeh aaj se thori ke woh chala aa raha hai, chala aa raha hai.</w:t>
      </w:r>
      <w:r>
        <w:br/>
      </w:r>
      <w:r>
        <w:rPr>
          <w:sz w:val="20"/>
        </w:rPr>
        <w:t>1:04:28  kyunke woh jo hamare andar ideal basa hua hai, woh jannat ka ideal hai. lekin ab log itna jante nahi, itna samajhte nahi hain. ab sikandar azam ki misaal lijiye, us ne socha tha sari dunya fateh kar ke aik ideal political social system banayenge.</w:t>
      </w:r>
      <w:r>
        <w:br/>
      </w:r>
      <w:r>
        <w:rPr>
          <w:sz w:val="20"/>
        </w:rPr>
        <w:t>1:04:46  ji kahan kar</w:t>
      </w:r>
      <w:r>
        <w:br/>
      </w:r>
      <w:r>
        <w:rPr>
          <w:sz w:val="20"/>
        </w:rPr>
        <w:t>1:04:47  saka? hmm toh woh toh bohat bahadur insan tha, bohat bashalahiyat insan tha, woh nahi kar saka. toh aik bohat dilchasp aik qissa hai charlie chaplin ka.</w:t>
      </w:r>
      <w:r>
        <w:br/>
      </w:r>
      <w:r>
        <w:rPr>
          <w:sz w:val="20"/>
        </w:rPr>
        <w:t>1:04:57  ji toh charlie chaplin toh bohat hi mashhoor comedian tha, log us ko dekh dekh ke bohat khush hote the us ke shows ko. toh aik din woh aik psychiatrist ke paas gaya, us se kaha ke "I live in constant tension." toh</w:t>
      </w:r>
      <w:r>
        <w:br/>
      </w:r>
      <w:r>
        <w:rPr>
          <w:sz w:val="20"/>
        </w:rPr>
        <w:t>1:05:14  psychiatrist ne kaha "You should watch the shows of Charlie Chaplin." toh us ne kaha "But I am Charlie Chaplin." ji toh woh aadmi jo kaam comedy kar raha hai, logon ko hasa raha hai, woh bhi khush nahi hai.</w:t>
      </w:r>
      <w:r>
        <w:br/>
      </w:r>
      <w:r>
        <w:rPr>
          <w:sz w:val="20"/>
        </w:rPr>
        <w:t>1:05:29  kyunke insan jannat ke ilawa aur Khuda se mulaqat ke ilawa kisi cheez se khush reh nahi sakta.</w:t>
      </w:r>
      <w:r>
        <w:br/>
      </w:r>
      <w:r>
        <w:rPr>
          <w:sz w:val="20"/>
        </w:rPr>
        <w:t>1:05:39  dunya ki cheezon se woh khush nahi reh</w:t>
      </w:r>
      <w:r>
        <w:br/>
      </w:r>
      <w:r>
        <w:rPr>
          <w:sz w:val="20"/>
        </w:rPr>
        <w:t>1:05:41  sakta. woh sirf aarzii koi cheez aap ke paas aayi hai, koi cheez aap ke paas nahi aayi jis ko aap bohat chahte the.</w:t>
      </w:r>
      <w:r>
        <w:br/>
      </w:r>
      <w:r>
        <w:rPr>
          <w:sz w:val="20"/>
        </w:rPr>
        <w:t>1:05:50  woh thore lamhon mein bhi aap ko lagne lagta hai ke ab is se dilchaspi aap ko nahi rahi. ji isi liye jo bare bare log hain, hero heroine, paise wale, woh ghar badalte rehte hain, gariyan badalte rehte hain ke woh bohat jald un ko bore ho jate hain.</w:t>
      </w:r>
      <w:r>
        <w:br/>
      </w:r>
      <w:r>
        <w:rPr>
          <w:sz w:val="20"/>
        </w:rPr>
        <w:t>1:06:05  ji toh is dunya mein boredom hai, aap ko kuch bhi mil jaye, aap bore ho jayenge.</w:t>
      </w:r>
      <w:r>
        <w:br/>
      </w:r>
      <w:r>
        <w:rPr>
          <w:sz w:val="20"/>
        </w:rPr>
        <w:t>1:06:11  toh is ka aik aur woh hai ke "I Charlie Chaplin ka I love walking in the rain because no one can see me cry." toh aik baar Maulana ne bohat sare bare bare logon ko encyclopedia mein nikala tha, 402 top ke logon ko.</w:t>
      </w:r>
      <w:r>
        <w:br/>
      </w:r>
      <w:r>
        <w:rPr>
          <w:sz w:val="20"/>
        </w:rPr>
        <w:t>1:06:30  ji toh is mein Alexander, Napoleon, Hitler, Button, Roosevelt waghera, Mother Teresa sab disappear mein mar</w:t>
      </w:r>
      <w:r>
        <w:br/>
      </w:r>
      <w:r>
        <w:rPr>
          <w:sz w:val="20"/>
        </w:rPr>
        <w:t>1:06:38  e. halanke jo hum achieve karna chahte hain, hum toh woh nahi achieve kar sake. in logon ne toh bohat kuch achieve kiya. ji lekin woh is dunya mein asal mein hai hi nahi.</w:t>
      </w:r>
      <w:r>
        <w:br/>
      </w:r>
      <w:r>
        <w:rPr>
          <w:sz w:val="20"/>
        </w:rPr>
        <w:t>1:06:51  woh fulfillment is dunya mein hai hi nahi, toh milega kahan se? is dunya mein toh bas hamari duties hain, duties hain. Maulana kehte the ke aap ko rights jo hain na, woh sab akhirat mein milenge.</w:t>
      </w:r>
      <w:r>
        <w:br/>
      </w:r>
      <w:r>
        <w:rPr>
          <w:sz w:val="20"/>
        </w:rPr>
        <w:t>1:07:03  is dunya mein sirf duties hain. ji</w:t>
      </w:r>
      <w:r>
        <w:br/>
      </w:r>
      <w:r>
        <w:rPr>
          <w:sz w:val="20"/>
        </w:rPr>
        <w:t>1:07:07  ab Albert Einstein ko le lijiye, most famous scientist in the world. ab Israel jab bana toh logon ne chaha ke isi ko Israel ka pehla president banaye, lekin Nobel Prize bhi us ko mila tha.</w:t>
      </w:r>
      <w:r>
        <w:br/>
      </w:r>
      <w:r>
        <w:rPr>
          <w:sz w:val="20"/>
        </w:rPr>
        <w:t>1:07:21  lekin us ne bilkul inkar kar diya. aur aakhri zamane mein us ne kaha ke "He died at the age of 76." us ne kaha ke "I am alone, I feel like a stranger in the world.</w:t>
      </w:r>
      <w:r>
        <w:br/>
      </w:r>
      <w:r>
        <w:rPr>
          <w:sz w:val="20"/>
        </w:rPr>
        <w:t>1:07:35  " itna qabil aadmi. hmm toh woh bhi aik stranger ki nafsiyat ke sath mara. ji toh asal mein hamein ideology of life ko discover karna hai,</w:t>
      </w:r>
      <w:r>
        <w:br/>
      </w:r>
      <w:r>
        <w:rPr>
          <w:sz w:val="20"/>
        </w:rPr>
        <w:t>1:07:48  na ke ideology of atom se hamein sukoon nahi milega. yeh toh sab dunya mein chunke Khuda ne potential rakha hai, us ko discover kar ke aik aik tehzeeb banani hai.</w:t>
      </w:r>
      <w:r>
        <w:br/>
      </w:r>
      <w:r>
        <w:rPr>
          <w:sz w:val="20"/>
        </w:rPr>
        <w:t>1:07:59  wohi jo technology bani hai sari, woh sab kitne kaam aa rahi hain Khuda ka paigham sari dunya mein phailane ke liye. toh bas hamein yahi samajhna hai ke yeh dunya jo hai testing ground hai.</w:t>
      </w:r>
      <w:r>
        <w:br/>
      </w:r>
      <w:r>
        <w:rPr>
          <w:sz w:val="20"/>
        </w:rPr>
        <w:t>1:08:11  is ki misaal aap imtehan hall se le sakte hain. imtehan hall mein aap ko jo zaroori saman hai, wohi milta hai. ab aap ko wahan bistar toh bana hua milega nahi, aap ko wahan ah servants nahi milenge.</w:t>
      </w:r>
      <w:r>
        <w:br/>
      </w:r>
      <w:r>
        <w:rPr>
          <w:sz w:val="20"/>
        </w:rPr>
        <w:t>1:08:23  wohan aap ko ji sari cheezen jo aap ko ghar mein milti hain, woh wahan nahin milen gi.</w:t>
      </w:r>
      <w:r>
        <w:br/>
      </w:r>
      <w:r>
        <w:rPr>
          <w:sz w:val="20"/>
        </w:rPr>
        <w:t>1:08:28  lekin aap ko frustration nahin hota kyunke aap jante hain ke yeh to examination hall hai, yahan to yahi mile ga. ji to isi tareeqe se jab aap platform pe hote hain, wahan aap ko bas zara sa baithne ki jagah mil jaye, aap usi mein khush rehte hain ke jagah mil gayi.</w:t>
      </w:r>
      <w:r>
        <w:br/>
      </w:r>
      <w:r>
        <w:rPr>
          <w:sz w:val="20"/>
        </w:rPr>
        <w:t>1:08:42  ab aap thori chahte hain ke wahan ab aap ko poora ghar milay. ji to yahi is dunya mein agar aap sochen ge ke hamein is dunya mein kaam karne ke awaaq hai,</w:t>
      </w:r>
      <w:r>
        <w:br/>
      </w:r>
      <w:r>
        <w:rPr>
          <w:sz w:val="20"/>
        </w:rPr>
        <w:t>1:08:52  khuda ki marzi ke mutabiq is dunya mein hamein rehne ki ah mauqa hasil hai, naik kaam karne ka mauqa hasil hai, ibadat karne ka mauqa hasil hai, to bas bas aap ka tension khatam.</w:t>
      </w:r>
      <w:r>
        <w:br/>
      </w:r>
      <w:r>
        <w:rPr>
          <w:sz w:val="20"/>
        </w:rPr>
        <w:t>1:09:05  aap ka yahi zindagi ka maqsad hai aur woh poora ho raha hai. to har maamle mein aap creation plan ko samjhiye aur khuda ki marifat ke liye poori poori koshish kari</w:t>
      </w:r>
      <w:r>
        <w:br/>
      </w:r>
      <w:r>
        <w:rPr>
          <w:sz w:val="20"/>
        </w:rPr>
        <w:t>1:09:18  e. khuda ki yaad mein zindagi guzariye, isi mein sukoon hai. ji bible mein bhi yahi hai: "man cant live by bread alone." hmm quran mein bhi yahi hai.</w:t>
      </w:r>
      <w:r>
        <w:br/>
      </w:r>
      <w:r>
        <w:rPr>
          <w:sz w:val="20"/>
        </w:rPr>
        <w:t>1:09:28  ji aap that brings us to the last question of today session. aap ne bhi jaise ah abhi kaha aur aap ne starting mein bhi kaha tha ke khuda ki marifat mein aap</w:t>
      </w:r>
      <w:r>
        <w:br/>
      </w:r>
      <w:r>
        <w:rPr>
          <w:sz w:val="20"/>
        </w:rPr>
        <w:t>1:09:39  jiyein. to aap we can say that the purpose of human life is is marifat and the life before death is beginning of marifat and life after death is the culmination of marifat.</w:t>
      </w:r>
      <w:r>
        <w:br/>
      </w:r>
      <w:r>
        <w:rPr>
          <w:sz w:val="20"/>
        </w:rPr>
        <w:t>1:09:53  ah but aap yahi aakhri sawal bhi hai isi ko le kar ke kya marifat jo hai, woh ah marne ke baad bhi jaari rahe gi?</w:t>
      </w:r>
      <w:r>
        <w:br/>
      </w:r>
      <w:r>
        <w:rPr>
          <w:sz w:val="20"/>
        </w:rPr>
        <w:t>1:10:01  ah is ke bare mein aap bataein.</w:t>
      </w:r>
      <w:r>
        <w:br/>
      </w:r>
      <w:r>
        <w:rPr>
          <w:sz w:val="20"/>
        </w:rPr>
        <w:t>1:10:04  is ke bare mein Maulana ne apni kitaab "kitaab marifat" par bohat achhe tareeqe se is ka shayad aakhri chapter hai. ji bohat achhe tareeqe se is par ah likha hai.</w:t>
      </w:r>
      <w:r>
        <w:br/>
      </w:r>
      <w:r>
        <w:rPr>
          <w:sz w:val="20"/>
        </w:rPr>
        <w:t>1:10:18  to insaan ka dekhiye, lamahdood dimaagh hai aur bare se bara scientist bhi do chaar paanch percent hi use kar pata hai.</w:t>
      </w:r>
      <w:r>
        <w:br/>
      </w:r>
      <w:r>
        <w:rPr>
          <w:sz w:val="20"/>
        </w:rPr>
        <w:t>1:10:27  to ab Allah taala ne koi bhi cheez bilawaja to nahin banai.</w:t>
      </w:r>
      <w:r>
        <w:br/>
      </w:r>
      <w:r>
        <w:rPr>
          <w:sz w:val="20"/>
        </w:rPr>
        <w:t>1:10:32  har cheez ab janwaron ko dekhiye, un ke instinct mein itna hi rehta hai jitni un ko zaroorat hai. to insaan ko itni zyada kyun diya gaya?</w:t>
      </w:r>
      <w:r>
        <w:br/>
      </w:r>
      <w:r>
        <w:rPr>
          <w:sz w:val="20"/>
        </w:rPr>
        <w:t>1:10:42  ah dimaagh is ka matlab hai ke woh dimaagh ah jo hai, woh kahin na kahin is ka istemal hoga. to woh jo lamahdood dimaagh Allah ne diya hai, to woh yahan istemal ho nahin raha hai kyunke yahan ki limitations hain.</w:t>
      </w:r>
      <w:r>
        <w:br/>
      </w:r>
      <w:r>
        <w:rPr>
          <w:sz w:val="20"/>
        </w:rPr>
        <w:t>1:10:57  to is limitations har tarah ki hain: maut hai, barhapa hai, accident hai, bimari hai.</w:t>
      </w:r>
      <w:r>
        <w:br/>
      </w:r>
      <w:r>
        <w:rPr>
          <w:sz w:val="20"/>
        </w:rPr>
        <w:t>1:11:02  yeh sari limitations hain. to is tareeqe se hamari jo creation plan hai, jo Allah taala ne hamein bataya hai, peghambaron ne bataya hai, is ke do phase hain: ek to yeh present world hai aur ek jo hai akhirat ki dunya hai.</w:t>
      </w:r>
      <w:r>
        <w:br/>
      </w:r>
      <w:r>
        <w:rPr>
          <w:sz w:val="20"/>
        </w:rPr>
        <w:t>1:11:18  to present world mein aaghaz hoga marifat ka aur akhirat ki dunya mein is ki takmeel hogi.</w:t>
      </w:r>
      <w:r>
        <w:br/>
      </w:r>
      <w:r>
        <w:rPr>
          <w:sz w:val="20"/>
        </w:rPr>
        <w:t>1:11:26  to is dunya mein jo hai asal jo kaam hai is dunya mein woh hai jaise companies ke liye recruitment kiya jata hai, waise hi yahan par deserving candidate ka recruitment ho raha hai, selection ho raha hai.</w:t>
      </w:r>
      <w:r>
        <w:br/>
      </w:r>
      <w:r>
        <w:rPr>
          <w:sz w:val="20"/>
        </w:rPr>
        <w:t>1:11:39  aur jitne competent log hain, woh sab alag kar diye jayen ge, chhaant ke, aur aur phir unhi ko akhirat mein mauqa mile ga kaam karne ka.</w:t>
      </w:r>
      <w:r>
        <w:br/>
      </w:r>
      <w:r>
        <w:rPr>
          <w:sz w:val="20"/>
        </w:rPr>
        <w:t>1:11:53  to doosri dunya mein jo ek to insaan ko keh keh ki sari limitations khatam ho hi jayen gi, aur doosri dunya mein farishtay khul kar hamara saath den ge.</w:t>
      </w:r>
      <w:r>
        <w:br/>
      </w:r>
      <w:r>
        <w:rPr>
          <w:sz w:val="20"/>
        </w:rPr>
        <w:t>1:12:03  ji wahan farishtay invisible nahin honge, visible honge. yahan to invisible hain hamara. jab hum kabhi bohat maslay mein par jate hain, museebat mein par jate hain to farishtay saath dete hain,</w:t>
      </w:r>
      <w:r>
        <w:br/>
      </w:r>
      <w:r>
        <w:rPr>
          <w:sz w:val="20"/>
        </w:rPr>
        <w:t>1:12:16  lekin wahan par hamare saath honge farishtay aur hamara poori madad karen ge. aur wahan koi thakan nahin hogi, kuch nahin.</w:t>
      </w:r>
      <w:r>
        <w:br/>
      </w:r>
      <w:r>
        <w:rPr>
          <w:sz w:val="20"/>
        </w:rPr>
        <w:t>1:12:25  wahan bohat hi joyful activities hongi. yeh joyful activities quran mein aaya hai ke wahan par log bohat sar garam honge, safar karen ge, har kaam karen ge, Allah ki raza ke mutabiq har kaam karen ge, lekin koi thakan nahin hogi, koi kuch nahin hoga.</w:t>
      </w:r>
      <w:r>
        <w:br/>
      </w:r>
      <w:r>
        <w:rPr>
          <w:sz w:val="20"/>
        </w:rPr>
        <w:t>1:12:44  is mein ek aaya hai ke wahan par jab mard log jayen ge shopping karne to wahan se ayen ge to woh aur khoobsurat lag rahe honge.</w:t>
      </w:r>
      <w:r>
        <w:br/>
      </w:r>
      <w:r>
        <w:rPr>
          <w:sz w:val="20"/>
        </w:rPr>
        <w:t>1:12:53  un ki biwiyan kahen gi: "ab to aur zyada achhe lag rahe hain." to ab yahan dekhiye, shopping karne aap jate hain, kitna thak thaka ke ate hain. ji aur halat kharab ho jati hai.</w:t>
      </w:r>
      <w:r>
        <w:br/>
      </w:r>
      <w:r>
        <w:rPr>
          <w:sz w:val="20"/>
        </w:rPr>
        <w:t>1:13:03  to wahan par jo bhi activities hongi, wahan aap bahut hi joyful activities hongi. wo</w:t>
      </w:r>
      <w:r>
        <w:br/>
      </w:r>
      <w:r>
        <w:rPr>
          <w:sz w:val="20"/>
        </w:rPr>
        <w:t>1:13:10  ji to is tarike se insan jo hai, wahan par farishton ki madad se aala rohani jo hai tajrubaat is ko honge.</w:t>
      </w:r>
      <w:r>
        <w:br/>
      </w:r>
      <w:r>
        <w:rPr>
          <w:sz w:val="20"/>
        </w:rPr>
        <w:t>1:13:21  musalsal marifat ka safar hoga, wahan neend bhi nahi aayegi. jab itni zyada wahan khushiyan hongi to khushi mein neend kahan ati hai</w:t>
      </w:r>
      <w:r>
        <w:br/>
      </w:r>
      <w:r>
        <w:rPr>
          <w:sz w:val="20"/>
        </w:rPr>
        <w:t>1:13:29  ? to wahan par insan musalsal sargaram rahega Khuda ki marifat hasil karne ke liye. aur jab Khuda kabhi kabhi apni jhalakiyan dikhayega to phir insan ab wo sari jo jannat ki khushiyan hain, wo bhi bhool jayega Khuda ki jhalakiyan dekh kar ke.</w:t>
      </w:r>
      <w:r>
        <w:br/>
      </w:r>
      <w:r>
        <w:rPr>
          <w:sz w:val="20"/>
        </w:rPr>
        <w:t>1:13:45  ji to wahan par jo Maulana kehte the "spiritual empire" to us ki beginning yahan hai aur spiritual empire banegi aa</w:t>
      </w:r>
      <w:r>
        <w:br/>
      </w:r>
      <w:r>
        <w:rPr>
          <w:sz w:val="20"/>
        </w:rPr>
        <w:t>1:13:55  khirat mein. to hamein yahi chahiye, yahi ek hi shart hai ke insan Khuda ke plan ko samjhe aur us ke mutabiq apna safar jari rakhe.</w:t>
      </w:r>
      <w:r>
        <w:br/>
      </w:r>
      <w:r>
        <w:rPr>
          <w:sz w:val="20"/>
        </w:rPr>
        <w:t>1:14:07  aur yeh safar jannat mein eternally, eternally jari rahega. wo logon ne sahi kaha hai ke agar hum khali sofa pe baith ke khate peete rahein to bore to ho hi jayenge.</w:t>
      </w:r>
      <w:r>
        <w:br/>
      </w:r>
      <w:r>
        <w:rPr>
          <w:sz w:val="20"/>
        </w:rPr>
        <w:t>1:14:17  to wo bore nahi hone ka hai. wahan</w:t>
      </w:r>
      <w:r>
        <w:br/>
      </w:r>
      <w:r>
        <w:rPr>
          <w:sz w:val="20"/>
        </w:rPr>
        <w:t>1:14:19  par ab Maulana ne bataya ke wahan musalsal joyful activities hongi aur marifat ki, Khuda ki marifat wali activities hongi.</w:t>
      </w:r>
      <w:r>
        <w:br/>
      </w:r>
      <w:r>
        <w:rPr>
          <w:sz w:val="20"/>
        </w:rPr>
        <w:t>1:14:29  to is tarike se jannat mein hum apna musalsal spiritual development karte rahenge. ji jaisa ke Allah aap ko "for doing a very detailed session in today topic".</w:t>
      </w:r>
      <w:r>
        <w:br/>
      </w:r>
      <w:r>
        <w:rPr>
          <w:sz w:val="20"/>
        </w:rPr>
        <w:t>1:14:42  so we with this we will end today class. thank you for watching aur</w:t>
      </w:r>
      <w:r>
        <w:br/>
      </w:r>
      <w:r>
        <w:rPr>
          <w:sz w:val="20"/>
        </w:rPr>
        <w:t>1:14:47  program. be back next sunday same time. thank you.</w:t>
      </w:r>
    </w:p>
    <w:p>
      <w:pPr>
        <w:pStyle w:val="Heading2"/>
      </w:pPr>
      <w:r>
        <w:t>Meaning and components of personality building</w:t>
      </w:r>
    </w:p>
    <w:p>
      <w:r>
        <w:rPr>
          <w:color w:val="666666"/>
          <w:sz w:val="18"/>
        </w:rPr>
        <w:t>Life &amp; Wisdom · Q&amp;A 04 DEC 2011 Maulana Wahiduddin Khan · 5m 57s · at 0:10 · https://youtu.be/KIMNmuUZoGo?t=10</w:t>
      </w:r>
    </w:p>
    <w:p>
      <w:r>
        <w:rPr>
          <w:i/>
        </w:rPr>
        <w:t>“What is the meaning of personality building, and what are its basic components?”</w:t>
      </w:r>
    </w:p>
    <w:p>
      <w:r>
        <w:rPr>
          <w:sz w:val="20"/>
        </w:rPr>
        <w:t>0:10  maulana, yeh sawal aaya hai maulana zakwan nadvi ka, dilli se. unhon ne likha hai: "personality building ka matlab kya hai, aur personality building ki bunyadi ajza kya hain?"</w:t>
      </w:r>
      <w:r>
        <w:br/>
      </w:r>
      <w:r>
        <w:rPr>
          <w:sz w:val="20"/>
        </w:rPr>
        <w:t>0:28  dekhiye, yeh koi nayi cheez nahi hai. traditional lafz jo is ke liye hai woh hai "tazkiya e nafs".</w:t>
      </w:r>
      <w:r>
        <w:br/>
      </w:r>
      <w:r>
        <w:rPr>
          <w:sz w:val="20"/>
        </w:rPr>
        <w:t>0:39  rawayati zaban mein is ko log kehte rehte hain, kehte rahe hain: "tazkiya e nafs".</w:t>
      </w:r>
      <w:r>
        <w:br/>
      </w:r>
      <w:r>
        <w:rPr>
          <w:sz w:val="20"/>
        </w:rPr>
        <w:t>0:48  isi tazkiya e nafs ko main aaj kal ki zaban mein kehta hoon "personality building". personality development.</w:t>
      </w:r>
      <w:r>
        <w:br/>
      </w:r>
      <w:r>
        <w:rPr>
          <w:sz w:val="20"/>
        </w:rPr>
        <w:t>0:59  personality ka aap ka jo wajood hai, mere zamaney mein samjha jata tha ke qalb alag hai, dimagh alag hai,</w:t>
      </w:r>
      <w:r>
        <w:br/>
      </w:r>
      <w:r>
        <w:rPr>
          <w:sz w:val="20"/>
        </w:rPr>
        <w:t>1:07  aur soul alag hai. yeh teen cheezein mante thay, jism ke ilawa. balkey char cheezein: ek hamara jism hai, ek soul hai, ek qalb hai, ek dimagh hai.</w:t>
      </w:r>
      <w:r>
        <w:br/>
      </w:r>
      <w:r>
        <w:rPr>
          <w:sz w:val="20"/>
        </w:rPr>
        <w:t>1:19  yeh science ke zamane mein is ko nahi mana jata. science ke zamane mein aap ka sirf do hi pehlu hain: ek mind hai, ek body hai, bas.</w:t>
      </w:r>
      <w:r>
        <w:br/>
      </w:r>
      <w:r>
        <w:rPr>
          <w:sz w:val="20"/>
        </w:rPr>
        <w:t>1:28  to body vehicle hai aap ki personality ka, aur personality jo hai wahi. jo mind hai wahi personality hai. to personality building ka matlab yahi hai ke Khuda ne insan ko banaya hai</w:t>
      </w:r>
      <w:r>
        <w:br/>
      </w:r>
      <w:r>
        <w:rPr>
          <w:sz w:val="20"/>
        </w:rPr>
        <w:t>1:45  nature par, sahi nature par. insan sahi nature pe hi paida hota hai, lekin mahaul mein us ki conditioning hoti rehti hai.</w:t>
      </w:r>
      <w:r>
        <w:br/>
      </w:r>
      <w:r>
        <w:rPr>
          <w:sz w:val="20"/>
        </w:rPr>
        <w:t>1:56  conditioning se kya hota hai? kisi cheez se nafrat karne lagta hai woh, kisi se mohabbat karne lagta hai woh.</w:t>
      </w:r>
      <w:r>
        <w:br/>
      </w:r>
      <w:r>
        <w:rPr>
          <w:sz w:val="20"/>
        </w:rPr>
        <w:t>2:04  kisi ko dekh kar us ko ghussa aata hai, kisi ko dekh kar us ko pyar aata hai.</w:t>
      </w:r>
      <w:r>
        <w:br/>
      </w:r>
      <w:r>
        <w:rPr>
          <w:sz w:val="20"/>
        </w:rPr>
        <w:t>2:09  kisi cheez par woh proke khata hai, kisi cheez par bardasht karta hai. yeh sab cheezein kya hain? conditioning ki wajah se hoti hain. to yeh aadmi paida hota hai to yeh process apna aap hi chal padta hai.</w:t>
      </w:r>
      <w:r>
        <w:br/>
      </w:r>
      <w:r>
        <w:rPr>
          <w:sz w:val="20"/>
        </w:rPr>
        <w:t>2:28  yani process of conditioning. to sach poochhein to tazkiya-e-nafs ya personality development ka matlab yeh hai ke apne ko apni deconditioning karna.</w:t>
      </w:r>
      <w:r>
        <w:br/>
      </w:r>
      <w:r>
        <w:rPr>
          <w:sz w:val="20"/>
        </w:rPr>
        <w:t>2:41  yani daryaft karna ke main kahan kahan meri conditioning ho gayi hai.</w:t>
      </w:r>
      <w:r>
        <w:br/>
      </w:r>
      <w:r>
        <w:rPr>
          <w:sz w:val="20"/>
        </w:rPr>
        <w:t>2:46  kahan kahan main mahaul se, asar se kuch aadatein lag gayi hain, kuch galat soch lag gayi hai, kuch galat maani mein sachre mein ho gaya hoon.</w:t>
      </w:r>
      <w:r>
        <w:br/>
      </w:r>
      <w:r>
        <w:rPr>
          <w:sz w:val="20"/>
        </w:rPr>
        <w:t>2:56  yeh hai. to jaise aaj kal musalmanon ka haal yeh hai ke zara si baat hui hogi to us par bhadak uthte hain.</w:t>
      </w:r>
      <w:r>
        <w:br/>
      </w:r>
      <w:r>
        <w:rPr>
          <w:sz w:val="20"/>
        </w:rPr>
        <w:t>3:06  ke masjid ke samne koi juloos nikle,</w:t>
      </w:r>
      <w:r>
        <w:br/>
      </w:r>
      <w:r>
        <w:rPr>
          <w:sz w:val="20"/>
        </w:rPr>
        <w:t>3:09  masjid koi koi nara laga de, koi kahin gosht ka tukra dikhai de jaye, kuch bhi ho, koi cartoon chhap de to foran bhadak uthenge.</w:t>
      </w:r>
      <w:r>
        <w:br/>
      </w:r>
      <w:r>
        <w:rPr>
          <w:sz w:val="20"/>
        </w:rPr>
        <w:t>3:22  yeh bhadak uthna jo hai nature nahi hai yeh, yeh conditioning hai.</w:t>
      </w:r>
      <w:r>
        <w:br/>
      </w:r>
      <w:r>
        <w:rPr>
          <w:sz w:val="20"/>
        </w:rPr>
        <w:t>3:26  yani hamare yani so called rehmaon ne aisa kiya hai ke un ko in cheezon par bhadka diya hai in cheezon ko.</w:t>
      </w:r>
      <w:r>
        <w:br/>
      </w:r>
      <w:r>
        <w:rPr>
          <w:sz w:val="20"/>
        </w:rPr>
        <w:t>3:38  to main aaj subah soch raha tha ke hamari tareekh jo hai</w:t>
      </w:r>
      <w:r>
        <w:br/>
      </w:r>
      <w:r>
        <w:rPr>
          <w:sz w:val="20"/>
        </w:rPr>
        <w:t>3:45  yani tareekh ke do daur hain: pre media aur post media. pre media daur mein insan jo tha uska case tha "misuse of freedom" ka case.</w:t>
      </w:r>
      <w:r>
        <w:br/>
      </w:r>
      <w:r>
        <w:rPr>
          <w:sz w:val="20"/>
        </w:rPr>
        <w:t>3:58  ab kya hai? "misuse of media" ka case.</w:t>
      </w:r>
      <w:r>
        <w:br/>
      </w:r>
      <w:r>
        <w:rPr>
          <w:sz w:val="20"/>
        </w:rPr>
        <w:t>4:01  aisi baatein chhapte hain log, aise jo log jise bhadkate hain. yani negative cheezein. har society mein dekhiye negative aur positive dono item hote hain.</w:t>
      </w:r>
      <w:r>
        <w:br/>
      </w:r>
      <w:r>
        <w:rPr>
          <w:sz w:val="20"/>
        </w:rPr>
        <w:t>4:12  lekin media kya karta hai? chhanat chhanat kar ke negative cheezein chhapta hai. is India mein, America mein, hatta ke Israel mein har jagah yahi qissa hai</w:t>
      </w:r>
      <w:r>
        <w:br/>
      </w:r>
      <w:r>
        <w:rPr>
          <w:sz w:val="20"/>
        </w:rPr>
        <w:t>4:23  ke har jagah aisa nahi hai ke woh sab jaise log samajhte hain ke Israel mein bohat hi bura hai. aisa bilkul galat baat hai. wahan positive point, plus point bhi hai, negative point bhi hai.</w:t>
      </w:r>
      <w:r>
        <w:br/>
      </w:r>
      <w:r>
        <w:rPr>
          <w:sz w:val="20"/>
        </w:rPr>
        <w:t>4:35  lekin hamara jo Muslim media jo hai negative point ko chhapta hai.</w:t>
      </w:r>
      <w:r>
        <w:br/>
      </w:r>
      <w:r>
        <w:rPr>
          <w:sz w:val="20"/>
        </w:rPr>
        <w:t>4:40  plus point ko chhod deta hai. isi se logon ko conditioning hoti hai. ab barah-e-rast jab aap padhte hain, sunte hain ke Israel jo hai to kharab hai to aap samajh jate hain ke Israel koi alag cheez hai.</w:t>
      </w:r>
      <w:r>
        <w:br/>
      </w:r>
      <w:r>
        <w:rPr>
          <w:sz w:val="20"/>
        </w:rPr>
        <w:t>4:53  Israel koi alag cheez nahi hai, woh bhi insan hain, woh log bhi.</w:t>
      </w:r>
      <w:r>
        <w:br/>
      </w:r>
      <w:r>
        <w:rPr>
          <w:sz w:val="20"/>
        </w:rPr>
        <w:t>4:57  Israel ka case ho, America ka case ho, ya India mein jo extremist parties hain un ka case ho, koi bhi 100 fisad bura nahi hai.</w:t>
      </w:r>
      <w:r>
        <w:br/>
      </w:r>
      <w:r>
        <w:rPr>
          <w:sz w:val="20"/>
        </w:rPr>
        <w:t>5:08  har jagah kuch aisi cheezein hoti hain jo aap ko pasand na hon to hamare log isi ko lekar phansalte hain, isi ko bayan karte hain.</w:t>
      </w:r>
      <w:r>
        <w:br/>
      </w:r>
      <w:r>
        <w:rPr>
          <w:sz w:val="20"/>
        </w:rPr>
        <w:t>5:17  is se kya hota hai? sunte sunte, parhte parhte condition ho jati hai. to sab log yani conditioning ka case ban gaye hain.</w:t>
      </w:r>
      <w:r>
        <w:br/>
      </w:r>
      <w:r>
        <w:rPr>
          <w:sz w:val="20"/>
        </w:rPr>
        <w:t>5:27  to main samajhta hoon ke personality development ka matlab yeh hai apni deconditioning.</w:t>
      </w:r>
      <w:r>
        <w:br/>
      </w:r>
      <w:r>
        <w:rPr>
          <w:sz w:val="20"/>
        </w:rPr>
        <w:t>5:36  wo hoti hai muhasba ke zariye se. jo aadmi aisa na kare to conditioning mein jiye ga, conditioning mein mare ga.</w:t>
      </w:r>
      <w:r>
        <w:br/>
      </w:r>
      <w:r>
        <w:rPr>
          <w:sz w:val="20"/>
        </w:rPr>
        <w:t>5:46  to bohat zaroori hai ke hum apni deconditioning karein. wohi deconditioning ka doosra naam tazkiya-e-nafs hai, isi ka naam personality building hai.</w:t>
      </w:r>
      <w:r>
        <w:br/>
      </w:r>
      <w:r>
        <w:rPr>
          <w:sz w:val="20"/>
        </w:rPr>
        <w:t>5:56  sab kuch wohi tazkiya-e-nafs hai. rawaiyeti zaban mein woh tazkiya-e-nafs hai, aaj kal ki zaban mein hum kahein ke woh deconditioning hai ya personality development hai.</w:t>
      </w:r>
    </w:p>
    <w:p>
      <w:pPr>
        <w:pStyle w:val="Heading2"/>
      </w:pPr>
      <w:r>
        <w:t>Misinterpretation of definition from lecture</w:t>
      </w:r>
    </w:p>
    <w:p>
      <w:r>
        <w:rPr>
          <w:color w:val="666666"/>
          <w:sz w:val="18"/>
        </w:rPr>
        <w:t>Life &amp; Wisdom · Dars-e-Quran, Chapter 2, Verses 44-46, January 28, 2018 · 8m 11s · at 1:02:11 · https://youtu.be/3Kd5InuBtFA?t=3731</w:t>
      </w:r>
    </w:p>
    <w:p>
      <w:r>
        <w:rPr>
          <w:i/>
        </w:rPr>
        <w:t>“The understanding that we have received from today's lecture is that we ourselves have misinterpreted definition.”</w:t>
      </w:r>
    </w:p>
    <w:p>
      <w:r>
        <w:rPr>
          <w:sz w:val="20"/>
        </w:rPr>
        <w:t>1:02:11  ho jayega. maulana, agla sawal kashmir se bheja hai riyaz bhat sahib ne.</w:t>
      </w:r>
      <w:r>
        <w:br/>
      </w:r>
      <w:r>
        <w:rPr>
          <w:sz w:val="20"/>
        </w:rPr>
        <w:t>1:02:17  unhon ne likha hai: maulana sahib!</w:t>
      </w:r>
      <w:r>
        <w:br/>
      </w:r>
      <w:r>
        <w:rPr>
          <w:sz w:val="20"/>
        </w:rPr>
        <w:t>1:02:23  The understanding that we have received from today's lecture is that we ourselves have misinterpreted the definition</w:t>
      </w:r>
      <w:r>
        <w:br/>
      </w:r>
      <w:r>
        <w:rPr>
          <w:sz w:val="20"/>
        </w:rPr>
        <w:t>1:02:29  of Quranic classification of communities.</w:t>
      </w:r>
      <w:r>
        <w:br/>
      </w:r>
      <w:r>
        <w:rPr>
          <w:sz w:val="20"/>
        </w:rPr>
        <w:t>1:02:35  Should we not then encourage opening of communication</w:t>
      </w:r>
      <w:r>
        <w:br/>
      </w:r>
      <w:r>
        <w:rPr>
          <w:sz w:val="20"/>
        </w:rPr>
        <w:t>1:02:41  channels with other communities to exploit full potential of the modern age?" bilkul ka question to clear nahi hua. ye to repeat kiya hai meri baat ko. ji, question kya banta hai? aap bataiye. maulana, actually ah ah jawab to isi mein hai. wo basically yahi janna chah rahe hain ke ah hum hum logon ne hi quran ki jo ayaton ko misinter</w:t>
      </w:r>
      <w:r>
        <w:br/>
      </w:r>
      <w:r>
        <w:rPr>
          <w:sz w:val="20"/>
        </w:rPr>
        <w:t>1:03:11  pret kiya hai, to kya hum hi logon ko ah ek communication channel, matlab dialogue, ah shuru kar dena chahiye doosri communities ke sath? kyunke aaj jo hai modern age hai, to kya humein is bhai is mein koi shaq ki baat nahi? ye to ji shuru karna kya? ye to karna hi karna hai. ji, sari zindagi humein ye karna hai. musalmanon mein gateway mentality isi liye aa gayi hai ke kam az kam channel khatm ho gaya. alag reh rahe hain, wo alag reh rahe hain. chan</w:t>
      </w:r>
      <w:r>
        <w:br/>
      </w:r>
      <w:r>
        <w:rPr>
          <w:sz w:val="20"/>
        </w:rPr>
        <w:t>1:03:41  l khatm ho gaya, yeh islam nahi hai.</w:t>
      </w:r>
      <w:r>
        <w:br/>
      </w:r>
      <w:r>
        <w:rPr>
          <w:sz w:val="20"/>
        </w:rPr>
        <w:t>1:03:47  yeh yeh hai jo woh hai, yaani pata nahi kya hoga, lekin islam to hai nahi.</w:t>
      </w:r>
      <w:r>
        <w:br/>
      </w:r>
      <w:r>
        <w:rPr>
          <w:sz w:val="20"/>
        </w:rPr>
        <w:t>1:03:53  yeh secular university, secular country hona chahiye, tabhi aap taraqqi karenge.</w:t>
      </w:r>
      <w:r>
        <w:br/>
      </w:r>
      <w:r>
        <w:rPr>
          <w:sz w:val="20"/>
        </w:rPr>
        <w:t>1:03:59  nahi, taraqqi nahi kar sakte.</w:t>
      </w:r>
      <w:r>
        <w:br/>
      </w:r>
      <w:r>
        <w:rPr>
          <w:sz w:val="20"/>
        </w:rPr>
        <w:t>1:04:05  ji, is zamane mein yaad rakhiye, chahe edu</w:t>
      </w:r>
      <w:r>
        <w:br/>
      </w:r>
      <w:r>
        <w:rPr>
          <w:sz w:val="20"/>
        </w:rPr>
        <w:t>1:04:11  cation ho, chahe state ho, sab ka sab secularism ka issue hai, mazhab ka issue nahi hai.</w:t>
      </w:r>
      <w:r>
        <w:br/>
      </w:r>
      <w:r>
        <w:rPr>
          <w:sz w:val="20"/>
        </w:rPr>
        <w:t>1:04:26  wo Maulana, agla Rasool Allah jab Makka mein gaye, Makka se Madina to Madine mein jo log the, ya ad</w:t>
      </w:r>
      <w:r>
        <w:br/>
      </w:r>
      <w:r>
        <w:rPr>
          <w:sz w:val="20"/>
        </w:rPr>
        <w:t>1:04:41  hi abadi wahan yahood ki thi, jo ghalib the, wahan ghalib to wahan qibla ke ma'ne the Quds,</w:t>
      </w:r>
      <w:r>
        <w:br/>
      </w:r>
      <w:r>
        <w:rPr>
          <w:sz w:val="20"/>
        </w:rPr>
        <w:t>1:04:47  qibla ke ma'ne Kaba nahi the.</w:t>
      </w:r>
      <w:r>
        <w:br/>
      </w:r>
      <w:r>
        <w:rPr>
          <w:sz w:val="20"/>
        </w:rPr>
        <w:t>1:04:53  aap ne mujh se aap apna liya to aaj education ke ma'ne secular education, state ke ma'ne secular</w:t>
      </w:r>
      <w:r>
        <w:br/>
      </w:r>
      <w:r>
        <w:rPr>
          <w:sz w:val="20"/>
        </w:rPr>
        <w:t>1:04:59  state, aap kyun nahi mante? is ko yeh bhi sunnat-e-Rasool hai.</w:t>
      </w:r>
      <w:r>
        <w:br/>
      </w:r>
      <w:r>
        <w:rPr>
          <w:sz w:val="20"/>
        </w:rPr>
        <w:t>1:05:05  qibla ka jo matlab tha Madine mein us waqt,</w:t>
      </w:r>
      <w:r>
        <w:br/>
      </w:r>
      <w:r>
        <w:rPr>
          <w:sz w:val="20"/>
        </w:rPr>
        <w:t>1:05:11  is ko Rasool Allah ne apna liya.</w:t>
      </w:r>
      <w:r>
        <w:br/>
      </w:r>
      <w:r>
        <w:rPr>
          <w:sz w:val="20"/>
        </w:rPr>
        <w:t>1:05:17  aise hi is zamane mein education ka aur state ka jo matlab hai, is ko aap apna lijie.</w:t>
      </w:r>
      <w:r>
        <w:br/>
      </w:r>
      <w:r>
        <w:rPr>
          <w:sz w:val="20"/>
        </w:rPr>
        <w:t>1:05:23  us waqt tak apnaaye rahen jab tak zamana badal na jaye.</w:t>
      </w:r>
      <w:r>
        <w:br/>
      </w:r>
      <w:r>
        <w:rPr>
          <w:sz w:val="20"/>
        </w:rPr>
        <w:t>1:05:29  jab zamana badal jaye, tab aap aap bhi mazhab badlie.</w:t>
      </w:r>
      <w:r>
        <w:br/>
      </w:r>
      <w:r>
        <w:rPr>
          <w:sz w:val="20"/>
        </w:rPr>
        <w:t>1:05:34  abhi to abhi to badlenge to aap is ki price denge.</w:t>
      </w:r>
      <w:r>
        <w:br/>
      </w:r>
      <w:r>
        <w:rPr>
          <w:sz w:val="20"/>
        </w:rPr>
        <w:t>1:05:40  backward shumar honge, aap aap ki taraqqi ruki rahegi.</w:t>
      </w:r>
      <w:r>
        <w:br/>
      </w:r>
      <w:r>
        <w:rPr>
          <w:sz w:val="20"/>
        </w:rPr>
        <w:t>1:05:46  Maulana, agla ek comment aur sawal aaya hai Tariq Badar sahib ka Lahore se, Pakistan se.</w:t>
      </w:r>
      <w:r>
        <w:br/>
      </w:r>
      <w:r>
        <w:rPr>
          <w:sz w:val="20"/>
        </w:rPr>
        <w:t>1:05:52  unhon ne likha hai: "Maulana sahib!</w:t>
      </w:r>
      <w:r>
        <w:br/>
      </w:r>
      <w:r>
        <w:rPr>
          <w:sz w:val="20"/>
        </w:rPr>
        <w:t>1:05:58  We have learned today the difference between pre-Diaspora and post-Diaspora Jewish.</w:t>
      </w:r>
      <w:r>
        <w:br/>
      </w:r>
      <w:r>
        <w:rPr>
          <w:sz w:val="20"/>
        </w:rPr>
        <w:t>1:06:04  Jews, I understand learning process is combined with unlearning.</w:t>
      </w:r>
      <w:r>
        <w:br/>
      </w:r>
      <w:r>
        <w:rPr>
          <w:sz w:val="20"/>
        </w:rPr>
        <w:t>1:06:10  Also, in general, we don't unlearn, rather develop a learning in what we know.</w:t>
      </w:r>
      <w:r>
        <w:br/>
      </w:r>
      <w:r>
        <w:rPr>
          <w:sz w:val="20"/>
        </w:rPr>
        <w:t>1:06:16  already, and this is one of the reason we don't understand the true meaning.</w:t>
      </w:r>
      <w:r>
        <w:br/>
      </w:r>
      <w:r>
        <w:rPr>
          <w:sz w:val="20"/>
        </w:rPr>
        <w:t>1:06:21  I learned that unlearning is more difficult than learning.</w:t>
      </w:r>
      <w:r>
        <w:br/>
      </w:r>
      <w:r>
        <w:rPr>
          <w:sz w:val="20"/>
        </w:rPr>
        <w:t>1:06:26  مولانا صاحب، "What is your opinion?" بہت صحیح کہا آپ نے، بہت ہی صحیح کہا آپ نے۔</w:t>
      </w:r>
      <w:r>
        <w:br/>
      </w:r>
      <w:r>
        <w:rPr>
          <w:sz w:val="20"/>
        </w:rPr>
        <w:t>1:06:31  main is se ittefaq karta hoon.</w:t>
      </w:r>
      <w:r>
        <w:br/>
      </w:r>
      <w:r>
        <w:rPr>
          <w:sz w:val="20"/>
        </w:rPr>
        <w:t>1:06:36  yeh unlearning ki zaroorat hai.</w:t>
      </w:r>
      <w:r>
        <w:br/>
      </w:r>
      <w:r>
        <w:rPr>
          <w:sz w:val="20"/>
        </w:rPr>
        <w:t>1:06:41  is zamane mein unlearning ki</w:t>
      </w:r>
      <w:r>
        <w:br/>
      </w:r>
      <w:r>
        <w:rPr>
          <w:sz w:val="20"/>
        </w:rPr>
        <w:t>1:06:46  zaroorat hai, tabhi to beginning ho gayi.</w:t>
      </w:r>
      <w:r>
        <w:br/>
      </w:r>
      <w:r>
        <w:rPr>
          <w:sz w:val="20"/>
        </w:rPr>
        <w:t>1:06:52  abhi to beginning ka time nahi aaya.</w:t>
      </w:r>
      <w:r>
        <w:br/>
      </w:r>
      <w:r>
        <w:rPr>
          <w:sz w:val="20"/>
        </w:rPr>
        <w:t>1:06:58  Maulana, agla ek comment padhna chahenge jo Muhammad Yaqoob Umri sahib ne bheja hai Delhi se.</w:t>
      </w:r>
      <w:r>
        <w:br/>
      </w:r>
      <w:r>
        <w:rPr>
          <w:sz w:val="20"/>
        </w:rPr>
        <w:t>1:07:04  unhon ne likha hai: "Maulana!</w:t>
      </w:r>
      <w:r>
        <w:br/>
      </w:r>
      <w:r>
        <w:rPr>
          <w:sz w:val="20"/>
        </w:rPr>
        <w:t>1:07:11  It is very important question that you raised</w:t>
      </w:r>
      <w:r>
        <w:br/>
      </w:r>
      <w:r>
        <w:rPr>
          <w:sz w:val="20"/>
        </w:rPr>
        <w:t>1:07:17  How Allah can love those who fight human beings.</w:t>
      </w:r>
      <w:r>
        <w:br/>
      </w:r>
      <w:r>
        <w:rPr>
          <w:sz w:val="20"/>
        </w:rPr>
        <w:t>1:07:24  Really, this question helps to understand the real meaning of the words of Chapter As-Saff.</w:t>
      </w:r>
      <w:r>
        <w:br/>
      </w:r>
      <w:r>
        <w:rPr>
          <w:sz w:val="20"/>
        </w:rPr>
        <w:t>1:07:32  "Qital is a situational word which is actually meant as 'da'wah struggle'." Dekhiye, yeh jo Quran mein hai</w:t>
      </w:r>
      <w:r>
        <w:br/>
      </w:r>
      <w:r>
        <w:rPr>
          <w:sz w:val="20"/>
        </w:rPr>
        <w:t>1:07:40  keh Allah in se muhabbat karta hai jo Allah ke raste mein larte hain,</w:t>
      </w:r>
      <w:r>
        <w:br/>
      </w:r>
      <w:r>
        <w:rPr>
          <w:sz w:val="20"/>
        </w:rPr>
        <w:t>1:07:48  to main sochta tha ke jo log Allah ke raste mein Rasool Allah ke sath de rahe the,</w:t>
      </w:r>
      <w:r>
        <w:br/>
      </w:r>
      <w:r>
        <w:rPr>
          <w:sz w:val="20"/>
        </w:rPr>
        <w:t>1:07:56  jo log unhon ne kitna lare, wo to yaqeen kijiye ke 13 saal ki muddat mein nahi, 23 saal.</w:t>
      </w:r>
      <w:r>
        <w:br/>
      </w:r>
      <w:r>
        <w:rPr>
          <w:sz w:val="20"/>
        </w:rPr>
        <w:t>1:08:04  23 saal ki muddat mein sirf dedh, dedh din, dedh din, bas adha din Badr mein, adha din</w:t>
      </w:r>
      <w:r>
        <w:br/>
      </w:r>
      <w:r>
        <w:rPr>
          <w:sz w:val="20"/>
        </w:rPr>
        <w:t>1:08:13  Hunain mein, aur adha din ek kaun si jang thi.</w:t>
      </w:r>
      <w:r>
        <w:br/>
      </w:r>
      <w:r>
        <w:rPr>
          <w:sz w:val="20"/>
        </w:rPr>
        <w:t>1:08:21  kal dedh din, aur dictionary batati hai ke ladai wo hai jo chhe din chale.</w:t>
      </w:r>
      <w:r>
        <w:br/>
      </w:r>
      <w:r>
        <w:rPr>
          <w:sz w:val="20"/>
        </w:rPr>
        <w:t>1:08:28  yani chhe din ki jo ladai ho, to wo ladai hai, wo wo ladai hai hi nahi, wo</w:t>
      </w:r>
      <w:r>
        <w:br/>
      </w:r>
      <w:r>
        <w:rPr>
          <w:sz w:val="20"/>
        </w:rPr>
        <w:t>1:08:36  is ka musalsal hai.</w:t>
      </w:r>
      <w:r>
        <w:br/>
      </w:r>
      <w:r>
        <w:rPr>
          <w:sz w:val="20"/>
        </w:rPr>
        <w:t>1:08:44  yeh dictionary ki meaning hai: jo ladai chhe din na chale, wo is is ka musalsal hai. to</w:t>
      </w:r>
      <w:r>
        <w:br/>
      </w:r>
      <w:r>
        <w:rPr>
          <w:sz w:val="20"/>
        </w:rPr>
        <w:t>1:08:51  sach poochhen to Rasool Allah ke Sahaba jo the, wo ladai hi nahi.</w:t>
      </w:r>
      <w:r>
        <w:br/>
      </w:r>
      <w:r>
        <w:rPr>
          <w:sz w:val="20"/>
        </w:rPr>
        <w:t>1:08:57  to is mein Allah ne un se muhabbat hi nahi ki.</w:t>
      </w:r>
      <w:r>
        <w:br/>
      </w:r>
      <w:r>
        <w:rPr>
          <w:sz w:val="20"/>
        </w:rPr>
        <w:t>1:09:03  jab ladai hi nahi, to muhabbat kahan? yaad rakhiye, wo jo ayat hai ke "ya qatiloon fi sabil</w:t>
      </w:r>
      <w:r>
        <w:br/>
      </w:r>
      <w:r>
        <w:rPr>
          <w:sz w:val="20"/>
        </w:rPr>
        <w:t>1:09:09  sufan", yeh samajh rahe hain? ji, "ya qatiloon fi sabil" sirf Badr mein adha din hua tha, aur</w:t>
      </w:r>
      <w:r>
        <w:br/>
      </w:r>
      <w:r>
        <w:rPr>
          <w:sz w:val="20"/>
        </w:rPr>
        <w:t>1:09:15  kabhi aisi ladai hui nahi.</w:t>
      </w:r>
      <w:r>
        <w:br/>
      </w:r>
      <w:r>
        <w:rPr>
          <w:sz w:val="20"/>
        </w:rPr>
        <w:t>1:09:21  "یا قاتلون فی سبیل صفن" jo jo farmaya hai, sirf Badr mein adha din hua tha.</w:t>
      </w:r>
      <w:r>
        <w:br/>
      </w:r>
      <w:r>
        <w:rPr>
          <w:sz w:val="20"/>
        </w:rPr>
        <w:t>1:09:29  bas to kya adha din jis ne yeh kiya, us ko Allah muhabbat karta hai? aur baqi log</w:t>
      </w:r>
      <w:r>
        <w:br/>
      </w:r>
      <w:r>
        <w:rPr>
          <w:sz w:val="20"/>
        </w:rPr>
        <w:t>1:09:36  Allah ke muhabbat se kharij hain? aur mujhe bataiye ke kaun nabi nabi tha jo lada hai? itne</w:t>
      </w:r>
      <w:r>
        <w:br/>
      </w:r>
      <w:r>
        <w:rPr>
          <w:sz w:val="20"/>
        </w:rPr>
        <w:t>1:09:44  saare nabi aaye, koi ladai nahi, is muhabbat se kharij hain? Masha Allah! to haan,</w:t>
      </w:r>
      <w:r>
        <w:br/>
      </w:r>
      <w:r>
        <w:rPr>
          <w:sz w:val="20"/>
        </w:rPr>
        <w:t>1:09:51  to aap ko jo waqea hua nabi'on ki zindagi mein, Sahaba ki zindagi mein jo waqea hua, wo</w:t>
      </w:r>
      <w:r>
        <w:br/>
      </w:r>
      <w:r>
        <w:rPr>
          <w:sz w:val="20"/>
        </w:rPr>
        <w:t>1:09:59  hai wo log jin se Allah muhabbat karta hai.</w:t>
      </w:r>
      <w:r>
        <w:br/>
      </w:r>
      <w:r>
        <w:rPr>
          <w:sz w:val="20"/>
        </w:rPr>
        <w:t>1:10:07  to Sahaba to Rasool Allah ke Saathi, wo to dedh din lare.</w:t>
      </w:r>
      <w:r>
        <w:br/>
      </w:r>
      <w:r>
        <w:rPr>
          <w:sz w:val="20"/>
        </w:rPr>
        <w:t>1:10:14  bas to bahut saare log jinhon ne dawat Allah ke liye struggle kiya, dawat</w:t>
      </w:r>
    </w:p>
    <w:p>
      <w:pPr>
        <w:pStyle w:val="Heading2"/>
      </w:pPr>
      <w:r>
        <w:t>Need vs comfort consumerism</w:t>
      </w:r>
    </w:p>
    <w:p>
      <w:r>
        <w:rPr>
          <w:color w:val="666666"/>
          <w:sz w:val="18"/>
        </w:rPr>
        <w:t>Life &amp; Wisdom · Question &amp; Answer Jan 6th 2013 - Maulana Wahiduddin Kahn · 5m 28s · at 13:24 · https://youtu.be/1FAK1QuHEpw?t=804</w:t>
      </w:r>
    </w:p>
    <w:p>
      <w:r>
        <w:rPr>
          <w:i/>
        </w:rPr>
        <w:t>“The fine line between need based consumerism and comfort based consumerism is disappearing so quickly that it often becomes difficult to define what is need and what is comfort.”</w:t>
      </w:r>
    </w:p>
    <w:p>
      <w:r>
        <w:rPr>
          <w:sz w:val="20"/>
        </w:rPr>
        <w:t>13:24  maulana, agla sawal delhi se hai, ah miss ahmad ka. unhone likha hai: "Maulana, thanks a lot for explaining the modern consumerism and making us rethink the whole idea of shopping.</w:t>
      </w:r>
      <w:r>
        <w:br/>
      </w:r>
      <w:r>
        <w:rPr>
          <w:sz w:val="20"/>
        </w:rPr>
        <w:t>13:41  However, I have a little doubt. My question is: the fine line between need based consumerism and comfort based consumerism.</w:t>
      </w:r>
      <w:r>
        <w:br/>
      </w:r>
      <w:r>
        <w:rPr>
          <w:sz w:val="20"/>
        </w:rPr>
        <w:t>13:53  It is disappearing so quickly that it often becomes difficult to define what is need and what is comfort.</w:t>
      </w:r>
      <w:r>
        <w:br/>
      </w:r>
      <w:r>
        <w:rPr>
          <w:sz w:val="20"/>
        </w:rPr>
        <w:t>14:02  Especially if parents provide the needful to children, the children often demand or sometimes complain for extra comfort.</w:t>
      </w:r>
      <w:r>
        <w:br/>
      </w:r>
      <w:r>
        <w:rPr>
          <w:sz w:val="20"/>
        </w:rPr>
        <w:t>14:12  So what should one do? How should a person plan a strategy for it</w:t>
      </w:r>
      <w:r>
        <w:br/>
      </w:r>
      <w:r>
        <w:rPr>
          <w:sz w:val="20"/>
        </w:rPr>
        <w:t>14:18  ?" bhai dekhiye, na bachche criterion hain na parent criterion hain. jo log is mein phanse rahenge to woh to isi mein phanse rahenge.</w:t>
      </w:r>
      <w:r>
        <w:br/>
      </w:r>
      <w:r>
        <w:rPr>
          <w:sz w:val="20"/>
        </w:rPr>
        <w:t>14:28  woh to kabhi un ko chutti nahi milegi marne se pehle. mein to logon se kehta hoon ke dekhiye, quran mein aaya hai ke</w:t>
      </w:r>
      <w:r>
        <w:br/>
      </w:r>
      <w:r>
        <w:rPr>
          <w:sz w:val="20"/>
        </w:rPr>
        <w:t>14:40  do aayatein hain quran majeed ki. aaj kal sare log family mein phanse rehte hain. do aayatein hain, woh padhein woh. ek aayat yeh hai ke jahannami log jo hain un ke bare mein woh aayat hai:</w:t>
      </w:r>
      <w:r>
        <w:br/>
      </w:r>
      <w:r>
        <w:rPr>
          <w:sz w:val="20"/>
        </w:rPr>
        <w:t>14:55  "کان فی اہلی مسرورا" . ke apne family mein khoob khush rehte the woh. yani family ki demand poori karna aur family ki ko khush rakhna, un ki company karna, un ke liye har item dala ke dena un ko.</w:t>
      </w:r>
      <w:r>
        <w:br/>
      </w:r>
      <w:r>
        <w:rPr>
          <w:sz w:val="20"/>
        </w:rPr>
        <w:t>15:11  to "کان فی اہلی مسرورا" . woh aadmi family mein jeeta tha, family ke mein khush kharam rehta tha. woh jahannum mein jayega.</w:t>
      </w:r>
      <w:r>
        <w:br/>
      </w:r>
      <w:r>
        <w:rPr>
          <w:sz w:val="20"/>
        </w:rPr>
        <w:t>15:21  yeh jahannum ke liye hai. aur jannat ke liye kya hai? "انا کنا فی اہلنا مشرقین" . mushriq maani khauf, dara hua.</w:t>
      </w:r>
      <w:r>
        <w:br/>
      </w:r>
      <w:r>
        <w:rPr>
          <w:sz w:val="20"/>
        </w:rPr>
        <w:t>15:35  ke jannat wale kahenge ke hum apne family mein, apne ghar mein khauf ban kar rehte the, andesha naak ban kar rehte the. allah ki pakad se dar, jahannum se dar, qayamat ki accountability se dar.</w:t>
      </w:r>
      <w:r>
        <w:br/>
      </w:r>
      <w:r>
        <w:rPr>
          <w:sz w:val="20"/>
        </w:rPr>
        <w:t>15:49  is mein jeete the hum. yeh do tasveerein hain, aap dekh lijie. yeh zamane ke musalmanon mein shayad hi koi ghar ho jo aap ko mile woh is ka namuna.</w:t>
      </w:r>
      <w:r>
        <w:br/>
      </w:r>
      <w:r>
        <w:rPr>
          <w:sz w:val="20"/>
        </w:rPr>
        <w:t>15:58  is sab wohi ab family mein khush hain, family ke liye saman la rahe hain, kama kama kar un ko de rahe hain taake woh bachche khush rahen, ghar wale khush rahen, family wale khush rahen.</w:t>
      </w:r>
      <w:r>
        <w:br/>
      </w:r>
      <w:r>
        <w:rPr>
          <w:sz w:val="20"/>
        </w:rPr>
        <w:t>16:13  to yeh to aap yeh rai, yani yeh yeh mat sochiye ke bachche kya kya chahte hain, parent kya chahte hain. aap dekhiye ke jannat walon ki tasveer quran mein kya hai aur jahannum walon ki tasveer quran majeed mein kya hai.</w:t>
      </w:r>
      <w:r>
        <w:br/>
      </w:r>
      <w:r>
        <w:rPr>
          <w:sz w:val="20"/>
        </w:rPr>
        <w:t>16:26  is se faisla kijie.</w:t>
      </w:r>
      <w:r>
        <w:br/>
      </w:r>
      <w:r>
        <w:rPr>
          <w:sz w:val="20"/>
        </w:rPr>
        <w:t>16:29  maulana, un ka aik hissa question ka yeh bhi tha ke woh difference janna chah rahi thi ke between fine line between need based consumerism and comfort based consum</w:t>
      </w:r>
      <w:r>
        <w:br/>
      </w:r>
      <w:r>
        <w:rPr>
          <w:sz w:val="20"/>
        </w:rPr>
        <w:t>16:40  erism. dekhiye, haan is ka bohat aasan hai. woh jo hadith sunai mein ne aap ko, usi hadith samajh lijiye. ke dunya mein zinda rehne ke liye jo zaroori ho wahi need based hai.</w:t>
      </w:r>
      <w:r>
        <w:br/>
      </w:r>
      <w:r>
        <w:rPr>
          <w:sz w:val="20"/>
        </w:rPr>
        <w:t>16:55  aur jo jab aap aap dhoondh rahe hain, lazzat dhoondh rahe hain, aaram dhoondh rahe hain aur ronak dhoondh rahe hain aur shan daari dhoondh rahe hain to wahan par woh consumerism aa gaya.</w:t>
      </w:r>
      <w:r>
        <w:br/>
      </w:r>
      <w:r>
        <w:rPr>
          <w:sz w:val="20"/>
        </w:rPr>
        <w:t>17:10  consumerism aa gaya. bohat aasan hai, bohat aasan hai. mein to dekhiye yahan rehta hoon jahan nineteen eighty three se us waqt jo mera jo kursi thi ya jo furniture tha wahi aaj bhi hai.</w:t>
      </w:r>
      <w:r>
        <w:br/>
      </w:r>
      <w:r>
        <w:rPr>
          <w:sz w:val="20"/>
        </w:rPr>
        <w:t>17:27  is beech mein. aap colony mein ghoomiye, doosron ke haan kitni baar badal chuke honge woh. ke zaroorat hi nahi badla unhon ne. market mein gaye, dekha ke naye qism ka sofa chataiya hai, naye qism ki kursiyan aayi hain to woh khareed liya, pichla wala hata diya.</w:t>
      </w:r>
      <w:r>
        <w:br/>
      </w:r>
      <w:r>
        <w:rPr>
          <w:sz w:val="20"/>
        </w:rPr>
        <w:t>17:44  to aadmi bohat aasani se samajh sakta hai ke dunya mein jeene ke liye waqai zaroorat meri kya hai. bas isi par raazi ho jaon.</w:t>
      </w:r>
      <w:r>
        <w:br/>
      </w:r>
      <w:r>
        <w:rPr>
          <w:sz w:val="20"/>
        </w:rPr>
        <w:t>17:53  aur doosri ke shauq ke liye aur khwahish ke liye, lazzat ke liye, ronak ke liye, logon ko khush karne ke liye.</w:t>
      </w:r>
      <w:r>
        <w:br/>
      </w:r>
      <w:r>
        <w:rPr>
          <w:sz w:val="20"/>
        </w:rPr>
        <w:t>18:05  zyadatar is liye hota hai yeh yeh social status ka maamla hota hai ke log kya kahenge. social status ke aap aap choti gaadi mein baithte hain, doosra wala parosi badi gaadi mein baithta hai to aap ko lagta hai ke mera darja ghat gaya.</w:t>
      </w:r>
      <w:r>
        <w:br/>
      </w:r>
      <w:r>
        <w:rPr>
          <w:sz w:val="20"/>
        </w:rPr>
        <w:t>18:22  aap flat mein rehte hain, doosra kothi mein rehta hai to aap samajhte hain mera darja ghat gaya. aap ke kamre mein sirf mamooli kursiyan hain, us ke sofa set hai to aap samajhte hain mera darja ghat gaya.</w:t>
      </w:r>
      <w:r>
        <w:br/>
      </w:r>
      <w:r>
        <w:rPr>
          <w:sz w:val="20"/>
        </w:rPr>
        <w:t>18:34  to social status jo hai woh logon ke zehan mein basa hua rehta hai. bachon ke zehan mein aur parent ke zehan mein. yeh sab jahili soch hai, jahili.</w:t>
      </w:r>
      <w:r>
        <w:br/>
      </w:r>
      <w:r>
        <w:rPr>
          <w:sz w:val="20"/>
        </w:rPr>
        <w:t>18:43  bas zindagi guzarne ke liye jo zaroori cheez hai woh har aadmi samajh sakta hai bohat aasani se. bas isi par raazi ho jaiye.</w:t>
      </w:r>
    </w:p>
    <w:p>
      <w:pPr>
        <w:pStyle w:val="Heading2"/>
      </w:pPr>
      <w:r>
        <w:t>Positive thinking definition and adoption methods</w:t>
      </w:r>
    </w:p>
    <w:p>
      <w:r>
        <w:rPr>
          <w:color w:val="666666"/>
          <w:sz w:val="18"/>
        </w:rPr>
        <w:t>Life &amp; Wisdom · Doomsday is Coming November 24, 2013 · 26m 03s · at 47:43 · https://youtu.be/rixrzrrK-cE?t=2863</w:t>
      </w:r>
    </w:p>
    <w:p>
      <w:r>
        <w:rPr>
          <w:i/>
        </w:rPr>
        <w:t>“What is positive thinking and how can it be adopted? Also, can you recommend a book on this?”</w:t>
      </w:r>
    </w:p>
    <w:p>
      <w:r>
        <w:rPr>
          <w:sz w:val="20"/>
        </w:rPr>
        <w:t>47:43  maulana, agla sawal islamabad, pakistan se aaya hai, jo muhammad faisal sahab ne kiya hai. Unhone likha hai: "Maulana, positive thinking kya hai aur usko kis tarike se adopt kiya jaye?</w:t>
      </w:r>
      <w:r>
        <w:br/>
      </w:r>
      <w:r>
        <w:rPr>
          <w:sz w:val="20"/>
        </w:rPr>
        <w:t>47:58  aur iske liye agar koi aap kitaab mujhe recommend kar sakte hain to please mujhe bataiye." hamari to saari kitaabein isi par hain.</w:t>
      </w:r>
      <w:r>
        <w:br/>
      </w:r>
      <w:r>
        <w:rPr>
          <w:sz w:val="20"/>
        </w:rPr>
        <w:t>48:09  positive thinking yeh to hamara mission hai.</w:t>
      </w:r>
      <w:r>
        <w:br/>
      </w:r>
      <w:r>
        <w:rPr>
          <w:sz w:val="20"/>
        </w:rPr>
        <w:t>48:12  aap hamara magazine jo Arsal nikalta hai, woh yaani chupa hua milta hai, usko aap internet par padh sakte hain, usko us mein bhi har mahine aata rehta hai.</w:t>
      </w:r>
      <w:r>
        <w:br/>
      </w:r>
      <w:r>
        <w:rPr>
          <w:sz w:val="20"/>
        </w:rPr>
        <w:t>48:25  hamari tafseer jo hai, woh bhi isi mauzu par hai. Hamari saari kitaabein hi yeh hain ke how to develop positive thinking.</w:t>
      </w:r>
      <w:r>
        <w:br/>
      </w:r>
      <w:r>
        <w:rPr>
          <w:sz w:val="20"/>
        </w:rPr>
        <w:t>48:39  baqi yeh hai ke kaise aisa hota hai?</w:t>
      </w:r>
      <w:r>
        <w:br/>
      </w:r>
      <w:r>
        <w:rPr>
          <w:sz w:val="20"/>
        </w:rPr>
        <w:t>48:41  to yahi to imtehaan hai. Duniya ko dekhiye, quran mein hai ke laqad khalaqnal insaana fi qab. Duniya ko paida kiya Allah taala ne is tarah ke yahan par problem hote hain.</w:t>
      </w:r>
      <w:r>
        <w:br/>
      </w:r>
      <w:r>
        <w:rPr>
          <w:sz w:val="20"/>
        </w:rPr>
        <w:t>48:52  darul qabz ke maani hain problem, problem, problem. World of problem. To aaj kal musalmanon ka kya haal hai?</w:t>
      </w:r>
      <w:r>
        <w:br/>
      </w:r>
      <w:r>
        <w:rPr>
          <w:sz w:val="20"/>
        </w:rPr>
        <w:t>49:01  problem ke khilaf chekhna chalana, yahi unhon ne islam bana rakha hai is ko.</w:t>
      </w:r>
      <w:r>
        <w:br/>
      </w:r>
      <w:r>
        <w:rPr>
          <w:sz w:val="20"/>
        </w:rPr>
        <w:t>49:07  yani protest karna ka matlab yeh hai ke aap chahte hain ke problem na ho. aap ghor kijiye ke aap Khuda ki takhleeq ko badalna chahte hain. jab Quran mein saaf saaf likha hua hai ke laqad khalaqna al-insana fi qabbin.</w:t>
      </w:r>
      <w:r>
        <w:br/>
      </w:r>
      <w:r>
        <w:rPr>
          <w:sz w:val="20"/>
        </w:rPr>
        <w:t>49:23  Allah ko paida kiya insan ne aur yahan rakha hai ek world of problem mein. yahan to problem hoga,</w:t>
      </w:r>
      <w:r>
        <w:br/>
      </w:r>
      <w:r>
        <w:rPr>
          <w:sz w:val="20"/>
        </w:rPr>
        <w:t>49:31  lekin kaisi ajeeb baat hai ke Musalman sab pe doosron ko be-hurmati ka ilzaam batate hain, khud be-hurmati kar rahe hain. Musalman doosron ko ilzaam lagate hain ke Quran ki be-hurmati kiya is ne?</w:t>
      </w:r>
      <w:r>
        <w:br/>
      </w:r>
      <w:r>
        <w:rPr>
          <w:sz w:val="20"/>
        </w:rPr>
        <w:t>49:45  aur hungama karte hain is ke upar. jalsa jaloos ke hungame hote hain. khud Musalman sab bari be-hurmati yeh kar rahe hain ke Allah ne ailan kiya hai ke hum ne dunya ko banaya hai is tarah ke yahan par problem rahen ge.</w:t>
      </w:r>
      <w:r>
        <w:br/>
      </w:r>
      <w:r>
        <w:rPr>
          <w:sz w:val="20"/>
        </w:rPr>
        <w:t>49:59  aap shor macha rahe hain ke problem na ho.</w:t>
      </w:r>
      <w:r>
        <w:br/>
      </w:r>
      <w:r>
        <w:rPr>
          <w:sz w:val="20"/>
        </w:rPr>
        <w:t>50:03  aap jahan se dekhen, Kashmir se le kar Egypt tak, Arkan se le kar Palestine tak, yahi to ho raha hai. woh chahte hain ke problem na ho hamare liye.</w:t>
      </w:r>
      <w:r>
        <w:br/>
      </w:r>
      <w:r>
        <w:rPr>
          <w:sz w:val="20"/>
        </w:rPr>
        <w:t>50:14  ek no problem world hamein chahiye. to yeh to sab se be-hurmati hai Quran Majeed ki. to dekhiye, yeh yeh muamla Allah ke ke creation plan se juda hua hai.</w:t>
      </w:r>
      <w:r>
        <w:br/>
      </w:r>
      <w:r>
        <w:rPr>
          <w:sz w:val="20"/>
        </w:rPr>
        <w:t>50:29  yeh Allah ke creation plan hai ke aap ko rehna pare ga world world of problem mein. aap ne ko bachana pare ga phir bhi negativity se, provocation se.</w:t>
      </w:r>
      <w:r>
        <w:br/>
      </w:r>
      <w:r>
        <w:rPr>
          <w:sz w:val="20"/>
        </w:rPr>
        <w:t>50:42  yahi to yahi to imtehan hai.</w:t>
      </w:r>
      <w:r>
        <w:br/>
      </w:r>
      <w:r>
        <w:rPr>
          <w:sz w:val="20"/>
        </w:rPr>
        <w:t>50:47  kaisi ajeeb o ghareeb baat hai ke jo cheezen Allah Ta'ala ne bator imtehan rakhi hain, usi ko chahte hain Musalman ke is ko khatam kar diya</w:t>
      </w:r>
      <w:r>
        <w:br/>
      </w:r>
      <w:r>
        <w:rPr>
          <w:sz w:val="20"/>
        </w:rPr>
        <w:t>50:54  jaye. ek aisi dunya ho jahan koi problem nahi, jahan koi negative tajruba nahi, jahan koi koi provocation karne wala nahi. to yeh to ho nahi sakta.</w:t>
      </w:r>
      <w:r>
        <w:br/>
      </w:r>
      <w:r>
        <w:rPr>
          <w:sz w:val="20"/>
        </w:rPr>
        <w:t>51:04  that's against the creation plan of God. to Musalman lad rahe hain Allah ke creation plan se lad rahe hain. sari dunya mein, chahe Kashmir ho, chahe Palestine ho, chahe Egypt ho, chahe Pakistan ho, chahe Iran ho, Iraq ho, har jagah Musalman jo bomb maar rahe hain, woh Allah ke creation plan of God jo hai, us ke us ke khilaf bomb maar rahe hain.</w:t>
      </w:r>
      <w:r>
        <w:br/>
      </w:r>
      <w:r>
        <w:rPr>
          <w:sz w:val="20"/>
        </w:rPr>
        <w:t>51:25  kaisi bhayanak baat hai yeh? kaisi bhayanak</w:t>
      </w:r>
      <w:r>
        <w:br/>
      </w:r>
      <w:r>
        <w:rPr>
          <w:sz w:val="20"/>
        </w:rPr>
        <w:t>51:27  baat hai? aur sawal karte hain ke kaise positive banein? bhai, positive banne mein to jannat mile gi. yahi to jannat ka ticket hai.</w:t>
      </w:r>
      <w:r>
        <w:br/>
      </w:r>
      <w:r>
        <w:rPr>
          <w:sz w:val="20"/>
        </w:rPr>
        <w:t>51:38  yaad rakhiye, jannat sirf is ke liye hai jo Allah ki dunya mein, jis ko Allah ne banaya hai dar-ul-qabz ke taur par, wahan par woh apne ko bachaye negativity se aur banaye apne aap ko positive.</w:t>
      </w:r>
      <w:r>
        <w:br/>
      </w:r>
      <w:r>
        <w:rPr>
          <w:sz w:val="20"/>
        </w:rPr>
        <w:t>51:52  jo provocation se, hate se, tashaddud se sab bachaye apne aap ko.</w:t>
      </w:r>
      <w:r>
        <w:br/>
      </w:r>
      <w:r>
        <w:rPr>
          <w:sz w:val="20"/>
        </w:rPr>
        <w:t>51:58  yahi to imtehan hai. isi par jannat hai. aur sari Muslim dunya jo hai, isi mein mubtala hai.</w:t>
      </w:r>
      <w:r>
        <w:br/>
      </w:r>
      <w:r>
        <w:rPr>
          <w:sz w:val="20"/>
        </w:rPr>
        <w:t>52:08  main phir kahoon ga ke dekhiye, Allah ka jo creation plan hai, jo takhleeq ka mansooba hai, woh yeh hai ke aap ko paida kar ke rakha gaya hai ek is dunya mein jahan masael hain, masael hain jahan provocation hai, jahan negative tajruba hain.</w:t>
      </w:r>
      <w:r>
        <w:br/>
      </w:r>
      <w:r>
        <w:rPr>
          <w:sz w:val="20"/>
        </w:rPr>
        <w:t>52:25  lekin in sab ke bawajood aap ko positive response dena hai. in sab ke bawajood aap ko positive thinking develop karna hai apne andar. in sab ke bawajood aap ko dunya ka khair khwah banna hai, dunya se mohabbat karna hai.</w:t>
      </w:r>
      <w:r>
        <w:br/>
      </w:r>
      <w:r>
        <w:rPr>
          <w:sz w:val="20"/>
        </w:rPr>
        <w:t>52:37  in sab ke bawajood aap ko dunya ko dushman nahi samajhna hai, balkeh un ka khair khwah ban kar dunya mein rehna hai.</w:t>
      </w:r>
      <w:r>
        <w:br/>
      </w:r>
      <w:r>
        <w:rPr>
          <w:sz w:val="20"/>
        </w:rPr>
        <w:t>52:45  yahi yahi jannat ka jannat ke sath ticket hai. yahi jannat ka ticket hai. koi aur cheez nahi hai jo aadmi ko jannat mein le jane wali ho. yeh bilkul tashaddud baat hai ke Musalmanon ne jo bana rakha hai ke falan cheez se jannat mil jaye gi, falan jannat mil jaye gi, woh sab bilkul khud sakhta hain.</w:t>
      </w:r>
      <w:r>
        <w:br/>
      </w:r>
      <w:r>
        <w:rPr>
          <w:sz w:val="20"/>
        </w:rPr>
        <w:t>53:03  jannat mile gi sirf is par ke aap negative world mein positive ban kar rahen.</w:t>
      </w:r>
      <w:r>
        <w:br/>
      </w:r>
      <w:r>
        <w:rPr>
          <w:sz w:val="20"/>
        </w:rPr>
        <w:t>53:10  yahi jannat ka ticket hai. yahi jannat ke sath ticket hai. aur koi cheez aadmi ko jannat mein le jane wali nahi hai.</w:t>
      </w:r>
      <w:r>
        <w:br/>
      </w:r>
      <w:r>
        <w:rPr>
          <w:sz w:val="20"/>
        </w:rPr>
        <w:t>53:20  yani negative item rahen ge, negative tajruba rahen ge, aap ko is ke bawajood apne andar positive thinking develop karna hai.</w:t>
      </w:r>
      <w:r>
        <w:br/>
      </w:r>
      <w:r>
        <w:rPr>
          <w:sz w:val="20"/>
        </w:rPr>
        <w:t>53:30  to agar kisi ko jannat chahiye to yahi yahi hai rasta jannat ka. aur koi doosra rasta nahin.</w:t>
      </w:r>
      <w:r>
        <w:br/>
      </w:r>
      <w:r>
        <w:rPr>
          <w:sz w:val="20"/>
        </w:rPr>
        <w:t>53:40  maulana, agla sawal dilli se kiya hai jameel akhtar sahab ne. unhon ne likha hai: "quran mein kya san o tareekh ke sath qayamat ka zikr hai ya hadith mein is silsile ki baat hai?</w:t>
      </w:r>
      <w:r>
        <w:br/>
      </w:r>
      <w:r>
        <w:rPr>
          <w:sz w:val="20"/>
        </w:rPr>
        <w:t>53:54  agar nahin to sainsi san o tareekh par kaise aitbaar kiya jaye?" dekhen, aitbaar ki baat nahin hai yeh.</w:t>
      </w:r>
      <w:r>
        <w:br/>
      </w:r>
      <w:r>
        <w:rPr>
          <w:sz w:val="20"/>
        </w:rPr>
        <w:t>54:03  yeh probability ki baat hai.</w:t>
      </w:r>
      <w:r>
        <w:br/>
      </w:r>
      <w:r>
        <w:rPr>
          <w:sz w:val="20"/>
        </w:rPr>
        <w:t>54:06  quran mein aur hadith mein aaya hai ke baad ke zamane mein bohat si cheezen khulengi. to woh khul rahi hain to un ko aap sochiye is ke bare mein.</w:t>
      </w:r>
      <w:r>
        <w:br/>
      </w:r>
      <w:r>
        <w:rPr>
          <w:sz w:val="20"/>
        </w:rPr>
        <w:t>54:16  aap koi bhi aisa nahin keh sakta ke falan tareekh ko qayamat aayi hai, yeh koi keh sakta. lekin yeh sab reminder hain.</w:t>
      </w:r>
      <w:r>
        <w:br/>
      </w:r>
      <w:r>
        <w:rPr>
          <w:sz w:val="20"/>
        </w:rPr>
        <w:t>54:25  quran mein dekhen, ayat is ayat ko padhiye aap ja kar ke ghar ja kar ke. ke yeh ayat hai ke "sanurihim ayatina fil afaqi wa fi anfusihim hatta yatabayyana lahum annahul haqq" .</w:t>
      </w:r>
      <w:r>
        <w:br/>
      </w:r>
      <w:r>
        <w:rPr>
          <w:sz w:val="20"/>
        </w:rPr>
        <w:t>54:44  is ka tarjuma yeh hai ke mustaqbil mein hum dikhayenge un ko nishaniyan, afaq mein bhi aur anfus mein bhi. yani space mein bhi, insan ki zaat mein bhi</w:t>
      </w:r>
      <w:r>
        <w:br/>
      </w:r>
      <w:r>
        <w:rPr>
          <w:sz w:val="20"/>
        </w:rPr>
        <w:t>54:54  . yahan tak ke woh khul jaye ke yahi haq hai. is ko ja kar aap quran ki is ayat ko padhiye, ja kar ghor kijiye is ke upar.</w:t>
      </w:r>
      <w:r>
        <w:br/>
      </w:r>
      <w:r>
        <w:rPr>
          <w:sz w:val="20"/>
        </w:rPr>
        <w:t>55:04  to koi yeh haq nahin rakhta ke woh kahe ke falan tareekh qayamat aayegi. lekin yeh bilashuba haq rakhta hai ke kahe ke dekho, is warning aa rahi hai, ghor karo, qayamat qayamat aa gayi ho, qareeb.</w:t>
      </w:r>
      <w:r>
        <w:br/>
      </w:r>
      <w:r>
        <w:rPr>
          <w:sz w:val="20"/>
        </w:rPr>
        <w:t>55:18  yeh sab probability ki baat hai, yaqeen ki baat nahin hai.</w:t>
      </w:r>
      <w:r>
        <w:br/>
      </w:r>
      <w:r>
        <w:rPr>
          <w:sz w:val="20"/>
        </w:rPr>
        <w:t>55:25  maulana, agla sawal doctor farida khanam ne kiya hai dilli se. unhon ne likha hai: "muslims are not afraid of qayamat.</w:t>
      </w:r>
      <w:r>
        <w:br/>
      </w:r>
      <w:r>
        <w:rPr>
          <w:sz w:val="20"/>
        </w:rPr>
        <w:t>55:34  they think that they say their prayers, do fasting and perform hajj. therefore prophet muhammad himself will intervene and not let anyone go to hell.</w:t>
      </w:r>
      <w:r>
        <w:br/>
      </w:r>
      <w:r>
        <w:rPr>
          <w:sz w:val="20"/>
        </w:rPr>
        <w:t>55:48  this belief makes them fearless of doomsday. what is your comment</w:t>
      </w:r>
      <w:r>
        <w:br/>
      </w:r>
      <w:r>
        <w:rPr>
          <w:sz w:val="20"/>
        </w:rPr>
        <w:t>55:54  on this?" dekhen, yeh baat bilkul sahi hai. aur yahi baat hai jo yahood ke andar paida hui thi pehle. aur hadith mein dekhen, saaf saaf yeh hai: "latatba'ununa sunan man kana qablakum shibran bishibrin wa dhira'an bidhira'in hatta law dakhaloo dabba jahril ladakhaltoohum." ke tum yahood ki qadam ba qadam pairvi karoge.</w:t>
      </w:r>
      <w:r>
        <w:br/>
      </w:r>
      <w:r>
        <w:rPr>
          <w:sz w:val="20"/>
        </w:rPr>
        <w:t>56:19  har cheez mein khuda ke yahood ke peer ban jaoge. to yahood ne samajh rakha tha ke "nahnu abna'ullah wa ahbba'uh." hum to Allah ke khaas log hain.</w:t>
      </w:r>
      <w:r>
        <w:br/>
      </w:r>
      <w:r>
        <w:rPr>
          <w:sz w:val="20"/>
        </w:rPr>
        <w:t>56:29  "lan tamassana illa ayyaman ma'dudatan." jannat hamare liye hai, jahannum doosron ke liye. theek yahi aqeedah musalmanon ne bana rakha hai aaj.</w:t>
      </w:r>
      <w:r>
        <w:br/>
      </w:r>
      <w:r>
        <w:rPr>
          <w:sz w:val="20"/>
        </w:rPr>
        <w:t>56:38  aur tarah tarah ke justification is ke talash kar rakhe hain. yaqeen kijiye, woh sab false false ground par yeh sab aqeeday banaye gaye hain.</w:t>
      </w:r>
      <w:r>
        <w:br/>
      </w:r>
      <w:r>
        <w:rPr>
          <w:sz w:val="20"/>
        </w:rPr>
        <w:t>56:47  koi haqiqat in ki nahin hai. jo asal haqiqat hai, woh sirf yeh hai ke "laysa lil insani illa ma sa'a" . "laysa lil insani illa ma sa'a ." insan ko wohi milega jis ki us ne koshish ki.</w:t>
      </w:r>
      <w:r>
        <w:br/>
      </w:r>
      <w:r>
        <w:rPr>
          <w:sz w:val="20"/>
        </w:rPr>
        <w:t>57:00  bas. insan ko wohi milega jis ke liye us ne koshish ki.</w:t>
      </w:r>
      <w:r>
        <w:br/>
      </w:r>
      <w:r>
        <w:rPr>
          <w:sz w:val="20"/>
        </w:rPr>
        <w:t>57:06  yeh sare false ground par banaye hue aqeeday hain, woh bilashuba un ki koi buniyad nahin hai.</w:t>
      </w:r>
      <w:r>
        <w:br/>
      </w:r>
      <w:r>
        <w:rPr>
          <w:sz w:val="20"/>
        </w:rPr>
        <w:t>57:14  maulana, agla sawal srinagar se riyaz ahmed bhatt sahab ne kiya hai. unhon ne likha hai: "the duty of today's day is to aware the mankind about doomsday with more vigor and forceful way to counter the designs of evil."</w:t>
      </w:r>
      <w:r>
        <w:br/>
      </w:r>
      <w:r>
        <w:rPr>
          <w:sz w:val="20"/>
        </w:rPr>
        <w:t>57:34  maulana, "what kind of methods can be useful beyond distribution of dawa literature? please advise us."</w:t>
      </w:r>
      <w:r>
        <w:br/>
      </w:r>
      <w:r>
        <w:rPr>
          <w:sz w:val="20"/>
        </w:rPr>
        <w:t>57:44  dekhen, ek hadith hai ke ek hadith mein yeh alfaaz hain ke zameen par koi aisa ghar nahin bachega,</w:t>
      </w:r>
      <w:r>
        <w:br/>
      </w:r>
      <w:r>
        <w:rPr>
          <w:sz w:val="20"/>
        </w:rPr>
        <w:t>58:01  chhota ya bada, jis ke andar Allah ka kalma na dakhil ho jaye. "illa yadkhulullahu kalimal islam" . to Allah ka kalma kya hai?</w:t>
      </w:r>
      <w:r>
        <w:br/>
      </w:r>
      <w:r>
        <w:rPr>
          <w:sz w:val="20"/>
        </w:rPr>
        <w:t>58:10  quran hai.</w:t>
      </w:r>
      <w:r>
        <w:br/>
      </w:r>
      <w:r>
        <w:rPr>
          <w:sz w:val="20"/>
        </w:rPr>
        <w:t>58:12  to mein samajhta hoon ke main target jo hai, woh quran ko ghar ghar pohnchana hai. main target. woh is ko kitna peroo karein ge, kitna follow karein ge, yeh un ka kaam hai.</w:t>
      </w:r>
      <w:r>
        <w:br/>
      </w:r>
      <w:r>
        <w:rPr>
          <w:sz w:val="20"/>
        </w:rPr>
        <w:t>58:24  It is their problem. hamara nahi hai. ghar ghar kalma, yahan pe dekhein, yaani ke ghar dil mein dakhil karna, ghar mein dakhil karna.</w:t>
      </w:r>
      <w:r>
        <w:br/>
      </w:r>
      <w:r>
        <w:rPr>
          <w:sz w:val="20"/>
        </w:rPr>
        <w:t>58:36  "la tabqa ala wajh al-ard bait badr wala wabar illa adkhala Allah kalimata al-islam" . yaani zameen par koi chota bara ghar nahi bache ga.</w:t>
      </w:r>
      <w:r>
        <w:br/>
      </w:r>
      <w:r>
        <w:rPr>
          <w:sz w:val="20"/>
        </w:rPr>
        <w:t>58:47  to kaha, hamari zimmedari hai ke Allah ke word ko, word of god ko, ghar ghar mein pohncha dein. dilon mein utar dein, yeh nahi hai. yaani ke dil mein utar dein aur woh kalma parh lein.</w:t>
      </w:r>
      <w:r>
        <w:br/>
      </w:r>
      <w:r>
        <w:rPr>
          <w:sz w:val="20"/>
        </w:rPr>
        <w:t>58:57  yeh hamara nishana nahi hai. yeh hamara nishana nahi hai ke in ke dilon ko badal dein, in se kalma parhwa dein.</w:t>
      </w:r>
      <w:r>
        <w:br/>
      </w:r>
      <w:r>
        <w:rPr>
          <w:sz w:val="20"/>
        </w:rPr>
        <w:t>59:05  nahi, gharon mein pohncha dein, gharon mein. gharon mein pohnchanay ke mani ke jahan insaan rehte hain, wahan woh pohnch jaye. aaj to insaan, aap dekhein, har jagah yaani milte hain aap ko insaan.</w:t>
      </w:r>
      <w:r>
        <w:br/>
      </w:r>
      <w:r>
        <w:rPr>
          <w:sz w:val="20"/>
        </w:rPr>
        <w:t>59:21  saari duniya mein aik mobility hai, yahan se wahan insaan aa ja rahe hain, ja rahe hain, har jagah. to aap ko safar kar ke janay ki zaroorat nahi hai falan jagah.</w:t>
      </w:r>
      <w:r>
        <w:br/>
      </w:r>
      <w:r>
        <w:rPr>
          <w:sz w:val="20"/>
        </w:rPr>
        <w:t>59:31  khud duniya ke log har jagah aa rahe hain.</w:t>
      </w:r>
      <w:r>
        <w:br/>
      </w:r>
      <w:r>
        <w:rPr>
          <w:sz w:val="20"/>
        </w:rPr>
        <w:t>59:34  kahin siyah ke roop mein, kahin taajir ke roop mein, kahin talib ilm ke roop mein, kahin kisi roop mein. to hum ko pohnchaiye. to yeh hadith jo hai, yeh batati hai ke dilon mein utarna yeh aap ka nishana nahi hai.</w:t>
      </w:r>
      <w:r>
        <w:br/>
      </w:r>
      <w:r>
        <w:rPr>
          <w:sz w:val="20"/>
        </w:rPr>
        <w:t>59:46  balkeh Allah ke word, word ko logon ko un ke haath mein pohnch jaye, yeh aap ka nishana hai. h</w:t>
      </w:r>
      <w:r>
        <w:br/>
      </w:r>
      <w:r>
        <w:rPr>
          <w:sz w:val="20"/>
        </w:rPr>
        <w:t>59:54  r zaban mein is ke tarjume, tarjume, har zaban mein umda tarjume kar ke un ko pohnchaiye. aur aur jo doosre literature hain, un ko mein kehta hoon supporting literature.</w:t>
      </w:r>
      <w:r>
        <w:br/>
      </w:r>
      <w:r>
        <w:rPr>
          <w:sz w:val="20"/>
        </w:rPr>
        <w:t>1:00:06  supporting literature. is ke sath sath hamein zaroorat hai ke hum un ko aaj supporting literature bhi dein taake woh is ko, un ko samajhna un ke liye asan ho jaye.</w:t>
      </w:r>
      <w:r>
        <w:br/>
      </w:r>
      <w:r>
        <w:rPr>
          <w:sz w:val="20"/>
        </w:rPr>
        <w:t>1:00:17  yeh to quran o hadith se yeh nishana sabit hai.</w:t>
      </w:r>
      <w:r>
        <w:br/>
      </w:r>
      <w:r>
        <w:rPr>
          <w:sz w:val="20"/>
        </w:rPr>
        <w:t>1:00:20  is mein kisi kisi ko batane ki zaroorat nahi hai. quran o hadith se yeh nishana sabit hai ke jo word of god hai, us ko ghar ghar pohncha do.</w:t>
      </w:r>
      <w:r>
        <w:br/>
      </w:r>
      <w:r>
        <w:rPr>
          <w:sz w:val="20"/>
        </w:rPr>
        <w:t>1:00:29  logon tak pohncha do.</w:t>
      </w:r>
      <w:r>
        <w:br/>
      </w:r>
      <w:r>
        <w:rPr>
          <w:sz w:val="20"/>
        </w:rPr>
        <w:t>1:00:35  aaj mujhe aik message mila. mr. reet balotra ke bhai hain, singapore mein rehte hain. to woh aik high post par hain, kisi company mein.</w:t>
      </w:r>
      <w:r>
        <w:br/>
      </w:r>
      <w:r>
        <w:rPr>
          <w:sz w:val="20"/>
        </w:rPr>
        <w:t>1:00:47  to aik safar mein unhein aik mulaqat hui aik shakhs se. woh muslim hai aur woh kisi bari company mein hai.</w:t>
      </w:r>
      <w:r>
        <w:br/>
      </w:r>
      <w:r>
        <w:rPr>
          <w:sz w:val="20"/>
        </w:rPr>
        <w:t>1:00:58  to us ko unhon ne quran ka tarjuma diya.</w:t>
      </w:r>
      <w:r>
        <w:br/>
      </w:r>
      <w:r>
        <w:rPr>
          <w:sz w:val="20"/>
        </w:rPr>
        <w:t>1:01:03  to usay bohat hi, bohat ziyada khush hua. us ne kaha ke mein mudaton se is mein tha ke lekin mujhe quran ka tarjuma nahi mil raha tha.</w:t>
      </w:r>
      <w:r>
        <w:br/>
      </w:r>
      <w:r>
        <w:rPr>
          <w:sz w:val="20"/>
        </w:rPr>
        <w:t>1:01:12  kyunke woh arabi, woh arabi zaban nahi janta tha woh. to is tarah ke beshumar roohein hain jo talash mein hain ke ke kya hai khuda-e-kitab.</w:t>
      </w:r>
      <w:r>
        <w:br/>
      </w:r>
      <w:r>
        <w:rPr>
          <w:sz w:val="20"/>
        </w:rPr>
        <w:t>1:01:23  is mein kya likha hai, woh hum janiye. to aap pohnchaiye logon ko. is logon ko pohnchaiye.</w:t>
      </w:r>
      <w:r>
        <w:br/>
      </w:r>
      <w:r>
        <w:rPr>
          <w:sz w:val="20"/>
        </w:rPr>
        <w:t>1:01:30  to distribution of quran jo hai, woh main hai. aur baqi kitabein hain, un ki hesiyat supporting literature ki hai. is ke ilawa aap mil kar batayein.</w:t>
      </w:r>
      <w:r>
        <w:br/>
      </w:r>
      <w:r>
        <w:rPr>
          <w:sz w:val="20"/>
        </w:rPr>
        <w:t>1:01:40  aap stage se batayein, woh woh aap kar sakte hain to kijiye. yeh to woh target hai jo har aadmi kar sakta hai. yaani gunga aur behra bhi kar sakta hai.</w:t>
      </w:r>
      <w:r>
        <w:br/>
      </w:r>
      <w:r>
        <w:rPr>
          <w:sz w:val="20"/>
        </w:rPr>
        <w:t>1:01:51  baqi aap ko agar Allah ne salahiyat di hai to aap stage ko istemal kijiye, media ko istemal kijiye.</w:t>
      </w:r>
      <w:r>
        <w:br/>
      </w:r>
      <w:r>
        <w:rPr>
          <w:sz w:val="20"/>
        </w:rPr>
        <w:t>1:01:58  jo jitnay aur zyada kar saktay hain, kartay rahey. yeh to minimum, minimum. yeh distribution of quran jo hai, yeh minimum hai. is kay aagay to aap bohat kuch kar saktay hain.</w:t>
      </w:r>
      <w:r>
        <w:br/>
      </w:r>
      <w:r>
        <w:rPr>
          <w:sz w:val="20"/>
        </w:rPr>
        <w:t>1:02:08  aur kartay rahey, is mein koi aap ko rokne wala nahi hai.</w:t>
      </w:r>
      <w:r>
        <w:br/>
      </w:r>
      <w:r>
        <w:rPr>
          <w:sz w:val="20"/>
        </w:rPr>
        <w:t>1:02:15  maulana, agla sawal delhi se hai, miss nagma siddiqi ka</w:t>
      </w:r>
      <w:r>
        <w:br/>
      </w:r>
      <w:r>
        <w:rPr>
          <w:sz w:val="20"/>
        </w:rPr>
        <w:t>1:02:19  unhon ne likha hai: "Moulana, when we think of the magnitude of our responsibility, we find ourselves unfit for it.</w:t>
      </w:r>
      <w:r>
        <w:br/>
      </w:r>
      <w:r>
        <w:rPr>
          <w:sz w:val="20"/>
        </w:rPr>
        <w:t>1:02:30  What should we do?" dekhen, yeh to soch sahi nahi hai. kyunkay quran mein hai kay "atqaw allah ma astata'tum, la yukallif allah illa asaa'tum" .</w:t>
      </w:r>
      <w:r>
        <w:br/>
      </w:r>
      <w:r>
        <w:rPr>
          <w:sz w:val="20"/>
        </w:rPr>
        <w:t>1:02:45  to aadmi ko, jo us ki capacity hai, us kay qadr karna hai.</w:t>
      </w:r>
      <w:r>
        <w:br/>
      </w:r>
      <w:r>
        <w:rPr>
          <w:sz w:val="20"/>
        </w:rPr>
        <w:t>1:02:53  magnitude ko mat dekhiye aap. apni capacity ko dekhiye. yeh galat soch hai kay aap magnitude ko dekhen. apni capacity ko dekhiye.</w:t>
      </w:r>
      <w:r>
        <w:br/>
      </w:r>
      <w:r>
        <w:rPr>
          <w:sz w:val="20"/>
        </w:rPr>
        <w:t>1:03:03  capacity mein agar aadmi kami nahi ki hai to allah ta'ala us ka muqabil qaul ban jayega. kis ki kya capacity hai?</w:t>
      </w:r>
      <w:r>
        <w:br/>
      </w:r>
      <w:r>
        <w:rPr>
          <w:sz w:val="20"/>
        </w:rPr>
        <w:t>1:03:12  us ko arabi mein "us" kaha jata hai. "us". "us" yani capacity. bas mein kya hai? to apnay apnay bas mein jo hai, us ko dekhiye.</w:t>
      </w:r>
      <w:r>
        <w:br/>
      </w:r>
      <w:r>
        <w:rPr>
          <w:sz w:val="20"/>
        </w:rPr>
        <w:t>1:03:23  baqi kaam to zameen aasman tak phaila hua ho sakta hai. woh aap ki zimmedari nahi hai.</w:t>
      </w:r>
      <w:r>
        <w:br/>
      </w:r>
      <w:r>
        <w:rPr>
          <w:sz w:val="20"/>
        </w:rPr>
        <w:t>1:03:32  maulana, agla sawal roorkee se kiya hai, sajid anwar</w:t>
      </w:r>
      <w:r>
        <w:br/>
      </w:r>
      <w:r>
        <w:rPr>
          <w:sz w:val="20"/>
        </w:rPr>
        <w:t>1:03:35  sahab ne. unhon ne likha hai: "In the quran it has been mentioned regarding a group of people who understood that they were doing right things in this life,</w:t>
      </w:r>
      <w:r>
        <w:br/>
      </w:r>
      <w:r>
        <w:rPr>
          <w:sz w:val="20"/>
        </w:rPr>
        <w:t>1:03:48  but in fact they were following the wrong path, and as a result their acts would come to nothing on the day of judgment.</w:t>
      </w:r>
      <w:r>
        <w:br/>
      </w:r>
      <w:r>
        <w:rPr>
          <w:sz w:val="20"/>
        </w:rPr>
        <w:t>1:04:00  Maulana, my question is: how can we save ourselves from being part of such a group and recognize that we are always on the right path?</w:t>
      </w:r>
      <w:r>
        <w:br/>
      </w:r>
      <w:r>
        <w:rPr>
          <w:sz w:val="20"/>
        </w:rPr>
        <w:t>1:04:12  Please advise." dekhen, yeh jo ayat hai quran ki, to us ko maujooda zamanay mein aap jo concept hai conditioning ka, usay samajh saktay hain.</w:t>
      </w:r>
      <w:r>
        <w:br/>
      </w:r>
      <w:r>
        <w:rPr>
          <w:sz w:val="20"/>
        </w:rPr>
        <w:t>1:04:30  yeh baat yani ab sabit ho chuki hai, jo researches hui hain insaan kay baray mein, kay paida hotay hi aadmi ki conditioning shuru ho jati hai.</w:t>
      </w:r>
      <w:r>
        <w:br/>
      </w:r>
      <w:r>
        <w:rPr>
          <w:sz w:val="20"/>
        </w:rPr>
        <w:t>1:04:45  paida hotay hi. yahan tak kay yeh kaha jata hai kay maa kay pait mein hai, tab bhi us ki shuru ho jati hai conditioning.</w:t>
      </w:r>
      <w:r>
        <w:br/>
      </w:r>
      <w:r>
        <w:rPr>
          <w:sz w:val="20"/>
        </w:rPr>
        <w:t>1:04:55  is ka matlab kya hua? kay "Every man is a case of conditioning. Every woman is a case of conditioning, without any exception.</w:t>
      </w:r>
      <w:r>
        <w:br/>
      </w:r>
      <w:r>
        <w:rPr>
          <w:sz w:val="20"/>
        </w:rPr>
        <w:t>1:05:05  " . to ab insaan ki pehli zimmedari kya hui? apnay ko decondition karna. apni conditioning ki deconditioning. yeh aap ki zimmedari hui.</w:t>
      </w:r>
      <w:r>
        <w:br/>
      </w:r>
      <w:r>
        <w:rPr>
          <w:sz w:val="20"/>
        </w:rPr>
        <w:t>1:05:14  yeh pre iman yeh taqaza hai. pre marifat yeh taqaza hai. yeh to karni paray gi. yeh to test ka aik hissa hai.</w:t>
      </w:r>
      <w:r>
        <w:br/>
      </w:r>
      <w:r>
        <w:rPr>
          <w:sz w:val="20"/>
        </w:rPr>
        <w:t>1:05:26  albatta agar aadmi ne apni conditioning ki sari koshishain kar dalin, sach much, phir bhi koi hissa, koi item reh gaya, conditioning ka reh gaya baqi, to allah maaf karega us ko.</w:t>
      </w:r>
      <w:r>
        <w:br/>
      </w:r>
      <w:r>
        <w:rPr>
          <w:sz w:val="20"/>
        </w:rPr>
        <w:t>1:05:38  lekin aap ko koshish to karna hai. har aadmi ko yeh kaam karna hai kay woh apni conditioning ko toray. apni deconditioning karay.</w:t>
      </w:r>
      <w:r>
        <w:br/>
      </w:r>
      <w:r>
        <w:rPr>
          <w:sz w:val="20"/>
        </w:rPr>
        <w:t>1:05:48  yeh zimmedari hai insaan ki. lazmi zimmedari hai. us se koi bach nahi sakta.</w:t>
      </w:r>
      <w:r>
        <w:br/>
      </w:r>
      <w:r>
        <w:rPr>
          <w:sz w:val="20"/>
        </w:rPr>
        <w:t>1:05:54  bachnay ka aik tareeqa sirf yeh hai kay koshish karnay kay bawajood agar kuch hissa baqi reh jaye conditioning ka, woh na tor pay, to wahan woh maaf kar diya jayega.</w:t>
      </w:r>
      <w:r>
        <w:br/>
      </w:r>
      <w:r>
        <w:rPr>
          <w:sz w:val="20"/>
        </w:rPr>
        <w:t>1:06:06  lekin koshish na karay, yeh qabil e maafi nahi hai. koi bhi lame excuse us kay liye allah kay haan accept nahi hoga.</w:t>
      </w:r>
      <w:r>
        <w:br/>
      </w:r>
      <w:r>
        <w:rPr>
          <w:sz w:val="20"/>
        </w:rPr>
        <w:t>1:06:18  aur woh sab us ki, us jo jo samajhta hai, bator khud us ne ke hum yeh kar rahe hain, hum woh kar rahe hain, ke hum jahad kar rahe hain, hum islami nizam nafiz kar rahe hain, hum qanoon nafiz kar rahe hain, yeh sab habt ho jayega.</w:t>
      </w:r>
      <w:r>
        <w:br/>
      </w:r>
      <w:r>
        <w:rPr>
          <w:sz w:val="20"/>
        </w:rPr>
        <w:t>1:06:29  habt. kyunke conditioning todi nahi, aur isi conditioning ke tehat khud hi khud tarah tarah ke khud sakhta karname dikhate rahe, woh Allah ke haan qabool nahi hoga.</w:t>
      </w:r>
      <w:r>
        <w:br/>
      </w:r>
      <w:r>
        <w:rPr>
          <w:sz w:val="20"/>
        </w:rPr>
        <w:t>1:06:45  to khulasa yeh hai ke aadmi ki, har insan ki pehli yani zimmedari hai ke woh apni conditioning ko tode.</w:t>
      </w:r>
      <w:r>
        <w:br/>
      </w:r>
      <w:r>
        <w:rPr>
          <w:sz w:val="20"/>
        </w:rPr>
        <w:t>1:06:54  yeh pehli zimmedari hai. is se, is se koi, koi bhi insan is se bach nahi sakta.</w:t>
      </w:r>
      <w:r>
        <w:br/>
      </w:r>
      <w:r>
        <w:rPr>
          <w:sz w:val="20"/>
        </w:rPr>
        <w:t>1:07:01  maulana, agla sawal kiya hai muhammad yaqoob sahib ne haiderabad</w:t>
      </w:r>
      <w:r>
        <w:br/>
      </w:r>
      <w:r>
        <w:rPr>
          <w:sz w:val="20"/>
        </w:rPr>
        <w:t>1:07:06  se. unhone likha hai: "maulana, ek sahib ne kaha: jisko hum qayamat kehte hain aur is se darate hain, in tamam mushkilat ko door karne ke liye projects banaye ja rahe hain, jis se bacha jayega.</w:t>
      </w:r>
      <w:r>
        <w:br/>
      </w:r>
      <w:r>
        <w:rPr>
          <w:sz w:val="20"/>
        </w:rPr>
        <w:t>1:07:23  aisi surat mein hum kaise inzar karein?" nahi, nahi, aisa bilkul alag baat hai. kahan bachaya ja raha hai, banaya ja raha hai, kahan project hai?</w:t>
      </w:r>
      <w:r>
        <w:br/>
      </w:r>
      <w:r>
        <w:rPr>
          <w:sz w:val="20"/>
        </w:rPr>
        <w:t>1:07:34  koi bhi bataye, is ka naam bataye.</w:t>
      </w:r>
      <w:r>
        <w:br/>
      </w:r>
      <w:r>
        <w:rPr>
          <w:sz w:val="20"/>
        </w:rPr>
        <w:t>1:07:37  misal ke taur par ek cheez mein deta hoon aap ko misal. stephen hawking ne ek tajweez pesh ki hai ke ab yeh zameen rehne qabil nahi hogi, to hamein space colonies banana chahiye.</w:t>
      </w:r>
      <w:r>
        <w:br/>
      </w:r>
      <w:r>
        <w:rPr>
          <w:sz w:val="20"/>
        </w:rPr>
        <w:t>1:07:54  yeh to ek joke hai. yeh khud washa bhi janta hai, stephen hawking bhi janta hai ke aasman mein hum banayenge to wahan kahan se pani layen, kahan se khana layen, kahan se oxygen layen.</w:t>
      </w:r>
      <w:r>
        <w:br/>
      </w:r>
      <w:r>
        <w:rPr>
          <w:sz w:val="20"/>
        </w:rPr>
        <w:t>1:08:04  rocket to aap bhej sakte hain, lekin living insan ko wahan par rehne ka intezam karna yeh impossible hai. yeh to joke hai. yeh jo log intezam baatein kar rahe hain, woh to woh, woh joke ko aap waqai samajh liya aap ne?</w:t>
      </w:r>
      <w:r>
        <w:br/>
      </w:r>
      <w:r>
        <w:rPr>
          <w:sz w:val="20"/>
        </w:rPr>
        <w:t>1:08:16  aur ek sawal qaim kar diya aap ne. koi mujhe bataye, agle sunday ko mujhe bataye ke woh kaun sa intezam hai jo waqatan feasible hai, woh mujhe bataya jaye agle sunday ko.</w:t>
      </w:r>
      <w:r>
        <w:br/>
      </w:r>
      <w:r>
        <w:rPr>
          <w:sz w:val="20"/>
        </w:rPr>
        <w:t>1:08:28  yeh bilkul joke ki baatein hain. stephen hawking ne jo kaha hai, woh joke hai. joke. woh scientific joke hai. woh</w:t>
      </w:r>
      <w:r>
        <w:br/>
      </w:r>
      <w:r>
        <w:rPr>
          <w:sz w:val="20"/>
        </w:rPr>
        <w:t>1:08:33  , woh koi haqeeqat nahi hai. woh space colonies banayi jayen. bilkul. koi, koi surprise nahi hai is ka. har scientist janta hai ke space colony banana bilkul impossible hai.</w:t>
      </w:r>
      <w:r>
        <w:br/>
      </w:r>
      <w:r>
        <w:rPr>
          <w:sz w:val="20"/>
        </w:rPr>
        <w:t>1:08:45  impossible hai.</w:t>
      </w:r>
      <w:r>
        <w:br/>
      </w:r>
      <w:r>
        <w:rPr>
          <w:sz w:val="20"/>
        </w:rPr>
        <w:t>1:08:49  maulana, agla sawal delhi se kiya hai miss tuti malhotra ne. unhone likha hai: "It is said that man gets glimpses of paradise when he does Dawa work</w:t>
      </w:r>
      <w:r>
        <w:br/>
      </w:r>
      <w:r>
        <w:rPr>
          <w:sz w:val="20"/>
        </w:rPr>
        <w:t>1:09:02  , but is it that man gets glimpses of hell when he does evil? Please comment." glimpse ki jo baat hai, to is dhang par to mein nahi keh sakta ke aadmi jab koi burai kar raha hai to woh glimpse us ke dekhega.</w:t>
      </w:r>
      <w:r>
        <w:br/>
      </w:r>
      <w:r>
        <w:rPr>
          <w:sz w:val="20"/>
        </w:rPr>
        <w:t>1:09:19  lekin ek aur tareeqe se hadith mein aaya hai, yeh ke "إن شدة الحر من فح جہنم" ।</w:t>
      </w:r>
      <w:r>
        <w:br/>
      </w:r>
      <w:r>
        <w:rPr>
          <w:sz w:val="20"/>
        </w:rPr>
        <w:t>1:09:30  yeh jo garmi hoti hai, is mein sakht garmi hoti hai. aadmi pareshan ho jata hai. to is ko le kar yeh hadith hai ke "إن شدة الحر من فح جہنم" ।</w:t>
      </w:r>
      <w:r>
        <w:br/>
      </w:r>
      <w:r>
        <w:rPr>
          <w:sz w:val="20"/>
        </w:rPr>
        <w:t>1:09:40  yani mausam, garmi ke mausam mein jo shadeed garmi hoti hai, woh, woh jahannum ki phoonk se hoti hai.</w:t>
      </w:r>
      <w:r>
        <w:br/>
      </w:r>
      <w:r>
        <w:rPr>
          <w:sz w:val="20"/>
        </w:rPr>
        <w:t>1:09:50  to is ka yeh matlab nahi ke jahannum phoonk, koi, yani koi, yani koi janwar hai, ajdaha hai, phoonkta hai to garmi aa jati hai.</w:t>
      </w:r>
      <w:r>
        <w:br/>
      </w:r>
      <w:r>
        <w:rPr>
          <w:sz w:val="20"/>
        </w:rPr>
        <w:t>1:10:00  yeh matlab nahi hai. yani is ka matlab yeh hai ke tum garmi ki shiddat ko dekh kar jahannum ki shiddat ka tasawwur kar sakte ho.</w:t>
      </w:r>
      <w:r>
        <w:br/>
      </w:r>
      <w:r>
        <w:rPr>
          <w:sz w:val="20"/>
        </w:rPr>
        <w:t>1:10:11  yani is ka matlab yeh hai ke garmi ki shiddat jahannum ko understandable banati hai. yeh matlab is hadith ka hai.</w:t>
      </w:r>
      <w:r>
        <w:br/>
      </w:r>
      <w:r>
        <w:rPr>
          <w:sz w:val="20"/>
        </w:rPr>
        <w:t>1:10:22  garmi ki shiddat ka jo tajurba hota hai insan ko, us se jahannum ka mamla aadmi ke liye understandable ho jata hai. yeh, yeh aaya hai hadith mein.</w:t>
      </w:r>
      <w:r>
        <w:br/>
      </w:r>
      <w:r>
        <w:rPr>
          <w:sz w:val="20"/>
        </w:rPr>
        <w:t>1:10:32  ab is se aap ka sawal ka jawab hota hai ya nahi hota hai, aap samajh sakte hain. maulana, agla sawal kiya hai tamil nadu se</w:t>
      </w:r>
      <w:r>
        <w:br/>
      </w:r>
      <w:r>
        <w:rPr>
          <w:sz w:val="20"/>
        </w:rPr>
        <w:t>1:10:42  maulana iqbal umri ne. unhon ne likha hai: "maulana, ek sahab ne kaha ke sare problem ka solution islam ne diya hai. agar islami hukoomat aa jaye to problem free dunya banana mumkin hai. maulana, aisa kehna kahan tak sahi hai?" sahi ka be buniyad hai.</w:t>
      </w:r>
      <w:r>
        <w:br/>
      </w:r>
      <w:r>
        <w:rPr>
          <w:sz w:val="20"/>
        </w:rPr>
        <w:t>1:11:04  sab se pehle is ayat ko batayein woh. quran ki is ayat ko batayein.</w:t>
      </w:r>
      <w:r>
        <w:br/>
      </w:r>
      <w:r>
        <w:rPr>
          <w:sz w:val="20"/>
        </w:rPr>
        <w:t>1:11:10  yeh to bilkul ek be sarpar ki baatein hain yeh sab. ek ayat batayein jis mein likha ho ke tamam dunya ke masail ka hal quran mein hai aur quran ki hukoomat qaim karo to bas sare masail hal ho jayenge.</w:t>
      </w:r>
      <w:r>
        <w:br/>
      </w:r>
      <w:r>
        <w:rPr>
          <w:sz w:val="20"/>
        </w:rPr>
        <w:t>1:11:23  kahan likha hua hai quran mein? yeh to khud sakhta baatein hain. is mauzu par jitni bhi kitabein aur mazameen jo maine padhe hain, woh sirf bayania andaaz mein hote hain.</w:t>
      </w:r>
      <w:r>
        <w:br/>
      </w:r>
      <w:r>
        <w:rPr>
          <w:sz w:val="20"/>
        </w:rPr>
        <w:t>1:11:31  bayania. is mein na koi fact hote hain, na koi analysis hota hai, na koi is ka, yani jis ko maine kaha tha,</w:t>
      </w:r>
      <w:r>
        <w:br/>
      </w:r>
      <w:r>
        <w:rPr>
          <w:sz w:val="20"/>
        </w:rPr>
        <w:t>1:11:40  yani well structured model koi hota. jaise pichle is mein maine bataya tha aap ko ke ek arab aaye the hamare paas to maine un se kaha ke bahut mashhoor kitab hai syed qutb ki "al-adalat al-ijtima'iyah fi al-islam" .</w:t>
      </w:r>
      <w:r>
        <w:br/>
      </w:r>
      <w:r>
        <w:rPr>
          <w:sz w:val="20"/>
        </w:rPr>
        <w:t>1:11:58  yani "social justice in islam" . to is mein social justice ka koi well, well structured model nahi hai.</w:t>
      </w:r>
      <w:r>
        <w:br/>
      </w:r>
      <w:r>
        <w:rPr>
          <w:sz w:val="20"/>
        </w:rPr>
        <w:t>1:12:08  well structured model ko hona chahiye na is mein? woh hai nahi</w:t>
      </w:r>
      <w:r>
        <w:br/>
      </w:r>
      <w:r>
        <w:rPr>
          <w:sz w:val="20"/>
        </w:rPr>
        <w:t>1:12:13  . to kahan se? kahan, kahan? yeh sab baniya daway hain. is ne mana hai woh sare hum ne? kya sahi keh rahe hain? bayania andaaz ki kitab hai woh.</w:t>
      </w:r>
      <w:r>
        <w:br/>
      </w:r>
      <w:r>
        <w:rPr>
          <w:sz w:val="20"/>
        </w:rPr>
        <w:t>1:12:23  yeh sab baatein log kehte hain. main hairaan hoon ke, yani sochte kyun nahi ke jo baat keh rahe hain, us ke, us ka, yani us ko kaha jata hai logic mein ke yeh dar, dar check hai.</w:t>
      </w:r>
      <w:r>
        <w:br/>
      </w:r>
      <w:r>
        <w:rPr>
          <w:sz w:val="20"/>
        </w:rPr>
        <w:t>1:12:34  yeh logic mein ek dar bada aata hai. dar check</w:t>
      </w:r>
      <w:r>
        <w:br/>
      </w:r>
      <w:r>
        <w:rPr>
          <w:sz w:val="20"/>
        </w:rPr>
        <w:t>1:12:38  . dar check kehte hain aise check ko ke aap ka account bank mein hai, farz kijiye ke pachas hazar.</w:t>
      </w:r>
      <w:r>
        <w:br/>
      </w:r>
      <w:r>
        <w:rPr>
          <w:sz w:val="20"/>
        </w:rPr>
        <w:t>1:12:47  aap ne likh diya pachas lakh ka check. to jab woh jayega wahan to woh cash nahi hoga. kyunke woh amount hi nahi maujood hai wahan par.</w:t>
      </w:r>
      <w:r>
        <w:br/>
      </w:r>
      <w:r>
        <w:rPr>
          <w:sz w:val="20"/>
        </w:rPr>
        <w:t>1:12:57  to aise alfaaz behlana jis ke liye amount, us ke liye koi wahi na maujood ho. us ka cash karne ke liye saman maujood na ho.</w:t>
      </w:r>
      <w:r>
        <w:br/>
      </w:r>
      <w:r>
        <w:rPr>
          <w:sz w:val="20"/>
        </w:rPr>
        <w:t>1:13:07  to sare log dar check issue kar rahe hain. yeh sari is tarah ki baatein jo log karte hain, jo log dar check issue kar rahe hain. koi bataye ke kahan jo mein yeh, maine arz kiya ke well structured model chahiye is system ka, woh kahan hai?</w:t>
      </w:r>
      <w:r>
        <w:br/>
      </w:r>
      <w:r>
        <w:rPr>
          <w:sz w:val="20"/>
        </w:rPr>
        <w:t>1:13:27  woh, woh hai hi nahi kehein.</w:t>
      </w:r>
      <w:r>
        <w:br/>
      </w:r>
      <w:r>
        <w:rPr>
          <w:sz w:val="20"/>
        </w:rPr>
        <w:t>1:13:32  to yeh sab dar check issue kar rahe hain yeh log aur jante nahi ke woh aisa, woh kya kar rahe hain woh. "innama hi kalimaton wa qailuha kamisdaqaha" .</w:t>
      </w:r>
    </w:p>
    <w:p>
      <w:pPr>
        <w:pStyle w:val="Heading2"/>
      </w:pPr>
      <w:r>
        <w:t>Priority when end is near</w:t>
      </w:r>
    </w:p>
    <w:p>
      <w:r>
        <w:rPr>
          <w:color w:val="666666"/>
          <w:sz w:val="18"/>
        </w:rPr>
        <w:t>Life &amp; Wisdom · Signs of Doomsday November 7, 2021 Prof. Farida Khanam · 7m 57s · at 33:01 · https://youtu.be/RQZchtP6uRg?t=1981</w:t>
      </w:r>
    </w:p>
    <w:p>
      <w:r>
        <w:rPr>
          <w:i/>
        </w:rPr>
        <w:t>“The signs are showing that the end of human history is very near. What should be our priority now?”</w:t>
      </w:r>
    </w:p>
    <w:p>
      <w:r>
        <w:rPr>
          <w:sz w:val="20"/>
        </w:rPr>
        <w:t>33:01  In such a situation Allah empower all the CPS members to fulfill their responsibilities in a good manner." Aap ka mein sawal lena chahoon ga jo Lucknow se bhijaya hai.</w:t>
      </w:r>
      <w:r>
        <w:br/>
      </w:r>
      <w:r>
        <w:rPr>
          <w:sz w:val="20"/>
        </w:rPr>
        <w:t>33:16  Miss Zeeba Ahmed ne unhon ne likha hai: "All signs are showing that end of human history is very near. What should be our priority now?" Priority yahi hai ke apna jo entertainment culture aaj kal chala hua hai us ko khatam karein aur zyada se zyada rujoo karein Allah ki taraf.</w:t>
      </w:r>
      <w:r>
        <w:br/>
      </w:r>
      <w:r>
        <w:rPr>
          <w:sz w:val="20"/>
        </w:rPr>
        <w:t>33:38  Tauba karein, istighfar karein aur zyada se zyada deen ko samajhnay mein waqt lagayein aur logon tak Khuda ki baatein pohnchanay mein waqt lagayein.</w:t>
      </w:r>
      <w:r>
        <w:br/>
      </w:r>
      <w:r>
        <w:rPr>
          <w:sz w:val="20"/>
        </w:rPr>
        <w:t>33:49  to yahi aakhri waqt tak achay kaam kartay rahayn. Aik aik aik hadees hai ke agar tum dekho ke qayamat aa rahi hai, apni aankh se dekh rahay ho ke qayamat aa rahi hai aur tumharay hath mein aik poda hai to us poday ko tum laga do.</w:t>
      </w:r>
      <w:r>
        <w:br/>
      </w:r>
      <w:r>
        <w:rPr>
          <w:sz w:val="20"/>
        </w:rPr>
        <w:t>34:05  to aakhri saans tak hum ab achhe kaam karte rahen. jo bhi kaam hamein Allah ne bataye hain to logon ki madad karna yeh bhi is mein hai.</w:t>
      </w:r>
      <w:r>
        <w:br/>
      </w:r>
      <w:r>
        <w:rPr>
          <w:sz w:val="20"/>
        </w:rPr>
        <w:t>34:14  poda lagana yeh bhi is mein hai. aur is waqt jo hai sab se bada kaam logon ki madad yeh hai ke Khuda ka paigham logon tak pahunchaya jaye.</w:t>
      </w:r>
      <w:r>
        <w:br/>
      </w:r>
      <w:r>
        <w:rPr>
          <w:sz w:val="20"/>
        </w:rPr>
        <w:t>34:23  to isi mein hum hamein apne aap ko lagana hai aur marifat hasil karna hai aur is kaam mein lagna hai. ji, aap ka mein bhi kuch add karna chahunga because this is a very important question that sister Zeeba has asked.</w:t>
      </w:r>
      <w:r>
        <w:br/>
      </w:r>
      <w:r>
        <w:rPr>
          <w:sz w:val="20"/>
        </w:rPr>
        <w:t>34:40  and I remember that there is one hadith that Prophet had said that the distance between me and doomsday is a distance between my two fingers.</w:t>
      </w:r>
      <w:r>
        <w:br/>
      </w:r>
      <w:r>
        <w:rPr>
          <w:sz w:val="20"/>
        </w:rPr>
        <w:t>34:50  so Maulana Wahiduddin Khan sahib when he was explaining this hadith, he mentioned that the phenomena of global warming that we are seeing today shows that this distance has been covered.</w:t>
      </w:r>
      <w:r>
        <w:br/>
      </w:r>
      <w:r>
        <w:rPr>
          <w:sz w:val="20"/>
        </w:rPr>
        <w:t>35:05  in fact, all the scientists globally are predicting that these climatic changes are irreversible. so, adopting the right right priority becomes increasingly important.</w:t>
      </w:r>
      <w:r>
        <w:br/>
      </w:r>
      <w:r>
        <w:rPr>
          <w:sz w:val="20"/>
        </w:rPr>
        <w:t>35:19  so, if you all recall the last sermon of Prophet, so when he urged all his followers that convey the message of Quran, even if it is a single verse.</w:t>
      </w:r>
      <w:r>
        <w:br/>
      </w:r>
      <w:r>
        <w:rPr>
          <w:sz w:val="20"/>
        </w:rPr>
        <w:t>35:33  so, it becomes increasingly important that we acquaint humanity about the message of the Quran, like what Fareeda apa just mentioned.</w:t>
      </w:r>
      <w:r>
        <w:br/>
      </w:r>
      <w:r>
        <w:rPr>
          <w:sz w:val="20"/>
        </w:rPr>
        <w:t>35:44  and I just want to remind all of you what Maulana used to tell all of us. he gave us two point agenda.</w:t>
      </w:r>
      <w:r>
        <w:br/>
      </w:r>
      <w:r>
        <w:rPr>
          <w:sz w:val="20"/>
        </w:rPr>
        <w:t>35:53  he said that the first most important thing is that we publish and distribute the Quran worldwide in easy and understandable language.</w:t>
      </w:r>
      <w:r>
        <w:br/>
      </w:r>
      <w:r>
        <w:rPr>
          <w:sz w:val="20"/>
        </w:rPr>
        <w:t>36:04  and by the grace of God, this is happening in a very big way with the joint efforts of Good Word Books and CPS International.</w:t>
      </w:r>
      <w:r>
        <w:br/>
      </w:r>
      <w:r>
        <w:rPr>
          <w:sz w:val="20"/>
        </w:rPr>
        <w:t>36:14  but the second thing that he said or the second agenda that he gave all the CPS members was equally important. and he said help in creating Islam friendly environment.</w:t>
      </w:r>
      <w:r>
        <w:br/>
      </w:r>
      <w:r>
        <w:rPr>
          <w:sz w:val="20"/>
        </w:rPr>
        <w:t>36:27  and this is very important because you know when we give out Quran, so it also becomes important that we create curiosity, we create interest, we inspire people that they also want to know or they read Quran and absorb it in their daily life.</w:t>
      </w:r>
      <w:r>
        <w:br/>
      </w:r>
      <w:r>
        <w:rPr>
          <w:sz w:val="20"/>
        </w:rPr>
        <w:t>36:47  and that's why Maulana used to emphasize a lot on you know a good behavior, good conduct. and I remember one hadith Hazrat Ibn Abbas narrated that Prophet was asked by one of his companions that which one of us is best.</w:t>
      </w:r>
      <w:r>
        <w:br/>
      </w:r>
      <w:r>
        <w:rPr>
          <w:sz w:val="20"/>
        </w:rPr>
        <w:t>37:06  so, Prophet replied that one whose sight reminds you of Allah and whose conversation aids to your knowledge and whose action helps you in remembering the hereafter.</w:t>
      </w:r>
      <w:r>
        <w:br/>
      </w:r>
      <w:r>
        <w:rPr>
          <w:sz w:val="20"/>
        </w:rPr>
        <w:t>37:22  so, picking the right priority at this stage, the end of human history is very important. and these two advice which Maulana Wahiduddin Khan sahib gave to everyone is what we should make mission of our life.</w:t>
      </w:r>
      <w:r>
        <w:br/>
      </w:r>
      <w:r>
        <w:rPr>
          <w:sz w:val="20"/>
        </w:rPr>
        <w:t>37:40  aap ne jo batai thi ek hadith hai ke tum mein se kisi par qayamat qaim ho rahi ho ke</w:t>
      </w:r>
      <w:r>
        <w:br/>
      </w:r>
      <w:r>
        <w:rPr>
          <w:sz w:val="20"/>
        </w:rPr>
        <w:t>37:53  tum mein se kisi par qayamat qaim ho aur us ke haath mein ek poda ho to us ko zaroor laga de. to is par hum aur dawat ke aitbar se keh sakte hain ke aakhri waqt ho, aap ke haath mein ek kitab ho, Quran ho, zaroor dijiye us ko.</w:t>
      </w:r>
      <w:r>
        <w:br/>
      </w:r>
      <w:r>
        <w:rPr>
          <w:sz w:val="20"/>
        </w:rPr>
        <w:t>38:09  yeh nahi sochna ke qayamat aa gayi to ab dene ki kya baat hai. us waqt bhi zaroor dena hai hum ko. agar kitab nahi hai to kam se kam ek achhi baat keh sakte hain jis se woh Khuda se qareeb ho sakta hai.</w:t>
      </w:r>
      <w:r>
        <w:br/>
      </w:r>
      <w:r>
        <w:rPr>
          <w:sz w:val="20"/>
        </w:rPr>
        <w:t>38:20  ek achhe tareeqe se muskurakar dekh sakte hain jo hadith mein aaya hai ke aap ke paas agar koi cheez dene ke liye nahi hai to aap us ke liye dua kijiye. to yeh kuch na kuch zaroor karna hai hum ko kyunke ab time nahi hai hamare paas.</w:t>
      </w:r>
      <w:r>
        <w:br/>
      </w:r>
      <w:r>
        <w:rPr>
          <w:sz w:val="20"/>
        </w:rPr>
        <w:t>38:33  to har cheez honi chahiye dil se. kam se kam agar kuch nahi kar sakte to dil se dushmani hum nikalein insaniyat ke khilaf. jo hamare dil mein dushmani hai, us ko hum nikalein.</w:t>
      </w:r>
      <w:r>
        <w:br/>
      </w:r>
      <w:r>
        <w:rPr>
          <w:sz w:val="20"/>
        </w:rPr>
        <w:t>38:42  is se badhkar kuch nahi ho sakta. aur global warming ke upar jo itni sari hadithain sunai hain, to Rasool Allah salallaho alaihi wasallam jab koi nishani dekhte, misaal ke taur par suraj gahan hua, suraj gahan ka mauqa aata hai to Rasool Allah salallaho alaihi wasallam ne yeh kaha tha ke Allah ki nishaniyon mein se yeh nishaniyan hain.</w:t>
      </w:r>
      <w:r>
        <w:br/>
      </w:r>
      <w:r>
        <w:rPr>
          <w:sz w:val="20"/>
        </w:rPr>
        <w:t>39:02  Allah taala is ke zariye se tum ko aagah kar raha hai. suraj gahan hamesha hota hai, Rasool Allah salallaho alaihi wasallam ke zamane mein bhi hota tha. sirf suraj gahan ka mamla nahi hai.</w:t>
      </w:r>
      <w:r>
        <w:br/>
      </w:r>
      <w:r>
        <w:rPr>
          <w:sz w:val="20"/>
        </w:rPr>
        <w:t>39:12  aaj itni sari cheezein hum dekh rahe hain, yeh sab cheezein Allah taala warning ke taur par de raha hai ke hum ko ab tayyari karni hai.</w:t>
      </w:r>
      <w:r>
        <w:br/>
      </w:r>
      <w:r>
        <w:rPr>
          <w:sz w:val="20"/>
        </w:rPr>
        <w:t>39:20  time nahi hai. insaan ab apne aap ko sambhalo, islaah karo apne aap ki. aur yeh khaas taur se un logon ke liye zyada warning hai jo apne aap ko kehte hain ke hum Quran ko manne wale hain, Rasool Allah salallaho alaihi wasallam ko manne wale.</w:t>
      </w:r>
      <w:r>
        <w:br/>
      </w:r>
      <w:r>
        <w:rPr>
          <w:sz w:val="20"/>
        </w:rPr>
        <w:t>39:34  is ki ziyada zimmedari hoti hai is mein ke in logon ko agah kare jis ke paas yeh baat nahi pohnchi hai. ek hadith aur bhi hai ke global warming ke talluq se yeh hadith hai ke ek aag nikle gi, adan, yehiman ka ilaaqa hai, adan ke door se nikle gi aur logon ko haank kar le jaye gi mahshar ki taraf, yaani hashar ke maidan ki taraf.</w:t>
      </w:r>
      <w:r>
        <w:br/>
      </w:r>
      <w:r>
        <w:rPr>
          <w:sz w:val="20"/>
        </w:rPr>
        <w:t>39:56  to goya ek tareeqe se samajh lijiye ke woh ek process shuru ho chuka hai. jo aap ne kaha, process shuru ho chuka hai ke garmi barhti ja rahi hai. har tareeqe se dekhiye, lapalma ya aatish fishan pahaad phoot rahe hain,</w:t>
      </w:r>
      <w:r>
        <w:br/>
      </w:r>
      <w:r>
        <w:rPr>
          <w:sz w:val="20"/>
        </w:rPr>
        <w:t>40:09  zameen ke rotation mein farq aa raha hai. yeh sab cheezein nishaniyan zahir kar rahi hain ke hum hashar ki taraf ja rahe hain. to yeh ek tareeqe se zimmedari barha deti hai un logon ki jo quran ko mante hain ke aage barhein, logon ko khuda ka paigham pohanchayein taake kal qayamat ke din kisi ko kehne ka mauqa na ho ke hum ko, hum ko teri baat nahi pohnchi, khuda ka tera kalam nahi pohncha.</w:t>
      </w:r>
      <w:r>
        <w:br/>
      </w:r>
      <w:r>
        <w:rPr>
          <w:sz w:val="20"/>
        </w:rPr>
        <w:t>40:38  aap ka yeh comment bheja hai Maulana Iqbal Umri ne Chennai se. unhone likha hai: "kisi bhi tareeqe se qayamat ke bare mein fikr karna chahiye.</w:t>
      </w:r>
      <w:r>
        <w:br/>
      </w:r>
      <w:r>
        <w:rPr>
          <w:sz w:val="20"/>
        </w:rPr>
        <w:t>40:48  qayamat, qayamat yaani duniya fana hone wali hai. aaj ek qabil e fahm cheez ho gayi hai. hamara kaam hai ke insano ko intezar karein.</w:t>
      </w:r>
    </w:p>
    <w:p>
      <w:pPr>
        <w:pStyle w:val="Heading2"/>
      </w:pPr>
      <w:r>
        <w:t>Question on the Myth of Injustice</w:t>
      </w:r>
    </w:p>
    <w:p>
      <w:r>
        <w:rPr>
          <w:color w:val="666666"/>
          <w:sz w:val="18"/>
        </w:rPr>
        <w:t>Life &amp; Wisdom · Example of the Prophet March 20, 2016 · 6m 15s · at 1:40:56 · https://youtu.be/79HmhzXU41w?t=6056</w:t>
      </w:r>
    </w:p>
    <w:p>
      <w:r>
        <w:rPr>
          <w:i/>
        </w:rPr>
        <w:t>“My question is based on your quote titled "The Myth of Injustice".”</w:t>
      </w:r>
    </w:p>
    <w:p>
      <w:r>
        <w:rPr>
          <w:sz w:val="20"/>
        </w:rPr>
        <w:t>1:40:56  fi'l hai. Maulana, agla sawal Faeq Sahab ka hai, aur unhon ne apna sawal Maulana aap ke ek</w:t>
      </w:r>
      <w:r>
        <w:br/>
      </w:r>
      <w:r>
        <w:rPr>
          <w:sz w:val="20"/>
        </w:rPr>
        <w:t>1:41:05  quote ko le ke poocha hai.</w:t>
      </w:r>
      <w:r>
        <w:br/>
      </w:r>
      <w:r>
        <w:rPr>
          <w:sz w:val="20"/>
        </w:rPr>
        <w:t>1:41:07  پہلے آپ کا کوٹ پڑھیں گے، جس کا ٹائٹل ہے "The Myth of Injustice"۔</w:t>
      </w:r>
      <w:r>
        <w:br/>
      </w:r>
      <w:r>
        <w:rPr>
          <w:sz w:val="20"/>
        </w:rPr>
        <w:t>1:41:13  اس میں آپ نے لکھا تھا کہ "throughout history, thinkers and reformers have struggled to eliminate in</w:t>
      </w:r>
      <w:r>
        <w:br/>
      </w:r>
      <w:r>
        <w:rPr>
          <w:sz w:val="20"/>
        </w:rPr>
        <w:t>1:41:19  justice from society, but no one succeeded in achieving this goal.</w:t>
      </w:r>
      <w:r>
        <w:br/>
      </w:r>
      <w:r>
        <w:rPr>
          <w:sz w:val="20"/>
        </w:rPr>
        <w:t>1:41:26  Their failures to eliminate injustice prevented them from living with peace of mind in the world.</w:t>
      </w:r>
      <w:r>
        <w:br/>
      </w:r>
      <w:r>
        <w:rPr>
          <w:sz w:val="20"/>
        </w:rPr>
        <w:t>1:41:33  the truth is that what is termed injustice is actually a matter of misuse of freedom by man. god has granted freedom to man to put him to the test in this world. it is the misuse of freedom that creates all kinds of problems. we must accept this state of affairs as a part of the creation plan of god.</w:t>
      </w:r>
      <w:r>
        <w:br/>
      </w:r>
      <w:r>
        <w:rPr>
          <w:sz w:val="20"/>
        </w:rPr>
        <w:t>1:41:56  maulana, does this mean that we accept injustice as the creation plan of god and do nothing about it? we see someone hurting, abusing an innocent soul, and we mind our own business and do nothing to stop that injustice. would we not be accountable for inaction within our capacity at the day of judgment?</w:t>
      </w:r>
      <w:r>
        <w:br/>
      </w:r>
      <w:r>
        <w:rPr>
          <w:sz w:val="20"/>
        </w:rPr>
        <w:t>1:42:22  please comment. dekhiye, accountability aadmi Khuda ke samne hai, insaan ke samne nahin hai.</w:t>
      </w:r>
      <w:r>
        <w:br/>
      </w:r>
      <w:r>
        <w:rPr>
          <w:sz w:val="20"/>
        </w:rPr>
        <w:t>1:42:28  aap jhanda uthaye ke mujhe is se khatm karna hai to aap nahin kar payein.</w:t>
      </w:r>
      <w:r>
        <w:br/>
      </w:r>
      <w:r>
        <w:rPr>
          <w:sz w:val="20"/>
        </w:rPr>
        <w:t>1:42:35  yani insaan accountable hai bila shukwa, lekin Allah ke samne, hamare samne nahin.</w:t>
      </w:r>
      <w:r>
        <w:br/>
      </w:r>
      <w:r>
        <w:rPr>
          <w:sz w:val="20"/>
        </w:rPr>
        <w:t>1:42:46  jo maine baat kahi hai, woh yeh hai ke chounke Allah ne di hai logon ko azadi,</w:t>
      </w:r>
      <w:r>
        <w:br/>
      </w:r>
      <w:r>
        <w:rPr>
          <w:sz w:val="20"/>
        </w:rPr>
        <w:t>1:42:53  to azadi mein yeh bhi shamil hai ke woh misuse kare ya proper use kare.</w:t>
      </w:r>
      <w:r>
        <w:br/>
      </w:r>
      <w:r>
        <w:rPr>
          <w:sz w:val="20"/>
        </w:rPr>
        <w:t>1:42:57  iska apna right hai ke azadi ko proper use kare, misuse kare.</w:t>
      </w:r>
      <w:r>
        <w:br/>
      </w:r>
      <w:r>
        <w:rPr>
          <w:sz w:val="20"/>
        </w:rPr>
        <w:t>1:43:04  yani Hazrat Umar jaise khaleefa ko qatal bhi kar sakta hai,</w:t>
      </w:r>
      <w:r>
        <w:br/>
      </w:r>
      <w:r>
        <w:rPr>
          <w:sz w:val="20"/>
        </w:rPr>
        <w:t>1:43:08  Allah unka haath nahin pakda.</w:t>
      </w:r>
      <w:r>
        <w:br/>
      </w:r>
      <w:r>
        <w:rPr>
          <w:sz w:val="20"/>
        </w:rPr>
        <w:t>1:43:10  jab ek shakhs hazrat umar ko qatl kar raha tha to allah farishta bhej kar hath pakad li ta,</w:t>
      </w:r>
      <w:r>
        <w:br/>
      </w:r>
      <w:r>
        <w:rPr>
          <w:sz w:val="20"/>
        </w:rPr>
        <w:t>1:43:15  is ka hath pakad li ta.</w:t>
      </w:r>
      <w:r>
        <w:br/>
      </w:r>
      <w:r>
        <w:rPr>
          <w:sz w:val="20"/>
        </w:rPr>
        <w:t>1:43:18  hata ke peghambar</w:t>
      </w:r>
      <w:r>
        <w:br/>
      </w:r>
      <w:r>
        <w:rPr>
          <w:sz w:val="20"/>
        </w:rPr>
        <w:t>1:43:20  hazrat yahya peghambar the, un ko bhi qatl kiya</w:t>
      </w:r>
      <w:r>
        <w:br/>
      </w:r>
      <w:r>
        <w:rPr>
          <w:sz w:val="20"/>
        </w:rPr>
        <w:t>1:43:25  to wahan allah ne bheja nahi farishte ke is ka hath pakad lo, qatl na karne par.</w:t>
      </w:r>
      <w:r>
        <w:br/>
      </w:r>
      <w:r>
        <w:rPr>
          <w:sz w:val="20"/>
        </w:rPr>
        <w:t>1:43:32  dekhiye, insan ko allah ne azadi di hai to allah un ka hath pakadne wala nahi hai.</w:t>
      </w:r>
      <w:r>
        <w:br/>
      </w:r>
      <w:r>
        <w:rPr>
          <w:sz w:val="20"/>
        </w:rPr>
        <w:t>1:43:38  aakhirat mein zaroor allah taala logon ko janche ga, jinho ne proper use kiya hai, un ko reward</w:t>
      </w:r>
      <w:r>
        <w:br/>
      </w:r>
      <w:r>
        <w:rPr>
          <w:sz w:val="20"/>
        </w:rPr>
        <w:t>1:43:47  de ga, jinho ne misuse kiya,</w:t>
      </w:r>
      <w:r>
        <w:br/>
      </w:r>
      <w:r>
        <w:rPr>
          <w:sz w:val="20"/>
        </w:rPr>
        <w:t>1:43:49  un ko pakde ga.</w:t>
      </w:r>
      <w:r>
        <w:br/>
      </w:r>
      <w:r>
        <w:rPr>
          <w:sz w:val="20"/>
        </w:rPr>
        <w:t>1:43:51  duniya mein zaroor jhanda uthaen ke hamein in justice khatam karna hai,</w:t>
      </w:r>
      <w:r>
        <w:br/>
      </w:r>
      <w:r>
        <w:rPr>
          <w:sz w:val="20"/>
        </w:rPr>
        <w:t>1:43:56  yeh un ko koi right nahi hai aur na khatam bhi.</w:t>
      </w:r>
      <w:r>
        <w:br/>
      </w:r>
      <w:r>
        <w:rPr>
          <w:sz w:val="20"/>
        </w:rPr>
        <w:t>1:44:00  tareekh mein kabhi koi khatam nahi kar saka,</w:t>
      </w:r>
      <w:r>
        <w:br/>
      </w:r>
      <w:r>
        <w:rPr>
          <w:sz w:val="20"/>
        </w:rPr>
        <w:t>1:44:03  sirf in justice ke naam par uthe aur us ko aage phaila diya.</w:t>
      </w:r>
      <w:r>
        <w:br/>
      </w:r>
      <w:r>
        <w:rPr>
          <w:sz w:val="20"/>
        </w:rPr>
        <w:t>1:44:08  jo log bhi khade hue hain in justice khatam karne ke liye, unho ne bohat sari justice burai</w:t>
      </w:r>
      <w:r>
        <w:br/>
      </w:r>
      <w:r>
        <w:rPr>
          <w:sz w:val="20"/>
        </w:rPr>
        <w:t>1:44:15  paida ki, chahe safar log hon ya muslim log hon.</w:t>
      </w:r>
      <w:r>
        <w:br/>
      </w:r>
      <w:r>
        <w:rPr>
          <w:sz w:val="20"/>
        </w:rPr>
        <w:t>1:44:20  koi ek exception mujhe bata dijiye ke uthao in justice ko khatam karne ke naam par aur sach</w:t>
      </w:r>
      <w:r>
        <w:br/>
      </w:r>
      <w:r>
        <w:rPr>
          <w:sz w:val="20"/>
        </w:rPr>
        <w:t>1:44:25  chamach chor ne in justice khatam kar diya ho,</w:t>
      </w:r>
      <w:r>
        <w:br/>
      </w:r>
      <w:r>
        <w:rPr>
          <w:sz w:val="20"/>
        </w:rPr>
        <w:t>1:44:29  aur koi hai nahi, koi insan talib nahi hai.</w:t>
      </w:r>
      <w:r>
        <w:br/>
      </w:r>
      <w:r>
        <w:rPr>
          <w:sz w:val="20"/>
        </w:rPr>
        <w:t>1:44:34  to jo cheez jo allah ke domain ki cheez hai, us ko insan apne domain mein laye, to</w:t>
      </w:r>
      <w:r>
        <w:br/>
      </w:r>
      <w:r>
        <w:rPr>
          <w:sz w:val="20"/>
        </w:rPr>
        <w:t>1:44:40  yeh possible hi nahi hai.</w:t>
      </w:r>
      <w:r>
        <w:br/>
      </w:r>
      <w:r>
        <w:rPr>
          <w:sz w:val="20"/>
        </w:rPr>
        <w:t>1:44:44  Okay, so before we end the session, there are two announcements.</w:t>
      </w:r>
      <w:r>
        <w:br/>
      </w:r>
      <w:r>
        <w:rPr>
          <w:sz w:val="20"/>
        </w:rPr>
        <w:t>1:44:50  Firstly, next week which is Sunday, we will be having short session of Maulana Sahab, because there is</w:t>
      </w:r>
      <w:r>
        <w:br/>
      </w:r>
      <w:r>
        <w:rPr>
          <w:sz w:val="20"/>
        </w:rPr>
        <w:t>1:44:58  program at India Habitat Centre, which is being organized by Life Positive.</w:t>
      </w:r>
      <w:r>
        <w:br/>
      </w:r>
      <w:r>
        <w:rPr>
          <w:sz w:val="20"/>
        </w:rPr>
        <w:t>1:45:04  And Maulana would be in panel along with the editor and chief of Life Positive, Ms. Soma Varghese.</w:t>
      </w:r>
      <w:r>
        <w:br/>
      </w:r>
      <w:r>
        <w:rPr>
          <w:sz w:val="20"/>
        </w:rPr>
        <w:t>1:45:12  and dr karan singh.</w:t>
      </w:r>
      <w:r>
        <w:br/>
      </w:r>
      <w:r>
        <w:rPr>
          <w:sz w:val="20"/>
        </w:rPr>
        <w:t>1:45:14  So at 11 o'clock, we would be moving from here to India Habitat Centre at Jacaranda Hall,</w:t>
      </w:r>
      <w:r>
        <w:br/>
      </w:r>
      <w:r>
        <w:rPr>
          <w:sz w:val="20"/>
        </w:rPr>
        <w:t>1:45:21  And all of you can join us in Maulana's session next Sunday.</w:t>
      </w:r>
      <w:r>
        <w:br/>
      </w:r>
      <w:r>
        <w:rPr>
          <w:sz w:val="20"/>
        </w:rPr>
        <w:t>1:45:26  And the second important announcement is that, as you all know, that CPS has been launching</w:t>
      </w:r>
      <w:r>
        <w:br/>
      </w:r>
      <w:r>
        <w:rPr>
          <w:sz w:val="20"/>
        </w:rPr>
        <w:t>1:45:32  new initiatives on continuous basis.</w:t>
      </w:r>
      <w:r>
        <w:br/>
      </w:r>
      <w:r>
        <w:rPr>
          <w:sz w:val="20"/>
        </w:rPr>
        <w:t>1:45:35  So with the blessings of God Almighty, we would be launching Wahiduddin Khan Foundation on April 2nd.</w:t>
      </w:r>
      <w:r>
        <w:br/>
      </w:r>
      <w:r>
        <w:rPr>
          <w:sz w:val="20"/>
        </w:rPr>
        <w:t>1:45:44  at five pm at c 29.</w:t>
      </w:r>
      <w:r>
        <w:br/>
      </w:r>
      <w:r>
        <w:rPr>
          <w:sz w:val="20"/>
        </w:rPr>
        <w:t>1:45:47  Maulana would be addressing everyone. We would be streaming this talk, and daily team can join.</w:t>
      </w:r>
      <w:r>
        <w:br/>
      </w:r>
      <w:r>
        <w:rPr>
          <w:sz w:val="20"/>
        </w:rPr>
        <w:t>1:45:52  is c 29 at five pm.</w:t>
      </w:r>
      <w:r>
        <w:br/>
      </w:r>
      <w:r>
        <w:rPr>
          <w:sz w:val="20"/>
        </w:rPr>
        <w:t>1:45:56  So we would end the session, and in the end, I would request Maulana Sahab to do dua.</w:t>
      </w:r>
      <w:r>
        <w:br/>
      </w:r>
      <w:r>
        <w:rPr>
          <w:sz w:val="20"/>
        </w:rPr>
        <w:t>1:46:02  for everyone, especially for all the da'is who gathered at Lahore, and are watching this program right</w:t>
      </w:r>
      <w:r>
        <w:br/>
      </w:r>
      <w:r>
        <w:rPr>
          <w:sz w:val="20"/>
        </w:rPr>
        <w:t>1:46:10  now.</w:t>
      </w:r>
      <w:r>
        <w:br/>
      </w:r>
      <w:r>
        <w:rPr>
          <w:sz w:val="20"/>
        </w:rPr>
        <w:t>1:46:12  jo log aaj baat ko sun rahe hain aap yahan Delhi mein ya Delhi ke bahar mein in sab ke liye dua karta hoon Allah taala in ko raton ko sonh kar chalne ki tofeeq de in ko dunya mein apni rehmat se nawaze aur akhirat mein in ko jannat ka inaam de rabana atina fi al-dunya hasanah wa fi al-akhira hasanah waqina adhab al-nar rabana taqabbal minna innaka anta al-samiy al-alim wa ashhad annaka anta al-tawwab al-rahim wa salla Allahu taala ala khayri khalqi Muhammadin wa alihi wa ashhabihi ajmaiyina wa rahmatullahi al-kamila.</w:t>
      </w:r>
    </w:p>
    <w:p>
      <w:pPr>
        <w:pStyle w:val="Heading2"/>
      </w:pPr>
      <w:r>
        <w:t>Reader of Al-Risala and tension</w:t>
      </w:r>
    </w:p>
    <w:p>
      <w:r>
        <w:rPr>
          <w:color w:val="666666"/>
          <w:sz w:val="18"/>
        </w:rPr>
        <w:t>Life &amp; Wisdom · Purpose of Human Life February 12, 2012 Maulana Wahiduddin Khan · 6m 46s · at 1:22:38 · https://youtu.be/gRupSXuak-w?t=4958</w:t>
      </w:r>
    </w:p>
    <w:p>
      <w:r>
        <w:rPr>
          <w:i/>
        </w:rPr>
        <w:t>“I can say with full certainty that a true reader of Al-Risala may suffer from other physical diseases, but he will never suffer from the disease of tension. Maulana, is my comment correct?”</w:t>
      </w:r>
    </w:p>
    <w:p>
      <w:r>
        <w:rPr>
          <w:sz w:val="20"/>
        </w:rPr>
        <w:t>1:22:38  bilkul dono alag alag cheezen hain. is par mein ne likha hai risalay mein, aap parh lijiye is ko. yeh cheez aa chuki hai. maulana, agla sawal karachi pakistan se mr abdul lateef ka hai.</w:t>
      </w:r>
      <w:r>
        <w:br/>
      </w:r>
      <w:r>
        <w:rPr>
          <w:sz w:val="20"/>
        </w:rPr>
        <w:t>1:22:53  unhon ne likha hai: "mein poore yaqeen ke sath yeh baat keh sakta hoon ke sahi maano mein al risala ka qari doosri jismani beemariyon mein to mubtala ho sakta hai, lekin tension ki beemari mein wo kabhi bhi mubtala nahi hoga.</w:t>
      </w:r>
      <w:r>
        <w:br/>
      </w:r>
      <w:r>
        <w:rPr>
          <w:sz w:val="20"/>
        </w:rPr>
        <w:t>1:23:13  maulana sahib, kya mera yeh tabsarah durust hai?" mein to samajhta hoon ke bilkul sahi hai.</w:t>
      </w:r>
      <w:r>
        <w:br/>
      </w:r>
      <w:r>
        <w:rPr>
          <w:sz w:val="20"/>
        </w:rPr>
        <w:t>1:23:22  is mein koi shaq nahi ke al risala logon ko tension free banata hai. bashart ke risala parhen theek se. yani kai log aisay hain jo kehte hain ke mein risala qari hoon.</w:t>
      </w:r>
      <w:r>
        <w:br/>
      </w:r>
      <w:r>
        <w:rPr>
          <w:sz w:val="20"/>
        </w:rPr>
        <w:t>1:23:36  jab poohta hoon to koi baat nahi bata paate wo. to isi liye mein ne un ke sath likha tha risalay mein ke jis ne risala aik bar parha us ne nahi parha.</w:t>
      </w:r>
      <w:r>
        <w:br/>
      </w:r>
      <w:r>
        <w:rPr>
          <w:sz w:val="20"/>
        </w:rPr>
        <w:t>1:23:49  jis ne do bar parha us ne bas parha. lekin us ne kai bar parha us ne sach much parha. is se sach much faida liya us ne is ka.</w:t>
      </w:r>
      <w:r>
        <w:br/>
      </w:r>
      <w:r>
        <w:rPr>
          <w:sz w:val="20"/>
        </w:rPr>
        <w:t>1:23:57  to al risala jo baqayda is tarah se parhen ke is se aks kar saken aur is se faida utha saken to zaroor al risala mein aisay hi item hamesha hua karte hain.</w:t>
      </w:r>
      <w:r>
        <w:br/>
      </w:r>
      <w:r>
        <w:rPr>
          <w:sz w:val="20"/>
        </w:rPr>
        <w:t>1:24:12  lekin mushkil yeh hai ke log adabi cheezon ko parhne ke aadi hain, akhbar waghera parhne ke aadi hain. to risala dekha, parh liya, rakh diya.</w:t>
      </w:r>
      <w:r>
        <w:br/>
      </w:r>
      <w:r>
        <w:rPr>
          <w:sz w:val="20"/>
        </w:rPr>
        <w:t>1:24:20  samajhte hain ke bas. lekin jo baqayeda padhte hain to bilashuba woh instention free ban jaate hain. jo baqayeda padhte hain. maulana, unka doosra sawal yeh hai.</w:t>
      </w:r>
      <w:r>
        <w:br/>
      </w:r>
      <w:r>
        <w:rPr>
          <w:sz w:val="20"/>
        </w:rPr>
        <w:t>1:24:30  unhone likha hai:</w:t>
      </w:r>
      <w:r>
        <w:br/>
      </w:r>
      <w:r>
        <w:rPr>
          <w:sz w:val="20"/>
        </w:rPr>
        <w:t>1:24:32  "aaj ka insaan apne bachon ki islaah ke liye kya tareeqa apnayen? kya walidain islaah ke liye apne bachon ko maar sakte hain?" nahi, bachon ko maarna to main bilkul hi galat samajhta hoon.</w:t>
      </w:r>
      <w:r>
        <w:br/>
      </w:r>
      <w:r>
        <w:rPr>
          <w:sz w:val="20"/>
        </w:rPr>
        <w:t>1:24:48  yeh hai counter productive. ulta nateeja niklega. hargiz nahi. lekin main manta hoon ke bachon ke sab se bare dushman unke walidain hote hain.</w:t>
      </w:r>
      <w:r>
        <w:br/>
      </w:r>
      <w:r>
        <w:rPr>
          <w:sz w:val="20"/>
        </w:rPr>
        <w:t>1:25:02  is zamane mein khaas taur par sab se bare dushman bachon ke unke walidain hain. kyun? yeh pampering karte hain. pampering.</w:t>
      </w:r>
      <w:r>
        <w:br/>
      </w:r>
      <w:r>
        <w:rPr>
          <w:sz w:val="20"/>
        </w:rPr>
        <w:t>1:25:13  saare maa baap pampering karte hain. masla kama kama kar kya karenge? easy money bachon ko denge. easy money jo hai sab se buri cheez hai.</w:t>
      </w:r>
      <w:r>
        <w:br/>
      </w:r>
      <w:r>
        <w:rPr>
          <w:sz w:val="20"/>
        </w:rPr>
        <w:t>1:25:25  to bachon ki islaah ka aaghaz maa baap ki islaah se hota hai.</w:t>
      </w:r>
      <w:r>
        <w:br/>
      </w:r>
      <w:r>
        <w:rPr>
          <w:sz w:val="20"/>
        </w:rPr>
        <w:t>1:25:31  b</w:t>
      </w:r>
      <w:r>
        <w:br/>
      </w:r>
      <w:r>
        <w:rPr>
          <w:sz w:val="20"/>
        </w:rPr>
        <w:t>1:25:32  ache jo maa baap bache ko maarne ka right lena chahte hain, aap khud apne ko maar rahe hain. bachon ko maarna chahte hain, khud maarein apne aap ko.</w:t>
      </w:r>
      <w:r>
        <w:br/>
      </w:r>
      <w:r>
        <w:rPr>
          <w:sz w:val="20"/>
        </w:rPr>
        <w:t>1:25:40  apni pampering ko khatam karein. apne chhote laad pyaar ko khatam karein. easy money bachon ko dena band karein. yaani bachon ko maa baap hi hain jo sab se zyada yaani bigaadte hain.</w:t>
      </w:r>
      <w:r>
        <w:br/>
      </w:r>
      <w:r>
        <w:rPr>
          <w:sz w:val="20"/>
        </w:rPr>
        <w:t>1:25:57  aur sab se bada bigaad kya hai</w:t>
      </w:r>
      <w:r>
        <w:br/>
      </w:r>
      <w:r>
        <w:rPr>
          <w:sz w:val="20"/>
        </w:rPr>
        <w:t>1:25:59  ? dekhiye, maa baap ghar mein jo jo mohabbat ka jo mayar hai, woh galat mayar uske dil mein daalte hain.</w:t>
      </w:r>
      <w:r>
        <w:br/>
      </w:r>
      <w:r>
        <w:rPr>
          <w:sz w:val="20"/>
        </w:rPr>
        <w:t>1:26:11  maa baap bachha jab ghar mein hota hai to kya hota hai? munh se nikla aur cheez tayyar. munh se bol diya, bas usko cheez mil gayi. achha, jab bahar nikalta hai woh to lagta hai ke wahan pe to kuch hi koi dene wala nahi usko.</w:t>
      </w:r>
      <w:r>
        <w:br/>
      </w:r>
      <w:r>
        <w:rPr>
          <w:sz w:val="20"/>
        </w:rPr>
        <w:t>1:26:26  mehnat karo to power nahi, to kuch nahi milega tum ko. to saare insaan ke dushman samajh leta hai woh. bas bas kehta hai ke bas meri maa, mere baap aur kisi se koi mohabbat nahi usko hoti.</w:t>
      </w:r>
      <w:r>
        <w:br/>
      </w:r>
      <w:r>
        <w:rPr>
          <w:sz w:val="20"/>
        </w:rPr>
        <w:t>1:26:37  jisko bhi dekh lijiye, aap andar cheer kar ke maa baap se mohabbat mohabbat karega aur doosre insaanon se nafrat karega woh.</w:t>
      </w:r>
      <w:r>
        <w:br/>
      </w:r>
      <w:r>
        <w:rPr>
          <w:sz w:val="20"/>
        </w:rPr>
        <w:t>1:26:46  main ek martaba wahan gaya saharanpur, wahan chaar hindu naujawan mujh se milne ke liye aaye hotel mein. chaaron ne ek hi baat kahi. unhone kaha hum apna experience aap ko share karna chahte hain.</w:t>
      </w:r>
      <w:r>
        <w:br/>
      </w:r>
      <w:r>
        <w:rPr>
          <w:sz w:val="20"/>
        </w:rPr>
        <w:t>1:26:58  jab hum ghar mein the to maa baap jo munh se nikla poora kar diya, jo munh se nikla poora kar diya. ab jab duniya mein hum aaye hain, yahan koi hamara yaani aisa nahi milta ke woh munh se nikle woh p</w:t>
      </w:r>
      <w:r>
        <w:br/>
      </w:r>
      <w:r>
        <w:rPr>
          <w:sz w:val="20"/>
        </w:rPr>
        <w:t>1:27:13  ura kar de. ab koi mehnat karna hai, hard work karna hai, tab cheezein milti hain. to yeh contradiction hai hamari zindagi mein.</w:t>
      </w:r>
      <w:r>
        <w:br/>
      </w:r>
      <w:r>
        <w:rPr>
          <w:sz w:val="20"/>
        </w:rPr>
        <w:t>1:27:21  kya isko kaise explain karein?</w:t>
      </w:r>
      <w:r>
        <w:br/>
      </w:r>
      <w:r>
        <w:rPr>
          <w:sz w:val="20"/>
        </w:rPr>
        <w:t>1:27:26  to yeh maa baap jo hain, duniya ko nafrat karne wale insaan supply kar rahe hain. kyunke jis tarah se maa baap karte hain ghar mein, woh woh duniya nahi karne wali hai.</w:t>
      </w:r>
      <w:r>
        <w:br/>
      </w:r>
      <w:r>
        <w:rPr>
          <w:sz w:val="20"/>
        </w:rPr>
        <w:t>1:27:41  duniya nahi karne wali hai aisa.</w:t>
      </w:r>
      <w:r>
        <w:br/>
      </w:r>
      <w:r>
        <w:rPr>
          <w:sz w:val="20"/>
        </w:rPr>
        <w:t>1:27:43  duniya ko to jo jitna aap denge, utna duniya se milega. to ghar ka mahaul jo hai, yaani receiving without giving hai.</w:t>
      </w:r>
      <w:r>
        <w:br/>
      </w:r>
      <w:r>
        <w:rPr>
          <w:sz w:val="20"/>
        </w:rPr>
        <w:t>1:27:57  ghar ka mahaul jo hai, aaj kal receiving without giving. aur jab bahar nikalta hai aadmi to uska ulta hota hai.</w:t>
      </w:r>
      <w:r>
        <w:br/>
      </w:r>
      <w:r>
        <w:rPr>
          <w:sz w:val="20"/>
        </w:rPr>
        <w:t>1:28:07  yaani giving account to account, yaani receiving. jo kisi ne sahi kaha hai ke "in giving that we receive".</w:t>
      </w:r>
      <w:r>
        <w:br/>
      </w:r>
      <w:r>
        <w:rPr>
          <w:sz w:val="20"/>
        </w:rPr>
        <w:t>1:28:20  jitna dena hai, utna paana. yaani bahar ki duniya ka formula yeh hai ke jitna doge, utna paoge. ghar ki duniya mein kya hai? tum ko dene ki zaroorat nahi hai, bas tum ko sab kuch milta rahega.</w:t>
      </w:r>
      <w:r>
        <w:br/>
      </w:r>
      <w:r>
        <w:rPr>
          <w:sz w:val="20"/>
        </w:rPr>
        <w:t>1:28:31  aise maa baap mere mere bachchon ke sab se bare dushman hain. aur insaniyat ke dushman hain. yeh insaniyat ke dushman hain. kyunke duniya ko</w:t>
      </w:r>
      <w:r>
        <w:br/>
      </w:r>
      <w:r>
        <w:rPr>
          <w:sz w:val="20"/>
        </w:rPr>
        <w:t>1:28:40  nafrat karne wale insaan bhej rahe hain. har ghar ek karkhana bana hua hai matnafar insanon ko banane ka.</w:t>
      </w:r>
      <w:r>
        <w:br/>
      </w:r>
      <w:r>
        <w:rPr>
          <w:sz w:val="20"/>
        </w:rPr>
        <w:t>1:28:49  main yeh shayari nahin kar raha hoon, main mera tajruba bata raha hoon, tajruba. ke ke aaj kal ke jo log hain, bas meri maa, mera baap yeh toh khoob karte hain, lekin baqiya insaan se un koi dilchaspi un ko nahin hai.</w:t>
      </w:r>
      <w:r>
        <w:br/>
      </w:r>
      <w:r>
        <w:rPr>
          <w:sz w:val="20"/>
        </w:rPr>
        <w:t>1:29:03  kyunke baqiya insaan ko woh pampering nahin karta. woh blast pyar nahin karta jo ghar mein in ko mila tha.</w:t>
      </w:r>
      <w:r>
        <w:br/>
      </w:r>
      <w:r>
        <w:rPr>
          <w:sz w:val="20"/>
        </w:rPr>
        <w:t>1:29:12  main is ka sakht khilaf hoon. is ka main is ke is bare mein bohat hi zyada sakht hoon. is mein koi main riayat karne ke tayyar nahin hoon.</w:t>
      </w:r>
    </w:p>
    <w:p>
      <w:pPr>
        <w:pStyle w:val="Heading2"/>
      </w:pPr>
      <w:r>
        <w:t>Reason for tension in business</w:t>
      </w:r>
    </w:p>
    <w:p>
      <w:r>
        <w:rPr>
          <w:color w:val="666666"/>
          <w:sz w:val="18"/>
        </w:rPr>
        <w:t>Life &amp; Wisdom · 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Stress caused by negative thinking</w:t>
      </w:r>
    </w:p>
    <w:p>
      <w:r>
        <w:rPr>
          <w:color w:val="666666"/>
          <w:sz w:val="18"/>
        </w:rPr>
        <w:t>Life &amp; Wisdom · Stress and Spirituality January 1, 2012 · 8m 39s · at 1:21:45 · https://youtu.be/TPhXL9-g6ME?t=4905</w:t>
      </w:r>
    </w:p>
    <w:p>
      <w:r>
        <w:rPr>
          <w:i/>
        </w:rPr>
        <w:t>“How much stress is caused by negative thinking? Please explain.”</w:t>
      </w:r>
    </w:p>
    <w:p>
      <w:r>
        <w:rPr>
          <w:sz w:val="20"/>
        </w:rPr>
        <w:t>1:21:45  gulbargah se maulana fiyazuddin umri ne sawal kiya hai. unhon ne likha hai: "manfi soch se kitna zyada stress hota hai?</w:t>
      </w:r>
      <w:r>
        <w:br/>
      </w:r>
      <w:r>
        <w:rPr>
          <w:sz w:val="20"/>
        </w:rPr>
        <w:t>1:21:55  is ke bare mein bataein."</w:t>
      </w:r>
      <w:r>
        <w:br/>
      </w:r>
      <w:r>
        <w:rPr>
          <w:sz w:val="20"/>
        </w:rPr>
        <w:t>1:22:02  manfi soch hi ke to nateejay ke naam hi stress hai.</w:t>
      </w:r>
      <w:r>
        <w:br/>
      </w:r>
      <w:r>
        <w:rPr>
          <w:sz w:val="20"/>
        </w:rPr>
        <w:t>1:22:09  yani negative thinking jo hai always negative thing leads to stress.</w:t>
      </w:r>
      <w:r>
        <w:br/>
      </w:r>
      <w:r>
        <w:rPr>
          <w:sz w:val="20"/>
        </w:rPr>
        <w:t>1:22:18  negative thinking jahan hogi wahan zaroor stress hoga. zaroor wahan tension hoga.</w:t>
      </w:r>
      <w:r>
        <w:br/>
      </w:r>
      <w:r>
        <w:rPr>
          <w:sz w:val="20"/>
        </w:rPr>
        <w:t>1:22:26  to stress se bahar aane ka sabab formula aa jata hai positive thinking.</w:t>
      </w:r>
      <w:r>
        <w:br/>
      </w:r>
      <w:r>
        <w:rPr>
          <w:sz w:val="20"/>
        </w:rPr>
        <w:t>1:22:33  lekin negative thinking aur positive thinking koi updesh ki baat nahi hai. ke aap kisi ko kahein ke are bhai negative mat bano. is se nahi kuch hota.</w:t>
      </w:r>
      <w:r>
        <w:br/>
      </w:r>
      <w:r>
        <w:rPr>
          <w:sz w:val="20"/>
        </w:rPr>
        <w:t>1:22:43  ek is ke liye ek ideology chahiye. ek ideology.</w:t>
      </w:r>
      <w:r>
        <w:br/>
      </w:r>
      <w:r>
        <w:rPr>
          <w:sz w:val="20"/>
        </w:rPr>
        <w:t>1:22:50  ek insan jis ke insan expression chahta hai cheezon ki. insan ka jo dimagh hai wo is waqt mutmaeen hota hai jab kisi cheez ka wo explain kar le.</w:t>
      </w:r>
      <w:r>
        <w:br/>
      </w:r>
      <w:r>
        <w:rPr>
          <w:sz w:val="20"/>
        </w:rPr>
        <w:t>1:23:01  is ki tawjeeh dhoond le. jab tak tawjeeh na paye tab tak wo mutmaeen nahi hota. to dunya mein hamein dekhiye sad experience hote hain.</w:t>
      </w:r>
      <w:r>
        <w:br/>
      </w:r>
      <w:r>
        <w:rPr>
          <w:sz w:val="20"/>
        </w:rPr>
        <w:t>1:23:13  yani hamari khwahishon ke khilaf waqeat hote rehte hain. takleef deh tajrubaat hote rehte hain. koi hum ko provoke kar deta hai.</w:t>
      </w:r>
      <w:r>
        <w:br/>
      </w:r>
      <w:r>
        <w:rPr>
          <w:sz w:val="20"/>
        </w:rPr>
        <w:t>1:23:22  koi bura kehta hai. koi nuqsan kar deta hai. yeh sab hota hi hota hai. aur yeh quran mein likha hua hai ke zaroor hoga.</w:t>
      </w:r>
      <w:r>
        <w:br/>
      </w:r>
      <w:r>
        <w:rPr>
          <w:sz w:val="20"/>
        </w:rPr>
        <w:t>1:23:31  wla nblwkm bshyy mnn lkhwf wljwh wnnqsp mnn l'amwl wlnfsp sbrt wbsr Sbrn llzhn 'z' Sbtm mspbh qlw 'nn' llh w'nn 'lhy rjwn.</w:t>
      </w:r>
      <w:r>
        <w:br/>
      </w:r>
      <w:r>
        <w:rPr>
          <w:sz w:val="20"/>
        </w:rPr>
        <w:t>1:23:46  yeh jo tukra hai is ka. inna lillahi wa inna ilaihi raji'un. yeh jo hai formula of de-stressing hai.</w:t>
      </w:r>
      <w:r>
        <w:br/>
      </w:r>
      <w:r>
        <w:rPr>
          <w:sz w:val="20"/>
        </w:rPr>
        <w:t>1:23:56  yeh formula of de-stressing hai yeh.</w:t>
      </w:r>
      <w:r>
        <w:br/>
      </w:r>
      <w:r>
        <w:rPr>
          <w:sz w:val="20"/>
        </w:rPr>
        <w:t>1:24:01  to yeh bilkul hona hi hona hai ke dunya mein aap ko sad experiences hon. unwanted situations se aap ko samna pesh aaye.</w:t>
      </w:r>
      <w:r>
        <w:br/>
      </w:r>
      <w:r>
        <w:rPr>
          <w:sz w:val="20"/>
        </w:rPr>
        <w:t>1:24:12  to aap ke paas ideology honi chahiye is ko explain karne ki. is ki tawjeeh karne ki. jaise main apne bare mein batata hoon.</w:t>
      </w:r>
      <w:r>
        <w:br/>
      </w:r>
      <w:r>
        <w:rPr>
          <w:sz w:val="20"/>
        </w:rPr>
        <w:t>1:24:22  mujhe bohat logon ne sataya. aaj bhi sata rahe hain.</w:t>
      </w:r>
      <w:r>
        <w:br/>
      </w:r>
      <w:r>
        <w:rPr>
          <w:sz w:val="20"/>
        </w:rPr>
        <w:t>1:24:28  mujhe har tarah ka jo na mali nuqsan pohanchaya. mujhe badnaam kiya. har tarah se mujhe takleef pohanchai. aur abhi tak pohancha rahe hain.</w:t>
      </w:r>
      <w:r>
        <w:br/>
      </w:r>
      <w:r>
        <w:rPr>
          <w:sz w:val="20"/>
        </w:rPr>
        <w:t>1:24:39  ajeeb baat hai. itna zyada mujhe jhoote propaganda mere khilaf kiya jata hai. shayad tareekh mein kisi ke khilaf itna jhoota propaganda nahi hua hoga jitna mere khilaf hota hai.</w:t>
      </w:r>
      <w:r>
        <w:br/>
      </w:r>
      <w:r>
        <w:rPr>
          <w:sz w:val="20"/>
        </w:rPr>
        <w:t>1:24:53  kyun ke kisi aur zamane mein media nahi tha. ab to media hai.</w:t>
      </w:r>
      <w:r>
        <w:br/>
      </w:r>
      <w:r>
        <w:rPr>
          <w:sz w:val="20"/>
        </w:rPr>
        <w:t>1:24:58  to main kya karta hoon? meri falsafa kya hai? main is ka mubarir talash karta hoon.</w:t>
      </w:r>
      <w:r>
        <w:br/>
      </w:r>
      <w:r>
        <w:rPr>
          <w:sz w:val="20"/>
        </w:rPr>
        <w:t>1:25:09  mubarir. yani is aadmi jo kar raha hai us ko justify karta hoon main kuch soch kar ke. apne dimagh se sochta hoon.</w:t>
      </w:r>
      <w:r>
        <w:br/>
      </w:r>
      <w:r>
        <w:rPr>
          <w:sz w:val="20"/>
        </w:rPr>
        <w:t>1:25:20  is ka mubarir talash karta hoon</w:t>
      </w:r>
      <w:r>
        <w:br/>
      </w:r>
      <w:r>
        <w:rPr>
          <w:sz w:val="20"/>
        </w:rPr>
        <w:t>1:25:22  mein misaal aik deta hoon aap ko. ke aaj kal tamam musalmanon ko shikayat hai media se.</w:t>
      </w:r>
      <w:r>
        <w:br/>
      </w:r>
      <w:r>
        <w:rPr>
          <w:sz w:val="20"/>
        </w:rPr>
        <w:t>1:25:31  kahin bhi koi musalman nahi milega yahan se recovery karta hai aap ko jis ko media se shikayat na ho. abhi kal mein aik article parha tha aik bohat parhe likhe aadmi ke ka tha woh.</w:t>
      </w:r>
      <w:r>
        <w:br/>
      </w:r>
      <w:r>
        <w:rPr>
          <w:sz w:val="20"/>
        </w:rPr>
        <w:t>1:25:41  is mein kya tha? media ki shikayat. ke media musalmanon ki image bigaad raha hai. media islam ke khilaaf propaganda karta hai. media islam ke khilaaf cheezein chhaapta hai.</w:t>
      </w:r>
      <w:r>
        <w:br/>
      </w:r>
      <w:r>
        <w:rPr>
          <w:sz w:val="20"/>
        </w:rPr>
        <w:t>1:25:52  to har musalman shayad without any exception media ke baray mein negative hai. magar mein negative nahi hoon.</w:t>
      </w:r>
      <w:r>
        <w:br/>
      </w:r>
      <w:r>
        <w:rPr>
          <w:sz w:val="20"/>
        </w:rPr>
        <w:t>1:26:00  kyun ke mein is ka mubarir talash kar rakha hai. mubarir. Justification. woh kya? mein sochta hoon ke media jo hai woh aik industry hai.</w:t>
      </w:r>
      <w:r>
        <w:br/>
      </w:r>
      <w:r>
        <w:rPr>
          <w:sz w:val="20"/>
        </w:rPr>
        <w:t>1:26:13  industry. is ka kaam hai news ko sell karna.</w:t>
      </w:r>
      <w:r>
        <w:br/>
      </w:r>
      <w:r>
        <w:rPr>
          <w:sz w:val="20"/>
        </w:rPr>
        <w:t>1:26:19  jis tarah se yeh yeh glass hai. aik aadmi glass banata hai kis liye? is ko market mein sell karna hai. bechna hai market mein. agar market mein koi is ka gaaahak na ho to glass nahi banaye ga woh.</w:t>
      </w:r>
      <w:r>
        <w:br/>
      </w:r>
      <w:r>
        <w:rPr>
          <w:sz w:val="20"/>
        </w:rPr>
        <w:t>1:26:33  to media aik industry hai. is ka kaam hai news ko sell karna. to media ko yeh pata hai ke jo log hain jo masses hain woh sensation ko pasand karte hain.</w:t>
      </w:r>
      <w:r>
        <w:br/>
      </w:r>
      <w:r>
        <w:rPr>
          <w:sz w:val="20"/>
        </w:rPr>
        <w:t>1:26:46  sensational news.</w:t>
      </w:r>
      <w:r>
        <w:br/>
      </w:r>
      <w:r>
        <w:rPr>
          <w:sz w:val="20"/>
        </w:rPr>
        <w:t>1:26:49  bad news. buri khabrein. achhi khabron ko ko par koi akhbar nahi chal chal sakta.</w:t>
      </w:r>
      <w:r>
        <w:br/>
      </w:r>
      <w:r>
        <w:rPr>
          <w:sz w:val="20"/>
        </w:rPr>
        <w:t>1:26:59  buri khabron par akhbar chalte hain. kyun ke log woh woh logon ka taste bigra hua hai. log chahte hain koi koi koi dhamaka khez khabar ho.</w:t>
      </w:r>
      <w:r>
        <w:br/>
      </w:r>
      <w:r>
        <w:rPr>
          <w:sz w:val="20"/>
        </w:rPr>
        <w:t>1:27:13  to media hi karta hai.</w:t>
      </w:r>
      <w:r>
        <w:br/>
      </w:r>
      <w:r>
        <w:rPr>
          <w:sz w:val="20"/>
        </w:rPr>
        <w:t>1:27:16  agar aap aik so achhe achhe kaam kar rahe hain woh media nahi chhaape ga. lekin bomb maar de kahin ja ke woh foran chhaape ga woh. kyun ke isi ko isi isi ki wajah se is ka akhbar bikta hai.</w:t>
      </w:r>
      <w:r>
        <w:br/>
      </w:r>
      <w:r>
        <w:rPr>
          <w:sz w:val="20"/>
        </w:rPr>
        <w:t>1:27:29  isi ki wajah se is ka TV dekha jaata hai.</w:t>
      </w:r>
      <w:r>
        <w:br/>
      </w:r>
      <w:r>
        <w:rPr>
          <w:sz w:val="20"/>
        </w:rPr>
        <w:t>1:27:32  to mein ne is ka mubarir talash kar rakha hai. ke media chunchke aik industry hai is ko apne faayde ke lihaaz se apna business chalana hai.</w:t>
      </w:r>
      <w:r>
        <w:br/>
      </w:r>
      <w:r>
        <w:rPr>
          <w:sz w:val="20"/>
        </w:rPr>
        <w:t>1:27:41  aur is ko pata hai ke is ke jo viewers hain ya is ke readers jo hain woh dhamaka dhamaka khez khabrein chahte hain. sensational khabrein.</w:t>
      </w:r>
      <w:r>
        <w:br/>
      </w:r>
      <w:r>
        <w:rPr>
          <w:sz w:val="20"/>
        </w:rPr>
        <w:t>1:27:49  to woh khabrein dhoondh dhoondh ke laata hai woh.</w:t>
      </w:r>
      <w:r>
        <w:br/>
      </w:r>
      <w:r>
        <w:rPr>
          <w:sz w:val="20"/>
        </w:rPr>
        <w:t>1:27:53  to is tarah mere dil mein media ke khilaaf aik aaye thaak barabar hi shikayat nahi. jabke yahan se le kar amreeka tak chale jaiye aap. aik musalman nahi paayenge aap jis ko media se shikayat na ho.</w:t>
      </w:r>
      <w:r>
        <w:br/>
      </w:r>
      <w:r>
        <w:rPr>
          <w:sz w:val="20"/>
        </w:rPr>
        <w:t>1:28:06  shikayat shikayat shikayat. abhi Jakarta mein yani Jakarta mein isi par aik conference hui musalmanon</w:t>
      </w:r>
      <w:r>
        <w:br/>
      </w:r>
      <w:r>
        <w:rPr>
          <w:sz w:val="20"/>
        </w:rPr>
        <w:t>1:28:16  ki. saari duniya ke musalman ke woh parhe likhe likh parhe likhe log wahan aktha hue Jakarta mein.</w:t>
      </w:r>
      <w:r>
        <w:br/>
      </w:r>
      <w:r>
        <w:rPr>
          <w:sz w:val="20"/>
        </w:rPr>
        <w:t>1:28:25  media ke masle par. woh sab shikayati boli bol rahe hain wahan par. duniya bhar ka dimaagh aktha hua Jakarta mein media ke sawaal par aur sab shikayati boli bolta hai.</w:t>
      </w:r>
      <w:r>
        <w:br/>
      </w:r>
      <w:r>
        <w:rPr>
          <w:sz w:val="20"/>
        </w:rPr>
        <w:t>1:28:38  ke media jo hai islam dushman hai. media muslim dushman hai. media hum hamare khilaaf yeh yeh karta hai. hamare khilaaf woh kar</w:t>
      </w:r>
      <w:r>
        <w:br/>
      </w:r>
      <w:r>
        <w:rPr>
          <w:sz w:val="20"/>
        </w:rPr>
        <w:t>1:28:45  ta hai. mujhe kuch bhi shikayat nahi. kyun ke is ko mubarir talash kar rakha hai mein ne. ke media to aik industry hai. is ko khabrein bechna hai.</w:t>
      </w:r>
      <w:r>
        <w:br/>
      </w:r>
      <w:r>
        <w:rPr>
          <w:sz w:val="20"/>
        </w:rPr>
        <w:t>1:28:54  wohi khabrein laaye ga jis ko viewers aur readers pasand pasand karte hon. to mujhe shikayat kis baat ki? shikayat kis</w:t>
      </w:r>
      <w:r>
        <w:br/>
      </w:r>
      <w:r>
        <w:rPr>
          <w:sz w:val="20"/>
        </w:rPr>
        <w:t>1:29:03  baat ki? to agar aap chahte hain yani apne aap ko manfi soch se bachana aur positive soch par qaim rakhna to aap ko yeh karna pare ga ke jis ke baray mein aap negative ho jaate hain us ke liye mubarir talash kijiye.</w:t>
      </w:r>
      <w:r>
        <w:br/>
      </w:r>
      <w:r>
        <w:rPr>
          <w:sz w:val="20"/>
        </w:rPr>
        <w:t>1:29:19  keh woh aisa kar raha hai to kyun kar raha hai woh? phir aap thanday ho jayenge. phir aap cool ho jayenge. phir aap negativity khatam ho jayegi. sari dunya ke musalman kyun media ke khilaf hain?</w:t>
      </w:r>
      <w:r>
        <w:br/>
      </w:r>
      <w:r>
        <w:rPr>
          <w:sz w:val="20"/>
        </w:rPr>
        <w:t>1:29:31  kyunki unke paas mubarir nahi hai. talash kiya unhone. bas woh jo jo chupa usko dekha unhone. isne kyun aisa kiya? is par koi socha nahi unhone.</w:t>
      </w:r>
      <w:r>
        <w:br/>
      </w:r>
      <w:r>
        <w:rPr>
          <w:sz w:val="20"/>
        </w:rPr>
        <w:t>1:29:43  mujhe ek bhi musalman nahi mila itne dunya bhar mein gaya mein safar karne karke jo media ke bare mein negative na ho. one twice sab negative media ke bare mein.</w:t>
      </w:r>
      <w:r>
        <w:br/>
      </w:r>
      <w:r>
        <w:rPr>
          <w:sz w:val="20"/>
        </w:rPr>
        <w:t>1:29:54  mein Allah ke fazl se zara bhi ek ek percent bhi negative nahi hoon. is liye ke maine iska mubarir talash kar rakha hai. mubarir ka matlab hota hai justification.</w:t>
      </w:r>
      <w:r>
        <w:br/>
      </w:r>
      <w:r>
        <w:rPr>
          <w:sz w:val="20"/>
        </w:rPr>
        <w:t>1:30:05  to yeh raaz hai agar aap chahte hain ke sach much aap positive banein aur sach much negativities khali hon to yeh karna padega.</w:t>
      </w:r>
      <w:r>
        <w:br/>
      </w:r>
      <w:r>
        <w:rPr>
          <w:sz w:val="20"/>
        </w:rPr>
        <w:t>1:30:15  jab aisa karenge aap tabhi aap tension free reh sakenge. mein ne tension free nahi nahi reh sakte aap.</w:t>
      </w:r>
    </w:p>
    <w:p>
      <w:pPr>
        <w:pStyle w:val="Heading2"/>
      </w:pPr>
      <w:r>
        <w:t>What resolution for CPS members?</w:t>
      </w:r>
    </w:p>
    <w:p>
      <w:r>
        <w:rPr>
          <w:color w:val="666666"/>
          <w:sz w:val="18"/>
        </w:rPr>
        <w:t>Life &amp; Wisdom · Stress and Spirituality January 1, 2012 · 5m 41s · at 1:02:09 · https://youtu.be/TPhXL9-g6ME?t=3729</w:t>
      </w:r>
    </w:p>
    <w:p>
      <w:r>
        <w:rPr>
          <w:i/>
        </w:rPr>
        <w:t>“Every year I make resolutions, however seldom keep them. This year I want to make a realistic resolution and also keep it. What resolution would you advise for all the CPS members?”</w:t>
      </w:r>
    </w:p>
    <w:p>
      <w:r>
        <w:rPr>
          <w:sz w:val="20"/>
        </w:rPr>
        <w:t>1:02:09  maulana, agla sawal aaya hai singapore se mr salish malhotra ka. unhon ne likha hai: "maulana sahib every year i make resolutions, however seldom keep them.</w:t>
      </w:r>
      <w:r>
        <w:br/>
      </w:r>
      <w:r>
        <w:rPr>
          <w:sz w:val="20"/>
        </w:rPr>
        <w:t>1:02:23  this year i want to make a realistic resolution and also keep it.</w:t>
      </w:r>
      <w:r>
        <w:br/>
      </w:r>
      <w:r>
        <w:rPr>
          <w:sz w:val="20"/>
        </w:rPr>
        <w:t>1:02:28  what resolution would you advise for all the cps members?"</w:t>
      </w:r>
      <w:r>
        <w:br/>
      </w:r>
      <w:r>
        <w:rPr>
          <w:sz w:val="20"/>
        </w:rPr>
        <w:t>1:02:41  woh to mein ne apni advice de di. jo abhi mein ne taqreer ki, woh samjhe woh advice thi. ke aadmi, har aadmi case yahi hai ke woh,</w:t>
      </w:r>
      <w:r>
        <w:br/>
      </w:r>
      <w:r>
        <w:rPr>
          <w:sz w:val="20"/>
        </w:rPr>
        <w:t>1:03:00  wo creation plan of God ko samjhe baghair jeena chahta hai dunya mein. to yeh to possible nahi hai.</w:t>
      </w:r>
      <w:r>
        <w:br/>
      </w:r>
      <w:r>
        <w:rPr>
          <w:sz w:val="20"/>
        </w:rPr>
        <w:t>1:03:10  to pehla kaam yeh karna chahiye aadmi ko, yeh jaane ke hum apni banai hui dunya mein nahi hain. na maine apne aap ko khud banaya hai, na is dunya ko maine khud banaya hai.</w:t>
      </w:r>
      <w:r>
        <w:br/>
      </w:r>
      <w:r>
        <w:rPr>
          <w:sz w:val="20"/>
        </w:rPr>
        <w:t>1:03:25  to creator ka, creator ne kyun banaya mujh ko? creator ne kyun mujhe is dunya mein rakha? yeh pehli baat hai jo har aadmi ko jaanna chahiye.</w:t>
      </w:r>
      <w:r>
        <w:br/>
      </w:r>
      <w:r>
        <w:rPr>
          <w:sz w:val="20"/>
        </w:rPr>
        <w:t>1:03:42  to main samajhta hoon ke aaj ka din, yaani naye saal ka pehla din, har ek ke liye</w:t>
      </w:r>
      <w:r>
        <w:br/>
      </w:r>
      <w:r>
        <w:rPr>
          <w:sz w:val="20"/>
        </w:rPr>
        <w:t>1:03:50  ek hi kaam karna hai is ko. ke woh Allah taala ke, yaani creator ke takhleeqi mansoobe ko jaane aur us ke mutabiq apni planning kare.</w:t>
      </w:r>
      <w:r>
        <w:br/>
      </w:r>
      <w:r>
        <w:rPr>
          <w:sz w:val="20"/>
        </w:rPr>
        <w:t>1:04:05  woh kya hai?</w:t>
      </w:r>
      <w:r>
        <w:br/>
      </w:r>
      <w:r>
        <w:rPr>
          <w:sz w:val="20"/>
        </w:rPr>
        <w:t>1:04:07  woh yeh hai ke yeh dunya is liye nahi banai gayi ke hum apni sari khwahishon ko poori karein. nahi.</w:t>
      </w:r>
      <w:r>
        <w:br/>
      </w:r>
      <w:r>
        <w:rPr>
          <w:sz w:val="20"/>
        </w:rPr>
        <w:t>1:04:17  yeh dunya is liye banai gayi hai ke yahan par aap</w:t>
      </w:r>
      <w:r>
        <w:br/>
      </w:r>
      <w:r>
        <w:rPr>
          <w:sz w:val="20"/>
        </w:rPr>
        <w:t>1:04:22  is tarah zindagi guzarein jo creator ko matloob hai. taake woh aap ko select kare agli dunya mein paradise ke liye.</w:t>
      </w:r>
      <w:r>
        <w:br/>
      </w:r>
      <w:r>
        <w:rPr>
          <w:sz w:val="20"/>
        </w:rPr>
        <w:t>1:04:36  to creation plan of God jo hai, is ka jab mutalea karein ge aap to pehli cheez jo aap discover karein ge, woh yeh hai ke yeh dunya selection ground hai.</w:t>
      </w:r>
      <w:r>
        <w:br/>
      </w:r>
      <w:r>
        <w:rPr>
          <w:sz w:val="20"/>
        </w:rPr>
        <w:t>1:04:50  yeh dunya, yaani is liye nahi hai ke yahan aap, yaani yahan par aap apne comfort aur luxury faraham karein aur is par jee kar ke mar j</w:t>
      </w:r>
      <w:r>
        <w:br/>
      </w:r>
      <w:r>
        <w:rPr>
          <w:sz w:val="20"/>
        </w:rPr>
        <w:t>1:05:06  ayein. nahi. yeh dunya selection ground hai. aise individuals ka selection ho raha hai jo deserve karein paradise mein settle karne ke liye.</w:t>
      </w:r>
      <w:r>
        <w:br/>
      </w:r>
      <w:r>
        <w:rPr>
          <w:sz w:val="20"/>
        </w:rPr>
        <w:t>1:05:18  bas ek hi concern hona chahiye hum sab logon ka. ek hi concern. do concern nahi.</w:t>
      </w:r>
      <w:r>
        <w:br/>
      </w:r>
      <w:r>
        <w:rPr>
          <w:sz w:val="20"/>
        </w:rPr>
        <w:t>1:05:29  to yeh jo, jis bhool mein pada hua hai insaan aaj ka, jo us ko kehte hain right here, right now. yeh to ulta nazariya hai. yeh jo right here, right now ka jo phaila hua hai soch, woh to ulti baat hai.</w:t>
      </w:r>
      <w:r>
        <w:br/>
      </w:r>
      <w:r>
        <w:rPr>
          <w:sz w:val="20"/>
        </w:rPr>
        <w:t>1:05:45  kyun ke yeh to hai hi nahi. zindagi to shuru hoti hai asli maut ke baad.</w:t>
      </w:r>
      <w:r>
        <w:br/>
      </w:r>
      <w:r>
        <w:rPr>
          <w:sz w:val="20"/>
        </w:rPr>
        <w:t>1:05:55  kisi shayar ne kaha hai, bohat sahi, ke zeest ka raaz khula gardish e ayyam ke baad. is kahani ka to aaghaz tha anjam ke baad.</w:t>
      </w:r>
      <w:r>
        <w:br/>
      </w:r>
      <w:r>
        <w:rPr>
          <w:sz w:val="20"/>
        </w:rPr>
        <w:t>1:06:08  asal zindagi to maut ke baad shuru hone wali hai. isi ke liye hum tayyari nahi karte.</w:t>
      </w:r>
      <w:r>
        <w:br/>
      </w:r>
      <w:r>
        <w:rPr>
          <w:sz w:val="20"/>
        </w:rPr>
        <w:t>1:06:16  to main samajhta hoon ke sab se ahem baat jo hum sab ko jaanna chahiye, woh yeh hai ke yeh dunya selection ground hai.</w:t>
      </w:r>
      <w:r>
        <w:br/>
      </w:r>
      <w:r>
        <w:rPr>
          <w:sz w:val="20"/>
        </w:rPr>
        <w:t>1:06:24  apne aap ko is tarah se aap tayyar karein ke aap ko khaliq jo hai, creator jo hai, us ki nazar mein aap ek deserving candidate sabit hon.</w:t>
      </w:r>
      <w:r>
        <w:br/>
      </w:r>
      <w:r>
        <w:rPr>
          <w:sz w:val="20"/>
        </w:rPr>
        <w:t>1:06:40  paradise mein settle karne ke liye. yeh sole concern hona chahiye har aadmi ka.</w:t>
      </w:r>
      <w:r>
        <w:br/>
      </w:r>
      <w:r>
        <w:rPr>
          <w:sz w:val="20"/>
        </w:rPr>
        <w:t>1:06:48  main samajhta hoon ke is baat ko samajhne ke liye agar ek baar bhi Quran ko aadmi padh le, dhiyan ke sath, sirf ek baar, to kafi hai. yaani bilkul poori tarah se dhiyan ke sath agar padhe aap,</w:t>
      </w:r>
      <w:r>
        <w:br/>
      </w:r>
      <w:r>
        <w:rPr>
          <w:sz w:val="20"/>
        </w:rPr>
        <w:t>1:07:02  ek baar bhi Quran ko, to us ko mil jayega jawab ke woh apne aap ko kaisa banaye ke woh eternal life jo hogi paradise ki, us mein us ko basaya jaye.</w:t>
      </w:r>
      <w:r>
        <w:br/>
      </w:r>
      <w:r>
        <w:rPr>
          <w:sz w:val="20"/>
        </w:rPr>
        <w:t>1:07:18  asal to wohi hai. asal khushi wohi hai. asal jo dunya mein to khushi mil nahi sakti kisi ko bhi.</w:t>
      </w:r>
      <w:r>
        <w:br/>
      </w:r>
      <w:r>
        <w:rPr>
          <w:sz w:val="20"/>
        </w:rPr>
        <w:t>1:07:28  na kisi ko mili hai, na kisi ko milegi.</w:t>
      </w:r>
      <w:r>
        <w:br/>
      </w:r>
      <w:r>
        <w:rPr>
          <w:sz w:val="20"/>
        </w:rPr>
        <w:t>1:07:33  to main to samajhta hoon ke yahi, yaani har aadmi ko yahi tay karna chahiye. yahi decision lena chahiye.</w:t>
      </w:r>
      <w:r>
        <w:br/>
      </w:r>
      <w:r>
        <w:rPr>
          <w:sz w:val="20"/>
        </w:rPr>
        <w:t>1:07:44  koi aur cheez nahi is ka wo decision le.</w:t>
      </w:r>
    </w:p>
    <w:p>
      <w:pPr>
        <w:pStyle w:val="Heading2"/>
      </w:pPr>
      <w:r>
        <w:t>Who Will Succeed Maulana as Writer and Speaker?</w:t>
      </w:r>
    </w:p>
    <w:p>
      <w:r>
        <w:rPr>
          <w:color w:val="666666"/>
          <w:sz w:val="18"/>
        </w:rPr>
        <w:t>Life &amp; Wisdom · Purpose of Human Life February 12, 2012 Maulana Wahiduddin Khan · 11m 29s · at 1:00:24 · https://youtu.be/gRupSXuak-w?t=3624</w:t>
      </w:r>
    </w:p>
    <w:p>
      <w:r>
        <w:rPr>
          <w:i/>
        </w:rPr>
        <w:t>“I often come across a question from the people asking who is going to be like Maulana after he has passed away. Did he prepare anyone like him who is going to be a prolific writer and speaker?”</w:t>
      </w:r>
    </w:p>
    <w:p>
      <w:r>
        <w:rPr>
          <w:sz w:val="20"/>
        </w:rPr>
        <w:t>1:00:24  Maulana, yeh sawal aaya hai Mr Khwaja Kaleemuddin ka Pennsylvania se. unhon ne likha hai: "Maulana sahib, i often come across with a question from the people asking who is going to be like Maulana after he has passed away.</w:t>
      </w:r>
      <w:r>
        <w:br/>
      </w:r>
      <w:r>
        <w:rPr>
          <w:sz w:val="20"/>
        </w:rPr>
        <w:t>1:00:43  dead he prepare anyone like him who is going to be a prolific writer and speaker?</w:t>
      </w:r>
      <w:r>
        <w:br/>
      </w:r>
      <w:r>
        <w:rPr>
          <w:sz w:val="20"/>
        </w:rPr>
        <w:t>1:00:51  " my reply to such people always has been that Maulana has never been trying to clone himself who can be another Maulana Wahiduddin Khan.</w:t>
      </w:r>
      <w:r>
        <w:br/>
      </w:r>
      <w:r>
        <w:rPr>
          <w:sz w:val="20"/>
        </w:rPr>
        <w:t>1:01:02  rather he is trying to raise the awareness of all and sundry so that every person becomes a thinking person, a person who discovers the reality in his own.</w:t>
      </w:r>
      <w:r>
        <w:br/>
      </w:r>
      <w:r>
        <w:rPr>
          <w:sz w:val="20"/>
        </w:rPr>
        <w:t>1:01:14  Maulana with his literature has initiated a process with which people may evolve into peaceful beings who can establish peace in the world.</w:t>
      </w:r>
      <w:r>
        <w:br/>
      </w:r>
      <w:r>
        <w:rPr>
          <w:sz w:val="20"/>
        </w:rPr>
        <w:t>1:01:25  this he is making a way so that someone greater than him may be born. Maulana sahib, please comment on my reply. theek hai, aap ne bilkul sahi jawab diya hai.</w:t>
      </w:r>
      <w:r>
        <w:br/>
      </w:r>
      <w:r>
        <w:rPr>
          <w:sz w:val="20"/>
        </w:rPr>
        <w:t>1:01:40  haqeeqat yeh hai ke dunya mein hamesha literature hi se kaam hua hai.</w:t>
      </w:r>
      <w:r>
        <w:br/>
      </w:r>
      <w:r>
        <w:rPr>
          <w:sz w:val="20"/>
        </w:rPr>
        <w:t>1:01:44  jitni tehreekein hain, insaan to hamesha baqi nahin rehta. jitne bare bare movement hain, woh sab literature se aage badhe hain.</w:t>
      </w:r>
      <w:r>
        <w:br/>
      </w:r>
      <w:r>
        <w:rPr>
          <w:sz w:val="20"/>
        </w:rPr>
        <w:t>1:01:55  chahe marxism ho, chahe darwinism ho, chahe democracy ho,</w:t>
      </w:r>
      <w:r>
        <w:br/>
      </w:r>
      <w:r>
        <w:rPr>
          <w:sz w:val="20"/>
        </w:rPr>
        <w:t>1:02:01  jitne bhi tehreekein hain, literature ke bal par aage badhe hain. aur Allah se yahan literature aisa tayyar ho chuka hai jo har cheez ko replace karta hai.</w:t>
      </w:r>
      <w:r>
        <w:br/>
      </w:r>
      <w:r>
        <w:rPr>
          <w:sz w:val="20"/>
        </w:rPr>
        <w:t>1:02:20  abhi aaj hi mujhe ek news mili ek shehar se India ke ek sahib ko, yaani daryaft hui is is mission ki aur kitabon ko padha unhone.</w:t>
      </w:r>
      <w:r>
        <w:br/>
      </w:r>
      <w:r>
        <w:rPr>
          <w:sz w:val="20"/>
        </w:rPr>
        <w:t>1:02:34  to unhone andha dhundh kitabon ko phailana shuru kar diya. aaj hi mujhe message aaya, koi kehte hain ke main ek ek insaan tak is kitabon ko pahunchaunga.</w:t>
      </w:r>
      <w:r>
        <w:br/>
      </w:r>
      <w:r>
        <w:rPr>
          <w:sz w:val="20"/>
        </w:rPr>
        <w:t>1:02:45  to log, mere khayal se, log padhte nahin, woh jante nahin ke yeh literature ki shakal mein kaisi cheez tayyar ho gayi hai. aaj hi subah telephone ke zariye mujhe ek sahib ne bataya ke unko unke paas telephone aaya hai ke unke andar ek zabardast jazba jaag utha hai ke is literature ko mujhe saare saare insanon tak pahunchana hai.</w:t>
      </w:r>
      <w:r>
        <w:br/>
      </w:r>
      <w:r>
        <w:rPr>
          <w:sz w:val="20"/>
        </w:rPr>
        <w:t>1:03:06  iske liye woh apna waqt, apna maal, apni energy sab laga laga rakha hai unhone.</w:t>
      </w:r>
      <w:r>
        <w:br/>
      </w:r>
      <w:r>
        <w:rPr>
          <w:sz w:val="20"/>
        </w:rPr>
        <w:t>1:03:14  to aap aisi baatein kyun karte hain? dekhein, Quran mein hai ke</w:t>
      </w:r>
      <w:r>
        <w:br/>
      </w:r>
      <w:r>
        <w:rPr>
          <w:sz w:val="20"/>
        </w:rPr>
        <w:t>1:03:22  qunoot haram hai, mayoosi haram hai. to is mein main aksar sochta hoon ke mayoosi ko Allah taala ne kyun haram kiya?</w:t>
      </w:r>
      <w:r>
        <w:br/>
      </w:r>
      <w:r>
        <w:rPr>
          <w:sz w:val="20"/>
        </w:rPr>
        <w:t>1:03:34  yaani agar bas mayoosi ke asbab maujood hon to usko haram nahin keh sakta.</w:t>
      </w:r>
      <w:r>
        <w:br/>
      </w:r>
      <w:r>
        <w:rPr>
          <w:sz w:val="20"/>
        </w:rPr>
        <w:t>1:03:40  pehle bas mayoosi ke asbab ko khatam karna padega, tab mayoosi ko haram kar sakte hain. aap yeh namumkin hai ke Allah taala mayoosiyon ke dunya mein insaan ko chhod de aur kahe ke mayoos mat ho.</w:t>
      </w:r>
      <w:r>
        <w:br/>
      </w:r>
      <w:r>
        <w:rPr>
          <w:sz w:val="20"/>
        </w:rPr>
        <w:t>1:03:54  dar darmiyan qaal darya takht bandam kar di batmi goyi ke daman termak hashar bash. aisa nahin ho sakta hai.</w:t>
      </w:r>
      <w:r>
        <w:br/>
      </w:r>
      <w:r>
        <w:rPr>
          <w:sz w:val="20"/>
        </w:rPr>
        <w:t>1:04:05  doosri baat yeh hai ke sab se badi taqat Allah taala ki hai</w:t>
      </w:r>
      <w:r>
        <w:br/>
      </w:r>
      <w:r>
        <w:rPr>
          <w:sz w:val="20"/>
        </w:rPr>
        <w:t>1:04:14  jo har waqt aap ke liye, har waqt aap ke liye maujood hai, har insaan ke liye, hatta ke andhe ke liye bhi maujood hai. main aap ka kal ka tajurba aap ko batata hoon.</w:t>
      </w:r>
      <w:r>
        <w:br/>
      </w:r>
      <w:r>
        <w:rPr>
          <w:sz w:val="20"/>
        </w:rPr>
        <w:t>1:04:25  kal, abhi kal shaam ko, Delhi ke ek ek bahut bade center mein kal ek program tha. wahan ek American professor aaye hue the, ek senior professor jo wahan par mazhab ko padhate hain.</w:t>
      </w:r>
      <w:r>
        <w:br/>
      </w:r>
      <w:r>
        <w:rPr>
          <w:sz w:val="20"/>
        </w:rPr>
        <w:t>1:04:46  to ek bahut zabardast program tha, scholars ekatha the is mein, aur is speaker sirf do the, sirf do ko bolna tha wahan. woh jo the, woh Christian ko le kar, Christianity ko le kar bolne the, yaani Christianity and Peace, yeh unka subject tha.</w:t>
      </w:r>
      <w:r>
        <w:br/>
      </w:r>
      <w:r>
        <w:rPr>
          <w:sz w:val="20"/>
        </w:rPr>
        <w:t>1:05:04  doosra speaker main tha, Islam and Peace.</w:t>
      </w:r>
      <w:r>
        <w:br/>
      </w:r>
      <w:r>
        <w:rPr>
          <w:sz w:val="20"/>
        </w:rPr>
        <w:t>1:05:11  ab pehli baar aisa hua meri zindagi mein ke ek senior American professor ke saath main baitha hoon, ek us ki taqreer, doosri meri taqreer.</w:t>
      </w:r>
      <w:r>
        <w:br/>
      </w:r>
      <w:r>
        <w:rPr>
          <w:sz w:val="20"/>
        </w:rPr>
        <w:t>1:05:22  to main yaqeen kijiye ke main bilkul andar se, yaani dil mera kaanp raha tha. ab woh aadmi, us ki English, us ki madri zabaan hai, wohi hi hi hi shobay mein taleem hasil ki hai, usi ka professor hai,</w:t>
      </w:r>
      <w:r>
        <w:br/>
      </w:r>
      <w:r>
        <w:rPr>
          <w:sz w:val="20"/>
        </w:rPr>
        <w:t>1:05:39  isi pe research kiya hai, isi ka expert hai. woh to एक American professor yahan baitha hua hai, doosri taraf mein bi</w:t>
      </w:r>
      <w:r>
        <w:br/>
      </w:r>
      <w:r>
        <w:rPr>
          <w:sz w:val="20"/>
        </w:rPr>
        <w:t>1:05:47  tha hua hoon, mein ek madrasay ka molvi, meri taleem to molvi wali taleem hui hai. to us waqt aap yaqeen kijiye ke mere dil mein yeh aata tha ke kaash koi mujhe mil jaye bhagne ka aisa mauqa, koi wajah mil jaye, bas mein faint ho jaon ya koi aisi baat ho jaye ke mujhe ek ek ek excuse mil jaye ke mein stage chhod ke chala jaon.</w:t>
      </w:r>
      <w:r>
        <w:br/>
      </w:r>
      <w:r>
        <w:rPr>
          <w:sz w:val="20"/>
        </w:rPr>
        <w:t>1:06:12  jaise aise khayal kar raha tha,</w:t>
      </w:r>
      <w:r>
        <w:br/>
      </w:r>
      <w:r>
        <w:rPr>
          <w:sz w:val="20"/>
        </w:rPr>
        <w:t>1:06:17  lekin zahir hai ke mein uth nahi sakta tha. mein ne Allah taala se dua ki,</w:t>
      </w:r>
      <w:r>
        <w:br/>
      </w:r>
      <w:r>
        <w:rPr>
          <w:sz w:val="20"/>
        </w:rPr>
        <w:t>1:06:26  mein ne kaha khuda to yeh. jab aadmi diwangi mein bolta hai to ajeeb baatein bolta hai. woh jo hadith mein hai ke "rabash matfaw bilwab, la ilaha illabur" diwane ki koi zuban nahi hoti.</w:t>
      </w:r>
      <w:r>
        <w:br/>
      </w:r>
      <w:r>
        <w:rPr>
          <w:sz w:val="20"/>
        </w:rPr>
        <w:t>1:06:44  yaad rakhiye,</w:t>
      </w:r>
      <w:r>
        <w:br/>
      </w:r>
      <w:r>
        <w:rPr>
          <w:sz w:val="20"/>
        </w:rPr>
        <w:t>1:06:50  mein ne kaha khuda to jo jibril ko dabo na bhej de zameen par.</w:t>
      </w:r>
      <w:r>
        <w:br/>
      </w:r>
      <w:r>
        <w:rPr>
          <w:sz w:val="20"/>
        </w:rPr>
        <w:t>1:07:00  mein bator human face ke ja raha hoon aur bolne wala jibril hoon.</w:t>
      </w:r>
      <w:r>
        <w:br/>
      </w:r>
      <w:r>
        <w:rPr>
          <w:sz w:val="20"/>
        </w:rPr>
        <w:t>1:07:13  waqea hai us waqt jo mein ne mein bola to chhodne walon se aap poochh lijiyee.</w:t>
      </w:r>
      <w:r>
        <w:br/>
      </w:r>
      <w:r>
        <w:rPr>
          <w:sz w:val="20"/>
        </w:rPr>
        <w:t>1:07:19  ek sahib ne is ko etiraf kiya ke jo level of confidence aap ka tha woh is ka nahi tha. is christian professor ka, american professor ka, white professor tha, woh is ka level of confidence jo tha us se behtar tha aap ka level of confidence.</w:t>
      </w:r>
      <w:r>
        <w:br/>
      </w:r>
      <w:r>
        <w:rPr>
          <w:sz w:val="20"/>
        </w:rPr>
        <w:t>1:07:37  aap ghante tak bata rahe hain, mein 30 minute tak.</w:t>
      </w:r>
      <w:r>
        <w:br/>
      </w:r>
      <w:r>
        <w:rPr>
          <w:sz w:val="20"/>
        </w:rPr>
        <w:t>1:07:43  to kaise log hain jo</w:t>
      </w:r>
      <w:r>
        <w:br/>
      </w:r>
      <w:r>
        <w:rPr>
          <w:sz w:val="20"/>
        </w:rPr>
        <w:t>1:07:47  jin ko khuda pe bharosa nahi?</w:t>
      </w:r>
      <w:r>
        <w:br/>
      </w:r>
      <w:r>
        <w:rPr>
          <w:sz w:val="20"/>
        </w:rPr>
        <w:t>1:07:52  log apni madi zarooraton ke liye khuda se mangna jante hain, dawat-e-Ilah ke liye mangna nahi jante.</w:t>
      </w:r>
      <w:r>
        <w:br/>
      </w:r>
      <w:r>
        <w:rPr>
          <w:sz w:val="20"/>
        </w:rPr>
        <w:t>1:08:02  mein ne aise log dekhe hain jo tadap tadap kar dua karte hain bimari ke liye, bachche ke liye, apni madi cheezon ke liye.</w:t>
      </w:r>
      <w:r>
        <w:br/>
      </w:r>
      <w:r>
        <w:rPr>
          <w:sz w:val="20"/>
        </w:rPr>
        <w:t>1:08:15  isi tareeqe se aap Allah se mangen</w:t>
      </w:r>
      <w:r>
        <w:br/>
      </w:r>
      <w:r>
        <w:rPr>
          <w:sz w:val="20"/>
        </w:rPr>
        <w:t>1:08:21  to Allah ke Allah ki madad will fall aap ke upar.</w:t>
      </w:r>
      <w:r>
        <w:br/>
      </w:r>
      <w:r>
        <w:rPr>
          <w:sz w:val="20"/>
        </w:rPr>
        <w:t>1:08:32  ek kal ek ek ek ek sahib mile mujhe, ek ek ek naujawan jo ke hamare da'wati program mein lage hue hain, woh barabar kaam kar rahe hain da'wati.</w:t>
      </w:r>
      <w:r>
        <w:br/>
      </w:r>
      <w:r>
        <w:rPr>
          <w:sz w:val="20"/>
        </w:rPr>
        <w:t>1:08:45  yahan bhi aate hain to unhon ne kaha ke mein da'wati kaam to kar raha hoon, jana padta hai mujhe hinduo mein, isaiyo mein, har jagah, lekin mere level of confidence jo hai woh bohat kam hai.</w:t>
      </w:r>
      <w:r>
        <w:br/>
      </w:r>
      <w:r>
        <w:rPr>
          <w:sz w:val="20"/>
        </w:rPr>
        <w:t>1:09:01  yahi kaha unhon ne jo confidence hona chahiye, is is is ka is se mein hi dua work kar pata hoon. to mein ne kaha ke aaj aap maujood the yahan par, yeh qissa bataya aap ne in ko, woh maujood the kal.</w:t>
      </w:r>
      <w:r>
        <w:br/>
      </w:r>
      <w:r>
        <w:rPr>
          <w:sz w:val="20"/>
        </w:rPr>
        <w:t>1:09:16  to mujhe un se un se unhon ne poocha ke aap mujhe bataiye ke woh american professor tha aur mein ek molvi tha, dono ki taqreer suni aap ne, dono mein level of confidence ke aitbar se aap number dijiye.</w:t>
      </w:r>
      <w:r>
        <w:br/>
      </w:r>
      <w:r>
        <w:rPr>
          <w:sz w:val="20"/>
        </w:rPr>
        <w:t>1:09:32  unhon ne kaha ke aap ka level of confidence badha hua tha. mein ne kaha badha tha, Allah hi Allah Allah se dua kar rahe the. yeh mere mere andar kuch bhi nahi tha.</w:t>
      </w:r>
      <w:r>
        <w:br/>
      </w:r>
      <w:r>
        <w:rPr>
          <w:sz w:val="20"/>
        </w:rPr>
        <w:t>1:09:41  mere andar isi ko Hazrat Masih ne kaha tha ke mango to paoge, darwaza khatkao to tumhare liye khula jayega.</w:t>
      </w:r>
      <w:r>
        <w:br/>
      </w:r>
      <w:r>
        <w:rPr>
          <w:sz w:val="20"/>
        </w:rPr>
        <w:t>1:09:56  bohat ajeeb baat unhon ne kahi ke woh kaun baap hai ke is ka beta is se machhli mange, us ke hath mein saanp rakh de.</w:t>
      </w:r>
      <w:r>
        <w:br/>
      </w:r>
      <w:r>
        <w:rPr>
          <w:sz w:val="20"/>
        </w:rPr>
        <w:t>1:10:07  yeh badi ajeeb taqreer hai Hazrat Masih ki Bible mein.</w:t>
      </w:r>
      <w:r>
        <w:br/>
      </w:r>
      <w:r>
        <w:rPr>
          <w:sz w:val="20"/>
        </w:rPr>
        <w:t>1:10:14  mangu to pao ge, darwaza khatkao to tumhara is se khula jayega.</w:t>
      </w:r>
      <w:r>
        <w:br/>
      </w:r>
      <w:r>
        <w:rPr>
          <w:sz w:val="20"/>
        </w:rPr>
        <w:t>1:10:21  woh kon baap hai ke is ka beta is se machhli mange, is ke hath mein saanp rakh de.</w:t>
      </w:r>
      <w:r>
        <w:br/>
      </w:r>
      <w:r>
        <w:rPr>
          <w:sz w:val="20"/>
        </w:rPr>
        <w:t>1:10:34  to is mission ke sath na sirf literature maujood hai, na sirf quran maujood hai, balkeh Allah taala maujood hai.</w:t>
      </w:r>
      <w:r>
        <w:br/>
      </w:r>
      <w:r>
        <w:rPr>
          <w:sz w:val="20"/>
        </w:rPr>
        <w:t>1:10:48  Allah taala to aap farishton ke sath maujood hain. to kis baat ka khauf, kis baat ka gham?</w:t>
      </w:r>
      <w:r>
        <w:br/>
      </w:r>
      <w:r>
        <w:rPr>
          <w:sz w:val="20"/>
        </w:rPr>
        <w:t>1:11:03  kya aap isi Allah ke sath, isi be aitimadi ke sath jiye ge to Allah ka samna kar pae ge? aap</w:t>
      </w:r>
      <w:r>
        <w:br/>
      </w:r>
      <w:r>
        <w:rPr>
          <w:sz w:val="20"/>
        </w:rPr>
        <w:t>1:11:13  jo log is be aitimadi ke sath jeena chahte hain dunya mein, woh is be aitimadi ko le kar kya Allah se milna chahte hain akhirat mein?</w:t>
      </w:r>
      <w:r>
        <w:br/>
      </w:r>
      <w:r>
        <w:rPr>
          <w:sz w:val="20"/>
        </w:rPr>
        <w:t>1:11:26  yeh sab shaitani waswase hain. yaad rakhiye, aur jab bhi is waswase waswase aen to kahiye: "la haula wala quwwata illa billahil azeem, la haula wala quwwata illa billahil alee azeem, Allahumma inni aoozu bika min hamazat shayatine".</w:t>
      </w:r>
      <w:r>
        <w:br/>
      </w:r>
      <w:r>
        <w:rPr>
          <w:sz w:val="20"/>
        </w:rPr>
        <w:t>1:11:44  yeh sab parhiye aur sab inshallah theek ho jayega.</w:t>
      </w:r>
    </w:p>
    <w:p>
      <w:pPr>
        <w:pStyle w:val="Heading2"/>
      </w:pPr>
      <w:r>
        <w:t>Why is modern man frustrated despite facilities?</w:t>
      </w:r>
    </w:p>
    <w:p>
      <w:r>
        <w:rPr>
          <w:color w:val="666666"/>
          <w:sz w:val="18"/>
        </w:rPr>
        <w:t>Life &amp; Wisdom · Islam The Creator of the Modern Age October 17, 2021 Prof. Farida Khanam · 6m 48s · at 43:54 · https://youtu.be/tMr3Dz35onU?t=2634</w:t>
      </w:r>
    </w:p>
    <w:p>
      <w:r>
        <w:rPr>
          <w:i/>
        </w:rPr>
        <w:t>“Why is today's man living in frustration, even though today there are the most facilities?”</w:t>
      </w:r>
    </w:p>
    <w:p>
      <w:r>
        <w:rPr>
          <w:sz w:val="20"/>
        </w:rPr>
        <w:t>43:54  apa yeh agla sawal hai mister asjad ali lucknow ka aaj ka insan frustration mein kyun jee raha hai halanke aaj sab se zyada aasaniyan hain</w:t>
      </w:r>
      <w:r>
        <w:br/>
      </w:r>
      <w:r>
        <w:rPr>
          <w:sz w:val="20"/>
        </w:rPr>
        <w:t>44:09  frustration asal mein hamesha rahegi is ko humein samajhna hai aur soch samajh kar ek zindagi guzarni hai</w:t>
      </w:r>
      <w:r>
        <w:br/>
      </w:r>
      <w:r>
        <w:rPr>
          <w:sz w:val="20"/>
        </w:rPr>
        <w:t>44:19  kyunki yeh duniya mein hum ko sab kuch milta hi nahi hamari desires bohat zyada hain is desire ke mutabiq kisi badshah ko bhi nahi milta to humein kaise mil jayega</w:t>
      </w:r>
      <w:r>
        <w:br/>
      </w:r>
      <w:r>
        <w:rPr>
          <w:sz w:val="20"/>
        </w:rPr>
        <w:t>44:32  to yeh duniya jo hai ek ideal world nahi hai sab se pehle to yeh samajhna hai to hamari desires jo hain wo sirf is liye rakhi gayi hain taake hum yeh jane ke is duniya mein agar hum khuda ki marzi ke mutabiq zindagi guzarenge to hamari desire ke mutabiq humein akhirat mein jagah milegi jannat mein jagah milegi</w:t>
      </w:r>
      <w:r>
        <w:br/>
      </w:r>
      <w:r>
        <w:rPr>
          <w:sz w:val="20"/>
        </w:rPr>
        <w:t>44:56  to log yeh samajhte hain in ko jab frustration hota hai to samajhte hain ke falan maadi cheez humein mil jayegi to humein sukoon mil jayega</w:t>
      </w:r>
      <w:r>
        <w:br/>
      </w:r>
      <w:r>
        <w:rPr>
          <w:sz w:val="20"/>
        </w:rPr>
        <w:t>45:06  kisi ke paas chhoti gadi hai to us ko badi gadi lega ke is mein sukoon mil jayega lekin jab wo le leta hai to us ko lagta hai ke is mein bhi sukoon nahi mila</w:t>
      </w:r>
      <w:r>
        <w:br/>
      </w:r>
      <w:r>
        <w:rPr>
          <w:sz w:val="20"/>
        </w:rPr>
        <w:t>45:16  kisi ke paas chhota ghar hai to bada ghar lega is mein bhi sukoon nahi log jo bollywood ke log hain wo roz ghar hi badalte rehte hain car badalte rehte hain kyunki is mein un ko sukoon milta nahi</w:t>
      </w:r>
      <w:r>
        <w:br/>
      </w:r>
      <w:r>
        <w:rPr>
          <w:sz w:val="20"/>
        </w:rPr>
        <w:t>45:27  dekhiye maadi cheezon mein koi sukoon hai hi nahi sukoon agar milega to aap ke paas koi mission hoga mission se aap judenge</w:t>
      </w:r>
      <w:r>
        <w:br/>
      </w:r>
      <w:r>
        <w:rPr>
          <w:sz w:val="20"/>
        </w:rPr>
        <w:t>45:37  koi bhi mission jis ko koi nobel mission hota hai chahe wo social work ka mission ho ya dawah mission ho koi nek nek mission ho acha kaam ho logon ki madad karna hai to is mission se aap judenge to is mein aap ko fulfillment mil sakta hai</w:t>
      </w:r>
      <w:r>
        <w:br/>
      </w:r>
      <w:r>
        <w:rPr>
          <w:sz w:val="20"/>
        </w:rPr>
        <w:t>45:54  aur doosre khuda ki yaad mein fulfillment fulfillment milta hai ke wo ek ek quran ki ayat hai hearts are comforted by the remembrance of god alone bible mein bhi yahi hai</w:t>
      </w:r>
      <w:r>
        <w:br/>
      </w:r>
      <w:r>
        <w:rPr>
          <w:sz w:val="20"/>
        </w:rPr>
        <w:t>46:10  to is tarike se humein ek acha kaam karen apni zindagi ko achhi jagah istemal karen aur khuda ki yaad karen</w:t>
      </w:r>
      <w:r>
        <w:br/>
      </w:r>
      <w:r>
        <w:rPr>
          <w:sz w:val="20"/>
        </w:rPr>
        <w:t>46:20  maadi cheezon mein sukoon talash karenge to wo kabhi nahi milega na kabhi kisi ko mila hai apa aap ne qanaat ki baat kahi to rasool allah salallaho alaihi wasallam ki ek hadith bohat sari hadithon mein qanaat ki baat aayi hai</w:t>
      </w:r>
      <w:r>
        <w:br/>
      </w:r>
      <w:r>
        <w:rPr>
          <w:sz w:val="20"/>
        </w:rPr>
        <w:t>46:34  ek hadith mein padhta hoon yahan par rasool allah salallaho alaihi wasallam ne kaha qad aflaha man hudia ila al islam wa ruziq al kifaf wa qana a bihi ibn majah 4138 ke wo kamyab hua jis ko islam ki hidayat mili aur us ko kafi rozi mil gayi aur us ne is par qanaat ki</w:t>
      </w:r>
      <w:r>
        <w:br/>
      </w:r>
      <w:r>
        <w:rPr>
          <w:sz w:val="20"/>
        </w:rPr>
        <w:t>46:56  mujahid ne musa alaihi salam ke hawale se yeh naqal kiya ke unhone sawal kiya tha allah taala se ya rabbi ayy ibadak aghna a rab tumhare bando mein se kaun hai jo sab se zyada maldar hai be niaz hai</w:t>
      </w:r>
      <w:r>
        <w:br/>
      </w:r>
      <w:r>
        <w:rPr>
          <w:sz w:val="20"/>
        </w:rPr>
        <w:t>47:11  to us ne to Allah taala ne kaha in mein jo sab se zyada qana'at karne wala ho.</w:t>
      </w:r>
      <w:r>
        <w:br/>
      </w:r>
      <w:r>
        <w:rPr>
          <w:sz w:val="20"/>
        </w:rPr>
        <w:t>47:19  aur aap ne jo itminan ki baat kahi to us par ibrahim bin adam ka qaul shayad aap</w:t>
      </w:r>
      <w:r>
        <w:br/>
      </w:r>
      <w:r>
        <w:rPr>
          <w:sz w:val="20"/>
        </w:rPr>
        <w:t>47:28  ko yaad hoga ke unhone kaha tha ke "law ya'lamul muluku ma nahnu fihi lajadalu bis suyufi" ke</w:t>
      </w:r>
      <w:r>
        <w:br/>
      </w:r>
      <w:r>
        <w:rPr>
          <w:sz w:val="20"/>
        </w:rPr>
        <w:t>47:37  har agar hum jis itminan mein hain, agar badshah jaan le is itminan ko, to hum se jang</w:t>
      </w:r>
      <w:r>
        <w:br/>
      </w:r>
      <w:r>
        <w:rPr>
          <w:sz w:val="20"/>
        </w:rPr>
        <w:t>47:43  karein talwar ke zariye se taake hamare itminan ko chheen lein.</w:t>
      </w:r>
      <w:r>
        <w:br/>
      </w:r>
      <w:r>
        <w:rPr>
          <w:sz w:val="20"/>
        </w:rPr>
        <w:t>47:49  isi mein ek aur qissa batati hoon yeh to qissa hai yeh to sufi the to yeh real sense mein unhone yeh baat kahi hai</w:t>
      </w:r>
      <w:r>
        <w:br/>
      </w:r>
      <w:r>
        <w:rPr>
          <w:sz w:val="20"/>
        </w:rPr>
        <w:t>47:58  ek bade sufi the ibrahim ibn adam to ek qissa hai yeh ke ek badshah tha wo khush nahi rehta tha to us ne har taraf apne log bhej bhujaye</w:t>
      </w:r>
      <w:r>
        <w:br/>
      </w:r>
      <w:r>
        <w:rPr>
          <w:sz w:val="20"/>
        </w:rPr>
        <w:t>48:09  is se kisi ne kaha ke agar tum ek happy man ki shirt pehan lo to tum khush rahoge to ab us ne har taraf logon ko bheja ke koi happy man ho to us ki shirt le kar aao</w:t>
      </w:r>
      <w:r>
        <w:br/>
      </w:r>
      <w:r>
        <w:rPr>
          <w:sz w:val="20"/>
        </w:rPr>
        <w:t>48:20  aur koi kisi ne bhi nahi kaha ke main happy hoon finally us ne dekha ke ek tille par ek aadmi baitha hua hai wo us ke paas gaye ke tum khush ho</w:t>
      </w:r>
      <w:r>
        <w:br/>
      </w:r>
      <w:r>
        <w:rPr>
          <w:sz w:val="20"/>
        </w:rPr>
        <w:t>48:30  us ne kaha haan main khush hoon to us ne kaha ke tumhari shirt badshah ko chahiye us ne kaha mere paas shirt hi nahi hai to us ke paas koi tha hi nahi to us ke paas koi khatra nahi koi dar nahi</w:t>
      </w:r>
      <w:r>
        <w:br/>
      </w:r>
      <w:r>
        <w:rPr>
          <w:sz w:val="20"/>
        </w:rPr>
        <w:t>48:43  aur wo sukoon mein hoga aadmi ke paas hota hai to us ko aur zyada pareshaniyan hoti hain doctor najma siddiqui ne aaj ki talk par comment kiya hai very important and informative jazak allah</w:t>
      </w:r>
      <w:r>
        <w:br/>
      </w:r>
      <w:r>
        <w:rPr>
          <w:sz w:val="20"/>
        </w:rPr>
        <w:t>49:00  maulana syed iqbal ahmad umri ne likha hai apa aap ne antum aalam bi umr dunyakum wali hadith ko bohat achhi tarah wazeh kiya ke rasool allah salallaho alaihi wasallam ne duniya ki taraqqi mein rukawat paida nahi ki aur yeh waqia is ki dalil hai</w:t>
      </w:r>
      <w:r>
        <w:br/>
      </w:r>
      <w:r>
        <w:rPr>
          <w:sz w:val="20"/>
        </w:rPr>
        <w:t>49:24  miss sofia akhtar bihar se likhti hain</w:t>
      </w:r>
      <w:r>
        <w:br/>
      </w:r>
      <w:r>
        <w:rPr>
          <w:sz w:val="20"/>
        </w:rPr>
        <w:t>49:27  bettrin, apa! very nice explanation of intellectual development by Islam in human history. ji in ka koe question hai aisa kyon hua ke musalman baad mein peechay ho gaye?</w:t>
      </w:r>
      <w:r>
        <w:br/>
      </w:r>
      <w:r>
        <w:rPr>
          <w:sz w:val="20"/>
        </w:rPr>
        <w:t>49:43  yehi sawal Maulana Imran Islahi sahib ne bhi ki hai new delhi se ke musalmanon ki ilmi taraqqi kyon ruk gayi, is ka sabab kya tha? asal mein itnay ziyada ikhtilafat thay, fiqhi ikhtilafat</w:t>
      </w:r>
    </w:p>
    <w:p>
      <w:pPr>
        <w:pStyle w:val="Heading2"/>
      </w:pPr>
      <w:r>
        <w:t>Why people indifferent to earthquakes?</w:t>
      </w:r>
    </w:p>
    <w:p>
      <w:r>
        <w:rPr>
          <w:color w:val="666666"/>
          <w:sz w:val="18"/>
        </w:rPr>
        <w:t>Life &amp; Wisdom · Paradise as a Goal April 26, 2015 · 5m 12s · at 45:38 · https://youtu.be/hnHqhmSJZXA?t=2738</w:t>
      </w:r>
    </w:p>
    <w:p>
      <w:r>
        <w:rPr>
          <w:i/>
        </w:rPr>
        <w:t>“Why are people so engrossed in their worldly activities that even a 7.8 magnitude earthquake does not affect them?”</w:t>
      </w:r>
    </w:p>
    <w:p>
      <w:r>
        <w:rPr>
          <w:sz w:val="20"/>
        </w:rPr>
        <w:t>45:38  hai unhone agla sawal kiya hai doctor Fareeda khanam ne Delhi se</w:t>
      </w:r>
      <w:r>
        <w:br/>
      </w:r>
      <w:r>
        <w:rPr>
          <w:sz w:val="20"/>
        </w:rPr>
        <w:t>45:48  People are so engrossed in their worldly activities</w:t>
      </w:r>
      <w:r>
        <w:br/>
      </w:r>
      <w:r>
        <w:rPr>
          <w:sz w:val="20"/>
        </w:rPr>
        <w:t>45:52  that even an earth quake of 78</w:t>
      </w:r>
      <w:r>
        <w:br/>
      </w:r>
      <w:r>
        <w:rPr>
          <w:sz w:val="20"/>
        </w:rPr>
        <w:t>45:55  8 intensity does not jolt them out of their forgetfulness. Then how can we succeed in making them realize the importance of personality development, which alone can lead them to paradise?</w:t>
      </w:r>
      <w:r>
        <w:br/>
      </w:r>
      <w:r>
        <w:rPr>
          <w:sz w:val="20"/>
        </w:rPr>
        <w:t>46:11  dies dekhiye hamein mass level par</w:t>
      </w:r>
      <w:r>
        <w:br/>
      </w:r>
      <w:r>
        <w:rPr>
          <w:sz w:val="20"/>
        </w:rPr>
        <w:t>46:16  kal parson ek saath mulaqat hui is tarah ki baat hui to main ne kaha ke dekhein</w:t>
      </w:r>
      <w:r>
        <w:br/>
      </w:r>
      <w:r>
        <w:rPr>
          <w:sz w:val="20"/>
        </w:rPr>
        <w:t>46:22  dawat ka kaam hota hai mass level par</w:t>
      </w:r>
      <w:r>
        <w:br/>
      </w:r>
      <w:r>
        <w:rPr>
          <w:sz w:val="20"/>
        </w:rPr>
        <w:t>46:27  dawat ka kaam mass level par hota hai lekin result jo hai result woh individual level milta hai</w:t>
      </w:r>
      <w:r>
        <w:br/>
      </w:r>
      <w:r>
        <w:rPr>
          <w:sz w:val="20"/>
        </w:rPr>
        <w:t>46:36  Baat to aap se sab se kahiye lekin sirf koi kuch individual bhi le gaye jo aap ki</w:t>
      </w:r>
      <w:r>
        <w:br/>
      </w:r>
      <w:r>
        <w:rPr>
          <w:sz w:val="20"/>
        </w:rPr>
        <w:t>46:41  baat se asar lein aur apne andar koi change laein yeh hamesha hua hai yeh farq hamesha janna</w:t>
      </w:r>
      <w:r>
        <w:br/>
      </w:r>
      <w:r>
        <w:rPr>
          <w:sz w:val="20"/>
        </w:rPr>
        <w:t>46:48  chahiye ke dawat ya tabligh ka kaam hota hai mass level par lekin result hamesha nikalta hai individual</w:t>
      </w:r>
      <w:r>
        <w:br/>
      </w:r>
      <w:r>
        <w:rPr>
          <w:sz w:val="20"/>
        </w:rPr>
        <w:t>46:56  level par yeh agar soch ho to aadmi</w:t>
      </w:r>
      <w:r>
        <w:br/>
      </w:r>
      <w:r>
        <w:rPr>
          <w:sz w:val="20"/>
        </w:rPr>
        <w:t>47:02  yani is qism ka tasawwur is ke zehan mein nahi aayega Maulana yeh agla question kya hai</w:t>
      </w:r>
      <w:r>
        <w:br/>
      </w:r>
      <w:r>
        <w:rPr>
          <w:sz w:val="20"/>
        </w:rPr>
        <w:t>47:10  ڈاکٹر سنجے نے Delhi سے reason and intuition</w:t>
      </w:r>
      <w:r>
        <w:br/>
      </w:r>
      <w:r>
        <w:rPr>
          <w:sz w:val="20"/>
        </w:rPr>
        <w:t>47:16  How to decide what is right reason</w:t>
      </w:r>
      <w:r>
        <w:br/>
      </w:r>
      <w:r>
        <w:rPr>
          <w:sz w:val="20"/>
        </w:rPr>
        <w:t>47:19  Because right may be different for different people</w:t>
      </w:r>
      <w:r>
        <w:br/>
      </w:r>
      <w:r>
        <w:rPr>
          <w:sz w:val="20"/>
        </w:rPr>
        <w:t>47:25  dekhiye ek hai sanjidgi sincerity</w:t>
      </w:r>
      <w:r>
        <w:br/>
      </w:r>
      <w:r>
        <w:rPr>
          <w:sz w:val="20"/>
        </w:rPr>
        <w:t>47:31  aur ek hai yani</w:t>
      </w:r>
      <w:r>
        <w:br/>
      </w:r>
      <w:r>
        <w:rPr>
          <w:sz w:val="20"/>
        </w:rPr>
        <w:t>47:36  bahs karna to jo bahs kare us ke hisab se tautology aayegi tautology us ko kehte hain</w:t>
      </w:r>
      <w:r>
        <w:br/>
      </w:r>
      <w:r>
        <w:rPr>
          <w:sz w:val="20"/>
        </w:rPr>
        <w:t>47:43  bahs karega bahs karega bahs karega koi na koi technical baat mil jayegi us</w:t>
      </w:r>
      <w:r>
        <w:br/>
      </w:r>
      <w:r>
        <w:rPr>
          <w:sz w:val="20"/>
        </w:rPr>
        <w:t>47:48  se woh doosri baat ko refute kar de</w:t>
      </w:r>
      <w:r>
        <w:br/>
      </w:r>
      <w:r>
        <w:rPr>
          <w:sz w:val="20"/>
        </w:rPr>
        <w:t>47:51  to dekhein is maamle mein koi compulsive reason nahi hai</w:t>
      </w:r>
      <w:r>
        <w:br/>
      </w:r>
      <w:r>
        <w:rPr>
          <w:sz w:val="20"/>
        </w:rPr>
        <w:t>47:59  aadmi ko khud janna padta hai ke kaun si baat mujhe</w:t>
      </w:r>
      <w:r>
        <w:br/>
      </w:r>
      <w:r>
        <w:rPr>
          <w:sz w:val="20"/>
        </w:rPr>
        <w:t>48:04  reason ke mutabiq hai kaun si reason ke mutabiq nahi yeh khud apne apna yani intellectual development se</w:t>
      </w:r>
      <w:r>
        <w:br/>
      </w:r>
      <w:r>
        <w:rPr>
          <w:sz w:val="20"/>
        </w:rPr>
        <w:t>48:11  aadmi pahunchta hai is baat ko</w:t>
      </w:r>
      <w:r>
        <w:br/>
      </w:r>
      <w:r>
        <w:rPr>
          <w:sz w:val="20"/>
        </w:rPr>
        <w:t>48:14  yeh koi do do chaar ki tarah nahi hai ke hum bahar se us ko impose kar dein</w:t>
      </w:r>
      <w:r>
        <w:br/>
      </w:r>
      <w:r>
        <w:rPr>
          <w:sz w:val="20"/>
        </w:rPr>
        <w:t>48:19  aadmi maane to maane maane to milega us ko nahi to nahi milega</w:t>
      </w:r>
      <w:r>
        <w:br/>
      </w:r>
      <w:r>
        <w:rPr>
          <w:sz w:val="20"/>
        </w:rPr>
        <w:t>48:24  yeh kaha jata hai ke maano to dev nahi to pathar</w:t>
      </w:r>
      <w:r>
        <w:br/>
      </w:r>
      <w:r>
        <w:rPr>
          <w:sz w:val="20"/>
        </w:rPr>
        <w:t>48:28  to sach yeh self discovery ki baat hai</w:t>
      </w:r>
      <w:r>
        <w:br/>
      </w:r>
      <w:r>
        <w:rPr>
          <w:sz w:val="20"/>
        </w:rPr>
        <w:t>48:33  aur self discovery hoti hai hamesha sincerity jis ke andar bohat zyada ho tab hoti hai</w:t>
      </w:r>
      <w:r>
        <w:br/>
      </w:r>
      <w:r>
        <w:rPr>
          <w:sz w:val="20"/>
        </w:rPr>
        <w:t>48:40  to behal yeh baat jo hai upar se bahar se hum impose nahi kar sakte</w:t>
      </w:r>
      <w:r>
        <w:br/>
      </w:r>
      <w:r>
        <w:rPr>
          <w:sz w:val="20"/>
        </w:rPr>
        <w:t>48:47  do do chaar ki tarah jo aadmi sincere hoga woh zaroor pahunch jayega wahan tak dekhein sincerity</w:t>
      </w:r>
      <w:r>
        <w:br/>
      </w:r>
      <w:r>
        <w:rPr>
          <w:sz w:val="20"/>
        </w:rPr>
        <w:t>48:54  hamesha right way mein guide guide karti hai aur sensitivity na ho to aadmi bhatakta hai idhar udhar</w:t>
      </w:r>
      <w:r>
        <w:br/>
      </w:r>
      <w:r>
        <w:rPr>
          <w:sz w:val="20"/>
        </w:rPr>
        <w:t>49:05  Maulana sahib yeh agla question kya hai Maulana Iqbal Umri ne Chennai se</w:t>
      </w:r>
      <w:r>
        <w:br/>
      </w:r>
      <w:r>
        <w:rPr>
          <w:sz w:val="20"/>
        </w:rPr>
        <w:t>49:11  مولانا کائناتی یونیورسل پرابلم کو intervention of God ہے ڈسکور کرنے کے بجائے if there is God then</w:t>
      </w:r>
      <w:r>
        <w:br/>
      </w:r>
      <w:r>
        <w:rPr>
          <w:sz w:val="20"/>
        </w:rPr>
        <w:t>49:21  why man management like this insaan kyun samajhta hai</w:t>
      </w:r>
      <w:r>
        <w:br/>
      </w:r>
      <w:r>
        <w:rPr>
          <w:sz w:val="20"/>
        </w:rPr>
        <w:t>49:28  mus management nahi yeh to mein ne kaha hai ke warning hoti hai</w:t>
      </w:r>
      <w:r>
        <w:br/>
      </w:r>
      <w:r>
        <w:rPr>
          <w:sz w:val="20"/>
        </w:rPr>
        <w:t>49:32  mus management ho to sari kainaat mein numerestars planet hai woh sab takra jayen apas mein</w:t>
      </w:r>
      <w:r>
        <w:br/>
      </w:r>
      <w:r>
        <w:rPr>
          <w:sz w:val="20"/>
        </w:rPr>
        <w:t>49:40  yeh to bohat tiny waqia hai yani billion trillion ke mein bhi aik se kam hai</w:t>
      </w:r>
      <w:r>
        <w:br/>
      </w:r>
      <w:r>
        <w:rPr>
          <w:sz w:val="20"/>
        </w:rPr>
        <w:t>49:47  yani poori universe ke lehaz dekha jaye to be shumar waqiat hain wahan yeh sab baatein nahi hain</w:t>
      </w:r>
      <w:r>
        <w:br/>
      </w:r>
      <w:r>
        <w:rPr>
          <w:sz w:val="20"/>
        </w:rPr>
        <w:t>49:55  bohat choti si zameen par aisa hota hai</w:t>
      </w:r>
      <w:r>
        <w:br/>
      </w:r>
      <w:r>
        <w:rPr>
          <w:sz w:val="20"/>
        </w:rPr>
        <w:t>49:59  to jo zyada yani more than one percent jo hai kainaat wahan to bilkul precise way mein har</w:t>
      </w:r>
      <w:r>
        <w:br/>
      </w:r>
      <w:r>
        <w:rPr>
          <w:sz w:val="20"/>
        </w:rPr>
        <w:t>50:06  cheez ho rahi hai more than 99 percent jo hissa hai universe ka wahan to har cheez bilkul</w:t>
      </w:r>
      <w:r>
        <w:br/>
      </w:r>
      <w:r>
        <w:rPr>
          <w:sz w:val="20"/>
        </w:rPr>
        <w:t>50:12  theek ho rahi hai yani more than 99 percent mein aur less than one percent ka jo hissa</w:t>
      </w:r>
      <w:r>
        <w:br/>
      </w:r>
      <w:r>
        <w:rPr>
          <w:sz w:val="20"/>
        </w:rPr>
        <w:t>50:18  hai wahan par aise kuch waqiat hote hain kabhi koi</w:t>
      </w:r>
      <w:r>
        <w:br/>
      </w:r>
      <w:r>
        <w:rPr>
          <w:sz w:val="20"/>
        </w:rPr>
        <w:t>50:22  to yeh khuda par is se blame nahi aata yeh sochna parta hai ke jo khuda itne bare</w:t>
      </w:r>
      <w:r>
        <w:br/>
      </w:r>
      <w:r>
        <w:rPr>
          <w:sz w:val="20"/>
        </w:rPr>
        <w:t>50:29  peymane par bohat hi</w:t>
      </w:r>
      <w:r>
        <w:br/>
      </w:r>
      <w:r>
        <w:rPr>
          <w:sz w:val="20"/>
        </w:rPr>
        <w:t>50:33  precise mein har cheez ko manage kar raha hai woh aik chote se maqam par aisa kyun</w:t>
      </w:r>
      <w:r>
        <w:br/>
      </w:r>
      <w:r>
        <w:rPr>
          <w:sz w:val="20"/>
        </w:rPr>
        <w:t>50:38  us ne pasand kiya to is ka jawab yeh hai ke woh warning ke liye lesson ke liye</w:t>
      </w:r>
      <w:r>
        <w:br/>
      </w:r>
      <w:r>
        <w:rPr>
          <w:sz w:val="20"/>
        </w:rPr>
        <w:t>50:45  taake insaan jo so raha hai woh jaag woh jaag uthe</w:t>
      </w:r>
    </w:p>
    <w:p>
      <w:pPr>
        <w:pStyle w:val="Heading2"/>
      </w:pPr>
      <w:r>
        <w:t>Why people miss good intentions behind criticism</w:t>
      </w:r>
    </w:p>
    <w:p>
      <w:r>
        <w:rPr>
          <w:color w:val="666666"/>
          <w:sz w:val="18"/>
        </w:rPr>
        <w:t>Life &amp; Wisdom · Lessons and Experiences May 22, 2011 Maulana Wahiduddin Khan · 23m 53s · at 59:46 · https://youtu.be/j4Qx-MsDQWc?t=3586</w:t>
      </w:r>
    </w:p>
    <w:p>
      <w:r>
        <w:rPr>
          <w:i/>
        </w:rPr>
        <w:t>“Why do people not understand the good intentions behind speaking against their favor?”</w:t>
      </w:r>
    </w:p>
    <w:p>
      <w:r>
        <w:rPr>
          <w:sz w:val="20"/>
        </w:rPr>
        <w:t>59:46  Maulana yeh sawal aaya hai Ms Aarti Bhardwaj ka Delhi se. Unhon ne likha hai Maulana sahib why people do not understand the good intentions behind speaking against their favor.</w:t>
      </w:r>
      <w:r>
        <w:br/>
      </w:r>
      <w:r>
        <w:rPr>
          <w:sz w:val="20"/>
        </w:rPr>
        <w:t>1:00:03  Is ke bare mein batayein. Dekhiye yeh to aaj isi par maine kaha ke logon ki thinking jo hai woh develop nahi hoti hai.</w:t>
      </w:r>
      <w:r>
        <w:br/>
      </w:r>
      <w:r>
        <w:rPr>
          <w:sz w:val="20"/>
        </w:rPr>
        <w:t>1:00:15  Conditioned hote hain. Yani apne weakness ko jante nahi. Jaise maine khud apne bare mein kaha ke main apni is weakness ko nahi janta tha ke mujhe dawa kis tarah se khai jati hai woh janta nahi tha main.</w:t>
      </w:r>
      <w:r>
        <w:br/>
      </w:r>
      <w:r>
        <w:rPr>
          <w:sz w:val="20"/>
        </w:rPr>
        <w:t>1:00:36  Yeh mujhe yahi saada si baat hai bilkul saada si ke capsule munh mein aap dalein to kis tarah se is ko gale se utarein yeh janta nahi tha main.</w:t>
      </w:r>
      <w:r>
        <w:br/>
      </w:r>
      <w:r>
        <w:rPr>
          <w:sz w:val="20"/>
        </w:rPr>
        <w:t>1:00:46  To choti si baat mein jab itna aadmi conditioning ho jata hai to badi badi baaton mein kyun nahi hoga? To kisi insan ko bhi aap blame na dijiye.</w:t>
      </w:r>
      <w:r>
        <w:br/>
      </w:r>
      <w:r>
        <w:rPr>
          <w:sz w:val="20"/>
        </w:rPr>
        <w:t>1:01:00  Hamesha yeh sochiye ke is ki jo conditioning hai is ko kaise toda jaye. Is ko kaise de-condition kiya jaye.</w:t>
      </w:r>
      <w:r>
        <w:br/>
      </w:r>
      <w:r>
        <w:rPr>
          <w:sz w:val="20"/>
        </w:rPr>
        <w:t>1:01:10  Mujhe to bar bar tajurba yeh hua hai ke sara mamla hota hai conditioning ka.</w:t>
      </w:r>
      <w:r>
        <w:br/>
      </w:r>
      <w:r>
        <w:rPr>
          <w:sz w:val="20"/>
        </w:rPr>
        <w:t>1:01:16  Har aadmi kisi na kisi cheez mein conditioned rehta hai. Apne ghar mein apne mahol mein apne paros mein apne mulk mein.</w:t>
      </w:r>
      <w:r>
        <w:br/>
      </w:r>
      <w:r>
        <w:rPr>
          <w:sz w:val="20"/>
        </w:rPr>
        <w:t>1:01:27  Is conditioning ki wajah se is ki baaton ko samajh mein nahi aati.</w:t>
      </w:r>
      <w:r>
        <w:br/>
      </w:r>
      <w:r>
        <w:rPr>
          <w:sz w:val="20"/>
        </w:rPr>
        <w:t>1:01:33  To jab tak isi conditioning ko aap todein nahi</w:t>
      </w:r>
      <w:r>
        <w:br/>
      </w:r>
      <w:r>
        <w:rPr>
          <w:sz w:val="20"/>
        </w:rPr>
        <w:t>1:01:42  tab tak aap</w:t>
      </w:r>
      <w:r>
        <w:br/>
      </w:r>
      <w:r>
        <w:rPr>
          <w:sz w:val="20"/>
        </w:rPr>
        <w:t>1:01:46  is ko samjha nahi sakte.</w:t>
      </w:r>
      <w:r>
        <w:br/>
      </w:r>
      <w:r>
        <w:rPr>
          <w:sz w:val="20"/>
        </w:rPr>
        <w:t>1:01:55  To conditioning itni zyada yani</w:t>
      </w:r>
      <w:r>
        <w:br/>
      </w:r>
      <w:r>
        <w:rPr>
          <w:sz w:val="20"/>
        </w:rPr>
        <w:t>1:02:02  har aadmi ko ek condition ke case hai. Main samajhta hoon ke koi aadmi bhi aisa nahi hai jo conditioning conditioning case na ho.</w:t>
      </w:r>
      <w:r>
        <w:br/>
      </w:r>
      <w:r>
        <w:rPr>
          <w:sz w:val="20"/>
        </w:rPr>
        <w:t>1:02:13  To zindagi ka main samajhta hoon ke har aadmi yani condition ho hi jata hai. Mistake condition ho hi jata hai har aadmi.</w:t>
      </w:r>
      <w:r>
        <w:br/>
      </w:r>
      <w:r>
        <w:rPr>
          <w:sz w:val="20"/>
        </w:rPr>
        <w:t>1:02:22  To zindagi ki jo beginning hai yani zindagi ka jo starting point hai woh yahi hai ke aap ne apne ko de-condition karein.</w:t>
      </w:r>
      <w:r>
        <w:br/>
      </w:r>
      <w:r>
        <w:rPr>
          <w:sz w:val="20"/>
        </w:rPr>
        <w:t>1:02:31  Yani before de-conditioning your personality there is no beginning.</w:t>
      </w:r>
      <w:r>
        <w:br/>
      </w:r>
      <w:r>
        <w:rPr>
          <w:sz w:val="20"/>
        </w:rPr>
        <w:t>1:02:40  Yeh har aadmi mein main samajhta hoon ke is mein koi exception nahi hai.</w:t>
      </w:r>
      <w:r>
        <w:br/>
      </w:r>
      <w:r>
        <w:rPr>
          <w:sz w:val="20"/>
        </w:rPr>
        <w:t>1:02:45  To jis aadmi ko aap payein ke aisa hai to yeh sochiye ke is ki conditioning ko toda kaise jaye. Aur jaise hi aadmi ki condition ٹوٹتی hai woh aadmi samajh leta hai baat ko.</w:t>
      </w:r>
      <w:r>
        <w:br/>
      </w:r>
      <w:r>
        <w:rPr>
          <w:sz w:val="20"/>
        </w:rPr>
        <w:t>1:03:00  Mujhe to bar bar tajurba is ka hua. Yani yeh na samjhiye ke woh yani jaan boojh kar aisa kar raha hai.</w:t>
      </w:r>
      <w:r>
        <w:br/>
      </w:r>
      <w:r>
        <w:rPr>
          <w:sz w:val="20"/>
        </w:rPr>
        <w:t>1:03:09  Conditioning conditioning ki wajah se woh yani unaware hai apne khud apne weakness se.</w:t>
      </w:r>
      <w:r>
        <w:br/>
      </w:r>
      <w:r>
        <w:rPr>
          <w:sz w:val="20"/>
        </w:rPr>
        <w:t>1:03:19  To main yahi kahunga ke bajaye is aadmi ko blame dene ke aap sirf yeh kijiye ke yeh pata kijiye ke kaise is ki conditioning hui hai.</w:t>
      </w:r>
      <w:r>
        <w:br/>
      </w:r>
      <w:r>
        <w:rPr>
          <w:sz w:val="20"/>
        </w:rPr>
        <w:t>1:03:31  Is condition ko kaise toda ja sakta hai. Study karwayein aap is ko baat cheet karein is ko aap is ko koi nayi baat is ko samjhayein.</w:t>
      </w:r>
      <w:r>
        <w:br/>
      </w:r>
      <w:r>
        <w:rPr>
          <w:sz w:val="20"/>
        </w:rPr>
        <w:t>1:03:40  to hamare haan to yani bohat misalein hain sankron sankron misalein hain ke jab jab conditioning toot gayi aadmi ki to usi baat ko samajhne laga jo us ke pehle to samajh nahi pata tha wo.</w:t>
      </w:r>
      <w:r>
        <w:br/>
      </w:r>
      <w:r>
        <w:rPr>
          <w:sz w:val="20"/>
        </w:rPr>
        <w:t>1:03:57  to hum mein se har shakhs jo chahta hai logon ko theek karna us ko yeh jaanna chahiye ke us ke kaam ki jo beginning hai wo de-conditioning se hogi.</w:t>
      </w:r>
      <w:r>
        <w:br/>
      </w:r>
      <w:r>
        <w:rPr>
          <w:sz w:val="20"/>
        </w:rPr>
        <w:t>1:04:11  us ke baghair nahi ho sakti hai.</w:t>
      </w:r>
      <w:r>
        <w:br/>
      </w:r>
      <w:r>
        <w:rPr>
          <w:sz w:val="20"/>
        </w:rPr>
        <w:t>1:04:16  Miss Naghma Siddiqui ne Dilli se likha hai can you give a suggestion on how we can change our addiction؟</w:t>
      </w:r>
      <w:r>
        <w:br/>
      </w:r>
      <w:r>
        <w:rPr>
          <w:sz w:val="20"/>
        </w:rPr>
        <w:t>1:04:31  Big suggestion to</w:t>
      </w:r>
      <w:r>
        <w:br/>
      </w:r>
      <w:r>
        <w:rPr>
          <w:sz w:val="20"/>
        </w:rPr>
        <w:t>1:04:34  yahi hai ke khud sochiye aur doosra aadmi jab aap ko kuch bataye to us par dhyan dijiye.</w:t>
      </w:r>
      <w:r>
        <w:br/>
      </w:r>
      <w:r>
        <w:rPr>
          <w:sz w:val="20"/>
        </w:rPr>
        <w:t>1:04:43  us ko brush aside mat kijiye aksar aisa hota hai ke doosra aadmi jab aap ko dhyan dilata hai to aap us ko brush aside kar dete hain.</w:t>
      </w:r>
      <w:r>
        <w:br/>
      </w:r>
      <w:r>
        <w:rPr>
          <w:sz w:val="20"/>
        </w:rPr>
        <w:t>1:04:58  to aur koi tareeqa koi is mein koi koi bohat hi koi aur technical tareeqa to mein dene wala hoon is ka.</w:t>
      </w:r>
      <w:r>
        <w:br/>
      </w:r>
      <w:r>
        <w:rPr>
          <w:sz w:val="20"/>
        </w:rPr>
        <w:t>1:05:09  yeh hai ke aap introspection karein sochein apne bare mein aur is baat ko maan lein ke kai baatein aisi ho sakti hain jo hamare andar ho weakness hum jante bhi nahi ho ke wo weakness hai.</w:t>
      </w:r>
      <w:r>
        <w:br/>
      </w:r>
      <w:r>
        <w:rPr>
          <w:sz w:val="20"/>
        </w:rPr>
        <w:t>1:05:22  isi liye maine apni misaal de di khud apni misaal ke mere andar yeh weakness thi ke main pani peeta tha to sahi tareeqe se nahi peeta tha is liye dawa mere gale mein phans jati thi.</w:t>
      </w:r>
      <w:r>
        <w:br/>
      </w:r>
      <w:r>
        <w:rPr>
          <w:sz w:val="20"/>
        </w:rPr>
        <w:t>1:05:36  lekin main mujhe mujhe is ka is ka pata nahi tha mujhe aaj mein dekhiye hota kya hai is isi misaal se batata hoon aap ko ke aadmi kisi obsession mein pad jata hai obsession jaise mujhe obsession kiya tha</w:t>
      </w:r>
      <w:r>
        <w:br/>
      </w:r>
      <w:r>
        <w:rPr>
          <w:sz w:val="20"/>
        </w:rPr>
        <w:t>1:05:52  ke peghambar ne kaha ke pani thoda thoda kar ke piyo pani thoda thoda kar ke piyo lekin every rule has its exceptions.</w:t>
      </w:r>
      <w:r>
        <w:br/>
      </w:r>
      <w:r>
        <w:rPr>
          <w:sz w:val="20"/>
        </w:rPr>
        <w:t>1:06:02  is hadees mein hamein yeh sochna chahiye ke every rule has its exceptions koi bhi baat ho to us pe exception hota hai to aam halat mein to theek hai thoda thoda kar ke piyo.</w:t>
      </w:r>
      <w:r>
        <w:br/>
      </w:r>
      <w:r>
        <w:rPr>
          <w:sz w:val="20"/>
        </w:rPr>
        <w:t>1:06:11  lekin aap jab dawa le rahe hain capsule to aap ko poora ghont lena parega tabhi wo utre gi nahi to nahi utre gi ab yeh sochne se baatein maloom hoti hain.</w:t>
      </w:r>
      <w:r>
        <w:br/>
      </w:r>
      <w:r>
        <w:rPr>
          <w:sz w:val="20"/>
        </w:rPr>
        <w:t>1:06:22  jo bohat acha tha ke maine yeh adat banai ke pani thoda thoda kar ke piyo lekin isi ke sath mujhe yeh bhi janna chahiye ke every rule has its exceptions.</w:t>
      </w:r>
      <w:r>
        <w:br/>
      </w:r>
      <w:r>
        <w:rPr>
          <w:sz w:val="20"/>
        </w:rPr>
        <w:t>1:06:35  to jab dawa ka ek capsule wo mun mein dala aap ne to wo wo exception ka case ban gaya ab aap ko pani peene se zyada mun mein lena chahiye taake utar utar jayega yeh sab.</w:t>
      </w:r>
      <w:r>
        <w:br/>
      </w:r>
      <w:r>
        <w:rPr>
          <w:sz w:val="20"/>
        </w:rPr>
        <w:t>1:06:46  to</w:t>
      </w:r>
      <w:r>
        <w:br/>
      </w:r>
      <w:r>
        <w:rPr>
          <w:sz w:val="20"/>
        </w:rPr>
        <w:t>1:06:47  yahi hai ek hi process hai wo hai sochna sochna sochna sochna aur us ke liye tayyar rehna ke jaise hi mujhe pata chale apni weakness ka jaldi sambhal loon is ko mein.</w:t>
      </w:r>
      <w:r>
        <w:br/>
      </w:r>
      <w:r>
        <w:rPr>
          <w:sz w:val="20"/>
        </w:rPr>
        <w:t>1:07:00  phir mein der na karoon yahi baat meri samajh mein aati hai.</w:t>
      </w:r>
      <w:r>
        <w:br/>
      </w:r>
      <w:r>
        <w:rPr>
          <w:sz w:val="20"/>
        </w:rPr>
        <w:t>1:07:10  Miss Aisha ne Dilli se likha hai Maulana today you emphasized on art of thinking that is development of thinking power my question is is there any formula on how to develop the thinking power please comment</w:t>
      </w:r>
      <w:r>
        <w:br/>
      </w:r>
      <w:r>
        <w:rPr>
          <w:sz w:val="20"/>
        </w:rPr>
        <w:t>1:07:33  nahi is ka koi technical formula to hai nahi</w:t>
      </w:r>
      <w:r>
        <w:br/>
      </w:r>
      <w:r>
        <w:rPr>
          <w:sz w:val="20"/>
        </w:rPr>
        <w:t>1:07:40  koi bhi technical formula nahi hai</w:t>
      </w:r>
      <w:r>
        <w:br/>
      </w:r>
      <w:r>
        <w:rPr>
          <w:sz w:val="20"/>
        </w:rPr>
        <w:t>1:07:45  aap study karein</w:t>
      </w:r>
      <w:r>
        <w:br/>
      </w:r>
      <w:r>
        <w:rPr>
          <w:sz w:val="20"/>
        </w:rPr>
        <w:t>1:07:49  cheezon ko observe karein gehrai ke sath logon ki baaton ko sunein jaise misaal ke tor par dekhiye maine aksar logon ko paya hai ke jab wo kisi doosre ke paas sun rahe hote hain to wo poora nahi sun rahe hote tab bhi wo un ka apna mind ka jo hai mechanism chalta rehta hai</w:t>
      </w:r>
      <w:r>
        <w:br/>
      </w:r>
      <w:r>
        <w:rPr>
          <w:sz w:val="20"/>
        </w:rPr>
        <w:t>1:08:08  yani ek point hai jis pe discussion ho raha hai ab doosra aadmi ek us ko apne dhang se bata raha hai to mera mind jo hai usi chalta rahega apne apne khayalon par jaise hi wo khatam karega main phir aaghal doonga wo jo mere mind mein tha</w:t>
      </w:r>
      <w:r>
        <w:br/>
      </w:r>
      <w:r>
        <w:rPr>
          <w:sz w:val="20"/>
        </w:rPr>
        <w:t>1:08:26  to mein Allah ke fazl se mere andar yeh baat Allah taala ne maine rakhi hai ke mein impetive mind ho ke sunta hoon doosre ki baat hoti hai der ke liye apne mind ko ek dum kh</w:t>
      </w:r>
      <w:r>
        <w:br/>
      </w:r>
      <w:r>
        <w:rPr>
          <w:sz w:val="20"/>
        </w:rPr>
        <w:t>1:08:37  ali kar leta hoon isi ko sunta hoon jo keh raha hai kehne wala</w:t>
      </w:r>
      <w:r>
        <w:br/>
      </w:r>
      <w:r>
        <w:rPr>
          <w:sz w:val="20"/>
        </w:rPr>
        <w:t>1:08:43  to art of thinking jo hai woh uska koi technical tareeka nahi hai aap aap sochein uske liye tayyar rahein ke jaise hi meri ghalti batai jayegi maan lunga usko sab se zyada crucial baat jo hai woh hai apni ghalti ko ko maan lena</w:t>
      </w:r>
      <w:r>
        <w:br/>
      </w:r>
      <w:r>
        <w:rPr>
          <w:sz w:val="20"/>
        </w:rPr>
        <w:t>1:09:08  jaldi se aap keh sakte hain ke i was wrong i was wrong mein batata hoon sab se bari jo rukawat hai thinking power ko develop karne mein woh yahi hai ke logon ke andar yeh yeh yaani woh nahi hota woh dar nahi karte karte uske liye ke woh keh dein ke i was wrong darte hain ke mein aisa keh doon to mein kuch chhota ho jaunga</w:t>
      </w:r>
      <w:r>
        <w:br/>
      </w:r>
      <w:r>
        <w:rPr>
          <w:sz w:val="20"/>
        </w:rPr>
        <w:t>1:09:34  to ya to woh deny karte rehte hain maante hi nahi ya dil mein dil mein maan lete hain seedhe se kahiye jaise hi aap kahein ke i was wrong waise aap ke mind mein ek naya development aa jayega</w:t>
      </w:r>
      <w:r>
        <w:br/>
      </w:r>
      <w:r>
        <w:rPr>
          <w:sz w:val="20"/>
        </w:rPr>
        <w:t>1:09:48  to mein yahi kahunga ke study kijiye cheezon ko bohat gehrai ke sath dekhiye distraction se apne aap ko bachaiye aur uske liye tayyar rahein ke jaise hi bataya jaye aap ki kisi weakness ko jaldi se keh dijiye ke waqai yeh ghalti thi mere mere dil thi i was wrong</w:t>
      </w:r>
      <w:r>
        <w:br/>
      </w:r>
      <w:r>
        <w:rPr>
          <w:sz w:val="20"/>
        </w:rPr>
        <w:t>1:10:09  to yeh koi yaani koi uska koi short course nahi hai yeh to life life long process ek hai zindagi bhar aap ko sochna hai zindagi bhar apni thinking ko develop karna hai aakhir waqt tak yeh chalta rehta hai mera tajurba to yahi hai</w:t>
      </w:r>
      <w:r>
        <w:br/>
      </w:r>
      <w:r>
        <w:rPr>
          <w:sz w:val="20"/>
        </w:rPr>
        <w:t>1:10:34  mister surya mukharji ne dilli se likha hai</w:t>
      </w:r>
      <w:r>
        <w:br/>
      </w:r>
      <w:r>
        <w:rPr>
          <w:sz w:val="20"/>
        </w:rPr>
        <w:t>1:10:38  maulana ji should be adjust ourselves despite of being on theright track and compromising the very ideals with those who live by no ideals haan dekhiye yeh yeh har aadmi ka problem hota hai jo bhi aadmi society mein reh raha hai uska</w:t>
      </w:r>
      <w:r>
        <w:br/>
      </w:r>
      <w:r>
        <w:rPr>
          <w:sz w:val="20"/>
        </w:rPr>
        <w:t>1:11:00  to mein to dekhiye compromise ko manta hoon compromise ko adjustment ko manta hoon mein lekin woh compromise yaani mein mera formula kyun hai apne kisi interest ke liye nahi hai</w:t>
      </w:r>
      <w:r>
        <w:br/>
      </w:r>
      <w:r>
        <w:rPr>
          <w:sz w:val="20"/>
        </w:rPr>
        <w:t>1:11:23  sirf is liye ke mera formula yeh hai ke doosra aadmi agar aap ko chahta dikhai parta hai ke woh right track se hta hua hai to aap uske yaani uske blushar baniye aur sachai ke sath usko samjhane ki koshish kijiye agar woh maan leta hai to bari achi baat hai agar nahi maan manta hai to aap wahin par peeche hatt jaiye reset ki</w:t>
      </w:r>
      <w:r>
        <w:br/>
      </w:r>
      <w:r>
        <w:rPr>
          <w:sz w:val="20"/>
        </w:rPr>
        <w:t>1:11:52  jiye reset reset kijiye kyun kyun phir aap time waste karenge</w:t>
      </w:r>
      <w:r>
        <w:br/>
      </w:r>
      <w:r>
        <w:rPr>
          <w:sz w:val="20"/>
        </w:rPr>
        <w:t>1:12:04  to save your time to save your energy you have to reset you have to adjust you have to make compromise</w:t>
      </w:r>
      <w:r>
        <w:br/>
      </w:r>
      <w:r>
        <w:rPr>
          <w:sz w:val="20"/>
        </w:rPr>
        <w:t>1:12:16  mein usko cowardice nahi samajhta ya usko mein unprincipled behaviour nahi samajhta compromise ko</w:t>
      </w:r>
      <w:r>
        <w:br/>
      </w:r>
      <w:r>
        <w:rPr>
          <w:sz w:val="20"/>
        </w:rPr>
        <w:t>1:12:27  to dekhiye do cheezein alag alag hain ek yeh hai ke aap koi ghalt faida uthana chahte hain koi ghalt faide ke liye aap kisi se compromise karein woh to ek alag cheez</w:t>
      </w:r>
      <w:r>
        <w:br/>
      </w:r>
      <w:r>
        <w:rPr>
          <w:sz w:val="20"/>
        </w:rPr>
        <w:t>1:12:42  hai usko to koi bhi nahi kahega yeh theek kaam hai yaani apne ek ghalt faide ke liye ya koi aap se ghalt faida lena chahta hai maslan ek aadmi officer hai uske paas ek aadmi aata hai ke mera falan kaam kar do aur woh ghalt kaam hota hai paisa deta hai usko paisa de kar ke usko kehta hai ke paisa lo abhi yeh kaam kar do woh paisa le kar ke woh officer kaam kar deta hai</w:t>
      </w:r>
      <w:r>
        <w:br/>
      </w:r>
      <w:r>
        <w:rPr>
          <w:sz w:val="20"/>
        </w:rPr>
        <w:t>1:13:12  to yeh jo compromise kiya is officer ne yeh to bohat ghalt baat hai to interest ke liye compromise karna yeh to bilashuba ghalt hai interest ke liye compromise karna ghalt hai principle ke liye compromise karna bilkul sahi hai</w:t>
      </w:r>
      <w:r>
        <w:br/>
      </w:r>
      <w:r>
        <w:rPr>
          <w:sz w:val="20"/>
        </w:rPr>
        <w:t>1:13:32  principle ke principle ke liye compromise karna bilkul sahi hai</w:t>
      </w:r>
      <w:r>
        <w:br/>
      </w:r>
      <w:r>
        <w:rPr>
          <w:sz w:val="20"/>
        </w:rPr>
        <w:t>1:13:38  to do alag alag tareeke yaani do alag alag qism ke compromise hain</w:t>
      </w:r>
      <w:r>
        <w:br/>
      </w:r>
      <w:r>
        <w:rPr>
          <w:sz w:val="20"/>
        </w:rPr>
        <w:t>1:13:48  to mera tajurba yahi hai ke interest ke liye compromise karna is se aap ke andar weak personality banti hai weak personality lekin principle ke liye compromise jab aap karein to aap ko opportunity milti hai woh aap ko opportunity deta hai aap</w:t>
      </w:r>
      <w:r>
        <w:br/>
      </w:r>
      <w:r>
        <w:rPr>
          <w:sz w:val="20"/>
        </w:rPr>
        <w:t>1:14:09  ko aap ka rasta rukta nahi yeh yeh yeh jo qism hai compromise karne ki woh to must hai kyunke iske baghair aap koi bara kaam kar nahi sakte</w:t>
      </w:r>
      <w:r>
        <w:br/>
      </w:r>
      <w:r>
        <w:rPr>
          <w:sz w:val="20"/>
        </w:rPr>
        <w:t>1:14:24  maulana zikwan nadvi ne dilli se likha hai british scientist stephen hawking had said in his interview that paradise and after life is nothing but a fairy story</w:t>
      </w:r>
      <w:r>
        <w:br/>
      </w:r>
      <w:r>
        <w:rPr>
          <w:sz w:val="20"/>
        </w:rPr>
        <w:t>1:14:39  what is your comment on this haan dekhiye maine padha tha times of India mein to us waqt maine padhne ke baad maine kaha tha ke yeh scientist ki zuban se ek unscientific comment hai</w:t>
      </w:r>
      <w:r>
        <w:br/>
      </w:r>
      <w:r>
        <w:rPr>
          <w:sz w:val="20"/>
        </w:rPr>
        <w:t>1:15:00  dekhiye ek</w:t>
      </w:r>
      <w:r>
        <w:br/>
      </w:r>
      <w:r>
        <w:rPr>
          <w:sz w:val="20"/>
        </w:rPr>
        <w:t>1:15:05  scientific stand kya hai</w:t>
      </w:r>
      <w:r>
        <w:br/>
      </w:r>
      <w:r>
        <w:rPr>
          <w:sz w:val="20"/>
        </w:rPr>
        <w:t>1:15:09  science yeh kehti hai ke jo cheez observation mein aaye wahi reality hai jo na observation hai to woh reality nahi hai yani is is sense mein nahi ke woh wajood nahi reality ka is sense mein ke hum is ke baray mein kuch kehne ki position mein nahi hain</w:t>
      </w:r>
      <w:r>
        <w:br/>
      </w:r>
      <w:r>
        <w:rPr>
          <w:sz w:val="20"/>
        </w:rPr>
        <w:t>1:15:31  yani jo aaj cheez aap ke telescope mein aati hai jo jo microscope ke ke zariye dikhai padti hai to woh to hum ne dekh liya to is ko to hum maan lenge jo cheez telescope aur microscope ke range mein nahi aati hai is ke baray mein hum kuch kehne ki position mein nahi hain yeh hai stand scientist ka</w:t>
      </w:r>
      <w:r>
        <w:br/>
      </w:r>
      <w:r>
        <w:rPr>
          <w:sz w:val="20"/>
        </w:rPr>
        <w:t>1:15:55  lekin unhon ne ek statement de diya</w:t>
      </w:r>
      <w:r>
        <w:br/>
      </w:r>
      <w:r>
        <w:rPr>
          <w:sz w:val="20"/>
        </w:rPr>
        <w:t>1:16:00  jabke jo recent research hui hai cosmos ki to yeh maan liya gaya hai ke cosmos ka sirf five percent hissa woh hai jo hum dekh paate hain 95 percent hissa woh hai jo hum dekh hi nahi sakte to aisi halat mein aap dekhiye ke science scientiston ko kya karna chahiye</w:t>
      </w:r>
      <w:r>
        <w:br/>
      </w:r>
      <w:r>
        <w:rPr>
          <w:sz w:val="20"/>
        </w:rPr>
        <w:t>1:16:23  science danon ko yeh karna chahiye ke according to the physical laws</w:t>
      </w:r>
      <w:r>
        <w:br/>
      </w:r>
      <w:r>
        <w:rPr>
          <w:sz w:val="20"/>
        </w:rPr>
        <w:t>1:16:33  perhaps there is no existence of paradise yani probably kehna chahiye is ko probably there is no physical existence of paradise probably kyunke humein pata nahi hai lekin yeh keh dena ke paradise koi exist karti nahi hai aap kaise keh sakte hain yani kis knowledge ke base par kahenge aap</w:t>
      </w:r>
      <w:r>
        <w:br/>
      </w:r>
      <w:r>
        <w:rPr>
          <w:sz w:val="20"/>
        </w:rPr>
        <w:t>1:16:58  kis knowledge jo aap khud aap ka jo science hai wahi batati hai ke five percent ke siwa jo duniya hai woh humein is ki khabar hi nahi hai is ki</w:t>
      </w:r>
      <w:r>
        <w:br/>
      </w:r>
      <w:r>
        <w:rPr>
          <w:sz w:val="20"/>
        </w:rPr>
        <w:t>1:17:14  is ki khabar nahi hai hum ko kyunke aap jante hain ke insaan ne jo banai hai telescope ya hamari aankh se hum light ho tab dekh paate hain light na hote hain nahi dekh paate aap</w:t>
      </w:r>
      <w:r>
        <w:br/>
      </w:r>
      <w:r>
        <w:rPr>
          <w:sz w:val="20"/>
        </w:rPr>
        <w:t>1:17:30  to universe mein dekhiye yeh discovery hui hai ke bara hissa dark matters ka hai dark matters ka matlab yeh nahi ke woh dark hain woh bhi bright hain jis jis se doosre star bright hote hain lekin un ka strong strong hai un ka ke woh apne apne light ko bhi kheenche hue hain light ko nikalne nahi dete itna strong hai</w:t>
      </w:r>
      <w:r>
        <w:br/>
      </w:r>
      <w:r>
        <w:rPr>
          <w:sz w:val="20"/>
        </w:rPr>
        <w:t>1:17:58  woh yeh suraj ki light hum par aati hai kyunke suraj apni light ko rok nahi roke hue nahi hai lekin woh jo hain woh itna strong hain ke apni light ko rok lete hain to hamare aur un ke beech mein roshni nahi hai hum dekh nahi paate na aankh se dekhenge na telescope se to jab science khud yeh manti hai ke aap zariye boli nahi hai bara hissa kainaat ka to aap kaise keh sakte hain</w:t>
      </w:r>
      <w:r>
        <w:br/>
      </w:r>
      <w:r>
        <w:rPr>
          <w:sz w:val="20"/>
        </w:rPr>
        <w:t>1:18:27  to woh sirf yeh keh sakte hain ke probably there is no physical existence of paradise bas yahi scientific statement hai baqi yeh kehna hai ke yeh pariyon ki kahaniyan hain aur yeh aisa kuch hai nahi kahin to aap kis ilm ke base par kehte hain kis ilm ke base par</w:t>
      </w:r>
      <w:r>
        <w:br/>
      </w:r>
      <w:r>
        <w:rPr>
          <w:sz w:val="20"/>
        </w:rPr>
        <w:t>1:18:51  to bas mein ne parha tha is ko woh yahi baat mein ne is ko kahi thi ke yeh ek scientist ki zuban se ek un scientific statement hai</w:t>
      </w:r>
      <w:r>
        <w:br/>
      </w:r>
      <w:r>
        <w:rPr>
          <w:sz w:val="20"/>
        </w:rPr>
        <w:t>1:19:03  Mr Abdul Rehman ne Delhi se likha hai Maulana sahib whatever is granted to us in this world is for the test then what is meant by be hisab rizq that Allah provides for whoever He wills</w:t>
      </w:r>
      <w:r>
        <w:br/>
      </w:r>
      <w:r>
        <w:rPr>
          <w:sz w:val="20"/>
        </w:rPr>
        <w:t>1:19:21  dekhiye aap be hisab ka matlab yeh nahi hai yani absolute sense mein nahi hai yani khud rizq ki nisbat se nahi hai woh hamare amal ki nisbat se hai woh yani hum ne amal kiya ho one percent to Khuda hundred percent de sakta hai is ka yani is ka ajar</w:t>
      </w:r>
      <w:r>
        <w:br/>
      </w:r>
      <w:r>
        <w:rPr>
          <w:sz w:val="20"/>
        </w:rPr>
        <w:t>1:19:51  yeh matlab nahi ke yani khud rizq jo hai jo sari duniya mein jo sari kainaat mein jo rizq hai woh sab ko aadil deta hai is ke upar yeh matlab is ka nahi hai</w:t>
      </w:r>
      <w:r>
        <w:br/>
      </w:r>
      <w:r>
        <w:rPr>
          <w:sz w:val="20"/>
        </w:rPr>
        <w:t>1:20:05  is ka matlab yeh hai ke jo jo jo insaan ne ek amal kiya hai to agarche woh thoda ho lekin is ke andar qualitatively itni zyada important hota hai woh ke is ka yani in terms of quantity is ko bohat de deta hai amal to thoda hai lekin in terms of quality is ke andar bohat bari koi cheez hai</w:t>
      </w:r>
      <w:r>
        <w:br/>
      </w:r>
      <w:r>
        <w:rPr>
          <w:sz w:val="20"/>
        </w:rPr>
        <w:t>1:20:31  to Khuda is ki quality ko dekhte hue bohat bari quantity mein ajar de deta hai to is ko absolute absolute sense mein mat lijiye koi bhi cheez dekhen absolute sense mein nahi hoti hai</w:t>
      </w:r>
      <w:r>
        <w:br/>
      </w:r>
      <w:r>
        <w:rPr>
          <w:sz w:val="20"/>
        </w:rPr>
        <w:t>1:20:47  Dr Farida Khanam ne Delhi se likha hai a scholar once observed people are lost in trivialities not attuned to the challenging issues of the time</w:t>
      </w:r>
      <w:r>
        <w:br/>
      </w:r>
      <w:r>
        <w:rPr>
          <w:sz w:val="20"/>
        </w:rPr>
        <w:t>1:21:00  what is your comment on this</w:t>
      </w:r>
      <w:r>
        <w:br/>
      </w:r>
      <w:r>
        <w:rPr>
          <w:sz w:val="20"/>
        </w:rPr>
        <w:t>1:21:07  yeh to bohat sahi hai aaj bhi sahi hai pehle bhi sahi tha choti cheezon mein log phanse rehte hain choti cheezon mein ab bari jo cheez hai is mein nahi phanstey misaal ke taur par dekhiye musalman 50 baras se reservation reservation mein phanse gaye hain hum ko reservation do</w:t>
      </w:r>
      <w:r>
        <w:br/>
      </w:r>
      <w:r>
        <w:rPr>
          <w:sz w:val="20"/>
        </w:rPr>
        <w:t>1:21:27  ye bahut hi mamooli cheez hai baal farz reservation de bhi diya jaye to us se community ko taraqqi</w:t>
      </w:r>
      <w:r>
        <w:br/>
      </w:r>
      <w:r>
        <w:rPr>
          <w:sz w:val="20"/>
        </w:rPr>
        <w:t>1:21:32  nahi hone wali hai</w:t>
      </w:r>
      <w:r>
        <w:br/>
      </w:r>
      <w:r>
        <w:rPr>
          <w:sz w:val="20"/>
        </w:rPr>
        <w:t>1:21:36  taraqqi hogi hard work se mehnat se is par zor dena chahiye sare leader bolte hain ab to</w:t>
      </w:r>
      <w:r>
        <w:br/>
      </w:r>
      <w:r>
        <w:rPr>
          <w:sz w:val="20"/>
        </w:rPr>
        <w:t>1:21:43  aj kal boli kam ho gayi hai 1947 ke baad main ne dekha ke sab ye boli bolte</w:t>
      </w:r>
      <w:r>
        <w:br/>
      </w:r>
      <w:r>
        <w:rPr>
          <w:sz w:val="20"/>
        </w:rPr>
        <w:t>1:21:48  the reservation do reservation do reservation do mujh ko chhod kar ke main kabhi bhi reservation ki himayat</w:t>
      </w:r>
      <w:r>
        <w:br/>
      </w:r>
      <w:r>
        <w:rPr>
          <w:sz w:val="20"/>
        </w:rPr>
        <w:t>1:21:53  nahi ki main ne</w:t>
      </w:r>
      <w:r>
        <w:br/>
      </w:r>
      <w:r>
        <w:rPr>
          <w:sz w:val="20"/>
        </w:rPr>
        <w:t>1:21:57  reservation se kuch bhi bas hal nahi hone wala na to milega aur mil jaye tab bhi kuch hone wala nahi hai community ko community ko jagaiye is ke andar spirit paida kijiye hard work ki mehnat karne ki to isi yeh hai ek ek travel cheez ko itna badhana chadhana reservation ko mein travel samajhta hoon mamooli cheez badhana chadhana badhana chadhana is ko itna zyada</w:t>
      </w:r>
      <w:r>
        <w:br/>
      </w:r>
      <w:r>
        <w:rPr>
          <w:sz w:val="20"/>
        </w:rPr>
        <w:t>1:22:24  aisi discrimination hai</w:t>
      </w:r>
      <w:r>
        <w:br/>
      </w:r>
      <w:r>
        <w:rPr>
          <w:sz w:val="20"/>
        </w:rPr>
        <w:t>1:22:26  sare log discrimination ki boli bolte hain koi ek waqia le lein kahin isi ko generalize karenge aur bas dekho discrimination hota hai dekho imtiyaz hota hai yeh bhi wahi hai mein ne dekhi choti si baat ko badhana chadh raha hoon aur bohat sari bari baton ko chhod dena</w:t>
      </w:r>
      <w:r>
        <w:br/>
      </w:r>
      <w:r>
        <w:rPr>
          <w:sz w:val="20"/>
        </w:rPr>
        <w:t>1:22:46  to mein ne paya ke beshtar log jo hain beshtar log jo hain travel matters mein phanse rehte hain aur bari bari baatein jo hain is mein na sochte na apne ko is mein involve karte yeh aam mizaj pata nahi kyun hai lekin hai yahi mizaj hamare mission mein hum yeh koshish karte hain ke yeh mizaj khatm ho travel cheezon ko focus mein na lein balke focus mein na bari bari cheezon ko</w:t>
      </w:r>
      <w:r>
        <w:br/>
      </w:r>
      <w:r>
        <w:rPr>
          <w:sz w:val="20"/>
        </w:rPr>
        <w:t>1:23:14  hamare mission mein Allah inshallah isi ki koshish ki jati hai Maulana der az a comment wich is kam bi for i move on to da next question i read the comment it is kam from miss shahida zaman delhi she is written Maulana sahib i am deeply touch by your discourses and speeches i very much appreciated the article on Islam in today times of India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