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208 questions · category Life &amp; Wisdom · full transcripts with timestamps · exported 2026-09-22</w:t>
      </w:r>
    </w:p>
    <w:p>
      <w:pPr>
        <w:pStyle w:val="Heading2"/>
      </w:pPr>
      <w:r>
        <w:t>Achieving Objectivity in Understanding</w:t>
      </w:r>
    </w:p>
    <w:p>
      <w:r>
        <w:rPr>
          <w:color w:val="666666"/>
          <w:sz w:val="18"/>
        </w:rPr>
        <w:t>Life &amp; Wisdom · God Particle July 8, 2012 · 1m 59s · at 1:06:59 · https://youtu.be/30Ulu10c2nA?t=4019</w:t>
      </w:r>
    </w:p>
    <w:p>
      <w:r>
        <w:rPr>
          <w:i/>
        </w:rPr>
        <w:t>“How can one gain objectivity in one's reading and understanding of things?”</w:t>
      </w:r>
    </w:p>
    <w:p>
      <w:r>
        <w:rPr>
          <w:sz w:val="20"/>
        </w:rPr>
        <w:t>1:06:59  Maulana, agla sawal Delhi se hai Ms. Shalini ka. unhon ne likha hai: "How can one get objectivity in one's reading and understanding of things?"</w:t>
      </w:r>
      <w:r>
        <w:br/>
      </w:r>
      <w:r>
        <w:rPr>
          <w:sz w:val="20"/>
        </w:rPr>
        <w:t>1:07:14  Dekhein, objectivity aati hai sincerity se. jis maamle mein aadmi sincere ho, apne aap objective ban jata hai,</w:t>
      </w:r>
      <w:r>
        <w:br/>
      </w:r>
      <w:r>
        <w:rPr>
          <w:sz w:val="20"/>
        </w:rPr>
        <w:t>1:07:27  apne aap ban jata hai. misaal ke taur par dekhiye, ek sahab ne mujh se kaha ke: "Sahab, itne saare mazahib hain, itne saare firqe hain, to humein kya pata kaun sahi hai, kaun galat hai?"</w:t>
      </w:r>
      <w:r>
        <w:br/>
      </w:r>
      <w:r>
        <w:rPr>
          <w:sz w:val="20"/>
        </w:rPr>
        <w:t>1:07:42  " To hum to sab ko chhod diya. hum ne to unhon ne kaha: "Achha, yeh bataiye ke aap ka bachcha jab beemar hota hai to yahi wahan apply karte hain formula?</w:t>
      </w:r>
      <w:r>
        <w:br/>
      </w:r>
      <w:r>
        <w:rPr>
          <w:sz w:val="20"/>
        </w:rPr>
        <w:t>1:07:53  itne saare doctor hain, hazaron doctor, hum hum kis ke chakkar mein pade hain? chhod do, chhod do. wahan aap, wahan aap sincere chunke hain, to use aap yeh yeh yeh formula wahan apply nahi karte.</w:t>
      </w:r>
      <w:r>
        <w:br/>
      </w:r>
      <w:r>
        <w:rPr>
          <w:sz w:val="20"/>
        </w:rPr>
        <w:t>1:08:06  kisi doctor tak pahunchte hain.</w:t>
      </w:r>
      <w:r>
        <w:br/>
      </w:r>
      <w:r>
        <w:rPr>
          <w:sz w:val="20"/>
        </w:rPr>
        <w:t>1:08:09  " To mein samajhta hoon ke objectivity jo hai, woh direct result hai sincerity ka. aadmi agar sincere hoga to apne aap woh objective ban jayega.</w:t>
      </w:r>
      <w:r>
        <w:br/>
      </w:r>
      <w:r>
        <w:rPr>
          <w:sz w:val="20"/>
        </w:rPr>
        <w:t>1:08:22  us ke andar objective thinking aa jayegi. hoga sincere nahi hai to phir objectivity bhi us ke andar nahi hogi.</w:t>
      </w:r>
      <w:r>
        <w:br/>
      </w:r>
      <w:r>
        <w:rPr>
          <w:sz w:val="20"/>
        </w:rPr>
        <w:t>1:08:32  to aisi cheez hai ke aadmi kitna kisi ko concern banata hai, kehta hai is ke baray mein serious hai, kehta hai is ke baray mein sanjeeda hai.</w:t>
      </w:r>
      <w:r>
        <w:br/>
      </w:r>
      <w:r>
        <w:rPr>
          <w:sz w:val="20"/>
        </w:rPr>
        <w:t>1:08:41  yahan masla hai ke is cheez ko aap sach much concern banayein, apna sach much banayein concern, to zaroor aap serious ho jayenge.</w:t>
      </w:r>
      <w:r>
        <w:br/>
      </w:r>
      <w:r>
        <w:rPr>
          <w:sz w:val="20"/>
        </w:rPr>
        <w:t>1:08:51  aur jab serious ho jayen ge to zaroor aap ki taraf objectivity aa jayegi.</w:t>
      </w:r>
    </w:p>
    <w:p>
      <w:pPr>
        <w:pStyle w:val="Heading2"/>
      </w:pPr>
      <w:r>
        <w:t>Admitting Wrong as First Intellectual Development Step</w:t>
      </w:r>
    </w:p>
    <w:p>
      <w:r>
        <w:rPr>
          <w:color w:val="666666"/>
          <w:sz w:val="18"/>
        </w:rPr>
        <w:t>Life &amp; Wisdom · Dars-e-Quran, Chapter 2, Verse 37 | January  07, 2018 · 56s · at 50:25 · https://youtu.be/ao6Cr57KuEM?t=3025</w:t>
      </w:r>
    </w:p>
    <w:p>
      <w:r>
        <w:rPr>
          <w:i/>
        </w:rPr>
        <w:t>“Maulana sahib, is it right to say that the very first step for intellectual development is to say that 'I was wrong'?”</w:t>
      </w:r>
    </w:p>
    <w:p>
      <w:r>
        <w:rPr>
          <w:sz w:val="20"/>
        </w:rPr>
        <w:t>50:25  maulana, inhi ka ek sawal bhi hai, unhon ne in se, unhon ne aap se poocha hai: "maulana</w:t>
      </w:r>
      <w:r>
        <w:br/>
      </w:r>
      <w:r>
        <w:rPr>
          <w:sz w:val="20"/>
        </w:rPr>
        <w:t>50:32  Sahib, is it right to say that the very first step for intellectual development is to say that</w:t>
      </w:r>
      <w:r>
        <w:br/>
      </w:r>
      <w:r>
        <w:rPr>
          <w:sz w:val="20"/>
        </w:rPr>
        <w:t>50:40  i was wrong?" bilkul theek kaha aap ne, bilkul sahi hai yeh.</w:t>
      </w:r>
      <w:r>
        <w:br/>
      </w:r>
      <w:r>
        <w:rPr>
          <w:sz w:val="20"/>
        </w:rPr>
        <w:t>50:47  kyun ke jaisa ke maine arz kiya ke agar aap yeh samjhen ke i am right, phir to</w:t>
      </w:r>
      <w:r>
        <w:br/>
      </w:r>
      <w:r>
        <w:rPr>
          <w:sz w:val="20"/>
        </w:rPr>
        <w:t>50:54  jahan hain wahin rahen ge, koi nai baat aap nahi pa saken ge.</w:t>
      </w:r>
      <w:r>
        <w:br/>
      </w:r>
      <w:r>
        <w:rPr>
          <w:sz w:val="20"/>
        </w:rPr>
        <w:t>51:01  kyun ke jab aap yeh kehte hain ke i was wrong to aap regain karte hain, nai nai baton</w:t>
      </w:r>
      <w:r>
        <w:br/>
      </w:r>
      <w:r>
        <w:rPr>
          <w:sz w:val="20"/>
        </w:rPr>
        <w:t>51:07  ko daryaft karte hain.</w:t>
      </w:r>
      <w:r>
        <w:br/>
      </w:r>
      <w:r>
        <w:rPr>
          <w:sz w:val="20"/>
        </w:rPr>
        <w:t>51:14  is liye koi shaq nahi ke i was wrong kehna ziyada se ziyada bari baat hai.</w:t>
      </w:r>
    </w:p>
    <w:p>
      <w:pPr>
        <w:pStyle w:val="Heading2"/>
      </w:pPr>
      <w:r>
        <w:t>Applying law of loss to individuals</w:t>
      </w:r>
    </w:p>
    <w:p>
      <w:r>
        <w:rPr>
          <w:color w:val="666666"/>
          <w:sz w:val="18"/>
        </w:rPr>
        <w:t>Life &amp; Wisdom · Principle of Loss | May 31, 2015 · 48s · at 46:48 · https://youtu.be/IEf7QfU3BmY?t=2808</w:t>
      </w:r>
    </w:p>
    <w:p>
      <w:r>
        <w:rPr>
          <w:i/>
        </w:rPr>
        <w:t>“Thank you Maulana, you very well explained the law of loss and the law of truncation. I want to ask whether the same principle can be applied to individuals in...”</w:t>
      </w:r>
    </w:p>
    <w:p>
      <w:r>
        <w:rPr>
          <w:sz w:val="20"/>
        </w:rPr>
        <w:t>46:48  maulana agla sawal doctor Owais Siddiqui ne Delhi se kiya hai, aur unhon ne likha hai ke thank</w:t>
      </w:r>
      <w:r>
        <w:br/>
      </w:r>
      <w:r>
        <w:rPr>
          <w:sz w:val="20"/>
        </w:rPr>
        <w:t>46:53  You, Maulana, you very well explain the loss, the law of loss or the law of truncation.</w:t>
      </w:r>
      <w:r>
        <w:br/>
      </w:r>
      <w:r>
        <w:rPr>
          <w:sz w:val="20"/>
        </w:rPr>
        <w:t>46:57  I want to ask that if the whether the same principle can be applied to the individuals in</w:t>
      </w:r>
      <w:r>
        <w:br/>
      </w:r>
      <w:r>
        <w:rPr>
          <w:sz w:val="20"/>
        </w:rPr>
        <w:t>47:02  you for personal life.</w:t>
      </w:r>
      <w:r>
        <w:br/>
      </w:r>
      <w:r>
        <w:rPr>
          <w:sz w:val="20"/>
        </w:rPr>
        <w:t>47:06  please comment.</w:t>
      </w:r>
      <w:r>
        <w:br/>
      </w:r>
      <w:r>
        <w:rPr>
          <w:sz w:val="20"/>
        </w:rPr>
        <w:t>47:10  yeh to bohat hi reversal hai, yeh individual ke liye hai, nation ke liye hai, sab ke liye</w:t>
      </w:r>
      <w:r>
        <w:br/>
      </w:r>
      <w:r>
        <w:rPr>
          <w:sz w:val="20"/>
        </w:rPr>
        <w:t>47:15  hai, mere liye hai, sab ke liye hai.</w:t>
      </w:r>
      <w:r>
        <w:br/>
      </w:r>
      <w:r>
        <w:rPr>
          <w:sz w:val="20"/>
        </w:rPr>
        <w:t>47:19  یہ تو یونیورسل لاء اف نیچر ہے، اور میں کہوں تو یہ سب بڑی wisdom ہے جس کو</w:t>
      </w:r>
      <w:r>
        <w:br/>
      </w:r>
      <w:r>
        <w:rPr>
          <w:sz w:val="20"/>
        </w:rPr>
        <w:t>47:24  جانیں گے تو success ملیں گے، نہیں جانیں گے تو stress، tension میں جئیں گے، frustration میں جئیں</w:t>
      </w:r>
      <w:r>
        <w:br/>
      </w:r>
      <w:r>
        <w:rPr>
          <w:sz w:val="20"/>
        </w:rPr>
        <w:t>47:28  ge, mar jayenge.</w:t>
      </w:r>
      <w:r>
        <w:br/>
      </w:r>
      <w:r>
        <w:rPr>
          <w:sz w:val="20"/>
        </w:rPr>
        <w:t>47:33  greatest wisdom of life mere nazdeek yahi hai.</w:t>
      </w:r>
    </w:p>
    <w:p>
      <w:pPr>
        <w:pStyle w:val="Heading2"/>
      </w:pPr>
      <w:r>
        <w:t>Applying loss principle to personal life</w:t>
      </w:r>
    </w:p>
    <w:p>
      <w:r>
        <w:rPr>
          <w:color w:val="666666"/>
          <w:sz w:val="18"/>
        </w:rPr>
        <w:t>Life &amp; Wisdom · Principle of Loss May 31, 2015 · 1m 00s · at 47:21 · https://youtu.be/vM-CUyBiDkc?t=2841</w:t>
      </w:r>
    </w:p>
    <w:p>
      <w:r>
        <w:rPr>
          <w:i/>
        </w:rPr>
        <w:t>“I want to ask whether the same principle can be applied to individuals in their personal life.”</w:t>
      </w:r>
    </w:p>
    <w:p>
      <w:r>
        <w:rPr>
          <w:sz w:val="20"/>
        </w:rPr>
        <w:t>47:21  maulana, agla sawal doctor owais siddiqui ne dilli se kiya hai, aur unhon ne likha hai ke thank you maulana, you very well explain the loss, the law of loss, and the law of truncation.</w:t>
      </w:r>
      <w:r>
        <w:br/>
      </w:r>
      <w:r>
        <w:rPr>
          <w:sz w:val="20"/>
        </w:rPr>
        <w:t>47:36  i want to ask that if the whether the same principle can be applied to the individuals in their personal life. yeh to bohat universal hai, yeh individual ke liye hai, nation ke liye hai, sab ke liye hai,</w:t>
      </w:r>
      <w:r>
        <w:br/>
      </w:r>
      <w:r>
        <w:rPr>
          <w:sz w:val="20"/>
        </w:rPr>
        <w:t>47:51  mere liye hai, sab ke liye hai. yeh to universal law of nature hai, aur main kahoon to ke yeh sab bari wisdom hai jis ko janenge to success milenge, nahi janenge to stress, tension mein jiyenge, pressure mein jiyenge, mar jayenge.</w:t>
      </w:r>
      <w:r>
        <w:br/>
      </w:r>
      <w:r>
        <w:rPr>
          <w:sz w:val="20"/>
        </w:rPr>
        <w:t>48:12  greatest wisdom of life mere nazdeek yahi hai.</w:t>
      </w:r>
    </w:p>
    <w:p>
      <w:pPr>
        <w:pStyle w:val="Heading2"/>
      </w:pPr>
      <w:r>
        <w:t>Approach to daily mishaps</w:t>
      </w:r>
    </w:p>
    <w:p>
      <w:r>
        <w:rPr>
          <w:color w:val="666666"/>
          <w:sz w:val="18"/>
        </w:rPr>
        <w:t>Life &amp; Wisdom · Divine Crusades December 14, 2014 · 42s · at 48:36 · https://youtu.be/qZhY00S5LQg?t=2916</w:t>
      </w:r>
    </w:p>
    <w:p>
      <w:r>
        <w:rPr>
          <w:i/>
        </w:rPr>
        <w:t>“What should be the approach of a believer towards mis-happening that occurs in daily life?”</w:t>
      </w:r>
    </w:p>
    <w:p>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r>
        <w:br/>
      </w:r>
      <w:r>
        <w:rPr>
          <w:sz w:val="20"/>
        </w:rPr>
        <w:t>48:57  Ignore the unwanted things.</w:t>
      </w:r>
      <w:r>
        <w:br/>
      </w:r>
      <w:r>
        <w:rPr>
          <w:sz w:val="20"/>
        </w:rPr>
        <w:t>49:02  aur apne aap ko lagaye raho marifat mein aur dawat mein.</w:t>
      </w:r>
      <w:r>
        <w:br/>
      </w:r>
      <w:r>
        <w:rPr>
          <w:sz w:val="20"/>
        </w:rPr>
        <w:t>49:08  toh ignore toh karna hi padega, avoid toh karna hi padega.</w:t>
      </w:r>
      <w:r>
        <w:br/>
      </w:r>
      <w:r>
        <w:rPr>
          <w:sz w:val="20"/>
        </w:rPr>
        <w:t>49:13  agar aap aisa nahi karenge toh aap opportunity ko avail nahi kar sakte.</w:t>
      </w:r>
    </w:p>
    <w:p>
      <w:pPr>
        <w:pStyle w:val="Heading2"/>
      </w:pPr>
      <w:r>
        <w:t>Are hobby and habit synonymous and are hobbies bad?</w:t>
      </w:r>
    </w:p>
    <w:p>
      <w:r>
        <w:rPr>
          <w:color w:val="666666"/>
          <w:sz w:val="18"/>
        </w:rPr>
        <w:t>Life &amp; Wisdom · Self Correction November 09, 2014 · 1m 49s · at 1:19:12 · https://youtu.be/EgAukdSfGRU?t=4752</w:t>
      </w:r>
    </w:p>
    <w:p>
      <w:r>
        <w:rPr>
          <w:i/>
        </w:rPr>
        <w:t>“Are the words hobby and habit synonymous? If yes, then the hobbies people develop in them are also bad. What is your comment on this?”</w:t>
      </w:r>
    </w:p>
    <w:p>
      <w:r>
        <w:rPr>
          <w:sz w:val="20"/>
        </w:rPr>
        <w:t>1:19:12  maulana, agla sawal pennsylvania, usa se khwaja kaleemuddin sahib ne kiya hai aur unhone likha hai are the words hobby and habit synonymous?</w:t>
      </w:r>
      <w:r>
        <w:br/>
      </w:r>
      <w:r>
        <w:rPr>
          <w:sz w:val="20"/>
        </w:rPr>
        <w:t>1:19:25  if yes, then the hobbies people develop in them are also bad. maulana, what is your comment on this?</w:t>
      </w:r>
      <w:r>
        <w:br/>
      </w:r>
      <w:r>
        <w:rPr>
          <w:sz w:val="20"/>
        </w:rPr>
        <w:t>1:19:36  main to hobby ka qael nahi hoon. na hobby ka, na habit ka.</w:t>
      </w:r>
      <w:r>
        <w:br/>
      </w:r>
      <w:r>
        <w:rPr>
          <w:sz w:val="20"/>
        </w:rPr>
        <w:t>1:19:41  main to sirf ek hi baat jaanta hoon: soch samajh kar kaam karna. jo cheez soch samajh kar mujhe sahi lage, us ko karna.</w:t>
      </w:r>
      <w:r>
        <w:br/>
      </w:r>
      <w:r>
        <w:rPr>
          <w:sz w:val="20"/>
        </w:rPr>
        <w:t>1:19:51  nahi to nahi karna. bator hobby karein ya bator habit karein, dono mujhe yaani dono mujhe yaani value less maloom hote hain.</w:t>
      </w:r>
      <w:r>
        <w:br/>
      </w:r>
      <w:r>
        <w:rPr>
          <w:sz w:val="20"/>
        </w:rPr>
        <w:t>1:20:02  koi value nahi duniya mein, na aakhirat mein.</w:t>
      </w:r>
    </w:p>
    <w:p>
      <w:pPr>
        <w:pStyle w:val="Heading2"/>
      </w:pPr>
      <w:r>
        <w:t>Are negative incidents part of a test?</w:t>
      </w:r>
    </w:p>
    <w:p>
      <w:r>
        <w:rPr>
          <w:color w:val="666666"/>
          <w:sz w:val="18"/>
        </w:rPr>
        <w:t>Life &amp; Wisdom · Journey of History December 23, 2012 · 52s · at 1:12:40 · https://youtu.be/bvjWl3U3Dmw?t=4360</w:t>
      </w:r>
    </w:p>
    <w:p>
      <w:r>
        <w:rPr>
          <w:i/>
        </w:rPr>
        <w:t>“Are negative incidents a part of test?”</w:t>
      </w:r>
    </w:p>
    <w:p>
      <w:r>
        <w:rPr>
          <w:sz w:val="20"/>
        </w:rPr>
        <w:t>1:12:40  maulana, in ka ek aur sawal hai. inhone aap se poocha hai: "are negative incidents a part of test?" is ke bare mein bataein.</w:t>
      </w:r>
      <w:r>
        <w:br/>
      </w:r>
      <w:r>
        <w:rPr>
          <w:sz w:val="20"/>
        </w:rPr>
        <w:t>1:12:50  zahiri hai ek test to hai hi hai. yeh dunya mein sab kuch test hai. negative waqeyat jo hote hain woh is liye hote hain ke aap is par sabr karein, is ko avoid karein, is ko i'raaz karein, is ko is se sabak</w:t>
      </w:r>
      <w:r>
        <w:br/>
      </w:r>
      <w:r>
        <w:rPr>
          <w:sz w:val="20"/>
        </w:rPr>
        <w:t>1:13:06  le, nahi ke is pe ghussa ho jaye aur aur nafrat mein mubtala ho jayein. is se sabak nikaliye. sabak is se har negative waqeyat mein ek sabak hota hai.</w:t>
      </w:r>
      <w:r>
        <w:br/>
      </w:r>
      <w:r>
        <w:rPr>
          <w:sz w:val="20"/>
        </w:rPr>
        <w:t>1:13:19  koi bhi negative experience jo hai us mein ek sabak hota hai. is is sabak ko nikaliye to woh negative waqea aap ke liye ek advantage ban jayega.</w:t>
      </w:r>
    </w:p>
    <w:p>
      <w:pPr>
        <w:pStyle w:val="Heading2"/>
      </w:pPr>
      <w:r>
        <w:t>Are worldly desires against Islam?</w:t>
      </w:r>
    </w:p>
    <w:p>
      <w:r>
        <w:rPr>
          <w:color w:val="666666"/>
          <w:sz w:val="18"/>
        </w:rPr>
        <w:t>Life &amp; Wisdom · Dars-e-Quran, Chapter 2, Verses 67-73, May 6, 2018 · 1m 10s · at 45:39 · https://youtu.be/JAsg4SpiVDU?t=2739</w:t>
      </w:r>
    </w:p>
    <w:p>
      <w:r>
        <w:rPr>
          <w:i/>
        </w:rPr>
        <w:t>“Maulana, is having desire for anything like house, car, good job, becoming rich, against Islam? Or is there no problem? Please clarify.”</w:t>
      </w:r>
    </w:p>
    <w:p>
      <w:r>
        <w:rPr>
          <w:sz w:val="20"/>
        </w:rPr>
        <w:t>45:39  Maulana, agla sawal lete hain jo Kanpur se Muhammad Wajid sahab ne bheja hai. Unhone aapse poocha hai ke: "Maulana, kya hamare andar kisi bhi cheez ka desire hona,</w:t>
      </w:r>
      <w:r>
        <w:br/>
      </w:r>
      <w:r>
        <w:rPr>
          <w:sz w:val="20"/>
        </w:rPr>
        <w:t>45:54  jaise ke ghar, car, achi job, ameer banna, yeh sab Islam ke kya khilaf hai? Ya phir ya phir is mein koi kharabi nahi?</w:t>
      </w:r>
      <w:r>
        <w:br/>
      </w:r>
      <w:r>
        <w:rPr>
          <w:sz w:val="20"/>
        </w:rPr>
        <w:t>46:06  Is ko wazeh karein."</w:t>
      </w:r>
      <w:r>
        <w:br/>
      </w:r>
      <w:r>
        <w:rPr>
          <w:sz w:val="20"/>
        </w:rPr>
        <w:t>46:11  Dekhiye, yeh sawal jo hai vague hai, vague!</w:t>
      </w:r>
      <w:r>
        <w:br/>
      </w:r>
      <w:r>
        <w:rPr>
          <w:sz w:val="20"/>
        </w:rPr>
        <w:t>46:16  Masla desire ka nahi hai, masla hai at the cost of what. Kis cost par aap apne desire ki follow karna chahte hain?</w:t>
      </w:r>
      <w:r>
        <w:br/>
      </w:r>
      <w:r>
        <w:rPr>
          <w:sz w:val="20"/>
        </w:rPr>
        <w:t>46:29  Kis cost par? Yeh aap introspection se janenge. At the cost of what, yeh hai asal masla.</w:t>
      </w:r>
    </w:p>
    <w:p>
      <w:pPr>
        <w:pStyle w:val="Heading2"/>
      </w:pPr>
      <w:r>
        <w:t>Art of situation management acquisition</w:t>
      </w:r>
    </w:p>
    <w:p>
      <w:r>
        <w:rPr>
          <w:color w:val="666666"/>
          <w:sz w:val="18"/>
        </w:rPr>
        <w:t>Life &amp; Wisdom · Peace of Mind June 29, 2014 · 48s · at 1:06:49 · https://youtu.be/oVwRc_FcAGk?t=4009</w:t>
      </w:r>
    </w:p>
    <w:p>
      <w:r>
        <w:rPr>
          <w:i/>
        </w:rPr>
        <w:t>“Regarding the art of situation management, does it come to a person instantly or gradually? Please explain.”</w:t>
      </w:r>
    </w:p>
    <w:p>
      <w:r>
        <w:rPr>
          <w:sz w:val="20"/>
        </w:rPr>
        <w:t>1:06:49  molana mehtab sahab ne dhampur se sawal bheja hai, aur woh aap se yeh janna chahte hain ke jo art of situation management hai, woh aadmi ke andar foran aata hai ya slowly aur gradually aata hai?</w:t>
      </w:r>
      <w:r>
        <w:br/>
      </w:r>
      <w:r>
        <w:rPr>
          <w:sz w:val="20"/>
        </w:rPr>
        <w:t>1:07:04  is ki is ki vazahat karen. bhai, mera tajurba to yeh hai ke do tarike hain. kabhi foran aa jata hai, kabhi dhire dhire aata hai.</w:t>
      </w:r>
      <w:r>
        <w:br/>
      </w:r>
      <w:r>
        <w:rPr>
          <w:sz w:val="20"/>
        </w:rPr>
        <w:t>1:07:17  ji,</w:t>
      </w:r>
      <w:r>
        <w:br/>
      </w:r>
      <w:r>
        <w:rPr>
          <w:sz w:val="20"/>
        </w:rPr>
        <w:t>1:07:18  agar situeshan jo hai kompleks hai, kompleks hai to dhire dhire aayega. agar situeshan kompleks nahin hai to foran aa sakta hai.</w:t>
      </w:r>
      <w:r>
        <w:br/>
      </w:r>
      <w:r>
        <w:rPr>
          <w:sz w:val="20"/>
        </w:rPr>
        <w:t>1:07:31  it dipands upon da situeshan.</w:t>
      </w:r>
    </w:p>
    <w:p>
      <w:pPr>
        <w:pStyle w:val="Heading2"/>
      </w:pPr>
      <w:r>
        <w:t>Avoiding Emptiness in Family Life</w:t>
      </w:r>
    </w:p>
    <w:p>
      <w:r>
        <w:rPr>
          <w:color w:val="666666"/>
          <w:sz w:val="18"/>
        </w:rPr>
        <w:t>Life &amp; Wisdom · Roza (Fasting) Shock May 26, 2019 · 1m 53s · at 34:32 · https://youtu.be/GXYhGriFRpM?t=2072</w:t>
      </w:r>
    </w:p>
    <w:p>
      <w:r>
        <w:rPr>
          <w:i/>
        </w:rPr>
        <w:t>“You said absolutely right, today everyone is living a family-oriented life and is preoccupied with just making the family happy, but in the end nothing comes in hand. What is the way to avoid this? Please tell us all.”</w:t>
      </w:r>
    </w:p>
    <w:p>
      <w:r>
        <w:rPr>
          <w:sz w:val="20"/>
        </w:rPr>
        <w:t>34:32  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r>
        <w:br/>
      </w:r>
      <w:r>
        <w:rPr>
          <w:sz w:val="20"/>
        </w:rPr>
        <w:t>34:56  is se bachne ka kya tareeqa hai? yeh hum sab ko bataen."</w:t>
      </w:r>
      <w:r>
        <w:br/>
      </w:r>
      <w:r>
        <w:rPr>
          <w:sz w:val="20"/>
        </w:rPr>
        <w:t>35:01  tareeqa yeh hai ke aap chhodiye, allah ko pakdiye, bas aur kya tareeqa hai? ji, jaise main dekhen, aaj subah utha to mere mind mein tha ke aaj koi speech nahi hogi.</w:t>
      </w:r>
      <w:r>
        <w:br/>
      </w:r>
      <w:r>
        <w:rPr>
          <w:sz w:val="20"/>
        </w:rPr>
        <w:t>35:17  main ne rest se keh diya ke bhai, ab koi speech nahi hogi. to rest ka agar nahi, kuch to hona chahiye. to isi soch mein main wahan se yahan aa raha tha.</w:t>
      </w:r>
      <w:r>
        <w:br/>
      </w:r>
      <w:r>
        <w:rPr>
          <w:sz w:val="20"/>
        </w:rPr>
        <w:t>35:30  jab main seven ke gate pe pahuncha to achaanak mere dil mein kaha: "assalam o alaikum ayha al malaika." is ka matlab yeh tha ke main malaika se keh raha hoon ke malaika batao, main kya karoon?</w:t>
      </w:r>
      <w:r>
        <w:br/>
      </w:r>
      <w:r>
        <w:rPr>
          <w:sz w:val="20"/>
        </w:rPr>
        <w:t>35:46  meri samajh mein kuch nahi aa raha. to achaanak unhon ne bataya ke batao logon ko ke som to is liye hai ke logon ka mind trigger ho.</w:t>
      </w:r>
      <w:r>
        <w:br/>
      </w:r>
      <w:r>
        <w:rPr>
          <w:sz w:val="20"/>
        </w:rPr>
        <w:t>35:58  som jo hai, fast shock hai. yeh yeh sab log karein, is mein mushkil kya hai?</w:t>
      </w:r>
      <w:r>
        <w:br/>
      </w:r>
      <w:r>
        <w:rPr>
          <w:sz w:val="20"/>
        </w:rPr>
        <w:t>36:10  aamir mori sahib ne kashmir se apna comment bheja hai. unhon ne likha hai: "maulana sahib, your lectures are the source of mind triggering for all of us.</w:t>
      </w:r>
      <w:r>
        <w:br/>
      </w:r>
      <w:r>
        <w:rPr>
          <w:sz w:val="20"/>
        </w:rPr>
        <w:t>36:21  whenever we listen to you, we feel more connected to god.</w:t>
      </w:r>
    </w:p>
    <w:p>
      <w:pPr>
        <w:pStyle w:val="Heading2"/>
      </w:pPr>
      <w:r>
        <w:t>Avoiding distractions and staying focused</w:t>
      </w:r>
    </w:p>
    <w:p>
      <w:r>
        <w:rPr>
          <w:color w:val="666666"/>
          <w:sz w:val="18"/>
        </w:rPr>
        <w:t>Life &amp; Wisdom · The Importance of the Quran May 15, 2016 Maulana Wahiduddin Khan · 50s · at 1:01:36 · https://youtu.be/9a-OOUR_bLg?t=3696</w:t>
      </w:r>
    </w:p>
    <w:p>
      <w:r>
        <w:rPr>
          <w:i/>
        </w:rPr>
        <w:t>“How to avoid distractions of the world and be focused?”</w:t>
      </w:r>
    </w:p>
    <w:p>
      <w:r>
        <w:rPr>
          <w:sz w:val="20"/>
        </w:rPr>
        <w:t>1:01:36  ji, maulana, agla sawal rizwan sahib ne bheja hai. unhon ne location nahi likhi hai. un ka sawal yeh hai ke how to avoid distractions of the world and be focused?</w:t>
      </w:r>
      <w:r>
        <w:br/>
      </w:r>
      <w:r>
        <w:rPr>
          <w:sz w:val="20"/>
        </w:rPr>
        <w:t>1:01:52  bhai, is ke liye aap ko apne apne andar yani disciplined thinking laani hogi. disciplined thinking yani munazzam andaaz mein sochna.</w:t>
      </w:r>
      <w:r>
        <w:br/>
      </w:r>
      <w:r>
        <w:rPr>
          <w:sz w:val="20"/>
        </w:rPr>
        <w:t>1:02:09  disciplined thinking aayegi to lazman is mein aayega ke ek focus ban jayega aap ka.</w:t>
      </w:r>
      <w:r>
        <w:br/>
      </w:r>
      <w:r>
        <w:rPr>
          <w:sz w:val="20"/>
        </w:rPr>
        <w:t>1:02:18  mera tajurba yahi hai.</w:t>
      </w:r>
    </w:p>
    <w:p>
      <w:pPr>
        <w:pStyle w:val="Heading2"/>
      </w:pPr>
      <w:r>
        <w:t>Avoiding emotional thinking, developing objective thinking</w:t>
      </w:r>
    </w:p>
    <w:p>
      <w:r>
        <w:rPr>
          <w:color w:val="666666"/>
          <w:sz w:val="18"/>
        </w:rPr>
        <w:t>Life &amp; Wisdom · Creative Solution or Ijtihadi Hal September 16, 2012 · 1m 23s · at 1:26:44 · https://youtu.be/yBKbiu0d_1A?t=5204</w:t>
      </w:r>
    </w:p>
    <w:p>
      <w:r>
        <w:rPr>
          <w:i/>
        </w:rPr>
        <w:t>“How can we avoid emotional thinking and develop objective thinking?”</w:t>
      </w:r>
    </w:p>
    <w:p>
      <w:r>
        <w:rPr>
          <w:sz w:val="20"/>
        </w:rPr>
        <w:t>1:26:44  maulana, agla sawal delhi se hai miss naghma siddiqui ka. unhone aapse poocha hai ke "how can we avoid emotional thinking and develop objective thinking?"</w:t>
      </w:r>
      <w:r>
        <w:br/>
      </w:r>
      <w:r>
        <w:rPr>
          <w:sz w:val="20"/>
        </w:rPr>
        <w:t>1:26:59  bhai, ab result ko dekhna parega.</w:t>
      </w:r>
      <w:r>
        <w:br/>
      </w:r>
      <w:r>
        <w:rPr>
          <w:sz w:val="20"/>
        </w:rPr>
        <w:t>1:27:02  emotional approach ya emotional thinking ka result hamesha ulta hota hai. kabhi bhi aisa nahi ho sakta ke aadmi, yaani jazbat mein aa kar koi karwai kare aur is ka acha result nikle.</w:t>
      </w:r>
      <w:r>
        <w:br/>
      </w:r>
      <w:r>
        <w:rPr>
          <w:sz w:val="20"/>
        </w:rPr>
        <w:t>1:27:19  aisa kabhi hua nahi, na ho sakta hai. to aadmi apni aql ko istemal kare ke jab jazbati karwai ka result ulta niklta hai to hum kyun jazbati banein?</w:t>
      </w:r>
      <w:r>
        <w:br/>
      </w:r>
      <w:r>
        <w:rPr>
          <w:sz w:val="20"/>
        </w:rPr>
        <w:t>1:27:32  to aap soch se hi apne jazbat ko control kar sakte hain. soch se aur soch ko, aur yaani soch hona chahiye result ko le kar ke.</w:t>
      </w:r>
      <w:r>
        <w:br/>
      </w:r>
      <w:r>
        <w:rPr>
          <w:sz w:val="20"/>
        </w:rPr>
        <w:t>1:27:44  result ko le kar sochna chahiye. yeh nahi ke bas, yaani koi waqia suna aur bhadak kar ke lage karwai karne.</w:t>
      </w:r>
      <w:r>
        <w:br/>
      </w:r>
      <w:r>
        <w:rPr>
          <w:sz w:val="20"/>
        </w:rPr>
        <w:t>1:27:57  in every situation you have to see the result.</w:t>
      </w:r>
      <w:r>
        <w:br/>
      </w:r>
      <w:r>
        <w:rPr>
          <w:sz w:val="20"/>
        </w:rPr>
        <w:t>1:28:00  jab bhi aadmi result ko le kar sochega to pacify ho jayega.</w:t>
      </w:r>
    </w:p>
    <w:p>
      <w:pPr>
        <w:pStyle w:val="Heading2"/>
      </w:pPr>
      <w:r>
        <w:t>Avoiding emotional thinking, developing objective thinking</w:t>
      </w:r>
    </w:p>
    <w:p>
      <w:r>
        <w:rPr>
          <w:color w:val="666666"/>
          <w:sz w:val="18"/>
        </w:rPr>
        <w:t>Life &amp; Wisdom · Creative Solution or Ijtihadi Hul 16th Sep '12 SLOW · 1m 11s · at 1:30:05 · https://youtu.be/Ri7r6K65b2Y?t=5405</w:t>
      </w:r>
    </w:p>
    <w:p>
      <w:r>
        <w:rPr>
          <w:i/>
        </w:rPr>
        <w:t>“How can we avoid emotional thinking and develop objective thinking?”</w:t>
      </w:r>
    </w:p>
    <w:p>
      <w:r>
        <w:rPr>
          <w:sz w:val="20"/>
        </w:rPr>
        <w:t>1:30:05  aap maulana, agla sawal dilli se hai miss naghma siddiqui ka.</w:t>
      </w:r>
      <w:r>
        <w:br/>
      </w:r>
      <w:r>
        <w:rPr>
          <w:sz w:val="20"/>
        </w:rPr>
        <w:t>1:30:10  انہوں نے آپ سے پوچھا ہے کہ "How can we avoid emotional thinking and develop objective thinking?" بھئی،</w:t>
      </w:r>
      <w:r>
        <w:br/>
      </w:r>
      <w:r>
        <w:rPr>
          <w:sz w:val="20"/>
        </w:rPr>
        <w:t>1:30:18  ab result ko dekhna parega.</w:t>
      </w:r>
      <w:r>
        <w:br/>
      </w:r>
      <w:r>
        <w:rPr>
          <w:sz w:val="20"/>
        </w:rPr>
        <w:t>1:30:20  emotional approach ya emotional thinking ka result hamesha ulta hota hai.</w:t>
      </w:r>
      <w:r>
        <w:br/>
      </w:r>
      <w:r>
        <w:rPr>
          <w:sz w:val="20"/>
        </w:rPr>
        <w:t>1:30:25  kabhi bhi aisa nahin ho sakta ke aadmi, yani jazbat mein aa kar koi karrawai kare aur is</w:t>
      </w:r>
      <w:r>
        <w:br/>
      </w:r>
      <w:r>
        <w:rPr>
          <w:sz w:val="20"/>
        </w:rPr>
        <w:t>1:30:33  ka acha result nikle.</w:t>
      </w:r>
      <w:r>
        <w:br/>
      </w:r>
      <w:r>
        <w:rPr>
          <w:sz w:val="20"/>
        </w:rPr>
        <w:t>1:30:35  aisa kabhi hua nahin, na ho sakta hai.</w:t>
      </w:r>
      <w:r>
        <w:br/>
      </w:r>
      <w:r>
        <w:rPr>
          <w:sz w:val="20"/>
        </w:rPr>
        <w:t>1:30:38  to aadmi apni aql ko istemal kare ke jab jazbati karrawai ka result ulta nikalta hai to hum</w:t>
      </w:r>
      <w:r>
        <w:br/>
      </w:r>
      <w:r>
        <w:rPr>
          <w:sz w:val="20"/>
        </w:rPr>
        <w:t>1:30:46  kyun jazbati bainen? to aap soch se hi apne jazbat ko control kar sakte hain.</w:t>
      </w:r>
      <w:r>
        <w:br/>
      </w:r>
      <w:r>
        <w:rPr>
          <w:sz w:val="20"/>
        </w:rPr>
        <w:t>1:30:52  soch se aur soch ko, yani soch hona chahiye result ko le kar ke.</w:t>
      </w:r>
      <w:r>
        <w:br/>
      </w:r>
      <w:r>
        <w:rPr>
          <w:sz w:val="20"/>
        </w:rPr>
        <w:t>1:30:58  result ko le kar sochna chahiye.</w:t>
      </w:r>
      <w:r>
        <w:br/>
      </w:r>
      <w:r>
        <w:rPr>
          <w:sz w:val="20"/>
        </w:rPr>
        <w:t>1:31:01  yeh nahi ke bas, yani koi waqia suna aur bhadak kar ke lage karwai karne.</w:t>
      </w:r>
      <w:r>
        <w:br/>
      </w:r>
      <w:r>
        <w:rPr>
          <w:sz w:val="20"/>
        </w:rPr>
        <w:t>1:31:07  In every situation you have to see the result.</w:t>
      </w:r>
      <w:r>
        <w:br/>
      </w:r>
      <w:r>
        <w:rPr>
          <w:sz w:val="20"/>
        </w:rPr>
        <w:t>1:31:11  jab bhi aadmi result ko le kar sochega to pacify ho jayega.</w:t>
      </w:r>
    </w:p>
    <w:p>
      <w:pPr>
        <w:pStyle w:val="Heading2"/>
      </w:pPr>
      <w:r>
        <w:t>Avoiding intellectual fallacies for CPS Mission</w:t>
      </w:r>
    </w:p>
    <w:p>
      <w:r>
        <w:rPr>
          <w:color w:val="666666"/>
          <w:sz w:val="18"/>
        </w:rPr>
        <w:t>Life &amp; Wisdom · Divine Help January 04, 2015 · 1m 54s · at 1:04:37 · https://youtu.be/IsFIb5jI5u8?t=3877</w:t>
      </w:r>
    </w:p>
    <w:p>
      <w:r>
        <w:rPr>
          <w:i/>
        </w:rPr>
        <w:t>“What should the people of the CPS Mission do to avoid intellectual fallacies? Please guide.”</w:t>
      </w:r>
    </w:p>
    <w:p>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p>
    <w:p>
      <w:pPr>
        <w:pStyle w:val="Heading2"/>
      </w:pPr>
      <w:r>
        <w:t>Balancing dawah and self study</w:t>
      </w:r>
    </w:p>
    <w:p>
      <w:r>
        <w:rPr>
          <w:color w:val="666666"/>
          <w:sz w:val="18"/>
        </w:rPr>
        <w:t>Life &amp; Wisdom · 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Balancing dawah and self-study</w:t>
      </w:r>
    </w:p>
    <w:p>
      <w:r>
        <w:rPr>
          <w:color w:val="666666"/>
          <w:sz w:val="18"/>
        </w:rPr>
        <w:t>Life &amp; Wisdom · From the Spiritual Tree September 8, 2013 Maulana Wahiduddin Khan · 1m 13s · at 52:35 · https://youtu.be/y4bObH7a_64?t=3155</w:t>
      </w:r>
    </w:p>
    <w:p>
      <w:r>
        <w:rPr>
          <w:i/>
        </w:rPr>
        <w:t>“Sometimes I find myself between two opposite demands, whether to engage in a dawah activity and to engage in self-study. Please guide how to balance between these conflicting but equally important tasks.”</w:t>
      </w:r>
    </w:p>
    <w:p>
      <w:r>
        <w:rPr>
          <w:sz w:val="20"/>
        </w:rPr>
        <w:t>52:35  masha allah. yeh agla sawal aaya hai sajid anwar sahib ka rurki se. yeh kehte hain: "maulana sometimes i find myself between two opposite demands,</w:t>
      </w:r>
      <w:r>
        <w:br/>
      </w:r>
      <w:r>
        <w:rPr>
          <w:sz w:val="20"/>
        </w:rPr>
        <w:t>52:48  whether to engage in a dawah activity or to engage in self study. please guide how to balance between these conflicting but equally important tasks."</w:t>
      </w:r>
    </w:p>
    <w:p>
      <w:pPr>
        <w:pStyle w:val="Heading2"/>
      </w:pPr>
      <w:r>
        <w:t>Balancing material life and spiritual goal</w:t>
      </w:r>
    </w:p>
    <w:p>
      <w:r>
        <w:rPr>
          <w:color w:val="666666"/>
          <w:sz w:val="18"/>
        </w:rPr>
        <w:t>Life &amp; Wisdom · 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Breaking conditioning and re-engineering mind</w:t>
      </w:r>
    </w:p>
    <w:p>
      <w:r>
        <w:rPr>
          <w:color w:val="666666"/>
          <w:sz w:val="18"/>
        </w:rPr>
        <w:t>Life &amp; Wisdom · Principle of Loss May 31, 2015 · 1m 33s · at 48:22 · https://youtu.be/vM-CUyBiDkc?t=2902</w:t>
      </w:r>
    </w:p>
    <w:p>
      <w:r>
        <w:rPr>
          <w:i/>
        </w:rPr>
        <w:t>“What is the starting point of breaking one's conditioning so that the person can re-engineer his or her mind? What is your advice in this?”</w:t>
      </w:r>
    </w:p>
    <w:p>
      <w:r>
        <w:rPr>
          <w:sz w:val="20"/>
        </w:rPr>
        <w:t>48:22  maulana, agla sawal fohad sahib ne kiya hai bhopal se, aur unhon ne likha hai ke maulana, what is the starting point of breaking ones conditioning so that the person can re engineer his or her mind?</w:t>
      </w:r>
      <w:r>
        <w:br/>
      </w:r>
      <w:r>
        <w:rPr>
          <w:sz w:val="20"/>
        </w:rPr>
        <w:t>48:38  what is your advice in this?</w:t>
      </w:r>
      <w:r>
        <w:br/>
      </w:r>
      <w:r>
        <w:rPr>
          <w:sz w:val="20"/>
        </w:rPr>
        <w:t>48:51  dekhiye, yeh kaam aadmi ko apne aap hi karna padta hai, aur main kai baar yeh baat kahi ke is ka raaz hai introspection, yaani shariyat mein is ke liye jo lafz bola gaya hai woh muhasba hai,</w:t>
      </w:r>
      <w:r>
        <w:br/>
      </w:r>
      <w:r>
        <w:rPr>
          <w:sz w:val="20"/>
        </w:rPr>
        <w:t>49:06  aur secular term hai is ka introspection.</w:t>
      </w:r>
      <w:r>
        <w:br/>
      </w:r>
      <w:r>
        <w:rPr>
          <w:sz w:val="20"/>
        </w:rPr>
        <w:t>49:09  apne aap mein, apne apne bare mein apni scrutiny karna, apne bare mein bohat zyada sochna, dispassionatey sochna, yeh to aadmi ka jo chahta ho apne aap ko develop karna, us ko hi karna padega.</w:t>
      </w:r>
      <w:r>
        <w:br/>
      </w:r>
      <w:r>
        <w:rPr>
          <w:sz w:val="20"/>
        </w:rPr>
        <w:t>49:31  koi doosra aadmi nahi kar sakta.</w:t>
      </w:r>
      <w:r>
        <w:br/>
      </w:r>
      <w:r>
        <w:rPr>
          <w:sz w:val="20"/>
        </w:rPr>
        <w:t>49:33  pehlay zamanay mein jo samjha jata tha ke ke khanqah mein jao, wahan par buzurg kar denge, to yeh bilkul main is ko is ko west less samajhta hoon.</w:t>
      </w:r>
      <w:r>
        <w:br/>
      </w:r>
      <w:r>
        <w:rPr>
          <w:sz w:val="20"/>
        </w:rPr>
        <w:t>49:44  koi buzurg nahi kar dega, aap ko khud karna padega.</w:t>
      </w:r>
    </w:p>
    <w:p>
      <w:pPr>
        <w:pStyle w:val="Heading2"/>
      </w:pPr>
      <w:r>
        <w:t>Breaking conditioning to re-engineer mind</w:t>
      </w:r>
    </w:p>
    <w:p>
      <w:r>
        <w:rPr>
          <w:color w:val="666666"/>
          <w:sz w:val="18"/>
        </w:rPr>
        <w:t>Life &amp; Wisdom · Principle of Loss | May 31, 2015 · 1m 20s · at 47:37 · https://youtu.be/IEf7QfU3BmY?t=2857</w:t>
      </w:r>
    </w:p>
    <w:p>
      <w:r>
        <w:rPr>
          <w:i/>
        </w:rPr>
        <w:t>“What is the starting point of breaking one's conditioning so that the person can re-engineer his or her mind? What is your advice in this?”</w:t>
      </w:r>
    </w:p>
    <w:p>
      <w:r>
        <w:rPr>
          <w:sz w:val="20"/>
        </w:rPr>
        <w:t>47:37  Maulana agla sawal Fawad Sahab ne kiya hai Bhopal se, aur unhone likha hai ke Maulana what is the starting point of breaking one's conditioning so that the person can re engineer his or her mind? What is your advice on this? Dekhiye, yeh kaam aadmi ko apne aap hi karna padta hai, aur main kai baar yeh baat kahi ke iska araz hai introspection, yani</w:t>
      </w:r>
      <w:r>
        <w:br/>
      </w:r>
      <w:r>
        <w:rPr>
          <w:sz w:val="20"/>
        </w:rPr>
        <w:t>48:07  ni shariat mein is ke jo lafz bola gaya hai woh muhasba hai, aur secular term hai is ka introspection.</w:t>
      </w:r>
      <w:r>
        <w:br/>
      </w:r>
      <w:r>
        <w:rPr>
          <w:sz w:val="20"/>
        </w:rPr>
        <w:t>48:15  اپنے آپ میں، اپنے اپنے بارے میں، اپنی self-pity کرنا، اپنے بارے میں بہت زیادہ سوچنا، dispassionately سوچنا،</w:t>
      </w:r>
      <w:r>
        <w:br/>
      </w:r>
      <w:r>
        <w:rPr>
          <w:sz w:val="20"/>
        </w:rPr>
        <w:t>48:22  یہ تو آدمی کا جو چاہتا ہو اپنے آپ کو develop کرنا، اس کو ہی کرنا پڑے گا،</w:t>
      </w:r>
      <w:r>
        <w:br/>
      </w:r>
      <w:r>
        <w:rPr>
          <w:sz w:val="20"/>
        </w:rPr>
        <w:t>48:30  koi doosra aadmi</w:t>
      </w:r>
      <w:r>
        <w:br/>
      </w:r>
      <w:r>
        <w:rPr>
          <w:sz w:val="20"/>
        </w:rPr>
        <w:t>48:37  nahin kar sakta.</w:t>
      </w:r>
      <w:r>
        <w:br/>
      </w:r>
      <w:r>
        <w:rPr>
          <w:sz w:val="20"/>
        </w:rPr>
        <w:t>48:42  pehlay zamanay jo samjha jata tha ke khanqah mein jao, wahan par buzurg kar dain gay, to yeh</w:t>
      </w:r>
      <w:r>
        <w:br/>
      </w:r>
      <w:r>
        <w:rPr>
          <w:sz w:val="20"/>
        </w:rPr>
        <w:t>48:47  bilkul mein is ko is ko baseless samajhta hoon, koi buzurg nahin kar de ga, aap ko khud</w:t>
      </w:r>
      <w:r>
        <w:br/>
      </w:r>
      <w:r>
        <w:rPr>
          <w:sz w:val="20"/>
        </w:rPr>
        <w:t>48:52  karna paray ga.</w:t>
      </w:r>
    </w:p>
    <w:p>
      <w:pPr>
        <w:pStyle w:val="Heading2"/>
      </w:pPr>
      <w:r>
        <w:t>Breaking the cycle of ever-increasing desires</w:t>
      </w:r>
    </w:p>
    <w:p>
      <w:r>
        <w:rPr>
          <w:color w:val="666666"/>
          <w:sz w:val="18"/>
        </w:rPr>
        <w:t>Life &amp; Wisdom · 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Can circumstances change history?</w:t>
      </w:r>
    </w:p>
    <w:p>
      <w:r>
        <w:rPr>
          <w:color w:val="666666"/>
          <w:sz w:val="18"/>
        </w:rPr>
        <w:t>Life &amp; Wisdom · History of Kaaba March 19, 2017 · 1m 35s · at 49:17 · https://youtu.be/HPvWnoueeqg?t=2957</w:t>
      </w:r>
    </w:p>
    <w:p>
      <w:r>
        <w:rPr>
          <w:i/>
        </w:rPr>
        <w:t>“You say that no one person can change history but it is the circumstances and situations which make history. Can you please elaborate this for us?”</w:t>
      </w:r>
    </w:p>
    <w:p>
      <w:r>
        <w:rPr>
          <w:sz w:val="20"/>
        </w:rPr>
        <w:t>49:17  yeh sawal bheja hai dilli se miss satti malhotra ne unhon ne likha hai Maulana you say that</w:t>
      </w:r>
      <w:r>
        <w:br/>
      </w:r>
      <w:r>
        <w:rPr>
          <w:sz w:val="20"/>
        </w:rPr>
        <w:t>49:24  no one person can change history but it is the circumstances and situations</w:t>
      </w:r>
      <w:r>
        <w:br/>
      </w:r>
      <w:r>
        <w:rPr>
          <w:sz w:val="20"/>
        </w:rPr>
        <w:t>49:31  which make history can you please elaborate this for us dekhiye ek aadmi jo hai</w:t>
      </w:r>
      <w:r>
        <w:br/>
      </w:r>
      <w:r>
        <w:rPr>
          <w:sz w:val="20"/>
        </w:rPr>
        <w:t>49:40  kuch mazhabi rasam waza kar sakta hai ke masjid mein ja ke aap namaz parhen koi mandir mein</w:t>
      </w:r>
      <w:r>
        <w:br/>
      </w:r>
      <w:r>
        <w:rPr>
          <w:sz w:val="20"/>
        </w:rPr>
        <w:t>49:47  ja ke ghanti bajaye yeh to kar sakta hai ek aadmi</w:t>
      </w:r>
      <w:r>
        <w:br/>
      </w:r>
      <w:r>
        <w:rPr>
          <w:sz w:val="20"/>
        </w:rPr>
        <w:t>49:50  lekin ek pure samaj mein pure system mein puri history mein koi change lana</w:t>
      </w:r>
      <w:r>
        <w:br/>
      </w:r>
      <w:r>
        <w:rPr>
          <w:sz w:val="20"/>
        </w:rPr>
        <w:t>49:57  hai to is ke liye long long effort chahiye</w:t>
      </w:r>
      <w:r>
        <w:br/>
      </w:r>
      <w:r>
        <w:rPr>
          <w:sz w:val="20"/>
        </w:rPr>
        <w:t>50:02  ek ek ek ek process chalta hai bahut der tak tab ja ke is ko conversion par koi</w:t>
      </w:r>
      <w:r>
        <w:br/>
      </w:r>
      <w:r>
        <w:rPr>
          <w:sz w:val="20"/>
        </w:rPr>
        <w:t>50:08  waqia pesh aata hai ye nahi ke do char saal mein aap ye karein woh karein aisa kabhi</w:t>
      </w:r>
      <w:r>
        <w:br/>
      </w:r>
      <w:r>
        <w:rPr>
          <w:sz w:val="20"/>
        </w:rPr>
        <w:t>50:13  hota nahi to leader log taliyan bajti hain in ke liye</w:t>
      </w:r>
      <w:r>
        <w:br/>
      </w:r>
      <w:r>
        <w:rPr>
          <w:sz w:val="20"/>
        </w:rPr>
        <w:t>50:21  bade bade alfaaz bolte hain jis ko main kehta hoon rhetoric activism</w:t>
      </w:r>
      <w:r>
        <w:br/>
      </w:r>
      <w:r>
        <w:rPr>
          <w:sz w:val="20"/>
        </w:rPr>
        <w:t>50:26  har leader rhetoric activist ka waris raha hai</w:t>
      </w:r>
      <w:r>
        <w:br/>
      </w:r>
      <w:r>
        <w:rPr>
          <w:sz w:val="20"/>
        </w:rPr>
        <w:t>50:33  halankay rhetoric activist se kuch hone wala nahi hai bahut hi serious planning karni parti hai aur long</w:t>
      </w:r>
      <w:r>
        <w:br/>
      </w:r>
      <w:r>
        <w:rPr>
          <w:sz w:val="20"/>
        </w:rPr>
        <w:t>50:40  term basis par karni parti hai tab</w:t>
      </w:r>
      <w:r>
        <w:br/>
      </w:r>
      <w:r>
        <w:rPr>
          <w:sz w:val="20"/>
        </w:rPr>
        <w:t>50:43  koi bada waqea pesh aata hai rhetoric activism mein sirf taliyan bajti hain aur kuch nahi</w:t>
      </w:r>
    </w:p>
    <w:p>
      <w:pPr>
        <w:pStyle w:val="Heading2"/>
      </w:pPr>
      <w:r>
        <w:t>Choosing between health peace and money</w:t>
      </w:r>
    </w:p>
    <w:p>
      <w:r>
        <w:rPr>
          <w:color w:val="666666"/>
          <w:sz w:val="18"/>
        </w:rPr>
        <w:t>Life &amp; Wisdom · Double Standards of Present-Day Muslims August 6, 2017 · 54s · at 42:41 · https://youtu.be/k1NcZQpHTyg?t=2561</w:t>
      </w:r>
    </w:p>
    <w:p>
      <w:r>
        <w:rPr>
          <w:i/>
        </w:rPr>
        <w:t>“If I could choose only one out of many: health and peace, which should I choose? Actually, among three: money, health, and peace, which is number one?”</w:t>
      </w:r>
    </w:p>
    <w:p>
      <w:r>
        <w:rPr>
          <w:sz w:val="20"/>
        </w:rPr>
        <w:t>42:41  agla sawal hai molana miss ankhi ki taraf se. wo likhti hain "if i could choose only one out of money, health and peace, what should i make a choice in favor of?" kin do ke beech mein?</w:t>
      </w:r>
      <w:r>
        <w:br/>
      </w:r>
      <w:r>
        <w:rPr>
          <w:sz w:val="20"/>
        </w:rPr>
        <w:t>42:58  teen ke beech mein. molana, paisa, health aur peace. teen? ji molana, paisa, health aur peace.</w:t>
      </w:r>
      <w:r>
        <w:br/>
      </w:r>
      <w:r>
        <w:rPr>
          <w:sz w:val="20"/>
        </w:rPr>
        <w:t>43:07  number one health hai. health nahi to kuch bhi nahi. is mein koi shaq nahi ke number one health hai.</w:t>
      </w:r>
      <w:r>
        <w:br/>
      </w:r>
      <w:r>
        <w:rPr>
          <w:sz w:val="20"/>
        </w:rPr>
        <w:t>43:19  aaj hi mein case keh raha tha ke dekhen, boorha ho gaya hoon mein to mein yaad karta hoon apni jawani ki umar ko to lagta hoon ke mein kuch tha us waqt, aaj kuch hoon.</w:t>
      </w:r>
      <w:r>
        <w:br/>
      </w:r>
      <w:r>
        <w:rPr>
          <w:sz w:val="20"/>
        </w:rPr>
        <w:t>43:30  to yaad rakhen, health nahi to kuch bhi nahi.</w:t>
      </w:r>
    </w:p>
    <w:p>
      <w:pPr>
        <w:pStyle w:val="Heading2"/>
      </w:pPr>
      <w:r>
        <w:t>Clarify personality as changelessness in change</w:t>
      </w:r>
    </w:p>
    <w:p>
      <w:r>
        <w:rPr>
          <w:color w:val="666666"/>
          <w:sz w:val="18"/>
        </w:rPr>
        <w:t>Life &amp; Wisdom · Man and the Laws of Nature April 1, 2012 · 42s · at 1:10:45 · https://youtu.be/coIrwYQgb6Y?t=4245</w:t>
      </w:r>
    </w:p>
    <w:p>
      <w:r>
        <w:rPr>
          <w:i/>
        </w:rPr>
        <w:t>“In today's lecture, personality was defined as changelessness in change. However, the concept of personality development is based on the assumption that personality is also subject to change. Kindly clarify this.”</w:t>
      </w:r>
    </w:p>
    <w:p>
      <w:r>
        <w:rPr>
          <w:sz w:val="20"/>
        </w:rPr>
        <w:t>1:10:45  maulana, agla sawal rai pur se hai mr idrees ka.</w:t>
      </w:r>
      <w:r>
        <w:br/>
      </w:r>
      <w:r>
        <w:rPr>
          <w:sz w:val="20"/>
        </w:rPr>
        <w:t>1:10:48  unhon ne likha hai: "maulana sahib, in today lecture personality was defined as changelessness in change.</w:t>
      </w:r>
      <w:r>
        <w:br/>
      </w:r>
      <w:r>
        <w:rPr>
          <w:sz w:val="20"/>
        </w:rPr>
        <w:t>1:10:57  however, the concept of personality development is based on assumption that personality is also subject to change. kindly clarify this." nahi, doosre muamle mein development ka sahi lafz hai personality ko develop karna.</w:t>
      </w:r>
      <w:r>
        <w:br/>
      </w:r>
      <w:r>
        <w:rPr>
          <w:sz w:val="20"/>
        </w:rPr>
        <w:t>1:11:13  change to mani to ek aur cheez, change ek alag lafz hai.</w:t>
      </w:r>
      <w:r>
        <w:br/>
      </w:r>
      <w:r>
        <w:rPr>
          <w:sz w:val="20"/>
        </w:rPr>
        <w:t>1:11:17  to material jo aspect hai hamari zindagi ka, woh hai subject to change. lekin jo doosra aspect hai, intellectual aspect jo hai, woh development ka subject hai.</w:t>
      </w:r>
    </w:p>
    <w:p>
      <w:pPr>
        <w:pStyle w:val="Heading2"/>
      </w:pPr>
      <w:r>
        <w:t>Coexistence of good and evil in humans</w:t>
      </w:r>
    </w:p>
    <w:p>
      <w:r>
        <w:rPr>
          <w:color w:val="666666"/>
          <w:sz w:val="18"/>
        </w:rPr>
        <w:t>Life &amp; Wisdom · War and Peace August 28, 2016 Maulana Wahiduddin Khan · 56s · at 1:00:39 · https://youtu.be/8ViacW5xI3w?t=3639</w:t>
      </w:r>
    </w:p>
    <w:p>
      <w:r>
        <w:rPr>
          <w:i/>
        </w:rPr>
        <w:t>“Why are good and evil often found together in a human? Please tell about it.”</w:t>
      </w:r>
    </w:p>
    <w:p>
      <w:r>
        <w:rPr>
          <w:sz w:val="20"/>
        </w:rPr>
        <w:t>1:00:39  ji, Maulana sahib, agla sawal Islamabad Pakistan se Muhammad Bilal Usman sahib ne kiya hai aur unhon</w:t>
      </w:r>
      <w:r>
        <w:br/>
      </w:r>
      <w:r>
        <w:rPr>
          <w:sz w:val="20"/>
        </w:rPr>
        <w:t>1:00:46  ne aap se poocha hai ke insaan mein achhai aur burai aksar ek sath kyun pai jati hai?</w:t>
      </w:r>
      <w:r>
        <w:br/>
      </w:r>
      <w:r>
        <w:rPr>
          <w:sz w:val="20"/>
        </w:rPr>
        <w:t>1:00:52  is ke bare mein batain.</w:t>
      </w:r>
      <w:r>
        <w:br/>
      </w:r>
      <w:r>
        <w:rPr>
          <w:sz w:val="20"/>
        </w:rPr>
        <w:t>1:00:58  aksar nahi, hamesha pai jati hai.</w:t>
      </w:r>
      <w:r>
        <w:br/>
      </w:r>
      <w:r>
        <w:rPr>
          <w:sz w:val="20"/>
        </w:rPr>
        <w:t>1:01:05  har insaan ke andar do cheezein hain: fazool o taqwa, yaani insaan ke andar Khudaai ne dono cheezein</w:t>
      </w:r>
      <w:r>
        <w:br/>
      </w:r>
      <w:r>
        <w:rPr>
          <w:sz w:val="20"/>
        </w:rPr>
        <w:t>1:01:11  rakh di hain, fazool bhi aur taqwa bhi, achha bhi aur bura bhi.</w:t>
      </w:r>
      <w:r>
        <w:br/>
      </w:r>
      <w:r>
        <w:rPr>
          <w:sz w:val="20"/>
        </w:rPr>
        <w:t>1:01:17  agar na hote, phir aap ka test kaise hoga? agar ye na ho to test kaise hoga? ye</w:t>
      </w:r>
      <w:r>
        <w:br/>
      </w:r>
      <w:r>
        <w:rPr>
          <w:sz w:val="20"/>
        </w:rPr>
        <w:t>1:01:24  aap ko karni hai, wo dono cheezein to rahe gi.</w:t>
      </w:r>
      <w:r>
        <w:br/>
      </w:r>
      <w:r>
        <w:rPr>
          <w:sz w:val="20"/>
        </w:rPr>
        <w:t>1:01:30  aap ko karna hai ke aap taqwa ka tareeqa ikhtiyar karein aur fazool tareeqa chhod dein.</w:t>
      </w:r>
    </w:p>
    <w:p>
      <w:pPr>
        <w:pStyle w:val="Heading2"/>
      </w:pPr>
      <w:r>
        <w:t>Comparing ongoing situations to unattainable ideal</w:t>
      </w:r>
    </w:p>
    <w:p>
      <w:r>
        <w:rPr>
          <w:color w:val="666666"/>
          <w:sz w:val="18"/>
        </w:rPr>
        <w:t>Life &amp; Wisdom · The Companions and the Hadith Scholars June 24, 2012 · 1m 39s · at 1:16:02 · https://youtu.be/Dj4QiYnxgBs?t=4562</w:t>
      </w:r>
    </w:p>
    <w:p>
      <w:r>
        <w:rPr>
          <w:i/>
        </w:rPr>
        <w:t>“If ideal society is never possible to achieve, so is it also wrong to compare ongoing situations against the ideal, keeping in mind the fact that we would never achieve the ideal?”</w:t>
      </w:r>
    </w:p>
    <w:p>
      <w:r>
        <w:rPr>
          <w:sz w:val="20"/>
        </w:rPr>
        <w:t>1:16:02  maulana, agla sawal Melbourne, Australia se aaya hai, Mr. Shantanu Mehra ka. unhon ne likha hai: "If ideal society is never possible to achieve, so is it also wrong to compare ongoing situations against the ideal,</w:t>
      </w:r>
      <w:r>
        <w:br/>
      </w:r>
      <w:r>
        <w:rPr>
          <w:sz w:val="20"/>
        </w:rPr>
        <w:t>1:16:21  keeping in mind the fact that we would never achieve the ideal?"</w:t>
      </w:r>
      <w:r>
        <w:br/>
      </w:r>
      <w:r>
        <w:rPr>
          <w:sz w:val="20"/>
        </w:rPr>
        <w:t>1:16:27  dekhen,</w:t>
      </w:r>
      <w:r>
        <w:br/>
      </w:r>
      <w:r>
        <w:rPr>
          <w:sz w:val="20"/>
        </w:rPr>
        <w:t>1:16:31  jo soorat-e-haal hai, jo existing situation hai, us ko idealist hai, na aap ka kab aqdar karte hain aap. ek mafroza ideal, ek ek fardi idealist naam nahin.</w:t>
      </w:r>
      <w:r>
        <w:br/>
      </w:r>
      <w:r>
        <w:rPr>
          <w:sz w:val="20"/>
        </w:rPr>
        <w:t>1:16:42  is ke bajaye aap yeh dekhiye ke jo bhi situation hai, us mein phir bhi opportunities maujood</w:t>
      </w:r>
      <w:r>
        <w:br/>
      </w:r>
      <w:r>
        <w:rPr>
          <w:sz w:val="20"/>
        </w:rPr>
        <w:t>1:16:48  hain. to main yahan samjha hai main ne ke aadmi ko chahiye ke woh apne zamane ko in terms of ideal na naape, in terms of opportunity dekhe.</w:t>
      </w:r>
      <w:r>
        <w:br/>
      </w:r>
      <w:r>
        <w:rPr>
          <w:sz w:val="20"/>
        </w:rPr>
        <w:t>1:17:01  yani jo situation hai jis mein aadmi hai, us ko idealist na judge kare. us aitbaar se dekhe ke kya opportunities maujood hain.</w:t>
      </w:r>
      <w:r>
        <w:br/>
      </w:r>
      <w:r>
        <w:rPr>
          <w:sz w:val="20"/>
        </w:rPr>
        <w:t>1:17:10  to maloom hua ke bohat maujood hain, enormous opportunities. to bas isi par focus kar de. aur ideal ke liye woh jannat ka, yani woh samjhe ke jannat ki duaen kare, jannat ke liye woh ishtiyaq is ke andar ho.</w:t>
      </w:r>
      <w:r>
        <w:br/>
      </w:r>
      <w:r>
        <w:rPr>
          <w:sz w:val="20"/>
        </w:rPr>
        <w:t>1:17:26  to idealism jannat ke liye hai. aur duniya mein jo hai, woh opportunities ko talash kar ke us ka avail karna. yeh hai sahi tareeqa kar.</w:t>
      </w:r>
    </w:p>
    <w:p>
      <w:pPr>
        <w:pStyle w:val="Heading2"/>
      </w:pPr>
      <w:r>
        <w:t>Comparing reality with ideal society</w:t>
      </w:r>
    </w:p>
    <w:p>
      <w:r>
        <w:rPr>
          <w:color w:val="666666"/>
          <w:sz w:val="18"/>
        </w:rPr>
        <w:t>Life &amp; Wisdom · Sahaba and Muhaddithin 24th June 2012 - Maulana Wahiduddin Khan · 1m 49s · at 1:21:31 · https://youtu.be/tUPo7MI0Bdo?t=4891</w:t>
      </w:r>
    </w:p>
    <w:p>
      <w:r>
        <w:rPr>
          <w:i/>
        </w:rPr>
        <w:t>“If ideal society is never possible to achieve, so is it also wrong to compare ongoing situations against the ideal, keeping in mind the fact that we would never achieve the ideal?”</w:t>
      </w:r>
    </w:p>
    <w:p>
      <w:r>
        <w:rPr>
          <w:sz w:val="20"/>
        </w:rPr>
        <w:t>1:21:31  maulana, agla sawal melbourne, australia se aaya hai, mr shantanu mehra ka. unhone likha hai: "If ideal society is never possible to achieve,</w:t>
      </w:r>
      <w:r>
        <w:br/>
      </w:r>
      <w:r>
        <w:rPr>
          <w:sz w:val="20"/>
        </w:rPr>
        <w:t>1:21:44  so is it also wrong to compare ongoing situations</w:t>
      </w:r>
      <w:r>
        <w:br/>
      </w:r>
      <w:r>
        <w:rPr>
          <w:sz w:val="20"/>
        </w:rPr>
        <w:t>1:21:49  against the ideal, keeping in mind the fact that we would never achieve the ideal?" dekhein,</w:t>
      </w:r>
      <w:r>
        <w:br/>
      </w:r>
      <w:r>
        <w:rPr>
          <w:sz w:val="20"/>
        </w:rPr>
        <w:t>1:22:01  jo soorat-e-haal hai, jo existing situation hai, usko ideal se naap ka kab akhaz karte hain aap? ek mufrada ideal, ek fardi ideal se naapni.</w:t>
      </w:r>
      <w:r>
        <w:br/>
      </w:r>
      <w:r>
        <w:rPr>
          <w:sz w:val="20"/>
        </w:rPr>
        <w:t>1:22:13  iske bajaye aap yeh dekhiye ke jo bhi situation hai, usmein phir bhi opportunities maujood hain.</w:t>
      </w:r>
      <w:r>
        <w:br/>
      </w:r>
      <w:r>
        <w:rPr>
          <w:sz w:val="20"/>
        </w:rPr>
        <w:t>1:22:22  to main yahan samjha hai, main ne ke aadmi ko chahiye ke woh apne zamane ko in terms of ideal na naape, in terms of opportunity dekhe.</w:t>
      </w:r>
      <w:r>
        <w:br/>
      </w:r>
      <w:r>
        <w:rPr>
          <w:sz w:val="20"/>
        </w:rPr>
        <w:t>1:22:38  yani jo</w:t>
      </w:r>
      <w:r>
        <w:br/>
      </w:r>
      <w:r>
        <w:rPr>
          <w:sz w:val="20"/>
        </w:rPr>
        <w:t>1:22:39  situation hai jis mein aadmi hai, usko ideals na judge kare. is aitbaar se dekhe ke kya opportunities maujood hain. to maloom hua ke bahut maujood hain, enormous opportunities.</w:t>
      </w:r>
      <w:r>
        <w:br/>
      </w:r>
      <w:r>
        <w:rPr>
          <w:sz w:val="20"/>
        </w:rPr>
        <w:t>1:22:50  to bas isi par focus kar de. aur ideal ke liye woh jannat ka, yani</w:t>
      </w:r>
      <w:r>
        <w:br/>
      </w:r>
      <w:r>
        <w:rPr>
          <w:sz w:val="20"/>
        </w:rPr>
        <w:t>1:22:58  woh samjhe ke jannat ke liye duaayein kare, jannat ke liye woh ishtiyaq iske andar ho. to idealism jannat ke liye hai. aur duniya mein jo hai, woh opportunities ko talash kar ke usko avail karna.</w:t>
      </w:r>
      <w:r>
        <w:br/>
      </w:r>
      <w:r>
        <w:rPr>
          <w:sz w:val="20"/>
        </w:rPr>
        <w:t>1:23:14  yeh hai sahi tareeqa-kaar.</w:t>
      </w:r>
    </w:p>
    <w:p>
      <w:pPr>
        <w:pStyle w:val="Heading2"/>
      </w:pPr>
      <w:r>
        <w:t>Converting Problems into Opportunity</w:t>
      </w:r>
    </w:p>
    <w:p>
      <w:r>
        <w:rPr>
          <w:color w:val="666666"/>
          <w:sz w:val="18"/>
        </w:rPr>
        <w:t>Life &amp; Wisdom · Don't Be Angry Culture January 15, 2012 Maulana Wahiduddin Khan · 1m 55s · at 1:22:52 · https://youtu.be/rY1Ikwmwwdk?t=4972</w:t>
      </w:r>
    </w:p>
    <w:p>
      <w:r>
        <w:rPr>
          <w:i/>
        </w:rPr>
        <w:t>“How can problems be converted into opportunity? Kindly comment.”</w:t>
      </w:r>
    </w:p>
    <w:p>
      <w:r>
        <w:rPr>
          <w:sz w:val="20"/>
        </w:rPr>
        <w:t>1:22:52  Maulana, agla sawal Mr. Muhammad Samiullah Sahab ka hai Delhi se. unhon ne likha hai: "How can problems be converted into opportunity?</w:t>
      </w:r>
      <w:r>
        <w:br/>
      </w:r>
      <w:r>
        <w:rPr>
          <w:sz w:val="20"/>
        </w:rPr>
        <w:t>1:23:01  Kindly comment." dekhiye, yeh kaine ki baat nahi hai. yeh karna hi karna hai. kyunke kyunke zindagi jo hai woh problem se hi bhari hui hai.</w:t>
      </w:r>
      <w:r>
        <w:br/>
      </w:r>
      <w:r>
        <w:rPr>
          <w:sz w:val="20"/>
        </w:rPr>
        <w:t>1:23:15  agar aap problem se uljhein to kuch nahi kar sakte.</w:t>
      </w:r>
      <w:r>
        <w:br/>
      </w:r>
      <w:r>
        <w:rPr>
          <w:sz w:val="20"/>
        </w:rPr>
        <w:t>1:23:20  yaani zindagi ki misaal aisi hai jaise ek gulab ka phool hai. us ke shakh mein kaante hain aur phool bhi isi mein. ek hi shakh mein kaante bhi hain, ek hi shakh mein phool bhi hain.</w:t>
      </w:r>
      <w:r>
        <w:br/>
      </w:r>
      <w:r>
        <w:rPr>
          <w:sz w:val="20"/>
        </w:rPr>
        <w:t>1:23:31  to aap kaanton ko avoid karte hain, tab phool milta hai aap ko. agar kaanton ko na avoid karein to phool nahi mile ga aap ko. yeh Allah taala ne zindagi ka namoona dikha diya hai ke zindagi mein kaante rahenge, problem rahenge.</w:t>
      </w:r>
      <w:r>
        <w:br/>
      </w:r>
      <w:r>
        <w:rPr>
          <w:sz w:val="20"/>
        </w:rPr>
        <w:t>1:23:49  tum ko ek hi kaam karna hai ke problem ko avoid karo, ignore karo. aur Quran mein dekhiye, fitrat ka usool bataya gaya: "Law of nature." inna ma'al 'usri yusra.</w:t>
      </w:r>
      <w:r>
        <w:br/>
      </w:r>
      <w:r>
        <w:rPr>
          <w:sz w:val="20"/>
        </w:rPr>
        <w:t>1:24:01  yeh Law of nature hai. is ka matlab hai ke "Where there are problems, there are opportunities." yeh Law of nature hai.</w:t>
      </w:r>
      <w:r>
        <w:br/>
      </w:r>
      <w:r>
        <w:rPr>
          <w:sz w:val="20"/>
        </w:rPr>
        <w:t>1:24:11  kabhi bhi aisa nahi ho sakta zindagi mein ke problem ho, opportunity na ho.</w:t>
      </w:r>
      <w:r>
        <w:br/>
      </w:r>
      <w:r>
        <w:rPr>
          <w:sz w:val="20"/>
        </w:rPr>
        <w:t>1:24:17  to aap problem ko ignore kijiye aur to wohin wohin dekhenge aap opportunity maujood hai. yeh koi is par mein ne bohat ziyada likha hai.</w:t>
      </w:r>
      <w:r>
        <w:br/>
      </w:r>
      <w:r>
        <w:rPr>
          <w:sz w:val="20"/>
        </w:rPr>
        <w:t>1:24:28  meri jo kitabein hain, yeh raaz hayat, taabeer hayat, rehnuma hayat, kitaab-e-zindagi, woh sab yahi to hai is mein. is ki tafseel jis ko jaanna hai, woh in kitabon ko parhe.</w:t>
      </w:r>
      <w:r>
        <w:br/>
      </w:r>
      <w:r>
        <w:rPr>
          <w:sz w:val="20"/>
        </w:rPr>
        <w:t>1:24:41  English mein bhi ek kitaab hai: "Moral Vision." is ko aap parh sakte hain.</w:t>
      </w:r>
    </w:p>
    <w:p>
      <w:pPr>
        <w:pStyle w:val="Heading2"/>
      </w:pPr>
      <w:r>
        <w:t>Criterion for traditional vs scientific reasoning</w:t>
      </w:r>
    </w:p>
    <w:p>
      <w:r>
        <w:rPr>
          <w:color w:val="666666"/>
          <w:sz w:val="18"/>
        </w:rPr>
        <w:t>Life &amp; Wisdom · Importance of Peace August 17, 2014 · 1m 29s · at 49:33 · https://youtu.be/ifxSwh2Jckw?t=2973</w:t>
      </w:r>
    </w:p>
    <w:p>
      <w:r>
        <w:rPr>
          <w:i/>
        </w:rPr>
        <w:t>“Maulana, in your books it is repeatedly mentioned that the ancient age was the age of traditional reasoning, and the modern age is the age of scientific reasoning. My question in this regard is: what is the criterion to know the difference between traditional and scientific reasoning?”</w:t>
      </w:r>
    </w:p>
    <w:p>
      <w:r>
        <w:rPr>
          <w:sz w:val="20"/>
        </w:rPr>
        <w:t>49:33  maulana, agla sawal badr se kya hai yunusuddin sahib ne</w:t>
      </w:r>
      <w:r>
        <w:br/>
      </w:r>
      <w:r>
        <w:rPr>
          <w:sz w:val="20"/>
        </w:rPr>
        <w:t>49:38  . unhon ne likha hai ke maulana, aap ki kitabon mein yeh baat bar bar parhne mein aati hai ke qadeem zamana yani ancient age rawaiyati istidlal ka zamana tha.</w:t>
      </w:r>
      <w:r>
        <w:br/>
      </w:r>
      <w:r>
        <w:rPr>
          <w:sz w:val="20"/>
        </w:rPr>
        <w:t>49:52  aur maujooda zamana yani modern age scientific istidlal ka zamana hai. mera sawal is silsile mein hai ke rawaiyati aur scientific istidlal ke farq ko janne ka kya meyar hai?</w:t>
      </w:r>
      <w:r>
        <w:br/>
      </w:r>
      <w:r>
        <w:rPr>
          <w:sz w:val="20"/>
        </w:rPr>
        <w:t>50:09  is ko wazeh karen.</w:t>
      </w:r>
      <w:r>
        <w:br/>
      </w:r>
      <w:r>
        <w:rPr>
          <w:sz w:val="20"/>
        </w:rPr>
        <w:t>50:13  bhai, is par to bohat kitabein likhi gayi hain. bara ek, yani science of knowledge ek poora discipline hai. is ko aap parh sakte hain.</w:t>
      </w:r>
      <w:r>
        <w:br/>
      </w:r>
      <w:r>
        <w:rPr>
          <w:sz w:val="20"/>
        </w:rPr>
        <w:t>50:24  is par to sankron kitabein hain. to ya to aap direct ja kar kisi library mein parhiye. nahi to meri jo kitab abhi haal mein chhapi hai, izhar-e-deen, us ko parh lijiye.</w:t>
      </w:r>
      <w:r>
        <w:br/>
      </w:r>
      <w:r>
        <w:rPr>
          <w:sz w:val="20"/>
        </w:rPr>
        <w:t>50:38  aap ke paas kam waqt hai to aap izhar-e-deen parh lijiye. zyada waqt hai to library mein ja kar ke aap, yani jo knowledge par jo kitabein likhi gayi hain, us ko parhiye.</w:t>
      </w:r>
      <w:r>
        <w:br/>
      </w:r>
      <w:r>
        <w:rPr>
          <w:sz w:val="20"/>
        </w:rPr>
        <w:t>50:53  misal ke taur par, bertrand russell ki kitab hai "Human Knowledge". aisi bohat si kitabein hain. to ya to aap library mein ja kar ke study kijiye.</w:t>
      </w:r>
    </w:p>
    <w:p>
      <w:pPr>
        <w:pStyle w:val="Heading2"/>
      </w:pPr>
      <w:r>
        <w:t>Crying over lost ones and patience</w:t>
      </w:r>
    </w:p>
    <w:p>
      <w:r>
        <w:rPr>
          <w:color w:val="666666"/>
          <w:sz w:val="18"/>
        </w:rPr>
        <w:t>Life &amp; Wisdom · 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Dealing with grief after losing children</w:t>
      </w:r>
    </w:p>
    <w:p>
      <w:r>
        <w:rPr>
          <w:color w:val="666666"/>
          <w:sz w:val="18"/>
        </w:rPr>
        <w:t>Life &amp; Wisdom · 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Dealing with incompatible life partner</w:t>
      </w:r>
    </w:p>
    <w:p>
      <w:r>
        <w:rPr>
          <w:color w:val="666666"/>
          <w:sz w:val="18"/>
        </w:rPr>
        <w:t>Life &amp; Wisdom · 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Dealing with insincere friendships</w:t>
      </w:r>
    </w:p>
    <w:p>
      <w:r>
        <w:rPr>
          <w:color w:val="666666"/>
          <w:sz w:val="18"/>
        </w:rPr>
        <w:t>Life &amp; Wisdom · 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Dealing with negative people and behavior</w:t>
      </w:r>
    </w:p>
    <w:p>
      <w:r>
        <w:rPr>
          <w:color w:val="666666"/>
          <w:sz w:val="18"/>
        </w:rPr>
        <w:t>Life &amp; Wisdom · 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Dealing with negative thoughts</w:t>
      </w:r>
    </w:p>
    <w:p>
      <w:r>
        <w:rPr>
          <w:color w:val="666666"/>
          <w:sz w:val="18"/>
        </w:rPr>
        <w:t>Life &amp; Wisdom · 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Decision-making art from Quran and Hadith</w:t>
      </w:r>
    </w:p>
    <w:p>
      <w:r>
        <w:rPr>
          <w:color w:val="666666"/>
          <w:sz w:val="18"/>
        </w:rPr>
        <w:t>Life &amp; Wisdom · Dars-e-Quran, Ch. 2 Verse 50-52 |  March 11, 2018 · 1m 45s · at 58:10 · https://youtu.be/ShSyMy4LPfc?t=3490</w:t>
      </w:r>
    </w:p>
    <w:p>
      <w:r>
        <w:rPr>
          <w:i/>
        </w:rPr>
        <w:t>“Please tell us how to develop the art of decision-making as per Quran and Hadith?”</w:t>
      </w:r>
    </w:p>
    <w:p>
      <w:r>
        <w:rPr>
          <w:sz w:val="20"/>
        </w:rPr>
        <w:t>58:10  maulana agla sawal lete hain jo karachi sindh pakistan se bheja hai mehran jo waseem ahmed sahab ne unhon</w:t>
      </w:r>
      <w:r>
        <w:br/>
      </w:r>
      <w:r>
        <w:rPr>
          <w:sz w:val="20"/>
        </w:rPr>
        <w:t>58:17  نے لکھا ہے مولانا پلیز ٹیل اس ہاؤ ٹو ڈیویلپ دی آرٹ آف ڈی</w:t>
      </w:r>
      <w:r>
        <w:br/>
      </w:r>
      <w:r>
        <w:rPr>
          <w:sz w:val="20"/>
        </w:rPr>
        <w:t>58:25  cision making as per quran and hadith? simple si baat hai simple si ke quran aur hadith ko sirf quran o hadith ko len baqi jo aap ne maani bhar rakha hai political baat hai nafrat ki baat hai use nikal dijiye bilkul jaise gard o gubar ka aadmi nikalta hai simple</w:t>
      </w:r>
      <w:r>
        <w:br/>
      </w:r>
      <w:r>
        <w:rPr>
          <w:sz w:val="20"/>
        </w:rPr>
        <w:t>58:55  baat hai sirf quran aur hadith ke thought jo hai apne maani rakhiye baqi thought ko bilkul nikal dijiye haram samajh kar ke bas aur kuch nahi. okay so we will end today session thank you.</w:t>
      </w:r>
    </w:p>
    <w:p>
      <w:pPr>
        <w:pStyle w:val="Heading2"/>
      </w:pPr>
      <w:r>
        <w:t>Deconditioning and increasing grasp after forty</w:t>
      </w:r>
    </w:p>
    <w:p>
      <w:r>
        <w:rPr>
          <w:color w:val="666666"/>
          <w:sz w:val="18"/>
        </w:rPr>
        <w:t>Life &amp; Wisdom · Realization of God May 07, 2017 Maulana Wahiduddin Khan · 1m 53s · at 56:35 · https://youtu.be/sXmJShRfWKs?t=3395</w:t>
      </w:r>
    </w:p>
    <w:p>
      <w:r>
        <w:rPr>
          <w:i/>
        </w:rPr>
        <w:t>“Most people get conditioned and form habits as they grow old. Can a person forty years or older still decondition himself or increase the power of grasp? If yes, how can he become a prepared mind?”</w:t>
      </w:r>
    </w:p>
    <w:p>
      <w:r>
        <w:rPr>
          <w:sz w:val="20"/>
        </w:rPr>
        <w:t>56:35  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r>
        <w:br/>
      </w:r>
      <w:r>
        <w:rPr>
          <w:sz w:val="20"/>
        </w:rPr>
        <w:t>57:04  my question is can a person who is forty years old or more still be able to decondition himself or can he increase the power of grasp that you mentioned today if yes how can he do that so he becomes a prepared mind like you advised in today's talk</w:t>
      </w:r>
      <w:r>
        <w:br/>
      </w:r>
      <w:r>
        <w:rPr>
          <w:sz w:val="20"/>
        </w:rPr>
        <w:t>57:30  dekhiye</w:t>
      </w:r>
      <w:r>
        <w:br/>
      </w:r>
      <w:r>
        <w:rPr>
          <w:sz w:val="20"/>
        </w:rPr>
        <w:t>57:34  zindagi mein koi late nahi hota haan it's never too late</w:t>
      </w:r>
      <w:r>
        <w:br/>
      </w:r>
      <w:r>
        <w:rPr>
          <w:sz w:val="20"/>
        </w:rPr>
        <w:t>57:40  is insan ka mind itna alive hai itna itna zyada bari capacity is ke andar hai ke late</w:t>
      </w:r>
      <w:r>
        <w:br/>
      </w:r>
      <w:r>
        <w:rPr>
          <w:sz w:val="20"/>
        </w:rPr>
        <w:t>57:48  koi cheez nahi jab bhi aap zinda kar lein apne mind ko jab bhi tayyar kar lein to</w:t>
      </w:r>
      <w:r>
        <w:br/>
      </w:r>
      <w:r>
        <w:rPr>
          <w:sz w:val="20"/>
        </w:rPr>
        <w:t>57:54  bas shuru ho gaya</w:t>
      </w:r>
      <w:r>
        <w:br/>
      </w:r>
      <w:r>
        <w:rPr>
          <w:sz w:val="20"/>
        </w:rPr>
        <w:t>57:57  yaani excuse lete rehte hain log mein bara tajurba yeh hai ke log khwamkhwah excuse lete hain excuse</w:t>
      </w:r>
      <w:r>
        <w:br/>
      </w:r>
      <w:r>
        <w:rPr>
          <w:sz w:val="20"/>
        </w:rPr>
        <w:t>58:03  jisko dekhein woh excuse leta hai</w:t>
      </w:r>
      <w:r>
        <w:br/>
      </w:r>
      <w:r>
        <w:rPr>
          <w:sz w:val="20"/>
        </w:rPr>
        <w:t>58:06  is liye pehli baat yeh hai ke aap is ko pakrein ke if you have good excuse don't</w:t>
      </w:r>
      <w:r>
        <w:br/>
      </w:r>
      <w:r>
        <w:rPr>
          <w:sz w:val="20"/>
        </w:rPr>
        <w:t>58:11  use it</w:t>
      </w:r>
      <w:r>
        <w:br/>
      </w:r>
      <w:r>
        <w:rPr>
          <w:sz w:val="20"/>
        </w:rPr>
        <w:t>58:13  agar aap chahte hain bari taraqqi to is ko pakad lejiye ke if you have good excuse dont use it</w:t>
      </w:r>
      <w:r>
        <w:br/>
      </w:r>
      <w:r>
        <w:rPr>
          <w:sz w:val="20"/>
        </w:rPr>
        <w:t>58:22  phir koi rukawat nahi rahegi</w:t>
      </w:r>
    </w:p>
    <w:p>
      <w:pPr>
        <w:pStyle w:val="Heading2"/>
      </w:pPr>
      <w:r>
        <w:t>Definition and scope of high thinking</w:t>
      </w:r>
    </w:p>
    <w:p>
      <w:r>
        <w:rPr>
          <w:color w:val="666666"/>
          <w:sz w:val="18"/>
        </w:rPr>
        <w:t>Life &amp; Wisdom · Question &amp; Answer Jan 6th 2013 - Maulana Wahiduddin Kahn · 44s · at 12:40 · https://youtu.be/1FAK1QuHEpw?t=760</w:t>
      </w:r>
    </w:p>
    <w:p>
      <w:r>
        <w:rPr>
          <w:i/>
        </w:rPr>
        <w:t>“After listening to your talk, I have given a definition of high thinking based on my understanding. I want to know what else can be included in this definition. High thinking converts material thinking into divine thinking, hate thinking into positive thinking, political thinking into dawah thinking, and luxury life into need-based life.”</w:t>
      </w:r>
    </w:p>
    <w:p>
      <w:r>
        <w:rPr>
          <w:sz w:val="20"/>
        </w:rPr>
        <w:t>12:40  maulana, agla sawal tamil nadu se hai, maulana iqbal umri ka. maulana, unhone talk sunne ke baad ek high thinking ki apne understanding ke hisab se ek definition di hai.</w:t>
      </w:r>
      <w:r>
        <w:br/>
      </w:r>
      <w:r>
        <w:rPr>
          <w:sz w:val="20"/>
        </w:rPr>
        <w:t>12:53  to woh yeh janna chahte hain ke yeh definition mein aur kya cheezein ho sakti hain. unhone likha hai: "High definition ki thinking convert material thinking into divine thinking.</w:t>
      </w:r>
      <w:r>
        <w:br/>
      </w:r>
      <w:r>
        <w:rPr>
          <w:sz w:val="20"/>
        </w:rPr>
        <w:t>13:05  Hate thinking into positive thinking. Political thinking into Dawa thinking. Luxury life into need based life</w:t>
      </w:r>
      <w:r>
        <w:br/>
      </w:r>
      <w:r>
        <w:rPr>
          <w:sz w:val="20"/>
        </w:rPr>
        <w:t>13:14  " . theek to hai? ji. achha hai. mera khayal hai achha hai. ji. kaisa hai? ji bilkul theek hai. achha hai.</w:t>
      </w:r>
    </w:p>
    <w:p>
      <w:pPr>
        <w:pStyle w:val="Heading2"/>
      </w:pPr>
      <w:r>
        <w:t>Definition of Finding and Discovery</w:t>
      </w:r>
    </w:p>
    <w:p>
      <w:r>
        <w:rPr>
          <w:color w:val="666666"/>
          <w:sz w:val="18"/>
        </w:rPr>
        <w:t>Life &amp; Wisdom · Age Of Consumerism I January 6, 2013 Maulana Wahiduddin Khan · 1m 56s · at 1:04:07 · https://youtu.be/CuRYFl7JuEM?t=3847</w:t>
      </w:r>
    </w:p>
    <w:p>
      <w:r>
        <w:rPr>
          <w:i/>
        </w:rPr>
        <w:t>“Maulana, you mentioned in today's talk about asking from other people about their finding and their discovery. Maulana sahib, I want to know what is your definition of finding and discovery. I am asking this because when we ask people, they give us some answer which is of negative experience and complaint in nature. Please tell me.”</w:t>
      </w:r>
    </w:p>
    <w:p>
      <w:r>
        <w:rPr>
          <w:sz w:val="20"/>
        </w:rPr>
        <w:t>1:04:07  Maulana, agla sawal Kolkatta se hai, Farooq Sahab ka. Unhon ne likha hai: "Maulana, you mentioned in today talk about asking from other people about their finding or their discovery." Maulana Sahab, I want to know what is your definition of</w:t>
      </w:r>
      <w:r>
        <w:br/>
      </w:r>
      <w:r>
        <w:rPr>
          <w:sz w:val="20"/>
        </w:rPr>
        <w:t>1:04:25  finding or discovery. I am asking this because when we ask people, they give us some answer which is of negative experience or complaint in nature.</w:t>
      </w:r>
      <w:r>
        <w:br/>
      </w:r>
      <w:r>
        <w:rPr>
          <w:sz w:val="20"/>
        </w:rPr>
        <w:t>1:04:37  Please tell me. Woh woh discovery nahi kaha jayega, discovery honi chahiye positive. Agar koi positive finding nahi hai aap ke paas, to discovery nahi hai, woh to reaction hai.</w:t>
      </w:r>
      <w:r>
        <w:br/>
      </w:r>
      <w:r>
        <w:rPr>
          <w:sz w:val="20"/>
        </w:rPr>
        <w:t>1:04:48  There is difference between reaction and discovery. Jo aadmi bataye ke dekho bhai, aasman mein zulm ho raha hai, dekho bhai, Israel mein aisa zulm hua, woh discovery nahi us ki kahi jayegi, woh to reaction kaha jayega.</w:t>
      </w:r>
      <w:r>
        <w:br/>
      </w:r>
      <w:r>
        <w:rPr>
          <w:sz w:val="20"/>
        </w:rPr>
        <w:t>1:05:02  So there is difference between reaction and discovery. Discovery aik creative word hai,</w:t>
      </w:r>
      <w:r>
        <w:br/>
      </w:r>
      <w:r>
        <w:rPr>
          <w:sz w:val="20"/>
        </w:rPr>
        <w:t>1:05:08  aik positive word hai, aik wisdom se bhara hua word hai. Jo aadmi protest ki baaten kare, complaint ki baaten kare, woh to just like animal jee raha hai.</w:t>
      </w:r>
      <w:r>
        <w:br/>
      </w:r>
      <w:r>
        <w:rPr>
          <w:sz w:val="20"/>
        </w:rPr>
        <w:t>1:05:18  Woh animal ko danda mara hai to woh chalayega, woh discovery nahi hai.</w:t>
      </w:r>
      <w:r>
        <w:br/>
      </w:r>
      <w:r>
        <w:rPr>
          <w:sz w:val="20"/>
        </w:rPr>
        <w:t>1:05:27  Discovery woh hai ke jis ko koi wisdom ki baat daryaft kare, koi hikmat ki baat daryaft kare, koi positive baat daryaft kare, koi creative baat daryaft kare, to woh us se log khali hain.</w:t>
      </w:r>
      <w:r>
        <w:br/>
      </w:r>
      <w:r>
        <w:rPr>
          <w:sz w:val="20"/>
        </w:rPr>
        <w:t>1:05:41  Shikayaten karte hain, khali shikayaten karte hain. Jaise ke mein ne arz kiya, aik sahib dunya bhar ghoome hain,</w:t>
      </w:r>
      <w:r>
        <w:br/>
      </w:r>
      <w:r>
        <w:rPr>
          <w:sz w:val="20"/>
        </w:rPr>
        <w:t>1:05:46  unhon ne kaha ke sari dunya ke Musalmanon mein do hi baaten hain: apne liye fakhr, doosre ki nafrat. Yeh discovery nahi hai, yeh yeh to bilkul animal behavior hai, animal hai.</w:t>
      </w:r>
      <w:r>
        <w:br/>
      </w:r>
      <w:r>
        <w:rPr>
          <w:sz w:val="20"/>
        </w:rPr>
        <w:t>1:05:58  Us ko kuch bhi haqeeqat us ki nahi hai.</w:t>
      </w:r>
    </w:p>
    <w:p>
      <w:pPr>
        <w:pStyle w:val="Heading2"/>
      </w:pPr>
      <w:r>
        <w:t>Definition of Finding or Discovery</w:t>
      </w:r>
    </w:p>
    <w:p>
      <w:r>
        <w:rPr>
          <w:color w:val="666666"/>
          <w:sz w:val="18"/>
        </w:rPr>
        <w:t>Life &amp; Wisdom · Question &amp; Answer Jan 6th 2013 - Maulana Wahiduddin Kahn · 1m 56s · at 4:33 · https://youtu.be/1FAK1QuHEpw?t=273</w:t>
      </w:r>
    </w:p>
    <w:p>
      <w:r>
        <w:rPr>
          <w:i/>
        </w:rPr>
        <w:t>“I want to know what is your definition of finding or discovery? I am asking this because when we ask people they give us some answer which is of negative experience or complaint in nature. Please tell me.”</w:t>
      </w:r>
    </w:p>
    <w:p>
      <w:r>
        <w:rPr>
          <w:sz w:val="20"/>
        </w:rPr>
        <w:t>4:33  maulana, agla sawal kolkata se hai, farooq sahib ka. Unhon ne likha hai: "maulana, you mentioned in today's talk about asking from other people about their finding or their discovery." Maulana sahib, I want to know what is your definition of finding or discovery</w:t>
      </w:r>
      <w:r>
        <w:br/>
      </w:r>
      <w:r>
        <w:rPr>
          <w:sz w:val="20"/>
        </w:rPr>
        <w:t>4:53  ? I am asking this because when we ask people they give us some answer which is of negative experience or complaint in nature.</w:t>
      </w:r>
      <w:r>
        <w:br/>
      </w:r>
      <w:r>
        <w:rPr>
          <w:sz w:val="20"/>
        </w:rPr>
        <w:t>5:03  Please tell me.</w:t>
      </w:r>
      <w:r>
        <w:br/>
      </w:r>
      <w:r>
        <w:rPr>
          <w:sz w:val="20"/>
        </w:rPr>
        <w:t>5:05  woh woh discovery nahi kaha jaye ga. Discovery honi chahiye positive. Agar koi positive finding nahi hai aap ke paas to discovery nahi hai. Woh to reaction hai. There is difference between reaction and discovery.</w:t>
      </w:r>
      <w:r>
        <w:br/>
      </w:r>
      <w:r>
        <w:rPr>
          <w:sz w:val="20"/>
        </w:rPr>
        <w:t>5:18  jo aadmi bataye ke dekho bhai aasman mein zulm ho raha hai, dekho bhai falasteen mein aisa zulm hua, woh discovery nahi is ki kahi jaye gi. Woh to reaction kaha jaye ga.</w:t>
      </w:r>
      <w:r>
        <w:br/>
      </w:r>
      <w:r>
        <w:rPr>
          <w:sz w:val="20"/>
        </w:rPr>
        <w:t>5:28  So there is difference between reaction and discovery. Discovery aik creative word hai. Aik positive word hai. Aik wisdom se bhara hua word hai.</w:t>
      </w:r>
      <w:r>
        <w:br/>
      </w:r>
      <w:r>
        <w:rPr>
          <w:sz w:val="20"/>
        </w:rPr>
        <w:t>5:40  jo aadmi protest ki baaten kare, complaint ki baaten kare, woh to just like animal jee raha hai woh. Animal ko danda mara hai to woh chalaye ga.</w:t>
      </w:r>
      <w:r>
        <w:br/>
      </w:r>
      <w:r>
        <w:rPr>
          <w:sz w:val="20"/>
        </w:rPr>
        <w:t>5:51  woh discovery nahi hai. Discovery woh hai ke jis jo koi wisdom ki baat daryaft kare, koi hikmat ki baat daryaft kare, koi positive baat daryaft kare, koi creative baat daryaft kare.</w:t>
      </w:r>
      <w:r>
        <w:br/>
      </w:r>
      <w:r>
        <w:rPr>
          <w:sz w:val="20"/>
        </w:rPr>
        <w:t>6:04  to woh us se log khali hain. Shikayaten karte hain, khali shikayaten karte hain. Jaise ke mein ne arz kiya, ek sahib dunya bhar ghoome hain. Unhon ne kaha ke sari dunya ke musalmanon mein do hi baaten hain: apne liye fakhr, doosre ki nafrat.</w:t>
      </w:r>
      <w:r>
        <w:br/>
      </w:r>
      <w:r>
        <w:rPr>
          <w:sz w:val="20"/>
        </w:rPr>
        <w:t>6:19  yeh discovery nahi hai yeh. Yeh to bilkul animal behavior hai, animal hai. Is ko kuch bhi haqeeqat is ki nahi hai.</w:t>
      </w:r>
    </w:p>
    <w:p>
      <w:pPr>
        <w:pStyle w:val="Heading2"/>
      </w:pPr>
      <w:r>
        <w:t>Definition of High Thinking Correctness</w:t>
      </w:r>
    </w:p>
    <w:p>
      <w:r>
        <w:rPr>
          <w:color w:val="666666"/>
          <w:sz w:val="18"/>
        </w:rPr>
        <w:t>Life &amp; Wisdom · Age of Consumerism January 6, 2013 · 44s · at 1:11:19 · https://youtu.be/zJRZ1OKUhgA?t=4279</w:t>
      </w:r>
    </w:p>
    <w:p>
      <w:r>
        <w:rPr>
          <w:i/>
        </w:rPr>
        <w:t>“After listening to the talk, I did high thinking and gave a definition based on my understanding: 'High definition thinking converts material thinking into divine thinking, hate thinking into positive thinking, political thinking into Dawah thinking, luxury life into need-based life.' Is this correct, and what else can be added?”</w:t>
      </w:r>
    </w:p>
    <w:p>
      <w:r>
        <w:rPr>
          <w:sz w:val="20"/>
        </w:rPr>
        <w:t>1:11:19  ah, maulana, agla sawal tamil nadu se hai, maulana iqbal umri ka. maulana, unhon ne talk sunne ke baad ek high high thinking ki, ah, apne understanding ke hisab se ek definition di hai.</w:t>
      </w:r>
      <w:r>
        <w:br/>
      </w:r>
      <w:r>
        <w:rPr>
          <w:sz w:val="20"/>
        </w:rPr>
        <w:t>1:11:33  to woh yeh janna chahte hain ke yeh definition mein aur kya cheezein ho sak</w:t>
      </w:r>
      <w:r>
        <w:br/>
      </w:r>
      <w:r>
        <w:rPr>
          <w:sz w:val="20"/>
        </w:rPr>
        <w:t>1:11:37  ti hain. unhon ne likha hai: "high definition ki thinking convert material thinking into divine thinking, hate thinking into positive thinking, politic political thinking into da'wah thinking, luxury life into need based life." theek to hai?</w:t>
      </w:r>
      <w:r>
        <w:br/>
      </w:r>
      <w:r>
        <w:rPr>
          <w:sz w:val="20"/>
        </w:rPr>
        <w:t>1:11:55  ji, acha hai, mera khayal se acha hai. ji, theek hai sahib, ji bilkul theek hai. acha</w:t>
      </w:r>
    </w:p>
    <w:p>
      <w:pPr>
        <w:pStyle w:val="Heading2"/>
      </w:pPr>
      <w:r>
        <w:t>Definition of finding and discovery</w:t>
      </w:r>
    </w:p>
    <w:p>
      <w:r>
        <w:rPr>
          <w:color w:val="666666"/>
          <w:sz w:val="18"/>
        </w:rPr>
        <w:t>Life &amp; Wisdom · Age of Consumerism January 6, 2013 · 1m 56s · at 1:03:13 · https://youtu.be/zJRZ1OKUhgA?t=3793</w:t>
      </w:r>
    </w:p>
    <w:p>
      <w:r>
        <w:rPr>
          <w:i/>
        </w:rPr>
        <w:t>“Maulana, you mentioned in today's talk about asking people about their finding and discovery. I want to know your definition of finding and discovery, because when we ask, we get negative and complaint answers.”</w:t>
      </w:r>
    </w:p>
    <w:p>
      <w:r>
        <w:rPr>
          <w:sz w:val="20"/>
        </w:rPr>
        <w:t>1:03:13  maulana, agla sawal Kolkata se hai, Farooq sahib ka.</w:t>
      </w:r>
      <w:r>
        <w:br/>
      </w:r>
      <w:r>
        <w:rPr>
          <w:sz w:val="20"/>
        </w:rPr>
        <w:t>1:03:17  unhon ne likha hai: "maulana, you mentioned in today's talk about asking from other people about their finding or their discovery." maulana sahib, I want to know what is your definition of finding or discovery.</w:t>
      </w:r>
      <w:r>
        <w:br/>
      </w:r>
      <w:r>
        <w:rPr>
          <w:sz w:val="20"/>
        </w:rPr>
        <w:t>1:03:33  I am asking this because when we ask people, they give us some answer which is of negative experience or complaint in nature.</w:t>
      </w:r>
      <w:r>
        <w:br/>
      </w:r>
      <w:r>
        <w:rPr>
          <w:sz w:val="20"/>
        </w:rPr>
        <w:t>1:03:43  please tell me. woh woh discovery nahin kaha jaye ga,</w:t>
      </w:r>
      <w:r>
        <w:br/>
      </w:r>
      <w:r>
        <w:rPr>
          <w:sz w:val="20"/>
        </w:rPr>
        <w:t>1:03:47  discovery honi chahiye positive. agar koi positive finding nahi hai aap ke paas to discovery nahi hai, woh to reaction hai. there is difference between reaction and discovery.</w:t>
      </w:r>
      <w:r>
        <w:br/>
      </w:r>
      <w:r>
        <w:rPr>
          <w:sz w:val="20"/>
        </w:rPr>
        <w:t>1:03:58  jo aadmi bataye ke dekho bhai, aasman aasman mein zulm ho raha hai, dekho bhai, israel mein aisa zulm hua, woh discovery nahi us ki kahi jayegi, woh to reaction kaha jayega.</w:t>
      </w:r>
      <w:r>
        <w:br/>
      </w:r>
      <w:r>
        <w:rPr>
          <w:sz w:val="20"/>
        </w:rPr>
        <w:t>1:04:08  to there is difference between reaction and discovery</w:t>
      </w:r>
      <w:r>
        <w:br/>
      </w:r>
      <w:r>
        <w:rPr>
          <w:sz w:val="20"/>
        </w:rPr>
        <w:t>1:04:11  . discovery ek creative word hai, ek positive word hai, ek wisdom se bhara hua word hai.</w:t>
      </w:r>
      <w:r>
        <w:br/>
      </w:r>
      <w:r>
        <w:rPr>
          <w:sz w:val="20"/>
        </w:rPr>
        <w:t>1:04:20  jo aadmi protest ki baatein kare, complaint ki baatein kare, woh to just like animal jee raha hai. woh animal ko danda mara hai to woh chalayega, woh discovery nahi hai.</w:t>
      </w:r>
      <w:r>
        <w:br/>
      </w:r>
      <w:r>
        <w:rPr>
          <w:sz w:val="20"/>
        </w:rPr>
        <w:t>1:04:33  discovery woh hai ke jis jo koi wisdom ki baat daryaft kare, koi hikmat ki baat daryaft kare, koi positive baat daryaft kare, koi creative baat daryaft kare, to woh us se log khali hain.</w:t>
      </w:r>
      <w:r>
        <w:br/>
      </w:r>
      <w:r>
        <w:rPr>
          <w:sz w:val="20"/>
        </w:rPr>
        <w:t>1:04:47  shikayatein karte hain, khali shikayatein karte hain. jaise ke maine arz kiya, ek sahab dunya bhar ghoome hain, unhone kaha ke sari dunya ke musalmanon mein do hi baatein hain: apne liye fakhr, doosre ki nafrat.</w:t>
      </w:r>
      <w:r>
        <w:br/>
      </w:r>
      <w:r>
        <w:rPr>
          <w:sz w:val="20"/>
        </w:rPr>
        <w:t>1:04:59  yeh discovery nahi hai, yeh</w:t>
      </w:r>
      <w:r>
        <w:br/>
      </w:r>
      <w:r>
        <w:rPr>
          <w:sz w:val="20"/>
        </w:rPr>
        <w:t>1:05:01  yeh to bilkul animal behaviour hai, animal hai. is ko kuch bhi haqeeqat us ki nahi hai.</w:t>
      </w:r>
    </w:p>
    <w:p>
      <w:pPr>
        <w:pStyle w:val="Heading2"/>
      </w:pPr>
      <w:r>
        <w:t>Definition of rational thought</w:t>
      </w:r>
    </w:p>
    <w:p>
      <w:r>
        <w:rPr>
          <w:color w:val="666666"/>
          <w:sz w:val="18"/>
        </w:rPr>
        <w:t>Life &amp; Wisdom · Spiritual Light of The Believers (Itmam-E-Noor ) May 12, 2013 · 1m 23s · at 52:30 · https://youtu.be/SmjmddWA1Jo?t=3150</w:t>
      </w:r>
    </w:p>
    <w:p>
      <w:r>
        <w:rPr>
          <w:i/>
        </w:rPr>
        <w:t>“What is meant by rational thought?”</w:t>
      </w:r>
    </w:p>
    <w:p>
      <w:r>
        <w:rPr>
          <w:sz w:val="20"/>
        </w:rPr>
        <w:t>52:30  maulana, agla sawal mumbai se hai, mister vikas mehta ka.</w:t>
      </w:r>
      <w:r>
        <w:br/>
      </w:r>
      <w:r>
        <w:rPr>
          <w:sz w:val="20"/>
        </w:rPr>
        <w:t>52:34  unhon ne aap se poocha hai: "what is meant by rational thought?" is ke baray mein batayen. dekhiye, yeh ek ek</w:t>
      </w:r>
      <w:r>
        <w:br/>
      </w:r>
      <w:r>
        <w:rPr>
          <w:sz w:val="20"/>
        </w:rPr>
        <w:t>52:46  is baat ko yoon samjhein ke scientific daur se pehle dunya mein greek logic chalti thi.</w:t>
      </w:r>
      <w:r>
        <w:br/>
      </w:r>
      <w:r>
        <w:rPr>
          <w:sz w:val="20"/>
        </w:rPr>
        <w:t>52:56  greek logic jo base karti thi syllogism par. syllogism ka matlab hai, yaani crossy argument.</w:t>
      </w:r>
      <w:r>
        <w:br/>
      </w:r>
      <w:r>
        <w:rPr>
          <w:sz w:val="20"/>
        </w:rPr>
        <w:t>53:06  pehlay zamanay mein crossy argument hua karte thay, lekin science ne aisa kiya ke jo haqiqatein chhupi hui theen, un ko is ne khol diya.</w:t>
      </w:r>
      <w:r>
        <w:br/>
      </w:r>
      <w:r>
        <w:rPr>
          <w:sz w:val="20"/>
        </w:rPr>
        <w:t>53:17  to scientific daur ke baad aik nai logic aai, scientific logic. to scientific logic yeh hai, yeh rational argument yeh hai ke jo well established facts jo hain, jo well known fact hain, un ki un ki base par kisi baat ko kehna pehle qiyas ki buniyad par baatein kahi jaati theen.</w:t>
      </w:r>
      <w:r>
        <w:br/>
      </w:r>
      <w:r>
        <w:rPr>
          <w:sz w:val="20"/>
        </w:rPr>
        <w:t>53:43  ab, yaani established fact ki buniyad par baat kahi jaati hai. yahi hai rational argument.</w:t>
      </w:r>
    </w:p>
    <w:p>
      <w:pPr>
        <w:pStyle w:val="Heading2"/>
      </w:pPr>
      <w:r>
        <w:t>Definition of wisdom and intellect</w:t>
      </w:r>
    </w:p>
    <w:p>
      <w:r>
        <w:rPr>
          <w:color w:val="666666"/>
          <w:sz w:val="18"/>
        </w:rPr>
        <w:t>Life &amp; Wisdom · Age of Consumerism January 6, 2013 · 48s · at 1:17:32 · https://youtu.be/zJRZ1OKUhgA?t=4652</w:t>
      </w:r>
    </w:p>
    <w:p>
      <w:r>
        <w:rPr>
          <w:i/>
        </w:rPr>
        <w:t>“What is wisdom and intellect?”</w:t>
      </w:r>
    </w:p>
    <w:p>
      <w:r>
        <w:rPr>
          <w:sz w:val="20"/>
        </w:rPr>
        <w:t>1:17:32  maulana, agla sawal dilli se hai, shail sahib ka. unhone sawal kiya hai: "what is wisdom and intellect?"</w:t>
      </w:r>
      <w:r>
        <w:br/>
      </w:r>
      <w:r>
        <w:rPr>
          <w:sz w:val="20"/>
        </w:rPr>
        <w:t>1:17:47  ab intellect ka matlab to hota hai zehanat, wisdom ka matlab hota hai hikmat.</w:t>
      </w:r>
      <w:r>
        <w:br/>
      </w:r>
      <w:r>
        <w:rPr>
          <w:sz w:val="20"/>
        </w:rPr>
        <w:t>1:17:53  to wisdom to intellect se nikalti hai, yaani intellect jo hai, woh is is se wisdom haasil hoti hai.</w:t>
      </w:r>
      <w:r>
        <w:br/>
      </w:r>
      <w:r>
        <w:rPr>
          <w:sz w:val="20"/>
        </w:rPr>
        <w:t>1:18:03  aur intellect to salahiyat ka naam hai. zehanat aap ka aap ke andar hai, to aap ke andar woh salahiyat maujood hai. to intellect jo hai, woh salahiyat ko bata rahi hai aur wisdom nateejay ko bata rahi hai.</w:t>
      </w:r>
      <w:r>
        <w:br/>
      </w:r>
      <w:r>
        <w:rPr>
          <w:sz w:val="20"/>
        </w:rPr>
        <w:t>1:18:17  yeh main samajhta hoon. phir ab theek hai ji.</w:t>
      </w:r>
    </w:p>
    <w:p>
      <w:pPr>
        <w:pStyle w:val="Heading2"/>
      </w:pPr>
      <w:r>
        <w:t>Depression despite wealth: Quranic explanation</w:t>
      </w:r>
    </w:p>
    <w:p>
      <w:r>
        <w:rPr>
          <w:color w:val="666666"/>
          <w:sz w:val="18"/>
        </w:rPr>
        <w:t>Life &amp; Wisdom · Q&amp;A 13 Nov 2011 · 1m 32s · at 14:07 · https://youtu.be/oOZ9h37_pL8?t=847</w:t>
      </w:r>
    </w:p>
    <w:p>
      <w:r>
        <w:rPr>
          <w:i/>
        </w:rPr>
        <w:t>“Why does today's human die in depression while today's human has immense wealth?”</w:t>
      </w:r>
    </w:p>
    <w:p>
      <w:r>
        <w:rPr>
          <w:sz w:val="20"/>
        </w:rPr>
        <w:t>14:07  maulana agla sawal miss saira latif ne kiya hai karachi pakistan se. unhon ne likha hai ke mera sawal yeh hai ke aaj ka insan kyun desperation mein marta hai jabke aaj insan ke paas bepanah daulat hai?</w:t>
      </w:r>
      <w:r>
        <w:br/>
      </w:r>
      <w:r>
        <w:rPr>
          <w:sz w:val="20"/>
        </w:rPr>
        <w:t>14:26  is ka jawab to quran mein hai. alhakum-ut-takathur hatta zurtum-ul-maqabir. yani takathur ka mizaj.</w:t>
      </w:r>
      <w:r>
        <w:br/>
      </w:r>
      <w:r>
        <w:rPr>
          <w:sz w:val="20"/>
        </w:rPr>
        <w:t>14:34  yani mor aur mor, mor aur mor ka mizaj. to insan ka yeh mizaj mor aur mor ka jo hai yeh sach poochien to jannat ke liye hai. jannat mein aap ko mor aur mor milega.</w:t>
      </w:r>
      <w:r>
        <w:br/>
      </w:r>
      <w:r>
        <w:rPr>
          <w:sz w:val="20"/>
        </w:rPr>
        <w:t>14:45  is ko dunya mein chahte hain</w:t>
      </w:r>
      <w:r>
        <w:br/>
      </w:r>
      <w:r>
        <w:rPr>
          <w:sz w:val="20"/>
        </w:rPr>
        <w:t>14:48  apply karna. yahan to mor aur mor nahi mil sakta. yahan to limited hi milega. to takathur jo lafz hai quran majeed mein bohat hi sahi batata hai insan ke yani is mizaj jo insan ke andar hai.</w:t>
      </w:r>
      <w:r>
        <w:br/>
      </w:r>
      <w:r>
        <w:rPr>
          <w:sz w:val="20"/>
        </w:rPr>
        <w:t>15:05  takathur ka matlab yahi hota hai ke mor aur mor chahna aur zyada aur zyada ka hiras karna. lafz hiras is ka sahi explanation karta hai.</w:t>
      </w:r>
      <w:r>
        <w:br/>
      </w:r>
      <w:r>
        <w:rPr>
          <w:sz w:val="20"/>
        </w:rPr>
        <w:t>15:15  logon ke andar qanaat nahi hai, hiras hai. sara mamla jo hai in do lafzon mein hai.</w:t>
      </w:r>
      <w:r>
        <w:br/>
      </w:r>
      <w:r>
        <w:rPr>
          <w:sz w:val="20"/>
        </w:rPr>
        <w:t>15:22  qanaat agar aap ke andar aa jaye qanaat to aap ko sukoon hoga. aur hiras agar rahe to aap hamesha aap isi mein pareshani mein rahenge hatta ke is pareshani mein mar jayenge.</w:t>
      </w:r>
    </w:p>
    <w:p>
      <w:pPr>
        <w:pStyle w:val="Heading2"/>
      </w:pPr>
      <w:r>
        <w:t>Destruction and taqwa explanation</w:t>
      </w:r>
    </w:p>
    <w:p>
      <w:r>
        <w:rPr>
          <w:color w:val="666666"/>
          <w:sz w:val="18"/>
        </w:rPr>
        <w:t>Life &amp; Wisdom · Dars-e-Quran, Chapter 2, Verse 35 | December 17, 2017 · 1m 26s · at 1:14:12 · https://youtu.be/Cd8MlWM7B9w?t=4452</w:t>
      </w:r>
    </w:p>
    <w:p>
      <w:r>
        <w:rPr>
          <w:i/>
        </w:rPr>
        <w:t>“Is the explanation you gave for destruction the same as for taqwa? Please clarify.”</w:t>
      </w:r>
    </w:p>
    <w:p>
      <w:r>
        <w:rPr>
          <w:sz w:val="20"/>
        </w:rPr>
        <w:t>1:14:12  good for others and find the secondary role in terms of others. Maulana, agla sawal kiya hai Shamim Ahmed Khan sahib ne Kolkata se. unhon ne aap se poocha hai ke distraction ki jo wazahat aap ne ki hai, kya yahi wazahat taqwa ki bhi hogi? is ke baray mein batayen.</w:t>
      </w:r>
      <w:r>
        <w:br/>
      </w:r>
      <w:r>
        <w:rPr>
          <w:sz w:val="20"/>
        </w:rPr>
        <w:t>1:14:42  haan, ek aitbaar se wahi hai.</w:t>
      </w:r>
      <w:r>
        <w:br/>
      </w:r>
      <w:r>
        <w:rPr>
          <w:sz w:val="20"/>
        </w:rPr>
        <w:t>1:14:46  taqwa ke mani hain bachna.</w:t>
      </w:r>
      <w:r>
        <w:br/>
      </w:r>
      <w:r>
        <w:rPr>
          <w:sz w:val="20"/>
        </w:rPr>
        <w:t>1:14:51  lafzi mani taqwa ke hain bachna.</w:t>
      </w:r>
      <w:r>
        <w:br/>
      </w:r>
      <w:r>
        <w:rPr>
          <w:sz w:val="20"/>
        </w:rPr>
        <w:t>1:14:55  ise wiqaya kehte hain dhaal ko jis se aadmi bachta hai takraao ke waqt.</w:t>
      </w:r>
      <w:r>
        <w:br/>
      </w:r>
      <w:r>
        <w:rPr>
          <w:sz w:val="20"/>
        </w:rPr>
        <w:t>1:14:59  to taqwa ke mani hain bachna.</w:t>
      </w:r>
      <w:r>
        <w:br/>
      </w:r>
      <w:r>
        <w:rPr>
          <w:sz w:val="20"/>
        </w:rPr>
        <w:t>1:15:04  bachne ke mani hain ke apne aap ko derailment se bachana.</w:t>
      </w:r>
      <w:r>
        <w:br/>
      </w:r>
      <w:r>
        <w:rPr>
          <w:sz w:val="20"/>
        </w:rPr>
        <w:t>1:15:08  baqi derailment to hazaron qism</w:t>
      </w:r>
      <w:r>
        <w:br/>
      </w:r>
      <w:r>
        <w:rPr>
          <w:sz w:val="20"/>
        </w:rPr>
        <w:t>1:15:12  ke ho sakte hain.</w:t>
      </w:r>
      <w:r>
        <w:br/>
      </w:r>
      <w:r>
        <w:rPr>
          <w:sz w:val="20"/>
        </w:rPr>
        <w:t>1:15:16  to taqwa mein aap ko iski list nahi milegi.</w:t>
      </w:r>
      <w:r>
        <w:br/>
      </w:r>
      <w:r>
        <w:rPr>
          <w:sz w:val="20"/>
        </w:rPr>
        <w:t>1:15:20  woh list to aap ko khud hi banana padega.</w:t>
      </w:r>
      <w:r>
        <w:br/>
      </w:r>
      <w:r>
        <w:rPr>
          <w:sz w:val="20"/>
        </w:rPr>
        <w:t>1:15:24  taqwa ek usool deta hai lekin jo list hai woh aap khud bana banate hain apni.</w:t>
      </w:r>
      <w:r>
        <w:br/>
      </w:r>
      <w:r>
        <w:rPr>
          <w:sz w:val="20"/>
        </w:rPr>
        <w:t>1:15:27  balkeh detect karte hain.</w:t>
      </w:r>
      <w:r>
        <w:br/>
      </w:r>
      <w:r>
        <w:rPr>
          <w:sz w:val="20"/>
        </w:rPr>
        <w:t>1:15:31  har mauqa par aap ja apni list mein kuch add karni parti hai ke is waqt mein kya</w:t>
      </w:r>
      <w:r>
        <w:br/>
      </w:r>
      <w:r>
        <w:rPr>
          <w:sz w:val="20"/>
        </w:rPr>
        <w:t>1:15:35  le kar aaun.</w:t>
      </w:r>
    </w:p>
    <w:p>
      <w:pPr>
        <w:pStyle w:val="Heading2"/>
      </w:pPr>
      <w:r>
        <w:t>Developing Contentment in Self</w:t>
      </w:r>
    </w:p>
    <w:p>
      <w:r>
        <w:rPr>
          <w:color w:val="666666"/>
          <w:sz w:val="18"/>
        </w:rPr>
        <w:t>Life &amp; Wisdom · Dars-e-Quran, Ch. 2 Verse 54 | March 18, 2018 · 1m 18s · at 1:07:41 · https://youtu.be/xQ2LXsz1oTw?t=4061</w:t>
      </w:r>
    </w:p>
    <w:p>
      <w:r>
        <w:rPr>
          <w:i/>
        </w:rPr>
        <w:t>“How can we develop contentment in our self? Please give us your advice.”</w:t>
      </w:r>
    </w:p>
    <w:p>
      <w:r>
        <w:rPr>
          <w:sz w:val="20"/>
        </w:rPr>
        <w:t>1:07:41  ek roots deconditioning hai. Is tarah dua kijiye to phir zaroor qabool hogi. Ji, Maulana, agla sawal lete hain jo Bahrain se Mukhtar sahib ne bheja hai. unhon ne aapse poocha hai ke: "How can we develop contentment in our self? Please give us your advice." Kya matlab? Show Maulana, matlab apne andar qana'at, satisfac</w:t>
      </w:r>
      <w:r>
        <w:br/>
      </w:r>
      <w:r>
        <w:rPr>
          <w:sz w:val="20"/>
        </w:rPr>
        <w:t>1:08:11  شن kaise hum develop karen? Is pe kya advice denge aap? Bas apna kharcha ghaṭāiye.</w:t>
      </w:r>
      <w:r>
        <w:br/>
      </w:r>
      <w:r>
        <w:rPr>
          <w:sz w:val="20"/>
        </w:rPr>
        <w:t>1:08:16  kharcha barhate hain biwi kehne par, bachon kehne par, family kehne par.</w:t>
      </w:r>
      <w:r>
        <w:br/>
      </w:r>
      <w:r>
        <w:rPr>
          <w:sz w:val="20"/>
        </w:rPr>
        <w:t>1:08:21  is ko khatam kijiye.</w:t>
      </w:r>
      <w:r>
        <w:br/>
      </w:r>
      <w:r>
        <w:rPr>
          <w:sz w:val="20"/>
        </w:rPr>
        <w:t>1:08:26  seedhi baat hai.</w:t>
      </w:r>
      <w:r>
        <w:br/>
      </w:r>
      <w:r>
        <w:rPr>
          <w:sz w:val="20"/>
        </w:rPr>
        <w:t>1:08:31  ji, seedhi baat hai.</w:t>
      </w:r>
      <w:r>
        <w:br/>
      </w:r>
      <w:r>
        <w:rPr>
          <w:sz w:val="20"/>
        </w:rPr>
        <w:t>1:08:36  ji, bachon ke bachon ko khush karne ke liye,</w:t>
      </w:r>
      <w:r>
        <w:br/>
      </w:r>
      <w:r>
        <w:rPr>
          <w:sz w:val="20"/>
        </w:rPr>
        <w:t>1:08:42  biwi ko khush karne ke liye, khandan ko khush karne ke liye kharcha barhana hai.</w:t>
      </w:r>
      <w:r>
        <w:br/>
      </w:r>
      <w:r>
        <w:rPr>
          <w:sz w:val="20"/>
        </w:rPr>
        <w:t>1:08:46  to barhate hain log, barhate hain, barhate hain.</w:t>
      </w:r>
      <w:r>
        <w:br/>
      </w:r>
      <w:r>
        <w:rPr>
          <w:sz w:val="20"/>
        </w:rPr>
        <w:t>1:08:50  is ko khatam kijiye.</w:t>
      </w:r>
      <w:r>
        <w:br/>
      </w:r>
      <w:r>
        <w:rPr>
          <w:sz w:val="20"/>
        </w:rPr>
        <w:t>1:08:55  bas dua karte hain aur decondition karte nahin.</w:t>
      </w:r>
    </w:p>
    <w:p>
      <w:pPr>
        <w:pStyle w:val="Heading2"/>
      </w:pPr>
      <w:r>
        <w:t>Developing analytical ability for events</w:t>
      </w:r>
    </w:p>
    <w:p>
      <w:r>
        <w:rPr>
          <w:color w:val="666666"/>
          <w:sz w:val="18"/>
        </w:rPr>
        <w:t>Life &amp; Wisdom · History of Kaaba March 19, 2017 · 34s · at 1:00:10 · https://youtu.be/HPvWnoueeqg?t=3610</w:t>
      </w:r>
    </w:p>
    <w:p>
      <w:r>
        <w:rPr>
          <w:i/>
        </w:rPr>
        <w:t>“Your analysis about historical events and contemporary events is par excellence. How can we develop similar ability of analyzing things in the right perspective? We all need your guidance.”</w:t>
      </w:r>
    </w:p>
    <w:p>
      <w:r>
        <w:rPr>
          <w:sz w:val="20"/>
        </w:rPr>
        <w:t>1:00:10  maulana agla sawal farooq sahib ne bheja hai lucknow se unhon ne likha hai maulana you your analysis about historical events and contemporary events is par excellence</w:t>
      </w:r>
      <w:r>
        <w:br/>
      </w:r>
      <w:r>
        <w:rPr>
          <w:sz w:val="20"/>
        </w:rPr>
        <w:t>1:00:25  how can we develop similar ability of analyzing things in right perspective we all need your guidance</w:t>
      </w:r>
      <w:r>
        <w:br/>
      </w:r>
      <w:r>
        <w:rPr>
          <w:sz w:val="20"/>
        </w:rPr>
        <w:t>1:00:34  bhai study kijiye maine bhi study karke paya hai aur dua kijiye</w:t>
      </w:r>
      <w:r>
        <w:br/>
      </w:r>
      <w:r>
        <w:rPr>
          <w:sz w:val="20"/>
        </w:rPr>
        <w:t>1:00:40  study kijiye aur dua kijiye study kijiye aur dua kijiye</w:t>
      </w:r>
    </w:p>
    <w:p>
      <w:pPr>
        <w:pStyle w:val="Heading2"/>
      </w:pPr>
      <w:r>
        <w:t>Developing art of thinking amidst distractions</w:t>
      </w:r>
    </w:p>
    <w:p>
      <w:r>
        <w:rPr>
          <w:color w:val="666666"/>
          <w:sz w:val="18"/>
        </w:rPr>
        <w:t>Life &amp; Wisdom · The Importance of Thinking November 10, 2013 · 1m 58s · at 1:07:16 · https://youtu.be/y16CddTHoqE?t=4036</w:t>
      </w:r>
    </w:p>
    <w:p>
      <w:r>
        <w:rPr>
          <w:i/>
        </w:rPr>
        <w:t>“One reason a person is not able to develop the art of thinking is distraction. Today, office and family life make it difficult to save oneself from distraction. How can one develop the art of thinking in the jungle of distraction?”</w:t>
      </w:r>
    </w:p>
    <w:p>
      <w:r>
        <w:rPr>
          <w:sz w:val="20"/>
        </w:rPr>
        <w:t>1:07:16  Maulana, agla sawal Faraz sahib ne kiya hai Bhopal se. unhon ne likha hai: "Maulana, one of the reasons for a person not to be able to develop art of thinking is distraction.</w:t>
      </w:r>
      <w:r>
        <w:br/>
      </w:r>
      <w:r>
        <w:rPr>
          <w:sz w:val="20"/>
        </w:rPr>
        <w:t>1:07:31  Today office and family life makes it difficult to save oneself from distraction.</w:t>
      </w:r>
      <w:r>
        <w:br/>
      </w:r>
      <w:r>
        <w:rPr>
          <w:sz w:val="20"/>
        </w:rPr>
        <w:t>1:07:37  How can one develop art of thinking in the jungle of distraction?" is ke bare mein bhai to Allah ka yahi nizam hai.</w:t>
      </w:r>
      <w:r>
        <w:br/>
      </w:r>
      <w:r>
        <w:rPr>
          <w:sz w:val="20"/>
        </w:rPr>
        <w:t>1:07:47  Aap chahte hain ke naya nizam aap kaise pa len to woh to possible nahin hai. Quran mein hai ke: "Laqad khalaqnal insana fi kabad".</w:t>
      </w:r>
      <w:r>
        <w:br/>
      </w:r>
      <w:r>
        <w:rPr>
          <w:sz w:val="20"/>
        </w:rPr>
        <w:t>1:07:57  Hum ne insaan ko paida kiya hai problem ke jungle mein. to</w:t>
      </w:r>
      <w:r>
        <w:br/>
      </w:r>
      <w:r>
        <w:rPr>
          <w:sz w:val="20"/>
        </w:rPr>
        <w:t>1:08:01  aap apni aqal ko develop kijiye, manage karna seekhiye, apne andar woh siftat paida kijiye jo jis se aap is challenge ka muqabla kar saken.</w:t>
      </w:r>
      <w:r>
        <w:br/>
      </w:r>
      <w:r>
        <w:rPr>
          <w:sz w:val="20"/>
        </w:rPr>
        <w:t>1:08:14  yani take it as a challenge rather than as a problem. yahi hai formula.</w:t>
      </w:r>
    </w:p>
    <w:p>
      <w:pPr>
        <w:pStyle w:val="Heading2"/>
      </w:pPr>
      <w:r>
        <w:t>Developing high thinking for positive perspective</w:t>
      </w:r>
    </w:p>
    <w:p>
      <w:r>
        <w:rPr>
          <w:color w:val="666666"/>
          <w:sz w:val="18"/>
        </w:rPr>
        <w:t>Life &amp; Wisdom · The Problem of Conditioning April 22, 2012 · 1m 40s · at 1:01:26 · https://youtu.be/j-kJQzOz46g?t=3686</w:t>
      </w:r>
    </w:p>
    <w:p>
      <w:r>
        <w:rPr>
          <w:i/>
        </w:rPr>
        <w:t>“Taking negative things in a positive sense requires high thinking. How do we develop such high thinking?”</w:t>
      </w:r>
    </w:p>
    <w:p>
      <w:r>
        <w:rPr>
          <w:sz w:val="20"/>
        </w:rPr>
        <w:t>1:01:26  molana, agla sawal Dilli se hai, miss naghma siddiqui ka. unhon ne likha hai: "Taking negative things in a positive sense requires high thinking.</w:t>
      </w:r>
      <w:r>
        <w:br/>
      </w:r>
      <w:r>
        <w:rPr>
          <w:sz w:val="20"/>
        </w:rPr>
        <w:t>1:01:37  How do we develop such high thinking?"</w:t>
      </w:r>
      <w:r>
        <w:br/>
      </w:r>
      <w:r>
        <w:rPr>
          <w:sz w:val="20"/>
        </w:rPr>
        <w:t>1:01:44  dekhen, asal cheez wohi hai: deconditioning. aadmi jo hai, keh paida hota hai fitrat par, to goya ke woh ab woh high thinking hi paida hota hai.</w:t>
      </w:r>
      <w:r>
        <w:br/>
      </w:r>
      <w:r>
        <w:rPr>
          <w:sz w:val="20"/>
        </w:rPr>
        <w:t>1:01:55  woh high thinking hi is ki nature hai, lekin conditioning ki wajah se woh phans jata hai negative thinking mein.</w:t>
      </w:r>
      <w:r>
        <w:br/>
      </w:r>
      <w:r>
        <w:rPr>
          <w:sz w:val="20"/>
        </w:rPr>
        <w:t>1:02:05  to main samajhta hoon ke asal kaam jo hai islah ka, woh yahi hai ke deconditioning ki jaye.</w:t>
      </w:r>
      <w:r>
        <w:br/>
      </w:r>
      <w:r>
        <w:rPr>
          <w:sz w:val="20"/>
        </w:rPr>
        <w:t>1:02:13  aap ne soch soch kar ke apne andar se woh jo fitrat ke upar jo parde par gaye hain, us ko hataya jaye. yeh mamla bilkul aise hi hai jaise onion hoti hai.</w:t>
      </w:r>
      <w:r>
        <w:br/>
      </w:r>
      <w:r>
        <w:rPr>
          <w:sz w:val="20"/>
        </w:rPr>
        <w:t>1:02:24  onion, piaz. piaz mein aap jante hain ke aakhir mein ek maghz hota hai, us ke upar parat hoti hai, cover hota hai, layer hota hai.</w:t>
      </w:r>
      <w:r>
        <w:br/>
      </w:r>
      <w:r>
        <w:rPr>
          <w:sz w:val="20"/>
        </w:rPr>
        <w:t>1:02:33  to agar har har har har parat ko aap nikalein to aakhir mein maghz baqi rehta hai. is ka aise hi mamla fitrat ka bhi hai. fitrat ke aitbar se insan hai hi high thinker.</w:t>
      </w:r>
      <w:r>
        <w:br/>
      </w:r>
      <w:r>
        <w:rPr>
          <w:sz w:val="20"/>
        </w:rPr>
        <w:t>1:02:45  upar jo parat chal gayi hai nafrat ki aur negativity ki, us ko hataiye. decondition kar ke us ko hataiye.</w:t>
      </w:r>
      <w:r>
        <w:br/>
      </w:r>
      <w:r>
        <w:rPr>
          <w:sz w:val="20"/>
        </w:rPr>
        <w:t>1:02:54  is ke baad jo shakhsiyat bachegi, woh shakhsiyat wohi hogi. high thinking wali shakhsiyat hogi.</w:t>
      </w:r>
    </w:p>
    <w:p>
      <w:pPr>
        <w:pStyle w:val="Heading2"/>
      </w:pPr>
      <w:r>
        <w:t>Developing objective thinking for daily affairs</w:t>
      </w:r>
    </w:p>
    <w:p>
      <w:r>
        <w:rPr>
          <w:color w:val="666666"/>
          <w:sz w:val="18"/>
        </w:rPr>
        <w:t>Life &amp; Wisdom · Conversation with Maulana Wahiduddin Khan | October 01, 2017 · 1m 21s · at 6:15 · https://youtu.be/TmOYGd3rp2M?t=375</w:t>
      </w:r>
    </w:p>
    <w:p>
      <w:r>
        <w:rPr>
          <w:i/>
        </w:rPr>
        <w:t>“How can we develop objective thinking to manage our day to day affairs?”</w:t>
      </w:r>
    </w:p>
    <w:p>
      <w:r>
        <w:rPr>
          <w:sz w:val="20"/>
        </w:rPr>
        <w:t>6:15  Maulana, agla sawal bheja hai Muradabad se Miss Sakeena ne, aur unhon ne aap se poocha hai</w:t>
      </w:r>
      <w:r>
        <w:br/>
      </w:r>
      <w:r>
        <w:rPr>
          <w:sz w:val="20"/>
        </w:rPr>
        <w:t>6:25  ke "How can we develop objective thinking to manage our day to day affairs?" is ke bare mein bataein.</w:t>
      </w:r>
      <w:r>
        <w:br/>
      </w:r>
      <w:r>
        <w:rPr>
          <w:sz w:val="20"/>
        </w:rPr>
        <w:t>6:35  dekhein, main to jahan tak samjha hoon,</w:t>
      </w:r>
      <w:r>
        <w:br/>
      </w:r>
      <w:r>
        <w:rPr>
          <w:sz w:val="20"/>
        </w:rPr>
        <w:t>6:45  is ka mamla hai to aam taur par depend karta hai introspection par.</w:t>
      </w:r>
      <w:r>
        <w:br/>
      </w:r>
      <w:r>
        <w:rPr>
          <w:sz w:val="20"/>
        </w:rPr>
        <w:t>6:54  yani is ka kehte hain muhasba, apne bare mein sochna.</w:t>
      </w:r>
      <w:r>
        <w:br/>
      </w:r>
      <w:r>
        <w:rPr>
          <w:sz w:val="20"/>
        </w:rPr>
        <w:t>7:02  to jitna zyada aadmi sochega apne bare mein, utni zyada yeh sifat is ke andar paida hogi.</w:t>
      </w:r>
      <w:r>
        <w:br/>
      </w:r>
      <w:r>
        <w:rPr>
          <w:sz w:val="20"/>
        </w:rPr>
        <w:t>7:10  to muhasba ya introspection yeh momin ki aam sifat hai.</w:t>
      </w:r>
      <w:r>
        <w:br/>
      </w:r>
      <w:r>
        <w:rPr>
          <w:sz w:val="20"/>
        </w:rPr>
        <w:t>7:18  wo barabar is andaz mein sochta rehta hai.</w:t>
      </w:r>
      <w:r>
        <w:br/>
      </w:r>
      <w:r>
        <w:rPr>
          <w:sz w:val="20"/>
        </w:rPr>
        <w:t>7:24  to isi se woh cheez aati hai.</w:t>
      </w:r>
      <w:r>
        <w:br/>
      </w:r>
      <w:r>
        <w:rPr>
          <w:sz w:val="20"/>
        </w:rPr>
        <w:t>7:30  to asal cheez hai introspection ya muhasba.</w:t>
      </w:r>
    </w:p>
    <w:p>
      <w:pPr>
        <w:pStyle w:val="Heading2"/>
      </w:pPr>
      <w:r>
        <w:t>Developing scientific thinking: starting point</w:t>
      </w:r>
    </w:p>
    <w:p>
      <w:r>
        <w:rPr>
          <w:color w:val="666666"/>
          <w:sz w:val="18"/>
        </w:rPr>
        <w:t>Life &amp; Wisdom · Mission of Tajdeed (Revival of Islam) September 15, 2019 Maulana Wahiduddin Khan · 1m 42s · at 51:05 · https://youtu.be/jGfoAffJ4-8?t=3065</w:t>
      </w:r>
    </w:p>
    <w:p>
      <w:r>
        <w:rPr>
          <w:i/>
        </w:rPr>
        <w:t>“How can scientific thinking be developed? What is the starting point?”</w:t>
      </w:r>
    </w:p>
    <w:p>
      <w:r>
        <w:rPr>
          <w:sz w:val="20"/>
        </w:rPr>
        <w:t>51:05  molana, agla sawal bheja hai ahmedabad se sanaullah sahab ne. unhone aap se poocha hai ke "How can scientific thinking be developed</w:t>
      </w:r>
      <w:r>
        <w:br/>
      </w:r>
      <w:r>
        <w:rPr>
          <w:sz w:val="20"/>
        </w:rPr>
        <w:t>51:18  ? What is the starting point?" bhai, yeh sawal bohat hi zyada aham hai, bohat zyada. lekin ab mein kya karoon?</w:t>
      </w:r>
      <w:r>
        <w:br/>
      </w:r>
      <w:r>
        <w:rPr>
          <w:sz w:val="20"/>
        </w:rPr>
        <w:t>51:27  mujhe yeh kehna padega ke is subject par hamare literature ke siwa koi kitab hi nahi likhi gayi. toh mein kya karoon?</w:t>
      </w:r>
      <w:r>
        <w:br/>
      </w:r>
      <w:r>
        <w:rPr>
          <w:sz w:val="20"/>
        </w:rPr>
        <w:t>51:36  mein yahi kahunga ke bhai, hamare mission mein jo kitabein chhapi hain, un ko padhiye. kyunke doosron ke haan jo kitabein likhi gayi hain, woh sachi baat hai ke is mauzu par hain hi nahi.</w:t>
      </w:r>
      <w:r>
        <w:br/>
      </w:r>
      <w:r>
        <w:rPr>
          <w:sz w:val="20"/>
        </w:rPr>
        <w:t>51:48  hata ke allama iqbal ki kitabein bhi is mauzu par nahi hain. misaal ke taur par, allama iqbal ka mashhoor sher hai: "in taaza khudaon mein sab se bada watan hai." yeh bilkul ghair scientific statement hai,</w:t>
      </w:r>
      <w:r>
        <w:br/>
      </w:r>
      <w:r>
        <w:rPr>
          <w:sz w:val="20"/>
        </w:rPr>
        <w:t>52:08  bilkul ghair scientific statement hai. aisi bohat si baatein hain, shalam ke phool phoonk de, khasa ke ghairullah ko, yeh sab ghair scientific, ghair scientific baatein hain.</w:t>
      </w:r>
      <w:r>
        <w:br/>
      </w:r>
      <w:r>
        <w:rPr>
          <w:sz w:val="20"/>
        </w:rPr>
        <w:t>52:24  toh jo top ka aadmi hai, aap ka iqbal, woh bhi scientific baat karna jaanta nahi. toh is liye mein kahunga ke aap hamari jo kitabein hain, hamara jo literature hai, literature hai, us ko phailiye, padhiye, aur logon ko padhne ki dijiye.</w:t>
      </w:r>
      <w:r>
        <w:br/>
      </w:r>
      <w:r>
        <w:rPr>
          <w:sz w:val="20"/>
        </w:rPr>
        <w:t>52:41  hamare paas koi option nahi hai doosra.</w:t>
      </w:r>
    </w:p>
    <w:p>
      <w:pPr>
        <w:pStyle w:val="Heading2"/>
      </w:pPr>
      <w:r>
        <w:t>Developing thinking for a universal approach</w:t>
      </w:r>
    </w:p>
    <w:p>
      <w:r>
        <w:rPr>
          <w:color w:val="666666"/>
          <w:sz w:val="18"/>
        </w:rPr>
        <w:t>Life &amp; Wisdom · Freedom of Expression in Islam 30 Sept 2012 - Maulana Wahiduddin Khan · 1m 07s · at 1:10:50 · https://youtu.be/WLlXSyxX8Q4?t=4250</w:t>
      </w:r>
    </w:p>
    <w:p>
      <w:r>
        <w:rPr>
          <w:i/>
        </w:rPr>
        <w:t>“What thinking should be developed in our self for a universal approach? Kindly advise.”</w:t>
      </w:r>
    </w:p>
    <w:p>
      <w:r>
        <w:rPr>
          <w:sz w:val="20"/>
        </w:rPr>
        <w:t>1:10:50  maulana, agla sawal dilli se hai miss naghma siddiqui ka. unhon ne likha hai: "what thinks should be develop in our self for a universal approach?</w:t>
      </w:r>
      <w:r>
        <w:br/>
      </w:r>
      <w:r>
        <w:rPr>
          <w:sz w:val="20"/>
        </w:rPr>
        <w:t>1:11:00  kindly advice." ab main to samajhta hoon ke jaise aadmi ke andar objective thinking aye gi, woh itni hi universal approach aye gi.</w:t>
      </w:r>
      <w:r>
        <w:br/>
      </w:r>
      <w:r>
        <w:rPr>
          <w:sz w:val="20"/>
        </w:rPr>
        <w:t>1:11:11  sara mamla hai ke logon ke andar subjective thinking hoti hai, yani apne aap ko le kar samajhna, apni family ko le kar samajhna, apni qaum ko le kar samajhna, poori mankind ko le kar nahi sochte log aam taur par.</w:t>
      </w:r>
      <w:r>
        <w:br/>
      </w:r>
      <w:r>
        <w:rPr>
          <w:sz w:val="20"/>
        </w:rPr>
        <w:t>1:11:26  to is soch ko aadmi jab tak badle ga ke woh poori mankind ko le kar soche ga, to universal approach apne aap aa jaye gi.</w:t>
      </w:r>
      <w:r>
        <w:br/>
      </w:r>
      <w:r>
        <w:rPr>
          <w:sz w:val="20"/>
        </w:rPr>
        <w:t>1:11:36  to har aadmi ko chahiye ke woh apna introspection kare. ab woh jaane ke meri soch kya hai, self centered soch hai ya universal soch hai.</w:t>
      </w:r>
      <w:r>
        <w:br/>
      </w:r>
      <w:r>
        <w:rPr>
          <w:sz w:val="20"/>
        </w:rPr>
        <w:t>1:11:50  yeh khud hi aadmi apne ko jaan sakta hai, khud hi aadmi apne ko theek bhi kar sakta hai.</w:t>
      </w:r>
    </w:p>
    <w:p>
      <w:pPr>
        <w:pStyle w:val="Heading2"/>
      </w:pPr>
      <w:r>
        <w:t>Developing wise thinking</w:t>
      </w:r>
    </w:p>
    <w:p>
      <w:r>
        <w:rPr>
          <w:color w:val="666666"/>
          <w:sz w:val="18"/>
        </w:rPr>
        <w:t>Life &amp; Wisdom · The Method of Planning August 14, 2016 · 1m 09s · at 52:21 · https://youtu.be/84WV8NS2VKQ?t=3141</w:t>
      </w:r>
    </w:p>
    <w:p>
      <w:r>
        <w:rPr>
          <w:i/>
        </w:rPr>
        <w:t>“How can we develop wise thinking? As bad planning is a result of not developing wise thinking in ourselves. Maulana, as you rightly said today, that we are not realistic in approach. So kindly advise how to develop wise thinking.”</w:t>
      </w:r>
    </w:p>
    <w:p>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r>
        <w:br/>
      </w:r>
      <w:r>
        <w:rPr>
          <w:sz w:val="20"/>
        </w:rPr>
        <w:t>52:40  So kindly advise how to develop wise thinking.</w:t>
      </w:r>
      <w:r>
        <w:br/>
      </w:r>
      <w:r>
        <w:rPr>
          <w:sz w:val="20"/>
        </w:rPr>
        <w:t>52:46  bhai, hamari kitaben parhiye aur parhwaiye, yahi ek kaam hai.</w:t>
      </w:r>
      <w:r>
        <w:br/>
      </w:r>
      <w:r>
        <w:rPr>
          <w:sz w:val="20"/>
        </w:rPr>
        <w:t>52:52  ek kitab hai "Simple Wisdom".</w:t>
      </w:r>
      <w:r>
        <w:br/>
      </w:r>
      <w:r>
        <w:rPr>
          <w:sz w:val="20"/>
        </w:rPr>
        <w:t>52:58  "Simple Wisdom" ko aap parhiye aur doosron ko parhwaiye, bhai, yahi kaam hai.</w:t>
      </w:r>
      <w:r>
        <w:br/>
      </w:r>
      <w:r>
        <w:rPr>
          <w:sz w:val="20"/>
        </w:rPr>
        <w:t>53:05  hazaron logon ki soch badli hai inhi kitabon se.</w:t>
      </w:r>
      <w:r>
        <w:br/>
      </w:r>
      <w:r>
        <w:rPr>
          <w:sz w:val="20"/>
        </w:rPr>
        <w:t>53:11  hum to yahi kahen ge ke jo yeh hamare jo lecture hote hain, un ke jo concert bante</w:t>
      </w:r>
      <w:r>
        <w:br/>
      </w:r>
      <w:r>
        <w:rPr>
          <w:sz w:val="20"/>
        </w:rPr>
        <w:t>53:17  hain, us ko phailaiye.</w:t>
      </w:r>
      <w:r>
        <w:br/>
      </w:r>
      <w:r>
        <w:rPr>
          <w:sz w:val="20"/>
        </w:rPr>
        <w:t>53:24  yeh sab kijiye.</w:t>
      </w:r>
    </w:p>
    <w:p>
      <w:pPr>
        <w:pStyle w:val="Heading2"/>
      </w:pPr>
      <w:r>
        <w:t>Difference between adjustment and compromise</w:t>
      </w:r>
    </w:p>
    <w:p>
      <w:r>
        <w:rPr>
          <w:color w:val="666666"/>
          <w:sz w:val="18"/>
        </w:rPr>
        <w:t>Life &amp; Wisdom · Lessons from My Journey to Agra October 27, 2013 · 1m 14s · at 54:41 · https://youtu.be/Gg2N0h4ETH8?t=3281</w:t>
      </w:r>
    </w:p>
    <w:p>
      <w:r>
        <w:rPr>
          <w:i/>
        </w:rPr>
        <w:t>“Maulana, you often tell us to do adjustment. I want to know from you, what is the difference between adjustment and compromise?”</w:t>
      </w:r>
    </w:p>
    <w:p>
      <w:r>
        <w:rPr>
          <w:sz w:val="20"/>
        </w:rPr>
        <w:t>54:41  maulana, agla sawal aaya hai bhopal se. firoz sahib ne likha hai, unhone likha hai ke "maulana, aap aksar hum logon ko adjustment karne ke liye kehte hain.</w:t>
      </w:r>
      <w:r>
        <w:br/>
      </w:r>
      <w:r>
        <w:rPr>
          <w:sz w:val="20"/>
        </w:rPr>
        <w:t>54:52  "i want to know from you, what is the difference between adjustment and compromise? dekhen, yeh niyat ka mamla hai.</w:t>
      </w:r>
      <w:r>
        <w:br/>
      </w:r>
      <w:r>
        <w:rPr>
          <w:sz w:val="20"/>
        </w:rPr>
        <w:t>55:02  shakal ke aitbar se dono mein koi khaas farq nahi hai. shakal ke aitbar se farq koi khaas nahi hai. agar aap sirf zaati interest ke liye karen to woh compromise hai.</w:t>
      </w:r>
      <w:r>
        <w:br/>
      </w:r>
      <w:r>
        <w:rPr>
          <w:sz w:val="20"/>
        </w:rPr>
        <w:t>55:14  usool ke liye karen to woh adjustment hai.</w:t>
      </w:r>
      <w:r>
        <w:br/>
      </w:r>
      <w:r>
        <w:rPr>
          <w:sz w:val="20"/>
        </w:rPr>
        <w:t>55:18  yani principle ke liye agar karen, principle ke liye as a principle, then it is adjustment. lekin agar aap self interest ke liye karen to woh compromise hai.</w:t>
      </w:r>
      <w:r>
        <w:br/>
      </w:r>
      <w:r>
        <w:rPr>
          <w:sz w:val="20"/>
        </w:rPr>
        <w:t>55:32  to self interest ke tehat kuch bhi karen, ghalt hota hai. woh aur principle ke liye jo bhi karen, aap sahi hoga. woh</w:t>
      </w:r>
      <w:r>
        <w:br/>
      </w:r>
      <w:r>
        <w:rPr>
          <w:sz w:val="20"/>
        </w:rPr>
        <w:t>55:42  to difference jo hai, woh self interest aur principle ke darmiyan hai.</w:t>
      </w:r>
      <w:r>
        <w:br/>
      </w:r>
      <w:r>
        <w:rPr>
          <w:sz w:val="20"/>
        </w:rPr>
        <w:t>55:48  warna shakal shakal ke aitbar se dono bohat milte julte hote hain.</w:t>
      </w:r>
    </w:p>
    <w:p>
      <w:pPr>
        <w:pStyle w:val="Heading2"/>
      </w:pPr>
      <w:r>
        <w:t>Difference between hobby and habit</w:t>
      </w:r>
    </w:p>
    <w:p>
      <w:r>
        <w:rPr>
          <w:color w:val="666666"/>
          <w:sz w:val="18"/>
        </w:rPr>
        <w:t>Life &amp; Wisdom · Self Correction November 09, 2014 Maulana Wahiduddin Khan · 1m 52s · at 1:20:01 · https://youtu.be/PpwTmeCQkSQ?t=4801</w:t>
      </w:r>
    </w:p>
    <w:p>
      <w:r>
        <w:rPr>
          <w:i/>
        </w:rPr>
        <w:t>“Are the words hobby and habit synonymous? If yes, then the hobbies people develop in them are also bad. Maulana, what is your comment on this?”</w:t>
      </w:r>
    </w:p>
    <w:p>
      <w:r>
        <w:rPr>
          <w:sz w:val="20"/>
        </w:rPr>
        <w:t>1:20:01  maulana, agla sawal pensilvaniya, USA se khawaja kaleemuddin sahib ne kiya hai, aur unhon ne</w:t>
      </w:r>
      <w:r>
        <w:br/>
      </w:r>
      <w:r>
        <w:rPr>
          <w:sz w:val="20"/>
        </w:rPr>
        <w:t>1:20:07  likha hai are the words hobby and habit synonymous?</w:t>
      </w:r>
      <w:r>
        <w:br/>
      </w:r>
      <w:r>
        <w:rPr>
          <w:sz w:val="20"/>
        </w:rPr>
        <w:t>1:20:13  If yes, then the hobbies people develop in them are also bad. Maulana, What is your comment on this?</w:t>
      </w:r>
      <w:r>
        <w:br/>
      </w:r>
      <w:r>
        <w:rPr>
          <w:sz w:val="20"/>
        </w:rPr>
        <w:t>1:20:24  main to hobby ka qail nahi hoon, na hobby ka, na habit ka. main to sirf aik hi baat janta hoon: soch samajh kar kaam karna. jo cheez soch samajh kar mujhe sahi lage, us ko karna, nahi to nahi karna. bator hobby karein ya bator habit karein, dono mujhe, yani dono mujhe, yani value less maloom hote hain. koi value nahi dunya mein, na akhirat mein. Okay, we will end this session now.</w:t>
      </w:r>
      <w:r>
        <w:br/>
      </w:r>
      <w:r>
        <w:rPr>
          <w:sz w:val="20"/>
        </w:rPr>
        <w:t>1:20:54  We would also like to tell our viewers that Maulana's article has appeared today in Times of India's Speaking Tree Supplement. The article is titled "Violence at Wagah." You can read this article from the Speaking Tree portal or from the CPS website. Thank you.</w:t>
      </w:r>
    </w:p>
    <w:p>
      <w:pPr>
        <w:pStyle w:val="Heading2"/>
      </w:pPr>
      <w:r>
        <w:t>Difference between reshaping and availing history</w:t>
      </w:r>
    </w:p>
    <w:p>
      <w:r>
        <w:rPr>
          <w:color w:val="666666"/>
          <w:sz w:val="18"/>
        </w:rPr>
        <w:t>Life &amp; Wisdom · History of Kaaba March 19, 2017 · 1m 12s · at 58:57 · https://youtu.be/HPvWnoueeqg?t=3537</w:t>
      </w:r>
    </w:p>
    <w:p>
      <w:r>
        <w:rPr>
          <w:i/>
        </w:rPr>
        <w:t>“Kindly explain the difference between reshaping and availing of the history. I am little confused—if we all avail the history and follow its process, then it would eventually lead to reshaping of the history.”</w:t>
      </w:r>
    </w:p>
    <w:p>
      <w:r>
        <w:rPr>
          <w:sz w:val="20"/>
        </w:rPr>
        <w:t>58:57  maulana agla sawal baroda se bheja hai fawad ahmed sahib ne unhone aap se poocha hai ke</w:t>
      </w:r>
      <w:r>
        <w:br/>
      </w:r>
      <w:r>
        <w:rPr>
          <w:sz w:val="20"/>
        </w:rPr>
        <w:t>59:04  Maulana, kindly explain the difference between reshaping and availing of the history. I am a little confused as if</w:t>
      </w:r>
      <w:r>
        <w:br/>
      </w:r>
      <w:r>
        <w:rPr>
          <w:sz w:val="20"/>
        </w:rPr>
        <w:t>59:13  we all avail the history and follow its process then it would eventually lead to reshaping of the</w:t>
      </w:r>
      <w:r>
        <w:br/>
      </w:r>
      <w:r>
        <w:rPr>
          <w:sz w:val="20"/>
        </w:rPr>
        <w:t>59:20  history please clarify this doubt jaise dekhiye</w:t>
      </w:r>
      <w:r>
        <w:br/>
      </w:r>
      <w:r>
        <w:rPr>
          <w:sz w:val="20"/>
        </w:rPr>
        <w:t>59:26  pakistan ke leaderon ke paas mauqa tha ke india mein dawat dein woh lad rahe hain khwamkhwah ke</w:t>
      </w:r>
      <w:r>
        <w:br/>
      </w:r>
      <w:r>
        <w:rPr>
          <w:sz w:val="20"/>
        </w:rPr>
        <w:t>59:31  humein alag karo humein alag pakad padhana do ek shape bana tha history ke zariye se lambi history</w:t>
      </w:r>
      <w:r>
        <w:br/>
      </w:r>
      <w:r>
        <w:rPr>
          <w:sz w:val="20"/>
        </w:rPr>
        <w:t>59:39  se india ka ek shape bana tha us ko accept karo</w:t>
      </w:r>
      <w:r>
        <w:br/>
      </w:r>
      <w:r>
        <w:rPr>
          <w:sz w:val="20"/>
        </w:rPr>
        <w:t>59:43  partition</w:t>
      </w:r>
      <w:r>
        <w:br/>
      </w:r>
      <w:r>
        <w:rPr>
          <w:sz w:val="20"/>
        </w:rPr>
        <w:t>59:44  kya wo reshape karna aisi falasteen mein lad rahe hain ke reshape karne ke liye ke falasteen par dobara qabza hua hamara ab jo ho ho gaya hone dijiye us ko jo opportunity hai us ko avail kijiye maine bataya ke wahan dawat ki opportunity bahut zyada hai us ki jiye</w:t>
      </w:r>
    </w:p>
    <w:p>
      <w:pPr>
        <w:pStyle w:val="Heading2"/>
      </w:pPr>
      <w:r>
        <w:t>Difference between wisdom and intellect</w:t>
      </w:r>
    </w:p>
    <w:p>
      <w:r>
        <w:rPr>
          <w:color w:val="666666"/>
          <w:sz w:val="18"/>
        </w:rPr>
        <w:t>Life &amp; Wisdom · Question &amp; Answer Jan 6th 2013 - Maulana Wahiduddin Kahn · 47s · at 18:52 · https://youtu.be/1FAK1QuHEpw?t=1132</w:t>
      </w:r>
    </w:p>
    <w:p>
      <w:r>
        <w:rPr>
          <w:i/>
        </w:rPr>
        <w:t>“What is wisdom and intellect? Intellect means intelligence. Wisdom means wisdom. Wisdom comes from intellect. That is, intellect is the ability. Intelligence is within you, so the ability is present in you.”</w:t>
      </w:r>
    </w:p>
    <w:p>
      <w:r>
        <w:rPr>
          <w:sz w:val="20"/>
        </w:rPr>
        <w:t>18:52  maulana, agla sawal dilli se hai, shail sahib ka. unhon ne sawal kiya hai: "what is wisdom and intellect؟"</w:t>
      </w:r>
      <w:r>
        <w:br/>
      </w:r>
      <w:r>
        <w:rPr>
          <w:sz w:val="20"/>
        </w:rPr>
        <w:t>19:08  ab intellect ka matlab to hota hai zehanat. wisdom ka matlab hota hai hikmat. to wisdom to intellect se nikalti hai.</w:t>
      </w:r>
      <w:r>
        <w:br/>
      </w:r>
      <w:r>
        <w:rPr>
          <w:sz w:val="20"/>
        </w:rPr>
        <w:t>19:18  yani intellect jo hai woh is is se wisdom hasil hoti hai. aur intellect to salahiyat ka naam hai. zehanat aap ka aap ke andar hai to aap ke andar woh salahiyat maujood hai.</w:t>
      </w:r>
      <w:r>
        <w:br/>
      </w:r>
      <w:r>
        <w:rPr>
          <w:sz w:val="20"/>
        </w:rPr>
        <w:t>19:31  to intellect jo hai woh salahiyat ko bata rahi hai. aur wisdom nateeje ko bata rahi hai. yeh mein samajhta hoon. phir</w:t>
      </w:r>
    </w:p>
    <w:p>
      <w:pPr>
        <w:pStyle w:val="Heading2"/>
      </w:pPr>
      <w:r>
        <w:t>Difference between worrying and thinking</w:t>
      </w:r>
    </w:p>
    <w:p>
      <w:r>
        <w:rPr>
          <w:color w:val="666666"/>
          <w:sz w:val="18"/>
        </w:rPr>
        <w:t>Life &amp; Wisdom · 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2"/>
      </w:pPr>
      <w:r>
        <w:t>Differentiating Greed from Need</w:t>
      </w:r>
    </w:p>
    <w:p>
      <w:r>
        <w:rPr>
          <w:color w:val="666666"/>
          <w:sz w:val="18"/>
        </w:rPr>
        <w:t>Life &amp; Wisdom · Journey of History December 23, 2012 · 1m 10s · at 1:16:07 · https://youtu.be/bvjWl3U3Dmw?t=4567</w:t>
      </w:r>
    </w:p>
    <w:p>
      <w:r>
        <w:rPr>
          <w:i/>
        </w:rPr>
        <w:t>“How can we differentiate between material greed and material need?”</w:t>
      </w:r>
    </w:p>
    <w:p>
      <w:r>
        <w:rPr>
          <w:sz w:val="20"/>
        </w:rPr>
        <w:t>1:16:07  maulana, ahmedabad se salman sahib ka sawal hai. inhone aap se poocha hai: "how can we differentiate between material greed and material need?" bohat asan hai.</w:t>
      </w:r>
      <w:r>
        <w:br/>
      </w:r>
      <w:r>
        <w:rPr>
          <w:sz w:val="20"/>
        </w:rPr>
        <w:t>1:16:20  yeh to bohat hi asan hai. har aadmi jaan sakta hai ke meri need kahan khatam ho gayi, meri need kahan khatam ho gayi.</w:t>
      </w:r>
      <w:r>
        <w:br/>
      </w:r>
      <w:r>
        <w:rPr>
          <w:sz w:val="20"/>
        </w:rPr>
        <w:t>1:16:31  yeh to koi mushkil nahi hai. koi aap ko bataye, koi doosra tab jaane. is ki zaroorat nahi hai.</w:t>
      </w:r>
      <w:r>
        <w:br/>
      </w:r>
      <w:r>
        <w:rPr>
          <w:sz w:val="20"/>
        </w:rPr>
        <w:t>1:16:39  koi bataye, tab jaane. is ki zaroorat nahi hai.</w:t>
      </w:r>
      <w:r>
        <w:br/>
      </w:r>
      <w:r>
        <w:rPr>
          <w:sz w:val="20"/>
        </w:rPr>
        <w:t>1:16:45  aap pani peete hain to ek had par lagta hai ke aap ki pyas bujh gai. aap khana khate hain to ek had par lagta hai ke aap ka pet bhar gaya. aise hi woh mamla hai.</w:t>
      </w:r>
      <w:r>
        <w:br/>
      </w:r>
      <w:r>
        <w:rPr>
          <w:sz w:val="20"/>
        </w:rPr>
        <w:t>1:16:56  yeh kisi yeh intezam mat chahiye ke koi bataye to aap janiye.</w:t>
      </w:r>
      <w:r>
        <w:br/>
      </w:r>
      <w:r>
        <w:rPr>
          <w:sz w:val="20"/>
        </w:rPr>
        <w:t>1:17:01  khud aap sochiye, aap soch kar jaan lenge ke kahan meri need khatm ho gai aur kahan se meri greed shuru ho rahi hai.</w:t>
      </w:r>
      <w:r>
        <w:br/>
      </w:r>
      <w:r>
        <w:rPr>
          <w:sz w:val="20"/>
        </w:rPr>
        <w:t>1:17:11  yeh bohat aasan hai. is mein koi mushkil baat nahi hai.</w:t>
      </w:r>
    </w:p>
    <w:p>
      <w:pPr>
        <w:pStyle w:val="Heading2"/>
      </w:pPr>
      <w:r>
        <w:t>Differentiating and controlling thoughts</w:t>
      </w:r>
    </w:p>
    <w:p>
      <w:r>
        <w:rPr>
          <w:color w:val="666666"/>
          <w:sz w:val="18"/>
        </w:rPr>
        <w:t>Life &amp; Wisdom · The Culture of People of Paradise January 06, 2019 Maulana Wahiduddin Khan · 57s · at 52:03 · https://youtu.be/rFExua9zntM?t=3123</w:t>
      </w:r>
    </w:p>
    <w:p>
      <w:r>
        <w:rPr>
          <w:i/>
        </w:rPr>
        <w:t>“We get so many thoughts every second, including positive and negative thoughts. How to differentiate and control thoughts and stay positive? What is your guidance in this?”</w:t>
      </w:r>
    </w:p>
    <w:p>
      <w:r>
        <w:rPr>
          <w:sz w:val="20"/>
        </w:rPr>
        <w:t>52:03  maulana, agla sawal dilli se kiya hai mr vikrant dagar ne. unhon ne likha hai: "maulana, we get so many, maulana, we get so many thoughts every second, including positive and negative thoughts.</w:t>
      </w:r>
      <w:r>
        <w:br/>
      </w:r>
      <w:r>
        <w:rPr>
          <w:sz w:val="20"/>
        </w:rPr>
        <w:t>52:21  how to differentiate and control thoughts and stay positive? what is your guidance on this?" dekhiye, positivity to chahiye, positive thinking to chahiye.</w:t>
      </w:r>
      <w:r>
        <w:br/>
      </w:r>
      <w:r>
        <w:rPr>
          <w:sz w:val="20"/>
        </w:rPr>
        <w:t>52:37  lekin is ka matlab yeh nahi ke negative thought bilkul khatam ho jaye, sirf positive thought baqi rahe. aisa matlab nahi hai, balkeh dono mein struggle hoti hai.</w:t>
      </w:r>
      <w:r>
        <w:br/>
      </w:r>
      <w:r>
        <w:rPr>
          <w:sz w:val="20"/>
        </w:rPr>
        <w:t>52:47  har lamha struggle, positive thinking aur negative thinking mein struggle hoti hai. ab woh struggle hi to jo personality development ka zariya hai, yeh struggle jo hai,</w:t>
      </w:r>
    </w:p>
    <w:p>
      <w:pPr>
        <w:pStyle w:val="Heading2"/>
      </w:pPr>
      <w:r>
        <w:t>Differentiating between destruction and necessity</w:t>
      </w:r>
    </w:p>
    <w:p>
      <w:r>
        <w:rPr>
          <w:color w:val="666666"/>
          <w:sz w:val="18"/>
        </w:rPr>
        <w:t>Life &amp; Wisdom · The Road to Paradise December 30, 2012 Maulana Wahiduddin Khan · 1m 38s · at 1:17:22 · https://youtu.be/vUiaPsYF4Tk?t=4642</w:t>
      </w:r>
    </w:p>
    <w:p>
      <w:r>
        <w:rPr>
          <w:i/>
        </w:rPr>
        <w:t>“What is how to differentiate between destruction and necessity?”</w:t>
      </w:r>
    </w:p>
    <w:p>
      <w:r>
        <w:rPr>
          <w:sz w:val="20"/>
        </w:rPr>
        <w:t>1:17:22  yahi spirituality meri samajh se yahi hai. maulana, agla sawal roorkee se hai, sajid anwar sahab ka.</w:t>
      </w:r>
      <w:r>
        <w:br/>
      </w:r>
      <w:r>
        <w:rPr>
          <w:sz w:val="20"/>
        </w:rPr>
        <w:t>1:17:32  unhon ne aapse poocha hai: "what is how to differentiate between distraction and necessity?"</w:t>
      </w:r>
      <w:r>
        <w:br/>
      </w:r>
      <w:r>
        <w:rPr>
          <w:sz w:val="20"/>
        </w:rPr>
        <w:t>1:17:44  jo bohat aasan hai.</w:t>
      </w:r>
      <w:r>
        <w:br/>
      </w:r>
      <w:r>
        <w:rPr>
          <w:sz w:val="20"/>
        </w:rPr>
        <w:t>1:17:47  aap need jo hai, haqeeqi need, us ko define kar lijiye. to need ke waqt jab aap kahin involve karein apne aap ko, to woh distraction nikal jayega.</w:t>
      </w:r>
      <w:r>
        <w:br/>
      </w:r>
      <w:r>
        <w:rPr>
          <w:sz w:val="20"/>
        </w:rPr>
        <w:t>1:18:01  lekin jab need se alawa jo cheez hoti hai, wahan aap daur padein to woh distraction khana aa jayega.</w:t>
      </w:r>
      <w:r>
        <w:br/>
      </w:r>
      <w:r>
        <w:rPr>
          <w:sz w:val="20"/>
        </w:rPr>
        <w:t>1:18:14  dekhen, is mein koi hard nafz rule doosra nahi bata sakta hai. khud har aadmi soch kar ke jaan sakta hai ke yeh mere liye necessity hai ya distraction hai.</w:t>
      </w:r>
      <w:r>
        <w:br/>
      </w:r>
      <w:r>
        <w:rPr>
          <w:sz w:val="20"/>
        </w:rPr>
        <w:t>1:18:25  is ke is ka koi yani external koi role nahi bana sakta. is ka har aadmi khud hi jaan sakta hai ke ke kab aisa hai, kab waisa hai.</w:t>
      </w:r>
      <w:r>
        <w:br/>
      </w:r>
      <w:r>
        <w:rPr>
          <w:sz w:val="20"/>
        </w:rPr>
        <w:t>1:18:44  jo aadmi bohat ziyada apna jo samajh chuka ho, purpose of life, kisi plan of god achhe tareeqe se, to us ko koi mushkil nahi hota yeh samajhna.</w:t>
      </w:r>
      <w:r>
        <w:br/>
      </w:r>
      <w:r>
        <w:rPr>
          <w:sz w:val="20"/>
        </w:rPr>
        <w:t>1:18:56  wo jaan leta hai.</w:t>
      </w:r>
    </w:p>
    <w:p>
      <w:pPr>
        <w:pStyle w:val="Heading2"/>
      </w:pPr>
      <w:r>
        <w:t>Differentiating material greed from need</w:t>
      </w:r>
    </w:p>
    <w:p>
      <w:r>
        <w:rPr>
          <w:color w:val="666666"/>
          <w:sz w:val="18"/>
        </w:rPr>
        <w:t>Life &amp; Wisdom · Materialism and Intellectual Dwarfism 29th April 2012 · 1m 43s · at 1:15:23 · https://youtu.be/qHzARL_r3I4?t=4523</w:t>
      </w:r>
    </w:p>
    <w:p>
      <w:r>
        <w:rPr>
          <w:i/>
        </w:rPr>
        <w:t>“How can we differentiate between material greed and material need?”</w:t>
      </w:r>
    </w:p>
    <w:p>
      <w:r>
        <w:rPr>
          <w:sz w:val="20"/>
        </w:rPr>
        <w:t>1:15:23  aql hi se ghor o fikr hota hai aur ghor o fikr hi se aadmi badi badi baton ko daryaft karta hai to ye bilkul galat nazariya hai maulana agla sawal miss naghma siddiqui ka hai dilli se unhone poocha hai How can we differentiate between material greed and material need?</w:t>
      </w:r>
      <w:r>
        <w:br/>
      </w:r>
      <w:r>
        <w:rPr>
          <w:sz w:val="20"/>
        </w:rPr>
        <w:t>1:15:48  dekhiye iski koi hard and fast line nahi kheench sakte hum</w:t>
      </w:r>
      <w:r>
        <w:br/>
      </w:r>
      <w:r>
        <w:rPr>
          <w:sz w:val="20"/>
        </w:rPr>
        <w:t>1:15:53  yeh aap ke apne upar hai</w:t>
      </w:r>
      <w:r>
        <w:br/>
      </w:r>
      <w:r>
        <w:rPr>
          <w:sz w:val="20"/>
        </w:rPr>
        <w:t>1:15:56  iski definition mere aziz yeh hai ke</w:t>
      </w:r>
      <w:r>
        <w:br/>
      </w:r>
      <w:r>
        <w:rPr>
          <w:sz w:val="20"/>
        </w:rPr>
        <w:t>1:16:00  zinda rehne ke liye itna zaroori ho</w:t>
      </w:r>
      <w:r>
        <w:br/>
      </w:r>
      <w:r>
        <w:rPr>
          <w:sz w:val="20"/>
        </w:rPr>
        <w:t>1:16:04  lazat ke liye aur tafreeh ke liye aur aaram ke liye jab aap jiyenge to woh phir</w:t>
      </w:r>
      <w:r>
        <w:br/>
      </w:r>
      <w:r>
        <w:rPr>
          <w:sz w:val="20"/>
        </w:rPr>
        <w:t>1:16:12  comfort aayega luxury aayegi aur baqat zaroorat aap jab ekta karenge to isi ko na</w:t>
      </w:r>
      <w:r>
        <w:br/>
      </w:r>
      <w:r>
        <w:rPr>
          <w:sz w:val="20"/>
        </w:rPr>
        <w:t>1:16:21  need kaha jata hai</w:t>
      </w:r>
      <w:r>
        <w:br/>
      </w:r>
      <w:r>
        <w:rPr>
          <w:sz w:val="20"/>
        </w:rPr>
        <w:t>1:16:23  lekin koi doosra aadmi aapko fehrist iski list nahi de sakta aapko khud iski list banani padegi koi bhi list nahi de sakta aap</w:t>
      </w:r>
      <w:r>
        <w:br/>
      </w:r>
      <w:r>
        <w:rPr>
          <w:sz w:val="20"/>
        </w:rPr>
        <w:t>1:16:34  aap ko khud yeh</w:t>
      </w:r>
      <w:r>
        <w:br/>
      </w:r>
      <w:r>
        <w:rPr>
          <w:sz w:val="20"/>
        </w:rPr>
        <w:t>1:16:36  sochna hai ke woh kaun si meri</w:t>
      </w:r>
      <w:r>
        <w:br/>
      </w:r>
      <w:r>
        <w:rPr>
          <w:sz w:val="20"/>
        </w:rPr>
        <w:t>1:16:40  yani masroofiyatein hain jo kal kar rahi hain mere time ko jo jo mere energy ko salo kar</w:t>
      </w:r>
      <w:r>
        <w:br/>
      </w:r>
      <w:r>
        <w:rPr>
          <w:sz w:val="20"/>
        </w:rPr>
        <w:t>1:16:50  rahi hain jo mujhe distract kar rahi hain</w:t>
      </w:r>
      <w:r>
        <w:br/>
      </w:r>
      <w:r>
        <w:rPr>
          <w:sz w:val="20"/>
        </w:rPr>
        <w:t>1:16:55  to har aadmi ko khud hi is ka faisla lena hai koi doosra aadmi us ko line nahi</w:t>
      </w:r>
      <w:r>
        <w:br/>
      </w:r>
      <w:r>
        <w:rPr>
          <w:sz w:val="20"/>
        </w:rPr>
        <w:t>1:17:01  kheencha sakta</w:t>
      </w:r>
    </w:p>
    <w:p>
      <w:pPr>
        <w:pStyle w:val="Heading2"/>
      </w:pPr>
      <w:r>
        <w:t>Distinguishing Test from Punishment</w:t>
      </w:r>
    </w:p>
    <w:p>
      <w:r>
        <w:rPr>
          <w:color w:val="666666"/>
          <w:sz w:val="18"/>
        </w:rPr>
        <w:t>Life &amp; Wisdom · Peace of Mind April 19, 2015 Maulana Wahiduddin Khan · 59s · at 55:20 · https://youtu.be/bGLY0ALNtjw?t=3320</w:t>
      </w:r>
    </w:p>
    <w:p>
      <w:r>
        <w:rPr>
          <w:i/>
        </w:rPr>
        <w:t>“How to know whether the trouble that has come upon us is a test or a punishment? Please clarify.”</w:t>
      </w:r>
    </w:p>
    <w:p>
      <w:r>
        <w:rPr>
          <w:sz w:val="20"/>
        </w:rPr>
        <w:t>55:20  maulana agla sawal ajmer se kya hai doctor safina tabassum ne.</w:t>
      </w:r>
      <w:r>
        <w:br/>
      </w:r>
      <w:r>
        <w:rPr>
          <w:sz w:val="20"/>
        </w:rPr>
        <w:t>55:24  aur unhone aap se pucha hai ki Maulana Sahab ye kaise jaane ki jo pareshani hum par</w:t>
      </w:r>
      <w:r>
        <w:br/>
      </w:r>
      <w:r>
        <w:rPr>
          <w:sz w:val="20"/>
        </w:rPr>
        <w:t>55:31  aayi hai woh bator-e-imtihaan hai ya bator-e-punishment? is ko wazeh karen.</w:t>
      </w:r>
      <w:r>
        <w:br/>
      </w:r>
      <w:r>
        <w:rPr>
          <w:sz w:val="20"/>
        </w:rPr>
        <w:t>55:43  main dekh to na bator-e-imtihaan hai, na bator-e-punishment hai.</w:t>
      </w:r>
      <w:r>
        <w:br/>
      </w:r>
      <w:r>
        <w:rPr>
          <w:sz w:val="20"/>
        </w:rPr>
        <w:t>55:47  woh due to,</w:t>
      </w:r>
      <w:r>
        <w:br/>
      </w:r>
      <w:r>
        <w:rPr>
          <w:sz w:val="20"/>
        </w:rPr>
        <w:t>55:49  due to the creation plan of god hai.</w:t>
      </w:r>
      <w:r>
        <w:br/>
      </w:r>
      <w:r>
        <w:rPr>
          <w:sz w:val="20"/>
        </w:rPr>
        <w:t>55:51  woh hai challenge.</w:t>
      </w:r>
      <w:r>
        <w:br/>
      </w:r>
      <w:r>
        <w:rPr>
          <w:sz w:val="20"/>
        </w:rPr>
        <w:t>55:53  khuda ne is duniya ko banaya hai challenge par base karke bhi.</w:t>
      </w:r>
      <w:r>
        <w:br/>
      </w:r>
      <w:r>
        <w:rPr>
          <w:sz w:val="20"/>
        </w:rPr>
        <w:t>55:58  is ki wajah se kisi ko kuch milta hai, kisi ko kuch milta hai.</w:t>
      </w:r>
      <w:r>
        <w:br/>
      </w:r>
      <w:r>
        <w:rPr>
          <w:sz w:val="20"/>
        </w:rPr>
        <w:t>56:01  to main samajhta hoon ke</w:t>
      </w:r>
      <w:r>
        <w:br/>
      </w:r>
      <w:r>
        <w:rPr>
          <w:sz w:val="20"/>
        </w:rPr>
        <w:t>56:05  مصیبت یا آرام دونوں relative term ہیں۔</w:t>
      </w:r>
      <w:r>
        <w:br/>
      </w:r>
      <w:r>
        <w:rPr>
          <w:sz w:val="20"/>
        </w:rPr>
        <w:t>56:10  relative terms hain.</w:t>
      </w:r>
      <w:r>
        <w:br/>
      </w:r>
      <w:r>
        <w:rPr>
          <w:sz w:val="20"/>
        </w:rPr>
        <w:t>56:11  asal cheez yeh hai ke duniya mein challenge rahega, azaadi rahegi, compression rahega.</w:t>
      </w:r>
      <w:r>
        <w:br/>
      </w:r>
      <w:r>
        <w:rPr>
          <w:sz w:val="20"/>
        </w:rPr>
        <w:t>56:16  is beech mein aap apni duty anjaam dete rahen.</w:t>
      </w:r>
    </w:p>
    <w:p>
      <w:pPr>
        <w:pStyle w:val="Heading2"/>
      </w:pPr>
      <w:r>
        <w:t>Does Being Emotional Mean Being Weak?</w:t>
      </w:r>
    </w:p>
    <w:p>
      <w:r>
        <w:rPr>
          <w:color w:val="666666"/>
          <w:sz w:val="18"/>
        </w:rPr>
        <w:t>Life &amp; Wisdom · Jihad Fillah June 23, 2013 · 1m 30s · at 1:04:19 · https://youtu.be/NRTno1eQTos?t=3859</w:t>
      </w:r>
    </w:p>
    <w:p>
      <w:r>
        <w:rPr>
          <w:i/>
        </w:rPr>
        <w:t>“Moulana, I am a very emotional person. Does this mean that I am a weak person?”</w:t>
      </w:r>
    </w:p>
    <w:p>
      <w:r>
        <w:rPr>
          <w:sz w:val="20"/>
        </w:rPr>
        <w:t>1:04:19  maulana, agla sawal mumbai se hai mr vineet kashyap ka. unhon ne aap se poocha hai: "maulana sahib, i am a very emotional person.</w:t>
      </w:r>
      <w:r>
        <w:br/>
      </w:r>
      <w:r>
        <w:rPr>
          <w:sz w:val="20"/>
        </w:rPr>
        <w:t>1:04:31  does this mean that i am a weak person?" nahi, dekhiye, main khud emotional hoon.</w:t>
      </w:r>
      <w:r>
        <w:br/>
      </w:r>
      <w:r>
        <w:rPr>
          <w:sz w:val="20"/>
        </w:rPr>
        <w:t>1:04:41  emotion jo hai part of nature hai,</w:t>
      </w:r>
      <w:r>
        <w:br/>
      </w:r>
      <w:r>
        <w:rPr>
          <w:sz w:val="20"/>
        </w:rPr>
        <w:t>1:04:44  hamare nature ka hissa hai. woh har cheez jo hai hamare andar woh nature ka hissa hi hai. agar na ho to hum us ko kahin se export kar ke nahi la sakte.</w:t>
      </w:r>
      <w:r>
        <w:br/>
      </w:r>
      <w:r>
        <w:rPr>
          <w:sz w:val="20"/>
        </w:rPr>
        <w:t>1:04:57  to emotion na ho aadmi ke andar to aadmi to bilkul pathar ho jaye ga. emotions hona chahiye. lekin basic cheez yeh hai ke emotion ka misuse karna yeh bura hai.</w:t>
      </w:r>
      <w:r>
        <w:br/>
      </w:r>
      <w:r>
        <w:rPr>
          <w:sz w:val="20"/>
        </w:rPr>
        <w:t>1:05:13  asal mein emotion ka ek proper use hai, ek misuse hai. bas is baat ko janna chahiye ke main agar emotion aa gaya to main us ko misuse karne lagoon ya yeh yeh yeh buri cheez hai.</w:t>
      </w:r>
      <w:r>
        <w:br/>
      </w:r>
      <w:r>
        <w:rPr>
          <w:sz w:val="20"/>
        </w:rPr>
        <w:t>1:05:29  to main samajhta hoon ke emotion ek ek blessing hai, is mein koi apne aap mein koi burai nahi hai. lekin emotion emotion ko apne control mein rakhna chahiye.</w:t>
      </w:r>
      <w:r>
        <w:br/>
      </w:r>
      <w:r>
        <w:rPr>
          <w:sz w:val="20"/>
        </w:rPr>
        <w:t>1:05:41  you have to control your emotions. bas itni si baat hai.</w:t>
      </w:r>
    </w:p>
    <w:p>
      <w:pPr>
        <w:pStyle w:val="Heading2"/>
      </w:pPr>
      <w:r>
        <w:t>Does discovering truth end frustration?</w:t>
      </w:r>
    </w:p>
    <w:p>
      <w:r>
        <w:rPr>
          <w:color w:val="666666"/>
          <w:sz w:val="18"/>
        </w:rPr>
        <w:t>Life &amp; Wisdom · Surah Al-'Asr I November 23, 2014 Maulana Wahiduddin Khan · 1m 55s · at 1:16:24 · https://youtu.be/3dBMIUC0Dqw?t=4584</w:t>
      </w:r>
    </w:p>
    <w:p>
      <w:r>
        <w:rPr>
          <w:i/>
        </w:rPr>
        <w:t>“Can we say that our frustration will be over if we discover the truth?”</w:t>
      </w:r>
    </w:p>
    <w:p>
      <w:r>
        <w:rPr>
          <w:sz w:val="20"/>
        </w:rPr>
        <w:t>1:16:24  maulana, agla sawal dilli se aaya hai, unhon ne apna naam nahin likha hai. aa sawal unhon ne jo poocha hai woh is tarah hai: Maulana, can we say that our frustration will be over if we discover the truth?</w:t>
      </w:r>
      <w:r>
        <w:br/>
      </w:r>
      <w:r>
        <w:rPr>
          <w:sz w:val="20"/>
        </w:rPr>
        <w:t>1:16:47  ji, truth ko mehdood, agar limited ma'ne mein na lein aap</w:t>
      </w:r>
      <w:r>
        <w:br/>
      </w:r>
      <w:r>
        <w:rPr>
          <w:sz w:val="20"/>
        </w:rPr>
        <w:t>1:16:53  to yaqeenan is se khatm ho jayega aap ka frustration. truth mein is ko bhi shamil kijiye ke allah ka creation plan of god allah ke jo scheme of things hain, is ko bhi jaanen aap.</w:t>
      </w:r>
      <w:r>
        <w:br/>
      </w:r>
      <w:r>
        <w:rPr>
          <w:sz w:val="20"/>
        </w:rPr>
        <w:t>1:17:09  to is mein to yeh hai hi ke jin cheezon ko le kar aap ko frustration aata hai, woh to wahi hai, akhatte wali baatein hoti hain. woh to akhatta to hoga hi hoga. dekhen, frustration aata hai sirf is liye ke log chahte hain ke sab kuch unhein milta rahe,</w:t>
      </w:r>
      <w:r>
        <w:br/>
      </w:r>
      <w:r>
        <w:rPr>
          <w:sz w:val="20"/>
        </w:rPr>
        <w:t>1:17:27  ideal tareeqe par. to woh to milne hi wala nahin hai. That is also a part of truth.</w:t>
      </w:r>
      <w:r>
        <w:br/>
      </w:r>
      <w:r>
        <w:rPr>
          <w:sz w:val="20"/>
        </w:rPr>
        <w:t>1:17:36  is silsile mein agar aap is se woh karein to bilkul sahi baat hai ke jab aap truth ko daryaft karenge to allah ke scheme of things ko bhi daryaft karenge.</w:t>
      </w:r>
      <w:r>
        <w:br/>
      </w:r>
      <w:r>
        <w:rPr>
          <w:sz w:val="20"/>
        </w:rPr>
        <w:t>1:17:48  par nahi ke is ke plan ko bhi daryaft karein ge. to is ka to yeh part hai. dunya ko ikhatta hona hai, nuqsan uthana hai,</w:t>
      </w:r>
      <w:r>
        <w:br/>
      </w:r>
      <w:r>
        <w:rPr>
          <w:sz w:val="20"/>
        </w:rPr>
        <w:t>1:17:56  dunya mein problem aa rahi hai. yeh, yeh, yeh that is part of creation. to bilkul sukoon aa jaye ga aap ko, phir pressure nahi ho ga. to truth ko agar aap is tareeqe se, yaani is mani mein lein to yaqeenan truth</w:t>
      </w:r>
      <w:r>
        <w:br/>
      </w:r>
      <w:r>
        <w:rPr>
          <w:sz w:val="20"/>
        </w:rPr>
        <w:t>1:18:12  ki discovery ka yeh faida hasil ho ga aap ko.</w:t>
      </w:r>
    </w:p>
    <w:p>
      <w:pPr>
        <w:pStyle w:val="Heading2"/>
      </w:pPr>
      <w:r>
        <w:t>Duty of parents for mentally ill child</w:t>
      </w:r>
    </w:p>
    <w:p>
      <w:r>
        <w:rPr>
          <w:color w:val="666666"/>
          <w:sz w:val="18"/>
        </w:rPr>
        <w:t>Life &amp; Wisdom · Self Correction November 09, 2014 Maulana Wahiduddin Khan · 1m 43s · at 54:01 · https://youtu.be/PpwTmeCQkSQ?t=3241</w:t>
      </w:r>
    </w:p>
    <w:p>
      <w:r>
        <w:rPr>
          <w:i/>
        </w:rPr>
        <w:t>“If taste and habits are due to psychiatric illness like mania or schizophrenia, then definitely medicines are required. In such cases, counseling has a very limited role. What is the duty of parents for such an individual? How long parents must support the individual?”</w:t>
      </w:r>
    </w:p>
    <w:p>
      <w:r>
        <w:rPr>
          <w:sz w:val="20"/>
        </w:rPr>
        <w:t>54:01  maulana, agla sawal doctor gajdhar ne kiya hai dilli se, aur unhon ne likha hai "If taste and</w:t>
      </w:r>
      <w:r>
        <w:br/>
      </w:r>
      <w:r>
        <w:rPr>
          <w:sz w:val="20"/>
        </w:rPr>
        <w:t>54:09  habits are due to psychiatric illness like mania or schizophrenia, then definitely medicines are required.</w:t>
      </w:r>
      <w:r>
        <w:br/>
      </w:r>
      <w:r>
        <w:rPr>
          <w:sz w:val="20"/>
        </w:rPr>
        <w:t>54:17  In such cases, counseling has a very limited role. What is the duty of parents for such an individual? How long parents must support the individual?"</w:t>
      </w:r>
      <w:r>
        <w:br/>
      </w:r>
      <w:r>
        <w:rPr>
          <w:sz w:val="20"/>
        </w:rPr>
        <w:t>54:28  " dekhiye, yeh ek mutanaza baat hai.</w:t>
      </w:r>
      <w:r>
        <w:br/>
      </w:r>
      <w:r>
        <w:rPr>
          <w:sz w:val="20"/>
        </w:rPr>
        <w:t>54:33  mera apna manna yeh hai ke zehni bimari ka koi ilaaj nahi hota.</w:t>
      </w:r>
      <w:r>
        <w:br/>
      </w:r>
      <w:r>
        <w:rPr>
          <w:sz w:val="20"/>
        </w:rPr>
        <w:t>54:39  nafsiyaati ilaaj is ka hota hai, yaani doctor log is ko shayad nahi manenge, lekin zehni, yaani</w:t>
      </w:r>
      <w:r>
        <w:br/>
      </w:r>
      <w:r>
        <w:rPr>
          <w:sz w:val="20"/>
        </w:rPr>
        <w:t>54:44  dimagh ke aitbaar se jo insaan ke andar jo, yaani woh bimari nahi hoti, woh nafsiyaati kharabi hoti hai.</w:t>
      </w:r>
      <w:r>
        <w:br/>
      </w:r>
      <w:r>
        <w:rPr>
          <w:sz w:val="20"/>
        </w:rPr>
        <w:t>54:50  to hamari medicine jo hai, hamari jismani jism ke liye, hamare zehan ke liye koi medicine nahi hai.</w:t>
      </w:r>
      <w:r>
        <w:br/>
      </w:r>
      <w:r>
        <w:rPr>
          <w:sz w:val="20"/>
        </w:rPr>
        <w:t>54:55  yeh medical science is ko nahi manegi, kyunke aaj kal aap jante hain ke neuro science bohat</w:t>
      </w:r>
      <w:r>
        <w:br/>
      </w:r>
      <w:r>
        <w:rPr>
          <w:sz w:val="20"/>
        </w:rPr>
        <w:t>55:01  zyada taraqqi yafta ban rahi hai, lekin mein is ko nahi manta zaati taur par ke dimagh ka</w:t>
      </w:r>
      <w:r>
        <w:br/>
      </w:r>
      <w:r>
        <w:rPr>
          <w:sz w:val="20"/>
        </w:rPr>
        <w:t>55:06  koi ilaaj nahi hai, koi medical ilaaj nahi hai.</w:t>
      </w:r>
      <w:r>
        <w:br/>
      </w:r>
      <w:r>
        <w:rPr>
          <w:sz w:val="20"/>
        </w:rPr>
        <w:t>55:12  dimagh ka aap soch kar ke apne ko bigadenge ya soch kar ke banayenge, yeh mera</w:t>
      </w:r>
      <w:r>
        <w:br/>
      </w:r>
      <w:r>
        <w:rPr>
          <w:sz w:val="20"/>
        </w:rPr>
        <w:t>55:17  zaati khayal hai.</w:t>
      </w:r>
      <w:r>
        <w:br/>
      </w:r>
      <w:r>
        <w:rPr>
          <w:sz w:val="20"/>
        </w:rPr>
        <w:t>55:23  agarche medical science is ki taeed nahi karegi.</w:t>
      </w:r>
      <w:r>
        <w:br/>
      </w:r>
      <w:r>
        <w:rPr>
          <w:sz w:val="20"/>
        </w:rPr>
        <w:t>55:28  maulana, agla ek comment aur sawal hai mazhar sahab ka dilli se.</w:t>
      </w:r>
      <w:r>
        <w:br/>
      </w:r>
      <w:r>
        <w:rPr>
          <w:sz w:val="20"/>
        </w:rPr>
        <w:t>55:34  unhon ne likha hai comment ke taur par: "maulana, please aaj ke mauzu par agar ek kitaab likhein</w:t>
      </w:r>
      <w:r>
        <w:br/>
      </w:r>
      <w:r>
        <w:rPr>
          <w:sz w:val="20"/>
        </w:rPr>
        <w:t>55:39  to yeh samaaj mein bohat faida mand hogi.</w:t>
      </w:r>
    </w:p>
    <w:p>
      <w:pPr>
        <w:pStyle w:val="Heading2"/>
      </w:pPr>
      <w:r>
        <w:t>Ensuring Success of Second Planning</w:t>
      </w:r>
    </w:p>
    <w:p>
      <w:r>
        <w:rPr>
          <w:color w:val="666666"/>
          <w:sz w:val="18"/>
        </w:rPr>
        <w:t>Life &amp; Wisdom · Realization of God May 07, 2017 Maulana Wahiduddin Khan · 1m 42s · at 58:28 · https://youtu.be/sXmJShRfWKs?t=3508</w:t>
      </w:r>
    </w:p>
    <w:p>
      <w:r>
        <w:rPr>
          <w:i/>
        </w:rPr>
        <w:t>“Maulana, today you gave a wonderful example of Japan by explaining the importance of replanning. Replanning comes with wisdom. So my question is: how to ensure that the second planning also does not fail? I have understood that the beginning is done by accepting one's mistake, but Maulana sahib, please tell us what else is required besides accepting one's mistake so that our second planning becomes successful.”</w:t>
      </w:r>
    </w:p>
    <w:p>
      <w:r>
        <w:rPr>
          <w:sz w:val="20"/>
        </w:rPr>
        <w:t>58:28  maulana agla sawal furqan sahib ne lucknow se bheja hai unhone likha hai maulana today you gave a wonderful example of japan by explaining the importance of replanning replanning comes with wisdom so my question is how to ensure that the second planning also does not fail</w:t>
      </w:r>
      <w:r>
        <w:br/>
      </w:r>
      <w:r>
        <w:rPr>
          <w:sz w:val="20"/>
        </w:rPr>
        <w:t>58:52  i have understood that the beginning is done by accepting ones mistake but maulana sahib please tell us what else is required besides accepting ones mistake so that our second planning becomes successful</w:t>
      </w:r>
      <w:r>
        <w:br/>
      </w:r>
      <w:r>
        <w:rPr>
          <w:sz w:val="20"/>
        </w:rPr>
        <w:t>59:09  dekhiye koi bhi shakhs yeh nahi kahega ke second planning hamesha right planning hoti hai yeh koi</w:t>
      </w:r>
      <w:r>
        <w:br/>
      </w:r>
      <w:r>
        <w:rPr>
          <w:sz w:val="20"/>
        </w:rPr>
        <w:t>59:16  bhi nahi kahega</w:t>
      </w:r>
      <w:r>
        <w:br/>
      </w:r>
      <w:r>
        <w:rPr>
          <w:sz w:val="20"/>
        </w:rPr>
        <w:t>59:19  jitne bare bare log hain unhone second planning ki third planning ki fourth planning ki tab bare</w:t>
      </w:r>
      <w:r>
        <w:br/>
      </w:r>
      <w:r>
        <w:rPr>
          <w:sz w:val="20"/>
        </w:rPr>
        <w:t>59:24  aadmi bane to yeh kaha tha try try try again</w:t>
      </w:r>
      <w:r>
        <w:br/>
      </w:r>
      <w:r>
        <w:rPr>
          <w:sz w:val="20"/>
        </w:rPr>
        <w:t>59:29  to mein yeh koshish yeh nahi kar sakta ke second planning hamesha</w:t>
      </w:r>
      <w:r>
        <w:br/>
      </w:r>
      <w:r>
        <w:rPr>
          <w:sz w:val="20"/>
        </w:rPr>
        <w:t>59:35  successful hoti hai is mein kuch ghalati hogi is ka experience lijiye aur phir agle agle</w:t>
      </w:r>
      <w:r>
        <w:br/>
      </w:r>
      <w:r>
        <w:rPr>
          <w:sz w:val="20"/>
        </w:rPr>
        <w:t>59:42  stage par is ko usay usay usay sabak lijiye</w:t>
      </w:r>
      <w:r>
        <w:br/>
      </w:r>
      <w:r>
        <w:rPr>
          <w:sz w:val="20"/>
        </w:rPr>
        <w:t>59:47  to replan phir phir replanning kijiye</w:t>
      </w:r>
      <w:r>
        <w:br/>
      </w:r>
      <w:r>
        <w:rPr>
          <w:sz w:val="20"/>
        </w:rPr>
        <w:t>59:52  jaise Abraham Blinken jo tha</w:t>
      </w:r>
      <w:r>
        <w:br/>
      </w:r>
      <w:r>
        <w:rPr>
          <w:sz w:val="20"/>
        </w:rPr>
        <w:t>59:54  America ka us ne us ko president banne ka shauq tha to das baar woh election mein gaya</w:t>
      </w:r>
      <w:r>
        <w:br/>
      </w:r>
      <w:r>
        <w:rPr>
          <w:sz w:val="20"/>
        </w:rPr>
        <w:t>1:00:04  das baar daswein baar ja kar jeeta woh Abraham Blinken</w:t>
      </w:r>
    </w:p>
    <w:p>
      <w:pPr>
        <w:pStyle w:val="Heading2"/>
      </w:pPr>
      <w:r>
        <w:t>Every person has a role to play</w:t>
      </w:r>
    </w:p>
    <w:p>
      <w:r>
        <w:rPr>
          <w:color w:val="666666"/>
          <w:sz w:val="18"/>
        </w:rPr>
        <w:t>Life &amp; Wisdom · Principle of Loss May 31, 2015 · 26s · at 1:00:12 · https://youtu.be/vM-CUyBiDkc?t=3612</w:t>
      </w:r>
    </w:p>
    <w:p>
      <w:r>
        <w:rPr>
          <w:i/>
        </w:rPr>
        <w:t>“You always say that every person has a role to play”</w:t>
      </w:r>
    </w:p>
    <w:p>
      <w:r>
        <w:rPr>
          <w:sz w:val="20"/>
        </w:rPr>
        <w:t>1:00:11  yeh sahi nahi</w:t>
      </w:r>
      <w:r>
        <w:br/>
      </w:r>
      <w:r>
        <w:rPr>
          <w:sz w:val="20"/>
        </w:rPr>
        <w:t>1:00:12  hai. maulana, agla sawal lene se pehle aik comment parhna chahenge jo doctor najma siddiqui ne bheja hai, aur unhon ne likha hai ke maulana sahib, today you have given such a great example and lesson from kaaba, which could be beautifully applied by focusing towards success and progress,</w:t>
      </w:r>
      <w:r>
        <w:br/>
      </w:r>
      <w:r>
        <w:rPr>
          <w:sz w:val="20"/>
        </w:rPr>
        <w:t>1:00:36  so that we remain stress free.</w:t>
      </w:r>
    </w:p>
    <w:p>
      <w:pPr>
        <w:pStyle w:val="Heading2"/>
      </w:pPr>
      <w:r>
        <w:t>Example of wisdom sorting relevant from irrelevant</w:t>
      </w:r>
    </w:p>
    <w:p>
      <w:r>
        <w:rPr>
          <w:color w:val="666666"/>
          <w:sz w:val="18"/>
        </w:rPr>
        <w:t>Life &amp; Wisdom · Islamic Wisdom July 17, 2016 · 1m 09s · at 48:26 · https://youtu.be/jB4ugN0K-AM?t=2906</w:t>
      </w:r>
    </w:p>
    <w:p>
      <w:r>
        <w:rPr>
          <w:i/>
        </w:rPr>
        <w:t>“In today's talk you mentioned that wisdom is sorting relevant from irrelevant. Can you please give an example so that we can understand it in a better way?”</w:t>
      </w:r>
    </w:p>
    <w:p>
      <w:r>
        <w:rPr>
          <w:sz w:val="20"/>
        </w:rPr>
        <w:t>48:26  maulana, agla sawal ahmadabad se farooq sahib ne kiya hai, aur unhon ne likha hai ke: "maulana</w:t>
      </w:r>
      <w:r>
        <w:br/>
      </w:r>
      <w:r>
        <w:rPr>
          <w:sz w:val="20"/>
        </w:rPr>
        <w:t>48:34  صاحب، in today's talk you mentioned that wisdom is sorting relevant from irrelevant.</w:t>
      </w:r>
      <w:r>
        <w:br/>
      </w:r>
      <w:r>
        <w:rPr>
          <w:sz w:val="20"/>
        </w:rPr>
        <w:t>48:40  Can you please give an example so that we can understand it in a better way?" Maine</w:t>
      </w:r>
      <w:r>
        <w:br/>
      </w:r>
      <w:r>
        <w:rPr>
          <w:sz w:val="20"/>
        </w:rPr>
        <w:t>48:47  misal diya hai ke ek ek muslim speaker ne taqreer karte hue japan ki misal di.</w:t>
      </w:r>
      <w:r>
        <w:br/>
      </w:r>
      <w:r>
        <w:rPr>
          <w:sz w:val="20"/>
        </w:rPr>
        <w:t>48:54  is mein relevant baat jo thi, kya thi? yeh thi ke unhon ne jab dekha ke society bombing</w:t>
      </w:r>
      <w:r>
        <w:br/>
      </w:r>
      <w:r>
        <w:rPr>
          <w:sz w:val="20"/>
        </w:rPr>
        <w:t>49:02  mein jo hai result less hai, to jaldi se wapas aaye.</w:t>
      </w:r>
      <w:r>
        <w:br/>
      </w:r>
      <w:r>
        <w:rPr>
          <w:sz w:val="20"/>
        </w:rPr>
        <w:t>49:07  woh you turn le liya.</w:t>
      </w:r>
      <w:r>
        <w:br/>
      </w:r>
      <w:r>
        <w:rPr>
          <w:sz w:val="20"/>
        </w:rPr>
        <w:t>49:09  unhon ne kya kiya ke society bombing karne ko le liya, halanke chhodne ko lena chahiye.</w:t>
      </w:r>
      <w:r>
        <w:br/>
      </w:r>
      <w:r>
        <w:rPr>
          <w:sz w:val="20"/>
        </w:rPr>
        <w:t>49:16  is poore waqe mein jo jo relevant baat hai hamare liye ke is ka result ulta nikla, to</w:t>
      </w:r>
      <w:r>
        <w:br/>
      </w:r>
      <w:r>
        <w:rPr>
          <w:sz w:val="20"/>
        </w:rPr>
        <w:t>49:23  foran wapas aaye.</w:t>
      </w:r>
      <w:r>
        <w:br/>
      </w:r>
      <w:r>
        <w:rPr>
          <w:sz w:val="20"/>
        </w:rPr>
        <w:t>49:25  woh unhon ne unhon ne kya nikal liya ke nahi, bar bar karo.</w:t>
      </w:r>
      <w:r>
        <w:br/>
      </w:r>
      <w:r>
        <w:rPr>
          <w:sz w:val="20"/>
        </w:rPr>
        <w:t>49:31  yeh to hai yani relevant aur irrelevant ka farq na samajhna.</w:t>
      </w:r>
    </w:p>
    <w:p>
      <w:pPr>
        <w:pStyle w:val="Heading2"/>
      </w:pPr>
      <w:r>
        <w:t>Explanation of anti-self thinking concept</w:t>
      </w:r>
    </w:p>
    <w:p>
      <w:r>
        <w:rPr>
          <w:color w:val="666666"/>
          <w:sz w:val="18"/>
        </w:rPr>
        <w:t>Life &amp; Wisdom · Spirituality in Simple Living, High Thinking October 27, 2019 Maulana Wahiduddin Khan · 1m 09s · at 44:57 · https://youtu.be/Kr28g15eFr8?t=2697</w:t>
      </w:r>
    </w:p>
    <w:p>
      <w:r>
        <w:rPr>
          <w:i/>
        </w:rPr>
        <w:t>“Yesterday you told us that you like anti-self thinking and not self-thinking. Could you please elaborate what is anti-self thinking?”</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Explanation of truth's hidden nature</w:t>
      </w:r>
    </w:p>
    <w:p>
      <w:r>
        <w:rPr>
          <w:color w:val="666666"/>
          <w:sz w:val="18"/>
        </w:rPr>
        <w:t>Life &amp; Wisdom · Dars-e-Quran, Chapter 2, Verses 55-57 | March 25, 2018 · 43s · at 58:53 · https://youtu.be/2MykDXfNV_w?t=3533</w:t>
      </w:r>
    </w:p>
    <w:p>
      <w:r>
        <w:rPr>
          <w:i/>
        </w:rPr>
        <w:t>“Maulana, as you said that truth never appears in a naked form, please explain this.”</w:t>
      </w:r>
    </w:p>
    <w:p>
      <w:r>
        <w:rPr>
          <w:sz w:val="20"/>
        </w:rPr>
        <w:t>58:53  maulana, agla sawal mumbai se javed hayat sahab ne bheja hai.</w:t>
      </w:r>
      <w:r>
        <w:br/>
      </w:r>
      <w:r>
        <w:rPr>
          <w:sz w:val="20"/>
        </w:rPr>
        <w:t>58:59  unhon ne likha</w:t>
      </w:r>
      <w:r>
        <w:br/>
      </w:r>
      <w:r>
        <w:rPr>
          <w:sz w:val="20"/>
        </w:rPr>
        <w:t>59:05  hai: "maulana, jaisa ke aap ne kaha ke sachai kabhi burhana shakal mein samne nahi aati, is par</w:t>
      </w:r>
      <w:r>
        <w:br/>
      </w:r>
      <w:r>
        <w:rPr>
          <w:sz w:val="20"/>
        </w:rPr>
        <w:t>59:13  hamesha shubah ka parda hota hai.</w:t>
      </w:r>
      <w:r>
        <w:br/>
      </w:r>
      <w:r>
        <w:rPr>
          <w:sz w:val="20"/>
        </w:rPr>
        <w:t>59:21  aaj jo insan is shubah ke parde ko phaar na sake, is ke liye jahannum kyun? zyada se</w:t>
      </w:r>
      <w:r>
        <w:br/>
      </w:r>
      <w:r>
        <w:rPr>
          <w:sz w:val="20"/>
        </w:rPr>
        <w:t>59:29  zyada is insan ko jannat se mahroom kiya jata hai, aisa kyun?"</w:t>
      </w:r>
    </w:p>
    <w:p>
      <w:pPr>
        <w:pStyle w:val="Heading2"/>
      </w:pPr>
      <w:r>
        <w:t>Family as enemy versus unconditional love</w:t>
      </w:r>
    </w:p>
    <w:p>
      <w:r>
        <w:rPr>
          <w:color w:val="666666"/>
          <w:sz w:val="18"/>
        </w:rPr>
        <w:t>Life &amp; Wisdom · Roza (Fasting) Shock May 26, 2019 · 1m 33s · at 22:40 · https://youtu.be/GXYhGriFRpM?t=1360</w:t>
      </w:r>
    </w:p>
    <w:p>
      <w:r>
        <w:rPr>
          <w:i/>
        </w:rPr>
        <w:t>“You said family life is the biggest enemy, then why does unconditional love come only from family members? Please clarify this. Family is a blessing from God. When a child is born, can you create a child? You cannot even create a child's finger. A child with his whole existence shows that there is a God who is a very great giver.”</w:t>
      </w:r>
    </w:p>
    <w:p>
      <w:r>
        <w:rPr>
          <w:sz w:val="20"/>
        </w:rPr>
        <w:t>22:40  Jee, Maulana, agla sawal ah Delhi se bheja hai Prashant Tiwari ji ne. Unhon ne aapse poocha hai: "If family life is biggest enemy, to phir unconditional love family member se hi kyun milta hai?" Maulana sahib, is ko is ko clarify karen.</w:t>
      </w:r>
      <w:r>
        <w:br/>
      </w:r>
      <w:r>
        <w:rPr>
          <w:sz w:val="20"/>
        </w:rPr>
        <w:t>23:02  Yeh to bhool ki baat hai. Family ek nemat hai Allah ki taraf se. Aap bataiye ke ek bachcha aap ka paida hota hai to aap bana sakte hain bachche ko?</w:t>
      </w:r>
      <w:r>
        <w:br/>
      </w:r>
      <w:r>
        <w:rPr>
          <w:sz w:val="20"/>
        </w:rPr>
        <w:t>23:16  Bachche ki ungli bhi nahi bana sakte aap. Bhala bachcha apne poore wajood ke sath batata hai ke koi Khuda hai jo bohat hi bara giver hai.</w:t>
      </w:r>
      <w:r>
        <w:br/>
      </w:r>
      <w:r>
        <w:rPr>
          <w:sz w:val="20"/>
        </w:rPr>
        <w:t>23:28  Lekin main jahan jahan se le kar America tak kisi ko nahi paya jo family par Khuda ko yaad kare, bas family, family, family.</w:t>
      </w:r>
      <w:r>
        <w:br/>
      </w:r>
      <w:r>
        <w:rPr>
          <w:sz w:val="20"/>
        </w:rPr>
        <w:t>23:38  Yeh to shirk hai. Jo cheez mili hai Allah se, us ko attribute kar den aap kisi aur ki taraf, yeh to shirk hai.</w:t>
      </w:r>
      <w:r>
        <w:br/>
      </w:r>
      <w:r>
        <w:rPr>
          <w:sz w:val="20"/>
        </w:rPr>
        <w:t>23:49  To chahe family ho, chahe koi aur cheez ho, aam ke peed par ek phal latak raha ho, ya aap kahan hain, ek Allah ki ek nemat aayi ho, us ka har cheez par Allah ka shukar karna hai.</w:t>
      </w:r>
      <w:r>
        <w:br/>
      </w:r>
      <w:r>
        <w:rPr>
          <w:sz w:val="20"/>
        </w:rPr>
        <w:t>24:06  Lekin isi ko agar aap focus karen to woh shirk ban jata hai.</w:t>
      </w:r>
    </w:p>
    <w:p>
      <w:pPr>
        <w:pStyle w:val="Heading2"/>
      </w:pPr>
      <w:r>
        <w:t>Family as hurdle in discovering truth</w:t>
      </w:r>
    </w:p>
    <w:p>
      <w:r>
        <w:rPr>
          <w:color w:val="666666"/>
          <w:sz w:val="18"/>
        </w:rPr>
        <w:t>Life &amp; Wisdom · Roza (Fasting) Shock May 26, 2019 · 1m 22s · at 36:25 · https://youtu.be/GXYhGriFRpM?t=2185</w:t>
      </w:r>
    </w:p>
    <w:p>
      <w:r>
        <w:rPr>
          <w:i/>
        </w:rPr>
        <w:t>“Maulana, how family becomes a hurdle in the path of discovery of truth? I have not understood this. Please clarify.”</w:t>
      </w:r>
    </w:p>
    <w:p>
      <w:r>
        <w:rPr>
          <w:sz w:val="20"/>
        </w:rPr>
        <w:t>36:25  thank you so much. may god bless you." maulana, agla sawal bhi bheja hai azhar mubarak sahib ne.</w:t>
      </w:r>
      <w:r>
        <w:br/>
      </w:r>
      <w:r>
        <w:rPr>
          <w:sz w:val="20"/>
        </w:rPr>
        <w:t>36:35  unhon ne likha hai: "maulana, how family becomes a hurdle in the path of discovery of truth? i have not understood this.</w:t>
      </w:r>
      <w:r>
        <w:br/>
      </w:r>
      <w:r>
        <w:rPr>
          <w:sz w:val="20"/>
        </w:rPr>
        <w:t>36:44  please clarify." kaun kar raha hai</w:t>
      </w:r>
      <w:r>
        <w:br/>
      </w:r>
      <w:r>
        <w:rPr>
          <w:sz w:val="20"/>
        </w:rPr>
        <w:t>36:47  ? azhar mubarak. how family? bhai, aap introspection kijiye, hisab kijiye ke 24 ghante jo aap ko mile hue hain, is mein real sense mein kitna aap apne khaliq ko yaad karte hain aur kitna kisi aur ko?</w:t>
      </w:r>
      <w:r>
        <w:br/>
      </w:r>
      <w:r>
        <w:rPr>
          <w:sz w:val="20"/>
        </w:rPr>
        <w:t>37:04  yeh kaun sa mushkil kaam hai? misaal ke taur par, meri ek mushkil saamne mere aayi to maine kaha: "assalam o alaikum ayha al malaika." to aap sochiye ke kitni baar aap aisa karte hain?</w:t>
      </w:r>
      <w:r>
        <w:br/>
      </w:r>
      <w:r>
        <w:rPr>
          <w:sz w:val="20"/>
        </w:rPr>
        <w:t>37:22  yaani allah ke jo taraf se jo madadgar khade hue hain, har taraf woh isi intezar mein to hain ke un se koi kahe.</w:t>
      </w:r>
      <w:r>
        <w:br/>
      </w:r>
      <w:r>
        <w:rPr>
          <w:sz w:val="20"/>
        </w:rPr>
        <w:t>37:31  to mujhe bataiye ke aap ko apni zindagi mein koi insaan mila hai? aisa nahi mila hai to samajh ki? here is the rao. yeh kaun sa mushkil kaam hai?</w:t>
      </w:r>
    </w:p>
    <w:p>
      <w:pPr>
        <w:pStyle w:val="Heading2"/>
      </w:pPr>
      <w:r>
        <w:t>Focus on need not greed</w:t>
      </w:r>
    </w:p>
    <w:p>
      <w:r>
        <w:rPr>
          <w:color w:val="666666"/>
          <w:sz w:val="18"/>
        </w:rPr>
        <w:t>Life &amp; Wisdom · Between Hell and Paradise January 27, 2013 · 1m 09s · at 1:09:32 · https://youtu.be/0IItFxGXPQ4?t=4172</w:t>
      </w:r>
    </w:p>
    <w:p>
      <w:r>
        <w:rPr>
          <w:i/>
        </w:rPr>
        <w:t>“Instead of focusing on material need, we have aligned ourselves in focusing on material greed. I think this is the main reason that the Muslims of the present day have lost the habit of shukr. Kindly guide us how we can focus only on material need.”</w:t>
      </w:r>
    </w:p>
    <w:p>
      <w:r>
        <w:rPr>
          <w:sz w:val="20"/>
        </w:rPr>
        <w:t>1:09:32  molana, agla sawal aamir mori sahab ka hai, kashmir se. unhone likha hai: "Instead of focusing on material need, we have aligned ourselves in focusing on material greed.</w:t>
      </w:r>
      <w:r>
        <w:br/>
      </w:r>
      <w:r>
        <w:rPr>
          <w:sz w:val="20"/>
        </w:rPr>
        <w:t>1:09:49  I think this is the main reason that the Muslims of the present day have lost the habit of shukr. molana sahab, kindly guide us how we can focus only on material need."</w:t>
      </w:r>
      <w:r>
        <w:br/>
      </w:r>
      <w:r>
        <w:rPr>
          <w:sz w:val="20"/>
        </w:rPr>
        <w:t>1:10:04  bas thinking process jaari kijiye. sara nikal baat depend karti hai thinking process par.</w:t>
      </w:r>
      <w:r>
        <w:br/>
      </w:r>
      <w:r>
        <w:rPr>
          <w:sz w:val="20"/>
        </w:rPr>
        <w:t>1:10:14  unesco ka dictum hai ke "Violence and peace both begin from mind." yeh yahan bhi hai ke shukr aur nashukri dono mind mein paida hote hain.</w:t>
      </w:r>
      <w:r>
        <w:br/>
      </w:r>
      <w:r>
        <w:rPr>
          <w:sz w:val="20"/>
        </w:rPr>
        <w:t>1:10:27  apne mind ko sahi tarah par train kijiye, mind ko tayyar kijiye, to isi se yeh sab cheezen aayengi.</w:t>
      </w:r>
      <w:r>
        <w:br/>
      </w:r>
      <w:r>
        <w:rPr>
          <w:sz w:val="20"/>
        </w:rPr>
        <w:t>1:10:37  aur koi doosra mysterious tareeqa nahi hai.</w:t>
      </w:r>
    </w:p>
    <w:p>
      <w:pPr>
        <w:pStyle w:val="Heading2"/>
      </w:pPr>
      <w:r>
        <w:t>Focusing on opportunities despite complaints</w:t>
      </w:r>
    </w:p>
    <w:p>
      <w:r>
        <w:rPr>
          <w:color w:val="666666"/>
          <w:sz w:val="18"/>
        </w:rPr>
        <w:t>Life &amp; Wisdom · Forget the Grievances, January 01, 2017 · 1m 10s · at 47:34 · https://youtu.be/zW4q8dl2cmw?t=2854</w:t>
      </w:r>
    </w:p>
    <w:p>
      <w:r>
        <w:rPr>
          <w:i/>
        </w:rPr>
        <w:t>“It seems difficult to focus on opportunities when we have complaints. How can we focus on opportunities in such a scenario? Please advise.”</w:t>
      </w:r>
    </w:p>
    <w:p>
      <w:r>
        <w:rPr>
          <w:sz w:val="20"/>
        </w:rPr>
        <w:t>47:34  ji, maulana, agla sawal yasar khan sahab ne kiya hai peshawar se, aur unhon ne aap se poocha</w:t>
      </w:r>
      <w:r>
        <w:br/>
      </w:r>
      <w:r>
        <w:rPr>
          <w:sz w:val="20"/>
        </w:rPr>
        <w:t>47:42  ہے کہ: "It seems difficult to focus on opportunities when we have complaints." Maulana Sahib, how can we</w:t>
      </w:r>
      <w:r>
        <w:br/>
      </w:r>
      <w:r>
        <w:rPr>
          <w:sz w:val="20"/>
        </w:rPr>
        <w:t>47:50  focus on opportunities in such a scenario? please advise us.</w:t>
      </w:r>
      <w:r>
        <w:br/>
      </w:r>
      <w:r>
        <w:rPr>
          <w:sz w:val="20"/>
        </w:rPr>
        <w:t>47:54  sab se aasan kaam hai complaint ko chhodna ke mind mein complaint hoti hai, mind hi mein khatm</w:t>
      </w:r>
      <w:r>
        <w:br/>
      </w:r>
      <w:r>
        <w:rPr>
          <w:sz w:val="20"/>
        </w:rPr>
        <w:t>48:02  hoti hai.</w:t>
      </w:r>
      <w:r>
        <w:br/>
      </w:r>
      <w:r>
        <w:rPr>
          <w:sz w:val="20"/>
        </w:rPr>
        <w:t>48:03  mind se bahar complaint kahin hoti nahi, kahin yaad rakhiye, koi bhi complaint kitni bhi bari ho, woh</w:t>
      </w:r>
      <w:r>
        <w:br/>
      </w:r>
      <w:r>
        <w:rPr>
          <w:sz w:val="20"/>
        </w:rPr>
        <w:t>48:11  mind mein hoti hai.</w:t>
      </w:r>
      <w:r>
        <w:br/>
      </w:r>
      <w:r>
        <w:rPr>
          <w:sz w:val="20"/>
        </w:rPr>
        <w:t>48:13  to jab mind mein ho to apne bas mein hai, jab chahe is ko khatm kar dijiye.</w:t>
      </w:r>
      <w:r>
        <w:br/>
      </w:r>
      <w:r>
        <w:rPr>
          <w:sz w:val="20"/>
        </w:rPr>
        <w:t>48:20  mind ke switch to aap ke hath mein hain, jab chahe mind ke switch ko off kar dijiye,</w:t>
      </w:r>
      <w:r>
        <w:br/>
      </w:r>
      <w:r>
        <w:rPr>
          <w:sz w:val="20"/>
        </w:rPr>
        <w:t>48:28  jab chahe on kar dijiye.</w:t>
      </w:r>
      <w:r>
        <w:br/>
      </w:r>
      <w:r>
        <w:rPr>
          <w:sz w:val="20"/>
        </w:rPr>
        <w:t>48:30  har complaint mind mein hoti hai, har complaint, har protest mind mein hota hai.</w:t>
      </w:r>
      <w:r>
        <w:br/>
      </w:r>
      <w:r>
        <w:rPr>
          <w:sz w:val="20"/>
        </w:rPr>
        <w:t>48:36  to mind ke andar jo switch hai, is ko off kar dijiye, bas baat khatm.</w:t>
      </w:r>
      <w:r>
        <w:br/>
      </w:r>
      <w:r>
        <w:rPr>
          <w:sz w:val="20"/>
        </w:rPr>
        <w:t>48:42  hum to yahi karte hain.</w:t>
      </w:r>
    </w:p>
    <w:p>
      <w:pPr>
        <w:pStyle w:val="Heading2"/>
      </w:pPr>
      <w:r>
        <w:t>Focusing on positivity despite negativity</w:t>
      </w:r>
    </w:p>
    <w:p>
      <w:r>
        <w:rPr>
          <w:color w:val="666666"/>
          <w:sz w:val="18"/>
        </w:rPr>
        <w:t>Life &amp; Wisdom · God Particle July 8, 2012 · 1m 26s · at 1:00:28 · https://youtu.be/30Ulu10c2nA?t=3628</w:t>
      </w:r>
    </w:p>
    <w:p>
      <w:r>
        <w:rPr>
          <w:i/>
        </w:rPr>
        <w:t>“How can we keep our focus on the positive aspects of life when there are many negative things around us? Kindly advise.”</w:t>
      </w:r>
    </w:p>
    <w:p>
      <w:r>
        <w:rPr>
          <w:sz w:val="20"/>
        </w:rPr>
        <w:t>1:00:28  maulana, agla sawal hai miss naghma siddiqui ka delhi se. unhone likha hai: "how can we keep our focus on the positive aspects of life when there are many negative things around us?" kindly advice.</w:t>
      </w:r>
      <w:r>
        <w:br/>
      </w:r>
      <w:r>
        <w:rPr>
          <w:sz w:val="20"/>
        </w:rPr>
        <w:t>1:00:45  dekhein, yeh ek intellectual exercise hai. jis tarah se body ke liye aap physical exercise karte hain,</w:t>
      </w:r>
      <w:r>
        <w:br/>
      </w:r>
      <w:r>
        <w:rPr>
          <w:sz w:val="20"/>
        </w:rPr>
        <w:t>1:00:56  agar aap ko body banana hai toh aap ko physical exercise karni parti hai.</w:t>
      </w:r>
      <w:r>
        <w:br/>
      </w:r>
      <w:r>
        <w:rPr>
          <w:sz w:val="20"/>
        </w:rPr>
        <w:t>1:01:05  isi tarike se agar aap ko spiritual development chahiye toh uske liye intellectual exercise karni hai. yaani is par sochna, apni soch ko distract hone se bachana aur focus hatne na paye,</w:t>
      </w:r>
      <w:r>
        <w:br/>
      </w:r>
      <w:r>
        <w:rPr>
          <w:sz w:val="20"/>
        </w:rPr>
        <w:t>1:01:25  mutale'a ko barhana, observation ko barhana,</w:t>
      </w:r>
      <w:r>
        <w:br/>
      </w:r>
      <w:r>
        <w:rPr>
          <w:sz w:val="20"/>
        </w:rPr>
        <w:t>1:01:29  yeh sab cheezon ko mein kehta hoon intellectual exercise. jis tarah physical exercise ke baghair aadmi ko health nahi milti, isi tarah physical exercise ke baghair health nahi milti.</w:t>
      </w:r>
      <w:r>
        <w:br/>
      </w:r>
      <w:r>
        <w:rPr>
          <w:sz w:val="20"/>
        </w:rPr>
        <w:t>1:01:45  is tarah se intellectual exercise ke baghair aadmi ko aala rohani taraqqi bhi nahi ho sakti.</w:t>
      </w:r>
    </w:p>
    <w:p>
      <w:pPr>
        <w:pStyle w:val="Heading2"/>
      </w:pPr>
      <w:r>
        <w:t>For First Time Knowing We Are Here</w:t>
      </w:r>
    </w:p>
    <w:p>
      <w:r>
        <w:rPr>
          <w:color w:val="666666"/>
          <w:sz w:val="18"/>
        </w:rPr>
        <w:t>Life &amp; Wisdom · Dars-e-Quran, Chapter 2, Verse 35 | December 17, 2017 · 1m 30s · at 57:49 · https://youtu.be/Cd8MlWM7B9w?t=3469</w:t>
      </w:r>
    </w:p>
    <w:p>
      <w:r>
        <w:rPr>
          <w:i/>
        </w:rPr>
        <w:t>“Maulana sahib, for the first time we came to know that we are here...”</w:t>
      </w:r>
    </w:p>
    <w:p>
      <w:r>
        <w:rPr>
          <w:sz w:val="20"/>
        </w:rPr>
        <w:t>57:49  maulana, agla sawal haiderabad se bheja hai ashyaq kamal sahab ne</w:t>
      </w:r>
      <w:r>
        <w:br/>
      </w:r>
      <w:r>
        <w:rPr>
          <w:sz w:val="20"/>
        </w:rPr>
        <w:t>57:54  .</w:t>
      </w:r>
      <w:r>
        <w:br/>
      </w:r>
      <w:r>
        <w:rPr>
          <w:sz w:val="20"/>
        </w:rPr>
        <w:t>58:00  انہوں نے لکھا ہے، مولانا صاحب، for the first time we came to know that we are here</w:t>
      </w:r>
      <w:r>
        <w:br/>
      </w:r>
      <w:r>
        <w:rPr>
          <w:sz w:val="20"/>
        </w:rPr>
        <w:t>58:06  In this world having second golden chance and that we should avoid distraction.</w:t>
      </w:r>
      <w:r>
        <w:br/>
      </w:r>
      <w:r>
        <w:rPr>
          <w:sz w:val="20"/>
        </w:rPr>
        <w:t>58:12  My question is that how can we convince our non-Muslim brothers about this second golden chance? Main</w:t>
      </w:r>
      <w:r>
        <w:br/>
      </w:r>
      <w:r>
        <w:rPr>
          <w:sz w:val="20"/>
        </w:rPr>
        <w:t>58:18  to samajhta hoon ke sirf ek hi baat hai,</w:t>
      </w:r>
      <w:r>
        <w:br/>
      </w:r>
      <w:r>
        <w:rPr>
          <w:sz w:val="20"/>
        </w:rPr>
        <w:t>58:25  مسلمانوں نے hate develop کر رکھی ہے non-Muslim کے لیے۔</w:t>
      </w:r>
      <w:r>
        <w:br/>
      </w:r>
      <w:r>
        <w:rPr>
          <w:sz w:val="20"/>
        </w:rPr>
        <w:t>58:32  sari dunya ke non muslimon se hate, sab se hate.</w:t>
      </w:r>
      <w:r>
        <w:br/>
      </w:r>
      <w:r>
        <w:rPr>
          <w:sz w:val="20"/>
        </w:rPr>
        <w:t>58:40  jis musalman se miliye aap to doosron ko woh kahein kafir hai, jahannami hai, yeh hai, woh hai.</w:t>
      </w:r>
      <w:r>
        <w:br/>
      </w:r>
      <w:r>
        <w:rPr>
          <w:sz w:val="20"/>
        </w:rPr>
        <w:t>58:47  bas hate ko nikal dijiye to apne aap prevail kare gi insani humdardi.</w:t>
      </w:r>
      <w:r>
        <w:br/>
      </w:r>
      <w:r>
        <w:rPr>
          <w:sz w:val="20"/>
        </w:rPr>
        <w:t>58:55  bas yeh ghair ka tasawwur khatam kar dijiye, kafir ka tasawwur khatam kar dijiye.</w:t>
      </w:r>
      <w:r>
        <w:br/>
      </w:r>
      <w:r>
        <w:rPr>
          <w:sz w:val="20"/>
        </w:rPr>
        <w:t>59:01  har ek ko insan samjhiye, dunya ko dar-ul-kafir mat samjhiye balkeh dar-ul-insan samjhiye.</w:t>
      </w:r>
      <w:r>
        <w:br/>
      </w:r>
      <w:r>
        <w:rPr>
          <w:sz w:val="20"/>
        </w:rPr>
        <w:t>59:07  bas sab kuch apne aap hi theek ho jayega.</w:t>
      </w:r>
      <w:r>
        <w:br/>
      </w:r>
      <w:r>
        <w:rPr>
          <w:sz w:val="20"/>
        </w:rPr>
        <w:t>59:13  har cheez apne aap theek ho jayegi.</w:t>
      </w:r>
    </w:p>
    <w:p>
      <w:pPr>
        <w:pStyle w:val="Heading2"/>
      </w:pPr>
      <w:r>
        <w:t>Formula for complaint-free culture</w:t>
      </w:r>
    </w:p>
    <w:p>
      <w:r>
        <w:rPr>
          <w:color w:val="666666"/>
          <w:sz w:val="18"/>
        </w:rPr>
        <w:t>Life &amp; Wisdom · Peace of Mind June 29, 2014 · 28s · at 53:08 · https://youtu.be/oVwRc_FcAGk?t=3188</w:t>
      </w:r>
    </w:p>
    <w:p>
      <w:r>
        <w:rPr>
          <w:i/>
        </w:rPr>
        <w:t>“What is the formula of a complaint-free culture in a mission?”</w:t>
      </w:r>
    </w:p>
    <w:p>
      <w:r>
        <w:rPr>
          <w:sz w:val="20"/>
        </w:rPr>
        <w:t>53:08  Maulana, agla sawal lene se pehle ek comment parhna chahen ge jo Maulana Iqbal Umri ne bheja hai Chennai se, aur unhon ne likha hai ke Maulana aaj pehli baar Kazmain al-Ghaith ka maani maine samajh aaye, yani self blame de kar ghusse ko manage karna, aur yahi misbat zindagi ka raaz hai.</w:t>
      </w:r>
      <w:r>
        <w:br/>
      </w:r>
      <w:r>
        <w:rPr>
          <w:sz w:val="20"/>
        </w:rPr>
        <w:t>53:33  Masha Allah.</w:t>
      </w:r>
    </w:p>
    <w:p>
      <w:pPr>
        <w:pStyle w:val="Heading2"/>
      </w:pPr>
      <w:r>
        <w:t>Formula for living in the present without worry</w:t>
      </w:r>
    </w:p>
    <w:p>
      <w:r>
        <w:rPr>
          <w:color w:val="666666"/>
          <w:sz w:val="18"/>
        </w:rPr>
        <w:t>Life &amp; Wisdom · Age of Democracy May 25, 2014 · 1m 02s · at 1:12:20 · https://youtu.be/pyZy1-EhW1Q?t=4340</w:t>
      </w:r>
    </w:p>
    <w:p>
      <w:r>
        <w:rPr>
          <w:i/>
        </w:rPr>
        <w:t>“What is the magical formula to live in the present without thinking about past setbacks and future uncertainties?”</w:t>
      </w:r>
    </w:p>
    <w:p>
      <w:r>
        <w:rPr>
          <w:sz w:val="20"/>
        </w:rPr>
        <w:t>1:12:20  maulana, agla sawal dilli se hai. miss priya malik ne kiya hai.</w:t>
      </w:r>
      <w:r>
        <w:br/>
      </w:r>
      <w:r>
        <w:rPr>
          <w:sz w:val="20"/>
        </w:rPr>
        <w:t>1:12:24  inhon ne likha hai: "What is the magical formula to live in present without thinking about past setbacks and future uncertainties?" bhai, bohat hi philosophical question hai.</w:t>
      </w:r>
      <w:r>
        <w:br/>
      </w:r>
      <w:r>
        <w:rPr>
          <w:sz w:val="20"/>
        </w:rPr>
        <w:t>1:12:40  haan, bataiye kya matlab is ka hai? bohat hi maulana, aksar log jo hain past mein jeete hain ya future ko le ke pareshan hote hain.</w:t>
      </w:r>
      <w:r>
        <w:br/>
      </w:r>
      <w:r>
        <w:rPr>
          <w:sz w:val="20"/>
        </w:rPr>
        <w:t>1:12:49  to woh yeh aap se janana chahti hain ke kya formula hai ke aaj mein jiye insan,</w:t>
      </w:r>
      <w:r>
        <w:br/>
      </w:r>
      <w:r>
        <w:rPr>
          <w:sz w:val="20"/>
        </w:rPr>
        <w:t>1:12:56  future ki chinta na kare aur past ko le ke pareshan na ho? yeh poochna cha rahi hain woh. meri ek kitab padh lijiye: "simple wisdom".</w:t>
      </w:r>
      <w:r>
        <w:br/>
      </w:r>
      <w:r>
        <w:rPr>
          <w:sz w:val="20"/>
        </w:rPr>
        <w:t>1:13:06  inshallah is mein aap ko jawab mil jayega. agar phir bhi na mile to aap bataiye ke is mein konsi baat clear nahi? ji, simply wisdom mein konsi baat clear nahi hai?</w:t>
      </w:r>
      <w:r>
        <w:br/>
      </w:r>
      <w:r>
        <w:rPr>
          <w:sz w:val="20"/>
        </w:rPr>
        <w:t>1:13:17  phir is ke baad inshallah. thank you ji.</w:t>
      </w:r>
    </w:p>
    <w:p>
      <w:pPr>
        <w:pStyle w:val="Heading2"/>
      </w:pPr>
      <w:r>
        <w:t>Formula to build personality</w:t>
      </w:r>
    </w:p>
    <w:p>
      <w:r>
        <w:rPr>
          <w:color w:val="666666"/>
          <w:sz w:val="18"/>
        </w:rPr>
        <w:t>Life &amp; Wisdom · Concept of Jihad in Islam September 7, 2014 · 56s · at 1:04:58 · https://youtu.be/GnKBYM8HbuQ?t=3898</w:t>
      </w:r>
    </w:p>
    <w:p>
      <w:r>
        <w:rPr>
          <w:i/>
        </w:rPr>
        <w:t>“What is the formula that one can adopt to build one's personality? Please advice.”</w:t>
      </w:r>
    </w:p>
    <w:p>
      <w:r>
        <w:rPr>
          <w:sz w:val="20"/>
        </w:rPr>
        <w:t>1:04:58  maulana, agla sawal muradabad se aaya hai aur bilal sahib ne kiya hai.</w:t>
      </w:r>
      <w:r>
        <w:br/>
      </w:r>
      <w:r>
        <w:rPr>
          <w:sz w:val="20"/>
        </w:rPr>
        <w:t>1:05:04  unhon ne aap se poocha hai ke what is the formula that one can adopt to build one's</w:t>
      </w:r>
      <w:r>
        <w:br/>
      </w:r>
      <w:r>
        <w:rPr>
          <w:sz w:val="20"/>
        </w:rPr>
        <w:t>1:05:11  personality please advice bhai, in cheezon par bohat zyada hum likh chuke hain, is ko padhte kyun nahi</w:t>
      </w:r>
      <w:r>
        <w:br/>
      </w:r>
      <w:r>
        <w:rPr>
          <w:sz w:val="20"/>
        </w:rPr>
        <w:t>1:05:19  hain aap log? bohat zyada likh chuke hain.</w:t>
      </w:r>
      <w:r>
        <w:br/>
      </w:r>
      <w:r>
        <w:rPr>
          <w:sz w:val="20"/>
        </w:rPr>
        <w:t>1:05:23  abhi hamari do kitab chhapi hain, kitab marifat aur izhar e deen, is mein kai chapter hain.</w:t>
      </w:r>
      <w:r>
        <w:br/>
      </w:r>
      <w:r>
        <w:rPr>
          <w:sz w:val="20"/>
        </w:rPr>
        <w:t>1:05:29  to main aap logon se kahunga ke aap in kitabon ko padhen, phir jo baat wahan wazeh</w:t>
      </w:r>
      <w:r>
        <w:br/>
      </w:r>
      <w:r>
        <w:rPr>
          <w:sz w:val="20"/>
        </w:rPr>
        <w:t>1:05:37  nahi hui, is par sawal kijiye.</w:t>
      </w:r>
      <w:r>
        <w:br/>
      </w:r>
      <w:r>
        <w:rPr>
          <w:sz w:val="20"/>
        </w:rPr>
        <w:t>1:05:40  Aap kitaab marifat padhiye aur izhaar-e-deen padhiye, is ke baad bataiye ke falan baat is mein wazeh</w:t>
      </w:r>
      <w:r>
        <w:br/>
      </w:r>
      <w:r>
        <w:rPr>
          <w:sz w:val="20"/>
        </w:rPr>
        <w:t>1:05:47  nahi hui, to phir main inshallah is ka jawab doonga.</w:t>
      </w:r>
      <w:r>
        <w:br/>
      </w:r>
      <w:r>
        <w:rPr>
          <w:sz w:val="20"/>
        </w:rPr>
        <w:t>1:05:52  main yeh sahi tareeqa hai.</w:t>
      </w:r>
    </w:p>
    <w:p>
      <w:pPr>
        <w:pStyle w:val="Heading2"/>
      </w:pPr>
      <w:r>
        <w:t>Formula to remove negativity in all situations</w:t>
      </w:r>
    </w:p>
    <w:p>
      <w:r>
        <w:rPr>
          <w:color w:val="666666"/>
          <w:sz w:val="18"/>
        </w:rPr>
        <w:t>Life &amp; Wisdom · Universal outlook April 09, 2017 · 1m 21s · at 48:01 · https://youtu.be/n3HAPCpom5c?t=2881</w:t>
      </w:r>
    </w:p>
    <w:p>
      <w:r>
        <w:rPr>
          <w:i/>
        </w:rPr>
        <w:t>“Please suggest the best formula to remove negativity that we can use in all situations.”</w:t>
      </w:r>
    </w:p>
    <w:p>
      <w:r>
        <w:rPr>
          <w:sz w:val="20"/>
        </w:rPr>
        <w:t>48:01  Maulana agla sawal Delhi se bheja hai Mr Vikrant Dagar ne. unhon ne aapse poocha hai ke Maulana sahib please suggest the best formula to remove negativity which we can use in all the situations.</w:t>
      </w:r>
      <w:r>
        <w:br/>
      </w:r>
      <w:r>
        <w:rPr>
          <w:sz w:val="20"/>
        </w:rPr>
        <w:t>48:18  mujhe to is se zyada aasan koi kaam nahin lagta. kyunke negative thinking jo hai outside se aati hai.</w:t>
      </w:r>
      <w:r>
        <w:br/>
      </w:r>
      <w:r>
        <w:rPr>
          <w:sz w:val="20"/>
        </w:rPr>
        <w:t>48:27  hamare andar nahi hoti woh.</w:t>
      </w:r>
      <w:r>
        <w:br/>
      </w:r>
      <w:r>
        <w:rPr>
          <w:sz w:val="20"/>
        </w:rPr>
        <w:t>48:32  bahar se aati hai. to bahar se aane wale achhi kauniyat de bas itna hi karna hai. hamare andar to kuch bhi nahi hai. nature to bohat hi positive hota hai insan ka.</w:t>
      </w:r>
      <w:r>
        <w:br/>
      </w:r>
      <w:r>
        <w:rPr>
          <w:sz w:val="20"/>
        </w:rPr>
        <w:t>48:43  har insan ka. to negative thinking aati hai bahar se.</w:t>
      </w:r>
      <w:r>
        <w:br/>
      </w:r>
      <w:r>
        <w:rPr>
          <w:sz w:val="20"/>
        </w:rPr>
        <w:t>48:52  to bahar se jo cheez aa rahi ho jaise bahar se dhool aa rahi hai aap aankh band kar li aap ne.</w:t>
      </w:r>
      <w:r>
        <w:br/>
      </w:r>
      <w:r>
        <w:rPr>
          <w:sz w:val="20"/>
        </w:rPr>
        <w:t>49:00  bahar se koi cheez aa rahi hai aap ne apne chehre par parda daal liya to nahi aayegi. to jo cheez aap ke andar na ho wo sirf bahar se aati ho us se bachna itna aasan hai ke us ko apne andar aane na dein aur aur kya karna hai aur kuch karna hi nahi hai.</w:t>
      </w:r>
    </w:p>
    <w:p>
      <w:pPr>
        <w:pStyle w:val="Heading2"/>
      </w:pPr>
      <w:r>
        <w:t>Formula to stay on straight path</w:t>
      </w:r>
    </w:p>
    <w:p>
      <w:r>
        <w:rPr>
          <w:color w:val="666666"/>
          <w:sz w:val="18"/>
        </w:rPr>
        <w:t>Life &amp; Wisdom · Dars-e-Quran, Ch. 12, V. 105 ; Ch. 10 V. 61 (Study of Nature) | July 15, 2018 · 1m 33s · at 1:04:06 · https://youtu.be/5d-qNvpMg4k?t=3846</w:t>
      </w:r>
    </w:p>
    <w:p>
      <w:r>
        <w:rPr>
          <w:i/>
        </w:rPr>
        <w:t>“Maulana, according to you, what is the formula to keep ourselves on the straight path all the time?”</w:t>
      </w:r>
    </w:p>
    <w:p>
      <w:r>
        <w:rPr>
          <w:sz w:val="20"/>
        </w:rPr>
        <w:t>1:04:06  ma'rifat ke baghair imaan ka irtaqa nahi ho sakta. yeh woh kahiye. maulana agla sawal kiya hai shafi ahmed sahib ne meerut se. unhon ne likha hai, "maulana, according to you, what is the formula to keep our self on the straight straight path all the time?" is ke</w:t>
      </w:r>
      <w:r>
        <w:br/>
      </w:r>
      <w:r>
        <w:rPr>
          <w:sz w:val="20"/>
        </w:rPr>
        <w:t>1:04:36  bare mein bataiye. bhai har da time pe ho nahi sakta. sahaba ke pe nahi ho sakta. balake jahan hunzala ayat rasool Allah ne farmaya tha to yeh koi miyar nahi ke aap har lamha, har second, 24 ghante aap aala darje par rahen. oonch neech rahega. oonch neech se koi farq nahi padta</w:t>
      </w:r>
      <w:r>
        <w:br/>
      </w:r>
      <w:r>
        <w:rPr>
          <w:sz w:val="20"/>
        </w:rPr>
        <w:t xml:space="preserve">1:05:06  </w:t>
      </w:r>
      <w:r>
        <w:br/>
      </w:r>
      <w:r>
        <w:rPr>
          <w:sz w:val="20"/>
        </w:rPr>
        <w:t>1:05:10  Sahaba ke haan bhi unch neech hota tha.</w:t>
      </w:r>
      <w:r>
        <w:br/>
      </w:r>
      <w:r>
        <w:rPr>
          <w:sz w:val="20"/>
        </w:rPr>
        <w:t>1:05:15  yeh hadith sabit hai.</w:t>
      </w:r>
      <w:r>
        <w:br/>
      </w:r>
      <w:r>
        <w:rPr>
          <w:sz w:val="20"/>
        </w:rPr>
        <w:t>1:05:20  haan, bilakah jahan hanzalah.</w:t>
      </w:r>
      <w:r>
        <w:br/>
      </w:r>
      <w:r>
        <w:rPr>
          <w:sz w:val="20"/>
        </w:rPr>
        <w:t>1:05:25  saata wasaata kya matlab hua is ka? kabhi yeh, kabhi woh, kabhi woh, kabhi woh, kabhi qabz, kabhi bast.</w:t>
      </w:r>
      <w:r>
        <w:br/>
      </w:r>
      <w:r>
        <w:rPr>
          <w:sz w:val="20"/>
        </w:rPr>
        <w:t>1:05:30  to yeh to fitri baat hai.</w:t>
      </w:r>
      <w:r>
        <w:br/>
      </w:r>
      <w:r>
        <w:rPr>
          <w:sz w:val="20"/>
        </w:rPr>
        <w:t>1:05:34  is mein koi kamzori ki baat nahi hai.</w:t>
      </w:r>
    </w:p>
    <w:p>
      <w:pPr>
        <w:pStyle w:val="Heading2"/>
      </w:pPr>
      <w:r>
        <w:t>Formula to stop negative thoughts</w:t>
      </w:r>
    </w:p>
    <w:p>
      <w:r>
        <w:rPr>
          <w:color w:val="666666"/>
          <w:sz w:val="18"/>
        </w:rPr>
        <w:t>Life &amp; Wisdom · The Existence of God October 7, 2012 · 1m 34s · at 1:11:55 · https://youtu.be/Hm0ybuokQ8s?t=4315</w:t>
      </w:r>
    </w:p>
    <w:p>
      <w:r>
        <w:rPr>
          <w:i/>
        </w:rPr>
        <w:t>“I want to live with a negative-free mind. Please give me a formula to stop negative thoughts.”</w:t>
      </w:r>
    </w:p>
    <w:p>
      <w:r>
        <w:rPr>
          <w:sz w:val="20"/>
        </w:rPr>
        <w:t>1:11:55  is is ko aap jab clear ho jaye ga aap ke zehan mein to yeh sawal bhi hal ho jaye ga aap ka. Maulana, agla sawal Delhi se hai Nafees Sahab ka.</w:t>
      </w:r>
      <w:r>
        <w:br/>
      </w:r>
      <w:r>
        <w:rPr>
          <w:sz w:val="20"/>
        </w:rPr>
        <w:t>1:12:07  unhon ne likha hai: "main main negative free mind ban kar rehna chahta hoon, mujhe koi aisa formula bata dijiye jis se negative thoughts aana band ho jayein." Woh kabhi nahi band honge.</w:t>
      </w:r>
      <w:r>
        <w:br/>
      </w:r>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r>
        <w:br/>
      </w:r>
      <w:r>
        <w:rPr>
          <w:sz w:val="20"/>
        </w:rPr>
        <w:t>1:13:19  that was a negative event, lekin main sochne laga, sochne laga, is se mujhe ek ek positive sabaq mila. To negativity jo hai, us ko ek challenge ke roop mein lijiye.</w:t>
      </w:r>
    </w:p>
    <w:p>
      <w:pPr>
        <w:pStyle w:val="Heading2"/>
      </w:pPr>
      <w:r>
        <w:t>Glamour's appeal over knowledge and wisdom</w:t>
      </w:r>
    </w:p>
    <w:p>
      <w:r>
        <w:rPr>
          <w:color w:val="666666"/>
          <w:sz w:val="18"/>
        </w:rPr>
        <w:t>Life &amp; Wisdom · Journey of History December 23, 2012 · 1m 48s · at 1:18:23 · https://youtu.be/bvjWl3U3Dmw?t=4703</w:t>
      </w:r>
    </w:p>
    <w:p>
      <w:r>
        <w:rPr>
          <w:i/>
        </w:rPr>
        <w:t>“Why are people more attracted to glamour than to knowledge and wisdom?”</w:t>
      </w:r>
    </w:p>
    <w:p>
      <w:r>
        <w:rPr>
          <w:sz w:val="20"/>
        </w:rPr>
        <w:t>1:18:23  maulana, agla sawal pune se hai mister vikrant ka. unhon ne aap se poocha hai: "why areing more attracted to glamour than knowledge and wisdom?"</w:t>
      </w:r>
      <w:r>
        <w:br/>
      </w:r>
      <w:r>
        <w:rPr>
          <w:sz w:val="20"/>
        </w:rPr>
        <w:t>1:18:38  mein samajhta hoon ke aaj kal jo TV hai is ka yeh fitna hai. hamare bachpan mein to yeh sab kuch tha nahi. koi glamour ka kuch janta bhi nahi tha ke duniya mein glamour hai.</w:t>
      </w:r>
      <w:r>
        <w:br/>
      </w:r>
      <w:r>
        <w:rPr>
          <w:sz w:val="20"/>
        </w:rPr>
        <w:t>1:18:49  hamare bachpan mein, nojwanai mein yeh sab hum kuch bhi nahi dekhte the. lekin ab yeh TV jo hai is ne logon ko.</w:t>
      </w:r>
      <w:r>
        <w:br/>
      </w:r>
      <w:r>
        <w:rPr>
          <w:sz w:val="20"/>
        </w:rPr>
        <w:t>1:18:59  to aap ko janna chahiye ke TV jo hai source of distraction hai.</w:t>
      </w:r>
      <w:r>
        <w:br/>
      </w:r>
      <w:r>
        <w:rPr>
          <w:sz w:val="20"/>
        </w:rPr>
        <w:t>1:19:05  is ko discover kijiye aur bajaye is ke ke TV aap ko guide kare, aap khud apne aap ko guide kijiye. aaj kal mujhe nojwanon ka haal yeh hai ke bas TV un ko guide karta hai.</w:t>
      </w:r>
      <w:r>
        <w:br/>
      </w:r>
      <w:r>
        <w:rPr>
          <w:sz w:val="20"/>
        </w:rPr>
        <w:t>1:19:22  yahan par galti hai. khud sochiye, apni rah khud banaiye, khud apne guide baniye.</w:t>
      </w:r>
      <w:r>
        <w:br/>
      </w:r>
      <w:r>
        <w:rPr>
          <w:sz w:val="20"/>
        </w:rPr>
        <w:t>1:19:30  mujhe to TV se koi mein TV dekhta bhi hoon, lekin ek percent bhi mein use koi asar nahi leta. ek percent bhi nahi.</w:t>
      </w:r>
      <w:r>
        <w:br/>
      </w:r>
      <w:r>
        <w:rPr>
          <w:sz w:val="20"/>
        </w:rPr>
        <w:t>1:19:41  to asal cheez yeh hai ke apne ko aap ko distraction se bachana hai. chahe TV ho ya koi doosri cheez hai, jo cheez distract kare us se bachiye.</w:t>
      </w:r>
      <w:r>
        <w:br/>
      </w:r>
      <w:r>
        <w:rPr>
          <w:sz w:val="20"/>
        </w:rPr>
        <w:t>1:19:53  yeh to karna hi karna hai aap ko. yeh to yeh to test hai.</w:t>
      </w:r>
      <w:r>
        <w:br/>
      </w:r>
      <w:r>
        <w:rPr>
          <w:sz w:val="20"/>
        </w:rPr>
        <w:t>1:19:58  test thori aisa hota hai ke test abolish to nahi ho sakta. test to baqi rahega. agar aap chahe ke test free life mil jaye aap ko, yeh to possible nahi hai.</w:t>
      </w:r>
    </w:p>
    <w:p>
      <w:pPr>
        <w:pStyle w:val="Heading2"/>
      </w:pPr>
      <w:r>
        <w:t>Guidance for childless couple's loneliness</w:t>
      </w:r>
    </w:p>
    <w:p>
      <w:r>
        <w:rPr>
          <w:color w:val="666666"/>
          <w:sz w:val="18"/>
        </w:rPr>
        <w:t>Life &amp; Wisdom · 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Guidance on leading life to develop attributes</w:t>
      </w:r>
    </w:p>
    <w:p>
      <w:r>
        <w:rPr>
          <w:color w:val="666666"/>
          <w:sz w:val="18"/>
        </w:rPr>
        <w:t>Life &amp; Wisdom · Dars-e-Quran, Chapter 2, Verse 25 | November 19, 2017 | Maulana Wahiduddin Khan · 1m 46s · at 1:03:31 · https://youtu.be/ctvrG32NCgA?t=3811</w:t>
      </w:r>
    </w:p>
    <w:p>
      <w:r>
        <w:rPr>
          <w:i/>
        </w:rPr>
        <w:t>“Kindly guide us how should we lead our life in this world, so that we develop the attributes of a...”</w:t>
      </w:r>
    </w:p>
    <w:p>
      <w:r>
        <w:rPr>
          <w:sz w:val="20"/>
        </w:rPr>
        <w:t>1:03:31  ji Maulana, agla sawal lete hain</w:t>
      </w:r>
      <w:r>
        <w:br/>
      </w:r>
      <w:r>
        <w:rPr>
          <w:sz w:val="20"/>
        </w:rPr>
        <w:t>1:03:37  jo Aamir Mory Sahab ne Srinagar se bheja hai, unhon ne likha hai: "Maulana Sahab, kindly guide</w:t>
      </w:r>
      <w:r>
        <w:br/>
      </w:r>
      <w:r>
        <w:rPr>
          <w:sz w:val="20"/>
        </w:rPr>
        <w:t>1:03:45  اس how should we lead our life in this world, so that we develop the attributes of a</w:t>
      </w:r>
      <w:r>
        <w:br/>
      </w:r>
      <w:r>
        <w:rPr>
          <w:sz w:val="20"/>
        </w:rPr>
        <w:t>1:03:53  paradise oriented personality?" Jahan tak jahan tak main sochta hoon, sab se zyada important baat ye hai ke</w:t>
      </w:r>
      <w:r>
        <w:br/>
      </w:r>
      <w:r>
        <w:rPr>
          <w:sz w:val="20"/>
        </w:rPr>
        <w:t>1:04:00  paradise aap ka yani</w:t>
      </w:r>
      <w:r>
        <w:br/>
      </w:r>
      <w:r>
        <w:rPr>
          <w:sz w:val="20"/>
        </w:rPr>
        <w:t>1:04:08  true sense mein concern ban gaya ho.</w:t>
      </w:r>
      <w:r>
        <w:br/>
      </w:r>
      <w:r>
        <w:rPr>
          <w:sz w:val="20"/>
        </w:rPr>
        <w:t>1:04:14  jis tarah aap jante hain ke ek ghar mein ek bachcha paida hota hai to poora family, us</w:t>
      </w:r>
      <w:r>
        <w:br/>
      </w:r>
      <w:r>
        <w:rPr>
          <w:sz w:val="20"/>
        </w:rPr>
        <w:t>1:04:20  ki us ke baap, us ke maon, us ki behan, us ke bhai, sab chahte hain ke is</w:t>
      </w:r>
      <w:r>
        <w:br/>
      </w:r>
      <w:r>
        <w:rPr>
          <w:sz w:val="20"/>
        </w:rPr>
        <w:t>1:04:26  ki best education ho aur is ko bohat acha job milay.</w:t>
      </w:r>
      <w:r>
        <w:br/>
      </w:r>
      <w:r>
        <w:rPr>
          <w:sz w:val="20"/>
        </w:rPr>
        <w:t>1:04:32  to is bachay ki taraqqi</w:t>
      </w:r>
      <w:r>
        <w:br/>
      </w:r>
      <w:r>
        <w:rPr>
          <w:sz w:val="20"/>
        </w:rPr>
        <w:t>1:04:38  aur acha job, yeh in ka concern ban jata hai.</w:t>
      </w:r>
      <w:r>
        <w:br/>
      </w:r>
      <w:r>
        <w:rPr>
          <w:sz w:val="20"/>
        </w:rPr>
        <w:t>1:04:45  isi tarah say jannat ko concern banna paray ga.</w:t>
      </w:r>
      <w:r>
        <w:br/>
      </w:r>
      <w:r>
        <w:rPr>
          <w:sz w:val="20"/>
        </w:rPr>
        <w:t>1:04:51  jis tarah say hum apnay betay ke liye acha job, is ko concern banatay hain apna, isi tarah</w:t>
      </w:r>
      <w:r>
        <w:br/>
      </w:r>
      <w:r>
        <w:rPr>
          <w:sz w:val="20"/>
        </w:rPr>
        <w:t>1:04:57  say jannat ko bhi ab concern banna paray ga.</w:t>
      </w:r>
      <w:r>
        <w:br/>
      </w:r>
      <w:r>
        <w:rPr>
          <w:sz w:val="20"/>
        </w:rPr>
        <w:t>1:05:03  tab woh woh cheezain paida hongi jo is ke liye</w:t>
      </w:r>
      <w:r>
        <w:br/>
      </w:r>
      <w:r>
        <w:rPr>
          <w:sz w:val="20"/>
        </w:rPr>
        <w:t>1:05:09  darkar hain.</w:t>
      </w:r>
    </w:p>
    <w:p>
      <w:pPr>
        <w:pStyle w:val="Heading2"/>
      </w:pPr>
      <w:r>
        <w:t>Hobby as an Excuse for Wasting Precious Time</w:t>
      </w:r>
    </w:p>
    <w:p>
      <w:r>
        <w:rPr>
          <w:color w:val="666666"/>
          <w:sz w:val="18"/>
        </w:rPr>
        <w:t>Life &amp; Wisdom · 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How can I identify my strengths effectively?</w:t>
      </w:r>
    </w:p>
    <w:p>
      <w:r>
        <w:rPr>
          <w:color w:val="666666"/>
          <w:sz w:val="18"/>
        </w:rPr>
        <w:t>Life &amp; Wisdom · Principle of Loss May 31, 2015 · 1m 26s · at 1:00:38 · https://youtu.be/vM-CUyBiDkc?t=3638</w:t>
      </w:r>
    </w:p>
    <w:p>
      <w:r>
        <w:rPr>
          <w:i/>
        </w:rPr>
        <w:t>“You always say that every person has a role to play, but the role will depend upon one's strength. How can I identify my strength so that I can play my role more effectively? I need your guidance in this.”</w:t>
      </w:r>
    </w:p>
    <w:p>
      <w:r>
        <w:rPr>
          <w:sz w:val="20"/>
        </w:rPr>
        <w:t>1:00:38  may Allah help us apply this principle in life and behaviour. mashallah. maulana, agla sawal agra se bheja hai muhammad usman sahib ne, aur unhon ne likha hai ke maulana, you always say that every person has a role to play,</w:t>
      </w:r>
      <w:r>
        <w:br/>
      </w:r>
      <w:r>
        <w:rPr>
          <w:sz w:val="20"/>
        </w:rPr>
        <w:t>1:00:57  but the role play will depend upon one's strength.</w:t>
      </w:r>
      <w:r>
        <w:br/>
      </w:r>
      <w:r>
        <w:rPr>
          <w:sz w:val="20"/>
        </w:rPr>
        <w:t>1:01:02  so da question is, how can i identify my strength, so that i can play my role more effectively? i need your guidance in this.</w:t>
      </w:r>
      <w:r>
        <w:br/>
      </w:r>
      <w:r>
        <w:rPr>
          <w:sz w:val="20"/>
        </w:rPr>
        <w:t>1:01:13  dekhiye, yeh bilkul aasan hai.</w:t>
      </w:r>
      <w:r>
        <w:br/>
      </w:r>
      <w:r>
        <w:rPr>
          <w:sz w:val="20"/>
        </w:rPr>
        <w:t>1:01:15  har aadmi janta hai ke mujhe falan khana pasand hai, falan khana pasand nahi hai. jab yeh jaan paate hain to yeh khud hi jaan lete hain ke khuda ke pasand ke mutabiq kaun sa role karna hai aap ko.</w:t>
      </w:r>
      <w:r>
        <w:br/>
      </w:r>
      <w:r>
        <w:rPr>
          <w:sz w:val="20"/>
        </w:rPr>
        <w:t>1:01:27  yani har aadmi ko pata hai ke kaun si dish mujhe pasand hai, kaun si dish mujhe pasand nahi hai. yahi ek cheez yani under discoverable hai.</w:t>
      </w:r>
      <w:r>
        <w:br/>
      </w:r>
      <w:r>
        <w:rPr>
          <w:sz w:val="20"/>
        </w:rPr>
        <w:t>1:01:37  nahi, ek yeh agar sincere ho aadmi, aur sach much woh yani baais ke baghair dispassiontly woh ghor kare to bilkul clear ho jayega mamla is ke samne.</w:t>
      </w:r>
      <w:r>
        <w:br/>
      </w:r>
      <w:r>
        <w:rPr>
          <w:sz w:val="20"/>
        </w:rPr>
        <w:t>1:01:53  kaise nahi clear hoga? allah taala ne dimagh isi liye diya hai ke aap khud apply karen, aur ab daryaft karen baaton ko.</w:t>
      </w:r>
    </w:p>
    <w:p>
      <w:pPr>
        <w:pStyle w:val="Heading2"/>
      </w:pPr>
      <w:r>
        <w:t>How can man attain wisdom like honey bee</w:t>
      </w:r>
    </w:p>
    <w:p>
      <w:r>
        <w:rPr>
          <w:color w:val="666666"/>
          <w:sz w:val="18"/>
        </w:rPr>
        <w:t>Life &amp; Wisdom · Realization of God May 07, 2017 Maulana Wahiduddin Khan · 45s · at 55:49 · https://youtu.be/sXmJShRfWKs?t=3349</w:t>
      </w:r>
    </w:p>
    <w:p>
      <w:r>
        <w:rPr>
          <w:i/>
        </w:rPr>
        <w:t>“Just as a mosquito, no matter how much it tries and prepares its mind, cannot obtain nectar because the honey bee is appointed for that task, then how can man obtain knowledge or wisdom?”</w:t>
      </w:r>
    </w:p>
    <w:p>
      <w:r>
        <w:rPr>
          <w:sz w:val="20"/>
        </w:rPr>
        <w:t>55:49  maulana kolkata se aaftab alam sahib ne sawal bheja hai unhon ne likha hai ke jis tarah machhar</w:t>
      </w:r>
      <w:r>
        <w:br/>
      </w:r>
      <w:r>
        <w:rPr>
          <w:sz w:val="20"/>
        </w:rPr>
        <w:t>55:55  lakh koshish kare aur apne aap ko prepared mind kar le tab bhi woh nectar hasil nahi kar</w:t>
      </w:r>
      <w:r>
        <w:br/>
      </w:r>
      <w:r>
        <w:rPr>
          <w:sz w:val="20"/>
        </w:rPr>
        <w:t>56:02  sakta kyunke is kaam ke liye honey bee muqarrar hai phir insan معرفت ya wisdom ko hasil karne</w:t>
      </w:r>
      <w:r>
        <w:br/>
      </w:r>
      <w:r>
        <w:rPr>
          <w:sz w:val="20"/>
        </w:rPr>
        <w:t>56:10  ke liye kis tarah khud ko prepared mind kare is ke bare mein bataein</w:t>
      </w:r>
      <w:r>
        <w:br/>
      </w:r>
      <w:r>
        <w:rPr>
          <w:sz w:val="20"/>
        </w:rPr>
        <w:t>56:17  bhai machhar ki misaal maine past tense mein di thi baqi insan to bohat hi bari cheez</w:t>
      </w:r>
      <w:r>
        <w:br/>
      </w:r>
      <w:r>
        <w:rPr>
          <w:sz w:val="20"/>
        </w:rPr>
        <w:t>56:22  hai insan mind jo hai insan ka woh to universal capacity rakhta hai</w:t>
      </w:r>
      <w:r>
        <w:br/>
      </w:r>
      <w:r>
        <w:rPr>
          <w:sz w:val="20"/>
        </w:rPr>
        <w:t>56:29  sirf ek cheez ek hi cheez se bachaein log apne ko distraction se kyunke</w:t>
      </w:r>
    </w:p>
    <w:p>
      <w:pPr>
        <w:pStyle w:val="Heading2"/>
      </w:pPr>
      <w:r>
        <w:t>How can man become predictable like nature?</w:t>
      </w:r>
    </w:p>
    <w:p>
      <w:r>
        <w:rPr>
          <w:color w:val="666666"/>
          <w:sz w:val="18"/>
        </w:rPr>
        <w:t>Life &amp; Wisdom · The Existence of God October 7, 2012 · 1m 50s · at 1:07:07 · https://youtu.be/Hm0ybuokQ8s?t=4027</w:t>
      </w:r>
    </w:p>
    <w:p>
      <w:r>
        <w:rPr>
          <w:i/>
        </w:rPr>
        <w:t>“Just as things in nature are predictable, how can man become predictable?”</w:t>
      </w:r>
    </w:p>
    <w:p>
      <w:r>
        <w:rPr>
          <w:sz w:val="20"/>
        </w:rPr>
        <w:t>1:07:07  maulana, agla sawal dilli se hai miss naghma siddiqi ka</w:t>
      </w:r>
      <w:r>
        <w:br/>
      </w:r>
      <w:r>
        <w:rPr>
          <w:sz w:val="20"/>
        </w:rPr>
        <w:t>1:07:12  unhon ne aap se poocha hai ke "Just as things in nature are predictable, how can man become predictable?" dekhiye, nature ki jo predictability hai, woh to woh to law of nature ke tehat hoti hai, yani wahan pe compulsion hai.</w:t>
      </w:r>
      <w:r>
        <w:br/>
      </w:r>
      <w:r>
        <w:rPr>
          <w:sz w:val="20"/>
        </w:rPr>
        <w:t>1:07:35  yani loha loha rahega, pani pani rahega. lekin insan mein to, yani insan to ek shaoor ke tehat govern hota hai, khud apne faisle se govern hota hai.</w:t>
      </w:r>
      <w:r>
        <w:br/>
      </w:r>
      <w:r>
        <w:rPr>
          <w:sz w:val="20"/>
        </w:rPr>
        <w:t>1:07:50  to insan predictable woh ho sakta hai jo Allah se darta ho,</w:t>
      </w:r>
      <w:r>
        <w:br/>
      </w:r>
      <w:r>
        <w:rPr>
          <w:sz w:val="20"/>
        </w:rPr>
        <w:t>1:07:57  yani lohe aur pani ki tarah nahi ho sakta hai woh. lekin agar woh is ke andar Allah yeh yeh yeh ehsas jaag jaag parre ke Allah ke haan us ki pooch hogi, woh woh accountable accountable hai Allah ke samne, to yaqeenan aisa ban jayega.</w:t>
      </w:r>
      <w:r>
        <w:br/>
      </w:r>
      <w:r>
        <w:rPr>
          <w:sz w:val="20"/>
        </w:rPr>
        <w:t>1:08:15  woh to insan apne ko banata hai predictable, aur matter to woh aisi waisi hai,</w:t>
      </w:r>
      <w:r>
        <w:br/>
      </w:r>
      <w:r>
        <w:rPr>
          <w:sz w:val="20"/>
        </w:rPr>
        <w:t>1:08:25  yani woh is ka is ka woh is ki jo creation hai, woh is ke creation hi ke andar hai maujood.</w:t>
      </w:r>
      <w:r>
        <w:br/>
      </w:r>
      <w:r>
        <w:rPr>
          <w:sz w:val="20"/>
        </w:rPr>
        <w:t>1:08:36  is is ke is ka aisa hona baqi insan to khud se apne ko banata hai, aisa na chahe to na banaye. aur isi par jannat dozakh ka faisla hota hai.</w:t>
      </w:r>
      <w:r>
        <w:br/>
      </w:r>
      <w:r>
        <w:rPr>
          <w:sz w:val="20"/>
        </w:rPr>
        <w:t>1:08:49  yeh to bohat bari neki hai, bohat bara virtue hai ke insan apne aap ko predictable character banaye apne andar.</w:t>
      </w:r>
    </w:p>
    <w:p>
      <w:pPr>
        <w:pStyle w:val="Heading2"/>
      </w:pPr>
      <w:r>
        <w:t>How does as-it-is thinking bring positivity?</w:t>
      </w:r>
    </w:p>
    <w:p>
      <w:r>
        <w:rPr>
          <w:color w:val="666666"/>
          <w:sz w:val="18"/>
        </w:rPr>
        <w:t>Life &amp; Wisdom · Living in a New Age | March 26, 2017 · 1m 52s · at 44:31 · https://youtu.be/iST0AxQscKo?t=2671</w:t>
      </w:r>
    </w:p>
    <w:p>
      <w:r>
        <w:rPr>
          <w:i/>
        </w:rPr>
        <w:t>“How does 'as it is' thinking help a person become positive in life?”</w:t>
      </w:r>
    </w:p>
    <w:p>
      <w:r>
        <w:rPr>
          <w:sz w:val="20"/>
        </w:rPr>
        <w:t>44:31  pehla sawal bheja hai zuber ahmed sahab ne muradabad se.</w:t>
      </w:r>
      <w:r>
        <w:br/>
      </w:r>
      <w:r>
        <w:rPr>
          <w:sz w:val="20"/>
        </w:rPr>
        <w:t>44:36  unhone likha hai maulana sahab how does as it is thinking help</w:t>
      </w:r>
      <w:r>
        <w:br/>
      </w:r>
      <w:r>
        <w:rPr>
          <w:sz w:val="20"/>
        </w:rPr>
        <w:t>44:40  a person become positive in life? dekhen quran ki jo pehli ayat hai alhamdulillah rabbul alameen.</w:t>
      </w:r>
      <w:r>
        <w:br/>
      </w:r>
      <w:r>
        <w:rPr>
          <w:sz w:val="20"/>
        </w:rPr>
        <w:t>44:46  is ayat ko har musalman roz namaz mein dohrate hain.</w:t>
      </w:r>
      <w:r>
        <w:br/>
      </w:r>
      <w:r>
        <w:rPr>
          <w:sz w:val="20"/>
        </w:rPr>
        <w:t>44:52  is ka matlab kya hai? is ka matlab yahi hai ke elan karta hai musalman ke i am</w:t>
      </w:r>
      <w:r>
        <w:br/>
      </w:r>
      <w:r>
        <w:rPr>
          <w:sz w:val="20"/>
        </w:rPr>
        <w:t>44:58  a positive thinker.</w:t>
      </w:r>
      <w:r>
        <w:br/>
      </w:r>
      <w:r>
        <w:rPr>
          <w:sz w:val="20"/>
        </w:rPr>
        <w:t>45:04  jab aap namaz mein kehte hain alhamdulillah rabbul alameen</w:t>
      </w:r>
      <w:r>
        <w:br/>
      </w:r>
      <w:r>
        <w:rPr>
          <w:sz w:val="20"/>
        </w:rPr>
        <w:t>45:10  to aap dusre lafzon mein yeh keh rahe hote hain ke o allah rabbul alameen i am</w:t>
      </w:r>
      <w:r>
        <w:br/>
      </w:r>
      <w:r>
        <w:rPr>
          <w:sz w:val="20"/>
        </w:rPr>
        <w:t>45:15  a positive thinker.</w:t>
      </w:r>
      <w:r>
        <w:br/>
      </w:r>
      <w:r>
        <w:rPr>
          <w:sz w:val="20"/>
        </w:rPr>
        <w:t>45:19  to yeh to aap wada karte hain allah se usi ke din mein us ke khilaf.</w:t>
      </w:r>
      <w:r>
        <w:br/>
      </w:r>
      <w:r>
        <w:rPr>
          <w:sz w:val="20"/>
        </w:rPr>
        <w:t>45:24  har din har namaz mein musalman yeh kehta hai ke khuda ya main kyunke dekhiye alhamdulillah kaise kahenge</w:t>
      </w:r>
      <w:r>
        <w:br/>
      </w:r>
      <w:r>
        <w:rPr>
          <w:sz w:val="20"/>
        </w:rPr>
        <w:t>45:28  aap? alhamdulillah ka mani shukr.</w:t>
      </w:r>
      <w:r>
        <w:br/>
      </w:r>
      <w:r>
        <w:rPr>
          <w:sz w:val="20"/>
        </w:rPr>
        <w:t>45:33  khuda ya tera shukr hai.</w:t>
      </w:r>
      <w:r>
        <w:br/>
      </w:r>
      <w:r>
        <w:rPr>
          <w:sz w:val="20"/>
        </w:rPr>
        <w:t>45:37  din mein nafrat bhari hui hai.</w:t>
      </w:r>
      <w:r>
        <w:br/>
      </w:r>
      <w:r>
        <w:rPr>
          <w:sz w:val="20"/>
        </w:rPr>
        <w:t>45:42  to shukr kaisa? shukr kaisa? to jab aap kehte hain alhamdulillah rabbul alameen to is mani ka</w:t>
      </w:r>
      <w:r>
        <w:br/>
      </w:r>
      <w:r>
        <w:rPr>
          <w:sz w:val="20"/>
        </w:rPr>
        <w:t>45:46  aap elan kar rahe hain allah ko gawah bana kar.</w:t>
      </w:r>
      <w:r>
        <w:br/>
      </w:r>
      <w:r>
        <w:rPr>
          <w:sz w:val="20"/>
        </w:rPr>
        <w:t>45:50  firishton ko gawah bana kar.</w:t>
      </w:r>
      <w:r>
        <w:br/>
      </w:r>
      <w:r>
        <w:rPr>
          <w:sz w:val="20"/>
        </w:rPr>
        <w:t>45:54  ke main shukr karne wala hoon.</w:t>
      </w:r>
      <w:r>
        <w:br/>
      </w:r>
      <w:r>
        <w:rPr>
          <w:sz w:val="20"/>
        </w:rPr>
        <w:t>45:59  main positive thinking wala aadmi hoon.</w:t>
      </w:r>
      <w:r>
        <w:br/>
      </w:r>
      <w:r>
        <w:rPr>
          <w:sz w:val="20"/>
        </w:rPr>
        <w:t>46:03  mere dil mein hate nahi hai.</w:t>
      </w:r>
      <w:r>
        <w:br/>
      </w:r>
      <w:r>
        <w:rPr>
          <w:sz w:val="20"/>
        </w:rPr>
        <w:t>46:07  to is ke is to agar aap aisa na karein to phir aap ki namaz hi namaz nahi. jaise hadith</w:t>
      </w:r>
      <w:r>
        <w:br/>
      </w:r>
      <w:r>
        <w:rPr>
          <w:sz w:val="20"/>
        </w:rPr>
        <w:t>46:12  hadith mein aata hai ke namazein padhenge lekin un ki namaz kuch nahi hogi.</w:t>
      </w:r>
      <w:r>
        <w:br/>
      </w:r>
      <w:r>
        <w:rPr>
          <w:sz w:val="20"/>
        </w:rPr>
        <w:t>46:18  hata la trakhash.</w:t>
      </w:r>
    </w:p>
    <w:p>
      <w:pPr>
        <w:pStyle w:val="Heading2"/>
      </w:pPr>
      <w:r>
        <w:t>How objective thinking leads to creativity</w:t>
      </w:r>
    </w:p>
    <w:p>
      <w:r>
        <w:rPr>
          <w:color w:val="666666"/>
          <w:sz w:val="18"/>
        </w:rPr>
        <w:t>Life &amp; Wisdom · Creative Thinking February 19, 2017 · 1m 20s · at 1:01:44 · https://youtu.be/L-x1xNJc__8?t=3704</w:t>
      </w:r>
    </w:p>
    <w:p>
      <w:r>
        <w:rPr>
          <w:i/>
        </w:rPr>
        <w:t>“Can you please guide me how objective thinking can be achieved and how it leads to creative thinking?”</w:t>
      </w:r>
    </w:p>
    <w:p>
      <w:r>
        <w:rPr>
          <w:sz w:val="20"/>
        </w:rPr>
        <w:t>1:01:44  ' Maulana, you rightly said if you cannot be thankful to people, how can you be thankful to God? " Maulana, agla sawal Bangalore se bheja hai Faisal Saleem sahib ne aur unhone likha hai: "Maulana sahib, can you please guide me how objective thinking can be achieved and how it leads to creative thinking?</w:t>
      </w:r>
      <w:r>
        <w:br/>
      </w:r>
      <w:r>
        <w:rPr>
          <w:sz w:val="20"/>
        </w:rPr>
        <w:t>1:02:12  " bhai, mera to experience yahi hai ke sab log jeete hain apne cell mein.</w:t>
      </w:r>
      <w:r>
        <w:br/>
      </w:r>
      <w:r>
        <w:rPr>
          <w:sz w:val="20"/>
        </w:rPr>
        <w:t>1:02:17  har aadmi ne apna ek cell bana rakha hai, usi mein jeeta hai.</w:t>
      </w:r>
      <w:r>
        <w:br/>
      </w:r>
      <w:r>
        <w:rPr>
          <w:sz w:val="20"/>
        </w:rPr>
        <w:t>1:02:22  is cell se bahar aaiye, is ko cell ko todiye.</w:t>
      </w:r>
      <w:r>
        <w:br/>
      </w:r>
      <w:r>
        <w:rPr>
          <w:sz w:val="20"/>
        </w:rPr>
        <w:t>1:02:27  is cell ko aap mindset kahein, conditioning kahein.</w:t>
      </w:r>
      <w:r>
        <w:br/>
      </w:r>
      <w:r>
        <w:rPr>
          <w:sz w:val="20"/>
        </w:rPr>
        <w:t>1:02:33  har aadmi ka ek cell hai, wo family se bana hai, kahin environment se bana hai, kahin apni</w:t>
      </w:r>
      <w:r>
        <w:br/>
      </w:r>
      <w:r>
        <w:rPr>
          <w:sz w:val="20"/>
        </w:rPr>
        <w:t>1:02:38  glory se bana hai.</w:t>
      </w:r>
      <w:r>
        <w:br/>
      </w:r>
      <w:r>
        <w:rPr>
          <w:sz w:val="20"/>
        </w:rPr>
        <w:t>1:02:43  to is cell mein jeeta hai aadmi.</w:t>
      </w:r>
      <w:r>
        <w:br/>
      </w:r>
      <w:r>
        <w:rPr>
          <w:sz w:val="20"/>
        </w:rPr>
        <w:t>1:02:49  har aadmi, maine to yahi paya hai logon ko.</w:t>
      </w:r>
      <w:r>
        <w:br/>
      </w:r>
      <w:r>
        <w:rPr>
          <w:sz w:val="20"/>
        </w:rPr>
        <w:t>1:02:54  to agar aap chahte hain apne andar lana positive thinking, creative thinking, to apne cell ko todiye.</w:t>
      </w:r>
      <w:r>
        <w:br/>
      </w:r>
      <w:r>
        <w:rPr>
          <w:sz w:val="20"/>
        </w:rPr>
        <w:t>1:02:59  apne is cell ko todiye, warna creative thinking kabhi aa nahi sakti.</w:t>
      </w:r>
    </w:p>
    <w:p>
      <w:pPr>
        <w:pStyle w:val="Heading2"/>
      </w:pPr>
      <w:r>
        <w:t>How should a believer handle negative thoughts</w:t>
      </w:r>
    </w:p>
    <w:p>
      <w:r>
        <w:rPr>
          <w:color w:val="666666"/>
          <w:sz w:val="18"/>
        </w:rPr>
        <w:t>Life &amp; Wisdom · Peace of Mind June 29, 2014 · 1m 10s · at 1:04:04 · https://youtu.be/oVwRc_FcAGk?t=3844</w:t>
      </w:r>
    </w:p>
    <w:p>
      <w:r>
        <w:rPr>
          <w:i/>
        </w:rPr>
        <w:t>“Many times, due to negative experiences, the mind gets distracted. Those thoughts dominate our mind. In such situations, what should be the way of a believer? Please clarify.”</w:t>
      </w:r>
    </w:p>
    <w:p>
      <w:r>
        <w:rPr>
          <w:sz w:val="20"/>
        </w:rPr>
        <w:t>1:04:04  maulana, agla sawal aya hai doctor safina tabassum ka, ajmer se, aur unhone aapse poocha hai ke maulana sahib, kai bar negative tajrubaat ke hone se mind distract ho jata hai.</w:t>
      </w:r>
      <w:r>
        <w:br/>
      </w:r>
      <w:r>
        <w:rPr>
          <w:sz w:val="20"/>
        </w:rPr>
        <w:t>1:04:20  hamare zehan par wahi baaten havi rehti hain. aise mein momin ka tareeqa kya hona</w:t>
      </w:r>
      <w:r>
        <w:br/>
      </w:r>
      <w:r>
        <w:rPr>
          <w:sz w:val="20"/>
        </w:rPr>
        <w:t>1:04:27  chahiye? is ko wazeh karen bhai, dekhiye, jab koi negative thought aata hai to foran ke foran toba kijiye.</w:t>
      </w:r>
      <w:r>
        <w:br/>
      </w:r>
      <w:r>
        <w:rPr>
          <w:sz w:val="20"/>
        </w:rPr>
        <w:t>1:04:37  mein ne to yeh kaha yahi ke mujhe bhi ate hain negative thought. mein kya karta hoon? jaldi se mein padhne lagta hoon, allahumma inni aoozubika min hamd hamdad al-shaytan, zor zor se padhta hoon apne kamre mein,</w:t>
      </w:r>
      <w:r>
        <w:br/>
      </w:r>
      <w:r>
        <w:rPr>
          <w:sz w:val="20"/>
        </w:rPr>
        <w:t>1:04:51  apne kamre mein zor zor se padhta hoon. agar koi wahan ho to dheere dheere padhunga, koi nahi hai to zor zor se padhunga,</w:t>
      </w:r>
      <w:r>
        <w:br/>
      </w:r>
      <w:r>
        <w:rPr>
          <w:sz w:val="20"/>
        </w:rPr>
        <w:t>1:04:57  allahumma inni aoozubika min hamdad al-shaytan. to woh khayalat bhag jate hain. mera tajruba to yahi hai. aap bhi aise kijiye.</w:t>
      </w:r>
    </w:p>
    <w:p>
      <w:pPr>
        <w:pStyle w:val="Heading2"/>
      </w:pPr>
      <w:r>
        <w:t>How should one develop one's willpower?</w:t>
      </w:r>
    </w:p>
    <w:p>
      <w:r>
        <w:rPr>
          <w:color w:val="666666"/>
          <w:sz w:val="18"/>
        </w:rPr>
        <w:t>Life &amp; Wisdom · Revival of Muslim Ummah, February 4, 2013 · 57s · at 1:21:08 · https://youtu.be/xB3MfWhLHoM?t=4868</w:t>
      </w:r>
    </w:p>
    <w:p>
      <w:r>
        <w:rPr>
          <w:i/>
        </w:rPr>
        <w:t>“How should one develop his willpower?”</w:t>
      </w:r>
    </w:p>
    <w:p>
      <w:r>
        <w:rPr>
          <w:sz w:val="20"/>
        </w:rPr>
        <w:t>1:21:08  maulana, agla sawal maulana fard ahmad sahab ka hai dilli se. unhone aapse poocha hai: "how one should develop his will power?" is ke bare mein bataiye.</w:t>
      </w:r>
      <w:r>
        <w:br/>
      </w:r>
      <w:r>
        <w:rPr>
          <w:sz w:val="20"/>
        </w:rPr>
        <w:t>1:21:20  dekhiye ji, mera jo tajurba hai woh to yahi hai ke sab se pehle aadmi apne ko deconditioning karni padti hai.</w:t>
      </w:r>
      <w:r>
        <w:br/>
      </w:r>
      <w:r>
        <w:rPr>
          <w:sz w:val="20"/>
        </w:rPr>
        <w:t>1:21:30  Deconditioning is the beginning. is ke baad apne ko distension se bachana padta hai.</w:t>
      </w:r>
      <w:r>
        <w:br/>
      </w:r>
      <w:r>
        <w:rPr>
          <w:sz w:val="20"/>
        </w:rPr>
        <w:t>1:21:36  tab teesre marhale mein baatein aati hain. agar aap apne ko yaani decondition na karein, distension na bachayein to agla koi marhala aane wala nahi hai.</w:t>
      </w:r>
      <w:r>
        <w:br/>
      </w:r>
      <w:r>
        <w:rPr>
          <w:sz w:val="20"/>
        </w:rPr>
        <w:t>1:21:50  to yeh ek process hai. process mein koi sudden change insaan ke mind mein nahi aata hai, ek process ke roop mein aata hai. is process ko follow kijiye to maqsad haasil ho jayega.</w:t>
      </w:r>
    </w:p>
    <w:p>
      <w:pPr>
        <w:pStyle w:val="Heading2"/>
      </w:pPr>
      <w:r>
        <w:t>How to Avoid Complaint Mentality</w:t>
      </w:r>
    </w:p>
    <w:p>
      <w:r>
        <w:rPr>
          <w:color w:val="666666"/>
          <w:sz w:val="18"/>
        </w:rPr>
        <w:t>Life &amp; Wisdom · Material Science and Spiritual Science 20 May 2012 · 1m 22s · at 1:11:21 · https://youtu.be/4K6CxjThlxQ?t=4281</w:t>
      </w:r>
    </w:p>
    <w:p>
      <w:r>
        <w:rPr>
          <w:i/>
        </w:rPr>
        <w:t>“In daily life, from time to time, we develop complaints against others. How to avoid this complaint mentality? Please explain.”</w:t>
      </w:r>
    </w:p>
    <w:p>
      <w:r>
        <w:rPr>
          <w:sz w:val="20"/>
        </w:rPr>
        <w:t>1:11:21  maulana agla sawal patna se hai doctor zaheer sahib ka unhon ne likha hai maulana daily life mein time to time hamare andar doosron ke liye shikayat paida hoti rehti hai</w:t>
      </w:r>
      <w:r>
        <w:br/>
      </w:r>
      <w:r>
        <w:rPr>
          <w:sz w:val="20"/>
        </w:rPr>
        <w:t>1:11:35  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r>
        <w:br/>
      </w:r>
      <w:r>
        <w:rPr>
          <w:sz w:val="20"/>
        </w:rPr>
        <w:t>1:12:03  to part apne aap ko bachao sab ko part mein dalo to hansne lagi wo</w:t>
      </w:r>
      <w:r>
        <w:br/>
      </w:r>
      <w:r>
        <w:rPr>
          <w:sz w:val="20"/>
        </w:rPr>
        <w:t>1:12:12  ye formula aur koi doosra formula nahi hai aur ye har formula hadees mein hai alayh nafsak hatta</w:t>
      </w:r>
      <w:r>
        <w:br/>
      </w:r>
      <w:r>
        <w:rPr>
          <w:sz w:val="20"/>
        </w:rPr>
        <w:t>1:12:33  fatah nafsak to us waqt jo bigad aaya hai duniya mein usi ke liye ye hadees hai ke alayh nafsak apne aap ko bachao apne aap ko bachao apne aap ko bachao</w:t>
      </w:r>
    </w:p>
    <w:p>
      <w:pPr>
        <w:pStyle w:val="Heading2"/>
      </w:pPr>
      <w:r>
        <w:t>How to Balance Modern and Religious Education</w:t>
      </w:r>
    </w:p>
    <w:p>
      <w:r>
        <w:rPr>
          <w:color w:val="666666"/>
          <w:sz w:val="18"/>
        </w:rPr>
        <w:t>Life &amp; Wisdom · Divine Law of Success 14th October 2012 Slow · 51s · at 1:38:05 · https://youtu.be/2zXfZhIf1jA?t=5885</w:t>
      </w:r>
    </w:p>
    <w:p>
      <w:r>
        <w:rPr>
          <w:i/>
        </w:rPr>
        <w:t>“Maulana, you mentioned that we should acquire both modern and religious education. How can we provide both types of education to our children?”</w:t>
      </w:r>
    </w:p>
    <w:p>
      <w:r>
        <w:rPr>
          <w:sz w:val="20"/>
        </w:rPr>
        <w:t>1:38:05  maulana, agla sawal dilli se hai mr muhammad ans sahib ka.</w:t>
      </w:r>
      <w:r>
        <w:br/>
      </w:r>
      <w:r>
        <w:rPr>
          <w:sz w:val="20"/>
        </w:rPr>
        <w:t>1:38:10  unhon ne likha hai: maulana, aap ne jo higher aur vocational education ke bare mein bataya ke hamein</w:t>
      </w:r>
      <w:r>
        <w:br/>
      </w:r>
      <w:r>
        <w:rPr>
          <w:sz w:val="20"/>
        </w:rPr>
        <w:t>1:38:15  modern aur deeni education dono hasil karni chahiye, to yeh dono tarah ki education hum apne bachon ko</w:t>
      </w:r>
      <w:r>
        <w:br/>
      </w:r>
      <w:r>
        <w:rPr>
          <w:sz w:val="20"/>
        </w:rPr>
        <w:t>1:38:20  mukammal taur par kis tarah aur kahan, yani kis institute se dilayein, is ke bare mein batayein.</w:t>
      </w:r>
      <w:r>
        <w:br/>
      </w:r>
      <w:r>
        <w:rPr>
          <w:sz w:val="20"/>
        </w:rPr>
        <w:t>1:38:25  nahi, koi institute duniya mein aisa nahi hai.</w:t>
      </w:r>
      <w:r>
        <w:br/>
      </w:r>
      <w:r>
        <w:rPr>
          <w:sz w:val="20"/>
        </w:rPr>
        <w:t>1:38:31  aap apne halaat ke lehaz se planning kijiye.</w:t>
      </w:r>
      <w:r>
        <w:br/>
      </w:r>
      <w:r>
        <w:rPr>
          <w:sz w:val="20"/>
        </w:rPr>
        <w:t>1:38:36  baqi koi institute nahi hai ke mein keh doon ke sahib, falan judge bachon ko bhejiye.</w:t>
      </w:r>
      <w:r>
        <w:br/>
      </w:r>
      <w:r>
        <w:rPr>
          <w:sz w:val="20"/>
        </w:rPr>
        <w:t>1:38:41  aisa koi cheez hota nahi hai, na kabhi hoga.</w:t>
      </w:r>
      <w:r>
        <w:br/>
      </w:r>
      <w:r>
        <w:rPr>
          <w:sz w:val="20"/>
        </w:rPr>
        <w:t>1:38:46  aap ko khud planning karna hai.</w:t>
      </w:r>
      <w:r>
        <w:br/>
      </w:r>
      <w:r>
        <w:rPr>
          <w:sz w:val="20"/>
        </w:rPr>
        <w:t>1:38:51  agar aap chahte hain apne bachon ko theek rastay par dalna to khud planning kijiye halaat ke lehaz se.</w:t>
      </w:r>
    </w:p>
    <w:p>
      <w:pPr>
        <w:pStyle w:val="Heading2"/>
      </w:pPr>
      <w:r>
        <w:t>How to Get Inner Satisfaction</w:t>
      </w:r>
    </w:p>
    <w:p>
      <w:r>
        <w:rPr>
          <w:color w:val="666666"/>
          <w:sz w:val="18"/>
        </w:rPr>
        <w:t>Life &amp; Wisdom · The Culture of People of Paradise January 06, 2019 Maulana Wahiduddin Khan · 59s · at 1:07:54 · https://youtu.be/rFExua9zntM?t=4074</w:t>
      </w:r>
    </w:p>
    <w:p>
      <w:r>
        <w:rPr>
          <w:i/>
        </w:rPr>
        <w:t>“Moulana, how do we get inner satisfaction? Please tell about it.”</w:t>
      </w:r>
    </w:p>
    <w:p>
      <w:r>
        <w:rPr>
          <w:sz w:val="20"/>
        </w:rPr>
        <w:t>1:07:54  maulana, agla sawal Faisal Usman sahib ne Lahore Pakistan se kiya hai. unhon ne aap se poocha hai ke "how do we get inner satisfaction?" is ke bare mein bataein.</w:t>
      </w:r>
      <w:r>
        <w:br/>
      </w:r>
      <w:r>
        <w:rPr>
          <w:sz w:val="20"/>
        </w:rPr>
        <w:t>1:08:09  inner satisfaction ki zaroorat hi nahi hai, woh koi achi cheez nahi hai, woh koi achi cheez hi nahi.</w:t>
      </w:r>
      <w:r>
        <w:br/>
      </w:r>
      <w:r>
        <w:rPr>
          <w:sz w:val="20"/>
        </w:rPr>
        <w:t>1:08:22  aap ke andar hamesha yeh ehsas zinda rehna chahiye ke aap ke andar ek kami hai, woh kami aap ko aur zyada tarraqi ki taraf le jayegi.</w:t>
      </w:r>
      <w:r>
        <w:br/>
      </w:r>
      <w:r>
        <w:rPr>
          <w:sz w:val="20"/>
        </w:rPr>
        <w:t>1:08:39  inner satisfaction, inner satisfaction agar aa jaye toh toh thahraao aa jayega, thahraao, development ruk jayega.</w:t>
      </w:r>
    </w:p>
    <w:p>
      <w:pPr>
        <w:pStyle w:val="Heading2"/>
      </w:pPr>
      <w:r>
        <w:t>How to Know One's Conditioning</w:t>
      </w:r>
    </w:p>
    <w:p>
      <w:r>
        <w:rPr>
          <w:color w:val="666666"/>
          <w:sz w:val="18"/>
        </w:rPr>
        <w:t>Life &amp; Wisdom · Material Science and Spiritual Science 20 May 2012 · 1m 43s · at 1:25:58 · https://youtu.be/4K6CxjThlxQ?t=5158</w:t>
      </w:r>
    </w:p>
    <w:p>
      <w:r>
        <w:rPr>
          <w:i/>
        </w:rPr>
        <w:t>“How does one know one's own conditioning? Please explain.”</w:t>
      </w:r>
    </w:p>
    <w:p>
      <w:r>
        <w:rPr>
          <w:sz w:val="20"/>
        </w:rPr>
        <w:t>1:25:58  molana yeh sawal aya hai banglore se mister naseerullah sahib ka unhon ne ap se poocha hai ke apni conditioning ko kaise janen is ke bare mein bataen</w:t>
      </w:r>
      <w:r>
        <w:br/>
      </w:r>
      <w:r>
        <w:rPr>
          <w:sz w:val="20"/>
        </w:rPr>
        <w:t>1:26:11  dekhiye apni conditioning ko admi khud hi jan sakta hai ab woh hai us ko arabi mein kehte hain muhasba angrezi mein kehte hain introspection</w:t>
      </w:r>
      <w:r>
        <w:br/>
      </w:r>
      <w:r>
        <w:rPr>
          <w:sz w:val="20"/>
        </w:rPr>
        <w:t>1:26:25  bas aur koi tareeqa nahi hai yani wohi feel karna jis ko kaha jata hai muhasba ya introspection yani merciless introspection darkar hai</w:t>
      </w:r>
      <w:r>
        <w:br/>
      </w:r>
      <w:r>
        <w:rPr>
          <w:sz w:val="20"/>
        </w:rPr>
        <w:t>1:26:41  agar koi admi chahta hai ke apni condition ko jane to us ko apni merciless apna apna merciless yani be rehmanana tor par muhasba karna chahiye be rehmanana tor par muhasba aur koi dosra tareeqa nahi.</w:t>
      </w:r>
    </w:p>
    <w:p>
      <w:pPr>
        <w:pStyle w:val="Heading2"/>
      </w:pPr>
      <w:r>
        <w:t>How to Remain Positive When Surrounded by Problems</w:t>
      </w:r>
    </w:p>
    <w:p>
      <w:r>
        <w:rPr>
          <w:color w:val="666666"/>
          <w:sz w:val="18"/>
        </w:rPr>
        <w:t>Life &amp; Wisdom · Quran for All Mankind June 3, 2012 · 1m 02s · at 1:22:09 · https://youtu.be/Gp-53Zjugcg?t=4929</w:t>
      </w:r>
    </w:p>
    <w:p>
      <w:r>
        <w:rPr>
          <w:i/>
        </w:rPr>
        <w:t>“When surrounded by problems, how can we remain positive?”</w:t>
      </w:r>
    </w:p>
    <w:p>
      <w:r>
        <w:rPr>
          <w:sz w:val="20"/>
        </w:rPr>
        <w:t>1:22:09  to woh hai be rehamana muhasba. maulana, agla sawal dilli se hai, mister naseeb ansari sahib ka. unhon ne aapse poocha hai ke "when surrounded by problems, how can we remain positive?" bhai, is par to hum bohat kar chuke hain, likh chuke hain ke "problems are part of life." de de escape from problem.</w:t>
      </w:r>
      <w:r>
        <w:br/>
      </w:r>
      <w:r>
        <w:rPr>
          <w:sz w:val="20"/>
        </w:rPr>
        <w:t>1:22:34  to kisi ek ka masla nahi ke woh hi is surrounded by problem. woh to sab hi hain, peghambar bhi the. yeh sawal hi, yani ke aap kisi ko single out nahi kar sakte.</w:t>
      </w:r>
      <w:r>
        <w:br/>
      </w:r>
      <w:r>
        <w:rPr>
          <w:sz w:val="20"/>
        </w:rPr>
        <w:t>1:22:47  har aadmi problem hi mein jeeta. laqad khalaqal insana fi kabad. insan ko paida kiya gaya hai problem mein. to you have to learn the art of living with problem.</w:t>
      </w:r>
      <w:r>
        <w:br/>
      </w:r>
      <w:r>
        <w:rPr>
          <w:sz w:val="20"/>
        </w:rPr>
        <w:t>1:23:02  yeh baat bohat likh chuke hain. hamari kitab hai, is par bohat si aap padh lijiye. is ko</w:t>
      </w:r>
    </w:p>
    <w:p>
      <w:pPr>
        <w:pStyle w:val="Heading2"/>
      </w:pPr>
      <w:r>
        <w:t>How to become condition-free and objective?</w:t>
      </w:r>
    </w:p>
    <w:p>
      <w:r>
        <w:rPr>
          <w:color w:val="666666"/>
          <w:sz w:val="18"/>
        </w:rPr>
        <w:t>Life &amp; Wisdom · Natural Warning April 17, 2016 · 1m 00s · at 46:51 · https://youtu.be/fSNOpwgzcss?t=2811</w:t>
      </w:r>
    </w:p>
    <w:p>
      <w:r>
        <w:rPr>
          <w:i/>
        </w:rPr>
        <w:t>“How do I become a condition-free person and a person with an objective mind? Please guide me.”</w:t>
      </w:r>
    </w:p>
    <w:p>
      <w:r>
        <w:rPr>
          <w:sz w:val="20"/>
        </w:rPr>
        <w:t>46:51  maulana, agla sawal Maulana Farhad Ahmed sahib ne kiya hai delhi se aur unhone aapse poocha hai ke how do I become condition free person aur a person with objective mind</w:t>
      </w:r>
      <w:r>
        <w:br/>
      </w:r>
      <w:r>
        <w:rPr>
          <w:sz w:val="20"/>
        </w:rPr>
        <w:t>47:04  ? Please guide me in this regard. Bhai, mera to tajurba yahi hai ke aadmi ko khud apna chaukidar banna padta hai, apna khud apne oopar nigrah banna padta hai.</w:t>
      </w:r>
      <w:r>
        <w:br/>
      </w:r>
      <w:r>
        <w:rPr>
          <w:sz w:val="20"/>
        </w:rPr>
        <w:t>47:23  tab ja kar yeh hota hai ke woh apni ghaltiyon ko samjhe, is ki islaah kare.</w:t>
      </w:r>
      <w:r>
        <w:br/>
      </w:r>
      <w:r>
        <w:rPr>
          <w:sz w:val="20"/>
        </w:rPr>
        <w:t>47:33  to jin logon ke andar Allah ka khauf ho, woh yahi karte hain. Agar aadmi apna nigrah na bane to is ka matlab kiya hota hai?</w:t>
      </w:r>
      <w:r>
        <w:br/>
      </w:r>
      <w:r>
        <w:rPr>
          <w:sz w:val="20"/>
        </w:rPr>
        <w:t>47:42  Allah ka dar nahi hai. Kyun ke aakhir kaar to saara maamla Allah ke saamne pesh kiya jaane wala hai.</w:t>
      </w:r>
    </w:p>
    <w:p>
      <w:pPr>
        <w:pStyle w:val="Heading2"/>
      </w:pPr>
      <w:r>
        <w:t>How to become positive after bad experiences</w:t>
      </w:r>
    </w:p>
    <w:p>
      <w:r>
        <w:rPr>
          <w:color w:val="666666"/>
          <w:sz w:val="18"/>
        </w:rPr>
        <w:t>Life &amp; Wisdom · The Purpose of Life | April 30, 2017 · 1m 46s · at 28:05 · https://youtu.be/ue3I3uQEYb8?t=1685</w:t>
      </w:r>
    </w:p>
    <w:p>
      <w:r>
        <w:rPr>
          <w:i/>
        </w:rPr>
        <w:t>“Maulana, my question is how can we make experience learning oriented? We often see that people who have bad experiences become negative. So how can we become positive?”</w:t>
      </w:r>
    </w:p>
    <w:p>
      <w:r>
        <w:rPr>
          <w:sz w:val="20"/>
        </w:rPr>
        <w:t>28:05  maulana ab sawal lete hain ah yeh sawal bheja hai fawad sahab ne moradabad se unhone</w:t>
      </w:r>
      <w:r>
        <w:br/>
      </w:r>
      <w:r>
        <w:rPr>
          <w:sz w:val="20"/>
        </w:rPr>
        <w:t>28:12  likha hai maulana sahab my question is that how can we make our experience learning oriented</w:t>
      </w:r>
      <w:r>
        <w:br/>
      </w:r>
      <w:r>
        <w:rPr>
          <w:sz w:val="20"/>
        </w:rPr>
        <w:t>28:20  We often say that people who have bad experiences become negative, so how can we become positive or</w:t>
      </w:r>
      <w:r>
        <w:br/>
      </w:r>
      <w:r>
        <w:rPr>
          <w:sz w:val="20"/>
        </w:rPr>
        <w:t>28:30  take positive lessons from daily negative experiences.</w:t>
      </w:r>
      <w:r>
        <w:br/>
      </w:r>
      <w:r>
        <w:rPr>
          <w:sz w:val="20"/>
        </w:rPr>
        <w:t>28:40  dekhiye sari learning ke liye jo condition hai woh sirf ek hi hai apne aap ko negative thin</w:t>
      </w:r>
      <w:r>
        <w:br/>
      </w:r>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How to become stress free and calm</w:t>
      </w:r>
    </w:p>
    <w:p>
      <w:r>
        <w:rPr>
          <w:color w:val="666666"/>
          <w:sz w:val="18"/>
        </w:rPr>
        <w:t>Life &amp; Wisdom · 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How to develop a complaint-free culture</w:t>
      </w:r>
    </w:p>
    <w:p>
      <w:r>
        <w:rPr>
          <w:color w:val="666666"/>
          <w:sz w:val="18"/>
        </w:rPr>
        <w:t>Life &amp; Wisdom · Islah e Ummat August 10, 2014 · 1m 25s · at 1:02:51 · https://youtu.be/a7ohKq4Xf0Y?t=3771</w:t>
      </w:r>
    </w:p>
    <w:p>
      <w:r>
        <w:rPr>
          <w:i/>
        </w:rPr>
        <w:t>“People often complain about everything in their daily life. Maulana, you have always advised us of living in a complaint-free culture. My question is how to develop this complaint-free culture?”</w:t>
      </w:r>
    </w:p>
    <w:p>
      <w:r>
        <w:rPr>
          <w:sz w:val="20"/>
        </w:rPr>
        <w:t>1:02:51  molana agla sawal pune se hai aur aamir sahib ne kiya hai aur unho ne likha hai ke people often complaint about everything in their daily life molana you have always advised us of living in a complaint free culture</w:t>
      </w:r>
      <w:r>
        <w:br/>
      </w:r>
      <w:r>
        <w:rPr>
          <w:sz w:val="20"/>
        </w:rPr>
        <w:t>1:03:09  my question is how to develop this complaint free culture</w:t>
      </w:r>
      <w:r>
        <w:br/>
      </w:r>
      <w:r>
        <w:rPr>
          <w:sz w:val="20"/>
        </w:rPr>
        <w:t>1:03:17  dekhye complaint kis ke khilaf hota hai insan ke khilaf hota hai koi suraj ke khilaf to complaint karta nahi koi galaxy ke khilaf to complaint karta nahi hatta ke koi tiger aur elephant ke khilaf bhi complaint nahi karta insan ke khilaf to sirf aik baat agar aap soch lein to bas sari complaint khatam kyun ke insan ne jo kuch kiya woh allah ki di</w:t>
      </w:r>
    </w:p>
    <w:p>
      <w:pPr>
        <w:pStyle w:val="Heading2"/>
      </w:pPr>
      <w:r>
        <w:t>How to develop a positive mindset</w:t>
      </w:r>
    </w:p>
    <w:p>
      <w:r>
        <w:rPr>
          <w:color w:val="666666"/>
          <w:sz w:val="18"/>
        </w:rPr>
        <w:t>Life &amp; Wisdom · The Method of Planning August 14, 2016 · 1m 52s · at 55:10 · https://youtu.be/84WV8NS2VKQ?t=3310</w:t>
      </w:r>
    </w:p>
    <w:p>
      <w:r>
        <w:rPr>
          <w:i/>
        </w:rPr>
        <w:t>“How did you develop your positive mindset? Please tell all of us so that we can take lessons from your life.”</w:t>
      </w:r>
    </w:p>
    <w:p>
      <w:r>
        <w:rPr>
          <w:sz w:val="20"/>
        </w:rPr>
        <w:t>55:10  molana, agla sawal chennai se kya hai bilal sahib ne, aur unhon ne likha hai ke molana sahib</w:t>
      </w:r>
      <w:r>
        <w:br/>
      </w:r>
      <w:r>
        <w:rPr>
          <w:sz w:val="20"/>
        </w:rPr>
        <w:t>55:16  My question is how did you develop your positive mindset?</w:t>
      </w:r>
      <w:r>
        <w:br/>
      </w:r>
      <w:r>
        <w:rPr>
          <w:sz w:val="20"/>
        </w:rPr>
        <w:t>55:23  Please tell all of us so that we can take lessons from your life.</w:t>
      </w:r>
      <w:r>
        <w:br/>
      </w:r>
      <w:r>
        <w:rPr>
          <w:sz w:val="20"/>
        </w:rPr>
        <w:t>55:29  bhai, koi yeh batane ke liye aap aaye hain? aap aaye hain ke nahi? aap nahi hain? nahi, molana.</w:t>
      </w:r>
      <w:r>
        <w:br/>
      </w:r>
      <w:r>
        <w:rPr>
          <w:sz w:val="20"/>
        </w:rPr>
        <w:t>55:36  aap bataiye, aap ko bataoon, aap ke bare mein main kya bataoon? aap ke bare mein main kya</w:t>
      </w:r>
      <w:r>
        <w:br/>
      </w:r>
      <w:r>
        <w:rPr>
          <w:sz w:val="20"/>
        </w:rPr>
        <w:t>55:43  bataoon? main yeh kahoon ga ke kitabein parhiye hamari, hamara magazine risala nikalta hai, use parhiye.</w:t>
      </w:r>
      <w:r>
        <w:br/>
      </w:r>
      <w:r>
        <w:rPr>
          <w:sz w:val="20"/>
        </w:rPr>
        <w:t>55:49  yeh keh sakta hoon, lecture suniye, isi mein is ka jawab mil jaye ga aap ko.</w:t>
      </w:r>
      <w:r>
        <w:br/>
      </w:r>
      <w:r>
        <w:rPr>
          <w:sz w:val="20"/>
        </w:rPr>
        <w:t>55:56  ji, ek sher hai asghar gondvi ka ke asghar se mile lekin asghar ko nahi dekha.</w:t>
      </w:r>
      <w:r>
        <w:br/>
      </w:r>
      <w:r>
        <w:rPr>
          <w:sz w:val="20"/>
        </w:rPr>
        <w:t>56:03  asghar gondvi ek shayar thay to unhon ne kaha ke asghar se mile lekin asghar ko nahi dekha.</w:t>
      </w:r>
      <w:r>
        <w:br/>
      </w:r>
      <w:r>
        <w:rPr>
          <w:sz w:val="20"/>
        </w:rPr>
        <w:t>56:09  sunte hain ke sheron mein kuch kuch woh numayan hain, yani jo asghar gondvi ke ashaar hain, us</w:t>
      </w:r>
      <w:r>
        <w:br/>
      </w:r>
      <w:r>
        <w:rPr>
          <w:sz w:val="20"/>
        </w:rPr>
        <w:t>56:16  mein asghar gondvi ka taaruf hai.</w:t>
      </w:r>
      <w:r>
        <w:br/>
      </w:r>
      <w:r>
        <w:rPr>
          <w:sz w:val="20"/>
        </w:rPr>
        <w:t>56:23  aap janna chahte hon ke asghar gondvi kya thay to un ke sheron ko parhiye.</w:t>
      </w:r>
      <w:r>
        <w:br/>
      </w:r>
      <w:r>
        <w:rPr>
          <w:sz w:val="20"/>
        </w:rPr>
        <w:t>56:29  to aise hi bhai kahoon ga ke bhai, mujh ko aap janna chahte hain to meri tehreerein, meri</w:t>
      </w:r>
      <w:r>
        <w:br/>
      </w:r>
      <w:r>
        <w:rPr>
          <w:sz w:val="20"/>
        </w:rPr>
        <w:t>56:36  auto biography hai, meri jo tehreerein hain, woh meri khud navisht samne umri hai.</w:t>
      </w:r>
      <w:r>
        <w:br/>
      </w:r>
      <w:r>
        <w:rPr>
          <w:sz w:val="20"/>
        </w:rPr>
        <w:t>56:43  is mein aap sari baatein jaan lein ge.</w:t>
      </w:r>
      <w:r>
        <w:br/>
      </w:r>
      <w:r>
        <w:rPr>
          <w:sz w:val="20"/>
        </w:rPr>
        <w:t>56:49  kehta hai aap theek hain? yeh ji ji, molana that if people read your books, they will know</w:t>
      </w:r>
      <w:r>
        <w:br/>
      </w:r>
      <w:r>
        <w:rPr>
          <w:sz w:val="20"/>
        </w:rPr>
        <w:t>56:56  more about you and your approach.</w:t>
      </w:r>
      <w:r>
        <w:br/>
      </w:r>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p>
    <w:p>
      <w:pPr>
        <w:pStyle w:val="Heading2"/>
      </w:pPr>
      <w:r>
        <w:t>How to develop a universal outlook</w:t>
      </w:r>
    </w:p>
    <w:p>
      <w:r>
        <w:rPr>
          <w:color w:val="666666"/>
          <w:sz w:val="18"/>
        </w:rPr>
        <w:t>Life &amp; Wisdom · Realistic Approach March 30, 2014 Maulana Wahiduddin Khan · 1m 53s · at 47:21 · https://youtu.be/K36UonBsGlA?t=2841</w:t>
      </w:r>
    </w:p>
    <w:p>
      <w:r>
        <w:rPr>
          <w:i/>
        </w:rPr>
        <w:t>“You always emphasize on developing a universal outlook. Please tell me how one can develop a universal outlook.”</w:t>
      </w:r>
    </w:p>
    <w:p>
      <w:r>
        <w:rPr>
          <w:sz w:val="20"/>
        </w:rPr>
        <w:t>47:21  maulana, agla sawal ahmedabad se kiya hai muhammad saleem sahib ne. unhon ne likha hai: "maulana, you always emphasize on developing universal outlook.</w:t>
      </w:r>
      <w:r>
        <w:br/>
      </w:r>
      <w:r>
        <w:rPr>
          <w:sz w:val="20"/>
        </w:rPr>
        <w:t>47:33  please tell me how one can develop a universal outlook."</w:t>
      </w:r>
      <w:r>
        <w:br/>
      </w:r>
      <w:r>
        <w:rPr>
          <w:sz w:val="20"/>
        </w:rPr>
        <w:t>47:40  dekhiye, har cheez mein jaise kalma hai: la ilaha illallah. yani pehle nafi hai, phir is baat hai. pehle aap yeh kehte hain ke koi doosra khuda nahi hai, tab kehte hain ke Allah rab ul alameen khuda hai.</w:t>
      </w:r>
      <w:r>
        <w:br/>
      </w:r>
      <w:r>
        <w:rPr>
          <w:sz w:val="20"/>
        </w:rPr>
        <w:t>47:56  yahan bhi wahi cheez hai. apni ghalti ko daryaft kijiye, apni deconditioning kijiye. apne aap ko opposites se bahar laiye.</w:t>
      </w:r>
      <w:r>
        <w:br/>
      </w:r>
      <w:r>
        <w:rPr>
          <w:sz w:val="20"/>
        </w:rPr>
        <w:t>48:06  tab naya aaghaz ho ga. is ke baghair koi aaghaz nahi hai. aap chahen ke jo mazi se jo aap ko mila hai, yani wirsa, usi mein jeete bhi rahen, usi mein fakhr bhi karte rahen, aur naya aaghaz bhi ho jaye to yeh namumkin hai.</w:t>
      </w:r>
      <w:r>
        <w:br/>
      </w:r>
      <w:r>
        <w:rPr>
          <w:sz w:val="20"/>
        </w:rPr>
        <w:t>48:25  pehle apne, yani jo conditioning ko todiye. jo zehen ban gaya hai aap ka, us zehen ko todiye.</w:t>
      </w:r>
      <w:r>
        <w:br/>
      </w:r>
      <w:r>
        <w:rPr>
          <w:sz w:val="20"/>
        </w:rPr>
        <w:t>48:37  aur nayi soch apne andar laiye. to pehle la ilaha ho ga, phir illallah ho ga. pehle nafi ho gi, phir is baat ho ga. maulana roomi ka jo masnavi hai, woh ka ek sher isi mani mein hai ke: "chun banaye kahna abadah kunand,</w:t>
      </w:r>
      <w:r>
        <w:br/>
      </w:r>
      <w:r>
        <w:rPr>
          <w:sz w:val="20"/>
        </w:rPr>
        <w:t>48:56  awalan taameer raawiran kunand." yeh misri maulana roomi ka sher hai: "chun banaye kahna abadah kunand, awalan taameer raawiran kunand." yeh yeh matlab hai is sher ka.</w:t>
      </w:r>
    </w:p>
    <w:p>
      <w:pPr>
        <w:pStyle w:val="Heading2"/>
      </w:pPr>
      <w:r>
        <w:t>How to develop a universal outlook?</w:t>
      </w:r>
    </w:p>
    <w:p>
      <w:r>
        <w:rPr>
          <w:color w:val="666666"/>
          <w:sz w:val="18"/>
        </w:rPr>
        <w:t>Life &amp; Wisdom · Realistic Approach 30 March, 2014 · 1m 53s · at 47:25 · https://youtu.be/HIFxmWWiEG4?t=2845</w:t>
      </w:r>
    </w:p>
    <w:p>
      <w:r>
        <w:rPr>
          <w:i/>
        </w:rPr>
        <w:t>“Maulana, you always emphasize on developing a universal outlook. Please tell me how one can develop a universal outlook?”</w:t>
      </w:r>
    </w:p>
    <w:p>
      <w:r>
        <w:rPr>
          <w:sz w:val="20"/>
        </w:rPr>
        <w:t>47:25  maulana, agla sawal ahmedabad se kiya hai muhammad saleem sahib ne. unhon ne likha hai: "Maulana, you always emphasize on developing universal outlook.</w:t>
      </w:r>
      <w:r>
        <w:br/>
      </w:r>
      <w:r>
        <w:rPr>
          <w:sz w:val="20"/>
        </w:rPr>
        <w:t>47:37  please tell me how one can develop a universal outlook?"</w:t>
      </w:r>
      <w:r>
        <w:br/>
      </w:r>
      <w:r>
        <w:rPr>
          <w:sz w:val="20"/>
        </w:rPr>
        <w:t>47:44  dekhen, har cheez mein jaise kalma hai "la ilaha illallah", yaani pehle nafi hai, phir is baat hai. pehle aap yeh kehte hain ke koi doosra khuda nahi hai, tab kehte hain ke Allah Rabb-ul-Alameen khuda hai.</w:t>
      </w:r>
      <w:r>
        <w:br/>
      </w:r>
      <w:r>
        <w:rPr>
          <w:sz w:val="20"/>
        </w:rPr>
        <w:t>48:00  yahan bhi wahi cheez hai, apni ghalti ko daryaft kijiye, apni deconditioning kijiye, apne aap ko aapas se bahar laiye, tab naya aaghaz hoga.</w:t>
      </w:r>
      <w:r>
        <w:br/>
      </w:r>
      <w:r>
        <w:rPr>
          <w:sz w:val="20"/>
        </w:rPr>
        <w:t>48:12  is ke baghair koi aaghaz nahi hai.</w:t>
      </w:r>
      <w:r>
        <w:br/>
      </w:r>
      <w:r>
        <w:rPr>
          <w:sz w:val="20"/>
        </w:rPr>
        <w:t>48:14  aap chahen ke jo mazi se jo aap ko mila hai, yaani wirsa, usi mein jeete bhi rahen, usi mein fakhr bhi karte rahen, aur naya aaghaz bhi ho jaye, to yeh namumkin hai.</w:t>
      </w:r>
      <w:r>
        <w:br/>
      </w:r>
      <w:r>
        <w:rPr>
          <w:sz w:val="20"/>
        </w:rPr>
        <w:t>48:30  pehle apne, yaani jo conditioning ko todiye, jo zehen ban gaya hai aap ka, is zehen ki ko todiye, aur nayi soch apne andar laiye.</w:t>
      </w:r>
      <w:r>
        <w:br/>
      </w:r>
      <w:r>
        <w:rPr>
          <w:sz w:val="20"/>
        </w:rPr>
        <w:t>48:43  to pehle "la ilaha" hoga, phir "illallah" hoga, phir nafi hogi, phir is baat hoga. maani Rumi ka jo Masnavi hai, woh ka ek sher isi maani mein hai ke "chun chu banaye kahna abada kunand,</w:t>
      </w:r>
      <w:r>
        <w:br/>
      </w:r>
      <w:r>
        <w:rPr>
          <w:sz w:val="20"/>
        </w:rPr>
        <w:t>49:00  awalan taameer raviran kun"۔ yeh Masih Maulana Rumi ka sher hai: "chun chu banaye kahna abada kunand, awalan taameer raviran kun</w:t>
      </w:r>
      <w:r>
        <w:br/>
      </w:r>
      <w:r>
        <w:rPr>
          <w:sz w:val="20"/>
        </w:rPr>
        <w:t>49:11  nand"۔ yeh yeh matlab hai is sher ka.</w:t>
      </w:r>
    </w:p>
    <w:p>
      <w:pPr>
        <w:pStyle w:val="Heading2"/>
      </w:pPr>
      <w:r>
        <w:t>How to develop an objective and unbiased mind</w:t>
      </w:r>
    </w:p>
    <w:p>
      <w:r>
        <w:rPr>
          <w:color w:val="666666"/>
          <w:sz w:val="18"/>
        </w:rPr>
        <w:t>Life &amp; Wisdom · The Importance of the Quran May 15, 2016 Maulana Wahiduddin Khan · 1m 10s · at 1:03:23 · https://youtu.be/9a-OOUR_bLg?t=3803</w:t>
      </w:r>
    </w:p>
    <w:p>
      <w:r>
        <w:rPr>
          <w:i/>
        </w:rPr>
        <w:t>“Moulana, you are the most objective-minded person I have seen. Please guide us as to how we can develop an objective and unbiased mind.”</w:t>
      </w:r>
    </w:p>
    <w:p>
      <w:r>
        <w:rPr>
          <w:sz w:val="20"/>
        </w:rPr>
        <w:t>1:03:23  ji, maulana, agla sawal kya hai doctor safina tabassum ne ajmer se aur unhon ne likha hai: "maulana sahib, you are the most objective minded person i have seen.</w:t>
      </w:r>
      <w:r>
        <w:br/>
      </w:r>
      <w:r>
        <w:rPr>
          <w:sz w:val="20"/>
        </w:rPr>
        <w:t>1:03:38  please guide us as to how we can develop an objective and unbiased mind."</w:t>
      </w:r>
      <w:r>
        <w:br/>
      </w:r>
      <w:r>
        <w:rPr>
          <w:sz w:val="20"/>
        </w:rPr>
        <w:t>1:03:52  mein to samajhta hoon ke is ka aik hi raaz hai apne aap ko Allah ke samne accountable samajhna</w:t>
      </w:r>
      <w:r>
        <w:br/>
      </w:r>
      <w:r>
        <w:rPr>
          <w:sz w:val="20"/>
        </w:rPr>
        <w:t>1:04:04  ke jab bhi aap aik raah baat kahein to yeh soch kar kahein ke mujhe Allah ke samne prove karna hoga ke mein jo baat kahi thi woh waqatan durust baat thi.</w:t>
      </w:r>
      <w:r>
        <w:br/>
      </w:r>
      <w:r>
        <w:rPr>
          <w:sz w:val="20"/>
        </w:rPr>
        <w:t>1:04:20  to apne aap ko Allah ke samne accountable samajhna yeh sab ka raaz hai right thinking ka.</w:t>
      </w:r>
    </w:p>
    <w:p>
      <w:pPr>
        <w:pStyle w:val="Heading2"/>
      </w:pPr>
      <w:r>
        <w:t>How to develop deep thinking</w:t>
      </w:r>
    </w:p>
    <w:p>
      <w:r>
        <w:rPr>
          <w:color w:val="666666"/>
          <w:sz w:val="18"/>
        </w:rPr>
        <w:t>Life &amp; Wisdom · Kingdom of God August 25, 2018 · 1m 02s · at 24:07 · https://youtu.be/SrnWPkMbEQw?t=1447</w:t>
      </w:r>
    </w:p>
    <w:p>
      <w:r>
        <w:rPr>
          <w:i/>
        </w:rPr>
        <w:t>“Maulana, please tell us how to develop deep thinking.”</w:t>
      </w:r>
    </w:p>
    <w:p>
      <w:r>
        <w:rPr>
          <w:sz w:val="20"/>
        </w:rPr>
        <w:t>24:07  maulana, kuch sawal aaye hain. doctor farida khanoom ne dilli se sawal bheja hai. unhone aapse poocha hai ke maulana, please tell us how to develop deep thinking.</w:t>
      </w:r>
      <w:r>
        <w:br/>
      </w:r>
      <w:r>
        <w:rPr>
          <w:sz w:val="20"/>
        </w:rPr>
        <w:t>24:27  bohat aasan hai. is line par hum sochein, jaise aaj jo mere andar yeh thought aaya, is liye aaya ke main bahar jab baitha tha to quran ki is ayat ko le kar socha aur is hadees ko le kar socha to to ek bhonchal aaya, ek brain storming hui.</w:t>
      </w:r>
      <w:r>
        <w:br/>
      </w:r>
      <w:r>
        <w:rPr>
          <w:sz w:val="20"/>
        </w:rPr>
        <w:t>24:56  is brain storming se yeh sab baatein mere soch mein bani. to sab log yahi karein.</w:t>
      </w:r>
    </w:p>
    <w:p>
      <w:pPr>
        <w:pStyle w:val="Heading2"/>
      </w:pPr>
      <w:r>
        <w:t>How to develop objectivity in thinking</w:t>
      </w:r>
    </w:p>
    <w:p>
      <w:r>
        <w:rPr>
          <w:color w:val="666666"/>
          <w:sz w:val="18"/>
        </w:rPr>
        <w:t>Life &amp; Wisdom · The Importance of Thinking November 10, 2013 · 1m 29s · at 1:05:46 · https://youtu.be/y16CddTHoqE?t=3946</w:t>
      </w:r>
    </w:p>
    <w:p>
      <w:r>
        <w:rPr>
          <w:i/>
        </w:rPr>
        <w:t>“How can one develop objectivity in one's thinking?”</w:t>
      </w:r>
    </w:p>
    <w:p>
      <w:r>
        <w:rPr>
          <w:sz w:val="20"/>
        </w:rPr>
        <w:t>1:05:46  i understood this word only through reading your books, and today lecture was the culmination of the understanding of marifat." maulana, agla sawal bangalore se hai javed sahib ne kiya hai.</w:t>
      </w:r>
      <w:r>
        <w:br/>
      </w:r>
      <w:r>
        <w:rPr>
          <w:sz w:val="20"/>
        </w:rPr>
        <w:t>1:06:00  unhon ne likha hai: "maulana, how can one develop objectivity in one's thinking?"</w:t>
      </w:r>
      <w:r>
        <w:br/>
      </w:r>
      <w:r>
        <w:rPr>
          <w:sz w:val="20"/>
        </w:rPr>
        <w:t>1:06:07  dekhen, yeh mamla apna hai, kisi doosre ka nahi hai. koi doosra nahi bata sakta. aap apna introspection karen har baat mein.</w:t>
      </w:r>
      <w:r>
        <w:br/>
      </w:r>
      <w:r>
        <w:rPr>
          <w:sz w:val="20"/>
        </w:rPr>
        <w:t>1:06:22  sochien ke theek tha ke nahi theek tha. har baat to apna introspection karen aur doosri adat yeh dalen ke doosra aadmi jo aap criticize kare to aap offend na hon.</w:t>
      </w:r>
      <w:r>
        <w:br/>
      </w:r>
      <w:r>
        <w:rPr>
          <w:sz w:val="20"/>
        </w:rPr>
        <w:t>1:06:37  yeh two point formula hai. khud bohat zyada sochna</w:t>
      </w:r>
      <w:r>
        <w:br/>
      </w:r>
      <w:r>
        <w:rPr>
          <w:sz w:val="20"/>
        </w:rPr>
        <w:t>1:06:45  yani merciless introspection apne bare mein. Merciless introspection yani be rehamana muhasba apna.</w:t>
      </w:r>
      <w:r>
        <w:br/>
      </w:r>
      <w:r>
        <w:rPr>
          <w:sz w:val="20"/>
        </w:rPr>
        <w:t>1:06:57  aur doosri siftien honi chahiye ke jab koi aadmi criticize kare to aap hargiz hargiz offend na hon, bura na manen. yeh do siftien agar hongi tab aadmi ke andar woh cheez aayegi jo aap chahte hain,</w:t>
      </w:r>
      <w:r>
        <w:br/>
      </w:r>
      <w:r>
        <w:rPr>
          <w:sz w:val="20"/>
        </w:rPr>
        <w:t>1:07:11  warna nahin.</w:t>
      </w:r>
    </w:p>
    <w:p>
      <w:pPr>
        <w:pStyle w:val="Heading2"/>
      </w:pPr>
      <w:r>
        <w:t>How to develop positive personality for society?</w:t>
      </w:r>
    </w:p>
    <w:p>
      <w:r>
        <w:rPr>
          <w:color w:val="666666"/>
          <w:sz w:val="18"/>
        </w:rPr>
        <w:t>Life &amp; Wisdom · Politics and Nation Building May 19, 2013 · 59s · at 1:07:08 · https://youtu.be/kmiMGq0Ki2Q?t=4028</w:t>
      </w:r>
    </w:p>
    <w:p>
      <w:r>
        <w:rPr>
          <w:i/>
        </w:rPr>
        <w:t>“Development of society needs positive individuals. How can one understand this and develop one's personality in positive lines?”</w:t>
      </w:r>
    </w:p>
    <w:p>
      <w:r>
        <w:rPr>
          <w:sz w:val="20"/>
        </w:rPr>
        <w:t>1:07:08  Maulana agla sawal lete hain jo Delhi se hai miss Naghma Siddiqui ka unhon ne likha hai development of society needs positive individuals how can one understand this and develop ones personality in positive lines dekhiye khulasa yeh hai ke goal agar ap ka akhirat hai apne ap ap positive ho jayenge goal agar akhirat nahi hai tab hi negative ho jayenge log</w:t>
      </w:r>
      <w:r>
        <w:br/>
      </w:r>
      <w:r>
        <w:rPr>
          <w:sz w:val="20"/>
        </w:rPr>
        <w:t>1:07:38  kyunke agar goal akhirat ho to baqayda secretary ban jati hai yeh ho to kya woh ho to kya yeh bhi theek hai woh bhi theek hai sara mamla hai ke logon ka goal akhirat nahi hota un ka goal duniya hota hai aur duniya mein aisa nafa nuksan ke tajurbe hote hain akhirat ko le kar koi nafa nuksan ka tajurba nahi to hamara mission jo yeh hai ke logon ko andar yeh samajh paida karna hai ke woh akhirat ko apna goal banayein</w:t>
      </w:r>
    </w:p>
    <w:p>
      <w:pPr>
        <w:pStyle w:val="Heading2"/>
      </w:pPr>
      <w:r>
        <w:t>How to find the right starting point?</w:t>
      </w:r>
    </w:p>
    <w:p>
      <w:r>
        <w:rPr>
          <w:color w:val="666666"/>
          <w:sz w:val="18"/>
        </w:rPr>
        <w:t>Life &amp; Wisdom · Present Day Muslims Jan 13, 2013 · 1m 46s · at 1:09:13 · https://youtu.be/CVcbWVYitog?t=4153</w:t>
      </w:r>
    </w:p>
    <w:p>
      <w:r>
        <w:rPr>
          <w:i/>
        </w:rPr>
        <w:t>“In any task, how can we analyze what is the right starting point? Please comment.”</w:t>
      </w:r>
    </w:p>
    <w:p>
      <w:r>
        <w:rPr>
          <w:sz w:val="20"/>
        </w:rPr>
        <w:t>1:09:13  Maulana, agla sawal Delhi se hai Miss Naghma Siddiqui ka. unhon ne likha hai "In any task, how can we analyze what is theright starting point?</w:t>
      </w:r>
      <w:r>
        <w:br/>
      </w:r>
      <w:r>
        <w:rPr>
          <w:sz w:val="20"/>
        </w:rPr>
        <w:t>1:09:26  Please comment." . dekhiye, Right Starter Point ka ek bohat hi Simple Principle hai. wahan se shuru kijiye jahan aap pehle din kuch Achieve karne ki Position mein hon.</w:t>
      </w:r>
      <w:r>
        <w:br/>
      </w:r>
      <w:r>
        <w:rPr>
          <w:sz w:val="20"/>
        </w:rPr>
        <w:t>1:09:43  wahan se shuru kijiye jahan aap pehle din kuch Positive Gain ki Position mein hon. wahi Starting Point hai, sahi.</w:t>
      </w:r>
      <w:r>
        <w:br/>
      </w:r>
      <w:r>
        <w:rPr>
          <w:sz w:val="20"/>
        </w:rPr>
        <w:t>1:09:54  jaise China mein ek misl hai ke itne Patience chalo ke har qadam tumhara aage badhna ho.</w:t>
      </w:r>
      <w:r>
        <w:br/>
      </w:r>
      <w:r>
        <w:rPr>
          <w:sz w:val="20"/>
        </w:rPr>
        <w:t>1:10:03  to is se mein ne, to mera jo formula hai, woh yeh hai ke aap bohat aasani se samajh sakte hain ke woh kaun sa yani Starting Point hai ke jab mein wahan se chalun to pehle din se mujhe kuch na kuch Gain hone lagega.</w:t>
      </w:r>
      <w:r>
        <w:br/>
      </w:r>
      <w:r>
        <w:rPr>
          <w:sz w:val="20"/>
        </w:rPr>
        <w:t>1:10:21  to wahi Right Starting Point hai. maslan Education mein kya</w:t>
      </w:r>
      <w:r>
        <w:br/>
      </w:r>
      <w:r>
        <w:rPr>
          <w:sz w:val="20"/>
        </w:rPr>
        <w:t>1:10:27  hai? aaj aap ne aik aik talib ilm ko bithaya to aaj kuch to parhaya is ko, aap ne kuch to mil gaya is ko, chahe A, B, C, D mili hui ho.</w:t>
      </w:r>
      <w:r>
        <w:br/>
      </w:r>
      <w:r>
        <w:rPr>
          <w:sz w:val="20"/>
        </w:rPr>
        <w:t>1:10:37  to pehle din se aap is position mein hotay hain ke kuch dein. pehle din se. lekin jo political hangamay hain, jo stage activism hai, usay to so so baras tak kuch nahi milta.</w:t>
      </w:r>
      <w:r>
        <w:br/>
      </w:r>
      <w:r>
        <w:rPr>
          <w:sz w:val="20"/>
        </w:rPr>
        <w:t>1:10:49  to bohat asan hai yeh determine karna ke What is the Right Starting Point?</w:t>
      </w:r>
    </w:p>
    <w:p>
      <w:pPr>
        <w:pStyle w:val="Heading2"/>
      </w:pPr>
      <w:r>
        <w:t>How to guide youth in a glamorous world?</w:t>
      </w:r>
    </w:p>
    <w:p>
      <w:r>
        <w:rPr>
          <w:color w:val="666666"/>
          <w:sz w:val="18"/>
        </w:rPr>
        <w:t>Life &amp; Wisdom · Realization of God December 18, 2016 Maulana Wahiduddin Khan · 37s · at 1:03:58 · https://youtu.be/LHKb2btTIT8?t=3838</w:t>
      </w:r>
    </w:p>
    <w:p>
      <w:r>
        <w:rPr>
          <w:i/>
        </w:rPr>
        <w:t>“I really loved your talk today. My question is that today's generation is more into fast track world full of glamour and...”</w:t>
      </w:r>
    </w:p>
    <w:p>
      <w:r>
        <w:rPr>
          <w:sz w:val="20"/>
        </w:rPr>
        <w:t>1:03:58  tor par maujood hai us ko hum actual tor par is se daryaft karte hain maulana agla sawal</w:t>
      </w:r>
      <w:r>
        <w:br/>
      </w:r>
      <w:r>
        <w:rPr>
          <w:sz w:val="20"/>
        </w:rPr>
        <w:t>1:04:05  bahrain se shabbir sahib ne kiya hai aur unhon ne likha hai maulana sahib I really loved your</w:t>
      </w:r>
      <w:r>
        <w:br/>
      </w:r>
      <w:r>
        <w:rPr>
          <w:sz w:val="20"/>
        </w:rPr>
        <w:t>1:04:13  talk today my question is that today's generation is more into fast track world full of glamour and</w:t>
      </w:r>
      <w:r>
        <w:br/>
      </w:r>
      <w:r>
        <w:rPr>
          <w:sz w:val="20"/>
        </w:rPr>
        <w:t>1:04:21  material pleasures how can we bring their attention towards the path of God realization kuch nahi aap ko</w:t>
      </w:r>
      <w:r>
        <w:br/>
      </w:r>
      <w:r>
        <w:rPr>
          <w:sz w:val="20"/>
        </w:rPr>
        <w:t>1:04:28  kitabein padhaiye hazaron logon ko yani faida hua kitabon se woh is se bahar aaye hain sab se</w:t>
      </w:r>
    </w:p>
    <w:p>
      <w:pPr>
        <w:pStyle w:val="Heading2"/>
      </w:pPr>
      <w:r>
        <w:t>How to have intellectual exchange with spouse?</w:t>
      </w:r>
    </w:p>
    <w:p>
      <w:r>
        <w:rPr>
          <w:color w:val="666666"/>
          <w:sz w:val="18"/>
        </w:rPr>
        <w:t>Life &amp; Wisdom · Quran for All Mankind June 3, 2012 · 1m 39s · at 1:12:03 · https://youtu.be/Gp-53Zjugcg?t=4323</w:t>
      </w:r>
    </w:p>
    <w:p>
      <w:r>
        <w:rPr>
          <w:i/>
        </w:rPr>
        <w:t>“You often say that one should make one's spouse an intellectual companion. Can you please elaborate how to do intellectual exchange? Should there be any particular subject to discuss with one's partner?”</w:t>
      </w:r>
    </w:p>
    <w:p>
      <w:r>
        <w:rPr>
          <w:sz w:val="20"/>
        </w:rPr>
        <w:t>1:12:03  Maulana, agla sawal Bangalore se hai, Mr Javed Sahib</w:t>
      </w:r>
      <w:r>
        <w:br/>
      </w:r>
      <w:r>
        <w:rPr>
          <w:sz w:val="20"/>
        </w:rPr>
        <w:t>1:12:07  ka. unhon ne likha hai ke "Maulana Sahib, you often say that one should make one's spouse an intellectual companion.</w:t>
      </w:r>
      <w:r>
        <w:br/>
      </w:r>
      <w:r>
        <w:rPr>
          <w:sz w:val="20"/>
        </w:rPr>
        <w:t>1:12:16  Can you please elaborate how to do intellectual exchange? Should there be any particular subject to discuss with one partner?"</w:t>
      </w:r>
      <w:r>
        <w:br/>
      </w:r>
      <w:r>
        <w:rPr>
          <w:sz w:val="20"/>
        </w:rPr>
        <w:t>1:12:29  yeh koi professional sense mein nahin bolta hoon</w:t>
      </w:r>
      <w:r>
        <w:br/>
      </w:r>
      <w:r>
        <w:rPr>
          <w:sz w:val="20"/>
        </w:rPr>
        <w:t>1:12:32  . mein sirf yeh, yeh sab professional, yani professionalism yeh sab hota hai ke aap koi subject pick karte hain, is pe baat karte hain.</w:t>
      </w:r>
      <w:r>
        <w:br/>
      </w:r>
      <w:r>
        <w:rPr>
          <w:sz w:val="20"/>
        </w:rPr>
        <w:t>1:12:43  bas rozana subah shaam jo hum jee rahe hain, isi ko hum spiritual way mein is pe baat karein, deeni lihaz se karein, Khuda ko relate kar ke is par sochen, phir baat karein.</w:t>
      </w:r>
      <w:r>
        <w:br/>
      </w:r>
      <w:r>
        <w:rPr>
          <w:sz w:val="20"/>
        </w:rPr>
        <w:t>1:12:57  aik hai tafreeh ke liye baat karna, aik hai cheezon mein purpose dhoondna, cheezon mein meaning dhoondna, is ke lihaz se baat karna.</w:t>
      </w:r>
      <w:r>
        <w:br/>
      </w:r>
      <w:r>
        <w:rPr>
          <w:sz w:val="20"/>
        </w:rPr>
        <w:t>1:13:07  to yeh koi, yani koi technical tareeqa is ka nahin hai. yeh to aap ka mind, agar yani aap ka mind, agar aik trend mind hai to har cheez mein aap ko,</w:t>
      </w:r>
      <w:r>
        <w:br/>
      </w:r>
      <w:r>
        <w:rPr>
          <w:sz w:val="20"/>
        </w:rPr>
        <w:t>1:13:26  aap ka mind janna chahega ke is mein divine meaning kya hai, aur is ko le kar ke aap discuss karenge. yeh koi is ka laga bata tareeqa nahin hai.</w:t>
      </w:r>
    </w:p>
    <w:p>
      <w:pPr>
        <w:pStyle w:val="Heading2"/>
      </w:pPr>
      <w:r>
        <w:t>How to identify and overcome obsession</w:t>
      </w:r>
    </w:p>
    <w:p>
      <w:r>
        <w:rPr>
          <w:color w:val="666666"/>
          <w:sz w:val="18"/>
        </w:rPr>
        <w:t>Life &amp; Wisdom · Revival of Muslims March 08, 2015 · 1m 52s · at 54:12 · https://youtu.be/8ShFcr8YozI?t=3252</w:t>
      </w:r>
    </w:p>
    <w:p>
      <w:r>
        <w:rPr>
          <w:i/>
        </w:rPr>
        <w:t>“Maulana, you faced several situations in life and underwent interactions of different kinds. But in the case of a common man, how should he first identify his obsession and what should he do to come out of it?”</w:t>
      </w:r>
    </w:p>
    <w:p>
      <w:r>
        <w:rPr>
          <w:sz w:val="20"/>
        </w:rPr>
        <w:t>54:12  maulana, agla sawal professor fareeda khanum ne bheja hai dilli se aur unhon ne likha hai maulana, you faced several situations in life and underwent interactions of different kinds.</w:t>
      </w:r>
      <w:r>
        <w:br/>
      </w:r>
      <w:r>
        <w:rPr>
          <w:sz w:val="20"/>
        </w:rPr>
        <w:t>54:27  But in the case of a common man, how should he first identify his obsession and what should he do to come out of it?</w:t>
      </w:r>
      <w:r>
        <w:br/>
      </w:r>
      <w:r>
        <w:rPr>
          <w:sz w:val="20"/>
        </w:rPr>
        <w:t>54:38  bhai, woh dekhen, quran mein is ka jawab maujood hai ke falawla naf'in min kulli firqatin ta'fatun la tafawqufud deen quran mein yeh hai ayat ek ke sare log nahi aa sakte the,</w:t>
      </w:r>
      <w:r>
        <w:br/>
      </w:r>
      <w:r>
        <w:rPr>
          <w:sz w:val="20"/>
        </w:rPr>
        <w:t>54:54  kuch to log aate, yaani masjid nabwi mein rasool Allah se deen sunte, dekhte. to mera jaisa interest sab ka nahi ho sakta tha, lekin mera hua to bas seekho, meri kitabein parho.</w:t>
      </w:r>
      <w:r>
        <w:br/>
      </w:r>
      <w:r>
        <w:rPr>
          <w:sz w:val="20"/>
        </w:rPr>
        <w:t>55:08  yaani sab logon ke sath yeh hua nahi ke woh ja sakte ke woh europe jayen, america jayen, yahan jayen, wahan jayen. to jo ek shakhs gaya, us se seekho, yeh quran mein taleem di gayi hai.</w:t>
      </w:r>
      <w:r>
        <w:br/>
      </w:r>
      <w:r>
        <w:rPr>
          <w:sz w:val="20"/>
        </w:rPr>
        <w:t>55:24  woh ayat kis tarah se hai? fahad sahib</w:t>
      </w:r>
      <w:r>
        <w:br/>
      </w:r>
      <w:r>
        <w:rPr>
          <w:sz w:val="20"/>
        </w:rPr>
        <w:t>55:31  wa ma kana al mu'minuna li yanfiru kaffatan falawla naf'in min kulli firqatin minhum ta'fatun li yatafaqqahu fid deen</w:t>
      </w:r>
      <w:r>
        <w:br/>
      </w:r>
      <w:r>
        <w:rPr>
          <w:sz w:val="20"/>
        </w:rPr>
        <w:t>55:39  wa li yunziru qawmahum idha raja'u ilayhim la'allahum yahdharun surah at taubah ayat number 122. ke sab log nahi aa sakte the, kuch log aate hain.</w:t>
      </w:r>
      <w:r>
        <w:br/>
      </w:r>
      <w:r>
        <w:rPr>
          <w:sz w:val="20"/>
        </w:rPr>
        <w:t>55:50  to matlab yeh ek sulook hai ke hamesha hi aisa hoga ke sab par woh experience nahi guzrega, kuch par guzrega. to kuch jo hain, jo is se seekhen, un se sab ko naseehat lena chahiye.</w:t>
      </w:r>
    </w:p>
    <w:p>
      <w:pPr>
        <w:pStyle w:val="Heading2"/>
      </w:pPr>
      <w:r>
        <w:t>How to identify weaknesses rationally</w:t>
      </w:r>
    </w:p>
    <w:p>
      <w:r>
        <w:rPr>
          <w:color w:val="666666"/>
          <w:sz w:val="18"/>
        </w:rPr>
        <w:t>Life &amp; Wisdom · Self Correction November 09, 2014 Maulana Wahiduddin Khan · 1m 27s · at 1:15:48 · https://youtu.be/PpwTmeCQkSQ?t=4548</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1:15:48  maulana, agla sawal ludhiana se kiya hai fahad khan ne, aur unhon ne likha hai ke To develop</w:t>
      </w:r>
      <w:r>
        <w:br/>
      </w:r>
      <w:r>
        <w:rPr>
          <w:sz w:val="20"/>
        </w:rPr>
        <w:t>1:15:55  art of thinking, one must discover one's weakness.</w:t>
      </w:r>
      <w:r>
        <w:br/>
      </w:r>
      <w:r>
        <w:rPr>
          <w:sz w:val="20"/>
        </w:rPr>
        <w:t>1:16:02  But to do this is not easy, as most of the time we feel we are on the right path. My question is, how can we rationally identify our weaknesses so that we can improve?</w:t>
      </w:r>
      <w:r>
        <w:br/>
      </w:r>
      <w:r>
        <w:rPr>
          <w:sz w:val="20"/>
        </w:rPr>
        <w:t>1:16:18  bhai dekhiye, yeh muamla yaani apne ko jannati insan banane ka hai, yeh saada muamla nahi hai.</w:t>
      </w:r>
      <w:r>
        <w:br/>
      </w:r>
      <w:r>
        <w:rPr>
          <w:sz w:val="20"/>
        </w:rPr>
        <w:t>1:16:25  to jannat ke bare mein hadith mein aata hai ke bohat hi bari qeemat de kar mile gi.</w:t>
      </w:r>
      <w:r>
        <w:br/>
      </w:r>
      <w:r>
        <w:rPr>
          <w:sz w:val="20"/>
        </w:rPr>
        <w:t>1:16:32  to yeh to qeemat to deni pare gi, qeemat to deni pare gi.</w:t>
      </w:r>
      <w:r>
        <w:br/>
      </w:r>
      <w:r>
        <w:rPr>
          <w:sz w:val="20"/>
        </w:rPr>
        <w:t>1:16:39  ala inna silata allahi ghalia ke jannat bohat qeemti cheez hai, aur is ki bhari qeemat de kar</w:t>
      </w:r>
      <w:r>
        <w:br/>
      </w:r>
      <w:r>
        <w:rPr>
          <w:sz w:val="20"/>
        </w:rPr>
        <w:t>1:16:46  hi jannat mile gi.</w:t>
      </w:r>
      <w:r>
        <w:br/>
      </w:r>
      <w:r>
        <w:rPr>
          <w:sz w:val="20"/>
        </w:rPr>
        <w:t>1:16:54  to yeh sab karna pare ga hamein, ya to phir jannat ka khwab dekhna chhodna pare ga, ya</w:t>
      </w:r>
      <w:r>
        <w:br/>
      </w:r>
      <w:r>
        <w:rPr>
          <w:sz w:val="20"/>
        </w:rPr>
        <w:t>1:17:01  to jannat ka khwab na dekhiye, nahi to apni mercedes Self hammering kijiye.</w:t>
      </w:r>
      <w:r>
        <w:br/>
      </w:r>
      <w:r>
        <w:rPr>
          <w:sz w:val="20"/>
        </w:rPr>
        <w:t>1:17:08  yeh to karna hi pare ga.</w:t>
      </w:r>
    </w:p>
    <w:p>
      <w:pPr>
        <w:pStyle w:val="Heading2"/>
      </w:pPr>
      <w:r>
        <w:t>How to increase memory sharpness?</w:t>
      </w:r>
    </w:p>
    <w:p>
      <w:r>
        <w:rPr>
          <w:color w:val="666666"/>
          <w:sz w:val="18"/>
        </w:rPr>
        <w:t>Life &amp; Wisdom · Importance of Ijtihad December 21,2014 · 1m 56s · at 51:19 · https://youtu.be/6AgisKQ8V7s?t=3079</w:t>
      </w:r>
    </w:p>
    <w:p>
      <w:r>
        <w:rPr>
          <w:i/>
        </w:rPr>
        <w:t>“How can an ordinary person increase his memory or sharpness of memory? Please advise.”</w:t>
      </w:r>
    </w:p>
    <w:p>
      <w:r>
        <w:rPr>
          <w:sz w:val="20"/>
        </w:rPr>
        <w:t>51:19  maulana, unka ek aur sawal hai, unhone aap se poocha hai ke ek aam aadmi apni</w:t>
      </w:r>
      <w:r>
        <w:br/>
      </w:r>
      <w:r>
        <w:rPr>
          <w:sz w:val="20"/>
        </w:rPr>
        <w:t>51:25  yaaddasht yani sharpness of memory kis tarah badhaye? is ke liye advice dein.</w:t>
      </w:r>
      <w:r>
        <w:br/>
      </w:r>
      <w:r>
        <w:rPr>
          <w:sz w:val="20"/>
        </w:rPr>
        <w:t>51:31  kya zaroorat hai badhane ki? yeh zabaanein hain, book hai, yeh zabaanein hain, computer hai.</w:t>
      </w:r>
      <w:r>
        <w:br/>
      </w:r>
      <w:r>
        <w:rPr>
          <w:sz w:val="20"/>
        </w:rPr>
        <w:t>51:37  ab is ki, is ki, is ko door hi khatam ho gaya, woh zamana khatam ho gaya.</w:t>
      </w:r>
      <w:r>
        <w:br/>
      </w:r>
      <w:r>
        <w:rPr>
          <w:sz w:val="20"/>
        </w:rPr>
        <w:t>51:42  bhai, aap kitabon se aap maloomat hasil kijiye.</w:t>
      </w:r>
      <w:r>
        <w:br/>
      </w:r>
      <w:r>
        <w:rPr>
          <w:sz w:val="20"/>
        </w:rPr>
        <w:t>51:48  mein toh article rozana likhta hoon toh woh dharha dharhad isi mein sab maloomat nikal aati hain.</w:t>
      </w:r>
      <w:r>
        <w:br/>
      </w:r>
      <w:r>
        <w:rPr>
          <w:sz w:val="20"/>
        </w:rPr>
        <w:t>51:54  yaad karne ki kya zaroorat hai? yeh toh ek irrelevant question hai.</w:t>
      </w:r>
      <w:r>
        <w:br/>
      </w:r>
      <w:r>
        <w:rPr>
          <w:sz w:val="20"/>
        </w:rPr>
        <w:t>52:00  jaise aaj, aaj hi mein batata hoon aap ko, mein aaj hi mujhe Shah Allah par bolna tha</w:t>
      </w:r>
      <w:r>
        <w:br/>
      </w:r>
      <w:r>
        <w:rPr>
          <w:sz w:val="20"/>
        </w:rPr>
        <w:t>52:06  aur mujhe janna tha ke Shah Allah ka jo zamana hai, woh zamana aur Galileo ka, Copernicus ka</w:t>
      </w:r>
      <w:r>
        <w:br/>
      </w:r>
      <w:r>
        <w:rPr>
          <w:sz w:val="20"/>
        </w:rPr>
        <w:t>52:12  aur Napoleon ke zamane mein kya farq hai.</w:t>
      </w:r>
      <w:r>
        <w:br/>
      </w:r>
      <w:r>
        <w:rPr>
          <w:sz w:val="20"/>
        </w:rPr>
        <w:t>52:18  to within minute nikl aaya sab, pata chala ke woh shah allah ka zamana baad ka hai, un</w:t>
      </w:r>
      <w:r>
        <w:br/>
      </w:r>
      <w:r>
        <w:rPr>
          <w:sz w:val="20"/>
        </w:rPr>
        <w:t>52:23  ka zamana pehle ka hai.</w:t>
      </w:r>
      <w:r>
        <w:br/>
      </w:r>
      <w:r>
        <w:rPr>
          <w:sz w:val="20"/>
        </w:rPr>
        <w:t>52:29  to hamein kya zaroorat hai ke hum is ko memorize karein? technology is zamane mein memory ka badal</w:t>
      </w:r>
      <w:r>
        <w:br/>
      </w:r>
      <w:r>
        <w:rPr>
          <w:sz w:val="20"/>
        </w:rPr>
        <w:t>52:35  ban gayi hai, to aap ko is pareshani ki zaroorat hi kya hai? Maulana, agla ek comment aur</w:t>
      </w:r>
      <w:r>
        <w:br/>
      </w:r>
      <w:r>
        <w:rPr>
          <w:sz w:val="20"/>
        </w:rPr>
        <w:t>52:41  sawal aaya hai abdulrehman sahib ka j.n. news delhi se aur sab se pehle hum un ka</w:t>
      </w:r>
      <w:r>
        <w:br/>
      </w:r>
      <w:r>
        <w:rPr>
          <w:sz w:val="20"/>
        </w:rPr>
        <w:t>52:47  comment parhna chahenge.</w:t>
      </w:r>
      <w:r>
        <w:br/>
      </w:r>
      <w:r>
        <w:rPr>
          <w:sz w:val="20"/>
        </w:rPr>
        <w:t>52:53  unhon ne likha hai ke Maulana sahib, jazak allah, very inspiring speech with very clear narrative.</w:t>
      </w:r>
      <w:r>
        <w:br/>
      </w:r>
      <w:r>
        <w:rPr>
          <w:sz w:val="20"/>
        </w:rPr>
        <w:t>52:58  Your writings and speeches have made me strong both psychologically and ideologically.</w:t>
      </w:r>
      <w:r>
        <w:br/>
      </w:r>
      <w:r>
        <w:rPr>
          <w:sz w:val="20"/>
        </w:rPr>
        <w:t>53:04  May God bless you with long life and sound health.</w:t>
      </w:r>
      <w:r>
        <w:br/>
      </w:r>
      <w:r>
        <w:rPr>
          <w:sz w:val="20"/>
        </w:rPr>
        <w:t>53:10  Please also pray for me.</w:t>
      </w:r>
    </w:p>
    <w:p>
      <w:pPr>
        <w:pStyle w:val="Heading2"/>
      </w:pPr>
      <w:r>
        <w:t>How to increase self-determination and change personality</w:t>
      </w:r>
    </w:p>
    <w:p>
      <w:r>
        <w:rPr>
          <w:color w:val="666666"/>
          <w:sz w:val="18"/>
        </w:rPr>
        <w:t>Life &amp; Wisdom · Tawbah-e-Nasuh (Sincere Repentance) 16 Feb 2020 - Maulana Wahiduddin Khan · 1m 36s · at 34:59 · https://youtu.be/0CccKs-1Uu8?t=2099</w:t>
      </w:r>
    </w:p>
    <w:p>
      <w:r>
        <w:rPr>
          <w:i/>
        </w:rPr>
        <w:t>“How can I increase my self-determination? Is there a step by step process or is it possible with some dua? Please advise me so I can change my personality.”</w:t>
      </w:r>
    </w:p>
    <w:p>
      <w:r>
        <w:rPr>
          <w:sz w:val="20"/>
        </w:rPr>
        <w:t>34:59  Sherwani ki misal se aap ne bataya ke humein kis tarah apna tazkiya karna chahiye. Jazak Allah Maulana sahib." Maulana agla sawal Muradabad se bheja hai Abdul Aziz sahib ne.</w:t>
      </w:r>
      <w:r>
        <w:br/>
      </w:r>
      <w:r>
        <w:rPr>
          <w:sz w:val="20"/>
        </w:rPr>
        <w:t>35:15  Unhon ne likha hai: "Maulana how can I increase my self determination? Is there a step by step process or is it possible with some dua?</w:t>
      </w:r>
      <w:r>
        <w:br/>
      </w:r>
      <w:r>
        <w:rPr>
          <w:sz w:val="20"/>
        </w:rPr>
        <w:t>35:27  Please advise me so I can change my personality." Bhai yeh to dekhiye,</w:t>
      </w:r>
      <w:r>
        <w:br/>
      </w:r>
      <w:r>
        <w:rPr>
          <w:sz w:val="20"/>
        </w:rPr>
        <w:t>35:33  koi aap ko bata kar nahi bata nahi sakta. Aap ko khud apne andar ek self process jari karna hoga.</w:t>
      </w:r>
      <w:r>
        <w:br/>
      </w:r>
      <w:r>
        <w:rPr>
          <w:sz w:val="20"/>
        </w:rPr>
        <w:t>35:44  Self process. Aap khud sochiye ke ke aap</w:t>
      </w:r>
      <w:r>
        <w:br/>
      </w:r>
      <w:r>
        <w:rPr>
          <w:sz w:val="20"/>
        </w:rPr>
        <w:t>35:51  ki ghalti kya hai? Where I miss the bus. Jab aap apni ghalti ko khud daryaft karenge, tab us ko aap islaah kar payenge.</w:t>
      </w:r>
      <w:r>
        <w:br/>
      </w:r>
      <w:r>
        <w:rPr>
          <w:sz w:val="20"/>
        </w:rPr>
        <w:t>36:09  Kisi ke paas aap ka aap ke sawal ka jawab nahi hai. Siwaye is ke ke aap khud aisa karen. Ke khud dhoondhen apne andar.</w:t>
      </w:r>
      <w:r>
        <w:br/>
      </w:r>
      <w:r>
        <w:rPr>
          <w:sz w:val="20"/>
        </w:rPr>
        <w:t>36:24  Mera tajurba to yahi hai ke khud dhoondhna parta hai. Koi batane wala batane ke liye nahi ayega.</w:t>
      </w:r>
    </w:p>
    <w:p>
      <w:pPr>
        <w:pStyle w:val="Heading2"/>
      </w:pPr>
      <w:r>
        <w:t>How to lead a peaceful life</w:t>
      </w:r>
    </w:p>
    <w:p>
      <w:r>
        <w:rPr>
          <w:color w:val="666666"/>
          <w:sz w:val="18"/>
        </w:rPr>
        <w:t>Life &amp; Wisdom · 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How to maintain positivity in face of problems?</w:t>
      </w:r>
    </w:p>
    <w:p>
      <w:r>
        <w:rPr>
          <w:color w:val="666666"/>
          <w:sz w:val="18"/>
        </w:rPr>
        <w:t>Life &amp; Wisdom · 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How to prepare for speaking on different topics</w:t>
      </w:r>
    </w:p>
    <w:p>
      <w:r>
        <w:rPr>
          <w:color w:val="666666"/>
          <w:sz w:val="18"/>
        </w:rPr>
        <w:t>Life &amp; Wisdom · Understanding the Quran April 7, 2019 · 46s · at 48:13 · https://youtu.be/m_Om5MtQJz4?t=2893</w:t>
      </w:r>
    </w:p>
    <w:p>
      <w:r>
        <w:rPr>
          <w:i/>
        </w:rPr>
        <w:t>“Maulana, my question is that how do you prepare yourself to talk on different topics? Please tell us so that we can follow the same procedure. You start from an ordinary topic, but your explanation on it is extraordinary.”</w:t>
      </w:r>
    </w:p>
    <w:p>
      <w:r>
        <w:rPr>
          <w:sz w:val="20"/>
        </w:rPr>
        <w:t>48:13  maulana, agla sawal bheja hai idrees qamar sahab ne. unhone apni location nahi likhi hai. un ka sawal hai: "maulana, my question is that how do you prepare yourself to talk on different topics?</w:t>
      </w:r>
      <w:r>
        <w:br/>
      </w:r>
      <w:r>
        <w:rPr>
          <w:sz w:val="20"/>
        </w:rPr>
        <w:t>48:28  please tell us so that we can follow the same procedure. you start from an ordinary topic, but your explanation on it is extraordinary." bhai, meri to dua hai.</w:t>
      </w:r>
      <w:r>
        <w:br/>
      </w:r>
      <w:r>
        <w:rPr>
          <w:sz w:val="20"/>
        </w:rPr>
        <w:t>48:40  mein ne bataya tha aap ko, mein ibn taimiya ka jo tareeqa tha, wahi baat hai ke "ya muallim ibrahim, ilm nahin." bas isi se mere dimagh khulta hai, isi se mujhe baatein samajh mein aati hain.</w:t>
      </w:r>
    </w:p>
    <w:p>
      <w:pPr>
        <w:pStyle w:val="Heading2"/>
      </w:pPr>
      <w:r>
        <w:t>How to rationally identify weaknesses</w:t>
      </w:r>
    </w:p>
    <w:p>
      <w:r>
        <w:rPr>
          <w:color w:val="666666"/>
          <w:sz w:val="18"/>
        </w:rPr>
        <w:t>Life &amp; Wisdom · Self Correction November 09, 2014 · 1m 29s · at 1:15:01 · https://youtu.be/EgAukdSfGRU?t=4501</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1:15:01  Maulana, agla sawal Ludhiana se kiya hai Fahad Khan ne aur unhone likha hai ke To develop art of thinking, one must discover one's weakness.</w:t>
      </w:r>
      <w:r>
        <w:br/>
      </w:r>
      <w:r>
        <w:rPr>
          <w:sz w:val="20"/>
        </w:rPr>
        <w:t>1:15:14  But to do this is not easy, as most of the time we feel we are on the right path. My question is, how can we rationally identify our weaknesses so that we can improve</w:t>
      </w:r>
      <w:r>
        <w:br/>
      </w:r>
      <w:r>
        <w:rPr>
          <w:sz w:val="20"/>
        </w:rPr>
        <w:t>1:15:29  ? Bhai dekhiye, yeh mamla</w:t>
      </w:r>
      <w:r>
        <w:br/>
      </w:r>
      <w:r>
        <w:rPr>
          <w:sz w:val="20"/>
        </w:rPr>
        <w:t>1:15:34  yani apne ko jannati insan banane ka hai. Yeh saada mamla nahi hai. To jannat ke bare mein hadith mein aata hai ke bahut hi badi qeemat dekar milegi.</w:t>
      </w:r>
      <w:r>
        <w:br/>
      </w:r>
      <w:r>
        <w:rPr>
          <w:sz w:val="20"/>
        </w:rPr>
        <w:t>1:15:50  to yeh to qeemat to deni padegi.</w:t>
      </w:r>
      <w:r>
        <w:br/>
      </w:r>
      <w:r>
        <w:rPr>
          <w:sz w:val="20"/>
        </w:rPr>
        <w:t>1:15:54  qeemat to deni padegi.</w:t>
      </w:r>
      <w:r>
        <w:br/>
      </w:r>
      <w:r>
        <w:rPr>
          <w:sz w:val="20"/>
        </w:rPr>
        <w:t>1:15:57  ALAA INNA SILATALLAHI GHALIYAH</w:t>
      </w:r>
      <w:r>
        <w:br/>
      </w:r>
      <w:r>
        <w:rPr>
          <w:sz w:val="20"/>
        </w:rPr>
        <w:t>1:16:04  ke jannat bahut qeemti cheez hai aur iski bhari qeemat dekar hi jannat milegi.</w:t>
      </w:r>
      <w:r>
        <w:br/>
      </w:r>
      <w:r>
        <w:rPr>
          <w:sz w:val="20"/>
        </w:rPr>
        <w:t>1:16:09  to yeh sab karna padega humein. Ya to phir jannat ke khwab dekhna chhodna padega. Ya to jannat ke khwab na dekhiye, nahi to apni merciless self-hammering kijiye.</w:t>
      </w:r>
      <w:r>
        <w:br/>
      </w:r>
      <w:r>
        <w:rPr>
          <w:sz w:val="20"/>
        </w:rPr>
        <w:t>1:16:26  yeh to karna hi padega.</w:t>
      </w:r>
    </w:p>
    <w:p>
      <w:pPr>
        <w:pStyle w:val="Heading2"/>
      </w:pPr>
      <w:r>
        <w:t>How to save oneself from negativity</w:t>
      </w:r>
    </w:p>
    <w:p>
      <w:r>
        <w:rPr>
          <w:color w:val="666666"/>
          <w:sz w:val="18"/>
        </w:rPr>
        <w:t>Life &amp; Wisdom · 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How to take a step back when on right side?</w:t>
      </w:r>
    </w:p>
    <w:p>
      <w:r>
        <w:rPr>
          <w:color w:val="666666"/>
          <w:sz w:val="18"/>
        </w:rPr>
        <w:t>Life &amp; Wisdom · How to Manage Controversy 10 Nov 2019 - Maulana Wahiduddin Khan · 59s · at 55:37 · https://youtu.be/UafTzJXHrSA?t=3337</w:t>
      </w:r>
    </w:p>
    <w:p>
      <w:r>
        <w:rPr>
          <w:i/>
        </w:rPr>
        <w:t>“It is very difficult for a common man in practical life to take a step back when he thinks he is on the right side. On the spur of the moment, it becomes more difficult. It feels very humiliating to take a step back when we are on the right side. How to tackle such a situation?”</w:t>
      </w:r>
    </w:p>
    <w:p>
      <w:r>
        <w:rPr>
          <w:sz w:val="20"/>
        </w:rPr>
        <w:t>55:37  maulana sahib, shahab ahmed sahib ne aurangabad, maharashtra se sawal bheja hai. unhone likha hai: "it is very difficult for a common man in practical life to take step back when he thinks he is on the right side.</w:t>
      </w:r>
      <w:r>
        <w:br/>
      </w:r>
      <w:r>
        <w:rPr>
          <w:sz w:val="20"/>
        </w:rPr>
        <w:t>55:54  on the spur of the moment, it becomes more difficult</w:t>
      </w:r>
      <w:r>
        <w:br/>
      </w:r>
      <w:r>
        <w:rPr>
          <w:sz w:val="20"/>
        </w:rPr>
        <w:t>55:58  . it feels very humiliating to take a step back when we are on the right side. how to tackle such</w:t>
      </w:r>
      <w:r>
        <w:br/>
      </w:r>
      <w:r>
        <w:rPr>
          <w:sz w:val="20"/>
        </w:rPr>
        <w:t>56:06  a situation?"</w:t>
      </w:r>
      <w:r>
        <w:br/>
      </w:r>
      <w:r>
        <w:rPr>
          <w:sz w:val="20"/>
        </w:rPr>
        <w:t>56:10  bhai, isi ke liye to maine kaha ke logon ke andar allah ka dar paida kijiye. hum pakde jayenge, aakhirat mein hamara hisab hoga.</w:t>
      </w:r>
      <w:r>
        <w:br/>
      </w:r>
      <w:r>
        <w:rPr>
          <w:sz w:val="20"/>
        </w:rPr>
        <w:t>56:22  farishte hamara record tayyar kar rahe hain, wahan pesh kiya jayega. yeh sab baatein bataiye jo nahi bataiye rahe rahe log.</w:t>
      </w:r>
    </w:p>
    <w:p>
      <w:pPr>
        <w:pStyle w:val="Heading2"/>
      </w:pPr>
      <w:r>
        <w:t>Human vs animal gratitude</w:t>
      </w:r>
    </w:p>
    <w:p>
      <w:r>
        <w:rPr>
          <w:color w:val="666666"/>
          <w:sz w:val="18"/>
        </w:rPr>
        <w:t>Life &amp; Wisdom · Q&amp;A 04 Mar 2012 Maulana Wahiduddin Khan · 1m 10s · at 37:44 · https://youtu.be/txRmutuvWQI?t=2264</w:t>
      </w:r>
    </w:p>
    <w:p>
      <w:r>
        <w:rPr>
          <w:i/>
        </w:rPr>
        <w:t>“Please shed light on human gratitude and animal gratitude. Gratitude is a human quality. Animals do not know gratitude. Explain the difference between animal life and human life, that an animal does not live in the world with gratitude.”</w:t>
      </w:r>
    </w:p>
    <w:p>
      <w:r>
        <w:rPr>
          <w:sz w:val="20"/>
        </w:rPr>
        <w:t>37:44  maulana, agla sawal hyderabad, pakistan se aaya hai mr noman afzal sahab ka. unhone poocha hai ke: "insani shukr aur hawani shukr par roshni daleye."</w:t>
      </w:r>
      <w:r>
        <w:br/>
      </w:r>
      <w:r>
        <w:rPr>
          <w:sz w:val="20"/>
        </w:rPr>
        <w:t>37:57  shukr toh insani sifat hai. haiwan shukr jante hi nahi.</w:t>
      </w:r>
      <w:r>
        <w:br/>
      </w:r>
      <w:r>
        <w:rPr>
          <w:sz w:val="20"/>
        </w:rPr>
        <w:t>38:07  shukr na yeh kahe ke hawani life aur insani life ka farq ke tu haiwan jo hai, shukr karke duniya mein nahi rehta.</w:t>
      </w:r>
      <w:r>
        <w:br/>
      </w:r>
      <w:r>
        <w:rPr>
          <w:sz w:val="20"/>
        </w:rPr>
        <w:t>38:17  yani haiwan bhi oxygen leta hai, woh bhi khata hai ghiza, woh bhi pani peeta hai, lekin woh is ko nahi janta ke mujhe acknowledge karna hai, mujhe shukr karna hai.</w:t>
      </w:r>
      <w:r>
        <w:br/>
      </w:r>
      <w:r>
        <w:rPr>
          <w:sz w:val="20"/>
        </w:rPr>
        <w:t>38:30  jabke insan jo hai, is ko Allah taala ne yeh sifat di hai ke woh jane ke yeh Allah taala ki blessing hai, yeh Allah taala ki nemat hai, aur phir woh shukr kare.</w:t>
      </w:r>
      <w:r>
        <w:br/>
      </w:r>
      <w:r>
        <w:rPr>
          <w:sz w:val="20"/>
        </w:rPr>
        <w:t>38:41  toh bilash shukr ki aware, agar koi shakhs zindagi guzar raha hai duniya mein toh woh just like haiwan hai, woh aur shukr karke zindagi guzar raha hai toh phir woh insan hai.</w:t>
      </w:r>
    </w:p>
    <w:p>
      <w:pPr>
        <w:pStyle w:val="Heading2"/>
      </w:pPr>
      <w:r>
        <w:t>Ideal peace in a non-ideal world</w:t>
      </w:r>
    </w:p>
    <w:p>
      <w:r>
        <w:rPr>
          <w:color w:val="666666"/>
          <w:sz w:val="18"/>
        </w:rPr>
        <w:t>Life &amp; Wisdom · Importance of Peace December 16, 2012 · 1m 05s · at 1:29:59 · https://youtu.be/nymyorYyEz4?t=5399</w:t>
      </w:r>
    </w:p>
    <w:p>
      <w:r>
        <w:rPr>
          <w:i/>
        </w:rPr>
        <w:t>“In a world where there are no ideal people, how can there be ideal peace?”</w:t>
      </w:r>
    </w:p>
    <w:p>
      <w:r>
        <w:rPr>
          <w:sz w:val="20"/>
        </w:rPr>
        <w:t>1:29:59  Allah se dua kijiye aur aur peaceful tareeqay se kaam kartay rahiye. bas. Maulana, agla sawal Tamil Nadu se hai Naseer Ullah Sah</w:t>
      </w:r>
      <w:r>
        <w:br/>
      </w:r>
      <w:r>
        <w:rPr>
          <w:sz w:val="20"/>
        </w:rPr>
        <w:t>1:30:10  b ka. unhon ne aap se poocha hai: "Maulana, jis dunya mein ideal log nahi hain, wahan ideal peace kaisay ho sakta hai?" toh hum ne kab kaha?</w:t>
      </w:r>
      <w:r>
        <w:br/>
      </w:r>
      <w:r>
        <w:rPr>
          <w:sz w:val="20"/>
        </w:rPr>
        <w:t>1:30:21  hum ne yeh kaha nahi ke ideal peace banaiye dunya mein. yeh toh jahil leaderon ki zuban hai. yeh hamari zuban toh hai nahi. hum toh abhi behtareen bar bar repeatedly hum ne kaha ke dunya mein ideal peace ban nahi sakta.</w:t>
      </w:r>
      <w:r>
        <w:br/>
      </w:r>
      <w:r>
        <w:rPr>
          <w:sz w:val="20"/>
        </w:rPr>
        <w:t>1:30:33  toh mujh se kyun keh rahe hain aap?</w:t>
      </w:r>
      <w:r>
        <w:br/>
      </w:r>
      <w:r>
        <w:rPr>
          <w:sz w:val="20"/>
        </w:rPr>
        <w:t>1:30:38  yeh toh woh leader hain jo jantay nahi qanoon ilahi ko. woh aisay boli boltay hain jo aadmi boli bolay ideal peace dunya mein qaim karnay ki, woh samjhiye ke woh jahil hain.</w:t>
      </w:r>
      <w:r>
        <w:br/>
      </w:r>
      <w:r>
        <w:rPr>
          <w:sz w:val="20"/>
        </w:rPr>
        <w:t>1:30:47  woh is ke jahil honay mein koi shakk nahi hai. jahil is sense mein nahi ke is ne degree is ke paas nahi hai. yani Allah ka jo case plan hai, us se bekhabar hai.</w:t>
      </w:r>
      <w:r>
        <w:br/>
      </w:r>
      <w:r>
        <w:rPr>
          <w:sz w:val="20"/>
        </w:rPr>
        <w:t>1:30:58  woh yeh toh haan haan, hamara toh hi kehna aisa hai.</w:t>
      </w:r>
    </w:p>
    <w:p>
      <w:pPr>
        <w:pStyle w:val="Heading2"/>
      </w:pPr>
      <w:r>
        <w:t>Identifying and sorting personal shortcomings</w:t>
      </w:r>
    </w:p>
    <w:p>
      <w:r>
        <w:rPr>
          <w:color w:val="666666"/>
          <w:sz w:val="18"/>
        </w:rPr>
        <w:t>Life &amp; Wisdom · Problem and Shukr March 15, 2015 · 1m 32s · at 49:16 · https://youtu.be/O4gfXHtntcc?t=2956</w:t>
      </w:r>
    </w:p>
    <w:p>
      <w:r>
        <w:rPr>
          <w:i/>
        </w:rPr>
        <w:t>“How do we identify and sort shortcomings? How can one identify the shortcomings within oneself?”</w:t>
      </w:r>
    </w:p>
    <w:p>
      <w:r>
        <w:rPr>
          <w:sz w:val="20"/>
        </w:rPr>
        <w:t>49:16  Maulana agla sawal kya hai bhopal se tosiq sahib ne aur woh aap se janna chahte hain keh</w:t>
      </w:r>
      <w:r>
        <w:br/>
      </w:r>
      <w:r>
        <w:rPr>
          <w:sz w:val="20"/>
        </w:rPr>
        <w:t>49:24  How do we identify our shortcomings? What is how do we identify our shortcomings?</w:t>
      </w:r>
      <w:r>
        <w:br/>
      </w:r>
      <w:r>
        <w:rPr>
          <w:sz w:val="20"/>
        </w:rPr>
        <w:t>49:33  jo Maulana insan ke andar kamiyan hoti hain is ko kaise identify kar sakte hain shortcomings ko</w:t>
      </w:r>
      <w:r>
        <w:br/>
      </w:r>
      <w:r>
        <w:rPr>
          <w:sz w:val="20"/>
        </w:rPr>
        <w:t>49:39  kaise identify kar sakte hain is ka koi method hai ya koi formula hai muhasba ek hi formula</w:t>
      </w:r>
      <w:r>
        <w:br/>
      </w:r>
      <w:r>
        <w:rPr>
          <w:sz w:val="20"/>
        </w:rPr>
        <w:t>49:45  bataya gaya hai Quran o Hadees mein muhasba yani introspection</w:t>
      </w:r>
      <w:r>
        <w:br/>
      </w:r>
      <w:r>
        <w:rPr>
          <w:sz w:val="20"/>
        </w:rPr>
        <w:t>49:51  woh aadmi ke andar itna zyada dakhil hota hai keh woh aadmi khud hi discuss kar sakta hai</w:t>
      </w:r>
      <w:r>
        <w:br/>
      </w:r>
      <w:r>
        <w:rPr>
          <w:sz w:val="20"/>
        </w:rPr>
        <w:t>49:57  doosra aadmi is ko identify nahi kar sakta is ke soch mein is ke jazbat mein is ki</w:t>
      </w:r>
      <w:r>
        <w:br/>
      </w:r>
      <w:r>
        <w:rPr>
          <w:sz w:val="20"/>
        </w:rPr>
        <w:t>50:04  personality mein ghusa hua hota hai woh to kaun doosra is ko identify karega aap karenge</w:t>
      </w:r>
      <w:r>
        <w:br/>
      </w:r>
      <w:r>
        <w:rPr>
          <w:sz w:val="20"/>
        </w:rPr>
        <w:t>50:10  to is ke liye quran mein aur hadith mein jo cheez batai gayi hai woh hai muhasba</w:t>
      </w:r>
      <w:r>
        <w:br/>
      </w:r>
      <w:r>
        <w:rPr>
          <w:sz w:val="20"/>
        </w:rPr>
        <w:t>50:16  muhasba ka matlab hota hai introspection yani apne apne khilaf sochna apne apne bare mein sochna</w:t>
      </w:r>
      <w:r>
        <w:br/>
      </w:r>
      <w:r>
        <w:rPr>
          <w:sz w:val="20"/>
        </w:rPr>
        <w:t>50:25  yani anti self thinking mein samajhta hoon ke ek hi cheez hai jo aap ko bata sakti hai</w:t>
      </w:r>
      <w:r>
        <w:br/>
      </w:r>
      <w:r>
        <w:rPr>
          <w:sz w:val="20"/>
        </w:rPr>
        <w:t>50:31  ke aap ke andar kya kamiyan hain woh hai anti self thinking to jis ko allah ka jis</w:t>
      </w:r>
      <w:r>
        <w:br/>
      </w:r>
      <w:r>
        <w:rPr>
          <w:sz w:val="20"/>
        </w:rPr>
        <w:t>50:36  ko jo aadmi yeh chahta ho ke woh allah ki rehmaton ka mustahiq bane to us ko anti</w:t>
      </w:r>
      <w:r>
        <w:br/>
      </w:r>
      <w:r>
        <w:rPr>
          <w:sz w:val="20"/>
        </w:rPr>
        <w:t>50:42  self thinking karna hi karna hai yeh to sab bari ibadat hai anti self thinking sab se bari</w:t>
      </w:r>
    </w:p>
    <w:p>
      <w:pPr>
        <w:pStyle w:val="Heading2"/>
      </w:pPr>
      <w:r>
        <w:t>Importance of complex-free teamwork and formula</w:t>
      </w:r>
    </w:p>
    <w:p>
      <w:r>
        <w:rPr>
          <w:color w:val="666666"/>
          <w:sz w:val="18"/>
        </w:rPr>
        <w:t>Life &amp; Wisdom · The Importance of Team Work February 5, 2012 · 1m 35s · at 1:12:35 · https://youtu.be/qBbwznqIqVw?t=4355</w:t>
      </w:r>
    </w:p>
    <w:p>
      <w:r>
        <w:rPr>
          <w:i/>
        </w:rPr>
        <w:t>“What is the importance of being complex-free in teamwork and its formula?”</w:t>
      </w:r>
    </w:p>
    <w:p>
      <w:r>
        <w:rPr>
          <w:sz w:val="20"/>
        </w:rPr>
        <w:t>1:12:35  maulana, un ka ek aur sawal hai. unhon ne poocha hai ke team work mein complex free hone ki importance aur is ka formula kya hai?</w:t>
      </w:r>
      <w:r>
        <w:br/>
      </w:r>
      <w:r>
        <w:rPr>
          <w:sz w:val="20"/>
        </w:rPr>
        <w:t>1:12:47  importance to bohat zyada hai,</w:t>
      </w:r>
      <w:r>
        <w:br/>
      </w:r>
      <w:r>
        <w:rPr>
          <w:sz w:val="20"/>
        </w:rPr>
        <w:t>1:12:52  bohat zyada hai. kyunke ek shakhs leading role kar raha hai, doosre log supporting role par hain. to ye kahenge ke dekho, hum to back seat par hain, ye imamat ke masle par khara hua hai.</w:t>
      </w:r>
      <w:r>
        <w:br/>
      </w:r>
      <w:r>
        <w:rPr>
          <w:sz w:val="20"/>
        </w:rPr>
        <w:t>1:13:07  ye to bilkul fitri hai ke aise complex paida hon.</w:t>
      </w:r>
      <w:r>
        <w:br/>
      </w:r>
      <w:r>
        <w:rPr>
          <w:sz w:val="20"/>
        </w:rPr>
        <w:t>1:13:13  bilkul fitri hai.</w:t>
      </w:r>
      <w:r>
        <w:br/>
      </w:r>
      <w:r>
        <w:rPr>
          <w:sz w:val="20"/>
        </w:rPr>
        <w:t>1:13:17  lekin is ko kill karna hai. isi liye rasool Allah ne ansar ke bare mein jo farmaya tha ke main doosre doosre log ek ek rastay par chalain, ansar ek aur rastay par chalain, to main ansar ke rastay par chalunga.</w:t>
      </w:r>
      <w:r>
        <w:br/>
      </w:r>
      <w:r>
        <w:rPr>
          <w:sz w:val="20"/>
        </w:rPr>
        <w:t>1:13:32  itna bara darja diya aap ne ansar ko. isi liye ke supporting role ada karne ke liye aap ko qurbani deni parti hai, complex free banna parta hai.</w:t>
      </w:r>
      <w:r>
        <w:br/>
      </w:r>
      <w:r>
        <w:rPr>
          <w:sz w:val="20"/>
        </w:rPr>
        <w:t>1:13:44  doosra aadmi ko leading role mila hai to theek hai, milne rahe. hum to wahi karenge jo humein role mila hai karne ke liye. to ye to bohat bara sawab ka moamla hai.</w:t>
      </w:r>
      <w:r>
        <w:br/>
      </w:r>
      <w:r>
        <w:rPr>
          <w:sz w:val="20"/>
        </w:rPr>
        <w:t>1:13:58  agar aadmi complex free ban kar ke supporting role par razi ho jaye to bohat bara ye sawab ka moamla hai.</w:t>
      </w:r>
    </w:p>
    <w:p>
      <w:pPr>
        <w:pStyle w:val="Heading2"/>
      </w:pPr>
      <w:r>
        <w:t>Importance of continuous study for a dai</w:t>
      </w:r>
    </w:p>
    <w:p>
      <w:r>
        <w:rPr>
          <w:color w:val="666666"/>
          <w:sz w:val="18"/>
        </w:rPr>
        <w:t>Life &amp; Wisdom · Q&amp;A 04 DEC 2011 Maulana Wahiduddin Khan · 44s · at 38:20 · https://youtu.be/KIMNmuUZoGo?t=2300</w:t>
      </w:r>
    </w:p>
    <w:p>
      <w:r>
        <w:rPr>
          <w:i/>
        </w:rPr>
        <w:t>“How important is it for a dai to continue his studies? Please advise.”</w:t>
      </w:r>
    </w:p>
    <w:p>
      <w:r>
        <w:rPr>
          <w:sz w:val="20"/>
        </w:rPr>
        <w:t>38:20  maulana in ka ek aur sawal hai, unhone likha hai keh ek daai ke liye apne mutale ko jaari rakhna kitna zaroori hai?</w:t>
      </w:r>
      <w:r>
        <w:br/>
      </w:r>
      <w:r>
        <w:rPr>
          <w:sz w:val="20"/>
        </w:rPr>
        <w:t>38:31  dā'ī kā har insān ko zarūrī hai. apnī jānakārī jab tak baṛhā'ēṅge nahīṅ to āp kā development nahīṅ hoga. As ae dā'ī, as ae man, har lihāz se āp ko study karnā hai.</w:t>
      </w:r>
      <w:r>
        <w:br/>
      </w:r>
      <w:r>
        <w:rPr>
          <w:sz w:val="20"/>
        </w:rPr>
        <w:t>38:44  Study kā matlab yeh nahīṅ ke alf lafz alf lafz paṛhēṅ, novel paṛhēṅ āp, shayari paṛhēṅ. Yeh matlab nahīṅ. Serious study to zarūrī hai har hāl meṅ.</w:t>
      </w:r>
      <w:r>
        <w:br/>
      </w:r>
      <w:r>
        <w:rPr>
          <w:sz w:val="20"/>
        </w:rPr>
        <w:t>38:53  dā'ī ke lie bhī hai aur 'ām insān ke lie bhī hai. Serious sīrīs study.</w:t>
      </w:r>
    </w:p>
    <w:p>
      <w:pPr>
        <w:pStyle w:val="Heading2"/>
      </w:pPr>
      <w:r>
        <w:t>Importance of high thinking secularly</w:t>
      </w:r>
    </w:p>
    <w:p>
      <w:r>
        <w:rPr>
          <w:color w:val="666666"/>
          <w:sz w:val="18"/>
        </w:rPr>
        <w:t>Life &amp; Wisdom · Spirituality in Simple Living, High Thinking October 27, 2019 Maulana Wahiduddin Khan · 1m 04s · at 37:26 · https://youtu.be/Kr28g15eFr8?t=2246</w:t>
      </w:r>
    </w:p>
    <w:p>
      <w:r>
        <w:rPr>
          <w:i/>
        </w:rPr>
        <w:t>“What is the importance of high thinking in the secular sense? Please explain.”</w:t>
      </w:r>
    </w:p>
    <w:p>
      <w:r>
        <w:rPr>
          <w:sz w:val="20"/>
        </w:rPr>
        <w:t>37:26  maulana, agla sawal bhi chennai se hai. umm ashad sahibah ne kiya hai. unho ne aapse poocha hai: "what is the importance of high thinking in the secular sense?" is ke baray mein batayein.</w:t>
      </w:r>
      <w:r>
        <w:br/>
      </w:r>
      <w:r>
        <w:rPr>
          <w:sz w:val="20"/>
        </w:rPr>
        <w:t>37:40  bhai, high thinking jo hai jo is baray mein hai woh high wisdom</w:t>
      </w:r>
      <w:r>
        <w:br/>
      </w:r>
      <w:r>
        <w:rPr>
          <w:sz w:val="20"/>
        </w:rPr>
        <w:t>37:49  yani oonchi soch hai.</w:t>
      </w:r>
      <w:r>
        <w:br/>
      </w:r>
      <w:r>
        <w:rPr>
          <w:sz w:val="20"/>
        </w:rPr>
        <w:t>37:53  to yeh to ek mani hui baat hai ke oonchi soch se bari cheez koi nahi hai.</w:t>
      </w:r>
      <w:r>
        <w:br/>
      </w:r>
      <w:r>
        <w:rPr>
          <w:sz w:val="20"/>
        </w:rPr>
        <w:t>38:05  jaise woh jo qissa mein ne bataya ke inteqaam lene se pehle soch lo ke inteqaam ka bhi inteqaam liya jayega. yeh kya hai?</w:t>
      </w:r>
      <w:r>
        <w:br/>
      </w:r>
      <w:r>
        <w:rPr>
          <w:sz w:val="20"/>
        </w:rPr>
        <w:t>38:14  yeh yahan high wisdom hai, high thinking hai, yahi to hai.</w:t>
      </w:r>
    </w:p>
    <w:p>
      <w:pPr>
        <w:pStyle w:val="Heading2"/>
      </w:pPr>
      <w:r>
        <w:t>Importance of positive approach to negative events</w:t>
      </w:r>
    </w:p>
    <w:p>
      <w:r>
        <w:rPr>
          <w:color w:val="666666"/>
          <w:sz w:val="18"/>
        </w:rPr>
        <w:t>Life &amp; Wisdom · Dars-e-Quran, Ch. 2 Verse 50-52 |  March 11, 2018 · 57s · at 54:34 · https://youtu.be/ShSyMy4LPfc?t=3274</w:t>
      </w:r>
    </w:p>
    <w:p>
      <w:r>
        <w:rPr>
          <w:i/>
        </w:rPr>
        <w:t>“You give a positive angle to every negative event. How important is this approach for every human being and what is its necessity? Please clarify.”</w:t>
      </w:r>
    </w:p>
    <w:p>
      <w:r>
        <w:rPr>
          <w:sz w:val="20"/>
        </w:rPr>
        <w:t>54:34  maulana agla sawal lete hain jo chennai se maulana iqbal umri ne bheja hai.</w:t>
      </w:r>
      <w:r>
        <w:br/>
      </w:r>
      <w:r>
        <w:rPr>
          <w:sz w:val="20"/>
        </w:rPr>
        <w:t>54:44  unhon ne likha hai maulana aap har negative event ko positive angle dete hain. mera sawal</w:t>
      </w:r>
      <w:r>
        <w:br/>
      </w:r>
      <w:r>
        <w:rPr>
          <w:sz w:val="20"/>
        </w:rPr>
        <w:t>54:54  yeh hai ke har insan ke liye is tarah ki approach ki kitni ahmiyat hai aur zaroorat hai is ko wazeh karen. bhai yahi approach hai koi doosra approach hi nahi hai. waza wal laili sa ja ma wadaka rabbuka wama qala har raat ke baad din har tareeki ke baad roshni hai yahi to approach hai asal hai asal approach yeh</w:t>
      </w:r>
      <w:r>
        <w:br/>
      </w:r>
      <w:r>
        <w:rPr>
          <w:sz w:val="20"/>
        </w:rPr>
        <w:t>55:24  hai ke koi doosra approach hai hi nahin.</w:t>
      </w:r>
    </w:p>
    <w:p>
      <w:pPr>
        <w:pStyle w:val="Heading2"/>
      </w:pPr>
      <w:r>
        <w:t>Importance of silence</w:t>
      </w:r>
    </w:p>
    <w:p>
      <w:r>
        <w:rPr>
          <w:color w:val="666666"/>
          <w:sz w:val="18"/>
        </w:rPr>
        <w:t>Life &amp; Wisdom · Peace of Mind April 19, 2015 Maulana Wahiduddin Khan · 46s · at 1:04:06 · https://youtu.be/bGLY0ALNtjw?t=3846</w:t>
      </w:r>
    </w:p>
    <w:p>
      <w:r>
        <w:rPr>
          <w:i/>
        </w:rPr>
        <w:t>“You once talked about the importance of silence.”</w:t>
      </w:r>
    </w:p>
    <w:p>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r>
        <w:br/>
      </w:r>
      <w:r>
        <w:rPr>
          <w:sz w:val="20"/>
        </w:rPr>
        <w:t>1:04:35  bhai yeh to aap khud tajurba kar ke dekh lijiyega.</w:t>
      </w:r>
      <w:r>
        <w:br/>
      </w:r>
      <w:r>
        <w:rPr>
          <w:sz w:val="20"/>
        </w:rPr>
        <w:t>1:04:40  yeh to aisi baat hai ke khud tajurba kar ke aap samajh sakte hain.</w:t>
      </w:r>
      <w:r>
        <w:br/>
      </w:r>
      <w:r>
        <w:rPr>
          <w:sz w:val="20"/>
        </w:rPr>
        <w:t>1:04:44  is ke liye elaborate karne ki zarurat hi nahi hai.</w:t>
      </w:r>
      <w:r>
        <w:br/>
      </w:r>
      <w:r>
        <w:rPr>
          <w:sz w:val="20"/>
        </w:rPr>
        <w:t>1:04:46  kabhi bhi tajurba kar ke dekhiye aap.</w:t>
      </w:r>
    </w:p>
    <w:p>
      <w:pPr>
        <w:pStyle w:val="Heading2"/>
      </w:pPr>
      <w:r>
        <w:t>Inability to reassess resultless work</w:t>
      </w:r>
    </w:p>
    <w:p>
      <w:r>
        <w:rPr>
          <w:color w:val="666666"/>
          <w:sz w:val="18"/>
        </w:rPr>
        <w:t>Life &amp; Wisdom · 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Increasing Daily Grasping Power</w:t>
      </w:r>
    </w:p>
    <w:p>
      <w:r>
        <w:rPr>
          <w:color w:val="666666"/>
          <w:sz w:val="18"/>
        </w:rPr>
        <w:t>Life &amp; Wisdom · Realization of God May 07, 2017 Maulana Wahiduddin Khan · 1m 33s · at 47:42 · https://youtu.be/sXmJShRfWKs?t=2862</w:t>
      </w:r>
    </w:p>
    <w:p>
      <w:r>
        <w:rPr>
          <w:i/>
        </w:rPr>
        <w:t>“Maulana sahib, how to increase the grasping power on daily basis? Please tell about this, power of grasp.”</w:t>
      </w:r>
    </w:p>
    <w:p>
      <w:r>
        <w:rPr>
          <w:sz w:val="20"/>
        </w:rPr>
        <w:t>47:42  hai Maulana un ka aik aur sawal hai unhon ne aap se poocha hai keh Maulana sahib how</w:t>
      </w:r>
      <w:r>
        <w:br/>
      </w:r>
      <w:r>
        <w:rPr>
          <w:sz w:val="20"/>
        </w:rPr>
        <w:t>47:50  to increase the grasping power on daily basis is ke bare mein batayen power of grasp yun kahiye</w:t>
      </w:r>
      <w:r>
        <w:br/>
      </w:r>
      <w:r>
        <w:rPr>
          <w:sz w:val="20"/>
        </w:rPr>
        <w:t>47:58  ji yeh lafz ulta ho gaya ji yani power of grasp ko kaise barhayen yeh hona</w:t>
      </w:r>
      <w:r>
        <w:br/>
      </w:r>
      <w:r>
        <w:rPr>
          <w:sz w:val="20"/>
        </w:rPr>
        <w:t>48:05  chahiye ji hain ji sahi hai Maulana power of grasp is ko urdu mein kahenge azkh karne ki taqat</w:t>
      </w:r>
      <w:r>
        <w:br/>
      </w:r>
      <w:r>
        <w:rPr>
          <w:sz w:val="20"/>
        </w:rPr>
        <w:t>48:19  to dekhiye is mein aik hi cheez hai</w:t>
      </w:r>
      <w:r>
        <w:br/>
      </w:r>
      <w:r>
        <w:rPr>
          <w:sz w:val="20"/>
        </w:rPr>
        <w:t>48:24  jitna zyada aadmi bachayega apne aap ko distraction se utna hi is ka grasp ka power barhega</w:t>
      </w:r>
      <w:r>
        <w:br/>
      </w:r>
      <w:r>
        <w:rPr>
          <w:sz w:val="20"/>
        </w:rPr>
        <w:t>48:31  sara mamla yeh hai keh aadmi</w:t>
      </w:r>
      <w:r>
        <w:br/>
      </w:r>
      <w:r>
        <w:rPr>
          <w:sz w:val="20"/>
        </w:rPr>
        <w:t>48:36  distraction mein jeena chore</w:t>
      </w:r>
      <w:r>
        <w:br/>
      </w:r>
      <w:r>
        <w:rPr>
          <w:sz w:val="20"/>
        </w:rPr>
        <w:t>48:40  sab se buri cheez hai distraction</w:t>
      </w:r>
      <w:r>
        <w:br/>
      </w:r>
      <w:r>
        <w:rPr>
          <w:sz w:val="20"/>
        </w:rPr>
        <w:t>48:46  azaadi khud hi aa sakti hai keh kahan main distract ho raha hoon kahan main bhatak raha hoon</w:t>
      </w:r>
      <w:r>
        <w:br/>
      </w:r>
      <w:r>
        <w:rPr>
          <w:sz w:val="20"/>
        </w:rPr>
        <w:t>48:53  yeh aadmi khud janega doosra aadmi point out nahi kar sakta</w:t>
      </w:r>
      <w:r>
        <w:br/>
      </w:r>
      <w:r>
        <w:rPr>
          <w:sz w:val="20"/>
        </w:rPr>
        <w:t>49:00  to jitna zyada aap ke andar focused thinking hogi</w:t>
      </w:r>
      <w:r>
        <w:br/>
      </w:r>
      <w:r>
        <w:rPr>
          <w:sz w:val="20"/>
        </w:rPr>
        <w:t>49:04  jitna zyada yeh</w:t>
      </w:r>
      <w:r>
        <w:br/>
      </w:r>
      <w:r>
        <w:rPr>
          <w:sz w:val="20"/>
        </w:rPr>
        <w:t>49:05  baat hogi keh aap cheezon ko sugar nahi banayen</w:t>
      </w:r>
      <w:r>
        <w:br/>
      </w:r>
      <w:r>
        <w:rPr>
          <w:sz w:val="20"/>
        </w:rPr>
        <w:t>49:09  non important ko sugar nahi banaye tab ja kar yeh baat aye gi aap ke andar</w:t>
      </w:r>
    </w:p>
    <w:p>
      <w:pPr>
        <w:pStyle w:val="Heading2"/>
      </w:pPr>
      <w:r>
        <w:t>Increasing wisdom and its source</w:t>
      </w:r>
    </w:p>
    <w:p>
      <w:r>
        <w:rPr>
          <w:color w:val="666666"/>
          <w:sz w:val="18"/>
        </w:rPr>
        <w:t>Life &amp; Wisdom · The Importance of Wisdom November 4, 2012 · 1m 38s · at 1:01:47 · https://youtu.be/7e6FvqRSHic?t=3707</w:t>
      </w:r>
    </w:p>
    <w:p>
      <w:r>
        <w:rPr>
          <w:i/>
        </w:rPr>
        <w:t>“Every human is born with a mind but wisdom varies. How can a person increase his or her wisdom? Is it God-gifted?”</w:t>
      </w:r>
    </w:p>
    <w:p>
      <w:r>
        <w:rPr>
          <w:sz w:val="20"/>
        </w:rPr>
        <w:t>1:01:47  maulana agla sawal kashmir se hai aamir jinn sahab ka unhon ne aap se poocha hai every human</w:t>
      </w:r>
      <w:r>
        <w:br/>
      </w:r>
      <w:r>
        <w:rPr>
          <w:sz w:val="20"/>
        </w:rPr>
        <w:t>1:01:55  is born with a mind but wisdom varies from one person to other</w:t>
      </w:r>
      <w:r>
        <w:br/>
      </w:r>
      <w:r>
        <w:rPr>
          <w:sz w:val="20"/>
        </w:rPr>
        <w:t>1:02:01  how can a person increase his or her wisdom is it god gifted</w:t>
      </w:r>
      <w:r>
        <w:br/>
      </w:r>
      <w:r>
        <w:rPr>
          <w:sz w:val="20"/>
        </w:rPr>
        <w:t>1:02:22  dekhen main to samajhta hoon ke wisdom allah taala ne har ek ko di hai aisa nahi ke kisi ko de kisi ko na de</w:t>
      </w:r>
      <w:r>
        <w:br/>
      </w:r>
      <w:r>
        <w:rPr>
          <w:sz w:val="20"/>
        </w:rPr>
        <w:t>1:02:34  lekin wisdom jo hum ko mili hai woh in terms of potential hai woh</w:t>
      </w:r>
      <w:r>
        <w:br/>
      </w:r>
      <w:r>
        <w:rPr>
          <w:sz w:val="20"/>
        </w:rPr>
        <w:t>1:02:43  in terms of potential yani bil quwwat tor par us ko actual banana yeh phir bhi hamara kaam hai</w:t>
      </w:r>
      <w:r>
        <w:br/>
      </w:r>
      <w:r>
        <w:rPr>
          <w:sz w:val="20"/>
        </w:rPr>
        <w:t>1:02:53  actual banane ke liye kya chahiye woh chahiye apne ko distraction se bachana log is mein distraction mein itna phans jatay hain itna phans jatay hain ke un ki jo potential hai woh unfold nahi ho pati un ka potential jo hai woh actual nahi banta</w:t>
      </w:r>
      <w:r>
        <w:br/>
      </w:r>
      <w:r>
        <w:rPr>
          <w:sz w:val="20"/>
        </w:rPr>
        <w:t>1:03:13  to main samajhta hoon ke divine gift mein farq nahi hai hamare apne jo lifestyle mein hai us ki wajah se is yeh masla paida hota hai</w:t>
      </w:r>
    </w:p>
    <w:p>
      <w:pPr>
        <w:pStyle w:val="Heading2"/>
      </w:pPr>
      <w:r>
        <w:t>Influence of Positive Words on Thoughts</w:t>
      </w:r>
    </w:p>
    <w:p>
      <w:r>
        <w:rPr>
          <w:color w:val="666666"/>
          <w:sz w:val="18"/>
        </w:rPr>
        <w:t>Life &amp; Wisdom · Divine Love July 31, 2016 · 1m 03s · at 56:57 · https://youtu.be/-gQiWX3l6J4?t=3417</w:t>
      </w:r>
    </w:p>
    <w:p>
      <w:r>
        <w:rPr>
          <w:i/>
        </w:rPr>
        <w:t>“Do positive words have positive influence on our ability to translate good thoughts to”</w:t>
      </w:r>
    </w:p>
    <w:p>
      <w:r>
        <w:rPr>
          <w:sz w:val="20"/>
        </w:rPr>
        <w:t>56:57  Maulana agla sawal kya hai Miss Ruhooson Sung ne.</w:t>
      </w:r>
      <w:r>
        <w:br/>
      </w:r>
      <w:r>
        <w:rPr>
          <w:sz w:val="20"/>
        </w:rPr>
        <w:t>57:01  unhone apni location nahi likhi hai.</w:t>
      </w:r>
      <w:r>
        <w:br/>
      </w:r>
      <w:r>
        <w:rPr>
          <w:sz w:val="20"/>
        </w:rPr>
        <w:t>57:04  unka sawal hai Do positive words have positive influence on our ability to translate good thoughts to</w:t>
      </w:r>
      <w:r>
        <w:br/>
      </w:r>
      <w:r>
        <w:rPr>
          <w:sz w:val="20"/>
        </w:rPr>
        <w:t>57:11  action? What is your comment on this? kya mein samjha nahi kya sawal unka hai.</w:t>
      </w:r>
      <w:r>
        <w:br/>
      </w:r>
      <w:r>
        <w:rPr>
          <w:sz w:val="20"/>
        </w:rPr>
        <w:t>57:18  Maulana woh yeh janna chah rahi hain ke jo positive words hote hain kya us se hamare action</w:t>
      </w:r>
      <w:r>
        <w:br/>
      </w:r>
      <w:r>
        <w:rPr>
          <w:sz w:val="20"/>
        </w:rPr>
        <w:t>57:26  influence hote hain through our thought process? aap to dohra rahe hain.</w:t>
      </w:r>
      <w:r>
        <w:br/>
      </w:r>
      <w:r>
        <w:rPr>
          <w:sz w:val="20"/>
        </w:rPr>
        <w:t>57:31  kuch sense to matlab nahi samjha nahi.</w:t>
      </w:r>
      <w:r>
        <w:br/>
      </w:r>
      <w:r>
        <w:rPr>
          <w:sz w:val="20"/>
        </w:rPr>
        <w:t>57:34  ji is ka sense kya hai? is ko zyada tafseel se woh agle Sunday ko likhein.</w:t>
      </w:r>
      <w:r>
        <w:br/>
      </w:r>
      <w:r>
        <w:rPr>
          <w:sz w:val="20"/>
        </w:rPr>
        <w:t>57:41  ji zyada zyada clear tor par.</w:t>
      </w:r>
      <w:r>
        <w:br/>
      </w:r>
      <w:r>
        <w:rPr>
          <w:sz w:val="20"/>
        </w:rPr>
        <w:t>57:43  is mein clarity nahi hai unke question mein clarity nahi hai.</w:t>
      </w:r>
      <w:r>
        <w:br/>
      </w:r>
      <w:r>
        <w:rPr>
          <w:sz w:val="20"/>
        </w:rPr>
        <w:t>57:49  ji kya murad hai in ke positive words se? kya kya cheez hai positive words? to clear taur</w:t>
      </w:r>
      <w:r>
        <w:br/>
      </w:r>
      <w:r>
        <w:rPr>
          <w:sz w:val="20"/>
        </w:rPr>
        <w:t>57:56  par agle Sunday mein woh sawal karein woh.</w:t>
      </w:r>
    </w:p>
    <w:p>
      <w:pPr>
        <w:pStyle w:val="Heading2"/>
      </w:pPr>
      <w:r>
        <w:t>Is Saving for Dawah Being Miserly</w:t>
      </w:r>
    </w:p>
    <w:p>
      <w:r>
        <w:rPr>
          <w:color w:val="666666"/>
          <w:sz w:val="18"/>
        </w:rPr>
        <w:t>Life &amp; Wisdom · Physical Science or Divine Science I 25th Nov, 2012 - Maulana Wahiduddin Khan · 1m 48s · at 1:04:12 · https://youtu.be/NfJRGRN6OhE?t=3852</w:t>
      </w:r>
    </w:p>
    <w:p>
      <w:r>
        <w:rPr>
          <w:i/>
        </w:rPr>
        <w:t>“I save money by reducing my needs and spend it in the work of Dawat Ilallah. I also consider necessity in clothes etc. Some of my friends tell me that you are a very miserly woman, you don't even spend money on yourself. Maulana sahib, is my action correct?”</w:t>
      </w:r>
    </w:p>
    <w:p>
      <w:r>
        <w:rPr>
          <w:sz w:val="20"/>
        </w:rPr>
        <w:t>1:04:12  molana, agla sawal Lahore Pakistan se hai Ms Salma ka. unhon ne likha hai: "main apni zarooraton ko mukhtasar karte hue raqam ko bachati hoon aur ise dawat al Allah ke kaam mein kharch karti hoon.</w:t>
      </w:r>
      <w:r>
        <w:br/>
      </w:r>
      <w:r>
        <w:rPr>
          <w:sz w:val="20"/>
        </w:rPr>
        <w:t>1:04:29  kapde wagera mein bhi zaroorat ka lehaaz karti hoon. mujhe meri baaz saheliyan kehti hain ke tum to bohat kanjoos aurat ho, apni zaat par bhi paisa kharch nahin karti ho.</w:t>
      </w:r>
      <w:r>
        <w:br/>
      </w:r>
      <w:r>
        <w:rPr>
          <w:sz w:val="20"/>
        </w:rPr>
        <w:t>1:04:43  molana sahib, kya mera yeh amal</w:t>
      </w:r>
      <w:r>
        <w:br/>
      </w:r>
      <w:r>
        <w:rPr>
          <w:sz w:val="20"/>
        </w:rPr>
        <w:t>1:04:46  kanjoosi mein aata hai? is ke bare mein bataein." hargiz nahin, hargiz nahin, hargiz nahin. yeh to ibadat hai. apni zaat par paisa kharch karna, yeh to yeh koi, yeh to jurm hai, yeh koi amal hi nahin hai.</w:t>
      </w:r>
      <w:r>
        <w:br/>
      </w:r>
      <w:r>
        <w:rPr>
          <w:sz w:val="20"/>
        </w:rPr>
        <w:t>1:05:01  yeh paisa kharch karna chahiye deen par.</w:t>
      </w:r>
      <w:r>
        <w:br/>
      </w:r>
      <w:r>
        <w:rPr>
          <w:sz w:val="20"/>
        </w:rPr>
        <w:t>1:05:05  zaat ke muamle mein aakhri had tak aap apne ko saada banayein, simple banayein, aakhri had tak simple. aur jo aap ki kamai hai, us ko zyada se zyada kharch karein deen ke liye, dawat ke liye.</w:t>
      </w:r>
      <w:r>
        <w:br/>
      </w:r>
      <w:r>
        <w:rPr>
          <w:sz w:val="20"/>
        </w:rPr>
        <w:t>1:05:17  yeh to musalman jo hai, bilkul bigda hua zehan hai, yani ek dam un ka soch galat ho gayi hai.</w:t>
      </w:r>
      <w:r>
        <w:br/>
      </w:r>
      <w:r>
        <w:rPr>
          <w:sz w:val="20"/>
        </w:rPr>
        <w:t>1:05:24  Islam se koi un ko matlab nahin, khali apni shaan o shaukat dikhana hai un ko. to wo aisi baatein bolte hain, aisi baatein bolte hain.</w:t>
      </w:r>
      <w:r>
        <w:br/>
      </w:r>
      <w:r>
        <w:rPr>
          <w:sz w:val="20"/>
        </w:rPr>
        <w:t>1:05:34  Quran mein dekhiye ke: "isiyat ka matlab yeh hai ke sirf baqadr zaroorat, yani be necessity ke taur par tum apni kamai ko apne liye kharch karo, baqi sara deen mein kharch karo."</w:t>
      </w:r>
      <w:r>
        <w:br/>
      </w:r>
      <w:r>
        <w:rPr>
          <w:sz w:val="20"/>
        </w:rPr>
        <w:t>1:05:52  to jo musalman aisi boli bolte hain, to wo to mujrimana boli bolte hain.</w:t>
      </w:r>
    </w:p>
    <w:p>
      <w:pPr>
        <w:pStyle w:val="Heading2"/>
      </w:pPr>
      <w:r>
        <w:t>Is being too optimistic advisable?</w:t>
      </w:r>
    </w:p>
    <w:p>
      <w:r>
        <w:rPr>
          <w:color w:val="666666"/>
          <w:sz w:val="18"/>
        </w:rPr>
        <w:t>Life &amp; Wisdom · Living in a New Age | March 26, 2017 · 1m 34s · at 1:02:17 · https://youtu.be/iST0AxQscKo?t=3737</w:t>
      </w:r>
    </w:p>
    <w:p>
      <w:r>
        <w:rPr>
          <w:i/>
        </w:rPr>
        <w:t>“Is being too optimistic in life...?”</w:t>
      </w:r>
    </w:p>
    <w:p>
      <w:r>
        <w:rPr>
          <w:sz w:val="20"/>
        </w:rPr>
        <w:t>1:02:17  maulana agla sawal lete hain jo</w:t>
      </w:r>
      <w:r>
        <w:br/>
      </w:r>
      <w:r>
        <w:rPr>
          <w:sz w:val="20"/>
        </w:rPr>
        <w:t>1:02:21  faiz khursheed sahib ne bheja hai srinagar se.</w:t>
      </w:r>
      <w:r>
        <w:br/>
      </w:r>
      <w:r>
        <w:rPr>
          <w:sz w:val="20"/>
        </w:rPr>
        <w:t>1:02:25  unhon ne likha hai maulana sahib is being too optimistic in life.</w:t>
      </w:r>
      <w:r>
        <w:br/>
      </w:r>
      <w:r>
        <w:rPr>
          <w:sz w:val="20"/>
        </w:rPr>
        <w:t>1:02:29  a bad idea.</w:t>
      </w:r>
      <w:r>
        <w:br/>
      </w:r>
      <w:r>
        <w:rPr>
          <w:sz w:val="20"/>
        </w:rPr>
        <w:t>1:02:33  is ke bare mein batayein.</w:t>
      </w:r>
      <w:r>
        <w:br/>
      </w:r>
      <w:r>
        <w:rPr>
          <w:sz w:val="20"/>
        </w:rPr>
        <w:t>1:02:36  dekhiye optimism mein kam aur zyada ka sawal hi nahi hai.</w:t>
      </w:r>
      <w:r>
        <w:br/>
      </w:r>
      <w:r>
        <w:rPr>
          <w:sz w:val="20"/>
        </w:rPr>
        <w:t>1:02:40  optimism to part of life hai.</w:t>
      </w:r>
      <w:r>
        <w:br/>
      </w:r>
      <w:r>
        <w:rPr>
          <w:sz w:val="20"/>
        </w:rPr>
        <w:t>1:02:44  aap ko hamesha aap hamesha hope mein jeena hai.</w:t>
      </w:r>
      <w:r>
        <w:br/>
      </w:r>
      <w:r>
        <w:rPr>
          <w:sz w:val="20"/>
        </w:rPr>
        <w:t>1:02:48  yeh to islam ki taleem hai.</w:t>
      </w:r>
      <w:r>
        <w:br/>
      </w:r>
      <w:r>
        <w:rPr>
          <w:sz w:val="20"/>
        </w:rPr>
        <w:t>1:02:52  hamesha hope mein jeena hai. toh optimism part of life hai part of nature hai part of creation plan hai. toh is mein kam zyada koi sawal hi nahi hai. okay so we will end the session now. we will be back next sunday same time. thank you.</w:t>
      </w:r>
    </w:p>
    <w:p>
      <w:pPr>
        <w:pStyle w:val="Heading2"/>
      </w:pPr>
      <w:r>
        <w:t>Is life meant to be lived in tension?</w:t>
      </w:r>
    </w:p>
    <w:p>
      <w:r>
        <w:rPr>
          <w:color w:val="666666"/>
          <w:sz w:val="18"/>
        </w:rPr>
        <w:t>Life &amp; Wisdom · Journey of History December 23, 2012 · 1m 30s · at 1:13:33 · https://youtu.be/bvjWl3U3Dmw?t=4413</w:t>
      </w:r>
    </w:p>
    <w:p>
      <w:r>
        <w:rPr>
          <w:i/>
        </w:rPr>
        <w:t>“Those who have a lot of material attainments lead a more tense life. Has man been born to live in tension and then die? What is your comment on this?”</w:t>
      </w:r>
    </w:p>
    <w:p>
      <w:r>
        <w:rPr>
          <w:sz w:val="20"/>
        </w:rPr>
        <w:t>1:13:33  maulana, agla sawal bangalore se hai mr vikram sharma ka. inhone likha hai: "those who have a lot of material attainments lead a more tensed life.</w:t>
      </w:r>
      <w:r>
        <w:br/>
      </w:r>
      <w:r>
        <w:rPr>
          <w:sz w:val="20"/>
        </w:rPr>
        <w:t>1:13:46  has man been born to live in tension and deen die? what is your comment on this?" yeh bore and bore culture se tension aata hai.</w:t>
      </w:r>
      <w:r>
        <w:br/>
      </w:r>
      <w:r>
        <w:rPr>
          <w:sz w:val="20"/>
        </w:rPr>
        <w:t>1:13:57  agar contentment jaye to tension nahi, bore and bore.</w:t>
      </w:r>
      <w:r>
        <w:br/>
      </w:r>
      <w:r>
        <w:rPr>
          <w:sz w:val="20"/>
        </w:rPr>
        <w:t>1:14:04  agar</w:t>
      </w:r>
      <w:r>
        <w:br/>
      </w:r>
      <w:r>
        <w:rPr>
          <w:sz w:val="20"/>
        </w:rPr>
        <w:t>1:14:05  aap ke andar yeh mizaj aa jaye ke meri zaroorat poori ho gayi to bas kafi hai mere liye. yani net par agar aap apne ko yani mutma'in kar lein, net par aap razi ho jayein to phir tension ka sawal hi nahi paida hota.</w:t>
      </w:r>
      <w:r>
        <w:br/>
      </w:r>
      <w:r>
        <w:rPr>
          <w:sz w:val="20"/>
        </w:rPr>
        <w:t>1:14:27  yeh sara tension jo jo aata hai more and more culture par aata hai.</w:t>
      </w:r>
      <w:r>
        <w:br/>
      </w:r>
      <w:r>
        <w:rPr>
          <w:sz w:val="20"/>
        </w:rPr>
        <w:t>1:14:34  koi had nahi hai aadmi ke paas aur chahiye aur chahiye aur chahiye. yahan tak ke mar jata hai woh aur uska aur aur kabhi khatam nahi hota. to sab se bari zaroorat yeh hai ke more and more culture se aadmi apne ko bachaye.</w:t>
      </w:r>
      <w:r>
        <w:br/>
      </w:r>
      <w:r>
        <w:rPr>
          <w:sz w:val="20"/>
        </w:rPr>
        <w:t>1:14:48  yeh bohat bara fitna hai is is zamane mein kyunke is zamane mein scope khul gaye hain bohat zyada. to har aadmi bas aur aur ke chakkar mein rehta hai aur yahan tak ke mar jata hai aur milta kuch nahi is ko.</w:t>
      </w:r>
      <w:r>
        <w:br/>
      </w:r>
      <w:r>
        <w:rPr>
          <w:sz w:val="20"/>
        </w:rPr>
        <w:t>1:15:03  maul</w:t>
      </w:r>
    </w:p>
    <w:p>
      <w:pPr>
        <w:pStyle w:val="Heading2"/>
      </w:pPr>
      <w:r>
        <w:t>Is listening to songs halal or haram?</w:t>
      </w:r>
    </w:p>
    <w:p>
      <w:r>
        <w:rPr>
          <w:color w:val="666666"/>
          <w:sz w:val="18"/>
        </w:rPr>
        <w:t>Life &amp; Wisdom · Spirit of the Age November 06, 2016 · 54s · at 51:03 · https://youtu.be/URWoioUiDO4?t=3063</w:t>
      </w:r>
    </w:p>
    <w:p>
      <w:r>
        <w:rPr>
          <w:i/>
        </w:rPr>
        <w:t>“Can we listen to songs? Is it haram or halal? Please tell about it.”</w:t>
      </w:r>
    </w:p>
    <w:p>
      <w:r>
        <w:rPr>
          <w:sz w:val="20"/>
        </w:rPr>
        <w:t>51:03  maulana, agla sawal bismah siddiqui ne kiya hai dilli se, aur unhon ne aap se poocha hai, maulana</w:t>
      </w:r>
      <w:r>
        <w:br/>
      </w:r>
      <w:r>
        <w:rPr>
          <w:sz w:val="20"/>
        </w:rPr>
        <w:t>51:10  sahib, can we listen to songs, is it haram or halaal, is ke baray mein batayein.</w:t>
      </w:r>
      <w:r>
        <w:br/>
      </w:r>
      <w:r>
        <w:rPr>
          <w:sz w:val="20"/>
        </w:rPr>
        <w:t>51:17  halaal hai, khoob suniye, khoob suniye, baqi hai ke main is ko halaal haram nahi samajhta, main is</w:t>
      </w:r>
      <w:r>
        <w:br/>
      </w:r>
      <w:r>
        <w:rPr>
          <w:sz w:val="20"/>
        </w:rPr>
        <w:t>51:25  ko time ka kamtar istemal samajhta hoon.</w:t>
      </w:r>
      <w:r>
        <w:br/>
      </w:r>
      <w:r>
        <w:rPr>
          <w:sz w:val="20"/>
        </w:rPr>
        <w:t>51:28  mere paas jab time hai to main is ko wisdom wali baaton mein lagata hoon, wisdom fiction mein</w:t>
      </w:r>
      <w:r>
        <w:br/>
      </w:r>
      <w:r>
        <w:rPr>
          <w:sz w:val="20"/>
        </w:rPr>
        <w:t>51:36  nahi lagata.</w:t>
      </w:r>
      <w:r>
        <w:br/>
      </w:r>
      <w:r>
        <w:rPr>
          <w:sz w:val="20"/>
        </w:rPr>
        <w:t>51:37  aap ko shauq hai to lagaiye, aap koi haram halaal ki baat nahi hai, yeh koi haram halaal</w:t>
      </w:r>
      <w:r>
        <w:br/>
      </w:r>
      <w:r>
        <w:rPr>
          <w:sz w:val="20"/>
        </w:rPr>
        <w:t>51:45  ki baat nahi hai.</w:t>
      </w:r>
      <w:r>
        <w:br/>
      </w:r>
      <w:r>
        <w:rPr>
          <w:sz w:val="20"/>
        </w:rPr>
        <w:t>51:47  mujhe jis tarah bhi dilchaspi hai, sirf wisdom se, to main apne time ko wisdom ke istemal karta</w:t>
      </w:r>
      <w:r>
        <w:br/>
      </w:r>
      <w:r>
        <w:rPr>
          <w:sz w:val="20"/>
        </w:rPr>
        <w:t>51:54  hoon, bas yahi mera jawab hai.</w:t>
      </w:r>
    </w:p>
    <w:p>
      <w:pPr>
        <w:pStyle w:val="Heading2"/>
      </w:pPr>
      <w:r>
        <w:t>Keeping calm mind in problems and confrontation</w:t>
      </w:r>
    </w:p>
    <w:p>
      <w:r>
        <w:rPr>
          <w:color w:val="666666"/>
          <w:sz w:val="18"/>
        </w:rPr>
        <w:t>Life &amp; Wisdom · 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Keeping oneself alive</w:t>
      </w:r>
    </w:p>
    <w:p>
      <w:r>
        <w:rPr>
          <w:color w:val="666666"/>
          <w:sz w:val="18"/>
        </w:rPr>
        <w:t>Life &amp; Wisdom · Prophetic Example | April 06, 2014 | Maulana Wahiduddin Khan · 1m 02s · at 1:05:02 · https://youtu.be/zTVjTJbStUU?t=3902</w:t>
      </w:r>
    </w:p>
    <w:p>
      <w:r>
        <w:rPr>
          <w:i/>
        </w:rPr>
        <w:t>“In yesterday's talk you mentioned that a person should keep himself alive. Please elaborate on this.”</w:t>
      </w:r>
    </w:p>
    <w:p>
      <w:r>
        <w:rPr>
          <w:sz w:val="20"/>
        </w:rPr>
        <w:t>1:05:02  maulana agla sawal kya hai? stuti malhotra ne delhi se.</w:t>
      </w:r>
      <w:r>
        <w:br/>
      </w:r>
      <w:r>
        <w:rPr>
          <w:sz w:val="20"/>
        </w:rPr>
        <w:t>1:05:10  انہوں نے لکھا ہے: "مولana in yesterday's talk you mentioned that a person should keep himself alive.</w:t>
      </w:r>
      <w:r>
        <w:br/>
      </w:r>
      <w:r>
        <w:rPr>
          <w:sz w:val="20"/>
        </w:rPr>
        <w:t>1:05:17  I would request you to please elaborate on the same." bhai yeh baat lamba subject hai.</w:t>
      </w:r>
      <w:r>
        <w:br/>
      </w:r>
      <w:r>
        <w:rPr>
          <w:sz w:val="20"/>
        </w:rPr>
        <w:t>1:05:25  aur jitna important hai is ke lehaz se mein inshallah aik aik</w:t>
      </w:r>
      <w:r>
        <w:br/>
      </w:r>
      <w:r>
        <w:rPr>
          <w:sz w:val="20"/>
        </w:rPr>
        <w:t>1:05:33  mustaqil aik talk rakhunga is ke upar.</w:t>
      </w:r>
      <w:r>
        <w:br/>
      </w:r>
      <w:r>
        <w:rPr>
          <w:sz w:val="20"/>
        </w:rPr>
        <w:t>1:05:41  sirf yani kuch kuch sentences mein jawab doon to woh baat poori nahi hogi.</w:t>
      </w:r>
      <w:r>
        <w:br/>
      </w:r>
      <w:r>
        <w:rPr>
          <w:sz w:val="20"/>
        </w:rPr>
        <w:t>1:05:49  to inshallah mein kal to mein ne briefly kal mein ne baat kahi thi.</w:t>
      </w:r>
      <w:r>
        <w:br/>
      </w:r>
      <w:r>
        <w:rPr>
          <w:sz w:val="20"/>
        </w:rPr>
        <w:t>1:05:57  aur aindah inshallah mein zyada detail ke sath is ko bataunga.</w:t>
      </w:r>
    </w:p>
    <w:p>
      <w:pPr>
        <w:pStyle w:val="Heading2"/>
      </w:pPr>
      <w:r>
        <w:t>Knowing the age we live in</w:t>
      </w:r>
    </w:p>
    <w:p>
      <w:r>
        <w:rPr>
          <w:color w:val="666666"/>
          <w:sz w:val="18"/>
        </w:rPr>
        <w:t>Life &amp; Wisdom · Divine Plan | March 12, 2017 · 1m 00s · at 1:03:22 · https://youtu.be/dqB4muqGG4I?t=3802</w:t>
      </w:r>
    </w:p>
    <w:p>
      <w:r>
        <w:rPr>
          <w:i/>
        </w:rPr>
        <w:t>“Today I learned the importance of knowing the age we live in. While I am aware of many opportunities, I feel there are many aspects I am unaware of. How can I become more aware?”</w:t>
      </w:r>
    </w:p>
    <w:p>
      <w:r>
        <w:rPr>
          <w:sz w:val="20"/>
        </w:rPr>
        <w:t>1:03:22  ke khilaf tha woh molana agla sawal bheja hai miss naghma siddiqui ne dili se unhon ne likha</w:t>
      </w:r>
      <w:r>
        <w:br/>
      </w:r>
      <w:r>
        <w:rPr>
          <w:sz w:val="20"/>
        </w:rPr>
        <w:t>1:03:30  hai today I learned the importance of knowing the age we live in while</w:t>
      </w:r>
      <w:r>
        <w:br/>
      </w:r>
      <w:r>
        <w:rPr>
          <w:sz w:val="20"/>
        </w:rPr>
        <w:t>1:03:38  I am aware of many opportunities I feel there are many aspects I am unaware of how can</w:t>
      </w:r>
      <w:r>
        <w:br/>
      </w:r>
      <w:r>
        <w:rPr>
          <w:sz w:val="20"/>
        </w:rPr>
        <w:t>1:03:45  I break my unawareness bhai yehi sochiye study kijiye objective baniye apne self obsession se bahar aaiye log</w:t>
      </w:r>
      <w:r>
        <w:br/>
      </w:r>
      <w:r>
        <w:rPr>
          <w:sz w:val="20"/>
        </w:rPr>
        <w:t>1:03:53  jeete hain apne obsession mein jeete hain log is se bahar aaiye jis ko dekhen woh har ek</w:t>
      </w:r>
      <w:r>
        <w:br/>
      </w:r>
      <w:r>
        <w:rPr>
          <w:sz w:val="20"/>
        </w:rPr>
        <w:t>1:04:00  ka ek ek khol hai</w:t>
      </w:r>
      <w:r>
        <w:br/>
      </w:r>
      <w:r>
        <w:rPr>
          <w:sz w:val="20"/>
        </w:rPr>
        <w:t>1:04:08  ek cell hai isi mein jeeta hai woh intellectual cell jis ko dekhen woh apne intellectual cell se</w:t>
      </w:r>
      <w:r>
        <w:br/>
      </w:r>
      <w:r>
        <w:rPr>
          <w:sz w:val="20"/>
        </w:rPr>
        <w:t>1:04:15  jeeta hai is ko is se bahar aaiye is ke baad sab kuch apne aap khul jayega</w:t>
      </w:r>
    </w:p>
    <w:p>
      <w:pPr>
        <w:pStyle w:val="Heading2"/>
      </w:pPr>
      <w:r>
        <w:t>Limit of struggle in gaining knowledge</w:t>
      </w:r>
    </w:p>
    <w:p>
      <w:r>
        <w:rPr>
          <w:color w:val="666666"/>
          <w:sz w:val="18"/>
        </w:rPr>
        <w:t>Life &amp; Wisdom · Understanding the Quran April 7, 2019 · 51s · at 48:59 · https://youtu.be/m_Om5MtQJz4?t=2939</w:t>
      </w:r>
    </w:p>
    <w:p>
      <w:r>
        <w:rPr>
          <w:i/>
        </w:rPr>
        <w:t>“I would like to ask Maulana, how much struggle a person must do in learning and understanding anything? Is there any limit for struggle to gain knowledge, be it any learning?”</w:t>
      </w:r>
    </w:p>
    <w:p>
      <w:r>
        <w:rPr>
          <w:sz w:val="20"/>
        </w:rPr>
        <w:t>48:59  molana, agla sawal Miss Nikhet Bukhari ne bheja hai dilli se. unhon ne likha hai: "I would like to ask molana, how much struggle a person must do in learning and understanding anything?</w:t>
      </w:r>
      <w:r>
        <w:br/>
      </w:r>
      <w:r>
        <w:rPr>
          <w:sz w:val="20"/>
        </w:rPr>
        <w:t>49:15  is there any limit for struggle to gain ilm, be it any learning?" is ke baray mein bataein. koi had nahin hai.</w:t>
      </w:r>
      <w:r>
        <w:br/>
      </w:r>
      <w:r>
        <w:rPr>
          <w:sz w:val="20"/>
        </w:rPr>
        <w:t>49:26  ilm ki had nahin hai, wisdom ki had nahin hai, sabr ki had nahin hai. islam mein had ka concept nahin hai. khoob struggle karo, khoob faida uthao, khoob ijtihad karo.</w:t>
      </w:r>
      <w:r>
        <w:br/>
      </w:r>
      <w:r>
        <w:rPr>
          <w:sz w:val="20"/>
        </w:rPr>
        <w:t>49:43  yeh sab to be khabaron ka nazariya hai.</w:t>
      </w:r>
    </w:p>
    <w:p>
      <w:pPr>
        <w:pStyle w:val="Heading2"/>
      </w:pPr>
      <w:r>
        <w:t>Man's illusion of being most developed</w:t>
      </w:r>
    </w:p>
    <w:p>
      <w:r>
        <w:rPr>
          <w:color w:val="666666"/>
          <w:sz w:val="18"/>
        </w:rPr>
        <w:t>Life &amp; Wisdom · 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Managing Complaints by Focusing on Positives</w:t>
      </w:r>
    </w:p>
    <w:p>
      <w:r>
        <w:rPr>
          <w:color w:val="666666"/>
          <w:sz w:val="18"/>
        </w:rPr>
        <w:t>Life &amp; Wisdom · Peace of Mind June 29, 2014 · 1m 30s · at 1:19:59 · https://youtu.be/oVwRc_FcAGk?t=4799</w:t>
      </w:r>
    </w:p>
    <w:p>
      <w:r>
        <w:rPr>
          <w:i/>
        </w:rPr>
        <w:t>“In every situation, there are always both minus and plus points. If you focus on minus points, you have complaints. But if you focus on plus points, you are filled with gratefulness. This is my way of managing with complaints. Am I right?”</w:t>
      </w:r>
    </w:p>
    <w:p>
      <w:r>
        <w:rPr>
          <w:sz w:val="20"/>
        </w:rPr>
        <w:t>1:19:59  Maulana, agla comment aur sawal hai Dr. Fareeda Khanam ka Delhi se, aur unhon ne likha hai ke: "In every situation, there are always both minus and plus points.</w:t>
      </w:r>
      <w:r>
        <w:br/>
      </w:r>
      <w:r>
        <w:rPr>
          <w:sz w:val="20"/>
        </w:rPr>
        <w:t>1:20:13  If you focus on minus points, you have complaints. But if you focus on plus points, you are filled with gratefulness.</w:t>
      </w:r>
      <w:r>
        <w:br/>
      </w:r>
      <w:r>
        <w:rPr>
          <w:sz w:val="20"/>
        </w:rPr>
        <w:t>1:20:24  This is my way of managing with complaints. Am Iright</w:t>
      </w:r>
      <w:r>
        <w:br/>
      </w:r>
      <w:r>
        <w:rPr>
          <w:sz w:val="20"/>
        </w:rPr>
        <w:t>1:20:29  ?" bilkul, 100 fisad, 100 fisad sahi baat hai.</w:t>
      </w:r>
    </w:p>
    <w:p>
      <w:pPr>
        <w:pStyle w:val="Heading2"/>
      </w:pPr>
      <w:r>
        <w:t>Managing Inferiority Complex</w:t>
      </w:r>
    </w:p>
    <w:p>
      <w:r>
        <w:rPr>
          <w:color w:val="666666"/>
          <w:sz w:val="18"/>
        </w:rPr>
        <w:t>Life &amp; Wisdom · 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Managing issues in married life</w:t>
      </w:r>
    </w:p>
    <w:p>
      <w:r>
        <w:rPr>
          <w:color w:val="666666"/>
          <w:sz w:val="18"/>
        </w:rPr>
        <w:t>Life &amp; Wisdom · 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Managing sensitivity and trivial upsets</w:t>
      </w:r>
    </w:p>
    <w:p>
      <w:r>
        <w:rPr>
          <w:color w:val="666666"/>
          <w:sz w:val="18"/>
        </w:rPr>
        <w:t>Life &amp; Wisdom · 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Material vs spiritual interpretation of world</w:t>
      </w:r>
    </w:p>
    <w:p>
      <w:r>
        <w:rPr>
          <w:color w:val="666666"/>
          <w:sz w:val="18"/>
        </w:rPr>
        <w:t>Life &amp; Wisdom · The Purpose of Life | April 30, 2017 · 1m 32s · at 29:51 · https://youtu.be/ue3I3uQEYb8?t=1791</w:t>
      </w:r>
    </w:p>
    <w:p>
      <w:r>
        <w:rPr>
          <w:i/>
        </w:rPr>
        <w:t>“How to differentiate between the material interpretation of the world and the spiritual interpretation? And what is our possible role according to that? Please clarify.”</w:t>
      </w:r>
    </w:p>
    <w:p>
      <w:r>
        <w:rPr>
          <w:sz w:val="20"/>
        </w:rPr>
        <w:t>29:51  to deviation se bachaiye aur sab kuch aap ko milta rahega. Maulana agla sawal Chennai se bheja hai Maulana Iqbal Umri ne unhone likha hai Maulana dunya ki madi taabeer aur maanvi taabeer mein farq kaise karein aur is ke mutabiq hamara kya role mumkin hai is ko wazeh karein. Dekhein</w:t>
      </w:r>
      <w:r>
        <w:br/>
      </w:r>
      <w:r>
        <w:rPr>
          <w:sz w:val="20"/>
        </w:rPr>
        <w:t>30:21  duniya ki sahi taabeer woh hai jo akhirat oriented ho.</w:t>
      </w:r>
      <w:r>
        <w:br/>
      </w:r>
      <w:r>
        <w:rPr>
          <w:sz w:val="20"/>
        </w:rPr>
        <w:t>30:31  aur dunya ki ghalat ta'beer woh hai jo dunya oriented ho.</w:t>
      </w:r>
      <w:r>
        <w:br/>
      </w:r>
      <w:r>
        <w:rPr>
          <w:sz w:val="20"/>
        </w:rPr>
        <w:t>30:42  misla aap agar yeh nishana banayein ke dunya mein muslim empowerment aap ka nishana hai.</w:t>
      </w:r>
      <w:r>
        <w:br/>
      </w:r>
      <w:r>
        <w:rPr>
          <w:sz w:val="20"/>
        </w:rPr>
        <w:t>30:52  dunya mein hukoomat kaam karna aap ka nishana hai.</w:t>
      </w:r>
      <w:r>
        <w:br/>
      </w:r>
      <w:r>
        <w:rPr>
          <w:sz w:val="20"/>
        </w:rPr>
        <w:t>30:58  dunya mein justice kaam karna aap ka nishana hai yeh sab duniyavi nishane hain.</w:t>
      </w:r>
      <w:r>
        <w:br/>
      </w:r>
      <w:r>
        <w:rPr>
          <w:sz w:val="20"/>
        </w:rPr>
        <w:t>31:04  lekin agar aap ka nishana akhirat ho to woh sahi sahi nishana hai yani dunya se jo cheez</w:t>
      </w:r>
      <w:r>
        <w:br/>
      </w:r>
      <w:r>
        <w:rPr>
          <w:sz w:val="20"/>
        </w:rPr>
        <w:t>31:11  lena hai aap ko woh khud dunya nahi hai dunya se lena hai akhirat.</w:t>
      </w:r>
      <w:r>
        <w:br/>
      </w:r>
      <w:r>
        <w:rPr>
          <w:sz w:val="20"/>
        </w:rPr>
        <w:t>31:17  yeh to bohat wazeh hai quran o hadees mein</w:t>
      </w:r>
    </w:p>
    <w:p>
      <w:pPr>
        <w:pStyle w:val="Heading2"/>
      </w:pPr>
      <w:r>
        <w:t>Meaning of applied way and relation to creativity</w:t>
      </w:r>
    </w:p>
    <w:p>
      <w:r>
        <w:rPr>
          <w:color w:val="666666"/>
          <w:sz w:val="18"/>
        </w:rPr>
        <w:t>Life &amp; Wisdom · Dars e Quran, Ch 2 Vs 80 82, July 01, 2018 · 1m 51s · at 52:55 · https://youtu.be/BuLkoCE6j18?t=3175</w:t>
      </w:r>
    </w:p>
    <w:p>
      <w:r>
        <w:rPr>
          <w:i/>
        </w:rPr>
        <w:t>“You mentioned 'applied way' in today's talk. So does this mean? Does this refer to creativity and ijtihad? Please explain.”</w:t>
      </w:r>
    </w:p>
    <w:p>
      <w:r>
        <w:rPr>
          <w:sz w:val="20"/>
        </w:rPr>
        <w:t>52:55  maulana, agla sawal miss shabana ansari ne bheja hai pakistan se. unhone likha hai: "maulana, you mentioned applied way in today talk.</w:t>
      </w:r>
      <w:r>
        <w:br/>
      </w:r>
      <w:r>
        <w:rPr>
          <w:sz w:val="20"/>
        </w:rPr>
        <w:t>53:07  so does this mean? does this refer to creativity and ijtihad? iske bare mein batayein."</w:t>
      </w:r>
      <w:r>
        <w:br/>
      </w:r>
      <w:r>
        <w:rPr>
          <w:sz w:val="20"/>
        </w:rPr>
        <w:t>53:17  applied meaning samajhne ke liye creative thinking must hai. must!</w:t>
      </w:r>
      <w:r>
        <w:br/>
      </w:r>
      <w:r>
        <w:rPr>
          <w:sz w:val="20"/>
        </w:rPr>
        <w:t>53:24  baghair creative thinking ke applied meaning aap ja nahi sakte. to creative thinking aati hai.</w:t>
      </w:r>
      <w:r>
        <w:br/>
      </w:r>
      <w:r>
        <w:rPr>
          <w:sz w:val="20"/>
        </w:rPr>
        <w:t>53:35  objectivity ho, objective design ke sath aap study karein aur past mein jeene ki bajaye future mein jeena seekhein.</w:t>
      </w:r>
      <w:r>
        <w:br/>
      </w:r>
      <w:r>
        <w:rPr>
          <w:sz w:val="20"/>
        </w:rPr>
        <w:t>53:47  nafrat ko khatam karein. yeh musalman jo doosron ko zimmedar thahra ke nafrat karte hain,</w:t>
      </w:r>
    </w:p>
    <w:p>
      <w:pPr>
        <w:pStyle w:val="Heading2"/>
      </w:pPr>
      <w:r>
        <w:t>Meaning of hope sustaining world</w:t>
      </w:r>
    </w:p>
    <w:p>
      <w:r>
        <w:rPr>
          <w:color w:val="666666"/>
          <w:sz w:val="18"/>
        </w:rPr>
        <w:t>Life &amp; Wisdom · Concept of God December 7, 2014 · 1m 44s · at 48:26 · https://youtu.be/dCgL9lp8EAo?t=2906</w:t>
      </w:r>
    </w:p>
    <w:p>
      <w:r>
        <w:rPr>
          <w:i/>
        </w:rPr>
        <w:t>“Many people say that one should not lose hope because the world is sustained by hope. What is the meaning of the phrase 'the world is sustained by hope'? Please clarify.”</w:t>
      </w:r>
    </w:p>
    <w:p>
      <w:r>
        <w:rPr>
          <w:sz w:val="20"/>
        </w:rPr>
        <w:t>48:26  unhon ne phir sawal likha hai maulana ke aksar log kehte hain ke umeed nahin chhodni chahiye kyunke umeed par to duniya qaim hai.</w:t>
      </w:r>
      <w:r>
        <w:br/>
      </w:r>
      <w:r>
        <w:rPr>
          <w:sz w:val="20"/>
        </w:rPr>
        <w:t>48:37  maulana, yeh jo jumla hai ke umeed par to duniya qaim hai, is ka kya matlab hai? is ko wazeh karen. is ka koi matlab nahin.</w:t>
      </w:r>
      <w:r>
        <w:br/>
      </w:r>
      <w:r>
        <w:rPr>
          <w:sz w:val="20"/>
        </w:rPr>
        <w:t>48:47  yeh to bas ek ek riwaj hai ke log aisa bolte hain.</w:t>
      </w:r>
      <w:r>
        <w:br/>
      </w:r>
      <w:r>
        <w:rPr>
          <w:sz w:val="20"/>
        </w:rPr>
        <w:t>48:53  lekin quran mein jo baat yeh hai ke woh yeh hai ke la taqnato min rahmat allah allah ki rehmat se kabhi namid na ho.</w:t>
      </w:r>
      <w:r>
        <w:br/>
      </w:r>
      <w:r>
        <w:rPr>
          <w:sz w:val="20"/>
        </w:rPr>
        <w:t>49:02  yeh asal hai. yeh asal baat hai ke allah ki taraf se zaroor insaan ko help aati hai, rehmat aati hai.</w:t>
      </w:r>
      <w:r>
        <w:br/>
      </w:r>
      <w:r>
        <w:rPr>
          <w:sz w:val="20"/>
        </w:rPr>
        <w:t>49:13  to humein hamesha hopeful rehna chahiye. hopeful ke allah zaroor humein ibadat karega. lekin yeh yeh baat samajh lijiye ke jo hum chahen, usi ka naam wahi zaroori nahin ke wahi hamare liye behtar ho.</w:t>
      </w:r>
      <w:r>
        <w:br/>
      </w:r>
      <w:r>
        <w:rPr>
          <w:sz w:val="20"/>
        </w:rPr>
        <w:t>49:32  kayi baar aisa hota hai ke aadmi apne liye jo chahta hai, woh us ke liye behtar nahin hota. to khuda us ko aisi cheez kyun de dega jo us ke liye behtar na ho?</w:t>
      </w:r>
      <w:r>
        <w:br/>
      </w:r>
      <w:r>
        <w:rPr>
          <w:sz w:val="20"/>
        </w:rPr>
        <w:t>49:46  to umeed to zaroor allah se rakhna hai, lekin is ka matlab yeh nahin ke jo hum umeed rakh rahe hain, wahi poori ho jaye. yeh is ka criteria nahin hai.</w:t>
      </w:r>
      <w:r>
        <w:br/>
      </w:r>
      <w:r>
        <w:rPr>
          <w:sz w:val="20"/>
        </w:rPr>
        <w:t>49:58  agar allah se aap sachha ta'alluq rakhen to allah aap ko expective way mein aap ki umeed poori karega.</w:t>
      </w:r>
    </w:p>
    <w:p>
      <w:pPr>
        <w:pStyle w:val="Heading2"/>
      </w:pPr>
      <w:r>
        <w:t>Meaning of prepared mind trigger</w:t>
      </w:r>
    </w:p>
    <w:p>
      <w:r>
        <w:rPr>
          <w:color w:val="666666"/>
          <w:sz w:val="18"/>
        </w:rPr>
        <w:t>Life &amp; Wisdom · Peace of Mind April 19, 2015 Maulana Wahiduddin Khan · 1m 58s · at 1:04:53 · https://youtu.be/bGLY0ALNtjw?t=3893</w:t>
      </w:r>
    </w:p>
    <w:p>
      <w:r>
        <w:rPr>
          <w:i/>
        </w:rPr>
        <w:t>“You said today that if one has a prepared mind, it gives the person a trigger. What does this mean and how can we develop such a mind?”</w:t>
      </w:r>
    </w:p>
    <w:p>
      <w:r>
        <w:rPr>
          <w:sz w:val="20"/>
        </w:rPr>
        <w:t>1:04:53  maulana agla sawal pune se kiya hai tabish sahib ne.</w:t>
      </w:r>
      <w:r>
        <w:br/>
      </w:r>
      <w:r>
        <w:rPr>
          <w:sz w:val="20"/>
        </w:rPr>
        <w:t>1:04:57  aur unhon ne likha hai:</w:t>
      </w:r>
      <w:r>
        <w:br/>
      </w:r>
      <w:r>
        <w:rPr>
          <w:sz w:val="20"/>
        </w:rPr>
        <w:t>1:05:00  maulana you said today that if one is a prepared mind, then it gives the person a trigger</w:t>
      </w:r>
      <w:r>
        <w:br/>
      </w:r>
      <w:r>
        <w:rPr>
          <w:sz w:val="20"/>
        </w:rPr>
        <w:t>1:05:06  too move ahead.</w:t>
      </w:r>
      <w:r>
        <w:br/>
      </w:r>
      <w:r>
        <w:rPr>
          <w:sz w:val="20"/>
        </w:rPr>
        <w:t>1:05:08  my question is how to make myself a prepared mind so that i can progress intellectual</w:t>
      </w:r>
      <w:r>
        <w:br/>
      </w:r>
      <w:r>
        <w:rPr>
          <w:sz w:val="20"/>
        </w:rPr>
        <w:t>1:05:15  y? please give me guidance in this regard.</w:t>
      </w:r>
      <w:r>
        <w:br/>
      </w:r>
      <w:r>
        <w:rPr>
          <w:sz w:val="20"/>
        </w:rPr>
        <w:t>1:05:20  bhai is ka tareeqa wahi hai ke study karen aur apnay andar objectivity paida karen, objectivity.</w:t>
      </w:r>
      <w:r>
        <w:br/>
      </w:r>
      <w:r>
        <w:rPr>
          <w:sz w:val="20"/>
        </w:rPr>
        <w:t>1:05:27  is ka koi manual kind ka, manual jaisa koi tareeqa nahi hai mere nazdeek.</w:t>
      </w:r>
      <w:r>
        <w:br/>
      </w:r>
      <w:r>
        <w:rPr>
          <w:sz w:val="20"/>
        </w:rPr>
        <w:t>1:05:34  aap jitna study karen ge, jitna aap</w:t>
      </w:r>
      <w:r>
        <w:br/>
      </w:r>
      <w:r>
        <w:rPr>
          <w:sz w:val="20"/>
        </w:rPr>
        <w:t>1:05:38  tadabbur karen ge, jitna aap apnay ko objective banayen ge, utna hi aap ko faida hoga.</w:t>
      </w:r>
      <w:r>
        <w:br/>
      </w:r>
      <w:r>
        <w:rPr>
          <w:sz w:val="20"/>
        </w:rPr>
        <w:t>1:05:49  okay so we will end the session now</w:t>
      </w:r>
      <w:r>
        <w:br/>
      </w:r>
      <w:r>
        <w:rPr>
          <w:sz w:val="20"/>
        </w:rPr>
        <w:t>1:05:52  Thank you.</w:t>
      </w:r>
    </w:p>
    <w:p>
      <w:pPr>
        <w:pStyle w:val="Heading2"/>
      </w:pPr>
      <w:r>
        <w:t>Misuse of freedom vs proper use</w:t>
      </w:r>
    </w:p>
    <w:p>
      <w:r>
        <w:rPr>
          <w:color w:val="666666"/>
          <w:sz w:val="18"/>
        </w:rPr>
        <w:t>Life &amp; Wisdom · Eid-al-Azha I October 13, 2013 · 1m 24s · at 1:06:39 · https://youtu.be/oy7zn-uODcU?t=3999</w:t>
      </w:r>
    </w:p>
    <w:p>
      <w:r>
        <w:rPr>
          <w:i/>
        </w:rPr>
        <w:t>“Why is it that man has always opted for misuse of freedom instead of making proper use of freedom? What is your comment on this?”</w:t>
      </w:r>
    </w:p>
    <w:p>
      <w:r>
        <w:rPr>
          <w:sz w:val="20"/>
        </w:rPr>
        <w:t>1:06:39  apna mission banaye hue hain yeh is ko dekhta hai allah taala molana agla sawal delhi se hai</w:t>
      </w:r>
      <w:r>
        <w:br/>
      </w:r>
      <w:r>
        <w:rPr>
          <w:sz w:val="20"/>
        </w:rPr>
        <w:t>1:06:47  Ramesh Siddiqui Sahab ka unhone likha hai, "Why is it that man has always opted for 'miss'"</w:t>
      </w:r>
      <w:r>
        <w:br/>
      </w:r>
      <w:r>
        <w:rPr>
          <w:sz w:val="20"/>
        </w:rPr>
        <w:t>1:06:54  use of freedom instead of making proper use of freedom what is your comment on this bhai meri</w:t>
      </w:r>
      <w:r>
        <w:br/>
      </w:r>
      <w:r>
        <w:rPr>
          <w:sz w:val="20"/>
        </w:rPr>
        <w:t>1:07:02  samajh to yahi hai ke is mein responsibility hoti hai aadmi ko censor banna padta hai aur mus</w:t>
      </w:r>
      <w:r>
        <w:br/>
      </w:r>
      <w:r>
        <w:rPr>
          <w:sz w:val="20"/>
        </w:rPr>
        <w:t>1:07:10  yuz of freedom mein to khoob ha ha ha kijiye woh bhi apna apni khwahishein poori kijiye koi</w:t>
      </w:r>
      <w:r>
        <w:br/>
      </w:r>
      <w:r>
        <w:rPr>
          <w:sz w:val="20"/>
        </w:rPr>
        <w:t>1:07:18  rkawat nahin koi do and dont nahin to bara acha lagta hai woh yani proper yuz mein ap</w:t>
      </w:r>
      <w:r>
        <w:br/>
      </w:r>
      <w:r>
        <w:rPr>
          <w:sz w:val="20"/>
        </w:rPr>
        <w:t>1:07:25  ko discipline rakhna parta hai discipline mein apne ko control mein rakhna parta hai apne ko bandh kar</w:t>
      </w:r>
      <w:r>
        <w:br/>
      </w:r>
      <w:r>
        <w:rPr>
          <w:sz w:val="20"/>
        </w:rPr>
        <w:t>1:07:33  rakhna parta hai yani bolne pe ap ko sochna parta hai baghair soche bolna ap ko galat maloom</w:t>
      </w:r>
      <w:r>
        <w:br/>
      </w:r>
      <w:r>
        <w:rPr>
          <w:sz w:val="20"/>
        </w:rPr>
        <w:t>1:07:41  hota hai to har cheez mein ap ko apne ap ko discipline bandhna parta hai woh aadmi ko</w:t>
      </w:r>
      <w:r>
        <w:br/>
      </w:r>
      <w:r>
        <w:rPr>
          <w:sz w:val="20"/>
        </w:rPr>
        <w:t>1:07:48  mushkil maloom hota hai aur misuse of freedom mein kya hai yani animal kehta hai jo chahe</w:t>
      </w:r>
      <w:r>
        <w:br/>
      </w:r>
      <w:r>
        <w:rPr>
          <w:sz w:val="20"/>
        </w:rPr>
        <w:t>1:07:56  kijiye is ke liye kotiye shor ki shor ki jiye hangamon ke nuisance break kijiye sahi galat kijiye kuch</w:t>
      </w:r>
    </w:p>
    <w:p>
      <w:pPr>
        <w:pStyle w:val="Heading2"/>
      </w:pPr>
      <w:r>
        <w:t>Negative thoughts leading to wrong decisions</w:t>
      </w:r>
    </w:p>
    <w:p>
      <w:r>
        <w:rPr>
          <w:color w:val="666666"/>
          <w:sz w:val="18"/>
        </w:rPr>
        <w:t>Life &amp; Wisdom · 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Obsession in all humanity</w:t>
      </w:r>
    </w:p>
    <w:p>
      <w:r>
        <w:rPr>
          <w:color w:val="666666"/>
          <w:sz w:val="18"/>
        </w:rPr>
        <w:t>Life &amp; Wisdom · Revival of Muslims March 08, 2015 · 55s · at 1:05:06 · https://youtu.be/8ShFcr8YozI?t=3906</w:t>
      </w:r>
    </w:p>
    <w:p>
      <w:r>
        <w:rPr>
          <w:i/>
        </w:rPr>
        <w:t>“I think not only Muslims but the rest of humanity also live in obsession. What is your comment on this?”</w:t>
      </w:r>
    </w:p>
    <w:p>
      <w:r>
        <w:rPr>
          <w:sz w:val="20"/>
        </w:rPr>
        <w:t>1:05:06  Maulana, agla sawal kya hai Sheikh Tariq Sahab ne Delhi se aur unhon ne likha hai ke I think not only Muslims but the rest of the humanity also live in obsession.</w:t>
      </w:r>
      <w:r>
        <w:br/>
      </w:r>
      <w:r>
        <w:rPr>
          <w:sz w:val="20"/>
        </w:rPr>
        <w:t>1:05:20  What is your comment on this?</w:t>
      </w:r>
      <w:r>
        <w:br/>
      </w:r>
      <w:r>
        <w:rPr>
          <w:sz w:val="20"/>
        </w:rPr>
        <w:t>1:05:24  to obsession sabhi ko hota hai. yeh bhi kab kehta hai, woh nahin hota. magar bhayi, is waqt explain kar raha hoon ke Musalman kyun Quran o Hadees ke khilaf chalte hain.</w:t>
      </w:r>
      <w:r>
        <w:br/>
      </w:r>
      <w:r>
        <w:rPr>
          <w:sz w:val="20"/>
        </w:rPr>
        <w:t>1:05:33  Quran o Hadees mein bana hai ke ladayi, qatl kyun karte hain. tashaddud se bana hai ke kyun tashaddud karte hain. yaani is waqt mein humanity ka subject hi bol raha tha.</w:t>
      </w:r>
      <w:r>
        <w:br/>
      </w:r>
      <w:r>
        <w:rPr>
          <w:sz w:val="20"/>
        </w:rPr>
        <w:t>1:05:47  balkeh yeh bol raha tha ke Musalman kyun itna qatl karte hain, bomb marte hain, gun culture chalate hain, suicide bombing karte hain kyun. to is ko mein ne kaha ke woh obsession hai.</w:t>
      </w:r>
    </w:p>
    <w:p>
      <w:pPr>
        <w:pStyle w:val="Heading2"/>
      </w:pPr>
      <w:r>
        <w:t>Overcoming Frustration Despite Knowing God's Plan</w:t>
      </w:r>
    </w:p>
    <w:p>
      <w:r>
        <w:rPr>
          <w:color w:val="666666"/>
          <w:sz w:val="18"/>
        </w:rPr>
        <w:t>Life &amp; Wisdom · Discovery of Paradise March 22, 2015 · 1m 49s · at 48:24 · https://youtu.be/VkctmOdrRL0?t=2904</w:t>
      </w:r>
    </w:p>
    <w:p>
      <w:r>
        <w:rPr>
          <w:i/>
        </w:rPr>
        <w:t>“When we do not get something in this world, we often fall into frustration in spite of knowing the creation plan of God.”</w:t>
      </w:r>
    </w:p>
    <w:p>
      <w:r>
        <w:rPr>
          <w:sz w:val="20"/>
        </w:rPr>
        <w:t>48:24  Maulana, agla sawal Delhi se hai, Miss Naghma Siddiqui ka, aur unhon ne likha hai:</w:t>
      </w:r>
      <w:r>
        <w:br/>
      </w:r>
      <w:r>
        <w:rPr>
          <w:sz w:val="20"/>
        </w:rPr>
        <w:t>48:32  When we do not get something in this world, we often fall into frustration in spite of knowing</w:t>
      </w:r>
      <w:r>
        <w:br/>
      </w:r>
      <w:r>
        <w:rPr>
          <w:sz w:val="20"/>
        </w:rPr>
        <w:t>48:40  the creation plan of God.</w:t>
      </w:r>
      <w:r>
        <w:br/>
      </w:r>
      <w:r>
        <w:rPr>
          <w:sz w:val="20"/>
        </w:rPr>
        <w:t>48:42  Please give guidance for this.</w:t>
      </w:r>
      <w:r>
        <w:br/>
      </w:r>
      <w:r>
        <w:rPr>
          <w:sz w:val="20"/>
        </w:rPr>
        <w:t>48:46  mera jo tajurba hai, wo to yeh hai</w:t>
      </w:r>
      <w:r>
        <w:br/>
      </w:r>
      <w:r>
        <w:rPr>
          <w:sz w:val="20"/>
        </w:rPr>
        <w:t>48:49  ke insaan ki ek kamzori hai ke uska dhyan jab jo cheez mil chuki hai, uska,</w:t>
      </w:r>
      <w:r>
        <w:br/>
      </w:r>
      <w:r>
        <w:rPr>
          <w:sz w:val="20"/>
        </w:rPr>
        <w:t>48:58  us par dhyan nahi rehta uska. jo nayi mili hai, usi par dhyan rehta hai. ya'ni mili</w:t>
      </w:r>
      <w:r>
        <w:br/>
      </w:r>
      <w:r>
        <w:rPr>
          <w:sz w:val="20"/>
        </w:rPr>
        <w:t>49:03  hui cheez ko forgotten le lena, aur na mili hui cheez ko apna goal samajhna.</w:t>
      </w:r>
      <w:r>
        <w:br/>
      </w:r>
      <w:r>
        <w:rPr>
          <w:sz w:val="20"/>
        </w:rPr>
        <w:t>49:11  usi ka phenomena hai yeh.</w:t>
      </w:r>
      <w:r>
        <w:br/>
      </w:r>
      <w:r>
        <w:rPr>
          <w:sz w:val="20"/>
        </w:rPr>
        <w:t>49:14  yeh aam baat hai ke</w:t>
      </w:r>
    </w:p>
    <w:p>
      <w:pPr>
        <w:pStyle w:val="Heading2"/>
      </w:pPr>
      <w:r>
        <w:t>Overcoming anxiety to change mindset</w:t>
      </w:r>
    </w:p>
    <w:p>
      <w:r>
        <w:rPr>
          <w:color w:val="666666"/>
          <w:sz w:val="18"/>
        </w:rPr>
        <w:t>Life &amp; Wisdom · 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Overcoming heedlessness of death in youth</w:t>
      </w:r>
    </w:p>
    <w:p>
      <w:r>
        <w:rPr>
          <w:color w:val="666666"/>
          <w:sz w:val="18"/>
        </w:rPr>
        <w:t>Life &amp; Wisdom · 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Parental duty for mentally ill child</w:t>
      </w:r>
    </w:p>
    <w:p>
      <w:r>
        <w:rPr>
          <w:color w:val="666666"/>
          <w:sz w:val="18"/>
        </w:rPr>
        <w:t>Life &amp; Wisdom · Self Correction November 09, 2014 · 1m 44s · at 53:48 · https://youtu.be/EgAukdSfGRU?t=3228</w:t>
      </w:r>
    </w:p>
    <w:p>
      <w:r>
        <w:rPr>
          <w:i/>
        </w:rPr>
        <w:t>“If taste and habits are due to psychiatric illness like mania or schizophrenia, medicines are required and counseling has limited role. What is the duty of parents for such an individual?”</w:t>
      </w:r>
    </w:p>
    <w:p>
      <w:r>
        <w:rPr>
          <w:sz w:val="20"/>
        </w:rPr>
        <w:t>53:48  maulana, agla sawal doctor Gajdar ne kiya hai Dilli se, aur unhon ne likha hai "If taste and habits are due to psychiatric illness like mania or schizophrenia,</w:t>
      </w:r>
      <w:r>
        <w:br/>
      </w:r>
      <w:r>
        <w:rPr>
          <w:sz w:val="20"/>
        </w:rPr>
        <w:t>54:01  then definitely medicines are required.</w:t>
      </w:r>
      <w:r>
        <w:br/>
      </w:r>
      <w:r>
        <w:rPr>
          <w:sz w:val="20"/>
        </w:rPr>
        <w:t>54:05  in such cases, counseling has a very limited role. what is the duty of parents for such an individual?</w:t>
      </w:r>
      <w:r>
        <w:br/>
      </w:r>
      <w:r>
        <w:rPr>
          <w:sz w:val="20"/>
        </w:rPr>
        <w:t>54:13  how long parents must support the individual?" dekhiye, yeh ek controversial baat hai. mera apna manna yeh hai ke mental disease ka koi medicine nahin hoti.</w:t>
      </w:r>
      <w:r>
        <w:br/>
      </w:r>
      <w:r>
        <w:rPr>
          <w:sz w:val="20"/>
        </w:rPr>
        <w:t>54:29  psychological treatment is ka hota hai. y</w:t>
      </w:r>
      <w:r>
        <w:br/>
      </w:r>
      <w:r>
        <w:rPr>
          <w:sz w:val="20"/>
        </w:rPr>
        <w:t>54:32  aani doctor log is ko shayad nahin manen ge, lekin mental, yaani dimaagh ke etbaar se jo insaan ke andar jo, yaani woh illness nahin hoti, woh psychological kharabi hoti hai.</w:t>
      </w:r>
      <w:r>
        <w:br/>
      </w:r>
      <w:r>
        <w:rPr>
          <w:sz w:val="20"/>
        </w:rPr>
        <w:t>54:49  to hamari medicine jo hai, hamari physical body ke liye, hamare mind ke liye koi medicine nahin hai.</w:t>
      </w:r>
      <w:r>
        <w:br/>
      </w:r>
      <w:r>
        <w:rPr>
          <w:sz w:val="20"/>
        </w:rPr>
        <w:t>54:58  yeh medical science is ko nahi manay gi, kyunke aaj kal aap jantay hain ke neuro science bohat zyada develop shayad ban rahi hai.</w:t>
      </w:r>
      <w:r>
        <w:br/>
      </w:r>
      <w:r>
        <w:rPr>
          <w:sz w:val="20"/>
        </w:rPr>
        <w:t>55:09  lekin mein is ko nahi manta zaati tor par ke dimagh ka koi ilaaj nahi hai, koi medical treatment nahi hai. dimagh ka aap soch kar ke apnay ko bigaray gay ya soch kar ke banay gay, yeh mera zaati khayal hai.</w:t>
      </w:r>
      <w:r>
        <w:br/>
      </w:r>
      <w:r>
        <w:rPr>
          <w:sz w:val="20"/>
        </w:rPr>
        <w:t>55:25  agarche medical science is ki taeed nahi kare gi.</w:t>
      </w:r>
    </w:p>
    <w:p>
      <w:pPr>
        <w:pStyle w:val="Heading2"/>
      </w:pPr>
      <w:r>
        <w:t>Parenting and Conditioning Children's Beliefs</w:t>
      </w:r>
    </w:p>
    <w:p>
      <w:r>
        <w:rPr>
          <w:color w:val="666666"/>
          <w:sz w:val="18"/>
        </w:rPr>
        <w:t>Life &amp; Wisdom · Self Correction November 09, 2014 · 1m 41s · at 1:01:19 · https://youtu.be/EgAukdSfGRU?t=3679</w:t>
      </w:r>
    </w:p>
    <w:p>
      <w:r>
        <w:rPr>
          <w:i/>
        </w:rPr>
        <w:t>“You explained the five steps in a very simplified way, and we understand how habit slowly develops and conditions the mind, which takes us to the point of no return. My question is that in guiding and raising our children, we as parents condition their mind by giving them certain concepts of Islam or beliefs which may not be correct. What should we do?”</w:t>
      </w:r>
    </w:p>
    <w:p>
      <w:r>
        <w:rPr>
          <w:sz w:val="20"/>
        </w:rPr>
        <w:t>1:01:19  maulana, agla sawal aaya hai lahore pakistan se tariq badr sahib ka, aur unhon ne likha hai: "maulana sahib, explain the five steps in a very simplified way,</w:t>
      </w:r>
      <w:r>
        <w:br/>
      </w:r>
      <w:r>
        <w:rPr>
          <w:sz w:val="20"/>
        </w:rPr>
        <w:t>1:01:33  and we understand how habit slowly develops and conditions the mind, which takes us to the point of no return.</w:t>
      </w:r>
      <w:r>
        <w:br/>
      </w:r>
      <w:r>
        <w:rPr>
          <w:sz w:val="20"/>
        </w:rPr>
        <w:t>1:01:43  my question is that in guiding and raising our children, we as parents condition their mind by giving them certain concepts of Islam or beliefs which may not be correct.</w:t>
      </w:r>
      <w:r>
        <w:br/>
      </w:r>
      <w:r>
        <w:rPr>
          <w:sz w:val="20"/>
        </w:rPr>
        <w:t>1:01:57  so once the child reaches to the age of maturity, he becomes a conditioned person.</w:t>
      </w:r>
      <w:r>
        <w:br/>
      </w:r>
      <w:r>
        <w:rPr>
          <w:sz w:val="20"/>
        </w:rPr>
        <w:t>1:02:04  maulana sahib, please tell us how should we raise our children so that they do not become the victims of wrong beliefs, and when they reach to the age of maturity, they should be able to understand things clearly without any conditioning?" mein to samajhta hoon ke bachon ke liye do hi kaam hain:</w:t>
      </w:r>
      <w:r>
        <w:br/>
      </w:r>
      <w:r>
        <w:rPr>
          <w:sz w:val="20"/>
        </w:rPr>
        <w:t>1:02:24  pampering bilkul na kijiye aur bachon ko parhnay ka aadi daliye. is se theek hai,</w:t>
      </w:r>
      <w:r>
        <w:br/>
      </w:r>
      <w:r>
        <w:rPr>
          <w:sz w:val="20"/>
        </w:rPr>
        <w:t>1:02:30  bas. aur aur sab bekaar hai. aur jo baap baith baith kar in ko tarbiyat karte hain, woh bilkul be faida hai. koi koi faida is ka nahi, koi faida nahi.</w:t>
      </w:r>
      <w:r>
        <w:br/>
      </w:r>
      <w:r>
        <w:rPr>
          <w:sz w:val="20"/>
        </w:rPr>
        <w:t>1:02:43  bas pampering zara bhi mat kijiye. pampering ko chor dijiye aur bachon se kahiye ke is tareeqay ka haath daalo, khud parho. baqi sab theek ho jaye ga.</w:t>
      </w:r>
    </w:p>
    <w:p>
      <w:pPr>
        <w:pStyle w:val="Heading2"/>
      </w:pPr>
      <w:r>
        <w:t>Parenting training for children</w:t>
      </w:r>
    </w:p>
    <w:p>
      <w:r>
        <w:rPr>
          <w:color w:val="666666"/>
          <w:sz w:val="18"/>
        </w:rPr>
        <w:t>Life &amp; Wisdom · Quran for All Mankind June 3, 2012 · 1m 29s · at 1:23:11 · https://youtu.be/Gp-53Zjugcg?t=4991</w:t>
      </w:r>
    </w:p>
    <w:p>
      <w:r>
        <w:rPr>
          <w:i/>
        </w:rPr>
        <w:t>“How should parents train their children?”</w:t>
      </w:r>
    </w:p>
    <w:p>
      <w:r>
        <w:rPr>
          <w:sz w:val="20"/>
        </w:rPr>
        <w:t>1:23:11  maulana, agla sawal mister navdeep kapoor ka hai, dilli se. unhon ne aapse poocha hai ke "how should parents train their children?" is ke bare mein batayen.</w:t>
      </w:r>
      <w:r>
        <w:br/>
      </w:r>
      <w:r>
        <w:rPr>
          <w:sz w:val="20"/>
        </w:rPr>
        <w:t>1:23:21  mein to samajhta hoon ke starting point hai ke pampering ko haram samajh lein.</w:t>
      </w:r>
      <w:r>
        <w:br/>
      </w:r>
      <w:r>
        <w:rPr>
          <w:sz w:val="20"/>
        </w:rPr>
        <w:t>1:23:27  easy money se akhirat tak bachayein. kyunke pampering ke sath aur easy money ke sath aap kabhi bachchon ko kuch nahi kar sakte.</w:t>
      </w:r>
      <w:r>
        <w:br/>
      </w:r>
      <w:r>
        <w:rPr>
          <w:sz w:val="20"/>
        </w:rPr>
        <w:t>1:23:36  woh to bigad kar rahenge, woh bigad hi kar rahenge. woh</w:t>
      </w:r>
      <w:r>
        <w:br/>
      </w:r>
      <w:r>
        <w:rPr>
          <w:sz w:val="20"/>
        </w:rPr>
        <w:t>1:23:43  lekin is ka matlab nahi ke aap danda danda marein, ghussa karein. nahi, is ka matlab un ki, un ki, un ki, un ke mind ko address kijiye, un ko convince kijiye.</w:t>
      </w:r>
      <w:r>
        <w:br/>
      </w:r>
      <w:r>
        <w:rPr>
          <w:sz w:val="20"/>
        </w:rPr>
        <w:t>1:23:59  to ek taraf to pampering se bachna hai, easy money se bachna hai aur ghusse se hi bachna hai, danda danda marne se bachna hai. lekin jo kaam karna hai, woh yahi ke aap un ke mind ko address karein, yani reasoned way mein baat ko samjhein.</w:t>
      </w:r>
      <w:r>
        <w:br/>
      </w:r>
      <w:r>
        <w:rPr>
          <w:sz w:val="20"/>
        </w:rPr>
        <w:t>1:24:14  unhein mera tajurba yeh hai ke har aadmi, chahe bachcha ho ya bada, har cheez ko idhar udhar reason out karne ki koshish karta hai.</w:t>
      </w:r>
      <w:r>
        <w:br/>
      </w:r>
      <w:r>
        <w:rPr>
          <w:sz w:val="20"/>
        </w:rPr>
        <w:t>1:24:24  aadmi by nature aisa hai ke woh chahta hai reason out karna.</w:t>
      </w:r>
      <w:r>
        <w:br/>
      </w:r>
      <w:r>
        <w:rPr>
          <w:sz w:val="20"/>
        </w:rPr>
        <w:t>1:24:29  to reasoned way mein agar baat kahi jayegi to wohi baat asar kar sakti hai. mera tajurba yahi hai.</w:t>
      </w:r>
    </w:p>
    <w:p>
      <w:pPr>
        <w:pStyle w:val="Heading2"/>
      </w:pPr>
      <w:r>
        <w:t>Parents' duty: fulfilling wishes vs development</w:t>
      </w:r>
    </w:p>
    <w:p>
      <w:r>
        <w:rPr>
          <w:color w:val="666666"/>
          <w:sz w:val="18"/>
        </w:rPr>
        <w:t>Life &amp; Wisdom · Realization of God December 18, 2016 Maulana Wahiduddin Khan · 1m 23s · at 1:04:36 · https://youtu.be/LHKb2btTIT8?t=3876</w:t>
      </w:r>
    </w:p>
    <w:p>
      <w:r>
        <w:rPr>
          <w:i/>
        </w:rPr>
        <w:t>“Parents think that it is their utmost duty to fulfill the wishes of their family; they don't think or plan to help them develop. What should be the correct approach?”</w:t>
      </w:r>
    </w:p>
    <w:p>
      <w:r>
        <w:rPr>
          <w:sz w:val="20"/>
        </w:rPr>
        <w:t>1:04:36  zaroori kaam hai kitabon ko phailana insani literature ko phailana quran ka translation phailana maulana agla sawal bheja</w:t>
      </w:r>
      <w:r>
        <w:br/>
      </w:r>
      <w:r>
        <w:rPr>
          <w:sz w:val="20"/>
        </w:rPr>
        <w:t>1:04:43  hai doctor farida khanam ne dilli se aur unhon ne likha hai parents think that it is their</w:t>
      </w:r>
      <w:r>
        <w:br/>
      </w:r>
      <w:r>
        <w:rPr>
          <w:sz w:val="20"/>
        </w:rPr>
        <w:t>1:04:51  utmost duty to fulfill the wishes of their family they don't think or plan to help them develop</w:t>
      </w:r>
      <w:r>
        <w:br/>
      </w:r>
      <w:r>
        <w:rPr>
          <w:sz w:val="20"/>
        </w:rPr>
        <w:t>1:04:58  their spirituality so that they may serve the cause of religion and involve themselves in da'wah work even</w:t>
      </w:r>
      <w:r>
        <w:br/>
      </w:r>
      <w:r>
        <w:rPr>
          <w:sz w:val="20"/>
        </w:rPr>
        <w:t>1:05:06  maulana modudi did not involve his children with his mission what is your opinion on this dekhen family</w:t>
      </w:r>
      <w:r>
        <w:br/>
      </w:r>
      <w:r>
        <w:rPr>
          <w:sz w:val="20"/>
        </w:rPr>
        <w:t>1:05:14  ki wishes ko poora karna yeh to nothing hai yeh to kuch bhi nahi hai khuda ki wishes</w:t>
      </w:r>
      <w:r>
        <w:br/>
      </w:r>
      <w:r>
        <w:rPr>
          <w:sz w:val="20"/>
        </w:rPr>
        <w:t>1:05:21  ko bataiye family ko yani bajaye is ke ke aap family kya chahti hai is ke peeche dauren</w:t>
      </w:r>
      <w:r>
        <w:br/>
      </w:r>
      <w:r>
        <w:rPr>
          <w:sz w:val="20"/>
        </w:rPr>
        <w:t>1:05:29  yeh kijiye ke khuda ki kya chahta hai us ko daryaft kijiye us ko family ko bataiye repeat</w:t>
      </w:r>
      <w:r>
        <w:br/>
      </w:r>
      <w:r>
        <w:rPr>
          <w:sz w:val="20"/>
        </w:rPr>
        <w:t>1:05:36  kijiye mein ne kya kaha maulana you are saying that what we need to tell the family is</w:t>
      </w:r>
      <w:r>
        <w:br/>
      </w:r>
      <w:r>
        <w:rPr>
          <w:sz w:val="20"/>
        </w:rPr>
        <w:t>1:05:44  what god expects from all of us this is something which the family does not convey to their</w:t>
      </w:r>
      <w:r>
        <w:br/>
      </w:r>
      <w:r>
        <w:rPr>
          <w:sz w:val="20"/>
        </w:rPr>
        <w:t>1:05:52  members yani khuda ki chahta hai us ko bataiye family ko ji yeh mat kijiye ke jo family</w:t>
      </w:r>
    </w:p>
    <w:p>
      <w:pPr>
        <w:pStyle w:val="Heading2"/>
      </w:pPr>
      <w:r>
        <w:t>Patience and maintaining the status quo</w:t>
      </w:r>
    </w:p>
    <w:p>
      <w:r>
        <w:rPr>
          <w:color w:val="666666"/>
          <w:sz w:val="18"/>
        </w:rPr>
        <w:t>Life &amp; Wisdom · How to Manage Controversy 10 Nov 2019 - Maulana Wahiduddin Khan · 1m 07s · at 46:49 · https://youtu.be/UafTzJXHrSA?t=2809</w:t>
      </w:r>
    </w:p>
    <w:p>
      <w:r>
        <w:rPr>
          <w:i/>
        </w:rPr>
        <w:t>“What is the relationship between patience and maintaining the status quo?”</w:t>
      </w:r>
    </w:p>
    <w:p>
      <w:r>
        <w:rPr>
          <w:sz w:val="20"/>
        </w:rPr>
        <w:t>46:49  azhar mubarak sahib ne bhagalpur se sawal bheja hai. unhon ne aap se poocha hai ke: "what is the relationship between patience and maintaining of the status quo?</w:t>
      </w:r>
      <w:r>
        <w:br/>
      </w:r>
      <w:r>
        <w:rPr>
          <w:sz w:val="20"/>
        </w:rPr>
        <w:t>47:02  " is ke bare mein batayein.</w:t>
      </w:r>
      <w:r>
        <w:br/>
      </w:r>
      <w:r>
        <w:rPr>
          <w:sz w:val="20"/>
        </w:rPr>
        <w:t>47:10  bhai, aap ka to agar</w:t>
      </w:r>
      <w:r>
        <w:br/>
      </w:r>
      <w:r>
        <w:rPr>
          <w:sz w:val="20"/>
        </w:rPr>
        <w:t>47:14  sensitivity hogi, tabhi aap status quo maintain karna ki koshish karenge.</w:t>
      </w:r>
      <w:r>
        <w:br/>
      </w:r>
      <w:r>
        <w:rPr>
          <w:sz w:val="20"/>
        </w:rPr>
        <w:t>47:26  to sensitivity to lazim hai, sensitive comes the first.</w:t>
      </w:r>
      <w:r>
        <w:br/>
      </w:r>
      <w:r>
        <w:rPr>
          <w:sz w:val="20"/>
        </w:rPr>
        <w:t>47:43  maulana yaqoob umri ne delhi se comment bheja hai. unhon ne likha hai: "managing the issue without controversy means continuing our mission without interruption.</w:t>
      </w:r>
      <w:r>
        <w:br/>
      </w:r>
      <w:r>
        <w:rPr>
          <w:sz w:val="20"/>
        </w:rPr>
        <w:t>47:55  this is great guidance, maulana sa</w:t>
      </w:r>
      <w:r>
        <w:br/>
      </w:r>
      <w:r>
        <w:rPr>
          <w:sz w:val="20"/>
        </w:rPr>
        <w:t>47:57  hib, jazaak allah." mashallah. maulana, agla sawal chennai se bheja hai maulana iqbal umri ne. unhon ne aap se poocha hai ke: "qanooni karwai ya qanoon ka hawala de kar jo nizam jari rakhna chahte hain, woh log kya maghalta rakhte hain?</w:t>
      </w:r>
    </w:p>
    <w:p>
      <w:pPr>
        <w:pStyle w:val="Heading2"/>
      </w:pPr>
      <w:r>
        <w:t>Poetic vs divine reflection</w:t>
      </w:r>
    </w:p>
    <w:p>
      <w:r>
        <w:rPr>
          <w:color w:val="666666"/>
          <w:sz w:val="18"/>
        </w:rPr>
        <w:t>Life &amp; Wisdom · Q&amp;A 11 Jul 2010 Maulana Wahiduddin Khan · 1m 43s · at 34:02 · https://youtu.be/UHtdtzGGwFQ?t=2042</w:t>
      </w:r>
    </w:p>
    <w:p>
      <w:r>
        <w:rPr>
          <w:i/>
        </w:rPr>
        <w:t>“A colleague told me that reflection can be poetic or divine. A poet also derives lessons from events. We should know the difference between the two. Please explain.”</w:t>
      </w:r>
    </w:p>
    <w:p>
      <w:r>
        <w:rPr>
          <w:sz w:val="20"/>
        </w:rPr>
        <w:t>34:02  maulana, agla sawal kya hai? maulana abdul basit omri ne doha, qatar se. unhon ne likha hai ke maulana, hamare ek saathi ne mujh se kaha ke tafakkur shairana bhi hota hai aur rabbani bhi.</w:t>
      </w:r>
      <w:r>
        <w:br/>
      </w:r>
      <w:r>
        <w:rPr>
          <w:sz w:val="20"/>
        </w:rPr>
        <w:t>34:19  shair bhi waqeaat se koi sabak nikalta hai. hamein dono mein farq ko jaanna chahiye. maulana, is barey mein wajahaat kijiye.</w:t>
      </w:r>
      <w:r>
        <w:br/>
      </w:r>
      <w:r>
        <w:rPr>
          <w:sz w:val="20"/>
        </w:rPr>
        <w:t>34:31  shair jo karta hai is ka naam hai takhayyul. tafakkur nahi hai woh. takhayyul. jaise iqbal ne kaha: "nahi tera nashamund qasr-e-salmani gumbad par." to tu shahi hai basera kar pahadon ki chatanon mein.</w:t>
      </w:r>
      <w:r>
        <w:br/>
      </w:r>
      <w:r>
        <w:rPr>
          <w:sz w:val="20"/>
        </w:rPr>
        <w:t>34:50  yeh kya hai? yeh shairi hai. takhayyuli. yeh tafakkur nahi hai yeh.</w:t>
      </w:r>
      <w:r>
        <w:br/>
      </w:r>
      <w:r>
        <w:rPr>
          <w:sz w:val="20"/>
        </w:rPr>
        <w:t>34:55  kaun hai jo ja ke pahadon ki chatanon mein rahega aur basti chhod dega? iqbal ne bhi aisa nahi kiya. khud iqbal ne bhi aisa nahi kiya.</w:t>
      </w:r>
      <w:r>
        <w:br/>
      </w:r>
      <w:r>
        <w:rPr>
          <w:sz w:val="20"/>
        </w:rPr>
        <w:t>35:04  unhon ne apna ghar banaya lahore mein. mein ne khud un ke ghar ko dekha hai. to shair jo hai us jo karta hai is ka naam hai takhayyul.</w:t>
      </w:r>
      <w:r>
        <w:br/>
      </w:r>
      <w:r>
        <w:rPr>
          <w:sz w:val="20"/>
        </w:rPr>
        <w:t>35:14  takhayyul.</w:t>
      </w:r>
      <w:r>
        <w:br/>
      </w:r>
      <w:r>
        <w:rPr>
          <w:sz w:val="20"/>
        </w:rPr>
        <w:t>35:17  aur doosri cheez jo hai is ka naam hai tafakkur, tadabbur, tadabbur. woh ek alag bilkul alag cheez hai. mein shairi ko bilkul bekaar samajhta hoon.</w:t>
      </w:r>
      <w:r>
        <w:br/>
      </w:r>
      <w:r>
        <w:rPr>
          <w:sz w:val="20"/>
        </w:rPr>
        <w:t>35:27  quran mein, hadith mein is kahin shairi ko pasand nahi kiya gaya hai. tamam sahaba jo thay pehle shairi kiya karte thay. islam aaya to sab ki shairi khatm ho gayi.</w:t>
      </w:r>
      <w:r>
        <w:br/>
      </w:r>
      <w:r>
        <w:rPr>
          <w:sz w:val="20"/>
        </w:rPr>
        <w:t>35:38  to jo log shairi karte hain unhein shairi chhod dena chahiye. yeh sab bol kar ke is ko justify karen. yeh galat hai yeh.</w:t>
      </w:r>
    </w:p>
    <w:p>
      <w:pPr>
        <w:pStyle w:val="Heading2"/>
      </w:pPr>
      <w:r>
        <w:t>Political power as a divine test</w:t>
      </w:r>
    </w:p>
    <w:p>
      <w:r>
        <w:rPr>
          <w:color w:val="666666"/>
          <w:sz w:val="18"/>
        </w:rPr>
        <w:t>Life &amp; Wisdom · Collective Repentance I Feb 24, 2013 Maulana Wahiduddin Khan · 1m 05s · at 1:16:40 · https://youtu.be/lkkolxAL38c?t=4600</w:t>
      </w:r>
    </w:p>
    <w:p>
      <w:r>
        <w:rPr>
          <w:i/>
        </w:rPr>
        <w:t>“Can we say that the political power given to Muslims was a part of their test? What is your comment?”</w:t>
      </w:r>
    </w:p>
    <w:p>
      <w:r>
        <w:rPr>
          <w:sz w:val="20"/>
        </w:rPr>
        <w:t>1:16:40  maulana, agla sawal dilli se hai miss tuti malhotra ka. unhone likha hai: "can we say that political power given to muslims was a part of their test?" what is your comment?</w:t>
      </w:r>
      <w:r>
        <w:br/>
      </w:r>
      <w:r>
        <w:rPr>
          <w:sz w:val="20"/>
        </w:rPr>
        <w:t>1:16:53  political power test hai hi sab ke liye, hatta ke paighambar ke liye bhi.</w:t>
      </w:r>
      <w:r>
        <w:br/>
      </w:r>
      <w:r>
        <w:rPr>
          <w:sz w:val="20"/>
        </w:rPr>
        <w:t>1:16:58  aap quran mein padh lijiye, hazrat dawood ne is ke baad kahi ke aap ko jo political power mila hai, test ke liye, ibtila ke liye mila hai, woh koi blessing nahi hua karti.</w:t>
      </w:r>
      <w:r>
        <w:br/>
      </w:r>
      <w:r>
        <w:rPr>
          <w:sz w:val="20"/>
        </w:rPr>
        <w:t>1:17:08  jo musalman target bana kar ke political power ke liye daud rahe hain, yeh</w:t>
      </w:r>
      <w:r>
        <w:br/>
      </w:r>
      <w:r>
        <w:rPr>
          <w:sz w:val="20"/>
        </w:rPr>
        <w:t>1:17:14  daleel against the creation banana padta hai.</w:t>
      </w:r>
      <w:r>
        <w:br/>
      </w:r>
      <w:r>
        <w:rPr>
          <w:sz w:val="20"/>
        </w:rPr>
        <w:t>1:17:19  yeh sab bilkul jis tarah se yani mini test paper hai, usi tarah se political power bhi test paper hai, hatta ke aulad bhi test paper hai.</w:t>
      </w:r>
      <w:r>
        <w:br/>
      </w:r>
      <w:r>
        <w:rPr>
          <w:sz w:val="20"/>
        </w:rPr>
        <w:t>1:17:31  har cheez duniya mein test paper hi hai.</w:t>
      </w:r>
      <w:r>
        <w:br/>
      </w:r>
      <w:r>
        <w:rPr>
          <w:sz w:val="20"/>
        </w:rPr>
        <w:t>1:17:38  yeh to quran se bohat clear tor par sabit hai.</w:t>
      </w:r>
    </w:p>
    <w:p>
      <w:pPr>
        <w:pStyle w:val="Heading2"/>
      </w:pPr>
      <w:r>
        <w:t>Positive living in relationships</w:t>
      </w:r>
    </w:p>
    <w:p>
      <w:r>
        <w:rPr>
          <w:color w:val="666666"/>
          <w:sz w:val="18"/>
        </w:rPr>
        <w:t>Life &amp; Wisdom · Living In Falsehood I December 15, 2013 · 1m 31s · at 55:06 · https://youtu.be/yD-ZtvlrFDw?t=3306</w:t>
      </w:r>
    </w:p>
    <w:p>
      <w:r>
        <w:rPr>
          <w:i/>
        </w:rPr>
        <w:t>“What is the role of positive living in relationships? Can a negative person live in relationships? What is your comment?”</w:t>
      </w:r>
    </w:p>
    <w:p>
      <w:r>
        <w:rPr>
          <w:sz w:val="20"/>
        </w:rPr>
        <w:t>55:06  maulana, agla sawal hai miss naghma siddiqui ka delhi se.</w:t>
      </w:r>
      <w:r>
        <w:br/>
      </w:r>
      <w:r>
        <w:rPr>
          <w:sz w:val="20"/>
        </w:rPr>
        <w:t>55:10  انہوں نے لکھا ہے: "What is the role of positively living in realities?" Can a negative person live</w:t>
      </w:r>
      <w:r>
        <w:br/>
      </w:r>
      <w:r>
        <w:rPr>
          <w:sz w:val="20"/>
        </w:rPr>
        <w:t>55:18  in realities? What is your comment? کیا پھر سے پڑھیے؟ What is the role of positively living in</w:t>
      </w:r>
      <w:r>
        <w:br/>
      </w:r>
      <w:r>
        <w:rPr>
          <w:sz w:val="20"/>
        </w:rPr>
        <w:t>55:25  relatez? can a negative person live in relatez? mein sochta hoon ke sawal ko ulta ulta kar diya</w:t>
      </w:r>
      <w:r>
        <w:br/>
      </w:r>
      <w:r>
        <w:rPr>
          <w:sz w:val="20"/>
        </w:rPr>
        <w:t>55:33  to zyada sahi hoga mere khayal se ke jab aap ke andar realism hoga to aap positive tareeqe</w:t>
      </w:r>
      <w:r>
        <w:br/>
      </w:r>
      <w:r>
        <w:rPr>
          <w:sz w:val="20"/>
        </w:rPr>
        <w:t>55:41  peh jeena aayega aap ke andar.</w:t>
      </w:r>
      <w:r>
        <w:br/>
      </w:r>
      <w:r>
        <w:rPr>
          <w:sz w:val="20"/>
        </w:rPr>
        <w:t>55:44  aur aap ke andar agar iska ulta hoga to aap negative ban jayenge.</w:t>
      </w:r>
      <w:r>
        <w:br/>
      </w:r>
      <w:r>
        <w:rPr>
          <w:sz w:val="20"/>
        </w:rPr>
        <w:t>55:50  shayad yeh baat zyada sahi hogi ult kar ke.</w:t>
      </w:r>
      <w:r>
        <w:br/>
      </w:r>
      <w:r>
        <w:rPr>
          <w:sz w:val="20"/>
        </w:rPr>
        <w:t>55:54  ji, kya khayal hai aap ka? ji ji, Maulana, phir se padhiye is ko.</w:t>
      </w:r>
      <w:r>
        <w:br/>
      </w:r>
      <w:r>
        <w:rPr>
          <w:sz w:val="20"/>
        </w:rPr>
        <w:t>56:00  What is the role of positively living in realities? Can a negative person live in realities? Haan, realistic</w:t>
      </w:r>
      <w:r>
        <w:br/>
      </w:r>
      <w:r>
        <w:rPr>
          <w:sz w:val="20"/>
        </w:rPr>
        <w:t>56:08  approach agar aap ke andar hai to isi ke result ke taur par aayega aap ke andar</w:t>
      </w:r>
      <w:r>
        <w:br/>
      </w:r>
      <w:r>
        <w:rPr>
          <w:sz w:val="20"/>
        </w:rPr>
        <w:t>56:16  positive thinking.</w:t>
      </w:r>
      <w:r>
        <w:br/>
      </w:r>
      <w:r>
        <w:rPr>
          <w:sz w:val="20"/>
        </w:rPr>
        <w:t>56:17  aur realistic approach nahi hai to isi ke result aayega aap ke andar negative thinking.</w:t>
      </w:r>
      <w:r>
        <w:br/>
      </w:r>
      <w:r>
        <w:rPr>
          <w:sz w:val="20"/>
        </w:rPr>
        <w:t>56:24  ji, mukhaaf sawal ko agar ult dein to zyada samajh mein aati hai baat.</w:t>
      </w:r>
      <w:r>
        <w:br/>
      </w:r>
      <w:r>
        <w:rPr>
          <w:sz w:val="20"/>
        </w:rPr>
        <w:t>56:30  ji theek hai, Maulana, bilkul.</w:t>
      </w:r>
      <w:r>
        <w:br/>
      </w:r>
      <w:r>
        <w:rPr>
          <w:sz w:val="20"/>
        </w:rPr>
        <w:t>56:32  ji, is lihaz se bilkul sahi baat hai, bilkul sahi hai.</w:t>
      </w:r>
    </w:p>
    <w:p>
      <w:pPr>
        <w:pStyle w:val="Heading2"/>
      </w:pPr>
      <w:r>
        <w:t>Practicing full religion in sinful world</w:t>
      </w:r>
    </w:p>
    <w:p>
      <w:r>
        <w:rPr>
          <w:color w:val="666666"/>
          <w:sz w:val="18"/>
        </w:rPr>
        <w:t>Life &amp; Wisdom · Nation Building On India's Republic Day Jan 26, 2020 Maulana Wahiduddin Khan · 1m 24s · at 55:28 · https://youtu.be/58CVocbLAb8?t=3328</w:t>
      </w:r>
    </w:p>
    <w:p>
      <w:r>
        <w:rPr>
          <w:i/>
        </w:rPr>
        <w:t>“Is it possible today to include the whole of religion in one's life? If so, how, when there is a market of sin everywhere in the world? We also have to work and earn money for our family. Please provide a solution.”</w:t>
      </w:r>
    </w:p>
    <w:p>
      <w:r>
        <w:rPr>
          <w:sz w:val="20"/>
        </w:rPr>
        <w:t>55:28  maulana agla sawal muhammad shan sahib ne kiya hai. unhon ne location nahi likhi hai. un ka sawal hai: "kya deen mein poora ka poora shamil hona aaj mumkin hai?</w:t>
      </w:r>
      <w:r>
        <w:br/>
      </w:r>
      <w:r>
        <w:rPr>
          <w:sz w:val="20"/>
        </w:rPr>
        <w:t>55:43  agar hai to kaise? jabke dunya mein har taraf gunah ka bazaar laga hua hai. hum ko kaam bhi karna hai aur paise bhi kamane hain apne parivar ke liye.</w:t>
      </w:r>
      <w:r>
        <w:br/>
      </w:r>
      <w:r>
        <w:rPr>
          <w:sz w:val="20"/>
        </w:rPr>
        <w:t>55:55  please is ka koi hal bataein." hal ki baat hi nahi yeh nazariya hi galat hai. mukammal islam ka nazariya hi galat hai. maine bohat likha hai is ko.</w:t>
      </w:r>
      <w:r>
        <w:br/>
      </w:r>
      <w:r>
        <w:rPr>
          <w:sz w:val="20"/>
        </w:rPr>
        <w:t>56:05  apne aap ko apne as a fard apni apni shakhsiyat ko islam mein dakhil karna poore pore. yeh nahi ke dunya mein islam ka nizam qaim karna har mulk mein yeh hai hi nahi.</w:t>
      </w:r>
      <w:r>
        <w:br/>
      </w:r>
      <w:r>
        <w:rPr>
          <w:sz w:val="20"/>
        </w:rPr>
        <w:t>56:20  yeh nazariya hi nahi hai. islam nahi hai yeh to political nazariya hai. aap apni zaat ko apne aap ko mukammal taur par allah wala banaye bana dein.</w:t>
      </w:r>
      <w:r>
        <w:br/>
      </w:r>
      <w:r>
        <w:rPr>
          <w:sz w:val="20"/>
        </w:rPr>
        <w:t>56:34  apne aap ko muqarrar taur par rab rab wala bana dein. rab wala. yeh matlab hai. aur sari dunya mein hukumat qaim karen.</w:t>
      </w:r>
      <w:r>
        <w:br/>
      </w:r>
      <w:r>
        <w:rPr>
          <w:sz w:val="20"/>
        </w:rPr>
        <w:t>56:43  yeh hai hi nahi. is par maine bohat likha hai maine.</w:t>
      </w:r>
    </w:p>
    <w:p>
      <w:pPr>
        <w:pStyle w:val="Heading2"/>
      </w:pPr>
      <w:r>
        <w:t>Preparation and planning in war-like situations</w:t>
      </w:r>
    </w:p>
    <w:p>
      <w:r>
        <w:rPr>
          <w:color w:val="666666"/>
          <w:sz w:val="18"/>
        </w:rPr>
        <w:t>Life &amp; Wisdom · Advance Preparation and Planning October 27, 2018 · 1m 57s · at 35:19 · https://youtu.be/X0ycKqLspoA?t=2119</w:t>
      </w:r>
    </w:p>
    <w:p>
      <w:r>
        <w:rPr>
          <w:i/>
        </w:rPr>
        <w:t>“Molana, preparation needs environment and if you are in a war-like situation, then what will be the preparation and what will be the planning?”</w:t>
      </w:r>
    </w:p>
    <w:p>
      <w:r>
        <w:rPr>
          <w:sz w:val="20"/>
        </w:rPr>
        <w:t>35:19  yeh ah, mir parvez sahib ne maulana ek sawal kiya hai aap ko. unhon ne likha hai kis ne? kis ne? mir parvez sahib, unhon ne location nahi likhi hai apni.</w:t>
      </w:r>
      <w:r>
        <w:br/>
      </w:r>
      <w:r>
        <w:rPr>
          <w:sz w:val="20"/>
        </w:rPr>
        <w:t>35:31  un ka sawal hai ke "maulana, preparation needs environment and if you are in a war like situation, then what will be the preparation and what will be the planning?" dekhiye, main ne arz kiya ke ek hai normal halaat mein planning aur ek hai crisis mein planning.</w:t>
      </w:r>
      <w:r>
        <w:br/>
      </w:r>
      <w:r>
        <w:rPr>
          <w:sz w:val="20"/>
        </w:rPr>
        <w:t>36:01  to yeh dono baatein important hain. to jo aadmi, dekhiye, normal halaat mein planning kar paye, woh bhi successful hoga.</w:t>
      </w:r>
      <w:r>
        <w:br/>
      </w:r>
      <w:r>
        <w:rPr>
          <w:sz w:val="20"/>
        </w:rPr>
        <w:t>36:11  lekin zyada bari taraqqi, zyada bari kamyabi to usi ko mile gi jo crisis ke waqt itna alert ho, itna alert ho ke crisis ke waqt woh planning kar sake.</w:t>
      </w:r>
      <w:r>
        <w:br/>
      </w:r>
      <w:r>
        <w:rPr>
          <w:sz w:val="20"/>
        </w:rPr>
        <w:t>36:29  is ki misaal main ne di aap ko ke jahaz doob raha hai, maut saamne hai, shayad log jahaz ke pareshan hain. lekin professor onl us waqt bhi apne mind ko itna, yaani itna well prepared kiya tha unhon ne ke us waqt bhi woh soch rahe hain ke chalo, woh paanch minute agar mere paas bache hain,</w:t>
      </w:r>
      <w:r>
        <w:br/>
      </w:r>
      <w:r>
        <w:rPr>
          <w:sz w:val="20"/>
        </w:rPr>
        <w:t>36:55  maut agar aane wali hai aur mere paas paanch minute bache hain to main is ko istemal karoon. to yeh apne mind ko prepare karne ki ek bahut high level hai, high level aur isi ki zaroorat hai.</w:t>
      </w:r>
    </w:p>
    <w:p>
      <w:pPr>
        <w:pStyle w:val="Heading2"/>
      </w:pPr>
      <w:r>
        <w:t>Preparing the mind amidst many distractions</w:t>
      </w:r>
    </w:p>
    <w:p>
      <w:r>
        <w:rPr>
          <w:color w:val="666666"/>
          <w:sz w:val="18"/>
        </w:rPr>
        <w:t>Life &amp; Wisdom · 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2"/>
      </w:pPr>
      <w:r>
        <w:t>Protecting individual activities from weekly actions</w:t>
      </w:r>
    </w:p>
    <w:p>
      <w:r>
        <w:rPr>
          <w:color w:val="666666"/>
          <w:sz w:val="18"/>
        </w:rPr>
        <w:t>Life &amp; Wisdom · The Problem of Conditioning April 22, 2012 · 1m 48s · at 1:16:34 · https://youtu.be/j-kJQzOz46g?t=4594</w:t>
      </w:r>
    </w:p>
    <w:p>
      <w:r>
        <w:rPr>
          <w:i/>
        </w:rPr>
        <w:t>“Maulana, our activities are both at the national and individual level. At the national level, our activity has fallen victim to weekly actions. You have explained this very well, Alhamdulillah, and also given a solution. At the individual level, how can we protect ourselves from weekly actions?”</w:t>
      </w:r>
    </w:p>
    <w:p>
      <w:r>
        <w:rPr>
          <w:sz w:val="20"/>
        </w:rPr>
        <w:t>1:16:34  Maulana, agla sawal Mr Daniyal Sahab ka hai, Bihar Patna se. unhone likha hai: "Maulana, hum jo activity karte hain, woh qaumi satah ki bhi hoti hai aur infiradi satah ki bhi.</w:t>
      </w:r>
      <w:r>
        <w:br/>
      </w:r>
      <w:r>
        <w:rPr>
          <w:sz w:val="20"/>
        </w:rPr>
        <w:t>1:16:48  Maulana, hamari activity qaumi satah par hafta a'maal ki shikaar ho gayi hai. Is ki wazahat aap ne alhamdulillah aakhri had tak kar diya hai aur is ka hal bhi aap ne bata diya.</w:t>
      </w:r>
      <w:r>
        <w:br/>
      </w:r>
      <w:r>
        <w:rPr>
          <w:sz w:val="20"/>
        </w:rPr>
        <w:t>1:17:02  maulana, individual satah par hum apne aap ko hafta aamal se kaise bachayein? sabr karna seekhein. bas ek hi baat hai.</w:t>
      </w:r>
      <w:r>
        <w:br/>
      </w:r>
      <w:r>
        <w:rPr>
          <w:sz w:val="20"/>
        </w:rPr>
        <w:t>1:17:13  saara maamla jo hai, is mein jo deciding factor hai, woh sabr hai. besabri se kaam bigdega, sabr se kaam banega.</w:t>
      </w:r>
      <w:r>
        <w:br/>
      </w:r>
      <w:r>
        <w:rPr>
          <w:sz w:val="20"/>
        </w:rPr>
        <w:t>1:17:24  banega. besabri ke saath jo kaam karenge, aap hafta aamal ka shikar hota rahega.</w:t>
      </w:r>
      <w:r>
        <w:br/>
      </w:r>
      <w:r>
        <w:rPr>
          <w:sz w:val="20"/>
        </w:rPr>
        <w:t>1:17:30  toh koi bhi doosra formula iske siwa nahi hai ke patience, avoidance. isi ka naam hai sabr aur koi doosra formula nahi.</w:t>
      </w:r>
      <w:r>
        <w:br/>
      </w:r>
      <w:r>
        <w:rPr>
          <w:sz w:val="20"/>
        </w:rPr>
        <w:t>1:17:44  sabr ka matlab hota hai realistic approach. sabr koi, yaani sabr koi badri nahi hai, peeche hata nahi hai.</w:t>
      </w:r>
      <w:r>
        <w:br/>
      </w:r>
      <w:r>
        <w:rPr>
          <w:sz w:val="20"/>
        </w:rPr>
        <w:t>1:17:54  sirf sabr ka matlab hota hai realistic approach.</w:t>
      </w:r>
      <w:r>
        <w:br/>
      </w:r>
      <w:r>
        <w:rPr>
          <w:sz w:val="20"/>
        </w:rPr>
        <w:t>1:17:59  main ne ek mazmoon likha tha, ek baar times of hindustan times mein, woh kashmir ko le kar ke aur punjab mein jo khalsat taari chali, tab likha tha is zamane mein.</w:t>
      </w:r>
      <w:r>
        <w:br/>
      </w:r>
      <w:r>
        <w:rPr>
          <w:sz w:val="20"/>
        </w:rPr>
        <w:t>1:18:09  toh iska title tha "acceptance of reality". jo reality hai, usko maan lo. yeh isi ka naam sabr hai aur isi mein kamyabi hai.</w:t>
      </w:r>
    </w:p>
    <w:p>
      <w:pPr>
        <w:pStyle w:val="Heading2"/>
      </w:pPr>
      <w:r>
        <w:t>Psychology and wisdom affecting cognitive health</w:t>
      </w:r>
    </w:p>
    <w:p>
      <w:r>
        <w:rPr>
          <w:color w:val="666666"/>
          <w:sz w:val="18"/>
        </w:rPr>
        <w:t>Life &amp; Wisdom · Dars-e-Quran, Chapter 2, Verse 79 June 24, 2018 · 1m 32s · at 52:12 · https://youtu.be/7OeNcHSoPp0?t=3132</w:t>
      </w:r>
    </w:p>
    <w:p>
      <w:r>
        <w:rPr>
          <w:i/>
        </w:rPr>
        <w:t>“What is the relation between psychology and wisdom? How internal conditions affect anyone's cognitive health?”</w:t>
      </w:r>
    </w:p>
    <w:p>
      <w:r>
        <w:rPr>
          <w:sz w:val="20"/>
        </w:rPr>
        <w:t>52:12  maulana, agla sawal bhagalpur se azhar mubarak sahib ne bheja hai. unhone aap se poocha hai ke "what is the relation between psychology and wisdom?</w:t>
      </w:r>
      <w:r>
        <w:br/>
      </w:r>
      <w:r>
        <w:rPr>
          <w:sz w:val="20"/>
        </w:rPr>
        <w:t>52:25  how internal conditions effect anyone's cognitive health?" jis cheez ko aap ne psychology kaha hai, wahi toh hai conditioning.</w:t>
      </w:r>
      <w:r>
        <w:br/>
      </w:r>
      <w:r>
        <w:rPr>
          <w:sz w:val="20"/>
        </w:rPr>
        <w:t>52:39  yani conditioned mind jo hai, us se rai banate hain log.</w:t>
      </w:r>
      <w:r>
        <w:br/>
      </w:r>
      <w:r>
        <w:rPr>
          <w:sz w:val="20"/>
        </w:rPr>
        <w:t>52:48  toh aadmi ko agar objective thinker banna hai toh us ko is se bachna parega ke conditioning se us ki rai bane.</w:t>
      </w:r>
      <w:r>
        <w:br/>
      </w:r>
      <w:r>
        <w:rPr>
          <w:sz w:val="20"/>
        </w:rPr>
        <w:t>53:01  jis jis aadmi ko objective thinker banna hai, toh us ko yeh karna parega ke us ki rai</w:t>
      </w:r>
      <w:r>
        <w:br/>
      </w:r>
      <w:r>
        <w:rPr>
          <w:sz w:val="20"/>
        </w:rPr>
        <w:t>53:16  object thinking se rai bane, na ke kisi aur cheez se. toh psychology koi alag cheez nahi hai.</w:t>
      </w:r>
      <w:r>
        <w:br/>
      </w:r>
      <w:r>
        <w:rPr>
          <w:sz w:val="20"/>
        </w:rPr>
        <w:t>53:26  humein hum hi banate hain apni psychology. har aadmi apni psychology khud banata hai. psychology ko trend kijiye. agar aap trend karenge toh aap ki psychology sahi direction mein aap ko rehnumai karegi.</w:t>
      </w:r>
    </w:p>
    <w:p>
      <w:pPr>
        <w:pStyle w:val="Heading2"/>
      </w:pPr>
      <w:r>
        <w:t>Psychology behind brushing aside questions</w:t>
      </w:r>
    </w:p>
    <w:p>
      <w:r>
        <w:rPr>
          <w:color w:val="666666"/>
          <w:sz w:val="18"/>
        </w:rPr>
        <w:t>Life &amp; Wisdom · Present Day Muslims Jan 13, 2013 · 1m 53s · at 1:38:47 · https://youtu.be/CVcbWVYitog?t=5927</w:t>
      </w:r>
    </w:p>
    <w:p>
      <w:r>
        <w:rPr>
          <w:i/>
        </w:rPr>
        <w:t>“You wrote a book 'Tabir ki Ghalati' and corresponded with a big scholar. You clarified your stand with evidence, but he brushed aside your question. My question is: what is the psychology behind that mindset?”</w:t>
      </w:r>
    </w:p>
    <w:p>
      <w:r>
        <w:rPr>
          <w:sz w:val="20"/>
        </w:rPr>
        <w:t>1:38:47  Maulana, agla sawal Delhi se hai, Shah Imran Hasan sahib ka. unhon ne likha hai: Maulana sahib, aap ne apni kitab "Tabeer ki Ghalati" mein ek bare aalim se Correspondence kiya.</w:t>
      </w:r>
      <w:r>
        <w:br/>
      </w:r>
      <w:r>
        <w:rPr>
          <w:sz w:val="20"/>
        </w:rPr>
        <w:t>1:39:02  aap ne apne Stand ko daleel ke sath Clear kiya, lekin unhon ne aap ke sawal ko Brush Aside kar diya. Maulana sahib, mera sawal yeh hai ke is zehan ke peeche asal Psychology kya hoti hai?</w:t>
      </w:r>
      <w:r>
        <w:br/>
      </w:r>
      <w:r>
        <w:rPr>
          <w:sz w:val="20"/>
        </w:rPr>
        <w:t>1:39:17  bhai, yeh to main kaise bata sakta hoon? yeh to Allah ko pata hoga. Allah hi ko pata hai. hum kya jaan sakte hain?</w:t>
      </w:r>
      <w:r>
        <w:br/>
      </w:r>
      <w:r>
        <w:rPr>
          <w:sz w:val="20"/>
        </w:rPr>
        <w:t>1:39:26  hum to Objective tor par jo baaten hain, usi ko le kar rai de sakte hain. ke woh daleel ka Face nahi kiya unhon ne. yani daleel ko Face nahi kiya aur ilzam wali baaten bolte rahe.</w:t>
      </w:r>
      <w:r>
        <w:br/>
      </w:r>
      <w:r>
        <w:rPr>
          <w:sz w:val="20"/>
        </w:rPr>
        <w:t>1:39:40  baqi un ka Intention kya hai, woh Allah jaane, is se hamein koi baat nahi.</w:t>
      </w:r>
    </w:p>
    <w:p>
      <w:pPr>
        <w:pStyle w:val="Heading2"/>
      </w:pPr>
      <w:r>
        <w:t>Quran's guidance on managing stress</w:t>
      </w:r>
    </w:p>
    <w:p>
      <w:r>
        <w:rPr>
          <w:color w:val="666666"/>
          <w:sz w:val="18"/>
        </w:rPr>
        <w:t>Life &amp; Wisdom · Studying The Quran with Open Mind October 20, 2019 Maulana Wahiduddin Khan · 1m 26s · at 47:43 · https://youtu.be/OPyJO5TP_wI?t=2863</w:t>
      </w:r>
    </w:p>
    <w:p>
      <w:r>
        <w:rPr>
          <w:i/>
        </w:rPr>
        <w:t>“What does the Quran guide on managing problems in life? People who commit suicide do so because they cannot manage stress beyond their capacity. What does the Quran say about managing problems and stress in life?”</w:t>
      </w:r>
    </w:p>
    <w:p>
      <w:r>
        <w:rPr>
          <w:sz w:val="20"/>
        </w:rPr>
        <w:t>47:43  Maulana ab agla sawal lena chahenge yeh sawal Merit se bheja hai Muhammad Imran sahib ne unhon ne likha hai what does Quran guides on managing problems in life</w:t>
      </w:r>
      <w:r>
        <w:br/>
      </w:r>
      <w:r>
        <w:rPr>
          <w:sz w:val="20"/>
        </w:rPr>
        <w:t>47:58  people who commit suicide they do so because they are not able to manage the stress as it goes beyond their capacity to handle what does Quran say about managing problems aur stress in life</w:t>
      </w:r>
      <w:r>
        <w:br/>
      </w:r>
      <w:r>
        <w:rPr>
          <w:sz w:val="20"/>
        </w:rPr>
        <w:t>48:15  dekhen aap ka jo analysis hai woh sahi nahi hai</w:t>
      </w:r>
      <w:r>
        <w:br/>
      </w:r>
      <w:r>
        <w:rPr>
          <w:sz w:val="20"/>
        </w:rPr>
        <w:t>48:23  main ne apni aankh se aise dekhe hain jinho ne suicide kar liya tha lekin phir bhi woh</w:t>
      </w:r>
      <w:r>
        <w:br/>
      </w:r>
      <w:r>
        <w:rPr>
          <w:sz w:val="20"/>
        </w:rPr>
        <w:t>48:31  bach gaye to bare bare kaam mein apni aankh se dekha hai</w:t>
      </w:r>
      <w:r>
        <w:br/>
      </w:r>
      <w:r>
        <w:rPr>
          <w:sz w:val="20"/>
        </w:rPr>
        <w:t>48:37  to asal masla unawareness hai koi cheez bhi unmanageable nahi hoti</w:t>
      </w:r>
      <w:r>
        <w:br/>
      </w:r>
      <w:r>
        <w:rPr>
          <w:sz w:val="20"/>
        </w:rPr>
        <w:t>48:47  lekin aadmi unaware ho jata hai is se masle paida hote hain</w:t>
      </w:r>
      <w:r>
        <w:br/>
      </w:r>
      <w:r>
        <w:rPr>
          <w:sz w:val="20"/>
        </w:rPr>
        <w:t>48:53  mera tajurba yeh hai ke asal masla sare mamlaat mein yahi hai unawareness</w:t>
      </w:r>
      <w:r>
        <w:br/>
      </w:r>
      <w:r>
        <w:rPr>
          <w:sz w:val="20"/>
        </w:rPr>
        <w:t>49:03  unaware hona</w:t>
      </w:r>
    </w:p>
    <w:p>
      <w:pPr>
        <w:pStyle w:val="Heading2"/>
      </w:pPr>
      <w:r>
        <w:t>Reacting to happiness and problems</w:t>
      </w:r>
    </w:p>
    <w:p>
      <w:r>
        <w:rPr>
          <w:color w:val="666666"/>
          <w:sz w:val="18"/>
        </w:rPr>
        <w:t>Life &amp; Wisdom · The Purpose of Life | April 30, 2017 · 1m 52s · at 38:31 · https://youtu.be/ue3I3uQEYb8?t=2311</w:t>
      </w:r>
    </w:p>
    <w:p>
      <w:r>
        <w:rPr>
          <w:i/>
        </w:rPr>
        <w:t>“This world is a test, how should we react to happiness and problems here?”</w:t>
      </w:r>
    </w:p>
    <w:p>
      <w:r>
        <w:rPr>
          <w:sz w:val="20"/>
        </w:rPr>
        <w:t>38:31  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r>
        <w:br/>
      </w:r>
      <w:r>
        <w:rPr>
          <w:sz w:val="20"/>
        </w:rPr>
        <w:t>39:01  on ke log jo hain bas aisi zindagi jeete rehte hain apni jo faculty hai thinking wali is</w:t>
      </w:r>
      <w:r>
        <w:br/>
      </w:r>
      <w:r>
        <w:rPr>
          <w:sz w:val="20"/>
        </w:rPr>
        <w:t>39:11  ko kaam mein nahi laate har cheez ko sochna padta hai har experience har event ko sochna padta</w:t>
      </w:r>
      <w:r>
        <w:br/>
      </w:r>
      <w:r>
        <w:rPr>
          <w:sz w:val="20"/>
        </w:rPr>
        <w:t>39:21  hai tab aadmi jaan pata hai ke right thinking kya hai.</w:t>
      </w:r>
      <w:r>
        <w:br/>
      </w:r>
      <w:r>
        <w:rPr>
          <w:sz w:val="20"/>
        </w:rPr>
        <w:t>39:31  jaise aap ne dekha hoga ke chashma hai beh raha hai toh ek hota hai chashma ke woh</w:t>
      </w:r>
      <w:r>
        <w:br/>
      </w:r>
      <w:r>
        <w:rPr>
          <w:sz w:val="20"/>
        </w:rPr>
        <w:t>39:39  jahan dhal hai idhar woh toh behte chale gaye bhai insaan ka mamla chashme jaisa nahi hai insaan</w:t>
      </w:r>
      <w:r>
        <w:br/>
      </w:r>
      <w:r>
        <w:rPr>
          <w:sz w:val="20"/>
        </w:rPr>
        <w:t>39:47  khud sochta hai ke bhai idhar jaon ke idhar jaon raste ka nasb farad is ke rukh ko</w:t>
      </w:r>
      <w:r>
        <w:br/>
      </w:r>
      <w:r>
        <w:rPr>
          <w:sz w:val="20"/>
        </w:rPr>
        <w:t>39:55  tay nahi karta aadmi ka aqal tay karti hai</w:t>
      </w:r>
      <w:r>
        <w:br/>
      </w:r>
      <w:r>
        <w:rPr>
          <w:sz w:val="20"/>
        </w:rPr>
        <w:t>40:03  .</w:t>
      </w:r>
      <w:r>
        <w:br/>
      </w:r>
      <w:r>
        <w:rPr>
          <w:sz w:val="20"/>
        </w:rPr>
        <w:t>40:08  toh aadmi ko zaroori hai ke woh apni soch ko develop kare woh jaane ke mujhe kidhar jaana</w:t>
      </w:r>
      <w:r>
        <w:br/>
      </w:r>
      <w:r>
        <w:rPr>
          <w:sz w:val="20"/>
        </w:rPr>
        <w:t>40:13  hai mera direction kidhar hona chahiye.</w:t>
      </w:r>
      <w:r>
        <w:br/>
      </w:r>
      <w:r>
        <w:rPr>
          <w:sz w:val="20"/>
        </w:rPr>
        <w:t>40:18  toh right thinking ko develop karna yeh har insaan ka pehla kaam hai.</w:t>
      </w:r>
    </w:p>
    <w:p>
      <w:pPr>
        <w:pStyle w:val="Heading2"/>
      </w:pPr>
      <w:r>
        <w:t>Reacting to hardship vs blessing</w:t>
      </w:r>
    </w:p>
    <w:p>
      <w:r>
        <w:rPr>
          <w:color w:val="666666"/>
          <w:sz w:val="18"/>
        </w:rPr>
        <w:t>Life &amp; Wisdom · Double Reward 15 Feb 2020 - Maulana Wahiduddin Khan · 1m 57s · at 37:15 · https://youtu.be/Os-Kuq1-wAk?t=2235</w:t>
      </w:r>
    </w:p>
    <w:p>
      <w:r>
        <w:rPr>
          <w:i/>
        </w:rPr>
        <w:t>“Thank you for letting us know the importance of not reacting when natural instinct is to react. You have given us the formula to earn divine reward under the circumstances when we cannot think of earning any reward. Quran advocates that nothing happens without the will of God. When something good happens to us, we often attribute it as the blessing of God. But if some hardship befalls us, we often complain and react.”</w:t>
      </w:r>
    </w:p>
    <w:p>
      <w:r>
        <w:rPr>
          <w:sz w:val="20"/>
        </w:rPr>
        <w:t>37:15  Maulana, Amer Mori sahib ka comment hai aur sawal hai gawah se. Unhone likha hai: "Maulana, thank you for letting us know the importance of not reacting when natural instinct is to react.</w:t>
      </w:r>
      <w:r>
        <w:br/>
      </w:r>
      <w:r>
        <w:rPr>
          <w:sz w:val="20"/>
        </w:rPr>
        <w:t>37:31  You have given us the formula to earn divine reward under the circumstances when we cannot think of earning any reward." Maulana, Quran advocates that nothing happens without the will of God.</w:t>
      </w:r>
      <w:r>
        <w:br/>
      </w:r>
      <w:r>
        <w:rPr>
          <w:sz w:val="20"/>
        </w:rPr>
        <w:t>37:50  When something good happens to us, we often attribute it as the blessing of God. But if some hardship befalls us, we often complain and react.</w:t>
      </w:r>
      <w:r>
        <w:br/>
      </w:r>
      <w:r>
        <w:rPr>
          <w:sz w:val="20"/>
        </w:rPr>
        <w:t>38:04  Why is it so? Kindly guide us.</w:t>
      </w:r>
      <w:r>
        <w:br/>
      </w:r>
      <w:r>
        <w:rPr>
          <w:sz w:val="20"/>
        </w:rPr>
        <w:t>38:08  Matlab insaan ko duniya mein bohat kuch mila hua hai, hazaron lakhon cheezein mili hui hain, lekin insaan by birth ek idealist hai.</w:t>
      </w:r>
      <w:r>
        <w:br/>
      </w:r>
      <w:r>
        <w:rPr>
          <w:sz w:val="20"/>
        </w:rPr>
        <w:t>38:18  To zara bhi usko koi cheez nahi milti hai to woh pareshan ho jata hai. Aur woh mere khayal mein wahi hai jo uske andar jannat ki ek arza hai, jannat ki ek dream hai.</w:t>
      </w:r>
      <w:r>
        <w:br/>
      </w:r>
      <w:r>
        <w:rPr>
          <w:sz w:val="20"/>
        </w:rPr>
        <w:t>38:28  To uske lehaz se woh pareshani ko bardasht nahi kar pata. Woh to majburan insaan pareshani ko bardasht karta hai ke ab koi option nahi hai.</w:t>
      </w:r>
      <w:r>
        <w:br/>
      </w:r>
      <w:r>
        <w:rPr>
          <w:sz w:val="20"/>
        </w:rPr>
        <w:t>38:36  To is liye karta hai, warna koi bhi hardship ko bardasht karna nahi chahta hai.</w:t>
      </w:r>
      <w:r>
        <w:br/>
      </w:r>
      <w:r>
        <w:rPr>
          <w:sz w:val="20"/>
        </w:rPr>
        <w:t>38:43  Sahi baat hai, sahi hai.</w:t>
      </w:r>
      <w:r>
        <w:br/>
      </w:r>
      <w:r>
        <w:rPr>
          <w:sz w:val="20"/>
        </w:rPr>
        <w:t>38:51  maulana, comment aaya hai afghanistan se asadullah mahmood sahib ka. unhon ne likha hai: "jab hum doosron ko maaf karte hain, asal mein hum unke muqable mein apne liye das guna behtar kar rahe hote hain."</w:t>
      </w:r>
      <w:r>
        <w:br/>
      </w:r>
      <w:r>
        <w:rPr>
          <w:sz w:val="20"/>
        </w:rPr>
        <w:t>39:09  yeh baat theek hai, yeh</w:t>
      </w:r>
    </w:p>
    <w:p>
      <w:pPr>
        <w:pStyle w:val="Heading2"/>
      </w:pPr>
      <w:r>
        <w:t>Reason for repeatedly looking at loved ones' picture</w:t>
      </w:r>
    </w:p>
    <w:p>
      <w:r>
        <w:rPr>
          <w:color w:val="666666"/>
          <w:sz w:val="18"/>
        </w:rPr>
        <w:t>Life &amp; Wisdom · Q&amp;A 04 DEC 2011 Maulana Wahiduddin Khan · 49s · at 40:36 · https://youtu.be/KIMNmuUZoGo?t=2436</w:t>
      </w:r>
    </w:p>
    <w:p>
      <w:r>
        <w:rPr>
          <w:i/>
        </w:rPr>
        <w:t>“A man on a journey repeatedly looked at a picture of his children. Why is it necessary to look repeatedly? Isn't once sufficient?”</w:t>
      </w:r>
    </w:p>
    <w:p>
      <w:r>
        <w:rPr>
          <w:sz w:val="20"/>
        </w:rPr>
        <w:t>40:36  maulānā aglā sawāl āyā hai mis naghma se. ek bār ek banda ek safar kar rahā thā. to safar meṅ ek sāhab the to un kā ek ek purs tarīqe se ek cīz hotā thā.</w:t>
      </w:r>
      <w:r>
        <w:br/>
      </w:r>
      <w:r>
        <w:rPr>
          <w:sz w:val="20"/>
        </w:rPr>
        <w:t>40:46  aur bār bār ḳhol ke dekhte the woh. to maiṅ bhā'ī sāhab kyā dekhte haiṅ bār bār ḳhol kar ke? to pūchā un se.</w:t>
      </w:r>
      <w:r>
        <w:br/>
      </w:r>
      <w:r>
        <w:rPr>
          <w:sz w:val="20"/>
        </w:rPr>
        <w:t>40:54  to malūm huā ke un kā beṭā beṭī kī tasvīr thī is meṅ dekhte rahte the woh. yeh safar meṅ bār bār dekh rahe haiṅ woh beṭā beṭī ko. to kyā zarūrat hai ek martaba dekh liyā bas ho gayā?</w:t>
      </w:r>
      <w:r>
        <w:br/>
      </w:r>
      <w:r>
        <w:rPr>
          <w:sz w:val="20"/>
        </w:rPr>
        <w:t>41:07  to har ādmī ke hāl haiṅ ke kuch cīzon ko bhuulā bhuulā huā rahtā hai, kuch log yād rakhtā hai. bhuulā ūṅce ūṅce rahtā hai jis kā carca nahīṅ kartā.</w:t>
      </w:r>
      <w:r>
        <w:br/>
      </w:r>
      <w:r>
        <w:rPr>
          <w:sz w:val="20"/>
        </w:rPr>
        <w:t>41:18  aur jo carca kartā hai vahī use us ko yād rahtī hai.</w:t>
      </w:r>
    </w:p>
    <w:p>
      <w:pPr>
        <w:pStyle w:val="Heading2"/>
      </w:pPr>
      <w:r>
        <w:t>Reasons for leaving homeland for livelihood</w:t>
      </w:r>
    </w:p>
    <w:p>
      <w:r>
        <w:rPr>
          <w:color w:val="666666"/>
          <w:sz w:val="18"/>
        </w:rPr>
        <w:t>Life &amp; Wisdom · Example of the Prophet March 20, 2016 · 1m 38s · at 1:33:56 · https://youtu.be/79HmhzXU41w?t=5636</w:t>
      </w:r>
    </w:p>
    <w:p>
      <w:r>
        <w:rPr>
          <w:i/>
        </w:rPr>
        <w:t>“What should be the reason for leaving one's homeland and going abroad for livelihood? If a person becomes contented, will this situation arise?”</w:t>
      </w:r>
    </w:p>
    <w:p>
      <w:r>
        <w:rPr>
          <w:sz w:val="20"/>
        </w:rPr>
        <w:t>1:33:56  Maulana, agla sawal Abdul Latif sahib ne kiya hai, Karachi se, aur unhon ne likha hai ke maash ke</w:t>
      </w:r>
      <w:r>
        <w:br/>
      </w:r>
      <w:r>
        <w:rPr>
          <w:sz w:val="20"/>
        </w:rPr>
        <w:t>1:34:03  hasool ke liye apne watan ko chhod kar bain-ul-mulk jaane ki kya wajah honi chahiye? Kya insan</w:t>
      </w:r>
      <w:r>
        <w:br/>
      </w:r>
      <w:r>
        <w:rPr>
          <w:sz w:val="20"/>
        </w:rPr>
        <w:t>1:34:11  agar qana'at pasand ban jaye to yeh nabat aayegi?</w:t>
      </w:r>
      <w:r>
        <w:br/>
      </w:r>
      <w:r>
        <w:rPr>
          <w:sz w:val="20"/>
        </w:rPr>
        <w:t>1:34:17  Dekhiye, Sahih Bukhari jo kitaab hai, us ki pehli hadith jo hai, bilkul pehli hadith, us ko padhiye,</w:t>
      </w:r>
      <w:r>
        <w:br/>
      </w:r>
      <w:r>
        <w:rPr>
          <w:sz w:val="20"/>
        </w:rPr>
        <w:t>1:34:27  us ko padhiye.</w:t>
      </w:r>
      <w:r>
        <w:br/>
      </w:r>
      <w:r>
        <w:rPr>
          <w:sz w:val="20"/>
        </w:rPr>
        <w:t>1:34:28  Us ke mutabiq to ek apna mulk chhod kar doosre mulk jaana sahi tor par sirf ek hi</w:t>
      </w:r>
      <w:r>
        <w:br/>
      </w:r>
      <w:r>
        <w:rPr>
          <w:sz w:val="20"/>
        </w:rPr>
        <w:t>1:34:35  wajah hai, wahi dawat hai.</w:t>
      </w:r>
      <w:r>
        <w:br/>
      </w:r>
      <w:r>
        <w:rPr>
          <w:sz w:val="20"/>
        </w:rPr>
        <w:t>1:34:39  Zimnan aap wahan kamayenge, jayenge to kamayenge bhi, khane ke liye.</w:t>
      </w:r>
      <w:r>
        <w:br/>
      </w:r>
      <w:r>
        <w:rPr>
          <w:sz w:val="20"/>
        </w:rPr>
        <w:t>1:34:43  lekin asal jo jo</w:t>
      </w:r>
      <w:r>
        <w:br/>
      </w:r>
      <w:r>
        <w:rPr>
          <w:sz w:val="20"/>
        </w:rPr>
        <w:t>1:34:47  har jo insaint hona chahiye, woh dawat hai.</w:t>
      </w:r>
      <w:r>
        <w:br/>
      </w:r>
      <w:r>
        <w:rPr>
          <w:sz w:val="20"/>
        </w:rPr>
        <w:t>1:34:53  bohat clear hai, bukhari ki pehli riwayat is mamle mein</w:t>
      </w:r>
      <w:r>
        <w:br/>
      </w:r>
      <w:r>
        <w:rPr>
          <w:sz w:val="20"/>
        </w:rPr>
        <w:t>1:34:59  sirf kamane ke liye jayen, sirf dollar kamane ke liye.</w:t>
      </w:r>
      <w:r>
        <w:br/>
      </w:r>
      <w:r>
        <w:rPr>
          <w:sz w:val="20"/>
        </w:rPr>
        <w:t>1:35:03  un ka to case hi hai, yani islam ka case nahi hai,</w:t>
      </w:r>
      <w:r>
        <w:br/>
      </w:r>
      <w:r>
        <w:rPr>
          <w:sz w:val="20"/>
        </w:rPr>
        <w:t>1:35:08  case islam ka case nahi hai.</w:t>
      </w:r>
      <w:r>
        <w:br/>
      </w:r>
      <w:r>
        <w:rPr>
          <w:sz w:val="20"/>
        </w:rPr>
        <w:t>1:35:11  islam case in logon ka hai jo aslan to jayen dawat ke liye, zamnan woh apna maash bhi</w:t>
      </w:r>
      <w:r>
        <w:br/>
      </w:r>
      <w:r>
        <w:rPr>
          <w:sz w:val="20"/>
        </w:rPr>
        <w:t>1:35:17  kama rahe hain wahan par, kyunke maash to chahiye aadmi ko, zarurat hai is ki.</w:t>
      </w:r>
      <w:r>
        <w:br/>
      </w:r>
      <w:r>
        <w:rPr>
          <w:sz w:val="20"/>
        </w:rPr>
        <w:t>1:35:22  sirf kamane ke liye jayen, sirf dollar ke liye jayen to un ka case islami case hi nahi</w:t>
      </w:r>
      <w:r>
        <w:br/>
      </w:r>
      <w:r>
        <w:rPr>
          <w:sz w:val="20"/>
        </w:rPr>
        <w:t>1:35:26  hai. is mein jis ko shakk ho to bukhari ki pehli jo hadith hai, us ko parhen.</w:t>
      </w:r>
    </w:p>
    <w:p>
      <w:pPr>
        <w:pStyle w:val="Heading2"/>
      </w:pPr>
      <w:r>
        <w:t>Recognizing and addressing obsession</w:t>
      </w:r>
    </w:p>
    <w:p>
      <w:r>
        <w:rPr>
          <w:color w:val="666666"/>
          <w:sz w:val="18"/>
        </w:rPr>
        <w:t>Life &amp; Wisdom · 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Reconciling spirit of age with historical incidents</w:t>
      </w:r>
    </w:p>
    <w:p>
      <w:r>
        <w:rPr>
          <w:color w:val="666666"/>
          <w:sz w:val="18"/>
        </w:rPr>
        <w:t>Life &amp; Wisdom · Spirit of the Age November 06, 2016 · 1m 47s · at 39:15 · https://youtu.be/URWoioUiDO4?t=2355</w:t>
      </w:r>
    </w:p>
    <w:p>
      <w:r>
        <w:rPr>
          <w:i/>
        </w:rPr>
        <w:t>“I agree with you that Muslims should understand the spirit of the age, but it is also a reality that there are true incidents which show that they have happened against the Muslims. How should we view these incidents?”</w:t>
      </w:r>
    </w:p>
    <w:p>
      <w:r>
        <w:rPr>
          <w:sz w:val="20"/>
        </w:rPr>
        <w:t>39:14  hoga.</w:t>
      </w:r>
      <w:r>
        <w:br/>
      </w:r>
      <w:r>
        <w:rPr>
          <w:sz w:val="20"/>
        </w:rPr>
        <w:t>39:15  maulana, agla sawal Ahmedabad se Kabir Khan sahib ne kiya hai, aur unhone likha hai, Maulana</w:t>
      </w:r>
      <w:r>
        <w:br/>
      </w:r>
      <w:r>
        <w:rPr>
          <w:sz w:val="20"/>
        </w:rPr>
        <w:t>39:23  Sahib, I agree with you that Muslims should understand the spirit of age, but it is also a</w:t>
      </w:r>
      <w:r>
        <w:br/>
      </w:r>
      <w:r>
        <w:rPr>
          <w:sz w:val="20"/>
        </w:rPr>
        <w:t>39:31  reality that there are true incidents which show which show that they have happened against the Muslims, and</w:t>
      </w:r>
      <w:r>
        <w:br/>
      </w:r>
      <w:r>
        <w:rPr>
          <w:sz w:val="20"/>
        </w:rPr>
        <w:t>39:38  the perpetrators have also openly claimed their anti-Islam stand.</w:t>
      </w:r>
      <w:r>
        <w:br/>
      </w:r>
      <w:r>
        <w:rPr>
          <w:sz w:val="20"/>
        </w:rPr>
        <w:t>39:43  why is it that you don't speak against such atrocities? iska jawab bhi wahi dunga main</w:t>
      </w:r>
      <w:r>
        <w:br/>
      </w:r>
      <w:r>
        <w:rPr>
          <w:sz w:val="20"/>
        </w:rPr>
        <w:t>39:50  ke log rizq mein phanse hue hain.</w:t>
      </w:r>
      <w:r>
        <w:br/>
      </w:r>
      <w:r>
        <w:rPr>
          <w:sz w:val="20"/>
        </w:rPr>
        <w:t>39:53  quran ki surah jo hai al mudathir, usko padhiye aap.</w:t>
      </w:r>
      <w:r>
        <w:br/>
      </w:r>
      <w:r>
        <w:rPr>
          <w:sz w:val="20"/>
        </w:rPr>
        <w:t>39:58  rasool Allah se kaha gaya ke dawat ka kaam karo aur rizq ko chodo.</w:t>
      </w:r>
      <w:r>
        <w:br/>
      </w:r>
      <w:r>
        <w:rPr>
          <w:sz w:val="20"/>
        </w:rPr>
        <w:t>40:04  yaani peghambar bhi dawat ka positive kaam sirf is waqt kar sakta tha jab ke rizq ko chhod</w:t>
      </w:r>
      <w:r>
        <w:br/>
      </w:r>
      <w:r>
        <w:rPr>
          <w:sz w:val="20"/>
        </w:rPr>
        <w:t>40:11  de woh.</w:t>
      </w:r>
      <w:r>
        <w:br/>
      </w:r>
      <w:r>
        <w:rPr>
          <w:sz w:val="20"/>
        </w:rPr>
        <w:t>40:13  kyunki rizq jo hai, rizq jo hai, kisi ki conspiracy se nahi aata.</w:t>
      </w:r>
      <w:r>
        <w:br/>
      </w:r>
      <w:r>
        <w:rPr>
          <w:sz w:val="20"/>
        </w:rPr>
        <w:t>40:18  rizq, rizq jo hai, kisi conspiracy se, yaani dushmani se nahi aata.</w:t>
      </w:r>
      <w:r>
        <w:br/>
      </w:r>
      <w:r>
        <w:rPr>
          <w:sz w:val="20"/>
        </w:rPr>
        <w:t>40:24  wo aata hai is is law of nature se ke Allah ne ya creator ne har insaan ko</w:t>
      </w:r>
      <w:r>
        <w:br/>
      </w:r>
      <w:r>
        <w:rPr>
          <w:sz w:val="20"/>
        </w:rPr>
        <w:t>40:31  azadi de di, azadi, total freedom.</w:t>
      </w:r>
      <w:r>
        <w:br/>
      </w:r>
      <w:r>
        <w:rPr>
          <w:sz w:val="20"/>
        </w:rPr>
        <w:t>40:34  to apni freedom ko apne hisab se istemal karne ka.</w:t>
      </w:r>
      <w:r>
        <w:br/>
      </w:r>
      <w:r>
        <w:rPr>
          <w:sz w:val="20"/>
        </w:rPr>
        <w:t>40:38  aap ko lagta hai ke yeh aap ke khilaaf hai to is ko ignore kijiye, is ko mitane</w:t>
      </w:r>
      <w:r>
        <w:br/>
      </w:r>
      <w:r>
        <w:rPr>
          <w:sz w:val="20"/>
        </w:rPr>
        <w:t>40:46  ki koshish mat kijiye, ignore kijiye.</w:t>
      </w:r>
      <w:r>
        <w:br/>
      </w:r>
      <w:r>
        <w:rPr>
          <w:sz w:val="20"/>
        </w:rPr>
        <w:t>40:48  aap ko jo azaadi mili hai, us ko istemaal kijiye.</w:t>
      </w:r>
      <w:r>
        <w:br/>
      </w:r>
      <w:r>
        <w:rPr>
          <w:sz w:val="20"/>
        </w:rPr>
        <w:t>40:53  isi wisdom ko leak kar rahe hain log, is wajah se problem hai.</w:t>
      </w:r>
      <w:r>
        <w:br/>
      </w:r>
      <w:r>
        <w:rPr>
          <w:sz w:val="20"/>
        </w:rPr>
        <w:t>40:58  It is, it is problem created by lack of wisdom.</w:t>
      </w:r>
    </w:p>
    <w:p>
      <w:pPr>
        <w:pStyle w:val="Heading2"/>
      </w:pPr>
      <w:r>
        <w:t>Replanning Requires Accepting Past Mistakes</w:t>
      </w:r>
    </w:p>
    <w:p>
      <w:r>
        <w:rPr>
          <w:color w:val="666666"/>
          <w:sz w:val="18"/>
        </w:rPr>
        <w:t>Life &amp; Wisdom · Good News from Kashmir May 14, 2017 · 1m 55s · at 52:17 · https://youtu.be/2XwuYi_nH28?t=3137</w:t>
      </w:r>
    </w:p>
    <w:p>
      <w:r>
        <w:rPr>
          <w:i/>
        </w:rPr>
        <w:t>“Maulana, replanning all so requires acceptance of past mistakes.”</w:t>
      </w:r>
    </w:p>
    <w:p>
      <w:r>
        <w:rPr>
          <w:sz w:val="20"/>
        </w:rPr>
        <w:t>52:17  "This is the underline statement of today's lecture." مولانا، اگلا سوال ہم لیتے ہیں</w:t>
      </w:r>
      <w:r>
        <w:br/>
      </w:r>
      <w:r>
        <w:rPr>
          <w:sz w:val="20"/>
        </w:rPr>
        <w:t>52:25  jo srinagar se bheja hai naeem sahab ne.</w:t>
      </w:r>
      <w:r>
        <w:br/>
      </w:r>
      <w:r>
        <w:rPr>
          <w:sz w:val="20"/>
        </w:rPr>
        <w:t>52:31  اور انہوں نے لکھا ہے: "مولانا، replanning also requires acceptance of past mistakes۔</w:t>
      </w:r>
      <w:r>
        <w:br/>
      </w:r>
      <w:r>
        <w:rPr>
          <w:sz w:val="20"/>
        </w:rPr>
        <w:t>52:37  My question is even though people of Kashmir want to move ahead, but the leaders there will not</w:t>
      </w:r>
      <w:r>
        <w:br/>
      </w:r>
      <w:r>
        <w:rPr>
          <w:sz w:val="20"/>
        </w:rPr>
        <w:t>52:43  Let them forget past so that the protest and violence continues.</w:t>
      </w:r>
      <w:r>
        <w:br/>
      </w:r>
      <w:r>
        <w:rPr>
          <w:sz w:val="20"/>
        </w:rPr>
        <w:t>52:49  What should the Kashmiri youths do in such a situation? Please advise all</w:t>
      </w:r>
      <w:r>
        <w:br/>
      </w:r>
      <w:r>
        <w:rPr>
          <w:sz w:val="20"/>
        </w:rPr>
        <w:t>52:55  آف اس۔" بس ایک ہی ورڈ ہے: "ignore, ignore, ignore it." بیسٹ فارمولا ہے وہ ہے: "avail the</w:t>
      </w:r>
      <w:r>
        <w:br/>
      </w:r>
      <w:r>
        <w:rPr>
          <w:sz w:val="20"/>
        </w:rPr>
        <w:t>53:02  opportunities, ignore the problem." Ignore them.</w:t>
      </w:r>
      <w:r>
        <w:br/>
      </w:r>
      <w:r>
        <w:rPr>
          <w:sz w:val="20"/>
        </w:rPr>
        <w:t>53:10  اگر ignore کریں تو یہ ان کی موت ہے۔</w:t>
      </w:r>
      <w:r>
        <w:br/>
      </w:r>
      <w:r>
        <w:rPr>
          <w:sz w:val="20"/>
        </w:rPr>
        <w:t>53:17  hazrat umar r.a. ne kehta hai: "sahih kaha tha ke amrit al-batil bisimtanu.</w:t>
      </w:r>
      <w:r>
        <w:br/>
      </w:r>
      <w:r>
        <w:rPr>
          <w:sz w:val="20"/>
        </w:rPr>
        <w:t>53:25  batil ko khatam karo, is ke baray mein chup reh kar.</w:t>
      </w:r>
      <w:r>
        <w:br/>
      </w:r>
      <w:r>
        <w:rPr>
          <w:sz w:val="20"/>
        </w:rPr>
        <w:t>53:30  batil ko khatam karo, is ke baray mein chup reh kar.</w:t>
      </w:r>
      <w:r>
        <w:br/>
      </w:r>
      <w:r>
        <w:rPr>
          <w:sz w:val="20"/>
        </w:rPr>
        <w:t>53:35  bas chup rahiye, woh khud hi apni maut mar jayen gay." woh log molana, ek aur comment lena</w:t>
      </w:r>
      <w:r>
        <w:br/>
      </w:r>
      <w:r>
        <w:rPr>
          <w:sz w:val="20"/>
        </w:rPr>
        <w:t>53:40  chahen gay aglay sawal se pehlay.</w:t>
      </w:r>
      <w:r>
        <w:br/>
      </w:r>
      <w:r>
        <w:rPr>
          <w:sz w:val="20"/>
        </w:rPr>
        <w:t>53:45  ah, doctor najma siddiqui ne dilli se comment comment bheja hai.</w:t>
      </w:r>
      <w:r>
        <w:br/>
      </w:r>
      <w:r>
        <w:rPr>
          <w:sz w:val="20"/>
        </w:rPr>
        <w:t>53:50  انہوں نے لکھا ہے: "مولانا، I enjoy the class sitting directly in front of you after more than three months</w:t>
      </w:r>
      <w:r>
        <w:br/>
      </w:r>
      <w:r>
        <w:rPr>
          <w:sz w:val="20"/>
        </w:rPr>
        <w:t>53:55  and learned great lesson.</w:t>
      </w:r>
      <w:r>
        <w:br/>
      </w:r>
      <w:r>
        <w:rPr>
          <w:sz w:val="20"/>
        </w:rPr>
        <w:t>53:59  thank you for welcoming and making dua for me.</w:t>
      </w:r>
      <w:r>
        <w:br/>
      </w:r>
      <w:r>
        <w:rPr>
          <w:sz w:val="20"/>
        </w:rPr>
        <w:t>54:04  allah will surely help me in reviving my heart.</w:t>
      </w:r>
      <w:r>
        <w:br/>
      </w:r>
      <w:r>
        <w:rPr>
          <w:sz w:val="20"/>
        </w:rPr>
        <w:t>54:08  i have full trust in him." inshallah.</w:t>
      </w:r>
    </w:p>
    <w:p>
      <w:pPr>
        <w:pStyle w:val="Heading2"/>
      </w:pPr>
      <w:r>
        <w:t>Request for biography material of Maulana</w:t>
      </w:r>
    </w:p>
    <w:p>
      <w:r>
        <w:rPr>
          <w:color w:val="666666"/>
          <w:sz w:val="18"/>
        </w:rPr>
        <w:t>Life &amp; Wisdom · Islam and Science (In Conversation with Maulana) · 56s · at 16:34 · https://youtu.be/pKS94tSXlT4?t=994</w:t>
      </w:r>
    </w:p>
    <w:p>
      <w:r>
        <w:rPr>
          <w:i/>
        </w:rPr>
        <w:t>“My question is: If there is any book or material on Maulana's biography, please provide a reference. And if no book or material exists, then I request CPS members to prepare some material on Maulana's biography so that people can get guidance from it in their lives.”</w:t>
      </w:r>
    </w:p>
    <w:p>
      <w:r>
        <w:rPr>
          <w:sz w:val="20"/>
        </w:rPr>
        <w:t>16:34  agla sawal maulana karachi pakistan se miss saira latif ka hai. unhon ne likha hai: "mera sawal yeh hai ke maulana ke sawaneh umri yani biography par agar koi kitab ya mawad kahin maujood hon to is ka hawala dijiye.</w:t>
      </w:r>
      <w:r>
        <w:br/>
      </w:r>
      <w:r>
        <w:rPr>
          <w:sz w:val="20"/>
        </w:rPr>
        <w:t>16:52  aur agar kitab ya mawad maujood na hon to phir mein cps ke arkan se request karti hoon ke woh maulana ke sawaneh umri par kuch mawad tayar karen taake log is se apni zindagi mein rehnumai hasil karen."</w:t>
      </w:r>
      <w:r>
        <w:br/>
      </w:r>
      <w:r>
        <w:rPr>
          <w:sz w:val="20"/>
        </w:rPr>
        <w:t>17:10  aisi koi kitab abhi to likhi nahi gayi hai. baqi aage kya hoga, woh allah behtar janta hai. abhi hum is position mein nahi hain ke aap ko koi hum is hisse mein koi hawala de saken.</w:t>
      </w:r>
      <w:r>
        <w:br/>
      </w:r>
      <w:r>
        <w:rPr>
          <w:sz w:val="20"/>
        </w:rPr>
        <w:t>17:23  yeh aage ki baat hai aur allah aage ilm sirf allah ka hota hai.</w:t>
      </w:r>
    </w:p>
    <w:p>
      <w:pPr>
        <w:pStyle w:val="Heading2"/>
      </w:pPr>
      <w:r>
        <w:t>Requirements for re-planning after failure</w:t>
      </w:r>
    </w:p>
    <w:p>
      <w:r>
        <w:rPr>
          <w:color w:val="666666"/>
          <w:sz w:val="18"/>
        </w:rPr>
        <w:t>Life &amp; Wisdom · 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Role of Sakinah in Worldly Success</w:t>
      </w:r>
    </w:p>
    <w:p>
      <w:r>
        <w:rPr>
          <w:color w:val="666666"/>
          <w:sz w:val="18"/>
        </w:rPr>
        <w:t>Life &amp; Wisdom · Man and Angels April 27, 2014 · 1m 48s · at 46:01 · https://youtu.be/b3fk1cakPeo?t=2761</w:t>
      </w:r>
    </w:p>
    <w:p>
      <w:r>
        <w:rPr>
          <w:i/>
        </w:rPr>
        <w:t>“What is the role of sakinah (tranquility) in worldly success?”</w:t>
      </w:r>
    </w:p>
    <w:p>
      <w:r>
        <w:rPr>
          <w:sz w:val="20"/>
        </w:rPr>
        <w:t>46:01  Masha Allah. Maulana, agla jo sawal hai woh Pakistan se aaya hai Aamir bin Yusuf sahib ka. unhon ne likha hai: "Dunya ki kamyabi mein sakina ka kya role hai?" Maulana, is ko wazeh karen.</w:t>
      </w:r>
      <w:r>
        <w:br/>
      </w:r>
      <w:r>
        <w:rPr>
          <w:sz w:val="20"/>
        </w:rPr>
        <w:t>46:19  Dunya ki kamyabi musalman ki manzil hi nahi hai. Dunya mein faqat zaroorat manzil hai musalman ki. yeh bohat bada dhoka hai jis ko kehte hain falah daren.</w:t>
      </w:r>
      <w:r>
        <w:br/>
      </w:r>
      <w:r>
        <w:rPr>
          <w:sz w:val="20"/>
        </w:rPr>
        <w:t>46:33  Falah dunya, yeh musalmanon ka eejad kardah hai.</w:t>
      </w:r>
      <w:r>
        <w:br/>
      </w:r>
      <w:r>
        <w:rPr>
          <w:sz w:val="20"/>
        </w:rPr>
        <w:t>46:40  Dunya mein aap ko kam par razi hona padega. Simple life par razi hona padega. Faqat zaroorat par razi hona padega. Warna aap jo duty hai, duty, shahadat haq ki aur dawat Allah ki, woh duty aap anjam nahi de sakte.</w:t>
      </w:r>
      <w:r>
        <w:br/>
      </w:r>
      <w:r>
        <w:rPr>
          <w:sz w:val="20"/>
        </w:rPr>
        <w:t>46:56  Khali apni family ke liye jeeyenge aur family ke liye marenge. log kamate hain, bas family par kharch karte hain. yeh to haram se zyada buri cheez hai yeh.</w:t>
      </w:r>
      <w:r>
        <w:br/>
      </w:r>
      <w:r>
        <w:rPr>
          <w:sz w:val="20"/>
        </w:rPr>
        <w:t>47:06  Yaad rakhiye. yeh kama kama kar family par kharch karna, yeh haram se zyada bura hai yeh. aap kamaiye aur faqat zaroorat apne liye, baqi sab dawah ke kaam ke liye.</w:t>
      </w:r>
      <w:r>
        <w:br/>
      </w:r>
      <w:r>
        <w:rPr>
          <w:sz w:val="20"/>
        </w:rPr>
        <w:t>47:22  Yusallun ka mawad yunfiqun qul al-afiyah. yaani apni kamai mein se faqat zaroorat apne liye lo. baqi sab dawah ke aur shahadat ke liye, Allah ke mission ke liye kharch karo.</w:t>
      </w:r>
      <w:r>
        <w:br/>
      </w:r>
      <w:r>
        <w:rPr>
          <w:sz w:val="20"/>
        </w:rPr>
        <w:t>47:36  Baqi jo musalmanon ne khud se bana rakha hai, woh musalmanon ka apna deen hai. woh apna Self-instilled deen hai.</w:t>
      </w:r>
      <w:r>
        <w:br/>
      </w:r>
      <w:r>
        <w:rPr>
          <w:sz w:val="20"/>
        </w:rPr>
        <w:t>47:45  Unhon ne Invent kar rakha hai. woh Allah ke haan accepted nahi hai woh.</w:t>
      </w:r>
    </w:p>
    <w:p>
      <w:pPr>
        <w:pStyle w:val="Heading2"/>
      </w:pPr>
      <w:r>
        <w:t>Role of patience in availing history</w:t>
      </w:r>
    </w:p>
    <w:p>
      <w:r>
        <w:rPr>
          <w:color w:val="666666"/>
          <w:sz w:val="18"/>
        </w:rPr>
        <w:t>Life &amp; Wisdom · History of Kaaba March 19, 2017 · 56s · at 58:00 · https://youtu.be/HPvWnoueeqg?t=3480</w:t>
      </w:r>
    </w:p>
    <w:p>
      <w:r>
        <w:rPr>
          <w:i/>
        </w:rPr>
        <w:t>“We can avail history by not confronting with it to reshape it. This can be done by adjusting with situations and availing the opportunities we find. My question is: what is the role of patience and صبر in this?”</w:t>
      </w:r>
    </w:p>
    <w:p>
      <w:r>
        <w:rPr>
          <w:sz w:val="20"/>
        </w:rPr>
        <w:t>58:00  ji maulana agla sawal miss naghma siddiqui ne bheja hai dilli se unhon ne likha hai we can avail history by not confronting with it to reshape it</w:t>
      </w:r>
      <w:r>
        <w:br/>
      </w:r>
      <w:r>
        <w:rPr>
          <w:sz w:val="20"/>
        </w:rPr>
        <w:t>58:13  this can be done by adjusting with situations and availing the opportunities we find my question is what is the role of patience aur sabr in this</w:t>
      </w:r>
      <w:r>
        <w:br/>
      </w:r>
      <w:r>
        <w:rPr>
          <w:sz w:val="20"/>
        </w:rPr>
        <w:t>58:27  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pStyle w:val="Heading2"/>
      </w:pPr>
      <w:r>
        <w:t>Should education be both secular and religious</w:t>
      </w:r>
    </w:p>
    <w:p>
      <w:r>
        <w:rPr>
          <w:color w:val="666666"/>
          <w:sz w:val="18"/>
        </w:rPr>
        <w:t>Life &amp; Wisdom · The Issues of Islam in the Present World November 11, 2012 · 1m 59s · at 1:08:05 · https://youtu.be/COoaUbCCi1c?t=4085</w:t>
      </w:r>
    </w:p>
    <w:p>
      <w:r>
        <w:rPr>
          <w:i/>
        </w:rPr>
        <w:t>“As you said, the starting point is education. Is it both secular and religious?”</w:t>
      </w:r>
    </w:p>
    <w:p>
      <w:r>
        <w:rPr>
          <w:sz w:val="20"/>
        </w:rPr>
        <w:t>1:08:05  Maulana, unka ek aur sawal hai, unhon ne aapse poocha hai: "as you said, starting point is education. is it both secular and religious</w:t>
      </w:r>
      <w:r>
        <w:br/>
      </w:r>
      <w:r>
        <w:rPr>
          <w:sz w:val="20"/>
        </w:rPr>
        <w:t>1:08:16  ?" ya dono, dono,</w:t>
      </w:r>
      <w:r>
        <w:br/>
      </w:r>
      <w:r>
        <w:rPr>
          <w:sz w:val="20"/>
        </w:rPr>
        <w:t>1:08:22  donon lazman, donon. Warna agar donon mein se ek cheez bhi chhootay gi to</w:t>
      </w:r>
      <w:r>
        <w:br/>
      </w:r>
      <w:r>
        <w:rPr>
          <w:sz w:val="20"/>
        </w:rPr>
        <w:t>1:08:33  waise hi hoga jaise ke ke hum khana khalis chawal bharein, chawal se pait bharein to hum hamari sehat achhi nahi ho sakti.</w:t>
      </w:r>
      <w:r>
        <w:br/>
      </w:r>
      <w:r>
        <w:rPr>
          <w:sz w:val="20"/>
        </w:rPr>
        <w:t>1:08:42  kyun ke aap jante hain ke beans diet darkar hai. Beans diet na ho, ek hi cheez se bhare pait apna</w:t>
      </w:r>
      <w:r>
        <w:br/>
      </w:r>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r>
        <w:br/>
      </w:r>
      <w:r>
        <w:rPr>
          <w:sz w:val="20"/>
        </w:rPr>
        <w:t>1:09:43  main khud bhi dekhiye, meri taleem madrasay mein hui, us ke baad main bees baras tak sirf angrezi parta raha, ek dam andha dhund angrezi parta raha.</w:t>
      </w:r>
      <w:r>
        <w:br/>
      </w:r>
      <w:r>
        <w:rPr>
          <w:sz w:val="20"/>
        </w:rPr>
        <w:t>1:09:56  tab main ne dunya ko bhi jana aur Islam ko bhi jana. Yeh to donon cheezein zaroori hain.</w:t>
      </w:r>
    </w:p>
    <w:p>
      <w:pPr>
        <w:pStyle w:val="Heading2"/>
      </w:pPr>
      <w:r>
        <w:t>Should we not fulfill our desires in this world?</w:t>
      </w:r>
    </w:p>
    <w:p>
      <w:r>
        <w:rPr>
          <w:color w:val="666666"/>
          <w:sz w:val="18"/>
        </w:rPr>
        <w:t>Life &amp; Wisdom · Pillars of Western Thought October 6, 2013 · 1m 21s · at 57:58 · https://youtu.be/o4WfPvju5_M?t=3478</w:t>
      </w:r>
    </w:p>
    <w:p>
      <w:r>
        <w:rPr>
          <w:i/>
        </w:rPr>
        <w:t>“You mentioned ideal world and desires few times. By saying this is not the ideal world, do you really mean that we should not fulfill our desires?”</w:t>
      </w:r>
    </w:p>
    <w:p>
      <w:r>
        <w:rPr>
          <w:sz w:val="20"/>
        </w:rPr>
        <w:t>57:58  Maulana, agla sawal Delhi se hai. Syed Ahmed Ali sahab ka. unhon ne likha hai: "You mentioned ideal world and desires few times</w:t>
      </w:r>
      <w:r>
        <w:br/>
      </w:r>
      <w:r>
        <w:rPr>
          <w:sz w:val="20"/>
        </w:rPr>
        <w:t>58:06  . by saying this is not the ideal world, do you really mean that we should not fulfill our desires?" ji haan, bilkul sahi hai.</w:t>
      </w:r>
      <w:r>
        <w:br/>
      </w:r>
      <w:r>
        <w:rPr>
          <w:sz w:val="20"/>
        </w:rPr>
        <w:t>58:16  aap ki desire sirf akhirat mein, jannat mein poori ho sakti hai, duniya mein nahi. kisi ki bhi poori nahi ho sakti. is duniya ko Allah taala ne banaya hi nahi ke haan aap ko fulfillment hasil ho.</w:t>
      </w:r>
      <w:r>
        <w:br/>
      </w:r>
      <w:r>
        <w:rPr>
          <w:sz w:val="20"/>
        </w:rPr>
        <w:t>58:30  fulfillment is duniya mein aap ko nahi ho sakta.</w:t>
      </w:r>
      <w:r>
        <w:br/>
      </w:r>
      <w:r>
        <w:rPr>
          <w:sz w:val="20"/>
        </w:rPr>
        <w:t>58:34  yeh to Quran mein hai jannat ke bare mein: "wa lakum fiha ma tashtahi anfusukum".</w:t>
      </w:r>
      <w:r>
        <w:br/>
      </w:r>
      <w:r>
        <w:rPr>
          <w:sz w:val="20"/>
        </w:rPr>
        <w:t>58:43  wa lakum fiha ma tashtahi anfusukum. jo tum chahte ho, wo jannat mein milega tum ko</w:t>
      </w:r>
      <w:r>
        <w:br/>
      </w:r>
      <w:r>
        <w:rPr>
          <w:sz w:val="20"/>
        </w:rPr>
        <w:t>58:48  ya nahi.</w:t>
      </w:r>
      <w:r>
        <w:br/>
      </w:r>
      <w:r>
        <w:rPr>
          <w:sz w:val="20"/>
        </w:rPr>
        <w:t>58:52  yeh duniya to imtehan ke liye bani hai. imtehan ke ma'ne ke ek bohat hi limited period ke liye yahan aap ko rehna hai.</w:t>
      </w:r>
      <w:r>
        <w:br/>
      </w:r>
      <w:r>
        <w:rPr>
          <w:sz w:val="20"/>
        </w:rPr>
        <w:t>59:01  to agar aap chahein yahin fulfillment karna apna, jaise ke freud ke maanne wale chahte hain, to woh possible hi nahin.</w:t>
      </w:r>
      <w:r>
        <w:br/>
      </w:r>
      <w:r>
        <w:rPr>
          <w:sz w:val="20"/>
        </w:rPr>
        <w:t>59:10  isi liye woh log, in ka anjam kya hota hai ke aakhir mein pressure mein marte hain. woh</w:t>
      </w:r>
    </w:p>
    <w:p>
      <w:pPr>
        <w:pStyle w:val="Heading2"/>
      </w:pPr>
      <w:r>
        <w:t>Starting a New Duty</w:t>
      </w:r>
    </w:p>
    <w:p>
      <w:r>
        <w:rPr>
          <w:color w:val="666666"/>
          <w:sz w:val="18"/>
        </w:rPr>
        <w:t>Life &amp; Wisdom · Dars-e-Quran, Chapter 2, Verse 35 | December 17, 2017 · 1m 24s · at 1:12:11 · https://youtu.be/Cd8MlWM7B9w?t=4331</w:t>
      </w:r>
    </w:p>
    <w:p>
      <w:r>
        <w:rPr>
          <w:i/>
        </w:rPr>
        <w:t>“When we take a decision to start off with a new duty and in any...”</w:t>
      </w:r>
    </w:p>
    <w:p>
      <w:r>
        <w:rPr>
          <w:sz w:val="20"/>
        </w:rPr>
        <w:t>1:12:11  maulana, agla sawal bheja hai miss shabana khatoon ne.</w:t>
      </w:r>
      <w:r>
        <w:br/>
      </w:r>
      <w:r>
        <w:rPr>
          <w:sz w:val="20"/>
        </w:rPr>
        <w:t>1:12:17  unho ne apni location nahi likhi hai.</w:t>
      </w:r>
      <w:r>
        <w:br/>
      </w:r>
      <w:r>
        <w:rPr>
          <w:sz w:val="20"/>
        </w:rPr>
        <w:t>1:12:23  ان کا سوال ہے، when we take a decision to start off with a new duty or in any</w:t>
      </w:r>
      <w:r>
        <w:br/>
      </w:r>
      <w:r>
        <w:rPr>
          <w:sz w:val="20"/>
        </w:rPr>
        <w:t>1:12:29  kind of work, how will I understand whether it is from Allah who is guiding us towards something</w:t>
      </w:r>
      <w:r>
        <w:br/>
      </w:r>
      <w:r>
        <w:rPr>
          <w:sz w:val="20"/>
        </w:rPr>
        <w:t>1:12:35  Good or is it through Satan who is tempting us to get into it? Please add</w:t>
      </w:r>
      <w:r>
        <w:br/>
      </w:r>
      <w:r>
        <w:rPr>
          <w:sz w:val="20"/>
        </w:rPr>
        <w:t>1:12:41  voice is.</w:t>
      </w:r>
      <w:r>
        <w:br/>
      </w:r>
      <w:r>
        <w:rPr>
          <w:sz w:val="20"/>
        </w:rPr>
        <w:t>1:12:46  ka matlab hai ke Maulana woh yeh poochna chah rahe hain ke kuch bhi agar kaam koi start</w:t>
      </w:r>
      <w:r>
        <w:br/>
      </w:r>
      <w:r>
        <w:rPr>
          <w:sz w:val="20"/>
        </w:rPr>
        <w:t>1:12:50  karta hai to yeh kaise pata chalega ke woh Allah ki taraf se hai ya Shaitan ki</w:t>
      </w:r>
      <w:r>
        <w:br/>
      </w:r>
      <w:r>
        <w:rPr>
          <w:sz w:val="20"/>
        </w:rPr>
        <w:t>1:12:54  taraf se hai? Kaise hum janen ke jo hum kaam naya kaam start karne ja rahe hain? Dekhen,</w:t>
      </w:r>
      <w:r>
        <w:br/>
      </w:r>
      <w:r>
        <w:rPr>
          <w:sz w:val="20"/>
        </w:rPr>
        <w:t>1:12:59  vague question ka main jawab nahi de sakta.</w:t>
      </w:r>
      <w:r>
        <w:br/>
      </w:r>
      <w:r>
        <w:rPr>
          <w:sz w:val="20"/>
        </w:rPr>
        <w:t>1:13:03  yeh to vague question hai.</w:t>
      </w:r>
      <w:r>
        <w:br/>
      </w:r>
      <w:r>
        <w:rPr>
          <w:sz w:val="20"/>
        </w:rPr>
        <w:t>1:13:07  main usooli tor par yeh kahunga ke har insan ke andar consciousness hai. Consciousness to</w:t>
      </w:r>
      <w:r>
        <w:br/>
      </w:r>
      <w:r>
        <w:rPr>
          <w:sz w:val="20"/>
        </w:rPr>
        <w:t>1:13:12  apne consciousness se poochiye.</w:t>
      </w:r>
      <w:r>
        <w:br/>
      </w:r>
      <w:r>
        <w:rPr>
          <w:sz w:val="20"/>
        </w:rPr>
        <w:t>1:13:18  hadees mein aata hai ke woh istafti qalb ka apne dil se fatwa poochho.</w:t>
      </w:r>
      <w:r>
        <w:br/>
      </w:r>
      <w:r>
        <w:rPr>
          <w:sz w:val="20"/>
        </w:rPr>
        <w:t>1:13:24  matlab apne consciousness ko follow karo.</w:t>
      </w:r>
      <w:r>
        <w:br/>
      </w:r>
      <w:r>
        <w:rPr>
          <w:sz w:val="20"/>
        </w:rPr>
        <w:t>1:13:30  usoolee tor par main yeh bata sakta hoon ke apne consciousness ko follow kijiye.</w:t>
      </w:r>
    </w:p>
    <w:p>
      <w:pPr>
        <w:pStyle w:val="Heading2"/>
      </w:pPr>
      <w:r>
        <w:t>Starting point for realistic planning</w:t>
      </w:r>
    </w:p>
    <w:p>
      <w:r>
        <w:rPr>
          <w:color w:val="666666"/>
          <w:sz w:val="18"/>
        </w:rPr>
        <w:t>Life &amp; Wisdom · Modern Age June 9, 2019 Maulana Wahiduddin Khan · 1m 50s · at 47:55 · https://youtu.be/7mjCvAvHEdA?t=2875</w:t>
      </w:r>
    </w:p>
    <w:p>
      <w:r>
        <w:rPr>
          <w:i/>
        </w:rPr>
        <w:t>“Molana, today's lecture was eye opening. I learned that it is realistic planning without complaining that works. My question is, what should be starting point for this type of planning? I think the first thing is, if a person has failed, the first step is to stop blaming others.”</w:t>
      </w:r>
    </w:p>
    <w:p>
      <w:r>
        <w:rPr>
          <w:sz w:val="20"/>
        </w:rPr>
        <w:t>47:55  Jazak Allah." Maulana, agla sawal bheja hai Dr Junaid Sheikh ne Mumbai se. Unhon ne likha hai, "Maulana, today's lecture was eye opening.</w:t>
      </w:r>
      <w:r>
        <w:br/>
      </w:r>
      <w:r>
        <w:rPr>
          <w:sz w:val="20"/>
        </w:rPr>
        <w:t>48:07  I learned that it is realistic planning without complaining that works.</w:t>
      </w:r>
      <w:r>
        <w:br/>
      </w:r>
      <w:r>
        <w:rPr>
          <w:sz w:val="20"/>
        </w:rPr>
        <w:t>48:14  My question is, what should be starting point for this type of planning?" Main to yeh sochta hoon ke sab se pehla jo kaam hai, agar aadmi fail ho gaya hai to sab se pehla kaam yeh hai ke doosre ko blame dena chhod de.</w:t>
      </w:r>
      <w:r>
        <w:br/>
      </w:r>
      <w:r>
        <w:rPr>
          <w:sz w:val="20"/>
        </w:rPr>
        <w:t>48:35  doosre ko blame dena chhod de. Woh sirf aik hi cheez par sara focus kare. Where I was wrong?</w:t>
      </w:r>
      <w:r>
        <w:br/>
      </w:r>
      <w:r>
        <w:rPr>
          <w:sz w:val="20"/>
        </w:rPr>
        <w:t>48:46  Where I was wrong?</w:t>
      </w:r>
      <w:r>
        <w:br/>
      </w:r>
      <w:r>
        <w:rPr>
          <w:sz w:val="20"/>
        </w:rPr>
        <w:t>48:48  Yeh yeh agar aadmi ke andar sihas hai to is ki kamyabi koi koi rok nahin sakta.</w:t>
      </w:r>
      <w:r>
        <w:br/>
      </w:r>
      <w:r>
        <w:rPr>
          <w:sz w:val="20"/>
        </w:rPr>
        <w:t>49:02  aisi cheez yeh aise insaan ke liye ke woh yeh jaane ke where I was wrong. Doosre ko ilzam dena, saazish ki nishandahi karna, yeh sab falsehood mein jeena hai.</w:t>
      </w:r>
      <w:r>
        <w:br/>
      </w:r>
      <w:r>
        <w:rPr>
          <w:sz w:val="20"/>
        </w:rPr>
        <w:t>49:16  yaad rakhiye, jo doosre ko ilzam de, jo doosre ka zulm bataye, woh falsehood mein jee raha hai.</w:t>
      </w:r>
      <w:r>
        <w:br/>
      </w:r>
      <w:r>
        <w:rPr>
          <w:sz w:val="20"/>
        </w:rPr>
        <w:t>49:25  aur falsehood mein jeene wala to kabhi kamyab nahin ho sakta. Saare log jis se poochein, bas woh saazish ka zikr karein ge.</w:t>
      </w:r>
      <w:r>
        <w:br/>
      </w:r>
      <w:r>
        <w:rPr>
          <w:sz w:val="20"/>
        </w:rPr>
        <w:t>49:34  saazish, zulm, yeh to falsehood mein jeena hai. Yeh to koi jeena nahin hai.</w:t>
      </w:r>
    </w:p>
    <w:p>
      <w:pPr>
        <w:pStyle w:val="Heading2"/>
      </w:pPr>
      <w:r>
        <w:t>Starting point to gain wisdom</w:t>
      </w:r>
    </w:p>
    <w:p>
      <w:r>
        <w:rPr>
          <w:color w:val="666666"/>
          <w:sz w:val="18"/>
        </w:rPr>
        <w:t>Life &amp; Wisdom · Islamic Wisdom July 17, 2016 · 1m 18s · at 47:08 · https://youtu.be/jB4ugN0K-AM?t=2828</w:t>
      </w:r>
    </w:p>
    <w:p>
      <w:r>
        <w:rPr>
          <w:i/>
        </w:rPr>
        <w:t>“What is the starting point for any person to gain wisdom? How can one become wise? Please advise.”</w:t>
      </w:r>
    </w:p>
    <w:p>
      <w:r>
        <w:rPr>
          <w:sz w:val="20"/>
        </w:rPr>
        <w:t>47:08  maulana, agla sawal kya hai muradabad se muhammad idrees sahib ne, aur unhon ne aap se poocha</w:t>
      </w:r>
      <w:r>
        <w:br/>
      </w:r>
      <w:r>
        <w:rPr>
          <w:sz w:val="20"/>
        </w:rPr>
        <w:t>47:16  ہے: "مولانا، what is the starting point for any person to gain wisdom? How can one become wise?</w:t>
      </w:r>
      <w:r>
        <w:br/>
      </w:r>
      <w:r>
        <w:rPr>
          <w:sz w:val="20"/>
        </w:rPr>
        <w:t>47:23  please advise us." dekhen, wisdom ka yaani wise banne ka jo raaz hai, woh hai 100 percent objective</w:t>
      </w:r>
      <w:r>
        <w:br/>
      </w:r>
      <w:r>
        <w:rPr>
          <w:sz w:val="20"/>
        </w:rPr>
        <w:t>47:31  banna.</w:t>
      </w:r>
      <w:r>
        <w:br/>
      </w:r>
      <w:r>
        <w:rPr>
          <w:sz w:val="20"/>
        </w:rPr>
        <w:t>47:32  ab jaise abhi sawal aaya ke log chahte hain ke un ka aap na bataya jaye, to wisdom</w:t>
      </w:r>
      <w:r>
        <w:br/>
      </w:r>
      <w:r>
        <w:rPr>
          <w:sz w:val="20"/>
        </w:rPr>
        <w:t>47:40  kahan se aye gi in ko? wais aadmi chahe ke batao mujh ko taake main is ko correction</w:t>
      </w:r>
      <w:r>
        <w:br/>
      </w:r>
      <w:r>
        <w:rPr>
          <w:sz w:val="20"/>
        </w:rPr>
        <w:t>47:48  karoon.</w:t>
      </w:r>
      <w:r>
        <w:br/>
      </w:r>
      <w:r>
        <w:rPr>
          <w:sz w:val="20"/>
        </w:rPr>
        <w:t>47:49  musalmanon ka to yeh mizaj jo aa gaya hai ke musalmanon ke aap ko na batao, chhupao is</w:t>
      </w:r>
      <w:r>
        <w:br/>
      </w:r>
      <w:r>
        <w:rPr>
          <w:sz w:val="20"/>
        </w:rPr>
        <w:t>47:57  ko, yahi to wisdom ki jar kaat deta hai.</w:t>
      </w:r>
      <w:r>
        <w:br/>
      </w:r>
      <w:r>
        <w:rPr>
          <w:sz w:val="20"/>
        </w:rPr>
        <w:t>48:01  wisdom jab aye gi jab aap open, poore khule tor par logon ki criticism ko sunen, logon ke</w:t>
      </w:r>
      <w:r>
        <w:br/>
      </w:r>
      <w:r>
        <w:rPr>
          <w:sz w:val="20"/>
        </w:rPr>
        <w:t>48:09  tanqeed ko sunen, aur khud bhi apne bare mein introspection karen.</w:t>
      </w:r>
      <w:r>
        <w:br/>
      </w:r>
      <w:r>
        <w:rPr>
          <w:sz w:val="20"/>
        </w:rPr>
        <w:t>48:13  yani main kaha karta hoon ke merciless introspection yahi wisdom ka sira hai.</w:t>
      </w:r>
      <w:r>
        <w:br/>
      </w:r>
      <w:r>
        <w:rPr>
          <w:sz w:val="20"/>
        </w:rPr>
        <w:t>48:19  apna merciless introspection kijiye, is ke baad wisdom aap ko hazir ho jaye gi.</w:t>
      </w:r>
    </w:p>
    <w:p>
      <w:pPr>
        <w:pStyle w:val="Heading2"/>
      </w:pPr>
      <w:r>
        <w:t>The reason for individual differences</w:t>
      </w:r>
    </w:p>
    <w:p>
      <w:r>
        <w:rPr>
          <w:color w:val="666666"/>
          <w:sz w:val="18"/>
        </w:rPr>
        <w:t>Life &amp; Wisdom · Interpretation of History October 23, 2016 · 1m 18s · at 59:45 · https://youtu.be/P-JhH3q-Mdg?t=3585</w:t>
      </w:r>
    </w:p>
    <w:p>
      <w:r>
        <w:rPr>
          <w:i/>
        </w:rPr>
        <w:t>“What is the reason that every individual is Mr. different and Miss different?”</w:t>
      </w:r>
    </w:p>
    <w:p>
      <w:r>
        <w:rPr>
          <w:sz w:val="20"/>
        </w:rPr>
        <w:t>59:45  maulana, agla sawal dilli se kya hai ajay devi sahib ne.</w:t>
      </w:r>
      <w:r>
        <w:br/>
      </w:r>
      <w:r>
        <w:rPr>
          <w:sz w:val="20"/>
        </w:rPr>
        <w:t>59:51  unhon ne likha hai: "maulana, what is the reason that every individual is mr.</w:t>
      </w:r>
      <w:r>
        <w:br/>
      </w:r>
      <w:r>
        <w:rPr>
          <w:sz w:val="20"/>
        </w:rPr>
        <w:t>59:57  different and miss different?"</w:t>
      </w:r>
      <w:r>
        <w:br/>
      </w:r>
      <w:r>
        <w:rPr>
          <w:sz w:val="20"/>
        </w:rPr>
        <w:t>1:00:04  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pStyle w:val="Heading2"/>
      </w:pPr>
      <w:r>
        <w:t>Traditional versus modern style</w:t>
      </w:r>
    </w:p>
    <w:p>
      <w:r>
        <w:rPr>
          <w:color w:val="666666"/>
          <w:sz w:val="18"/>
        </w:rPr>
        <w:t>Life &amp; Wisdom · The Existence of God-7th October 2012 · 33s · at 1:17:58 · https://youtu.be/XWFqKwm-LPM?t=4678</w:t>
      </w:r>
    </w:p>
    <w:p>
      <w:r>
        <w:rPr>
          <w:i/>
        </w:rPr>
        <w:t>“What is the difference between the traditional style and the modern style?”</w:t>
      </w:r>
    </w:p>
    <w:p>
      <w:r>
        <w:rPr>
          <w:sz w:val="20"/>
        </w:rPr>
        <w:t>1:17:58  maulana, un ka ek aur sawal hai, unhon ne aap se poocha hai ke rawaiyati usloob aur asri</w:t>
      </w:r>
      <w:r>
        <w:br/>
      </w:r>
      <w:r>
        <w:rPr>
          <w:sz w:val="20"/>
        </w:rPr>
        <w:t>1:18:05  usloob mein kya antar hai? is ke baray mein batayein.</w:t>
      </w:r>
      <w:r>
        <w:br/>
      </w:r>
      <w:r>
        <w:rPr>
          <w:sz w:val="20"/>
        </w:rPr>
        <w:t>1:18:12  is ka antar hum lafzon mein nahi batate, aap kitabein padhiye, aap to aap ko maloom ho jaye ga.</w:t>
      </w:r>
      <w:r>
        <w:br/>
      </w:r>
      <w:r>
        <w:rPr>
          <w:sz w:val="20"/>
        </w:rPr>
        <w:t>1:18:18  yeh kitabon ko padhne se nikal gaya, yeh hmm, yeh nikal gaya, yeh nikal gaya.</w:t>
      </w:r>
      <w:r>
        <w:br/>
      </w:r>
      <w:r>
        <w:rPr>
          <w:sz w:val="20"/>
        </w:rPr>
        <w:t>1:18:25  sab ji acha, yeh to aap kitabein padhiye to aap samajh jayenge lafzon mein hum kya kar sakte hain.</w:t>
      </w:r>
    </w:p>
    <w:p>
      <w:pPr>
        <w:pStyle w:val="Heading2"/>
      </w:pPr>
      <w:r>
        <w:t>Unawareness of death reality</w:t>
      </w:r>
    </w:p>
    <w:p>
      <w:r>
        <w:rPr>
          <w:color w:val="666666"/>
          <w:sz w:val="18"/>
        </w:rPr>
        <w:t>Life &amp; Wisdom · Life after Death I 22nd Jan. 2012 Maulana Wahiduddin Khan · 1m 57s · at 1:13:35 · https://youtu.be/Pa8c09DFrkA?t=4415</w:t>
      </w:r>
    </w:p>
    <w:p>
      <w:r>
        <w:rPr>
          <w:i/>
        </w:rPr>
        <w:t>“Death is man's biggest reality. Why does he stay unaware of it?”</w:t>
      </w:r>
    </w:p>
    <w:p>
      <w:r>
        <w:rPr>
          <w:sz w:val="20"/>
        </w:rPr>
        <w:t>1:13:35  maulana, agla sawal dilli se hai, miss naghma siddiqi ka. unhon ne poocha hai Death is man's biggest reality.</w:t>
      </w:r>
      <w:r>
        <w:br/>
      </w:r>
      <w:r>
        <w:rPr>
          <w:sz w:val="20"/>
        </w:rPr>
        <w:t>1:13:43  Why does he stay unaware of it? bhai to shaitan ka sab se bara harba hai. shaitan chahta hai ke</w:t>
      </w:r>
      <w:r>
        <w:br/>
      </w:r>
      <w:r>
        <w:rPr>
          <w:sz w:val="20"/>
        </w:rPr>
        <w:t>1:13:53  maut se aadmi ko bhulaye rakhe, maut ko bhulaye rakhe. kyunke maut aayegi to aadmi ki zindagi badal jayegi bilkul.</w:t>
      </w:r>
      <w:r>
        <w:br/>
      </w:r>
      <w:r>
        <w:rPr>
          <w:sz w:val="20"/>
        </w:rPr>
        <w:t>1:14:05  to yeh shaitan ka main samajhta hoon ke sab se bara harba yeh hai ke aadmi ko</w:t>
      </w:r>
      <w:r>
        <w:br/>
      </w:r>
      <w:r>
        <w:rPr>
          <w:sz w:val="20"/>
        </w:rPr>
        <w:t>1:14:11  . ab dekhiye aap ghor kijiye. yeh shaitan ki sunnat hai yeh. aap ghor kijiye ke shaitan ne Allah taala se baghavat ki.</w:t>
      </w:r>
      <w:r>
        <w:br/>
      </w:r>
      <w:r>
        <w:rPr>
          <w:sz w:val="20"/>
        </w:rPr>
        <w:t>1:14:22  agar woh sach much is ko yaqeen hota ke mujhe isi Khuda ke paas lotna hai qayamat mein aur mujhe saza sunai jayegi.</w:t>
      </w:r>
      <w:r>
        <w:br/>
      </w:r>
      <w:r>
        <w:rPr>
          <w:sz w:val="20"/>
        </w:rPr>
        <w:t>1:14:32  sach much is ka ehsas hota to woh khud hi yeh kaam na karta. to shaitan khud bekhabar tha is baat se ke mujhe dobara Allah</w:t>
      </w:r>
    </w:p>
    <w:p>
      <w:pPr>
        <w:pStyle w:val="Heading2"/>
      </w:pPr>
      <w:r>
        <w:t>Visa application questions and guidance</w:t>
      </w:r>
    </w:p>
    <w:p>
      <w:r>
        <w:rPr>
          <w:color w:val="666666"/>
          <w:sz w:val="18"/>
        </w:rPr>
        <w:t>Life &amp; Wisdom · The Culture of People of Paradise January 06, 2019 Maulana Wahiduddin Khan · 1m 06s · at 50:57 · https://youtu.be/rFExua9zntM?t=3057</w:t>
      </w:r>
    </w:p>
    <w:p>
      <w:r>
        <w:rPr>
          <w:i/>
        </w:rPr>
        <w:t>“When you apply for a visa, they check your record and ask about your position, activities, criminal record, and anti-social involvement. What is your guidance on how to respond?”</w:t>
      </w:r>
    </w:p>
    <w:p>
      <w:r>
        <w:rPr>
          <w:sz w:val="20"/>
        </w:rPr>
        <w:t>50:57  yeh baat is mission ki sachai hone ka saboot hai. alhamdulillah." maulana, agla sawal doctor farida khanam ne dilli se bheja hai.</w:t>
      </w:r>
      <w:r>
        <w:br/>
      </w:r>
      <w:r>
        <w:rPr>
          <w:sz w:val="20"/>
        </w:rPr>
        <w:t>51:07  unhon ne likha hai: "when you apply for a visa for another country, they check your record in full. they ask questions such as: what is your position?</w:t>
      </w:r>
      <w:r>
        <w:br/>
      </w:r>
      <w:r>
        <w:rPr>
          <w:sz w:val="20"/>
        </w:rPr>
        <w:t>51:20  what are your activities? have you ever been arrested for any criminal act? are you engaged in any anti-social, anti-government activities?</w:t>
      </w:r>
      <w:r>
        <w:br/>
      </w:r>
      <w:r>
        <w:rPr>
          <w:sz w:val="20"/>
        </w:rPr>
        <w:t>51:33  only when they are fully satisfied, they issue a visa to enter their country. so for parah raz, will the record of worldly life be judged in a similar way?" sahi baat hai,</w:t>
      </w:r>
      <w:r>
        <w:br/>
      </w:r>
      <w:r>
        <w:rPr>
          <w:sz w:val="20"/>
        </w:rPr>
        <w:t>51:51  sahi baat hai.</w:t>
      </w:r>
    </w:p>
    <w:p>
      <w:pPr>
        <w:pStyle w:val="Heading2"/>
      </w:pPr>
      <w:r>
        <w:t>What does 'death is not in our DNA' mean?</w:t>
      </w:r>
    </w:p>
    <w:p>
      <w:r>
        <w:rPr>
          <w:color w:val="666666"/>
          <w:sz w:val="18"/>
        </w:rPr>
        <w:t>Life &amp; Wisdom · Concept of Death in Islam August 26, 2012 · 29s · at 1:19:43 · https://youtu.be/y0TJxKi0L94?t=4783</w:t>
      </w:r>
    </w:p>
    <w:p>
      <w:r>
        <w:rPr>
          <w:i/>
        </w:rPr>
        <w:t>“You said once that death is not in our DNA. Please explain what you meant.”</w:t>
      </w:r>
    </w:p>
    <w:p>
      <w:r>
        <w:rPr>
          <w:sz w:val="20"/>
        </w:rPr>
        <w:t>1:19:43  maulana, agla sawal lene se pehle ek comment parhna chahenge jo abdul basit umri sahib ne doha, qatar se likha hai. unhon ne likha hai ke maulana sahib, aap ne jo yeh kaha ke hadam ul lazzat ka matlab maut hamare goal ko, hamare hadaf ko correct karti hai, sahi rukh deti hai, to aap ke in jumlon ne maut ke tazkire ko bohat aham bana diya hai.</w:t>
      </w:r>
      <w:r>
        <w:br/>
      </w:r>
      <w:r>
        <w:rPr>
          <w:sz w:val="20"/>
        </w:rPr>
        <w:t>1:20:09  jazakumullah khair.</w:t>
      </w:r>
    </w:p>
    <w:p>
      <w:pPr>
        <w:pStyle w:val="Heading2"/>
      </w:pPr>
      <w:r>
        <w:t>What is the objective of life?</w:t>
      </w:r>
    </w:p>
    <w:p>
      <w:r>
        <w:rPr>
          <w:color w:val="666666"/>
          <w:sz w:val="18"/>
        </w:rPr>
        <w:t>Life &amp; Wisdom · How to Lead a Life of Fulfilment September 24, 2017 · 1m 40s · at 1:04:18 · https://youtu.be/WUoQOo2_zd8?t=3858</w:t>
      </w:r>
    </w:p>
    <w:p>
      <w:r>
        <w:rPr>
          <w:i/>
        </w:rPr>
        <w:t>“What should be the objective of life? Please show the verse from Surah Al-Ankabut verse 64.”</w:t>
      </w:r>
    </w:p>
    <w:p>
      <w:r>
        <w:rPr>
          <w:sz w:val="20"/>
        </w:rPr>
        <w:t>1:04:18  ji maulana agla sawal saharanpur se doctor safeena tabassum ne bhejha hai aur unhone aap se poocha hai ke what should be our objective of life</w:t>
      </w:r>
      <w:r>
        <w:br/>
      </w:r>
      <w:r>
        <w:rPr>
          <w:sz w:val="20"/>
        </w:rPr>
        <w:t>1:04:33  wo ait dikha diay to lijl haiwan haiwan.</w:t>
      </w:r>
      <w:r>
        <w:br/>
      </w:r>
      <w:r>
        <w:rPr>
          <w:sz w:val="20"/>
        </w:rPr>
        <w:t>1:04:37  sura ankabut ait nmbr 64</w:t>
      </w:r>
      <w:r>
        <w:br/>
      </w:r>
      <w:r>
        <w:rPr>
          <w:sz w:val="20"/>
        </w:rPr>
        <w:t>1:04:41  وما ہادی الحیات الدنیا الا لہم ولعب وان الدار الاخرۃ لیل حیوان لو کانو یعلمون aur yeh duniya</w:t>
      </w:r>
      <w:r>
        <w:br/>
      </w:r>
      <w:r>
        <w:rPr>
          <w:sz w:val="20"/>
        </w:rPr>
        <w:t>1:04:52  ki zindagi kuch nhi mgr aik khail aur dil ka bahlaawa aur akhirat ka ghar hi asli zindagi</w:t>
      </w:r>
      <w:r>
        <w:br/>
      </w:r>
      <w:r>
        <w:rPr>
          <w:sz w:val="20"/>
        </w:rPr>
        <w:t>1:04:59  ki jagah hai kash kh wo jantay</w:t>
      </w:r>
      <w:r>
        <w:br/>
      </w:r>
      <w:r>
        <w:rPr>
          <w:sz w:val="20"/>
        </w:rPr>
        <w:t>1:05:03  is ait mn aur is trh ki dosri aytn mn is ka jawab hai</w:t>
      </w:r>
      <w:r>
        <w:br/>
      </w:r>
      <w:r>
        <w:rPr>
          <w:sz w:val="20"/>
        </w:rPr>
        <w:t>1:05:09  kh dunya ki zindagi</w:t>
      </w:r>
      <w:r>
        <w:br/>
      </w:r>
      <w:r>
        <w:rPr>
          <w:sz w:val="20"/>
        </w:rPr>
        <w:t>1:05:11  yani</w:t>
      </w:r>
      <w:r>
        <w:br/>
      </w:r>
      <w:r>
        <w:rPr>
          <w:sz w:val="20"/>
        </w:rPr>
        <w:t>1:05:18  taameer hayat ke liye hai hi nahi yeh dunya ki zindagi ladne ke liye hai ladne</w:t>
      </w:r>
      <w:r>
        <w:br/>
      </w:r>
      <w:r>
        <w:rPr>
          <w:sz w:val="20"/>
        </w:rPr>
        <w:t>1:05:30  to aadmi ka jo nishana is dunya mein hona chahiye woh learning hona chahiye yeh nahi ke is dunya ko mein ko apna maal banaye qila banaye is dunya mein taraqqi ka khwab dekha hai</w:t>
      </w:r>
      <w:r>
        <w:br/>
      </w:r>
      <w:r>
        <w:rPr>
          <w:sz w:val="20"/>
        </w:rPr>
        <w:t>1:05:50  y jo ait prhi gai is ait s bhi yhi niklta hai aur dosri bhi bht si aytn</w:t>
      </w:r>
      <w:r>
        <w:br/>
      </w:r>
      <w:r>
        <w:rPr>
          <w:sz w:val="20"/>
        </w:rPr>
        <w:t>1:05:55  hain is s yhi niklta hai</w:t>
      </w:r>
    </w:p>
    <w:p>
      <w:pPr>
        <w:pStyle w:val="Heading2"/>
      </w:pPr>
      <w:r>
        <w:t>What is wisdom and what is intellect?</w:t>
      </w:r>
    </w:p>
    <w:p>
      <w:r>
        <w:rPr>
          <w:color w:val="666666"/>
          <w:sz w:val="18"/>
        </w:rPr>
        <w:t>Life &amp; Wisdom · Age Of Consumerism I January 6, 2013 Maulana Wahiduddin Khan · 45s · at 1:18:26 · https://youtu.be/CuRYFl7JuEM?t=4706</w:t>
      </w:r>
    </w:p>
    <w:p>
      <w:r>
        <w:rPr>
          <w:i/>
        </w:rPr>
        <w:t>“What is wisdom and intellect?”</w:t>
      </w:r>
    </w:p>
    <w:p>
      <w:r>
        <w:rPr>
          <w:sz w:val="20"/>
        </w:rPr>
        <w:t>1:18:26  Maulana, agla sawal Delhi se hai, Shail Sahab ka. unhon ne sawal kiya hai: "What is wisdom and intellect?"</w:t>
      </w:r>
      <w:r>
        <w:br/>
      </w:r>
      <w:r>
        <w:rPr>
          <w:sz w:val="20"/>
        </w:rPr>
        <w:t>1:18:41  ab intellect ka matlab to hota hai jahalat, wisdom ka matlab hota hai hikmat. to wisdom to intellect se nikalti hai, yani intellect jo hai, woh is is se wisdom hasil hoti hai.</w:t>
      </w:r>
      <w:r>
        <w:br/>
      </w:r>
      <w:r>
        <w:rPr>
          <w:sz w:val="20"/>
        </w:rPr>
        <w:t>1:18:57  aur intellect to salahiyat ka naam hai.</w:t>
      </w:r>
      <w:r>
        <w:br/>
      </w:r>
      <w:r>
        <w:rPr>
          <w:sz w:val="20"/>
        </w:rPr>
        <w:t>1:19:00  jahalat aap ka aap ke andar hai, to aap ke andar woh salahiyat goya maujood hai. to intellect jo hai, woh salahiyat ko bata rahi hai aur wisdom nateeje ko bata rahi hai.</w:t>
      </w:r>
    </w:p>
    <w:p>
      <w:pPr>
        <w:pStyle w:val="Heading2"/>
      </w:pPr>
      <w:r>
        <w:t>What is your secret formula for positivity?</w:t>
      </w:r>
    </w:p>
    <w:p>
      <w:r>
        <w:rPr>
          <w:color w:val="666666"/>
          <w:sz w:val="18"/>
        </w:rPr>
        <w:t>Life &amp; Wisdom · Realistic Approach 30 March, 2014 · 1m 52s · at 51:45 · https://youtu.be/HIFxmWWiEG4?t=3105</w:t>
      </w:r>
    </w:p>
    <w:p>
      <w:r>
        <w:rPr>
          <w:i/>
        </w:rPr>
        <w:t>“You always display positivity and tell others also to do the same. Please tell us what is your secret formula?”</w:t>
      </w:r>
    </w:p>
    <w:p>
      <w:r>
        <w:rPr>
          <w:sz w:val="20"/>
        </w:rPr>
        <w:t>51:45  Maulana, agla sawal kiya hai Pune se Salman sahib ne</w:t>
      </w:r>
      <w:r>
        <w:br/>
      </w:r>
      <w:r>
        <w:rPr>
          <w:sz w:val="20"/>
        </w:rPr>
        <w:t>51:49  ۔ unhon ne likha hai: "Maulana, you always display positivity and tell others also to do the same. please tell us what is your secret formula?"</w:t>
      </w:r>
      <w:r>
        <w:br/>
      </w:r>
      <w:r>
        <w:rPr>
          <w:sz w:val="20"/>
        </w:rPr>
        <w:t>52:09  dekhen, secret formula kuch bhi nahi hai. logon ne Allah Rabb-ul-Alameen ko daryaft nahi kiya, sab be</w:t>
      </w:r>
      <w:r>
        <w:br/>
      </w:r>
      <w:r>
        <w:rPr>
          <w:sz w:val="20"/>
        </w:rPr>
        <w:t>52:17  khabar hain. mere tajrube ke mutabiq koi ek bhi shakhs nahi hai musalmanon mein jis ne Allah Rabb-ul-Alameen ko daryaft kiya ho. yeh saare masjid se aur saare masjidain jo bhare hue hain barish logon se, kuch nahi janta ke koi aadmi Allah Rabb-ul-Alameen kya cheez hai.</w:t>
      </w:r>
      <w:r>
        <w:br/>
      </w:r>
      <w:r>
        <w:rPr>
          <w:sz w:val="20"/>
        </w:rPr>
        <w:t>52:31  na mullah janta hai, na molvi janta hai. agar aap Allah Rabb-ul-Alameen ko daryaft kar lein to us waqt lazman yahi cheez paida hoti hai jis ko aap ne farmaya: "positive thinking."</w:t>
      </w:r>
      <w:r>
        <w:br/>
      </w:r>
      <w:r>
        <w:rPr>
          <w:sz w:val="20"/>
        </w:rPr>
        <w:t>52:44  mere tajrube ke mutabiq agar koi insan ho chupa hua kisi to mein nahi janta us ko. meri itni lambi umar hai, maine kisi ek insan ko nahi paya, na masjid madrase mein, na universityon, collegeon mein jis ne waqai Allah Rabb-ul-Alameen ko daryaft kiya.</w:t>
      </w:r>
      <w:r>
        <w:br/>
      </w:r>
      <w:r>
        <w:rPr>
          <w:sz w:val="20"/>
        </w:rPr>
        <w:t>52:59  to positive thinking kahan se aayegi?</w:t>
      </w:r>
      <w:r>
        <w:br/>
      </w:r>
      <w:r>
        <w:rPr>
          <w:sz w:val="20"/>
        </w:rPr>
        <w:t>53:05  to sab se pehli cheez yeh hai ke aap Allah Rabb-ul-Alameen ko daryaft kijiye. Is ke baad lazman aayegi</w:t>
      </w:r>
      <w:r>
        <w:br/>
      </w:r>
      <w:r>
        <w:rPr>
          <w:sz w:val="20"/>
        </w:rPr>
        <w:t>53:13  jis tarah gulab ka phool aap laiye aap ghar mein to lazman khushboo aayegi. Yeh naam kehne ka aap gulab ka phool layein aur khushboo na aaye. Gulab ke phool ke sath sath khushboo aati hai, aise Allah Rabb-ul-Alameen ke sath sath lazman positive thinking aati hai.</w:t>
      </w:r>
    </w:p>
    <w:p>
      <w:pPr>
        <w:pStyle w:val="Heading2"/>
      </w:pPr>
      <w:r>
        <w:t>What is your secret formula for positivity?</w:t>
      </w:r>
    </w:p>
    <w:p>
      <w:r>
        <w:rPr>
          <w:color w:val="666666"/>
          <w:sz w:val="18"/>
        </w:rPr>
        <w:t>Life &amp; Wisdom · Realistic Approach March 30, 2014 Maulana Wahiduddin Khan · 1m 44s · at 51:40 · https://youtu.be/K36UonBsGlA?t=3100</w:t>
      </w:r>
    </w:p>
    <w:p>
      <w:r>
        <w:rPr>
          <w:i/>
        </w:rPr>
        <w:t>“You always display positivity and tell others also to do the same. Please tell us what is your secret formula?”</w:t>
      </w:r>
    </w:p>
    <w:p>
      <w:r>
        <w:rPr>
          <w:sz w:val="20"/>
        </w:rPr>
        <w:t>51:40  Maulana, agla sawal kya hai punay se Salman sahib ne. Unhone likha hai: "Maulana, You always display positivity and tell others also to do the same.</w:t>
      </w:r>
      <w:r>
        <w:br/>
      </w:r>
      <w:r>
        <w:rPr>
          <w:sz w:val="20"/>
        </w:rPr>
        <w:t>51:53  Please tell us what is your secret formula</w:t>
      </w:r>
      <w:r>
        <w:br/>
      </w:r>
      <w:r>
        <w:rPr>
          <w:sz w:val="20"/>
        </w:rPr>
        <w:t>51:56  ?" Dekhiye, Secret Formula kuch bhi nahi hai. Logon ne Allah Rab ul Alameen ko daryaft nahi kiya. Sab be khabar hain.</w:t>
      </w:r>
      <w:r>
        <w:br/>
      </w:r>
      <w:r>
        <w:rPr>
          <w:sz w:val="20"/>
        </w:rPr>
        <w:t>52:05  Mere tajrube ke mutabiq koi ek bhi shakhs nahi hai musalmanon mein jis ne Allah Rab ul Alameen ko daryaft kiya ho. Yeh saare badr se aur saare masjidain jo bhare hue hain barish logon se, kuch nahi janta ke koi aadmi Allah Rab ul Alameen kya cheez hai.</w:t>
      </w:r>
      <w:r>
        <w:br/>
      </w:r>
      <w:r>
        <w:rPr>
          <w:sz w:val="20"/>
        </w:rPr>
        <w:t>52:19  Na mister janta hai, na molvi janta hai. Agar aap Allah Rab ul Alameen ko daryaft kar lein to us ke baad lazman yahi cheez paida hoti hai jis ko aap ne farmaya: Positive Thinking.</w:t>
      </w:r>
      <w:r>
        <w:br/>
      </w:r>
      <w:r>
        <w:rPr>
          <w:sz w:val="20"/>
        </w:rPr>
        <w:t>52:32  Mere tajrube ke mutabiq agar koi insaan ho chupa hua kisi, to mein nahi janta us ko. Meri itni lambi umar hai, mein ne kisi ek insaan ko nahi paya.</w:t>
      </w:r>
      <w:r>
        <w:br/>
      </w:r>
      <w:r>
        <w:rPr>
          <w:sz w:val="20"/>
        </w:rPr>
        <w:t>52:41  Na masjid madrasay mein, na universityon, collegeon mein. Jis ne waqai Allah Rab ul Alameen ko daryaft kiya, to Positive Thinking kahan se ayegi?</w:t>
      </w:r>
      <w:r>
        <w:br/>
      </w:r>
      <w:r>
        <w:rPr>
          <w:sz w:val="20"/>
        </w:rPr>
        <w:t>52:53  To sab se pehli cheez yeh hai ke aap Allah Rab ul Alameen ko daryaft kijiye. Us ke baad lazman ayegi. Jis tarah gulab ka phool aap laiye aap ghar mein to lazman khushbu ayegi.</w:t>
      </w:r>
      <w:r>
        <w:br/>
      </w:r>
      <w:r>
        <w:rPr>
          <w:sz w:val="20"/>
        </w:rPr>
        <w:t>53:06  Yeh namumkin hai ke aap gulab ka phool laein aur khushbu na aaye. Gulab ke phool ke sath sath khushbu aati hai. Isi tarah Allah Rab ul Alameen ke sath sath lazman Positive Thinking aati hai.</w:t>
      </w:r>
    </w:p>
    <w:p>
      <w:pPr>
        <w:pStyle w:val="Heading2"/>
      </w:pPr>
      <w:r>
        <w:t>What to do when spouse hinders spiritual mission?</w:t>
      </w:r>
    </w:p>
    <w:p>
      <w:r>
        <w:rPr>
          <w:color w:val="666666"/>
          <w:sz w:val="18"/>
        </w:rPr>
        <w:t>Life &amp; Wisdom · 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Why People Work Only for Immediate Gain</w:t>
      </w:r>
    </w:p>
    <w:p>
      <w:r>
        <w:rPr>
          <w:color w:val="666666"/>
          <w:sz w:val="18"/>
        </w:rPr>
        <w:t>Life &amp; Wisdom · Save Yourself from Distraction August 21, 2016 · 1m 56s · at 57:18 · https://youtu.be/wP3Dj-tccDQ?t=3438</w:t>
      </w:r>
    </w:p>
    <w:p>
      <w:r>
        <w:rPr>
          <w:i/>
        </w:rPr>
        <w:t>“Why is it that people are able to work hard only for immediate gain?”</w:t>
      </w:r>
    </w:p>
    <w:p>
      <w:r>
        <w:rPr>
          <w:sz w:val="20"/>
        </w:rPr>
        <w:t>57:18  molana, agla sawal dilli se kia hai doctor fareeda khanoom ny aur unho ny ap se poocha hai</w:t>
      </w:r>
      <w:r>
        <w:br/>
      </w:r>
      <w:r>
        <w:rPr>
          <w:sz w:val="20"/>
        </w:rPr>
        <w:t>57:25  کہ "Why is it that people are able to work hard only for immediate gain?" دیکھیں، یہ ہے</w:t>
      </w:r>
      <w:r>
        <w:br/>
      </w:r>
      <w:r>
        <w:rPr>
          <w:sz w:val="20"/>
        </w:rPr>
        <w:t>57:33  due to an awareness.</w:t>
      </w:r>
      <w:r>
        <w:br/>
      </w:r>
      <w:r>
        <w:rPr>
          <w:sz w:val="20"/>
        </w:rPr>
        <w:t>57:35  an awareness to main subah baitha tha yahan par apny parjay mein to yahan par aap dekhty hain</w:t>
      </w:r>
      <w:r>
        <w:br/>
      </w:r>
      <w:r>
        <w:rPr>
          <w:sz w:val="20"/>
        </w:rPr>
        <w:t>57:42  ky drakht hain, chirya urr rahi hain, hawa chal rahi hai, gariyan aa rahi hain, ja rahi hain.</w:t>
      </w:r>
      <w:r>
        <w:br/>
      </w:r>
      <w:r>
        <w:rPr>
          <w:sz w:val="20"/>
        </w:rPr>
        <w:t>57:50  to yeh seen world hai, yeh sab cheezen dikhai de rahi hain.</w:t>
      </w:r>
      <w:r>
        <w:br/>
      </w:r>
      <w:r>
        <w:rPr>
          <w:sz w:val="20"/>
        </w:rPr>
        <w:t>57:55  to main ny socha ky aik aur world akhirat ka hai, wo bhi aik isi tarah se aik</w:t>
      </w:r>
      <w:r>
        <w:br/>
      </w:r>
      <w:r>
        <w:rPr>
          <w:sz w:val="20"/>
        </w:rPr>
        <w:t>58:03  dunya hai lekin dikhai deti nahi.</w:t>
      </w:r>
      <w:r>
        <w:br/>
      </w:r>
      <w:r>
        <w:rPr>
          <w:sz w:val="20"/>
        </w:rPr>
        <w:t>58:06  wo, wo, wo bohat unseen world hai.</w:t>
      </w:r>
      <w:r>
        <w:br/>
      </w:r>
      <w:r>
        <w:rPr>
          <w:sz w:val="20"/>
        </w:rPr>
        <w:t>58:09  to log jo hain seen world mein bohat aasani se involve ho jatay hain lekin unseen world</w:t>
      </w:r>
      <w:r>
        <w:br/>
      </w:r>
      <w:r>
        <w:rPr>
          <w:sz w:val="20"/>
        </w:rPr>
        <w:t>58:17  mein involve karny ky liye bohat ziada sochna parta hai.</w:t>
      </w:r>
      <w:r>
        <w:br/>
      </w:r>
      <w:r>
        <w:rPr>
          <w:sz w:val="20"/>
        </w:rPr>
        <w:t>58:21  سوچنے سے بڑھ کر اپنے کو اپنے اندر ڈیٹیکٹ ٹھیک لانی پڑتی ہے۔</w:t>
      </w:r>
      <w:r>
        <w:br/>
      </w:r>
      <w:r>
        <w:rPr>
          <w:sz w:val="20"/>
        </w:rPr>
        <w:t>58:27  اپنے کو seen world سے آپ detatch کرتے ہیں، تب جا کے unseen world کو آپ جان</w:t>
      </w:r>
      <w:r>
        <w:br/>
      </w:r>
      <w:r>
        <w:rPr>
          <w:sz w:val="20"/>
        </w:rPr>
        <w:t>58:34  paty hain.</w:t>
      </w:r>
      <w:r>
        <w:br/>
      </w:r>
      <w:r>
        <w:rPr>
          <w:sz w:val="20"/>
        </w:rPr>
        <w:t>58:36  seen world se apne ko detract karna padta hai, tab aap unseen world mein apne aap ko</w:t>
      </w:r>
      <w:r>
        <w:br/>
      </w:r>
      <w:r>
        <w:rPr>
          <w:sz w:val="20"/>
        </w:rPr>
        <w:t>58:44  laga paty hain.</w:t>
      </w:r>
      <w:r>
        <w:br/>
      </w:r>
      <w:r>
        <w:rPr>
          <w:sz w:val="20"/>
        </w:rPr>
        <w:t>58:45  to yeh bohat kam log kar paty hain aisa kyun ky immediate gain jo hai, wo logon ko bohat</w:t>
      </w:r>
      <w:r>
        <w:br/>
      </w:r>
      <w:r>
        <w:rPr>
          <w:sz w:val="20"/>
        </w:rPr>
        <w:t>58:53  ziada pasand hota hai.</w:t>
      </w:r>
      <w:r>
        <w:br/>
      </w:r>
      <w:r>
        <w:rPr>
          <w:sz w:val="20"/>
        </w:rPr>
        <w:t>58:54  ab kya karain? yeh to insan ki weakness hai ky immediate gain par bhagta hai wo aur wo</w:t>
      </w:r>
      <w:r>
        <w:br/>
      </w:r>
      <w:r>
        <w:rPr>
          <w:sz w:val="20"/>
        </w:rPr>
        <w:t>59:02  geen jo baad ko aanay wala hai, chaahay woh kitni hi important ho, woh is se, yaani woh</w:t>
      </w:r>
      <w:r>
        <w:br/>
      </w:r>
      <w:r>
        <w:rPr>
          <w:sz w:val="20"/>
        </w:rPr>
        <w:t>59:10  koi ignore karta hai, is se ghafil ho jata hai.</w:t>
      </w:r>
    </w:p>
    <w:p>
      <w:pPr>
        <w:pStyle w:val="Heading2"/>
      </w:pPr>
      <w:r>
        <w:t>Why good die early and bad live long</w:t>
      </w:r>
    </w:p>
    <w:p>
      <w:r>
        <w:rPr>
          <w:color w:val="666666"/>
          <w:sz w:val="18"/>
        </w:rPr>
        <w:t>Life &amp; Wisdom · Islam and Science (In Conversation with Maulana) · 1m 24s · at 8:08 · https://youtu.be/pKS94tSXlT4?t=488</w:t>
      </w:r>
    </w:p>
    <w:p>
      <w:r>
        <w:rPr>
          <w:i/>
        </w:rPr>
        <w:t>“Why do good people die early and bad people live long? Why is this so?”</w:t>
      </w:r>
    </w:p>
    <w:p>
      <w:r>
        <w:rPr>
          <w:sz w:val="20"/>
        </w:rPr>
        <w:t>8:08  maulana, agla sawal aya hai, unhon ne location nahin likhi hai. un ka naam hai mister ghaus muhammad sahib. unhon ne likha hai ke maulana sahib, "why do good people die early and bad live long?</w:t>
      </w:r>
      <w:r>
        <w:br/>
      </w:r>
      <w:r>
        <w:rPr>
          <w:sz w:val="20"/>
        </w:rPr>
        <w:t>8:22  why is this so</w:t>
      </w:r>
      <w:r>
        <w:br/>
      </w:r>
      <w:r>
        <w:rPr>
          <w:sz w:val="20"/>
        </w:rPr>
        <w:t>8:23  ?" yeh to hai nahin, kahan hai yeh? yeh to koi baat nahin hai. yeh kahan bhi? hum to nahin jante aisa. yeh to ek mufrada hai. aisa aisi kehte hain log, aise hi.</w:t>
      </w:r>
      <w:r>
        <w:br/>
      </w:r>
      <w:r>
        <w:rPr>
          <w:sz w:val="20"/>
        </w:rPr>
        <w:t>8:34  lekin aisa waqea to nahin hai. yeh to khilaf waqea baat hai. ek adha admi hai, asal mein logon ka mizaj hai ke generalize karna.</w:t>
      </w:r>
      <w:r>
        <w:br/>
      </w:r>
      <w:r>
        <w:rPr>
          <w:sz w:val="20"/>
        </w:rPr>
        <w:t>8:46  ek admi agar mar gaya, farz kiye to us ko generalize karenge. dekho, bhai itna acha admi tha, jaldi mar gaya. bura admi ki lambi umar ho gayi to dekho, bhai itni lambi is ki umar hui.</w:t>
      </w:r>
      <w:r>
        <w:br/>
      </w:r>
      <w:r>
        <w:rPr>
          <w:sz w:val="20"/>
        </w:rPr>
        <w:t>8:57  it is severe generalization. aisi rah nahin banayi ja sakti. yani kaun sa survey aap ne kiya hai ke sari duniya mein jo achhe hain, wahi jaldi marte hain aur sari duniya bure hain, wahi der der marte hain?</w:t>
      </w:r>
      <w:r>
        <w:br/>
      </w:r>
      <w:r>
        <w:rPr>
          <w:sz w:val="20"/>
        </w:rPr>
        <w:t>9:10  aisa to koi aisa koi survey nahin kiya gaya hai kabhi, na aisi koi aisa aisa koi woh hai.</w:t>
      </w:r>
      <w:r>
        <w:br/>
      </w:r>
      <w:r>
        <w:rPr>
          <w:sz w:val="20"/>
        </w:rPr>
        <w:t>9:21  aisi koi nahin, koi ilm aisa nahin hai jo is tarah ki survey kar ke hum ko bata raha ho. yeh to ek kuch awam mein chali hui baaten hain.</w:t>
      </w:r>
    </w:p>
    <w:p>
      <w:pPr>
        <w:pStyle w:val="Heading2"/>
      </w:pPr>
      <w:r>
        <w:t>Why is tension so common today?</w:t>
      </w:r>
    </w:p>
    <w:p>
      <w:r>
        <w:rPr>
          <w:color w:val="666666"/>
          <w:sz w:val="18"/>
        </w:rPr>
        <w:t>Life &amp; Wisdom · Material Science and Spiritual Science 20 May 2012 · 1m 15s · at 1:00:30 · https://youtu.be/4K6CxjThlxQ?t=3630</w:t>
      </w:r>
    </w:p>
    <w:p>
      <w:r>
        <w:rPr>
          <w:i/>
        </w:rPr>
        <w:t>“In the past, we don't find any patient of tension, while today every person lives in tension. What could be the reason for this difference? If you meet someone who is in tension, ask them if it is due to some material cause.”</w:t>
      </w:r>
    </w:p>
    <w:p>
      <w:r>
        <w:rPr>
          <w:sz w:val="20"/>
        </w:rPr>
        <w:t>1:00:30  molana ye sawal aaya hai karachi pakistan se mister abdul latif sahib ka unhon ne likha hai sawa mein humein tension ka koi mareez nahi milta jabke aj ke daur ka har shakhs tension mein jeeta hai is farq ki kya wajah ho sakti hai</w:t>
      </w:r>
      <w:r>
        <w:br/>
      </w:r>
      <w:r>
        <w:rPr>
          <w:sz w:val="20"/>
        </w:rPr>
        <w:t>1:00:51  dekhein tension jo hai koi bhi jo aadi tension hai wo milta ho ap us se miliye us se puchiye</w:t>
      </w:r>
      <w:r>
        <w:br/>
      </w:r>
      <w:r>
        <w:rPr>
          <w:sz w:val="20"/>
        </w:rPr>
        <w:t>1:01:00  kisī ne kisī māddī sabab se hogā ṭenshan meñ ho</w:t>
      </w:r>
      <w:r>
        <w:br/>
      </w:r>
      <w:r>
        <w:rPr>
          <w:sz w:val="20"/>
        </w:rPr>
        <w:t>1:01:05  jannat kā fikr ṭenshan nahīñ paidā kartā agar ap ko bāt ākhirat ke fikr hote haiñ to ṭenshan</w:t>
      </w:r>
      <w:r>
        <w:br/>
      </w:r>
      <w:r>
        <w:rPr>
          <w:sz w:val="20"/>
        </w:rPr>
        <w:t>1:01:11  nahīñ āye gā</w:t>
      </w:r>
      <w:r>
        <w:br/>
      </w:r>
      <w:r>
        <w:rPr>
          <w:sz w:val="20"/>
        </w:rPr>
        <w:t>1:01:13  tijārat kā nuqsān miyāñ bīvī ke taluqāt hī ghar ghar ghar ke masāil</w:t>
      </w:r>
      <w:r>
        <w:br/>
      </w:r>
      <w:r>
        <w:rPr>
          <w:sz w:val="20"/>
        </w:rPr>
        <w:t>1:01:19  jo māddī masāil haiñ un ko le kar ṭenshan paidā hotā hai</w:t>
      </w:r>
      <w:r>
        <w:br/>
      </w:r>
      <w:r>
        <w:rPr>
          <w:sz w:val="20"/>
        </w:rPr>
        <w:t>1:01:24  to vah jo the sahāba un ke andar ākhirat orieṇṭeḍ thiñkiñg thī</w:t>
      </w:r>
      <w:r>
        <w:br/>
      </w:r>
      <w:r>
        <w:rPr>
          <w:sz w:val="20"/>
        </w:rPr>
        <w:t>1:01:31  dunya oriented thinking thi nahi in ke andar to sach poochhiye to tension naam hai dunya oriented thinking</w:t>
      </w:r>
      <w:r>
        <w:br/>
      </w:r>
      <w:r>
        <w:rPr>
          <w:sz w:val="20"/>
        </w:rPr>
        <w:t>1:01:37  ka aur tension free hone ka raaz kya hai aap ban jayen akhirat oriented thinker</w:t>
      </w:r>
    </w:p>
    <w:p>
      <w:pPr>
        <w:pStyle w:val="Heading2"/>
      </w:pPr>
      <w:r>
        <w:t>Why not remove causes of worry from life?</w:t>
      </w:r>
    </w:p>
    <w:p>
      <w:r>
        <w:rPr>
          <w:color w:val="666666"/>
          <w:sz w:val="18"/>
        </w:rPr>
        <w:t>Life &amp; Wisdom · Quran for All Mankind June 3, 2012 · 1m 41s · at 1:01:40 · https://youtu.be/Gp-53Zjugcg?t=3700</w:t>
      </w:r>
    </w:p>
    <w:p>
      <w:r>
        <w:rPr>
          <w:i/>
        </w:rPr>
        <w:t>“Why don't people remove from their lives those things that cause them worry and stress? Please explain. Also, in which book are these things written?”</w:t>
      </w:r>
    </w:p>
    <w:p>
      <w:r>
        <w:rPr>
          <w:sz w:val="20"/>
        </w:rPr>
        <w:t>1:01:40  unhon ne likha hai ke "jo log zaroorat aur hiras ke darmiyan farq nahi paate, wohi log sab se zyada tension aur stress mein jeetay hain." Maulana sahib, mera sawal yeh hai ke aakhir jo cheezein logon ki pareshani aur stress ka sabab hain, woh cheezein log apni zindagi se door kyun nahi kar letay?</w:t>
      </w:r>
      <w:r>
        <w:br/>
      </w:r>
      <w:r>
        <w:rPr>
          <w:sz w:val="20"/>
        </w:rPr>
        <w:t>1:02:04  is ke baray mein batayein. logon ko maloom hi nahi hai. hamaray mission ke bahar kabhi kisi ne kuch bataya bhi nahi.</w:t>
      </w:r>
      <w:r>
        <w:br/>
      </w:r>
      <w:r>
        <w:rPr>
          <w:sz w:val="20"/>
        </w:rPr>
        <w:t>1:02:10  mujhe batayein, kaun si kitaab mein yeh baatein likhi hui hain ya kahan hai ke taqreeban log yeh baatein kehtay hain? hamaray mission mein pehli baar yeh baat batai ja rahi hai.</w:t>
      </w:r>
      <w:r>
        <w:br/>
      </w:r>
      <w:r>
        <w:rPr>
          <w:sz w:val="20"/>
        </w:rPr>
        <w:t>1:02:21  to aap hamaray mission mein jo baatein kahein, un ko aam kijiye. yeh jo lecture hota hai, is lecture ko logon ko sunwaiye kyunke is ka CD hota hai, internet pe woh maujood rehta hai.</w:t>
      </w:r>
      <w:r>
        <w:br/>
      </w:r>
      <w:r>
        <w:rPr>
          <w:sz w:val="20"/>
        </w:rPr>
        <w:t>1:02:34  woh kitaabein parhwaiye. haqeeqat yeh hai ke log be-khabar hain baaton se.</w:t>
      </w:r>
      <w:r>
        <w:br/>
      </w:r>
      <w:r>
        <w:rPr>
          <w:sz w:val="20"/>
        </w:rPr>
        <w:t>1:02:41  kisi ko khabar nahi siwaye is ke ke kuch rasmi aamaal jantay hain. rasmi aamaal jitni bhi tehreekein aap ke samnay chal rahi hain, kisi tehreek mein art of thinking par koi zor hi nahi hai,</w:t>
      </w:r>
      <w:r>
        <w:br/>
      </w:r>
      <w:r>
        <w:rPr>
          <w:sz w:val="20"/>
        </w:rPr>
        <w:t>1:02:56  tafakkir par koi zor hi nahi hai, soch badalnay par koi zor hi nahi hai. kuch chali chalai baatein hain, isi ki dham machatay hain log, bheerh akatha kartay hain.</w:t>
      </w:r>
      <w:r>
        <w:br/>
      </w:r>
      <w:r>
        <w:rPr>
          <w:sz w:val="20"/>
        </w:rPr>
        <w:t>1:03:07  yehi hamari tehreek jamaatein hain.</w:t>
      </w:r>
      <w:r>
        <w:br/>
      </w:r>
      <w:r>
        <w:rPr>
          <w:sz w:val="20"/>
        </w:rPr>
        <w:t>1:03:10  to aap hamari kitaabein parhwaiye, hamaray kahein logon ko sunwaiye. yehi hal hai aur koi doosra hal nahi hai.</w:t>
      </w:r>
    </w:p>
    <w:p>
      <w:pPr>
        <w:pStyle w:val="Heading2"/>
      </w:pPr>
      <w:r>
        <w:t>Why people cannot combine two capacities</w:t>
      </w:r>
    </w:p>
    <w:p>
      <w:r>
        <w:rPr>
          <w:color w:val="666666"/>
          <w:sz w:val="18"/>
        </w:rPr>
        <w:t>Life &amp; Wisdom · The Character of a Dayee 4 March 2012 - Maulana Wahiduddin Khan · 1m 41s · at 1:17:25 · https://youtu.be/YtavJpVNbEM?t=4645</w:t>
      </w:r>
    </w:p>
    <w:p>
      <w:r>
        <w:rPr>
          <w:i/>
        </w:rPr>
        <w:t>“You said that Allah has given man the ability to combine two capacities. What is the reason that people are not able to combine these two capacities?”</w:t>
      </w:r>
    </w:p>
    <w:p>
      <w:r>
        <w:rPr>
          <w:sz w:val="20"/>
        </w:rPr>
        <w:t>1:17:25  molana, agla sawal misster muhammad adil sahib ka hai dilli se. unhon ne likha hai: "molana, aap ne kaha ke Allah ne insan ko do capacities ek sath jama karne ki salahiyat di hai."</w:t>
      </w:r>
      <w:r>
        <w:br/>
      </w:r>
      <w:r>
        <w:rPr>
          <w:sz w:val="20"/>
        </w:rPr>
        <w:t>1:17:39  woh kya wajah hai ke log in do salahiyaton ko aik saath jama nahi kar paate?</w:t>
      </w:r>
      <w:r>
        <w:br/>
      </w:r>
      <w:r>
        <w:rPr>
          <w:sz w:val="20"/>
        </w:rPr>
        <w:t>1:17:53  quran mein hai ke: "tum log ajila ko pasand karte ho aur akhirat ko bhula rakha hai tum ne." toh aaj ke faide mein, aaj ka jo faida hai, toh aaj ka faida sach kar bolne se mila hai, jhoot bolne ke mila hai, jaise bhi mila hai, is mein log phanse hue hain.</w:t>
      </w:r>
      <w:r>
        <w:br/>
      </w:r>
      <w:r>
        <w:rPr>
          <w:sz w:val="20"/>
        </w:rPr>
        <w:t>1:18:11  aur akhirat ka jo faida hai, woh is ko bhule hue hain. isi se aadmi ke andar sachai aati hai, aala character aata hai.</w:t>
      </w:r>
      <w:r>
        <w:br/>
      </w:r>
      <w:r>
        <w:rPr>
          <w:sz w:val="20"/>
        </w:rPr>
        <w:t>1:18:20  saare jo positive awsaf hote hain, jo saare saare positive awsaf hain, woh is waqt aate hain jab akhirat ko le ke koi goal aap ne banaya ho.</w:t>
      </w:r>
      <w:r>
        <w:br/>
      </w:r>
      <w:r>
        <w:rPr>
          <w:sz w:val="20"/>
        </w:rPr>
        <w:t>1:18:29  jab dunya ka goal banayenge toh yahi sab hoga.</w:t>
      </w:r>
      <w:r>
        <w:br/>
      </w:r>
      <w:r>
        <w:rPr>
          <w:sz w:val="20"/>
        </w:rPr>
        <w:t>1:18:32  selfishness aayega aur cheap tareeqe istemal karenge, jhoot bolenge, kamina pan dikhayenge. toh jo dunya ka jo goal banayega, us ke yeh sab baatein us ke andar paida hongi.</w:t>
      </w:r>
      <w:r>
        <w:br/>
      </w:r>
      <w:r>
        <w:rPr>
          <w:sz w:val="20"/>
        </w:rPr>
        <w:t>1:18:49  toh is ki hal hai ke aadmi akhirat ko goal banaye, yaani jo jo eternity hai, us ko goal banaye. toh is se aala awsaf paida honge.</w:t>
      </w:r>
      <w:r>
        <w:br/>
      </w:r>
      <w:r>
        <w:rPr>
          <w:sz w:val="20"/>
        </w:rPr>
        <w:t>1:19:01  yeh mein samajh samjhaun is ko.</w:t>
      </w:r>
    </w:p>
    <w:p>
      <w:pPr>
        <w:pStyle w:val="Heading2"/>
      </w:pPr>
      <w:r>
        <w:t>Why repeatedly look at children's picture?</w:t>
      </w:r>
    </w:p>
    <w:p>
      <w:r>
        <w:rPr>
          <w:color w:val="666666"/>
          <w:sz w:val="18"/>
        </w:rPr>
        <w:t>Life &amp; Wisdom · The Problem of Evil December 4, 2011 · 47s · at 1:39:00 · https://youtu.be/SMqtVjaGHfw?t=5940</w:t>
      </w:r>
    </w:p>
    <w:p>
      <w:r>
        <w:rPr>
          <w:i/>
        </w:rPr>
        <w:t>“During a journey, a man kept repeatedly looking at a picture of his children on his phone. Why did he need to look so many times? Once should have been enough.”</w:t>
      </w:r>
    </w:p>
    <w:p>
      <w:r>
        <w:rPr>
          <w:sz w:val="20"/>
        </w:rPr>
        <w:t>1:39:00  maulana, agla sawal aya hai miss naghma se. aik bar aik banda aik safar kar raha tha to safar mein aik sahib thay, to un ka aik aik purs tareeqay se aik cheez hota tha aur bar bar khol ke dekhte thay.</w:t>
      </w:r>
      <w:r>
        <w:br/>
      </w:r>
      <w:r>
        <w:rPr>
          <w:sz w:val="20"/>
        </w:rPr>
        <w:t>1:39:10  woh to mein mein ne socha kya dekhte hain bar bar khol kar ke. to poocha un se to maloom hua ke un ka beta beti ki tasweer thi, us mein dekhte rehte thay.</w:t>
      </w:r>
      <w:r>
        <w:br/>
      </w:r>
      <w:r>
        <w:rPr>
          <w:sz w:val="20"/>
        </w:rPr>
        <w:t>1:39:21  woh yani safar mein bar bar dekh rahe hain woh beta beti ko. to kya zaroorat thi? aik martaba dekh liya, bas ho gaya.</w:t>
      </w:r>
      <w:r>
        <w:br/>
      </w:r>
      <w:r>
        <w:rPr>
          <w:sz w:val="20"/>
        </w:rPr>
        <w:t>1:39:29  to har aadmi ke haal hai ke kuch cheezon ko bhula bhoola hua rehta hai, kuch log yaad rakhta hai, bhula un cheezon ko rehta hai jis ka charcha nahi karta, aur jo charcha karta hai, wohi usay us ko yaad rehti hai.</w:t>
      </w:r>
    </w:p>
    <w:p>
      <w:pPr>
        <w:pStyle w:val="Heading2"/>
      </w:pPr>
      <w:r>
        <w:t>Why strive for ideal if unachievable</w:t>
      </w:r>
    </w:p>
    <w:p>
      <w:r>
        <w:rPr>
          <w:color w:val="666666"/>
          <w:sz w:val="18"/>
        </w:rPr>
        <w:t>Life &amp; Wisdom · Importance of Patience October 26, 2014 · 1m 06s · at 1:10:10 · https://youtu.be/XdOlp9-fPG0?t=4210</w:t>
      </w:r>
    </w:p>
    <w:p>
      <w:r>
        <w:rPr>
          <w:i/>
        </w:rPr>
        <w:t>“When the ideal cannot be achieved in this world where everybody has freedom, then why have philosophers and thinkers continued to strive for ideal? Don't they think?”</w:t>
      </w:r>
    </w:p>
    <w:p>
      <w:r>
        <w:rPr>
          <w:sz w:val="20"/>
        </w:rPr>
        <w:t>1:10:10  maulana, agla sawal kiya hai delhi se miss naghma siddiqui ne, aur unhon ne likha hai: "When the ideal cannot be achieved in this world where everybody has freedom,</w:t>
      </w:r>
      <w:r>
        <w:br/>
      </w:r>
      <w:r>
        <w:rPr>
          <w:sz w:val="20"/>
        </w:rPr>
        <w:t>1:10:23  then why have philosophers and thinkers continued to strive for ideal? Don't they think</w:t>
      </w:r>
      <w:r>
        <w:br/>
      </w:r>
      <w:r>
        <w:rPr>
          <w:sz w:val="20"/>
        </w:rPr>
        <w:t>1:10:33  dekhiye, in ko yeh pata nahi tha ke Allah taala ki jo scheme of things hai, us ke mutabiq hamari zindagi ke do part hain, yani pre death period aur post death period.</w:t>
      </w:r>
      <w:r>
        <w:br/>
      </w:r>
      <w:r>
        <w:rPr>
          <w:sz w:val="20"/>
        </w:rPr>
        <w:t>1:10:48  to ideal word sirf post death period mein Allah ne rakha hai, yani khaliq ne rakha hai, pre death period mein rakha nahi hai.</w:t>
      </w:r>
      <w:r>
        <w:br/>
      </w:r>
      <w:r>
        <w:rPr>
          <w:sz w:val="20"/>
        </w:rPr>
        <w:t>1:10:57  to yeh log jo in logon ki ghalati kya hai ke jo cheez sirf post death period mein mil sakti thi, us ko unhon ne chaha ke pre death period mein hasil karein, aur woh chunaanche Allah ke naqshe ke khilaf thi, is liye woh achieve hi nahi hui.</w:t>
      </w:r>
      <w:r>
        <w:br/>
      </w:r>
      <w:r>
        <w:rPr>
          <w:sz w:val="20"/>
        </w:rPr>
        <w:t>1:11:13  yeh hai khulasa.</w:t>
      </w:r>
    </w:p>
    <w:p>
      <w:pPr>
        <w:pStyle w:val="Heading2"/>
      </w:pPr>
      <w:r>
        <w:t>Why strive for unachievable ideal</w:t>
      </w:r>
    </w:p>
    <w:p>
      <w:r>
        <w:rPr>
          <w:color w:val="666666"/>
          <w:sz w:val="18"/>
        </w:rPr>
        <w:t>Life &amp; Wisdom · Sahaba and Muhaddithin 24th June 2012 - Maulana Wahiduddin Khan · 1m 32s · at 1:16:55 · https://youtu.be/tUPo7MI0Bdo?t=4615</w:t>
      </w:r>
    </w:p>
    <w:p>
      <w:r>
        <w:rPr>
          <w:i/>
        </w:rPr>
        <w:t>“If the ideal cannot be achieved, why have there been efforts throughout history to achieve it?”</w:t>
      </w:r>
    </w:p>
    <w:p>
      <w:r>
        <w:rPr>
          <w:sz w:val="20"/>
        </w:rPr>
        <w:t>1:16:55  bilkul theek hai. Maulana, agla sawal Delhi se hai, Miss Naghma Siddiqui ka. unhon ne likha hai: "If ideal cannot be achieved, why has there been efforts throughout history to achieve it?"</w:t>
      </w:r>
      <w:r>
        <w:br/>
      </w:r>
      <w:r>
        <w:rPr>
          <w:sz w:val="20"/>
        </w:rPr>
        <w:t>1:17:14  dekhen, insaan jo hai, yaani ideal seeking animal hai.</w:t>
      </w:r>
      <w:r>
        <w:br/>
      </w:r>
      <w:r>
        <w:rPr>
          <w:sz w:val="20"/>
        </w:rPr>
        <w:t>1:17:23  paidaishi taur par is ke mind mein ek mayar hai, ek ideal hai, jis ko woh achieve karna chahta hai. toh Allah taala ne yeh jo mayar pasandi hai insaan ke andar rakhi thi, jannat ke shauq ke liye, ke aadmi duniya mein kam tawajjuh de, duniya mein apni dil na lagaye, yeh samajh kar ke bhai, jo ideal mere mind mein hai, woh toh jannat mein milega, yahan toh bas kuch din rehna hai.</w:t>
      </w:r>
      <w:r>
        <w:br/>
      </w:r>
      <w:r>
        <w:rPr>
          <w:sz w:val="20"/>
        </w:rPr>
        <w:t>1:17:51  lekin aaj is hua yeh ke beshtar insaanon ne is mayar pasandi ko isi duniya mein transfer karna chaha, jo mayar pasandi thi aakhirat, un ki jannat ki yaad karne ke liye, is se apne ko lo lagane ke liye.</w:t>
      </w:r>
      <w:r>
        <w:br/>
      </w:r>
      <w:r>
        <w:rPr>
          <w:sz w:val="20"/>
        </w:rPr>
        <w:t>1:18:09  is mayar pasandi ko chaha ke is duniya mein main bana loon. is ke nateejay mein yeh tareekh mein yeh manzar aap ko dikhai deta hai.</w:t>
      </w:r>
    </w:p>
    <w:p>
      <w:pPr>
        <w:pStyle w:val="Heading2"/>
      </w:pPr>
      <w:r>
        <w:t>مولانا کی تجویز کردہ کتابوں کی فہرست</w:t>
      </w:r>
    </w:p>
    <w:p>
      <w:r>
        <w:rPr>
          <w:color w:val="666666"/>
          <w:sz w:val="18"/>
        </w:rPr>
        <w:t>Life &amp; Wisdom · Dars-e-Quran, Chapter 2, Verse 79 June 24, 2018 · 1m 53s · at 48:04 · https://youtu.be/7OeNcHSoPp0?t=2884</w:t>
      </w:r>
    </w:p>
    <w:p>
      <w:r>
        <w:rPr>
          <w:i/>
        </w:rPr>
        <w:t>“I have noticed in your books and also in your talks that you mention various writers and thinkers. I often try to read the books mentioned by you. I humbly request you to please give your recommended reading list for the growth of our conscience. My second question is out of curiosity that how you were able to discover the great books. May Allah reward you for your efforts.”</w:t>
      </w:r>
    </w:p>
    <w:p>
      <w:r>
        <w:rPr>
          <w:sz w:val="20"/>
        </w:rPr>
        <w:t>48:04  yeh sawal bheja hai miss fozia hassan ne australia se. unhon ne likha hai: "maulana, i have noticed in your books and also in your talks that you mention various writers and thinkers.</w:t>
      </w:r>
      <w:r>
        <w:br/>
      </w:r>
      <w:r>
        <w:rPr>
          <w:sz w:val="20"/>
        </w:rPr>
        <w:t>48:22  i often try to read the books mentioned by you. i humble request you to please give your recommended reading list for the growth of our consciousness.</w:t>
      </w:r>
      <w:r>
        <w:br/>
      </w:r>
      <w:r>
        <w:rPr>
          <w:sz w:val="20"/>
        </w:rPr>
        <w:t>48:34  my second question is out of curiosity that how you were able to discover the great books. may allah reward you for your efforts." bhai, is zamane mein to</w:t>
      </w:r>
      <w:r>
        <w:br/>
      </w:r>
      <w:r>
        <w:rPr>
          <w:sz w:val="20"/>
        </w:rPr>
        <w:t>48:52  bahut asan hai. ek ek computer ke expert ne kaha ek bar ke is zamane ka sab se bada muhaddis google hai.</w:t>
      </w:r>
      <w:r>
        <w:br/>
      </w:r>
      <w:r>
        <w:rPr>
          <w:sz w:val="20"/>
        </w:rPr>
        <w:t>49:07  main ne padha tha yeh ke is zamane ke sab se bada google jo hai, woh bahut uska sab se bada muhaddis google hai.</w:t>
      </w:r>
      <w:r>
        <w:br/>
      </w:r>
      <w:r>
        <w:rPr>
          <w:sz w:val="20"/>
        </w:rPr>
        <w:t>49:18  kyun ke sare maloomat, sari kitaben bhari hui hain is mein. hamare zamane mein jab hum padhte the to to libraries chhanani padti thi.</w:t>
      </w:r>
      <w:r>
        <w:br/>
      </w:r>
      <w:r>
        <w:rPr>
          <w:sz w:val="20"/>
        </w:rPr>
        <w:t>49:30  ab kaha hai, ab to aap le ke baithe hain apne apne mez par</w:t>
      </w:r>
      <w:r>
        <w:br/>
      </w:r>
      <w:r>
        <w:rPr>
          <w:sz w:val="20"/>
        </w:rPr>
        <w:t>49:36  internet aur sari baaten isi mein se nikalte rahiye, nikalte rahiye, nikalte rahiye. to main samajhta hoon ke ab to aap ko google se puchhna chahiye, na ke mujh 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