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Questions &amp; Answers — Maulana Wahiduddin Khan</w:t>
      </w:r>
    </w:p>
    <w:p>
      <w:r>
        <w:rPr>
          <w:sz w:val="18"/>
        </w:rPr>
        <w:t>75 questions · category Other · full transcripts with timestamps · exported 2026-09-22</w:t>
      </w:r>
    </w:p>
    <w:p>
      <w:pPr>
        <w:pStyle w:val="Heading2"/>
      </w:pPr>
      <w:r>
        <w:t>A Shia youth seeks guidance on new thinking</w:t>
      </w:r>
    </w:p>
    <w:p>
      <w:r>
        <w:rPr>
          <w:color w:val="666666"/>
          <w:sz w:val="18"/>
        </w:rPr>
        <w:t>Other · Forget the Grievances, January 01, 2017 · 2m 07s · at 48:44 · https://youtu.be/zW4q8dl2cmw?t=2924</w:t>
      </w:r>
    </w:p>
    <w:p>
      <w:r>
        <w:rPr>
          <w:i/>
        </w:rPr>
        <w:t>“I am a Kashmiri young man, and I have been following you religiously from past many years. I am a Shia, but with new thinking.”</w:t>
      </w:r>
    </w:p>
    <w:p>
      <w:r>
        <w:rPr>
          <w:sz w:val="20"/>
        </w:rPr>
        <w:t>48:44  maulana, agla sawal dilli se kiya hai javed ahmad beg sahab ne, aur unhon ne likha hai ke:</w:t>
      </w:r>
      <w:r>
        <w:br/>
      </w:r>
      <w:r>
        <w:rPr>
          <w:sz w:val="20"/>
        </w:rPr>
        <w:t>48:52  I am a Kashmiri young man, and I have been following you religiously from past many years.</w:t>
      </w:r>
      <w:r>
        <w:br/>
      </w:r>
      <w:r>
        <w:rPr>
          <w:sz w:val="20"/>
        </w:rPr>
        <w:t>48:59  i am a shia, but with new thinking.</w:t>
      </w:r>
      <w:r>
        <w:br/>
      </w:r>
      <w:r>
        <w:rPr>
          <w:sz w:val="20"/>
        </w:rPr>
        <w:t>49:03  what would be the solution to the kashmir problem?" maulana sahab, please say something on this.</w:t>
      </w:r>
      <w:r>
        <w:br/>
      </w:r>
      <w:r>
        <w:rPr>
          <w:sz w:val="20"/>
        </w:rPr>
        <w:t>49:10  bhai, is par likh chuke hain kai kitaben, woh un ko aap parhiye, aap english mein bhi hain,</w:t>
      </w:r>
      <w:r>
        <w:br/>
      </w:r>
      <w:r>
        <w:rPr>
          <w:sz w:val="20"/>
        </w:rPr>
        <w:t>49:17  urdu mein bhi hain.</w:t>
      </w:r>
      <w:r>
        <w:br/>
      </w:r>
      <w:r>
        <w:rPr>
          <w:sz w:val="20"/>
        </w:rPr>
        <w:t>49:19  misal ke taur par "dawn aur kashmir" ek ek kitab hai, is ko aap parhiye.</w:t>
      </w:r>
      <w:r>
        <w:br/>
      </w:r>
      <w:r>
        <w:rPr>
          <w:sz w:val="20"/>
        </w:rPr>
        <w:t>49:24  "kashmir mein aman" ek kitab hai, is ko parhiye.</w:t>
      </w:r>
      <w:r>
        <w:br/>
      </w:r>
      <w:r>
        <w:rPr>
          <w:sz w:val="20"/>
        </w:rPr>
        <w:t>49:28  to sari baaten, bhai, likh chuka hoon.</w:t>
      </w:r>
      <w:r>
        <w:br/>
      </w:r>
      <w:r>
        <w:rPr>
          <w:sz w:val="20"/>
        </w:rPr>
        <w:t>49:31  ji, sari baaten, kai kitaben hain, sirf kashmiri par hain.</w:t>
      </w:r>
      <w:r>
        <w:br/>
      </w:r>
      <w:r>
        <w:rPr>
          <w:sz w:val="20"/>
        </w:rPr>
        <w:t>49:35  ji, is ko aap parhiye.</w:t>
      </w:r>
      <w:r>
        <w:br/>
      </w:r>
      <w:r>
        <w:rPr>
          <w:sz w:val="20"/>
        </w:rPr>
        <w:t>49:37  maulana, kuch aur comments parhna chahenge.</w:t>
      </w:r>
      <w:r>
        <w:br/>
      </w:r>
      <w:r>
        <w:rPr>
          <w:sz w:val="20"/>
        </w:rPr>
        <w:t>49:40  agle do comments kashmir se aaye hain.</w:t>
      </w:r>
      <w:r>
        <w:br/>
      </w:r>
      <w:r>
        <w:rPr>
          <w:sz w:val="20"/>
        </w:rPr>
        <w:t>49:43  پہلا کمنٹ کشمیر سے ہے مس قروتلین کا، انہوں نے لکھا ہے: "The only hope for the entire</w:t>
      </w:r>
      <w:r>
        <w:br/>
      </w:r>
      <w:r>
        <w:rPr>
          <w:sz w:val="20"/>
        </w:rPr>
        <w:t>49:51  world in general, and in particular for muslims world, is maulana teachings and interpretations of quran." agla comment</w:t>
      </w:r>
      <w:r>
        <w:br/>
      </w:r>
      <w:r>
        <w:rPr>
          <w:sz w:val="20"/>
        </w:rPr>
        <w:t>49:59  کشمیر سے بھیجا ہے مسٹر عامر موری صاحب نے، اور انہوں نے لکھا ہے: "Today's lecture was an</w:t>
      </w:r>
      <w:r>
        <w:br/>
      </w:r>
      <w:r>
        <w:rPr>
          <w:sz w:val="20"/>
        </w:rPr>
        <w:t>50:07  eye opener for all Kashmiris, including me.</w:t>
      </w:r>
      <w:r>
        <w:br/>
      </w:r>
      <w:r>
        <w:rPr>
          <w:sz w:val="20"/>
        </w:rPr>
        <w:t>50:10  i think da revival of da prophetic sunnah, wich is based on replanning and da'wah, can be</w:t>
      </w:r>
      <w:r>
        <w:br/>
      </w:r>
      <w:r>
        <w:rPr>
          <w:sz w:val="20"/>
        </w:rPr>
        <w:t>50:17  best examplified by kashmir, as the kashmir has many opportunities for doing global da'wah work. " agla comment bangalore</w:t>
      </w:r>
      <w:r>
        <w:br/>
      </w:r>
      <w:r>
        <w:rPr>
          <w:sz w:val="20"/>
        </w:rPr>
        <w:t>50:25  سے بھیجا ہے فیصل سلیم صاحب نے، اور انہوں نے لکھا ہے: "really got a point from the</w:t>
      </w:r>
      <w:r>
        <w:br/>
      </w:r>
      <w:r>
        <w:rPr>
          <w:sz w:val="20"/>
        </w:rPr>
        <w:t>50:33  lesson that we need to ignore the community problems and avail global opportunities. " maulana yaqoob umri ne dilli</w:t>
      </w:r>
      <w:r>
        <w:br/>
      </w:r>
      <w:r>
        <w:rPr>
          <w:sz w:val="20"/>
        </w:rPr>
        <w:t>50:40  سے کمنٹ بھیجا ہے: "مولانا صاحب، today's lectures just is to plan according to the global opportunities available,</w:t>
      </w:r>
      <w:r>
        <w:br/>
      </w:r>
      <w:r>
        <w:rPr>
          <w:sz w:val="20"/>
        </w:rPr>
        <w:t>50:48  and not according to the grievances of victimised community.</w:t>
      </w:r>
    </w:p>
    <w:p>
      <w:pPr>
        <w:pStyle w:val="Heading2"/>
      </w:pPr>
      <w:r>
        <w:t>Additions to definition provided</w:t>
      </w:r>
    </w:p>
    <w:p>
      <w:r>
        <w:rPr>
          <w:color w:val="666666"/>
          <w:sz w:val="18"/>
        </w:rPr>
        <w:t>Other · Age Of Consumerism I January 6, 2013 Maulana Wahiduddin Khan · 45s · at 1:12:06 · https://youtu.be/CuRYFl7JuEM?t=4326</w:t>
      </w:r>
    </w:p>
    <w:p>
      <w:r>
        <w:rPr>
          <w:i/>
        </w:rPr>
        <w:t>“After listening to the talk, I did high-level thinking and gave a definition based on my understanding. I want to know what else could be added to this definition.”</w:t>
      </w:r>
    </w:p>
    <w:p>
      <w:r>
        <w:rPr>
          <w:sz w:val="20"/>
        </w:rPr>
        <w:t>1:12:06  sahaba mere model hain. toh aap pehle sahaba wali kitabein padhiye, phir ye sawal kijiye. ah, maulana, agla sawal tamil nadu se hai, maulana iqbal umri ka.</w:t>
      </w:r>
      <w:r>
        <w:br/>
      </w:r>
      <w:r>
        <w:rPr>
          <w:sz w:val="20"/>
        </w:rPr>
        <w:t>1:12:18  maulana, unho ne talk sunne ke baad ek high high thinking ki, ah, apne understanding ke hisab se ek definition di hai. toh woh ye janna chahte hain ke ye definition mein aur kya cheezein ho sakti hain.</w:t>
      </w:r>
      <w:r>
        <w:br/>
      </w:r>
      <w:r>
        <w:rPr>
          <w:sz w:val="20"/>
        </w:rPr>
        <w:t>1:12:31  unho ne likha hai:</w:t>
      </w:r>
      <w:r>
        <w:br/>
      </w:r>
      <w:r>
        <w:rPr>
          <w:sz w:val="20"/>
        </w:rPr>
        <w:t>1:12:33  "high definition ki thinking convert material thinking into divine thinking, hate thinking into positive thinking, political political thinking into daawa thinking, luxury life into need based life".</w:t>
      </w:r>
      <w:r>
        <w:br/>
      </w:r>
      <w:r>
        <w:rPr>
          <w:sz w:val="20"/>
        </w:rPr>
        <w:t>1:12:48  theek toh hai? ji, achha hai,</w:t>
      </w:r>
    </w:p>
    <w:p>
      <w:pPr>
        <w:pStyle w:val="Heading2"/>
      </w:pPr>
      <w:r>
        <w:t>Are there movements offering solutions other than politics?</w:t>
      </w:r>
    </w:p>
    <w:p>
      <w:r>
        <w:rPr>
          <w:color w:val="666666"/>
          <w:sz w:val="18"/>
        </w:rPr>
        <w:t>Other · Politics and Nation Building May 19, 2013 · 3m 49s · at 1:09:19 · https://youtu.be/kmiMGq0Ki2Q?t=4159</w:t>
      </w:r>
    </w:p>
    <w:p>
      <w:r>
        <w:rPr>
          <w:i/>
        </w:rPr>
        <w:t>“You just said that in Pakistan all leaders present politics as the solution to the nation's problems. Are there some such movements as well?”</w:t>
      </w:r>
    </w:p>
    <w:p>
      <w:r>
        <w:rPr>
          <w:sz w:val="20"/>
        </w:rPr>
        <w:t>1:09:19  ko woh ap ko khud decide karna hai wahan ke halaat ko read kar ke maulana agla sawal</w:t>
      </w:r>
      <w:r>
        <w:br/>
      </w:r>
      <w:r>
        <w:rPr>
          <w:sz w:val="20"/>
        </w:rPr>
        <w:t>1:09:25  ah ghazi abad se hai aqeel ahmed sahab ka unhon ne likha hai ap ne abhi farmaya ke</w:t>
      </w:r>
      <w:r>
        <w:br/>
      </w:r>
      <w:r>
        <w:rPr>
          <w:sz w:val="20"/>
        </w:rPr>
        <w:t>1:09:33  pakistan mein tamam leader millat ke masail ka hal siyasat ko batatay hain kuch aisi tehreekein bhi hain</w:t>
      </w:r>
      <w:r>
        <w:br/>
      </w:r>
      <w:r>
        <w:rPr>
          <w:sz w:val="20"/>
        </w:rPr>
        <w:t>1:09:40  jo taleem ke maidan mein kaam kar rahi hain ap ne un ka zikr nahi kiya is ki</w:t>
      </w:r>
      <w:r>
        <w:br/>
      </w:r>
      <w:r>
        <w:rPr>
          <w:sz w:val="20"/>
        </w:rPr>
        <w:t>1:09:46  wajah kya hai</w:t>
      </w:r>
      <w:r>
        <w:br/>
      </w:r>
      <w:r>
        <w:rPr>
          <w:sz w:val="20"/>
        </w:rPr>
        <w:t>1:09:49  madrasa chala rahi hain madrasa woh us ko mein ne jab bhi mein lafz bolta hoon taleem to meri murad hoti hai secular education wahan madarse log madarse zaroor chala rahe hain secular education to wahan kis cheez kar rahe hain woh musalman to bohat hi musalmanon ke jo school hain woh bohat hi mamooli yani standard ke hain koi standard un ka nahi hai</w:t>
      </w:r>
      <w:r>
        <w:br/>
      </w:r>
      <w:r>
        <w:rPr>
          <w:sz w:val="20"/>
        </w:rPr>
        <w:t>1:10:15  yehi to kami hai ke azadi ke baad dekhiye India aur Pakistan dono jagah ek hi kaam karna tha ke do kamon par sara zor diya jata hai sirf do kaam bas infrastructure aur education education meri baat hai secular education lekin na India mein yeh kaam theek tarike se hua na Pakistan mein dono jagah nahi hua</w:t>
      </w:r>
      <w:r>
        <w:br/>
      </w:r>
      <w:r>
        <w:rPr>
          <w:sz w:val="20"/>
        </w:rPr>
        <w:t>1:10:42  aj bhi dekhiye abhi mein ne dekha ke duniya ke hundred universities mein jo top ki hain un mein se ek bhi India ki university nahi hai duniya ki hundred top ki universities mein India ki ek bhi university nahi hai aur Pakistan to dollar hai to dekhiye starting point pakarne mein India ki leadership bhi fail ho gayi aur Pakistan ki leadership bhi fail ho gayi</w:t>
      </w:r>
      <w:r>
        <w:br/>
      </w:r>
      <w:r>
        <w:rPr>
          <w:sz w:val="20"/>
        </w:rPr>
        <w:t>1:11:10  azadi ke baad jo starting point tha woh yehi tha ke do cheezon ke pas diya jaye is sab bohat umda qism ka infrastructure aur bohat umda qism ki education yehi nahi hua na yahan hua na wahan hua to mein samajhta hoon ke Pakistan to ek well disturbed ho chuka hai India bhi development yahan bhi bohat hi mamooli hua abhi bhi India develop countries mein shumar karne qabil</w:t>
      </w:r>
      <w:r>
        <w:br/>
      </w:r>
      <w:r>
        <w:rPr>
          <w:sz w:val="20"/>
        </w:rPr>
        <w:t>1:11:35  nahi hai Maulana woh jo Pakistan se lady ne sawal kiya tha us ka clarification aya hai Maulana woh asal mein yeh janna chah rahi theen ke sometimes political activism is necessary as in Libya if Gaddafi had not been dethroned there would have been no opportunity for such constructive activities like daawa work to us ke baray mein ap kya kehna chahenge</w:t>
      </w:r>
      <w:r>
        <w:br/>
      </w:r>
      <w:r>
        <w:rPr>
          <w:sz w:val="20"/>
        </w:rPr>
        <w:t>1:12:04  nahi mujhe is mein ikhtilaf hai apki rai se political activism ko mein koi activity nahi manta is par mein ne bohat likha hai mein sirf daawa activism ko manta hoon daawa activism aur educational activity bas baqi cheezein isi se nikalti hain abhi bhi Libya mein kya kuch bhi koi positive baat to hui nahi abhi bhi wahan marqat hai</w:t>
      </w:r>
      <w:r>
        <w:br/>
      </w:r>
      <w:r>
        <w:rPr>
          <w:sz w:val="20"/>
        </w:rPr>
        <w:t>1:12:31  koi wahan par discipline nahi hai koi law and order nahi hai bohat bura haal hai Libya ka to mein sirf yeh manta hoon ke is waqt masraf duniya mein do hi kaam karne ke hain educational activism aur aur yeh daawa activism yeh to kahin bhi nahi hai wahan Libya mein kuch log jo thora bohat jo mauqa us ko istemal kar rahe hain</w:t>
      </w:r>
      <w:r>
        <w:br/>
      </w:r>
      <w:r>
        <w:rPr>
          <w:sz w:val="20"/>
        </w:rPr>
        <w:t>1:13:01  on the whole mulk mein to achi halat nahi hai wahan par</w:t>
      </w:r>
    </w:p>
    <w:p>
      <w:pPr>
        <w:pStyle w:val="Heading2"/>
      </w:pPr>
      <w:r>
        <w:t>Basis for Closing Ijtihad and Its Revival</w:t>
      </w:r>
    </w:p>
    <w:p>
      <w:r>
        <w:rPr>
          <w:color w:val="666666"/>
          <w:sz w:val="18"/>
        </w:rPr>
        <w:t>Other · Q&amp;A 20 Nov 2011 Maulana Wahiduddin Khan · 5m 00s · at 26:54 · https://youtu.be/7sNDn8Y6jUc?t=1614</w:t>
      </w:r>
    </w:p>
    <w:p>
      <w:r>
        <w:rPr>
          <w:i/>
        </w:rPr>
        <w:t>“On what basis was the door to ijtihad closed by the ulema? How can Muslims be made to understand the importance of ijtihad now?”</w:t>
      </w:r>
    </w:p>
    <w:p>
      <w:r>
        <w:rPr>
          <w:sz w:val="20"/>
        </w:rPr>
        <w:t>26:54  Maulana, isi se related ek aur sawal kiya gaya hai Miss Naghma Siddiqui ne Delhi se. unhon ne likha hai. "On what basis was the door to ijtihad closed by the ulema?</w:t>
      </w:r>
      <w:r>
        <w:br/>
      </w:r>
      <w:r>
        <w:rPr>
          <w:sz w:val="20"/>
        </w:rPr>
        <w:t>27:05  How can Muslims be made to understand the importance of ijtihad now?"</w:t>
      </w:r>
      <w:r>
        <w:br/>
      </w:r>
      <w:r>
        <w:rPr>
          <w:sz w:val="20"/>
        </w:rPr>
        <w:t>27:11  khud sakhta ek ek khud sakhta mafroza. Supposition. ke kahin ghalti na ho jaye.</w:t>
      </w:r>
      <w:r>
        <w:br/>
      </w:r>
      <w:r>
        <w:rPr>
          <w:sz w:val="20"/>
        </w:rPr>
        <w:t>27:20  ye jo door band kiya gaya is khud sakhta mafroza ko le kar ke. kahin ghalti na ho jaye. bhayi ghalti ho jaye tab bhi to sawab milega.</w:t>
      </w:r>
      <w:r>
        <w:br/>
      </w:r>
      <w:r>
        <w:rPr>
          <w:sz w:val="20"/>
        </w:rPr>
        <w:t>27:30  to kis ko? yani ye logon ne jo kiya apne haq se aage ja kar kiya. jo darwaza Rasool Allah ne band nahi kiya wo aap kaun hote hain band karne wale?</w:t>
      </w:r>
      <w:r>
        <w:br/>
      </w:r>
      <w:r>
        <w:rPr>
          <w:sz w:val="20"/>
        </w:rPr>
        <w:t>27:40  kaun hote hain band karne wale aap ko? ek khadsha ko le kar ke ke sahib kahin ghalti na ho jaye. ghalti ho tab bhi to sawab bataya gaya hai.</w:t>
      </w:r>
      <w:r>
        <w:br/>
      </w:r>
      <w:r>
        <w:rPr>
          <w:sz w:val="20"/>
        </w:rPr>
        <w:t>27:49  to main dekh is hadith se sabit hota hai ke har haal mein ijtihad karo. albatta ye shart rahegi sath sath ke apne correction ke liye tayyar raho.</w:t>
      </w:r>
      <w:r>
        <w:br/>
      </w:r>
      <w:r>
        <w:rPr>
          <w:sz w:val="20"/>
        </w:rPr>
        <w:t>28:01  agar koi aadmi tum ko tokre to wo ghalti ko bataye to foran maan lo. I was wrong.</w:t>
      </w:r>
      <w:r>
        <w:br/>
      </w:r>
      <w:r>
        <w:rPr>
          <w:sz w:val="20"/>
        </w:rPr>
        <w:t>28:07  ijtihad sach puche to ijtihad. asal farq ye hai. yaad rakhiye. is aadmi ke liye ijtihad ain sawab hai jo is ke liye tayyar rehta ho ke us ki ghalti ko batai jaye to wo keh de I was wrong.</w:t>
      </w:r>
      <w:r>
        <w:br/>
      </w:r>
      <w:r>
        <w:rPr>
          <w:sz w:val="20"/>
        </w:rPr>
        <w:t>28:24  aur jo aadmi ka haal ye ho ke ijtihad karne ke baad ghalti na maney sarakashi kare us ki to puri zindagi hi gunah hai. ijtihad kiya?</w:t>
      </w:r>
      <w:r>
        <w:br/>
      </w:r>
      <w:r>
        <w:rPr>
          <w:sz w:val="20"/>
        </w:rPr>
        <w:t>28:34  us ko kuch bhi karne ka haq nahi hai. phir main repeat karunga ke ek aadmi ijtihad kare</w:t>
      </w:r>
      <w:r>
        <w:br/>
      </w:r>
      <w:r>
        <w:rPr>
          <w:sz w:val="20"/>
        </w:rPr>
        <w:t>28:41  aur wo ghalti kare aur jab toka jaye to na maney wo apni sarakashi dikhane lage us ke liye sar-ta-pa us ki zindagi gunah hai ijtihad ye nahi hai sab kuch uska gunah hai kyunke sarakashi maaf nahi hogi us ki</w:t>
      </w:r>
      <w:r>
        <w:br/>
      </w:r>
      <w:r>
        <w:rPr>
          <w:sz w:val="20"/>
        </w:rPr>
        <w:t>28:57  lekin jo aadmi ijtihad kare aur us ke sath tayyar ho ke jab bhi us ko ghalti batai jayegi daleel se daleel se to foran maan lega keh dega I was wrong to us ke liye ain sawab hai ijtihad to aap</w:t>
      </w:r>
      <w:r>
        <w:br/>
      </w:r>
      <w:r>
        <w:rPr>
          <w:sz w:val="20"/>
        </w:rPr>
        <w:t>29:14  ijtihad darwaza band karne ka koi haq nahi rakhte sirf ye kehna chahiye aap ko ke tum ijtihad karo lekin us ke liye bhi tayyar raho ke jab tum ko ghalti batai jaye tum maan lo apni ghalti yani etiraf ka jazba bhi apne andar develop karo bas.</w:t>
      </w:r>
      <w:r>
        <w:br/>
      </w:r>
      <w:r>
        <w:rPr>
          <w:sz w:val="20"/>
        </w:rPr>
        <w:t>29:34  Maulana Israr Khatib ne Chennai se likha hai ke ijtihad ke liye kya shariyat hai Maulana aap ne abhi bataya lekin wo ye bhi janna chahte hain ke is ke liye kya Quran aur hadith ka ilm zaruri hai ya nahi?</w:t>
      </w:r>
      <w:r>
        <w:br/>
      </w:r>
      <w:r>
        <w:rPr>
          <w:sz w:val="20"/>
        </w:rPr>
        <w:t>29:50  ijtihad ko ek ajib o gharib mani panah diye gaye hain. har cheez mein ijtihad hai. farz kijiye ke aap ate hain class mein shirkat karne ke liye.</w:t>
      </w:r>
      <w:r>
        <w:br/>
      </w:r>
      <w:r>
        <w:rPr>
          <w:sz w:val="20"/>
        </w:rPr>
        <w:t>30:01  aap ate hain to farz kijiye ke darwaza band hai. darwaza band hai jahan se aap enter hote hain. to wahan pe ijtihad hai.</w:t>
      </w:r>
      <w:r>
        <w:br/>
      </w:r>
      <w:r>
        <w:rPr>
          <w:sz w:val="20"/>
        </w:rPr>
        <w:t>30:10  ke ek to ye ke aap darwaza band hai wo loot gaye wapas. ek hai ke darwaza band hai socha aap ne ke kya karna chahiye to wo mobile uthaya. us ke baad hamare kisi aadmi ko aap ne telephone kar diya.</w:t>
      </w:r>
      <w:r>
        <w:br/>
      </w:r>
      <w:r>
        <w:rPr>
          <w:sz w:val="20"/>
        </w:rPr>
        <w:t>30:20  mister rajat ko kisi ko keh bhai aaj kya aaj kya baat hai? yeh ijtihad ho gaya.</w:t>
      </w:r>
      <w:r>
        <w:br/>
      </w:r>
      <w:r>
        <w:rPr>
          <w:sz w:val="20"/>
        </w:rPr>
        <w:t>30:26  ijtihad to ek aisi cheez hai jo har waqt jaari rehta hai. har waqt jaari rehta hai. ab yeh pani hai. farz kijiye ke pani thanda hai.</w:t>
      </w:r>
      <w:r>
        <w:br/>
      </w:r>
      <w:r>
        <w:rPr>
          <w:sz w:val="20"/>
        </w:rPr>
        <w:t>30:37  mera gale ka masla paida ho to thande pani se to main sochun ke bhai thanda pani nahi peena chahiye mujhe garam pani peena chahiye. to main kahun mujhe kehna chahiye ke bhai garam pani lao.</w:t>
      </w:r>
      <w:r>
        <w:br/>
      </w:r>
      <w:r>
        <w:rPr>
          <w:sz w:val="20"/>
        </w:rPr>
        <w:t>30:46  yeh bhi ijtihad hai.</w:t>
      </w:r>
      <w:r>
        <w:br/>
      </w:r>
      <w:r>
        <w:rPr>
          <w:sz w:val="20"/>
        </w:rPr>
        <w:t>30:48  ijtihad ko logon ne ajeeb o ghareeb ek cheez samajh liya hai. ijtihad ka talluq yaad rakhiye zindagi ke har masle se aur isi tarah se deeni masle se bhi hai.</w:t>
      </w:r>
      <w:r>
        <w:br/>
      </w:r>
      <w:r>
        <w:rPr>
          <w:sz w:val="20"/>
        </w:rPr>
        <w:t>31:00  dawat ke masle se bhi hai. Allah taala ne duniya ko jab is tarah banaya hai ke har lamha halaat badalte hain. nai situation create hoti hai.</w:t>
      </w:r>
      <w:r>
        <w:br/>
      </w:r>
      <w:r>
        <w:rPr>
          <w:sz w:val="20"/>
        </w:rPr>
        <w:t>31:09  naye naye tajurbe hote hain. Allah taala ne jab isi duniya banai hai</w:t>
      </w:r>
      <w:r>
        <w:br/>
      </w:r>
      <w:r>
        <w:rPr>
          <w:sz w:val="20"/>
        </w:rPr>
        <w:t>31:14  to iske baad ijtihad zaruri ho gaya. zaruri ho gaya ijtihad. ab aap farz kijiye aap gaye station aur train chhoot gayi.</w:t>
      </w:r>
      <w:r>
        <w:br/>
      </w:r>
      <w:r>
        <w:rPr>
          <w:sz w:val="20"/>
        </w:rPr>
        <w:t>31:27  woh bhi ijtihad hai ke wapas jaaun ghar ya agli train ka intezar karun?</w:t>
      </w:r>
      <w:r>
        <w:br/>
      </w:r>
      <w:r>
        <w:rPr>
          <w:sz w:val="20"/>
        </w:rPr>
        <w:t>31:32  to kaun hai darwaza band kare ijtihad ka? kis ko haq hai? jabke Allah taala ke kaise planning mein shamil hai ke ijtihad karo.</w:t>
      </w:r>
      <w:r>
        <w:br/>
      </w:r>
      <w:r>
        <w:rPr>
          <w:sz w:val="20"/>
        </w:rPr>
        <w:t>31:43  ijtihad karo. to main nahi samajhta ke yeh yeh iska koi bhi ma'qool</w:t>
      </w:r>
      <w:r>
        <w:br/>
      </w:r>
      <w:r>
        <w:rPr>
          <w:sz w:val="20"/>
        </w:rPr>
        <w:t>31:49  sab koi bata sakta hai.</w:t>
      </w:r>
    </w:p>
    <w:p>
      <w:pPr>
        <w:pStyle w:val="Heading2"/>
      </w:pPr>
      <w:r>
        <w:t>Being Indian and proud</w:t>
      </w:r>
    </w:p>
    <w:p>
      <w:r>
        <w:rPr>
          <w:color w:val="666666"/>
          <w:sz w:val="18"/>
        </w:rPr>
        <w:t>Other · The Prophet An Example of Modesty August 27, 2017 · 29s · at 49:31 · https://youtu.be/aR3V4c8fQC4?t=2971</w:t>
      </w:r>
    </w:p>
    <w:p>
      <w:r>
        <w:rPr>
          <w:i/>
        </w:rPr>
        <w:t>“Maulana sahib, even though I am an Indian and a proud one,”</w:t>
      </w:r>
    </w:p>
    <w:p>
      <w:r>
        <w:rPr>
          <w:sz w:val="20"/>
        </w:rPr>
        <w:t>49:31  Real silsile mein, yaani tilawat ke silsile mein nahin, is ko gehrai ke saath samajhne ke silsile mein. Maulana, agla sawal lene se pehle ek comment padhna chahenge jo maulana iqbal umri ne bheja hai chennai se,</w:t>
      </w:r>
      <w:r>
        <w:br/>
      </w:r>
      <w:r>
        <w:rPr>
          <w:sz w:val="20"/>
        </w:rPr>
        <w:t>49:45  unhone likha hai, "Woh insaan ghaate mein nahin hai jo apni aajizi ko daryaft kare aur Khuda ki kamil qudrat ka etraf kare." Maulana, aap ne aaj bilkul momin ki nafsiyat ko wazeh kar diya.</w:t>
      </w:r>
    </w:p>
    <w:p>
      <w:pPr>
        <w:pStyle w:val="Heading2"/>
      </w:pPr>
      <w:r>
        <w:t>Can non-Muslim marry a Muslim girl</w:t>
      </w:r>
    </w:p>
    <w:p>
      <w:r>
        <w:rPr>
          <w:color w:val="666666"/>
          <w:sz w:val="18"/>
        </w:rPr>
        <w:t>Other · Q&amp;A 11 Jul 2010 Maulana Wahiduddin Khan · 1m 19s · at 5:22 · https://youtu.be/UHtdtzGGwFQ?t=322</w:t>
      </w:r>
    </w:p>
    <w:p>
      <w:r>
        <w:rPr>
          <w:i/>
        </w:rPr>
        <w:t>“Can a non-Muslim boy marry a Muslim girl or not? If not, please give the reason.”</w:t>
      </w:r>
    </w:p>
    <w:p>
      <w:r>
        <w:rPr>
          <w:sz w:val="20"/>
        </w:rPr>
        <w:t>5:22  maulana, agla sawal hai mister nafi sheikh ka, dilli se. woh yeh poochna chahte hain keh kya koi non muslim ladka kisi muslim ladki se shadi kar sakta hai ya nahi?</w:t>
      </w:r>
      <w:r>
        <w:br/>
      </w:r>
      <w:r>
        <w:rPr>
          <w:sz w:val="20"/>
        </w:rPr>
        <w:t>5:34  yadi nahi to reason bhi batayen.</w:t>
      </w:r>
      <w:r>
        <w:br/>
      </w:r>
      <w:r>
        <w:rPr>
          <w:sz w:val="20"/>
        </w:rPr>
        <w:t>5:37  dekhen, yeh sab masle yahan poochne ke nahi hain. is ko apna aapas mein aaye to bataunga. main yahan is qism ke masle mat poochhiye hum se, yeh ghair zaroori masle hain.</w:t>
      </w:r>
      <w:r>
        <w:br/>
      </w:r>
      <w:r>
        <w:rPr>
          <w:sz w:val="20"/>
        </w:rPr>
        <w:t>5:51  main bata sakta hoon, lekin jab mere office mein koi aaye to bataunga. bas dekhen,</w:t>
      </w:r>
      <w:r>
        <w:br/>
      </w:r>
      <w:r>
        <w:rPr>
          <w:sz w:val="20"/>
        </w:rPr>
        <w:t>5:57  ek real mamla ho. baat mere paas aksar aise telephone aate the, main ne kaha keh main aise jawab nahi deta aap ko. ladka ladki mere paas bhejiye, main janunga, poochunga un se, un ka un se poora un</w:t>
      </w:r>
      <w:r>
        <w:br/>
      </w:r>
      <w:r>
        <w:rPr>
          <w:sz w:val="20"/>
        </w:rPr>
        <w:t>6:13  ki un ki jankari lunga, tab main bataunga kya theek hai, kya nahi theek hai. aise bohat hi, yani bohat hi galat baat hai keh is tarah sirf dharra dharr log fatwa diya karte hain, baghair jaane bojhe.</w:t>
      </w:r>
      <w:r>
        <w:br/>
      </w:r>
      <w:r>
        <w:rPr>
          <w:sz w:val="20"/>
        </w:rPr>
        <w:t>6:28  is tarah jo log yahan aate hain, unhein itna janna chahiye keh yeh yeh yeh jo class hai, yeh sab question ke liye nahi hai.</w:t>
      </w:r>
      <w:r>
        <w:br/>
      </w:r>
      <w:r>
        <w:rPr>
          <w:sz w:val="20"/>
        </w:rPr>
        <w:t>6:35  yeh sab question jo hain, woh hamare office mein aayen, koi hum batayenge is ko.</w:t>
      </w:r>
    </w:p>
    <w:p>
      <w:pPr>
        <w:pStyle w:val="Heading2"/>
      </w:pPr>
      <w:r>
        <w:t>Can women do dawah to men?</w:t>
      </w:r>
    </w:p>
    <w:p>
      <w:r>
        <w:rPr>
          <w:color w:val="666666"/>
          <w:sz w:val="18"/>
        </w:rPr>
        <w:t>Other · Present Day Muslims Jan 13, 2013 · 2m 26s · at 1:23:06 · https://youtu.be/CVcbWVYitog?t=4986</w:t>
      </w:r>
    </w:p>
    <w:p>
      <w:r>
        <w:rPr>
          <w:i/>
        </w:rPr>
        <w:t>“I do dawah work among both men and women. Muslim scholars tell me that you should do dawah work among women and leave dawah among men to men. Maulana sahib, is this correct?”</w:t>
      </w:r>
    </w:p>
    <w:p>
      <w:r>
        <w:rPr>
          <w:sz w:val="20"/>
        </w:rPr>
        <w:t>1:23:06  maulana, agla sawal lahore pakistan se hai, miss salma ka.</w:t>
      </w:r>
      <w:r>
        <w:br/>
      </w:r>
      <w:r>
        <w:rPr>
          <w:sz w:val="20"/>
        </w:rPr>
        <w:t>1:23:11  unhon ne likha hai: "main dawat ka kaam mardon mein bhi karti hoon aur auraton mein bhi karti hoon. mujhe muslim ulma kehte hain ke aap dawat mein dawat ka kaam auraton mein kijiye aur mardon mein dawat mardon ko karne dijiye.</w:t>
      </w:r>
      <w:r>
        <w:br/>
      </w:r>
      <w:r>
        <w:rPr>
          <w:sz w:val="20"/>
        </w:rPr>
        <w:t>1:23:30  maulana sahib, kya yeh baat sahi hai?" sahi nahi hai. yeh jhooti baat hai. jhoot ke sawal kam se kam lafz is ke liye jhooti baat hai.</w:t>
      </w:r>
      <w:r>
        <w:br/>
      </w:r>
      <w:r>
        <w:rPr>
          <w:sz w:val="20"/>
        </w:rPr>
        <w:t>1:23:39  aap un ki parwah mat kijiye. araz kijiye. arzal jahileen ka tareeqa ikhtiyar kijiye. na khud karein, karne dein. na un se jhagda kijiye.</w:t>
      </w:r>
      <w:r>
        <w:br/>
      </w:r>
      <w:r>
        <w:rPr>
          <w:sz w:val="20"/>
        </w:rPr>
        <w:t>1:23:51  un se behas kijiye. koi bhi is se asar bhi mat lijiye aap. bas apna kaam peaceful tareeqay se karti rahiye.</w:t>
      </w:r>
      <w:r>
        <w:br/>
      </w:r>
      <w:r>
        <w:rPr>
          <w:sz w:val="20"/>
        </w:rPr>
        <w:t>1:24:01  ab apna kaam peaceful tareeqay se karte rahen. yeh ulma ka haal kya hai, dekhiye batata hoon misaal aap ko.</w:t>
      </w:r>
      <w:r>
        <w:br/>
      </w:r>
      <w:r>
        <w:rPr>
          <w:sz w:val="20"/>
        </w:rPr>
        <w:t>1:24:08  in ulma ne jhoote fatwe de rakhe hain. yeh fatwa diya unhon ne ke quran yeh daur jab aaya ke printing press ka zamana ke quran ki tarjume chhappe jayen mukhtalif zabanon mein to ulma ne fatwa diya.</w:t>
      </w:r>
      <w:r>
        <w:br/>
      </w:r>
      <w:r>
        <w:rPr>
          <w:sz w:val="20"/>
        </w:rPr>
        <w:t>1:24:23  pehle to tha ke quran ki tarjuma hi nahi kar sakte aap. shah waliullah ne tarjuma kiya farsi zaban mein quran ka, un par hamle kiye gaye. yani pehle to tarjuma hi karna ke khilaf thay yeh ulma.</w:t>
      </w:r>
      <w:r>
        <w:br/>
      </w:r>
      <w:r>
        <w:rPr>
          <w:sz w:val="20"/>
        </w:rPr>
        <w:t>1:24:35  tarjuma aap nahi kar sakte quran majeed ka. to khair is ke baad doosre darje mein yeh maan liya ke tarjuma agar aap karte hain to matan ke sath chhapiye, text ke sath.</w:t>
      </w:r>
      <w:r>
        <w:br/>
      </w:r>
      <w:r>
        <w:rPr>
          <w:sz w:val="20"/>
        </w:rPr>
        <w:t>1:24:48  ab sawal yeh hai ke hum ko dena hai ghair muslimon ko to doosra fatwa aa gaya</w:t>
      </w:r>
      <w:r>
        <w:br/>
      </w:r>
      <w:r>
        <w:rPr>
          <w:sz w:val="20"/>
        </w:rPr>
        <w:t>1:24:53  ke aap text ke sath dein ge to behurmati karein ge is se, ab nahi de sakte aap. to agar baghair text ke chhapein aap, tab bhi najayaz.</w:t>
      </w:r>
      <w:r>
        <w:br/>
      </w:r>
      <w:r>
        <w:rPr>
          <w:sz w:val="20"/>
        </w:rPr>
        <w:t>1:25:04  kyun ke text shamil karna zaroori hai. aur text ke sath shamil karein, tab bhi najayaz. kyun ke text ke sath dein ge aap to woh behurmati hogi.</w:t>
      </w:r>
      <w:r>
        <w:br/>
      </w:r>
      <w:r>
        <w:rPr>
          <w:sz w:val="20"/>
        </w:rPr>
        <w:t>1:25:15  yani fatwon ki parwah karne ki zaroorat hai. yeh sab jhoote fatwe hain, main saaf kehta hoon. yeh jhoote fatwe hain ke kuch bhi parwah mat kijiye. aap Allah ki parwah kijiye sirf.</w:t>
      </w:r>
      <w:r>
        <w:br/>
      </w:r>
      <w:r>
        <w:rPr>
          <w:sz w:val="20"/>
        </w:rPr>
        <w:t>1:25:25  Allah ke zariye aur Allah ke hukum ke mutabiq khamoshi se kaam karti rahiye.</w:t>
      </w:r>
    </w:p>
    <w:p>
      <w:pPr>
        <w:pStyle w:val="Heading2"/>
      </w:pPr>
      <w:r>
        <w:t>Clarification on Al-Risalah article</w:t>
      </w:r>
    </w:p>
    <w:p>
      <w:r>
        <w:rPr>
          <w:color w:val="666666"/>
          <w:sz w:val="18"/>
        </w:rPr>
        <w:t>Other · Prophetic Example | April 06, 2014 | Maulana Wahiduddin Khan · 3m 36s · at 51:18 · https://youtu.be/zTVjTJbStUU?t=3078</w:t>
      </w:r>
    </w:p>
    <w:p>
      <w:r>
        <w:rPr>
          <w:i/>
        </w:rPr>
        <w:t>“Maulana sahib, you mentioned in the Al-Risalah March two thousand fourteen under the title...”</w:t>
      </w:r>
    </w:p>
    <w:p>
      <w:r>
        <w:rPr>
          <w:sz w:val="20"/>
        </w:rPr>
        <w:t>51:18  maulana Allah aap ko lambi umar aur jaza-e-khair de. " Maulana agla sawal Pennsylvania se Khwaja Kaleemuddin</w:t>
      </w:r>
      <w:r>
        <w:br/>
      </w:r>
      <w:r>
        <w:rPr>
          <w:sz w:val="20"/>
        </w:rPr>
        <w:t>51:23  sahib ne bheja hai.</w:t>
      </w:r>
      <w:r>
        <w:br/>
      </w:r>
      <w:r>
        <w:rPr>
          <w:sz w:val="20"/>
        </w:rPr>
        <w:t>51:28  unhon ne likha hai: "Maulana sahib you mentioned in the Al-Risalah March two thousand fourteen under the title</w:t>
      </w:r>
      <w:r>
        <w:br/>
      </w:r>
      <w:r>
        <w:rPr>
          <w:sz w:val="20"/>
        </w:rPr>
        <w:t>51:33  Prophetic Model that Prophet left many models for us to follow after him.</w:t>
      </w:r>
      <w:r>
        <w:br/>
      </w:r>
      <w:r>
        <w:rPr>
          <w:sz w:val="20"/>
        </w:rPr>
        <w:t>51:38  One of his mod</w:t>
      </w:r>
      <w:r>
        <w:br/>
      </w:r>
      <w:r>
        <w:rPr>
          <w:sz w:val="20"/>
        </w:rPr>
        <w:t>51:43  els you mentioned that he left Quran and Sunnah behind for us. Explaining this you said according to this he left a strong literature in the form of Quran and Sunnah and a strong team of Sahaba so that the mission of Islam continues for long. Then you said that in the footsteps of this model today a person who wants to carry the Prophet's mission forward should r</w:t>
      </w:r>
      <w:r>
        <w:br/>
      </w:r>
      <w:r>
        <w:rPr>
          <w:sz w:val="20"/>
        </w:rPr>
        <w:t>52:13  ise and create a strong explanatory literature of Islam and a dedicated team so that the mission of</w:t>
      </w:r>
      <w:r>
        <w:br/>
      </w:r>
      <w:r>
        <w:rPr>
          <w:sz w:val="20"/>
        </w:rPr>
        <w:t>52:19  Islam thrives for the times to come.</w:t>
      </w:r>
      <w:r>
        <w:br/>
      </w:r>
      <w:r>
        <w:rPr>
          <w:sz w:val="20"/>
        </w:rPr>
        <w:t>52:25  Maulana sahib in this regard I would confess that the literature you produced is the only strong literature</w:t>
      </w:r>
      <w:r>
        <w:br/>
      </w:r>
      <w:r>
        <w:rPr>
          <w:sz w:val="20"/>
        </w:rPr>
        <w:t>52:31  in the whole world that explains Prophet's mission positively in the modern idiom.</w:t>
      </w:r>
      <w:r>
        <w:br/>
      </w:r>
      <w:r>
        <w:rPr>
          <w:sz w:val="20"/>
        </w:rPr>
        <w:t>52:37  But we as CPS members find oursel</w:t>
      </w:r>
      <w:r>
        <w:br/>
      </w:r>
      <w:r>
        <w:rPr>
          <w:sz w:val="20"/>
        </w:rPr>
        <w:t>52:43  ves weak in the sense that we are mostly immersed in solving our personal and family problems more</w:t>
      </w:r>
      <w:r>
        <w:br/>
      </w:r>
      <w:r>
        <w:rPr>
          <w:sz w:val="20"/>
        </w:rPr>
        <w:t>52:50  than spreading the literature.</w:t>
      </w:r>
      <w:r>
        <w:br/>
      </w:r>
      <w:r>
        <w:rPr>
          <w:sz w:val="20"/>
        </w:rPr>
        <w:t>52:56  Therefore Maulana I ask you to guide us how to be very dedicated giving whole of our time</w:t>
      </w:r>
      <w:r>
        <w:br/>
      </w:r>
      <w:r>
        <w:rPr>
          <w:sz w:val="20"/>
        </w:rPr>
        <w:t>53:02  in spreading the message of Islam. " dekhiye aap ne jo likha hai ke log family mein phanse rehte</w:t>
      </w:r>
      <w:r>
        <w:br/>
      </w:r>
      <w:r>
        <w:rPr>
          <w:sz w:val="20"/>
        </w:rPr>
        <w:t>53:08  hain yeh baat bilkul sahi hai.</w:t>
      </w:r>
      <w:r>
        <w:br/>
      </w:r>
      <w:r>
        <w:rPr>
          <w:sz w:val="20"/>
        </w:rPr>
        <w:t>53:15  is ka hal har giz har giz yeh nahi ke aap is ka solution nikalein. aap kuch kar nahi sakte. jin jin log phanse hue hain woh dekhiye kya kar paye woh. un ko Allah ke hawale kijiye. family ko Allah ke hawale kijiye. agar aap chahein ke aap khud is ke problem ko solve karein to aap yaqeen kijiye ke aap mar jayenge kar nahi payenge. main ne bohat misalein mere samne</w:t>
      </w:r>
      <w:r>
        <w:br/>
      </w:r>
      <w:r>
        <w:rPr>
          <w:sz w:val="20"/>
        </w:rPr>
        <w:t>53:45  hain ke family phanse rahe phanse rahe phanse rahe aate hain ke khatm ho gaye.</w:t>
      </w:r>
      <w:r>
        <w:br/>
      </w:r>
      <w:r>
        <w:rPr>
          <w:sz w:val="20"/>
        </w:rPr>
        <w:t>53:52  to mera mashwara sirf yeh hoga ke mission ko apna maqsad banaiye aur family ko Allah ke hawale kijiye.</w:t>
      </w:r>
      <w:r>
        <w:br/>
      </w:r>
      <w:r>
        <w:rPr>
          <w:sz w:val="20"/>
        </w:rPr>
        <w:t>54:00  bas yeh jo Allah ka mission hai divine mission is ko apna maqsad banaiye aur family ko Allah</w:t>
      </w:r>
      <w:r>
        <w:br/>
      </w:r>
      <w:r>
        <w:rPr>
          <w:sz w:val="20"/>
        </w:rPr>
        <w:t>54:07  ke hawale kijiye.</w:t>
      </w:r>
      <w:r>
        <w:br/>
      </w:r>
      <w:r>
        <w:rPr>
          <w:sz w:val="20"/>
        </w:rPr>
        <w:t>54:15  kijiye yeh yeh main yeh baat Quran ki is aayat se nikali hai ke Allah yaani Allah zaroor</w:t>
      </w:r>
      <w:r>
        <w:br/>
      </w:r>
      <w:r>
        <w:rPr>
          <w:sz w:val="20"/>
        </w:rPr>
        <w:t>54:25  is ki madad karega jo Allah ki madad kare.</w:t>
      </w:r>
      <w:r>
        <w:br/>
      </w:r>
      <w:r>
        <w:rPr>
          <w:sz w:val="20"/>
        </w:rPr>
        <w:t>54:35  yani jo Allah ke mission mein apne aap ko lagaye to Allah zaroor us ke kamon mein is</w:t>
      </w:r>
      <w:r>
        <w:br/>
      </w:r>
      <w:r>
        <w:rPr>
          <w:sz w:val="20"/>
        </w:rPr>
        <w:t>54:45  ka madadgar ban jayega.</w:t>
      </w:r>
    </w:p>
    <w:p>
      <w:pPr>
        <w:pStyle w:val="Heading2"/>
      </w:pPr>
      <w:r>
        <w:t>Clarification on Daba as Noah's Ark</w:t>
      </w:r>
    </w:p>
    <w:p>
      <w:r>
        <w:rPr>
          <w:color w:val="666666"/>
          <w:sz w:val="18"/>
        </w:rPr>
        <w:t>Other · Major Signs of Doomsday November 26, 2023 · 8m 32s · at 32:58 · https://youtu.be/pMRzFjrkWf4?t=1978</w:t>
      </w:r>
    </w:p>
    <w:p>
      <w:r>
        <w:rPr>
          <w:i/>
        </w:rPr>
        <w:t>“It is said that Daba is a sign before the End Times. Maulana Wahiduddin Khan has written in Al-Risala that it is the Ark of Noah. Could you please clarify this? It is a very important sign of the Day of Judgment, but people do not understand.”</w:t>
      </w:r>
    </w:p>
    <w:p>
      <w:r>
        <w:rPr>
          <w:sz w:val="20"/>
        </w:rPr>
        <w:t>32:58  ji. real qissa hai. ji. jazak Allah, apaa. apaa, agla sawal mein Dajjal ke relation mein poochna chahunga ke yeh bhi ek nishani batayi gayi hai, end of times ke aanay se pehle, emergency of Dajjal.</w:t>
      </w:r>
      <w:r>
        <w:br/>
      </w:r>
      <w:r>
        <w:rPr>
          <w:sz w:val="20"/>
        </w:rPr>
        <w:t>33:15  Maulana Wahiduddin Khan sahib ne Al-Risala mein is ko Hazrat Nuh (AS) ki kashti bataya hai. to mein chahunga ke is is ke bare mein bhi aap thoda wazeh karein.</w:t>
      </w:r>
      <w:r>
        <w:br/>
      </w:r>
      <w:r>
        <w:rPr>
          <w:sz w:val="20"/>
        </w:rPr>
        <w:t>33:27  yeh bohat hi important nishani hai qayamat ki. to Dajjal, lekin log samajhte nahi.</w:t>
      </w:r>
      <w:r>
        <w:br/>
      </w:r>
      <w:r>
        <w:rPr>
          <w:sz w:val="20"/>
        </w:rPr>
        <w:t>33:36  woh purane zamane ke lehaz se literal, woh ek to purana zamana tha, us mein bohat sari cheezein hamare samne thi nahi. aur doosre, woh samajhte the har cheez ko literal, yani ke literal samajhna cha rahe the, to woh samajh mein nahi aata tha.</w:t>
      </w:r>
      <w:r>
        <w:br/>
      </w:r>
      <w:r>
        <w:rPr>
          <w:sz w:val="20"/>
        </w:rPr>
        <w:t>33:52  to Dajjal ka mein sahi Muslim mein jo tashreeh likhi hui hai na, woh bohat ajeeb o ghareeb tashreeh hai. ji. ke bohat bara janwar Safa pahad se niklega, 60 gaz lamba uska sar hoga,</w:t>
      </w:r>
      <w:r>
        <w:br/>
      </w:r>
      <w:r>
        <w:rPr>
          <w:sz w:val="20"/>
        </w:rPr>
        <w:t>34:06  hathi ke jaise kaan, sing pahadi bakri jaisa, sina sher ka. ji. hath paon oont ke.</w:t>
      </w:r>
      <w:r>
        <w:br/>
      </w:r>
      <w:r>
        <w:rPr>
          <w:sz w:val="20"/>
        </w:rPr>
        <w:t>34:16  Hazrat Musa (AS) ka asaa aur Hazrat Suleman (AS) ki angoothi le kar woh woh aye ga, aur Musalman aur kafir ko soongh kar bata dega ke kaun sachay deen par hai,</w:t>
      </w:r>
      <w:r>
        <w:br/>
      </w:r>
      <w:r>
        <w:rPr>
          <w:sz w:val="20"/>
        </w:rPr>
        <w:t>34:27  kaun nahi hai. ji. ab aap sochiye, is ka kuch bhi aql se taluq nahi ke itna bara janwar nikal ke aye ga to sab log bhagenge.</w:t>
      </w:r>
      <w:r>
        <w:br/>
      </w:r>
      <w:r>
        <w:rPr>
          <w:sz w:val="20"/>
        </w:rPr>
        <w:t>34:38  woh kab soonghne ko is ko milega? yeh sab ko soonghega, phir bataye ga kaun kafir hai, kaun momin hai. ji. to Maulana ne is par bohat likha hai, balkay ek pamphlet bhi shaya hua tha.</w:t>
      </w:r>
      <w:r>
        <w:br/>
      </w:r>
      <w:r>
        <w:rPr>
          <w:sz w:val="20"/>
        </w:rPr>
        <w:t>34:50  ji. to ise English mein bhi aya</w:t>
      </w:r>
      <w:r>
        <w:br/>
      </w:r>
      <w:r>
        <w:rPr>
          <w:sz w:val="20"/>
        </w:rPr>
        <w:t>34:54  hai. to yeh sare jo alfaaz hote hain na, yeh symbolic hote hain.</w:t>
      </w:r>
      <w:r>
        <w:br/>
      </w:r>
      <w:r>
        <w:rPr>
          <w:sz w:val="20"/>
        </w:rPr>
        <w:t>35:00  to is mein Maulana ne likha hai ke jo Allah Ta'ala ki jo Sunnat al-Ibtila hai, jo ke har cheez par Allah Ta'ala ne veil of doubt rakha hai, yeh Surah Al-An'am mein verse nine.</w:t>
      </w:r>
      <w:r>
        <w:br/>
      </w:r>
      <w:r>
        <w:rPr>
          <w:sz w:val="20"/>
        </w:rPr>
        <w:t>35:15  to</w:t>
      </w:r>
      <w:r>
        <w:br/>
      </w:r>
      <w:r>
        <w:rPr>
          <w:sz w:val="20"/>
        </w:rPr>
        <w:t>35:16  kashti ke zariye jo Allah Ta'ala ne jo message diya hai insano ko, to woh ek disguised name hai Dajjal, kyunke kashti rengte rengte pani par chalti hai.</w:t>
      </w:r>
      <w:r>
        <w:br/>
      </w:r>
      <w:r>
        <w:rPr>
          <w:sz w:val="20"/>
        </w:rPr>
        <w:t>35:28  ji. to woh us ko disguise kiya jata tha. to is pe qanoon al-ibtila ki wajah se us ko Dajjal kaha gaya.</w:t>
      </w:r>
      <w:r>
        <w:br/>
      </w:r>
      <w:r>
        <w:rPr>
          <w:sz w:val="20"/>
        </w:rPr>
        <w:t>35:37  to jo hai Dajjal ke lafzi maani to rengne wale hain, creeper, aise jo bel hoti hai na, jo upar chadhti hai. ji. us ko bhi Dajjal kehte hain.</w:t>
      </w:r>
      <w:r>
        <w:br/>
      </w:r>
      <w:r>
        <w:rPr>
          <w:sz w:val="20"/>
        </w:rPr>
        <w:t>35:48  aur koi bhi cheez dheere dheere chal rahi ho, jaise train hi hai, bohat dheere dheere chal rahi ho, to us ko bhi Dajjal kaha jata hai. to Quran mein aya hai ke jab waqt aye ga to hum logon ke liye zameen se ek Dajjal nikalenge.</w:t>
      </w:r>
      <w:r>
        <w:br/>
      </w:r>
      <w:r>
        <w:rPr>
          <w:sz w:val="20"/>
        </w:rPr>
        <w:t>36:02  ab zameen se ek Dajjal nikalenge, zameen ke andar janwar mar nahi jayega,</w:t>
      </w:r>
      <w:r>
        <w:br/>
      </w:r>
      <w:r>
        <w:rPr>
          <w:sz w:val="20"/>
        </w:rPr>
        <w:t>36:06  zameen se kaise Dajjal niklega? ji. to yeh hai Surah Al-Naml mein aya hai. to jo hai is mein jab Hazrat Nuh (AS) bohat bare paighambar the, to unhon ne taqreeban nau sau saal tak Khuda ka paigham pohanchaya, lekin logon ne un ka paigham nahi mana.</w:t>
      </w:r>
      <w:r>
        <w:br/>
      </w:r>
      <w:r>
        <w:rPr>
          <w:sz w:val="20"/>
        </w:rPr>
        <w:t>36:29  to jab prophet ehitmam-e-hujjat kar de aur uska paigham na maana jaaye, phir Allah taala pehle to warning deta hai, jaise yeh aaj kal jo sab ho raha hai na, global warming waghera, yeh sab warning hai.</w:t>
      </w:r>
      <w:r>
        <w:br/>
      </w:r>
      <w:r>
        <w:rPr>
          <w:sz w:val="20"/>
        </w:rPr>
        <w:t>36:44  ji. to pehle to warning deta hai, phir azaab aata hai.</w:t>
      </w:r>
      <w:r>
        <w:br/>
      </w:r>
      <w:r>
        <w:rPr>
          <w:sz w:val="20"/>
        </w:rPr>
        <w:t>36:48  to isi tareeqe se Hazrat Nuh (AS) ke zamane mein jo sailab aaya, to woh in logon ne jo Hazrat Nuh (AS) ko thukra diya, reject kar diya, to is wajah se Allah taala ne woh saara jo hai, unko poori nasal ko khatam kar diya ke ab nayi nasal paida hogi aur is mein se log niklenge jo Allah taala ki ibaadat karenge.</w:t>
      </w:r>
      <w:r>
        <w:br/>
      </w:r>
      <w:r>
        <w:rPr>
          <w:sz w:val="20"/>
        </w:rPr>
        <w:t>37:15  to is mein jo hai, is mein jo hai, bolne kehte hain, woh kalam karega. to kalam bhi wohi symbolic language hai.</w:t>
      </w:r>
      <w:r>
        <w:br/>
      </w:r>
      <w:r>
        <w:rPr>
          <w:sz w:val="20"/>
        </w:rPr>
        <w:t>37:24  matlab woh kashti jo hai, woh khud ba khud is shahadat degi ke ek paighambar aaya tha aur logon ne is ko reject kiya, to Allah taala ne palat bheja aur sab khatam ho gaye.</w:t>
      </w:r>
      <w:r>
        <w:br/>
      </w:r>
      <w:r>
        <w:rPr>
          <w:sz w:val="20"/>
        </w:rPr>
        <w:t>37:36  to ab woh jo tha, kyunke insaan ko is duniya mein ek creation plan ke tehat paida</w:t>
      </w:r>
      <w:r>
        <w:br/>
      </w:r>
      <w:r>
        <w:rPr>
          <w:sz w:val="20"/>
        </w:rPr>
        <w:t>37:43  kiya gaya hai, yun hi nahi ke at drink and be merry. ji. to woh creation plan ke tehat paida kiya gaya hai. to woh ek poora reminder hai ke creation plan ke tehat paida kiya gaya tha, bar bar rasool bheje gaye, lekin unhone Khuda ko paigham ko radd kar diya.</w:t>
      </w:r>
      <w:r>
        <w:br/>
      </w:r>
      <w:r>
        <w:rPr>
          <w:sz w:val="20"/>
        </w:rPr>
        <w:t>38:01  to is wajah se woh flood aaya aur sab khatam kar diye gaye.</w:t>
      </w:r>
      <w:r>
        <w:br/>
      </w:r>
      <w:r>
        <w:rPr>
          <w:sz w:val="20"/>
        </w:rPr>
        <w:t>38:05  to yahi jo hai sabak ab is se mila, kyunke woh kashti jo hai, woh Iraq mein jo Mesopotamia ka jo ilaaqa tha, wahan se gayi thi upar Turkey ke upar Koh Ararat.</w:t>
      </w:r>
      <w:r>
        <w:br/>
      </w:r>
      <w:r>
        <w:rPr>
          <w:sz w:val="20"/>
        </w:rPr>
        <w:t>38:23  ji. Ararat ek pahad hai aur Turkey jaante hain, aap bahut thanda ilaaqa hai, to wahan bahut barf hai.</w:t>
      </w:r>
      <w:r>
        <w:br/>
      </w:r>
      <w:r>
        <w:rPr>
          <w:sz w:val="20"/>
        </w:rPr>
        <w:t>38:29  to wahan par sab log musafir jo the, utar gaye, phir barf itna barf bari hui ke woh is mein barf mein woh dab gayi.</w:t>
      </w:r>
      <w:r>
        <w:br/>
      </w:r>
      <w:r>
        <w:rPr>
          <w:sz w:val="20"/>
        </w:rPr>
        <w:t>38:38  to us ke baad jo barf mein koi cheez dabi rehti hai, to kimiyaai amal ke tehat woh fossil ban jaati hai, to bilkul pathar ki shakal ho jaati hai, to woh kharab nahi hoti phir.</w:t>
      </w:r>
      <w:r>
        <w:br/>
      </w:r>
      <w:r>
        <w:rPr>
          <w:sz w:val="20"/>
        </w:rPr>
        <w:t>38:51  ji. to is tareeqe se woh jo hai, woh pathar ban gayi. aur jab global warming hui to us ke baad kya hua ke woh dheere dheere barf pighalne laga, barf pighalne laga to woh dikhne lagi.</w:t>
      </w:r>
      <w:r>
        <w:br/>
      </w:r>
      <w:r>
        <w:rPr>
          <w:sz w:val="20"/>
        </w:rPr>
        <w:t>39:04  woh</w:t>
      </w:r>
      <w:r>
        <w:br/>
      </w:r>
      <w:r>
        <w:rPr>
          <w:sz w:val="20"/>
        </w:rPr>
        <w:t>39:05  to kuch pilots ne dekha, kyunke Bible mein bhi bahut detail mein hai Nuh ki, Nuh ki kashti ke bare mein.</w:t>
      </w:r>
      <w:r>
        <w:br/>
      </w:r>
      <w:r>
        <w:rPr>
          <w:sz w:val="20"/>
        </w:rPr>
        <w:t>39:14  to pilots ne dekha, jo ke Christian rahe honge, to unko woh similarity nazar aayi ke jo mentioned hai Bible mein, to yeh wahi kashti nazar aa rahi hai.</w:t>
      </w:r>
      <w:r>
        <w:br/>
      </w:r>
      <w:r>
        <w:rPr>
          <w:sz w:val="20"/>
        </w:rPr>
        <w:t>39:24  phir ek bahut badi team Yahudi, Isai, scholars ki, bahut badi, taqreeban sau log wahan gaye aur is ko poora unhone carbon dating waghera se saara check kiya.</w:t>
      </w:r>
      <w:r>
        <w:br/>
      </w:r>
      <w:r>
        <w:rPr>
          <w:sz w:val="20"/>
        </w:rPr>
        <w:t>39:35  to unhone taqreeban 99.9 feesad kaha ke yeh wahi kashti hai. ji. to is tareeqe se ek woh Allah taala ne ek theoretical evidence to hota hi tha,</w:t>
      </w:r>
      <w:r>
        <w:br/>
      </w:r>
      <w:r>
        <w:rPr>
          <w:sz w:val="20"/>
        </w:rPr>
        <w:t>39:50  paigām lāte the vah aur mesenjars, to vah thīoriṭikal evīḍens hotā thā.</w:t>
      </w:r>
      <w:r>
        <w:br/>
      </w:r>
      <w:r>
        <w:rPr>
          <w:sz w:val="20"/>
        </w:rPr>
        <w:t>39:57  allāh taʿālā ne ek maṭīriyal evīḍens bhī</w:t>
      </w:r>
      <w:r>
        <w:br/>
      </w:r>
      <w:r>
        <w:rPr>
          <w:sz w:val="20"/>
        </w:rPr>
        <w:t>40:01  prizarv kar diyā tāki jab āindah logoñ ko jab vah sāmane āege to vah jis ko kahte</w:t>
      </w:r>
      <w:r>
        <w:br/>
      </w:r>
      <w:r>
        <w:rPr>
          <w:sz w:val="20"/>
        </w:rPr>
        <w:t>40:07  haiñ zabān hāl se bolege ki in logoñ ke sāth aisā huā thā aur ab tum log</w:t>
      </w:r>
      <w:r>
        <w:br/>
      </w:r>
      <w:r>
        <w:rPr>
          <w:sz w:val="20"/>
        </w:rPr>
        <w:t>40:12  jo hai ā jāo rāh rāst par varna qayāmat kā ʿazāb āege aur sāre log khatm kar</w:t>
      </w:r>
      <w:r>
        <w:br/>
      </w:r>
      <w:r>
        <w:rPr>
          <w:sz w:val="20"/>
        </w:rPr>
        <w:t>40:20  diyā jāeñge.</w:t>
      </w:r>
      <w:r>
        <w:br/>
      </w:r>
      <w:r>
        <w:rPr>
          <w:sz w:val="20"/>
        </w:rPr>
        <w:t>40:22  to woh kashti jo hai bahut saari baatein batati hai ke insaan ko ek creation plan ke tehat Allah taala ne paida kiya hai, aise hi nahi paida kar diya gaya hai.</w:t>
      </w:r>
      <w:r>
        <w:br/>
      </w:r>
      <w:r>
        <w:rPr>
          <w:sz w:val="20"/>
        </w:rPr>
        <w:t>40:31  to woh ek jo hai, ek kashti jo hai, ek undeniable evidence ho gayi ke insaan is ko deny nahi kar sakta.</w:t>
      </w:r>
      <w:r>
        <w:br/>
      </w:r>
      <w:r>
        <w:rPr>
          <w:sz w:val="20"/>
        </w:rPr>
        <w:t>40:41  pehla kya tha? log mazhabi cheezon ko kahani qissa samajhte the</w:t>
      </w:r>
      <w:r>
        <w:br/>
      </w:r>
      <w:r>
        <w:rPr>
          <w:sz w:val="20"/>
        </w:rPr>
        <w:t>40:45  , legend samajhte the, lekin kashti se pata chala ke woh legend nahi tha, woh real waqia tha. to yeh bahut badi cheez thi jo Allah taala ne aaj ke logon ke liye ek historical reminder bana diya ke ab aakhri waqt aa gaya hai,</w:t>
      </w:r>
      <w:r>
        <w:br/>
      </w:r>
      <w:r>
        <w:rPr>
          <w:sz w:val="20"/>
        </w:rPr>
        <w:t>41:05  toofan aane wala hai aur tum log jo hai ab se apne aap ko sudharo, islaah karo. aur kyunke is ke baad to bas ab Surah Israfeel hai aur us waqt phir amal ka waqt khatam ho jayega.</w:t>
      </w:r>
      <w:r>
        <w:br/>
      </w:r>
      <w:r>
        <w:rPr>
          <w:sz w:val="20"/>
        </w:rPr>
        <w:t>41:19  abhi bhi amal ka waqt hai, kehte hain jab tak suraj pashim se nahi nikal aayega, tab tak hamari paas amal ka waqt hai aur hamari tauba qubool hogi.</w:t>
      </w:r>
    </w:p>
    <w:p>
      <w:pPr>
        <w:pStyle w:val="Heading2"/>
      </w:pPr>
      <w:r>
        <w:t>Definition of Jihad according to Maulana</w:t>
      </w:r>
    </w:p>
    <w:p>
      <w:r>
        <w:rPr>
          <w:color w:val="666666"/>
          <w:sz w:val="18"/>
        </w:rPr>
        <w:t>Other · Don't Be Angry Culture January 15, 2012 Maulana Wahiduddin Khan · 1m 51s · at 1:24:47 · https://youtu.be/rY1Ikwmwwdk?t=5087</w:t>
      </w:r>
    </w:p>
    <w:p>
      <w:r>
        <w:rPr>
          <w:i/>
        </w:rPr>
        <w:t>“I just want to know what is the right definition of Jihad according to you?”</w:t>
      </w:r>
    </w:p>
    <w:p>
      <w:r>
        <w:rPr>
          <w:sz w:val="20"/>
        </w:rPr>
        <w:t>1:24:47  Maulana, agla sawal aaya hai Mr. Waseem Qureshi ka Delhi se. unhon ne likha hai: "Maulana sahib, I just want to know what is the right definition of jahad according to you?" jahad ka matlab hai koshish.</w:t>
      </w:r>
      <w:r>
        <w:br/>
      </w:r>
      <w:r>
        <w:rPr>
          <w:sz w:val="20"/>
        </w:rPr>
        <w:t>1:25:04  jahad ka matlab hai struggle bas aur kuch nahin. jahad ka matlab qitaal nahin hai. jo is ko kahe qitaal, woh sarkashi karta hai.</w:t>
      </w:r>
      <w:r>
        <w:br/>
      </w:r>
      <w:r>
        <w:rPr>
          <w:sz w:val="20"/>
        </w:rPr>
        <w:t>1:25:16  yaani kisi bhi achhe kaam ke liye jo koshish karte hain, wahi jahad hai. ladna bhidna ek alag cheez hai, is ka jahad se koi taalluq nahin hai.</w:t>
      </w:r>
      <w:r>
        <w:br/>
      </w:r>
      <w:r>
        <w:rPr>
          <w:sz w:val="20"/>
        </w:rPr>
        <w:t>1:25:25  main ek hi ayat aap ko bataoon, jaa ke Quran mein jaa ke parhiye aap Surah Furqan mein: "Wajahidhum bihi jahadan kabeera." bihi ka matlab bil Quran.</w:t>
      </w:r>
      <w:r>
        <w:br/>
      </w:r>
      <w:r>
        <w:rPr>
          <w:sz w:val="20"/>
        </w:rPr>
        <w:t>1:25:36  "Wajahidhum bil Quran jahadan kabeera." yaani Quran ke zariye jahad karo, jahad-e-kabeer.</w:t>
      </w:r>
      <w:r>
        <w:br/>
      </w:r>
      <w:r>
        <w:rPr>
          <w:sz w:val="20"/>
        </w:rPr>
        <w:t>1:25:44  to aap jaante hain Quran jo hai koi koi talwar to nahin, bandook to nahin, bomb nahin. to Quran ke zariye jahad ka matlab kya hoga? yaani peaceful koshish.</w:t>
      </w:r>
      <w:r>
        <w:br/>
      </w:r>
      <w:r>
        <w:rPr>
          <w:sz w:val="20"/>
        </w:rPr>
        <w:t>1:25:55  yeh baat matlab banegi. to jahad ka matlab hai kisi achhe kaam ke liye peaceful struggle.</w:t>
      </w:r>
      <w:r>
        <w:br/>
      </w:r>
      <w:r>
        <w:rPr>
          <w:sz w:val="20"/>
        </w:rPr>
        <w:t>1:26:03  yahi jahad hai.</w:t>
      </w:r>
      <w:r>
        <w:br/>
      </w:r>
      <w:r>
        <w:rPr>
          <w:sz w:val="20"/>
        </w:rPr>
        <w:t>1:26:06  jahad ke matlab har giz har giz qitaal nahin hain. jahad ke matlab koshishein hain.</w:t>
      </w:r>
      <w:r>
        <w:br/>
      </w:r>
      <w:r>
        <w:rPr>
          <w:sz w:val="20"/>
        </w:rPr>
        <w:t>1:26:13  to jahad ka matlab hai kisi achhe kaam ke liye peaceful koshish karna. bas isi ka naam jahad hai. meri ek kitaab hai: "True Jahad." is ko aap parh lijiye.</w:t>
      </w:r>
      <w:r>
        <w:br/>
      </w:r>
      <w:r>
        <w:rPr>
          <w:sz w:val="20"/>
        </w:rPr>
        <w:t>1:26:27  "True Jahad" mein yeh baatein aap paa sakte hain. is ke ilawa meri ek kitaab chhapi hai: "Yaani Prophet of Peace." is mein bhi aap yeh baatein paa sakte hain.</w:t>
      </w:r>
    </w:p>
    <w:p>
      <w:pPr>
        <w:pStyle w:val="Heading2"/>
      </w:pPr>
      <w:r>
        <w:t>Developing a new theory of international relations</w:t>
      </w:r>
    </w:p>
    <w:p>
      <w:r>
        <w:rPr>
          <w:color w:val="666666"/>
          <w:sz w:val="18"/>
        </w:rPr>
        <w:t>Other · The Message of Eid Al-Adha November 6, 2011 Maulana Wahiduddin Khan · 6m 58s · at 57:39 · https://youtu.be/y59PU_RD2cg?t=3459</w:t>
      </w:r>
    </w:p>
    <w:p>
      <w:r>
        <w:rPr>
          <w:i/>
        </w:rPr>
        <w:t>“My area of interest is theory and practice of international relations. I have done many courses on research methods as well as on theory at master's, MPhil, and PhD level. But I am confused about all political and social theories because all theories have faced serious rebuttals. I want to develop a new theory of international relations that may satisfy the readers of my discipline. And if I succeed in my task of doing so, it would be a miracle for my discipline, as intellectuals say it is impossible.”</w:t>
      </w:r>
    </w:p>
    <w:p>
      <w:r>
        <w:rPr>
          <w:sz w:val="20"/>
        </w:rPr>
        <w:t>57:39  Maulana, yeh sawal kiya hai Mr. Tasawwur Hussain ne. Unhon ne yeh sawal London se likha hai. Unhon ne likha hai ke "My area of interest is theory and practice of international relations.</w:t>
      </w:r>
      <w:r>
        <w:br/>
      </w:r>
      <w:r>
        <w:rPr>
          <w:sz w:val="20"/>
        </w:rPr>
        <w:t>57:53  I have done many courses on research methods as well as on theory at master's, MPhil, and PhD level. But I am confused about all political and social theories because all theories have faced serious rebuttals.</w:t>
      </w:r>
      <w:r>
        <w:br/>
      </w:r>
      <w:r>
        <w:rPr>
          <w:sz w:val="20"/>
        </w:rPr>
        <w:t>58:09  I want to develop a new theory of international relations that may satisfy the readers of my discipline. And if I succeed in my task of doing so, it would be a miracle for my discipline, as intellectuals say it is impossible to predict human beings.</w:t>
      </w:r>
      <w:r>
        <w:br/>
      </w:r>
      <w:r>
        <w:rPr>
          <w:sz w:val="20"/>
        </w:rPr>
        <w:t>58:28  But I have listened to almost hundred videos of yours in which you have frequently used the words like natural law or law of nature.</w:t>
      </w:r>
      <w:r>
        <w:br/>
      </w:r>
      <w:r>
        <w:rPr>
          <w:sz w:val="20"/>
        </w:rPr>
        <w:t>58:38  Can you please guide me and please help me out in this formative phase of my intellectual journey? Maulana sahib, my question is: what does the Quran say about human beings?</w:t>
      </w:r>
      <w:r>
        <w:br/>
      </w:r>
      <w:r>
        <w:rPr>
          <w:sz w:val="20"/>
        </w:rPr>
        <w:t>58:50  Are they being governed by some law of nature or are they free? I mean, if they are free, then we can neither understand them nor predict about them.</w:t>
      </w:r>
      <w:r>
        <w:br/>
      </w:r>
      <w:r>
        <w:rPr>
          <w:sz w:val="20"/>
        </w:rPr>
        <w:t>59:02  And if they are being governed, then is there any clue in the Quran which helps us to understand human species fully and explain their behavior by objective laws of nature?"</w:t>
      </w:r>
      <w:r>
        <w:br/>
      </w:r>
      <w:r>
        <w:rPr>
          <w:sz w:val="20"/>
        </w:rPr>
        <w:t>59:20  Is ke bare mein hamari kitab mein kafi matter maujood hai.</w:t>
      </w:r>
      <w:r>
        <w:br/>
      </w:r>
      <w:r>
        <w:rPr>
          <w:sz w:val="20"/>
        </w:rPr>
        <w:t>59:26  Is ka khulasa yeh hai ke</w:t>
      </w:r>
      <w:r>
        <w:br/>
      </w:r>
      <w:r>
        <w:rPr>
          <w:sz w:val="20"/>
        </w:rPr>
        <w:t>59:31  ke Qur'an ne is jo nature hai, us ko bator role model ke pesh kiya hai. Nature barah-e-rast taur par law of divine law se govern ho rahi hai.</w:t>
      </w:r>
      <w:r>
        <w:br/>
      </w:r>
      <w:r>
        <w:rPr>
          <w:sz w:val="20"/>
        </w:rPr>
        <w:t>59:50  Us ko koi choice nahi hai, yani freedom of choice nahi hai. Lekin same is recorded by Aiman.</w:t>
      </w:r>
      <w:r>
        <w:br/>
      </w:r>
      <w:r>
        <w:rPr>
          <w:sz w:val="20"/>
        </w:rPr>
        <w:t>1:00:02  Is tarah ke hum baqi dunya jis tarah follow kar rahi hai divine law ko under cooperation, hum isi ko follow karein apne aazad irade se.</w:t>
      </w:r>
      <w:r>
        <w:br/>
      </w:r>
      <w:r>
        <w:rPr>
          <w:sz w:val="20"/>
        </w:rPr>
        <w:t>1:00:16  Jaise misal ke taur par dekhiye, sitaron ki dunya hai. Qur'an mein bataya gaya hai ke sitaron ko dekho, woh move kar rahe hain barabar lekin un mein takrao nahi hai.</w:t>
      </w:r>
      <w:r>
        <w:br/>
      </w:r>
      <w:r>
        <w:rPr>
          <w:sz w:val="20"/>
        </w:rPr>
        <w:t>1:00:32  Ek ek sitara doosre sitare se takrata nahi hai. Is ka matlab kya hua? Ek model hai yeh ke aap apni activities ko is tarah se organize karein ke doosre se aap na takrain.</w:t>
      </w:r>
      <w:r>
        <w:br/>
      </w:r>
      <w:r>
        <w:rPr>
          <w:sz w:val="20"/>
        </w:rPr>
        <w:t>1:00:46  To is sitaron ka jo model hai, space mein phaila hua, woh yahi hai ke to mein har ek apni apni, yani woh har ek apne apne order orbit pe ghoomta hai.</w:t>
      </w:r>
      <w:r>
        <w:br/>
      </w:r>
      <w:r>
        <w:rPr>
          <w:sz w:val="20"/>
        </w:rPr>
        <w:t>1:01:03  Kul fi falakiyat apne apne orbit orbit se cross kar ke doosre ja takrata nahi hai.</w:t>
      </w:r>
      <w:r>
        <w:br/>
      </w:r>
      <w:r>
        <w:rPr>
          <w:sz w:val="20"/>
        </w:rPr>
        <w:t>1:01:11  To yeh ek model hai lekin woh us model par amal kar rahe hain, yani under compulsion. Wohi insan se matloob hai by choice ke aap apni zindagi ki sar'garmiyan is tarah organize karein ke aap apne dayre mein rahein,</w:t>
      </w:r>
      <w:r>
        <w:br/>
      </w:r>
      <w:r>
        <w:rPr>
          <w:sz w:val="20"/>
        </w:rPr>
        <w:t>1:01:35  doosre ke daire mein daakhil na hon.</w:t>
      </w:r>
      <w:r>
        <w:br/>
      </w:r>
      <w:r>
        <w:rPr>
          <w:sz w:val="20"/>
        </w:rPr>
        <w:t>1:01:38  is ko misaal ke taur par hadees mein bataya gaya hai ke momin ki misaal aisi hai jaise rassi mein bandha hua ghoda.</w:t>
      </w:r>
      <w:r>
        <w:br/>
      </w:r>
      <w:r>
        <w:rPr>
          <w:sz w:val="20"/>
        </w:rPr>
        <w:t>1:01:48  to is mein hai ke jitni lambi rassi hoti hai, usi ke daire mein woh ghoomta hai,</w:t>
      </w:r>
      <w:r>
        <w:br/>
      </w:r>
      <w:r>
        <w:rPr>
          <w:sz w:val="20"/>
        </w:rPr>
        <w:t>1:01:56  usi ke daire mein ghoomta hai, is se bahar nahi ja pata.</w:t>
      </w:r>
      <w:r>
        <w:br/>
      </w:r>
      <w:r>
        <w:rPr>
          <w:sz w:val="20"/>
        </w:rPr>
        <w:t>1:02:00  to kaha ke insaan ko chahiye ke woh ek divine rassi apne ko mein apne aap ko baandh le. woh divine rassi jahan tak koi jaane deti hai, wahan tak jaaye, is se aage na jaaye.</w:t>
      </w:r>
      <w:r>
        <w:br/>
      </w:r>
      <w:r>
        <w:rPr>
          <w:sz w:val="20"/>
        </w:rPr>
        <w:t>1:02:13  misalan azaadi aap ko is baat ki azaadi hai ke aap bolen, magar is baat ki azaadi nahi ke aap logon ko gaali den.</w:t>
      </w:r>
      <w:r>
        <w:br/>
      </w:r>
      <w:r>
        <w:rPr>
          <w:sz w:val="20"/>
        </w:rPr>
        <w:t>1:02:24  aap ko is ki azaadi hai ke aap apne haath paon ko chalaen, is baat is ki azaadi nahi ke aap logon ko maaren.</w:t>
      </w:r>
      <w:r>
        <w:br/>
      </w:r>
      <w:r>
        <w:rPr>
          <w:sz w:val="20"/>
        </w:rPr>
        <w:t>1:02:31  aap ko is ki azaadi hai ke aap business karen, magar is ki azaadi nahi ke aap logon ko expect karne lagen. to nature mein jo cheez, yaani divine law ke tehat hai, wahi insaan se matloob hai apne ikhtiyar ke saath.</w:t>
      </w:r>
      <w:r>
        <w:br/>
      </w:r>
      <w:r>
        <w:rPr>
          <w:sz w:val="20"/>
        </w:rPr>
        <w:t>1:02:52  yeh poore nature ko Allah taala ne bator model pesh</w:t>
      </w:r>
      <w:r>
        <w:br/>
      </w:r>
      <w:r>
        <w:rPr>
          <w:sz w:val="20"/>
        </w:rPr>
        <w:t>1:02:57  kiya hai. misalan dekhiye, gulab ke phool ko dekhiye. phool hai to usi branch mein kaanta bhi hai. to kaha ke phool jo hai, kaante ke saath reh raha hai, koi protest nahi, koi shikayat nahi karta.</w:t>
      </w:r>
      <w:r>
        <w:br/>
      </w:r>
      <w:r>
        <w:rPr>
          <w:sz w:val="20"/>
        </w:rPr>
        <w:t>1:03:12  to aap ko is duniya mein is tarah rehna hai ke doosre logon ko aap se shikayat kar ke, protest kar ke, takra kar na rahen, balkeh avoid kar ke rahen.</w:t>
      </w:r>
      <w:r>
        <w:br/>
      </w:r>
      <w:r>
        <w:rPr>
          <w:sz w:val="20"/>
        </w:rPr>
        <w:t>1:03:23  yaani phool ne avoid karne ki policy ikhtiyar ki hai, kaante se takrata nahi woh. to woh to aisa kar raha hai divine law ke tehat, insaan karega by choice.</w:t>
      </w:r>
      <w:r>
        <w:br/>
      </w:r>
      <w:r>
        <w:rPr>
          <w:sz w:val="20"/>
        </w:rPr>
        <w:t>1:03:36  aise hi aap dekhiye, cow ko dekhiye, gaaye ko dekhiye. gaaye kya karti hai? aap us ko ghaas dete hain aur woh milk lotati hai.</w:t>
      </w:r>
      <w:r>
        <w:br/>
      </w:r>
      <w:r>
        <w:rPr>
          <w:sz w:val="20"/>
        </w:rPr>
        <w:t>1:03:49  to yeh kya hai?</w:t>
      </w:r>
      <w:r>
        <w:br/>
      </w:r>
      <w:r>
        <w:rPr>
          <w:sz w:val="20"/>
        </w:rPr>
        <w:t>1:03:50  Cow is a divine industry to convert non-milk into milk. aise hi aap rahen apne mahaul mein is tarah se ke aap ko negative experience ho, us ko aap convert karen positive experience mein.</w:t>
      </w:r>
      <w:r>
        <w:br/>
      </w:r>
      <w:r>
        <w:rPr>
          <w:sz w:val="20"/>
        </w:rPr>
        <w:t>1:04:09  yaani aap ki positivity kabhi khatm na hone paaye.</w:t>
      </w:r>
      <w:r>
        <w:br/>
      </w:r>
      <w:r>
        <w:rPr>
          <w:sz w:val="20"/>
        </w:rPr>
        <w:t>1:04:15  yaani negative experience ke darmiyan positive ban kar rehna, yeh lesson de rahi hai cow aap ko. to poora nature aap ko sabak de raha hai.</w:t>
      </w:r>
      <w:r>
        <w:br/>
      </w:r>
      <w:r>
        <w:rPr>
          <w:sz w:val="20"/>
        </w:rPr>
        <w:t>1:04:25  yeh itna hi farq hai ke nature mein woh cheez divine law ke tehat hai, under compulsion, aur insaan by choice isi tareeqe ko ikhtiyar karta hai.</w:t>
      </w:r>
    </w:p>
    <w:p>
      <w:pPr>
        <w:pStyle w:val="Heading2"/>
      </w:pPr>
      <w:r>
        <w:t>Did Jews make Dome of the Rock qibla?</w:t>
      </w:r>
    </w:p>
    <w:p>
      <w:r>
        <w:rPr>
          <w:color w:val="666666"/>
          <w:sz w:val="18"/>
        </w:rPr>
        <w:t>Other · The Lesson of History September 21, 2014 · 1m 49s · at 1:08:00 · https://youtu.be/aMVHLKMkhcQ?t=4080</w:t>
      </w:r>
    </w:p>
    <w:p>
      <w:r>
        <w:rPr>
          <w:i/>
        </w:rPr>
        <w:t>“Did the Jews themselves make the Dome of the Rock their qibla, or was it commanded by Allah? Clarify this.”</w:t>
      </w:r>
    </w:p>
    <w:p>
      <w:r>
        <w:rPr>
          <w:sz w:val="20"/>
        </w:rPr>
        <w:t>1:07:59  mein Allah bless you</w:t>
      </w:r>
      <w:r>
        <w:br/>
      </w:r>
      <w:r>
        <w:rPr>
          <w:sz w:val="20"/>
        </w:rPr>
        <w:t>1:08:00  molana, agla sawal waseem ahmed sahab ne kiya hai dilli se. aur unhone likha hai ke molana sahab, qubat al-sakhra ko yahudiyon ne apne aap apna qibla banaya ya Allah ki taraf se is ka hukum tha?</w:t>
      </w:r>
      <w:r>
        <w:br/>
      </w:r>
      <w:r>
        <w:rPr>
          <w:sz w:val="20"/>
        </w:rPr>
        <w:t>1:08:16  isko wazeh karen bhai, yeh is ki to kitabon mein, is ki yeh to koi ek technical sawal hai.</w:t>
      </w:r>
      <w:r>
        <w:br/>
      </w:r>
      <w:r>
        <w:rPr>
          <w:sz w:val="20"/>
        </w:rPr>
        <w:t>1:08:25  yeh jo aap farma rahe hain ke technical sawal hai,</w:t>
      </w:r>
      <w:r>
        <w:br/>
      </w:r>
      <w:r>
        <w:rPr>
          <w:sz w:val="20"/>
        </w:rPr>
        <w:t>1:08:30  jo tareekh hai, yahudiyon ki tareekh, us mein yeh hai ke un ke aqeeday ke mutabiq zibah jo hain woh ismail nahi hain balke ishaq hain.</w:t>
      </w:r>
      <w:r>
        <w:br/>
      </w:r>
      <w:r>
        <w:rPr>
          <w:sz w:val="20"/>
        </w:rPr>
        <w:t>1:08:41  aap jante hain ke hazrat ibrahim ke do bete the, ismail aur ishaq. to aam musalman mante hain zibah hazrat ismail ko, yahudi mante hain hazrat ishaq ko.</w:t>
      </w:r>
      <w:r>
        <w:br/>
      </w:r>
      <w:r>
        <w:rPr>
          <w:sz w:val="20"/>
        </w:rPr>
        <w:t>1:08:52  musalmanon mein bhi baz afraad, mislan imam razi jo hain, woh ishaq ko zibah mante hain.</w:t>
      </w:r>
      <w:r>
        <w:br/>
      </w:r>
      <w:r>
        <w:rPr>
          <w:sz w:val="20"/>
        </w:rPr>
        <w:t>1:08:58  jo mashhoor mufassir jo hain, imam razi. to yahudi aqeeday ke mutabiq hazrat ibrahim ne apne bete ishaq ko ek chattan par zibah karne ke liye lataya tha.</w:t>
      </w:r>
      <w:r>
        <w:br/>
      </w:r>
      <w:r>
        <w:rPr>
          <w:sz w:val="20"/>
        </w:rPr>
        <w:t>1:09:14  woh bari si chokor chattan hai, woh mein ne dekha hai wahan par, us par lataya tha.</w:t>
      </w:r>
      <w:r>
        <w:br/>
      </w:r>
      <w:r>
        <w:rPr>
          <w:sz w:val="20"/>
        </w:rPr>
        <w:t>1:09:21  to is bana par woh chattan muqaddas ho gayi. aur is muqaddas jagah ko unhone apne qibla banaya.</w:t>
      </w:r>
      <w:r>
        <w:br/>
      </w:r>
      <w:r>
        <w:rPr>
          <w:sz w:val="20"/>
        </w:rPr>
        <w:t>1:09:32  ab yeh baat tareekh mein likhi hui nahi, jahan tak mein janta hoon ke Allah ne hukum diya tha ke unhone khud banaya tha. lekin qiyasan Allah ne hukum diya hoga ke us ko qibla banao apna.</w:t>
      </w:r>
      <w:r>
        <w:br/>
      </w:r>
      <w:r>
        <w:rPr>
          <w:sz w:val="20"/>
        </w:rPr>
        <w:t>1:09:45  lekin yeh yaqini hai ke masjid aqsa yahudi qibla</w:t>
      </w:r>
    </w:p>
    <w:p>
      <w:pPr>
        <w:pStyle w:val="Heading2"/>
      </w:pPr>
      <w:r>
        <w:t>Difference between ijtihad and ijma</w:t>
      </w:r>
    </w:p>
    <w:p>
      <w:r>
        <w:rPr>
          <w:color w:val="666666"/>
          <w:sz w:val="18"/>
        </w:rPr>
        <w:t>Other · Q&amp;A 20 Nov 2011 Maulana Wahiduddin Khan · 2m 58s · at 13:37 · https://youtu.be/7sNDn8Y6jUc?t=817</w:t>
      </w:r>
    </w:p>
    <w:p>
      <w:r>
        <w:rPr>
          <w:i/>
        </w:rPr>
        <w:t>“What is the difference between ijtihad and ijma? Is ijma necessary on any ijtihad?”</w:t>
      </w:r>
    </w:p>
    <w:p>
      <w:r>
        <w:rPr>
          <w:sz w:val="20"/>
        </w:rPr>
        <w:t>13:37  mr khwaja kaleemuddin ne pensilvenia, usa se sawal kiya hai. unhon ne likha hai: "maulana sahib, what is the difference between ijtihad and ijma?</w:t>
      </w:r>
      <w:r>
        <w:br/>
      </w:r>
      <w:r>
        <w:rPr>
          <w:sz w:val="20"/>
        </w:rPr>
        <w:t>13:49  is ijma necessary on any ijtihad?"</w:t>
      </w:r>
      <w:r>
        <w:br/>
      </w:r>
      <w:r>
        <w:rPr>
          <w:sz w:val="20"/>
        </w:rPr>
        <w:t>13:55  dekhiye, yeh ek bada masla hai yeh. aaj mein isi par bolne wala tha lekin kisi wajah se topic badal gaya.</w:t>
      </w:r>
      <w:r>
        <w:br/>
      </w:r>
      <w:r>
        <w:rPr>
          <w:sz w:val="20"/>
        </w:rPr>
        <w:t>14:06  dekhie, ijma ka jo tasawwur hai logon ka, ab mein is ko sahi nahi samajhta. ijma ko woh</w:t>
      </w:r>
      <w:r>
        <w:br/>
      </w:r>
      <w:r>
        <w:rPr>
          <w:sz w:val="20"/>
        </w:rPr>
        <w:t>14:12  aaj kal kya hai, mukhtasar tor par arz karunga ke fuqaha jo hain kehte hain ke shariyat ke char masadir hain.</w:t>
      </w:r>
      <w:r>
        <w:br/>
      </w:r>
      <w:r>
        <w:rPr>
          <w:sz w:val="20"/>
        </w:rPr>
        <w:t>14:23  masdar yani source. source of shariyat jo hai woh char hain: quran, sunnat, ijma aur qiyas. mein kehta hoon yeh sahi nahi hai. sirf do hi masdar hain.</w:t>
      </w:r>
      <w:r>
        <w:br/>
      </w:r>
      <w:r>
        <w:rPr>
          <w:sz w:val="20"/>
        </w:rPr>
        <w:t>14:32  woh hai quran aur hadith.</w:t>
      </w:r>
      <w:r>
        <w:br/>
      </w:r>
      <w:r>
        <w:rPr>
          <w:sz w:val="20"/>
        </w:rPr>
        <w:t>14:35  jaisa ke hadith mein aata hai: "tarf tofeeq mustaqil kitab allah wa sunnati". to asal jo hai woh sirf quran aur hadith hai aur koi aslan nahi hai.</w:t>
      </w:r>
      <w:r>
        <w:br/>
      </w:r>
      <w:r>
        <w:rPr>
          <w:sz w:val="20"/>
        </w:rPr>
        <w:t>14:46  baqi jo hai teesra woh ijtihad hai. ijtihad ki qismein hain, un mein se aik qism hai ijma, aik qism hai qiyas. to ijma jo hai abadi nahi hota.</w:t>
      </w:r>
      <w:r>
        <w:br/>
      </w:r>
      <w:r>
        <w:rPr>
          <w:sz w:val="20"/>
        </w:rPr>
        <w:t>14:54  logon ne samajh rakha hai ke aik bar ijma ho gaya to hamesha ke liye ijma quran o sunnat ki taraf ho gaya. yeh bilkul galat hai yeh. har giz nahi.</w:t>
      </w:r>
      <w:r>
        <w:br/>
      </w:r>
      <w:r>
        <w:rPr>
          <w:sz w:val="20"/>
        </w:rPr>
        <w:t>15:04  ijma jo hota hai kisi waqti masle ko hal karne ke liye hota hai. to aik waqti masla pesh aya. is mein do soortein hain.</w:t>
      </w:r>
      <w:r>
        <w:br/>
      </w:r>
      <w:r>
        <w:rPr>
          <w:sz w:val="20"/>
        </w:rPr>
        <w:t>15:13  agar sab ki raah aik ho jaye to woh hua ijma. agar sab ki raah aik na ho to</w:t>
      </w:r>
      <w:r>
        <w:br/>
      </w:r>
      <w:r>
        <w:rPr>
          <w:sz w:val="20"/>
        </w:rPr>
        <w:t>15:21  aksariyat dekha jayega, is ko kehte hain jumhoor. to na to jumhoor ki raah hai aur na ijma hamesha ke liye hota hai.</w:t>
      </w:r>
      <w:r>
        <w:br/>
      </w:r>
      <w:r>
        <w:rPr>
          <w:sz w:val="20"/>
        </w:rPr>
        <w:t>15:30  waqti hota hai woh. yani halaat badal jayein to ijma bhi badal jayega aur jumhoor ki raah bhi badal jayegi. jo na badalne wali cheez hai woh sirf do hain: quran aur hadith.</w:t>
      </w:r>
      <w:r>
        <w:br/>
      </w:r>
      <w:r>
        <w:rPr>
          <w:sz w:val="20"/>
        </w:rPr>
        <w:t>15:41  to khulasa yeh hai ke ijma se pehle ijtihad hai. jab bhi quran o hadith mein sarahatan kuch na mile, hidayat aap ko sochna pare to woh ijtihad ka masla hota hai.</w:t>
      </w:r>
      <w:r>
        <w:br/>
      </w:r>
      <w:r>
        <w:rPr>
          <w:sz w:val="20"/>
        </w:rPr>
        <w:t>15:55  ab ijtihad ki jab aap karenge to kabhi</w:t>
      </w:r>
      <w:r>
        <w:br/>
      </w:r>
      <w:r>
        <w:rPr>
          <w:sz w:val="20"/>
        </w:rPr>
        <w:t>15:59  consensus ho jayega, kabhi nahi hoga, is ki wajah se shaklein badalengi. to mera dekh asal cheez quran o sunnat ke baad jo hai woh ijtihad hi hai.</w:t>
      </w:r>
      <w:r>
        <w:br/>
      </w:r>
      <w:r>
        <w:rPr>
          <w:sz w:val="20"/>
        </w:rPr>
        <w:t>16:11  yeh jo logon ne banaya hai ijma o qiyas, yeh apni taraf se banaya hai. lekin phir bhi mein kahunga ke ijma agar kisi cheez ke upar ho jaye to woh abadi kabhi bhi nahi hoga.</w:t>
      </w:r>
      <w:r>
        <w:br/>
      </w:r>
      <w:r>
        <w:rPr>
          <w:sz w:val="20"/>
        </w:rPr>
        <w:t>16:21  waqti hoga woh.</w:t>
      </w:r>
      <w:r>
        <w:br/>
      </w:r>
      <w:r>
        <w:rPr>
          <w:sz w:val="20"/>
        </w:rPr>
        <w:t>16:23  abadi hai to sirf quran o sunnat hai. is par inshallah mein aik aik poora aik class karna chahta hoon is masle par aindah kisi waqt.</w:t>
      </w:r>
    </w:p>
    <w:p>
      <w:pPr>
        <w:pStyle w:val="Heading2"/>
      </w:pPr>
      <w:r>
        <w:t>Difference between ijtihad and taqwa</w:t>
      </w:r>
    </w:p>
    <w:p>
      <w:r>
        <w:rPr>
          <w:color w:val="666666"/>
          <w:sz w:val="18"/>
        </w:rPr>
        <w:t>Other · Q&amp;A 20 Nov 2011 Maulana Wahiduddin Khan · 1m 27s · at 42:39 · https://youtu.be/7sNDn8Y6jUc?t=2559</w:t>
      </w:r>
    </w:p>
    <w:p>
      <w:r>
        <w:rPr>
          <w:i/>
        </w:rPr>
        <w:t>“People mix up between ijtihad and taqwa. They say the way we refrain from doubtful things, we should also refrain from doing ijtihad due to the fear of going wrong. Please clarify between these two matters.”</w:t>
      </w:r>
    </w:p>
    <w:p>
      <w:r>
        <w:rPr>
          <w:sz w:val="20"/>
        </w:rPr>
        <w:t>42:39  Maulana agla sawal Pennsylvania se aaya hai Mr. Khawaja Kaleemuddin ka. Unhone likha hai, "Maulana sahib, people mix up between ijtihad and taqwa. They say the way we refrain from doubtful things, we should also refrain from doing ijtihad due to the fear of going wrong. Please clarify between these two matters."</w:t>
      </w:r>
      <w:r>
        <w:br/>
      </w:r>
      <w:r>
        <w:rPr>
          <w:sz w:val="20"/>
        </w:rPr>
        <w:t>43:06  yeh to maine arz kiya ke khud sakhta baat hai yeh jab Quran jab Hadees mein khud</w:t>
      </w:r>
      <w:r>
        <w:br/>
      </w:r>
      <w:r>
        <w:rPr>
          <w:sz w:val="20"/>
        </w:rPr>
        <w:t>43:12  hai ke ghalti karo ge tab hi sawab mile ga to aap hum hamein is se ruknay ka</w:t>
      </w:r>
      <w:r>
        <w:br/>
      </w:r>
      <w:r>
        <w:rPr>
          <w:sz w:val="20"/>
        </w:rPr>
        <w:t>43:18  kya hum kyun ruken taqwa ka jo lafz hai woh woh to khuli khuli burai ke liye bas</w:t>
      </w:r>
      <w:r>
        <w:br/>
      </w:r>
      <w:r>
        <w:rPr>
          <w:sz w:val="20"/>
        </w:rPr>
        <w:t>43:24  sharab na piyen khinzir na khayen ijtihad ka yani ijtihad aik alag cheez hai taqwa jo hai yeh</w:t>
      </w:r>
      <w:r>
        <w:br/>
      </w:r>
      <w:r>
        <w:rPr>
          <w:sz w:val="20"/>
        </w:rPr>
        <w:t>43:32  hai ke namaz chhor dein mislan hum sharab peenay lagay hain khinzir khayen to wahan taqwa ka masla</w:t>
      </w:r>
      <w:r>
        <w:br/>
      </w:r>
      <w:r>
        <w:rPr>
          <w:sz w:val="20"/>
        </w:rPr>
        <w:t>43:38  aata hai ijtihad ka masla bilkul alag hai ijtihad to yeh hai ke ek surat aal paida hui</w:t>
      </w:r>
      <w:r>
        <w:br/>
      </w:r>
      <w:r>
        <w:rPr>
          <w:sz w:val="20"/>
        </w:rPr>
        <w:t>43:43  hai is mein kya sochen hum</w:t>
      </w:r>
      <w:r>
        <w:br/>
      </w:r>
      <w:r>
        <w:rPr>
          <w:sz w:val="20"/>
        </w:rPr>
        <w:t>43:45  misla is zamane mein wataniyat ko qomiyat ki buniyad bana liya gaya is par sochna to is</w:t>
      </w:r>
      <w:r>
        <w:br/>
      </w:r>
      <w:r>
        <w:rPr>
          <w:sz w:val="20"/>
        </w:rPr>
        <w:t>43:52  ka is ka yeh khinzir aur sharab jaisi cheez thodi hai is mein hum sochenge agar ghalti ho jayegi tab bhi hamein sawab milega to ijtihad ka masla alag hai taqwa ka masla alag hai dono mein confuse nahi karna chahiye.</w:t>
      </w:r>
    </w:p>
    <w:p>
      <w:pPr>
        <w:pStyle w:val="Heading2"/>
      </w:pPr>
      <w:r>
        <w:t>Difference between science and philosophy</w:t>
      </w:r>
    </w:p>
    <w:p>
      <w:r>
        <w:rPr>
          <w:color w:val="666666"/>
          <w:sz w:val="18"/>
        </w:rPr>
        <w:t>Other · Realization of God March 16, 2014 Maulana Wahiduddin Khan · 1m 34s · at 56:10 · https://youtu.be/OA8Apjhruag?t=3370</w:t>
      </w:r>
    </w:p>
    <w:p>
      <w:r>
        <w:rPr>
          <w:i/>
        </w:rPr>
        <w:t>“What is the difference between science and philosophy?”</w:t>
      </w:r>
    </w:p>
    <w:p>
      <w:r>
        <w:rPr>
          <w:sz w:val="20"/>
        </w:rPr>
        <w:t>56:10  maulana kal nadeem ahmed sahib ne chennai se agla sawal kiya hai. unhon ne aap se poocha hai: "what is the difference between science and philosophy</w:t>
      </w:r>
      <w:r>
        <w:br/>
      </w:r>
      <w:r>
        <w:rPr>
          <w:sz w:val="20"/>
        </w:rPr>
        <w:t>56:20  ?" is ke baray mein batayein.</w:t>
      </w:r>
      <w:r>
        <w:br/>
      </w:r>
      <w:r>
        <w:rPr>
          <w:sz w:val="20"/>
        </w:rPr>
        <w:t>56:25  science aur philosophy bilkul do alag discipline hain. philosophy to sari ki sari yani speculative knowledge pe base karti hai.</w:t>
      </w:r>
      <w:r>
        <w:br/>
      </w:r>
      <w:r>
        <w:rPr>
          <w:sz w:val="20"/>
        </w:rPr>
        <w:t>56:36  speculation yani qiyasi tor par aap apne zehn ko</w:t>
      </w:r>
      <w:r>
        <w:br/>
      </w:r>
      <w:r>
        <w:rPr>
          <w:sz w:val="20"/>
        </w:rPr>
        <w:t>56:44  taiyar karte hain aur qiyasi tor par baton ke baray mein rai banate hain. aur science exper</w:t>
      </w:r>
    </w:p>
    <w:p>
      <w:pPr>
        <w:pStyle w:val="Heading2"/>
      </w:pPr>
      <w:r>
        <w:t>Difference between spirit and form</w:t>
      </w:r>
    </w:p>
    <w:p>
      <w:r>
        <w:rPr>
          <w:color w:val="666666"/>
          <w:sz w:val="18"/>
        </w:rPr>
        <w:t>Other · Religion and Democracy December 25, 2011 · 1m 20s · at 1:40:41 · https://youtu.be/8Mf_yvDA8ik?t=6041</w:t>
      </w:r>
    </w:p>
    <w:p>
      <w:r>
        <w:rPr>
          <w:i/>
        </w:rPr>
        <w:t>“What is the difference between the terms 'spirit' and 'form'?”</w:t>
      </w:r>
    </w:p>
    <w:p>
      <w:r>
        <w:rPr>
          <w:sz w:val="20"/>
        </w:rPr>
        <w:t>1:40:41  maulana, un ka aik aur sawal hai. unhon ne likha hai ke is spirit aur form ki istilaah mein farq kya hai? istilaah, achha term. istilaah ka matlab term.</w:t>
      </w:r>
      <w:r>
        <w:br/>
      </w:r>
      <w:r>
        <w:rPr>
          <w:sz w:val="20"/>
        </w:rPr>
        <w:t>1:40:55  bhai, spirit jo hai, woh inner content ka naam hai aur form outer content ka naam hai.</w:t>
      </w:r>
      <w:r>
        <w:br/>
      </w:r>
      <w:r>
        <w:rPr>
          <w:sz w:val="20"/>
        </w:rPr>
        <w:t>1:41:05  yaani jise ibaadat hai, ibaadat yaani dil ke andar khushu jo hota hai, woh spirit hai is ki.</w:t>
      </w:r>
      <w:r>
        <w:br/>
      </w:r>
      <w:r>
        <w:rPr>
          <w:sz w:val="20"/>
        </w:rPr>
        <w:t>1:41:17  aur kharij mein aap rooh ko sajda karte hain, is ka form hai.</w:t>
      </w:r>
      <w:r>
        <w:br/>
      </w:r>
      <w:r>
        <w:rPr>
          <w:sz w:val="20"/>
        </w:rPr>
        <w:t>1:41:22  to islam ke jitne bhi aamaal hain, jaise aap ne kaha: "la ilaha illallah", yeh bhi is ka ab aik form hai. kuch alfaaz aap bole aur is ki spirit yeh hai ke aap ko yaani Allah ka khauf aap ke andar aa gaya, Allah ki mohabbat aap ke andar aa gayi, Allah ki azmat aap ke dil mein aa gayi.</w:t>
      </w:r>
      <w:r>
        <w:br/>
      </w:r>
      <w:r>
        <w:rPr>
          <w:sz w:val="20"/>
        </w:rPr>
        <w:t>1:41:44  to inner content ka naam hai spirit aur outer jo jo is ka yaani pehlu hai, is ka naam hai form.</w:t>
      </w:r>
    </w:p>
    <w:p>
      <w:pPr>
        <w:pStyle w:val="Heading2"/>
      </w:pPr>
      <w:r>
        <w:t>Follow-up Question from Qusaib Raza</w:t>
      </w:r>
    </w:p>
    <w:p>
      <w:r>
        <w:rPr>
          <w:color w:val="666666"/>
          <w:sz w:val="18"/>
        </w:rPr>
        <w:t>Other · Dars-e-Quran, Chapter 2, Verse 35 | December 17, 2017 · 2m 10s · at 1:15:39 · https://youtu.be/Cd8MlWM7B9w?t=4539</w:t>
      </w:r>
    </w:p>
    <w:p>
      <w:r>
        <w:rPr>
          <w:sz w:val="20"/>
        </w:rPr>
        <w:t>1:15:39  maulana, agla sawal qaseeb</w:t>
      </w:r>
      <w:r>
        <w:br/>
      </w:r>
      <w:r>
        <w:rPr>
          <w:sz w:val="20"/>
        </w:rPr>
        <w:t>1:15:42  reza sahib ne kiya hai.</w:t>
      </w:r>
      <w:r>
        <w:br/>
      </w:r>
      <w:r>
        <w:rPr>
          <w:sz w:val="20"/>
        </w:rPr>
        <w:t>1:15:47  aah, gaya bihar se aur un ka yeh follow up question hai maulana jo abhi aap se unhon</w:t>
      </w:r>
      <w:r>
        <w:br/>
      </w:r>
      <w:r>
        <w:rPr>
          <w:sz w:val="20"/>
        </w:rPr>
        <w:t>1:15:53  ne poocha tha aur aap ne is ka jawab bhi diya tha.</w:t>
      </w:r>
      <w:r>
        <w:br/>
      </w:r>
      <w:r>
        <w:rPr>
          <w:sz w:val="20"/>
        </w:rPr>
        <w:t>1:15:58  aah, unhon ne likha hai ke maulana, aap ka aap ke jawab se mein bilkul sehat hoon par</w:t>
      </w:r>
      <w:r>
        <w:br/>
      </w:r>
      <w:r>
        <w:rPr>
          <w:sz w:val="20"/>
        </w:rPr>
        <w:t>1:16:03  agar waldein apne bachon ko apni khwahish ke mutabiq banana chahein aur bachay agar distraction se bachne ki</w:t>
      </w:r>
      <w:r>
        <w:br/>
      </w:r>
      <w:r>
        <w:rPr>
          <w:sz w:val="20"/>
        </w:rPr>
        <w:t>1:16:08  koshish karein to wahan par bachon ko waldein se</w:t>
      </w:r>
      <w:r>
        <w:br/>
      </w:r>
      <w:r>
        <w:rPr>
          <w:sz w:val="20"/>
        </w:rPr>
        <w:t>1:16:13  kaise masla hal karna chahiye? is ke baray mein bataein.</w:t>
      </w:r>
      <w:r>
        <w:br/>
      </w:r>
      <w:r>
        <w:rPr>
          <w:sz w:val="20"/>
        </w:rPr>
        <w:t>1:16:19  dekhiye, waldein jahan tak mein jaana hai, do and don't ki zuban jante hain bas.</w:t>
      </w:r>
      <w:r>
        <w:br/>
      </w:r>
      <w:r>
        <w:rPr>
          <w:sz w:val="20"/>
        </w:rPr>
        <w:t>1:16:25  saare mazhabi gharon mein, so called jo mazhabi ghar hain, bohat se ghar hain jo log kehte hain</w:t>
      </w:r>
      <w:r>
        <w:br/>
      </w:r>
      <w:r>
        <w:rPr>
          <w:sz w:val="20"/>
        </w:rPr>
        <w:t>1:16:31  ke mazhabi mazhabi ghar hain.</w:t>
      </w:r>
      <w:r>
        <w:br/>
      </w:r>
      <w:r>
        <w:rPr>
          <w:sz w:val="20"/>
        </w:rPr>
        <w:t>1:16:37  to woh mazhabi kya hain? don't</w:t>
      </w:r>
      <w:r>
        <w:br/>
      </w:r>
      <w:r>
        <w:rPr>
          <w:sz w:val="20"/>
        </w:rPr>
        <w:t>1:16:43  and don't, don't do and don't ki zaban jante hain. yeh karo, woh na karo, yeh na karo, woh na karo. is se kuch nahi hota. maan baap yahi sab karte hain. jaisay mein aik ghar mein gaya to unhon ne kaha ke mera bacha bara bara aisa hai, bara waisa hai. to unhon ne is ko demonstration diya ke mere bachay ko, chota sa bacha tha, bilkul chota sa, poora alhamdulillah y</w:t>
      </w:r>
      <w:r>
        <w:br/>
      </w:r>
      <w:r>
        <w:rPr>
          <w:sz w:val="20"/>
        </w:rPr>
        <w:t>1:17:13  ad thi is ko.</w:t>
      </w:r>
      <w:r>
        <w:br/>
      </w:r>
      <w:r>
        <w:rPr>
          <w:sz w:val="20"/>
        </w:rPr>
        <w:t>1:17:16  to is ko parh ke sunaya, ab bohat khush ho rahe hain woh.</w:t>
      </w:r>
      <w:r>
        <w:br/>
      </w:r>
      <w:r>
        <w:rPr>
          <w:sz w:val="20"/>
        </w:rPr>
        <w:t>1:17:19  yeh yeh koi tarbiyat nahi hai.</w:t>
      </w:r>
      <w:r>
        <w:br/>
      </w:r>
      <w:r>
        <w:rPr>
          <w:sz w:val="20"/>
        </w:rPr>
        <w:t>1:17:23  aap view of thinking banaiye un ke andar.</w:t>
      </w:r>
      <w:r>
        <w:br/>
      </w:r>
      <w:r>
        <w:rPr>
          <w:sz w:val="20"/>
        </w:rPr>
        <w:t>1:17:26  sochna ki faculty ko jagaiye.</w:t>
      </w:r>
      <w:r>
        <w:br/>
      </w:r>
      <w:r>
        <w:rPr>
          <w:sz w:val="20"/>
        </w:rPr>
        <w:t>1:17:29  un ke intellect ko address kijiye.</w:t>
      </w:r>
      <w:r>
        <w:br/>
      </w:r>
      <w:r>
        <w:rPr>
          <w:sz w:val="20"/>
        </w:rPr>
        <w:t>1:17:33  tab hoga woh.</w:t>
      </w:r>
      <w:r>
        <w:br/>
      </w:r>
      <w:r>
        <w:rPr>
          <w:sz w:val="20"/>
        </w:rPr>
        <w:t>1:17:36  is tarah se kuch nahi ho sakta ke aap surah fatiha yaad kara dein, ayat al kursi yaad kara dein.</w:t>
      </w:r>
      <w:r>
        <w:br/>
      </w:r>
      <w:r>
        <w:rPr>
          <w:sz w:val="20"/>
        </w:rPr>
        <w:t>1:17:39  is se kuch hone wal</w:t>
      </w:r>
      <w:r>
        <w:br/>
      </w:r>
      <w:r>
        <w:rPr>
          <w:sz w:val="20"/>
        </w:rPr>
        <w:t>1:17:43  a nahi hai.</w:t>
      </w:r>
    </w:p>
    <w:p>
      <w:pPr>
        <w:pStyle w:val="Heading2"/>
      </w:pPr>
      <w:r>
        <w:t>Group claiming promised messiah at book fair</w:t>
      </w:r>
    </w:p>
    <w:p>
      <w:r>
        <w:rPr>
          <w:color w:val="666666"/>
          <w:sz w:val="18"/>
        </w:rPr>
        <w:t>Other · Discovery of Modern Age February 10, 2013 · 4m 49s · at 1:13:58 · https://youtu.be/qYGA53ii7E4?t=4438</w:t>
      </w:r>
    </w:p>
    <w:p>
      <w:r>
        <w:rPr>
          <w:i/>
        </w:rPr>
        <w:t>“At the Delhi Book Fair, a group has a stall. They consider their guru as the promised messiah. They have missionary spirit and discipline, with many trained volunteers. What is your view on this?”</w:t>
      </w:r>
    </w:p>
    <w:p>
      <w:r>
        <w:rPr>
          <w:sz w:val="20"/>
        </w:rPr>
        <w:t>1:13:58  Jazak Allah. Maulana, agla sawal Bihar Patna se hai Daniyal sahab ka. unhon ne likha hai: "Dilli Book Fair mein ek group ka stall laga hua hai.</w:t>
      </w:r>
      <w:r>
        <w:br/>
      </w:r>
      <w:r>
        <w:rPr>
          <w:sz w:val="20"/>
        </w:rPr>
        <w:t>1:14:10  yeh log apne guru ko promised Masih samjhte hain.</w:t>
      </w:r>
      <w:r>
        <w:br/>
      </w:r>
      <w:r>
        <w:rPr>
          <w:sz w:val="20"/>
        </w:rPr>
        <w:t>1:14:14  hum ne dekha ke in logon ke andar missionary spirit aur discipline paya jata hai. misaal ke taur par, in ke stall mein bohat ziyada trained volunteers hain.</w:t>
      </w:r>
      <w:r>
        <w:br/>
      </w:r>
      <w:r>
        <w:rPr>
          <w:sz w:val="20"/>
        </w:rPr>
        <w:t>1:14:27  isi tarah, in ke stall mein ek special cabin hai, is mein in ke experts baithe hue hain. stall par aane wala jo visitor in ke mission ko samajhna chahta hai, woh us ko cabin mein le ja kar convince karte hain.</w:t>
      </w:r>
      <w:r>
        <w:br/>
      </w:r>
      <w:r>
        <w:rPr>
          <w:sz w:val="20"/>
        </w:rPr>
        <w:t>1:14:42  Mol</w:t>
      </w:r>
      <w:r>
        <w:br/>
      </w:r>
      <w:r>
        <w:rPr>
          <w:sz w:val="20"/>
        </w:rPr>
        <w:t>1:14:44  ana sahib, mere do sawal hain is missionary spirit ke peechay. pehla, motivational power kya hai? aur doosra, kya hum ko bhi isi missionary spirit aur isi discipline ke sath kaam karne ki zaroorat hai?</w:t>
      </w:r>
      <w:r>
        <w:br/>
      </w:r>
      <w:r>
        <w:rPr>
          <w:sz w:val="20"/>
        </w:rPr>
        <w:t>1:14:59  aap ko namoona wahan se lene ki kya zaroorat hai? aap rasool sahib se apne lijiye, kaam to karna hi karna hai, lekin namoona lena hai aap ko rasool se.</w:t>
      </w:r>
      <w:r>
        <w:br/>
      </w:r>
      <w:r>
        <w:rPr>
          <w:sz w:val="20"/>
        </w:rPr>
        <w:t>1:15:10  sahib, rasool se</w:t>
      </w:r>
      <w:r>
        <w:br/>
      </w:r>
      <w:r>
        <w:rPr>
          <w:sz w:val="20"/>
        </w:rPr>
        <w:t>1:15:12  baqi activity aadmi, yani false connection se bhi log active ho jatay hain. jaisay ke maine abhi misaalain deen, aap ko kisi ka active hona yeh koi uska saboot nahi hai ke woh sachai ko paya ho.</w:t>
      </w:r>
      <w:r>
        <w:br/>
      </w:r>
      <w:r>
        <w:rPr>
          <w:sz w:val="20"/>
        </w:rPr>
        <w:t>1:15:30  false food ke liye bhi log bohat zabardast active ho jatay hain.</w:t>
      </w:r>
      <w:r>
        <w:br/>
      </w:r>
      <w:r>
        <w:rPr>
          <w:sz w:val="20"/>
        </w:rPr>
        <w:t>1:15:35  baqi jahan tak namooney ki baat hai, to aap rasool Allah ki zindagi ko parhiye, sahaba ki zindagi ko parhiye, wahan aap ko daai ka mukammal namoona milega.</w:t>
      </w:r>
      <w:r>
        <w:br/>
      </w:r>
      <w:r>
        <w:rPr>
          <w:sz w:val="20"/>
        </w:rPr>
        <w:t>1:15:45  aap kis tarah daawati kaam kiya jata hai?</w:t>
      </w:r>
      <w:r>
        <w:br/>
      </w:r>
      <w:r>
        <w:rPr>
          <w:sz w:val="20"/>
        </w:rPr>
        <w:t>1:15:52  maulana, ek sawal abhi aya hai Farhan Khan sahib ka, unhon ne location nahi</w:t>
      </w:r>
      <w:r>
        <w:br/>
      </w:r>
      <w:r>
        <w:rPr>
          <w:sz w:val="20"/>
        </w:rPr>
        <w:t>1:15:57  batayi hai. unhon ne likha hai: "in Quran Surah An-Nur verse number 55, it is mentioned: God has promised those of you who have attended to faith and to do righteous deeds, that of certainty He will cause them to accede to power in earth, even as He caused some of those who lived before them to accede to it.</w:t>
      </w:r>
      <w:r>
        <w:br/>
      </w:r>
      <w:r>
        <w:rPr>
          <w:sz w:val="20"/>
        </w:rPr>
        <w:t>1:16:26  in light of this ayat, how can we reconcile to what Maulana has said today?" to reconcile karna hai, is mein wada hai.</w:t>
      </w:r>
      <w:r>
        <w:br/>
      </w:r>
      <w:r>
        <w:rPr>
          <w:sz w:val="20"/>
        </w:rPr>
        <w:t>1:16:36  yeh to nahi ke aap goal banayein, is ko woh amar mauood hai, amar maqsood nahi hai.</w:t>
      </w:r>
      <w:r>
        <w:br/>
      </w:r>
      <w:r>
        <w:rPr>
          <w:sz w:val="20"/>
        </w:rPr>
        <w:t>1:16:43  aap ne goal bana rakha hai ke mar mar ke hum hukoomat qaim karna hai. yeh kahan likha hua hai is ayat mein? is mein yeh nahi kaha ke us waqt yahi kaha: "aap Allah ki ibadat karein, Allah ki ibadat karein" ke to is ka imkan hai ke Allah taala aap ko yani tamkeen de de.</w:t>
      </w:r>
      <w:r>
        <w:br/>
      </w:r>
      <w:r>
        <w:rPr>
          <w:sz w:val="20"/>
        </w:rPr>
        <w:t>1:16:58  woh bhi zaroori nahi hai, kyunke tamkeen mili bhi aur nahi bhi. bohat se bagh waron ko tamkeen nahi mili. to jo woh Allah ka faisla hota hai, Allah chahega to woh dega, nahi to nahi dega.</w:t>
      </w:r>
      <w:r>
        <w:br/>
      </w:r>
      <w:r>
        <w:rPr>
          <w:sz w:val="20"/>
        </w:rPr>
        <w:t>1:17:12  aap ko jo kaam karna hai, to woh to yahi hai ke imaan, ibadat, dawat, is par apni koshishon ko sarf karein. is mein yeh kahan likha hua hai ke hukoomat goal banakar ke ladai chhodo?</w:t>
      </w:r>
      <w:r>
        <w:br/>
      </w:r>
      <w:r>
        <w:rPr>
          <w:sz w:val="20"/>
        </w:rPr>
        <w:t>1:17:24  yeh kahan likha hua hai? yeh to bohat bari masjidon masjidon ki sarkashi hai, woh logon ke jo is ayat se yeh nikalte hain ke hukoomat hamara goal hai.</w:t>
      </w:r>
      <w:r>
        <w:br/>
      </w:r>
      <w:r>
        <w:rPr>
          <w:sz w:val="20"/>
        </w:rPr>
        <w:t>1:17:35  to sarkashi hai, to logon ki flogging ho gayi. aakhir mein logon ki kahan likha hua tha? wahan</w:t>
      </w:r>
      <w:r>
        <w:br/>
      </w:r>
      <w:r>
        <w:rPr>
          <w:sz w:val="20"/>
        </w:rPr>
        <w:t>1:17:42  jo cheez amar mauood hai, us ko bator khud aap ne banali. amar maqsood kaisi ajeeb baat hai!</w:t>
      </w:r>
      <w:r>
        <w:br/>
      </w:r>
      <w:r>
        <w:rPr>
          <w:sz w:val="20"/>
        </w:rPr>
        <w:t>1:17:51  kaisi ajeeb baat hai! yeh ayat jo hai, is mein tamkeen ka lafz hai.</w:t>
      </w:r>
      <w:r>
        <w:br/>
      </w:r>
      <w:r>
        <w:rPr>
          <w:sz w:val="20"/>
        </w:rPr>
        <w:t>1:18:00  tamkeen ko amar mauood bataya gaya hai, yani Allah ki taraf se aata hai.</w:t>
      </w:r>
      <w:r>
        <w:br/>
      </w:r>
      <w:r>
        <w:rPr>
          <w:sz w:val="20"/>
        </w:rPr>
        <w:t>1:18:06  hum hamara goal nahi hai. woh goal jab hoga? jab ke aap aisay alfaaz nikalein Quran mein ke "aqim dawlat al-Islam".</w:t>
      </w:r>
      <w:r>
        <w:br/>
      </w:r>
      <w:r>
        <w:rPr>
          <w:sz w:val="20"/>
        </w:rPr>
        <w:t>1:18:17  ae musalmanon! tumhara farz hai ke hukoomat ilahia qaim karo. yeh kahan hai? yeh to kahin bhi nahi! yeh to sarkashi hai. mujhe is mein zara bhi shaq nahi ke aisay logon ki aakhirat mein flogging hogi ke tum ne kahan se nikal liya woh lafz jo Quran mein tha nahi?</w:t>
      </w:r>
      <w:r>
        <w:br/>
      </w:r>
      <w:r>
        <w:rPr>
          <w:sz w:val="20"/>
        </w:rPr>
        <w:t>1:18:34  yeh aap ko kaha nahi kaha hai ke yeh amar mauood hai. Allah taala chahega to tamkeen bhi de dega, chahega to nahi bhi dega. jaisay ke bohat se logon ko nahi mili, bohat se anbiya ko nahi, bohat se anbiya ko nahi mili.</w:t>
      </w:r>
      <w:r>
        <w:br/>
      </w:r>
      <w:r>
        <w:rPr>
          <w:sz w:val="20"/>
        </w:rPr>
        <w:t>1:18:47  baqi is ko g</w:t>
      </w:r>
      <w:r>
        <w:br/>
      </w:r>
      <w:r>
        <w:rPr>
          <w:sz w:val="20"/>
        </w:rPr>
        <w:t>1:18:48  ol banana aur ladai chhodna aur logon ko maar kaat karna, yeh to bilkul sarkashi ki baat hai. Maulana, agla sawal Kashmir se hai Shad Hussain sahib ka.</w:t>
      </w:r>
    </w:p>
    <w:p>
      <w:pPr>
        <w:pStyle w:val="Heading2"/>
      </w:pPr>
      <w:r>
        <w:t>Historical vs independent study of Islam</w:t>
      </w:r>
    </w:p>
    <w:p>
      <w:r>
        <w:rPr>
          <w:color w:val="666666"/>
          <w:sz w:val="18"/>
        </w:rPr>
        <w:t>Other · God's Management of History 23 Feb 2020 - Maulana Wahiduddin Khan · 1m 11s · at 1:06:57 · https://youtu.be/NeNadnD-0KE?t=4017</w:t>
      </w:r>
    </w:p>
    <w:p>
      <w:r>
        <w:rPr>
          <w:i/>
        </w:rPr>
        <w:t>“What is the main difference in studying Islam in its historical perspective and independent of its history? What method should we follow?”</w:t>
      </w:r>
    </w:p>
    <w:p>
      <w:r>
        <w:rPr>
          <w:sz w:val="20"/>
        </w:rPr>
        <w:t>1:06:57  maulana, kuch sawal lete hain. yeh sawal bheja hai pakistan se yasar arafat sahab ne. unhon ne aap se poocha hai: "what is the main difference in studying islam in its historical perspective</w:t>
      </w:r>
      <w:r>
        <w:br/>
      </w:r>
      <w:r>
        <w:rPr>
          <w:sz w:val="20"/>
        </w:rPr>
        <w:t>1:07:16  and independent of its history? what method should we follow?" bhai, dekhen bhai, meri study ke mutabiq to dono alag alag nahin hain, dono ek doosre ke liye madadgar hain.</w:t>
      </w:r>
      <w:r>
        <w:br/>
      </w:r>
      <w:r>
        <w:rPr>
          <w:sz w:val="20"/>
        </w:rPr>
        <w:t>1:07:33  aap jante hain ke quran mein bar bar history ke reference diye gaye hain, hazrat musa ka, hazrat masih ka waghera.</w:t>
      </w:r>
      <w:r>
        <w:br/>
      </w:r>
      <w:r>
        <w:rPr>
          <w:sz w:val="20"/>
        </w:rPr>
        <w:t>1:07:44  to jab aap parhte hain quran history ke reference mein</w:t>
      </w:r>
      <w:r>
        <w:br/>
      </w:r>
      <w:r>
        <w:rPr>
          <w:sz w:val="20"/>
        </w:rPr>
        <w:t>1:07:51  to aap zyada, yani jis ko kehte hain, azdad-e-iman, aap ke iman mein izafa hota hai. to dono alag alag nahin hain, mere khayal se, jahan tak main samajhta hoon.</w:t>
      </w:r>
    </w:p>
    <w:p>
      <w:pPr>
        <w:pStyle w:val="Heading2"/>
      </w:pPr>
      <w:r>
        <w:t>Husseini Brahmins' Relationship with Imam Hussain</w:t>
      </w:r>
    </w:p>
    <w:p>
      <w:r>
        <w:rPr>
          <w:color w:val="666666"/>
          <w:sz w:val="18"/>
        </w:rPr>
        <w:t>Other · Hadith Prediction November 3, 2013 · 1m 15s · at 55:48 · https://youtu.be/cb5Lzw9c8aE?t=3348</w:t>
      </w:r>
    </w:p>
    <w:p>
      <w:r>
        <w:rPr>
          <w:i/>
        </w:rPr>
        <w:t>“Maulana Sahib, our community is called Husseini Pandit or Husseini Brahmin. Please tell us the detail of our relationship with the blessed name of Imam Husain Sahib, so that we may gain knowledge about our forefathers.”</w:t>
      </w:r>
    </w:p>
    <w:p>
      <w:r>
        <w:rPr>
          <w:sz w:val="20"/>
        </w:rPr>
        <w:t>55:48  maulana, agla sawal dilli se hai, doctor upendra mehta sahab ka. unhon ne likha hai: "maulana sahab, hamari biradari husaini pandit ya husaini brahman kehlati hai.</w:t>
      </w:r>
      <w:r>
        <w:br/>
      </w:r>
      <w:r>
        <w:rPr>
          <w:sz w:val="20"/>
        </w:rPr>
        <w:t>56:02  meharbani kar ke aap bataiye ke imam hussain sahab ji ke mubarak naam se hamare rishte ki tafseel kya hai, jis se hamein apne buzurgon ke bare mein gyan ho?" bhai, yeh to mujhe aata nahi.</w:t>
      </w:r>
      <w:r>
        <w:br/>
      </w:r>
      <w:r>
        <w:rPr>
          <w:sz w:val="20"/>
        </w:rPr>
        <w:t>56:18  that is out of my domain. is bare mein to mujhe pata nahi. koi is ka scholar ho to batayega. main nahi jaanta.</w:t>
      </w:r>
      <w:r>
        <w:br/>
      </w:r>
      <w:r>
        <w:rPr>
          <w:sz w:val="20"/>
        </w:rPr>
        <w:t>56:29  main main na to husaini hoon, na mujhe is culture ka pata bhi nahi. yeh culture koi is ka taluq islam se nahi hai. yeh to ek ek quran o hadith mein kahin aisa nahi ke koi husaini hota hai, koi hasni hota hai, koi alvi hota hai.</w:t>
      </w:r>
      <w:r>
        <w:br/>
      </w:r>
      <w:r>
        <w:rPr>
          <w:sz w:val="20"/>
        </w:rPr>
        <w:t>56:46  yeh to quran o hadith mein kahin hai nahi. yeh to ek riwaj hai, ek hai. riwaj hai, tradition hai, jo bhi keh lijiyye.</w:t>
      </w:r>
      <w:r>
        <w:br/>
      </w:r>
      <w:r>
        <w:rPr>
          <w:sz w:val="20"/>
        </w:rPr>
        <w:t>56:56  beh-haal, main is ka koi expert nahi hoon, is liye main is ke bare mein kuch nahi bata sakta.</w:t>
      </w:r>
    </w:p>
    <w:p>
      <w:pPr>
        <w:pStyle w:val="Heading2"/>
      </w:pPr>
      <w:r>
        <w:t>Ibn Taymiyyah's mistake on Bila Faimi</w:t>
      </w:r>
    </w:p>
    <w:p>
      <w:r>
        <w:rPr>
          <w:color w:val="666666"/>
          <w:sz w:val="18"/>
        </w:rPr>
        <w:t>Other · Divine Law of Success 14th October 2012 Slow · 2m 13s · at 1:07:54 · https://youtu.be/2zXfZhIf1jA?t=4074</w:t>
      </w:r>
    </w:p>
    <w:p>
      <w:r>
        <w:rPr>
          <w:i/>
        </w:rPr>
        <w:t>“In your lecture today you mentioned Ibn Taymiyyah. Does this mean that Imam Ibn Taymiyyah made a mistake in the matter of Bila Faimi?”</w:t>
      </w:r>
    </w:p>
    <w:p>
      <w:r>
        <w:rPr>
          <w:sz w:val="20"/>
        </w:rPr>
        <w:t>1:07:54  maulana, agla sawal Pakistan se aya hai, misṭar aamir bin yusuf sahib ka.</w:t>
      </w:r>
      <w:r>
        <w:br/>
      </w:r>
      <w:r>
        <w:rPr>
          <w:sz w:val="20"/>
        </w:rPr>
        <w:t>1:08:00  unho ne likha hai ke aap ne aaj ki taqreer mein jo ibn taimiya ka zikr kiya, to</w:t>
      </w:r>
      <w:r>
        <w:br/>
      </w:r>
      <w:r>
        <w:rPr>
          <w:sz w:val="20"/>
        </w:rPr>
        <w:t>1:08:06  kya is ka matlab yeh hai ke imam ibn taimiya se ghalṭi hui blisfaimi ke moamle mein,</w:t>
      </w:r>
      <w:r>
        <w:br/>
      </w:r>
      <w:r>
        <w:rPr>
          <w:sz w:val="20"/>
        </w:rPr>
        <w:t>1:08:13  aur musalman is ghalṭi ko repeat kar rahe hain? is ke bare mein batayein.</w:t>
      </w:r>
      <w:r>
        <w:br/>
      </w:r>
      <w:r>
        <w:rPr>
          <w:sz w:val="20"/>
        </w:rPr>
        <w:t>1:08:19  dekhiye, masla ibn taimiya ka nahi, har insan ka hai.</w:t>
      </w:r>
      <w:r>
        <w:br/>
      </w:r>
      <w:r>
        <w:rPr>
          <w:sz w:val="20"/>
        </w:rPr>
        <w:t>1:08:25  har insan khata kar sakta hai, yeh to hadith sabit hai.</w:t>
      </w:r>
      <w:r>
        <w:br/>
      </w:r>
      <w:r>
        <w:rPr>
          <w:sz w:val="20"/>
        </w:rPr>
        <w:t>1:08:32  qul bani adam khaṭṭan har insan khata karta hai, to is mein ibn taimiya koi exepshan nahi hai.</w:t>
      </w:r>
      <w:r>
        <w:br/>
      </w:r>
      <w:r>
        <w:rPr>
          <w:sz w:val="20"/>
        </w:rPr>
        <w:t>1:08:38  to yeh koi aisi baat nahi hai jo main ne koi anokhi kahi ho.</w:t>
      </w:r>
      <w:r>
        <w:br/>
      </w:r>
      <w:r>
        <w:rPr>
          <w:sz w:val="20"/>
        </w:rPr>
        <w:t>1:08:45  saare logo ka is pe ittefaq hai ke insan ghalṭi karta hai.</w:t>
      </w:r>
      <w:r>
        <w:br/>
      </w:r>
      <w:r>
        <w:rPr>
          <w:sz w:val="20"/>
        </w:rPr>
        <w:t>1:08:51  aap ko haq hai ke is ki ghalṭi ka tajziya karein, tajziya karein.</w:t>
      </w:r>
      <w:r>
        <w:br/>
      </w:r>
      <w:r>
        <w:rPr>
          <w:sz w:val="20"/>
        </w:rPr>
        <w:t>1:08:57  imam abu hanifa ne kaha tha ke agar ek ek ek ek fatwa hai koi main ne diya</w:t>
      </w:r>
      <w:r>
        <w:br/>
      </w:r>
      <w:r>
        <w:rPr>
          <w:sz w:val="20"/>
        </w:rPr>
        <w:t>1:09:04  hai, agar tum ko koi hadith mil jaye is fatwe ke khilaf, to mere fatwe ko pathar mar</w:t>
      </w:r>
      <w:r>
        <w:br/>
      </w:r>
      <w:r>
        <w:rPr>
          <w:sz w:val="20"/>
        </w:rPr>
        <w:t>1:09:10  do, pathar pe mar do, mere fatwe ko chhod do, hadith ko qabool kar lo.</w:t>
      </w:r>
      <w:r>
        <w:br/>
      </w:r>
      <w:r>
        <w:rPr>
          <w:sz w:val="20"/>
        </w:rPr>
        <w:t>1:09:16  yeh to hote hi rehta hai.</w:t>
      </w:r>
      <w:r>
        <w:br/>
      </w:r>
      <w:r>
        <w:rPr>
          <w:sz w:val="20"/>
        </w:rPr>
        <w:t>1:09:23  ulama mein ikhtilaf, saare ulama mein aapas mein ikhtilafat hue hain.</w:t>
      </w:r>
      <w:r>
        <w:br/>
      </w:r>
      <w:r>
        <w:rPr>
          <w:sz w:val="20"/>
        </w:rPr>
        <w:t>1:09:29  isi liye yeh koi aisi baat nahi hai ke kisi ki kitaab muqaddas nahi hai.</w:t>
      </w:r>
      <w:r>
        <w:br/>
      </w:r>
      <w:r>
        <w:rPr>
          <w:sz w:val="20"/>
        </w:rPr>
        <w:t>1:09:36  quran ke tareeqay se kisi bhi shakhs ki kitaab quran ki tarah muqaddas nahi hai.</w:t>
      </w:r>
      <w:r>
        <w:br/>
      </w:r>
      <w:r>
        <w:rPr>
          <w:sz w:val="20"/>
        </w:rPr>
        <w:t>1:09:42  imam malik ke baray mein kaha jata hai ke woh jab madine mein rasool allah qabr ke paas</w:t>
      </w:r>
      <w:r>
        <w:br/>
      </w:r>
      <w:r>
        <w:rPr>
          <w:sz w:val="20"/>
        </w:rPr>
        <w:t>1:09:48  dars hadith dete thay, to wahan aik atay thay ke koi bhi insan aisa nahi hai jis ki</w:t>
      </w:r>
      <w:r>
        <w:br/>
      </w:r>
      <w:r>
        <w:rPr>
          <w:sz w:val="20"/>
        </w:rPr>
        <w:t>1:09:55  baaton mein se kuch lainay ka ho, kuch na lainay ka ho, siwaye illa sahib bahadur qabr.</w:t>
      </w:r>
      <w:r>
        <w:br/>
      </w:r>
      <w:r>
        <w:rPr>
          <w:sz w:val="20"/>
        </w:rPr>
        <w:t>1:10:01  to yeh to aik muttafiq alaih baat hai, is mein koi do raaye nahi.</w:t>
      </w:r>
    </w:p>
    <w:p>
      <w:pPr>
        <w:pStyle w:val="Heading2"/>
      </w:pPr>
      <w:r>
        <w:t>Ijazah and becoming a Mufti</w:t>
      </w:r>
    </w:p>
    <w:p>
      <w:r>
        <w:rPr>
          <w:color w:val="666666"/>
          <w:sz w:val="18"/>
        </w:rPr>
        <w:t>Other · Living in a World of Competition October 24, 2010 · 3m 49s · at 1:05:37 · https://youtu.be/0DRVM8YxM5U?t=3937</w:t>
      </w:r>
    </w:p>
    <w:p>
      <w:r>
        <w:rPr>
          <w:i/>
        </w:rPr>
        <w:t>“What is Ijazah? Without Ijazah, can a person become a Mufti? Can a person of 25 to 30 years of age call himself a Mufti if he has an Ijazah?”</w:t>
      </w:r>
    </w:p>
    <w:p>
      <w:r>
        <w:rPr>
          <w:sz w:val="20"/>
        </w:rPr>
        <w:t>1:05:37  yeh meri rai hai. Maulana, in ka ek sawal aur hai, unho ne likha hai: "what is ijazah? without ijazah, cant a person become a mufti?"</w:t>
      </w:r>
      <w:r>
        <w:br/>
      </w:r>
      <w:r>
        <w:rPr>
          <w:sz w:val="20"/>
        </w:rPr>
        <w:t>1:05:51  "can any person of 25 to 30 years of age call himself a mufti if he has an ijazah?" is ke bare mein bataein.</w:t>
      </w:r>
      <w:r>
        <w:br/>
      </w:r>
      <w:r>
        <w:rPr>
          <w:sz w:val="20"/>
        </w:rPr>
        <w:t>1:06:03  dekhiye, ijazah jo hai, is ka na quran mein kahin likha hua hai, na hadith mein koi likha hua hai. yeh baad ke zamane mein is ka riwaj hua, jab ke madarse nahi hua karte they.</w:t>
      </w:r>
      <w:r>
        <w:br/>
      </w:r>
      <w:r>
        <w:rPr>
          <w:sz w:val="20"/>
        </w:rPr>
        <w:t>1:06:16  pehle zamane mein koi aalim jo hai, apne ghar par logon ko parhata tha,</w:t>
      </w:r>
      <w:r>
        <w:br/>
      </w:r>
      <w:r>
        <w:rPr>
          <w:sz w:val="20"/>
        </w:rPr>
        <w:t>1:06:21  ab chand saal kisi ne wahan parha to us ne samjha ke yeh is qabil ho gaya hai ke quran ka dars de, hadith parhaye, fiqh ka masla bayan kare.</w:t>
      </w:r>
      <w:r>
        <w:br/>
      </w:r>
      <w:r>
        <w:rPr>
          <w:sz w:val="20"/>
        </w:rPr>
        <w:t>1:06:31  to woh ek ijazat deta tha. ijazat wohi woh jo urdu mein maani hain, ijazat dena ke tum is qabil ho chuke ho ke tum quran do parhao aur hadith parhao, fiqhi masail batao, yeh hai ijazat.</w:t>
      </w:r>
      <w:r>
        <w:br/>
      </w:r>
      <w:r>
        <w:rPr>
          <w:sz w:val="20"/>
        </w:rPr>
        <w:t>1:06:49  yeh ek traditional tareeqa hai.</w:t>
      </w:r>
      <w:r>
        <w:br/>
      </w:r>
      <w:r>
        <w:rPr>
          <w:sz w:val="20"/>
        </w:rPr>
        <w:t>1:06:51  ab maujooda zamane mein to is ki qudrat hai, ab to maujooda sand aur degree hoti hai. is zamane mein ijazat ki koi ahmiyat nahi hai. mere raddi, woh us waqt ki baat hai jab ke madarse nahi hote they aur sand aur degree ka concept nahi tha.</w:t>
      </w:r>
      <w:r>
        <w:br/>
      </w:r>
      <w:r>
        <w:rPr>
          <w:sz w:val="20"/>
        </w:rPr>
        <w:t>1:07:05  pehle yeh bohat baad ko sand aur degree ka concept aaya hai.</w:t>
      </w:r>
      <w:r>
        <w:br/>
      </w:r>
      <w:r>
        <w:rPr>
          <w:sz w:val="20"/>
        </w:rPr>
        <w:t>1:07:10  to ab jab madarse ban gaye aur wahan sand di jaane lagi, ab ijazat ek ek rasmi cheez hai, ek traditional cheez hai. bas is tarah is ki koi haqeeqat nahi hai.</w:t>
      </w:r>
      <w:r>
        <w:br/>
      </w:r>
      <w:r>
        <w:rPr>
          <w:sz w:val="20"/>
        </w:rPr>
        <w:t>1:07:22  koi agar ijazat ka tareeqa chalaye to chalaye, lekin main nahi samajhta ke ab naye daur mein jab ke madarse qaim hain, universityon mein hisab ke department qaim hain, to ijazat ki koi ahmiyat hai.</w:t>
      </w:r>
      <w:r>
        <w:br/>
      </w:r>
      <w:r>
        <w:rPr>
          <w:sz w:val="20"/>
        </w:rPr>
        <w:t>1:07:37  ab to ahmiyat yeh hai ke aap is mein master degree lein, is mein doctorate karein, is mein research karein, is mein mutala karein, ab library aaein, is mein ja ke parhiye, yeh sab kijiye.</w:t>
      </w:r>
      <w:r>
        <w:br/>
      </w:r>
      <w:r>
        <w:rPr>
          <w:sz w:val="20"/>
        </w:rPr>
        <w:t>1:07:47  to ijazat jo hai, woh ek traditional tareeqa hai. modern daur mein is ki koi khaas ahmiyat mere nazdeek nahi hai. Maulana, miss nuzhat bano ne mp madhya pradesh se likha hai:</w:t>
      </w:r>
      <w:r>
        <w:br/>
      </w:r>
      <w:r>
        <w:rPr>
          <w:sz w:val="20"/>
        </w:rPr>
        <w:t>1:08:02  "Maulana, all your talks have really great effect on me.</w:t>
      </w:r>
      <w:r>
        <w:br/>
      </w:r>
      <w:r>
        <w:rPr>
          <w:sz w:val="20"/>
        </w:rPr>
        <w:t>1:08:07  please explain to me the fazilat of aakhri ayat of surah baqarah."</w:t>
      </w:r>
      <w:r>
        <w:br/>
      </w:r>
      <w:r>
        <w:rPr>
          <w:sz w:val="20"/>
        </w:rPr>
        <w:t>1:08:18  dekhiye, fazilat ka jo concept hai, is se main bohat zyada agree nahi karta hoon. main concept jise base karta hai ke is ko rat lein, aap parhein to fazilat mil jaye gi. main is ko nahi manta hoon.</w:t>
      </w:r>
      <w:r>
        <w:br/>
      </w:r>
      <w:r>
        <w:rPr>
          <w:sz w:val="20"/>
        </w:rPr>
        <w:t>1:08:31  main is ko nahi manta hoon ke is ko recide karne se, is ko ratne se, is ko dohrane se koi mysteriously koi aap ko sawab mil jaye ga. is concept ko main nahi manta hoon.</w:t>
      </w:r>
      <w:r>
        <w:br/>
      </w:r>
      <w:r>
        <w:rPr>
          <w:sz w:val="20"/>
        </w:rPr>
        <w:t>1:08:43  surah baqarah ki aakhri ayat mein jo baat hai, woh is ko samjhiye, is ko mutala kijiye, is ko achhe tareeqe se zehan mein bithaiye.</w:t>
      </w:r>
      <w:r>
        <w:br/>
      </w:r>
      <w:r>
        <w:rPr>
          <w:sz w:val="20"/>
        </w:rPr>
        <w:t>1:08:54  yeh hai is ki ahmiyat.</w:t>
      </w:r>
      <w:r>
        <w:br/>
      </w:r>
      <w:r>
        <w:rPr>
          <w:sz w:val="20"/>
        </w:rPr>
        <w:t>1:08:58  to is lehaz se aap ghor karein ge to surah baqarah ki ayat hi ghaliban do ayatein hain. ji ji ji, aakhri do ayatein jo hain, bohat hi important hain aur bohat is se inspiration milta hai.</w:t>
      </w:r>
      <w:r>
        <w:br/>
      </w:r>
      <w:r>
        <w:rPr>
          <w:sz w:val="20"/>
        </w:rPr>
        <w:t>1:09:11  inspiration,</w:t>
      </w:r>
      <w:r>
        <w:br/>
      </w:r>
      <w:r>
        <w:rPr>
          <w:sz w:val="20"/>
        </w:rPr>
        <w:t>1:09:14  aap kisi bhi tafsir mein parhiye, is ko aap is pe ghor karein tafsir, is ka tarjuma parhiye, tafsir parhiye, is pe ghor kijiye. teen ayaton mein bohat zabardast inspiration milta hai.</w:t>
      </w:r>
    </w:p>
    <w:p>
      <w:pPr>
        <w:pStyle w:val="Heading2"/>
      </w:pPr>
      <w:r>
        <w:t>Incomplete Question about Maulana's Thought</w:t>
      </w:r>
    </w:p>
    <w:p>
      <w:r>
        <w:rPr>
          <w:color w:val="666666"/>
          <w:sz w:val="18"/>
        </w:rPr>
        <w:t>Other · Dars-e-Quran, Chapter 2, Verse 63-71 April 15, 2018 · 1m 17s · at 57:14 · https://youtu.be/4QSHnsRshnI?t=3434</w:t>
      </w:r>
    </w:p>
    <w:p>
      <w:r>
        <w:rPr>
          <w:i/>
        </w:rPr>
        <w:t>“Maulana, you have...”</w:t>
      </w:r>
    </w:p>
    <w:p>
      <w:r>
        <w:rPr>
          <w:sz w:val="20"/>
        </w:rPr>
        <w:t>57:14  but its only your thought that gives me intellectual relaxation. now science itself gives us a non human understanding framework to establish monotheism." maulana, agla sawal farooq sahab ne bheja hai dubai se.</w:t>
      </w:r>
      <w:r>
        <w:br/>
      </w:r>
      <w:r>
        <w:rPr>
          <w:sz w:val="20"/>
        </w:rPr>
        <w:t>57:31  unhone likha hai: "maulana, you he</w:t>
      </w:r>
    </w:p>
    <w:p>
      <w:pPr>
        <w:pStyle w:val="Heading2"/>
      </w:pPr>
      <w:r>
        <w:t>Incomplete question from N.A. Khan</w:t>
      </w:r>
    </w:p>
    <w:p>
      <w:r>
        <w:rPr>
          <w:color w:val="666666"/>
          <w:sz w:val="18"/>
        </w:rPr>
        <w:t>Other · Dars-e-Quran, Chapter 2, Verse 35 | December 17, 2017 · 3m 11s · at 1:21:02 · https://youtu.be/Cd8MlWM7B9w?t=4862</w:t>
      </w:r>
    </w:p>
    <w:p>
      <w:r>
        <w:rPr>
          <w:i/>
        </w:rPr>
        <w:t>“Moulana... (incomplete question)”</w:t>
      </w:r>
    </w:p>
    <w:p>
      <w:r>
        <w:rPr>
          <w:sz w:val="20"/>
        </w:rPr>
        <w:t>1:21:02  maulana, agla sawal ah nay nay khan sahib nay kiya hai.</w:t>
      </w:r>
      <w:r>
        <w:br/>
      </w:r>
      <w:r>
        <w:rPr>
          <w:sz w:val="20"/>
        </w:rPr>
        <w:t>1:21:06  unhon nay location nahi likhi hai.</w:t>
      </w:r>
      <w:r>
        <w:br/>
      </w:r>
      <w:r>
        <w:rPr>
          <w:sz w:val="20"/>
        </w:rPr>
        <w:t>1:21:10  un ka sawal yeh hai ke mol</w:t>
      </w:r>
      <w:r>
        <w:br/>
      </w:r>
      <w:r>
        <w:rPr>
          <w:sz w:val="20"/>
        </w:rPr>
        <w:t>1:21:13  ana sahib, agar hum naik aamal karein to bhi hamein be sukuni, pareshani aur museebatein aati hain. to phir naik log aur buray aamal karne walay logon mein farq kya hai? is ke baray mein bataein. dekhiye, be sukuni jo hai ya pareshani, yeh koi evil nahi hai. yeh aap evil ko samajhte hain. aisi zindagi Allah ko pasand nahi ke bilkul</w:t>
      </w:r>
      <w:r>
        <w:br/>
      </w:r>
      <w:r>
        <w:rPr>
          <w:sz w:val="20"/>
        </w:rPr>
        <w:t>1:21:43  bay bay bay gham aap aram chair pe bethe hue hain.</w:t>
      </w:r>
      <w:r>
        <w:br/>
      </w:r>
      <w:r>
        <w:rPr>
          <w:sz w:val="20"/>
        </w:rPr>
        <w:t>1:21:49  yeh to bohat hi buri zindagi hai.</w:t>
      </w:r>
      <w:r>
        <w:br/>
      </w:r>
      <w:r>
        <w:rPr>
          <w:sz w:val="20"/>
        </w:rPr>
        <w:t>1:21:55  agar aap bilkul yani yani woh aik dam bay fikr ho kar aram chair par beth te hain, yeh</w:t>
      </w:r>
      <w:r>
        <w:br/>
      </w:r>
      <w:r>
        <w:rPr>
          <w:sz w:val="20"/>
        </w:rPr>
        <w:t>1:22:01  aap ko mila hua hai to yeh to bohat hi buri zindagi hai.</w:t>
      </w:r>
      <w:r>
        <w:br/>
      </w:r>
      <w:r>
        <w:rPr>
          <w:sz w:val="20"/>
        </w:rPr>
        <w:t>1:22:07  bay cheeni hona chahiye, beshak pareshani hona chahiye, masla hona chahiye zindagi mein.</w:t>
      </w:r>
      <w:r>
        <w:br/>
      </w:r>
      <w:r>
        <w:rPr>
          <w:sz w:val="20"/>
        </w:rPr>
        <w:t>1:22:13  kyun? jab aisa hota hai to aap ka mind bedar jaagta hai. mind jaagta hai. jaisay mein bataon aap ko, aaj raat mujhe neend nahi aa rahi thi to sochte sochte hue dua nikli. is dua se mujhe aaj subah muqabla. kai din se mujhe suraj nahi mil raha tha. to mein ne dua kiya, dua kiya, diya ke Allah ne suraj nikaal diya. to yeh yeh soch ghalat hai ke</w:t>
      </w:r>
      <w:r>
        <w:br/>
      </w:r>
      <w:r>
        <w:rPr>
          <w:sz w:val="20"/>
        </w:rPr>
        <w:t>1:22:43  pareshani koi buri cheez hai.</w:t>
      </w:r>
      <w:r>
        <w:br/>
      </w:r>
      <w:r>
        <w:rPr>
          <w:sz w:val="20"/>
        </w:rPr>
        <w:t>1:22:49  pareshani to aap ke mind ko jagati hai, awaken karti hai.</w:t>
      </w:r>
      <w:r>
        <w:br/>
      </w:r>
      <w:r>
        <w:rPr>
          <w:sz w:val="20"/>
        </w:rPr>
        <w:t>1:22:56  okay, so we will end the session today.</w:t>
      </w:r>
      <w:r>
        <w:br/>
      </w:r>
      <w:r>
        <w:rPr>
          <w:sz w:val="20"/>
        </w:rPr>
        <w:t>1:23:02  once again, if you want free sample copies for spirit of Islam English magazine, or you want to</w:t>
      </w:r>
      <w:r>
        <w:br/>
      </w:r>
      <w:r>
        <w:rPr>
          <w:sz w:val="20"/>
        </w:rPr>
        <w:t>1:23:08  join or volunteer for the distribution of spirit of Islam magazine, then write to the center for peace</w:t>
      </w:r>
      <w:r>
        <w:br/>
      </w:r>
      <w:r>
        <w:rPr>
          <w:sz w:val="20"/>
        </w:rPr>
        <w:t>1:23:14  at gmail.com or at info at cpsglobal.org. thank you.</w:t>
      </w:r>
    </w:p>
    <w:p>
      <w:pPr>
        <w:pStyle w:val="Heading2"/>
      </w:pPr>
      <w:r>
        <w:t>Incomplete question from Pakistan</w:t>
      </w:r>
    </w:p>
    <w:p>
      <w:r>
        <w:rPr>
          <w:color w:val="666666"/>
          <w:sz w:val="18"/>
        </w:rPr>
        <w:t>Other · Realization of God May 07, 2017 Maulana Wahiduddin Khan · 34s · at 52:25 · https://youtu.be/sXmJShRfWKs?t=3145</w:t>
      </w:r>
    </w:p>
    <w:p>
      <w:r>
        <w:rPr>
          <w:i/>
        </w:rPr>
        <w:t>“Maulana, I...”</w:t>
      </w:r>
    </w:p>
    <w:p>
      <w:r>
        <w:rPr>
          <w:sz w:val="20"/>
        </w:rPr>
        <w:t>52:25  Maulana agla sawal lene se pehle ek comment padhna chahenge jo Aamir Mori ne Srinagar se bheja hai unhone likha hai only a honey bee is able to extract nectar because it does it with prepared mind</w:t>
      </w:r>
      <w:r>
        <w:br/>
      </w:r>
      <w:r>
        <w:rPr>
          <w:sz w:val="20"/>
        </w:rPr>
        <w:t>52:42  same is expected of human being to extract the best of wisdom wherever and whenever he finds in all the things thank you Maulana sahib for such a lovely and enlightening piece of advice it makes our day</w:t>
      </w:r>
    </w:p>
    <w:p>
      <w:pPr>
        <w:pStyle w:val="Heading2"/>
      </w:pPr>
      <w:r>
        <w:t>Inquiry about book on evolution theory</w:t>
      </w:r>
    </w:p>
    <w:p>
      <w:r>
        <w:rPr>
          <w:color w:val="666666"/>
          <w:sz w:val="18"/>
        </w:rPr>
        <w:t>Other · Purpose of Human Life February 12, 2012 Maulana Wahiduddin Khan · 1m 31s · at 1:16:12 · https://youtu.be/gRupSXuak-w?t=4572</w:t>
      </w:r>
    </w:p>
    <w:p>
      <w:r>
        <w:rPr>
          <w:i/>
        </w:rPr>
        <w:t>“Do you have a book on the theory of evolution?”</w:t>
      </w:r>
    </w:p>
    <w:p>
      <w:r>
        <w:rPr>
          <w:sz w:val="20"/>
        </w:rPr>
        <w:t>1:16:12  Maulana, agla sawal hai Tamil Nadu se Mr. Hafiz Maulana Hafiz Iqbal sahib ka.</w:t>
      </w:r>
      <w:r>
        <w:br/>
      </w:r>
      <w:r>
        <w:rPr>
          <w:sz w:val="20"/>
        </w:rPr>
        <w:t>1:16:19  Unhon ne aap se poocha hai ke kya evolution theory par aap ki koi kitaab hai?</w:t>
      </w:r>
      <w:r>
        <w:br/>
      </w:r>
      <w:r>
        <w:rPr>
          <w:sz w:val="20"/>
        </w:rPr>
        <w:t>1:16:27  Dekhein, mere article bahut saare hain aur abhi hum soch rahe hain ke woh sab ko ikattha kar ke ek chhapen, un ko compile kar ke, un ka compilation.</w:t>
      </w:r>
      <w:r>
        <w:br/>
      </w:r>
      <w:r>
        <w:rPr>
          <w:sz w:val="20"/>
        </w:rPr>
        <w:t>1:16:40  to pehle main bahut likhta hoon tha, par maine is baqayda, maine is ko bahut baqayda tor par is ka mutala kiya hai aur natural history museum mein ja kar ke is ko samjha hai aur is ke experts se baatein bhi ki hain.</w:t>
      </w:r>
      <w:r>
        <w:br/>
      </w:r>
      <w:r>
        <w:rPr>
          <w:sz w:val="20"/>
        </w:rPr>
        <w:t>1:16:55  Yeh sab kiya hai maine. Main jo bahut bol raha hoon, woh ek baat hai ke aap yeh na samjhen ke main aise hi kar raha hoon, shayaana tor par, baghair research ke baat mein baat kar raha hoon.</w:t>
      </w:r>
      <w:r>
        <w:br/>
      </w:r>
      <w:r>
        <w:rPr>
          <w:sz w:val="20"/>
        </w:rPr>
        <w:t>1:17:06  Aur bilashuba yeh main manta hoon ke evolution theory sirf ek ek is ka woh harghiz harghiz woh koi proof theory nahi hai, koi scientific theory nahi hai.</w:t>
      </w:r>
      <w:r>
        <w:br/>
      </w:r>
      <w:r>
        <w:rPr>
          <w:sz w:val="20"/>
        </w:rPr>
        <w:t>1:17:19  Woh chuna ke logon ko mauqa mil jata hai ke apne ko haivan ki tarah duniya mein rehna chahte hain, to woh is ne ek justification de diya, warna aisi koi haqeeqat nahi hai.</w:t>
      </w:r>
      <w:r>
        <w:br/>
      </w:r>
      <w:r>
        <w:rPr>
          <w:sz w:val="20"/>
        </w:rPr>
        <w:t>1:17:33  To inshallah hum woh mazameen jo hain, jo hum likh likhte rahe hain, is se pehle is ko compile kar ke chhapen ge,</w:t>
      </w:r>
    </w:p>
    <w:p>
      <w:pPr>
        <w:pStyle w:val="Heading2"/>
      </w:pPr>
      <w:r>
        <w:t>Inquiry about origin and issuance of fatwa</w:t>
      </w:r>
    </w:p>
    <w:p>
      <w:r>
        <w:rPr>
          <w:color w:val="666666"/>
          <w:sz w:val="18"/>
        </w:rPr>
        <w:t>Other · The Prophet An Example of Modesty August 27, 2017 · 2m 02s · at 1:04:47 · https://youtu.be/aR3V4c8fQC4?t=3887</w:t>
      </w:r>
    </w:p>
    <w:p>
      <w:r>
        <w:rPr>
          <w:i/>
        </w:rPr>
        <w:t>“Maulana sahib, what is the origin of the word fatwa? Has this word been used during the Prophet and his companions' time? Does anyone need a certificate to issue a fatwa? Isn't any scholar's view in his article equivalent to a fatwa?”</w:t>
      </w:r>
    </w:p>
    <w:p>
      <w:r>
        <w:rPr>
          <w:sz w:val="20"/>
        </w:rPr>
        <w:t>1:04:47  maulana, agla sawal mr. khwaja kaleemuddin sahib ne bheja hai pennsylvania usa se, unhon ne likha hai, "maulana sahib, what is the origin of word fatwa?</w:t>
      </w:r>
      <w:r>
        <w:br/>
      </w:r>
      <w:r>
        <w:rPr>
          <w:sz w:val="20"/>
        </w:rPr>
        <w:t>1:04:58  has this word been used during prophet and his companions' time</w:t>
      </w:r>
      <w:r>
        <w:br/>
      </w:r>
      <w:r>
        <w:rPr>
          <w:sz w:val="20"/>
        </w:rPr>
        <w:t>1:05:03  ? does anyone need a certificate to issue a fatwa? isn't any scholar's view in his article equivalent to a fatwa?</w:t>
      </w:r>
      <w:r>
        <w:br/>
      </w:r>
      <w:r>
        <w:rPr>
          <w:sz w:val="20"/>
        </w:rPr>
        <w:t>1:05:13  does he have to express his views under the title of fat</w:t>
      </w:r>
      <w:r>
        <w:br/>
      </w:r>
      <w:r>
        <w:rPr>
          <w:sz w:val="20"/>
        </w:rPr>
        <w:t>1:05:18  wa? please clarify this issue." dekhiye, fatwa ka lafz to khud hadith mein aaya hai</w:t>
      </w:r>
      <w:r>
        <w:br/>
      </w:r>
      <w:r>
        <w:rPr>
          <w:sz w:val="20"/>
        </w:rPr>
        <w:t>1:05:30  "istafti qalbaka", lekin fatwa jo institution ban gaya hai, woh pehle hargiz nahi tha.</w:t>
      </w:r>
      <w:r>
        <w:br/>
      </w:r>
      <w:r>
        <w:rPr>
          <w:sz w:val="20"/>
        </w:rPr>
        <w:t>1:05:38  yeh to baad mein hua hai. pehle zamane mein fatwa koi institution nahi tha. fatwa ka matlab tha ke opinion, fatwa ke lafzi maani opinion.</w:t>
      </w:r>
      <w:r>
        <w:br/>
      </w:r>
      <w:r>
        <w:rPr>
          <w:sz w:val="20"/>
        </w:rPr>
        <w:t>1:05:50  yaani ek aalim se aap poochein aur woh bataye apni rai to that is fatwa. ab jo ban gaya institution, woh hargiz is zamane mein nahi tha.</w:t>
      </w:r>
      <w:r>
        <w:br/>
      </w:r>
      <w:r>
        <w:rPr>
          <w:sz w:val="20"/>
        </w:rPr>
        <w:t>1:06:06  is liye sahi, is liye fatwa apni jagah par durust hai, lekin woh isi maani mein hai ke ek aalim apni rai bataye, woh rai kisi ke liye sirf ek rai ho, bas us se zyada aur kuch nahi.</w:t>
      </w:r>
      <w:r>
        <w:br/>
      </w:r>
      <w:r>
        <w:rPr>
          <w:sz w:val="20"/>
        </w:rPr>
        <w:t>1:06:22  aur rai bhi pooche apne bare mein, jaise kuch logon ne poocha mufti se ke sania mirza ka libas kaisa hai, islam ke mutabiq hai ke nahi.</w:t>
      </w:r>
      <w:r>
        <w:br/>
      </w:r>
      <w:r>
        <w:rPr>
          <w:sz w:val="20"/>
        </w:rPr>
        <w:t>1:06:31  to unhon ne fatwa de diya ke islam ke mutabiq nahi. woh poochna bhi galat tha, fatwa dena bhi galat tha. khud sania mirza agar pooche to aap bata sakte hain.</w:t>
      </w:r>
      <w:r>
        <w:br/>
      </w:r>
      <w:r>
        <w:rPr>
          <w:sz w:val="20"/>
        </w:rPr>
        <w:t>1:06:42  kisi ke bare mein koi doosra pooche to bilashuba unislamic hai.</w:t>
      </w:r>
    </w:p>
    <w:p>
      <w:pPr>
        <w:pStyle w:val="Heading2"/>
      </w:pPr>
      <w:r>
        <w:t>Is listening to music forbidden in Islam?</w:t>
      </w:r>
    </w:p>
    <w:p>
      <w:r>
        <w:rPr>
          <w:color w:val="666666"/>
          <w:sz w:val="18"/>
        </w:rPr>
        <w:t>Other · Age of Peace November 18, 2012 · 1m 29s · at 1:13:59 · https://youtu.be/Y9nkQnBqbrs?t=4439</w:t>
      </w:r>
    </w:p>
    <w:p>
      <w:r>
        <w:rPr>
          <w:i/>
        </w:rPr>
        <w:t>“I have heard that in Islam listening to music is haram. Is this true? If yes, then why?”</w:t>
      </w:r>
    </w:p>
    <w:p>
      <w:r>
        <w:rPr>
          <w:sz w:val="20"/>
        </w:rPr>
        <w:t>1:13:59  maulana, agla sawal dilli se aya hai. ah, mr prateek sharma ne likha hai, unhon ne aap se poocha hai ke: "maulana, i have heard that in islam listening to music is haram.</w:t>
      </w:r>
      <w:r>
        <w:br/>
      </w:r>
      <w:r>
        <w:rPr>
          <w:sz w:val="20"/>
        </w:rPr>
        <w:t>1:14:12  is this true? if yes, then why?" nahi, nahi, haram nahi hai.</w:t>
      </w:r>
      <w:r>
        <w:br/>
      </w:r>
      <w:r>
        <w:rPr>
          <w:sz w:val="20"/>
        </w:rPr>
        <w:t>1:14:17  jo log kehte hain, jo log fatwa dete hain, bilkul log yani be-khabar hain. hargiz haram nahi hai. albatta main jo manta hoon, woh yeh hai ke woh source of distraction hai.</w:t>
      </w:r>
      <w:r>
        <w:br/>
      </w:r>
      <w:r>
        <w:rPr>
          <w:sz w:val="20"/>
        </w:rPr>
        <w:t>1:14:32  dekhiye, duniya mein aap ko yani mukhtalif qism ke options hain. ek yeh hai ke aap duniya mein bas enjoy karein, enjoy karein, enjoy karein, mar jayein.</w:t>
      </w:r>
      <w:r>
        <w:br/>
      </w:r>
      <w:r>
        <w:rPr>
          <w:sz w:val="20"/>
        </w:rPr>
        <w:t>1:14:43  ek yeh hai ke kuch creative kaam karein. creative kaam to creative kaam karne ke liye dedication chahiye, dedication, concentration chahiye.</w:t>
      </w:r>
      <w:r>
        <w:br/>
      </w:r>
      <w:r>
        <w:rPr>
          <w:sz w:val="20"/>
        </w:rPr>
        <w:t>1:14:54  jab tak aap dedicate na karein, aap koi creative kaam nahi kar sakte. to ab is mein haram halaal ka masla nahi hai, yeh aap ke option ka masla hai ke kya aap yeh chahte hain ke bas duniya mein bas sirf entertainment ke liye jiyein aur mar jayein, ya koi creative kaam karein.</w:t>
      </w:r>
      <w:r>
        <w:br/>
      </w:r>
      <w:r>
        <w:rPr>
          <w:sz w:val="20"/>
        </w:rPr>
        <w:t>1:15:12  yeh aap ka option ka masla hai, yeh haram halaal ka masla nahi hai. to yeh cheezein jo hain, yeh source of distraction hain, woh haram hargiz nahi hain.</w:t>
      </w:r>
    </w:p>
    <w:p>
      <w:pPr>
        <w:pStyle w:val="Heading2"/>
      </w:pPr>
      <w:r>
        <w:t>Islamic viewpoint on cloning of animals and humans</w:t>
      </w:r>
    </w:p>
    <w:p>
      <w:r>
        <w:rPr>
          <w:color w:val="666666"/>
          <w:sz w:val="18"/>
        </w:rPr>
        <w:t>Other · Importance of Creative Thinking December 11, 2011 · 1m 20s · at 1:07:47 · https://youtu.be/jfML9Arb0S4?t=4067</w:t>
      </w:r>
    </w:p>
    <w:p>
      <w:r>
        <w:rPr>
          <w:i/>
        </w:rPr>
        <w:t>“Every religious person and all religions oppose cloning as per Islamic view. What is your viewpoint about cloning of animals and humans? Please explain.”</w:t>
      </w:r>
    </w:p>
    <w:p>
      <w:r>
        <w:rPr>
          <w:sz w:val="20"/>
        </w:rPr>
        <w:t>1:07:47  maulana, agla sawal aaya hai mr. amjad ahmed ka dilli se. unhon ne likha hai: "every religious person or all the religions oppose cloning as per Islamic view.</w:t>
      </w:r>
      <w:r>
        <w:br/>
      </w:r>
      <w:r>
        <w:rPr>
          <w:sz w:val="20"/>
        </w:rPr>
        <w:t>1:08:02  what is our viewpoint about cloning of animals and humans? please explain." cloning jo hai, aik taraf to wahi log jo yeh sab baton ko mante hain, population control bhi karna chahte</w:t>
      </w:r>
      <w:r>
        <w:br/>
      </w:r>
      <w:r>
        <w:rPr>
          <w:sz w:val="20"/>
        </w:rPr>
        <w:t>1:08:16  hain, doosra naye insan paida karna chahte hain. yeh kya contradiction hai? yani kaisi ajeeb contradiction hai? aik taraf woh kehte hain ke hum naya insan paida karenge, doosri taraf kehte hain hum population control bhi karenge.</w:t>
      </w:r>
      <w:r>
        <w:br/>
      </w:r>
      <w:r>
        <w:rPr>
          <w:sz w:val="20"/>
        </w:rPr>
        <w:t>1:08:28  to nature ko chalne dijiye, natural process ko chalne dijiye. natural process mein interveint karna main samajhta hoon ke aik aik aik sarfrapan hai.</w:t>
      </w:r>
      <w:r>
        <w:br/>
      </w:r>
      <w:r>
        <w:rPr>
          <w:sz w:val="20"/>
        </w:rPr>
        <w:t>1:08:37  aaj tak cloning koi kamyab nahi hui hai. jo aik bhed banai thi, woh bhi bhed bimar thi, bimar mar gayi.</w:t>
      </w:r>
      <w:r>
        <w:br/>
      </w:r>
      <w:r>
        <w:rPr>
          <w:sz w:val="20"/>
        </w:rPr>
        <w:t>1:08:44  woh bhi, woh koi healthy bhiir nahi thi. woh jo ship banai thi unho ne, woh koi healthy ship nahi thi. to nature ka jo process hai, wahi sahi hai.</w:t>
      </w:r>
      <w:r>
        <w:br/>
      </w:r>
      <w:r>
        <w:rPr>
          <w:sz w:val="20"/>
        </w:rPr>
        <w:t>1:08:56  cheezon ko nature par rehne dijiye, nature mein interveint mat kijiye. yahi islam ka tareeqa hai, yeh aql ka tareeqa hai.</w:t>
      </w:r>
    </w:p>
    <w:p>
      <w:pPr>
        <w:pStyle w:val="Heading2"/>
      </w:pPr>
      <w:r>
        <w:t>Living scholars verses deceased scholars</w:t>
      </w:r>
    </w:p>
    <w:p>
      <w:r>
        <w:rPr>
          <w:color w:val="666666"/>
          <w:sz w:val="18"/>
        </w:rPr>
        <w:t>Other · Wisdom of Hadith September 11, 2016 · 1m 04s · at 53:09 · https://youtu.be/XPxlLv2_q1o?t=3189</w:t>
      </w:r>
    </w:p>
    <w:p>
      <w:r>
        <w:rPr>
          <w:i/>
        </w:rPr>
        <w:t>“I am of the opinion that we should always take the advice or fatwa from living scholars rather than refer to those who are not alive.”</w:t>
      </w:r>
    </w:p>
    <w:p>
      <w:r>
        <w:rPr>
          <w:sz w:val="20"/>
        </w:rPr>
        <w:t>53:09  maulana, agla sawal bangalore se kiya hai hamid ansari sahib ne aur unhon ne likha hai: maulana sahib</w:t>
      </w:r>
      <w:r>
        <w:br/>
      </w:r>
      <w:r>
        <w:rPr>
          <w:sz w:val="20"/>
        </w:rPr>
        <w:t>53:15  i am of the opinion that we should always take the advice or fatwa from living scholars rather</w:t>
      </w:r>
      <w:r>
        <w:br/>
      </w:r>
      <w:r>
        <w:rPr>
          <w:sz w:val="20"/>
        </w:rPr>
        <w:t>53:21  than refer to those who are not alive.</w:t>
      </w:r>
      <w:r>
        <w:br/>
      </w:r>
      <w:r>
        <w:rPr>
          <w:sz w:val="20"/>
        </w:rPr>
        <w:t>53:27  am i correct in this thinking?</w:t>
      </w:r>
      <w:r>
        <w:br/>
      </w:r>
      <w:r>
        <w:rPr>
          <w:sz w:val="20"/>
        </w:rPr>
        <w:t>53:33  pata nahi kya matlab hai, is sawal ka matlab hi meri samajh nahi hai.</w:t>
      </w:r>
      <w:r>
        <w:br/>
      </w:r>
      <w:r>
        <w:rPr>
          <w:sz w:val="20"/>
        </w:rPr>
        <w:t>53:39  aap dekhiye, is tarah ki baat jab aap kahhen to aap ko specific language mein kehna chahiye.</w:t>
      </w:r>
      <w:r>
        <w:br/>
      </w:r>
      <w:r>
        <w:rPr>
          <w:sz w:val="20"/>
        </w:rPr>
        <w:t>53:46  specific language, yeh jo aap ne sawal kiya, yeh non-specific language mein hai.</w:t>
      </w:r>
      <w:r>
        <w:br/>
      </w:r>
      <w:r>
        <w:rPr>
          <w:sz w:val="20"/>
        </w:rPr>
        <w:t>53:53  to main jab sawal ka jawab hi nahi samajh raha hoon to kya jawab dun is ka? sawal</w:t>
      </w:r>
      <w:r>
        <w:br/>
      </w:r>
      <w:r>
        <w:rPr>
          <w:sz w:val="20"/>
        </w:rPr>
        <w:t>54:00  ka tareeqa yeh hai ke aap sawal ko hona chahiye specific language mein taake mujeeb samjhe ke sawal</w:t>
      </w:r>
      <w:r>
        <w:br/>
      </w:r>
      <w:r>
        <w:rPr>
          <w:sz w:val="20"/>
        </w:rPr>
        <w:t>54:07  karne wale ka mudda kya hai.</w:t>
      </w:r>
    </w:p>
    <w:p>
      <w:pPr>
        <w:pStyle w:val="Heading2"/>
      </w:pPr>
      <w:r>
        <w:t>Major differences between Shia and Sunni</w:t>
      </w:r>
    </w:p>
    <w:p>
      <w:r>
        <w:rPr>
          <w:color w:val="666666"/>
          <w:sz w:val="18"/>
        </w:rPr>
        <w:t>Other · Conversation with Maulana Wahiduddin Khan | October 01, 2017 · 2m 31s · at 25:35 · https://youtu.be/TmOYGd3rp2M?t=1535</w:t>
      </w:r>
    </w:p>
    <w:p>
      <w:r>
        <w:rPr>
          <w:i/>
        </w:rPr>
        <w:t>“What are major differences between Shia and Sunni?”</w:t>
      </w:r>
    </w:p>
    <w:p>
      <w:r>
        <w:rPr>
          <w:sz w:val="20"/>
        </w:rPr>
        <w:t>25:35  maulana, agla sawal</w:t>
      </w:r>
      <w:r>
        <w:br/>
      </w:r>
      <w:r>
        <w:rPr>
          <w:sz w:val="20"/>
        </w:rPr>
        <w:t>25:45  waransee UP se daniyal shuaib sahab ne bheja hai.</w:t>
      </w:r>
      <w:r>
        <w:br/>
      </w:r>
      <w:r>
        <w:rPr>
          <w:sz w:val="20"/>
        </w:rPr>
        <w:t>25:50  unhon ne aap se poocha hai ke "What are major differences between shia and Sunni?</w:t>
      </w:r>
      <w:r>
        <w:br/>
      </w:r>
      <w:r>
        <w:rPr>
          <w:sz w:val="20"/>
        </w:rPr>
        <w:t>25:55  some people say that shia will not go to Jannah.</w:t>
      </w:r>
      <w:r>
        <w:br/>
      </w:r>
      <w:r>
        <w:rPr>
          <w:sz w:val="20"/>
        </w:rPr>
        <w:t>26:01  What is your opinion?" nahin, yeh bilkul galat baat hai.</w:t>
      </w:r>
      <w:r>
        <w:br/>
      </w:r>
      <w:r>
        <w:rPr>
          <w:sz w:val="20"/>
        </w:rPr>
        <w:t>26:06  shia sunni mein koi major difference hai hi nahin.</w:t>
      </w:r>
      <w:r>
        <w:br/>
      </w:r>
      <w:r>
        <w:rPr>
          <w:sz w:val="20"/>
        </w:rPr>
        <w:t>26:11  waise hi jaise</w:t>
      </w:r>
      <w:r>
        <w:br/>
      </w:r>
      <w:r>
        <w:rPr>
          <w:sz w:val="20"/>
        </w:rPr>
        <w:t>26:16  char fuqaha ka hai. kyunke dekhiye, maine is par bohat tehqeeq ki. to Shia bhi isi Quran ko mante hain jis ko Sunni mante hain. Shia bhi Hadees ki unhi kitabon ko mante hain jo Sunni mante hain. Shia bhi Sirat-e-Rasool ki unhi kitabon ko mante hain jo mante hain. ab interpretation alag ho jata hai. Interpretation to alag ho</w:t>
      </w:r>
      <w:r>
        <w:br/>
      </w:r>
      <w:r>
        <w:rPr>
          <w:sz w:val="20"/>
        </w:rPr>
        <w:t>26:46  jayega. to jo farq hai, ikhtilaf nahi, farq woh interpretation ke aitbar se hai. koi real difference ke aitbar se nahi hai. kyunke jab Quran ek hai, Hadees ek hai, Rasool ek hai to real difference kaise hoga? baqi kuch extremist hote hain, woh har jagah hain. Sunniyon mein bhi extremist hain aur Shiyon mein bhi hain.</w:t>
      </w:r>
      <w:r>
        <w:br/>
      </w:r>
      <w:r>
        <w:rPr>
          <w:sz w:val="20"/>
        </w:rPr>
        <w:t>27:16  to kuch extremist hote hain, un ka case alag hai.</w:t>
      </w:r>
      <w:r>
        <w:br/>
      </w:r>
      <w:r>
        <w:rPr>
          <w:sz w:val="20"/>
        </w:rPr>
        <w:t>27:21  jo real shia aur real sunni ka muamla hai to woh same rasool, same hadith, same quran.</w:t>
      </w:r>
      <w:r>
        <w:br/>
      </w:r>
      <w:r>
        <w:rPr>
          <w:sz w:val="20"/>
        </w:rPr>
        <w:t>27:26  farq hai interpretation ka.</w:t>
      </w:r>
      <w:r>
        <w:br/>
      </w:r>
      <w:r>
        <w:rPr>
          <w:sz w:val="20"/>
        </w:rPr>
        <w:t>27:31  interpretation to mere aap ke darmiyan ho sakta hai.</w:t>
      </w:r>
      <w:r>
        <w:br/>
      </w:r>
      <w:r>
        <w:rPr>
          <w:sz w:val="20"/>
        </w:rPr>
        <w:t>27:36  is ko hum nahin kahengay ke woh jannat mein jaega, woh jahannum mein jaega.</w:t>
      </w:r>
      <w:r>
        <w:br/>
      </w:r>
      <w:r>
        <w:rPr>
          <w:sz w:val="20"/>
        </w:rPr>
        <w:t>27:41  jannat aur jahannum ka talluq is se nahin ke k</w:t>
      </w:r>
      <w:r>
        <w:br/>
      </w:r>
      <w:r>
        <w:rPr>
          <w:sz w:val="20"/>
        </w:rPr>
        <w:t>27:46  un shia tha, kaun sunni tha. har giz nahin.</w:t>
      </w:r>
      <w:r>
        <w:br/>
      </w:r>
      <w:r>
        <w:rPr>
          <w:sz w:val="20"/>
        </w:rPr>
        <w:t>27:51  zalka jaza man tazka.</w:t>
      </w:r>
      <w:r>
        <w:br/>
      </w:r>
      <w:r>
        <w:rPr>
          <w:sz w:val="20"/>
        </w:rPr>
        <w:t>27:56  jis ne apna tazkiya kiya, woh jannat mein jaega. bas.</w:t>
      </w:r>
      <w:r>
        <w:br/>
      </w:r>
      <w:r>
        <w:rPr>
          <w:sz w:val="20"/>
        </w:rPr>
        <w:t>28:01  shia aur sunni se is ka koi talluq nahin hai.</w:t>
      </w:r>
    </w:p>
    <w:p>
      <w:pPr>
        <w:pStyle w:val="Heading2"/>
      </w:pPr>
      <w:r>
        <w:t>Meaning and validity of Imamat-e-Uzma</w:t>
      </w:r>
    </w:p>
    <w:p>
      <w:r>
        <w:rPr>
          <w:color w:val="666666"/>
          <w:sz w:val="18"/>
        </w:rPr>
        <w:t>Other · Islam and Politics November 17, 2013 · 2m 23s · at 50:26 · https://youtu.be/LgKA8wg4NPc?t=3026</w:t>
      </w:r>
    </w:p>
    <w:p>
      <w:r>
        <w:rPr>
          <w:i/>
        </w:rPr>
        <w:t>“What does the term 'Imamat-e-Uzma' mean? Is it a bid'ah? Where in Quran and Hadith is this term found?”</w:t>
      </w:r>
    </w:p>
    <w:p>
      <w:r>
        <w:rPr>
          <w:sz w:val="20"/>
        </w:rPr>
        <w:t>50:26  jinhon ne aisa kaha un ka sawal hi ghalat hai un se aap kahiyen ke jo daawa hai wo ye hai ke quran mein kahin nahi hai ke iqam dolat al islam to phir aap ne kaise nikal liya ek goal ke hukumat qaim karna hai islam ka nishana hai is ka is ka jawab den wo koi quran ki ayat pesh karen maulana un ka ek aur sawal hai unhon ne likha hai</w:t>
      </w:r>
      <w:r>
        <w:br/>
      </w:r>
      <w:r>
        <w:rPr>
          <w:sz w:val="20"/>
        </w:rPr>
        <w:t>50:54  maulana imamat azma ka lafz aksar log istemal karte hain is ka kya matlab hai is ke bare</w:t>
      </w:r>
      <w:r>
        <w:br/>
      </w:r>
      <w:r>
        <w:rPr>
          <w:sz w:val="20"/>
        </w:rPr>
        <w:t>51:00  mein hamein bataein yeh bidat hai aap bataein kahan quran o hadith mein imamat azma ka lafz kahin</w:t>
      </w:r>
      <w:r>
        <w:br/>
      </w:r>
      <w:r>
        <w:rPr>
          <w:sz w:val="20"/>
        </w:rPr>
        <w:t>51:07  bhi nahin hai log lete hain is mani mein ke ek hai masjid ki imamat ek hai aalim</w:t>
      </w:r>
      <w:r>
        <w:br/>
      </w:r>
      <w:r>
        <w:rPr>
          <w:sz w:val="20"/>
        </w:rPr>
        <w:t>51:13  ki imamat unhon ne farz kar rakha hai ke musalmanon ka kaam yeh hai ke sari dunya ke</w:t>
      </w:r>
      <w:r>
        <w:br/>
      </w:r>
      <w:r>
        <w:rPr>
          <w:sz w:val="20"/>
        </w:rPr>
        <w:t>51:17  imam banen leader leader banen ya hakim banen yeh to un ka farz kiya hua hai</w:t>
      </w:r>
      <w:r>
        <w:br/>
      </w:r>
      <w:r>
        <w:rPr>
          <w:sz w:val="20"/>
        </w:rPr>
        <w:t>51:25  to masjid ki imamat ya namaz ki imamat to bilkul sahi hai wo hadith mein maujood hai lekin ye jo imamat uzma hai ya imamat aalim hai ye to kahin nahi hai</w:t>
      </w:r>
      <w:r>
        <w:br/>
      </w:r>
      <w:r>
        <w:rPr>
          <w:sz w:val="20"/>
        </w:rPr>
        <w:t>51:45  ab dekhiye hazrat ibrahim ke bare mein hai ke inni jaaluka linnasi imama mein tum ko logon ka im</w:t>
      </w:r>
      <w:r>
        <w:br/>
      </w:r>
      <w:r>
        <w:rPr>
          <w:sz w:val="20"/>
        </w:rPr>
        <w:t>51:54  am banaya hua wala hoon to kahan hazrat ibrahim kab dunya ke logon ke hakim ban gaye kab shehanshah ban gaye logon ke upar aisa to kabhi hua nahi</w:t>
      </w:r>
      <w:r>
        <w:br/>
      </w:r>
      <w:r>
        <w:rPr>
          <w:sz w:val="20"/>
        </w:rPr>
        <w:t>52:06  to imamat uzma jis mani mein boli jati hai jis mani mein is mani mein is mani mein bilashuba bidat hai wo</w:t>
      </w:r>
      <w:r>
        <w:br/>
      </w:r>
      <w:r>
        <w:rPr>
          <w:sz w:val="20"/>
        </w:rPr>
        <w:t>52:14  ek aur mani mein jis mani mein ke quran mein aya hai hazrat ibrahim ke bare mein wo durust hai yani sari alam ki rehnumai ka mission hawale hua hazrat ibrahim ko yani sari alam ko toheed ka paigham pahunchao is mani mein durust hai lekin jis mani mein log bolte hain us mamle mein bilkul ghalat hai bidat hai baseless hai baseless</w:t>
      </w:r>
      <w:r>
        <w:br/>
      </w:r>
      <w:r>
        <w:rPr>
          <w:sz w:val="20"/>
        </w:rPr>
        <w:t>52:40  kyunke quran o hadith mein kahin is ki asal maujood nahin hai ke yeh lafz apne aap hi mubtada lafz hai</w:t>
      </w:r>
    </w:p>
    <w:p>
      <w:pPr>
        <w:pStyle w:val="Heading2"/>
      </w:pPr>
      <w:r>
        <w:t>Meaning of Jaish-e-Muhammad</w:t>
      </w:r>
    </w:p>
    <w:p>
      <w:r>
        <w:rPr>
          <w:color w:val="666666"/>
          <w:sz w:val="18"/>
        </w:rPr>
        <w:t>Other · Discovery of Modern Age February 10, 2013 · 1m 49s · at 1:06:21 · https://youtu.be/qYGA53ii7E4?t=3981</w:t>
      </w:r>
    </w:p>
    <w:p>
      <w:r>
        <w:rPr>
          <w:i/>
        </w:rPr>
        <w:t>“What is the meaning of Jaish-e-Muhammad?”</w:t>
      </w:r>
    </w:p>
    <w:p>
      <w:r>
        <w:rPr>
          <w:sz w:val="20"/>
        </w:rPr>
        <w:t>1:06:21  hamara agla sawal dhampur se hai mehtab ahmad sahab ka.</w:t>
      </w:r>
      <w:r>
        <w:br/>
      </w:r>
      <w:r>
        <w:rPr>
          <w:sz w:val="20"/>
        </w:rPr>
        <w:t>1:06:26  unhon ne aap se poocha hai: "what is the meaning of jaishe muhammad?" is ke bare mein aap batayein. yeh lafzi meaning to hai muhammad ka lashkar.</w:t>
      </w:r>
      <w:r>
        <w:br/>
      </w:r>
      <w:r>
        <w:rPr>
          <w:sz w:val="20"/>
        </w:rPr>
        <w:t>1:06:39  jaishe mani lashkar, army. to is ka matlab hai ke muhammad ka jo mission tha, us mission ko fulfill karne ke liye log samajhte hain ke hum ne ek army banai hai aur is mission ko hum pura kar rahe hain.</w:t>
      </w:r>
      <w:r>
        <w:br/>
      </w:r>
      <w:r>
        <w:rPr>
          <w:sz w:val="20"/>
        </w:rPr>
        <w:t>1:06:55  yeh fast foot mein jeete hain. rasool Allah ka yeh mission hi nahi tha ke bombard gun chalao. rasool Allah ka mission to peaceful mission tha.</w:t>
      </w:r>
      <w:r>
        <w:br/>
      </w:r>
      <w:r>
        <w:rPr>
          <w:sz w:val="20"/>
        </w:rPr>
        <w:t>1:07:05  to naam rakh rakha hai, yani rasool Allah ke naam par karte hain, yani woh kaam jo rasool Allah se koi talluq nahi.</w:t>
      </w:r>
      <w:r>
        <w:br/>
      </w:r>
      <w:r>
        <w:rPr>
          <w:sz w:val="20"/>
        </w:rPr>
        <w:t>1:07:16  theek hai? wajah kya hai? bekhabari. woh bilkul jante hi nahi ke is daur mein rasool Allah ke mission ko chalane ke liye kya karna hai.</w:t>
      </w:r>
      <w:r>
        <w:br/>
      </w:r>
      <w:r>
        <w:rPr>
          <w:sz w:val="20"/>
        </w:rPr>
        <w:t>1:07:27  humein aaj ki opportunities kya hain? is se bilkul bekhabar hain, totally bekhabar hain. woh is liye is tarah karte karte, is ke liye hum ne misaal di ke japan wale totally bekhabar the modern opportunities se.</w:t>
      </w:r>
      <w:r>
        <w:br/>
      </w:r>
      <w:r>
        <w:rPr>
          <w:sz w:val="20"/>
        </w:rPr>
        <w:t>1:07:42  to apne ko halak kar rahe the. jab woh jaan gaye to aa gaye doosri duniya mein.</w:t>
      </w:r>
      <w:r>
        <w:br/>
      </w:r>
      <w:r>
        <w:rPr>
          <w:sz w:val="20"/>
        </w:rPr>
        <w:t>1:07:50  badi achi kitab hai, woh jo main ne aap se aap se kaha hai, woh moti si kitab hai. woh jo woh jo kitab ka naam unhon ne kaha "history of japan", bohat ek aadmi ne bohat zabardast study ki, wahan ja kar ke tab yeh kitab likhi hai.</w:t>
      </w:r>
    </w:p>
    <w:p>
      <w:pPr>
        <w:pStyle w:val="Heading2"/>
      </w:pPr>
      <w:r>
        <w:t>Meaning of Jaish-e-Muhammad</w:t>
      </w:r>
    </w:p>
    <w:p>
      <w:r>
        <w:rPr>
          <w:color w:val="666666"/>
          <w:sz w:val="18"/>
        </w:rPr>
        <w:t>Other · Discovery of Modern Age I 10th Feb. 13 · 2m 10s · at 1:07:14 · https://youtu.be/Yp5T0KacY84?t=4034</w:t>
      </w:r>
    </w:p>
    <w:p>
      <w:r>
        <w:rPr>
          <w:i/>
        </w:rPr>
        <w:t>“What is the meaning of 'Jaish-e-Muhammad'? Please explain. Its literal meaning is 'the army of Muhammad'.”</w:t>
      </w:r>
    </w:p>
    <w:p>
      <w:r>
        <w:rPr>
          <w:sz w:val="20"/>
        </w:rPr>
        <w:t>1:07:14  maulana, agla sawal dhampur se hai mehtab ahmad sahib ka.</w:t>
      </w:r>
      <w:r>
        <w:br/>
      </w:r>
      <w:r>
        <w:rPr>
          <w:sz w:val="20"/>
        </w:rPr>
        <w:t>1:07:20  انہوں نے آپ سے پوچھا ہے: "What is the meaning of Jaish-e-Muhammad?" اس کے بارے میں آپ بتائیں۔</w:t>
      </w:r>
      <w:r>
        <w:br/>
      </w:r>
      <w:r>
        <w:rPr>
          <w:sz w:val="20"/>
        </w:rPr>
        <w:t>1:07:25  yeh lafzi meaning to hai Muhammad ka lashkar.</w:t>
      </w:r>
      <w:r>
        <w:br/>
      </w:r>
      <w:r>
        <w:rPr>
          <w:sz w:val="20"/>
        </w:rPr>
        <w:t>1:07:31  jaish maani lashkar, army.</w:t>
      </w:r>
      <w:r>
        <w:br/>
      </w:r>
      <w:r>
        <w:rPr>
          <w:sz w:val="20"/>
        </w:rPr>
        <w:t>1:07:37  to is ka matlab yeh hai ke Muhammad ka jo mission tha, us mission ko fulfill karne ke</w:t>
      </w:r>
      <w:r>
        <w:br/>
      </w:r>
      <w:r>
        <w:rPr>
          <w:sz w:val="20"/>
        </w:rPr>
        <w:t>1:07:42  liye yeh log samajhte hain ke hum ne ek army banai hai aur is mission ko hum pura</w:t>
      </w:r>
      <w:r>
        <w:br/>
      </w:r>
      <w:r>
        <w:rPr>
          <w:sz w:val="20"/>
        </w:rPr>
        <w:t>1:07:48  kar rahe hain.</w:t>
      </w:r>
      <w:r>
        <w:br/>
      </w:r>
      <w:r>
        <w:rPr>
          <w:sz w:val="20"/>
        </w:rPr>
        <w:t>1:07:54  yeh farsi mein jeete hain.</w:t>
      </w:r>
      <w:r>
        <w:br/>
      </w:r>
      <w:r>
        <w:rPr>
          <w:sz w:val="20"/>
        </w:rPr>
        <w:t>1:07:59  rasool Allah ka yeh mission hi nahi tha ke bomb maro, gun chalao.</w:t>
      </w:r>
      <w:r>
        <w:br/>
      </w:r>
      <w:r>
        <w:rPr>
          <w:sz w:val="20"/>
        </w:rPr>
        <w:t>1:08:05  rasool Allah ka mission to peaceful mission tha.</w:t>
      </w:r>
      <w:r>
        <w:br/>
      </w:r>
      <w:r>
        <w:rPr>
          <w:sz w:val="20"/>
        </w:rPr>
        <w:t>1:08:11  to naam rakh rakha hai, yani rasool Allah ke naam par karte hain, yani woh kaam jo rasool</w:t>
      </w:r>
      <w:r>
        <w:br/>
      </w:r>
      <w:r>
        <w:rPr>
          <w:sz w:val="20"/>
        </w:rPr>
        <w:t>1:08:17  allah se koi talluq nahi hai.</w:t>
      </w:r>
      <w:r>
        <w:br/>
      </w:r>
      <w:r>
        <w:rPr>
          <w:sz w:val="20"/>
        </w:rPr>
        <w:t>1:08:22  dekhen, wajah kya hai? be khabar.</w:t>
      </w:r>
      <w:r>
        <w:br/>
      </w:r>
      <w:r>
        <w:rPr>
          <w:sz w:val="20"/>
        </w:rPr>
        <w:t>1:08:28  wo bilkul jante hi nahi ke is daur mein rasool allah ke mission ko chalane ke liye kya</w:t>
      </w:r>
      <w:r>
        <w:br/>
      </w:r>
      <w:r>
        <w:rPr>
          <w:sz w:val="20"/>
        </w:rPr>
        <w:t>1:08:34  karna hai, aaj ki opportunities kya hain.</w:t>
      </w:r>
      <w:r>
        <w:br/>
      </w:r>
      <w:r>
        <w:rPr>
          <w:sz w:val="20"/>
        </w:rPr>
        <w:t>1:08:39  is se bilkul be khabar hain, totally be khabar hain.</w:t>
      </w:r>
      <w:r>
        <w:br/>
      </w:r>
      <w:r>
        <w:rPr>
          <w:sz w:val="20"/>
        </w:rPr>
        <w:t>1:08:45  ise is tarah ki harkaten karte hain.</w:t>
      </w:r>
      <w:r>
        <w:br/>
      </w:r>
      <w:r>
        <w:rPr>
          <w:sz w:val="20"/>
        </w:rPr>
        <w:t>1:08:51  is ke liye hum ne misaal di ke japan wale totally be khabar the modern opportunities se.</w:t>
      </w:r>
      <w:r>
        <w:br/>
      </w:r>
      <w:r>
        <w:rPr>
          <w:sz w:val="20"/>
        </w:rPr>
        <w:t>1:08:56  to apne ko halak kar rahe the.</w:t>
      </w:r>
      <w:r>
        <w:br/>
      </w:r>
      <w:r>
        <w:rPr>
          <w:sz w:val="20"/>
        </w:rPr>
        <w:t>1:09:02  jab wo jaan gaye to aa gaye doosri duniya mein.</w:t>
      </w:r>
      <w:r>
        <w:br/>
      </w:r>
      <w:r>
        <w:rPr>
          <w:sz w:val="20"/>
        </w:rPr>
        <w:t>1:09:08  badi achhi kitab hai wo jo main aap se, aap se kaha hai, wo moti si kitab hai.</w:t>
      </w:r>
      <w:r>
        <w:br/>
      </w:r>
      <w:r>
        <w:rPr>
          <w:sz w:val="20"/>
        </w:rPr>
        <w:t>1:09:13  wo jo, wo jo kitab ka naam unhone kaha hai "history of japan".</w:t>
      </w:r>
      <w:r>
        <w:br/>
      </w:r>
      <w:r>
        <w:rPr>
          <w:sz w:val="20"/>
        </w:rPr>
        <w:t>1:09:19  bahut ek aadmi ne bahut zabardast study ki, wahan ja kar ke tab ye kitab likhi hai.</w:t>
      </w:r>
    </w:p>
    <w:p>
      <w:pPr>
        <w:pStyle w:val="Heading2"/>
      </w:pPr>
      <w:r>
        <w:t>Meaning of Quran 49:2 about lowering voices</w:t>
      </w:r>
    </w:p>
    <w:p>
      <w:r>
        <w:rPr>
          <w:color w:val="666666"/>
          <w:sz w:val="18"/>
        </w:rPr>
        <w:t>Other · Politics and Nation Building May 19, 2013 · 3m 19s · at 48:56 · https://youtu.be/kmiMGq0Ki2Q?t=2936</w:t>
      </w:r>
    </w:p>
    <w:p>
      <w:r>
        <w:rPr>
          <w:i/>
        </w:rPr>
        <w:t>“In Quran chapter 49 verse 2 it says 'La tarfau aswatakum' what does it mean?”</w:t>
      </w:r>
    </w:p>
    <w:p>
      <w:r>
        <w:rPr>
          <w:sz w:val="20"/>
        </w:rPr>
        <w:t>48:56  jaise abhi maine kaha ke election ho gaya to aap kya kar rahe hain haare hue log protest kar rahe hain rigging hui hai yeh sab wahi hai ke blame doosre ke upar dalna isi ka phenomena hai isi ka zahira hai yeh sab cheezein hain Maulana agla sawal Delhi se hai N Rashid Sahab ka</w:t>
      </w:r>
      <w:r>
        <w:br/>
      </w:r>
      <w:r>
        <w:rPr>
          <w:sz w:val="20"/>
        </w:rPr>
        <w:t>49:22  unhone likha hai Quran ke chapter 49 verse number 2 mein aaya hai la tarfa'u aswatakum iska matlab kya hai dekhiye yeh iska jo shan-e-nazool hai woh to yeh tha ke Madine ki yeh ayat hai to wahan par Rasool Allah ke majlis mein log baithte the</w:t>
      </w:r>
      <w:r>
        <w:br/>
      </w:r>
      <w:r>
        <w:rPr>
          <w:sz w:val="20"/>
        </w:rPr>
        <w:t>49:48  to zahir hai koi na koi point of discussion hota tha koi baat hoti thi jo iske sath bayan karte the to kuch log lete the zor zor bolne zor zor bolne ka matlab kya hai doosre ki baat ko tahammul ke sath na sunna aur apne dimagh mein jo hai usi ko udelne lagna yeh hai zor zor se bolna</w:t>
      </w:r>
      <w:r>
        <w:br/>
      </w:r>
      <w:r>
        <w:rPr>
          <w:sz w:val="20"/>
        </w:rPr>
        <w:t>50:17  jab aap majlis mein baithe hain to doosre ki baat ghor se suniye tahammul ke sath aur agar aap ke paas koi waqai point hai tab boliye nahi to chup rahiye to wahan kuch logon ne aisa kiya ke bas lagte the bolne chahe dimagh mein koi baat hai ya nahi hai to yeh wahan hota tha Rasool Allah ki majlis mein</w:t>
      </w:r>
      <w:r>
        <w:br/>
      </w:r>
      <w:r>
        <w:rPr>
          <w:sz w:val="20"/>
        </w:rPr>
        <w:t>50:42  lekin main samajhta hoon ke iska tausee mafhoom yani extended mafhoom iska yeh hai ke aaj bhi aap kisi majlis mein baithe hon to aap ko yahi karna chahiye ke tahammul ke sath suniye patience ke sath suniye us waqt tak na boliye jab tak doosre ki baat mukammal na ho jaye aur mazeed yeh ke aap ke mind mein koi waqai nuqta ho koi point ho tab nahi to chup rahi</w:t>
      </w:r>
      <w:r>
        <w:br/>
      </w:r>
      <w:r>
        <w:rPr>
          <w:sz w:val="20"/>
        </w:rPr>
        <w:t>51:11  e koi daleel ho to boliye nahi to chup rahiye</w:t>
      </w:r>
      <w:r>
        <w:br/>
      </w:r>
      <w:r>
        <w:rPr>
          <w:sz w:val="20"/>
        </w:rPr>
        <w:t>51:17  to yeh badh badh ke bolna aur doosre ki baat par dhyan na de kar ke apni baat</w:t>
      </w:r>
      <w:r>
        <w:br/>
      </w:r>
      <w:r>
        <w:rPr>
          <w:sz w:val="20"/>
        </w:rPr>
        <w:t>51:25  shuru kar dena</w:t>
      </w:r>
      <w:r>
        <w:br/>
      </w:r>
      <w:r>
        <w:rPr>
          <w:sz w:val="20"/>
        </w:rPr>
        <w:t>51:28  jaise main kaha karta hoon ke mera tajurba yeh hai ke agar kisi se koi baat kahi jaye</w:t>
      </w:r>
      <w:r>
        <w:br/>
      </w:r>
      <w:r>
        <w:rPr>
          <w:sz w:val="20"/>
        </w:rPr>
        <w:t>51:35  to woh ab aap ki baat nahi sunta apne dimagh mein khayal bana raha hota hai ke mujhe</w:t>
      </w:r>
      <w:r>
        <w:br/>
      </w:r>
      <w:r>
        <w:rPr>
          <w:sz w:val="20"/>
        </w:rPr>
        <w:t>51:40  kya bolna hai</w:t>
      </w:r>
      <w:r>
        <w:br/>
      </w:r>
      <w:r>
        <w:rPr>
          <w:sz w:val="20"/>
        </w:rPr>
        <w:t>51:43  mera tajurba yeh hai ke aap jab kisi koi baat kehte hain to woh aisa nahi karta ke</w:t>
      </w:r>
      <w:r>
        <w:br/>
      </w:r>
      <w:r>
        <w:rPr>
          <w:sz w:val="20"/>
        </w:rPr>
        <w:t>51:48  impeety mind ho kar sune ke aap kya keh rahe hain balkeh apne mind mein jo hai usi</w:t>
      </w:r>
      <w:r>
        <w:br/>
      </w:r>
      <w:r>
        <w:rPr>
          <w:sz w:val="20"/>
        </w:rPr>
        <w:t>51:53  ko arrange kar raha hota hai ke jaise un ki baat khatam ho tab main apni baat areel</w:t>
      </w:r>
      <w:r>
        <w:br/>
      </w:r>
      <w:r>
        <w:rPr>
          <w:sz w:val="20"/>
        </w:rPr>
        <w:t>51:57  doon yahi sab baat hai is se mana kiya gaya hai aur yeh baat sirf rasool allah ki</w:t>
      </w:r>
      <w:r>
        <w:br/>
      </w:r>
      <w:r>
        <w:rPr>
          <w:sz w:val="20"/>
        </w:rPr>
        <w:t>52:03  sohbat ke liye nahi hai har sohbat ke liye har majlis ke liye yeh baat hai yeh islam</w:t>
      </w:r>
      <w:r>
        <w:br/>
      </w:r>
      <w:r>
        <w:rPr>
          <w:sz w:val="20"/>
        </w:rPr>
        <w:t>52:09  ka ke mutabiq adab kalam hai</w:t>
      </w:r>
    </w:p>
    <w:p>
      <w:pPr>
        <w:pStyle w:val="Heading2"/>
      </w:pPr>
      <w:r>
        <w:t>Method of raze marjoo by jurists</w:t>
      </w:r>
    </w:p>
    <w:p>
      <w:r>
        <w:rPr>
          <w:color w:val="666666"/>
          <w:sz w:val="18"/>
        </w:rPr>
        <w:t>Other · Wisdom of Hadith Maulana Wahiduddin Khan February 23, 2014 · 6m 24s · at 1:10:19 · https://youtu.be/5E_MIQpToK4?t=4219</w:t>
      </w:r>
    </w:p>
    <w:p>
      <w:r>
        <w:rPr>
          <w:i/>
        </w:rPr>
        <w:t>“Explain the method of 'raze marjoo' that the jurists adopted, given that their era was the Abbasid period.”</w:t>
      </w:r>
    </w:p>
    <w:p>
      <w:r>
        <w:rPr>
          <w:sz w:val="20"/>
        </w:rPr>
        <w:t>1:10:19  Maulana, agla sawal kya hai Qazi Nisar Ahmed sahib ne Jammu se.</w:t>
      </w:r>
      <w:r>
        <w:br/>
      </w:r>
      <w:r>
        <w:rPr>
          <w:sz w:val="20"/>
        </w:rPr>
        <w:t>1:10:24  unhon ne likha hai: "Fuqaha ne raaz marjoo ka tareeqa jo ikhtiyar kiya hai, us ke bare mein</w:t>
      </w:r>
      <w:r>
        <w:br/>
      </w:r>
      <w:r>
        <w:rPr>
          <w:sz w:val="20"/>
        </w:rPr>
        <w:t>1:10:32  batain." Dekhein, yeh masla yeh hai ke fuqaha ka daur hai Abbasi daur.</w:t>
      </w:r>
      <w:r>
        <w:br/>
      </w:r>
      <w:r>
        <w:rPr>
          <w:sz w:val="20"/>
        </w:rPr>
        <w:t>1:10:37  Abbasi daur to hadithon ne is zamane mein jab phailin to isi zamane mein mass conversion bhi hua.</w:t>
      </w:r>
      <w:r>
        <w:br/>
      </w:r>
      <w:r>
        <w:rPr>
          <w:sz w:val="20"/>
        </w:rPr>
        <w:t>1:10:45  mass conversion kyunke dekhein, Roman Empire jo hai, wahan par Musalmanon ka dabdaba ho gaya, Sasanian Empire par</w:t>
      </w:r>
      <w:r>
        <w:br/>
      </w:r>
      <w:r>
        <w:rPr>
          <w:sz w:val="20"/>
        </w:rPr>
        <w:t>1:10:53  ho gaya, to beshumar log Islam mein dakhil ho gaye.</w:t>
      </w:r>
      <w:r>
        <w:br/>
      </w:r>
      <w:r>
        <w:rPr>
          <w:sz w:val="20"/>
        </w:rPr>
        <w:t>1:10:57  mass conversion hua to woh log masla poochte the.</w:t>
      </w:r>
      <w:r>
        <w:br/>
      </w:r>
      <w:r>
        <w:rPr>
          <w:sz w:val="20"/>
        </w:rPr>
        <w:t>1:11:01  to ab jab masla poochte the, woh ulama ke paas aate the to ulama ka koi jawab dena</w:t>
      </w:r>
      <w:r>
        <w:br/>
      </w:r>
      <w:r>
        <w:rPr>
          <w:sz w:val="20"/>
        </w:rPr>
        <w:t>1:11:09  tha sahaba ki jo riwayatein thin, us ko le kar ke.</w:t>
      </w:r>
      <w:r>
        <w:br/>
      </w:r>
      <w:r>
        <w:rPr>
          <w:sz w:val="20"/>
        </w:rPr>
        <w:t>1:11:14  to us waqt logon ne dekha ke sahaba ki jo riwayatein aap ko pahunch rahi hain, us mein</w:t>
      </w:r>
      <w:r>
        <w:br/>
      </w:r>
      <w:r>
        <w:rPr>
          <w:sz w:val="20"/>
        </w:rPr>
        <w:t>1:11:21  farq hai.</w:t>
      </w:r>
      <w:r>
        <w:br/>
      </w:r>
      <w:r>
        <w:rPr>
          <w:sz w:val="20"/>
        </w:rPr>
        <w:t>1:11:23  yani ek hi rang par nahi hai, yani pattern ek nahi hai, pattern ek nahi hai.</w:t>
      </w:r>
      <w:r>
        <w:br/>
      </w:r>
      <w:r>
        <w:rPr>
          <w:sz w:val="20"/>
        </w:rPr>
        <w:t>1:11:30  bohat se pattern mein bohat se farq mein is ikhtilaf nahi kahunga, farq difference kahunga.</w:t>
      </w:r>
      <w:r>
        <w:br/>
      </w:r>
      <w:r>
        <w:rPr>
          <w:sz w:val="20"/>
        </w:rPr>
        <w:t>1:11:37  to misaal ke tor par dekhen, hum khare hote hain namaz mein to qari imam jo hai, wo</w:t>
      </w:r>
      <w:r>
        <w:br/>
      </w:r>
      <w:r>
        <w:rPr>
          <w:sz w:val="20"/>
        </w:rPr>
        <w:t>1:11:45  qirat karta hai isha, yani maghrib ki aur isha ke aur fajar ki namaz mein zor se.</w:t>
      </w:r>
      <w:r>
        <w:br/>
      </w:r>
      <w:r>
        <w:rPr>
          <w:sz w:val="20"/>
        </w:rPr>
        <w:t>1:11:52  to musalle peeche jo hote hain, wo chup chap suntay rehtay hain.</w:t>
      </w:r>
      <w:r>
        <w:br/>
      </w:r>
      <w:r>
        <w:rPr>
          <w:sz w:val="20"/>
        </w:rPr>
        <w:t>1:11:57  to ab ek ek ek ek rawi ek sahabi se riwayat pohnchi logon ko.</w:t>
      </w:r>
      <w:r>
        <w:br/>
      </w:r>
      <w:r>
        <w:rPr>
          <w:sz w:val="20"/>
        </w:rPr>
        <w:t>1:12:03  unhon ne kaha ke is walay ne farmaya tha ke "la salata illa bi fatihat al kitab, la salata illa</w:t>
      </w:r>
      <w:r>
        <w:br/>
      </w:r>
      <w:r>
        <w:rPr>
          <w:sz w:val="20"/>
        </w:rPr>
        <w:t>1:12:11  bi fatihat al kitab" ke surah fatiha na parha jaye to namazi nahi hogi.</w:t>
      </w:r>
      <w:r>
        <w:br/>
      </w:r>
      <w:r>
        <w:rPr>
          <w:sz w:val="20"/>
        </w:rPr>
        <w:t>1:12:16  ab yeh hadith samnay aayi to log jo hain, ab jab neeche peeche namaz parh rahay hain to</w:t>
      </w:r>
      <w:r>
        <w:br/>
      </w:r>
      <w:r>
        <w:rPr>
          <w:sz w:val="20"/>
        </w:rPr>
        <w:t>1:12:24  jab to muqtadi kiya karen? imam to qirat kar raha hai, muqtadi kiya karen? to aap yahan par</w:t>
      </w:r>
      <w:r>
        <w:br/>
      </w:r>
      <w:r>
        <w:rPr>
          <w:sz w:val="20"/>
        </w:rPr>
        <w:t>1:12:31  bas huien, bas huien, bas huien.</w:t>
      </w:r>
      <w:r>
        <w:br/>
      </w:r>
      <w:r>
        <w:rPr>
          <w:sz w:val="20"/>
        </w:rPr>
        <w:t>1:12:34  to yeh hua ke jab aap sirri namaz hai, jaisay asar aur maghrib hai, to is mein aap</w:t>
      </w:r>
      <w:r>
        <w:br/>
      </w:r>
      <w:r>
        <w:rPr>
          <w:sz w:val="20"/>
        </w:rPr>
        <w:t>1:12:42  chup chap parh len, dheeray dheeray.</w:t>
      </w:r>
      <w:r>
        <w:br/>
      </w:r>
      <w:r>
        <w:rPr>
          <w:sz w:val="20"/>
        </w:rPr>
        <w:t>1:12:44  to sawal yeh hua ke jab wo qirat kar raha hai, tab kiya karen? tab kiya? tab bhi</w:t>
      </w:r>
      <w:r>
        <w:br/>
      </w:r>
      <w:r>
        <w:rPr>
          <w:sz w:val="20"/>
        </w:rPr>
        <w:t>1:12:52  yeh hua ke dheeray dheeray parh lo, tezi se parh lo.</w:t>
      </w:r>
      <w:r>
        <w:br/>
      </w:r>
      <w:r>
        <w:rPr>
          <w:sz w:val="20"/>
        </w:rPr>
        <w:t>1:12:57  yeh sab ikhtilafat be maani thay, bilkul be maani thay.</w:t>
      </w:r>
      <w:r>
        <w:br/>
      </w:r>
      <w:r>
        <w:rPr>
          <w:sz w:val="20"/>
        </w:rPr>
        <w:t>1:13:01  is liye ke seedhi si baat thi ke jab imam qirat nahi kar raha hai to aap khamoshi</w:t>
      </w:r>
      <w:r>
        <w:br/>
      </w:r>
      <w:r>
        <w:rPr>
          <w:sz w:val="20"/>
        </w:rPr>
        <w:t>1:13:09  se ab parh lijiyay.</w:t>
      </w:r>
      <w:r>
        <w:br/>
      </w:r>
      <w:r>
        <w:rPr>
          <w:sz w:val="20"/>
        </w:rPr>
        <w:t>1:13:10  imam qirat kar raha hai to us ki qirat aap ko aap ki numaindagi ho jaye gi.</w:t>
      </w:r>
      <w:r>
        <w:br/>
      </w:r>
      <w:r>
        <w:rPr>
          <w:sz w:val="20"/>
        </w:rPr>
        <w:t>1:13:18  hoga aap ka koi represent kar raha hai imam aur us ki qirat aap ki qirat hai, aap</w:t>
      </w:r>
      <w:r>
        <w:br/>
      </w:r>
      <w:r>
        <w:rPr>
          <w:sz w:val="20"/>
        </w:rPr>
        <w:t>1:13:25  ko bolnay ki zaroorat nahi.</w:t>
      </w:r>
      <w:r>
        <w:br/>
      </w:r>
      <w:r>
        <w:rPr>
          <w:sz w:val="20"/>
        </w:rPr>
        <w:t>1:13:28  seedhi si baat thi, lekin is mein bahsain huien.</w:t>
      </w:r>
      <w:r>
        <w:br/>
      </w:r>
      <w:r>
        <w:rPr>
          <w:sz w:val="20"/>
        </w:rPr>
        <w:t>1:13:31  aur choonkay daulat qism ki riwayatain mil rahi theen sahaba se, yeh bhi, wo bhi, to kisi ne</w:t>
      </w:r>
      <w:r>
        <w:br/>
      </w:r>
      <w:r>
        <w:rPr>
          <w:sz w:val="20"/>
        </w:rPr>
        <w:t>1:13:39  tarjeeh ka matlab hota hai priority dena.</w:t>
      </w:r>
      <w:r>
        <w:br/>
      </w:r>
      <w:r>
        <w:rPr>
          <w:sz w:val="20"/>
        </w:rPr>
        <w:t>1:13:42  kisi ne is ko tarjeeh di, kisi ne is ko tarjeeh di, kisi ne kaha yeh sahi hai,</w:t>
      </w:r>
      <w:r>
        <w:br/>
      </w:r>
      <w:r>
        <w:rPr>
          <w:sz w:val="20"/>
        </w:rPr>
        <w:t>1:13:50  kisi ne kaha woh sahi hai.</w:t>
      </w:r>
      <w:r>
        <w:br/>
      </w:r>
      <w:r>
        <w:rPr>
          <w:sz w:val="20"/>
        </w:rPr>
        <w:t>1:13:52  to masla jo zyada sahi baat yeh thi, woh is ek hadith ko le kar aap yeh kehte</w:t>
      </w:r>
      <w:r>
        <w:br/>
      </w:r>
      <w:r>
        <w:rPr>
          <w:sz w:val="20"/>
        </w:rPr>
        <w:t>1:14:00  hain ke yeh bhi theek hai, woh bhi theek hai.</w:t>
      </w:r>
      <w:r>
        <w:br/>
      </w:r>
      <w:r>
        <w:rPr>
          <w:sz w:val="20"/>
        </w:rPr>
        <w:t>1:14:04  is mein is mein diversity, yeh juzwi masail mein hamesha diversity hoti hai.</w:t>
      </w:r>
      <w:r>
        <w:br/>
      </w:r>
      <w:r>
        <w:rPr>
          <w:sz w:val="20"/>
        </w:rPr>
        <w:t>1:14:10  kyunke hadith mein aata hai ke "be jis sahabi ke is par amal kar lo, woh theek rahe</w:t>
      </w:r>
      <w:r>
        <w:br/>
      </w:r>
      <w:r>
        <w:rPr>
          <w:sz w:val="20"/>
        </w:rPr>
        <w:t>1:14:18  ga".</w:t>
      </w:r>
      <w:r>
        <w:br/>
      </w:r>
      <w:r>
        <w:rPr>
          <w:sz w:val="20"/>
        </w:rPr>
        <w:t>1:14:19  is ko kyunke juziyat mein hamesha hi ikhtilaf hota hai.</w:t>
      </w:r>
      <w:r>
        <w:br/>
      </w:r>
      <w:r>
        <w:rPr>
          <w:sz w:val="20"/>
        </w:rPr>
        <w:t>1:14:24  farz kijiye ke is ka yahan hum log hain, yahan ek insan, insan ek aadmi aata hai, woh</w:t>
      </w:r>
      <w:r>
        <w:br/>
      </w:r>
      <w:r>
        <w:rPr>
          <w:sz w:val="20"/>
        </w:rPr>
        <w:t>1:14:31  kehta hai ke yahan itne aadmi baithe hue hain, lekin sab ko baithne ka board ek hi nahi</w:t>
      </w:r>
      <w:r>
        <w:br/>
      </w:r>
      <w:r>
        <w:rPr>
          <w:sz w:val="20"/>
        </w:rPr>
        <w:t>1:14:39  hai, mukhtalif jagah baithe hue hain.</w:t>
      </w:r>
      <w:r>
        <w:br/>
      </w:r>
      <w:r>
        <w:rPr>
          <w:sz w:val="20"/>
        </w:rPr>
        <w:t>1:14:42  to baithna mushtarik hai, common hai, lekin baithne ka jo board hai, jo tareeqa hai, is mein farq</w:t>
      </w:r>
      <w:r>
        <w:br/>
      </w:r>
      <w:r>
        <w:rPr>
          <w:sz w:val="20"/>
        </w:rPr>
        <w:t>1:14:49  hai.</w:t>
      </w:r>
      <w:r>
        <w:br/>
      </w:r>
      <w:r>
        <w:rPr>
          <w:sz w:val="20"/>
        </w:rPr>
        <w:t>1:14:51  koi kursi pe hai, koi neeche hai, koi aise hai, koi aise hai.</w:t>
      </w:r>
      <w:r>
        <w:br/>
      </w:r>
      <w:r>
        <w:rPr>
          <w:sz w:val="20"/>
        </w:rPr>
        <w:t>1:14:56  تو وہ فرق جو ہے، it is but natural، فرق رہے گا۔</w:t>
      </w:r>
      <w:r>
        <w:br/>
      </w:r>
      <w:r>
        <w:rPr>
          <w:sz w:val="20"/>
        </w:rPr>
        <w:t>1:15:01  to yahi ibadaton mein maamla tha ke jo basic cheez thi, maslan fajar ki namaz do rak'at, zuhr</w:t>
      </w:r>
      <w:r>
        <w:br/>
      </w:r>
      <w:r>
        <w:rPr>
          <w:sz w:val="20"/>
        </w:rPr>
        <w:t>1:15:09  ki char rak'at, teen ki maghrib ki teen rak'at, is mein koi ikhtilaf nahi tha.</w:t>
      </w:r>
      <w:r>
        <w:br/>
      </w:r>
      <w:r>
        <w:rPr>
          <w:sz w:val="20"/>
        </w:rPr>
        <w:t>1:15:16  to jo cheez jis mein ikhtilaf nahi tha, is ka aap samjhein ke woh basics hai.</w:t>
      </w:r>
      <w:r>
        <w:br/>
      </w:r>
      <w:r>
        <w:rPr>
          <w:sz w:val="20"/>
        </w:rPr>
        <w:t>1:15:22  aur jis mein ikhtilaf hai, is ka ek naam basics hai, aur naam basics hamesha farqi hota hai.</w:t>
      </w:r>
      <w:r>
        <w:br/>
      </w:r>
      <w:r>
        <w:rPr>
          <w:sz w:val="20"/>
        </w:rPr>
        <w:t>1:15:30  naam basics hota hai, diversity hoti hai.</w:t>
      </w:r>
      <w:r>
        <w:br/>
      </w:r>
      <w:r>
        <w:rPr>
          <w:sz w:val="20"/>
        </w:rPr>
        <w:t>1:15:33  seedhi si baat thi, lekin is behas ki aur kaha ke nahi, al-haq ek ko sahi, ek ko</w:t>
      </w:r>
      <w:r>
        <w:br/>
      </w:r>
      <w:r>
        <w:rPr>
          <w:sz w:val="20"/>
        </w:rPr>
        <w:t>1:15:41  ghalat batana parega.</w:t>
      </w:r>
      <w:r>
        <w:br/>
      </w:r>
      <w:r>
        <w:rPr>
          <w:sz w:val="20"/>
        </w:rPr>
        <w:t>1:15:43  aap isi mein saare fiqh, woh ke fiqhi school bane aur alag alag group bane, aur shiddat hui</w:t>
      </w:r>
      <w:r>
        <w:br/>
      </w:r>
      <w:r>
        <w:rPr>
          <w:sz w:val="20"/>
        </w:rPr>
        <w:t>1:15:50  ke un ka in ke peeche namaz najaaiz hai, in ke peeche namaz najaaiz hai.</w:t>
      </w:r>
      <w:r>
        <w:br/>
      </w:r>
      <w:r>
        <w:rPr>
          <w:sz w:val="20"/>
        </w:rPr>
        <w:t>1:15:57  to yeh tarjeeh ka tareeqa mein ne dekha, fuqaha jo nikala, woh sahi nahi tha.</w:t>
      </w:r>
      <w:r>
        <w:br/>
      </w:r>
      <w:r>
        <w:rPr>
          <w:sz w:val="20"/>
        </w:rPr>
        <w:t>1:16:03  un ko kehna chahiye tha ke "be yeh bhi theek hai, woh bhi theek hai", kyunke maamla juziyat</w:t>
      </w:r>
      <w:r>
        <w:br/>
      </w:r>
      <w:r>
        <w:rPr>
          <w:sz w:val="20"/>
        </w:rPr>
        <w:t>1:16:11  ka hai, non basics ka hai, is ka ta'alluq basics se nahi hai.</w:t>
      </w:r>
      <w:r>
        <w:br/>
      </w:r>
      <w:r>
        <w:rPr>
          <w:sz w:val="20"/>
        </w:rPr>
        <w:t>1:16:16  yeh mein ne is ko likha hai, aap parh lijiyay, hamari kitab hai "tajdeed deen", is mein aap</w:t>
      </w:r>
      <w:r>
        <w:br/>
      </w:r>
      <w:r>
        <w:rPr>
          <w:sz w:val="20"/>
        </w:rPr>
        <w:t>1:16:24  ko mil jaye ga.</w:t>
      </w:r>
      <w:r>
        <w:br/>
      </w:r>
      <w:r>
        <w:rPr>
          <w:sz w:val="20"/>
        </w:rPr>
        <w:t>1:16:26  Before we move on, just a small clarification that the Dogri translation that Maulana released today is not</w:t>
      </w:r>
      <w:r>
        <w:br/>
      </w:r>
      <w:r>
        <w:rPr>
          <w:sz w:val="20"/>
        </w:rPr>
        <w:t>1:16:34  just the translation, it is the translation of the tazkeer ul quran.</w:t>
      </w:r>
      <w:r>
        <w:br/>
      </w:r>
      <w:r>
        <w:rPr>
          <w:sz w:val="20"/>
        </w:rPr>
        <w:t>1:16:38  so i stand corrected.</w:t>
      </w:r>
      <w:r>
        <w:br/>
      </w:r>
      <w:r>
        <w:rPr>
          <w:sz w:val="20"/>
        </w:rPr>
        <w:t>1:16:40  i will not take the next question.</w:t>
      </w:r>
    </w:p>
    <w:p>
      <w:pPr>
        <w:pStyle w:val="Heading2"/>
      </w:pPr>
      <w:r>
        <w:t>Modern Inventions Already in Nature?</w:t>
      </w:r>
    </w:p>
    <w:p>
      <w:r>
        <w:rPr>
          <w:color w:val="666666"/>
          <w:sz w:val="18"/>
        </w:rPr>
        <w:t>Other · Wisdom of Hadith Maulana Wahiduddin Khan February 23, 2014 · 25m 13s · at 35:02 · https://youtu.be/5E_MIQpToK4?t=2102</w:t>
      </w:r>
    </w:p>
    <w:p>
      <w:r>
        <w:rPr>
          <w:i/>
        </w:rPr>
        <w:t>“The things we call progress today, like electricity, communication, steam power etc., were always present in nature. Is that correct?”</w:t>
      </w:r>
    </w:p>
    <w:p>
      <w:r>
        <w:rPr>
          <w:sz w:val="20"/>
        </w:rPr>
        <w:t>35:02  jaise Arnold Toynbee mein ne misaal di to us ne likha hai ke yeh aik sawal hai</w:t>
      </w:r>
      <w:r>
        <w:br/>
      </w:r>
      <w:r>
        <w:rPr>
          <w:sz w:val="20"/>
        </w:rPr>
        <w:t>35:09  history ka ke jin cheezon ko hum aaj taraqqi kehte hain ke bijli, communication, steam power waghera, yeh</w:t>
      </w:r>
      <w:r>
        <w:br/>
      </w:r>
      <w:r>
        <w:rPr>
          <w:sz w:val="20"/>
        </w:rPr>
        <w:t>35:17  sab nature hi mein maujood thi hamesha se.</w:t>
      </w:r>
      <w:r>
        <w:br/>
      </w:r>
      <w:r>
        <w:rPr>
          <w:sz w:val="20"/>
        </w:rPr>
        <w:t>35:21  yani million billion saal se maujood thi.</w:t>
      </w:r>
      <w:r>
        <w:br/>
      </w:r>
      <w:r>
        <w:rPr>
          <w:sz w:val="20"/>
        </w:rPr>
        <w:t>35:24  to kya wajah hai ke abhi chand saalon ke andar yeh cheezein maloom hui hain? to us ne</w:t>
      </w:r>
      <w:r>
        <w:br/>
      </w:r>
      <w:r>
        <w:rPr>
          <w:sz w:val="20"/>
        </w:rPr>
        <w:t>35:31  likha yeh aik sawal qaim kiya.</w:t>
      </w:r>
      <w:r>
        <w:br/>
      </w:r>
      <w:r>
        <w:rPr>
          <w:sz w:val="20"/>
        </w:rPr>
        <w:t>35:34  yeh sawal jab qaim kiya to sochte sochte yahan tak pohancha woh ke tareekh ke pichle tamam adwaar</w:t>
      </w:r>
      <w:r>
        <w:br/>
      </w:r>
      <w:r>
        <w:rPr>
          <w:sz w:val="20"/>
        </w:rPr>
        <w:t>35:42  mein hazaron saal se insaan jo hai nature ko poochta tha jis ko kehte hain shirk.</w:t>
      </w:r>
      <w:r>
        <w:br/>
      </w:r>
      <w:r>
        <w:rPr>
          <w:sz w:val="20"/>
        </w:rPr>
        <w:t>35:48  woh kya hai? shirk means nature worship.</w:t>
      </w:r>
      <w:r>
        <w:br/>
      </w:r>
      <w:r>
        <w:rPr>
          <w:sz w:val="20"/>
        </w:rPr>
        <w:t>35:51  shirk means nature worship.</w:t>
      </w:r>
      <w:r>
        <w:br/>
      </w:r>
      <w:r>
        <w:rPr>
          <w:sz w:val="20"/>
        </w:rPr>
        <w:t>35:53  to woh yeh sawal qaim karta hai ke jab nature ko aadmi object of worship bana le to</w:t>
      </w:r>
      <w:r>
        <w:br/>
      </w:r>
      <w:r>
        <w:rPr>
          <w:sz w:val="20"/>
        </w:rPr>
        <w:t>36:01  isi waqt yeh mumkin nahin ke woh us ke liye object of investigation ban sake.</w:t>
      </w:r>
      <w:r>
        <w:br/>
      </w:r>
      <w:r>
        <w:rPr>
          <w:sz w:val="20"/>
        </w:rPr>
        <w:t>36:07  yeh tha rukawat.</w:t>
      </w:r>
      <w:r>
        <w:br/>
      </w:r>
      <w:r>
        <w:rPr>
          <w:sz w:val="20"/>
        </w:rPr>
        <w:t>36:09  to tauheed ne is ko khatam kiya.</w:t>
      </w:r>
      <w:r>
        <w:br/>
      </w:r>
      <w:r>
        <w:rPr>
          <w:sz w:val="20"/>
        </w:rPr>
        <w:t>36:12  jab tauheed ne nature ko divinity ke maqam se hataya, divinity, tab ja kar yeh yeh yeh shuru</w:t>
      </w:r>
      <w:r>
        <w:br/>
      </w:r>
      <w:r>
        <w:rPr>
          <w:sz w:val="20"/>
        </w:rPr>
        <w:t>36:19  hua ke nature ko explore karna hai.</w:t>
      </w:r>
      <w:r>
        <w:br/>
      </w:r>
      <w:r>
        <w:rPr>
          <w:sz w:val="20"/>
        </w:rPr>
        <w:t>36:22  phir hote hote sari tehzeeb wajood mein aa gayi.</w:t>
      </w:r>
      <w:r>
        <w:br/>
      </w:r>
      <w:r>
        <w:rPr>
          <w:sz w:val="20"/>
        </w:rPr>
        <w:t>36:26  yahi yahi tareeqa allah taala ne pure deen mein rakha hai ke aap sochen, ghor karen, apni aql</w:t>
      </w:r>
      <w:r>
        <w:br/>
      </w:r>
      <w:r>
        <w:rPr>
          <w:sz w:val="20"/>
        </w:rPr>
        <w:t>36:34  ko istemal karen.</w:t>
      </w:r>
      <w:r>
        <w:br/>
      </w:r>
      <w:r>
        <w:rPr>
          <w:sz w:val="20"/>
        </w:rPr>
        <w:t>36:35  tab aap ko deen ka wisdom milega.</w:t>
      </w:r>
      <w:r>
        <w:br/>
      </w:r>
      <w:r>
        <w:rPr>
          <w:sz w:val="20"/>
        </w:rPr>
        <w:t>36:39  deen ke andar jo gehraiyan hain, woh daryaft hongi aur aap ke andar intellectual development hoga.</w:t>
      </w:r>
      <w:r>
        <w:br/>
      </w:r>
      <w:r>
        <w:rPr>
          <w:sz w:val="20"/>
        </w:rPr>
        <w:t>36:46  mera haal yeh hai ke main yani rasool Allah, Allah ke rasool thay, is ko main ne daryaft</w:t>
      </w:r>
      <w:r>
        <w:br/>
      </w:r>
      <w:r>
        <w:rPr>
          <w:sz w:val="20"/>
        </w:rPr>
        <w:t>36:54  kya hai hadithon ke zariye se.</w:t>
      </w:r>
      <w:r>
        <w:br/>
      </w:r>
      <w:r>
        <w:rPr>
          <w:sz w:val="20"/>
        </w:rPr>
        <w:t>36:56  is ko daryaft kiya hai hadithon ke zariye se.</w:t>
      </w:r>
      <w:r>
        <w:br/>
      </w:r>
      <w:r>
        <w:rPr>
          <w:sz w:val="20"/>
        </w:rPr>
        <w:t>37:00  hadithon mein aisi aisi gehri baatein hain, aisi wisdom ki baatein hain ke main socha ke yeh yeh</w:t>
      </w:r>
      <w:r>
        <w:br/>
      </w:r>
      <w:r>
        <w:rPr>
          <w:sz w:val="20"/>
        </w:rPr>
        <w:t>37:08  to paighambar hi kar sakta tha aur kaun kar sakta tha? Main misaal ke taur par ek baat</w:t>
      </w:r>
      <w:r>
        <w:br/>
      </w:r>
      <w:r>
        <w:rPr>
          <w:sz w:val="20"/>
        </w:rPr>
        <w:t>37:15  arz karta hoon ke jab rasool Allah makkah mein thay, log sata rahe thay aur kuch logon ko</w:t>
      </w:r>
      <w:r>
        <w:br/>
      </w:r>
      <w:r>
        <w:rPr>
          <w:sz w:val="20"/>
        </w:rPr>
        <w:t>37:23  bahar bhi dala tha unhon ne.</w:t>
      </w:r>
      <w:r>
        <w:br/>
      </w:r>
      <w:r>
        <w:rPr>
          <w:sz w:val="20"/>
        </w:rPr>
        <w:t>37:26  to Hazrat Umar jo hain, bohat hi pehalwan aadmi thay, bohat taqatwar thay woh.</w:t>
      </w:r>
      <w:r>
        <w:br/>
      </w:r>
      <w:r>
        <w:rPr>
          <w:sz w:val="20"/>
        </w:rPr>
        <w:t>37:32  to unhon ne rasool Allah se kaha ke hum jihad karenge, hum qital karenge, in se</w:t>
      </w:r>
      <w:r>
        <w:br/>
      </w:r>
      <w:r>
        <w:rPr>
          <w:sz w:val="20"/>
        </w:rPr>
        <w:t>37:39  ladenge, in logon se, mukhalifeen se.</w:t>
      </w:r>
      <w:r>
        <w:br/>
      </w:r>
      <w:r>
        <w:rPr>
          <w:sz w:val="20"/>
        </w:rPr>
        <w:t>37:42  is waqt aap ne kaha tha: "Ya Umar, ana qaleel." Aey Umar, hum thore hain.</w:t>
      </w:r>
      <w:r>
        <w:br/>
      </w:r>
      <w:r>
        <w:rPr>
          <w:sz w:val="20"/>
        </w:rPr>
        <w:t>37:49  is par main ne ghor kiya.</w:t>
      </w:r>
      <w:r>
        <w:br/>
      </w:r>
      <w:r>
        <w:rPr>
          <w:sz w:val="20"/>
        </w:rPr>
        <w:t>37:51  Aey Umar, hum thore hain? Kyun kaha unhon ne? Rasool Allah, naoozubillah, naoozubillah, buzdil nahi thay,</w:t>
      </w:r>
      <w:r>
        <w:br/>
      </w:r>
      <w:r>
        <w:rPr>
          <w:sz w:val="20"/>
        </w:rPr>
        <w:t>37:59  bohat bahadur aadmi thay, bohat bahadur aadmi thay.</w:t>
      </w:r>
      <w:r>
        <w:br/>
      </w:r>
      <w:r>
        <w:rPr>
          <w:sz w:val="20"/>
        </w:rPr>
        <w:t>38:03  ek pata hai, ek waqea aap parh sakte hain kitabon mein.</w:t>
      </w:r>
      <w:r>
        <w:br/>
      </w:r>
      <w:r>
        <w:rPr>
          <w:sz w:val="20"/>
        </w:rPr>
        <w:t>38:07  جب آپ مکہ میں تھے تو اس زمانے میں قبائل کے قبائل یعنی کا جو زمانہ تھا، age</w:t>
      </w:r>
      <w:r>
        <w:br/>
      </w:r>
      <w:r>
        <w:rPr>
          <w:sz w:val="20"/>
        </w:rPr>
        <w:t>38:15  of tribes, to us waqt bar bar qabail hamla kiya karte thay.</w:t>
      </w:r>
      <w:r>
        <w:br/>
      </w:r>
      <w:r>
        <w:rPr>
          <w:sz w:val="20"/>
        </w:rPr>
        <w:t>38:20  talwar le ke idhar ghus gaye, talwar le ke idhar ghus gaye.</w:t>
      </w:r>
      <w:r>
        <w:br/>
      </w:r>
      <w:r>
        <w:rPr>
          <w:sz w:val="20"/>
        </w:rPr>
        <w:t>38:25  to ek baar yeh afwah uri makkah mein ke ek qabila aa raha hai makkah par hamla karne</w:t>
      </w:r>
      <w:r>
        <w:br/>
      </w:r>
      <w:r>
        <w:rPr>
          <w:sz w:val="20"/>
        </w:rPr>
        <w:t>38:33  ke liye.</w:t>
      </w:r>
      <w:r>
        <w:br/>
      </w:r>
      <w:r>
        <w:rPr>
          <w:sz w:val="20"/>
        </w:rPr>
        <w:t>38:34  yeh ek rubar uri makkah mein ke ek qabila makkah par hamla karne ke liye aa raha hai.</w:t>
      </w:r>
      <w:r>
        <w:br/>
      </w:r>
      <w:r>
        <w:rPr>
          <w:sz w:val="20"/>
        </w:rPr>
        <w:t>38:42  to jante hain kya hua? To subah ko logon ne intezar kiya ke ujala ho jaye to nikle</w:t>
      </w:r>
      <w:r>
        <w:br/>
      </w:r>
      <w:r>
        <w:rPr>
          <w:sz w:val="20"/>
        </w:rPr>
        <w:t>38:50  dekhne ke liye ke kya kya qissa hai.</w:t>
      </w:r>
      <w:r>
        <w:br/>
      </w:r>
      <w:r>
        <w:rPr>
          <w:sz w:val="20"/>
        </w:rPr>
        <w:t>38:53  to jab subah ko nikle to rasool Allah idhar se wapas aa rahe thay.</w:t>
      </w:r>
      <w:r>
        <w:br/>
      </w:r>
      <w:r>
        <w:rPr>
          <w:sz w:val="20"/>
        </w:rPr>
        <w:t>38:59  unhon ne kaha ke main nikla aur ja kar dekha door tak, kaha kuch kuch nahi, afwah hai,</w:t>
      </w:r>
      <w:r>
        <w:br/>
      </w:r>
      <w:r>
        <w:rPr>
          <w:sz w:val="20"/>
        </w:rPr>
        <w:t>39:07  kuch nahi hai, wapas chalo.</w:t>
      </w:r>
      <w:r>
        <w:br/>
      </w:r>
      <w:r>
        <w:rPr>
          <w:sz w:val="20"/>
        </w:rPr>
        <w:t>39:09  akele chale gaye, akele.</w:t>
      </w:r>
      <w:r>
        <w:br/>
      </w:r>
      <w:r>
        <w:rPr>
          <w:sz w:val="20"/>
        </w:rPr>
        <w:t>39:11  to rasool Allah bohat hi bahadur aadmi thay.</w:t>
      </w:r>
      <w:r>
        <w:br/>
      </w:r>
      <w:r>
        <w:rPr>
          <w:sz w:val="20"/>
        </w:rPr>
        <w:t>39:14  تو ایک بہادر آدمی یہ کہے گا کہ: "یا عمر، انا قلیل۔" نہیں، اس کے اندر wisdom ہے۔</w:t>
      </w:r>
      <w:r>
        <w:br/>
      </w:r>
      <w:r>
        <w:rPr>
          <w:sz w:val="20"/>
        </w:rPr>
        <w:t>39:22  wisdom, وہ wisdom کیا ہے؟ Wisdom یہ ہے کہ جب کوئی تمہیں کوئی step لینا ہے، کوئی اقدام</w:t>
      </w:r>
      <w:r>
        <w:br/>
      </w:r>
      <w:r>
        <w:rPr>
          <w:sz w:val="20"/>
        </w:rPr>
        <w:t>39:30  کرنا ہے، کوئی کارروائی کرنا ہے تو پہلے سوچو کہ کیا تم positive result نکال سکتے ہو؟ positive</w:t>
      </w:r>
      <w:r>
        <w:br/>
      </w:r>
      <w:r>
        <w:rPr>
          <w:sz w:val="20"/>
        </w:rPr>
        <w:t>39:37  رزلٹ نکال سکتے ہو تم؟ Your actions must be result-oriented.</w:t>
      </w:r>
      <w:r>
        <w:br/>
      </w:r>
      <w:r>
        <w:rPr>
          <w:sz w:val="20"/>
        </w:rPr>
        <w:t>39:42  is waqt makka mein jo halaat thay, us waqt yahi thay ke log larr kar shaheed ho jayen.</w:t>
      </w:r>
      <w:r>
        <w:br/>
      </w:r>
      <w:r>
        <w:rPr>
          <w:sz w:val="20"/>
        </w:rPr>
        <w:t>39:50  yeh yeh hota to larr kar mar jayen, yeh to koi goal nahi hai.</w:t>
      </w:r>
      <w:r>
        <w:br/>
      </w:r>
      <w:r>
        <w:rPr>
          <w:sz w:val="20"/>
        </w:rPr>
        <w:t>39:56  aaj kal ke zamane mein, is zamane mein bana rakha hai yeh goal ke larr kar mar jao.</w:t>
      </w:r>
      <w:r>
        <w:br/>
      </w:r>
      <w:r>
        <w:rPr>
          <w:sz w:val="20"/>
        </w:rPr>
        <w:t>40:04  lekin yeh Islam ka goal nahi hai, aql ka goal nahi hai, yeh fitrat ka goal nahi hai.</w:t>
      </w:r>
      <w:r>
        <w:br/>
      </w:r>
      <w:r>
        <w:rPr>
          <w:sz w:val="20"/>
        </w:rPr>
        <w:t>40:11  yeh to ke aap ne sabak diya hai apne is hadith ke zariye se, is qaul ke zariye</w:t>
      </w:r>
      <w:r>
        <w:br/>
      </w:r>
      <w:r>
        <w:rPr>
          <w:sz w:val="20"/>
        </w:rPr>
        <w:t>40:19  se ke jab bhi koi iqdamm karna ho, koi step lena ho to sab se pehle yeh socho</w:t>
      </w:r>
      <w:r>
        <w:br/>
      </w:r>
      <w:r>
        <w:rPr>
          <w:sz w:val="20"/>
        </w:rPr>
        <w:t>40:27  ke kya tum us us position mein ho ke koi positive result nikal sakte ho tum is se?</w:t>
      </w:r>
      <w:r>
        <w:br/>
      </w:r>
      <w:r>
        <w:rPr>
          <w:sz w:val="20"/>
        </w:rPr>
        <w:t>40:34  aisa to nahi ke woh counter productive ban jaye.</w:t>
      </w:r>
      <w:r>
        <w:br/>
      </w:r>
      <w:r>
        <w:rPr>
          <w:sz w:val="20"/>
        </w:rPr>
        <w:t>40:38  to aisi halat mein kya hai? aisi halat mein amli iqdamm ke baghair khamosh planning, khamosh planning.</w:t>
      </w:r>
      <w:r>
        <w:br/>
      </w:r>
      <w:r>
        <w:rPr>
          <w:sz w:val="20"/>
        </w:rPr>
        <w:t>40:46  phir aaj kya hua? dekhiye, makka chhod kar aap madina chale gaye.</w:t>
      </w:r>
      <w:r>
        <w:br/>
      </w:r>
      <w:r>
        <w:rPr>
          <w:sz w:val="20"/>
        </w:rPr>
        <w:t>40:51  yeh thi planning.</w:t>
      </w:r>
      <w:r>
        <w:br/>
      </w:r>
      <w:r>
        <w:rPr>
          <w:sz w:val="20"/>
        </w:rPr>
        <w:t>40:52  yani makka mein larr jatay hain to log mar mar kar shaheed ho jatay hain.</w:t>
      </w:r>
      <w:r>
        <w:br/>
      </w:r>
      <w:r>
        <w:rPr>
          <w:sz w:val="20"/>
        </w:rPr>
        <w:t>40:59  in logon ko le kar aap madina chale gaye aur aap ne reorganize kiya, replanning ki.</w:t>
      </w:r>
      <w:r>
        <w:br/>
      </w:r>
      <w:r>
        <w:rPr>
          <w:sz w:val="20"/>
        </w:rPr>
        <w:t>41:06  aur bohat se waqiat hain, maine apni kitabon mein likhe hain, aap padh lijiye.</w:t>
      </w:r>
      <w:r>
        <w:br/>
      </w:r>
      <w:r>
        <w:rPr>
          <w:sz w:val="20"/>
        </w:rPr>
        <w:t>41:13  to bajaye is ke ke larr kar mar jao, replanning karo, khamosh andaaz mein apne amal ka</w:t>
      </w:r>
      <w:r>
        <w:br/>
      </w:r>
      <w:r>
        <w:rPr>
          <w:sz w:val="20"/>
        </w:rPr>
        <w:t>41:21  naqsha banao jo natija khez ho.</w:t>
      </w:r>
      <w:r>
        <w:br/>
      </w:r>
      <w:r>
        <w:rPr>
          <w:sz w:val="20"/>
        </w:rPr>
        <w:t>41:23  is tarah ki beshumar wisdom ki baatein hain hadith kitabon mein.</w:t>
      </w:r>
      <w:r>
        <w:br/>
      </w:r>
      <w:r>
        <w:rPr>
          <w:sz w:val="20"/>
        </w:rPr>
        <w:t>41:28  is ko padh kar mujhe yaqeen hoga ke yeh insaan Allah ka rasool tha.</w:t>
      </w:r>
      <w:r>
        <w:br/>
      </w:r>
      <w:r>
        <w:rPr>
          <w:sz w:val="20"/>
        </w:rPr>
        <w:t>41:34  rasool ke siwa koi aisi baatein nahi kar sakta.</w:t>
      </w:r>
      <w:r>
        <w:br/>
      </w:r>
      <w:r>
        <w:rPr>
          <w:sz w:val="20"/>
        </w:rPr>
        <w:t>41:38  meri kitabein hain, aap padh lijiye: mutala-e-seerat, paigham-e-pehgham-e-انقلاب, aur kai kitabein hain.</w:t>
      </w:r>
      <w:r>
        <w:br/>
      </w:r>
      <w:r>
        <w:rPr>
          <w:sz w:val="20"/>
        </w:rPr>
        <w:t>41:45  is ko aap padh lijiye.</w:t>
      </w:r>
      <w:r>
        <w:br/>
      </w:r>
      <w:r>
        <w:rPr>
          <w:sz w:val="20"/>
        </w:rPr>
        <w:t>41:47  maine in cheezon ko khola hai is mein.</w:t>
      </w:r>
      <w:r>
        <w:br/>
      </w:r>
      <w:r>
        <w:rPr>
          <w:sz w:val="20"/>
        </w:rPr>
        <w:t>41:51  to khulasa yeh hai ke hadeesein jo hain, woh islam ka bohat hi qeemti سرمایہ hain.</w:t>
      </w:r>
      <w:r>
        <w:br/>
      </w:r>
      <w:r>
        <w:rPr>
          <w:sz w:val="20"/>
        </w:rPr>
        <w:t>41:57  quran agar quran hai to hadees quran ka applied, ab applied quran hai.</w:t>
      </w:r>
      <w:r>
        <w:br/>
      </w:r>
      <w:r>
        <w:rPr>
          <w:sz w:val="20"/>
        </w:rPr>
        <w:t>42:03  yani quran agar quran hai to hadees applied quran hai.</w:t>
      </w:r>
      <w:r>
        <w:br/>
      </w:r>
      <w:r>
        <w:rPr>
          <w:sz w:val="20"/>
        </w:rPr>
        <w:t>42:07  quran ko hadees ke zareeye historical base milta hai.</w:t>
      </w:r>
      <w:r>
        <w:br/>
      </w:r>
      <w:r>
        <w:rPr>
          <w:sz w:val="20"/>
        </w:rPr>
        <w:t>42:11  historical base hadees ke zareeye hamein maloom hota hai kis tarah islam ne woh process jari kiya tareekh</w:t>
      </w:r>
      <w:r>
        <w:br/>
      </w:r>
      <w:r>
        <w:rPr>
          <w:sz w:val="20"/>
        </w:rPr>
        <w:t>42:19  mein, jise culmination tha modern civilization.</w:t>
      </w:r>
      <w:r>
        <w:br/>
      </w:r>
      <w:r>
        <w:rPr>
          <w:sz w:val="20"/>
        </w:rPr>
        <w:t>42:21  to meri dua hai ke Allah taala mujh ko aur aap ko tofeeq de ke hum baaton ko</w:t>
      </w:r>
      <w:r>
        <w:br/>
      </w:r>
      <w:r>
        <w:rPr>
          <w:sz w:val="20"/>
        </w:rPr>
        <w:t>42:29  saheeh zaawiyay se dekhein, right angle se dekhein.</w:t>
      </w:r>
      <w:r>
        <w:br/>
      </w:r>
      <w:r>
        <w:rPr>
          <w:sz w:val="20"/>
        </w:rPr>
        <w:t>42:33  Allah mujh ko aur aap ko sirat-e-mustaqeem ki tofeeq de aur hum ko dunya aur aakhirat mein</w:t>
      </w:r>
      <w:r>
        <w:br/>
      </w:r>
      <w:r>
        <w:rPr>
          <w:sz w:val="20"/>
        </w:rPr>
        <w:t>42:40  apni rehmat se, apni sa'adat se nawazay.</w:t>
      </w:r>
      <w:r>
        <w:br/>
      </w:r>
      <w:r>
        <w:rPr>
          <w:sz w:val="20"/>
        </w:rPr>
        <w:t>42:43  ameen.</w:t>
      </w:r>
      <w:r>
        <w:br/>
      </w:r>
      <w:r>
        <w:rPr>
          <w:sz w:val="20"/>
        </w:rPr>
        <w:t>42:45  Okay, ah, before, ah, we resume the question-answer session, there is an important update from CP.</w:t>
      </w:r>
      <w:r>
        <w:br/>
      </w:r>
      <w:r>
        <w:rPr>
          <w:sz w:val="20"/>
        </w:rPr>
        <w:t>42:52  s international.</w:t>
      </w:r>
      <w:r>
        <w:br/>
      </w:r>
      <w:r>
        <w:rPr>
          <w:sz w:val="20"/>
        </w:rPr>
        <w:t>42:54  As you all know, that ah, the Quran distribution is being done at a global scale by C</w:t>
      </w:r>
      <w:r>
        <w:br/>
      </w:r>
      <w:r>
        <w:rPr>
          <w:sz w:val="20"/>
        </w:rPr>
        <w:t>43:02  ps international and its associates, volunteers, and all those who are members of the organization.</w:t>
      </w:r>
      <w:r>
        <w:br/>
      </w:r>
      <w:r>
        <w:rPr>
          <w:sz w:val="20"/>
        </w:rPr>
        <w:t>43:09  However, there is a greater need felt to do the translation in different languages.</w:t>
      </w:r>
      <w:r>
        <w:br/>
      </w:r>
      <w:r>
        <w:rPr>
          <w:sz w:val="20"/>
        </w:rPr>
        <w:t>43:15  Last week, Maulana Sahib had released the Hindi translation of Quran and the response is phenomenal.</w:t>
      </w:r>
      <w:r>
        <w:br/>
      </w:r>
      <w:r>
        <w:rPr>
          <w:sz w:val="20"/>
        </w:rPr>
        <w:t>43:22  In fact, at the World Book Fair in Delhi, there has been huge demand for Hindi translation of</w:t>
      </w:r>
      <w:r>
        <w:br/>
      </w:r>
      <w:r>
        <w:rPr>
          <w:sz w:val="20"/>
        </w:rPr>
        <w:t>43:30  quran.</w:t>
      </w:r>
      <w:r>
        <w:br/>
      </w:r>
      <w:r>
        <w:rPr>
          <w:sz w:val="20"/>
        </w:rPr>
        <w:t>43:31  So today, we will be sharing with you another update that there was work being done to translate</w:t>
      </w:r>
      <w:r>
        <w:br/>
      </w:r>
      <w:r>
        <w:rPr>
          <w:sz w:val="20"/>
        </w:rPr>
        <w:t>43:39  the quran in dogri language.</w:t>
      </w:r>
      <w:r>
        <w:br/>
      </w:r>
      <w:r>
        <w:rPr>
          <w:sz w:val="20"/>
        </w:rPr>
        <w:t>43:41  This is a language which is widely spoken in the Jammu region and this task has been going</w:t>
      </w:r>
      <w:r>
        <w:br/>
      </w:r>
      <w:r>
        <w:rPr>
          <w:sz w:val="20"/>
        </w:rPr>
        <w:t>43:49  on for a very long period of time and it has been taken up by the Shah Hamdan</w:t>
      </w:r>
      <w:r>
        <w:br/>
      </w:r>
      <w:r>
        <w:rPr>
          <w:sz w:val="20"/>
        </w:rPr>
        <w:t>43:56  society which is headquartered in Jammu region.</w:t>
      </w:r>
      <w:r>
        <w:br/>
      </w:r>
      <w:r>
        <w:rPr>
          <w:sz w:val="20"/>
        </w:rPr>
        <w:t>44:00  The Shah Hamdan Society has been founded by Maulana Abdul Qayyum Nadwi Sahib along with the other associates.</w:t>
      </w:r>
      <w:r>
        <w:br/>
      </w:r>
      <w:r>
        <w:rPr>
          <w:sz w:val="20"/>
        </w:rPr>
        <w:t>44:07  سو they have been doing this translation of Quran in Dogri language and recently, this ah ah translation</w:t>
      </w:r>
      <w:r>
        <w:br/>
      </w:r>
      <w:r>
        <w:rPr>
          <w:sz w:val="20"/>
        </w:rPr>
        <w:t>44:15  has been done for the thirty para of Quran which has got concluded and ah this work has</w:t>
      </w:r>
      <w:r>
        <w:br/>
      </w:r>
      <w:r>
        <w:rPr>
          <w:sz w:val="20"/>
        </w:rPr>
        <w:t>44:22  been done by Ms. Azra Chaudhry under the supervision of ah Maulana ah Maulana Maulana Abdul Qayyum Nadwi, who</w:t>
      </w:r>
      <w:r>
        <w:br/>
      </w:r>
      <w:r>
        <w:rPr>
          <w:sz w:val="20"/>
        </w:rPr>
        <w:t>44:30  as the founder of the Shah Hamdan Society.</w:t>
      </w:r>
      <w:r>
        <w:br/>
      </w:r>
      <w:r>
        <w:rPr>
          <w:sz w:val="20"/>
        </w:rPr>
        <w:t>44:34  So today, Maulana Sahib will be releasing ah the book.</w:t>
      </w:r>
      <w:r>
        <w:br/>
      </w:r>
      <w:r>
        <w:rPr>
          <w:sz w:val="20"/>
        </w:rPr>
        <w:t>44:38  However, before he does that, I would request Maulana Abdul Qayyum Nadvi Sahab, the founder of Shah Hamdan</w:t>
      </w:r>
      <w:r>
        <w:br/>
      </w:r>
      <w:r>
        <w:rPr>
          <w:sz w:val="20"/>
        </w:rPr>
        <w:t>44:46  سوسائٹی، to come here and introduce the Shah Hamdan Society and also say a few words.</w:t>
      </w:r>
      <w:r>
        <w:br/>
      </w:r>
      <w:r>
        <w:rPr>
          <w:sz w:val="20"/>
        </w:rPr>
        <w:t>44:53  bismillah-ir-rahman-ir-rahim.</w:t>
      </w:r>
      <w:r>
        <w:br/>
      </w:r>
      <w:r>
        <w:rPr>
          <w:sz w:val="20"/>
        </w:rPr>
        <w:t>44:55  bari musarrat ki baat hai ke aaj ke sunday class mein hum kashmir se bees log shareek ho</w:t>
      </w:r>
      <w:r>
        <w:br/>
      </w:r>
      <w:r>
        <w:rPr>
          <w:sz w:val="20"/>
        </w:rPr>
        <w:t>45:02  rahe hain aur Maulana ke aaj ke is lecture se hum ne mustafeed hua.</w:t>
      </w:r>
      <w:r>
        <w:br/>
      </w:r>
      <w:r>
        <w:rPr>
          <w:sz w:val="20"/>
        </w:rPr>
        <w:t>45:08  is mauqa par Shah Hamdan Society ke talluq se main pichli baar jab do hazar barah mein hum</w:t>
      </w:r>
      <w:r>
        <w:br/>
      </w:r>
      <w:r>
        <w:rPr>
          <w:sz w:val="20"/>
        </w:rPr>
        <w:t>45:16  log yahan shareek hue thay aisi aik session mein, us waqt hum ne Shah Hamdan Society ke baray</w:t>
      </w:r>
      <w:r>
        <w:br/>
      </w:r>
      <w:r>
        <w:rPr>
          <w:sz w:val="20"/>
        </w:rPr>
        <w:t>45:24  mein bataya tha ke Maulana ki tehreeron se jo kashmir ke baray mein likhi gayeen aur is mein</w:t>
      </w:r>
      <w:r>
        <w:br/>
      </w:r>
      <w:r>
        <w:rPr>
          <w:sz w:val="20"/>
        </w:rPr>
        <w:t>45:31  khaas tor par aap ne Shah Hamdan Ameer Kabir Shah Ali Shah Hamdan ke baray mein, un ke</w:t>
      </w:r>
      <w:r>
        <w:br/>
      </w:r>
      <w:r>
        <w:rPr>
          <w:sz w:val="20"/>
        </w:rPr>
        <w:t>45:39  mission ke baray mein likha aur isi se hamein inspiration hui ke Shah Hamdan Society woh kaam kare</w:t>
      </w:r>
      <w:r>
        <w:br/>
      </w:r>
      <w:r>
        <w:rPr>
          <w:sz w:val="20"/>
        </w:rPr>
        <w:t>45:47  jo Hazrat Shah Hamdan ne us waqt kiya jab kashmir ki halat lag bhag kuch aur wajuhaat ki</w:t>
      </w:r>
      <w:r>
        <w:br/>
      </w:r>
      <w:r>
        <w:rPr>
          <w:sz w:val="20"/>
        </w:rPr>
        <w:t>45:55  bunyaad par aisi thi ke wahan musalman dhoonde koi milta tha.</w:t>
      </w:r>
      <w:r>
        <w:br/>
      </w:r>
      <w:r>
        <w:rPr>
          <w:sz w:val="20"/>
        </w:rPr>
        <w:t>45:59  society mein ghareebi thi, nadari thi, rastay masdood thay.</w:t>
      </w:r>
      <w:r>
        <w:br/>
      </w:r>
      <w:r>
        <w:rPr>
          <w:sz w:val="20"/>
        </w:rPr>
        <w:t>46:03  yeh saari cheezen dekh kar unhon ne ek jamia program banaya aur khitta kashmir ko islam ke sath</w:t>
      </w:r>
      <w:r>
        <w:br/>
      </w:r>
      <w:r>
        <w:rPr>
          <w:sz w:val="20"/>
        </w:rPr>
        <w:t>46:11  sath wahan ki ek society ki tashkeel ki jise hum ek kashmiri samaj kehte hain aur wahan par</w:t>
      </w:r>
      <w:r>
        <w:br/>
      </w:r>
      <w:r>
        <w:rPr>
          <w:sz w:val="20"/>
        </w:rPr>
        <w:t>46:19  bade mustahkam andaaz mein wahan ki sanat o harafat, wahan ki rohani riwayat, wahan ka aapsi mil jul,</w:t>
      </w:r>
      <w:r>
        <w:br/>
      </w:r>
      <w:r>
        <w:rPr>
          <w:sz w:val="20"/>
        </w:rPr>
        <w:t>46:26  is ki buniyad jo hai hazrat ameer kabir shah ali shah hamdani ne dali.</w:t>
      </w:r>
      <w:r>
        <w:br/>
      </w:r>
      <w:r>
        <w:rPr>
          <w:sz w:val="20"/>
        </w:rPr>
        <w:t>46:32  to isi jazbe ke sath hum ne shah hamdan society ki tashkeel di hai aur is ka buniyadi</w:t>
      </w:r>
      <w:r>
        <w:br/>
      </w:r>
      <w:r>
        <w:rPr>
          <w:sz w:val="20"/>
        </w:rPr>
        <w:t>46:40  kaam kya hai, woh mujhe lagta hai ke aah batane ki zaroorat nahi hai kyunke jab koi beemar</w:t>
      </w:r>
      <w:r>
        <w:br/>
      </w:r>
      <w:r>
        <w:rPr>
          <w:sz w:val="20"/>
        </w:rPr>
        <w:t>46:48  ho to beemar ke liye dawai ki zaroorat hoti hai aur doctor ki zaroorat hoti hai.</w:t>
      </w:r>
      <w:r>
        <w:br/>
      </w:r>
      <w:r>
        <w:rPr>
          <w:sz w:val="20"/>
        </w:rPr>
        <w:t>46:55  kashmir ke jo halaat hain ya pichle bees saal se jo halaat rahe hain, is ne is maashre</w:t>
      </w:r>
      <w:r>
        <w:br/>
      </w:r>
      <w:r>
        <w:rPr>
          <w:sz w:val="20"/>
        </w:rPr>
        <w:t>47:02  ko dobara itna scatter kiya hai, itna aah tod phod kar is ko aisi halat mein daal diya</w:t>
      </w:r>
      <w:r>
        <w:br/>
      </w:r>
      <w:r>
        <w:rPr>
          <w:sz w:val="20"/>
        </w:rPr>
        <w:t>47:10  hai ke jahan par har insan kisi na kisi tarah se ek marz mein mubtala hai, stress ka</w:t>
      </w:r>
      <w:r>
        <w:br/>
      </w:r>
      <w:r>
        <w:rPr>
          <w:sz w:val="20"/>
        </w:rPr>
        <w:t>47:18  shikar hai, khatre aur aah khatraat aur pareshaniyon se dochar hai aur woh cheezen ek taweel bees arse</w:t>
      </w:r>
      <w:r>
        <w:br/>
      </w:r>
      <w:r>
        <w:rPr>
          <w:sz w:val="20"/>
        </w:rPr>
        <w:t>47:25  saal ke arse mein paida hui hain.</w:t>
      </w:r>
      <w:r>
        <w:br/>
      </w:r>
      <w:r>
        <w:rPr>
          <w:sz w:val="20"/>
        </w:rPr>
        <w:t>47:28  aur is mein sab se bari sitam zaryfi ki baat yeh hai ke jahan aur cheezon ka exploitation</w:t>
      </w:r>
      <w:r>
        <w:br/>
      </w:r>
      <w:r>
        <w:rPr>
          <w:sz w:val="20"/>
        </w:rPr>
        <w:t>47:36  hota hai, wahan par mazhab ko aur phir islam jaise deen ko bhi exploit kiya jata hai.</w:t>
      </w:r>
      <w:r>
        <w:br/>
      </w:r>
      <w:r>
        <w:rPr>
          <w:sz w:val="20"/>
        </w:rPr>
        <w:t>47:43  aur is dauran hum ne dekha ke in logon ki, in aah logon ki dukanein bohat chamki hain</w:t>
      </w:r>
      <w:r>
        <w:br/>
      </w:r>
      <w:r>
        <w:rPr>
          <w:sz w:val="20"/>
        </w:rPr>
        <w:t>47:51  jinhein hum kahenge ke aah neem khanda ulma ya aah khud gharz qisam ke log jinhon ne</w:t>
      </w:r>
      <w:r>
        <w:br/>
      </w:r>
      <w:r>
        <w:rPr>
          <w:sz w:val="20"/>
        </w:rPr>
        <w:t>47:59  kisi ne rohaniyat ke naam par, kisi ne kisi ilaaj ke naam par itni sari dukanein khol li</w:t>
      </w:r>
      <w:r>
        <w:br/>
      </w:r>
      <w:r>
        <w:rPr>
          <w:sz w:val="20"/>
        </w:rPr>
        <w:t>48:07  hain ke woh mareezon ko shifa ke bajaye un ke marz ko aur barha rahe hain.</w:t>
      </w:r>
      <w:r>
        <w:br/>
      </w:r>
      <w:r>
        <w:rPr>
          <w:sz w:val="20"/>
        </w:rPr>
        <w:t>48:13  aur jo hazrat maulana farma rahe thay abhi ke ahadees ka taalluq quran se kya hai aur islam</w:t>
      </w:r>
      <w:r>
        <w:br/>
      </w:r>
      <w:r>
        <w:rPr>
          <w:sz w:val="20"/>
        </w:rPr>
        <w:t>48:21  ki buniyad jo hai woh ahadees hai, wohin par yeh sitam zaryfi hai ke ahadees ke naam par</w:t>
      </w:r>
      <w:r>
        <w:br/>
      </w:r>
      <w:r>
        <w:rPr>
          <w:sz w:val="20"/>
        </w:rPr>
        <w:t>48:29  mauzu zaeef aur ghair ma'roof ahadees ka ka sahara le kar islam ki tashreehat logon ke samne ki</w:t>
      </w:r>
      <w:r>
        <w:br/>
      </w:r>
      <w:r>
        <w:rPr>
          <w:sz w:val="20"/>
        </w:rPr>
        <w:t>48:37  jati hain aur aise ek do nahi, bees yun qisam ke asar-o-nasar society mein sar-garm amal hain.</w:t>
      </w:r>
      <w:r>
        <w:br/>
      </w:r>
      <w:r>
        <w:rPr>
          <w:sz w:val="20"/>
        </w:rPr>
        <w:t>48:44  is liye aise log jo deen ko samajhte hon, deen ki rooh ko samajhte hon aur islam ke</w:t>
      </w:r>
      <w:r>
        <w:br/>
      </w:r>
      <w:r>
        <w:rPr>
          <w:sz w:val="20"/>
        </w:rPr>
        <w:t>48:52  aalmi paigham par jin logon ki nazar ho, un logon ke liye ek platform hai jise hum</w:t>
      </w:r>
      <w:r>
        <w:br/>
      </w:r>
      <w:r>
        <w:rPr>
          <w:sz w:val="20"/>
        </w:rPr>
        <w:t>48:59  shah hamdan society ke naam se jante hain ya woh jis ka shah hamdan society ke naam se</w:t>
      </w:r>
      <w:r>
        <w:br/>
      </w:r>
      <w:r>
        <w:rPr>
          <w:sz w:val="20"/>
        </w:rPr>
        <w:t>49:07  hum ne aaghaz kiya hai.</w:t>
      </w:r>
      <w:r>
        <w:br/>
      </w:r>
      <w:r>
        <w:rPr>
          <w:sz w:val="20"/>
        </w:rPr>
        <w:t>49:09  is society ke kaam mein yahi buniyadi kaam hai ke society ki tashkeel no ki jaye aur is</w:t>
      </w:r>
      <w:r>
        <w:br/>
      </w:r>
      <w:r>
        <w:rPr>
          <w:sz w:val="20"/>
        </w:rPr>
        <w:t>49:17  mein un ko bataya jaye ke Allah taala ne ek kitaab bheji hai, Quran Kareem, aur is se</w:t>
      </w:r>
      <w:r>
        <w:br/>
      </w:r>
      <w:r>
        <w:rPr>
          <w:sz w:val="20"/>
        </w:rPr>
        <w:t>49:25  apna ta'alluq joda jaye aur woh kitaab shifa hai aur woh kitaab rehmat hai, woh sari dunya ke</w:t>
      </w:r>
      <w:r>
        <w:br/>
      </w:r>
      <w:r>
        <w:rPr>
          <w:sz w:val="20"/>
        </w:rPr>
        <w:t>49:32  insanon ke liye bheji gayi hai.</w:t>
      </w:r>
      <w:r>
        <w:br/>
      </w:r>
      <w:r>
        <w:rPr>
          <w:sz w:val="20"/>
        </w:rPr>
        <w:t>49:35  CPS aalmi satah par jo kaam kar rahi hai, woh is waqt ke insanon ki zaroorat</w:t>
      </w:r>
      <w:r>
        <w:br/>
      </w:r>
      <w:r>
        <w:rPr>
          <w:sz w:val="20"/>
        </w:rPr>
        <w:t>49:43  hai aur angrezi, Hindi mein bohat sare tarajim jagah jagah pahunch chuke hain.</w:t>
      </w:r>
      <w:r>
        <w:br/>
      </w:r>
      <w:r>
        <w:rPr>
          <w:sz w:val="20"/>
        </w:rPr>
        <w:t>49:48  chunki Dogri zaban ek maqami zaban hai, Kashmir ke teen ilaqe hain.</w:t>
      </w:r>
      <w:r>
        <w:br/>
      </w:r>
      <w:r>
        <w:rPr>
          <w:sz w:val="20"/>
        </w:rPr>
        <w:t>49:53  ek Ladakh, Leh Ladakh hai, ek Kashmir hai aur ek Jammu hai.</w:t>
      </w:r>
      <w:r>
        <w:br/>
      </w:r>
      <w:r>
        <w:rPr>
          <w:sz w:val="20"/>
        </w:rPr>
        <w:t>49:58  in ilaqon mein Kashmir mein Kashmiri zaban boli jati hai.</w:t>
      </w:r>
      <w:r>
        <w:br/>
      </w:r>
      <w:r>
        <w:rPr>
          <w:sz w:val="20"/>
        </w:rPr>
        <w:t>50:03  Leh Ladakh mein Ladakhi aur Bodhi zabanein boli jati hain.</w:t>
      </w:r>
      <w:r>
        <w:br/>
      </w:r>
      <w:r>
        <w:rPr>
          <w:sz w:val="20"/>
        </w:rPr>
        <w:t>50:07  aur Jammu mein bhi kai choti moti zabanein, local dialects hain lekin is mein largely boli jane wali</w:t>
      </w:r>
      <w:r>
        <w:br/>
      </w:r>
      <w:r>
        <w:rPr>
          <w:sz w:val="20"/>
        </w:rPr>
        <w:t>50:15  zaban Dogri zaban hai.</w:t>
      </w:r>
      <w:r>
        <w:br/>
      </w:r>
      <w:r>
        <w:rPr>
          <w:sz w:val="20"/>
        </w:rPr>
        <w:t>50:16  aur is zaban ki sister language mein Pahari language aati hai, Punjabi aati hai, yeh languages bhi is</w:t>
      </w:r>
      <w:r>
        <w:br/>
      </w:r>
      <w:r>
        <w:rPr>
          <w:sz w:val="20"/>
        </w:rPr>
        <w:t>50:24  se milti julti hain.</w:t>
      </w:r>
      <w:r>
        <w:br/>
      </w:r>
      <w:r>
        <w:rPr>
          <w:sz w:val="20"/>
        </w:rPr>
        <w:t>50:26  to hum ne is pehli koshish mein yeh kiya hai ke teesvan para Quran Pak ka is zaban</w:t>
      </w:r>
      <w:r>
        <w:br/>
      </w:r>
      <w:r>
        <w:rPr>
          <w:sz w:val="20"/>
        </w:rPr>
        <w:t>50:34  mein tarjuma kiya hai.</w:t>
      </w:r>
      <w:r>
        <w:br/>
      </w:r>
      <w:r>
        <w:rPr>
          <w:sz w:val="20"/>
        </w:rPr>
        <w:t>50:35  aur is ke sath ek ajib ek ittefaq aisa hua ke ek khatoon, us ne musharraf ba Islam</w:t>
      </w:r>
      <w:r>
        <w:br/>
      </w:r>
      <w:r>
        <w:rPr>
          <w:sz w:val="20"/>
        </w:rPr>
        <w:t>50:43  hone ke baad Hindi mein MA kiya aur Dogri mein MA kiya.</w:t>
      </w:r>
      <w:r>
        <w:br/>
      </w:r>
      <w:r>
        <w:rPr>
          <w:sz w:val="20"/>
        </w:rPr>
        <w:t>50:49  aur woh yeh samajhti nahi thi ke maine Dogri mein kis liye MA kiya hai, Hindi</w:t>
      </w:r>
      <w:r>
        <w:br/>
      </w:r>
      <w:r>
        <w:rPr>
          <w:sz w:val="20"/>
        </w:rPr>
        <w:t>50:57  mein kis liye maine MA kar rakhi hai.</w:t>
      </w:r>
      <w:r>
        <w:br/>
      </w:r>
      <w:r>
        <w:rPr>
          <w:sz w:val="20"/>
        </w:rPr>
        <w:t>51:01  to meri rafiiqa hayat se un ka wasta pada.</w:t>
      </w:r>
      <w:r>
        <w:br/>
      </w:r>
      <w:r>
        <w:rPr>
          <w:sz w:val="20"/>
        </w:rPr>
        <w:t>51:05  ta'alluq hua to woh is ke liye tayyar ho gayin aur bohat hi ibadat guzar aur bohat hi</w:t>
      </w:r>
      <w:r>
        <w:br/>
      </w:r>
      <w:r>
        <w:rPr>
          <w:sz w:val="20"/>
        </w:rPr>
        <w:t>51:13  basalahiyat khatoon thi jinho ne is tarjume ko anjam diya hai.</w:t>
      </w:r>
      <w:r>
        <w:br/>
      </w:r>
      <w:r>
        <w:rPr>
          <w:sz w:val="20"/>
        </w:rPr>
        <w:t>51:17  aur aage bhi baqi quran pak ka tarjuma jo hai, woh ho raha hai, lagbhag pandrah sipare</w:t>
      </w:r>
      <w:r>
        <w:br/>
      </w:r>
      <w:r>
        <w:rPr>
          <w:sz w:val="20"/>
        </w:rPr>
        <w:t>51:25  ho chuka hai.</w:t>
      </w:r>
      <w:r>
        <w:br/>
      </w:r>
      <w:r>
        <w:rPr>
          <w:sz w:val="20"/>
        </w:rPr>
        <w:t>51:27  pehlay marhalay mein hum teesvan para jo hai, pesh kar rahay hain.</w:t>
      </w:r>
      <w:r>
        <w:br/>
      </w:r>
      <w:r>
        <w:rPr>
          <w:sz w:val="20"/>
        </w:rPr>
        <w:t>51:32  aur humain bari khushi hai ke Maulana Wahiduddin Khan sahib, jo Tazkir-ul-Quran se hi yeh maakhuz</w:t>
      </w:r>
      <w:r>
        <w:br/>
      </w:r>
      <w:r>
        <w:rPr>
          <w:sz w:val="20"/>
        </w:rPr>
        <w:t>51:39  hai aur Tazkir-ul-Quran ka jo muqaddama hai, pesh lafaz jo bohat hi جامع معنی qism ka aur</w:t>
      </w:r>
      <w:r>
        <w:br/>
      </w:r>
      <w:r>
        <w:rPr>
          <w:sz w:val="20"/>
        </w:rPr>
        <w:t>51:47  bara mustahkam qism ka muqaddama hai, Quran ka taaruf, woh bhi hum ne is mein shamil kiya hua</w:t>
      </w:r>
      <w:r>
        <w:br/>
      </w:r>
      <w:r>
        <w:rPr>
          <w:sz w:val="20"/>
        </w:rPr>
        <w:t>51:55  hai.</w:t>
      </w:r>
      <w:r>
        <w:br/>
      </w:r>
      <w:r>
        <w:rPr>
          <w:sz w:val="20"/>
        </w:rPr>
        <w:t>51:56  to mein darkhwast karunga Maulana se ke woh dua karein ke Allah taala is ko qabool qabool</w:t>
      </w:r>
      <w:r>
        <w:br/>
      </w:r>
      <w:r>
        <w:rPr>
          <w:sz w:val="20"/>
        </w:rPr>
        <w:t>52:04  farmaye.</w:t>
      </w:r>
      <w:r>
        <w:br/>
      </w:r>
      <w:r>
        <w:rPr>
          <w:sz w:val="20"/>
        </w:rPr>
        <w:t>52:06  Ameen.</w:t>
      </w:r>
      <w:r>
        <w:br/>
      </w:r>
      <w:r>
        <w:rPr>
          <w:sz w:val="20"/>
        </w:rPr>
        <w:t>52:07  Assalam o Alaikum.</w:t>
      </w:r>
      <w:r>
        <w:br/>
      </w:r>
      <w:r>
        <w:rPr>
          <w:sz w:val="20"/>
        </w:rPr>
        <w:t>52:09  release the ah ah the the 30th para of Quran translation.</w:t>
      </w:r>
      <w:r>
        <w:br/>
      </w:r>
      <w:r>
        <w:rPr>
          <w:sz w:val="20"/>
        </w:rPr>
        <w:t>52:13  ab ab ab bhai haan.</w:t>
      </w:r>
      <w:r>
        <w:br/>
      </w:r>
      <w:r>
        <w:rPr>
          <w:sz w:val="20"/>
        </w:rPr>
        <w:t>52:15  I would now request Maulana Sahib to give the first moment to Farooq Mustafa Sahib, patron of</w:t>
      </w:r>
      <w:r>
        <w:br/>
      </w:r>
      <w:r>
        <w:rPr>
          <w:sz w:val="20"/>
        </w:rPr>
        <w:t>52:23  Himalayan ki sample wearing foundation.</w:t>
      </w:r>
      <w:r>
        <w:br/>
      </w:r>
      <w:r>
        <w:rPr>
          <w:sz w:val="20"/>
        </w:rPr>
        <w:t>52:25  Rajouri.</w:t>
      </w:r>
      <w:r>
        <w:br/>
      </w:r>
      <w:r>
        <w:rPr>
          <w:sz w:val="20"/>
        </w:rPr>
        <w:t>52:27  I would request Nisar Rahim Sahab, he is a prominent academician of Pir Panjal region to come here</w:t>
      </w:r>
      <w:r>
        <w:br/>
      </w:r>
      <w:r>
        <w:rPr>
          <w:sz w:val="20"/>
        </w:rPr>
        <w:t>52:34  and receive a copy from Maulana sahib.</w:t>
      </w:r>
      <w:r>
        <w:br/>
      </w:r>
      <w:r>
        <w:rPr>
          <w:sz w:val="20"/>
        </w:rPr>
        <w:t>52:37  Jazakmullah.</w:t>
      </w:r>
      <w:r>
        <w:br/>
      </w:r>
      <w:r>
        <w:rPr>
          <w:sz w:val="20"/>
        </w:rPr>
        <w:t>52:39  I would request Talib Malik Sahab, retired collector of Pir Panjal region to come here and receive a</w:t>
      </w:r>
      <w:r>
        <w:br/>
      </w:r>
      <w:r>
        <w:rPr>
          <w:sz w:val="20"/>
        </w:rPr>
        <w:t>52:47  copy.</w:t>
      </w:r>
      <w:r>
        <w:br/>
      </w:r>
      <w:r>
        <w:rPr>
          <w:sz w:val="20"/>
        </w:rPr>
        <w:t>52:48  ji ji.</w:t>
      </w:r>
      <w:r>
        <w:br/>
      </w:r>
      <w:r>
        <w:rPr>
          <w:sz w:val="20"/>
        </w:rPr>
        <w:t>52:50  ji ji.</w:t>
      </w:r>
      <w:r>
        <w:br/>
      </w:r>
      <w:r>
        <w:rPr>
          <w:sz w:val="20"/>
        </w:rPr>
        <w:t>52:51  Masha Allah Jazakmullah.</w:t>
      </w:r>
      <w:r>
        <w:br/>
      </w:r>
      <w:r>
        <w:rPr>
          <w:sz w:val="20"/>
        </w:rPr>
        <w:t>52:53  Okay we have among us today Mr Javed Anwar sahib from Banaras, who is running a magazine Tehreek</w:t>
      </w:r>
      <w:r>
        <w:br/>
      </w:r>
      <w:r>
        <w:rPr>
          <w:sz w:val="20"/>
        </w:rPr>
        <w:t>53:00  آداب and he is being carrying Maulana Sahib's articles regularly in his magazine, which is titled Tehreek-e-Adab.</w:t>
      </w:r>
      <w:r>
        <w:br/>
      </w:r>
      <w:r>
        <w:rPr>
          <w:sz w:val="20"/>
        </w:rPr>
        <w:t>53:08  I would request him to come here and receive a copy from Maulana sahib.</w:t>
      </w:r>
      <w:r>
        <w:br/>
      </w:r>
      <w:r>
        <w:rPr>
          <w:sz w:val="20"/>
        </w:rPr>
        <w:t>53:14  Mr Javed Anwar is the editor of Tehreek Adab.</w:t>
      </w:r>
      <w:r>
        <w:br/>
      </w:r>
      <w:r>
        <w:rPr>
          <w:sz w:val="20"/>
        </w:rPr>
        <w:t>53:18  Masha Allah Jazakmullah.</w:t>
      </w:r>
      <w:r>
        <w:br/>
      </w:r>
      <w:r>
        <w:rPr>
          <w:sz w:val="20"/>
        </w:rPr>
        <w:t>53:19  I would now request Dr. Farida Khanum to come here and receive a copy from Maulana Sahab.</w:t>
      </w:r>
      <w:r>
        <w:br/>
      </w:r>
      <w:r>
        <w:rPr>
          <w:sz w:val="20"/>
        </w:rPr>
        <w:t>53:27  ji ji ji ke ulta karein gay.</w:t>
      </w:r>
      <w:r>
        <w:br/>
      </w:r>
      <w:r>
        <w:rPr>
          <w:sz w:val="20"/>
        </w:rPr>
        <w:t>53:30  nahi nahi theek hai Maulana.</w:t>
      </w:r>
      <w:r>
        <w:br/>
      </w:r>
      <w:r>
        <w:rPr>
          <w:sz w:val="20"/>
        </w:rPr>
        <w:t>53:32  theek hai Maulana.</w:t>
      </w:r>
      <w:r>
        <w:br/>
      </w:r>
      <w:r>
        <w:rPr>
          <w:sz w:val="20"/>
        </w:rPr>
        <w:t>53:33  aise hi karen.</w:t>
      </w:r>
      <w:r>
        <w:br/>
      </w:r>
      <w:r>
        <w:rPr>
          <w:sz w:val="20"/>
        </w:rPr>
        <w:t>53:35  achha.</w:t>
      </w:r>
      <w:r>
        <w:br/>
      </w:r>
      <w:r>
        <w:rPr>
          <w:sz w:val="20"/>
        </w:rPr>
        <w:t>53:36  Doctor Fareeda Khanam.</w:t>
      </w:r>
      <w:r>
        <w:br/>
      </w:r>
      <w:r>
        <w:rPr>
          <w:sz w:val="20"/>
        </w:rPr>
        <w:t>53:38  aagai? aai hoon.</w:t>
      </w:r>
      <w:r>
        <w:br/>
      </w:r>
      <w:r>
        <w:rPr>
          <w:sz w:val="20"/>
        </w:rPr>
        <w:t>53:39  JazakAllah.</w:t>
      </w:r>
      <w:r>
        <w:br/>
      </w:r>
      <w:r>
        <w:rPr>
          <w:sz w:val="20"/>
        </w:rPr>
        <w:t>53:41  In the end, I would request Ms. Naghma Siddiqui to come here and receive a copy from Maulana.</w:t>
      </w:r>
      <w:r>
        <w:br/>
      </w:r>
      <w:r>
        <w:rPr>
          <w:sz w:val="20"/>
        </w:rPr>
        <w:t>53:49  Sahib.</w:t>
      </w:r>
      <w:r>
        <w:br/>
      </w:r>
      <w:r>
        <w:rPr>
          <w:sz w:val="20"/>
        </w:rPr>
        <w:t>53:50  We would like to tell everyone and the viewers that if they want a copy of degree</w:t>
      </w:r>
      <w:r>
        <w:br/>
      </w:r>
      <w:r>
        <w:rPr>
          <w:sz w:val="20"/>
        </w:rPr>
        <w:t>53:58  translation, deen it is available from the Shah Hamdan Society at Jammu.</w:t>
      </w:r>
      <w:r>
        <w:br/>
      </w:r>
      <w:r>
        <w:rPr>
          <w:sz w:val="20"/>
        </w:rPr>
        <w:t>54:03  In case of there is any difficulty, you could write to CPS International at info at</w:t>
      </w:r>
      <w:r>
        <w:br/>
      </w:r>
      <w:r>
        <w:rPr>
          <w:sz w:val="20"/>
        </w:rPr>
        <w:t>54:11  CPS global.org and we will connect you with our representative there in</w:t>
      </w:r>
      <w:r>
        <w:br/>
      </w:r>
      <w:r>
        <w:rPr>
          <w:sz w:val="20"/>
        </w:rPr>
        <w:t>54:18  Jammu.</w:t>
      </w:r>
      <w:r>
        <w:br/>
      </w:r>
      <w:r>
        <w:rPr>
          <w:sz w:val="20"/>
        </w:rPr>
        <w:t>54:20  So we will now resume the question answer session.</w:t>
      </w:r>
      <w:r>
        <w:br/>
      </w:r>
      <w:r>
        <w:rPr>
          <w:sz w:val="20"/>
        </w:rPr>
        <w:t>54:24  ek baat mein ultaana chahta hoon.</w:t>
      </w:r>
      <w:r>
        <w:br/>
      </w:r>
      <w:r>
        <w:rPr>
          <w:sz w:val="20"/>
        </w:rPr>
        <w:t>54:26  daai jab kaam karta hai to aksar is ko ehsaas hota hai ke mujhe jis tareeqay se deen</w:t>
      </w:r>
      <w:r>
        <w:br/>
      </w:r>
      <w:r>
        <w:rPr>
          <w:sz w:val="20"/>
        </w:rPr>
        <w:t>54:34  ko pesh karna chahiye tha, mein pesh nahi kar saka.</w:t>
      </w:r>
      <w:r>
        <w:br/>
      </w:r>
      <w:r>
        <w:rPr>
          <w:sz w:val="20"/>
        </w:rPr>
        <w:t>54:38  jis tarah mein dawat ka kaam karna chahiye tha, us tarah nahi kar saka.</w:t>
      </w:r>
      <w:r>
        <w:br/>
      </w:r>
      <w:r>
        <w:rPr>
          <w:sz w:val="20"/>
        </w:rPr>
        <w:t>54:44  to dekhiye yeh ehsaas jo hai, ek hai aap ke kaam ka zaahir ka hissa.</w:t>
      </w:r>
      <w:r>
        <w:br/>
      </w:r>
      <w:r>
        <w:rPr>
          <w:sz w:val="20"/>
        </w:rPr>
        <w:t>54:51  yani external part aap ke kaam ka.</w:t>
      </w:r>
      <w:r>
        <w:br/>
      </w:r>
      <w:r>
        <w:rPr>
          <w:sz w:val="20"/>
        </w:rPr>
        <w:t>54:54  ek internal part.</w:t>
      </w:r>
      <w:r>
        <w:br/>
      </w:r>
      <w:r>
        <w:rPr>
          <w:sz w:val="20"/>
        </w:rPr>
        <w:t>54:55  external part ke aitbar se woh jaisa bhi ho, perfect na ho, lekin aap ka woh ehsas is</w:t>
      </w:r>
      <w:r>
        <w:br/>
      </w:r>
      <w:r>
        <w:rPr>
          <w:sz w:val="20"/>
        </w:rPr>
        <w:t>55:03  ko internally perfect bana deta hai.</w:t>
      </w:r>
      <w:r>
        <w:br/>
      </w:r>
      <w:r>
        <w:rPr>
          <w:sz w:val="20"/>
        </w:rPr>
        <w:t>55:06  یعنی آپ کی جو internal personality ہے، اس کے اندر ایک perfect version اس کا بنتا ہے۔</w:t>
      </w:r>
      <w:r>
        <w:br/>
      </w:r>
      <w:r>
        <w:rPr>
          <w:sz w:val="20"/>
        </w:rPr>
        <w:t>55:13  woh aakhirat mein aap ka hissa hoga.</w:t>
      </w:r>
      <w:r>
        <w:br/>
      </w:r>
      <w:r>
        <w:rPr>
          <w:sz w:val="20"/>
        </w:rPr>
        <w:t>55:16  تو یہ مت سمجھیے کہ اگر آپ نے کسی کام کو ideal شکل میں، perfect شکل میں نہیں</w:t>
      </w:r>
      <w:r>
        <w:br/>
      </w:r>
      <w:r>
        <w:rPr>
          <w:sz w:val="20"/>
        </w:rPr>
        <w:t>55:24  kya to aap koi kami ho gai.</w:t>
      </w:r>
      <w:r>
        <w:br/>
      </w:r>
      <w:r>
        <w:rPr>
          <w:sz w:val="20"/>
        </w:rPr>
        <w:t>55:27  nahi yeh in amal aamaal bil niyyat ka ek pehlu yeh bhi hai ke daikhli tor par jo aap</w:t>
      </w:r>
      <w:r>
        <w:br/>
      </w:r>
      <w:r>
        <w:rPr>
          <w:sz w:val="20"/>
        </w:rPr>
        <w:t>55:34  ko ehsaasaat paida hue, ek spiritual jo aap ke andar ek ek storm aaya, to spiritual personality jo</w:t>
      </w:r>
      <w:r>
        <w:br/>
      </w:r>
      <w:r>
        <w:rPr>
          <w:sz w:val="20"/>
        </w:rPr>
        <w:t>55:42  aap ki bani, woh is se bhi ziyada bari cheez hai ke kyunke aakhirat mein aap apni isi</w:t>
      </w:r>
      <w:r>
        <w:br/>
      </w:r>
      <w:r>
        <w:rPr>
          <w:sz w:val="20"/>
        </w:rPr>
        <w:t>55:50  spiritual personality ke saath uthen ge.</w:t>
      </w:r>
      <w:r>
        <w:br/>
      </w:r>
      <w:r>
        <w:rPr>
          <w:sz w:val="20"/>
        </w:rPr>
        <w:t>55:52  isi ko Quran mein kaha gaya hai roshan roshan chehray walay.</w:t>
      </w:r>
      <w:r>
        <w:br/>
      </w:r>
      <w:r>
        <w:rPr>
          <w:sz w:val="20"/>
        </w:rPr>
        <w:t>55:57  to aap kabhi mat samjhiye, understatement mat kijiye apne da'oti kaam ko ke main kam kar saka</w:t>
      </w:r>
      <w:r>
        <w:br/>
      </w:r>
      <w:r>
        <w:rPr>
          <w:sz w:val="20"/>
        </w:rPr>
        <w:t>56:05  hoon.</w:t>
      </w:r>
      <w:r>
        <w:br/>
      </w:r>
      <w:r>
        <w:rPr>
          <w:sz w:val="20"/>
        </w:rPr>
        <w:t>56:06  aap ka jo spiritual content hai is kaam ka, woh is kaam ko itna bara bana deta hai</w:t>
      </w:r>
      <w:r>
        <w:br/>
      </w:r>
      <w:r>
        <w:rPr>
          <w:sz w:val="20"/>
        </w:rPr>
        <w:t>56:14  ke is se bohat zyada, ab woh is ka woh hissa aakhirat mein numayan hoga inshallah.</w:t>
      </w:r>
      <w:r>
        <w:br/>
      </w:r>
      <w:r>
        <w:rPr>
          <w:sz w:val="20"/>
        </w:rPr>
        <w:t>56:21  hamare liye yeh bhi ahad al hasanain ki baat hai, hamein kisi haal mein apne ko miffed nahi hona</w:t>
      </w:r>
      <w:r>
        <w:br/>
      </w:r>
      <w:r>
        <w:rPr>
          <w:sz w:val="20"/>
        </w:rPr>
        <w:t>56:28  chahiye.</w:t>
      </w:r>
      <w:r>
        <w:br/>
      </w:r>
      <w:r>
        <w:rPr>
          <w:sz w:val="20"/>
        </w:rPr>
        <w:t>56:30  maulana yeh sawal aaya hai pennsylvania usa se khwaja kaleemuddin sahib ka, unhon ne likha</w:t>
      </w:r>
      <w:r>
        <w:br/>
      </w:r>
      <w:r>
        <w:rPr>
          <w:sz w:val="20"/>
        </w:rPr>
        <w:t>56:38  ہے: "I have come across one Hadith in which the Prophet of Islam says: One of the things</w:t>
      </w:r>
      <w:r>
        <w:br/>
      </w:r>
      <w:r>
        <w:rPr>
          <w:sz w:val="20"/>
        </w:rPr>
        <w:t>56:45  "I am afraid of most is the misleading leaders of Muslim Ummah." Maulana Sahib, kindly explain this.</w:t>
      </w:r>
      <w:r>
        <w:br/>
      </w:r>
      <w:r>
        <w:rPr>
          <w:sz w:val="20"/>
        </w:rPr>
        <w:t>56:53  implication of this hadith.</w:t>
      </w:r>
      <w:r>
        <w:br/>
      </w:r>
      <w:r>
        <w:rPr>
          <w:sz w:val="20"/>
        </w:rPr>
        <w:t>56:55  dekhiye ilm ke do hisse hain, ek woh jis ko hum physical sciences kehte hain ya exact sciences</w:t>
      </w:r>
      <w:r>
        <w:br/>
      </w:r>
      <w:r>
        <w:rPr>
          <w:sz w:val="20"/>
        </w:rPr>
        <w:t>57:03  kehte hain, doosra woh jis ko hum humanities kehte hain.</w:t>
      </w:r>
      <w:r>
        <w:br/>
      </w:r>
      <w:r>
        <w:rPr>
          <w:sz w:val="20"/>
        </w:rPr>
        <w:t>57:07  to physical science mein saari baat metrics par base karti hai, to wahan ghalat interpretation ke chance nahi</w:t>
      </w:r>
      <w:r>
        <w:br/>
      </w:r>
      <w:r>
        <w:rPr>
          <w:sz w:val="20"/>
        </w:rPr>
        <w:t>57:15  hain.</w:t>
      </w:r>
      <w:r>
        <w:br/>
      </w:r>
      <w:r>
        <w:rPr>
          <w:sz w:val="20"/>
        </w:rPr>
        <w:t>57:16  kyunke do aur do chaar hi hoga, do aur do na paanch hoga na teen hoga.</w:t>
      </w:r>
      <w:r>
        <w:br/>
      </w:r>
      <w:r>
        <w:rPr>
          <w:sz w:val="20"/>
        </w:rPr>
        <w:t>57:23  lekin humanities mein hamesha gunjaish rehti hai interpretation ki.</w:t>
      </w:r>
      <w:r>
        <w:br/>
      </w:r>
      <w:r>
        <w:rPr>
          <w:sz w:val="20"/>
        </w:rPr>
        <w:t>57:27  to in seen se log jo Allah se na darte hon, woh kya karte hain? wahi log hain</w:t>
      </w:r>
      <w:r>
        <w:br/>
      </w:r>
      <w:r>
        <w:rPr>
          <w:sz w:val="20"/>
        </w:rPr>
        <w:t>57:34  jo is ka shikar hote hain.</w:t>
      </w:r>
      <w:r>
        <w:br/>
      </w:r>
      <w:r>
        <w:rPr>
          <w:sz w:val="20"/>
        </w:rPr>
        <w:t>57:37  jab aap Allah se na darenge, aap accountability ka jazba na hoga, aap ko yeh ehsaas na</w:t>
      </w:r>
      <w:r>
        <w:br/>
      </w:r>
      <w:r>
        <w:rPr>
          <w:sz w:val="20"/>
        </w:rPr>
        <w:t>57:45  hoga ke mera bola hua lafz, meri likhi hui tehreer, sab aakhirat mein pesh hogi mere saamne, aur</w:t>
      </w:r>
      <w:r>
        <w:br/>
      </w:r>
      <w:r>
        <w:rPr>
          <w:sz w:val="20"/>
        </w:rPr>
        <w:t>57:52  wahan mujhe apne ko justify karna padega.</w:t>
      </w:r>
      <w:r>
        <w:br/>
      </w:r>
      <w:r>
        <w:rPr>
          <w:sz w:val="20"/>
        </w:rPr>
        <w:t>57:56  yeh ehsaas na ho to aap kuch bhi hote hain nikaal lenge.</w:t>
      </w:r>
      <w:r>
        <w:br/>
      </w:r>
      <w:r>
        <w:rPr>
          <w:sz w:val="20"/>
        </w:rPr>
        <w:t>58:01  to duniya mein aise log hamesha kam hote hain jo Allah se bohat darne wale hon, jo bohat</w:t>
      </w:r>
      <w:r>
        <w:br/>
      </w:r>
      <w:r>
        <w:rPr>
          <w:sz w:val="20"/>
        </w:rPr>
        <w:t>58:09  zyada aakhirat ka un ko khauf ho.</w:t>
      </w:r>
      <w:r>
        <w:br/>
      </w:r>
      <w:r>
        <w:rPr>
          <w:sz w:val="20"/>
        </w:rPr>
        <w:t>58:12  zyadatar log aise isi hote hain jo in seen se rakhte hain.</w:t>
      </w:r>
      <w:r>
        <w:br/>
      </w:r>
      <w:r>
        <w:rPr>
          <w:sz w:val="20"/>
        </w:rPr>
        <w:t>58:18  to wahi log hain jo Quran ka hadith ka mis interpretation karte hain, ghalat matlab nikaalte hain.</w:t>
      </w:r>
      <w:r>
        <w:br/>
      </w:r>
      <w:r>
        <w:rPr>
          <w:sz w:val="20"/>
        </w:rPr>
        <w:t>58:25  yeh pehle bhi the, aaj bhi hain.</w:t>
      </w:r>
      <w:r>
        <w:br/>
      </w:r>
      <w:r>
        <w:rPr>
          <w:sz w:val="20"/>
        </w:rPr>
        <w:t>58:28  rasool Allah ke zamane mein bhi thay, aaj bhi hain aur hamesha rahen ge.</w:t>
      </w:r>
      <w:r>
        <w:br/>
      </w:r>
      <w:r>
        <w:rPr>
          <w:sz w:val="20"/>
        </w:rPr>
        <w:t>58:34  to ek to logon ko bachna chahiye ke koi bhi kuch keh de ga to use maan lein.</w:t>
      </w:r>
      <w:r>
        <w:br/>
      </w:r>
      <w:r>
        <w:rPr>
          <w:sz w:val="20"/>
        </w:rPr>
        <w:t>58:42  aisa nahi hai.</w:t>
      </w:r>
      <w:r>
        <w:br/>
      </w:r>
      <w:r>
        <w:rPr>
          <w:sz w:val="20"/>
        </w:rPr>
        <w:t>58:43  kuch bhi is ulti seedhi baat sochi, is kitaab likh di, chhaap di, aap is ko parh rahe</w:t>
      </w:r>
      <w:r>
        <w:br/>
      </w:r>
      <w:r>
        <w:rPr>
          <w:sz w:val="20"/>
        </w:rPr>
        <w:t>58:51  hain, aap is ka asar le rahe hain.</w:t>
      </w:r>
      <w:r>
        <w:br/>
      </w:r>
      <w:r>
        <w:rPr>
          <w:sz w:val="20"/>
        </w:rPr>
        <w:t>58:54  to ek warning hai is mein un logon ke liye jo aisi cheezon ko parhte hain.</w:t>
      </w:r>
      <w:r>
        <w:br/>
      </w:r>
      <w:r>
        <w:rPr>
          <w:sz w:val="20"/>
        </w:rPr>
        <w:t>59:01  aur warning doosri hai ke likhne walon ko ke deen ke maamle mein tum aisa kayi nahi karte.</w:t>
      </w:r>
      <w:r>
        <w:br/>
      </w:r>
      <w:r>
        <w:rPr>
          <w:sz w:val="20"/>
        </w:rPr>
        <w:t>59:09  tum deen ke maamle mein tum ko aisa nahi karna chahiye ke bas ek khayal dimagh mein renga</w:t>
      </w:r>
      <w:r>
        <w:br/>
      </w:r>
      <w:r>
        <w:rPr>
          <w:sz w:val="20"/>
        </w:rPr>
        <w:t>59:17  aur aap ne kitaab likh dali.</w:t>
      </w:r>
      <w:r>
        <w:br/>
      </w:r>
      <w:r>
        <w:rPr>
          <w:sz w:val="20"/>
        </w:rPr>
        <w:t>59:19  bohat ziyada chhaan been, bohat ziyada tehqeeq, duaen, aur yani ek poora marhala guzarta hai aadmi ke upar,</w:t>
      </w:r>
      <w:r>
        <w:br/>
      </w:r>
      <w:r>
        <w:rPr>
          <w:sz w:val="20"/>
        </w:rPr>
        <w:t>59:27  tab is ko kitaab likhna chahiye.</w:t>
      </w:r>
      <w:r>
        <w:br/>
      </w:r>
      <w:r>
        <w:rPr>
          <w:sz w:val="20"/>
        </w:rPr>
        <w:t>59:30  dua ka, ibadat ka, tehqeeq ka, mutale'e ka.</w:t>
      </w:r>
      <w:r>
        <w:br/>
      </w:r>
      <w:r>
        <w:rPr>
          <w:sz w:val="20"/>
        </w:rPr>
        <w:t>59:33  to is hadith mein jo baat kahi gayi hai, woh do tarafah hai.</w:t>
      </w:r>
      <w:r>
        <w:br/>
      </w:r>
      <w:r>
        <w:rPr>
          <w:sz w:val="20"/>
        </w:rPr>
        <w:t>59:39  yani jo parhte hain aisi kitabon ko, un par bhi kaha gaya hai ke tum Allah ke haan</w:t>
      </w:r>
      <w:r>
        <w:br/>
      </w:r>
      <w:r>
        <w:rPr>
          <w:sz w:val="20"/>
        </w:rPr>
        <w:t>59:46  bach nahi sakte ga ke kitaab mein parha tha, woh aise likha hua tha.</w:t>
      </w:r>
      <w:r>
        <w:br/>
      </w:r>
      <w:r>
        <w:rPr>
          <w:sz w:val="20"/>
        </w:rPr>
        <w:t>59:52  tumhein maana hai ke tum ne koi maan kyun liya? yeh poocha jae ga.</w:t>
      </w:r>
      <w:r>
        <w:br/>
      </w:r>
      <w:r>
        <w:rPr>
          <w:sz w:val="20"/>
        </w:rPr>
        <w:t>59:58  aur jo likhne wala hai, use kaha jae ga ke tum ne yani haq kyun nahi ada kiya</w:t>
      </w:r>
      <w:r>
        <w:br/>
      </w:r>
      <w:r>
        <w:rPr>
          <w:sz w:val="20"/>
        </w:rPr>
        <w:t>1:00:06  tehqeeq ka? kaise kitaab likh dali? to dono ke liye warning hai, aur dono ke liye aakhirat mein</w:t>
      </w:r>
      <w:r>
        <w:br/>
      </w:r>
      <w:r>
        <w:rPr>
          <w:sz w:val="20"/>
        </w:rPr>
        <w:t>1:00:14  pakar hogi.</w:t>
      </w:r>
    </w:p>
    <w:p>
      <w:pPr>
        <w:pStyle w:val="Heading2"/>
      </w:pPr>
      <w:r>
        <w:t>NASA prediction of world ending in 2012</w:t>
      </w:r>
    </w:p>
    <w:p>
      <w:r>
        <w:rPr>
          <w:color w:val="666666"/>
          <w:sz w:val="18"/>
        </w:rPr>
        <w:t>Other · Importance of Peace December 16, 2012 · 1m 28s · at 1:13:33 · https://youtu.be/nymyorYyEz4?t=4413</w:t>
      </w:r>
    </w:p>
    <w:p>
      <w:r>
        <w:rPr>
          <w:i/>
        </w:rPr>
        <w:t>“My question is about the NASA prediction: will the world end on 21 December 2012 because the winter solstice is aligned with the Milky Way and because of the end of the Mayan calendar? Is there any prediction in the Quran or Hadith?”</w:t>
      </w:r>
    </w:p>
    <w:p>
      <w:r>
        <w:rPr>
          <w:sz w:val="20"/>
        </w:rPr>
        <w:t>1:13:33  maulana, agla sawal kashmir se hai shafi ahmed dar sahab ka. unhon ne likha hai: "maulana sahab, my question is about nasa prediction: will the world end on 21 december 2012 because the winter solstice is aligned with the milky way or because of the end of the mayan calendar?"</w:t>
      </w:r>
      <w:r>
        <w:br/>
      </w:r>
      <w:r>
        <w:rPr>
          <w:sz w:val="20"/>
        </w:rPr>
        <w:t>1:13:58  is there any prediction in quran or hadith</w:t>
      </w:r>
      <w:r>
        <w:br/>
      </w:r>
      <w:r>
        <w:rPr>
          <w:sz w:val="20"/>
        </w:rPr>
        <w:t>1:14:02  ?" nahi, dekhein, yeh koi bhi shakhs is position mein nahi hai ke woh specific taur par date bata de ya year bata de.</w:t>
      </w:r>
      <w:r>
        <w:br/>
      </w:r>
      <w:r>
        <w:rPr>
          <w:sz w:val="20"/>
        </w:rPr>
        <w:t>1:14:14  quran mein dekhein, bohat saaf taur par hai ke "la tu'tikum illa ba'tah", yani qayamat achaanak hi aa jayegi.</w:t>
      </w:r>
      <w:r>
        <w:br/>
      </w:r>
      <w:r>
        <w:rPr>
          <w:sz w:val="20"/>
        </w:rPr>
        <w:t>1:14:23  achaanak rasool allah ko bhi khabar nahi thi, sahaba ko khabar nahi thi. to koi aadmi jo date fix kare, woh woh main ne dekha ke galat karta hai.</w:t>
      </w:r>
      <w:r>
        <w:br/>
      </w:r>
      <w:r>
        <w:rPr>
          <w:sz w:val="20"/>
        </w:rPr>
        <w:t>1:14:34  kisi ko haq nahi koi date fix fix karne ka. jis tarah aap ab jo earthquake aate hain, koi is ki date fix nahi kar sakta hai.</w:t>
      </w:r>
      <w:r>
        <w:br/>
      </w:r>
      <w:r>
        <w:rPr>
          <w:sz w:val="20"/>
        </w:rPr>
        <w:t>1:14:43  koi bhi nahi kar sakta date fix. aisi qayamat ki koi date fix nahi kar sakta hai. "la tu'tikum illa ba'tah", qayamat achaanak aayegi.</w:t>
      </w:r>
      <w:r>
        <w:br/>
      </w:r>
      <w:r>
        <w:rPr>
          <w:sz w:val="20"/>
        </w:rPr>
        <w:t>1:14:52  sirf allah ke ilm mein hai ke kab aayegi. woh farishton ko bhi nahi maloom. allah jab hukum dega to farishte active ho jayenge.</w:t>
      </w:r>
    </w:p>
    <w:p>
      <w:pPr>
        <w:pStyle w:val="Heading2"/>
      </w:pPr>
      <w:r>
        <w:t>Newlywed visit and question</w:t>
      </w:r>
    </w:p>
    <w:p>
      <w:r>
        <w:rPr>
          <w:color w:val="666666"/>
          <w:sz w:val="18"/>
        </w:rPr>
        <w:t>Other · Problem and Shukr March 15, 2015 · 2m 44s · at 52:14 · https://youtu.be/O4gfXHtntcc?t=3134</w:t>
      </w:r>
    </w:p>
    <w:p>
      <w:r>
        <w:rPr>
          <w:i/>
        </w:rPr>
        <w:t>“I am Dr. Hena's cousin and visiting her from Wales with my newlywed wife. She invited...”</w:t>
      </w:r>
    </w:p>
    <w:p>
      <w:r>
        <w:rPr>
          <w:sz w:val="20"/>
        </w:rPr>
        <w:t>52:14  koi bahar se aadmi ko aap ko koi technique nahi bata sakta maulana agla sawal kya hai</w:t>
      </w:r>
      <w:r>
        <w:br/>
      </w:r>
      <w:r>
        <w:rPr>
          <w:sz w:val="20"/>
        </w:rPr>
        <w:t>52:22  shaan sahab ne london se aur unhon ne likha hai</w:t>
      </w:r>
      <w:r>
        <w:br/>
      </w:r>
      <w:r>
        <w:rPr>
          <w:sz w:val="20"/>
        </w:rPr>
        <w:t>52:29  maulana i am doctor heena's cousin and visiting her from wales with my newly wed wife she invited</w:t>
      </w:r>
      <w:r>
        <w:br/>
      </w:r>
      <w:r>
        <w:rPr>
          <w:sz w:val="20"/>
        </w:rPr>
        <w:t>52:36  us this morning to listen to you and mashallah i liked it so much may allah reward you</w:t>
      </w:r>
      <w:r>
        <w:br/>
      </w:r>
      <w:r>
        <w:rPr>
          <w:sz w:val="20"/>
        </w:rPr>
        <w:t>52:45  maulana i have question i want to know what if we have problem or complaint not from human</w:t>
      </w:r>
      <w:r>
        <w:br/>
      </w:r>
      <w:r>
        <w:rPr>
          <w:sz w:val="20"/>
        </w:rPr>
        <w:t>52:53  but from system or group which is doing wrong and affecting nation</w:t>
      </w:r>
      <w:r>
        <w:br/>
      </w:r>
      <w:r>
        <w:rPr>
          <w:sz w:val="20"/>
        </w:rPr>
        <w:t>53:00  what is your advice on that</w:t>
      </w:r>
      <w:r>
        <w:br/>
      </w:r>
      <w:r>
        <w:rPr>
          <w:sz w:val="20"/>
        </w:rPr>
        <w:t>53:02  dekhiye yeh to aap ne sirf lafz badal diya system kaun banata hai insan banata hai woh bhi</w:t>
      </w:r>
      <w:r>
        <w:br/>
      </w:r>
      <w:r>
        <w:rPr>
          <w:sz w:val="20"/>
        </w:rPr>
        <w:t>53:09  insan ke khilaaf shikayat hai</w:t>
      </w:r>
      <w:r>
        <w:br/>
      </w:r>
      <w:r>
        <w:rPr>
          <w:sz w:val="20"/>
        </w:rPr>
        <w:t>53:12  system banane wala kaun hai</w:t>
      </w:r>
      <w:r>
        <w:br/>
      </w:r>
      <w:r>
        <w:rPr>
          <w:sz w:val="20"/>
        </w:rPr>
        <w:t>53:16  to system mein wohi cheezein aayengi jo insan ke andar hain</w:t>
      </w:r>
      <w:r>
        <w:br/>
      </w:r>
      <w:r>
        <w:rPr>
          <w:sz w:val="20"/>
        </w:rPr>
        <w:t>53:22  system jo hai insan ka yani extended form hai</w:t>
      </w:r>
      <w:r>
        <w:br/>
      </w:r>
      <w:r>
        <w:rPr>
          <w:sz w:val="20"/>
        </w:rPr>
        <w:t>53:28  system alag se koi cheez hai nahi to system ke khilaaf aap bolenge to phir insan ke</w:t>
      </w:r>
      <w:r>
        <w:br/>
      </w:r>
      <w:r>
        <w:rPr>
          <w:sz w:val="20"/>
        </w:rPr>
        <w:t>53:33  upar jayegi woh aur yeh bhi samajh lein ke kabhi bhi is duniya mein koi system ideal</w:t>
      </w:r>
      <w:r>
        <w:br/>
      </w:r>
      <w:r>
        <w:rPr>
          <w:sz w:val="20"/>
        </w:rPr>
        <w:t>53:38  nahi ho sakta impossible hai hatta ke jo islam ka jo golden period hai wahan bhi yeh bas</w:t>
      </w:r>
      <w:r>
        <w:br/>
      </w:r>
      <w:r>
        <w:rPr>
          <w:sz w:val="20"/>
        </w:rPr>
        <w:t>53:45  wajah ke wahan system jo tha bilkul ideal tha aisa nahi tha misaal ke taur par dekhiye ek</w:t>
      </w:r>
      <w:r>
        <w:br/>
      </w:r>
      <w:r>
        <w:rPr>
          <w:sz w:val="20"/>
        </w:rPr>
        <w:t>53:51  sahabi madine mein rasool Allah ke paas aata hai woh munh dar munh kehta hai ke wallah maadalta</w:t>
      </w:r>
      <w:r>
        <w:br/>
      </w:r>
      <w:r>
        <w:rPr>
          <w:sz w:val="20"/>
        </w:rPr>
        <w:t>54:00  Khuda ki qasam aap ne justice nahi kiya</w:t>
      </w:r>
      <w:r>
        <w:br/>
      </w:r>
      <w:r>
        <w:rPr>
          <w:sz w:val="20"/>
        </w:rPr>
        <w:t>54:04  to very that ideal system</w:t>
      </w:r>
      <w:r>
        <w:br/>
      </w:r>
      <w:r>
        <w:rPr>
          <w:sz w:val="20"/>
        </w:rPr>
        <w:t>54:07  to system par jo log bolte hain woh creation plan ke khilaaf bolte hain</w:t>
      </w:r>
      <w:r>
        <w:br/>
      </w:r>
      <w:r>
        <w:rPr>
          <w:sz w:val="20"/>
        </w:rPr>
        <w:t>54:15  jo Allah ka jo creation plan hai uske mutabiq jab duniya mein ideal system ban nahi sakta</w:t>
      </w:r>
      <w:r>
        <w:br/>
      </w:r>
      <w:r>
        <w:rPr>
          <w:sz w:val="20"/>
        </w:rPr>
        <w:t>54:20  ideal government government ban nahi sakti to aap ko wahan kya karna hai usko manage karna hai</w:t>
      </w:r>
      <w:r>
        <w:br/>
      </w:r>
      <w:r>
        <w:rPr>
          <w:sz w:val="20"/>
        </w:rPr>
        <w:t>54:27  jo problem aata hai usko manage kijiye shikayat karna usko todna uske khilaaf us ka</w:t>
      </w:r>
      <w:r>
        <w:br/>
      </w:r>
      <w:r>
        <w:rPr>
          <w:sz w:val="20"/>
        </w:rPr>
        <w:t>54:33  oppose karna hungama karna kuch bhi nahi hone wala uski misaal dekhiye aap Egypt mein Egypt mein</w:t>
      </w:r>
      <w:r>
        <w:br/>
      </w:r>
      <w:r>
        <w:rPr>
          <w:sz w:val="20"/>
        </w:rPr>
        <w:t>54:41  60 baras se system ke khilaaf lad rahe hain log aaj tak kuch bhi nahi hua kai naslein</w:t>
      </w:r>
      <w:r>
        <w:br/>
      </w:r>
      <w:r>
        <w:rPr>
          <w:sz w:val="20"/>
        </w:rPr>
        <w:t>54:46  khatm ho gayin aur tabahi tabahi hai</w:t>
      </w:r>
      <w:r>
        <w:br/>
      </w:r>
      <w:r>
        <w:rPr>
          <w:sz w:val="20"/>
        </w:rPr>
        <w:t>54:51  to system jo hai woh khud yani woh human phenomena hai insan se alag koi cheez nahi hai</w:t>
      </w:r>
    </w:p>
    <w:p>
      <w:pPr>
        <w:pStyle w:val="Heading2"/>
      </w:pPr>
      <w:r>
        <w:t>Opinion on Dr. Tahir-ul-Qadri's views</w:t>
      </w:r>
    </w:p>
    <w:p>
      <w:r>
        <w:rPr>
          <w:color w:val="666666"/>
          <w:sz w:val="18"/>
        </w:rPr>
        <w:t>Other · Man and the Laws of Nature April 1, 2012 · 1m 32s · at 1:32:49 · https://youtu.be/coIrwYQgb6Y?t=5569</w:t>
      </w:r>
    </w:p>
    <w:p>
      <w:r>
        <w:rPr>
          <w:i/>
        </w:rPr>
        <w:t>“Maulana, recently Dr. Tahir-ul-Qadri came to India. He also rejected all kinds of terrorism. What is your opinion about him?”</w:t>
      </w:r>
    </w:p>
    <w:p>
      <w:r>
        <w:rPr>
          <w:sz w:val="20"/>
        </w:rPr>
        <w:t>1:32:49  maulana, agla sawal mister arif jilani ka hai. kashmir se. unhon ne likha hai: "maulana sahib, haal hi mein doctor tahir ul qadri india mein aaye thay.</w:t>
      </w:r>
      <w:r>
        <w:br/>
      </w:r>
      <w:r>
        <w:rPr>
          <w:sz w:val="20"/>
        </w:rPr>
        <w:t>1:33:01  unhon ne bhi har qism ki dahshat gardi ko radd kar diya.</w:t>
      </w:r>
      <w:r>
        <w:br/>
      </w:r>
      <w:r>
        <w:rPr>
          <w:sz w:val="20"/>
        </w:rPr>
        <w:t>1:33:05  aap un ke mutaliq kya rai rakhte hain?" nahi, dekhen, main kisi sakht wale ko raha nahi. baqi main janta hoon ke duniya mein mere siwa koi bhi nahi hai jo sahi mani radd kare.</w:t>
      </w:r>
      <w:r>
        <w:br/>
      </w:r>
      <w:r>
        <w:rPr>
          <w:sz w:val="20"/>
        </w:rPr>
        <w:t>1:33:17  wo log radd karte hain aisa ke us ko us mein phir bhi justification baqi rakhte hain. wo jitne doosre log mujhe maloom hain, baqi mein kisi fard ko le kar nahi kuch keh sakta.</w:t>
      </w:r>
      <w:r>
        <w:br/>
      </w:r>
      <w:r>
        <w:rPr>
          <w:sz w:val="20"/>
        </w:rPr>
        <w:t>1:33:28  lekin jahan tak maine parha hai aur suna hai, log musalmanon ko bachate hue dahshat gardi ki taraf tardeed karte hain. musalmanon ko seedhe se condemn nahi karte.</w:t>
      </w:r>
      <w:r>
        <w:br/>
      </w:r>
      <w:r>
        <w:rPr>
          <w:sz w:val="20"/>
        </w:rPr>
        <w:t>1:33:39  kyun ke musalmanon par to un ki un ki sari industry chal rahi hai. har aadmi ek industry chala chalai hui hai. Islamic industry.</w:t>
      </w:r>
      <w:r>
        <w:br/>
      </w:r>
      <w:r>
        <w:rPr>
          <w:sz w:val="20"/>
        </w:rPr>
        <w:t>1:33:49  apni Islamic industry ke liye is ke paas jo jo customers hain, wahi musalman hain. to musalmanon ko seedhe se koi condemn nahi karta.</w:t>
      </w:r>
      <w:r>
        <w:br/>
      </w:r>
      <w:r>
        <w:rPr>
          <w:sz w:val="20"/>
        </w:rPr>
        <w:t>1:33:58  mujhe nahi maloom koi condemn karta hai. agar karta ho to achi baat hai, lekin main nahi janta. kisi shakhs par main kuch bhi nahi kahunga. lekin log jo condemn karte hain, aisa condemn karte hain ke phir bhi musalmanon ko rooh mila rehta hai apne is ke liye.</w:t>
      </w:r>
      <w:r>
        <w:br/>
      </w:r>
      <w:r>
        <w:rPr>
          <w:sz w:val="20"/>
        </w:rPr>
        <w:t>1:34:14  seedhe se condemn karna ka jo tareeqa hai, wo nahi karte log. mera apne tajurba yahi hai.</w:t>
      </w:r>
    </w:p>
    <w:p>
      <w:pPr>
        <w:pStyle w:val="Heading2"/>
      </w:pPr>
      <w:r>
        <w:t>Overcoming self-doubt for intellectual development</w:t>
      </w:r>
    </w:p>
    <w:p>
      <w:r>
        <w:rPr>
          <w:color w:val="666666"/>
          <w:sz w:val="18"/>
        </w:rPr>
        <w:t>Other · Discovery of Paradise March 22, 2015 · 2m 25s · at 55:40 · https://youtu.be/2axrfd7sZkE?t=3340</w:t>
      </w:r>
    </w:p>
    <w:p>
      <w:r>
        <w:rPr>
          <w:i/>
        </w:rPr>
        <w:t>“Maulana, you said in today's talk that the biggest thing is intellectual development, which is so very true. But Maulana, many people have self-doubt, which is a hindrance to their intellectual development. How can they come out from this negative feeling of self-doubt? Please give your guidance.”</w:t>
      </w:r>
    </w:p>
    <w:p>
      <w:r>
        <w:rPr>
          <w:sz w:val="20"/>
        </w:rPr>
        <w:t>55:40  maulana, agla sawal mumbai se kya hai rashid sahib ne, aur unhon ne likha hai ke: "maulana, you said in today talk that the biggest thing is intellectual development, which is so very true,</w:t>
      </w:r>
      <w:r>
        <w:br/>
      </w:r>
      <w:r>
        <w:rPr>
          <w:sz w:val="20"/>
        </w:rPr>
        <w:t>55:56  but maulana, many people have self doubt, which is a hindrance to their intellectual development. how can they come out from this negative feeling of self doubt?</w:t>
      </w:r>
      <w:r>
        <w:br/>
      </w:r>
      <w:r>
        <w:rPr>
          <w:sz w:val="20"/>
        </w:rPr>
        <w:t>56:07  please give your guidance.</w:t>
      </w:r>
      <w:r>
        <w:br/>
      </w:r>
      <w:r>
        <w:rPr>
          <w:sz w:val="20"/>
        </w:rPr>
        <w:t>56:10  "dekhein, self doubt ka jo term use kiya hai unhon ne, woh mujhe bohat clear nahi lagta. shayad unka matlab yeh ho ke confidence ki kami.</w:t>
      </w:r>
      <w:r>
        <w:br/>
      </w:r>
      <w:r>
        <w:rPr>
          <w:sz w:val="20"/>
        </w:rPr>
        <w:t>56:23  shayad to dekhein, confidence ki kami jo hai, woh to aap ke liye bohat achi cheez hai ke aur ziyada aap ke andar seekhne ki spirit paida hoti hai.</w:t>
      </w:r>
      <w:r>
        <w:br/>
      </w:r>
      <w:r>
        <w:rPr>
          <w:sz w:val="20"/>
        </w:rPr>
        <w:t>56:36  agar hamare andar chunache dekhein, jo log arrogant hote hain, un mein seekhne ki spirit nahi hoti. jo arrogant hote hain, woh samajhte hain hum ne to pa liya, hum ko kya paana hai?</w:t>
      </w:r>
      <w:r>
        <w:br/>
      </w:r>
      <w:r>
        <w:rPr>
          <w:sz w:val="20"/>
        </w:rPr>
        <w:t>56:48  lekin jinke andar modesty hoti hai, ya jis ko yeh keh rahe hain self doubt, to un ke andar ek seekhne ki spirit paida hot</w:t>
      </w:r>
      <w:r>
        <w:br/>
      </w:r>
      <w:r>
        <w:rPr>
          <w:sz w:val="20"/>
        </w:rPr>
        <w:t>56:58  i hai. mujhe aur jaanna hai, jo mein abhi jaana nahi hai. maine to mein to samajhta hoon ke yeh positive sign hai. yeh theek kiya khayal hai aap ka?</w:t>
      </w:r>
      <w:r>
        <w:br/>
      </w:r>
      <w:r>
        <w:rPr>
          <w:sz w:val="20"/>
        </w:rPr>
        <w:t>57:08  ji maulana, ji sahi hai. maulana, positive sign hai. ji</w:t>
      </w:r>
      <w:r>
        <w:br/>
      </w:r>
      <w:r>
        <w:rPr>
          <w:sz w:val="20"/>
        </w:rPr>
        <w:t>57:15  chalein, self doubt se aap ke andar self thinking aur badhegi, ghategi nahi, ghategi nahi.</w:t>
      </w:r>
      <w:r>
        <w:br/>
      </w:r>
      <w:r>
        <w:rPr>
          <w:sz w:val="20"/>
        </w:rPr>
        <w:t>57:25  jaise maine apna qissa bataya tha aap ko is se pehle ke mein bohat pehle jab mein ek seeker ke roop mein tha, to ek din achanak mere zuban se yeh nikla ke khuda wand to kab aayega?</w:t>
      </w:r>
      <w:r>
        <w:br/>
      </w:r>
      <w:r>
        <w:rPr>
          <w:sz w:val="20"/>
        </w:rPr>
        <w:t>57:42  mein kab tak tere aane ka intezar karoon? yeh cheez meri seekhne ki spirit ko badhane wali ban gayi.</w:t>
      </w:r>
      <w:r>
        <w:br/>
      </w:r>
      <w:r>
        <w:rPr>
          <w:sz w:val="20"/>
        </w:rPr>
        <w:t>57:50  to jis cheez ko woh self doubt keh rahe hain, mein samajhta hoon ke woh goods, woh acha sign hai, woh aur woh seekhne ki spirit ko badhane wala hai. bashart ke aadmi sincere ho.</w:t>
      </w:r>
    </w:p>
    <w:p>
      <w:pPr>
        <w:pStyle w:val="Heading2"/>
      </w:pPr>
      <w:r>
        <w:t>Permissibility of Medical Insurance and Claims</w:t>
      </w:r>
    </w:p>
    <w:p>
      <w:r>
        <w:rPr>
          <w:color w:val="666666"/>
          <w:sz w:val="18"/>
        </w:rPr>
        <w:t>Other · Understanding the Quran April 7, 2019 · 1m 47s · at 44:35 · https://youtu.be/m_Om5MtQJz4?t=2675</w:t>
      </w:r>
    </w:p>
    <w:p>
      <w:r>
        <w:rPr>
          <w:i/>
        </w:rPr>
        <w:t>“Moulana, are medical insurance and medical claims permissible in Islam? The cost of health care has gone up several times, so if we do not have insurance, it is very difficult to afford.”</w:t>
      </w:r>
    </w:p>
    <w:p>
      <w:r>
        <w:rPr>
          <w:sz w:val="20"/>
        </w:rPr>
        <w:t>44:35  jazak allah." mashallah. maulana, agla sawal dilli se bheja hai doctor shuaib zaid sahab ne.</w:t>
      </w:r>
      <w:r>
        <w:br/>
      </w:r>
      <w:r>
        <w:rPr>
          <w:sz w:val="20"/>
        </w:rPr>
        <w:t>44:45  unhone likha hai: "maulana, is medical insurance aur medical claim permissible in islam? cost of health care has gone up several folds.</w:t>
      </w:r>
      <w:r>
        <w:br/>
      </w:r>
      <w:r>
        <w:rPr>
          <w:sz w:val="20"/>
        </w:rPr>
        <w:t>44:57  so if we do not have insurance, it is very difficult to afford.</w:t>
      </w:r>
      <w:r>
        <w:br/>
      </w:r>
      <w:r>
        <w:rPr>
          <w:sz w:val="20"/>
        </w:rPr>
        <w:t>45:03  what is your advice to all?" bilkul jaiz hai, yeh sab koi masla hi nahi hai. is ko jaiz najiaz ka masla banana hi galat hai.</w:t>
      </w:r>
      <w:r>
        <w:br/>
      </w:r>
      <w:r>
        <w:rPr>
          <w:sz w:val="20"/>
        </w:rPr>
        <w:t>45:13  yeh to jaiz hai, yeh to najiaz ki koi baat hi nahi. jo cheez dekhiye, insan ke liye mufeed hai, woh jaiz hai. asal criteria yeh hai ke woh insan ke liye mufeed ho.</w:t>
      </w:r>
      <w:r>
        <w:br/>
      </w:r>
      <w:r>
        <w:rPr>
          <w:sz w:val="20"/>
        </w:rPr>
        <w:t>45:29  baqi yeh koi fatwe ki baat hai hi nahi, yeh ek tajrube ki baat hai, janne ki baat hai. agar aap jana hai aap ne apni study se ke is mein insan ke liye faida hai, to phir zahir hai jaiz hai.</w:t>
      </w:r>
      <w:r>
        <w:br/>
      </w:r>
      <w:r>
        <w:rPr>
          <w:sz w:val="20"/>
        </w:rPr>
        <w:t>45:42  woh</w:t>
      </w:r>
      <w:r>
        <w:br/>
      </w:r>
      <w:r>
        <w:rPr>
          <w:sz w:val="20"/>
        </w:rPr>
        <w:t>45:50  maulana, agla comment umm ashad sahiba ne chennai se bheja hai. unhone likha hai: "maulana, you are a creative person who gives wisdom to people all over the world.</w:t>
      </w:r>
      <w:r>
        <w:br/>
      </w:r>
      <w:r>
        <w:rPr>
          <w:sz w:val="20"/>
        </w:rPr>
        <w:t>46:02  for example, aaj aap ne hazrat ibrahim aur allah ke nabi ne kaise apne apne daur mein dawat ko avail kiya bataya, aur aap hi wahid aalim hain jo age of communication mein dawat aur quran ko kaise rediscover aur re-planning karen batate hain.</w:t>
      </w:r>
    </w:p>
    <w:p>
      <w:pPr>
        <w:pStyle w:val="Heading2"/>
      </w:pPr>
      <w:r>
        <w:t>Punishment for rape in Islam</w:t>
      </w:r>
    </w:p>
    <w:p>
      <w:r>
        <w:rPr>
          <w:color w:val="666666"/>
          <w:sz w:val="18"/>
        </w:rPr>
        <w:t>Other · From The Spiritual Tree September 8, 2013 · 1m 30s · at 58:40 · https://youtu.be/Vv6vf2N8YQA?t=3520</w:t>
      </w:r>
    </w:p>
    <w:p>
      <w:r>
        <w:rPr>
          <w:i/>
        </w:rPr>
        <w:t>“What is the punishment for rape according to Islam?”</w:t>
      </w:r>
    </w:p>
    <w:p>
      <w:r>
        <w:rPr>
          <w:sz w:val="20"/>
        </w:rPr>
        <w:t>58:40  maulana yeh agla sawal aya hai doctor pradhan ka dilli se. yeh likhte hain maulana what is the punishment for rape according to islam?</w:t>
      </w:r>
      <w:r>
        <w:br/>
      </w:r>
      <w:r>
        <w:rPr>
          <w:sz w:val="20"/>
        </w:rPr>
        <w:t>58:52  dekhen yeh punishment ka maamla agar aap ko samajhna hai to hamari majlis is ke liye nahi hai.</w:t>
      </w:r>
      <w:r>
        <w:br/>
      </w:r>
      <w:r>
        <w:rPr>
          <w:sz w:val="20"/>
        </w:rPr>
        <w:t>59:01  is ke liye kitabein hain aur bohat zyada is ko aap parhiye. aur surah noor mein jo tafseer hai us ko parhiye.</w:t>
      </w:r>
      <w:r>
        <w:br/>
      </w:r>
      <w:r>
        <w:rPr>
          <w:sz w:val="20"/>
        </w:rPr>
        <w:t>59:12  to is se aap ko is ka jawab mil jayega. jahan tak india ki baat hai to india mein hum Islamic Law nafiz nahi kar sakte.</w:t>
      </w:r>
      <w:r>
        <w:br/>
      </w:r>
      <w:r>
        <w:rPr>
          <w:sz w:val="20"/>
        </w:rPr>
        <w:t>59:22  agar</w:t>
      </w:r>
      <w:r>
        <w:br/>
      </w:r>
      <w:r>
        <w:rPr>
          <w:sz w:val="20"/>
        </w:rPr>
        <w:t>59:23  koi yeh samajhta hai ke india mein Islamic Law jo hai us ko nafiz kiya jaye to yeh to ek bilkul yani be matlab baat hogi.</w:t>
      </w:r>
      <w:r>
        <w:br/>
      </w:r>
      <w:r>
        <w:rPr>
          <w:sz w:val="20"/>
        </w:rPr>
        <w:t>59:33  india ka apna ek law of land hai usi ke mutabiq india ka yani jo judicial system chal raha hai. hamare qanoon ke mutabiq nahi chal raha hai.</w:t>
      </w:r>
      <w:r>
        <w:br/>
      </w:r>
      <w:r>
        <w:rPr>
          <w:sz w:val="20"/>
        </w:rPr>
        <w:t>59:44  to india ke reference mein Islamic Law ki baat karna ek ek bilkul irrelevant baat hai.</w:t>
      </w:r>
      <w:r>
        <w:br/>
      </w:r>
      <w:r>
        <w:rPr>
          <w:sz w:val="20"/>
        </w:rPr>
        <w:t>59:51  yahan ka jo law of land hai usi ke mutabiq yahan ke faisle honge. yahan ke judges isi par faisle karenge. hamare yani kehne se woh aasani karenge ke islam ke mutabiq faisle karne lage hain.</w:t>
      </w:r>
      <w:r>
        <w:br/>
      </w:r>
      <w:r>
        <w:rPr>
          <w:sz w:val="20"/>
        </w:rPr>
        <w:t>1:00:04  to main samajhta hoon ke yahan ke lehaz se yeh bas bilkul irrelevant hai.</w:t>
      </w:r>
    </w:p>
    <w:p>
      <w:pPr>
        <w:pStyle w:val="Heading2"/>
      </w:pPr>
      <w:r>
        <w:t>Query after reading Maulana's books</w:t>
      </w:r>
    </w:p>
    <w:p>
      <w:r>
        <w:rPr>
          <w:color w:val="666666"/>
          <w:sz w:val="18"/>
        </w:rPr>
        <w:t>Other · War and Peace August 28, 2016 Maulana Wahiduddin Khan · 3m 32s · at 1:03:36 · https://youtu.be/8ViacW5xI3w?t=3816</w:t>
      </w:r>
    </w:p>
    <w:p>
      <w:r>
        <w:rPr>
          <w:i/>
        </w:rPr>
        <w:t>“Maulana, I have read many of your books and I...”</w:t>
      </w:r>
    </w:p>
    <w:p>
      <w:r>
        <w:rPr>
          <w:sz w:val="20"/>
        </w:rPr>
        <w:t>1:03:36  maulana sahib, agla sawal bhejne wale ne apna na naam likha hai aur na location.</w:t>
      </w:r>
      <w:r>
        <w:br/>
      </w:r>
      <w:r>
        <w:rPr>
          <w:sz w:val="20"/>
        </w:rPr>
        <w:t>1:03:42  un ka sawal parhna chahenge.</w:t>
      </w:r>
      <w:r>
        <w:br/>
      </w:r>
      <w:r>
        <w:rPr>
          <w:sz w:val="20"/>
        </w:rPr>
        <w:t>1:03:45  un ka sawal hai: "maulana sahib, maine aap ki bahut sari book padhi hain aur mujhe is</w:t>
      </w:r>
      <w:r>
        <w:br/>
      </w:r>
      <w:r>
        <w:rPr>
          <w:sz w:val="20"/>
        </w:rPr>
        <w:t>1:03:53  se bahut sari baatein janne aur samajhne ka mauqa mila hai, par main aap se do sawalon ke</w:t>
      </w:r>
      <w:r>
        <w:br/>
      </w:r>
      <w:r>
        <w:rPr>
          <w:sz w:val="20"/>
        </w:rPr>
        <w:t>1:04:00  jawab chahti hoon jahan par mujhe doubt hota hai.</w:t>
      </w:r>
      <w:r>
        <w:br/>
      </w:r>
      <w:r>
        <w:rPr>
          <w:sz w:val="20"/>
        </w:rPr>
        <w:t>1:04:04  mera pehla sawal yeh hai ke ladkiyon ki shadi hona aur na hona kis se juda hota hai?</w:t>
      </w:r>
      <w:r>
        <w:br/>
      </w:r>
      <w:r>
        <w:rPr>
          <w:sz w:val="20"/>
        </w:rPr>
        <w:t>1:04:12  ladkiyon ke khud ki qismat se ya un ke parents ki wajah se? kya Allah ne insano ke</w:t>
      </w:r>
      <w:r>
        <w:br/>
      </w:r>
      <w:r>
        <w:rPr>
          <w:sz w:val="20"/>
        </w:rPr>
        <w:t>1:04:20  jore pehle hi muqarrar kar diye hain ya duniya mein ise dhoonda jata hai? is ke bare mein</w:t>
      </w:r>
      <w:r>
        <w:br/>
      </w:r>
      <w:r>
        <w:rPr>
          <w:sz w:val="20"/>
        </w:rPr>
        <w:t>1:04:27  batayen." agar aap dilli mein rehte hon to aap hamare office aajayen, tab bataunga main aap ko</w:t>
      </w:r>
      <w:r>
        <w:br/>
      </w:r>
      <w:r>
        <w:rPr>
          <w:sz w:val="20"/>
        </w:rPr>
        <w:t>1:04:35  kyunki yeh personal question hai.</w:t>
      </w:r>
      <w:r>
        <w:br/>
      </w:r>
      <w:r>
        <w:rPr>
          <w:sz w:val="20"/>
        </w:rPr>
        <w:t>1:04:37  agar aap dilli mein na rehte hon to agle sunday ko kijiye dobara, phir main jawab dunga.</w:t>
      </w:r>
      <w:r>
        <w:br/>
      </w:r>
      <w:r>
        <w:rPr>
          <w:sz w:val="20"/>
        </w:rPr>
        <w:t>1:04:45  dilli mein rehte hain to aap hamare office mein aajayen aur nahi to phir repeat kijiye agle sunday</w:t>
      </w:r>
      <w:r>
        <w:br/>
      </w:r>
      <w:r>
        <w:rPr>
          <w:sz w:val="20"/>
        </w:rPr>
        <w:t>1:04:53  ko.</w:t>
      </w:r>
      <w:r>
        <w:br/>
      </w:r>
      <w:r>
        <w:rPr>
          <w:sz w:val="20"/>
        </w:rPr>
        <w:t>1:04:54  maulana, unhon ne aap se yeh bhi poocha hai ke islam mein wazifa karne ka kya tareeqa hai?</w:t>
      </w:r>
      <w:r>
        <w:br/>
      </w:r>
      <w:r>
        <w:rPr>
          <w:sz w:val="20"/>
        </w:rPr>
        <w:t>1:05:02  wazifa karna kya sahi hai? islam mein wazifa nahi hai, yeh to soofi logon ne, yani ijad kiya</w:t>
      </w:r>
      <w:r>
        <w:br/>
      </w:r>
      <w:r>
        <w:rPr>
          <w:sz w:val="20"/>
        </w:rPr>
        <w:t>1:05:10  hai.</w:t>
      </w:r>
      <w:r>
        <w:br/>
      </w:r>
      <w:r>
        <w:rPr>
          <w:sz w:val="20"/>
        </w:rPr>
        <w:t>1:05:11  to soofi log is ko bahut mufeed samajhte hain, to theek hai, woh faida hota hoga jo log</w:t>
      </w:r>
      <w:r>
        <w:br/>
      </w:r>
      <w:r>
        <w:rPr>
          <w:sz w:val="20"/>
        </w:rPr>
        <w:t>1:05:19  karte honge.</w:t>
      </w:r>
      <w:r>
        <w:br/>
      </w:r>
      <w:r>
        <w:rPr>
          <w:sz w:val="20"/>
        </w:rPr>
        <w:t>1:05:20  mera tareeqa to wazifa nahi hai, tadabbur hai.</w:t>
      </w:r>
      <w:r>
        <w:br/>
      </w:r>
      <w:r>
        <w:rPr>
          <w:sz w:val="20"/>
        </w:rPr>
        <w:t>1:05:24  hamara jo tareeqa hai, woh tadabbur hai, contemplation, ghor o fikr.</w:t>
      </w:r>
      <w:r>
        <w:br/>
      </w:r>
      <w:r>
        <w:rPr>
          <w:sz w:val="20"/>
        </w:rPr>
        <w:t>1:05:28  wazifa kehte hain dhyan, gyan ko.</w:t>
      </w:r>
      <w:r>
        <w:br/>
      </w:r>
      <w:r>
        <w:rPr>
          <w:sz w:val="20"/>
        </w:rPr>
        <w:t>1:05:31  agar wazifa jo hai, woh meditation par base karta hai to soofi log meditation ko batate hain.</w:t>
      </w:r>
      <w:r>
        <w:br/>
      </w:r>
      <w:r>
        <w:rPr>
          <w:sz w:val="20"/>
        </w:rPr>
        <w:t>1:05:38  to ho sakta hai is mein se faida ho, lekin main zaati taur par contemplation ko manta hoon,</w:t>
      </w:r>
      <w:r>
        <w:br/>
      </w:r>
      <w:r>
        <w:rPr>
          <w:sz w:val="20"/>
        </w:rPr>
        <w:t>1:05:46  jo tadabbur par mabni hota hai.</w:t>
      </w:r>
      <w:r>
        <w:br/>
      </w:r>
      <w:r>
        <w:rPr>
          <w:sz w:val="20"/>
        </w:rPr>
        <w:t>1:05:49  aap ko jo suit kare, us par amal ki jiye, aap ke apne tajrube ke mutabiq.</w:t>
      </w:r>
      <w:r>
        <w:br/>
      </w:r>
      <w:r>
        <w:rPr>
          <w:sz w:val="20"/>
        </w:rPr>
        <w:t>1:05:55  Okay, we will end this session now.</w:t>
      </w:r>
      <w:r>
        <w:br/>
      </w:r>
      <w:r>
        <w:rPr>
          <w:sz w:val="20"/>
        </w:rPr>
        <w:t>1:05:58  If you want to join CPS International or you want to become a Quran distributor in your area,</w:t>
      </w:r>
      <w:r>
        <w:br/>
      </w:r>
      <w:r>
        <w:rPr>
          <w:sz w:val="20"/>
        </w:rPr>
        <w:t>1:06:06  then write to us at info@cpsglobal.org.</w:t>
      </w:r>
      <w:r>
        <w:br/>
      </w:r>
      <w:r>
        <w:rPr>
          <w:sz w:val="20"/>
        </w:rPr>
        <w:t>1:06:08  Thank you.</w:t>
      </w:r>
    </w:p>
    <w:p>
      <w:pPr>
        <w:pStyle w:val="Heading2"/>
      </w:pPr>
      <w:r>
        <w:t>Question about losing the first something</w:t>
      </w:r>
    </w:p>
    <w:p>
      <w:r>
        <w:rPr>
          <w:color w:val="666666"/>
          <w:sz w:val="18"/>
        </w:rPr>
        <w:t>Other · Dars-e-Quran, Chapter 2, Verse 37 | January  07, 2018 · 3m 09s · at 59:22 · https://youtu.be/ao6Cr57KuEM?t=3562</w:t>
      </w:r>
    </w:p>
    <w:p>
      <w:r>
        <w:rPr>
          <w:i/>
        </w:rPr>
        <w:t>“Is it right to say that when we have lost the first [something]?”</w:t>
      </w:r>
    </w:p>
    <w:p>
      <w:r>
        <w:rPr>
          <w:sz w:val="20"/>
        </w:rPr>
        <w:t>59:22  maulana, agla sawal kashmir se bheja hai raja</w:t>
      </w:r>
      <w:r>
        <w:br/>
      </w:r>
      <w:r>
        <w:rPr>
          <w:sz w:val="20"/>
        </w:rPr>
        <w:t>59:29  nisar sahib ne.</w:t>
      </w:r>
      <w:r>
        <w:br/>
      </w:r>
      <w:r>
        <w:rPr>
          <w:sz w:val="20"/>
        </w:rPr>
        <w:t>59:40  انہوں نے لکھا ہے: "مولانا صاحب، is it right to say that when we have lost the first</w:t>
      </w:r>
      <w:r>
        <w:br/>
      </w:r>
      <w:r>
        <w:rPr>
          <w:sz w:val="20"/>
        </w:rPr>
        <w:t>59:50  chance and after that we do self discovery, then that would lead to tauba nasuh? haan, nasuh ji. haan,</w:t>
      </w:r>
      <w:r>
        <w:br/>
      </w:r>
      <w:r>
        <w:rPr>
          <w:sz w:val="20"/>
        </w:rPr>
        <w:t>1:00:00  haan, yeh bhi theek hi hai yeh baat, apni jagah sahi hai. ji hmm, maulana riyaz bhat sahib ne kashmir se likha hai: "maulana sahib, is it correct that every human being has to discover his forbidden tree before his death, else he will not gain entry to paradise? further, will it be correct to say that repentance is actually</w:t>
      </w:r>
      <w:r>
        <w:br/>
      </w:r>
      <w:r>
        <w:rPr>
          <w:sz w:val="20"/>
        </w:rPr>
        <w:t>1:00:30  a U-turn from the wrong direction?" Bhai, mera jo experience hai zindagi ka, woh toh yahi hai.</w:t>
      </w:r>
      <w:r>
        <w:br/>
      </w:r>
      <w:r>
        <w:rPr>
          <w:sz w:val="20"/>
        </w:rPr>
        <w:t>1:00:36  اگر آپ یہ جانیں کہ I was right تو یہ کوئی بڑی بات نہیں ہے۔</w:t>
      </w:r>
      <w:r>
        <w:br/>
      </w:r>
      <w:r>
        <w:rPr>
          <w:sz w:val="20"/>
        </w:rPr>
        <w:t>1:00:42  بڑی بات یہ ہے کہ آپ یہ جانیں کہ I was wrong.</w:t>
      </w:r>
      <w:r>
        <w:br/>
      </w:r>
      <w:r>
        <w:rPr>
          <w:sz w:val="20"/>
        </w:rPr>
        <w:t>1:00:48  kyunke i was wrong se band darwaze khulte hain, aur i was right kehne se to koi darwaza</w:t>
      </w:r>
      <w:r>
        <w:br/>
      </w:r>
      <w:r>
        <w:rPr>
          <w:sz w:val="20"/>
        </w:rPr>
        <w:t>1:00:54  nahin khulta, waise hi khuli</w:t>
      </w:r>
      <w:r>
        <w:br/>
      </w:r>
      <w:r>
        <w:rPr>
          <w:sz w:val="20"/>
        </w:rPr>
        <w:t>1:01:00  rehta hai.</w:t>
      </w:r>
      <w:r>
        <w:br/>
      </w:r>
      <w:r>
        <w:rPr>
          <w:sz w:val="20"/>
        </w:rPr>
        <w:t>1:01:05  jo band hai, woh band hai.</w:t>
      </w:r>
      <w:r>
        <w:br/>
      </w:r>
      <w:r>
        <w:rPr>
          <w:sz w:val="20"/>
        </w:rPr>
        <w:t>1:01:10  یعنی اب I was right کہنے سے آپ جہاں ہیں، وہیں رہتے ہیں۔</w:t>
      </w:r>
      <w:r>
        <w:br/>
      </w:r>
      <w:r>
        <w:rPr>
          <w:sz w:val="20"/>
        </w:rPr>
        <w:t>1:01:15  lekin i was wrong kehne se aap ke liye naye rishte, naye darwaze khulte hain.</w:t>
      </w:r>
      <w:r>
        <w:br/>
      </w:r>
      <w:r>
        <w:rPr>
          <w:sz w:val="20"/>
        </w:rPr>
        <w:t>1:01:20  yeh to bahut zyada badi cheez hai, i was wrong kehna.</w:t>
      </w:r>
      <w:r>
        <w:br/>
      </w:r>
      <w:r>
        <w:rPr>
          <w:sz w:val="20"/>
        </w:rPr>
        <w:t>1:01:25  ji maulana shad hussain sahib ne kashmir se comment bheja hai, unhon ne likha hai</w:t>
      </w:r>
      <w:r>
        <w:br/>
      </w:r>
      <w:r>
        <w:rPr>
          <w:sz w:val="20"/>
        </w:rPr>
        <w:t>1:01:30  : "A great secret of personality building has been expounded.</w:t>
      </w:r>
      <w:r>
        <w:br/>
      </w:r>
      <w:r>
        <w:rPr>
          <w:sz w:val="20"/>
        </w:rPr>
        <w:t>1:01:36  Repentance opens door for intellectual development.</w:t>
      </w:r>
      <w:r>
        <w:br/>
      </w:r>
      <w:r>
        <w:rPr>
          <w:sz w:val="20"/>
        </w:rPr>
        <w:t>1:01:41  It is returning to the path of truth, which leads to paradise.</w:t>
      </w:r>
      <w:r>
        <w:br/>
      </w:r>
      <w:r>
        <w:rPr>
          <w:sz w:val="20"/>
        </w:rPr>
        <w:t>1:01:46  This second chance is the only way for salvation.</w:t>
      </w:r>
      <w:r>
        <w:br/>
      </w:r>
      <w:r>
        <w:rPr>
          <w:sz w:val="20"/>
        </w:rPr>
        <w:t>1:01:51  This is a great discovery, which has enlightened us.</w:t>
      </w:r>
      <w:r>
        <w:br/>
      </w:r>
      <w:r>
        <w:rPr>
          <w:sz w:val="20"/>
        </w:rPr>
        <w:t>1:01:56  we are indebted to Maulana sahib.</w:t>
      </w:r>
      <w:r>
        <w:br/>
      </w:r>
      <w:r>
        <w:rPr>
          <w:sz w:val="20"/>
        </w:rPr>
        <w:t>1:02:01  طارق جوہر صاحب نے کشمیر سے لکھا ہے: "Ego leads to intellectual stagnation, while wisdom leads us to</w:t>
      </w:r>
      <w:r>
        <w:br/>
      </w:r>
      <w:r>
        <w:rPr>
          <w:sz w:val="20"/>
        </w:rPr>
        <w:t>1:02:11  intellectual exploration." Qazi Nisar Saheb has written from Rajouri: "Maulana's interpretation of repentance is unique and thought</w:t>
      </w:r>
      <w:r>
        <w:br/>
      </w:r>
      <w:r>
        <w:rPr>
          <w:sz w:val="20"/>
        </w:rPr>
        <w:t>1:02:21  provoking, and is sufficient to start a new life with</w:t>
      </w:r>
    </w:p>
    <w:p>
      <w:pPr>
        <w:pStyle w:val="Heading2"/>
      </w:pPr>
      <w:r>
        <w:t>Question about microbiologist's radio mention</w:t>
      </w:r>
    </w:p>
    <w:p>
      <w:r>
        <w:rPr>
          <w:color w:val="666666"/>
          <w:sz w:val="18"/>
        </w:rPr>
        <w:t>Other · Purpose Of Human Life -12th Feb. '12 · 2m 12s · at 1:17:39 · https://youtu.be/TCGYvGJHf7w?t=4659</w:t>
      </w:r>
    </w:p>
    <w:p>
      <w:r>
        <w:rPr>
          <w:i/>
        </w:rPr>
        <w:t>“Maulana صاحب, I was listening to a microbiologist on the radio and he mentioned”</w:t>
      </w:r>
    </w:p>
    <w:p>
      <w:r>
        <w:rPr>
          <w:sz w:val="20"/>
        </w:rPr>
        <w:t>1:17:39  Maulana, agla sawal hai America se. Dr.</w:t>
      </w:r>
      <w:r>
        <w:br/>
      </w:r>
      <w:r>
        <w:rPr>
          <w:sz w:val="20"/>
        </w:rPr>
        <w:t>1:17:43  Irfaan Umar ka.</w:t>
      </w:r>
      <w:r>
        <w:br/>
      </w:r>
      <w:r>
        <w:rPr>
          <w:sz w:val="20"/>
        </w:rPr>
        <w:t>1:17:48  unhon ne likha hai: "Maulana sahib, I was listening to a microbiologist on the radio and he mentioned</w:t>
      </w:r>
      <w:r>
        <w:br/>
      </w:r>
      <w:r>
        <w:rPr>
          <w:sz w:val="20"/>
        </w:rPr>
        <w:t>1:17:53  that when a harmful germ or virus enters our body, these so-called antibodies are immediately activated to protect</w:t>
      </w:r>
      <w:r>
        <w:br/>
      </w:r>
      <w:r>
        <w:rPr>
          <w:sz w:val="20"/>
        </w:rPr>
        <w:t>1:17:58  us from the harmful germs.</w:t>
      </w:r>
      <w:r>
        <w:br/>
      </w:r>
      <w:r>
        <w:rPr>
          <w:sz w:val="20"/>
        </w:rPr>
        <w:t>1:18:03  The language the scientist used was very spiritual.</w:t>
      </w:r>
      <w:r>
        <w:br/>
      </w:r>
      <w:r>
        <w:rPr>
          <w:sz w:val="20"/>
        </w:rPr>
        <w:t>1:18:08  He said that the antibodies can at once distinguish between self and non-self.</w:t>
      </w:r>
      <w:r>
        <w:br/>
      </w:r>
      <w:r>
        <w:rPr>
          <w:sz w:val="20"/>
        </w:rPr>
        <w:t>1:18:13  "Bahut achha point hai yeh. Main sochta hoon. Aur mujhe aisa lagta hai ke hamare jitne log CPS mein jude hue hain, un sab mein yeh phenomena dekha ja sakta hai. Aur waqai unke andar koi cheez hai jo unko andar se active bana diya. Main jaata hoon, jaise kal bhi gaya tha. Toh main khud toh kuch nahi karta. Lekin yeh hamare saathi jo hain, Quran ko lekar, in literature ko lekar, deewar-e-akhbaar dakhil ho jaate hain gathering mein aur logon ko pahunchate hain. Khud apne apni zaati spirit se karte hain woh. Is mein hamara koi dakhal nahi. Na is mein koi material interest hai. Har aadmi ka apna job hai, har aadmi ka apna business hai. Koi is mission se usko kuch lena dena nahi hai, materials hain is mein. Lekin har aadmi harkat mein hai. Main sochta hoon is ko yeh cheez explain karti hai jo Dr. Irfan sahib ne kaha ke shayad isi tarah ki koi baat hoti hogi da'wa spirit ki shakal mein jo in logon ko mutharrik kiye hue ho.</w:t>
      </w:r>
      <w:r>
        <w:br/>
      </w:r>
      <w:r>
        <w:rPr>
          <w:sz w:val="20"/>
        </w:rPr>
        <w:t>1:18:26  " bohat acha point hai yeh.</w:t>
      </w:r>
      <w:r>
        <w:br/>
      </w:r>
      <w:r>
        <w:rPr>
          <w:sz w:val="20"/>
        </w:rPr>
        <w:t>1:18:30  main sochta hoon.</w:t>
      </w:r>
      <w:r>
        <w:br/>
      </w:r>
      <w:r>
        <w:rPr>
          <w:sz w:val="20"/>
        </w:rPr>
        <w:t>1:18:35  aur mujhe aisa lagta hai ke hamare jitne log CPS mein jude hue hain, un sab</w:t>
      </w:r>
      <w:r>
        <w:br/>
      </w:r>
      <w:r>
        <w:rPr>
          <w:sz w:val="20"/>
        </w:rPr>
        <w:t>1:18:40  mein yeh phenomena dekha ja sakta hai.</w:t>
      </w:r>
      <w:r>
        <w:br/>
      </w:r>
      <w:r>
        <w:rPr>
          <w:sz w:val="20"/>
        </w:rPr>
        <w:t>1:18:45  aur waqai un ke andar koi cheez hai jo un ko andar se active bana diya.</w:t>
      </w:r>
      <w:r>
        <w:br/>
      </w:r>
      <w:r>
        <w:rPr>
          <w:sz w:val="20"/>
        </w:rPr>
        <w:t>1:18:49  main jata hoon, jaise kal bhi gaya tha.</w:t>
      </w:r>
      <w:r>
        <w:br/>
      </w:r>
      <w:r>
        <w:rPr>
          <w:sz w:val="20"/>
        </w:rPr>
        <w:t>1:18:54  to mein khud to kuch nahi karta.</w:t>
      </w:r>
      <w:r>
        <w:br/>
      </w:r>
      <w:r>
        <w:rPr>
          <w:sz w:val="20"/>
        </w:rPr>
        <w:t>1:18:59  lekin yeh hamare saathi jo hain, quran ko le kar, in literature ko le kar, deewar-e-akhbar dakhil</w:t>
      </w:r>
      <w:r>
        <w:br/>
      </w:r>
      <w:r>
        <w:rPr>
          <w:sz w:val="20"/>
        </w:rPr>
        <w:t>1:19:04  ho jate hain gathering mein aur logon ko pohnchate hain.</w:t>
      </w:r>
      <w:r>
        <w:br/>
      </w:r>
      <w:r>
        <w:rPr>
          <w:sz w:val="20"/>
        </w:rPr>
        <w:t>1:19:08  khud apne apni zaati spirit se karte hain woh.</w:t>
      </w:r>
      <w:r>
        <w:br/>
      </w:r>
      <w:r>
        <w:rPr>
          <w:sz w:val="20"/>
        </w:rPr>
        <w:t>1:19:13  is mein hamara koi dakhal nahi.</w:t>
      </w:r>
      <w:r>
        <w:br/>
      </w:r>
      <w:r>
        <w:rPr>
          <w:sz w:val="20"/>
        </w:rPr>
        <w:t>1:19:18  na is mein koi material interest hai.</w:t>
      </w:r>
      <w:r>
        <w:br/>
      </w:r>
      <w:r>
        <w:rPr>
          <w:sz w:val="20"/>
        </w:rPr>
        <w:t>1:19:23  har aadmi ka apna job hai, har aadmi ka apna business hai.</w:t>
      </w:r>
      <w:r>
        <w:br/>
      </w:r>
      <w:r>
        <w:rPr>
          <w:sz w:val="20"/>
        </w:rPr>
        <w:t>1:19:27  koi is mission se is ko kuch lena dena nahi hai, materials hain is mein.</w:t>
      </w:r>
      <w:r>
        <w:br/>
      </w:r>
      <w:r>
        <w:rPr>
          <w:sz w:val="20"/>
        </w:rPr>
        <w:t>1:19:32  lekin har aadmi harkat mein hai.</w:t>
      </w:r>
      <w:r>
        <w:br/>
      </w:r>
      <w:r>
        <w:rPr>
          <w:sz w:val="20"/>
        </w:rPr>
        <w:t>1:19:37  mein sochta hoon is ko yeh cheez explain karti hai jo Dr.</w:t>
      </w:r>
      <w:r>
        <w:br/>
      </w:r>
      <w:r>
        <w:rPr>
          <w:sz w:val="20"/>
        </w:rPr>
        <w:t>1:19:42  irfan sahib ne kaha ke shayad isi tarah ki koi baat hoti hogi daawa spirit ki shakal mein</w:t>
      </w:r>
      <w:r>
        <w:br/>
      </w:r>
      <w:r>
        <w:rPr>
          <w:sz w:val="20"/>
        </w:rPr>
        <w:t>1:19:46  jo un logon ko mutharrik ki hui ho.</w:t>
      </w:r>
    </w:p>
    <w:p>
      <w:pPr>
        <w:pStyle w:val="Heading2"/>
      </w:pPr>
      <w:r>
        <w:t>Question from Maulana Iqbal Umari</w:t>
      </w:r>
    </w:p>
    <w:p>
      <w:r>
        <w:rPr>
          <w:color w:val="666666"/>
          <w:sz w:val="18"/>
        </w:rPr>
        <w:t>Other · Hadith Word of Wisdom August 31, 2014 · 4m 50s · at 1:00:08 · https://youtu.be/fv4eRJRe8dk?t=3608</w:t>
      </w:r>
    </w:p>
    <w:p>
      <w:r>
        <w:rPr>
          <w:sz w:val="20"/>
        </w:rPr>
        <w:t>1:00:08  Maulana, agla sawal lene se pehle ek comment parhna chahenge jo Dr. Safeena Tabassum ne Ajmer se bheja hai.</w:t>
      </w:r>
      <w:r>
        <w:br/>
      </w:r>
      <w:r>
        <w:rPr>
          <w:sz w:val="20"/>
        </w:rPr>
        <w:t>1:00:14  unhon ne likha hai ke "Maulana sahib, aaj ke lecture se yeh baat clear ho gayi ke zamanay</w:t>
      </w:r>
      <w:r>
        <w:br/>
      </w:r>
      <w:r>
        <w:rPr>
          <w:sz w:val="20"/>
        </w:rPr>
        <w:t>1:00:19  ki ba-khabari momin ke liye kitni zaroori hai." Maulana, agla sawal aaya hai Chennai se Maulana Iqbal Umri</w:t>
      </w:r>
      <w:r>
        <w:br/>
      </w:r>
      <w:r>
        <w:rPr>
          <w:sz w:val="20"/>
        </w:rPr>
        <w:t>1:00:25  ka, aur unhon ne likha hai ke "Maulana, ek sahib ne kaha ke Musalmanon mein ittehad sirf khilafat</w:t>
      </w:r>
      <w:r>
        <w:br/>
      </w:r>
      <w:r>
        <w:rPr>
          <w:sz w:val="20"/>
        </w:rPr>
        <w:t>1:00:30  ki barkat se hi aa sakta hai.</w:t>
      </w:r>
      <w:r>
        <w:br/>
      </w:r>
      <w:r>
        <w:rPr>
          <w:sz w:val="20"/>
        </w:rPr>
        <w:t>1:00:36  Maulana, Musalman kyun, kyun khilafat ki khush fehmi mein hain? Aur yeh bhi kehte hain ke ek na</w:t>
      </w:r>
      <w:r>
        <w:br/>
      </w:r>
      <w:r>
        <w:rPr>
          <w:sz w:val="20"/>
        </w:rPr>
        <w:t>1:00:41  ek din khilafat zaroor aaye gi." Dekhen, khilafat ka lafz jo hai, yeh ek, ek bid'ati lafz hai.</w:t>
      </w:r>
      <w:r>
        <w:br/>
      </w:r>
      <w:r>
        <w:rPr>
          <w:sz w:val="20"/>
        </w:rPr>
        <w:t>1:00:47  ab baat karta hoon mein, yeh samajh lijiye, is ko logon ne Islami samajh rakha hai na? Yeh</w:t>
      </w:r>
      <w:r>
        <w:br/>
      </w:r>
      <w:r>
        <w:rPr>
          <w:sz w:val="20"/>
        </w:rPr>
        <w:t>1:00:53  bad'ati lafz hai, mubtadiyana lafz hai.</w:t>
      </w:r>
      <w:r>
        <w:br/>
      </w:r>
      <w:r>
        <w:rPr>
          <w:sz w:val="20"/>
        </w:rPr>
        <w:t>1:00:58  dekhen, chaar hamare haan maane hue mustanad hain: Hazrat Abu Bakr, Hazrat Umar, Hazrat Usman, Hazrat Ali.</w:t>
      </w:r>
      <w:r>
        <w:br/>
      </w:r>
      <w:r>
        <w:rPr>
          <w:sz w:val="20"/>
        </w:rPr>
        <w:t>1:01:04  un ke zamane mein khaleefa ka lafz tha hi nahin, amirul momineen kaha jata tha.</w:t>
      </w:r>
      <w:r>
        <w:br/>
      </w:r>
      <w:r>
        <w:rPr>
          <w:sz w:val="20"/>
        </w:rPr>
        <w:t>1:01:09  amirul momineen, yani tareekh ke mutabiq, un chaaron mein se kisi ko khaleefa nahin kaha jata, amirul momineen kaha jata tha.</w:t>
      </w:r>
      <w:r>
        <w:br/>
      </w:r>
      <w:r>
        <w:rPr>
          <w:sz w:val="20"/>
        </w:rPr>
        <w:t>1:01:15  khilafat ka lafz nikala hai banu umiya ke zamane mein, us ko, yani unhon ne, unhon ne apne</w:t>
      </w:r>
      <w:r>
        <w:br/>
      </w:r>
      <w:r>
        <w:rPr>
          <w:sz w:val="20"/>
        </w:rPr>
        <w:t>1:01:21  ko dynasty mein tabdeel kar diya, khandANI hukumat.</w:t>
      </w:r>
      <w:r>
        <w:br/>
      </w:r>
      <w:r>
        <w:rPr>
          <w:sz w:val="20"/>
        </w:rPr>
        <w:t>1:01:26  to apni khandANI hukumat ko legitimize karne ke liye unhon ne khilafat ka lafz chala diya.</w:t>
      </w:r>
      <w:r>
        <w:br/>
      </w:r>
      <w:r>
        <w:rPr>
          <w:sz w:val="20"/>
        </w:rPr>
        <w:t>1:01:32  to khilafat to dynasty ke zamane mein, yani khandANI hukumat ke zamane mein, us ko, us ko muqaddam</w:t>
      </w:r>
      <w:r>
        <w:br/>
      </w:r>
      <w:r>
        <w:rPr>
          <w:sz w:val="20"/>
        </w:rPr>
        <w:t>1:01:37  banane ke liye istemal kiya unhon ne.</w:t>
      </w:r>
      <w:r>
        <w:br/>
      </w:r>
      <w:r>
        <w:rPr>
          <w:sz w:val="20"/>
        </w:rPr>
        <w:t>1:01:43  ab woh chal pada, warna khaleefa ka lafz koi islami lafz nahin hai.</w:t>
      </w:r>
      <w:r>
        <w:br/>
      </w:r>
      <w:r>
        <w:rPr>
          <w:sz w:val="20"/>
        </w:rPr>
        <w:t>1:01:48  agar islami lafz hota to chaaron jo shakhsiyaten hain: Hazrat Abu Bakr, Hazrat Umar, Hazrat Usman, Hazrat Ali, un</w:t>
      </w:r>
      <w:r>
        <w:br/>
      </w:r>
      <w:r>
        <w:rPr>
          <w:sz w:val="20"/>
        </w:rPr>
        <w:t>1:01:54  ke zamane mein yeh lafz istemal hota.</w:t>
      </w:r>
      <w:r>
        <w:br/>
      </w:r>
      <w:r>
        <w:rPr>
          <w:sz w:val="20"/>
        </w:rPr>
        <w:t>1:02:00  ek hadith ko log samajhte hain, woh jo hadith hai ke "alaykum bi sunnati wa sunnati al-khulafai al-rashidin", is mein khulafa</w:t>
      </w:r>
      <w:r>
        <w:br/>
      </w:r>
      <w:r>
        <w:rPr>
          <w:sz w:val="20"/>
        </w:rPr>
        <w:t>1:02:05  se murad political khulafa hargiz nahin hain.</w:t>
      </w:r>
      <w:r>
        <w:br/>
      </w:r>
      <w:r>
        <w:rPr>
          <w:sz w:val="20"/>
        </w:rPr>
        <w:t>1:02:11  yeh bhi samajh lijiye, is hadith mein khulafa se murad political khulafa nahin hain, balke mere ashaab jo</w:t>
      </w:r>
      <w:r>
        <w:br/>
      </w:r>
      <w:r>
        <w:rPr>
          <w:sz w:val="20"/>
        </w:rPr>
        <w:t>1:02:16  mere rastay par chale, woh murad hain.</w:t>
      </w:r>
      <w:r>
        <w:br/>
      </w:r>
      <w:r>
        <w:rPr>
          <w:sz w:val="20"/>
        </w:rPr>
        <w:t>1:02:22  to khilafat to mubtadiyana lafz hai mere nazdeek.</w:t>
      </w:r>
      <w:r>
        <w:br/>
      </w:r>
      <w:r>
        <w:rPr>
          <w:sz w:val="20"/>
        </w:rPr>
        <w:t>1:02:28  aur doosri baat yeh hai ke khilafat ke zamane mein hamesha ladaaiyan jari rahi hain.</w:t>
      </w:r>
      <w:r>
        <w:br/>
      </w:r>
      <w:r>
        <w:rPr>
          <w:sz w:val="20"/>
        </w:rPr>
        <w:t>1:02:33  kabhi bhi aisa nahin hua ke khilafat ke zamane mein ladaaiyan na hon.</w:t>
      </w:r>
      <w:r>
        <w:br/>
      </w:r>
      <w:r>
        <w:rPr>
          <w:sz w:val="20"/>
        </w:rPr>
        <w:t>1:02:39  poora hazar saal tak ladaaiyon se bhara hua hai, har jagah ladai.</w:t>
      </w:r>
      <w:r>
        <w:br/>
      </w:r>
      <w:r>
        <w:rPr>
          <w:sz w:val="20"/>
        </w:rPr>
        <w:t>1:02:44  to kya khilafat se ittehad aata hai? kaun si tareekh batati hai aap ko? woh kaun si tareekh</w:t>
      </w:r>
      <w:r>
        <w:br/>
      </w:r>
      <w:r>
        <w:rPr>
          <w:sz w:val="20"/>
        </w:rPr>
        <w:t>1:02:50  batati hai jis mein khilafat se ittehad aa gaya? main aap ko naam munaam karne ki zaroorat nahin</w:t>
      </w:r>
      <w:r>
        <w:br/>
      </w:r>
      <w:r>
        <w:rPr>
          <w:sz w:val="20"/>
        </w:rPr>
        <w:t>1:02:56  hai, lekin jang-e-siffin aur jang-e-jamal se le kar ke aakhir waqt tak sab ladaaiyan jari rahin.</w:t>
      </w:r>
      <w:r>
        <w:br/>
      </w:r>
      <w:r>
        <w:rPr>
          <w:sz w:val="20"/>
        </w:rPr>
        <w:t>1:03:01  aakhri zamane mein khilafat-e-turki jo hai, us se arabon se ladai jari thi yahan tak ke toot</w:t>
      </w:r>
      <w:r>
        <w:br/>
      </w:r>
      <w:r>
        <w:rPr>
          <w:sz w:val="20"/>
        </w:rPr>
        <w:t>1:03:07  gaya khilafat ka zamana.</w:t>
      </w:r>
      <w:r>
        <w:br/>
      </w:r>
      <w:r>
        <w:rPr>
          <w:sz w:val="20"/>
        </w:rPr>
        <w:t>1:03:12  mughlon ke zamane mein ladai, yaani kaun si? mujhe bataiye, kaun si khilafat hai? ispain mein aath suo</w:t>
      </w:r>
      <w:r>
        <w:br/>
      </w:r>
      <w:r>
        <w:rPr>
          <w:sz w:val="20"/>
        </w:rPr>
        <w:t>1:03:18  saal tak wahan se ladte rahe log.</w:t>
      </w:r>
      <w:r>
        <w:br/>
      </w:r>
      <w:r>
        <w:rPr>
          <w:sz w:val="20"/>
        </w:rPr>
        <w:t>1:03:23  yeh kaun si khilafat hai jis ke zamane mein log mutahid ho gaye the? dekhiye, yaad rakhiye, ittehad</w:t>
      </w:r>
      <w:r>
        <w:br/>
      </w:r>
      <w:r>
        <w:rPr>
          <w:sz w:val="20"/>
        </w:rPr>
        <w:t>1:03:29  ka talluq kisi siyasi iqtadar se nahi hai.</w:t>
      </w:r>
      <w:r>
        <w:br/>
      </w:r>
      <w:r>
        <w:rPr>
          <w:sz w:val="20"/>
        </w:rPr>
        <w:t>1:03:35  ittehad zehni halat ka naam hai.</w:t>
      </w:r>
      <w:r>
        <w:br/>
      </w:r>
      <w:r>
        <w:rPr>
          <w:sz w:val="20"/>
        </w:rPr>
        <w:t>1:03:40  aap zehni aitbar se aap zyada samajhdar hon to aap mutahid rahenge.</w:t>
      </w:r>
      <w:r>
        <w:br/>
      </w:r>
      <w:r>
        <w:rPr>
          <w:sz w:val="20"/>
        </w:rPr>
        <w:t>1:03:46  ittehad ka talluq zehni, yaani taleem se, tarbiyat se, zehni irtqa se hai.</w:t>
      </w:r>
      <w:r>
        <w:br/>
      </w:r>
      <w:r>
        <w:rPr>
          <w:sz w:val="20"/>
        </w:rPr>
        <w:t>1:03:51  party se iska koi matlab nahi.</w:t>
      </w:r>
      <w:r>
        <w:br/>
      </w:r>
      <w:r>
        <w:rPr>
          <w:sz w:val="20"/>
        </w:rPr>
        <w:t>1:03:57  yaani india mein aap dekhen ke musalman aapas mein ladte rahe.</w:t>
      </w:r>
      <w:r>
        <w:br/>
      </w:r>
      <w:r>
        <w:rPr>
          <w:sz w:val="20"/>
        </w:rPr>
        <w:t>1:04:03  mughal jo musalman the, unki ladai hoti rahi.</w:t>
      </w:r>
      <w:r>
        <w:br/>
      </w:r>
      <w:r>
        <w:rPr>
          <w:sz w:val="20"/>
        </w:rPr>
        <w:t>1:04:08  deccan ke jo salateen the, muslim salateen se mughlon ki ladai, dono musalman the.</w:t>
      </w:r>
      <w:r>
        <w:br/>
      </w:r>
      <w:r>
        <w:rPr>
          <w:sz w:val="20"/>
        </w:rPr>
        <w:t>1:04:14  kahan ittehad hai? yeh to bilkul ek khayali baat hai ke khilafat se ittehad aata hai.</w:t>
      </w:r>
      <w:r>
        <w:br/>
      </w:r>
      <w:r>
        <w:rPr>
          <w:sz w:val="20"/>
        </w:rPr>
        <w:t>1:04:19  to maine do baatein arz keen ke khilafat khud ek mubtadiana tasawwur hai.</w:t>
      </w:r>
      <w:r>
        <w:br/>
      </w:r>
      <w:r>
        <w:rPr>
          <w:sz w:val="20"/>
        </w:rPr>
        <w:t>1:04:25  bano umiya ke zamane mein jo unhone khandANI hukumat bana li thi, jis ko kehte hain dynasty,</w:t>
      </w:r>
      <w:r>
        <w:br/>
      </w:r>
      <w:r>
        <w:rPr>
          <w:sz w:val="20"/>
        </w:rPr>
        <w:t>1:04:31  to is ko legitimize karne ke liye unhone khilafat ka lafz chalaya.</w:t>
      </w:r>
      <w:r>
        <w:br/>
      </w:r>
      <w:r>
        <w:rPr>
          <w:sz w:val="20"/>
        </w:rPr>
        <w:t>1:04:36  aur doosri baat yeh hai ke koi tareekh aap nahi bata sakte jabke jo zamana tha usmani saltanat'on</w:t>
      </w:r>
      <w:r>
        <w:br/>
      </w:r>
      <w:r>
        <w:rPr>
          <w:sz w:val="20"/>
        </w:rPr>
        <w:t>1:04:42  ka, jis ko woh khilafat kehte the, ke wahan par ittehad raha ho.</w:t>
      </w:r>
      <w:r>
        <w:br/>
      </w:r>
      <w:r>
        <w:rPr>
          <w:sz w:val="20"/>
        </w:rPr>
        <w:t>1:04:47  khoob ladaiyan huin, khoob khoonrezian huin.</w:t>
      </w:r>
      <w:r>
        <w:br/>
      </w:r>
      <w:r>
        <w:rPr>
          <w:sz w:val="20"/>
        </w:rPr>
        <w:t>1:04:53  yeh to, yeh to ek farzi baat hai.</w:t>
      </w:r>
    </w:p>
    <w:p>
      <w:pPr>
        <w:pStyle w:val="Heading2"/>
      </w:pPr>
      <w:r>
        <w:t>Question from Muhammad Mustafa</w:t>
      </w:r>
    </w:p>
    <w:p>
      <w:r>
        <w:rPr>
          <w:color w:val="666666"/>
          <w:sz w:val="18"/>
        </w:rPr>
        <w:t>Other · Signs of Doomsday November 7, 2021 Prof. Farida Khanam · 1m 00s · at 58:51 · https://youtu.be/RQZchtP6uRg?t=3531</w:t>
      </w:r>
    </w:p>
    <w:p>
      <w:r>
        <w:rPr>
          <w:i/>
        </w:rPr>
        <w:t>“The question is not provided in the intro; only the asker's name and location are mentioned.”</w:t>
      </w:r>
    </w:p>
    <w:p>
      <w:r>
        <w:rPr>
          <w:sz w:val="20"/>
        </w:rPr>
        <w:t>58:51  yeh bheja hai muhammad mustafa sahab ne. unhone location nahi likhi hai. unka sawal hai:</w:t>
      </w:r>
    </w:p>
    <w:p>
      <w:pPr>
        <w:pStyle w:val="Heading2"/>
      </w:pPr>
      <w:r>
        <w:t>Re-engineering of minds in Turkey after Ataturk</w:t>
      </w:r>
    </w:p>
    <w:p>
      <w:r>
        <w:rPr>
          <w:color w:val="666666"/>
          <w:sz w:val="18"/>
        </w:rPr>
        <w:t>Other · The Problem of Intellectual Stagnation May 13, 2012 · 1m 01s · at 1:08:40 · https://youtu.be/Qi5BZlv-Vog?t=4120</w:t>
      </w:r>
    </w:p>
    <w:p>
      <w:r>
        <w:rPr>
          <w:i/>
        </w:rPr>
        <w:t>“After shock treatment by Ataturk, were any efforts made for re-engineering of minds in Turkey? Kindly comment.”</w:t>
      </w:r>
    </w:p>
    <w:p>
      <w:r>
        <w:rPr>
          <w:sz w:val="20"/>
        </w:rPr>
        <w:t>1:08:40  riwaj. Maulana, agla sawal miss naghma siddiqui ka hai dilli se.</w:t>
      </w:r>
      <w:r>
        <w:br/>
      </w:r>
      <w:r>
        <w:rPr>
          <w:sz w:val="20"/>
        </w:rPr>
        <w:t>1:08:47  unhon ne likha hai ke "aftershock treatment by Ata Turk, were any efforts made for re-engineering of minds in Turkey?" Kindly comment.</w:t>
      </w:r>
      <w:r>
        <w:br/>
      </w:r>
      <w:r>
        <w:rPr>
          <w:sz w:val="20"/>
        </w:rPr>
        <w:t>1:09:00  partially, mere ilm mein partially hua hai.</w:t>
      </w:r>
      <w:r>
        <w:br/>
      </w:r>
      <w:r>
        <w:rPr>
          <w:sz w:val="20"/>
        </w:rPr>
        <w:t>1:09:04  jaisa ke hamaray mission mein ho raha hai, waisa nahi hua hai. Maslan fethullah guelen sahib jo hain, woh partially woh kaam kar rahay hain aur syed nursi ne partially yeh kaam kiya.</w:t>
      </w:r>
      <w:r>
        <w:br/>
      </w:r>
      <w:r>
        <w:rPr>
          <w:sz w:val="20"/>
        </w:rPr>
        <w:t>1:09:18  lekin un ki ideology hoti hai, woh itni clear nahi hai jitni ideology hamaray haan clear hai. Hamaray haan Allah ke fazal se bohat hi bohat hi clear ideology hai is moamlay mein,</w:t>
      </w:r>
      <w:r>
        <w:br/>
      </w:r>
      <w:r>
        <w:rPr>
          <w:sz w:val="20"/>
        </w:rPr>
        <w:t>1:09:31  yani ideology of re engineering. Wahan itni clear nahi hai, lekin beharhal unhon ne is maidan mein kaam kiya hai.</w:t>
      </w:r>
    </w:p>
    <w:p>
      <w:pPr>
        <w:pStyle w:val="Heading2"/>
      </w:pPr>
      <w:r>
        <w:t>Reader's engagement with Maulana</w:t>
      </w:r>
    </w:p>
    <w:p>
      <w:r>
        <w:rPr>
          <w:color w:val="666666"/>
          <w:sz w:val="18"/>
        </w:rPr>
        <w:t>Other · Wisdom of Hadith Maulana Wahiduddin Khan February 23, 2014 · 8m 26s · at 1:00:15 · https://youtu.be/5E_MIQpToK4?t=3615</w:t>
      </w:r>
    </w:p>
    <w:p>
      <w:r>
        <w:rPr>
          <w:i/>
        </w:rPr>
        <w:t>“Maulana, I have been reading your programs and books for about nine months.”</w:t>
      </w:r>
    </w:p>
    <w:p>
      <w:r>
        <w:rPr>
          <w:sz w:val="20"/>
        </w:rPr>
        <w:t>1:00:14  pakar hogi.</w:t>
      </w:r>
      <w:r>
        <w:br/>
      </w:r>
      <w:r>
        <w:rPr>
          <w:sz w:val="20"/>
        </w:rPr>
        <w:t>1:00:15  maulana agla sawal Islam abad Pakistan se hai Muhammad Waseem Bari sahib ka.</w:t>
      </w:r>
      <w:r>
        <w:br/>
      </w:r>
      <w:r>
        <w:rPr>
          <w:sz w:val="20"/>
        </w:rPr>
        <w:t>1:00:21  unhon ne likha hai: "maulana, mein taqreeban nau mahine se aap ke program aur books ki reading kar</w:t>
      </w:r>
      <w:r>
        <w:br/>
      </w:r>
      <w:r>
        <w:rPr>
          <w:sz w:val="20"/>
        </w:rPr>
        <w:t>1:00:28  raha hoon.</w:t>
      </w:r>
      <w:r>
        <w:br/>
      </w:r>
      <w:r>
        <w:rPr>
          <w:sz w:val="20"/>
        </w:rPr>
        <w:t>1:00:30  Allah ka shukar hai ke mujhe bohat faida ho raha hai.</w:t>
      </w:r>
      <w:r>
        <w:br/>
      </w:r>
      <w:r>
        <w:rPr>
          <w:sz w:val="20"/>
        </w:rPr>
        <w:t>1:00:35  Allah aap ko jaza-e-khair de.</w:t>
      </w:r>
      <w:r>
        <w:br/>
      </w:r>
      <w:r>
        <w:rPr>
          <w:sz w:val="20"/>
        </w:rPr>
        <w:t>1:00:37  mera sawal yeh hai ke jab hum sara waqt Khuda ke creation pe tadabbur karte hain to hamara</w:t>
      </w:r>
      <w:r>
        <w:br/>
      </w:r>
      <w:r>
        <w:rPr>
          <w:sz w:val="20"/>
        </w:rPr>
        <w:t>1:00:45  mind active rehta hai, par hum doosre kaam yani job etc pe concentration nahi de paate kyunke hamara</w:t>
      </w:r>
      <w:r>
        <w:br/>
      </w:r>
      <w:r>
        <w:rPr>
          <w:sz w:val="20"/>
        </w:rPr>
        <w:t>1:00:53  concentration is par nahi hota.</w:t>
      </w:r>
      <w:r>
        <w:br/>
      </w:r>
      <w:r>
        <w:rPr>
          <w:sz w:val="20"/>
        </w:rPr>
        <w:t>1:00:55  is tarah mein koi spirit ya determination ke saath nahi bana, kaam nahi kar pata kyunke dil bas</w:t>
      </w:r>
      <w:r>
        <w:br/>
      </w:r>
      <w:r>
        <w:rPr>
          <w:sz w:val="20"/>
        </w:rPr>
        <w:t>1:01:03  yeh karta hai ke Allah ke creation par tadabbur karta rahoon, par zindagi guzarne ke liye job bhi</w:t>
      </w:r>
      <w:r>
        <w:br/>
      </w:r>
      <w:r>
        <w:rPr>
          <w:sz w:val="20"/>
        </w:rPr>
        <w:t>1:01:10  karni parti hai.</w:t>
      </w:r>
      <w:r>
        <w:br/>
      </w:r>
      <w:r>
        <w:rPr>
          <w:sz w:val="20"/>
        </w:rPr>
        <w:t>1:01:12  Maulana, I don't know whether my question is valid or not, but please guide me from this confusion</w:t>
      </w:r>
      <w:r>
        <w:br/>
      </w:r>
      <w:r>
        <w:rPr>
          <w:sz w:val="20"/>
        </w:rPr>
        <w:t>1:01:19  so that I can manage my affairs." Dekhein, yeh tadabbur aur tafakkur jo hai, bohat bari baat hai</w:t>
      </w:r>
      <w:r>
        <w:br/>
      </w:r>
      <w:r>
        <w:rPr>
          <w:sz w:val="20"/>
        </w:rPr>
        <w:t>1:01:27  Islam mein.</w:t>
      </w:r>
      <w:r>
        <w:br/>
      </w:r>
      <w:r>
        <w:rPr>
          <w:sz w:val="20"/>
        </w:rPr>
        <w:t>1:01:29  lekin is ka matlab yeh nahi ke aap hajre mein baith ke tafakkur karein, alag baithak karein, jungle</w:t>
      </w:r>
      <w:r>
        <w:br/>
      </w:r>
      <w:r>
        <w:rPr>
          <w:sz w:val="20"/>
        </w:rPr>
        <w:t>1:01:36  mein ja ke karein.</w:t>
      </w:r>
      <w:r>
        <w:br/>
      </w:r>
      <w:r>
        <w:rPr>
          <w:sz w:val="20"/>
        </w:rPr>
        <w:t>1:01:38  nahi, jo rozmarra ki aap ki zindagi hai, usi mein rehte hue tafakkur karein.</w:t>
      </w:r>
      <w:r>
        <w:br/>
      </w:r>
      <w:r>
        <w:rPr>
          <w:sz w:val="20"/>
        </w:rPr>
        <w:t>1:01:44  kahin alag hone ki zaroorat nahi hai, kisi seclusion mein jaane ki zaroorat nahi hai.</w:t>
      </w:r>
      <w:r>
        <w:br/>
      </w:r>
      <w:r>
        <w:rPr>
          <w:sz w:val="20"/>
        </w:rPr>
        <w:t>1:01:51  jaise maine misaal di aap ko, yeh pani ki haalat aadmi pani peeta hai to pani peete</w:t>
      </w:r>
      <w:r>
        <w:br/>
      </w:r>
      <w:r>
        <w:rPr>
          <w:sz w:val="20"/>
        </w:rPr>
        <w:t>1:01:58  hue aap yeh sochein ke kitni bari qeemti cheez hai.</w:t>
      </w:r>
      <w:r>
        <w:br/>
      </w:r>
      <w:r>
        <w:rPr>
          <w:sz w:val="20"/>
        </w:rPr>
        <w:t>1:02:03  pani jo aap jo bhi aap kaam kar rahe hon, chahe job ho ya business ho, usi mein</w:t>
      </w:r>
      <w:r>
        <w:br/>
      </w:r>
      <w:r>
        <w:rPr>
          <w:sz w:val="20"/>
        </w:rPr>
        <w:t>1:02:10  tafakkur karein ke items milenge aap ko.</w:t>
      </w:r>
      <w:r>
        <w:br/>
      </w:r>
      <w:r>
        <w:rPr>
          <w:sz w:val="20"/>
        </w:rPr>
        <w:t>1:02:14  jaise mein ek misaal deta hoon aap ko, ek baar mein Ahmedabad gaya to ek shakhs ne</w:t>
      </w:r>
      <w:r>
        <w:br/>
      </w:r>
      <w:r>
        <w:rPr>
          <w:sz w:val="20"/>
        </w:rPr>
        <w:t>1:02:21  wahan par ek karkhana lagaya tha, naya woh engineer thay, to us ko le gaye apne karkhana dikhane</w:t>
      </w:r>
      <w:r>
        <w:br/>
      </w:r>
      <w:r>
        <w:rPr>
          <w:sz w:val="20"/>
        </w:rPr>
        <w:t>1:02:29  ke liye.</w:t>
      </w:r>
      <w:r>
        <w:br/>
      </w:r>
      <w:r>
        <w:rPr>
          <w:sz w:val="20"/>
        </w:rPr>
        <w:t>1:02:31  to ek machine unhon ne import ki thi, ab to machine India mein sab banne lagi hain, pehle</w:t>
      </w:r>
      <w:r>
        <w:br/>
      </w:r>
      <w:r>
        <w:rPr>
          <w:sz w:val="20"/>
        </w:rPr>
        <w:t>1:02:38  machinein bahar se aati theen.</w:t>
      </w:r>
      <w:r>
        <w:br/>
      </w:r>
      <w:r>
        <w:rPr>
          <w:sz w:val="20"/>
        </w:rPr>
        <w:t>1:02:40  to unhon ne woh machine mein, aap jante hain, ek ek wheel hoti hai, usi wheel ki chalne</w:t>
      </w:r>
      <w:r>
        <w:br/>
      </w:r>
      <w:r>
        <w:rPr>
          <w:sz w:val="20"/>
        </w:rPr>
        <w:t>1:02:48  se poori machine chalti hai.</w:t>
      </w:r>
      <w:r>
        <w:br/>
      </w:r>
      <w:r>
        <w:rPr>
          <w:sz w:val="20"/>
        </w:rPr>
        <w:t>1:02:50  to unhon ne ek dimension diya, ek unhon ne switch dabai to wheel bohat tez chalne lagi.</w:t>
      </w:r>
      <w:r>
        <w:br/>
      </w:r>
      <w:r>
        <w:rPr>
          <w:sz w:val="20"/>
        </w:rPr>
        <w:t>1:02:58  phir unhon ne kaha ke ab dekhein, mein doosra switch dabata hoon.</w:t>
      </w:r>
      <w:r>
        <w:br/>
      </w:r>
      <w:r>
        <w:rPr>
          <w:sz w:val="20"/>
        </w:rPr>
        <w:t>1:03:03  doosra switch dabaya to wid in second us ne apna badal liya, apna idhar se idhar aise chalne</w:t>
      </w:r>
      <w:r>
        <w:br/>
      </w:r>
      <w:r>
        <w:rPr>
          <w:sz w:val="20"/>
        </w:rPr>
        <w:t>1:03:10  lagi.</w:t>
      </w:r>
      <w:r>
        <w:br/>
      </w:r>
      <w:r>
        <w:rPr>
          <w:sz w:val="20"/>
        </w:rPr>
        <w:t>1:03:12  woh yani ek button daba rahe hain to idhar chalne lagi, doosra button dabaya to idhar chalne lagi,</w:t>
      </w:r>
      <w:r>
        <w:br/>
      </w:r>
      <w:r>
        <w:rPr>
          <w:sz w:val="20"/>
        </w:rPr>
        <w:t>1:03:20  yani direction change kar li.</w:t>
      </w:r>
      <w:r>
        <w:br/>
      </w:r>
      <w:r>
        <w:rPr>
          <w:sz w:val="20"/>
        </w:rPr>
        <w:t>1:03:22  toh zahir hai ke woh industry ka mamla tha, factory ka mamla tha.</w:t>
      </w:r>
      <w:r>
        <w:br/>
      </w:r>
      <w:r>
        <w:rPr>
          <w:sz w:val="20"/>
        </w:rPr>
        <w:t>1:03:27  maine is se kya socha ke yahi momin ka mamla hai, wa izaa maghdubuhum yaghfiroon.</w:t>
      </w:r>
      <w:r>
        <w:br/>
      </w:r>
      <w:r>
        <w:rPr>
          <w:sz w:val="20"/>
        </w:rPr>
        <w:t>1:03:34  is aayat ki tafseer maine le liya is se ke ghussa aata hai toh maaf kar dete</w:t>
      </w:r>
      <w:r>
        <w:br/>
      </w:r>
      <w:r>
        <w:rPr>
          <w:sz w:val="20"/>
        </w:rPr>
        <w:t>1:03:42  hain, yani ghusse ke direction achaanak maafi ki direction tabdeel kar lete hain.</w:t>
      </w:r>
      <w:r>
        <w:br/>
      </w:r>
      <w:r>
        <w:rPr>
          <w:sz w:val="20"/>
        </w:rPr>
        <w:t>1:03:47  toh momin woh hai jiske andar yeh salahiyat ho ke achaanak apne direction ko change kar sake.</w:t>
      </w:r>
      <w:r>
        <w:br/>
      </w:r>
      <w:r>
        <w:rPr>
          <w:sz w:val="20"/>
        </w:rPr>
        <w:t>1:03:55  toh tashaddud ke direction chal raha tha, achaanak peace ke direction chalne lage, ghussa hua tha, maafi ke</w:t>
      </w:r>
      <w:r>
        <w:br/>
      </w:r>
      <w:r>
        <w:rPr>
          <w:sz w:val="20"/>
        </w:rPr>
        <w:t>1:04:03  direction chalne lage, inteqaam ka jazba tha, usko bhula de, faramoshi khane mein daal de.</w:t>
      </w:r>
      <w:r>
        <w:br/>
      </w:r>
      <w:r>
        <w:rPr>
          <w:sz w:val="20"/>
        </w:rPr>
        <w:t>1:04:09  toh momin woh hai jiska shaoor itna baligh hota hai, Allah ka khauf is mein itna zyada</w:t>
      </w:r>
      <w:r>
        <w:br/>
      </w:r>
      <w:r>
        <w:rPr>
          <w:sz w:val="20"/>
        </w:rPr>
        <w:t>1:04:17  hota hai ke jaise hi usko ehsaas hota hai ke main galat kar raha hoon, toh foran</w:t>
      </w:r>
      <w:r>
        <w:br/>
      </w:r>
      <w:r>
        <w:rPr>
          <w:sz w:val="20"/>
        </w:rPr>
        <w:t>1:04:25  apne direction ko change kar leta hai.</w:t>
      </w:r>
      <w:r>
        <w:br/>
      </w:r>
      <w:r>
        <w:rPr>
          <w:sz w:val="20"/>
        </w:rPr>
        <w:t>1:04:28  woh toh jo kaam bhi aap kar rahe hain, isi mein tadabbur kijiye, isi mein tafakkur kijiye.</w:t>
      </w:r>
      <w:r>
        <w:br/>
      </w:r>
      <w:r>
        <w:rPr>
          <w:sz w:val="20"/>
        </w:rPr>
        <w:t>1:04:35  kisi seclusion mein, kisi alag thalag maqam par jaane ki zaroorat nahi.</w:t>
      </w:r>
      <w:r>
        <w:br/>
      </w:r>
      <w:r>
        <w:rPr>
          <w:sz w:val="20"/>
        </w:rPr>
        <w:t>1:04:40  yahi Islam hai, yahi tadabbur hai, yahi tafakkur hai.</w:t>
      </w:r>
      <w:r>
        <w:br/>
      </w:r>
      <w:r>
        <w:rPr>
          <w:sz w:val="20"/>
        </w:rPr>
        <w:t>1:04:44  Okay, before I go into the next question, I would like to read a comment which has</w:t>
      </w:r>
      <w:r>
        <w:br/>
      </w:r>
      <w:r>
        <w:rPr>
          <w:sz w:val="20"/>
        </w:rPr>
        <w:t>1:04:52  come from Mr. Anas, who is currently supervising the Quran distribution at the World Book Fair, which is</w:t>
      </w:r>
      <w:r>
        <w:br/>
      </w:r>
      <w:r>
        <w:rPr>
          <w:sz w:val="20"/>
        </w:rPr>
        <w:t>1:05:00  being held in pagti maidan.</w:t>
      </w:r>
      <w:r>
        <w:br/>
      </w:r>
      <w:r>
        <w:rPr>
          <w:sz w:val="20"/>
        </w:rPr>
        <w:t>1:05:02  And the comment very well illustrates the benefit of or the result oriented work of the Quran.</w:t>
      </w:r>
      <w:r>
        <w:br/>
      </w:r>
      <w:r>
        <w:rPr>
          <w:sz w:val="20"/>
        </w:rPr>
        <w:t>1:05:09  distribution that is being done at a global level by all these CPS volunteers.</w:t>
      </w:r>
      <w:r>
        <w:br/>
      </w:r>
      <w:r>
        <w:rPr>
          <w:sz w:val="20"/>
        </w:rPr>
        <w:t>1:05:16  many people say that what is the use of the distribution of dawah material.</w:t>
      </w:r>
      <w:r>
        <w:br/>
      </w:r>
      <w:r>
        <w:rPr>
          <w:sz w:val="20"/>
        </w:rPr>
        <w:t>1:05:22  So the comment that he has sent clearly illustrates that how result oriented the work that is being</w:t>
      </w:r>
      <w:r>
        <w:br/>
      </w:r>
      <w:r>
        <w:rPr>
          <w:sz w:val="20"/>
        </w:rPr>
        <w:t>1:05:30  undertaken by all the da'is who are associated with CPS mission.</w:t>
      </w:r>
      <w:r>
        <w:br/>
      </w:r>
      <w:r>
        <w:rPr>
          <w:sz w:val="20"/>
        </w:rPr>
        <w:t>1:05:36  the comment that he has sent today is: " Naseeb bhai told me that he got a call in</w:t>
      </w:r>
      <w:r>
        <w:br/>
      </w:r>
      <w:r>
        <w:rPr>
          <w:sz w:val="20"/>
        </w:rPr>
        <w:t>1:05:43  CPS number from a Hindi publisher who is located in Daryaganj and who was given</w:t>
      </w:r>
      <w:r>
        <w:br/>
      </w:r>
      <w:r>
        <w:rPr>
          <w:sz w:val="20"/>
        </w:rPr>
        <w:t>1:05:51  Reality of Life at Pragati Maidan World Book Fair.</w:t>
      </w:r>
      <w:r>
        <w:br/>
      </w:r>
      <w:r>
        <w:rPr>
          <w:sz w:val="20"/>
        </w:rPr>
        <w:t>1:05:55  The person called and has placed an order.</w:t>
      </w:r>
      <w:r>
        <w:br/>
      </w:r>
      <w:r>
        <w:rPr>
          <w:sz w:val="20"/>
        </w:rPr>
        <w:t>1:05:58  "The person has called and he wants to distribute one lakh copies of 'Reality of Life'." So I</w:t>
      </w:r>
      <w:r>
        <w:br/>
      </w:r>
      <w:r>
        <w:rPr>
          <w:sz w:val="20"/>
        </w:rPr>
        <w:t>1:06:06  would request Maulana to say a few words on this comment on the distribution that is being done</w:t>
      </w:r>
      <w:r>
        <w:br/>
      </w:r>
      <w:r>
        <w:rPr>
          <w:sz w:val="20"/>
        </w:rPr>
        <w:t>1:06:14  and what many people say that it is not useful.</w:t>
      </w:r>
      <w:r>
        <w:br/>
      </w:r>
      <w:r>
        <w:rPr>
          <w:sz w:val="20"/>
        </w:rPr>
        <w:t>1:06:18  dekhein, jab aap dawat ka kaam karte hain toh total ko mat dekhiye, us total mein jo individual</w:t>
      </w:r>
      <w:r>
        <w:br/>
      </w:r>
      <w:r>
        <w:rPr>
          <w:sz w:val="20"/>
        </w:rPr>
        <w:t>1:06:26  experience hai, usko dekhiye.</w:t>
      </w:r>
      <w:r>
        <w:br/>
      </w:r>
      <w:r>
        <w:rPr>
          <w:sz w:val="20"/>
        </w:rPr>
        <w:t>1:06:28  aap ne ek so aadmi ko Quran diya, chand aadmi ka andar yeh jazba aaya, yeh yahi toh</w:t>
      </w:r>
      <w:r>
        <w:br/>
      </w:r>
      <w:r>
        <w:rPr>
          <w:sz w:val="20"/>
        </w:rPr>
        <w:t>1:06:36  matloob hai.</w:t>
      </w:r>
      <w:r>
        <w:br/>
      </w:r>
      <w:r>
        <w:rPr>
          <w:sz w:val="20"/>
        </w:rPr>
        <w:t>1:06:37  aise hi hamesha hota hai, jo log negative raha dete hain, woh majmooe poore kara dete hain.</w:t>
      </w:r>
      <w:r>
        <w:br/>
      </w:r>
      <w:r>
        <w:rPr>
          <w:sz w:val="20"/>
        </w:rPr>
        <w:t>1:06:44  yaani sau Quran ki aayat hai, sau result nikalna chahiye.</w:t>
      </w:r>
      <w:r>
        <w:br/>
      </w:r>
      <w:r>
        <w:rPr>
          <w:sz w:val="20"/>
        </w:rPr>
        <w:t>1:06:49  yeh in natural baat hai, nature ke khilaaf hai.</w:t>
      </w:r>
      <w:r>
        <w:br/>
      </w:r>
      <w:r>
        <w:rPr>
          <w:sz w:val="20"/>
        </w:rPr>
        <w:t>1:06:52  baat Sahaba ki zubani bhi aisa nahi hua, Rasool Allah ki zubani bhi aisa nahi hua.</w:t>
      </w:r>
      <w:r>
        <w:br/>
      </w:r>
      <w:r>
        <w:rPr>
          <w:sz w:val="20"/>
        </w:rPr>
        <w:t>1:06:59  toh is mein ek, yaani ek do shakhs bhi nikal aate hain toh woh itna bada result dete</w:t>
      </w:r>
      <w:r>
        <w:br/>
      </w:r>
      <w:r>
        <w:rPr>
          <w:sz w:val="20"/>
        </w:rPr>
        <w:t>1:07:07  hain ke woh sab sab ko bhaari hota hai.</w:t>
      </w:r>
      <w:r>
        <w:br/>
      </w:r>
      <w:r>
        <w:rPr>
          <w:sz w:val="20"/>
        </w:rPr>
        <w:t>1:07:11  woh result toh kaisi ajeeb misaal yeh hai ke ek non-muslim kehta hai ke aap ko ek</w:t>
      </w:r>
      <w:r>
        <w:br/>
      </w:r>
      <w:r>
        <w:rPr>
          <w:sz w:val="20"/>
        </w:rPr>
        <w:t>1:07:19  lakh woh kitaab lao, hum us ko pahunchaoon ga logon ko.</w:t>
      </w:r>
      <w:r>
        <w:br/>
      </w:r>
      <w:r>
        <w:rPr>
          <w:sz w:val="20"/>
        </w:rPr>
        <w:t>1:07:23  zahair hai ke woh khareed kar de raha hai, reality of life ek lakh.</w:t>
      </w:r>
      <w:r>
        <w:br/>
      </w:r>
      <w:r>
        <w:rPr>
          <w:sz w:val="20"/>
        </w:rPr>
        <w:t>1:07:29  toh kisi ne ek shair mujhe yaad aata hai, kisi ne kaha tha ke khabar nahi ke gire</w:t>
      </w:r>
      <w:r>
        <w:br/>
      </w:r>
      <w:r>
        <w:rPr>
          <w:sz w:val="20"/>
        </w:rPr>
        <w:t>1:07:37  hain kahan kahan aansu, kidhar kidhar se uthe ga, dhuan nahi maloom, kaun sa aansu qatra samandar ban</w:t>
      </w:r>
      <w:r>
        <w:br/>
      </w:r>
      <w:r>
        <w:rPr>
          <w:sz w:val="20"/>
        </w:rPr>
        <w:t>1:07:45  jayega, yeh kaun jaanta hai? kaun sa aansu qatra jo hai, samandar ban jayega, kis ko</w:t>
      </w:r>
      <w:r>
        <w:br/>
      </w:r>
      <w:r>
        <w:rPr>
          <w:sz w:val="20"/>
        </w:rPr>
        <w:t>1:07:52  pata hai? toh aap ko distribute karna hai, karna hai, karna hai, aur result ko aap ko Allah</w:t>
      </w:r>
      <w:r>
        <w:br/>
      </w:r>
      <w:r>
        <w:rPr>
          <w:sz w:val="20"/>
        </w:rPr>
        <w:t>1:08:00  ke khaane mein daalna hai.</w:t>
      </w:r>
      <w:r>
        <w:br/>
      </w:r>
      <w:r>
        <w:rPr>
          <w:sz w:val="20"/>
        </w:rPr>
        <w:t>1:08:02  result ko Allah ke khaane mein daalna hai.</w:t>
      </w:r>
      <w:r>
        <w:br/>
      </w:r>
      <w:r>
        <w:rPr>
          <w:sz w:val="20"/>
        </w:rPr>
        <w:t>1:08:06  Maulana, agla ek aur comment aur sawal hai jo Dr. Safeena Tabassum ne kiya hai Ajmer se.</w:t>
      </w:r>
      <w:r>
        <w:br/>
      </w:r>
      <w:r>
        <w:rPr>
          <w:sz w:val="20"/>
        </w:rPr>
        <w:t>1:08:13  unhon ne likha hai: "Maulana, agar aap ke zariye hamein right thinking na milti toh hum bhi jahalat</w:t>
      </w:r>
      <w:r>
        <w:br/>
      </w:r>
      <w:r>
        <w:rPr>
          <w:sz w:val="20"/>
        </w:rPr>
        <w:t>1:08:21  mein hote.</w:t>
      </w:r>
      <w:r>
        <w:br/>
      </w:r>
      <w:r>
        <w:rPr>
          <w:sz w:val="20"/>
        </w:rPr>
        <w:t>1:08:22  ab hamari yeh koshish rahegi ke tamam logon tak yeh baat pahuncha sakein aur khud ko is</w:t>
      </w:r>
      <w:r>
        <w:br/>
      </w:r>
      <w:r>
        <w:rPr>
          <w:sz w:val="20"/>
        </w:rPr>
        <w:t>1:08:30  par qaim rakhein." Maulana, kya meri yeh soch theek hai? haan, bilkul, hundred percent theek hai, bilkul sahi</w:t>
      </w:r>
      <w:r>
        <w:br/>
      </w:r>
      <w:r>
        <w:rPr>
          <w:sz w:val="20"/>
        </w:rPr>
        <w:t>1:08:38  hai.</w:t>
      </w:r>
      <w:r>
        <w:br/>
      </w:r>
      <w:r>
        <w:rPr>
          <w:sz w:val="20"/>
        </w:rPr>
        <w:t>1:08:39  Allah aap ko haq akbar farmaye.</w:t>
      </w:r>
    </w:p>
    <w:p>
      <w:pPr>
        <w:pStyle w:val="Heading2"/>
      </w:pPr>
      <w:r>
        <w:t>Reality of Baghdadi and ISIS</w:t>
      </w:r>
    </w:p>
    <w:p>
      <w:r>
        <w:rPr>
          <w:color w:val="666666"/>
          <w:sz w:val="18"/>
        </w:rPr>
        <w:t>Other · Concept of Jihad in Islam September 7, 2014 · 5m 53s · at 59:04 · https://youtu.be/GnKBYM8HbuQ?t=3544</w:t>
      </w:r>
    </w:p>
    <w:p>
      <w:r>
        <w:rPr>
          <w:i/>
        </w:rPr>
        <w:t>“What is the reality of Baghdadi and ISIS?”</w:t>
      </w:r>
    </w:p>
    <w:p>
      <w:r>
        <w:rPr>
          <w:sz w:val="20"/>
        </w:rPr>
        <w:t>59:04  molana, agla sawal aya hai Ah Dhunpur, West Bengal se Muhammad Arif sahib ne kiya hai aur unhon</w:t>
      </w:r>
      <w:r>
        <w:br/>
      </w:r>
      <w:r>
        <w:rPr>
          <w:sz w:val="20"/>
        </w:rPr>
        <w:t>59:10  ne likha hai ke Baghdadi aur ISIS ki haqeeqat kya hai? yeh hamara mozu nahi hai.</w:t>
      </w:r>
      <w:r>
        <w:br/>
      </w:r>
      <w:r>
        <w:rPr>
          <w:sz w:val="20"/>
        </w:rPr>
        <w:t>59:15  hamara mozu nahi hai.</w:t>
      </w:r>
      <w:r>
        <w:br/>
      </w:r>
      <w:r>
        <w:rPr>
          <w:sz w:val="20"/>
        </w:rPr>
        <w:t>59:21  aiesai es.</w:t>
      </w:r>
      <w:r>
        <w:br/>
      </w:r>
      <w:r>
        <w:rPr>
          <w:sz w:val="20"/>
        </w:rPr>
        <w:t>59:26  aiesai es jo iraq mein hai.</w:t>
      </w:r>
      <w:r>
        <w:br/>
      </w:r>
      <w:r>
        <w:rPr>
          <w:sz w:val="20"/>
        </w:rPr>
        <w:t>59:31  woh hamara mozu nahi hai.</w:t>
      </w:r>
      <w:r>
        <w:br/>
      </w:r>
      <w:r>
        <w:rPr>
          <w:sz w:val="20"/>
        </w:rPr>
        <w:t>59:37  kyun aap is par bhaje hue hain? mein toh kehta hoon aap log yeh sab haram mein uljhe hue hain.</w:t>
      </w:r>
      <w:r>
        <w:br/>
      </w:r>
      <w:r>
        <w:rPr>
          <w:sz w:val="20"/>
        </w:rPr>
        <w:t>59:42  soch bhi haram hoti hai, yaad rakhiye.</w:t>
      </w:r>
      <w:r>
        <w:br/>
      </w:r>
      <w:r>
        <w:rPr>
          <w:sz w:val="20"/>
        </w:rPr>
        <w:t>59:48  aap sab tak suraj, khinzir haram hai, sharab haram hai.</w:t>
      </w:r>
      <w:r>
        <w:br/>
      </w:r>
      <w:r>
        <w:rPr>
          <w:sz w:val="20"/>
        </w:rPr>
        <w:t>59:53  soch bhi haram hoti hai.</w:t>
      </w:r>
      <w:r>
        <w:br/>
      </w:r>
      <w:r>
        <w:rPr>
          <w:sz w:val="20"/>
        </w:rPr>
        <w:t>59:58  soch bhi haram hoti hai.</w:t>
      </w:r>
      <w:r>
        <w:br/>
      </w:r>
      <w:r>
        <w:rPr>
          <w:sz w:val="20"/>
        </w:rPr>
        <w:t>1:00:04  kyun aap sochte hain aap log is par? aap ke aas paas itne saare log hain jo mar</w:t>
      </w:r>
      <w:r>
        <w:br/>
      </w:r>
      <w:r>
        <w:rPr>
          <w:sz w:val="20"/>
        </w:rPr>
        <w:t>1:00:09  rahe hain, jahannum ka khatra le rahe hain, toh aap un ko dawat kyun nahi pohanchate? aap kyun</w:t>
      </w:r>
      <w:r>
        <w:br/>
      </w:r>
      <w:r>
        <w:rPr>
          <w:sz w:val="20"/>
        </w:rPr>
        <w:t>1:00:15  sochte hain is par? quran phailaiye, hamari literature phailaiye, logon ko allah ho jannat ki khabar dijiye.</w:t>
      </w:r>
      <w:r>
        <w:br/>
      </w:r>
      <w:r>
        <w:rPr>
          <w:sz w:val="20"/>
        </w:rPr>
        <w:t>1:00:20  aap is par kyun phanse hue hain? allah ho!</w:t>
      </w:r>
      <w:r>
        <w:br/>
      </w:r>
      <w:r>
        <w:rPr>
          <w:sz w:val="20"/>
        </w:rPr>
        <w:t>1:00:26  yaad rakhiye, sirf yani sharab haram nahi hai, sirf khanzir haram nahi hai, layani soch bhi haram hai.</w:t>
      </w:r>
      <w:r>
        <w:br/>
      </w:r>
      <w:r>
        <w:rPr>
          <w:sz w:val="20"/>
        </w:rPr>
        <w:t>1:00:33  yeh saare musalman layani soch mein phanse hue hain, layani soch mein.</w:t>
      </w:r>
      <w:r>
        <w:br/>
      </w:r>
      <w:r>
        <w:rPr>
          <w:sz w:val="20"/>
        </w:rPr>
        <w:t>1:00:38  rasool Allah sallallahu alaihi wasallam ke zamane mein makka mein yeh sab waqiyat hote the.</w:t>
      </w:r>
      <w:r>
        <w:br/>
      </w:r>
      <w:r>
        <w:rPr>
          <w:sz w:val="20"/>
        </w:rPr>
        <w:t>1:00:45  makka mein, arab mein yeh saare waqiyat hote the.</w:t>
      </w:r>
      <w:r>
        <w:br/>
      </w:r>
      <w:r>
        <w:rPr>
          <w:sz w:val="20"/>
        </w:rPr>
        <w:t>1:00:49  arab ke aas pas roman empire thi, sasani empire thi, wahan bhi sare waqiat hote the.</w:t>
      </w:r>
      <w:r>
        <w:br/>
      </w:r>
      <w:r>
        <w:rPr>
          <w:sz w:val="20"/>
        </w:rPr>
        <w:t>1:00:56  aap sab cheezon se bilkul nazar andaaz kar ke bas ayyuhal naasu qoolu la ilaha illafalahu yeh</w:t>
      </w:r>
      <w:r>
        <w:br/>
      </w:r>
      <w:r>
        <w:rPr>
          <w:sz w:val="20"/>
        </w:rPr>
        <w:t>1:01:04  karte the.</w:t>
      </w:r>
      <w:r>
        <w:br/>
      </w:r>
      <w:r>
        <w:rPr>
          <w:sz w:val="20"/>
        </w:rPr>
        <w:t>1:01:05  yeh kijiye aap.</w:t>
      </w:r>
      <w:r>
        <w:br/>
      </w:r>
      <w:r>
        <w:rPr>
          <w:sz w:val="20"/>
        </w:rPr>
        <w:t>1:01:07  aap dunya bhar ke gham kyun liye bethe hain? jannat ka gham, akhirat ka gham lijiye jo rasool</w:t>
      </w:r>
      <w:r>
        <w:br/>
      </w:r>
      <w:r>
        <w:rPr>
          <w:sz w:val="20"/>
        </w:rPr>
        <w:t>1:01:14  allah ka gham tha.</w:t>
      </w:r>
      <w:r>
        <w:br/>
      </w:r>
      <w:r>
        <w:rPr>
          <w:sz w:val="20"/>
        </w:rPr>
        <w:t>1:01:16  bas yeh aap mujhe hairat hai in musalmanon par ke ke ke kyun nahi quran ko padhte, kyun</w:t>
      </w:r>
      <w:r>
        <w:br/>
      </w:r>
      <w:r>
        <w:rPr>
          <w:sz w:val="20"/>
        </w:rPr>
        <w:t>1:01:24  nahi sirat ko dekhte ke rasool allah ka tareeqa kya tha? is zamane ki dunya mein sab kuch</w:t>
      </w:r>
      <w:r>
        <w:br/>
      </w:r>
      <w:r>
        <w:rPr>
          <w:sz w:val="20"/>
        </w:rPr>
        <w:t>1:01:32  wo ho raha tha jo aaj ho raha hai.</w:t>
      </w:r>
      <w:r>
        <w:br/>
      </w:r>
      <w:r>
        <w:rPr>
          <w:sz w:val="20"/>
        </w:rPr>
        <w:t>1:01:35  makkah mein, arab mein aur aas pas ki jo saltanaten thin, wahan par hota tha.</w:t>
      </w:r>
      <w:r>
        <w:br/>
      </w:r>
      <w:r>
        <w:rPr>
          <w:sz w:val="20"/>
        </w:rPr>
        <w:t>1:01:42  kuch bhi is ka hawala nahi hai.</w:t>
      </w:r>
      <w:r>
        <w:br/>
      </w:r>
      <w:r>
        <w:rPr>
          <w:sz w:val="20"/>
        </w:rPr>
        <w:t>1:01:45  bas bas quran ko sunana.</w:t>
      </w:r>
      <w:r>
        <w:br/>
      </w:r>
      <w:r>
        <w:rPr>
          <w:sz w:val="20"/>
        </w:rPr>
        <w:t>1:01:47  bas behal yeh sab soch ko mein bilkul bilkul hi islam ke khilaf samajhta hoon.</w:t>
      </w:r>
      <w:r>
        <w:br/>
      </w:r>
      <w:r>
        <w:rPr>
          <w:sz w:val="20"/>
        </w:rPr>
        <w:t>1:01:53  jisko dilchaspi hai to wo soche, phir allah ke samne jab khada hoga to mein allah pooche</w:t>
      </w:r>
      <w:r>
        <w:br/>
      </w:r>
      <w:r>
        <w:rPr>
          <w:sz w:val="20"/>
        </w:rPr>
        <w:t>1:02:01  ga ke tum ke yahi kaam tha tum ko aur doosra kaam nahi tha? wo hai doosra kaam</w:t>
      </w:r>
      <w:r>
        <w:br/>
      </w:r>
      <w:r>
        <w:rPr>
          <w:sz w:val="20"/>
        </w:rPr>
        <w:t>1:02:09  nahi tha.</w:t>
      </w:r>
      <w:r>
        <w:br/>
      </w:r>
      <w:r>
        <w:rPr>
          <w:sz w:val="20"/>
        </w:rPr>
        <w:t>1:02:10  ek sahab mere paas ek bar aaye to wo kanauj ke the.</w:t>
      </w:r>
      <w:r>
        <w:br/>
      </w:r>
      <w:r>
        <w:rPr>
          <w:sz w:val="20"/>
        </w:rPr>
        <w:t>1:02:15  to unhon ne bataya ke mera tareeqa kya hai ke baat yahan se shuru hui thi ke pehle</w:t>
      </w:r>
      <w:r>
        <w:br/>
      </w:r>
      <w:r>
        <w:rPr>
          <w:sz w:val="20"/>
        </w:rPr>
        <w:t>1:02:23  to unhon ne kaha ke aap musalmanon hi ko naseehat karte hain aur doosron jo un par zulm</w:t>
      </w:r>
      <w:r>
        <w:br/>
      </w:r>
      <w:r>
        <w:rPr>
          <w:sz w:val="20"/>
        </w:rPr>
        <w:t>1:02:31  kar rahe hain, un ko kuch nahi bolte.</w:t>
      </w:r>
      <w:r>
        <w:br/>
      </w:r>
      <w:r>
        <w:rPr>
          <w:sz w:val="20"/>
        </w:rPr>
        <w:t>1:02:34  to mein ne kaha ke dekhiye, baap do qism ke hote hain.</w:t>
      </w:r>
      <w:r>
        <w:br/>
      </w:r>
      <w:r>
        <w:rPr>
          <w:sz w:val="20"/>
        </w:rPr>
        <w:t>1:02:39  ek wo ke is ka beta bahar gaya, mila liverd kar ke aaya to danda le ke niklta</w:t>
      </w:r>
      <w:r>
        <w:br/>
      </w:r>
      <w:r>
        <w:rPr>
          <w:sz w:val="20"/>
        </w:rPr>
        <w:t>1:02:47  hai.</w:t>
      </w:r>
      <w:r>
        <w:br/>
      </w:r>
      <w:r>
        <w:rPr>
          <w:sz w:val="20"/>
        </w:rPr>
        <w:t>1:02:49  kaun hai jis ne mere bete ko aisa kiya? to yeh jhootha baap hai, jhootha baap hai yeh.</w:t>
      </w:r>
      <w:r>
        <w:br/>
      </w:r>
      <w:r>
        <w:rPr>
          <w:sz w:val="20"/>
        </w:rPr>
        <w:t>1:02:56  magar sachi baat baap wo hai jo apne hi bete ko kahe ke tum bahar gaye, kyun the?</w:t>
      </w:r>
      <w:r>
        <w:br/>
      </w:r>
      <w:r>
        <w:rPr>
          <w:sz w:val="20"/>
        </w:rPr>
        <w:t>1:03:04  to papa homework nahi tha, to koi ghar mein koi kaam nahi tha, wahan gaye kyun bure</w:t>
      </w:r>
      <w:r>
        <w:br/>
      </w:r>
      <w:r>
        <w:rPr>
          <w:sz w:val="20"/>
        </w:rPr>
        <w:t>1:03:12  larkon ke paas? to khud wahi kiya kehte hain? phir alhamdulillah, phir alhamdulillah keh rahe hain.</w:t>
      </w:r>
      <w:r>
        <w:br/>
      </w:r>
      <w:r>
        <w:rPr>
          <w:sz w:val="20"/>
        </w:rPr>
        <w:t>1:03:19  alhamdulillah, main aise hi apne bachon ke saath hoon.</w:t>
      </w:r>
      <w:r>
        <w:br/>
      </w:r>
      <w:r>
        <w:rPr>
          <w:sz w:val="20"/>
        </w:rPr>
        <w:t>1:03:23  main apne bachon hi ko naseehat karta hoon, inhi ko rokta hoon.</w:t>
      </w:r>
      <w:r>
        <w:br/>
      </w:r>
      <w:r>
        <w:rPr>
          <w:sz w:val="20"/>
        </w:rPr>
        <w:t>1:03:28  to unhon ne kaha ke mere teen bachche hain, ek bachcha doctor hai, ek bachcha engineer hai aur</w:t>
      </w:r>
      <w:r>
        <w:br/>
      </w:r>
      <w:r>
        <w:rPr>
          <w:sz w:val="20"/>
        </w:rPr>
        <w:t>1:03:35  chhota bachcha aaya hua tha, ab yeh parh raha hai.</w:t>
      </w:r>
      <w:r>
        <w:br/>
      </w:r>
      <w:r>
        <w:rPr>
          <w:sz w:val="20"/>
        </w:rPr>
        <w:t>1:03:40  to main ne kaha ke dekhiye, aap apne bachon ke liye kuch hain aur ummat ke bachon ke</w:t>
      </w:r>
      <w:r>
        <w:br/>
      </w:r>
      <w:r>
        <w:rPr>
          <w:sz w:val="20"/>
        </w:rPr>
        <w:t>1:03:47  liye kuch hain.</w:t>
      </w:r>
      <w:r>
        <w:br/>
      </w:r>
      <w:r>
        <w:rPr>
          <w:sz w:val="20"/>
        </w:rPr>
        <w:t>1:03:49  main allah akbar se apne bachon ke liye jaisa hoon, waisa ummat ke bachon ke liye bhi waisa</w:t>
      </w:r>
      <w:r>
        <w:br/>
      </w:r>
      <w:r>
        <w:rPr>
          <w:sz w:val="20"/>
        </w:rPr>
        <w:t>1:03:57  hi hoon.</w:t>
      </w:r>
      <w:r>
        <w:br/>
      </w:r>
      <w:r>
        <w:rPr>
          <w:sz w:val="20"/>
        </w:rPr>
        <w:t>1:03:58  to main hairaan ho gaya ke log kyun aakhir aisa kaam kar rahe hain jis ka koi dunya</w:t>
      </w:r>
      <w:r>
        <w:br/>
      </w:r>
      <w:r>
        <w:rPr>
          <w:sz w:val="20"/>
        </w:rPr>
        <w:t>1:04:06  mein nahi, koi akhirat mein koi faida nahi.</w:t>
      </w:r>
      <w:r>
        <w:br/>
      </w:r>
      <w:r>
        <w:rPr>
          <w:sz w:val="20"/>
        </w:rPr>
        <w:t>1:04:09  na dunya mein koi faida, na akhirat mein faida.</w:t>
      </w:r>
      <w:r>
        <w:br/>
      </w:r>
      <w:r>
        <w:rPr>
          <w:sz w:val="20"/>
        </w:rPr>
        <w:t>1:04:13  kyun is par uljhe rehte hain? kyun is ka charcha karte hain? kyun is par sochte hain? kyun</w:t>
      </w:r>
      <w:r>
        <w:br/>
      </w:r>
      <w:r>
        <w:rPr>
          <w:sz w:val="20"/>
        </w:rPr>
        <w:t>1:04:21  hain apni duaon ko is par lagate hain? kyun hain? maulana, yeh sawal dhampur se aaya hai mehtab</w:t>
      </w:r>
      <w:r>
        <w:br/>
      </w:r>
      <w:r>
        <w:rPr>
          <w:sz w:val="20"/>
        </w:rPr>
        <w:t>1:04:29  sahib ka aur unhon ne likha hai ke maulana sahib there is a verse in the quran which</w:t>
      </w:r>
      <w:r>
        <w:br/>
      </w:r>
      <w:r>
        <w:rPr>
          <w:sz w:val="20"/>
        </w:rPr>
        <w:t>1:04:36  says والله يحب المحسنين my question is who are muhsin mentioned here is ke bare mein batayen.</w:t>
      </w:r>
      <w:r>
        <w:br/>
      </w:r>
      <w:r>
        <w:rPr>
          <w:sz w:val="20"/>
        </w:rPr>
        <w:t>1:04:44  bhai, hamari yeh hamari tafseer aap padhiye, tazkir ul quran, is mein is ki wazahat maujood hai.</w:t>
      </w:r>
      <w:r>
        <w:br/>
      </w:r>
      <w:r>
        <w:rPr>
          <w:sz w:val="20"/>
        </w:rPr>
        <w:t>1:04:50  is ko parh kar ke phir bhi jo sawal baqi rehta hai, woh kijiye agle itwar ko.</w:t>
      </w:r>
    </w:p>
    <w:p>
      <w:pPr>
        <w:pStyle w:val="Heading2"/>
      </w:pPr>
      <w:r>
        <w:t>Reason for Muhammad bin Qasim's arrival</w:t>
      </w:r>
    </w:p>
    <w:p>
      <w:r>
        <w:rPr>
          <w:color w:val="666666"/>
          <w:sz w:val="18"/>
        </w:rPr>
        <w:t>Other · Eid-al-Azha I October 13, 2013 · 38s · at 1:15:47 · https://youtu.be/oy7zn-uODcU?t=4547</w:t>
      </w:r>
    </w:p>
    <w:p>
      <w:r>
        <w:rPr>
          <w:i/>
        </w:rPr>
        <w:t>“What was the reason behind the arrival of Muhammad bin Qasim to India? Was it for political reason or dawah reason? Please explain. I have written about this, where have you written?”</w:t>
      </w:r>
    </w:p>
    <w:p>
      <w:r>
        <w:rPr>
          <w:sz w:val="20"/>
        </w:rPr>
        <w:t>1:15:47  de molana agla sawal dhahra dhoun se aaya hai syed tabish sahab ka unhone likha hai what</w:t>
      </w:r>
      <w:r>
        <w:br/>
      </w:r>
      <w:r>
        <w:rPr>
          <w:sz w:val="20"/>
        </w:rPr>
        <w:t>1:15:54  was the reason behind the arrival of Muhammad bin Qasim to India? Was it for political reason or</w:t>
      </w:r>
      <w:r>
        <w:br/>
      </w:r>
      <w:r>
        <w:rPr>
          <w:sz w:val="20"/>
        </w:rPr>
        <w:t>1:16:02  daawa reason please explain is ke bare mein maine likha hai aap ke paas kahan likha hai</w:t>
      </w:r>
      <w:r>
        <w:br/>
      </w:r>
      <w:r>
        <w:rPr>
          <w:sz w:val="20"/>
        </w:rPr>
        <w:t>1:16:10  mein islam mein hai haan islam mein aap meri kitaab padh lijiye is kitaab ka naam hai islam</w:t>
      </w:r>
      <w:r>
        <w:br/>
      </w:r>
      <w:r>
        <w:rPr>
          <w:sz w:val="20"/>
        </w:rPr>
        <w:t>1:16:18  al islam yeh kitaab aap ko mil jayegi kahin bhi is mein is ka jawab aap ko mil</w:t>
      </w:r>
    </w:p>
    <w:p>
      <w:pPr>
        <w:pStyle w:val="Heading2"/>
      </w:pPr>
      <w:r>
        <w:t>Recommended Books for Learning Islam</w:t>
      </w:r>
    </w:p>
    <w:p>
      <w:r>
        <w:rPr>
          <w:color w:val="666666"/>
          <w:sz w:val="18"/>
        </w:rPr>
        <w:t>Other · Material Science and Spiritual Science 20 May 2012 · 1m 54s · at 1:24:03 · https://youtu.be/4K6CxjThlxQ?t=5043</w:t>
      </w:r>
    </w:p>
    <w:p>
      <w:r>
        <w:rPr>
          <w:i/>
        </w:rPr>
        <w:t>“To read and learn the correct Islam, besides the Quran, which other books should I read? Please give me names of such books.”</w:t>
      </w:r>
    </w:p>
    <w:p>
      <w:r>
        <w:rPr>
          <w:sz w:val="20"/>
        </w:rPr>
        <w:t>1:24:03  Maulana agla sawal Delhi se hai Mr Mazhar</w:t>
      </w:r>
      <w:r>
        <w:br/>
      </w:r>
      <w:r>
        <w:rPr>
          <w:sz w:val="20"/>
        </w:rPr>
        <w:t>1:24:06  sahib ka unhon ne likha hai ke sahi islam ko padhne aur seekhne ke liye mujhe quran ke</w:t>
      </w:r>
      <w:r>
        <w:br/>
      </w:r>
      <w:r>
        <w:rPr>
          <w:sz w:val="20"/>
        </w:rPr>
        <w:t>1:24:12  alawa aur kon si kitaben padhni chahiye mujhe aisi kitabon ke naam bataiye kitab ka naam hum nahi</w:t>
      </w:r>
      <w:r>
        <w:br/>
      </w:r>
      <w:r>
        <w:rPr>
          <w:sz w:val="20"/>
        </w:rPr>
        <w:t>1:24:19  bata sakte ap khud kitabon ka jaan samjhiye</w:t>
      </w:r>
      <w:r>
        <w:br/>
      </w:r>
      <w:r>
        <w:rPr>
          <w:sz w:val="20"/>
        </w:rPr>
        <w:t>1:24:24  humein batane se nahi kaho ke ap wahi padhne lagen jo pooche mera tajurba hai ke wo sirf</w:t>
      </w:r>
      <w:r>
        <w:br/>
      </w:r>
      <w:r>
        <w:rPr>
          <w:sz w:val="20"/>
        </w:rPr>
        <w:t>1:24:30  pochta hai bas agar mein keh doon to ke ap aisa karen ke bas jo maine keh</w:t>
      </w:r>
      <w:r>
        <w:br/>
      </w:r>
      <w:r>
        <w:rPr>
          <w:sz w:val="20"/>
        </w:rPr>
        <w:t>1:24:34  diya usi ko pakad lenge ap</w:t>
      </w:r>
      <w:r>
        <w:br/>
      </w:r>
      <w:r>
        <w:rPr>
          <w:sz w:val="20"/>
        </w:rPr>
        <w:t>1:24:37  aisa nahi hota hai haan agar aap yeh kahein ke jo baat jo naam bata denge bas wahi padhoon ga main kuch aur usi baat nahi padhoon ga tab main pata hoga naam yani agar poochne wala yeh kahe ke mujhe to bas wahi kitab padhna hai jo aap bata dein to us ke liye phir doosra question karein woh yeh yeh yeh yeh yani matlab yeh yeh wada karte hue ke mujhe wahi kitab padhna hai jo aap bata dein baqi koi padhni nahi hai tab main inshallah naam bata</w:t>
      </w:r>
      <w:r>
        <w:br/>
      </w:r>
      <w:r>
        <w:rPr>
          <w:sz w:val="20"/>
        </w:rPr>
        <w:t>1:25:07  oonga aisa nahi naam nahi batata main Maulana yeh abhi abhi comment aaya hai Doha Qatar se Maulana Abdul Basit Umri sahab ka unhon ne likha hai ke Maulana beshak Alrisala padhne se pehle main dil hi ko ghaur aur fikr ka zariya samajhta tha</w:t>
      </w:r>
      <w:r>
        <w:br/>
      </w:r>
      <w:r>
        <w:rPr>
          <w:sz w:val="20"/>
        </w:rPr>
        <w:t>1:25:25  jab risala mein yeh padha ke dil ka kaam sirf blood pumping hai to mein kai mahine tak</w:t>
      </w:r>
      <w:r>
        <w:br/>
      </w:r>
      <w:r>
        <w:rPr>
          <w:sz w:val="20"/>
        </w:rPr>
        <w:t>1:25:33  is baat ko qabool nahi kar saka kyunke ulama mabni bhar qalb soch ke reference mein hadith pesh</w:t>
      </w:r>
      <w:r>
        <w:br/>
      </w:r>
      <w:r>
        <w:rPr>
          <w:sz w:val="20"/>
        </w:rPr>
        <w:t>1:25:41  karte the is bare mein mein allah se bohat zyada mein ne allah se bohat zyada dua bhi</w:t>
      </w:r>
      <w:r>
        <w:br/>
      </w:r>
      <w:r>
        <w:rPr>
          <w:sz w:val="20"/>
        </w:rPr>
        <w:t>1:25:46  ki ab allah ke fazl se mind base thinking hi ko sahi samajhta hoon masha allah</w:t>
      </w:r>
    </w:p>
    <w:p>
      <w:pPr>
        <w:pStyle w:val="Heading2"/>
      </w:pPr>
      <w:r>
        <w:t>Request to recite a poem from youth</w:t>
      </w:r>
    </w:p>
    <w:p>
      <w:r>
        <w:rPr>
          <w:color w:val="666666"/>
          <w:sz w:val="18"/>
        </w:rPr>
        <w:t>Other · Self Correction November 09, 2014 · 40s · at 1:14:21 · https://youtu.be/EgAukdSfGRU?t=4461</w:t>
      </w:r>
    </w:p>
    <w:p>
      <w:r>
        <w:rPr>
          <w:i/>
        </w:rPr>
        <w:t>“In today's session it came to light that you were also a poet. Can you recite any of your poems from that time?”</w:t>
      </w:r>
    </w:p>
    <w:p>
      <w:r>
        <w:rPr>
          <w:sz w:val="20"/>
        </w:rPr>
        <w:t>1:14:21  Maulana, inka ek aur sawal hai. Unhone likha hai ke aaj ke session mein maloom hua ke aap shayar bhi rahe hain.</w:t>
      </w:r>
      <w:r>
        <w:br/>
      </w:r>
      <w:r>
        <w:rPr>
          <w:sz w:val="20"/>
        </w:rPr>
        <w:t>1:14:28  kya is daur ka apna koi sher arz kar sakte hain? Maine yeh to nahi kaha ke main shayar tha. Shayari karta tha yeh kaam mein.</w:t>
      </w:r>
      <w:r>
        <w:br/>
      </w:r>
      <w:r>
        <w:rPr>
          <w:sz w:val="20"/>
        </w:rPr>
        <w:t>1:14:37  shayar hona ek profession hai. Lekin jo sher o shayari is zamane mein, hamari naujawani ke zamane mein aam tha, har aadmi sher o shayari karta tha.</w:t>
      </w:r>
      <w:r>
        <w:br/>
      </w:r>
      <w:r>
        <w:rPr>
          <w:sz w:val="20"/>
        </w:rPr>
        <w:t>1:14:47  to woh is mein bhi kuch karta tha. Baqi main mushaire mein sher padhna, yeh usko kaam mein ne nahi kiya kabhi.</w:t>
      </w:r>
    </w:p>
    <w:p>
      <w:pPr>
        <w:pStyle w:val="Heading2"/>
      </w:pPr>
      <w:r>
        <w:t>Right age and level for marriage for a student</w:t>
      </w:r>
    </w:p>
    <w:p>
      <w:r>
        <w:rPr>
          <w:color w:val="666666"/>
          <w:sz w:val="18"/>
        </w:rPr>
        <w:t>Other · Present Day Muslims Jan 13, 2013 · 45s · at 1:36:18 · https://youtu.be/CVcbWVYitog?t=5778</w:t>
      </w:r>
    </w:p>
    <w:p>
      <w:r>
        <w:rPr>
          <w:i/>
        </w:rPr>
        <w:t>“What is the right age for marriage and at what level should one marry? I am a student, currently not employed. I am 27 years old. Can I get married?”</w:t>
      </w:r>
    </w:p>
    <w:p>
      <w:r>
        <w:rPr>
          <w:sz w:val="20"/>
        </w:rPr>
        <w:t>1:36:18  koi firqe ka rang un ke zehan par na ho. bas yeh yeh meri rai hai. Maulana, agla sawal Ah Shurapur, Karnataka se hai,</w:t>
      </w:r>
      <w:r>
        <w:br/>
      </w:r>
      <w:r>
        <w:rPr>
          <w:sz w:val="20"/>
        </w:rPr>
        <w:t>1:36:32  Mahboob ul Hassan sahib ka, jo ek Student hain. unhon ne poocha hai aap se ke Maulana sahib, shadi karne ki sahi umar kya hai aur kis satah par shadi karni chahiye?</w:t>
      </w:r>
      <w:r>
        <w:br/>
      </w:r>
      <w:r>
        <w:rPr>
          <w:sz w:val="20"/>
        </w:rPr>
        <w:t>1:36:44  main ek Student hoon, fi waqt main kisi kaam par nahi hoon. meri umar 27 saal hai. kya main shadi kar sakta hoon?</w:t>
      </w:r>
      <w:r>
        <w:br/>
      </w:r>
      <w:r>
        <w:rPr>
          <w:sz w:val="20"/>
        </w:rPr>
        <w:t>1:36:53  yeh sab baaten aap ki Family jaane, apni Family se poochhiye. yahan se main nahi kuch bata sakta.</w:t>
      </w:r>
      <w:r>
        <w:br/>
      </w:r>
      <w:r>
        <w:rPr>
          <w:sz w:val="20"/>
        </w:rPr>
        <w:t>1:36:59  yeh baaton ka talluq aap ki Family se hai.</w:t>
      </w:r>
    </w:p>
    <w:p>
      <w:pPr>
        <w:pStyle w:val="Heading2"/>
      </w:pPr>
      <w:r>
        <w:t>Scientific basis for calling lift incident excavation</w:t>
      </w:r>
    </w:p>
    <w:p>
      <w:r>
        <w:rPr>
          <w:color w:val="666666"/>
          <w:sz w:val="18"/>
        </w:rPr>
        <w:t>Other · Discovering God June 30, 2019 Maulana Wahiduddin Khan · 2m 39s · at 43:33 · https://youtu.be/Yt1-eX7XzYU?t=2613</w:t>
      </w:r>
    </w:p>
    <w:p>
      <w:r>
        <w:rPr>
          <w:i/>
        </w:rPr>
        <w:t>“The lift getting stuck is a human incident, but how can calling it a total excavation event be scientific? Please explain further.”</w:t>
      </w:r>
    </w:p>
    <w:p>
      <w:r>
        <w:rPr>
          <w:sz w:val="20"/>
        </w:rPr>
        <w:t>43:33  maulana, kuch un ka ek aur sawal hai. maulana, unho ne likha hai:</w:t>
      </w:r>
      <w:r>
        <w:br/>
      </w:r>
      <w:r>
        <w:rPr>
          <w:sz w:val="20"/>
        </w:rPr>
        <w:t>43:41  "maulana, lift ka lagna ek insani waqia hai, magar is ko total khodai waqia kehna kaise scientific ho sakta hai?</w:t>
      </w:r>
      <w:r>
        <w:br/>
      </w:r>
      <w:r>
        <w:rPr>
          <w:sz w:val="20"/>
        </w:rPr>
        <w:t>43:51  is ki mazeed wazahat karen." dekhiye, jo log mere sathi hain, woh jante hain ke lift kaise lagi.</w:t>
      </w:r>
      <w:r>
        <w:br/>
      </w:r>
      <w:r>
        <w:rPr>
          <w:sz w:val="20"/>
        </w:rPr>
        <w:t>44:01  mein ne kabhi socha bhi nahi tha, mere sathiyon ne kabhi socha bhi nahi tha, aur bilkul unexpected tor par lift lag gayi.</w:t>
      </w:r>
      <w:r>
        <w:br/>
      </w:r>
      <w:r>
        <w:rPr>
          <w:sz w:val="20"/>
        </w:rPr>
        <w:t>44:13  yani itna zyada</w:t>
      </w:r>
      <w:r>
        <w:br/>
      </w:r>
      <w:r>
        <w:rPr>
          <w:sz w:val="20"/>
        </w:rPr>
        <w:t>44:17  is mein, yani unexpected thi yeh kahani. aap pooch lijiye jo log is mein involve hain un se ke kabhi aap ne socha bhi nahi tha ke lift lage gi,</w:t>
      </w:r>
      <w:r>
        <w:br/>
      </w:r>
      <w:r>
        <w:rPr>
          <w:sz w:val="20"/>
        </w:rPr>
        <w:t>44:35  aur lag gayi to Allah ne asbab paida kiye. hum hamara jo lift lagi hai na, woh aisa nahi hua ke koi sahib</w:t>
      </w:r>
      <w:r>
        <w:br/>
      </w:r>
      <w:r>
        <w:rPr>
          <w:sz w:val="20"/>
        </w:rPr>
        <w:t>44:52  jate hain kisi paise wale ke haan aur us se kehte hain ke bhai hamara lift nahi hai, lift lagwa do.</w:t>
      </w:r>
      <w:r>
        <w:br/>
      </w:r>
      <w:r>
        <w:rPr>
          <w:sz w:val="20"/>
        </w:rPr>
        <w:t>45:02  aur ek kehta hai ke detail lao, sab process chalta hai. to kya hota hai?</w:t>
      </w:r>
      <w:r>
        <w:br/>
      </w:r>
      <w:r>
        <w:rPr>
          <w:sz w:val="20"/>
        </w:rPr>
        <w:t>45:10  kya hota hai? hamare haan jo lift lagi hai, is mein koi bhi na darkhwast hai, na koi process hai, bilkul hi unexpected tor par lagi hai.</w:t>
      </w:r>
      <w:r>
        <w:br/>
      </w:r>
      <w:r>
        <w:rPr>
          <w:sz w:val="20"/>
        </w:rPr>
        <w:t>45:26  woh to jab unexpected tor par lagi hai to zahir hai ke phir is ka kuch hona chahiye. to wahi hai jaise yani phal mein mithas hai to koi mithas dene wala hona chahiye, to woh creator hai.</w:t>
      </w:r>
      <w:r>
        <w:br/>
      </w:r>
      <w:r>
        <w:rPr>
          <w:sz w:val="20"/>
        </w:rPr>
        <w:t>45:54  jo log bhi is lift mein involve rahe hain, aap un se pooch lijiye ke kya unho ne kabhi socha tha?</w:t>
      </w:r>
      <w:r>
        <w:br/>
      </w:r>
      <w:r>
        <w:rPr>
          <w:sz w:val="20"/>
        </w:rPr>
        <w:t>46:07  aap ko khud is ka jawab mil jaye ga.</w:t>
      </w:r>
    </w:p>
    <w:p>
      <w:pPr>
        <w:pStyle w:val="Heading2"/>
      </w:pPr>
      <w:r>
        <w:t>Separation of religion and politics</w:t>
      </w:r>
    </w:p>
    <w:p>
      <w:r>
        <w:rPr>
          <w:color w:val="666666"/>
          <w:sz w:val="18"/>
        </w:rPr>
        <w:t>Other · Sahaba and Muhaddithin 24th June 2012 - Maulana Wahiduddin Khan · 2m 32s · at 1:05:22 · https://youtu.be/tUPo7MI0Bdo?t=3922</w:t>
      </w:r>
    </w:p>
    <w:p>
      <w:r>
        <w:rPr>
          <w:i/>
        </w:rPr>
        <w:t>“Differentiating between religion and politics is considered an incomplete concept of religion. Why is that?”</w:t>
      </w:r>
    </w:p>
    <w:p>
      <w:r>
        <w:rPr>
          <w:sz w:val="20"/>
        </w:rPr>
        <w:t>1:05:22  molana, agla sawal tamil nadu se hai, molana iqbal umri sahib ka. unhon ne likha hai: "mazhab aur siyasat mein farq karne ko</w:t>
      </w:r>
      <w:r>
        <w:br/>
      </w:r>
      <w:r>
        <w:rPr>
          <w:sz w:val="20"/>
        </w:rPr>
        <w:t>1:05:32  deen ka naqis tasawwur samjha jata hai, aisa kyun?" yeh to bilkul mein samajhta hoon ke yani batil tasawwur hai jis ka islam mein koi bhi reference maujood nahi.</w:t>
      </w:r>
      <w:r>
        <w:br/>
      </w:r>
      <w:r>
        <w:rPr>
          <w:sz w:val="20"/>
        </w:rPr>
        <w:t>1:05:52  bilashuba deen alag hai aur siyasat alag hai, is mein koi shakk nahi.</w:t>
      </w:r>
      <w:r>
        <w:br/>
      </w:r>
      <w:r>
        <w:rPr>
          <w:sz w:val="20"/>
        </w:rPr>
        <w:t>1:06:01  dekhein, islam ke mutabiq</w:t>
      </w:r>
      <w:r>
        <w:br/>
      </w:r>
      <w:r>
        <w:rPr>
          <w:sz w:val="20"/>
        </w:rPr>
        <w:t>1:06:08  deen ki taleemat jo hain, woh hoti hain according to the situation. ittaqullah wa ma istata'tum to jahan tak apni zaat ka ta'alluq hai, har waqt hamare bas mein hai ke apni zaat ke aitbar se hum</w:t>
      </w:r>
      <w:r>
        <w:br/>
      </w:r>
      <w:r>
        <w:rPr>
          <w:sz w:val="20"/>
        </w:rPr>
        <w:t>1:06:25  deen ko ikhtiyar karein. yani is mein hamein koi excuse nahi ho sakta hai zaat ke aitbar se. lekin jab aata hai muamla society ka, mujtama ka, to wahan doosre logon ki rai ke mutabiq kaam karna pare ga.</w:t>
      </w:r>
      <w:r>
        <w:br/>
      </w:r>
      <w:r>
        <w:rPr>
          <w:sz w:val="20"/>
        </w:rPr>
        <w:t>1:06:45  yeh nahi hai ke aap impose kar dein un ke upar.</w:t>
      </w:r>
      <w:r>
        <w:br/>
      </w:r>
      <w:r>
        <w:rPr>
          <w:sz w:val="20"/>
        </w:rPr>
        <w:t>1:06:48  inaam ki baat hai, impose karein ge to impose nahi hoga. to hukoomat ka ki noiyat hi alag hai, hukoomat ki bilkul noiyat alag hai.</w:t>
      </w:r>
      <w:r>
        <w:br/>
      </w:r>
      <w:r>
        <w:rPr>
          <w:sz w:val="20"/>
        </w:rPr>
        <w:t>1:07:00  hukumat ka mamla yeh hai ke jaise halaat, waisi hukumat. Hadees mein aata hai ke</w:t>
      </w:r>
      <w:r>
        <w:br/>
      </w:r>
      <w:r>
        <w:rPr>
          <w:sz w:val="20"/>
        </w:rPr>
        <w:t>1:07:06  kama takoonoon kazalik yool aleikum jaise tum ho gaye, waise hukmaran ho gaye. Yani hukumat ubharti hai mujtama se, yani social condition se.</w:t>
      </w:r>
      <w:r>
        <w:br/>
      </w:r>
      <w:r>
        <w:rPr>
          <w:sz w:val="20"/>
        </w:rPr>
        <w:t>1:07:18  lekin inforadi jo deen hai, woh toh har waqt aap ikhtiyar karte rehte hain. Toh jo log dono taqazon ko ek kar ke kehte hain ke Islam mukammal nizam hai, woh bilashuba baatil boli bolte hain.</w:t>
      </w:r>
      <w:r>
        <w:br/>
      </w:r>
      <w:r>
        <w:rPr>
          <w:sz w:val="20"/>
        </w:rPr>
        <w:t>1:07:29  aur Islam mein tashaddud jo aa gaya hai, isi liye aa gaya hai.</w:t>
      </w:r>
      <w:r>
        <w:br/>
      </w:r>
      <w:r>
        <w:rPr>
          <w:sz w:val="20"/>
        </w:rPr>
        <w:t>1:07:33  tashaddud jo aa gaya hai Islam mein, barah-e-raast zimmedar hain woh log kis ke jinho ne yeh naarah diya ke Islam mukammal nizam hai. Is ko mein bilashuba baatil samajhta hoon.</w:t>
      </w:r>
      <w:r>
        <w:br/>
      </w:r>
      <w:r>
        <w:rPr>
          <w:sz w:val="20"/>
        </w:rPr>
        <w:t>1:07:45  toh meri bohat si kitabein hain, aap padh lijiye: Tabeer-e-Ghalati, Deen aur Shariat, Al-Islam waghera.</w:t>
      </w:r>
    </w:p>
    <w:p>
      <w:pPr>
        <w:pStyle w:val="Heading2"/>
      </w:pPr>
      <w:r>
        <w:t>Sharing a dream about a Hindu boss</w:t>
      </w:r>
    </w:p>
    <w:p>
      <w:r>
        <w:rPr>
          <w:color w:val="666666"/>
          <w:sz w:val="18"/>
        </w:rPr>
        <w:t>Other · Replanning | February 26, 2017 · 2m 32s · at 59:17 · https://youtu.be/E120hwMH9x8?t=3557</w:t>
      </w:r>
    </w:p>
    <w:p>
      <w:r>
        <w:rPr>
          <w:i/>
        </w:rPr>
        <w:t>“I want to share a dream with you which a friend of mine told me about. Her boss who is a Hindu had a dream he saw that...”</w:t>
      </w:r>
    </w:p>
    <w:p>
      <w:r>
        <w:rPr>
          <w:sz w:val="20"/>
        </w:rPr>
        <w:t>59:17  sahee baat hai bohat sahee kaha aap ne jazaak Allah Maulana agla sawal Miss Gulzeeba Ahmed ka hai</w:t>
      </w:r>
      <w:r>
        <w:br/>
      </w:r>
      <w:r>
        <w:rPr>
          <w:sz w:val="20"/>
        </w:rPr>
        <w:t>59:25  USA se unhon ne likha hai I want to share a dream with you which a</w:t>
      </w:r>
      <w:r>
        <w:br/>
      </w:r>
      <w:r>
        <w:rPr>
          <w:sz w:val="20"/>
        </w:rPr>
        <w:t>59:32  friend of mine told me about her boss who is a Hindu had a dream he saw that</w:t>
      </w:r>
      <w:r>
        <w:br/>
      </w:r>
      <w:r>
        <w:rPr>
          <w:sz w:val="20"/>
        </w:rPr>
        <w:t>59:40  world is ending everywhere is a disaster buildings are falling he is very thirsty and he reaches a</w:t>
      </w:r>
      <w:r>
        <w:br/>
      </w:r>
      <w:r>
        <w:rPr>
          <w:sz w:val="20"/>
        </w:rPr>
        <w:t>59:50  house belonging to a Muslim he asked for water but the Muslim refused to give him any water</w:t>
      </w:r>
      <w:r>
        <w:br/>
      </w:r>
      <w:r>
        <w:rPr>
          <w:sz w:val="20"/>
        </w:rPr>
        <w:t>1:00:00  he woke upright after that Maulana what is your interpretation of this dream</w:t>
      </w:r>
      <w:r>
        <w:br/>
      </w:r>
      <w:r>
        <w:rPr>
          <w:sz w:val="20"/>
        </w:rPr>
        <w:t>1:00:10  dekhiye yeh dream bilkul khula hua hai woh water nahi mang raha tha water to kahin bhi mil sakta tha road par woh keh raha tha ke khaliq ka kya message hai batao mujh ko creator ka kya paigham hai batao mujh ko yani woh Quran mang raha tha Quran ya</w:t>
      </w:r>
      <w:r>
        <w:br/>
      </w:r>
      <w:r>
        <w:rPr>
          <w:sz w:val="20"/>
        </w:rPr>
        <w:t>1:00:40  Allah ne Musalmanon ko warning di hai warning tum ko agar tumhare paas pani hai aur tum pyason</w:t>
      </w:r>
      <w:r>
        <w:br/>
      </w:r>
      <w:r>
        <w:rPr>
          <w:sz w:val="20"/>
        </w:rPr>
        <w:t>1:00:51  ko lutao to socho ke tumhara kya anjam hoga aakhirat mein main sochta hoon ke yeh yeh warning</w:t>
      </w:r>
      <w:r>
        <w:br/>
      </w:r>
      <w:r>
        <w:rPr>
          <w:sz w:val="20"/>
        </w:rPr>
        <w:t>1:01:01  hai Allah taala ki taraf se jo ek bande ki zuban se Allah ne hamein di hai hum sab ko</w:t>
      </w:r>
      <w:r>
        <w:br/>
      </w:r>
      <w:r>
        <w:rPr>
          <w:sz w:val="20"/>
        </w:rPr>
        <w:t>1:01:11  yeh karna hai ke Quran ke liye uth jao har zaban mein Quran ka tarjuma har mulk mein Quran ko phailana har qaum mein us ko aam karna is khwab ka matlab yahi hai yeh bohat hi hila dene wala khwab hai yeh woh pani mang raha tha Khuda kitab mang raha tha woh apni zaban mein ab</w:t>
      </w:r>
      <w:r>
        <w:br/>
      </w:r>
      <w:r>
        <w:rPr>
          <w:sz w:val="20"/>
        </w:rPr>
        <w:t>1:01:41  hamein yahi kaam karna hai is ke siwa doosre har kaam ko hamein secondary banana hai secondary Maulana</w:t>
      </w:r>
    </w:p>
    <w:p>
      <w:pPr>
        <w:pStyle w:val="Heading2"/>
      </w:pPr>
      <w:r>
        <w:t>Shortening Islamic names like Abdur Rashid</w:t>
      </w:r>
    </w:p>
    <w:p>
      <w:r>
        <w:rPr>
          <w:color w:val="666666"/>
          <w:sz w:val="18"/>
        </w:rPr>
        <w:t>Other · Paradise Culture January 12, 2014 · 2m 38s · at 1:12:02 · https://youtu.be/Z3A6r7XjE00?t=4322</w:t>
      </w:r>
    </w:p>
    <w:p>
      <w:r>
        <w:rPr>
          <w:i/>
        </w:rPr>
        <w:t>“Can names like Abdur Rashid and Abdur Rahim be shortened to Rashid and Rahim?”</w:t>
      </w:r>
    </w:p>
    <w:p>
      <w:r>
        <w:rPr>
          <w:sz w:val="20"/>
        </w:rPr>
        <w:t>1:12:02  Us ke andar jab woh jab khud woh daryaft karega, tabhi woh us ko ikhtiyar kar payega. Maulana, agla sawal Chennai se hai Khalil ur Rehman Sahab</w:t>
      </w:r>
      <w:r>
        <w:br/>
      </w:r>
      <w:r>
        <w:rPr>
          <w:sz w:val="20"/>
        </w:rPr>
        <w:t>1:12:15  ka. unhon ne likha hai: "maulana, ek sahab ne kaha ke aaj kal ka issue hai ke abdul rashid aur abdul rahim jaise namon ko rashid aur rahim ke nam se bulaya ja sakta hai ya nahi?" hmm, ye to ye kuch sawal hai jo jo aise sawal karte hain unko ke kahin kahin ja ke taleem hasil karen.</w:t>
      </w:r>
      <w:r>
        <w:br/>
      </w:r>
      <w:r>
        <w:rPr>
          <w:sz w:val="20"/>
        </w:rPr>
        <w:t>1:12:39  mere khayal se aise log hain ji education nahi hoti. aise sawalat karte hain.</w:t>
      </w:r>
      <w:r>
        <w:br/>
      </w:r>
      <w:r>
        <w:rPr>
          <w:sz w:val="20"/>
        </w:rPr>
        <w:t>1:12:45  koi sawal to hai nahi. maine dekha, mujhe kahin ja ke dakhila lo, kisi madarse mein raho, kisi college mein padho.</w:t>
      </w:r>
      <w:r>
        <w:br/>
      </w:r>
      <w:r>
        <w:rPr>
          <w:sz w:val="20"/>
        </w:rPr>
        <w:t>1:12:54  yani intellectually daaf person, yani ye idare intellectually daaf persons. ab kya unko jawab dein?</w:t>
      </w:r>
      <w:r>
        <w:br/>
      </w:r>
      <w:r>
        <w:rPr>
          <w:sz w:val="20"/>
        </w:rPr>
        <w:t>1:13:03  bhai, koi jawab hi mein to nahi samajhta ke mere mere paas kai sa koi jawab hai. woh ja ke dakhila len, padhen. kis tarah?</w:t>
      </w:r>
      <w:r>
        <w:br/>
      </w:r>
      <w:r>
        <w:rPr>
          <w:sz w:val="20"/>
        </w:rPr>
        <w:t>1:13:11  ji, ye koi sawal hai?</w:t>
      </w:r>
      <w:r>
        <w:br/>
      </w:r>
      <w:r>
        <w:rPr>
          <w:sz w:val="20"/>
        </w:rPr>
        <w:t>1:13:13  is sawal ke koi koi is mein logic honi chahiye. nahi, is mein to koi logic hai nahi. is is sawal mein ji,</w:t>
      </w:r>
      <w:r>
        <w:br/>
      </w:r>
      <w:r>
        <w:rPr>
          <w:sz w:val="20"/>
        </w:rPr>
        <w:t>1:13:22  ye to aisi hai jaise pehle zamane mein naam hota tha umar bin al-khattab. koi kahe ke sirf umar nahi keh sakte, tum umar bin al-khattab kaho ya ibn al-khattab bhi nahi keh sakte.</w:t>
      </w:r>
      <w:r>
        <w:br/>
      </w:r>
      <w:r>
        <w:rPr>
          <w:sz w:val="20"/>
        </w:rPr>
        <w:t>1:13:34  ye koi sawal hi nahi hai, bhai, ye koi logic nahi hai is sawal mein.</w:t>
      </w:r>
      <w:r>
        <w:br/>
      </w:r>
      <w:r>
        <w:rPr>
          <w:sz w:val="20"/>
        </w:rPr>
        <w:t>1:13:41  okay, we we'll end the session now. thank you.</w:t>
      </w:r>
    </w:p>
    <w:p>
      <w:pPr>
        <w:pStyle w:val="Heading2"/>
      </w:pPr>
      <w:r>
        <w:t>Source for Maulana's literature</w:t>
      </w:r>
    </w:p>
    <w:p>
      <w:r>
        <w:rPr>
          <w:color w:val="666666"/>
          <w:sz w:val="18"/>
        </w:rPr>
        <w:t>Other · The Art of Thinking January 28, 2024 · 15m 56s · at 47:53 · https://youtu.be/lpUsTrs0ulo?t=2873</w:t>
      </w:r>
    </w:p>
    <w:p>
      <w:r>
        <w:rPr>
          <w:i/>
        </w:rPr>
        <w:t>“Where can I get Maulana's literature?”</w:t>
      </w:r>
    </w:p>
    <w:p>
      <w:r>
        <w:rPr>
          <w:sz w:val="20"/>
        </w:rPr>
        <w:t>47:53  Zubair Bhatt sahib jo Kashmir se hain, unhon ne sawal bheja hai: "Where can I get Maulana's literature?" To Zubair bhai, aap Maulana ki kitabein goodwordbooks.com se khareed sakte hain, aur agar aap download kar ke parhna chahte hain to aap cpsglobal.org pe login karein.</w:t>
      </w:r>
      <w:r>
        <w:br/>
      </w:r>
      <w:r>
        <w:rPr>
          <w:sz w:val="20"/>
        </w:rPr>
        <w:t>48:11  Wahan se aap ko Maulana sahib ki tamam kitabein hasil ho jayengi.</w:t>
      </w:r>
      <w:r>
        <w:br/>
      </w:r>
      <w:r>
        <w:rPr>
          <w:sz w:val="20"/>
        </w:rPr>
        <w:t>48:16  Apa, aap ne abhi bohat sahi baat kahi ke sirf sochne ki dair hai, aur aksar kya hota hai ke log sochte hi nahi hain.</w:t>
      </w:r>
      <w:r>
        <w:br/>
      </w:r>
      <w:r>
        <w:rPr>
          <w:sz w:val="20"/>
        </w:rPr>
        <w:t>48:25  Aaj ka poora jo topic hai, aap ne bare achhe se explain kiya ke why there is an importance of thinking, what is the art of thinking. Lekin apa, hum log jab interactions karte hain, aur aksar log Maulana ke paas bhi advice ke liye aate the, aur kai mayoos, mayoosi mein aate the, lekin bohat khush ho ke jate the.</w:t>
      </w:r>
      <w:r>
        <w:br/>
      </w:r>
      <w:r>
        <w:rPr>
          <w:sz w:val="20"/>
        </w:rPr>
        <w:t>48:46  Aksar in logon ka yeh hota tha sawal ke: "Meri zindagi ka yeh ek ek aim tha, mein ne woh chance gawa diya." Ya phir woh kuch plan kar rahe the, woh materialize nahi hua.</w:t>
      </w:r>
      <w:r>
        <w:br/>
      </w:r>
      <w:r>
        <w:rPr>
          <w:sz w:val="20"/>
        </w:rPr>
        <w:t>48:59  To log aksar jo hai first chance ko bohat zyada importance dete the, aur Maulana kehte the ke there is always a second chance.</w:t>
      </w:r>
      <w:r>
        <w:br/>
      </w:r>
      <w:r>
        <w:rPr>
          <w:sz w:val="20"/>
        </w:rPr>
        <w:t>49:09  To woh hope bhar ke har ek ko wapas lotate the.</w:t>
      </w:r>
      <w:r>
        <w:br/>
      </w:r>
      <w:r>
        <w:rPr>
          <w:sz w:val="20"/>
        </w:rPr>
        <w:t>49:13  Jaise aap ne abhi woh use bhi kiya jumla: "Think, think, think. There must be a better way." To apa, second chance ki kya ahmiyat hai, is ke bare mein bhi aap hum sab ko batayein, kyunke yeh ek bohat hi important cheez is liye bhi hai ke log aksar apne aap ko depression mein daal dete hain after having missed the first chance of their life.</w:t>
      </w:r>
      <w:r>
        <w:br/>
      </w:r>
      <w:r>
        <w:rPr>
          <w:sz w:val="20"/>
        </w:rPr>
        <w:t>49:39  Yeh to bohat hi aam hai ke zyada tar log first chance jo hai woh miss kar dete hain, matlab tayyar nahi hote hain, un ki tayyari poori nahi hoti hai.</w:t>
      </w:r>
      <w:r>
        <w:br/>
      </w:r>
      <w:r>
        <w:rPr>
          <w:sz w:val="20"/>
        </w:rPr>
        <w:t>49:52  To woh kai baar woh woh ho jate hain, bohat zyada mayoos ho jate hain. To kai baar khudkushi karne tak ko sochne lagte hain.</w:t>
      </w:r>
      <w:r>
        <w:br/>
      </w:r>
      <w:r>
        <w:rPr>
          <w:sz w:val="20"/>
        </w:rPr>
        <w:t>50:01  Ji, ek baar ek aise hi student tha, woh us ne bohat mehnat ki lekin woh fail ho gaya.</w:t>
      </w:r>
      <w:r>
        <w:br/>
      </w:r>
      <w:r>
        <w:rPr>
          <w:sz w:val="20"/>
        </w:rPr>
        <w:t>50:07  Ab woh ghar se hi nikal ke bhag gaya ke ab mein ghar wapas nahi jaunga. To phir us ne dekha ek jagah kuwein par pani, ghara le kar log aate the, pani nikalte the.</w:t>
      </w:r>
      <w:r>
        <w:br/>
      </w:r>
      <w:r>
        <w:rPr>
          <w:sz w:val="20"/>
        </w:rPr>
        <w:t>50:21  To woh kuwein ka jo pathar par jo ghara rakhte the, to woh pathar par nishan pad gaya tha ghare rakhne ka gol sa.</w:t>
      </w:r>
      <w:r>
        <w:br/>
      </w:r>
      <w:r>
        <w:rPr>
          <w:sz w:val="20"/>
        </w:rPr>
        <w:t>50:30  To us ne socha ke kitna is mein, kitne logon ne is mein pani nikala hoga jo pathar mein nishan pad gaya.</w:t>
      </w:r>
      <w:r>
        <w:br/>
      </w:r>
      <w:r>
        <w:rPr>
          <w:sz w:val="20"/>
        </w:rPr>
        <w:t>50:39  To us se us ko ek matlab us ne rethink kiya ke mein bhi isi tarike se mehnat karun aur mehnat kar ke dobara imtehan doon. To us ne khoob wapas ghar gaya aur khoob mehnat ki aur us ne top kiya.</w:t>
      </w:r>
      <w:r>
        <w:br/>
      </w:r>
      <w:r>
        <w:rPr>
          <w:sz w:val="20"/>
        </w:rPr>
        <w:t>50:53  Ji, to aise bohat sare waqe</w:t>
      </w:r>
      <w:r>
        <w:br/>
      </w:r>
      <w:r>
        <w:rPr>
          <w:sz w:val="20"/>
        </w:rPr>
        <w:t>50:55  aat. To yeh aise to yeh to waqea jo hai is mein raaz-e-hayat wali kitab mein yeh cheezein hain bar bar. Yeh is tarike ke waqeyat hote rehte the.</w:t>
      </w:r>
      <w:r>
        <w:br/>
      </w:r>
      <w:r>
        <w:rPr>
          <w:sz w:val="20"/>
        </w:rPr>
        <w:t>51:06  Abhi abhi mein ne jo ek waqea bataya tha ek engineer ka ke woh khudkushi karna cha rahe the, to un ko Maulana ne samjhaya ke dekhiye agar mali ek peed ko kahin se ukhadta hai to us ko aur behtar jagah lagane ke liye ukhadta hai.</w:t>
      </w:r>
      <w:r>
        <w:br/>
      </w:r>
      <w:r>
        <w:rPr>
          <w:sz w:val="20"/>
        </w:rPr>
        <w:t>51:23  Us ko</w:t>
      </w:r>
      <w:r>
        <w:br/>
      </w:r>
      <w:r>
        <w:rPr>
          <w:sz w:val="20"/>
        </w:rPr>
        <w:t>51:24  To aap wahan chale chale jaiye aur koi doosri jagah, doosre maqam par aap mehnat kijiye. To wahan unhon ne bohat zyada zabardast kamyabi hasil ki.</w:t>
      </w:r>
      <w:r>
        <w:br/>
      </w:r>
      <w:r>
        <w:rPr>
          <w:sz w:val="20"/>
        </w:rPr>
        <w:t>51:35  To aise bohat sare waqeyat hain is ke liye, woh is mein raaz-e-hayat mein dekh sakte hain. Ji ji mashallah, apa aaj ka aakhri sawal kyunke humein aaj ek book bhi release karni hai.</w:t>
      </w:r>
      <w:r>
        <w:br/>
      </w:r>
      <w:r>
        <w:rPr>
          <w:sz w:val="20"/>
        </w:rPr>
        <w:t>51:48  Aaj ke topic se to apa aur conversation se mujhe yahi laga ke everything depends on thinking.</w:t>
      </w:r>
      <w:r>
        <w:br/>
      </w:r>
      <w:r>
        <w:rPr>
          <w:sz w:val="20"/>
        </w:rPr>
        <w:t>51:54  If there is wrong thinking, then even an easy thing will become difficult. And when a person is having the right thinking, then even a difficult thing will become easy.</w:t>
      </w:r>
      <w:r>
        <w:br/>
      </w:r>
      <w:r>
        <w:rPr>
          <w:sz w:val="20"/>
        </w:rPr>
        <w:t>52:05  to apa, balanced way of thinking jo hai wo bohat important ho jata hai. hum sab ko apne andar aik balanced way of thinking develop karni chahiye.</w:t>
      </w:r>
      <w:r>
        <w:br/>
      </w:r>
      <w:r>
        <w:rPr>
          <w:sz w:val="20"/>
        </w:rPr>
        <w:t>52:14  to apa, is ke bare mein aap batayein aur isi par hum aaj ka session bhi khatam karein ge.</w:t>
      </w:r>
      <w:r>
        <w:br/>
      </w:r>
      <w:r>
        <w:rPr>
          <w:sz w:val="20"/>
        </w:rPr>
        <w:t>52:22  balanced way of thinking, sound thinking, yeh bhi related hi hai. ji, to bohat mushkil ho jata hai kyunke bohat baar logon ko bohat sari cheezein jo hai na, wo prestige issue bana lete hain. ab wo prestige issue banne ki wajah se unko samajh mein nahi aata hum peechay kaise hatein. to is mein aik do misaal se main is ko wazeh karungi.</w:t>
      </w:r>
      <w:r>
        <w:br/>
      </w:r>
      <w:r>
        <w:rPr>
          <w:sz w:val="20"/>
        </w:rPr>
        <w:t>52:48  jab misaal jo hai america aur japan ki, jo second world war mein ji, zabardast jang hui. aur aur japan jo hai, japan, germany aur italy waghera, yeh log haar gaye thay. to america ne pehli baar japan par atom bomb dala aur do industrial cities, hiroshima aur nagasaki, dono tabah ho gaye.</w:t>
      </w:r>
      <w:r>
        <w:br/>
      </w:r>
      <w:r>
        <w:rPr>
          <w:sz w:val="20"/>
        </w:rPr>
        <w:t>53:16  ab awam unke bohat gussa ho gaye, bohat zyada. unhone kaha, "ab hum intiqam lein ge." lekin agar hamare paas achay leaders hon to awam ko samjha sakte hain. lekin jab leader hi emotional ho jata hai, phir koi cheez unko samjha nahi sakti. to wahan par unki khushkismati thi ke unke paas achay leaders thay.</w:t>
      </w:r>
      <w:r>
        <w:br/>
      </w:r>
      <w:r>
        <w:rPr>
          <w:sz w:val="20"/>
        </w:rPr>
        <w:t>53:40  to awam to bohat zyada naraz hue, lekin leaders ne kaha ke nahi, "hum jo hai, ab ab intiqam hum nahi lein ge. hum koi badla nahi lein ge. hum apni apni constructive activity shuru karein ge, taleem mein, industry mein aagay barhein ge aur is ka jo hai,</w:t>
      </w:r>
      <w:r>
        <w:br/>
      </w:r>
      <w:r>
        <w:rPr>
          <w:sz w:val="20"/>
        </w:rPr>
        <w:t>54:03  is ke liye sakht mehnat karein ge."</w:t>
      </w:r>
      <w:r>
        <w:br/>
      </w:r>
      <w:r>
        <w:rPr>
          <w:sz w:val="20"/>
        </w:rPr>
        <w:t>54:05  to unhone awam ko yeh samjhaya ke 1941 mein hum ne bhi america ka ka jo pearl harbor mein us ki jo bahri faujein theen, us ko hum ne tabah kiya tha. to yeh barabar sarabar ho gaya. samjhane ke liye tha, woh to choti baat thi, yeh to bohat bari baat thi. lekin unhone samjhaya ke ab barabar ho gaya, ab hum jo hai,</w:t>
      </w:r>
      <w:r>
        <w:br/>
      </w:r>
      <w:r>
        <w:rPr>
          <w:sz w:val="20"/>
        </w:rPr>
        <w:t>54:27  mehnat karein ge. aur zabardast unhone mehnat ki 30 saal tak,</w:t>
      </w:r>
      <w:r>
        <w:br/>
      </w:r>
      <w:r>
        <w:rPr>
          <w:sz w:val="20"/>
        </w:rPr>
        <w:t>54:33  yahan tak ke woh industrial super power ban gaya. to us mein jo khaas role tha, woh hiro hito ka tha, jo japanese ruler tha. us waqt radio par hi hota tha elaan. to unhone radio par aakar awam ko address kiya aur kaha ke "We have to bear the unbearable.</w:t>
      </w:r>
      <w:r>
        <w:br/>
      </w:r>
      <w:r>
        <w:rPr>
          <w:sz w:val="20"/>
        </w:rPr>
        <w:t>54:53  We have to suffer the unsufreable." to unhone kaha ke hum is ko bardasht karein ge</w:t>
      </w:r>
      <w:r>
        <w:br/>
      </w:r>
      <w:r>
        <w:rPr>
          <w:sz w:val="20"/>
        </w:rPr>
        <w:t>54:59  , is ko hum intiqam ke jazba ko khatam kar rahe hain aur hum poori mehnat karein ge education mein. to education par unhone itni mehnat ki ke bilkul jo ministeron ka jo level hota tha, standard, un ki tankhwahon ka, har cheez ka, har facility ka, woh sab unhone apne teachers ko diya.</w:t>
      </w:r>
      <w:r>
        <w:br/>
      </w:r>
      <w:r>
        <w:rPr>
          <w:sz w:val="20"/>
        </w:rPr>
        <w:t>55:20  to is tarah se unhone bohat jald jo hai, woh itnay baray, itni zyada tarraqi kar li ke woh america par hi chha gaye. un ke saaray saman jo hai, woh america ke bazaron mein bhare hue hotay thay.</w:t>
      </w:r>
      <w:r>
        <w:br/>
      </w:r>
      <w:r>
        <w:rPr>
          <w:sz w:val="20"/>
        </w:rPr>
        <w:t>55:36  to log jo hai, aam taur par kya hai ke log apni jo ziyadati karte hain, woh to unko, woh to bhula dete hain aur doosron ki ziyadati ko baar baar yaad karte hain aur us ko yaad rakhte hain. is wajah se woh balanced way of thinking un ki nahi hoti. to is wajah se woh hamesha jo hai, tabaahi ka sabab banta hai. yeh cheez ke doosron ki ziyadati ko yaad rakho aur apni ziyadati ko bhula</w:t>
      </w:r>
      <w:r>
        <w:br/>
      </w:r>
      <w:r>
        <w:rPr>
          <w:sz w:val="20"/>
        </w:rPr>
        <w:t>56:04  do. to yahi tabaahi ka sabab hai. to humein jo hai, hamesha sochna chahiye ke hamari bhi to kuch ghalti hai, jo doosre ne jo react kiya hai, retaliate kiya hai, to us mein hamari bhi ghalti hai. to is tarah se hum apne aap ko aur apne apne logon ko thanda kar sakte hain.</w:t>
      </w:r>
      <w:r>
        <w:br/>
      </w:r>
      <w:r>
        <w:rPr>
          <w:sz w:val="20"/>
        </w:rPr>
        <w:t>56:25  ab dekhiye ke jagah jagah musalmanon mein kai mulkon mein laraiyan ho rahi hain, lekin woh apni ghalti ko mante nahi hain. ab jaise wahan par falasteen mein, israel mein to jang shuru ki arbon ne, us ko apni ghalti nahi mante</w:t>
      </w:r>
      <w:r>
        <w:br/>
      </w:r>
      <w:r>
        <w:rPr>
          <w:sz w:val="20"/>
        </w:rPr>
        <w:t>56:44  । agar apni ghalti maan lete, to sulah kar lete. lekin woh apni ghalti na manne ki wajah se woh musalsal jo hai, woh tabaahi par tabaahi ho rahi hai aur koi maslay ka koi hal nazar nahi aata. to yeh sab cheezein jo hain, hum ko bohat zyada gehrai se samajhne ki zaroorat hai.</w:t>
      </w:r>
      <w:r>
        <w:br/>
      </w:r>
      <w:r>
        <w:rPr>
          <w:sz w:val="20"/>
        </w:rPr>
        <w:t>57:05  jazak Allah apa. bohat achay se aap ne aaj ke topic ko wazeh kiya. and i am sure we need to watch this video again and again to understand what art of thinking is.</w:t>
      </w:r>
      <w:r>
        <w:br/>
      </w:r>
      <w:r>
        <w:rPr>
          <w:sz w:val="20"/>
        </w:rPr>
        <w:t>57:18  so we will end today session, but before that we will be also launching the new book of Maulana Wahiduddin Khan sahib.</w:t>
      </w:r>
      <w:r>
        <w:br/>
      </w:r>
      <w:r>
        <w:rPr>
          <w:sz w:val="20"/>
        </w:rPr>
        <w:t>57:30  and this book is on today's title only "the art of clear thinking".</w:t>
      </w:r>
      <w:r>
        <w:br/>
      </w:r>
      <w:r>
        <w:rPr>
          <w:sz w:val="20"/>
        </w:rPr>
        <w:t>57:37  yeh jo book hai, is ko translate kiya hai professor farida khanum ne. and this book is an english translation of a chapter of masail ejtihad.</w:t>
      </w:r>
      <w:r>
        <w:br/>
      </w:r>
      <w:r>
        <w:rPr>
          <w:sz w:val="20"/>
        </w:rPr>
        <w:t>57:52  is mein aik chapter hai "fun tafkeer". isi ka translation, english translation professor farida khanum ne kiya hai with the title "the art of clear thinking"</w:t>
      </w:r>
      <w:r>
        <w:br/>
      </w:r>
      <w:r>
        <w:rPr>
          <w:sz w:val="20"/>
        </w:rPr>
        <w:t>58:04  । so right thinking is positive thinking, aur aaj ka jo subject tha, woh isi par tha. this book is available for download from cps website www.cpsglobal.org.</w:t>
      </w:r>
      <w:r>
        <w:br/>
      </w:r>
      <w:r>
        <w:rPr>
          <w:sz w:val="20"/>
        </w:rPr>
        <w:t>58:19  and i would sincerely urge everyone ke aap is kitab ko na kewal baar baar parhiye, but aap is ko share bhi kijiye.</w:t>
      </w:r>
      <w:r>
        <w:br/>
      </w:r>
      <w:r>
        <w:rPr>
          <w:sz w:val="20"/>
        </w:rPr>
        <w:t>58:29  kyunke thinking is everyth</w:t>
      </w:r>
      <w:r>
        <w:br/>
      </w:r>
      <w:r>
        <w:rPr>
          <w:sz w:val="20"/>
        </w:rPr>
        <w:t>58:31  If we are having the positive thinking, then we can do anything in life. We can make difficult task easy, and it is the key to success.</w:t>
      </w:r>
      <w:r>
        <w:br/>
      </w:r>
      <w:r>
        <w:rPr>
          <w:sz w:val="20"/>
        </w:rPr>
        <w:t>58:43  so i will request doctor saniya husnain khan sahib to launch this new book today.</w:t>
      </w:r>
      <w:r>
        <w:br/>
      </w:r>
      <w:r>
        <w:rPr>
          <w:sz w:val="20"/>
        </w:rPr>
        <w:t>58:54  bismillah hir rahman nir rahim rab ishrah li sadri wa yassir li amri wah lul uqdatan min lisani yafqahu qawli aaj jaisa aap ne kaha ke topic bhi yahi tha.</w:t>
      </w:r>
      <w:r>
        <w:br/>
      </w:r>
      <w:r>
        <w:rPr>
          <w:sz w:val="20"/>
        </w:rPr>
        <w:t>59:06  apa ka bohat acha talk aur lecture tha jis mein bohat baatein nai pata chalin, aur Maulana ki khas jo positive thinking pe jo hamesha Maulana is pe zor dete the, us ki bhi kai baatein aap ne is mein lin.</w:t>
      </w:r>
      <w:r>
        <w:br/>
      </w:r>
      <w:r>
        <w:rPr>
          <w:sz w:val="20"/>
        </w:rPr>
        <w:t>59:25  to yeh bohat ahem kitab hai.</w:t>
      </w:r>
      <w:r>
        <w:br/>
      </w:r>
      <w:r>
        <w:rPr>
          <w:sz w:val="20"/>
        </w:rPr>
        <w:t>59:30  abhi farhad sahib ne mujhe aik Maulana ka aik clip, aik aik aik iqtibaas bheja jo mein pehle parhna chahunga.</w:t>
      </w:r>
      <w:r>
        <w:br/>
      </w:r>
      <w:r>
        <w:rPr>
          <w:sz w:val="20"/>
        </w:rPr>
        <w:t>59:41  ji, jo bohat hi wazeh tor pe is subject ko pe is mein yeh hai ke logon ko fikri taqat dena, un ke andar muamla fehmi ki salahiyat paida kar</w:t>
      </w:r>
      <w:r>
        <w:br/>
      </w:r>
      <w:r>
        <w:rPr>
          <w:sz w:val="20"/>
        </w:rPr>
        <w:t>59:56  na, un ke andar art of thinking paida karna, un ko is qabil banana ke woh aik cheez aur doosri cheez ke farq ko samjhein, woh durust mansooba bandi ke sath apna kaam kar sakein.</w:t>
      </w:r>
      <w:r>
        <w:br/>
      </w:r>
      <w:r>
        <w:rPr>
          <w:sz w:val="20"/>
        </w:rPr>
        <w:t>1:00:09  logon ko educate karna, formal education ke maano mein bhi aur informal education ke maano mein bhi. logon ke andar sab se zyada kami yeh hai ke woh yeh nahi jante ke sahi tarz-e-fikr kya hai aur ghalat tarz-e-fikr</w:t>
      </w:r>
      <w:r>
        <w:br/>
      </w:r>
      <w:r>
        <w:rPr>
          <w:sz w:val="20"/>
        </w:rPr>
        <w:t>1:00:25  kya hai. isi ka yeh nateeja hai ke aam taur pe log shikayat ki nafsiyat mein jeete hain. woh apni ghalat soch aur apne ghalat amal ki qeemat ada karte hain aur samajhte hain ke doosre logon ki saazish aur zulm ki bana par logon ka yeh haal hai.</w:t>
      </w:r>
      <w:r>
        <w:br/>
      </w:r>
      <w:r>
        <w:rPr>
          <w:sz w:val="20"/>
        </w:rPr>
        <w:t>1:00:43  aur jahan chup rehna chahiye, wahan bolte hain, aur jahan iqdamm karna chahiye, wahan chhalang laga dete hain.</w:t>
      </w:r>
      <w:r>
        <w:br/>
      </w:r>
      <w:r>
        <w:rPr>
          <w:sz w:val="20"/>
        </w:rPr>
        <w:t>1:00:51  jahan adjustment karna chahiye, wahan ladne ke liye khade ho jate hain. jin logon se dosti ka taluq qaim karna chahiye, un ko woh apna dushman samajhte hain aur khud sakhta tor par doosron ko apna ghair samajh lete hain.</w:t>
      </w:r>
      <w:r>
        <w:br/>
      </w:r>
      <w:r>
        <w:rPr>
          <w:sz w:val="20"/>
        </w:rPr>
        <w:t>1:01:08  halankeh is duniya mein har shakhs apna hai, koi bhi kisi ke liye ghair nahi. is bana par log sabr aur tahammul ki ahmiyat ko nahi samajh</w:t>
      </w:r>
      <w:r>
        <w:br/>
      </w:r>
      <w:r>
        <w:rPr>
          <w:sz w:val="20"/>
        </w:rPr>
        <w:t>1:01:18  te. halankeh is duniya mein kamyab kamyabi ka sab se zyada kargar formula wahi hai jisko sabr aur tahammul kaha jata hai.</w:t>
      </w:r>
      <w:r>
        <w:br/>
      </w:r>
      <w:r>
        <w:rPr>
          <w:sz w:val="20"/>
        </w:rPr>
        <w:t>1:01:28  masha Allah, to yeh bare achhe tareeqe se Maulana ki jo thinking thi, khas taur se is subject pe, us ko summarize kiya hai is chote se aik paragraph mein.</w:t>
      </w:r>
      <w:r>
        <w:br/>
      </w:r>
      <w:r>
        <w:rPr>
          <w:sz w:val="20"/>
        </w:rPr>
        <w:t>1:01:41  aur yeh kitab bari ahem hai. masail-e-ijtihad aik Maulana ki ahem kitab</w:t>
      </w:r>
      <w:r>
        <w:br/>
      </w:r>
      <w:r>
        <w:rPr>
          <w:sz w:val="20"/>
        </w:rPr>
        <w:t>1:01:47  hai. is ka yeh aik article hai "fun-e-tafkir". is ka translation hai yeh "the art of clear thinking", aur apa ne is ka translation kiya hai.</w:t>
      </w:r>
      <w:r>
        <w:br/>
      </w:r>
      <w:r>
        <w:rPr>
          <w:sz w:val="20"/>
        </w:rPr>
        <w:t>1:01:58  aur jaisa apa ne bhi yeh is baat ko aaj liya ke jo bhi aaj kal negative thinking aur negative soch aur violence, khas taur se muslim hazraat kar rahe hain, jahan jahan bhi un ko mauqa mil raha hai, woh isi wajah se hai ke woh gehri soch un ke andar nahi hai.</w:t>
      </w:r>
      <w:r>
        <w:br/>
      </w:r>
      <w:r>
        <w:rPr>
          <w:sz w:val="20"/>
        </w:rPr>
        <w:t>1:02:22  aur khas taur se yeh soch nahi hai ke hum jis ke khilaf lad rahe hain, woh hamara mad'u hai,</w:t>
      </w:r>
      <w:r>
        <w:br/>
      </w:r>
      <w:r>
        <w:rPr>
          <w:sz w:val="20"/>
        </w:rPr>
        <w:t>1:02:29  us ko humein paigham pahunchana hai. ji, to agar hum us ko paigham pahunchana chahte hain to hum kaise lad ke us ko paigham pahunchayenge? bilkul.</w:t>
      </w:r>
      <w:r>
        <w:br/>
      </w:r>
      <w:r>
        <w:rPr>
          <w:sz w:val="20"/>
        </w:rPr>
        <w:t>1:02:38  to is liye yeh kitab bohat ahem hai, aur mein chahunga ke log is ko padhein aur is se faida uthayein. aur Allah taala jaza-e-khair de jin logon ne is ki translation aur publishing mein hissa liya.</w:t>
      </w:r>
      <w:r>
        <w:br/>
      </w:r>
      <w:r>
        <w:rPr>
          <w:sz w:val="20"/>
        </w:rPr>
        <w:t>1:02:50  wa akhiru da'wana anil hamdulillahi rabbil alamin thank you doctor sahib. so we will end today's session. we will be back next Sunday at 10:30 a</w:t>
      </w:r>
    </w:p>
    <w:p>
      <w:pPr>
        <w:pStyle w:val="Heading2"/>
      </w:pPr>
      <w:r>
        <w:t>Stoning Punishment in Islam</w:t>
      </w:r>
    </w:p>
    <w:p>
      <w:r>
        <w:rPr>
          <w:color w:val="666666"/>
          <w:sz w:val="18"/>
        </w:rPr>
        <w:t>Other · Eid-al-Azha I October 13, 2013 · 1m 24s · at 55:20 · https://youtu.be/oy7zn-uODcU?t=3320</w:t>
      </w:r>
    </w:p>
    <w:p>
      <w:r>
        <w:rPr>
          <w:i/>
        </w:rPr>
        <w:t>“Does Islam have a punishment like stoning (rajm)? If yes, what is its reference? Please explain.”</w:t>
      </w:r>
    </w:p>
    <w:p>
      <w:r>
        <w:rPr>
          <w:sz w:val="20"/>
        </w:rPr>
        <w:t>55:20  of this human nature maulana agla sawal bangalore se hai miss arbeen bano ka unhon ne likha hai</w:t>
      </w:r>
      <w:r>
        <w:br/>
      </w:r>
      <w:r>
        <w:rPr>
          <w:sz w:val="20"/>
        </w:rPr>
        <w:t>55:28  maulana kya islam mein rajam jaisi saza hai agar hai to is ka reference kya hai is ke</w:t>
      </w:r>
      <w:r>
        <w:br/>
      </w:r>
      <w:r>
        <w:rPr>
          <w:sz w:val="20"/>
        </w:rPr>
        <w:t>55:36  bare mein batayen dekhen hum yahan pe discuss nahi karenge agar aap chahte hain detail mein parhna</w:t>
      </w:r>
      <w:r>
        <w:br/>
      </w:r>
      <w:r>
        <w:rPr>
          <w:sz w:val="20"/>
        </w:rPr>
        <w:t>55:43  to ek kitab hai woh hai maulana inayatullah subhani ki bahut bahut hi tehqeeqi kitab hai is</w:t>
      </w:r>
      <w:r>
        <w:br/>
      </w:r>
      <w:r>
        <w:rPr>
          <w:sz w:val="20"/>
        </w:rPr>
        <w:t>55:51  kitab ka naam hai kya naam hai is kitab ka haqeeqat rajam hain haqeeqat rajam haqeeqat rajam woh</w:t>
      </w:r>
      <w:r>
        <w:br/>
      </w:r>
      <w:r>
        <w:rPr>
          <w:sz w:val="20"/>
        </w:rPr>
        <w:t>55:59  moti si kitab hai is is nail ki sari maloomat is ke andar hain to is ko aap</w:t>
      </w:r>
      <w:r>
        <w:br/>
      </w:r>
      <w:r>
        <w:rPr>
          <w:sz w:val="20"/>
        </w:rPr>
        <w:t>56:06  parh lijiyye maulana inayatullah subhani kitab ka naam hai haqeeqat rajam mein ne arz kar diya ke</w:t>
      </w:r>
      <w:r>
        <w:br/>
      </w:r>
      <w:r>
        <w:rPr>
          <w:sz w:val="20"/>
        </w:rPr>
        <w:t>56:14  yahan hum fiqhi sawalat par guftagu nahi karte hamara hamara jo yeh class hota hai woh fiqhi sawalat</w:t>
      </w:r>
      <w:r>
        <w:br/>
      </w:r>
      <w:r>
        <w:rPr>
          <w:sz w:val="20"/>
        </w:rPr>
        <w:t>56:22  ke liye nahi hota hai fiqhi sawalat qaumi sawalat saahi sawalat is ke liye nahi hota yani fiqhi</w:t>
      </w:r>
      <w:r>
        <w:br/>
      </w:r>
      <w:r>
        <w:rPr>
          <w:sz w:val="20"/>
        </w:rPr>
        <w:t>56:30  siyasi aur duniyawi sawalat aur mili sawalat is ke liye nahi hota yeh yeh hota hai sirf dawat</w:t>
      </w:r>
      <w:r>
        <w:br/>
      </w:r>
      <w:r>
        <w:rPr>
          <w:sz w:val="20"/>
        </w:rPr>
        <w:t>56:37  ke liye baqi aap ko agar dilchaspi hai to is kitab ko parh lijiyye is mein sari detail</w:t>
      </w:r>
    </w:p>
    <w:p>
      <w:pPr>
        <w:pStyle w:val="Heading2"/>
      </w:pPr>
      <w:r>
        <w:t>The Scope of Ijtihad Today</w:t>
      </w:r>
    </w:p>
    <w:p>
      <w:r>
        <w:rPr>
          <w:color w:val="666666"/>
          <w:sz w:val="18"/>
        </w:rPr>
        <w:t>Other · Living in a New Age | March 26, 2017 · 1m 15s · at 1:00:03 · https://youtu.be/iST0AxQscKo?t=3603</w:t>
      </w:r>
    </w:p>
    <w:p>
      <w:r>
        <w:rPr>
          <w:i/>
        </w:rPr>
        <w:t>“How do you see the scope of ijtihad in this time? Is the scope of ijtihad still open as it was before?”</w:t>
      </w:r>
    </w:p>
    <w:p>
      <w:r>
        <w:rPr>
          <w:sz w:val="20"/>
        </w:rPr>
        <w:t>1:00:03  Maulana agla sawal bheja hai Delhi se Muhammad Shabbir sahib ne.</w:t>
      </w:r>
      <w:r>
        <w:br/>
      </w:r>
      <w:r>
        <w:rPr>
          <w:sz w:val="20"/>
        </w:rPr>
        <w:t>1:00:09  Unhon ne likha hai how do you see the scope of ijtihad in this time? Is the scope</w:t>
      </w:r>
      <w:r>
        <w:br/>
      </w:r>
      <w:r>
        <w:rPr>
          <w:sz w:val="20"/>
        </w:rPr>
        <w:t>1:00:15  of ijtihad still open as it</w:t>
      </w:r>
      <w:r>
        <w:br/>
      </w:r>
      <w:r>
        <w:rPr>
          <w:sz w:val="20"/>
        </w:rPr>
        <w:t>1:00:21  is in the early stages of islam? if it is opened what about the authenticity of the literature? the authenticity has lost with the loss of so many hadith. dekhiye ijtihad toh rasool allah ke zamane mein bhi jaari tha. ijtihad koi aisi cheez nahi koi koi koi il</w:t>
      </w:r>
      <w:r>
        <w:br/>
      </w:r>
      <w:r>
        <w:rPr>
          <w:sz w:val="20"/>
        </w:rPr>
        <w:t>1:00:51  G cheez.</w:t>
      </w:r>
      <w:r>
        <w:br/>
      </w:r>
      <w:r>
        <w:rPr>
          <w:sz w:val="20"/>
        </w:rPr>
        <w:t>1:00:53  Rasool Allah ke zamane mein bhi ijtihad jari tha.</w:t>
      </w:r>
      <w:r>
        <w:br/>
      </w:r>
      <w:r>
        <w:rPr>
          <w:sz w:val="20"/>
        </w:rPr>
        <w:t>1:00:56  Main ne likhi kitab parh lijiye aap.</w:t>
      </w:r>
      <w:r>
        <w:br/>
      </w:r>
      <w:r>
        <w:rPr>
          <w:sz w:val="20"/>
        </w:rPr>
        <w:t>1:00:59  Fikr Islami aur Tajdeeduddin.</w:t>
      </w:r>
      <w:r>
        <w:br/>
      </w:r>
      <w:r>
        <w:rPr>
          <w:sz w:val="20"/>
        </w:rPr>
        <w:t>1:01:01  Ijtihad to zindagi ka part hai.</w:t>
      </w:r>
      <w:r>
        <w:br/>
      </w:r>
      <w:r>
        <w:rPr>
          <w:sz w:val="20"/>
        </w:rPr>
        <w:t>1:01:04  Woh to rahega maza rahega.</w:t>
      </w:r>
      <w:r>
        <w:br/>
      </w:r>
      <w:r>
        <w:rPr>
          <w:sz w:val="20"/>
        </w:rPr>
        <w:t>1:01:07  Rasool Allah zinda the aur tab bhi ijtihad hota tha.</w:t>
      </w:r>
      <w:r>
        <w:br/>
      </w:r>
      <w:r>
        <w:rPr>
          <w:sz w:val="20"/>
        </w:rPr>
        <w:t>1:01:10  Main ne aik do kitabein parhin aap.</w:t>
      </w:r>
      <w:r>
        <w:br/>
      </w:r>
      <w:r>
        <w:rPr>
          <w:sz w:val="20"/>
        </w:rPr>
        <w:t>1:01:12  Balkay teen kitabein.</w:t>
      </w:r>
      <w:r>
        <w:br/>
      </w:r>
      <w:r>
        <w:rPr>
          <w:sz w:val="20"/>
        </w:rPr>
        <w:t>1:01:15  Tajdeeduddin Fikr Islami aur Ijtihadi Masail.</w:t>
      </w:r>
    </w:p>
    <w:p>
      <w:pPr>
        <w:pStyle w:val="Heading2"/>
      </w:pPr>
      <w:r>
        <w:t>Two similar questions from Kashmir</w:t>
      </w:r>
    </w:p>
    <w:p>
      <w:r>
        <w:rPr>
          <w:color w:val="666666"/>
          <w:sz w:val="18"/>
        </w:rPr>
        <w:t>Other · Dars-e-Quran, Chapter 2, Verses 55-57 | March 25, 2018 · 3m 06s · at 48:20 · https://youtu.be/2MykDXfNV_w?t=2900</w:t>
      </w:r>
    </w:p>
    <w:p>
      <w:r>
        <w:rPr>
          <w:i/>
        </w:rPr>
        <w:t>“I have a question from Kashmir with another similar one.”</w:t>
      </w:r>
    </w:p>
    <w:p>
      <w:r>
        <w:rPr>
          <w:sz w:val="20"/>
        </w:rPr>
        <w:t>48:20  maulana, agla sawal do logon ne bheja hai kashmir se jo milta julta hai.</w:t>
      </w:r>
      <w:r>
        <w:br/>
      </w:r>
      <w:r>
        <w:rPr>
          <w:sz w:val="20"/>
        </w:rPr>
        <w:t>48:26  to hum woh dono sawal padh dete hain.</w:t>
      </w:r>
      <w:r>
        <w:br/>
      </w:r>
      <w:r>
        <w:rPr>
          <w:sz w:val="20"/>
        </w:rPr>
        <w:t>48:32  pehla sawal bheja hai miss karootlin ne.</w:t>
      </w:r>
      <w:r>
        <w:br/>
      </w:r>
      <w:r>
        <w:rPr>
          <w:sz w:val="20"/>
        </w:rPr>
        <w:t>48:38  انہوں نے لکھا ہے: "That most of the prophecies of Quran have been endorsed by science is a</w:t>
      </w:r>
      <w:r>
        <w:br/>
      </w:r>
      <w:r>
        <w:rPr>
          <w:sz w:val="20"/>
        </w:rPr>
        <w:t>48:44  Proof that science is not at variance with Quran, but it is unfortunate that some of ulama reject</w:t>
      </w:r>
      <w:r>
        <w:br/>
      </w:r>
      <w:r>
        <w:rPr>
          <w:sz w:val="20"/>
        </w:rPr>
        <w:t>48:50  The concept by pleading the argument that Quran doesn't need the certificate of science.</w:t>
      </w:r>
      <w:r>
        <w:br/>
      </w:r>
      <w:r>
        <w:rPr>
          <w:sz w:val="20"/>
        </w:rPr>
        <w:t>48:56  prove its authenticity. My question is what is wrong if we accept scientific proof of a revelation?" Phir Amir Mori sahib ne bhi sawal bheja hai Kashmir se. Unhon ne likha hai: "Whenever I go to listen the Friday sermon, almost every preacher bashes science and are making people conditioned to hate scientific age." Maulana sahib, I want to underst</w:t>
      </w:r>
      <w:r>
        <w:br/>
      </w:r>
      <w:r>
        <w:rPr>
          <w:sz w:val="20"/>
        </w:rPr>
        <w:t>49:26  and why Islamic preachers have become anti-science.</w:t>
      </w:r>
      <w:r>
        <w:br/>
      </w:r>
      <w:r>
        <w:rPr>
          <w:sz w:val="20"/>
        </w:rPr>
        <w:t>49:33  dawat ka azan nahi, dawat se dekhiye insan friendly culture paida hota hai.</w:t>
      </w:r>
      <w:r>
        <w:br/>
      </w:r>
      <w:r>
        <w:rPr>
          <w:sz w:val="20"/>
        </w:rPr>
        <w:t>49:41  jaise Allah Rasool Allah ne farmaya tha: "ali nafsaha" ek yahudi ke bare mein, ek yahudi ke bare</w:t>
      </w:r>
      <w:r>
        <w:br/>
      </w:r>
      <w:r>
        <w:rPr>
          <w:sz w:val="20"/>
        </w:rPr>
        <w:t>49:48  mein ke "ali nafsaha" kya woh insaan nahi? Rasool Allah sal Allah alaihi wasallam ne us ko</w:t>
      </w:r>
      <w:r>
        <w:br/>
      </w:r>
      <w:r>
        <w:rPr>
          <w:sz w:val="20"/>
        </w:rPr>
        <w:t>49:56  respect diya tha, respect, izzat.</w:t>
      </w:r>
      <w:r>
        <w:br/>
      </w:r>
      <w:r>
        <w:rPr>
          <w:sz w:val="20"/>
        </w:rPr>
        <w:t>50:02  to kisi ne eteraz kiya to aap ne farmaya ke "ali nafsaha" kya woh insaan nahi? to musalmanon</w:t>
      </w:r>
      <w:r>
        <w:br/>
      </w:r>
      <w:r>
        <w:rPr>
          <w:sz w:val="20"/>
        </w:rPr>
        <w:t>50:09  ne dawat ka zehn khatam ho gaya hai to insaan se humdardi bhi khatam ho gayi.</w:t>
      </w:r>
      <w:r>
        <w:br/>
      </w:r>
      <w:r>
        <w:rPr>
          <w:sz w:val="20"/>
        </w:rPr>
        <w:t>50:15  is zamane mein aap dekhiye sab log bas ladai bhadai ki baatein karte hain, ise kehte hain yeh</w:t>
      </w:r>
      <w:r>
        <w:br/>
      </w:r>
      <w:r>
        <w:rPr>
          <w:sz w:val="20"/>
        </w:rPr>
        <w:t>50:22  jihad, halanke yeh jihad hai hi nahi.</w:t>
      </w:r>
      <w:r>
        <w:br/>
      </w:r>
      <w:r>
        <w:rPr>
          <w:sz w:val="20"/>
        </w:rPr>
        <w:t>50:28  to musalmanon ke andar insaan se ek negative thought aa gaye insaan ke bare mein, un ko shikayat</w:t>
      </w:r>
      <w:r>
        <w:br/>
      </w:r>
      <w:r>
        <w:rPr>
          <w:sz w:val="20"/>
        </w:rPr>
        <w:t>50:37  ho gayi sab se, sab ko apna dushman samajhne lage.</w:t>
      </w:r>
      <w:r>
        <w:br/>
      </w:r>
      <w:r>
        <w:rPr>
          <w:sz w:val="20"/>
        </w:rPr>
        <w:t>50:45  yaar, seach ka zehn paida ho gaya.</w:t>
      </w:r>
      <w:r>
        <w:br/>
      </w:r>
      <w:r>
        <w:rPr>
          <w:sz w:val="20"/>
        </w:rPr>
        <w:t>50:53  is se kya hua ke insaan friendly zehn khatam ho gaya? insaan friendly zehn maujood hi nahi musalmanon mein.</w:t>
      </w:r>
      <w:r>
        <w:br/>
      </w:r>
      <w:r>
        <w:rPr>
          <w:sz w:val="20"/>
        </w:rPr>
        <w:t>51:01  to yeh is mein ulma bhi shamil hain, ghair ulma bhi shamil hain.</w:t>
      </w:r>
      <w:r>
        <w:br/>
      </w:r>
      <w:r>
        <w:rPr>
          <w:sz w:val="20"/>
        </w:rPr>
        <w:t>51:07  sab ka haal ek ho gaya hai, koi farq nahi.</w:t>
      </w:r>
      <w:r>
        <w:br/>
      </w:r>
      <w:r>
        <w:rPr>
          <w:sz w:val="20"/>
        </w:rPr>
        <w:t>51:14  is ki wajah se bohat si buraiyan paida hui hain, in mein se ek yeh hai: aaj kal</w:t>
      </w:r>
      <w:r>
        <w:br/>
      </w:r>
      <w:r>
        <w:rPr>
          <w:sz w:val="20"/>
        </w:rPr>
        <w:t>51:20  jo radicalization hai, militancy hai, society babing hai, woh sab isi ki wajah se hai, isi ki wajah se hai.</w:t>
      </w:r>
    </w:p>
    <w:p>
      <w:pPr>
        <w:pStyle w:val="Heading2"/>
      </w:pPr>
      <w:r>
        <w:t>USA protecting Saudi Arabia</w:t>
      </w:r>
    </w:p>
    <w:p>
      <w:r>
        <w:rPr>
          <w:color w:val="666666"/>
          <w:sz w:val="18"/>
        </w:rPr>
        <w:t>Other · Living In Falsehood I December 15, 2013 · 30s · at 1:08:31 · https://youtu.be/yD-ZtvlrFDw?t=4111</w:t>
      </w:r>
    </w:p>
    <w:p>
      <w:r>
        <w:rPr>
          <w:i/>
        </w:rPr>
        <w:t>“Is it not a fact that by the grace of Allah USA is protecting Saudi Arabia?”</w:t>
      </w:r>
    </w:p>
    <w:p>
      <w:r>
        <w:rPr>
          <w:sz w:val="20"/>
        </w:rPr>
        <w:t>1:08:31  maulana, in ka aik aur sawal hai, unhon ne likha hai: "maulana, is it not a fact that</w:t>
      </w:r>
      <w:r>
        <w:br/>
      </w:r>
      <w:r>
        <w:rPr>
          <w:sz w:val="20"/>
        </w:rPr>
        <w:t>1:08:39  by the grace of allah usa is protecting saudi arabia?" dekhein, yeh aik political question hai,</w:t>
      </w:r>
      <w:r>
        <w:br/>
      </w:r>
      <w:r>
        <w:rPr>
          <w:sz w:val="20"/>
        </w:rPr>
        <w:t>1:08:46  is mein aap mein aap kuch nahi kahen ge.</w:t>
      </w:r>
      <w:r>
        <w:br/>
      </w:r>
      <w:r>
        <w:rPr>
          <w:sz w:val="20"/>
        </w:rPr>
        <w:t>1:08:50  political sawalat par mein apne office mein baat karta hoon, lekin yahan jo sawalat hain, woh sab political</w:t>
      </w:r>
      <w:r>
        <w:br/>
      </w:r>
      <w:r>
        <w:rPr>
          <w:sz w:val="20"/>
        </w:rPr>
        <w:t>1:08:58  sawalat to hum discuss nahi karte yahan par.</w:t>
      </w:r>
    </w:p>
    <w:p>
      <w:pPr>
        <w:pStyle w:val="Heading2"/>
      </w:pPr>
      <w:r>
        <w:t>Unavailable question from Indore</w:t>
      </w:r>
    </w:p>
    <w:p>
      <w:r>
        <w:rPr>
          <w:color w:val="666666"/>
          <w:sz w:val="18"/>
        </w:rPr>
        <w:t>Other · Save Yourself from Distraction August 21, 2016 · 4m 30s · at 51:56 · https://youtu.be/wP3Dj-tccDQ?t=3116</w:t>
      </w:r>
    </w:p>
    <w:p>
      <w:r>
        <w:rPr>
          <w:i/>
        </w:rPr>
        <w:t>“[Question text not included in transcript]”</w:t>
      </w:r>
    </w:p>
    <w:p>
      <w:r>
        <w:rPr>
          <w:sz w:val="20"/>
        </w:rPr>
        <w:t>51:56  maulana, agla sawal lene se pehle ek comment padhna chahenge jo miss shabana ansari ne bheja hai pakistan se.</w:t>
      </w:r>
      <w:r>
        <w:br/>
      </w:r>
      <w:r>
        <w:rPr>
          <w:sz w:val="20"/>
        </w:rPr>
        <w:t>52:03  انہوں نے لکھا ہے: "مولانا صاحب، you are great, you take lessons from everything." مولانا، اگلا سوال</w:t>
      </w:r>
      <w:r>
        <w:br/>
      </w:r>
      <w:r>
        <w:rPr>
          <w:sz w:val="20"/>
        </w:rPr>
        <w:t>52:09  bheja hai indore se fayazuddin ahmad sahab ne.</w:t>
      </w:r>
      <w:r>
        <w:br/>
      </w:r>
      <w:r>
        <w:rPr>
          <w:sz w:val="20"/>
        </w:rPr>
        <w:t>52:16  انہوں نے لکھا ہے: "مولانا صاحب، was distraction a phenomenon during the period of Prophet or Sahaba all</w:t>
      </w:r>
      <w:r>
        <w:br/>
      </w:r>
      <w:r>
        <w:rPr>
          <w:sz w:val="20"/>
        </w:rPr>
        <w:t>52:22  So, how did they save themselves from distraction? And if you can give an example to all</w:t>
      </w:r>
      <w:r>
        <w:br/>
      </w:r>
      <w:r>
        <w:rPr>
          <w:sz w:val="20"/>
        </w:rPr>
        <w:t>52:29  of us." dekhen, yeh lafz to is zamane mein hota tha, distraction ka lafz to nahin hota tha,</w:t>
      </w:r>
      <w:r>
        <w:br/>
      </w:r>
      <w:r>
        <w:rPr>
          <w:sz w:val="20"/>
        </w:rPr>
        <w:t>52:35  lekin nateeja woh zaroor mein bata sakta hoon.</w:t>
      </w:r>
      <w:r>
        <w:br/>
      </w:r>
      <w:r>
        <w:rPr>
          <w:sz w:val="20"/>
        </w:rPr>
        <w:t>52:42  woh yeh ke rasool Allah aur tamam sahaba bohat zyada chup rehte the, zyada bolte nahin the, chup.</w:t>
      </w:r>
      <w:r>
        <w:br/>
      </w:r>
      <w:r>
        <w:rPr>
          <w:sz w:val="20"/>
        </w:rPr>
        <w:t>52:48  rasool Allah ke bare mein aata hai: "kan tabarrusamt", der der tak chup rehna, yahi sahaba ka tareeqa tha.</w:t>
      </w:r>
      <w:r>
        <w:br/>
      </w:r>
      <w:r>
        <w:rPr>
          <w:sz w:val="20"/>
        </w:rPr>
        <w:t>52:55  to chup kyun reh gaya aadmi? har waqt chobis ghante cheezein hain distraction wali.</w:t>
      </w:r>
      <w:r>
        <w:br/>
      </w:r>
      <w:r>
        <w:rPr>
          <w:sz w:val="20"/>
        </w:rPr>
        <w:t>53:01  woh to mutawajjah nahin hoga.</w:t>
      </w:r>
      <w:r>
        <w:br/>
      </w:r>
      <w:r>
        <w:rPr>
          <w:sz w:val="20"/>
        </w:rPr>
        <w:t>53:08  dekhen, koi chup rehta hai jab to is ka matlab yeh hai ke dunya se alag ho gaya,</w:t>
      </w:r>
      <w:r>
        <w:br/>
      </w:r>
      <w:r>
        <w:rPr>
          <w:sz w:val="20"/>
        </w:rPr>
        <w:t>53:14  woh alag koi ho nahin sakta.</w:t>
      </w:r>
      <w:r>
        <w:br/>
      </w:r>
      <w:r>
        <w:rPr>
          <w:sz w:val="20"/>
        </w:rPr>
        <w:t>53:21  isi waqt bohat si baatein hoti rehti hain mere charon taraf.</w:t>
      </w:r>
      <w:r>
        <w:br/>
      </w:r>
      <w:r>
        <w:rPr>
          <w:sz w:val="20"/>
        </w:rPr>
        <w:t>53:27  yeh yeh yeh pasibal nahi hai ke ke aap ke charon taraf aisi cheezein na hon jo aap</w:t>
      </w:r>
      <w:r>
        <w:br/>
      </w:r>
      <w:r>
        <w:rPr>
          <w:sz w:val="20"/>
        </w:rPr>
        <w:t>53:34  ko distract karti hain.</w:t>
      </w:r>
      <w:r>
        <w:br/>
      </w:r>
      <w:r>
        <w:rPr>
          <w:sz w:val="20"/>
        </w:rPr>
        <w:t>53:40  to chup rehne ka matlab kya hai? Aap us waqt us ko us se mutawajjah nahi ho rahe,</w:t>
      </w:r>
      <w:r>
        <w:br/>
      </w:r>
      <w:r>
        <w:rPr>
          <w:sz w:val="20"/>
        </w:rPr>
        <w:t>53:47  us ko koi ahmiyat nahi de rahe.</w:t>
      </w:r>
      <w:r>
        <w:br/>
      </w:r>
      <w:r>
        <w:rPr>
          <w:sz w:val="20"/>
        </w:rPr>
        <w:t>53:53  woh apna hota rahe, woh apne soch mein lage rehte hain.</w:t>
      </w:r>
      <w:r>
        <w:br/>
      </w:r>
      <w:r>
        <w:rPr>
          <w:sz w:val="20"/>
        </w:rPr>
        <w:t>54:00  to main samajhta hoon "kaan tabrasamt" se aata hai ke Rasool Allah bohat der der tak chup rehte thay.</w:t>
      </w:r>
      <w:r>
        <w:br/>
      </w:r>
      <w:r>
        <w:rPr>
          <w:sz w:val="20"/>
        </w:rPr>
        <w:t>54:06  is matlab mein har qism ke distraction se apne ko bacha kar ke tadabbur karte thay.</w:t>
      </w:r>
      <w:r>
        <w:br/>
      </w:r>
      <w:r>
        <w:rPr>
          <w:sz w:val="20"/>
        </w:rPr>
        <w:t>54:13  agar aap na bachayein to tadabbur is tarah ka nahi kar sakte aap, kyunke hamesha har waqt is ne koi...</w:t>
      </w:r>
      <w:r>
        <w:br/>
      </w:r>
      <w:r>
        <w:rPr>
          <w:sz w:val="20"/>
        </w:rPr>
        <w:t>54:20  misalan main Christian logon ki tareef karta hoon kyunke in mein main is tarah ki cheezein pata hoon.</w:t>
      </w:r>
      <w:r>
        <w:br/>
      </w:r>
      <w:r>
        <w:rPr>
          <w:sz w:val="20"/>
        </w:rPr>
        <w:t>54:27  دیکھیں، پونا میں ان کا ایک بہت بڑا ادارہ ہے، اس کا نام ہے De Nobili College.</w:t>
      </w:r>
      <w:r>
        <w:br/>
      </w:r>
      <w:r>
        <w:rPr>
          <w:sz w:val="20"/>
        </w:rPr>
        <w:t>54:35  De Nobili College mein ek library hai.</w:t>
      </w:r>
      <w:r>
        <w:br/>
      </w:r>
      <w:r>
        <w:rPr>
          <w:sz w:val="20"/>
        </w:rPr>
        <w:t>54:38  to main Poona gaya tha to main aur mere ek do ek do saathi bhi the, hum logon</w:t>
      </w:r>
      <w:r>
        <w:br/>
      </w:r>
      <w:r>
        <w:rPr>
          <w:sz w:val="20"/>
        </w:rPr>
        <w:t>54:45  ko dikhate hue woh le gaye.</w:t>
      </w:r>
      <w:r>
        <w:br/>
      </w:r>
      <w:r>
        <w:rPr>
          <w:sz w:val="20"/>
        </w:rPr>
        <w:t>54:48  to is library mein hum log dakhil hue to is mein reading room tha, woh mezain bohat sari</w:t>
      </w:r>
      <w:r>
        <w:br/>
      </w:r>
      <w:r>
        <w:rPr>
          <w:sz w:val="20"/>
        </w:rPr>
        <w:t>54:56  thin aur log kitabein le le ke jhuke hue the, kitab par jhuke hue the, padh rahe the.</w:t>
      </w:r>
      <w:r>
        <w:br/>
      </w:r>
      <w:r>
        <w:rPr>
          <w:sz w:val="20"/>
        </w:rPr>
        <w:t>55:03  hum is mein round lete rahe.</w:t>
      </w:r>
      <w:r>
        <w:br/>
      </w:r>
      <w:r>
        <w:rPr>
          <w:sz w:val="20"/>
        </w:rPr>
        <w:t>55:06  ab tak mujhe yaad hai ke ek bhi aadmi sar nahi uthaya ke kaun aaya hai, kaun gaya.</w:t>
      </w:r>
      <w:r>
        <w:br/>
      </w:r>
      <w:r>
        <w:rPr>
          <w:sz w:val="20"/>
        </w:rPr>
        <w:t>55:14  ek bhi aadmi nahi tha jo sar utha ke dekhe ke kaun aaya hai, kaun gaya.</w:t>
      </w:r>
      <w:r>
        <w:br/>
      </w:r>
      <w:r>
        <w:rPr>
          <w:sz w:val="20"/>
        </w:rPr>
        <w:t>55:20  hum log un ke liye source of distraction the, woh sab, lekin un ka concentration, concentration study par</w:t>
      </w:r>
      <w:r>
        <w:br/>
      </w:r>
      <w:r>
        <w:rPr>
          <w:sz w:val="20"/>
        </w:rPr>
        <w:t>55:28  itna barha hua tha ke unhone kuch nahi, kaun aaya hai, kaun gaya.</w:t>
      </w:r>
      <w:r>
        <w:br/>
      </w:r>
      <w:r>
        <w:rPr>
          <w:sz w:val="20"/>
        </w:rPr>
        <w:t>55:34  yeh tha Sahaba ka mamla jis mein lage rahe hain to lage rahe hain.</w:t>
      </w:r>
      <w:r>
        <w:br/>
      </w:r>
      <w:r>
        <w:rPr>
          <w:sz w:val="20"/>
        </w:rPr>
        <w:t>55:40  kabhi dunya mein chahe Arab ho ya Ajam ho, aap kisi kamre mein hon, kahin bahar baithe hon,</w:t>
      </w:r>
      <w:r>
        <w:br/>
      </w:r>
      <w:r>
        <w:rPr>
          <w:sz w:val="20"/>
        </w:rPr>
        <w:t>55:48  yeh namumkin hai ke aas paas aap ke waqiyat na hon.</w:t>
      </w:r>
      <w:r>
        <w:br/>
      </w:r>
      <w:r>
        <w:rPr>
          <w:sz w:val="20"/>
        </w:rPr>
        <w:t>55:53  waqiyat zaroor honge, tarah tarah ke.</w:t>
      </w:r>
      <w:r>
        <w:br/>
      </w:r>
      <w:r>
        <w:rPr>
          <w:sz w:val="20"/>
        </w:rPr>
        <w:t>55:56  kabhi hawa chaly gi, kabhi chora ary gi, kabhi aik patti gir jaye gi drakht se, kabhi koi</w:t>
      </w:r>
      <w:r>
        <w:br/>
      </w:r>
      <w:r>
        <w:rPr>
          <w:sz w:val="20"/>
        </w:rPr>
        <w:t>56:03  bol dy ga.</w:t>
      </w:r>
      <w:r>
        <w:br/>
      </w:r>
      <w:r>
        <w:rPr>
          <w:sz w:val="20"/>
        </w:rPr>
        <w:t>56:05  to jab aap is tarah soch rahy hon ky bilkul chup chap sochtay chaly ja rahy hain to</w:t>
      </w:r>
      <w:r>
        <w:br/>
      </w:r>
      <w:r>
        <w:rPr>
          <w:sz w:val="20"/>
        </w:rPr>
        <w:t>56:12  اس معنی کا آپ وہی حالت آپ کی ہے جو Deobandi college والوں کی کہ پڑھ رہے</w:t>
      </w:r>
      <w:r>
        <w:br/>
      </w:r>
      <w:r>
        <w:rPr>
          <w:sz w:val="20"/>
        </w:rPr>
        <w:t>56:20  hain to parh rahy hain.</w:t>
      </w:r>
      <w:r>
        <w:br/>
      </w:r>
      <w:r>
        <w:rPr>
          <w:sz w:val="20"/>
        </w:rPr>
        <w:t>56:22  inhain is se matlab nahi ky kon aya hai, kon gaya.</w:t>
      </w:r>
    </w:p>
    <w:p>
      <w:pPr>
        <w:pStyle w:val="Heading2"/>
      </w:pPr>
      <w:r>
        <w:t>Was the door of ijtihad closed?</w:t>
      </w:r>
    </w:p>
    <w:p>
      <w:r>
        <w:rPr>
          <w:color w:val="666666"/>
          <w:sz w:val="18"/>
        </w:rPr>
        <w:t>Other · Building A Creative Personality | 20 Nov 2011 · 6m 51s · at 1:26:32 · https://youtu.be/jdfhpwfEvKg?t=5192</w:t>
      </w:r>
    </w:p>
    <w:p>
      <w:r>
        <w:rPr>
          <w:i/>
        </w:rPr>
        <w:t>“It is said that in ijtihad there is a high possibility of error, therefore the door of ijtihad was closed. What is your view?”</w:t>
      </w:r>
    </w:p>
    <w:p>
      <w:r>
        <w:rPr>
          <w:sz w:val="20"/>
        </w:rPr>
        <w:t>1:26:32  maulana, agla sawal aya hai tamil nadu se maulana iqbal ahmad umri ka.</w:t>
      </w:r>
      <w:r>
        <w:br/>
      </w:r>
      <w:r>
        <w:rPr>
          <w:sz w:val="20"/>
        </w:rPr>
        <w:t>1:26:38  unhon ne likha hai: kaha jata hai ke ijtihad mein ghalti ka imkan zyada hota hai, isi liye</w:t>
      </w:r>
      <w:r>
        <w:br/>
      </w:r>
      <w:r>
        <w:rPr>
          <w:sz w:val="20"/>
        </w:rPr>
        <w:t>1:26:44  ijtihad ka darwaza band kar diya gaya hai. kya</w:t>
      </w:r>
      <w:r>
        <w:br/>
      </w:r>
      <w:r>
        <w:rPr>
          <w:sz w:val="20"/>
        </w:rPr>
        <w:t>1:26:50  aisa samajhna sahi hai? har giz sahi nahi hai.</w:t>
      </w:r>
      <w:r>
        <w:br/>
      </w:r>
      <w:r>
        <w:rPr>
          <w:sz w:val="20"/>
        </w:rPr>
        <w:t>1:26:56  kaun hai jo hadith mein di hui hidayat ko mansookh kare? mujhe yeh bataiye, kis ko allah taala</w:t>
      </w:r>
      <w:r>
        <w:br/>
      </w:r>
      <w:r>
        <w:rPr>
          <w:sz w:val="20"/>
        </w:rPr>
        <w:t>1:27:02  ne yeh license diya hai? bukhari ki riwayat mein jab yeh hai ke mujtahid koi shart nahi lagai</w:t>
      </w:r>
      <w:r>
        <w:br/>
      </w:r>
      <w:r>
        <w:rPr>
          <w:sz w:val="20"/>
        </w:rPr>
        <w:t>1:27:08  gayi hai aur sirf yeh bataye ga ke agar tum ijtihad karo aur ghalti ho jaye to aadha</w:t>
      </w:r>
      <w:r>
        <w:br/>
      </w:r>
      <w:r>
        <w:rPr>
          <w:sz w:val="20"/>
        </w:rPr>
        <w:t>1:27:14  sawab mile ga, sahi rahe ga to double</w:t>
      </w:r>
      <w:r>
        <w:br/>
      </w:r>
      <w:r>
        <w:rPr>
          <w:sz w:val="20"/>
        </w:rPr>
        <w:t>1:27:20  sawab mile ga.</w:t>
      </w:r>
      <w:r>
        <w:br/>
      </w:r>
      <w:r>
        <w:rPr>
          <w:sz w:val="20"/>
        </w:rPr>
        <w:t>1:27:25  to kis ko yeh allah taala ne ikhtiyar diya hai ke woh mansookh kare ijtihad ko? ghalti ke</w:t>
      </w:r>
      <w:r>
        <w:br/>
      </w:r>
      <w:r>
        <w:rPr>
          <w:sz w:val="20"/>
        </w:rPr>
        <w:t>1:27:29  imkan ke bawajood ijtihad karte rehna hai.</w:t>
      </w:r>
      <w:r>
        <w:br/>
      </w:r>
      <w:r>
        <w:rPr>
          <w:sz w:val="20"/>
        </w:rPr>
        <w:t>1:27:33  albatta aadmi ke andar israr nahi hona chahiye.</w:t>
      </w:r>
      <w:r>
        <w:br/>
      </w:r>
      <w:r>
        <w:rPr>
          <w:sz w:val="20"/>
        </w:rPr>
        <w:t>1:27:38  agar mujh se ghalti ho gayi hai to mein mein bara muhasba karon, apni apni ghaltiyon ko janne</w:t>
      </w:r>
      <w:r>
        <w:br/>
      </w:r>
      <w:r>
        <w:rPr>
          <w:sz w:val="20"/>
        </w:rPr>
        <w:t>1:27:42  ki koshish karon, discussion karon, aur apna correction karon.</w:t>
      </w:r>
      <w:r>
        <w:br/>
      </w:r>
      <w:r>
        <w:rPr>
          <w:sz w:val="20"/>
        </w:rPr>
        <w:t>1:27:46  to koi bhi shakhs haq nahi rakhta ke ijtihad darwaza band kare.</w:t>
      </w:r>
      <w:r>
        <w:br/>
      </w:r>
      <w:r>
        <w:rPr>
          <w:sz w:val="20"/>
        </w:rPr>
        <w:t>1:27:50  jab rasool allah ne farma diya hai ke ghalti karoge, tab bhi sawab mile ga, to kis</w:t>
      </w:r>
      <w:r>
        <w:br/>
      </w:r>
      <w:r>
        <w:rPr>
          <w:sz w:val="20"/>
        </w:rPr>
        <w:t>1:27:55  ko haq hai ke woh band kare darwaza? sirf yeh aap ko haq hai ke agar aap dekhte</w:t>
      </w:r>
      <w:r>
        <w:br/>
      </w:r>
      <w:r>
        <w:rPr>
          <w:sz w:val="20"/>
        </w:rPr>
        <w:t>1:28:00  hain ke koi shakhs ghalti kar raha hai to us ko bas baat, us ko baat kijiye, us</w:t>
      </w:r>
      <w:r>
        <w:br/>
      </w:r>
      <w:r>
        <w:rPr>
          <w:sz w:val="20"/>
        </w:rPr>
        <w:t>1:28:04  se guftagu kijiye.</w:t>
      </w:r>
      <w:r>
        <w:br/>
      </w:r>
      <w:r>
        <w:rPr>
          <w:sz w:val="20"/>
        </w:rPr>
        <w:t>1:28:09  bas bajaye is ke ke ijtihad darwaza aap band karen, aap yeh kar sakte hain ke us ki</w:t>
      </w:r>
      <w:r>
        <w:br/>
      </w:r>
      <w:r>
        <w:rPr>
          <w:sz w:val="20"/>
        </w:rPr>
        <w:t>1:28:13  ghalti ko durust karen guftagu sunid ke zariye se.</w:t>
      </w:r>
      <w:r>
        <w:br/>
      </w:r>
      <w:r>
        <w:rPr>
          <w:sz w:val="20"/>
        </w:rPr>
        <w:t>1:28:18  is se zyada kisi ko koi haq nahi. koi</w:t>
      </w:r>
      <w:r>
        <w:br/>
      </w:r>
      <w:r>
        <w:rPr>
          <w:sz w:val="20"/>
        </w:rPr>
        <w:t>1:28:23  maulana, isi se related aik aur sawal kiya gaya hai.</w:t>
      </w:r>
      <w:r>
        <w:br/>
      </w:r>
      <w:r>
        <w:rPr>
          <w:sz w:val="20"/>
        </w:rPr>
        <w:t>1:28:29  مس نغمہ صدیقی نے دلی سے، انہوں نے لکھا ہے: "On what basis was the door to ijtihad</w:t>
      </w:r>
      <w:r>
        <w:br/>
      </w:r>
      <w:r>
        <w:rPr>
          <w:sz w:val="20"/>
        </w:rPr>
        <w:t>1:28:35  closed by the ulama? how can muslims be made to understand the importance of ijtihad now? khud sakhta</w:t>
      </w:r>
      <w:r>
        <w:br/>
      </w:r>
      <w:r>
        <w:rPr>
          <w:sz w:val="20"/>
        </w:rPr>
        <w:t>1:28:41  aik aik khud sakhta mafroza, khud supposition ke kahin ghalti na ho jaye.</w:t>
      </w:r>
      <w:r>
        <w:br/>
      </w:r>
      <w:r>
        <w:rPr>
          <w:sz w:val="20"/>
        </w:rPr>
        <w:t>1:28:47  yeh jo dor band kiya gaya, is khud sakht</w:t>
      </w:r>
      <w:r>
        <w:br/>
      </w:r>
      <w:r>
        <w:rPr>
          <w:sz w:val="20"/>
        </w:rPr>
        <w:t>1:28:53  h mufrudha ko le kar ke kaheen ghalti na ho jaye.</w:t>
      </w:r>
      <w:r>
        <w:br/>
      </w:r>
      <w:r>
        <w:rPr>
          <w:sz w:val="20"/>
        </w:rPr>
        <w:t>1:28:57  Bhai, ghalti ho jaye, tab bhi to sawab mile ga.</w:t>
      </w:r>
      <w:r>
        <w:br/>
      </w:r>
      <w:r>
        <w:rPr>
          <w:sz w:val="20"/>
        </w:rPr>
        <w:t>1:29:01  To kis ko? Yani yeh logon ne jo kiya, apne haq se aage ja kar kiya.</w:t>
      </w:r>
      <w:r>
        <w:br/>
      </w:r>
      <w:r>
        <w:rPr>
          <w:sz w:val="20"/>
        </w:rPr>
        <w:t>1:29:06  Jo darwaza Rasool Allah ne band nahi kiya, woh aap kon hotay ho band karnay walay? Kon hotay</w:t>
      </w:r>
      <w:r>
        <w:br/>
      </w:r>
      <w:r>
        <w:rPr>
          <w:sz w:val="20"/>
        </w:rPr>
        <w:t>1:29:10  ho band karnay walay? Aap ko aik khadsha ko le kar ke ke sahib, kaheen ghalti na ho jaye.</w:t>
      </w:r>
      <w:r>
        <w:br/>
      </w:r>
      <w:r>
        <w:rPr>
          <w:sz w:val="20"/>
        </w:rPr>
        <w:t>1:29:14  Ghalti ho, tab bhi to sawab bataya gaya hai.</w:t>
      </w:r>
      <w:r>
        <w:br/>
      </w:r>
      <w:r>
        <w:rPr>
          <w:sz w:val="20"/>
        </w:rPr>
        <w:t>1:29:19  To mein dekh, is hadith se sabit hota hai ke har haal</w:t>
      </w:r>
      <w:r>
        <w:br/>
      </w:r>
      <w:r>
        <w:rPr>
          <w:sz w:val="20"/>
        </w:rPr>
        <w:t>1:29:23  mein ijtihad karo.</w:t>
      </w:r>
      <w:r>
        <w:br/>
      </w:r>
      <w:r>
        <w:rPr>
          <w:sz w:val="20"/>
        </w:rPr>
        <w:t>1:29:28  Albatta yeh shart rahe gi sath sath ke apne correction ke tayyar raho.</w:t>
      </w:r>
      <w:r>
        <w:br/>
      </w:r>
      <w:r>
        <w:rPr>
          <w:sz w:val="20"/>
        </w:rPr>
        <w:t>1:29:33  Agar koi aadmi tum ko toka hai to woh ghalti ko bataya, to foran maan lo, "I was</w:t>
      </w:r>
      <w:r>
        <w:br/>
      </w:r>
      <w:r>
        <w:rPr>
          <w:sz w:val="20"/>
        </w:rPr>
        <w:t>1:29:38  wrong." Ijtihad sach pooche to ijtihad asal farq yeh hai.</w:t>
      </w:r>
      <w:r>
        <w:br/>
      </w:r>
      <w:r>
        <w:rPr>
          <w:sz w:val="20"/>
        </w:rPr>
        <w:t>1:29:43  Yaad rakhiye, is aadmi ke liye ijtihad ain sawab hai jo is ke liye tayyar rehta ho ke</w:t>
      </w:r>
      <w:r>
        <w:br/>
      </w:r>
      <w:r>
        <w:rPr>
          <w:sz w:val="20"/>
        </w:rPr>
        <w:t>1:29:48  is ki ghalti batayi jaye, to woh keh de, "I was wrong." Aur jo</w:t>
      </w:r>
      <w:r>
        <w:br/>
      </w:r>
      <w:r>
        <w:rPr>
          <w:sz w:val="20"/>
        </w:rPr>
        <w:t>1:29:53  aadmi ka haal yeh ho ke ijtihad karnay ke baad ghalti na manay, sarkashi kare, us ki to</w:t>
      </w:r>
      <w:r>
        <w:br/>
      </w:r>
      <w:r>
        <w:rPr>
          <w:sz w:val="20"/>
        </w:rPr>
        <w:t>1:29:58  poori zindagi gunah hai.</w:t>
      </w:r>
      <w:r>
        <w:br/>
      </w:r>
      <w:r>
        <w:rPr>
          <w:sz w:val="20"/>
        </w:rPr>
        <w:t>1:30:03  Ijtihad kiya? Is ko kuch bhi karnay ka haq nahi hai.</w:t>
      </w:r>
      <w:r>
        <w:br/>
      </w:r>
      <w:r>
        <w:rPr>
          <w:sz w:val="20"/>
        </w:rPr>
        <w:t>1:30:08  Phir mein repeat karunga ke aik aadmi ijtihad kare aur woh ghalti kare, aur jab uth toka</w:t>
      </w:r>
      <w:r>
        <w:br/>
      </w:r>
      <w:r>
        <w:rPr>
          <w:sz w:val="20"/>
        </w:rPr>
        <w:t>1:30:13  jaye to na manay, woh apni sarkashi dikhanay lage, to us ke liye sartaapa is ki zindagi gunah hai.</w:t>
      </w:r>
      <w:r>
        <w:br/>
      </w:r>
      <w:r>
        <w:rPr>
          <w:sz w:val="20"/>
        </w:rPr>
        <w:t>1:30:18  Ijtihad yeh nahi hai, sab kuch is ka gunah hai kyunke s</w:t>
      </w:r>
      <w:r>
        <w:br/>
      </w:r>
      <w:r>
        <w:rPr>
          <w:sz w:val="20"/>
        </w:rPr>
        <w:t>1:30:23  arkashi maaf nahi hogi is ki.</w:t>
      </w:r>
      <w:r>
        <w:br/>
      </w:r>
      <w:r>
        <w:rPr>
          <w:sz w:val="20"/>
        </w:rPr>
        <w:t>1:30:27  Lekin jo aadmi ijtihad kare aur is ke sath tayyar ho ke jab bhi is ko ghalti batayi</w:t>
      </w:r>
      <w:r>
        <w:br/>
      </w:r>
      <w:r>
        <w:rPr>
          <w:sz w:val="20"/>
        </w:rPr>
        <w:t>1:30:32  jaye gi, daleel se, daleel se to foran maan le ga, keh de ga, "I was wrong." To</w:t>
      </w:r>
      <w:r>
        <w:br/>
      </w:r>
      <w:r>
        <w:rPr>
          <w:sz w:val="20"/>
        </w:rPr>
        <w:t>1:30:36  is ke liye ain sawab hai ijtihad.</w:t>
      </w:r>
      <w:r>
        <w:br/>
      </w:r>
      <w:r>
        <w:rPr>
          <w:sz w:val="20"/>
        </w:rPr>
        <w:t>1:30:40  To aap ijtihad darwaza band karnay ka koi haq nahi rakhtay.</w:t>
      </w:r>
      <w:r>
        <w:br/>
      </w:r>
      <w:r>
        <w:rPr>
          <w:sz w:val="20"/>
        </w:rPr>
        <w:t>1:30:45  sirf yeh kehna chahiye aap ko ke tum ijtihad karo, lekin is ke liye bhi tayyar raho ke</w:t>
      </w:r>
      <w:r>
        <w:br/>
      </w:r>
      <w:r>
        <w:rPr>
          <w:sz w:val="20"/>
        </w:rPr>
        <w:t>1:30:49  jab tum ko ghalti batai jaye,</w:t>
      </w:r>
      <w:r>
        <w:br/>
      </w:r>
      <w:r>
        <w:rPr>
          <w:sz w:val="20"/>
        </w:rPr>
        <w:t>1:30:53  tum maan lo apni ghalati. yani etiraf, etiraf ka jazba bhi apne andar develop karo. bas. molana asrar khatib ne chennai se likha hai ke ijtihad ke liye kya shariat hai? molana aap ne abhi bataya, lekin woh yeh bhi janna chahte hain ke is ke liye kya quran aur hadith ka ilm zaroori hai ya nahi? ijtihad ko ek ajeeb o ghareeb maani panah diye gaye hain. har cheez mein</w:t>
      </w:r>
      <w:r>
        <w:br/>
      </w:r>
      <w:r>
        <w:rPr>
          <w:sz w:val="20"/>
        </w:rPr>
        <w:t>1:31:23  ijtihad hai. farz kijiye ke aap aate hain yahan class mein shirkat karne ke liye. aap aate hain to farz kijiye ek darwaza band hai. darwaza band hai jahan se aap enter hote hain. to wahan pe ijtihad hai ke ek to yeh hai ke aap darwaza band hai, woh loot gaye wapas. ek hai ke darwaza band hai, socha aap ne ke kya karna chahiye? to woh mobile uthaya. is ke baad hamare kisi aadmi ko aap ne telephone kar diya, mister rajat ko, kisi ko ke bhai aaj kya, aaj kya baat hai? yeh</w:t>
      </w:r>
      <w:r>
        <w:br/>
      </w:r>
      <w:r>
        <w:rPr>
          <w:sz w:val="20"/>
        </w:rPr>
        <w:t>1:31:53  ijtihad ho gaya.</w:t>
      </w:r>
      <w:r>
        <w:br/>
      </w:r>
      <w:r>
        <w:rPr>
          <w:sz w:val="20"/>
        </w:rPr>
        <w:t>1:31:57  to ijtihad to ek aisi cheez hai jo har waqt jari rehta hai.</w:t>
      </w:r>
      <w:r>
        <w:br/>
      </w:r>
      <w:r>
        <w:rPr>
          <w:sz w:val="20"/>
        </w:rPr>
        <w:t>1:32:01  har waqt jari rehta hai.</w:t>
      </w:r>
      <w:r>
        <w:br/>
      </w:r>
      <w:r>
        <w:rPr>
          <w:sz w:val="20"/>
        </w:rPr>
        <w:t>1:32:04  ab yeh pani hai, farz kijiye ke pani thanda hai aur mera gale ka masla paida hua to</w:t>
      </w:r>
      <w:r>
        <w:br/>
      </w:r>
      <w:r>
        <w:rPr>
          <w:sz w:val="20"/>
        </w:rPr>
        <w:t>1:32:08  thande pani se to main sochun ke mujhe thanda pani nahi peena chahiye, mujhe garam pani peena chahiye.</w:t>
      </w:r>
      <w:r>
        <w:br/>
      </w:r>
      <w:r>
        <w:rPr>
          <w:sz w:val="20"/>
        </w:rPr>
        <w:t>1:32:12  to main kahun, mujhe kehna chahiye ke bhai garam pani lao.</w:t>
      </w:r>
      <w:r>
        <w:br/>
      </w:r>
      <w:r>
        <w:rPr>
          <w:sz w:val="20"/>
        </w:rPr>
        <w:t>1:32:16  yeh bhi ijtihad hai.</w:t>
      </w:r>
      <w:r>
        <w:br/>
      </w:r>
      <w:r>
        <w:rPr>
          <w:sz w:val="20"/>
        </w:rPr>
        <w:t>1:32:20  ijtihad ko logon ne ajeeb o ghareeb ek cheez samajh liya hai. ijtihad ka</w:t>
      </w:r>
      <w:r>
        <w:br/>
      </w:r>
      <w:r>
        <w:rPr>
          <w:sz w:val="20"/>
        </w:rPr>
        <w:t>1:32:23  taalluq yaad rakhiye zindagi ke har masle se aur isi tarah se deeni masle se bhi hai, dawat</w:t>
      </w:r>
      <w:r>
        <w:br/>
      </w:r>
      <w:r>
        <w:rPr>
          <w:sz w:val="20"/>
        </w:rPr>
        <w:t>1:32:27  ke masle se bhi hai.</w:t>
      </w:r>
      <w:r>
        <w:br/>
      </w:r>
      <w:r>
        <w:rPr>
          <w:sz w:val="20"/>
        </w:rPr>
        <w:t>1:32:31  Allah taala ne duniya ko jab is tarah banaya hai ke har lamha halaat badalte hain, nai situation</w:t>
      </w:r>
      <w:r>
        <w:br/>
      </w:r>
      <w:r>
        <w:rPr>
          <w:sz w:val="20"/>
        </w:rPr>
        <w:t>1:32:35  create hoti hai, naye naye tajrube hote hain.</w:t>
      </w:r>
      <w:r>
        <w:br/>
      </w:r>
      <w:r>
        <w:rPr>
          <w:sz w:val="20"/>
        </w:rPr>
        <w:t>1:32:38  Allah taala ne isi bani duniya banai hai.</w:t>
      </w:r>
      <w:r>
        <w:br/>
      </w:r>
      <w:r>
        <w:rPr>
          <w:sz w:val="20"/>
        </w:rPr>
        <w:t>1:32:42  to is ke baad ijtihad zaroori ho gaya.</w:t>
      </w:r>
      <w:r>
        <w:br/>
      </w:r>
      <w:r>
        <w:rPr>
          <w:sz w:val="20"/>
        </w:rPr>
        <w:t>1:32:46  to zaroori hoga ijtihad.</w:t>
      </w:r>
      <w:r>
        <w:br/>
      </w:r>
      <w:r>
        <w:rPr>
          <w:sz w:val="20"/>
        </w:rPr>
        <w:t>1:32:50  ab aap farz kijiye aap gaye اسٹی</w:t>
      </w:r>
      <w:r>
        <w:br/>
      </w:r>
      <w:r>
        <w:rPr>
          <w:sz w:val="20"/>
        </w:rPr>
        <w:t>1:32:53  aur train chhoot gayi, woh bhi ijtihad hai ke wapas jaon ghar ya agli train ka intezar karun? to kaun hai darwaza band kare ijtihad ka? kis ko haq hai? jabke Allah taala ke kaise planning mein shamil hai ke ijtihad karo, ijtihad karo? to main nahi samajhta ke yeh yeh is ka koi bhi maaqool sabab koi bata sakta hai. molana</w:t>
      </w:r>
    </w:p>
    <w:p>
      <w:pPr>
        <w:pStyle w:val="Heading2"/>
      </w:pPr>
      <w:r>
        <w:t>Western civilization dominance over Japanese</w:t>
      </w:r>
    </w:p>
    <w:p>
      <w:r>
        <w:rPr>
          <w:color w:val="666666"/>
          <w:sz w:val="18"/>
        </w:rPr>
        <w:t>Other · Discovery of Modern Age I 10th Feb. 13 · 2m 16s · at 1:02:24 · https://youtu.be/Yp5T0KacY84?t=3744</w:t>
      </w:r>
    </w:p>
    <w:p>
      <w:r>
        <w:rPr>
          <w:i/>
        </w:rPr>
        <w:t>“Everyone acknowledges Japan's development, but culturally Western civilization dominates, not Japanese civilization. What are your thoughts on this?”</w:t>
      </w:r>
    </w:p>
    <w:p>
      <w:r>
        <w:rPr>
          <w:sz w:val="20"/>
        </w:rPr>
        <w:t>1:02:24  maulana, agla sawal dilli se hai jameel akhtar khan sahab ka.</w:t>
      </w:r>
      <w:r>
        <w:br/>
      </w:r>
      <w:r>
        <w:rPr>
          <w:sz w:val="20"/>
        </w:rPr>
        <w:t>1:02:30  unhon ne likha hai: "japan ki taraqqi ko sabhi log mante hain magar tahzeeb ke aitbar se western</w:t>
      </w:r>
      <w:r>
        <w:br/>
      </w:r>
      <w:r>
        <w:rPr>
          <w:sz w:val="20"/>
        </w:rPr>
        <w:t>1:02:35  civilization ka ghalba hai, nah ke japanese civilization ka." is ke baray mein aap kya kahengay? japan</w:t>
      </w:r>
      <w:r>
        <w:br/>
      </w:r>
      <w:r>
        <w:rPr>
          <w:sz w:val="20"/>
        </w:rPr>
        <w:t>1:02:41  ki koi civilization hi nahin hai.</w:t>
      </w:r>
      <w:r>
        <w:br/>
      </w:r>
      <w:r>
        <w:rPr>
          <w:sz w:val="20"/>
        </w:rPr>
        <w:t>1:02:47  koi civilization japan ki nahin hai.</w:t>
      </w:r>
      <w:r>
        <w:br/>
      </w:r>
      <w:r>
        <w:rPr>
          <w:sz w:val="20"/>
        </w:rPr>
        <w:t>1:02:52  yeh to ajeeb o ghareeb sawal hai yeh.</w:t>
      </w:r>
      <w:r>
        <w:br/>
      </w:r>
      <w:r>
        <w:rPr>
          <w:sz w:val="20"/>
        </w:rPr>
        <w:t>1:02:58  aap batayein ke japan ki civilization kya cheez hoti hai? yeh to kuch bhi nahin.</w:t>
      </w:r>
      <w:r>
        <w:br/>
      </w:r>
      <w:r>
        <w:rPr>
          <w:sz w:val="20"/>
        </w:rPr>
        <w:t>1:03:04  aur western civilization ko bhi aap musalman samajhte hain ke western civilization ka naam hai neutral ka, nagra</w:t>
      </w:r>
      <w:r>
        <w:br/>
      </w:r>
      <w:r>
        <w:rPr>
          <w:sz w:val="20"/>
        </w:rPr>
        <w:t>1:03:09  pin hone ka.</w:t>
      </w:r>
      <w:r>
        <w:br/>
      </w:r>
      <w:r>
        <w:rPr>
          <w:sz w:val="20"/>
        </w:rPr>
        <w:t>1:03:15  مسلمان یہ بھی نہیں جانتے کہ what is Western civilization.</w:t>
      </w:r>
      <w:r>
        <w:br/>
      </w:r>
      <w:r>
        <w:rPr>
          <w:sz w:val="20"/>
        </w:rPr>
        <w:t>1:03:21  chand isi qism ki cheezon ko le kar woh western civilization ko mante hain.</w:t>
      </w:r>
      <w:r>
        <w:br/>
      </w:r>
      <w:r>
        <w:rPr>
          <w:sz w:val="20"/>
        </w:rPr>
        <w:t>1:03:26  western civilization jis baat ka naam hai, woh hamari aap ki bhi civilization hai ke nature mein Allah</w:t>
      </w:r>
      <w:r>
        <w:br/>
      </w:r>
      <w:r>
        <w:rPr>
          <w:sz w:val="20"/>
        </w:rPr>
        <w:t>1:03:32  taala ne jo taaqatein chupa rakhi theen, us ko discover karna.</w:t>
      </w:r>
      <w:r>
        <w:br/>
      </w:r>
      <w:r>
        <w:rPr>
          <w:sz w:val="20"/>
        </w:rPr>
        <w:t>1:03:38  woh hamari aap ki sab ki cheez hai.</w:t>
      </w:r>
      <w:r>
        <w:br/>
      </w:r>
      <w:r>
        <w:rPr>
          <w:sz w:val="20"/>
        </w:rPr>
        <w:t>1:03:44  woh west ki cheez nahi hai.</w:t>
      </w:r>
      <w:r>
        <w:br/>
      </w:r>
      <w:r>
        <w:rPr>
          <w:sz w:val="20"/>
        </w:rPr>
        <w:t>1:03:49  woh yeh jo cheezein aaj dekhte hain, aap car ho ya hawa ya communication ho, ek camera ho,</w:t>
      </w:r>
      <w:r>
        <w:br/>
      </w:r>
      <w:r>
        <w:rPr>
          <w:sz w:val="20"/>
        </w:rPr>
        <w:t>1:03:55  ek computer ho, yeh isi nature mein, Allah ke barah-e-nature mein maujood thi pehle se.</w:t>
      </w:r>
      <w:r>
        <w:br/>
      </w:r>
      <w:r>
        <w:rPr>
          <w:sz w:val="20"/>
        </w:rPr>
        <w:t>1:04:01  us ko discover kar ke istemal kiya.</w:t>
      </w:r>
      <w:r>
        <w:br/>
      </w:r>
      <w:r>
        <w:rPr>
          <w:sz w:val="20"/>
        </w:rPr>
        <w:t>1:04:06  yeh toh hamare aap ke sab ki hai.</w:t>
      </w:r>
      <w:r>
        <w:br/>
      </w:r>
      <w:r>
        <w:rPr>
          <w:sz w:val="20"/>
        </w:rPr>
        <w:t>1:04:12  log samajhte hain ke western civilization koi alag shaitani duniya ki cheez hai.</w:t>
      </w:r>
      <w:r>
        <w:br/>
      </w:r>
      <w:r>
        <w:rPr>
          <w:sz w:val="20"/>
        </w:rPr>
        <w:t>1:04:18  yeh bilkul hi bekhabari ki baat hai.</w:t>
      </w:r>
      <w:r>
        <w:br/>
      </w:r>
      <w:r>
        <w:rPr>
          <w:sz w:val="20"/>
        </w:rPr>
        <w:t>1:04:23  یہی تو میں نے کہا کہ سب بالکل بے خبر ہیں لوگ کہ what is Western civilization.</w:t>
      </w:r>
      <w:r>
        <w:br/>
      </w:r>
      <w:r>
        <w:rPr>
          <w:sz w:val="20"/>
        </w:rPr>
        <w:t>1:04:29  jante hi nahi.</w:t>
      </w:r>
      <w:r>
        <w:br/>
      </w:r>
      <w:r>
        <w:rPr>
          <w:sz w:val="20"/>
        </w:rPr>
        <w:t>1:04:35  baghair bolay hue taqreerein karte hain.</w:t>
      </w:r>
    </w:p>
    <w:p>
      <w:pPr>
        <w:pStyle w:val="Heading2"/>
      </w:pPr>
      <w:r>
        <w:t>What is Shariat and is it sacred?</w:t>
      </w:r>
    </w:p>
    <w:p>
      <w:r>
        <w:rPr>
          <w:color w:val="666666"/>
          <w:sz w:val="18"/>
        </w:rPr>
        <w:t>Other · Q&amp;A 11 Jul 2010 Maulana Wahiduddin Khan · 2m 02s · at 32:00 · https://youtu.be/UHtdtzGGwFQ?t=1920</w:t>
      </w:r>
    </w:p>
    <w:p>
      <w:r>
        <w:rPr>
          <w:i/>
        </w:rPr>
        <w:t>“What is Shariat? How did it come into being? Is it considered as sacred as the Hadith and Quran Sharif?”</w:t>
      </w:r>
    </w:p>
    <w:p>
      <w:r>
        <w:rPr>
          <w:sz w:val="20"/>
        </w:rPr>
        <w:t>32:00  maulana, agla sawal kya hai? aah, mister dhiraj bakshi ne Delhi se. unhone likha hai ke "What is Shariat?</w:t>
      </w:r>
      <w:r>
        <w:br/>
      </w:r>
      <w:r>
        <w:rPr>
          <w:sz w:val="20"/>
        </w:rPr>
        <w:t>32:10  How did it come into being? Is it considered as sacred as the Hadith and Quran Sharif</w:t>
      </w:r>
      <w:r>
        <w:br/>
      </w:r>
      <w:r>
        <w:rPr>
          <w:sz w:val="20"/>
        </w:rPr>
        <w:t>32:19  ?" yeh shariat ka woh taweez is ko Allah kehte hain, Allah. qanoon. ek hai deen, ek hai shariat. deen ka matlab hai fundamentals.</w:t>
      </w:r>
      <w:r>
        <w:br/>
      </w:r>
      <w:r>
        <w:rPr>
          <w:sz w:val="20"/>
        </w:rPr>
        <w:t>32:30  principles. to fundamental principles jo hain woh deen hain. aur jo law bante hain, law. is ko kehte hain shariat.</w:t>
      </w:r>
      <w:r>
        <w:br/>
      </w:r>
      <w:r>
        <w:rPr>
          <w:sz w:val="20"/>
        </w:rPr>
        <w:t>32:41  It's not something you do with customs which have become law. haan? aisa to nahi hai ke customs which have become</w:t>
      </w:r>
      <w:r>
        <w:br/>
      </w:r>
      <w:r>
        <w:rPr>
          <w:sz w:val="20"/>
        </w:rPr>
        <w:t>32:47  law . Maulana, jo customs hain woh keh rahe hain ke aah, jo customs hain woh wahi usi ko to nahi۔۔۔۔۔</w:t>
      </w:r>
      <w:r>
        <w:br/>
      </w:r>
      <w:r>
        <w:rPr>
          <w:sz w:val="20"/>
        </w:rPr>
        <w:t>32:53  ۔۔۔۔۔؟ nahi, nahi. Customs is nothing. Islam mein customs is nothing. Customs to musalmanon ne pakad rakha hai. yeh sab musalmanon ki tareeqe hain. yeh sab jitna aap dekhte hain woh sab customs hain musalmanon ka.</w:t>
      </w:r>
      <w:r>
        <w:br/>
      </w:r>
      <w:r>
        <w:rPr>
          <w:sz w:val="20"/>
        </w:rPr>
        <w:t>33:05  apna banaya hua. woh shariat se koi taalluq is ka nahi hai.</w:t>
      </w:r>
      <w:r>
        <w:br/>
      </w:r>
      <w:r>
        <w:rPr>
          <w:sz w:val="20"/>
        </w:rPr>
        <w:t>33:12  to shariat to woh hai jo quran mein bhi shariat hai, hadith mein bhi shariat hai. woh la. yaani la wala part jo hai us ko shariat kahenge.</w:t>
      </w:r>
      <w:r>
        <w:br/>
      </w:r>
      <w:r>
        <w:rPr>
          <w:sz w:val="20"/>
        </w:rPr>
        <w:t>33:22  aur jo part hai principles wala us ko deen kahenge. bas. aur customs, rituals to musalmanon ka apna banaya hua hai.</w:t>
      </w:r>
      <w:r>
        <w:br/>
      </w:r>
      <w:r>
        <w:rPr>
          <w:sz w:val="20"/>
        </w:rPr>
        <w:t>33:31  is ka islam se koi taalluq nahi hai. jaise misaal ke taur par burqa hai. burqa koi shariat thori hai. burqa to customs hai.</w:t>
      </w:r>
      <w:r>
        <w:br/>
      </w:r>
      <w:r>
        <w:rPr>
          <w:sz w:val="20"/>
        </w:rPr>
        <w:t>33:41  rasool allah ke jab tak zamaney mein auratein theen koi burqa nahi padhta tha koi. musalmanon ka customs hai yeh.</w:t>
      </w:r>
      <w:r>
        <w:br/>
      </w:r>
      <w:r>
        <w:rPr>
          <w:sz w:val="20"/>
        </w:rPr>
        <w:t>33:48  woh sahi o galat mein nahi kehta. sahi o galat ek alag cheez hai. lekin behal woh rasool allah ke zamaney mein nahi tha. baat ko as a customs yeh raaij hua.</w:t>
      </w:r>
      <w:r>
        <w:br/>
      </w:r>
      <w:r>
        <w:rPr>
          <w:sz w:val="20"/>
        </w:rPr>
        <w:t>33:59  mein yeh nahi keh raha hoon ke sahi o galat woh alag cheez hai.</w:t>
      </w:r>
    </w:p>
    <w:p>
      <w:pPr>
        <w:pStyle w:val="Heading2"/>
      </w:pPr>
      <w:r>
        <w:t>What is the meaning of the word distraction?</w:t>
      </w:r>
    </w:p>
    <w:p>
      <w:r>
        <w:rPr>
          <w:color w:val="666666"/>
          <w:sz w:val="18"/>
        </w:rPr>
        <w:t>Other · Jihad Fillah June 23, 2013 · 2m 50s · at 1:05:50 · https://youtu.be/NRTno1eQTos?t=3950</w:t>
      </w:r>
    </w:p>
    <w:p>
      <w:r>
        <w:rPr>
          <w:i/>
        </w:rPr>
        <w:t>“What is the meaning of the word 'distraction' that is often used? What does it mean?”</w:t>
      </w:r>
    </w:p>
    <w:p>
      <w:r>
        <w:rPr>
          <w:sz w:val="20"/>
        </w:rPr>
        <w:t>1:05:50  maulana, agla sawal thampur se hai mehtab sahib ka. woh aap se yeh janna chahte hain ke jo word "distraction" kai baar istemal hota hai, us ke mani kya hain?</w:t>
      </w:r>
      <w:r>
        <w:br/>
      </w:r>
      <w:r>
        <w:rPr>
          <w:sz w:val="20"/>
        </w:rPr>
        <w:t>1:06:00  is ka kya matlab hai? dekhen, lafzi mani ka matlab hai distraction ke bhatakna, idhar se udhar bhatakna.</w:t>
      </w:r>
      <w:r>
        <w:br/>
      </w:r>
      <w:r>
        <w:rPr>
          <w:sz w:val="20"/>
        </w:rPr>
        <w:t>1:06:09  distract hone ka matlab hai bhatakna. to ek dekhen, maslan ek road hai, ek street path hai. chaliye, ab aap khwamkhwah idhar bhatken, idhar bhatken</w:t>
      </w:r>
      <w:r>
        <w:br/>
      </w:r>
      <w:r>
        <w:rPr>
          <w:sz w:val="20"/>
        </w:rPr>
        <w:t>1:06:21  to woh wohi mind mein hoti hai. mind mein ek hai, ek sahi soch par chalen. aap ek ek idhar udhar bhatken.</w:t>
      </w:r>
      <w:r>
        <w:br/>
      </w:r>
      <w:r>
        <w:rPr>
          <w:sz w:val="20"/>
        </w:rPr>
        <w:t>1:06:31  idhar udhar bhatakne ke mani hain ke paper mein parha aap ne ke falan ne kisi bomb maar diya aur isi ko le ke baithe hue hain. isi ki charcha kar rahe hain. kahin socha ke kisi ne aisa kar diya, kisi ne waisa kar diya.</w:t>
      </w:r>
      <w:r>
        <w:br/>
      </w:r>
      <w:r>
        <w:rPr>
          <w:sz w:val="20"/>
        </w:rPr>
        <w:t>1:06:42  beshtar log jo hain, news jo hoti hai, media, media ko le kar ke distract hote rehte hain.</w:t>
      </w:r>
      <w:r>
        <w:br/>
      </w:r>
      <w:r>
        <w:rPr>
          <w:sz w:val="20"/>
        </w:rPr>
        <w:t>1:06:50  sab se bara source distraction ka aaj kal media ban gaya hai. jo parha media mein, isi ki charcha kar rahe hain. apne aap se nahi sochte, apne aap se nahi sochte.</w:t>
      </w:r>
      <w:r>
        <w:br/>
      </w:r>
      <w:r>
        <w:rPr>
          <w:sz w:val="20"/>
        </w:rPr>
        <w:t>1:07:00  main to media, main bhi akhbar parhta hoon, radio sunta hoon, kabhi kabhi tv bhi dekh leta hoon. lekin main woh kuch nahi, bas waqti cheez samajhta hoon.</w:t>
      </w:r>
      <w:r>
        <w:br/>
      </w:r>
      <w:r>
        <w:rPr>
          <w:sz w:val="20"/>
        </w:rPr>
        <w:t>1:07:08  us ko yeh nahi ke woh usi ko, is mein jo hai, bas usi ko main pathar le ke maar liya. laga usi par sochne, baatein karne, charcha karne.</w:t>
      </w:r>
      <w:r>
        <w:br/>
      </w:r>
      <w:r>
        <w:rPr>
          <w:sz w:val="20"/>
        </w:rPr>
        <w:t>1:07:18  to dekhen, distract hona ya na hona aap ke apne ikhtiyar mein hai. chahe to aap distract hon, chahe na hon. agar aap ka mind developed mind hai, developed mind to aap yaqeenan apne ko bacha payenge.</w:t>
      </w:r>
      <w:r>
        <w:br/>
      </w:r>
      <w:r>
        <w:rPr>
          <w:sz w:val="20"/>
        </w:rPr>
        <w:t>1:07:33  jo developed mind nahin hota hai, yaani pakhta mind nahin hota hai, wahi distract hota rehta hai. pakhta mind kya karega?</w:t>
      </w:r>
      <w:r>
        <w:br/>
      </w:r>
      <w:r>
        <w:rPr>
          <w:sz w:val="20"/>
        </w:rPr>
        <w:t>1:07:45  mature</w:t>
      </w:r>
      <w:r>
        <w:br/>
      </w:r>
      <w:r>
        <w:rPr>
          <w:sz w:val="20"/>
        </w:rPr>
        <w:t>1:07:46  mind kya karega? woh sochega ke distraction jo mein kar raha hoon, to iska mujhe faida hai ke nahin? faida hai? lage ke faida kuch nahin, phir nuksan hai.</w:t>
      </w:r>
      <w:r>
        <w:br/>
      </w:r>
      <w:r>
        <w:rPr>
          <w:sz w:val="20"/>
        </w:rPr>
        <w:t>1:07:56  to aadmi apne ko is se bacha lega.</w:t>
      </w:r>
      <w:r>
        <w:br/>
      </w:r>
      <w:r>
        <w:rPr>
          <w:sz w:val="20"/>
        </w:rPr>
        <w:t>1:08:02  jaise mera roz ka mamool batata hoon aap ko, kisi se koi baat ho gayi, farz kijiye ke woh ikhtilaf kar diya us ne, to mein der nahin lagata is mein behas karne mein.</w:t>
      </w:r>
      <w:r>
        <w:br/>
      </w:r>
      <w:r>
        <w:rPr>
          <w:sz w:val="20"/>
        </w:rPr>
        <w:t>1:08:14  mein kehta hoon, "you are right, time bra." mein kyun phansaoon? khwamkhwah behas, behas, behas. mein kehta hoon, "bhai, you are right, time bra." bas baat khatam.</w:t>
      </w:r>
      <w:r>
        <w:br/>
      </w:r>
      <w:r>
        <w:rPr>
          <w:sz w:val="20"/>
        </w:rPr>
        <w:t>1:08:23  kyunki woh agar mein is par zyada behas karoon to mein distract ho jaoonga right path se.</w:t>
      </w:r>
      <w:r>
        <w:br/>
      </w:r>
      <w:r>
        <w:rPr>
          <w:sz w:val="20"/>
        </w:rPr>
        <w:t>1:08:30  to apne aap ko right path par bachane ke liye woh jaldi se keh deta hoon, "theek hai, you are right time bra."</w:t>
      </w:r>
    </w:p>
    <w:p>
      <w:pPr>
        <w:pStyle w:val="Heading2"/>
      </w:pPr>
      <w:r>
        <w:t>Which Islamic law school do you follow?</w:t>
      </w:r>
    </w:p>
    <w:p>
      <w:r>
        <w:rPr>
          <w:color w:val="666666"/>
          <w:sz w:val="18"/>
        </w:rPr>
        <w:t>Other · Conversation with Maulana Wahiduddin Khan | October 01, 2017 · 2m 47s · at 9:21 · https://youtu.be/TmOYGd3rp2M?t=561</w:t>
      </w:r>
    </w:p>
    <w:p>
      <w:r>
        <w:rPr>
          <w:i/>
        </w:rPr>
        <w:t>“Do you follow any Islamic law school like Hanafi?”</w:t>
      </w:r>
    </w:p>
    <w:p>
      <w:r>
        <w:rPr>
          <w:sz w:val="20"/>
        </w:rPr>
        <w:t>9:21  maulana, agla sawal huzaifa mehmood ne bheja hai.</w:t>
      </w:r>
      <w:r>
        <w:br/>
      </w:r>
      <w:r>
        <w:rPr>
          <w:sz w:val="20"/>
        </w:rPr>
        <w:t>9:27  unhon ne apni location nahi likhi hai.</w:t>
      </w:r>
      <w:r>
        <w:br/>
      </w:r>
      <w:r>
        <w:rPr>
          <w:sz w:val="20"/>
        </w:rPr>
        <w:t>9:33  unhon ne aap se yeh poocha hai ke "Do you follow any Islamic law school like Hanafi or</w:t>
      </w:r>
      <w:r>
        <w:br/>
      </w:r>
      <w:r>
        <w:rPr>
          <w:sz w:val="20"/>
        </w:rPr>
        <w:t>9:39  any other school?" dekhen, is maamle mein aap meri kitaab parhiye, "Tehzeeb Deen".</w:t>
      </w:r>
      <w:r>
        <w:br/>
      </w:r>
      <w:r>
        <w:rPr>
          <w:sz w:val="20"/>
        </w:rPr>
        <w:t>9:45  is mein is ka jawab maujood</w:t>
      </w:r>
      <w:r>
        <w:br/>
      </w:r>
      <w:r>
        <w:rPr>
          <w:sz w:val="20"/>
        </w:rPr>
        <w:t>9:51  hai.</w:t>
      </w:r>
      <w:r>
        <w:br/>
      </w:r>
      <w:r>
        <w:rPr>
          <w:sz w:val="20"/>
        </w:rPr>
        <w:t>9:57  is ko parhiye, phir sawal kijiye is ko parhne ke baad.</w:t>
      </w:r>
      <w:r>
        <w:br/>
      </w:r>
      <w:r>
        <w:rPr>
          <w:sz w:val="20"/>
        </w:rPr>
        <w:t>10:03  kyunke is kitaab mein mera jo maslak hai, woh clear tor par bata diya gaya hai.</w:t>
      </w:r>
      <w:r>
        <w:br/>
      </w:r>
      <w:r>
        <w:rPr>
          <w:sz w:val="20"/>
        </w:rPr>
        <w:t>10:09  maulana, next question has been sent by a sister from USA.</w:t>
      </w:r>
      <w:r>
        <w:br/>
      </w:r>
      <w:r>
        <w:rPr>
          <w:sz w:val="20"/>
        </w:rPr>
        <w:t>10:15  she has not mentioned her</w:t>
      </w:r>
      <w:r>
        <w:br/>
      </w:r>
      <w:r>
        <w:rPr>
          <w:sz w:val="20"/>
        </w:rPr>
        <w:t>10:21  name.</w:t>
      </w:r>
      <w:r>
        <w:br/>
      </w:r>
      <w:r>
        <w:rPr>
          <w:sz w:val="20"/>
        </w:rPr>
        <w:t>10:27  un ka sawal yeh hai ke "In the Quran, Allah says that we have made the Quran easy to understand.</w:t>
      </w:r>
      <w:r>
        <w:br/>
      </w:r>
      <w:r>
        <w:rPr>
          <w:sz w:val="20"/>
        </w:rPr>
        <w:t>10:33  But when I read it, I hardly understand it.</w:t>
      </w:r>
      <w:r>
        <w:br/>
      </w:r>
      <w:r>
        <w:rPr>
          <w:sz w:val="20"/>
        </w:rPr>
        <w:t>10:39  Why is this contradiction?" dekhen, yeh contradiction ki baat nahi hai.</w:t>
      </w:r>
      <w:r>
        <w:br/>
      </w:r>
      <w:r>
        <w:rPr>
          <w:sz w:val="20"/>
        </w:rPr>
        <w:t>10:45  yeh level ki baat hai, level of study. Quran ko</w:t>
      </w:r>
      <w:r>
        <w:br/>
      </w:r>
      <w:r>
        <w:rPr>
          <w:sz w:val="20"/>
        </w:rPr>
        <w:t>10:51  agar aadmi sirf saada andaaz mein parhe to parhega aur samjhega.</w:t>
      </w:r>
      <w:r>
        <w:br/>
      </w:r>
      <w:r>
        <w:rPr>
          <w:sz w:val="20"/>
        </w:rPr>
        <w:t>11:02  lekin agar aap is ki deeper meaning jo hai, us ko jaanna chahen to aap ko ghor karna parta hai.</w:t>
      </w:r>
      <w:r>
        <w:br/>
      </w:r>
      <w:r>
        <w:rPr>
          <w:sz w:val="20"/>
        </w:rPr>
        <w:t>11:12  misal ke tor par dekhen, Quran mein hai ke "أقيموا الصلاة"</w:t>
      </w:r>
      <w:r>
        <w:br/>
      </w:r>
      <w:r>
        <w:rPr>
          <w:sz w:val="20"/>
        </w:rPr>
        <w:t>11:22  .</w:t>
      </w:r>
      <w:r>
        <w:br/>
      </w:r>
      <w:r>
        <w:rPr>
          <w:sz w:val="20"/>
        </w:rPr>
        <w:t>11:28  namaz ada karo.</w:t>
      </w:r>
      <w:r>
        <w:br/>
      </w:r>
      <w:r>
        <w:rPr>
          <w:sz w:val="20"/>
        </w:rPr>
        <w:t>11:33  to bohat aasan hai yeh jaanna ke Quran yahan kya keh raha hai.</w:t>
      </w:r>
      <w:r>
        <w:br/>
      </w:r>
      <w:r>
        <w:rPr>
          <w:sz w:val="20"/>
        </w:rPr>
        <w:t>11:38  aap is ayat ko parhen ge aur Quran mein jo baat kahi gayi hai, us ko samajh jayen</w:t>
      </w:r>
      <w:r>
        <w:br/>
      </w:r>
      <w:r>
        <w:rPr>
          <w:sz w:val="20"/>
        </w:rPr>
        <w:t>11:43  ge aur phir namaz ada karte rahen ge.</w:t>
      </w:r>
      <w:r>
        <w:br/>
      </w:r>
      <w:r>
        <w:rPr>
          <w:sz w:val="20"/>
        </w:rPr>
        <w:t>11:48  lekin namaz ki jo deeper meaning hai, us ke liye aap ko</w:t>
      </w:r>
      <w:r>
        <w:br/>
      </w:r>
      <w:r>
        <w:rPr>
          <w:sz w:val="20"/>
        </w:rPr>
        <w:t>11:54  sochna parega, ghor karna parega, is ki teh tak jana parega.</w:t>
      </w:r>
      <w:r>
        <w:br/>
      </w:r>
      <w:r>
        <w:rPr>
          <w:sz w:val="20"/>
        </w:rPr>
        <w:t>12:01  to yeh farq hai level of study ka, na ke samajhne mein mushkil ka.</w:t>
      </w:r>
    </w:p>
    <w:p>
      <w:pPr>
        <w:pStyle w:val="Heading2"/>
      </w:pPr>
      <w:r>
        <w:t>Why Muslims abandoned science after early period</w:t>
      </w:r>
    </w:p>
    <w:p>
      <w:r>
        <w:rPr>
          <w:color w:val="666666"/>
          <w:sz w:val="18"/>
        </w:rPr>
        <w:t>Other · God Particle July 8, 2012 · 51s · at 1:16:36 · https://youtu.be/30Ulu10c2nA?t=4596</w:t>
      </w:r>
    </w:p>
    <w:p>
      <w:r>
        <w:rPr>
          <w:i/>
        </w:rPr>
        <w:t>“In your book 'Islam: The Creator of the Modern Age', you showed with historical references that science was started by early Muslims. Then why did later Muslims abandon science? Please explain.”</w:t>
      </w:r>
    </w:p>
    <w:p>
      <w:r>
        <w:rPr>
          <w:sz w:val="20"/>
        </w:rPr>
        <w:t>1:16:36  Toosam paida kijiye apne andar. Maulana, agla sawal Delhi se hai Maulana Sharq Hussain Sahab ka.</w:t>
      </w:r>
      <w:r>
        <w:br/>
      </w:r>
      <w:r>
        <w:rPr>
          <w:sz w:val="20"/>
        </w:rPr>
        <w:t>1:16:43  Unhone likha hai: "Aap ne apni kitaab Islam Islam Daur Jadeed ka Khaliq mein tareekhi reference ke saath dikhaya hai ke science ka aaghaz Daur Awwal ke Musalmanon ne kiya,</w:t>
      </w:r>
      <w:r>
        <w:br/>
      </w:r>
      <w:r>
        <w:rPr>
          <w:sz w:val="20"/>
        </w:rPr>
        <w:t>1:16:57  Phir baad ko Musalmanon ne science ko chhod kyu diya?" Is ke baray mein bataein. Main ne yeh nahi kaha ke Daur Awwal ko Musalmanon ne kiya, yeh main ne nahi likha.</w:t>
      </w:r>
      <w:r>
        <w:br/>
      </w:r>
      <w:r>
        <w:rPr>
          <w:sz w:val="20"/>
        </w:rPr>
        <w:t>1:17:07  Yeh yeh jumla mera nahi hai.</w:t>
      </w:r>
      <w:r>
        <w:br/>
      </w:r>
      <w:r>
        <w:rPr>
          <w:sz w:val="20"/>
        </w:rPr>
        <w:t>1:17:10  Daur Awwal ko Musalmanon ne science ka aaghaz kiya, yeh mera jumla nahi hai. Main kaha tha: "Phir se aap padhiye is ko aur sahi alfaaz mein sawal kijiye." Yeh sahi alfaaz nahi hain, yeh sahi alfaaz nahi hain ke Daur Awwal ke Musalmanon ne science ka aaghaz kiya, yeh main ne nahi likha.</w:t>
      </w:r>
    </w:p>
    <w:p>
      <w:pPr>
        <w:pStyle w:val="Heading2"/>
      </w:pPr>
      <w:r>
        <w:t>Why less criticism of Deobandi writers</w:t>
      </w:r>
    </w:p>
    <w:p>
      <w:r>
        <w:rPr>
          <w:color w:val="666666"/>
          <w:sz w:val="18"/>
        </w:rPr>
        <w:t>Other · The Straight Path October 30, 2011 Maulana Wahiduddin Khan · 5m 15s · at 1:05:52 · https://youtu.be/PKFHe82Jz58?t=3952</w:t>
      </w:r>
    </w:p>
    <w:p>
      <w:r>
        <w:rPr>
          <w:i/>
        </w:rPr>
        <w:t>“A Nadwi scholar asked: what is the reason that in Al-Risala, the thought of Nadwi writers is criticized, but very little criticism of Deobandi writers' books is found in Al-Risala? Please clarify this question.”</w:t>
      </w:r>
    </w:p>
    <w:p>
      <w:r>
        <w:rPr>
          <w:sz w:val="20"/>
        </w:rPr>
        <w:t>1:05:52  maulana iqbal umri ne tamil nadu se sawal likha hai. unhon ne poocha hai ke aik nadvi aalim ne sawal kiya ke kiya wajah hai ke al risalah mein nadvi writers ki fikr par tanqeed ki gayi hai,</w:t>
      </w:r>
      <w:r>
        <w:br/>
      </w:r>
      <w:r>
        <w:rPr>
          <w:sz w:val="20"/>
        </w:rPr>
        <w:t>1:06:06  magar al risalah mein deobandi writers ki kitabon par bohat kam tanqeed pai jati hai? please is sawal ko wazeh farmayen.</w:t>
      </w:r>
      <w:r>
        <w:br/>
      </w:r>
      <w:r>
        <w:rPr>
          <w:sz w:val="20"/>
        </w:rPr>
        <w:t>1:06:20  mein to tanqeed kabhi nahi karta, yeh galat khayal mere bare mein hai ke mein tanqeed karta hoon. mein har giz naqad nahi hoon.</w:t>
      </w:r>
      <w:r>
        <w:br/>
      </w:r>
      <w:r>
        <w:rPr>
          <w:sz w:val="20"/>
        </w:rPr>
        <w:t>1:06:30  tanqeed dekhen, aik negative word hai, negative word hai. mera maqsad tanqeed karna nahi hai. mein intehai had tak positive aadmi hoon.</w:t>
      </w:r>
      <w:r>
        <w:br/>
      </w:r>
      <w:r>
        <w:rPr>
          <w:sz w:val="20"/>
        </w:rPr>
        <w:t>1:06:43  mere mere andar aik inshallah aik aik aik chota sa particle bhi negativity ka nahi hai.</w:t>
      </w:r>
      <w:r>
        <w:br/>
      </w:r>
      <w:r>
        <w:rPr>
          <w:sz w:val="20"/>
        </w:rPr>
        <w:t>1:06:52  negativity ka koi negative particle se meri meri personality bilkul khali hai. to mein aik positive aadmi hoon.</w:t>
      </w:r>
      <w:r>
        <w:br/>
      </w:r>
      <w:r>
        <w:rPr>
          <w:sz w:val="20"/>
        </w:rPr>
        <w:t>1:07:02  tanqeed karna mera maqsad nahi hai. baqi jo kuch mein kehta hoon, us ko aap wahin mein daleel bhi deta hoon, wahin mein</w:t>
      </w:r>
      <w:r>
        <w:br/>
      </w:r>
      <w:r>
        <w:rPr>
          <w:sz w:val="20"/>
        </w:rPr>
        <w:t>1:07:12  jahan kehta hoon. mein baaniyah andaaz mein koi baat nahi kehta ke falan bara acha hai, falan bohat kharab hai. yeh baaniyah andaaz hai. yeh mein ne kabhi nahi karta aisa.</w:t>
      </w:r>
      <w:r>
        <w:br/>
      </w:r>
      <w:r>
        <w:rPr>
          <w:sz w:val="20"/>
        </w:rPr>
        <w:t>1:07:21  kahin kisi kitab mein aap nahi kar sakte ke mein is yeh zuban bolta hoon, yaani hajj ki zuban aur qaziya khwani ki zuban. yeh meri zuban nahi hai.</w:t>
      </w:r>
      <w:r>
        <w:br/>
      </w:r>
      <w:r>
        <w:rPr>
          <w:sz w:val="20"/>
        </w:rPr>
        <w:t>1:07:31  log kiya kehte hain? kisi ka qaziya parh rahe hain, kisi ka hajj kar rahe hain. yeh meri zuban hi nahi hai. jahan mein koi baat kehta hoon, wahin wahin ke wahin daleel daleel deta hoon.</w:t>
      </w:r>
      <w:r>
        <w:br/>
      </w:r>
      <w:r>
        <w:rPr>
          <w:sz w:val="20"/>
        </w:rPr>
        <w:t>1:07:43  to meri baat ko aap is tarah mat dekhiye, is khane mein bant kar ke, balkeh sirf yeh dekhiye ke wahan jo baat mein ne kahi hai, to daleel ke sath kahin be daleel kahiye, bas.</w:t>
      </w:r>
      <w:r>
        <w:br/>
      </w:r>
      <w:r>
        <w:rPr>
          <w:sz w:val="20"/>
        </w:rPr>
        <w:t>1:07:58  aur koi dosra mi'yar wahan par mat apply kijiye aap. warna mere sath aap justice nahi karein ge, mere sath insaaf nahi karein ge.</w:t>
      </w:r>
      <w:r>
        <w:br/>
      </w:r>
      <w:r>
        <w:rPr>
          <w:sz w:val="20"/>
        </w:rPr>
        <w:t>1:08:08  maulana, yeh sawal kiya hai mr. ashique lone sahib ne jammu kashmir se.</w:t>
      </w:r>
      <w:r>
        <w:br/>
      </w:r>
      <w:r>
        <w:rPr>
          <w:sz w:val="20"/>
        </w:rPr>
        <w:t>1:08:13  unhon ne likha hai ke Allah taala sees in quran chapter 49 verse number 13: "o mankind!</w:t>
      </w:r>
      <w:r>
        <w:br/>
      </w:r>
      <w:r>
        <w:rPr>
          <w:sz w:val="20"/>
        </w:rPr>
        <w:t>1:08:22  we have created you from one male and one female, and set you in tribes and nations, so that you know one another.</w:t>
      </w:r>
      <w:r>
        <w:br/>
      </w:r>
      <w:r>
        <w:rPr>
          <w:sz w:val="20"/>
        </w:rPr>
        <w:t>1:08:33  but there is still one hadith which confuses me, which is: my ummah will be divided into 73 sects.</w:t>
      </w:r>
      <w:r>
        <w:br/>
      </w:r>
      <w:r>
        <w:rPr>
          <w:sz w:val="20"/>
        </w:rPr>
        <w:t>1:08:42  maulana, what does this sect mean?" dekhen, quran mein jo hai, woh physical sense mein hai, woh ideological sense mein nahi hai.</w:t>
      </w:r>
      <w:r>
        <w:br/>
      </w:r>
      <w:r>
        <w:rPr>
          <w:sz w:val="20"/>
        </w:rPr>
        <w:t>1:08:54  jo ayat quran ki likhi hai aap ne: "jis jins se mard banaye, usi jins aurat bhi banai." yeh matlab is ka, yaani physical identity, woh ideal sense mein nahi hai, woh ideological sense mein nahi hai.</w:t>
      </w:r>
      <w:r>
        <w:br/>
      </w:r>
      <w:r>
        <w:rPr>
          <w:sz w:val="20"/>
        </w:rPr>
        <w:t>1:09:07  agar agar sab ka fikr aik hi dhal dhal diya jaye to imtehan khatm ho jaye ga. imtehan kahan hoga? insaan ko jo freedom of choice hai, woh wohi to asal hai.</w:t>
      </w:r>
      <w:r>
        <w:br/>
      </w:r>
      <w:r>
        <w:rPr>
          <w:sz w:val="20"/>
        </w:rPr>
        <w:t>1:09:24  to woh jo hai, quran mein jo ayat hai, us ko sirf physical identity ke mani mein lijiye aap</w:t>
      </w:r>
      <w:r>
        <w:br/>
      </w:r>
      <w:r>
        <w:rPr>
          <w:sz w:val="20"/>
        </w:rPr>
        <w:t>1:09:30  yani jo jis jins se mard ko banaya, usi jins se aurat ko banaya. aur jahan tak hadith ka muamla hai, woh to ek alag cheez hai.</w:t>
      </w:r>
      <w:r>
        <w:br/>
      </w:r>
      <w:r>
        <w:rPr>
          <w:sz w:val="20"/>
        </w:rPr>
        <w:t>1:09:42  kyunke duniya mein dekhiye, imtehan hai sab ka. yeh nahi ke musalman exempted hain imtehan se. yeh mat samjhiye ke musalman exempted hain test se.</w:t>
      </w:r>
      <w:r>
        <w:br/>
      </w:r>
      <w:r>
        <w:rPr>
          <w:sz w:val="20"/>
        </w:rPr>
        <w:t>1:09:54  sab ka test hai to musalmanon ke upar test bhi hai. jis tarah doosre log bhagte hain, use</w:t>
      </w:r>
      <w:r>
        <w:br/>
      </w:r>
      <w:r>
        <w:rPr>
          <w:sz w:val="20"/>
        </w:rPr>
        <w:t>1:10:00  musalman bhi bhagega. yeh matlab hai is ka. log samajhte hain ke musalman jo exempted hain, ummat-e-marhooma hai ya bilkul baseless hai yeh aqeedah.</w:t>
      </w:r>
      <w:r>
        <w:br/>
      </w:r>
      <w:r>
        <w:rPr>
          <w:sz w:val="20"/>
        </w:rPr>
        <w:t>1:10:12  to har ek ke bhagne ke maidan alag alag hote hain. koi kisi tarah bhagta hai, koi kis tarah bhagta hai. to doosron ke bhagne ki field secular hoti hai.</w:t>
      </w:r>
      <w:r>
        <w:br/>
      </w:r>
      <w:r>
        <w:rPr>
          <w:sz w:val="20"/>
        </w:rPr>
        <w:t>1:10:23  wo secular maidan mein utra hai ke aqeedah banate hain. musalmanon ki field jo hai, woh mazhabi hai.</w:t>
      </w:r>
      <w:r>
        <w:br/>
      </w:r>
      <w:r>
        <w:rPr>
          <w:sz w:val="20"/>
        </w:rPr>
        <w:t>1:10:29  mazhabi field mein alag alag aqeeday banate hain. to musalmanon ka bhi apni azadi ko mehsoos karega. musalman is se sab firqe banenge aur doosron ka bhi azadi ko mehsoos karenge.</w:t>
      </w:r>
      <w:r>
        <w:br/>
      </w:r>
      <w:r>
        <w:rPr>
          <w:sz w:val="20"/>
        </w:rPr>
        <w:t>1:10:43  is se woh sab un ke haan mukhtalif qism ki baatein paida hongi. to basic baat yeh samajh lijiye ke musalman ne hargiz hargiz test se exempted nahi hai.</w:t>
      </w:r>
      <w:r>
        <w:br/>
      </w:r>
      <w:r>
        <w:rPr>
          <w:sz w:val="20"/>
        </w:rPr>
        <w:t>1:10:56  sab ka imtehan ho raha hai aur yeh sari baatein isi liye hain ke aadmi</w:t>
      </w:r>
      <w:r>
        <w:br/>
      </w:r>
      <w:r>
        <w:rPr>
          <w:sz w:val="20"/>
        </w:rPr>
        <w:t>1:11:01  apne azadi ko misuse karta hai.</w:t>
      </w:r>
    </w:p>
    <w:p>
      <w:pPr>
        <w:pStyle w:val="Heading2"/>
      </w:pPr>
      <w:r>
        <w:t>Why scholars don't understand your words</w:t>
      </w:r>
    </w:p>
    <w:p>
      <w:r>
        <w:rPr>
          <w:color w:val="666666"/>
          <w:sz w:val="18"/>
        </w:rPr>
        <w:t>Other · Revival of Muslims March 8, 2015 · 3m 40s · at 45:54 · https://youtu.be/B9E2OTb4BVE?t=2754</w:t>
      </w:r>
    </w:p>
    <w:p>
      <w:r>
        <w:rPr>
          <w:i/>
        </w:rPr>
        <w:t>“Maulana, if a doctor talks to another doctor about medical matters, that doctor immediately understands. My question is: you are a scholar and speak about Quran and Hadith, so why don't our other scholars understand what you say?”</w:t>
      </w:r>
    </w:p>
    <w:p>
      <w:r>
        <w:rPr>
          <w:sz w:val="20"/>
        </w:rPr>
        <w:t>45:54  Assalam o Alaikum wa Rahmatullahi wa Barakatuh. Maulana, yeh sawal Dhampur se bheja hai Mahtab sahib ne, aur unhone likha hai ke Maulana sahib, agar koi doctor kisi doosre doctor se medical line ki baat kare toh woh doctor is baat ko foran samajh lega.</w:t>
      </w:r>
      <w:r>
        <w:br/>
      </w:r>
      <w:r>
        <w:rPr>
          <w:sz w:val="20"/>
        </w:rPr>
        <w:t>46:16  mera sawal yeh hai ke aap bhi aik aalim hain, Quran aur Hadees ke hawale se baat karte hain, phir hamare in ulama ko aap ki baat kyun samajh mein nahi aati?</w:t>
      </w:r>
      <w:r>
        <w:br/>
      </w:r>
      <w:r>
        <w:rPr>
          <w:sz w:val="20"/>
        </w:rPr>
        <w:t>46:31  bhai, aaj ki baat, aaj ka mein jo bola hoon toh isi par bola hoon ke badal hai, yaani aik woh un ke aur</w:t>
      </w:r>
      <w:r>
        <w:br/>
      </w:r>
      <w:r>
        <w:rPr>
          <w:sz w:val="20"/>
        </w:rPr>
        <w:t>46:49  asar baat ke beech mein aik badal aa gaya hai, is ki wajah se samajh mein nahi aati. jis ki maine misaal di, kai misalein.</w:t>
      </w:r>
      <w:r>
        <w:br/>
      </w:r>
      <w:r>
        <w:rPr>
          <w:sz w:val="20"/>
        </w:rPr>
        <w:t>47:04  toh dekhein, hamare madaris ki aik aik aik baat yeh hai ke har madrase ko kisi bare aalim ne banaya hai,</w:t>
      </w:r>
      <w:r>
        <w:br/>
      </w:r>
      <w:r>
        <w:rPr>
          <w:sz w:val="20"/>
        </w:rPr>
        <w:t>47:19  sirf aik madrassa is mein istasna hai, woh Jamia Darussalam. toh madaris mein kya hai ke woh jo bani hai, unhi ko sab kuch samajh aata hai, sab kuch.</w:t>
      </w:r>
      <w:r>
        <w:br/>
      </w:r>
      <w:r>
        <w:rPr>
          <w:sz w:val="20"/>
        </w:rPr>
        <w:t>47:34  toh madaris ke bare mein mera tajruba yeh hai ke madrase ke parhe hue logon ke aur asal deen ke beech mein woh aalim haail hai ke hamare Hazrat Hassan Qayyani.</w:t>
      </w:r>
      <w:r>
        <w:br/>
      </w:r>
      <w:r>
        <w:rPr>
          <w:sz w:val="20"/>
        </w:rPr>
        <w:t>47:51  maine kai baar tajruba kiya hai ke koi baat aisa mein kahoon jo Quran o Hadees ke hawale se kahoon toh woh kya keh dein ge?</w:t>
      </w:r>
      <w:r>
        <w:br/>
      </w:r>
      <w:r>
        <w:rPr>
          <w:sz w:val="20"/>
        </w:rPr>
        <w:t>48:00  bhai, hamare Hazrat Hassan Qayyani, hamare Hazrat, kya aap se aap kya aap se kam jante the?</w:t>
      </w:r>
      <w:r>
        <w:br/>
      </w:r>
      <w:r>
        <w:rPr>
          <w:sz w:val="20"/>
        </w:rPr>
        <w:t>48:08  hamare Hazrat, yeh in ka afsar hota hai, yeh in ka afsar hota hai. maine bar bar yeh tajruba kiya hai ke madrase ke log jo hain, woh apna, un ke jo apne akabir kehte hain, un ko woh un ke jo akabir ke afsar bhi jeete hain,</w:t>
      </w:r>
      <w:r>
        <w:br/>
      </w:r>
      <w:r>
        <w:rPr>
          <w:sz w:val="20"/>
        </w:rPr>
        <w:t>48:30  bade, to jab main un se baat karta hoon aur Quran o Hadees sunata hoon to kya keh dete hain?</w:t>
      </w:r>
      <w:r>
        <w:br/>
      </w:r>
      <w:r>
        <w:rPr>
          <w:sz w:val="20"/>
        </w:rPr>
        <w:t>48:40  kya Quran o Hadees in ko nahi maloom tha? hamare akabir le jate the Quran o Hadees ko, aap hi jante hain.</w:t>
      </w:r>
      <w:r>
        <w:br/>
      </w:r>
      <w:r>
        <w:rPr>
          <w:sz w:val="20"/>
        </w:rPr>
        <w:t>48:50  to yeh hai un ki shart, is shart ko todna, yani aap jante hain ke bahut se madarse ke padhe hue bhi hamare saathi hain, un ki shart tooti hai.</w:t>
      </w:r>
      <w:r>
        <w:br/>
      </w:r>
      <w:r>
        <w:rPr>
          <w:sz w:val="20"/>
        </w:rPr>
        <w:t>49:03  to shart ko tootne ki shakal yeh hai ke aap hamari kitabein parhwaien, hamari kitabein parhwaen. mujhe bahut se, yani madaris ke farigheen mein bahut se log hain jo hamare khilaf the.</w:t>
      </w:r>
      <w:r>
        <w:br/>
      </w:r>
      <w:r>
        <w:rPr>
          <w:sz w:val="20"/>
        </w:rPr>
        <w:t>49:17  phir jab un ko kitabein parhwai gayeen to unhone maan liya ke bhai yeh to baat theek hai. to mere khayal se adab ko padhana bahut zaroori hai, isi se shart toote gi, is ke baad un ka ikhtilaf khatm ho jayega.</w:t>
      </w:r>
    </w:p>
    <w:p>
      <w:pPr>
        <w:pStyle w:val="Heading2"/>
      </w:pPr>
      <w:r>
        <w:t>Why scientific interpretation of religion?</w:t>
      </w:r>
    </w:p>
    <w:p>
      <w:r>
        <w:rPr>
          <w:color w:val="666666"/>
          <w:sz w:val="18"/>
        </w:rPr>
        <w:t>Other · Quran A Miracle June 01, 2014 · 1m 22s · at 1:01:00 · https://youtu.be/8KM3lDsj4PY?t=3660</w:t>
      </w:r>
    </w:p>
    <w:p>
      <w:r>
        <w:rPr>
          <w:i/>
        </w:rPr>
        <w:t>“The political interpretation of religion is not correct. The juristic interpretation is not correct, etc. So why can the scientific interpretation of religion be correct when scientific theories keep changing?”</w:t>
      </w:r>
    </w:p>
    <w:p>
      <w:r>
        <w:rPr>
          <w:sz w:val="20"/>
        </w:rPr>
        <w:t>1:01:00  maulana agla sawal dilli se kiya hai jameel akhtar sahab ne. unhon ne likha hai ke deen ki siyasi taabeer sahi nahi.</w:t>
      </w:r>
      <w:r>
        <w:br/>
      </w:r>
      <w:r>
        <w:rPr>
          <w:sz w:val="20"/>
        </w:rPr>
        <w:t>1:01:11  deen ki fiqhi taabeer sahi nahi waghera. to deen ki sainsi taabeer kyon sahi ho sakti hai jabke sainsi nazariyat badalte rahe hain?</w:t>
      </w:r>
      <w:r>
        <w:br/>
      </w:r>
      <w:r>
        <w:rPr>
          <w:sz w:val="20"/>
        </w:rPr>
        <w:t>1:01:24  dekhiye deen ki siyasi taabeer ka main to qail hoon nahi. un se poochein jo deen ki sainsi taabeer karna chahte hain. maine to kabhi nahi kaha.</w:t>
      </w:r>
      <w:r>
        <w:br/>
      </w:r>
      <w:r>
        <w:rPr>
          <w:sz w:val="20"/>
        </w:rPr>
        <w:t>1:01:34  maine kabhi bhi nahi kaha ke islam ka scientific interpretation karna hai. sainsi taabeer karna hai. science yaad rakhiye hum ko data deti hai data interpretation nahi deti hai.</w:t>
      </w:r>
      <w:r>
        <w:br/>
      </w:r>
      <w:r>
        <w:rPr>
          <w:sz w:val="20"/>
        </w:rPr>
        <w:t>1:01:49  interpretation ek alag cheez hai data ek alag cheez hai. science hum ko data deti hai jis se hum quran ki bohat si aayaton ko mazeed tafseel ke sath samajh sakte hain.</w:t>
      </w:r>
      <w:r>
        <w:br/>
      </w:r>
      <w:r>
        <w:rPr>
          <w:sz w:val="20"/>
        </w:rPr>
        <w:t>1:02:01  aur yeh maine apni kitabon mein likha hai apni padh li jiye. ke kis tarah science ka data hamare liye karamad hai.</w:t>
      </w:r>
      <w:r>
        <w:br/>
      </w:r>
      <w:r>
        <w:rPr>
          <w:sz w:val="20"/>
        </w:rPr>
        <w:t>1:02:10  baqi science yaani sainsi taabeer islam ki jo is ka qail ho us se poochein main to is ka qail hoon nahi.</w:t>
      </w:r>
    </w:p>
    <w:p>
      <w:pPr>
        <w:pStyle w:val="Heading2"/>
      </w:pPr>
      <w:r>
        <w:t>Why slavery not abolished in Islam?</w:t>
      </w:r>
    </w:p>
    <w:p>
      <w:r>
        <w:rPr>
          <w:color w:val="666666"/>
          <w:sz w:val="18"/>
        </w:rPr>
        <w:t>Other · Art of Crisis Management I 3 October, 2010 Maulana Wahiduddin Khan · 4m 51s · at 1:44:12 · https://youtu.be/mcJZ0YEOolk?t=6252</w:t>
      </w:r>
    </w:p>
    <w:p>
      <w:r>
        <w:rPr>
          <w:i/>
        </w:rPr>
        <w:t>“Why was slavery not abolished in Islam, like alcohol consumption and eating pork were declared haram?”</w:t>
      </w:r>
    </w:p>
    <w:p>
      <w:r>
        <w:rPr>
          <w:sz w:val="20"/>
        </w:rPr>
        <w:t>1:44:12  text ko padhein. text ko. hmm, un ka ek sawal aur hai. Maulana, unhone poocha hai: "Why was slavery not abolish in Islam?" Like alcohol.</w:t>
      </w:r>
      <w:r>
        <w:br/>
      </w:r>
      <w:r>
        <w:rPr>
          <w:sz w:val="20"/>
        </w:rPr>
        <w:t>1:44:25  Kya? Why? Why was slavery? hmm, not abolish in Islam?</w:t>
      </w:r>
      <w:r>
        <w:br/>
      </w:r>
      <w:r>
        <w:rPr>
          <w:sz w:val="20"/>
        </w:rPr>
        <w:t>1:44:30  Like alcohol consumption and eating pork was declared haram? Nahi, aisa nahi hai. alcohol bhi dekhiye, achaanak khatam nahi kiya gaya tha.</w:t>
      </w:r>
      <w:r>
        <w:br/>
      </w:r>
      <w:r>
        <w:rPr>
          <w:sz w:val="20"/>
        </w:rPr>
        <w:t>1:44:41  kayi stages mein khatam kiya gaya tha. Islam ka tareeqa yeh nahi hai ke radically aap achaanak elaan kar dein ke sab khatam.</w:t>
      </w:r>
      <w:r>
        <w:br/>
      </w:r>
      <w:r>
        <w:rPr>
          <w:sz w:val="20"/>
        </w:rPr>
        <w:t>1:44:49  gradual tareeqe se khatam kiya jata hai. to slavery bhi khatam ki gayi gradual tareeqe se. kyunke slavery jo hai, aaj aap samajh nahi paate ke slavery kya cheez hai.</w:t>
      </w:r>
      <w:r>
        <w:br/>
      </w:r>
      <w:r>
        <w:rPr>
          <w:sz w:val="20"/>
        </w:rPr>
        <w:t>1:44:59  slavery us zamane ki employment thi.</w:t>
      </w:r>
      <w:r>
        <w:br/>
      </w:r>
      <w:r>
        <w:rPr>
          <w:sz w:val="20"/>
        </w:rPr>
        <w:t>1:45:04  log samajhte nahi slavery kya cheez hai. is zamane mein jab ke aaj kal ki tarah se industry nahi thi, aaj ki tarah se yeh jo itne saare tareeqe hain kamane kamane ke, woh sab nahi the.</w:t>
      </w:r>
      <w:r>
        <w:br/>
      </w:r>
      <w:r>
        <w:rPr>
          <w:sz w:val="20"/>
        </w:rPr>
        <w:t>1:45:16  to is zamane mein slavery ek ek employment tha.</w:t>
      </w:r>
      <w:r>
        <w:br/>
      </w:r>
      <w:r>
        <w:rPr>
          <w:sz w:val="20"/>
        </w:rPr>
        <w:t>1:45:21  to achaanak abolish kar diya jaye to bahut saare log be rozgar ho jayenge. is tarah woh kahan khappen ge? woh log achaanak bahut se log be rozgar ho jayenge.</w:t>
      </w:r>
      <w:r>
        <w:br/>
      </w:r>
      <w:r>
        <w:rPr>
          <w:sz w:val="20"/>
        </w:rPr>
        <w:t>1:45:32  is liye islam ne is ko gradual tareeqay se khatam kiya. ek arab ne bohat acha likha hai. ek un ka mein ne parha, un ki ek kitab hai,</w:t>
      </w:r>
      <w:r>
        <w:br/>
      </w:r>
      <w:r>
        <w:rPr>
          <w:sz w:val="20"/>
        </w:rPr>
        <w:t>1:45:42  wo mushkilat al quran. is ka naam hai ke islam ne slavery ke mamlay mein ek form jo usool ikhtiyar kiya, wo yeh tha ke tazeeq al madkhal</w:t>
      </w:r>
      <w:r>
        <w:br/>
      </w:r>
      <w:r>
        <w:rPr>
          <w:sz w:val="20"/>
        </w:rPr>
        <w:t>1:45:58  aur tawsee al makhraj, yaani gradual tor par yeh karna ke naye slave na banen aur pichlay slave jo hain, wo khatam hotay khatam hotay chlay jayen.</w:t>
      </w:r>
      <w:r>
        <w:br/>
      </w:r>
      <w:r>
        <w:rPr>
          <w:sz w:val="20"/>
        </w:rPr>
        <w:t>1:46:12  mukhtalif cheezon mein, mislan kaffara ada karna, mukhtalif cheezon ko azaad karne ka sawab jo bataya gaya hai waghera.</w:t>
      </w:r>
      <w:r>
        <w:br/>
      </w:r>
      <w:r>
        <w:rPr>
          <w:sz w:val="20"/>
        </w:rPr>
        <w:t>1:46:19  to islam ne yeh tareeqa ikhtiyar kiya ke achaanak khatam na kar ke gradual tor par khatam karna. aur wo tareeqa yeh tha ke nayi slavery to band ki gayi, kar di gayi usi waqt, lekin jo already jo slave thay, un ke liye mukhtalif tareeqon se yeh kiya gaya ke dheeray dheeray, dheeray dheeray wo azaad ho kar society mein absorb hotay chlay jayen.</w:t>
      </w:r>
      <w:r>
        <w:br/>
      </w:r>
      <w:r>
        <w:rPr>
          <w:sz w:val="20"/>
        </w:rPr>
        <w:t>1:46:42  isi ko unhon ne kaha hai ke wo tazeeq al makhraj aur tawsee al madkhal. tawsee al madkhal yeh bohat bohat hi sahi hai.</w:t>
      </w:r>
      <w:r>
        <w:br/>
      </w:r>
      <w:r>
        <w:rPr>
          <w:sz w:val="20"/>
        </w:rPr>
        <w:t>1:46:53  mein samajhta hoon ke is ko to islam mein yeh ho ke naye slave na banaye jayen</w:t>
      </w:r>
      <w:r>
        <w:br/>
      </w:r>
      <w:r>
        <w:rPr>
          <w:sz w:val="20"/>
        </w:rPr>
        <w:t>1:46:59  aur pichlay jo slave hain, jo goya ke un ka rozgar wahi tha kahin, to un ko dheeray dheeray, dheeray dheeray khatam kiya jaye aur un ko society mein absorb kar diya jaye.</w:t>
      </w:r>
      <w:r>
        <w:br/>
      </w:r>
      <w:r>
        <w:rPr>
          <w:sz w:val="20"/>
        </w:rPr>
        <w:t>1:47:11  aaj koi slave banaye to bilkul haram hoga. wo slave bana ab islam mein jaiz nahi hai. jo thay mazi ke, bas wo thay slave. aaj aap slave banayen to jaiz nahi hai.</w:t>
      </w:r>
      <w:r>
        <w:br/>
      </w:r>
      <w:r>
        <w:rPr>
          <w:sz w:val="20"/>
        </w:rPr>
        <w:t>1:47:25  maulana, yeh sawal kiya hai miss sadia ne new delhi se: "christians and jews, you said according to the law of nature, degenerated.</w:t>
      </w:r>
      <w:r>
        <w:br/>
      </w:r>
      <w:r>
        <w:rPr>
          <w:sz w:val="20"/>
        </w:rPr>
        <w:t>1:47:37  would you say that even today, both jews and christians have failed to regenerate their people?"</w:t>
      </w:r>
      <w:r>
        <w:br/>
      </w:r>
      <w:r>
        <w:rPr>
          <w:sz w:val="20"/>
        </w:rPr>
        <w:t>1:47:47  haan, un ka wo maslay paida nahi hue. hum logon ka jo mission hai, aisa mission kahin nahi hai. yaad rakhiye, nahi nahi, yahudiyon mein nahi, isaiyon mein. un ke haan wo social social kaam hota hai.</w:t>
      </w:r>
      <w:r>
        <w:br/>
      </w:r>
      <w:r>
        <w:rPr>
          <w:sz w:val="20"/>
        </w:rPr>
        <w:t>1:47:58  sab ke haan, sab ka social kaam hota hai. baqi yeh jo kaam hamare haan ho raha hai,</w:t>
      </w:r>
      <w:r>
        <w:br/>
      </w:r>
      <w:r>
        <w:rPr>
          <w:sz w:val="20"/>
        </w:rPr>
        <w:t>1:48:06  re engineering of mind, yaani is original mazhab ko phir se revive karna, yeh to kahin bhi nahi ho raha hai. yeh to Allah taala ne yeh mission jo khara kiya hai, bohat unique hai.</w:t>
      </w:r>
      <w:r>
        <w:br/>
      </w:r>
      <w:r>
        <w:rPr>
          <w:sz w:val="20"/>
        </w:rPr>
        <w:t>1:48:21  na aisa muslim mission musalmanon mein kahin hai, na yahudiyon mein hai, na isaiyon mein hai. aap logon ko shukr karna chahiye ke aap log is se jure aur aap logon ke zamanay mein yeh mission khara hua.</w:t>
      </w:r>
      <w:r>
        <w:br/>
      </w:r>
      <w:r>
        <w:rPr>
          <w:sz w:val="20"/>
        </w:rPr>
        <w:t>1:48:33  warna yeh to is ke, is ke, yaani sari muslim dunya mein, ah, jo hai, kuch tha hi nahi, siway andheray, andheray, andheray ke.</w:t>
      </w:r>
      <w:r>
        <w:br/>
      </w:r>
      <w:r>
        <w:rPr>
          <w:sz w:val="20"/>
        </w:rPr>
        <w:t>1:48:43  christian aur yahudiyon ke bhi kuch bhi nahi thi. haan, political tehreekein un ke haan hain aur</w:t>
      </w:r>
      <w:r>
        <w:br/>
      </w:r>
      <w:r>
        <w:rPr>
          <w:sz w:val="20"/>
        </w:rPr>
        <w:t>1:48:49  social kaam hain aur doosray doosray kaam hain. yeh yeh jo revival hai, yeh to yeh to aaj kahin bhi nahi, kahin bhi nahi hai.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