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33 questions · category Other · full transcripts with timestamps · exported 2026-09-22</w:t>
      </w:r>
    </w:p>
    <w:p>
      <w:pPr>
        <w:pStyle w:val="Heading2"/>
      </w:pPr>
      <w:r>
        <w:t>A Shia youth seeks guidance on new thinking</w:t>
      </w:r>
    </w:p>
    <w:p>
      <w:r>
        <w:rPr>
          <w:color w:val="666666"/>
          <w:sz w:val="18"/>
        </w:rPr>
        <w:t>Other · 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Are there movements offering solutions other than politics?</w:t>
      </w:r>
    </w:p>
    <w:p>
      <w:r>
        <w:rPr>
          <w:color w:val="666666"/>
          <w:sz w:val="18"/>
        </w:rPr>
        <w:t>Other · Politics and Nation Building May 19, 2013 · 3m 49s · at 1:09:19 · https://youtu.be/kmiMGq0Ki2Q?t=4159</w:t>
      </w:r>
    </w:p>
    <w:p>
      <w:r>
        <w:rPr>
          <w:i/>
        </w:rPr>
        <w:t>“You just said that in Pakistan all leaders present politics as the solution to the nation's problems. Are there some such movements as well?”</w:t>
      </w:r>
    </w:p>
    <w:p>
      <w:r>
        <w:rPr>
          <w:sz w:val="20"/>
        </w:rPr>
        <w:t>1:09:19  ko woh ap ko khud decide karna hai wahan ke halaat ko read kar ke maulana agla sawal</w:t>
      </w:r>
      <w:r>
        <w:br/>
      </w:r>
      <w:r>
        <w:rPr>
          <w:sz w:val="20"/>
        </w:rPr>
        <w:t>1:09:25  ah ghazi abad se hai aqeel ahmed sahab ka unhon ne likha hai ap ne abhi farmaya ke</w:t>
      </w:r>
      <w:r>
        <w:br/>
      </w:r>
      <w:r>
        <w:rPr>
          <w:sz w:val="20"/>
        </w:rPr>
        <w:t>1:09:33  pakistan mein tamam leader millat ke masail ka hal siyasat ko batatay hain kuch aisi tehreekein bhi hain</w:t>
      </w:r>
      <w:r>
        <w:br/>
      </w:r>
      <w:r>
        <w:rPr>
          <w:sz w:val="20"/>
        </w:rPr>
        <w:t>1:09:40  jo taleem ke maidan mein kaam kar rahi hain ap ne un ka zikr nahi kiya is ki</w:t>
      </w:r>
      <w:r>
        <w:br/>
      </w:r>
      <w:r>
        <w:rPr>
          <w:sz w:val="20"/>
        </w:rPr>
        <w:t>1:09:46  wajah kya hai</w:t>
      </w:r>
      <w:r>
        <w:br/>
      </w:r>
      <w:r>
        <w:rPr>
          <w:sz w:val="20"/>
        </w:rPr>
        <w:t>1:09:49  madrasa chala rahi hain madrasa woh us ko mein ne jab bhi mein lafz bolta hoon taleem to meri murad hoti hai secular education wahan madarse log madarse zaroor chala rahe hain secular education to wahan kis cheez kar rahe hain woh musalman to bohat hi musalmanon ke jo school hain woh bohat hi mamooli yani standard ke hain koi standard un ka nahi hai</w:t>
      </w:r>
      <w:r>
        <w:br/>
      </w:r>
      <w:r>
        <w:rPr>
          <w:sz w:val="20"/>
        </w:rPr>
        <w:t>1:10:15  yehi to kami hai ke azadi ke baad dekhiye India aur Pakistan dono jagah ek hi kaam karna tha ke do kamon par sara zor diya jata hai sirf do kaam bas infrastructure aur education education meri baat hai secular education lekin na India mein yeh kaam theek tarike se hua na Pakistan mein dono jagah nahi hua</w:t>
      </w:r>
      <w:r>
        <w:br/>
      </w:r>
      <w:r>
        <w:rPr>
          <w:sz w:val="20"/>
        </w:rPr>
        <w:t>1:10:42  aj bhi dekhiye abhi mein ne dekha ke duniya ke hundred universities mein jo top ki hain un mein se ek bhi India ki university nahi hai duniya ki hundred top ki universities mein India ki ek bhi university nahi hai aur Pakistan to dollar hai to dekhiye starting point pakarne mein India ki leadership bhi fail ho gayi aur Pakistan ki leadership bhi fail ho gayi</w:t>
      </w:r>
      <w:r>
        <w:br/>
      </w:r>
      <w:r>
        <w:rPr>
          <w:sz w:val="20"/>
        </w:rPr>
        <w:t>1:11:10  azadi ke baad jo starting point tha woh yehi tha ke do cheezon ke pas diya jaye is sab bohat umda qism ka infrastructure aur bohat umda qism ki education yehi nahi hua na yahan hua na wahan hua to mein samajhta hoon ke Pakistan to ek well disturbed ho chuka hai India bhi development yahan bhi bohat hi mamooli hua abhi bhi India develop countries mein shumar karne qabil</w:t>
      </w:r>
      <w:r>
        <w:br/>
      </w:r>
      <w:r>
        <w:rPr>
          <w:sz w:val="20"/>
        </w:rPr>
        <w:t>1:11:35  nahi hai Maulana woh jo Pakistan se lady ne sawal kiya tha us ka clarification aya hai Maulana woh asal mein yeh janna chah rahi theen ke sometimes political activism is necessary as in Libya if Gaddafi had not been dethroned there would have been no opportunity for such constructive activities like daawa work to us ke baray mein ap kya kehna chahenge</w:t>
      </w:r>
      <w:r>
        <w:br/>
      </w:r>
      <w:r>
        <w:rPr>
          <w:sz w:val="20"/>
        </w:rPr>
        <w:t>1:12:04  nahi mujhe is mein ikhtilaf hai apki rai se political activism ko mein koi activity nahi manta is par mein ne bohat likha hai mein sirf daawa activism ko manta hoon daawa activism aur educational activity bas baqi cheezein isi se nikalti hain abhi bhi Libya mein kya kuch bhi koi positive baat to hui nahi abhi bhi wahan marqat hai</w:t>
      </w:r>
      <w:r>
        <w:br/>
      </w:r>
      <w:r>
        <w:rPr>
          <w:sz w:val="20"/>
        </w:rPr>
        <w:t>1:12:31  koi wahan par discipline nahi hai koi law and order nahi hai bohat bura haal hai Libya ka to mein sirf yeh manta hoon ke is waqt masraf duniya mein do hi kaam karne ke hain educational activism aur aur yeh daawa activism yeh to kahin bhi nahi hai wahan Libya mein kuch log jo thora bohat jo mauqa us ko istemal kar rahe hain</w:t>
      </w:r>
      <w:r>
        <w:br/>
      </w:r>
      <w:r>
        <w:rPr>
          <w:sz w:val="20"/>
        </w:rPr>
        <w:t>1:13:01  on the whole mulk mein to achi halat nahi hai wahan par</w:t>
      </w:r>
    </w:p>
    <w:p>
      <w:pPr>
        <w:pStyle w:val="Heading2"/>
      </w:pPr>
      <w:r>
        <w:t>Can women do dawah to men?</w:t>
      </w:r>
    </w:p>
    <w:p>
      <w:r>
        <w:rPr>
          <w:color w:val="666666"/>
          <w:sz w:val="18"/>
        </w:rPr>
        <w:t>Other · Present Day Muslims Jan 13, 2013 · 2m 26s · at 1:23:06 · https://youtu.be/CVcbWVYitog?t=4986</w:t>
      </w:r>
    </w:p>
    <w:p>
      <w:r>
        <w:rPr>
          <w:i/>
        </w:rPr>
        <w:t>“I do dawah work among both men and women. Muslim scholars tell me that you should do dawah work among women and leave dawah among men to men. Maulana sahib, is this correct?”</w:t>
      </w:r>
    </w:p>
    <w:p>
      <w:r>
        <w:rPr>
          <w:sz w:val="20"/>
        </w:rPr>
        <w:t>1:23:06  maulana, agla sawal lahore pakistan se hai, miss salma ka.</w:t>
      </w:r>
      <w:r>
        <w:br/>
      </w:r>
      <w:r>
        <w:rPr>
          <w:sz w:val="20"/>
        </w:rPr>
        <w:t>1:23:11  unhon ne likha hai: "main dawat ka kaam mardon mein bhi karti hoon aur auraton mein bhi karti hoon. mujhe muslim ulma kehte hain ke aap dawat mein dawat ka kaam auraton mein kijiye aur mardon mein dawat mardon ko karne dijiye.</w:t>
      </w:r>
      <w:r>
        <w:br/>
      </w:r>
      <w:r>
        <w:rPr>
          <w:sz w:val="20"/>
        </w:rPr>
        <w:t>1:23:30  maulana sahib, kya yeh baat sahi hai?" sahi nahi hai. yeh jhooti baat hai. jhoot ke sawal kam se kam lafz is ke liye jhooti baat hai.</w:t>
      </w:r>
      <w:r>
        <w:br/>
      </w:r>
      <w:r>
        <w:rPr>
          <w:sz w:val="20"/>
        </w:rPr>
        <w:t>1:23:39  aap un ki parwah mat kijiye. araz kijiye. arzal jahileen ka tareeqa ikhtiyar kijiye. na khud karein, karne dein. na un se jhagda kijiye.</w:t>
      </w:r>
      <w:r>
        <w:br/>
      </w:r>
      <w:r>
        <w:rPr>
          <w:sz w:val="20"/>
        </w:rPr>
        <w:t>1:23:51  un se behas kijiye. koi bhi is se asar bhi mat lijiye aap. bas apna kaam peaceful tareeqay se karti rahiye.</w:t>
      </w:r>
      <w:r>
        <w:br/>
      </w:r>
      <w:r>
        <w:rPr>
          <w:sz w:val="20"/>
        </w:rPr>
        <w:t>1:24:01  ab apna kaam peaceful tareeqay se karte rahen. yeh ulma ka haal kya hai, dekhiye batata hoon misaal aap ko.</w:t>
      </w:r>
      <w:r>
        <w:br/>
      </w:r>
      <w:r>
        <w:rPr>
          <w:sz w:val="20"/>
        </w:rPr>
        <w:t>1:24:08  in ulma ne jhoote fatwe de rakhe hain. yeh fatwa diya unhon ne ke quran yeh daur jab aaya ke printing press ka zamana ke quran ki tarjume chhappe jayen mukhtalif zabanon mein to ulma ne fatwa diya.</w:t>
      </w:r>
      <w:r>
        <w:br/>
      </w:r>
      <w:r>
        <w:rPr>
          <w:sz w:val="20"/>
        </w:rPr>
        <w:t>1:24:23  pehle to tha ke quran ki tarjuma hi nahi kar sakte aap. shah waliullah ne tarjuma kiya farsi zaban mein quran ka, un par hamle kiye gaye. yani pehle to tarjuma hi karna ke khilaf thay yeh ulma.</w:t>
      </w:r>
      <w:r>
        <w:br/>
      </w:r>
      <w:r>
        <w:rPr>
          <w:sz w:val="20"/>
        </w:rPr>
        <w:t>1:24:35  tarjuma aap nahi kar sakte quran majeed ka. to khair is ke baad doosre darje mein yeh maan liya ke tarjuma agar aap karte hain to matan ke sath chhapiye, text ke sath.</w:t>
      </w:r>
      <w:r>
        <w:br/>
      </w:r>
      <w:r>
        <w:rPr>
          <w:sz w:val="20"/>
        </w:rPr>
        <w:t>1:24:48  ab sawal yeh hai ke hum ko dena hai ghair muslimon ko to doosra fatwa aa gaya</w:t>
      </w:r>
      <w:r>
        <w:br/>
      </w:r>
      <w:r>
        <w:rPr>
          <w:sz w:val="20"/>
        </w:rPr>
        <w:t>1:24:53  ke aap text ke sath dein ge to behurmati karein ge is se, ab nahi de sakte aap. to agar baghair text ke chhapein aap, tab bhi najayaz.</w:t>
      </w:r>
      <w:r>
        <w:br/>
      </w:r>
      <w:r>
        <w:rPr>
          <w:sz w:val="20"/>
        </w:rPr>
        <w:t>1:25:04  kyun ke text shamil karna zaroori hai. aur text ke sath shamil karein, tab bhi najayaz. kyun ke text ke sath dein ge aap to woh behurmati hogi.</w:t>
      </w:r>
      <w:r>
        <w:br/>
      </w:r>
      <w:r>
        <w:rPr>
          <w:sz w:val="20"/>
        </w:rPr>
        <w:t>1:25:15  yani fatwon ki parwah karne ki zaroorat hai. yeh sab jhoote fatwe hain, main saaf kehta hoon. yeh jhoote fatwe hain ke kuch bhi parwah mat kijiye. aap Allah ki parwah kijiye sirf.</w:t>
      </w:r>
      <w:r>
        <w:br/>
      </w:r>
      <w:r>
        <w:rPr>
          <w:sz w:val="20"/>
        </w:rPr>
        <w:t>1:25:25  Allah ke zariye aur Allah ke hukum ke mutabiq khamoshi se kaam karti rahiye.</w:t>
      </w:r>
    </w:p>
    <w:p>
      <w:pPr>
        <w:pStyle w:val="Heading2"/>
      </w:pPr>
      <w:r>
        <w:t>Clarification on Al-Risalah article</w:t>
      </w:r>
    </w:p>
    <w:p>
      <w:r>
        <w:rPr>
          <w:color w:val="666666"/>
          <w:sz w:val="18"/>
        </w:rPr>
        <w:t>Other · Prophetic Example | April 06, 2014 | Maulana Wahiduddin Khan · 3m 36s · at 51:18 · https://youtu.be/zTVjTJbStUU?t=3078</w:t>
      </w:r>
    </w:p>
    <w:p>
      <w:r>
        <w:rPr>
          <w:i/>
        </w:rPr>
        <w:t>“Maulana sahib, you mentioned in the Al-Risalah March two thousand fourteen under the title...”</w:t>
      </w:r>
    </w:p>
    <w:p>
      <w:r>
        <w:rPr>
          <w:sz w:val="20"/>
        </w:rPr>
        <w:t>51:18  maulana Allah aap ko lambi umar aur jaza-e-khair de. " Maulana agla sawal Pennsylvania se Khwaja Kaleemuddin</w:t>
      </w:r>
      <w:r>
        <w:br/>
      </w:r>
      <w:r>
        <w:rPr>
          <w:sz w:val="20"/>
        </w:rPr>
        <w:t>51:23  sahib ne bheja hai.</w:t>
      </w:r>
      <w:r>
        <w:br/>
      </w:r>
      <w:r>
        <w:rPr>
          <w:sz w:val="20"/>
        </w:rPr>
        <w:t>51:28  unhon ne likha hai: "Maulana sahib you mentioned in the Al-Risalah March two thousand fourteen under the title</w:t>
      </w:r>
      <w:r>
        <w:br/>
      </w:r>
      <w:r>
        <w:rPr>
          <w:sz w:val="20"/>
        </w:rPr>
        <w:t>51:33  Prophetic Model that Prophet left many models for us to follow after him.</w:t>
      </w:r>
      <w:r>
        <w:br/>
      </w:r>
      <w:r>
        <w:rPr>
          <w:sz w:val="20"/>
        </w:rPr>
        <w:t>51:38  One of his mod</w:t>
      </w:r>
      <w:r>
        <w:br/>
      </w:r>
      <w:r>
        <w:rPr>
          <w:sz w:val="20"/>
        </w:rPr>
        <w:t>51:43  els you mentioned that he left Quran and Sunnah behind for us. Explaining this you said according to this he left a strong literature in the form of Quran and Sunnah and a strong team of Sahaba so that the mission of Islam continues for long. Then you said that in the footsteps of this model today a person who wants to carry the Prophet's mission forward should r</w:t>
      </w:r>
      <w:r>
        <w:br/>
      </w:r>
      <w:r>
        <w:rPr>
          <w:sz w:val="20"/>
        </w:rPr>
        <w:t>52:13  ise and create a strong explanatory literature of Islam and a dedicated team so that the mission of</w:t>
      </w:r>
      <w:r>
        <w:br/>
      </w:r>
      <w:r>
        <w:rPr>
          <w:sz w:val="20"/>
        </w:rPr>
        <w:t>52:19  Islam thrives for the times to come.</w:t>
      </w:r>
      <w:r>
        <w:br/>
      </w:r>
      <w:r>
        <w:rPr>
          <w:sz w:val="20"/>
        </w:rPr>
        <w:t>52:25  Maulana sahib in this regard I would confess that the literature you produced is the only strong literature</w:t>
      </w:r>
      <w:r>
        <w:br/>
      </w:r>
      <w:r>
        <w:rPr>
          <w:sz w:val="20"/>
        </w:rPr>
        <w:t>52:31  in the whole world that explains Prophet's mission positively in the modern idiom.</w:t>
      </w:r>
      <w:r>
        <w:br/>
      </w:r>
      <w:r>
        <w:rPr>
          <w:sz w:val="20"/>
        </w:rPr>
        <w:t>52:37  But we as CPS members find oursel</w:t>
      </w:r>
      <w:r>
        <w:br/>
      </w:r>
      <w:r>
        <w:rPr>
          <w:sz w:val="20"/>
        </w:rPr>
        <w:t>52:43  ves weak in the sense that we are mostly immersed in solving our personal and family problems more</w:t>
      </w:r>
      <w:r>
        <w:br/>
      </w:r>
      <w:r>
        <w:rPr>
          <w:sz w:val="20"/>
        </w:rPr>
        <w:t>52:50  than spreading the literature.</w:t>
      </w:r>
      <w:r>
        <w:br/>
      </w:r>
      <w:r>
        <w:rPr>
          <w:sz w:val="20"/>
        </w:rPr>
        <w:t>52:56  Therefore Maulana I ask you to guide us how to be very dedicated giving whole of our time</w:t>
      </w:r>
      <w:r>
        <w:br/>
      </w:r>
      <w:r>
        <w:rPr>
          <w:sz w:val="20"/>
        </w:rPr>
        <w:t>53:02  in spreading the message of Islam. " dekhiye aap ne jo likha hai ke log family mein phanse rehte</w:t>
      </w:r>
      <w:r>
        <w:br/>
      </w:r>
      <w:r>
        <w:rPr>
          <w:sz w:val="20"/>
        </w:rPr>
        <w:t>53:08  hain yeh baat bilkul sahi hai.</w:t>
      </w:r>
      <w:r>
        <w:br/>
      </w:r>
      <w:r>
        <w:rPr>
          <w:sz w:val="20"/>
        </w:rPr>
        <w:t>53:15  is ka hal har giz har giz yeh nahi ke aap is ka solution nikalein. aap kuch kar nahi sakte. jin jin log phanse hue hain woh dekhiye kya kar paye woh. un ko Allah ke hawale kijiye. family ko Allah ke hawale kijiye. agar aap chahein ke aap khud is ke problem ko solve karein to aap yaqeen kijiye ke aap mar jayenge kar nahi payenge. main ne bohat misalein mere samne</w:t>
      </w:r>
      <w:r>
        <w:br/>
      </w:r>
      <w:r>
        <w:rPr>
          <w:sz w:val="20"/>
        </w:rPr>
        <w:t>53:45  hain ke family phanse rahe phanse rahe phanse rahe aate hain ke khatm ho gaye.</w:t>
      </w:r>
      <w:r>
        <w:br/>
      </w:r>
      <w:r>
        <w:rPr>
          <w:sz w:val="20"/>
        </w:rPr>
        <w:t>53:52  to mera mashwara sirf yeh hoga ke mission ko apna maqsad banaiye aur family ko Allah ke hawale kijiye.</w:t>
      </w:r>
      <w:r>
        <w:br/>
      </w:r>
      <w:r>
        <w:rPr>
          <w:sz w:val="20"/>
        </w:rPr>
        <w:t>54:00  bas yeh jo Allah ka mission hai divine mission is ko apna maqsad banaiye aur family ko Allah</w:t>
      </w:r>
      <w:r>
        <w:br/>
      </w:r>
      <w:r>
        <w:rPr>
          <w:sz w:val="20"/>
        </w:rPr>
        <w:t>54:07  ke hawale kijiye.</w:t>
      </w:r>
      <w:r>
        <w:br/>
      </w:r>
      <w:r>
        <w:rPr>
          <w:sz w:val="20"/>
        </w:rPr>
        <w:t>54:15  kijiye yeh yeh main yeh baat Quran ki is aayat se nikali hai ke Allah yaani Allah zaroor</w:t>
      </w:r>
      <w:r>
        <w:br/>
      </w:r>
      <w:r>
        <w:rPr>
          <w:sz w:val="20"/>
        </w:rPr>
        <w:t>54:25  is ki madad karega jo Allah ki madad kare.</w:t>
      </w:r>
      <w:r>
        <w:br/>
      </w:r>
      <w:r>
        <w:rPr>
          <w:sz w:val="20"/>
        </w:rPr>
        <w:t>54:35  yani jo Allah ke mission mein apne aap ko lagaye to Allah zaroor us ke kamon mein is</w:t>
      </w:r>
      <w:r>
        <w:br/>
      </w:r>
      <w:r>
        <w:rPr>
          <w:sz w:val="20"/>
        </w:rPr>
        <w:t>54:45  ka madadgar ban jayega.</w:t>
      </w:r>
    </w:p>
    <w:p>
      <w:pPr>
        <w:pStyle w:val="Heading2"/>
      </w:pPr>
      <w:r>
        <w:t>Difference between ijtihad and ijma</w:t>
      </w:r>
    </w:p>
    <w:p>
      <w:r>
        <w:rPr>
          <w:color w:val="666666"/>
          <w:sz w:val="18"/>
        </w:rPr>
        <w:t>Other · Q&amp;A 20 Nov 2011 Maulana Wahiduddin Khan · 2m 58s · at 13:37 · https://youtu.be/7sNDn8Y6jUc?t=817</w:t>
      </w:r>
    </w:p>
    <w:p>
      <w:r>
        <w:rPr>
          <w:i/>
        </w:rPr>
        <w:t>“What is the difference between ijtihad and ijma? Is ijma necessary on any ijtihad?”</w:t>
      </w:r>
    </w:p>
    <w:p>
      <w:r>
        <w:rPr>
          <w:sz w:val="20"/>
        </w:rPr>
        <w:t>13:37  mr khwaja kaleemuddin ne pensilvenia, usa se sawal kiya hai. unhon ne likha hai: "maulana sahib, what is the difference between ijtihad and ijma?</w:t>
      </w:r>
      <w:r>
        <w:br/>
      </w:r>
      <w:r>
        <w:rPr>
          <w:sz w:val="20"/>
        </w:rPr>
        <w:t>13:49  is ijma necessary on any ijtihad?"</w:t>
      </w:r>
      <w:r>
        <w:br/>
      </w:r>
      <w:r>
        <w:rPr>
          <w:sz w:val="20"/>
        </w:rPr>
        <w:t>13:55  dekhiye, yeh ek bada masla hai yeh. aaj mein isi par bolne wala tha lekin kisi wajah se topic badal gaya.</w:t>
      </w:r>
      <w:r>
        <w:br/>
      </w:r>
      <w:r>
        <w:rPr>
          <w:sz w:val="20"/>
        </w:rPr>
        <w:t>14:06  dekhie, ijma ka jo tasawwur hai logon ka, ab mein is ko sahi nahi samajhta. ijma ko woh</w:t>
      </w:r>
      <w:r>
        <w:br/>
      </w:r>
      <w:r>
        <w:rPr>
          <w:sz w:val="20"/>
        </w:rPr>
        <w:t>14:12  aaj kal kya hai, mukhtasar tor par arz karunga ke fuqaha jo hain kehte hain ke shariyat ke char masadir hain.</w:t>
      </w:r>
      <w:r>
        <w:br/>
      </w:r>
      <w:r>
        <w:rPr>
          <w:sz w:val="20"/>
        </w:rPr>
        <w:t>14:23  masdar yani source. source of shariyat jo hai woh char hain: quran, sunnat, ijma aur qiyas. mein kehta hoon yeh sahi nahi hai. sirf do hi masdar hain.</w:t>
      </w:r>
      <w:r>
        <w:br/>
      </w:r>
      <w:r>
        <w:rPr>
          <w:sz w:val="20"/>
        </w:rPr>
        <w:t>14:32  woh hai quran aur hadith.</w:t>
      </w:r>
      <w:r>
        <w:br/>
      </w:r>
      <w:r>
        <w:rPr>
          <w:sz w:val="20"/>
        </w:rPr>
        <w:t>14:35  jaisa ke hadith mein aata hai: "tarf tofeeq mustaqil kitab allah wa sunnati". to asal jo hai woh sirf quran aur hadith hai aur koi aslan nahi hai.</w:t>
      </w:r>
      <w:r>
        <w:br/>
      </w:r>
      <w:r>
        <w:rPr>
          <w:sz w:val="20"/>
        </w:rPr>
        <w:t>14:46  baqi jo hai teesra woh ijtihad hai. ijtihad ki qismein hain, un mein se aik qism hai ijma, aik qism hai qiyas. to ijma jo hai abadi nahi hota.</w:t>
      </w:r>
      <w:r>
        <w:br/>
      </w:r>
      <w:r>
        <w:rPr>
          <w:sz w:val="20"/>
        </w:rPr>
        <w:t>14:54  logon ne samajh rakha hai ke aik bar ijma ho gaya to hamesha ke liye ijma quran o sunnat ki taraf ho gaya. yeh bilkul galat hai yeh. har giz nahi.</w:t>
      </w:r>
      <w:r>
        <w:br/>
      </w:r>
      <w:r>
        <w:rPr>
          <w:sz w:val="20"/>
        </w:rPr>
        <w:t>15:04  ijma jo hota hai kisi waqti masle ko hal karne ke liye hota hai. to aik waqti masla pesh aya. is mein do soortein hain.</w:t>
      </w:r>
      <w:r>
        <w:br/>
      </w:r>
      <w:r>
        <w:rPr>
          <w:sz w:val="20"/>
        </w:rPr>
        <w:t>15:13  agar sab ki raah aik ho jaye to woh hua ijma. agar sab ki raah aik na ho to</w:t>
      </w:r>
      <w:r>
        <w:br/>
      </w:r>
      <w:r>
        <w:rPr>
          <w:sz w:val="20"/>
        </w:rPr>
        <w:t>15:21  aksariyat dekha jayega, is ko kehte hain jumhoor. to na to jumhoor ki raah hai aur na ijma hamesha ke liye hota hai.</w:t>
      </w:r>
      <w:r>
        <w:br/>
      </w:r>
      <w:r>
        <w:rPr>
          <w:sz w:val="20"/>
        </w:rPr>
        <w:t>15:30  waqti hota hai woh. yani halaat badal jayein to ijma bhi badal jayega aur jumhoor ki raah bhi badal jayegi. jo na badalne wali cheez hai woh sirf do hain: quran aur hadith.</w:t>
      </w:r>
      <w:r>
        <w:br/>
      </w:r>
      <w:r>
        <w:rPr>
          <w:sz w:val="20"/>
        </w:rPr>
        <w:t>15:41  to khulasa yeh hai ke ijma se pehle ijtihad hai. jab bhi quran o hadith mein sarahatan kuch na mile, hidayat aap ko sochna pare to woh ijtihad ka masla hota hai.</w:t>
      </w:r>
      <w:r>
        <w:br/>
      </w:r>
      <w:r>
        <w:rPr>
          <w:sz w:val="20"/>
        </w:rPr>
        <w:t>15:55  ab ijtihad ki jab aap karenge to kabhi</w:t>
      </w:r>
      <w:r>
        <w:br/>
      </w:r>
      <w:r>
        <w:rPr>
          <w:sz w:val="20"/>
        </w:rPr>
        <w:t>15:59  consensus ho jayega, kabhi nahi hoga, is ki wajah se shaklein badalengi. to mera dekh asal cheez quran o sunnat ke baad jo hai woh ijtihad hi hai.</w:t>
      </w:r>
      <w:r>
        <w:br/>
      </w:r>
      <w:r>
        <w:rPr>
          <w:sz w:val="20"/>
        </w:rPr>
        <w:t>16:11  yeh jo logon ne banaya hai ijma o qiyas, yeh apni taraf se banaya hai. lekin phir bhi mein kahunga ke ijma agar kisi cheez ke upar ho jaye to woh abadi kabhi bhi nahi hoga.</w:t>
      </w:r>
      <w:r>
        <w:br/>
      </w:r>
      <w:r>
        <w:rPr>
          <w:sz w:val="20"/>
        </w:rPr>
        <w:t>16:21  waqti hoga woh.</w:t>
      </w:r>
      <w:r>
        <w:br/>
      </w:r>
      <w:r>
        <w:rPr>
          <w:sz w:val="20"/>
        </w:rPr>
        <w:t>16:23  abadi hai to sirf quran o sunnat hai. is par inshallah mein aik aik poora aik class karna chahta hoon is masle par aindah kisi waqt.</w:t>
      </w:r>
    </w:p>
    <w:p>
      <w:pPr>
        <w:pStyle w:val="Heading2"/>
      </w:pPr>
      <w:r>
        <w:t>Follow-up Question from Qusaib Raza</w:t>
      </w:r>
    </w:p>
    <w:p>
      <w:r>
        <w:rPr>
          <w:color w:val="666666"/>
          <w:sz w:val="18"/>
        </w:rPr>
        <w:t>Other · Dars-e-Quran, Chapter 2, Verse 35 | December 17, 2017 · 2m 10s · at 1:15:39 · https://youtu.be/Cd8MlWM7B9w?t=4539</w:t>
      </w:r>
    </w:p>
    <w:p>
      <w:r>
        <w:rPr>
          <w:sz w:val="20"/>
        </w:rPr>
        <w:t>1:15:39  maulana, agla sawal qaseeb</w:t>
      </w:r>
      <w:r>
        <w:br/>
      </w:r>
      <w:r>
        <w:rPr>
          <w:sz w:val="20"/>
        </w:rPr>
        <w:t>1:15:42  reza sahib ne kiya hai.</w:t>
      </w:r>
      <w:r>
        <w:br/>
      </w:r>
      <w:r>
        <w:rPr>
          <w:sz w:val="20"/>
        </w:rPr>
        <w:t>1:15:47  aah, gaya bihar se aur un ka yeh follow up question hai maulana jo abhi aap se unhon</w:t>
      </w:r>
      <w:r>
        <w:br/>
      </w:r>
      <w:r>
        <w:rPr>
          <w:sz w:val="20"/>
        </w:rPr>
        <w:t>1:15:53  ne poocha tha aur aap ne is ka jawab bhi diya tha.</w:t>
      </w:r>
      <w:r>
        <w:br/>
      </w:r>
      <w:r>
        <w:rPr>
          <w:sz w:val="20"/>
        </w:rPr>
        <w:t>1:15:58  aah, unhon ne likha hai ke maulana, aap ka aap ke jawab se mein bilkul sehat hoon par</w:t>
      </w:r>
      <w:r>
        <w:br/>
      </w:r>
      <w:r>
        <w:rPr>
          <w:sz w:val="20"/>
        </w:rPr>
        <w:t>1:16:03  agar waldein apne bachon ko apni khwahish ke mutabiq banana chahein aur bachay agar distraction se bachne ki</w:t>
      </w:r>
      <w:r>
        <w:br/>
      </w:r>
      <w:r>
        <w:rPr>
          <w:sz w:val="20"/>
        </w:rPr>
        <w:t>1:16:08  koshish karein to wahan par bachon ko waldein se</w:t>
      </w:r>
      <w:r>
        <w:br/>
      </w:r>
      <w:r>
        <w:rPr>
          <w:sz w:val="20"/>
        </w:rPr>
        <w:t>1:16:13  kaise masla hal karna chahiye? is ke baray mein bataein.</w:t>
      </w:r>
      <w:r>
        <w:br/>
      </w:r>
      <w:r>
        <w:rPr>
          <w:sz w:val="20"/>
        </w:rPr>
        <w:t>1:16:19  dekhiye, waldein jahan tak mein jaana hai, do and don't ki zuban jante hain bas.</w:t>
      </w:r>
      <w:r>
        <w:br/>
      </w:r>
      <w:r>
        <w:rPr>
          <w:sz w:val="20"/>
        </w:rPr>
        <w:t>1:16:25  saare mazhabi gharon mein, so called jo mazhabi ghar hain, bohat se ghar hain jo log kehte hain</w:t>
      </w:r>
      <w:r>
        <w:br/>
      </w:r>
      <w:r>
        <w:rPr>
          <w:sz w:val="20"/>
        </w:rPr>
        <w:t>1:16:31  ke mazhabi mazhabi ghar hain.</w:t>
      </w:r>
      <w:r>
        <w:br/>
      </w:r>
      <w:r>
        <w:rPr>
          <w:sz w:val="20"/>
        </w:rPr>
        <w:t>1:16:37  to woh mazhabi kya hain? don't</w:t>
      </w:r>
      <w:r>
        <w:br/>
      </w:r>
      <w:r>
        <w:rPr>
          <w:sz w:val="20"/>
        </w:rPr>
        <w:t>1:16:43  and don't, don't do and don't ki zaban jante hain. yeh karo, woh na karo, yeh na karo, woh na karo. is se kuch nahi hota. maan baap yahi sab karte hain. jaisay mein aik ghar mein gaya to unhon ne kaha ke mera bacha bara bara aisa hai, bara waisa hai. to unhon ne is ko demonstration diya ke mere bachay ko, chota sa bacha tha, bilkul chota sa, poora alhamdulillah y</w:t>
      </w:r>
      <w:r>
        <w:br/>
      </w:r>
      <w:r>
        <w:rPr>
          <w:sz w:val="20"/>
        </w:rPr>
        <w:t>1:17:13  ad thi is ko.</w:t>
      </w:r>
      <w:r>
        <w:br/>
      </w:r>
      <w:r>
        <w:rPr>
          <w:sz w:val="20"/>
        </w:rPr>
        <w:t>1:17:16  to is ko parh ke sunaya, ab bohat khush ho rahe hain woh.</w:t>
      </w:r>
      <w:r>
        <w:br/>
      </w:r>
      <w:r>
        <w:rPr>
          <w:sz w:val="20"/>
        </w:rPr>
        <w:t>1:17:19  yeh yeh koi tarbiyat nahi hai.</w:t>
      </w:r>
      <w:r>
        <w:br/>
      </w:r>
      <w:r>
        <w:rPr>
          <w:sz w:val="20"/>
        </w:rPr>
        <w:t>1:17:23  aap view of thinking banaiye un ke andar.</w:t>
      </w:r>
      <w:r>
        <w:br/>
      </w:r>
      <w:r>
        <w:rPr>
          <w:sz w:val="20"/>
        </w:rPr>
        <w:t>1:17:26  sochna ki faculty ko jagaiye.</w:t>
      </w:r>
      <w:r>
        <w:br/>
      </w:r>
      <w:r>
        <w:rPr>
          <w:sz w:val="20"/>
        </w:rPr>
        <w:t>1:17:29  un ke intellect ko address kijiye.</w:t>
      </w:r>
      <w:r>
        <w:br/>
      </w:r>
      <w:r>
        <w:rPr>
          <w:sz w:val="20"/>
        </w:rPr>
        <w:t>1:17:33  tab hoga woh.</w:t>
      </w:r>
      <w:r>
        <w:br/>
      </w:r>
      <w:r>
        <w:rPr>
          <w:sz w:val="20"/>
        </w:rPr>
        <w:t>1:17:36  is tarah se kuch nahi ho sakta ke aap surah fatiha yaad kara dein, ayat al kursi yaad kara dein.</w:t>
      </w:r>
      <w:r>
        <w:br/>
      </w:r>
      <w:r>
        <w:rPr>
          <w:sz w:val="20"/>
        </w:rPr>
        <w:t>1:17:39  is se kuch hone wal</w:t>
      </w:r>
      <w:r>
        <w:br/>
      </w:r>
      <w:r>
        <w:rPr>
          <w:sz w:val="20"/>
        </w:rPr>
        <w:t>1:17:43  a nahi hai.</w:t>
      </w:r>
    </w:p>
    <w:p>
      <w:pPr>
        <w:pStyle w:val="Heading2"/>
      </w:pPr>
      <w:r>
        <w:t>Group claiming promised messiah at book fair</w:t>
      </w:r>
    </w:p>
    <w:p>
      <w:r>
        <w:rPr>
          <w:color w:val="666666"/>
          <w:sz w:val="18"/>
        </w:rPr>
        <w:t>Other · Discovery of Modern Age February 10, 2013 · 4m 49s · at 1:13:58 · https://youtu.be/qYGA53ii7E4?t=4438</w:t>
      </w:r>
    </w:p>
    <w:p>
      <w:r>
        <w:rPr>
          <w:i/>
        </w:rPr>
        <w:t>“At the Delhi Book Fair, a group has a stall. They consider their guru as the promised messiah. They have missionary spirit and discipline, with many trained volunteers. What is your view on this?”</w:t>
      </w:r>
    </w:p>
    <w:p>
      <w:r>
        <w:rPr>
          <w:sz w:val="20"/>
        </w:rPr>
        <w:t>1:13:58  Jazak Allah. Maulana, agla sawal Bihar Patna se hai Daniyal sahab ka. unhon ne likha hai: "Dilli Book Fair mein ek group ka stall laga hua hai.</w:t>
      </w:r>
      <w:r>
        <w:br/>
      </w:r>
      <w:r>
        <w:rPr>
          <w:sz w:val="20"/>
        </w:rPr>
        <w:t>1:14:10  yeh log apne guru ko promised Masih samjhte hain.</w:t>
      </w:r>
      <w:r>
        <w:br/>
      </w:r>
      <w:r>
        <w:rPr>
          <w:sz w:val="20"/>
        </w:rPr>
        <w:t>1:14:14  hum ne dekha ke in logon ke andar missionary spirit aur discipline paya jata hai. misaal ke taur par, in ke stall mein bohat ziyada trained volunteers hain.</w:t>
      </w:r>
      <w:r>
        <w:br/>
      </w:r>
      <w:r>
        <w:rPr>
          <w:sz w:val="20"/>
        </w:rPr>
        <w:t>1:14:27  isi tarah, in ke stall mein ek special cabin hai, is mein in ke experts baithe hue hain. stall par aane wala jo visitor in ke mission ko samajhna chahta hai, woh us ko cabin mein le ja kar convince karte hain.</w:t>
      </w:r>
      <w:r>
        <w:br/>
      </w:r>
      <w:r>
        <w:rPr>
          <w:sz w:val="20"/>
        </w:rPr>
        <w:t>1:14:42  Mol</w:t>
      </w:r>
      <w:r>
        <w:br/>
      </w:r>
      <w:r>
        <w:rPr>
          <w:sz w:val="20"/>
        </w:rPr>
        <w:t>1:14:44  ana sahib, mere do sawal hain is missionary spirit ke peechay. pehla, motivational power kya hai? aur doosra, kya hum ko bhi isi missionary spirit aur isi discipline ke sath kaam karne ki zaroorat hai?</w:t>
      </w:r>
      <w:r>
        <w:br/>
      </w:r>
      <w:r>
        <w:rPr>
          <w:sz w:val="20"/>
        </w:rPr>
        <w:t>1:14:59  aap ko namoona wahan se lene ki kya zaroorat hai? aap rasool sahib se apne lijiye, kaam to karna hi karna hai, lekin namoona lena hai aap ko rasool se.</w:t>
      </w:r>
      <w:r>
        <w:br/>
      </w:r>
      <w:r>
        <w:rPr>
          <w:sz w:val="20"/>
        </w:rPr>
        <w:t>1:15:10  sahib, rasool se</w:t>
      </w:r>
      <w:r>
        <w:br/>
      </w:r>
      <w:r>
        <w:rPr>
          <w:sz w:val="20"/>
        </w:rPr>
        <w:t>1:15:12  baqi activity aadmi, yani false connection se bhi log active ho jatay hain. jaisay ke maine abhi misaalain deen, aap ko kisi ka active hona yeh koi uska saboot nahi hai ke woh sachai ko paya ho.</w:t>
      </w:r>
      <w:r>
        <w:br/>
      </w:r>
      <w:r>
        <w:rPr>
          <w:sz w:val="20"/>
        </w:rPr>
        <w:t>1:15:30  false food ke liye bhi log bohat zabardast active ho jatay hain.</w:t>
      </w:r>
      <w:r>
        <w:br/>
      </w:r>
      <w:r>
        <w:rPr>
          <w:sz w:val="20"/>
        </w:rPr>
        <w:t>1:15:35  baqi jahan tak namooney ki baat hai, to aap rasool Allah ki zindagi ko parhiye, sahaba ki zindagi ko parhiye, wahan aap ko daai ka mukammal namoona milega.</w:t>
      </w:r>
      <w:r>
        <w:br/>
      </w:r>
      <w:r>
        <w:rPr>
          <w:sz w:val="20"/>
        </w:rPr>
        <w:t>1:15:45  aap kis tarah daawati kaam kiya jata hai?</w:t>
      </w:r>
      <w:r>
        <w:br/>
      </w:r>
      <w:r>
        <w:rPr>
          <w:sz w:val="20"/>
        </w:rPr>
        <w:t>1:15:52  maulana, ek sawal abhi aya hai Farhan Khan sahib ka, unhon ne location nahi</w:t>
      </w:r>
      <w:r>
        <w:br/>
      </w:r>
      <w:r>
        <w:rPr>
          <w:sz w:val="20"/>
        </w:rPr>
        <w:t>1:15:57  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r>
        <w:br/>
      </w:r>
      <w:r>
        <w:rPr>
          <w:sz w:val="20"/>
        </w:rPr>
        <w:t>1:16:26  in light of this ayat, how can we reconcile to what Maulana has said today?" to reconcile karna hai, is mein wada hai.</w:t>
      </w:r>
      <w:r>
        <w:br/>
      </w:r>
      <w:r>
        <w:rPr>
          <w:sz w:val="20"/>
        </w:rPr>
        <w:t>1:16:36  yeh to nahi ke aap goal banayein, is ko woh amar mauood hai, amar maqsood nahi hai.</w:t>
      </w:r>
      <w:r>
        <w:br/>
      </w:r>
      <w:r>
        <w:rPr>
          <w:sz w:val="20"/>
        </w:rPr>
        <w:t>1:16:43  aap ne goal bana rakha hai ke mar mar ke hum hukoomat qaim karna hai. yeh kahan likha hua hai is ayat mein? is mein yeh nahi kaha ke us waqt yahi kaha: "aap Allah ki ibadat karein, Allah ki ibadat karein" ke to is ka imkan hai ke Allah taala aap ko yani tamkeen de de.</w:t>
      </w:r>
      <w:r>
        <w:br/>
      </w:r>
      <w:r>
        <w:rPr>
          <w:sz w:val="20"/>
        </w:rPr>
        <w:t>1:16:58  woh bhi zaroori nahi hai, kyunke tamkeen mili bhi aur nahi bhi. bohat se bagh waron ko tamkeen nahi mili. to jo woh Allah ka faisla hota hai, Allah chahega to woh dega, nahi to nahi dega.</w:t>
      </w:r>
      <w:r>
        <w:br/>
      </w:r>
      <w:r>
        <w:rPr>
          <w:sz w:val="20"/>
        </w:rPr>
        <w:t>1:17:12  aap ko jo kaam karna hai, to woh to yahi hai ke imaan, ibadat, dawat, is par apni koshishon ko sarf karein. is mein yeh kahan likha hua hai ke hukoomat goal banakar ke ladai chhodo?</w:t>
      </w:r>
      <w:r>
        <w:br/>
      </w:r>
      <w:r>
        <w:rPr>
          <w:sz w:val="20"/>
        </w:rPr>
        <w:t>1:17:24  yeh kahan likha hua hai? yeh to bohat bari masjidon masjidon ki sarkashi hai, woh logon ke jo is ayat se yeh nikalte hain ke hukoomat hamara goal hai.</w:t>
      </w:r>
      <w:r>
        <w:br/>
      </w:r>
      <w:r>
        <w:rPr>
          <w:sz w:val="20"/>
        </w:rPr>
        <w:t>1:17:35  to sarkashi hai, to logon ki flogging ho gayi. aakhir mein logon ki kahan likha hua tha? wahan</w:t>
      </w:r>
      <w:r>
        <w:br/>
      </w:r>
      <w:r>
        <w:rPr>
          <w:sz w:val="20"/>
        </w:rPr>
        <w:t>1:17:42  jo cheez amar mauood hai, us ko bator khud aap ne banali. amar maqsood kaisi ajeeb baat hai!</w:t>
      </w:r>
      <w:r>
        <w:br/>
      </w:r>
      <w:r>
        <w:rPr>
          <w:sz w:val="20"/>
        </w:rPr>
        <w:t>1:17:51  kaisi ajeeb baat hai! yeh ayat jo hai, is mein tamkeen ka lafz hai.</w:t>
      </w:r>
      <w:r>
        <w:br/>
      </w:r>
      <w:r>
        <w:rPr>
          <w:sz w:val="20"/>
        </w:rPr>
        <w:t>1:18:00  tamkeen ko amar mauood bataya gaya hai, yani Allah ki taraf se aata hai.</w:t>
      </w:r>
      <w:r>
        <w:br/>
      </w:r>
      <w:r>
        <w:rPr>
          <w:sz w:val="20"/>
        </w:rPr>
        <w:t>1:18:06  hum hamara goal nahi hai. woh goal jab hoga? jab ke aap aisay alfaaz nikalein Quran mein ke "aqim dawlat al-Islam".</w:t>
      </w:r>
      <w:r>
        <w:br/>
      </w:r>
      <w:r>
        <w:rPr>
          <w:sz w:val="20"/>
        </w:rPr>
        <w:t>1:18:17  ae musalmanon! tumhara farz hai ke hukoomat ilahia qaim karo. yeh kahan hai? yeh to kahin bhi nahi! yeh to sarkashi hai. mujhe is mein zara bhi shaq nahi ke aisay logon ki aakhirat mein flogging hogi ke tum ne kahan se nikal liya woh lafz jo Quran mein tha nahi?</w:t>
      </w:r>
      <w:r>
        <w:br/>
      </w:r>
      <w:r>
        <w:rPr>
          <w:sz w:val="20"/>
        </w:rPr>
        <w:t>1:18:34  yeh aap ko kaha nahi kaha hai ke yeh amar mauood hai. Allah taala chahega to tamkeen bhi de dega, chahega to nahi bhi dega. jaisay ke bohat se logon ko nahi mili, bohat se anbiya ko nahi, bohat se anbiya ko nahi mili.</w:t>
      </w:r>
      <w:r>
        <w:br/>
      </w:r>
      <w:r>
        <w:rPr>
          <w:sz w:val="20"/>
        </w:rPr>
        <w:t>1:18:47  baqi is ko g</w:t>
      </w:r>
      <w:r>
        <w:br/>
      </w:r>
      <w:r>
        <w:rPr>
          <w:sz w:val="20"/>
        </w:rPr>
        <w:t>1:18:48  ol banana aur ladai chhodna aur logon ko maar kaat karna, yeh to bilkul sarkashi ki baat hai. Maulana, agla sawal Kashmir se hai Shad Hussain sahib ka.</w:t>
      </w:r>
    </w:p>
    <w:p>
      <w:pPr>
        <w:pStyle w:val="Heading2"/>
      </w:pPr>
      <w:r>
        <w:t>Ibn Taymiyyah's mistake on Bila Faimi</w:t>
      </w:r>
    </w:p>
    <w:p>
      <w:r>
        <w:rPr>
          <w:color w:val="666666"/>
          <w:sz w:val="18"/>
        </w:rPr>
        <w:t>Other · Divine Law of Success 14th October 2012 Slow · 2m 13s · at 1:07:54 · https://youtu.be/2zXfZhIf1jA?t=4074</w:t>
      </w:r>
    </w:p>
    <w:p>
      <w:r>
        <w:rPr>
          <w:i/>
        </w:rPr>
        <w:t>“In your lecture today you mentioned Ibn Taymiyyah. Does this mean that Imam Ibn Taymiyyah made a mistake in the matter of Bila Faimi?”</w:t>
      </w:r>
    </w:p>
    <w:p>
      <w:r>
        <w:rPr>
          <w:sz w:val="20"/>
        </w:rPr>
        <w:t>1:07:54  maulana, agla sawal Pakistan se aya hai, misṭar aamir bin yusuf sahib ka.</w:t>
      </w:r>
      <w:r>
        <w:br/>
      </w:r>
      <w:r>
        <w:rPr>
          <w:sz w:val="20"/>
        </w:rPr>
        <w:t>1:08:00  unho ne likha hai ke aap ne aaj ki taqreer mein jo ibn taimiya ka zikr kiya, to</w:t>
      </w:r>
      <w:r>
        <w:br/>
      </w:r>
      <w:r>
        <w:rPr>
          <w:sz w:val="20"/>
        </w:rPr>
        <w:t>1:08:06  kya is ka matlab yeh hai ke imam ibn taimiya se ghalṭi hui blisfaimi ke moamle mein,</w:t>
      </w:r>
      <w:r>
        <w:br/>
      </w:r>
      <w:r>
        <w:rPr>
          <w:sz w:val="20"/>
        </w:rPr>
        <w:t>1:08:13  aur musalman is ghalṭi ko repeat kar rahe hain? is ke bare mein batayein.</w:t>
      </w:r>
      <w:r>
        <w:br/>
      </w:r>
      <w:r>
        <w:rPr>
          <w:sz w:val="20"/>
        </w:rPr>
        <w:t>1:08:19  dekhiye, masla ibn taimiya ka nahi, har insan ka hai.</w:t>
      </w:r>
      <w:r>
        <w:br/>
      </w:r>
      <w:r>
        <w:rPr>
          <w:sz w:val="20"/>
        </w:rPr>
        <w:t>1:08:25  har insan khata kar sakta hai, yeh to hadith sabit hai.</w:t>
      </w:r>
      <w:r>
        <w:br/>
      </w:r>
      <w:r>
        <w:rPr>
          <w:sz w:val="20"/>
        </w:rPr>
        <w:t>1:08:32  qul bani adam khaṭṭan har insan khata karta hai, to is mein ibn taimiya koi exepshan nahi hai.</w:t>
      </w:r>
      <w:r>
        <w:br/>
      </w:r>
      <w:r>
        <w:rPr>
          <w:sz w:val="20"/>
        </w:rPr>
        <w:t>1:08:38  to yeh koi aisi baat nahi hai jo main ne koi anokhi kahi ho.</w:t>
      </w:r>
      <w:r>
        <w:br/>
      </w:r>
      <w:r>
        <w:rPr>
          <w:sz w:val="20"/>
        </w:rPr>
        <w:t>1:08:45  saare logo ka is pe ittefaq hai ke insan ghalṭi karta hai.</w:t>
      </w:r>
      <w:r>
        <w:br/>
      </w:r>
      <w:r>
        <w:rPr>
          <w:sz w:val="20"/>
        </w:rPr>
        <w:t>1:08:51  aap ko haq hai ke is ki ghalṭi ka tajziya karein, tajziya karein.</w:t>
      </w:r>
      <w:r>
        <w:br/>
      </w:r>
      <w:r>
        <w:rPr>
          <w:sz w:val="20"/>
        </w:rPr>
        <w:t>1:08:57  imam abu hanifa ne kaha tha ke agar ek ek ek ek fatwa hai koi main ne diya</w:t>
      </w:r>
      <w:r>
        <w:br/>
      </w:r>
      <w:r>
        <w:rPr>
          <w:sz w:val="20"/>
        </w:rPr>
        <w:t>1:09:04  hai, agar tum ko koi hadith mil jaye is fatwe ke khilaf, to mere fatwe ko pathar mar</w:t>
      </w:r>
      <w:r>
        <w:br/>
      </w:r>
      <w:r>
        <w:rPr>
          <w:sz w:val="20"/>
        </w:rPr>
        <w:t>1:09:10  do, pathar pe mar do, mere fatwe ko chhod do, hadith ko qabool kar lo.</w:t>
      </w:r>
      <w:r>
        <w:br/>
      </w:r>
      <w:r>
        <w:rPr>
          <w:sz w:val="20"/>
        </w:rPr>
        <w:t>1:09:16  yeh to hote hi rehta hai.</w:t>
      </w:r>
      <w:r>
        <w:br/>
      </w:r>
      <w:r>
        <w:rPr>
          <w:sz w:val="20"/>
        </w:rPr>
        <w:t>1:09:23  ulama mein ikhtilaf, saare ulama mein aapas mein ikhtilafat hue hain.</w:t>
      </w:r>
      <w:r>
        <w:br/>
      </w:r>
      <w:r>
        <w:rPr>
          <w:sz w:val="20"/>
        </w:rPr>
        <w:t>1:09:29  isi liye yeh koi aisi baat nahi hai ke kisi ki kitaab muqaddas nahi hai.</w:t>
      </w:r>
      <w:r>
        <w:br/>
      </w:r>
      <w:r>
        <w:rPr>
          <w:sz w:val="20"/>
        </w:rPr>
        <w:t>1:09:36  quran ke tareeqay se kisi bhi shakhs ki kitaab quran ki tarah muqaddas nahi hai.</w:t>
      </w:r>
      <w:r>
        <w:br/>
      </w:r>
      <w:r>
        <w:rPr>
          <w:sz w:val="20"/>
        </w:rPr>
        <w:t>1:09:42  imam malik ke baray mein kaha jata hai ke woh jab madine mein rasool allah qabr ke paas</w:t>
      </w:r>
      <w:r>
        <w:br/>
      </w:r>
      <w:r>
        <w:rPr>
          <w:sz w:val="20"/>
        </w:rPr>
        <w:t>1:09:48  dars hadith dete thay, to wahan aik atay thay ke koi bhi insan aisa nahi hai jis ki</w:t>
      </w:r>
      <w:r>
        <w:br/>
      </w:r>
      <w:r>
        <w:rPr>
          <w:sz w:val="20"/>
        </w:rPr>
        <w:t>1:09:55  baaton mein se kuch lainay ka ho, kuch na lainay ka ho, siwaye illa sahib bahadur qabr.</w:t>
      </w:r>
      <w:r>
        <w:br/>
      </w:r>
      <w:r>
        <w:rPr>
          <w:sz w:val="20"/>
        </w:rPr>
        <w:t>1:10:01  to yeh to aik muttafiq alaih baat hai, is mein koi do raaye nahi.</w:t>
      </w:r>
    </w:p>
    <w:p>
      <w:pPr>
        <w:pStyle w:val="Heading2"/>
      </w:pPr>
      <w:r>
        <w:t>Ijazah and becoming a Mufti</w:t>
      </w:r>
    </w:p>
    <w:p>
      <w:r>
        <w:rPr>
          <w:color w:val="666666"/>
          <w:sz w:val="18"/>
        </w:rPr>
        <w:t>Other · Living in a World of Competition October 24, 2010 · 3m 49s · at 1:05:37 · https://youtu.be/0DRVM8YxM5U?t=3937</w:t>
      </w:r>
    </w:p>
    <w:p>
      <w:r>
        <w:rPr>
          <w:i/>
        </w:rPr>
        <w:t>“What is Ijazah? Without Ijazah, can a person become a Mufti? Can a person of 25 to 30 years of age call himself a Mufti if he has an Ijazah?”</w:t>
      </w:r>
    </w:p>
    <w:p>
      <w:r>
        <w:rPr>
          <w:sz w:val="20"/>
        </w:rPr>
        <w:t>1:05:37  yeh meri rai hai. Maulana, in ka ek sawal aur hai, unho ne likha hai: "what is ijazah? without ijazah, cant a person become a mufti?"</w:t>
      </w:r>
      <w:r>
        <w:br/>
      </w:r>
      <w:r>
        <w:rPr>
          <w:sz w:val="20"/>
        </w:rPr>
        <w:t>1:05:51  "can any person of 25 to 30 years of age call himself a mufti if he has an ijazah?" is ke bare mein bataein.</w:t>
      </w:r>
      <w:r>
        <w:br/>
      </w:r>
      <w:r>
        <w:rPr>
          <w:sz w:val="20"/>
        </w:rPr>
        <w:t>1:06:03  dekhiye, ijazah jo hai, is ka na quran mein kahin likha hua hai, na hadith mein koi likha hua hai. yeh baad ke zamane mein is ka riwaj hua, jab ke madarse nahi hua karte they.</w:t>
      </w:r>
      <w:r>
        <w:br/>
      </w:r>
      <w:r>
        <w:rPr>
          <w:sz w:val="20"/>
        </w:rPr>
        <w:t>1:06:16  pehle zamane mein koi aalim jo hai, apne ghar par logon ko parhata tha,</w:t>
      </w:r>
      <w:r>
        <w:br/>
      </w:r>
      <w:r>
        <w:rPr>
          <w:sz w:val="20"/>
        </w:rPr>
        <w:t>1:06:21  ab chand saal kisi ne wahan parha to us ne samjha ke yeh is qabil ho gaya hai ke quran ka dars de, hadith parhaye, fiqh ka masla bayan kare.</w:t>
      </w:r>
      <w:r>
        <w:br/>
      </w:r>
      <w:r>
        <w:rPr>
          <w:sz w:val="20"/>
        </w:rPr>
        <w:t>1:06:31  to woh ek ijazat deta tha. ijazat wohi woh jo urdu mein maani hain, ijazat dena ke tum is qabil ho chuke ho ke tum quran do parhao aur hadith parhao, fiqhi masail batao, yeh hai ijazat.</w:t>
      </w:r>
      <w:r>
        <w:br/>
      </w:r>
      <w:r>
        <w:rPr>
          <w:sz w:val="20"/>
        </w:rPr>
        <w:t>1:06:49  yeh ek traditional tareeqa hai.</w:t>
      </w:r>
      <w:r>
        <w:br/>
      </w:r>
      <w:r>
        <w:rPr>
          <w:sz w:val="20"/>
        </w:rPr>
        <w:t>1:06:51  ab maujooda zamane mein to is ki qudrat hai, ab to maujooda sand aur degree hoti hai. is zamane mein ijazat ki koi ahmiyat nahi hai. mere raddi, woh us waqt ki baat hai jab ke madarse nahi hote they aur sand aur degree ka concept nahi tha.</w:t>
      </w:r>
      <w:r>
        <w:br/>
      </w:r>
      <w:r>
        <w:rPr>
          <w:sz w:val="20"/>
        </w:rPr>
        <w:t>1:07:05  pehle yeh bohat baad ko sand aur degree ka concept aaya hai.</w:t>
      </w:r>
      <w:r>
        <w:br/>
      </w:r>
      <w:r>
        <w:rPr>
          <w:sz w:val="20"/>
        </w:rPr>
        <w:t>1:07:10  to ab jab madarse ban gaye aur wahan sand di jaane lagi, ab ijazat ek ek rasmi cheez hai, ek traditional cheez hai. bas is tarah is ki koi haqeeqat nahi hai.</w:t>
      </w:r>
      <w:r>
        <w:br/>
      </w:r>
      <w:r>
        <w:rPr>
          <w:sz w:val="20"/>
        </w:rPr>
        <w:t>1:07:22  koi agar ijazat ka tareeqa chalaye to chalaye, lekin main nahi samajhta ke ab naye daur mein jab ke madarse qaim hain, universityon mein hisab ke department qaim hain, to ijazat ki koi ahmiyat hai.</w:t>
      </w:r>
      <w:r>
        <w:br/>
      </w:r>
      <w:r>
        <w:rPr>
          <w:sz w:val="20"/>
        </w:rPr>
        <w:t>1:07:37  ab to ahmiyat yeh hai ke aap is mein master degree lein, is mein doctorate karein, is mein research karein, is mein mutala karein, ab library aaein, is mein ja ke parhiye, yeh sab kijiye.</w:t>
      </w:r>
      <w:r>
        <w:br/>
      </w:r>
      <w:r>
        <w:rPr>
          <w:sz w:val="20"/>
        </w:rPr>
        <w:t>1:07:47  to ijazat jo hai, woh ek traditional tareeqa hai. modern daur mein is ki koi khaas ahmiyat mere nazdeek nahi hai. Maulana, miss nuzhat bano ne mp madhya pradesh se likha hai:</w:t>
      </w:r>
      <w:r>
        <w:br/>
      </w:r>
      <w:r>
        <w:rPr>
          <w:sz w:val="20"/>
        </w:rPr>
        <w:t>1:08:02  "Maulana, all your talks have really great effect on me.</w:t>
      </w:r>
      <w:r>
        <w:br/>
      </w:r>
      <w:r>
        <w:rPr>
          <w:sz w:val="20"/>
        </w:rPr>
        <w:t>1:08:07  please explain to me the fazilat of aakhri ayat of surah baqarah."</w:t>
      </w:r>
      <w:r>
        <w:br/>
      </w:r>
      <w:r>
        <w:rPr>
          <w:sz w:val="20"/>
        </w:rPr>
        <w:t>1:08:18  dekhiye, fazilat ka jo concept hai, is se main bohat zyada agree nahi karta hoon. main concept jise base karta hai ke is ko rat lein, aap parhein to fazilat mil jaye gi. main is ko nahi manta hoon.</w:t>
      </w:r>
      <w:r>
        <w:br/>
      </w:r>
      <w:r>
        <w:rPr>
          <w:sz w:val="20"/>
        </w:rPr>
        <w:t>1:08:31  main is ko nahi manta hoon ke is ko recide karne se, is ko ratne se, is ko dohrane se koi mysteriously koi aap ko sawab mil jaye ga. is concept ko main nahi manta hoon.</w:t>
      </w:r>
      <w:r>
        <w:br/>
      </w:r>
      <w:r>
        <w:rPr>
          <w:sz w:val="20"/>
        </w:rPr>
        <w:t>1:08:43  surah baqarah ki aakhri ayat mein jo baat hai, woh is ko samjhiye, is ko mutala kijiye, is ko achhe tareeqe se zehan mein bithaiye.</w:t>
      </w:r>
      <w:r>
        <w:br/>
      </w:r>
      <w:r>
        <w:rPr>
          <w:sz w:val="20"/>
        </w:rPr>
        <w:t>1:08:54  yeh hai is ki ahmiyat.</w:t>
      </w:r>
      <w:r>
        <w:br/>
      </w:r>
      <w:r>
        <w:rPr>
          <w:sz w:val="20"/>
        </w:rPr>
        <w:t>1:08:58  to is lehaz se aap ghor karein ge to surah baqarah ki ayat hi ghaliban do ayatein hain. ji ji ji, aakhri do ayatein jo hain, bohat hi important hain aur bohat is se inspiration milta hai.</w:t>
      </w:r>
      <w:r>
        <w:br/>
      </w:r>
      <w:r>
        <w:rPr>
          <w:sz w:val="20"/>
        </w:rPr>
        <w:t>1:09:11  inspiration,</w:t>
      </w:r>
      <w:r>
        <w:br/>
      </w:r>
      <w:r>
        <w:rPr>
          <w:sz w:val="20"/>
        </w:rPr>
        <w:t>1:09:14  aap kisi bhi tafsir mein parhiye, is ko aap is pe ghor karein tafsir, is ka tarjuma parhiye, tafsir parhiye, is pe ghor kijiye. teen ayaton mein bohat zabardast inspiration milta hai.</w:t>
      </w:r>
    </w:p>
    <w:p>
      <w:pPr>
        <w:pStyle w:val="Heading2"/>
      </w:pPr>
      <w:r>
        <w:t>Incomplete question from N.A. Khan</w:t>
      </w:r>
    </w:p>
    <w:p>
      <w:r>
        <w:rPr>
          <w:color w:val="666666"/>
          <w:sz w:val="18"/>
        </w:rPr>
        <w:t>Other · Dars-e-Quran, Chapter 2, Verse 35 | December 17, 2017 · 3m 11s · at 1:21:02 · https://youtu.be/Cd8MlWM7B9w?t=4862</w:t>
      </w:r>
    </w:p>
    <w:p>
      <w:r>
        <w:rPr>
          <w:i/>
        </w:rPr>
        <w:t>“Moulana... (incomplete question)”</w:t>
      </w:r>
    </w:p>
    <w:p>
      <w:r>
        <w:rPr>
          <w:sz w:val="20"/>
        </w:rPr>
        <w:t>1:21:02  maulana, agla sawal ah nay nay khan sahib nay kiya hai.</w:t>
      </w:r>
      <w:r>
        <w:br/>
      </w:r>
      <w:r>
        <w:rPr>
          <w:sz w:val="20"/>
        </w:rPr>
        <w:t>1:21:06  unhon nay location nahi likhi hai.</w:t>
      </w:r>
      <w:r>
        <w:br/>
      </w:r>
      <w:r>
        <w:rPr>
          <w:sz w:val="20"/>
        </w:rPr>
        <w:t>1:21:10  un ka sawal yeh hai ke mol</w:t>
      </w:r>
      <w:r>
        <w:br/>
      </w:r>
      <w:r>
        <w:rPr>
          <w:sz w:val="20"/>
        </w:rPr>
        <w:t>1:21:13  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r>
        <w:br/>
      </w:r>
      <w:r>
        <w:rPr>
          <w:sz w:val="20"/>
        </w:rPr>
        <w:t>1:21:43  bay bay bay gham aap aram chair pe bethe hue hain.</w:t>
      </w:r>
      <w:r>
        <w:br/>
      </w:r>
      <w:r>
        <w:rPr>
          <w:sz w:val="20"/>
        </w:rPr>
        <w:t>1:21:49  yeh to bohat hi buri zindagi hai.</w:t>
      </w:r>
      <w:r>
        <w:br/>
      </w:r>
      <w:r>
        <w:rPr>
          <w:sz w:val="20"/>
        </w:rPr>
        <w:t>1:21:55  agar aap bilkul yani yani woh aik dam bay fikr ho kar aram chair par beth te hain, yeh</w:t>
      </w:r>
      <w:r>
        <w:br/>
      </w:r>
      <w:r>
        <w:rPr>
          <w:sz w:val="20"/>
        </w:rPr>
        <w:t>1:22:01  aap ko mila hua hai to yeh to bohat hi buri zindagi hai.</w:t>
      </w:r>
      <w:r>
        <w:br/>
      </w:r>
      <w:r>
        <w:rPr>
          <w:sz w:val="20"/>
        </w:rPr>
        <w:t>1:22:07  bay cheeni hona chahiye, beshak pareshani hona chahiye, masla hona chahiye zindagi mein.</w:t>
      </w:r>
      <w:r>
        <w:br/>
      </w:r>
      <w:r>
        <w:rPr>
          <w:sz w:val="20"/>
        </w:rPr>
        <w:t>1:22:13  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r>
        <w:br/>
      </w:r>
      <w:r>
        <w:rPr>
          <w:sz w:val="20"/>
        </w:rPr>
        <w:t>1:22:43  pareshani koi buri cheez hai.</w:t>
      </w:r>
      <w:r>
        <w:br/>
      </w:r>
      <w:r>
        <w:rPr>
          <w:sz w:val="20"/>
        </w:rPr>
        <w:t>1:22:49  pareshani to aap ke mind ko jagati hai, awaken karti hai.</w:t>
      </w:r>
      <w:r>
        <w:br/>
      </w:r>
      <w:r>
        <w:rPr>
          <w:sz w:val="20"/>
        </w:rPr>
        <w:t>1:22:56  okay, so we will end the session today.</w:t>
      </w:r>
      <w:r>
        <w:br/>
      </w:r>
      <w:r>
        <w:rPr>
          <w:sz w:val="20"/>
        </w:rPr>
        <w:t>1:23:02  once again, if you want free sample copies for spirit of Islam English magazine, or you want to</w:t>
      </w:r>
      <w:r>
        <w:br/>
      </w:r>
      <w:r>
        <w:rPr>
          <w:sz w:val="20"/>
        </w:rPr>
        <w:t>1:23:08  join or volunteer for the distribution of spirit of Islam magazine, then write to the center for peace</w:t>
      </w:r>
      <w:r>
        <w:br/>
      </w:r>
      <w:r>
        <w:rPr>
          <w:sz w:val="20"/>
        </w:rPr>
        <w:t>1:23:14  at gmail.com or at info at cpsglobal.org. thank you.</w:t>
      </w:r>
    </w:p>
    <w:p>
      <w:pPr>
        <w:pStyle w:val="Heading2"/>
      </w:pPr>
      <w:r>
        <w:t>Inquiry about origin and issuance of fatwa</w:t>
      </w:r>
    </w:p>
    <w:p>
      <w:r>
        <w:rPr>
          <w:color w:val="666666"/>
          <w:sz w:val="18"/>
        </w:rPr>
        <w:t>Other · The Prophet An Example of Modesty August 27, 2017 · 2m 02s · at 1:04:47 · https://youtu.be/aR3V4c8fQC4?t=3887</w:t>
      </w:r>
    </w:p>
    <w:p>
      <w:r>
        <w:rPr>
          <w:i/>
        </w:rPr>
        <w:t>“Maulana sahib, what is the origin of the word fatwa? Has this word been used during the Prophet and his companions' time? Does anyone need a certificate to issue a fatwa? Isn't any scholar's view in his article equivalent to a fatwa?”</w:t>
      </w:r>
    </w:p>
    <w:p>
      <w:r>
        <w:rPr>
          <w:sz w:val="20"/>
        </w:rPr>
        <w:t>1:04:47  maulana, agla sawal mr. khwaja kaleemuddin sahib ne bheja hai pennsylvania usa se, unhon ne likha hai, "maulana sahib, what is the origin of word fatwa?</w:t>
      </w:r>
      <w:r>
        <w:br/>
      </w:r>
      <w:r>
        <w:rPr>
          <w:sz w:val="20"/>
        </w:rPr>
        <w:t>1:04:58  has this word been used during prophet and his companions' time</w:t>
      </w:r>
      <w:r>
        <w:br/>
      </w:r>
      <w:r>
        <w:rPr>
          <w:sz w:val="20"/>
        </w:rPr>
        <w:t>1:05:03  ? does anyone need a certificate to issue a fatwa? isn't any scholar's view in his article equivalent to a fatwa?</w:t>
      </w:r>
      <w:r>
        <w:br/>
      </w:r>
      <w:r>
        <w:rPr>
          <w:sz w:val="20"/>
        </w:rPr>
        <w:t>1:05:13  does he have to express his views under the title of fat</w:t>
      </w:r>
      <w:r>
        <w:br/>
      </w:r>
      <w:r>
        <w:rPr>
          <w:sz w:val="20"/>
        </w:rPr>
        <w:t>1:05:18  wa? please clarify this issue." dekhiye, fatwa ka lafz to khud hadith mein aaya hai</w:t>
      </w:r>
      <w:r>
        <w:br/>
      </w:r>
      <w:r>
        <w:rPr>
          <w:sz w:val="20"/>
        </w:rPr>
        <w:t>1:05:30  "istafti qalbaka", lekin fatwa jo institution ban gaya hai, woh pehle hargiz nahi tha.</w:t>
      </w:r>
      <w:r>
        <w:br/>
      </w:r>
      <w:r>
        <w:rPr>
          <w:sz w:val="20"/>
        </w:rPr>
        <w:t>1:05:38  yeh to baad mein hua hai. pehle zamane mein fatwa koi institution nahi tha. fatwa ka matlab tha ke opinion, fatwa ke lafzi maani opinion.</w:t>
      </w:r>
      <w:r>
        <w:br/>
      </w:r>
      <w:r>
        <w:rPr>
          <w:sz w:val="20"/>
        </w:rPr>
        <w:t>1:05:50  yaani ek aalim se aap poochein aur woh bataye apni rai to that is fatwa. ab jo ban gaya institution, woh hargiz is zamane mein nahi tha.</w:t>
      </w:r>
      <w:r>
        <w:br/>
      </w:r>
      <w:r>
        <w:rPr>
          <w:sz w:val="20"/>
        </w:rPr>
        <w:t>1:06:06  is liye sahi, is liye fatwa apni jagah par durust hai, lekin woh isi maani mein hai ke ek aalim apni rai bataye, woh rai kisi ke liye sirf ek rai ho, bas us se zyada aur kuch nahi.</w:t>
      </w:r>
      <w:r>
        <w:br/>
      </w:r>
      <w:r>
        <w:rPr>
          <w:sz w:val="20"/>
        </w:rPr>
        <w:t>1:06:22  aur rai bhi pooche apne bare mein, jaise kuch logon ne poocha mufti se ke sania mirza ka libas kaisa hai, islam ke mutabiq hai ke nahi.</w:t>
      </w:r>
      <w:r>
        <w:br/>
      </w:r>
      <w:r>
        <w:rPr>
          <w:sz w:val="20"/>
        </w:rPr>
        <w:t>1:06:31  to unhon ne fatwa de diya ke islam ke mutabiq nahi. woh poochna bhi galat tha, fatwa dena bhi galat tha. khud sania mirza agar pooche to aap bata sakte hain.</w:t>
      </w:r>
      <w:r>
        <w:br/>
      </w:r>
      <w:r>
        <w:rPr>
          <w:sz w:val="20"/>
        </w:rPr>
        <w:t>1:06:42  kisi ke bare mein koi doosra pooche to bilashuba unislamic hai.</w:t>
      </w:r>
    </w:p>
    <w:p>
      <w:pPr>
        <w:pStyle w:val="Heading2"/>
      </w:pPr>
      <w:r>
        <w:t>Major differences between Shia and Sunni</w:t>
      </w:r>
    </w:p>
    <w:p>
      <w:r>
        <w:rPr>
          <w:color w:val="666666"/>
          <w:sz w:val="18"/>
        </w:rPr>
        <w:t>Other · Conversation with Maulana Wahiduddin Khan | October 01, 2017 · 2m 31s · at 25:35 · https://youtu.be/TmOYGd3rp2M?t=1535</w:t>
      </w:r>
    </w:p>
    <w:p>
      <w:r>
        <w:rPr>
          <w:i/>
        </w:rPr>
        <w:t>“What are major differences between Shia and Sunni?”</w:t>
      </w:r>
    </w:p>
    <w:p>
      <w:r>
        <w:rPr>
          <w:sz w:val="20"/>
        </w:rPr>
        <w:t>25:35  maulana, agla sawal</w:t>
      </w:r>
      <w:r>
        <w:br/>
      </w:r>
      <w:r>
        <w:rPr>
          <w:sz w:val="20"/>
        </w:rPr>
        <w:t>25:45  waransee UP se daniyal shuaib sahab ne bheja hai.</w:t>
      </w:r>
      <w:r>
        <w:br/>
      </w:r>
      <w:r>
        <w:rPr>
          <w:sz w:val="20"/>
        </w:rPr>
        <w:t>25:50  unhon ne aap se poocha hai ke "What are major differences between shia and Sunni?</w:t>
      </w:r>
      <w:r>
        <w:br/>
      </w:r>
      <w:r>
        <w:rPr>
          <w:sz w:val="20"/>
        </w:rPr>
        <w:t>25:55  some people say that shia will not go to Jannah.</w:t>
      </w:r>
      <w:r>
        <w:br/>
      </w:r>
      <w:r>
        <w:rPr>
          <w:sz w:val="20"/>
        </w:rPr>
        <w:t>26:01  What is your opinion?" nahin, yeh bilkul galat baat hai.</w:t>
      </w:r>
      <w:r>
        <w:br/>
      </w:r>
      <w:r>
        <w:rPr>
          <w:sz w:val="20"/>
        </w:rPr>
        <w:t>26:06  shia sunni mein koi major difference hai hi nahin.</w:t>
      </w:r>
      <w:r>
        <w:br/>
      </w:r>
      <w:r>
        <w:rPr>
          <w:sz w:val="20"/>
        </w:rPr>
        <w:t>26:11  waise hi jaise</w:t>
      </w:r>
      <w:r>
        <w:br/>
      </w:r>
      <w:r>
        <w:rPr>
          <w:sz w:val="20"/>
        </w:rPr>
        <w:t>26:16  char fuqaha ka hai. kyunke dekhiye, maine is par bohat tehqeeq ki. to Shia bhi isi Quran ko mante hain jis ko Sunni mante hain. Shia bhi Hadees ki unhi kitabon ko mante hain jo Sunni mante hain. Shia bhi Sirat-e-Rasool ki unhi kitabon ko mante hain jo mante hain. ab interpretation alag ho jata hai. Interpretation to alag ho</w:t>
      </w:r>
      <w:r>
        <w:br/>
      </w:r>
      <w:r>
        <w:rPr>
          <w:sz w:val="20"/>
        </w:rPr>
        <w:t>26:46  jayega. to jo farq hai, ikhtilaf nahi, farq woh interpretation ke aitbar se hai. koi real difference ke aitbar se nahi hai. kyunke jab Quran ek hai, Hadees ek hai, Rasool ek hai to real difference kaise hoga? baqi kuch extremist hote hain, woh har jagah hain. Sunniyon mein bhi extremist hain aur Shiyon mein bhi hain.</w:t>
      </w:r>
      <w:r>
        <w:br/>
      </w:r>
      <w:r>
        <w:rPr>
          <w:sz w:val="20"/>
        </w:rPr>
        <w:t>27:16  to kuch extremist hote hain, un ka case alag hai.</w:t>
      </w:r>
      <w:r>
        <w:br/>
      </w:r>
      <w:r>
        <w:rPr>
          <w:sz w:val="20"/>
        </w:rPr>
        <w:t>27:21  jo real shia aur real sunni ka muamla hai to woh same rasool, same hadith, same quran.</w:t>
      </w:r>
      <w:r>
        <w:br/>
      </w:r>
      <w:r>
        <w:rPr>
          <w:sz w:val="20"/>
        </w:rPr>
        <w:t>27:26  farq hai interpretation ka.</w:t>
      </w:r>
      <w:r>
        <w:br/>
      </w:r>
      <w:r>
        <w:rPr>
          <w:sz w:val="20"/>
        </w:rPr>
        <w:t>27:31  interpretation to mere aap ke darmiyan ho sakta hai.</w:t>
      </w:r>
      <w:r>
        <w:br/>
      </w:r>
      <w:r>
        <w:rPr>
          <w:sz w:val="20"/>
        </w:rPr>
        <w:t>27:36  is ko hum nahin kahengay ke woh jannat mein jaega, woh jahannum mein jaega.</w:t>
      </w:r>
      <w:r>
        <w:br/>
      </w:r>
      <w:r>
        <w:rPr>
          <w:sz w:val="20"/>
        </w:rPr>
        <w:t>27:41  jannat aur jahannum ka talluq is se nahin ke k</w:t>
      </w:r>
      <w:r>
        <w:br/>
      </w:r>
      <w:r>
        <w:rPr>
          <w:sz w:val="20"/>
        </w:rPr>
        <w:t>27:46  un shia tha, kaun sunni tha. har giz nahin.</w:t>
      </w:r>
      <w:r>
        <w:br/>
      </w:r>
      <w:r>
        <w:rPr>
          <w:sz w:val="20"/>
        </w:rPr>
        <w:t>27:51  zalka jaza man tazka.</w:t>
      </w:r>
      <w:r>
        <w:br/>
      </w:r>
      <w:r>
        <w:rPr>
          <w:sz w:val="20"/>
        </w:rPr>
        <w:t>27:56  jis ne apna tazkiya kiya, woh jannat mein jaega. bas.</w:t>
      </w:r>
      <w:r>
        <w:br/>
      </w:r>
      <w:r>
        <w:rPr>
          <w:sz w:val="20"/>
        </w:rPr>
        <w:t>28:01  shia aur sunni se is ka koi talluq nahin hai.</w:t>
      </w:r>
    </w:p>
    <w:p>
      <w:pPr>
        <w:pStyle w:val="Heading2"/>
      </w:pPr>
      <w:r>
        <w:t>Meaning and validity of Imamat-e-Uzma</w:t>
      </w:r>
    </w:p>
    <w:p>
      <w:r>
        <w:rPr>
          <w:color w:val="666666"/>
          <w:sz w:val="18"/>
        </w:rPr>
        <w:t>Other · Islam and Politics November 17, 2013 · 2m 23s · at 50:26 · https://youtu.be/LgKA8wg4NPc?t=3026</w:t>
      </w:r>
    </w:p>
    <w:p>
      <w:r>
        <w:rPr>
          <w:i/>
        </w:rPr>
        <w:t>“What does the term 'Imamat-e-Uzma' mean? Is it a bid'ah? Where in Quran and Hadith is this term found?”</w:t>
      </w:r>
    </w:p>
    <w:p>
      <w:r>
        <w:rPr>
          <w:sz w:val="20"/>
        </w:rPr>
        <w:t>50:26  jinhon ne aisa kaha un ka sawal hi ghalat hai un se aap kahiyen ke jo daawa hai wo ye hai ke quran mein kahin nahi hai ke iqam dolat al islam to phir aap ne kaise nikal liya ek goal ke hukumat qaim karna hai islam ka nishana hai is ka is ka jawab den wo koi quran ki ayat pesh karen maulana un ka ek aur sawal hai unhon ne likha hai</w:t>
      </w:r>
      <w:r>
        <w:br/>
      </w:r>
      <w:r>
        <w:rPr>
          <w:sz w:val="20"/>
        </w:rPr>
        <w:t>50:54  maulana imamat azma ka lafz aksar log istemal karte hain is ka kya matlab hai is ke bare</w:t>
      </w:r>
      <w:r>
        <w:br/>
      </w:r>
      <w:r>
        <w:rPr>
          <w:sz w:val="20"/>
        </w:rPr>
        <w:t>51:00  mein hamein bataein yeh bidat hai aap bataein kahan quran o hadith mein imamat azma ka lafz kahin</w:t>
      </w:r>
      <w:r>
        <w:br/>
      </w:r>
      <w:r>
        <w:rPr>
          <w:sz w:val="20"/>
        </w:rPr>
        <w:t>51:07  bhi nahin hai log lete hain is mani mein ke ek hai masjid ki imamat ek hai aalim</w:t>
      </w:r>
      <w:r>
        <w:br/>
      </w:r>
      <w:r>
        <w:rPr>
          <w:sz w:val="20"/>
        </w:rPr>
        <w:t>51:13  ki imamat unhon ne farz kar rakha hai ke musalmanon ka kaam yeh hai ke sari dunya ke</w:t>
      </w:r>
      <w:r>
        <w:br/>
      </w:r>
      <w:r>
        <w:rPr>
          <w:sz w:val="20"/>
        </w:rPr>
        <w:t>51:17  imam banen leader leader banen ya hakim banen yeh to un ka farz kiya hua hai</w:t>
      </w:r>
      <w:r>
        <w:br/>
      </w:r>
      <w:r>
        <w:rPr>
          <w:sz w:val="20"/>
        </w:rPr>
        <w:t>51:25  to masjid ki imamat ya namaz ki imamat to bilkul sahi hai wo hadith mein maujood hai lekin ye jo imamat uzma hai ya imamat aalim hai ye to kahin nahi hai</w:t>
      </w:r>
      <w:r>
        <w:br/>
      </w:r>
      <w:r>
        <w:rPr>
          <w:sz w:val="20"/>
        </w:rPr>
        <w:t>51:45  ab dekhiye hazrat ibrahim ke bare mein hai ke inni jaaluka linnasi imama mein tum ko logon ka im</w:t>
      </w:r>
      <w:r>
        <w:br/>
      </w:r>
      <w:r>
        <w:rPr>
          <w:sz w:val="20"/>
        </w:rPr>
        <w:t>51:54  am banaya hua wala hoon to kahan hazrat ibrahim kab dunya ke logon ke hakim ban gaye kab shehanshah ban gaye logon ke upar aisa to kabhi hua nahi</w:t>
      </w:r>
      <w:r>
        <w:br/>
      </w:r>
      <w:r>
        <w:rPr>
          <w:sz w:val="20"/>
        </w:rPr>
        <w:t>52:06  to imamat uzma jis mani mein boli jati hai jis mani mein is mani mein is mani mein bilashuba bidat hai wo</w:t>
      </w:r>
      <w:r>
        <w:br/>
      </w:r>
      <w:r>
        <w:rPr>
          <w:sz w:val="20"/>
        </w:rPr>
        <w:t>52:14  ek aur mani mein jis mani mein ke quran mein aya hai hazrat ibrahim ke bare mein wo durust hai yani sari alam ki rehnumai ka mission hawale hua hazrat ibrahim ko yani sari alam ko toheed ka paigham pahunchao is mani mein durust hai lekin jis mani mein log bolte hain us mamle mein bilkul ghalat hai bidat hai baseless hai baseless</w:t>
      </w:r>
      <w:r>
        <w:br/>
      </w:r>
      <w:r>
        <w:rPr>
          <w:sz w:val="20"/>
        </w:rPr>
        <w:t>52:40  kyunke quran o hadith mein kahin is ki asal maujood nahin hai ke yeh lafz apne aap hi mubtada lafz hai</w:t>
      </w:r>
    </w:p>
    <w:p>
      <w:pPr>
        <w:pStyle w:val="Heading2"/>
      </w:pPr>
      <w:r>
        <w:t>Meaning of Jaish-e-Muhammad</w:t>
      </w:r>
    </w:p>
    <w:p>
      <w:r>
        <w:rPr>
          <w:color w:val="666666"/>
          <w:sz w:val="18"/>
        </w:rPr>
        <w:t>Other · Discovery of Modern Age I 10th Feb. 13 · 2m 10s · at 1:07:14 · https://youtu.be/Yp5T0KacY84?t=4034</w:t>
      </w:r>
    </w:p>
    <w:p>
      <w:r>
        <w:rPr>
          <w:i/>
        </w:rPr>
        <w:t>“What is the meaning of 'Jaish-e-Muhammad'? Please explain. Its literal meaning is 'the army of Muhammad'.”</w:t>
      </w:r>
    </w:p>
    <w:p>
      <w:r>
        <w:rPr>
          <w:sz w:val="20"/>
        </w:rPr>
        <w:t>1:07:14  maulana, agla sawal dhampur se hai mehtab ahmad sahib ka.</w:t>
      </w:r>
      <w:r>
        <w:br/>
      </w:r>
      <w:r>
        <w:rPr>
          <w:sz w:val="20"/>
        </w:rPr>
        <w:t>1:07:20  انہوں نے آپ سے پوچھا ہے: "What is the meaning of Jaish-e-Muhammad?" اس کے بارے میں آپ بتائیں۔</w:t>
      </w:r>
      <w:r>
        <w:br/>
      </w:r>
      <w:r>
        <w:rPr>
          <w:sz w:val="20"/>
        </w:rPr>
        <w:t>1:07:25  yeh lafzi meaning to hai Muhammad ka lashkar.</w:t>
      </w:r>
      <w:r>
        <w:br/>
      </w:r>
      <w:r>
        <w:rPr>
          <w:sz w:val="20"/>
        </w:rPr>
        <w:t>1:07:31  jaish maani lashkar, army.</w:t>
      </w:r>
      <w:r>
        <w:br/>
      </w:r>
      <w:r>
        <w:rPr>
          <w:sz w:val="20"/>
        </w:rPr>
        <w:t>1:07:37  to is ka matlab yeh hai ke Muhammad ka jo mission tha, us mission ko fulfill karne ke</w:t>
      </w:r>
      <w:r>
        <w:br/>
      </w:r>
      <w:r>
        <w:rPr>
          <w:sz w:val="20"/>
        </w:rPr>
        <w:t>1:07:42  liye yeh log samajhte hain ke hum ne ek army banai hai aur is mission ko hum pura</w:t>
      </w:r>
      <w:r>
        <w:br/>
      </w:r>
      <w:r>
        <w:rPr>
          <w:sz w:val="20"/>
        </w:rPr>
        <w:t>1:07:48  kar rahe hain.</w:t>
      </w:r>
      <w:r>
        <w:br/>
      </w:r>
      <w:r>
        <w:rPr>
          <w:sz w:val="20"/>
        </w:rPr>
        <w:t>1:07:54  yeh farsi mein jeete hain.</w:t>
      </w:r>
      <w:r>
        <w:br/>
      </w:r>
      <w:r>
        <w:rPr>
          <w:sz w:val="20"/>
        </w:rPr>
        <w:t>1:07:59  rasool Allah ka yeh mission hi nahi tha ke bomb maro, gun chalao.</w:t>
      </w:r>
      <w:r>
        <w:br/>
      </w:r>
      <w:r>
        <w:rPr>
          <w:sz w:val="20"/>
        </w:rPr>
        <w:t>1:08:05  rasool Allah ka mission to peaceful mission tha.</w:t>
      </w:r>
      <w:r>
        <w:br/>
      </w:r>
      <w:r>
        <w:rPr>
          <w:sz w:val="20"/>
        </w:rPr>
        <w:t>1:08:11  to naam rakh rakha hai, yani rasool Allah ke naam par karte hain, yani woh kaam jo rasool</w:t>
      </w:r>
      <w:r>
        <w:br/>
      </w:r>
      <w:r>
        <w:rPr>
          <w:sz w:val="20"/>
        </w:rPr>
        <w:t>1:08:17  allah se koi talluq nahi hai.</w:t>
      </w:r>
      <w:r>
        <w:br/>
      </w:r>
      <w:r>
        <w:rPr>
          <w:sz w:val="20"/>
        </w:rPr>
        <w:t>1:08:22  dekhen, wajah kya hai? be khabar.</w:t>
      </w:r>
      <w:r>
        <w:br/>
      </w:r>
      <w:r>
        <w:rPr>
          <w:sz w:val="20"/>
        </w:rPr>
        <w:t>1:08:28  wo bilkul jante hi nahi ke is daur mein rasool allah ke mission ko chalane ke liye kya</w:t>
      </w:r>
      <w:r>
        <w:br/>
      </w:r>
      <w:r>
        <w:rPr>
          <w:sz w:val="20"/>
        </w:rPr>
        <w:t>1:08:34  karna hai, aaj ki opportunities kya hain.</w:t>
      </w:r>
      <w:r>
        <w:br/>
      </w:r>
      <w:r>
        <w:rPr>
          <w:sz w:val="20"/>
        </w:rPr>
        <w:t>1:08:39  is se bilkul be khabar hain, totally be khabar hain.</w:t>
      </w:r>
      <w:r>
        <w:br/>
      </w:r>
      <w:r>
        <w:rPr>
          <w:sz w:val="20"/>
        </w:rPr>
        <w:t>1:08:45  ise is tarah ki harkaten karte hain.</w:t>
      </w:r>
      <w:r>
        <w:br/>
      </w:r>
      <w:r>
        <w:rPr>
          <w:sz w:val="20"/>
        </w:rPr>
        <w:t>1:08:51  is ke liye hum ne misaal di ke japan wale totally be khabar the modern opportunities se.</w:t>
      </w:r>
      <w:r>
        <w:br/>
      </w:r>
      <w:r>
        <w:rPr>
          <w:sz w:val="20"/>
        </w:rPr>
        <w:t>1:08:56  to apne ko halak kar rahe the.</w:t>
      </w:r>
      <w:r>
        <w:br/>
      </w:r>
      <w:r>
        <w:rPr>
          <w:sz w:val="20"/>
        </w:rPr>
        <w:t>1:09:02  jab wo jaan gaye to aa gaye doosri duniya mein.</w:t>
      </w:r>
      <w:r>
        <w:br/>
      </w:r>
      <w:r>
        <w:rPr>
          <w:sz w:val="20"/>
        </w:rPr>
        <w:t>1:09:08  badi achhi kitab hai wo jo main aap se, aap se kaha hai, wo moti si kitab hai.</w:t>
      </w:r>
      <w:r>
        <w:br/>
      </w:r>
      <w:r>
        <w:rPr>
          <w:sz w:val="20"/>
        </w:rPr>
        <w:t>1:09:13  wo jo, wo jo kitab ka naam unhone kaha hai "history of japan".</w:t>
      </w:r>
      <w:r>
        <w:br/>
      </w:r>
      <w:r>
        <w:rPr>
          <w:sz w:val="20"/>
        </w:rPr>
        <w:t>1:09:19  bahut ek aadmi ne bahut zabardast study ki, wahan ja kar ke tab ye kitab likhi hai.</w:t>
      </w:r>
    </w:p>
    <w:p>
      <w:pPr>
        <w:pStyle w:val="Heading2"/>
      </w:pPr>
      <w:r>
        <w:t>Meaning of Quran 49:2 about lowering voices</w:t>
      </w:r>
    </w:p>
    <w:p>
      <w:r>
        <w:rPr>
          <w:color w:val="666666"/>
          <w:sz w:val="18"/>
        </w:rPr>
        <w:t>Other · Politics and Nation Building May 19, 2013 · 3m 19s · at 48:56 · https://youtu.be/kmiMGq0Ki2Q?t=2936</w:t>
      </w:r>
    </w:p>
    <w:p>
      <w:r>
        <w:rPr>
          <w:i/>
        </w:rPr>
        <w:t>“In Quran chapter 49 verse 2 it says 'La tarfau aswatakum' what does it mean?”</w:t>
      </w:r>
    </w:p>
    <w:p>
      <w:r>
        <w:rPr>
          <w:sz w:val="20"/>
        </w:rPr>
        <w:t>48:56  jaise abhi maine kaha ke election ho gaya to aap kya kar rahe hain haare hue log protest kar rahe hain rigging hui hai yeh sab wahi hai ke blame doosre ke upar dalna isi ka phenomena hai isi ka zahira hai yeh sab cheezein hain Maulana agla sawal Delhi se hai N Rashid Sahab ka</w:t>
      </w:r>
      <w:r>
        <w:br/>
      </w:r>
      <w:r>
        <w:rPr>
          <w:sz w:val="20"/>
        </w:rPr>
        <w:t>49:22  unhone likha hai Quran ke chapter 49 verse number 2 mein aaya hai la tarfa'u aswatakum iska matlab kya hai dekhiye yeh iska jo shan-e-nazool hai woh to yeh tha ke Madine ki yeh ayat hai to wahan par Rasool Allah ke majlis mein log baithte the</w:t>
      </w:r>
      <w:r>
        <w:br/>
      </w:r>
      <w:r>
        <w:rPr>
          <w:sz w:val="20"/>
        </w:rPr>
        <w:t>49:48  to zahir hai koi na koi point of discussion hota tha koi baat hoti thi jo iske sath bayan karte the to kuch log lete the zor zor bolne zor zor bolne ka matlab kya hai doosre ki baat ko tahammul ke sath na sunna aur apne dimagh mein jo hai usi ko udelne lagna yeh hai zor zor se bolna</w:t>
      </w:r>
      <w:r>
        <w:br/>
      </w:r>
      <w:r>
        <w:rPr>
          <w:sz w:val="20"/>
        </w:rPr>
        <w:t>50:17  jab aap majlis mein baithe hain to doosre ki baat ghor se suniye tahammul ke sath aur agar aap ke paas koi waqai point hai tab boliye nahi to chup rahiye to wahan kuch logon ne aisa kiya ke bas lagte the bolne chahe dimagh mein koi baat hai ya nahi hai to yeh wahan hota tha Rasool Allah ki majlis mein</w:t>
      </w:r>
      <w:r>
        <w:br/>
      </w:r>
      <w:r>
        <w:rPr>
          <w:sz w:val="20"/>
        </w:rPr>
        <w:t>50:42  lekin main samajhta hoon ke iska tausee mafhoom yani extended mafhoom iska yeh hai ke aaj bhi aap kisi majlis mein baithe hon to aap ko yahi karna chahiye ke tahammul ke sath suniye patience ke sath suniye us waqt tak na boliye jab tak doosre ki baat mukammal na ho jaye aur mazeed yeh ke aap ke mind mein koi waqai nuqta ho koi point ho tab nahi to chup rahi</w:t>
      </w:r>
      <w:r>
        <w:br/>
      </w:r>
      <w:r>
        <w:rPr>
          <w:sz w:val="20"/>
        </w:rPr>
        <w:t>51:11  e koi daleel ho to boliye nahi to chup rahiye</w:t>
      </w:r>
      <w:r>
        <w:br/>
      </w:r>
      <w:r>
        <w:rPr>
          <w:sz w:val="20"/>
        </w:rPr>
        <w:t>51:17  to yeh badh badh ke bolna aur doosre ki baat par dhyan na de kar ke apni baat</w:t>
      </w:r>
      <w:r>
        <w:br/>
      </w:r>
      <w:r>
        <w:rPr>
          <w:sz w:val="20"/>
        </w:rPr>
        <w:t>51:25  shuru kar dena</w:t>
      </w:r>
      <w:r>
        <w:br/>
      </w:r>
      <w:r>
        <w:rPr>
          <w:sz w:val="20"/>
        </w:rPr>
        <w:t>51:28  jaise main kaha karta hoon ke mera tajurba yeh hai ke agar kisi se koi baat kahi jaye</w:t>
      </w:r>
      <w:r>
        <w:br/>
      </w:r>
      <w:r>
        <w:rPr>
          <w:sz w:val="20"/>
        </w:rPr>
        <w:t>51:35  to woh ab aap ki baat nahi sunta apne dimagh mein khayal bana raha hota hai ke mujhe</w:t>
      </w:r>
      <w:r>
        <w:br/>
      </w:r>
      <w:r>
        <w:rPr>
          <w:sz w:val="20"/>
        </w:rPr>
        <w:t>51:40  kya bolna hai</w:t>
      </w:r>
      <w:r>
        <w:br/>
      </w:r>
      <w:r>
        <w:rPr>
          <w:sz w:val="20"/>
        </w:rPr>
        <w:t>51:43  mera tajurba yeh hai ke aap jab kisi koi baat kehte hain to woh aisa nahi karta ke</w:t>
      </w:r>
      <w:r>
        <w:br/>
      </w:r>
      <w:r>
        <w:rPr>
          <w:sz w:val="20"/>
        </w:rPr>
        <w:t>51:48  impeety mind ho kar sune ke aap kya keh rahe hain balkeh apne mind mein jo hai usi</w:t>
      </w:r>
      <w:r>
        <w:br/>
      </w:r>
      <w:r>
        <w:rPr>
          <w:sz w:val="20"/>
        </w:rPr>
        <w:t>51:53  ko arrange kar raha hota hai ke jaise un ki baat khatam ho tab main apni baat areel</w:t>
      </w:r>
      <w:r>
        <w:br/>
      </w:r>
      <w:r>
        <w:rPr>
          <w:sz w:val="20"/>
        </w:rPr>
        <w:t>51:57  doon yahi sab baat hai is se mana kiya gaya hai aur yeh baat sirf rasool allah ki</w:t>
      </w:r>
      <w:r>
        <w:br/>
      </w:r>
      <w:r>
        <w:rPr>
          <w:sz w:val="20"/>
        </w:rPr>
        <w:t>52:03  sohbat ke liye nahi hai har sohbat ke liye har majlis ke liye yeh baat hai yeh islam</w:t>
      </w:r>
      <w:r>
        <w:br/>
      </w:r>
      <w:r>
        <w:rPr>
          <w:sz w:val="20"/>
        </w:rPr>
        <w:t>52:09  ka ke mutabiq adab kalam hai</w:t>
      </w:r>
    </w:p>
    <w:p>
      <w:pPr>
        <w:pStyle w:val="Heading2"/>
      </w:pPr>
      <w:r>
        <w:t>Newlywed visit and question</w:t>
      </w:r>
    </w:p>
    <w:p>
      <w:r>
        <w:rPr>
          <w:color w:val="666666"/>
          <w:sz w:val="18"/>
        </w:rPr>
        <w:t>Other · Problem and Shukr March 15, 2015 · 2m 44s · at 52:14 · https://youtu.be/O4gfXHtntcc?t=3134</w:t>
      </w:r>
    </w:p>
    <w:p>
      <w:r>
        <w:rPr>
          <w:i/>
        </w:rPr>
        <w:t>“I am Dr. Hena's cousin and visiting her from Wales with my newlywed wife. She invited...”</w:t>
      </w:r>
    </w:p>
    <w:p>
      <w:r>
        <w:rPr>
          <w:sz w:val="20"/>
        </w:rPr>
        <w:t>52:14  koi bahar se aadmi ko aap ko koi technique nahi bata sakta maulana agla sawal kya hai</w:t>
      </w:r>
      <w:r>
        <w:br/>
      </w:r>
      <w:r>
        <w:rPr>
          <w:sz w:val="20"/>
        </w:rPr>
        <w:t>52:22  shaan sahab ne london se aur unhon ne likha hai</w:t>
      </w:r>
      <w:r>
        <w:br/>
      </w:r>
      <w:r>
        <w:rPr>
          <w:sz w:val="20"/>
        </w:rPr>
        <w:t>52:29  maulana i am doctor heena's cousin and visiting her from wales with my newly wed wife she invited</w:t>
      </w:r>
      <w:r>
        <w:br/>
      </w:r>
      <w:r>
        <w:rPr>
          <w:sz w:val="20"/>
        </w:rPr>
        <w:t>52:36  us this morning to listen to you and mashallah i liked it so much may allah reward you</w:t>
      </w:r>
      <w:r>
        <w:br/>
      </w:r>
      <w:r>
        <w:rPr>
          <w:sz w:val="20"/>
        </w:rPr>
        <w:t>52:45  maulana i have question i want to know what if we have problem or complaint not from human</w:t>
      </w:r>
      <w:r>
        <w:br/>
      </w:r>
      <w:r>
        <w:rPr>
          <w:sz w:val="20"/>
        </w:rPr>
        <w:t>52:53  but from system or group which is doing wrong and affecting nation</w:t>
      </w:r>
      <w:r>
        <w:br/>
      </w:r>
      <w:r>
        <w:rPr>
          <w:sz w:val="20"/>
        </w:rPr>
        <w:t>53:00  what is your advice on that</w:t>
      </w:r>
      <w:r>
        <w:br/>
      </w:r>
      <w:r>
        <w:rPr>
          <w:sz w:val="20"/>
        </w:rPr>
        <w:t>53:02  dekhiye yeh to aap ne sirf lafz badal diya system kaun banata hai insan banata hai woh bhi</w:t>
      </w:r>
      <w:r>
        <w:br/>
      </w:r>
      <w:r>
        <w:rPr>
          <w:sz w:val="20"/>
        </w:rPr>
        <w:t>53:09  insan ke khilaaf shikayat hai</w:t>
      </w:r>
      <w:r>
        <w:br/>
      </w:r>
      <w:r>
        <w:rPr>
          <w:sz w:val="20"/>
        </w:rPr>
        <w:t>53:12  system banane wala kaun hai</w:t>
      </w:r>
      <w:r>
        <w:br/>
      </w:r>
      <w:r>
        <w:rPr>
          <w:sz w:val="20"/>
        </w:rPr>
        <w:t>53:16  to system mein wohi cheezein aayengi jo insan ke andar hain</w:t>
      </w:r>
      <w:r>
        <w:br/>
      </w:r>
      <w:r>
        <w:rPr>
          <w:sz w:val="20"/>
        </w:rPr>
        <w:t>53:22  system jo hai insan ka yani extended form hai</w:t>
      </w:r>
      <w:r>
        <w:br/>
      </w:r>
      <w:r>
        <w:rPr>
          <w:sz w:val="20"/>
        </w:rPr>
        <w:t>53:28  system alag se koi cheez hai nahi to system ke khilaaf aap bolenge to phir insan ke</w:t>
      </w:r>
      <w:r>
        <w:br/>
      </w:r>
      <w:r>
        <w:rPr>
          <w:sz w:val="20"/>
        </w:rPr>
        <w:t>53:33  upar jayegi woh aur yeh bhi samajh lein ke kabhi bhi is duniya mein koi system ideal</w:t>
      </w:r>
      <w:r>
        <w:br/>
      </w:r>
      <w:r>
        <w:rPr>
          <w:sz w:val="20"/>
        </w:rPr>
        <w:t>53:38  nahi ho sakta impossible hai hatta ke jo islam ka jo golden period hai wahan bhi yeh bas</w:t>
      </w:r>
      <w:r>
        <w:br/>
      </w:r>
      <w:r>
        <w:rPr>
          <w:sz w:val="20"/>
        </w:rPr>
        <w:t>53:45  wajah ke wahan system jo tha bilkul ideal tha aisa nahi tha misaal ke taur par dekhiye ek</w:t>
      </w:r>
      <w:r>
        <w:br/>
      </w:r>
      <w:r>
        <w:rPr>
          <w:sz w:val="20"/>
        </w:rPr>
        <w:t>53:51  sahabi madine mein rasool Allah ke paas aata hai woh munh dar munh kehta hai ke wallah maadalta</w:t>
      </w:r>
      <w:r>
        <w:br/>
      </w:r>
      <w:r>
        <w:rPr>
          <w:sz w:val="20"/>
        </w:rPr>
        <w:t>54:00  Khuda ki qasam aap ne justice nahi kiya</w:t>
      </w:r>
      <w:r>
        <w:br/>
      </w:r>
      <w:r>
        <w:rPr>
          <w:sz w:val="20"/>
        </w:rPr>
        <w:t>54:04  to very that ideal system</w:t>
      </w:r>
      <w:r>
        <w:br/>
      </w:r>
      <w:r>
        <w:rPr>
          <w:sz w:val="20"/>
        </w:rPr>
        <w:t>54:07  to system par jo log bolte hain woh creation plan ke khilaaf bolte hain</w:t>
      </w:r>
      <w:r>
        <w:br/>
      </w:r>
      <w:r>
        <w:rPr>
          <w:sz w:val="20"/>
        </w:rPr>
        <w:t>54:15  jo Allah ka jo creation plan hai uske mutabiq jab duniya mein ideal system ban nahi sakta</w:t>
      </w:r>
      <w:r>
        <w:br/>
      </w:r>
      <w:r>
        <w:rPr>
          <w:sz w:val="20"/>
        </w:rPr>
        <w:t>54:20  ideal government government ban nahi sakti to aap ko wahan kya karna hai usko manage karna hai</w:t>
      </w:r>
      <w:r>
        <w:br/>
      </w:r>
      <w:r>
        <w:rPr>
          <w:sz w:val="20"/>
        </w:rPr>
        <w:t>54:27  jo problem aata hai usko manage kijiye shikayat karna usko todna uske khilaaf us ka</w:t>
      </w:r>
      <w:r>
        <w:br/>
      </w:r>
      <w:r>
        <w:rPr>
          <w:sz w:val="20"/>
        </w:rPr>
        <w:t>54:33  oppose karna hungama karna kuch bhi nahi hone wala uski misaal dekhiye aap Egypt mein Egypt mein</w:t>
      </w:r>
      <w:r>
        <w:br/>
      </w:r>
      <w:r>
        <w:rPr>
          <w:sz w:val="20"/>
        </w:rPr>
        <w:t>54:41  60 baras se system ke khilaaf lad rahe hain log aaj tak kuch bhi nahi hua kai naslein</w:t>
      </w:r>
      <w:r>
        <w:br/>
      </w:r>
      <w:r>
        <w:rPr>
          <w:sz w:val="20"/>
        </w:rPr>
        <w:t>54:46  khatm ho gayin aur tabahi tabahi hai</w:t>
      </w:r>
      <w:r>
        <w:br/>
      </w:r>
      <w:r>
        <w:rPr>
          <w:sz w:val="20"/>
        </w:rPr>
        <w:t>54:51  to system jo hai woh khud yani woh human phenomena hai insan se alag koi cheez nahi hai</w:t>
      </w:r>
    </w:p>
    <w:p>
      <w:pPr>
        <w:pStyle w:val="Heading2"/>
      </w:pPr>
      <w:r>
        <w:t>Overcoming self-doubt for intellectual development</w:t>
      </w:r>
    </w:p>
    <w:p>
      <w:r>
        <w:rPr>
          <w:color w:val="666666"/>
          <w:sz w:val="18"/>
        </w:rPr>
        <w:t>Other · Discovery of Paradise March 22, 2015 · 2m 25s · at 55:40 · https://youtu.be/2axrfd7sZkE?t=3340</w:t>
      </w:r>
    </w:p>
    <w:p>
      <w:r>
        <w:rPr>
          <w:i/>
        </w:rPr>
        <w:t>“Maulana, you said in today's talk that the biggest thing is intellectual development, which is so very true. But Maulana, many people have self-doubt, which is a hindrance to their intellectual development. How can they come out from this negative feeling of self-doubt? Please give your guidance.”</w:t>
      </w:r>
    </w:p>
    <w:p>
      <w:r>
        <w:rPr>
          <w:sz w:val="20"/>
        </w:rPr>
        <w:t>55:40  maulana, agla sawal mumbai se kya hai rashid sahib ne, aur unhon ne likha hai ke: "maulana, you said in today talk that the biggest thing is intellectual development, which is so very true,</w:t>
      </w:r>
      <w:r>
        <w:br/>
      </w:r>
      <w:r>
        <w:rPr>
          <w:sz w:val="20"/>
        </w:rPr>
        <w:t>55:56  but maulana, many people have self doubt, which is a hindrance to their intellectual development. how can they come out from this negative feeling of self doubt?</w:t>
      </w:r>
      <w:r>
        <w:br/>
      </w:r>
      <w:r>
        <w:rPr>
          <w:sz w:val="20"/>
        </w:rPr>
        <w:t>56:07  please give your guidance.</w:t>
      </w:r>
      <w:r>
        <w:br/>
      </w:r>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Query after reading Maulana's books</w:t>
      </w:r>
    </w:p>
    <w:p>
      <w:r>
        <w:rPr>
          <w:color w:val="666666"/>
          <w:sz w:val="18"/>
        </w:rPr>
        <w:t>Other · War and Peace August 28, 2016 Maulana Wahiduddin Khan · 3m 32s · at 1:03:36 · https://youtu.be/8ViacW5xI3w?t=3816</w:t>
      </w:r>
    </w:p>
    <w:p>
      <w:r>
        <w:rPr>
          <w:i/>
        </w:rPr>
        <w:t>“Maulana, I have read many of your books and I...”</w:t>
      </w:r>
    </w:p>
    <w:p>
      <w:r>
        <w:rPr>
          <w:sz w:val="20"/>
        </w:rPr>
        <w:t>1:03:36  maulana sahib, agla sawal bhejne wale ne apna na naam likha hai aur na location.</w:t>
      </w:r>
      <w:r>
        <w:br/>
      </w:r>
      <w:r>
        <w:rPr>
          <w:sz w:val="20"/>
        </w:rPr>
        <w:t>1:03:42  un ka sawal parhna chahenge.</w:t>
      </w:r>
      <w:r>
        <w:br/>
      </w:r>
      <w:r>
        <w:rPr>
          <w:sz w:val="20"/>
        </w:rPr>
        <w:t>1:03:45  un ka sawal hai: "maulana sahib, maine aap ki bahut sari book padhi hain aur mujhe is</w:t>
      </w:r>
      <w:r>
        <w:br/>
      </w:r>
      <w:r>
        <w:rPr>
          <w:sz w:val="20"/>
        </w:rPr>
        <w:t>1:03:53  se bahut sari baatein janne aur samajhne ka mauqa mila hai, par main aap se do sawalon ke</w:t>
      </w:r>
      <w:r>
        <w:br/>
      </w:r>
      <w:r>
        <w:rPr>
          <w:sz w:val="20"/>
        </w:rPr>
        <w:t>1:04:00  jawab chahti hoon jahan par mujhe doubt hota hai.</w:t>
      </w:r>
      <w:r>
        <w:br/>
      </w:r>
      <w:r>
        <w:rPr>
          <w:sz w:val="20"/>
        </w:rPr>
        <w:t>1:04:04  mera pehla sawal yeh hai ke ladkiyon ki shadi hona aur na hona kis se juda hota hai?</w:t>
      </w:r>
      <w:r>
        <w:br/>
      </w:r>
      <w:r>
        <w:rPr>
          <w:sz w:val="20"/>
        </w:rPr>
        <w:t>1:04:12  ladkiyon ke khud ki qismat se ya un ke parents ki wajah se? kya Allah ne insano ke</w:t>
      </w:r>
      <w:r>
        <w:br/>
      </w:r>
      <w:r>
        <w:rPr>
          <w:sz w:val="20"/>
        </w:rPr>
        <w:t>1:04:20  jore pehle hi muqarrar kar diye hain ya duniya mein ise dhoonda jata hai? is ke bare mein</w:t>
      </w:r>
      <w:r>
        <w:br/>
      </w:r>
      <w:r>
        <w:rPr>
          <w:sz w:val="20"/>
        </w:rPr>
        <w:t>1:04:27  batayen." agar aap dilli mein rehte hon to aap hamare office aajayen, tab bataunga main aap ko</w:t>
      </w:r>
      <w:r>
        <w:br/>
      </w:r>
      <w:r>
        <w:rPr>
          <w:sz w:val="20"/>
        </w:rPr>
        <w:t>1:04:35  kyunki yeh personal question hai.</w:t>
      </w:r>
      <w:r>
        <w:br/>
      </w:r>
      <w:r>
        <w:rPr>
          <w:sz w:val="20"/>
        </w:rPr>
        <w:t>1:04:37  agar aap dilli mein na rehte hon to agle sunday ko kijiye dobara, phir main jawab dunga.</w:t>
      </w:r>
      <w:r>
        <w:br/>
      </w:r>
      <w:r>
        <w:rPr>
          <w:sz w:val="20"/>
        </w:rPr>
        <w:t>1:04:45  dilli mein rehte hain to aap hamare office mein aajayen aur nahi to phir repeat kijiye agle sunday</w:t>
      </w:r>
      <w:r>
        <w:br/>
      </w:r>
      <w:r>
        <w:rPr>
          <w:sz w:val="20"/>
        </w:rPr>
        <w:t>1:04:53  ko.</w:t>
      </w:r>
      <w:r>
        <w:br/>
      </w:r>
      <w:r>
        <w:rPr>
          <w:sz w:val="20"/>
        </w:rPr>
        <w:t>1:04:54  maulana, unhon ne aap se yeh bhi poocha hai ke islam mein wazifa karne ka kya tareeqa hai?</w:t>
      </w:r>
      <w:r>
        <w:br/>
      </w:r>
      <w:r>
        <w:rPr>
          <w:sz w:val="20"/>
        </w:rPr>
        <w:t>1:05:02  wazifa karna kya sahi hai? islam mein wazifa nahi hai, yeh to soofi logon ne, yani ijad kiya</w:t>
      </w:r>
      <w:r>
        <w:br/>
      </w:r>
      <w:r>
        <w:rPr>
          <w:sz w:val="20"/>
        </w:rPr>
        <w:t>1:05:10  hai.</w:t>
      </w:r>
      <w:r>
        <w:br/>
      </w:r>
      <w:r>
        <w:rPr>
          <w:sz w:val="20"/>
        </w:rPr>
        <w:t>1:05:11  to soofi log is ko bahut mufeed samajhte hain, to theek hai, woh faida hota hoga jo log</w:t>
      </w:r>
      <w:r>
        <w:br/>
      </w:r>
      <w:r>
        <w:rPr>
          <w:sz w:val="20"/>
        </w:rPr>
        <w:t>1:05:19  karte honge.</w:t>
      </w:r>
      <w:r>
        <w:br/>
      </w:r>
      <w:r>
        <w:rPr>
          <w:sz w:val="20"/>
        </w:rPr>
        <w:t>1:05:20  mera tareeqa to wazifa nahi hai, tadabbur hai.</w:t>
      </w:r>
      <w:r>
        <w:br/>
      </w:r>
      <w:r>
        <w:rPr>
          <w:sz w:val="20"/>
        </w:rPr>
        <w:t>1:05:24  hamara jo tareeqa hai, woh tadabbur hai, contemplation, ghor o fikr.</w:t>
      </w:r>
      <w:r>
        <w:br/>
      </w:r>
      <w:r>
        <w:rPr>
          <w:sz w:val="20"/>
        </w:rPr>
        <w:t>1:05:28  wazifa kehte hain dhyan, gyan ko.</w:t>
      </w:r>
      <w:r>
        <w:br/>
      </w:r>
      <w:r>
        <w:rPr>
          <w:sz w:val="20"/>
        </w:rPr>
        <w:t>1:05:31  agar wazifa jo hai, woh meditation par base karta hai to soofi log meditation ko batate hain.</w:t>
      </w:r>
      <w:r>
        <w:br/>
      </w:r>
      <w:r>
        <w:rPr>
          <w:sz w:val="20"/>
        </w:rPr>
        <w:t>1:05:38  to ho sakta hai is mein se faida ho, lekin main zaati taur par contemplation ko manta hoon,</w:t>
      </w:r>
      <w:r>
        <w:br/>
      </w:r>
      <w:r>
        <w:rPr>
          <w:sz w:val="20"/>
        </w:rPr>
        <w:t>1:05:46  jo tadabbur par mabni hota hai.</w:t>
      </w:r>
      <w:r>
        <w:br/>
      </w:r>
      <w:r>
        <w:rPr>
          <w:sz w:val="20"/>
        </w:rPr>
        <w:t>1:05:49  aap ko jo suit kare, us par amal ki jiye, aap ke apne tajrube ke mutabiq.</w:t>
      </w:r>
      <w:r>
        <w:br/>
      </w:r>
      <w:r>
        <w:rPr>
          <w:sz w:val="20"/>
        </w:rPr>
        <w:t>1:05:55  Okay, we will end this session now.</w:t>
      </w:r>
      <w:r>
        <w:br/>
      </w:r>
      <w:r>
        <w:rPr>
          <w:sz w:val="20"/>
        </w:rPr>
        <w:t>1:05:58  If you want to join CPS International or you want to become a Quran distributor in your area,</w:t>
      </w:r>
      <w:r>
        <w:br/>
      </w:r>
      <w:r>
        <w:rPr>
          <w:sz w:val="20"/>
        </w:rPr>
        <w:t>1:06:06  then write to us at info@cpsglobal.org.</w:t>
      </w:r>
      <w:r>
        <w:br/>
      </w:r>
      <w:r>
        <w:rPr>
          <w:sz w:val="20"/>
        </w:rPr>
        <w:t>1:06:08  Thank you.</w:t>
      </w:r>
    </w:p>
    <w:p>
      <w:pPr>
        <w:pStyle w:val="Heading2"/>
      </w:pPr>
      <w:r>
        <w:t>Question about losing the first something</w:t>
      </w:r>
    </w:p>
    <w:p>
      <w:r>
        <w:rPr>
          <w:color w:val="666666"/>
          <w:sz w:val="18"/>
        </w:rPr>
        <w:t>Other · Dars-e-Quran, Chapter 2, Verse 37 | January  07, 2018 · 3m 09s · at 59:22 · https://youtu.be/ao6Cr57KuEM?t=3562</w:t>
      </w:r>
    </w:p>
    <w:p>
      <w:r>
        <w:rPr>
          <w:i/>
        </w:rPr>
        <w:t>“Is it right to say that when we have lost the first [something]?”</w:t>
      </w:r>
    </w:p>
    <w:p>
      <w:r>
        <w:rPr>
          <w:sz w:val="20"/>
        </w:rPr>
        <w:t>59:22  maulana, agla sawal kashmir se bheja hai raja</w:t>
      </w:r>
      <w:r>
        <w:br/>
      </w:r>
      <w:r>
        <w:rPr>
          <w:sz w:val="20"/>
        </w:rPr>
        <w:t>59:29  nisar sahib ne.</w:t>
      </w:r>
      <w:r>
        <w:br/>
      </w:r>
      <w:r>
        <w:rPr>
          <w:sz w:val="20"/>
        </w:rPr>
        <w:t>59:40  انہوں نے لکھا ہے: "مولانا صاحب، is it right to say that when we have lost the first</w:t>
      </w:r>
      <w:r>
        <w:br/>
      </w:r>
      <w:r>
        <w:rPr>
          <w:sz w:val="20"/>
        </w:rPr>
        <w:t>59:50  chance and after that we do self discovery, then that would lead to tauba nasuh? haan, nasuh ji. haan,</w:t>
      </w:r>
      <w:r>
        <w:br/>
      </w:r>
      <w:r>
        <w:rPr>
          <w:sz w:val="20"/>
        </w:rPr>
        <w:t>1:00:00  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r>
        <w:br/>
      </w:r>
      <w:r>
        <w:rPr>
          <w:sz w:val="20"/>
        </w:rPr>
        <w:t>1:00:30  a U-turn from the wrong direction?" Bhai, mera jo experience hai zindagi ka, woh toh yahi hai.</w:t>
      </w:r>
      <w:r>
        <w:br/>
      </w:r>
      <w:r>
        <w:rPr>
          <w:sz w:val="20"/>
        </w:rPr>
        <w:t>1:00:36  اگر آپ یہ جانیں کہ I was right تو یہ کوئی بڑی بات نہیں ہے۔</w:t>
      </w:r>
      <w:r>
        <w:br/>
      </w:r>
      <w:r>
        <w:rPr>
          <w:sz w:val="20"/>
        </w:rPr>
        <w:t>1:00:42  بڑی بات یہ ہے کہ آپ یہ جانیں کہ I was wrong.</w:t>
      </w:r>
      <w:r>
        <w:br/>
      </w:r>
      <w:r>
        <w:rPr>
          <w:sz w:val="20"/>
        </w:rPr>
        <w:t>1:00:48  kyunke i was wrong se band darwaze khulte hain, aur i was right kehne se to koi darwaza</w:t>
      </w:r>
      <w:r>
        <w:br/>
      </w:r>
      <w:r>
        <w:rPr>
          <w:sz w:val="20"/>
        </w:rPr>
        <w:t>1:00:54  nahin khulta, waise hi khuli</w:t>
      </w:r>
      <w:r>
        <w:br/>
      </w:r>
      <w:r>
        <w:rPr>
          <w:sz w:val="20"/>
        </w:rPr>
        <w:t>1:01:00  rehta hai.</w:t>
      </w:r>
      <w:r>
        <w:br/>
      </w:r>
      <w:r>
        <w:rPr>
          <w:sz w:val="20"/>
        </w:rPr>
        <w:t>1:01:05  jo band hai, woh band hai.</w:t>
      </w:r>
      <w:r>
        <w:br/>
      </w:r>
      <w:r>
        <w:rPr>
          <w:sz w:val="20"/>
        </w:rPr>
        <w:t>1:01:10  یعنی اب I was right کہنے سے آپ جہاں ہیں، وہیں رہتے ہیں۔</w:t>
      </w:r>
      <w:r>
        <w:br/>
      </w:r>
      <w:r>
        <w:rPr>
          <w:sz w:val="20"/>
        </w:rPr>
        <w:t>1:01:15  lekin i was wrong kehne se aap ke liye naye rishte, naye darwaze khulte hain.</w:t>
      </w:r>
      <w:r>
        <w:br/>
      </w:r>
      <w:r>
        <w:rPr>
          <w:sz w:val="20"/>
        </w:rPr>
        <w:t>1:01:20  yeh to bahut zyada badi cheez hai, i was wrong kehna.</w:t>
      </w:r>
      <w:r>
        <w:br/>
      </w:r>
      <w:r>
        <w:rPr>
          <w:sz w:val="20"/>
        </w:rPr>
        <w:t>1:01:25  ji maulana shad hussain sahib ne kashmir se comment bheja hai, unhon ne likha hai</w:t>
      </w:r>
      <w:r>
        <w:br/>
      </w:r>
      <w:r>
        <w:rPr>
          <w:sz w:val="20"/>
        </w:rPr>
        <w:t>1:01:30  : "A great secret of personality building has been expounded.</w:t>
      </w:r>
      <w:r>
        <w:br/>
      </w:r>
      <w:r>
        <w:rPr>
          <w:sz w:val="20"/>
        </w:rPr>
        <w:t>1:01:36  Repentance opens door for intellectual development.</w:t>
      </w:r>
      <w:r>
        <w:br/>
      </w:r>
      <w:r>
        <w:rPr>
          <w:sz w:val="20"/>
        </w:rPr>
        <w:t>1:01:41  It is returning to the path of truth, which leads to paradise.</w:t>
      </w:r>
      <w:r>
        <w:br/>
      </w:r>
      <w:r>
        <w:rPr>
          <w:sz w:val="20"/>
        </w:rPr>
        <w:t>1:01:46  This second chance is the only way for salvation.</w:t>
      </w:r>
      <w:r>
        <w:br/>
      </w:r>
      <w:r>
        <w:rPr>
          <w:sz w:val="20"/>
        </w:rPr>
        <w:t>1:01:51  This is a great discovery, which has enlightened us.</w:t>
      </w:r>
      <w:r>
        <w:br/>
      </w:r>
      <w:r>
        <w:rPr>
          <w:sz w:val="20"/>
        </w:rPr>
        <w:t>1:01:56  we are indebted to Maulana sahib.</w:t>
      </w:r>
      <w:r>
        <w:br/>
      </w:r>
      <w:r>
        <w:rPr>
          <w:sz w:val="20"/>
        </w:rPr>
        <w:t>1:02:01  طارق جوہر صاحب نے کشمیر سے لکھا ہے: "Ego leads to intellectual stagnation, while wisdom leads us to</w:t>
      </w:r>
      <w:r>
        <w:br/>
      </w:r>
      <w:r>
        <w:rPr>
          <w:sz w:val="20"/>
        </w:rPr>
        <w:t>1:02:11  intellectual exploration." Qazi Nisar Saheb has written from Rajouri: "Maulana's interpretation of repentance is unique and thought</w:t>
      </w:r>
      <w:r>
        <w:br/>
      </w:r>
      <w:r>
        <w:rPr>
          <w:sz w:val="20"/>
        </w:rPr>
        <w:t>1:02:21  provoking, and is sufficient to start a new life with</w:t>
      </w:r>
    </w:p>
    <w:p>
      <w:pPr>
        <w:pStyle w:val="Heading2"/>
      </w:pPr>
      <w:r>
        <w:t>Question about microbiologist's radio mention</w:t>
      </w:r>
    </w:p>
    <w:p>
      <w:r>
        <w:rPr>
          <w:color w:val="666666"/>
          <w:sz w:val="18"/>
        </w:rPr>
        <w:t>Other · Purpose Of Human Life -12th Feb. '12 · 2m 12s · at 1:17:39 · https://youtu.be/TCGYvGJHf7w?t=4659</w:t>
      </w:r>
    </w:p>
    <w:p>
      <w:r>
        <w:rPr>
          <w:i/>
        </w:rPr>
        <w:t>“Maulana صاحب, I was listening to a microbiologist on the radio and he mentioned”</w:t>
      </w:r>
    </w:p>
    <w:p>
      <w:r>
        <w:rPr>
          <w:sz w:val="20"/>
        </w:rPr>
        <w:t>1:17:39  Maulana, agla sawal hai America se. Dr.</w:t>
      </w:r>
      <w:r>
        <w:br/>
      </w:r>
      <w:r>
        <w:rPr>
          <w:sz w:val="20"/>
        </w:rPr>
        <w:t>1:17:43  Irfaan Umar ka.</w:t>
      </w:r>
      <w:r>
        <w:br/>
      </w:r>
      <w:r>
        <w:rPr>
          <w:sz w:val="20"/>
        </w:rPr>
        <w:t>1:17:48  unhon ne likha hai: "Maulana sahib, I was listening to a microbiologist on the radio and he mentioned</w:t>
      </w:r>
      <w:r>
        <w:br/>
      </w:r>
      <w:r>
        <w:rPr>
          <w:sz w:val="20"/>
        </w:rPr>
        <w:t>1:17:53  that when a harmful germ or virus enters our body, these so-called antibodies are immediately activated to protect</w:t>
      </w:r>
      <w:r>
        <w:br/>
      </w:r>
      <w:r>
        <w:rPr>
          <w:sz w:val="20"/>
        </w:rPr>
        <w:t>1:17:58  us from the harmful germs.</w:t>
      </w:r>
      <w:r>
        <w:br/>
      </w:r>
      <w:r>
        <w:rPr>
          <w:sz w:val="20"/>
        </w:rPr>
        <w:t>1:18:03  The language the scientist used was very spiritual.</w:t>
      </w:r>
      <w:r>
        <w:br/>
      </w:r>
      <w:r>
        <w:rPr>
          <w:sz w:val="20"/>
        </w:rPr>
        <w:t>1:18:08  He said that the antibodies can at once distinguish between self and non-self.</w:t>
      </w:r>
      <w:r>
        <w:br/>
      </w:r>
      <w:r>
        <w:rPr>
          <w:sz w:val="20"/>
        </w:rPr>
        <w:t>1:18:13  "Bahut achha point hai yeh. Main sochta hoon. Aur mujhe aisa lagta hai ke hamare jitne log CPS mein jude hue hain, un sab mein yeh phenomena dekha ja sakta hai. Aur waqai unke andar koi cheez hai jo unko andar se active bana diya. Main jaata hoon, jaise kal bhi gaya tha. Toh main khud toh kuch nahi karta. Lekin yeh hamare saathi jo hain, Quran ko lekar, in literature ko lekar, deewar-e-akhbaar dakhil ho jaate hain gathering mein aur logon ko pahunchate hain. Khud apne apni zaati spirit se karte hain woh. Is mein hamara koi dakhal nahi. Na is mein koi material interest hai. Har aadmi ka apna job hai, har aadmi ka apna business hai. Koi is mission se usko kuch lena dena nahi hai, materials hain is mein. Lekin har aadmi harkat mein hai. Main sochta hoon is ko yeh cheez explain karti hai jo Dr. Irfan sahib ne kaha ke shayad isi tarah ki koi baat hoti hogi da'wa spirit ki shakal mein jo in logon ko mutharrik kiye hue ho.</w:t>
      </w:r>
      <w:r>
        <w:br/>
      </w:r>
      <w:r>
        <w:rPr>
          <w:sz w:val="20"/>
        </w:rPr>
        <w:t>1:18:26  " bohat acha point hai yeh.</w:t>
      </w:r>
      <w:r>
        <w:br/>
      </w:r>
      <w:r>
        <w:rPr>
          <w:sz w:val="20"/>
        </w:rPr>
        <w:t>1:18:30  main sochta hoon.</w:t>
      </w:r>
      <w:r>
        <w:br/>
      </w:r>
      <w:r>
        <w:rPr>
          <w:sz w:val="20"/>
        </w:rPr>
        <w:t>1:18:35  aur mujhe aisa lagta hai ke hamare jitne log CPS mein jude hue hain, un sab</w:t>
      </w:r>
      <w:r>
        <w:br/>
      </w:r>
      <w:r>
        <w:rPr>
          <w:sz w:val="20"/>
        </w:rPr>
        <w:t>1:18:40  mein yeh phenomena dekha ja sakta hai.</w:t>
      </w:r>
      <w:r>
        <w:br/>
      </w:r>
      <w:r>
        <w:rPr>
          <w:sz w:val="20"/>
        </w:rPr>
        <w:t>1:18:45  aur waqai un ke andar koi cheez hai jo un ko andar se active bana diya.</w:t>
      </w:r>
      <w:r>
        <w:br/>
      </w:r>
      <w:r>
        <w:rPr>
          <w:sz w:val="20"/>
        </w:rPr>
        <w:t>1:18:49  main jata hoon, jaise kal bhi gaya tha.</w:t>
      </w:r>
      <w:r>
        <w:br/>
      </w:r>
      <w:r>
        <w:rPr>
          <w:sz w:val="20"/>
        </w:rPr>
        <w:t>1:18:54  to mein khud to kuch nahi karta.</w:t>
      </w:r>
      <w:r>
        <w:br/>
      </w:r>
      <w:r>
        <w:rPr>
          <w:sz w:val="20"/>
        </w:rPr>
        <w:t>1:18:59  lekin yeh hamare saathi jo hain, quran ko le kar, in literature ko le kar, deewar-e-akhbar dakhil</w:t>
      </w:r>
      <w:r>
        <w:br/>
      </w:r>
      <w:r>
        <w:rPr>
          <w:sz w:val="20"/>
        </w:rPr>
        <w:t>1:19:04  ho jate hain gathering mein aur logon ko pohnchate hain.</w:t>
      </w:r>
      <w:r>
        <w:br/>
      </w:r>
      <w:r>
        <w:rPr>
          <w:sz w:val="20"/>
        </w:rPr>
        <w:t>1:19:08  khud apne apni zaati spirit se karte hain woh.</w:t>
      </w:r>
      <w:r>
        <w:br/>
      </w:r>
      <w:r>
        <w:rPr>
          <w:sz w:val="20"/>
        </w:rPr>
        <w:t>1:19:13  is mein hamara koi dakhal nahi.</w:t>
      </w:r>
      <w:r>
        <w:br/>
      </w:r>
      <w:r>
        <w:rPr>
          <w:sz w:val="20"/>
        </w:rPr>
        <w:t>1:19:18  na is mein koi material interest hai.</w:t>
      </w:r>
      <w:r>
        <w:br/>
      </w:r>
      <w:r>
        <w:rPr>
          <w:sz w:val="20"/>
        </w:rPr>
        <w:t>1:19:23  har aadmi ka apna job hai, har aadmi ka apna business hai.</w:t>
      </w:r>
      <w:r>
        <w:br/>
      </w:r>
      <w:r>
        <w:rPr>
          <w:sz w:val="20"/>
        </w:rPr>
        <w:t>1:19:27  koi is mission se is ko kuch lena dena nahi hai, materials hain is mein.</w:t>
      </w:r>
      <w:r>
        <w:br/>
      </w:r>
      <w:r>
        <w:rPr>
          <w:sz w:val="20"/>
        </w:rPr>
        <w:t>1:19:32  lekin har aadmi harkat mein hai.</w:t>
      </w:r>
      <w:r>
        <w:br/>
      </w:r>
      <w:r>
        <w:rPr>
          <w:sz w:val="20"/>
        </w:rPr>
        <w:t>1:19:37  mein sochta hoon is ko yeh cheez explain karti hai jo Dr.</w:t>
      </w:r>
      <w:r>
        <w:br/>
      </w:r>
      <w:r>
        <w:rPr>
          <w:sz w:val="20"/>
        </w:rPr>
        <w:t>1:19:42  irfan sahib ne kaha ke shayad isi tarah ki koi baat hoti hogi daawa spirit ki shakal mein</w:t>
      </w:r>
      <w:r>
        <w:br/>
      </w:r>
      <w:r>
        <w:rPr>
          <w:sz w:val="20"/>
        </w:rPr>
        <w:t>1:19:46  jo un logon ko mutharrik ki hui ho.</w:t>
      </w:r>
    </w:p>
    <w:p>
      <w:pPr>
        <w:pStyle w:val="Heading2"/>
      </w:pPr>
      <w:r>
        <w:t>Question from Maulana Iqbal Umari</w:t>
      </w:r>
    </w:p>
    <w:p>
      <w:r>
        <w:rPr>
          <w:color w:val="666666"/>
          <w:sz w:val="18"/>
        </w:rPr>
        <w:t>Other · 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2"/>
      </w:pPr>
      <w:r>
        <w:t>Scientific basis for calling lift incident excavation</w:t>
      </w:r>
    </w:p>
    <w:p>
      <w:r>
        <w:rPr>
          <w:color w:val="666666"/>
          <w:sz w:val="18"/>
        </w:rPr>
        <w:t>Other · Discovering God June 30, 2019 Maulana Wahiduddin Khan · 2m 39s · at 43:33 · https://youtu.be/Yt1-eX7XzYU?t=2613</w:t>
      </w:r>
    </w:p>
    <w:p>
      <w:r>
        <w:rPr>
          <w:i/>
        </w:rPr>
        <w:t>“The lift getting stuck is a human incident, but how can calling it a total excavation event be scientific? Please explain further.”</w:t>
      </w:r>
    </w:p>
    <w:p>
      <w:r>
        <w:rPr>
          <w:sz w:val="20"/>
        </w:rPr>
        <w:t>43:33  maulana, kuch un ka ek aur sawal hai. maulana, unho ne likha hai:</w:t>
      </w:r>
      <w:r>
        <w:br/>
      </w:r>
      <w:r>
        <w:rPr>
          <w:sz w:val="20"/>
        </w:rPr>
        <w:t>43:41  "maulana, lift ka lagna ek insani waqia hai, magar is ko total khodai waqia kehna kaise scientific ho sakta hai?</w:t>
      </w:r>
      <w:r>
        <w:br/>
      </w:r>
      <w:r>
        <w:rPr>
          <w:sz w:val="20"/>
        </w:rPr>
        <w:t>43:51  is ki mazeed wazahat karen." dekhiye, jo log mere sathi hain, woh jante hain ke lift kaise lagi.</w:t>
      </w:r>
      <w:r>
        <w:br/>
      </w:r>
      <w:r>
        <w:rPr>
          <w:sz w:val="20"/>
        </w:rPr>
        <w:t>44:01  mein ne kabhi socha bhi nahi tha, mere sathiyon ne kabhi socha bhi nahi tha, aur bilkul unexpected tor par lift lag gayi.</w:t>
      </w:r>
      <w:r>
        <w:br/>
      </w:r>
      <w:r>
        <w:rPr>
          <w:sz w:val="20"/>
        </w:rPr>
        <w:t>44:13  yani itna zyada</w:t>
      </w:r>
      <w:r>
        <w:br/>
      </w:r>
      <w:r>
        <w:rPr>
          <w:sz w:val="20"/>
        </w:rPr>
        <w:t>44:17  is mein, yani unexpected thi yeh kahani. aap pooch lijiye jo log is mein involve hain un se ke kabhi aap ne socha bhi nahi tha ke lift lage gi,</w:t>
      </w:r>
      <w:r>
        <w:br/>
      </w:r>
      <w:r>
        <w:rPr>
          <w:sz w:val="20"/>
        </w:rPr>
        <w:t>44:35  aur lag gayi to Allah ne asbab paida kiye. hum hamara jo lift lagi hai na, woh aisa nahi hua ke koi sahib</w:t>
      </w:r>
      <w:r>
        <w:br/>
      </w:r>
      <w:r>
        <w:rPr>
          <w:sz w:val="20"/>
        </w:rPr>
        <w:t>44:52  jate hain kisi paise wale ke haan aur us se kehte hain ke bhai hamara lift nahi hai, lift lagwa do.</w:t>
      </w:r>
      <w:r>
        <w:br/>
      </w:r>
      <w:r>
        <w:rPr>
          <w:sz w:val="20"/>
        </w:rPr>
        <w:t>45:02  aur ek kehta hai ke detail lao, sab process chalta hai. to kya hota hai?</w:t>
      </w:r>
      <w:r>
        <w:br/>
      </w:r>
      <w:r>
        <w:rPr>
          <w:sz w:val="20"/>
        </w:rPr>
        <w:t>45:10  kya hota hai? hamare haan jo lift lagi hai, is mein koi bhi na darkhwast hai, na koi process hai, bilkul hi unexpected tor par lagi hai.</w:t>
      </w:r>
      <w:r>
        <w:br/>
      </w:r>
      <w:r>
        <w:rPr>
          <w:sz w:val="20"/>
        </w:rPr>
        <w:t>45:26  woh to jab unexpected tor par lagi hai to zahir hai ke phir is ka kuch hona chahiye. to wahi hai jaise yani phal mein mithas hai to koi mithas dene wala hona chahiye, to woh creator hai.</w:t>
      </w:r>
      <w:r>
        <w:br/>
      </w:r>
      <w:r>
        <w:rPr>
          <w:sz w:val="20"/>
        </w:rPr>
        <w:t>45:54  jo log bhi is lift mein involve rahe hain, aap un se pooch lijiye ke kya unho ne kabhi socha tha?</w:t>
      </w:r>
      <w:r>
        <w:br/>
      </w:r>
      <w:r>
        <w:rPr>
          <w:sz w:val="20"/>
        </w:rPr>
        <w:t>46:07  aap ko khud is ka jawab mil jaye ga.</w:t>
      </w:r>
    </w:p>
    <w:p>
      <w:pPr>
        <w:pStyle w:val="Heading2"/>
      </w:pPr>
      <w:r>
        <w:t>Separation of religion and politics</w:t>
      </w:r>
    </w:p>
    <w:p>
      <w:r>
        <w:rPr>
          <w:color w:val="666666"/>
          <w:sz w:val="18"/>
        </w:rPr>
        <w:t>Other · Sahaba and Muhaddithin 24th June 2012 - Maulana Wahiduddin Khan · 2m 32s · at 1:05:22 · https://youtu.be/tUPo7MI0Bdo?t=3922</w:t>
      </w:r>
    </w:p>
    <w:p>
      <w:r>
        <w:rPr>
          <w:i/>
        </w:rPr>
        <w:t>“Differentiating between religion and politics is considered an incomplete concept of religion. Why is that?”</w:t>
      </w:r>
    </w:p>
    <w:p>
      <w:r>
        <w:rPr>
          <w:sz w:val="20"/>
        </w:rPr>
        <w:t>1:05:22  molana, agla sawal tamil nadu se hai, molana iqbal umri sahib ka. unhon ne likha hai: "mazhab aur siyasat mein farq karne ko</w:t>
      </w:r>
      <w:r>
        <w:br/>
      </w:r>
      <w:r>
        <w:rPr>
          <w:sz w:val="20"/>
        </w:rPr>
        <w:t>1:05:32  deen ka naqis tasawwur samjha jata hai, aisa kyun?" yeh to bilkul mein samajhta hoon ke yani batil tasawwur hai jis ka islam mein koi bhi reference maujood nahi.</w:t>
      </w:r>
      <w:r>
        <w:br/>
      </w:r>
      <w:r>
        <w:rPr>
          <w:sz w:val="20"/>
        </w:rPr>
        <w:t>1:05:52  bilashuba deen alag hai aur siyasat alag hai, is mein koi shakk nahi.</w:t>
      </w:r>
      <w:r>
        <w:br/>
      </w:r>
      <w:r>
        <w:rPr>
          <w:sz w:val="20"/>
        </w:rPr>
        <w:t>1:06:01  dekhein, islam ke mutabiq</w:t>
      </w:r>
      <w:r>
        <w:br/>
      </w:r>
      <w:r>
        <w:rPr>
          <w:sz w:val="20"/>
        </w:rPr>
        <w:t>1:06:08  deen ki taleemat jo hain, woh hoti hain according to the situation. ittaqullah wa ma istata'tum to jahan tak apni zaat ka ta'alluq hai, har waqt hamare bas mein hai ke apni zaat ke aitbar se hum</w:t>
      </w:r>
      <w:r>
        <w:br/>
      </w:r>
      <w:r>
        <w:rPr>
          <w:sz w:val="20"/>
        </w:rPr>
        <w:t>1:06:25  deen ko ikhtiyar karein. yani is mein hamein koi excuse nahi ho sakta hai zaat ke aitbar se. lekin jab aata hai muamla society ka, mujtama ka, to wahan doosre logon ki rai ke mutabiq kaam karna pare ga.</w:t>
      </w:r>
      <w:r>
        <w:br/>
      </w:r>
      <w:r>
        <w:rPr>
          <w:sz w:val="20"/>
        </w:rPr>
        <w:t>1:06:45  yeh nahi hai ke aap impose kar dein un ke upar.</w:t>
      </w:r>
      <w:r>
        <w:br/>
      </w:r>
      <w:r>
        <w:rPr>
          <w:sz w:val="20"/>
        </w:rPr>
        <w:t>1:06:48  inaam ki baat hai, impose karein ge to impose nahi hoga. to hukoomat ka ki noiyat hi alag hai, hukoomat ki bilkul noiyat alag hai.</w:t>
      </w:r>
      <w:r>
        <w:br/>
      </w:r>
      <w:r>
        <w:rPr>
          <w:sz w:val="20"/>
        </w:rPr>
        <w:t>1:07:00  hukumat ka mamla yeh hai ke jaise halaat, waisi hukumat. Hadees mein aata hai ke</w:t>
      </w:r>
      <w:r>
        <w:br/>
      </w:r>
      <w:r>
        <w:rPr>
          <w:sz w:val="20"/>
        </w:rPr>
        <w:t>1:07:06  kama takoonoon kazalik yool aleikum jaise tum ho gaye, waise hukmaran ho gaye. Yani hukumat ubharti hai mujtama se, yani social condition se.</w:t>
      </w:r>
      <w:r>
        <w:br/>
      </w:r>
      <w:r>
        <w:rPr>
          <w:sz w:val="20"/>
        </w:rPr>
        <w:t>1:07:18  lekin inforadi jo deen hai, woh toh har waqt aap ikhtiyar karte rehte hain. Toh jo log dono taqazon ko ek kar ke kehte hain ke Islam mukammal nizam hai, woh bilashuba baatil boli bolte hain.</w:t>
      </w:r>
      <w:r>
        <w:br/>
      </w:r>
      <w:r>
        <w:rPr>
          <w:sz w:val="20"/>
        </w:rPr>
        <w:t>1:07:29  aur Islam mein tashaddud jo aa gaya hai, isi liye aa gaya hai.</w:t>
      </w:r>
      <w:r>
        <w:br/>
      </w:r>
      <w:r>
        <w:rPr>
          <w:sz w:val="20"/>
        </w:rPr>
        <w:t>1:07:33  tashaddud jo aa gaya hai Islam mein, barah-e-raast zimmedar hain woh log kis ke jinho ne yeh naarah diya ke Islam mukammal nizam hai. Is ko mein bilashuba baatil samajhta hoon.</w:t>
      </w:r>
      <w:r>
        <w:br/>
      </w:r>
      <w:r>
        <w:rPr>
          <w:sz w:val="20"/>
        </w:rPr>
        <w:t>1:07:45  toh meri bohat si kitabein hain, aap padh lijiye: Tabeer-e-Ghalati, Deen aur Shariat, Al-Islam waghera.</w:t>
      </w:r>
    </w:p>
    <w:p>
      <w:pPr>
        <w:pStyle w:val="Heading2"/>
      </w:pPr>
      <w:r>
        <w:t>Sharing a dream about a Hindu boss</w:t>
      </w:r>
    </w:p>
    <w:p>
      <w:r>
        <w:rPr>
          <w:color w:val="666666"/>
          <w:sz w:val="18"/>
        </w:rPr>
        <w:t>Other · Replanning | February 26, 2017 · 2m 32s · at 59:17 · https://youtu.be/E120hwMH9x8?t=3557</w:t>
      </w:r>
    </w:p>
    <w:p>
      <w:r>
        <w:rPr>
          <w:i/>
        </w:rPr>
        <w:t>“I want to share a dream with you which a friend of mine told me about. Her boss who is a Hindu had a dream he saw that...”</w:t>
      </w:r>
    </w:p>
    <w:p>
      <w:r>
        <w:rPr>
          <w:sz w:val="20"/>
        </w:rPr>
        <w:t>59:17  sahee baat hai bohat sahee kaha aap ne jazaak Allah Maulana agla sawal Miss Gulzeeba Ahmed ka hai</w:t>
      </w:r>
      <w:r>
        <w:br/>
      </w:r>
      <w:r>
        <w:rPr>
          <w:sz w:val="20"/>
        </w:rPr>
        <w:t>59:25  USA se unhon ne likha hai I want to share a dream with you which a</w:t>
      </w:r>
      <w:r>
        <w:br/>
      </w:r>
      <w:r>
        <w:rPr>
          <w:sz w:val="20"/>
        </w:rPr>
        <w:t>59:32  friend of mine told me about her boss who is a Hindu had a dream he saw that</w:t>
      </w:r>
      <w:r>
        <w:br/>
      </w:r>
      <w:r>
        <w:rPr>
          <w:sz w:val="20"/>
        </w:rPr>
        <w:t>59:40  world is ending everywhere is a disaster buildings are falling he is very thirsty and he reaches a</w:t>
      </w:r>
      <w:r>
        <w:br/>
      </w:r>
      <w:r>
        <w:rPr>
          <w:sz w:val="20"/>
        </w:rPr>
        <w:t>59:50  house belonging to a Muslim he asked for water but the Muslim refused to give him any water</w:t>
      </w:r>
      <w:r>
        <w:br/>
      </w:r>
      <w:r>
        <w:rPr>
          <w:sz w:val="20"/>
        </w:rPr>
        <w:t>1:00:00  he woke upright after that Maulana what is your interpretation of this dream</w:t>
      </w:r>
      <w:r>
        <w:br/>
      </w:r>
      <w:r>
        <w:rPr>
          <w:sz w:val="20"/>
        </w:rPr>
        <w:t>1:00:10  dekhiye yeh dream bilkul khula hua hai woh water nahi mang raha tha water to kahin bhi mil sakta tha road par woh keh raha tha ke khaliq ka kya message hai batao mujh ko creator ka kya paigham hai batao mujh ko yani woh Quran mang raha tha Quran ya</w:t>
      </w:r>
      <w:r>
        <w:br/>
      </w:r>
      <w:r>
        <w:rPr>
          <w:sz w:val="20"/>
        </w:rPr>
        <w:t>1:00:40  Allah ne Musalmanon ko warning di hai warning tum ko agar tumhare paas pani hai aur tum pyason</w:t>
      </w:r>
      <w:r>
        <w:br/>
      </w:r>
      <w:r>
        <w:rPr>
          <w:sz w:val="20"/>
        </w:rPr>
        <w:t>1:00:51  ko lutao to socho ke tumhara kya anjam hoga aakhirat mein main sochta hoon ke yeh yeh warning</w:t>
      </w:r>
      <w:r>
        <w:br/>
      </w:r>
      <w:r>
        <w:rPr>
          <w:sz w:val="20"/>
        </w:rPr>
        <w:t>1:01:01  hai Allah taala ki taraf se jo ek bande ki zuban se Allah ne hamein di hai hum sab ko</w:t>
      </w:r>
      <w:r>
        <w:br/>
      </w:r>
      <w:r>
        <w:rPr>
          <w:sz w:val="20"/>
        </w:rPr>
        <w:t>1:01:11  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r>
        <w:br/>
      </w:r>
      <w:r>
        <w:rPr>
          <w:sz w:val="20"/>
        </w:rPr>
        <w:t>1:01:41  hamein yahi kaam karna hai is ke siwa doosre har kaam ko hamein secondary banana hai secondary Maulana</w:t>
      </w:r>
    </w:p>
    <w:p>
      <w:pPr>
        <w:pStyle w:val="Heading2"/>
      </w:pPr>
      <w:r>
        <w:t>Shortening Islamic names like Abdur Rashid</w:t>
      </w:r>
    </w:p>
    <w:p>
      <w:r>
        <w:rPr>
          <w:color w:val="666666"/>
          <w:sz w:val="18"/>
        </w:rPr>
        <w:t>Other · Paradise Culture January 12, 2014 · 2m 38s · at 1:12:02 · https://youtu.be/Z3A6r7XjE00?t=4322</w:t>
      </w:r>
    </w:p>
    <w:p>
      <w:r>
        <w:rPr>
          <w:i/>
        </w:rPr>
        <w:t>“Can names like Abdur Rashid and Abdur Rahim be shortened to Rashid and Rahim?”</w:t>
      </w:r>
    </w:p>
    <w:p>
      <w:r>
        <w:rPr>
          <w:sz w:val="20"/>
        </w:rPr>
        <w:t>1:12:02  Us ke andar jab woh jab khud woh daryaft karega, tabhi woh us ko ikhtiyar kar payega. Maulana, agla sawal Chennai se hai Khalil ur Rehman Sahab</w:t>
      </w:r>
      <w:r>
        <w:br/>
      </w:r>
      <w:r>
        <w:rPr>
          <w:sz w:val="20"/>
        </w:rPr>
        <w:t>1:12:15  ka. unhon ne likha hai: "maulana, ek sahab ne kaha ke aaj kal ka issue hai ke abdul rashid aur abdul rahim jaise namon ko rashid aur rahim ke nam se bulaya ja sakta hai ya nahi?" hmm, ye to ye kuch sawal hai jo jo aise sawal karte hain unko ke kahin kahin ja ke taleem hasil karen.</w:t>
      </w:r>
      <w:r>
        <w:br/>
      </w:r>
      <w:r>
        <w:rPr>
          <w:sz w:val="20"/>
        </w:rPr>
        <w:t>1:12:39  mere khayal se aise log hain ji education nahi hoti. aise sawalat karte hain.</w:t>
      </w:r>
      <w:r>
        <w:br/>
      </w:r>
      <w:r>
        <w:rPr>
          <w:sz w:val="20"/>
        </w:rPr>
        <w:t>1:12:45  koi sawal to hai nahi. maine dekha, mujhe kahin ja ke dakhila lo, kisi madarse mein raho, kisi college mein padho.</w:t>
      </w:r>
      <w:r>
        <w:br/>
      </w:r>
      <w:r>
        <w:rPr>
          <w:sz w:val="20"/>
        </w:rPr>
        <w:t>1:12:54  yani intellectually daaf person, yani ye idare intellectually daaf persons. ab kya unko jawab dein?</w:t>
      </w:r>
      <w:r>
        <w:br/>
      </w:r>
      <w:r>
        <w:rPr>
          <w:sz w:val="20"/>
        </w:rPr>
        <w:t>1:13:03  bhai, koi jawab hi mein to nahi samajhta ke mere mere paas kai sa koi jawab hai. woh ja ke dakhila len, padhen. kis tarah?</w:t>
      </w:r>
      <w:r>
        <w:br/>
      </w:r>
      <w:r>
        <w:rPr>
          <w:sz w:val="20"/>
        </w:rPr>
        <w:t>1:13:11  ji, ye koi sawal hai?</w:t>
      </w:r>
      <w:r>
        <w:br/>
      </w:r>
      <w:r>
        <w:rPr>
          <w:sz w:val="20"/>
        </w:rPr>
        <w:t>1:13:13  is sawal ke koi koi is mein logic honi chahiye. nahi, is mein to koi logic hai nahi. is is sawal mein ji,</w:t>
      </w:r>
      <w:r>
        <w:br/>
      </w:r>
      <w:r>
        <w:rPr>
          <w:sz w:val="20"/>
        </w:rPr>
        <w:t>1:13:22  ye to aisi hai jaise pehle zamane mein naam hota tha umar bin al-khattab. koi kahe ke sirf umar nahi keh sakte, tum umar bin al-khattab kaho ya ibn al-khattab bhi nahi keh sakte.</w:t>
      </w:r>
      <w:r>
        <w:br/>
      </w:r>
      <w:r>
        <w:rPr>
          <w:sz w:val="20"/>
        </w:rPr>
        <w:t>1:13:34  ye koi sawal hi nahi hai, bhai, ye koi logic nahi hai is sawal mein.</w:t>
      </w:r>
      <w:r>
        <w:br/>
      </w:r>
      <w:r>
        <w:rPr>
          <w:sz w:val="20"/>
        </w:rPr>
        <w:t>1:13:41  okay, we we'll end the session now. thank you.</w:t>
      </w:r>
    </w:p>
    <w:p>
      <w:pPr>
        <w:pStyle w:val="Heading2"/>
      </w:pPr>
      <w:r>
        <w:t>Two similar questions from Kashmir</w:t>
      </w:r>
    </w:p>
    <w:p>
      <w:r>
        <w:rPr>
          <w:color w:val="666666"/>
          <w:sz w:val="18"/>
        </w:rPr>
        <w:t>Other · Dars-e-Quran, Chapter 2, Verses 55-57 | March 25, 2018 · 3m 06s · at 48:20 · https://youtu.be/2MykDXfNV_w?t=2900</w:t>
      </w:r>
    </w:p>
    <w:p>
      <w:r>
        <w:rPr>
          <w:i/>
        </w:rPr>
        <w:t>“I have a question from Kashmir with another similar one.”</w:t>
      </w:r>
    </w:p>
    <w:p>
      <w:r>
        <w:rPr>
          <w:sz w:val="20"/>
        </w:rPr>
        <w:t>48:20  maulana, agla sawal do logon ne bheja hai kashmir se jo milta julta hai.</w:t>
      </w:r>
      <w:r>
        <w:br/>
      </w:r>
      <w:r>
        <w:rPr>
          <w:sz w:val="20"/>
        </w:rPr>
        <w:t>48:26  to hum woh dono sawal padh dete hain.</w:t>
      </w:r>
      <w:r>
        <w:br/>
      </w:r>
      <w:r>
        <w:rPr>
          <w:sz w:val="20"/>
        </w:rPr>
        <w:t>48:32  pehla sawal bheja hai miss karootlin ne.</w:t>
      </w:r>
      <w:r>
        <w:br/>
      </w:r>
      <w:r>
        <w:rPr>
          <w:sz w:val="20"/>
        </w:rPr>
        <w:t>48:38  انہوں نے لکھا ہے: "That most of the prophecies of Quran have been endorsed by science is a</w:t>
      </w:r>
      <w:r>
        <w:br/>
      </w:r>
      <w:r>
        <w:rPr>
          <w:sz w:val="20"/>
        </w:rPr>
        <w:t>48:44  Proof that science is not at variance with Quran, but it is unfortunate that some of ulama reject</w:t>
      </w:r>
      <w:r>
        <w:br/>
      </w:r>
      <w:r>
        <w:rPr>
          <w:sz w:val="20"/>
        </w:rPr>
        <w:t>48:50  The concept by pleading the argument that Quran doesn't need the certificate of science.</w:t>
      </w:r>
      <w:r>
        <w:br/>
      </w:r>
      <w:r>
        <w:rPr>
          <w:sz w:val="20"/>
        </w:rPr>
        <w:t>48:56  prove its authenticity. My question is what is wrong if we accept scientific proof of a revelation?" Phir Amir Mori sahib ne bhi sawal bheja hai Kashmir se. Unhon ne likha hai: "Whenever I go to listen the Friday sermon, almost every preacher bashes science and are making people conditioned to hate scientific age." Maulana sahib, I want to underst</w:t>
      </w:r>
      <w:r>
        <w:br/>
      </w:r>
      <w:r>
        <w:rPr>
          <w:sz w:val="20"/>
        </w:rPr>
        <w:t>49:26  and why Islamic preachers have become anti-science.</w:t>
      </w:r>
      <w:r>
        <w:br/>
      </w:r>
      <w:r>
        <w:rPr>
          <w:sz w:val="20"/>
        </w:rPr>
        <w:t>49:33  dawat ka azan nahi, dawat se dekhiye insan friendly culture paida hota hai.</w:t>
      </w:r>
      <w:r>
        <w:br/>
      </w:r>
      <w:r>
        <w:rPr>
          <w:sz w:val="20"/>
        </w:rPr>
        <w:t>49:41  jaise Allah Rasool Allah ne farmaya tha: "ali nafsaha" ek yahudi ke bare mein, ek yahudi ke bare</w:t>
      </w:r>
      <w:r>
        <w:br/>
      </w:r>
      <w:r>
        <w:rPr>
          <w:sz w:val="20"/>
        </w:rPr>
        <w:t>49:48  mein ke "ali nafsaha" kya woh insaan nahi? Rasool Allah sal Allah alaihi wasallam ne us ko</w:t>
      </w:r>
      <w:r>
        <w:br/>
      </w:r>
      <w:r>
        <w:rPr>
          <w:sz w:val="20"/>
        </w:rPr>
        <w:t>49:56  respect diya tha, respect, izzat.</w:t>
      </w:r>
      <w:r>
        <w:br/>
      </w:r>
      <w:r>
        <w:rPr>
          <w:sz w:val="20"/>
        </w:rPr>
        <w:t>50:02  to kisi ne eteraz kiya to aap ne farmaya ke "ali nafsaha" kya woh insaan nahi? to musalmanon</w:t>
      </w:r>
      <w:r>
        <w:br/>
      </w:r>
      <w:r>
        <w:rPr>
          <w:sz w:val="20"/>
        </w:rPr>
        <w:t>50:09  ne dawat ka zehn khatam ho gaya hai to insaan se humdardi bhi khatam ho gayi.</w:t>
      </w:r>
      <w:r>
        <w:br/>
      </w:r>
      <w:r>
        <w:rPr>
          <w:sz w:val="20"/>
        </w:rPr>
        <w:t>50:15  is zamane mein aap dekhiye sab log bas ladai bhadai ki baatein karte hain, ise kehte hain yeh</w:t>
      </w:r>
      <w:r>
        <w:br/>
      </w:r>
      <w:r>
        <w:rPr>
          <w:sz w:val="20"/>
        </w:rPr>
        <w:t>50:22  jihad, halanke yeh jihad hai hi nahi.</w:t>
      </w:r>
      <w:r>
        <w:br/>
      </w:r>
      <w:r>
        <w:rPr>
          <w:sz w:val="20"/>
        </w:rPr>
        <w:t>50:28  to musalmanon ke andar insaan se ek negative thought aa gaye insaan ke bare mein, un ko shikayat</w:t>
      </w:r>
      <w:r>
        <w:br/>
      </w:r>
      <w:r>
        <w:rPr>
          <w:sz w:val="20"/>
        </w:rPr>
        <w:t>50:37  ho gayi sab se, sab ko apna dushman samajhne lage.</w:t>
      </w:r>
      <w:r>
        <w:br/>
      </w:r>
      <w:r>
        <w:rPr>
          <w:sz w:val="20"/>
        </w:rPr>
        <w:t>50:45  yaar, seach ka zehn paida ho gaya.</w:t>
      </w:r>
      <w:r>
        <w:br/>
      </w:r>
      <w:r>
        <w:rPr>
          <w:sz w:val="20"/>
        </w:rPr>
        <w:t>50:53  is se kya hua ke insaan friendly zehn khatam ho gaya? insaan friendly zehn maujood hi nahi musalmanon mein.</w:t>
      </w:r>
      <w:r>
        <w:br/>
      </w:r>
      <w:r>
        <w:rPr>
          <w:sz w:val="20"/>
        </w:rPr>
        <w:t>51:01  to yeh is mein ulma bhi shamil hain, ghair ulma bhi shamil hain.</w:t>
      </w:r>
      <w:r>
        <w:br/>
      </w:r>
      <w:r>
        <w:rPr>
          <w:sz w:val="20"/>
        </w:rPr>
        <w:t>51:07  sab ka haal ek ho gaya hai, koi farq nahi.</w:t>
      </w:r>
      <w:r>
        <w:br/>
      </w:r>
      <w:r>
        <w:rPr>
          <w:sz w:val="20"/>
        </w:rPr>
        <w:t>51:14  is ki wajah se bohat si buraiyan paida hui hain, in mein se ek yeh hai: aaj kal</w:t>
      </w:r>
      <w:r>
        <w:br/>
      </w:r>
      <w:r>
        <w:rPr>
          <w:sz w:val="20"/>
        </w:rPr>
        <w:t>51:20  jo radicalization hai, militancy hai, society babing hai, woh sab isi ki wajah se hai, isi ki wajah se hai.</w:t>
      </w:r>
    </w:p>
    <w:p>
      <w:pPr>
        <w:pStyle w:val="Heading2"/>
      </w:pPr>
      <w:r>
        <w:t>Unavailable question from Indore</w:t>
      </w:r>
    </w:p>
    <w:p>
      <w:r>
        <w:rPr>
          <w:color w:val="666666"/>
          <w:sz w:val="18"/>
        </w:rPr>
        <w:t>Other · Save Yourself from Distraction August 21, 2016 · 4m 30s · at 51:56 · https://youtu.be/wP3Dj-tccDQ?t=3116</w:t>
      </w:r>
    </w:p>
    <w:p>
      <w:r>
        <w:rPr>
          <w:i/>
        </w:rPr>
        <w:t>“[Question text not included in transcript]”</w:t>
      </w:r>
    </w:p>
    <w:p>
      <w:r>
        <w:rPr>
          <w:sz w:val="20"/>
        </w:rPr>
        <w:t>51:56  maulana, agla sawal lene se pehle ek comment padhna chahenge jo miss shabana ansari ne bheja hai pakistan se.</w:t>
      </w:r>
      <w:r>
        <w:br/>
      </w:r>
      <w:r>
        <w:rPr>
          <w:sz w:val="20"/>
        </w:rPr>
        <w:t>52:03  انہوں نے لکھا ہے: "مولانا صاحب، you are great, you take lessons from everything." مولانا، اگلا سوال</w:t>
      </w:r>
      <w:r>
        <w:br/>
      </w:r>
      <w:r>
        <w:rPr>
          <w:sz w:val="20"/>
        </w:rPr>
        <w:t>52:09  bheja hai indore se fayazuddin ahmad sahab ne.</w:t>
      </w:r>
      <w:r>
        <w:br/>
      </w:r>
      <w:r>
        <w:rPr>
          <w:sz w:val="20"/>
        </w:rPr>
        <w:t>52:16  انہوں نے لکھا ہے: "مولانا صاحب، was distraction a phenomenon during the period of Prophet or Sahaba all</w:t>
      </w:r>
      <w:r>
        <w:br/>
      </w:r>
      <w:r>
        <w:rPr>
          <w:sz w:val="20"/>
        </w:rPr>
        <w:t>52:22  So, how did they save themselves from distraction? And if you can give an example to all</w:t>
      </w:r>
      <w:r>
        <w:br/>
      </w:r>
      <w:r>
        <w:rPr>
          <w:sz w:val="20"/>
        </w:rPr>
        <w:t>52:29  of us." dekhen, yeh lafz to is zamane mein hota tha, distraction ka lafz to nahin hota tha,</w:t>
      </w:r>
      <w:r>
        <w:br/>
      </w:r>
      <w:r>
        <w:rPr>
          <w:sz w:val="20"/>
        </w:rPr>
        <w:t>52:35  lekin nateeja woh zaroor mein bata sakta hoon.</w:t>
      </w:r>
      <w:r>
        <w:br/>
      </w:r>
      <w:r>
        <w:rPr>
          <w:sz w:val="20"/>
        </w:rPr>
        <w:t>52:42  woh yeh ke rasool Allah aur tamam sahaba bohat zyada chup rehte the, zyada bolte nahin the, chup.</w:t>
      </w:r>
      <w:r>
        <w:br/>
      </w:r>
      <w:r>
        <w:rPr>
          <w:sz w:val="20"/>
        </w:rPr>
        <w:t>52:48  rasool Allah ke bare mein aata hai: "kan tabarrusamt", der der tak chup rehna, yahi sahaba ka tareeqa tha.</w:t>
      </w:r>
      <w:r>
        <w:br/>
      </w:r>
      <w:r>
        <w:rPr>
          <w:sz w:val="20"/>
        </w:rPr>
        <w:t>52:55  to chup kyun reh gaya aadmi? har waqt chobis ghante cheezein hain distraction wali.</w:t>
      </w:r>
      <w:r>
        <w:br/>
      </w:r>
      <w:r>
        <w:rPr>
          <w:sz w:val="20"/>
        </w:rPr>
        <w:t>53:01  woh to mutawajjah nahin hoga.</w:t>
      </w:r>
      <w:r>
        <w:br/>
      </w:r>
      <w:r>
        <w:rPr>
          <w:sz w:val="20"/>
        </w:rPr>
        <w:t>53:08  dekhen, koi chup rehta hai jab to is ka matlab yeh hai ke dunya se alag ho gaya,</w:t>
      </w:r>
      <w:r>
        <w:br/>
      </w:r>
      <w:r>
        <w:rPr>
          <w:sz w:val="20"/>
        </w:rPr>
        <w:t>53:14  woh alag koi ho nahin sakta.</w:t>
      </w:r>
      <w:r>
        <w:br/>
      </w:r>
      <w:r>
        <w:rPr>
          <w:sz w:val="20"/>
        </w:rPr>
        <w:t>53:21  isi waqt bohat si baatein hoti rehti hain mere charon taraf.</w:t>
      </w:r>
      <w:r>
        <w:br/>
      </w:r>
      <w:r>
        <w:rPr>
          <w:sz w:val="20"/>
        </w:rPr>
        <w:t>53:27  yeh yeh yeh pasibal nahi hai ke ke aap ke charon taraf aisi cheezein na hon jo aap</w:t>
      </w:r>
      <w:r>
        <w:br/>
      </w:r>
      <w:r>
        <w:rPr>
          <w:sz w:val="20"/>
        </w:rPr>
        <w:t>53:34  ko distract karti hain.</w:t>
      </w:r>
      <w:r>
        <w:br/>
      </w:r>
      <w:r>
        <w:rPr>
          <w:sz w:val="20"/>
        </w:rPr>
        <w:t>53:40  to chup rehne ka matlab kya hai? Aap us waqt us ko us se mutawajjah nahi ho rahe,</w:t>
      </w:r>
      <w:r>
        <w:br/>
      </w:r>
      <w:r>
        <w:rPr>
          <w:sz w:val="20"/>
        </w:rPr>
        <w:t>53:47  us ko koi ahmiyat nahi de rahe.</w:t>
      </w:r>
      <w:r>
        <w:br/>
      </w:r>
      <w:r>
        <w:rPr>
          <w:sz w:val="20"/>
        </w:rPr>
        <w:t>53:53  woh apna hota rahe, woh apne soch mein lage rehte hain.</w:t>
      </w:r>
      <w:r>
        <w:br/>
      </w:r>
      <w:r>
        <w:rPr>
          <w:sz w:val="20"/>
        </w:rPr>
        <w:t>54:00  to main samajhta hoon "kaan tabrasamt" se aata hai ke Rasool Allah bohat der der tak chup rehte thay.</w:t>
      </w:r>
      <w:r>
        <w:br/>
      </w:r>
      <w:r>
        <w:rPr>
          <w:sz w:val="20"/>
        </w:rPr>
        <w:t>54:06  is matlab mein har qism ke distraction se apne ko bacha kar ke tadabbur karte thay.</w:t>
      </w:r>
      <w:r>
        <w:br/>
      </w:r>
      <w:r>
        <w:rPr>
          <w:sz w:val="20"/>
        </w:rPr>
        <w:t>54:13  agar aap na bachayein to tadabbur is tarah ka nahi kar sakte aap, kyunke hamesha har waqt is ne koi...</w:t>
      </w:r>
      <w:r>
        <w:br/>
      </w:r>
      <w:r>
        <w:rPr>
          <w:sz w:val="20"/>
        </w:rPr>
        <w:t>54:20  misalan main Christian logon ki tareef karta hoon kyunke in mein main is tarah ki cheezein pata hoon.</w:t>
      </w:r>
      <w:r>
        <w:br/>
      </w:r>
      <w:r>
        <w:rPr>
          <w:sz w:val="20"/>
        </w:rPr>
        <w:t>54:27  دیکھیں، پونا میں ان کا ایک بہت بڑا ادارہ ہے، اس کا نام ہے De Nobili College.</w:t>
      </w:r>
      <w:r>
        <w:br/>
      </w:r>
      <w:r>
        <w:rPr>
          <w:sz w:val="20"/>
        </w:rPr>
        <w:t>54:35  De Nobili College mein ek library hai.</w:t>
      </w:r>
      <w:r>
        <w:br/>
      </w:r>
      <w:r>
        <w:rPr>
          <w:sz w:val="20"/>
        </w:rPr>
        <w:t>54:38  to main Poona gaya tha to main aur mere ek do ek do saathi bhi the, hum logon</w:t>
      </w:r>
      <w:r>
        <w:br/>
      </w:r>
      <w:r>
        <w:rPr>
          <w:sz w:val="20"/>
        </w:rPr>
        <w:t>54:45  ko dikhate hue woh le gaye.</w:t>
      </w:r>
      <w:r>
        <w:br/>
      </w:r>
      <w:r>
        <w:rPr>
          <w:sz w:val="20"/>
        </w:rPr>
        <w:t>54:48  to is library mein hum log dakhil hue to is mein reading room tha, woh mezain bohat sari</w:t>
      </w:r>
      <w:r>
        <w:br/>
      </w:r>
      <w:r>
        <w:rPr>
          <w:sz w:val="20"/>
        </w:rPr>
        <w:t>54:56  thin aur log kitabein le le ke jhuke hue the, kitab par jhuke hue the, padh rahe the.</w:t>
      </w:r>
      <w:r>
        <w:br/>
      </w:r>
      <w:r>
        <w:rPr>
          <w:sz w:val="20"/>
        </w:rPr>
        <w:t>55:03  hum is mein round lete rahe.</w:t>
      </w:r>
      <w:r>
        <w:br/>
      </w:r>
      <w:r>
        <w:rPr>
          <w:sz w:val="20"/>
        </w:rPr>
        <w:t>55:06  ab tak mujhe yaad hai ke ek bhi aadmi sar nahi uthaya ke kaun aaya hai, kaun gaya.</w:t>
      </w:r>
      <w:r>
        <w:br/>
      </w:r>
      <w:r>
        <w:rPr>
          <w:sz w:val="20"/>
        </w:rPr>
        <w:t>55:14  ek bhi aadmi nahi tha jo sar utha ke dekhe ke kaun aaya hai, kaun gaya.</w:t>
      </w:r>
      <w:r>
        <w:br/>
      </w:r>
      <w:r>
        <w:rPr>
          <w:sz w:val="20"/>
        </w:rPr>
        <w:t>55:20  hum log un ke liye source of distraction the, woh sab, lekin un ka concentration, concentration study par</w:t>
      </w:r>
      <w:r>
        <w:br/>
      </w:r>
      <w:r>
        <w:rPr>
          <w:sz w:val="20"/>
        </w:rPr>
        <w:t>55:28  itna barha hua tha ke unhone kuch nahi, kaun aaya hai, kaun gaya.</w:t>
      </w:r>
      <w:r>
        <w:br/>
      </w:r>
      <w:r>
        <w:rPr>
          <w:sz w:val="20"/>
        </w:rPr>
        <w:t>55:34  yeh tha Sahaba ka mamla jis mein lage rahe hain to lage rahe hain.</w:t>
      </w:r>
      <w:r>
        <w:br/>
      </w:r>
      <w:r>
        <w:rPr>
          <w:sz w:val="20"/>
        </w:rPr>
        <w:t>55:40  kabhi dunya mein chahe Arab ho ya Ajam ho, aap kisi kamre mein hon, kahin bahar baithe hon,</w:t>
      </w:r>
      <w:r>
        <w:br/>
      </w:r>
      <w:r>
        <w:rPr>
          <w:sz w:val="20"/>
        </w:rPr>
        <w:t>55:48  yeh namumkin hai ke aas paas aap ke waqiyat na hon.</w:t>
      </w:r>
      <w:r>
        <w:br/>
      </w:r>
      <w:r>
        <w:rPr>
          <w:sz w:val="20"/>
        </w:rPr>
        <w:t>55:53  waqiyat zaroor honge, tarah tarah ke.</w:t>
      </w:r>
      <w:r>
        <w:br/>
      </w:r>
      <w:r>
        <w:rPr>
          <w:sz w:val="20"/>
        </w:rPr>
        <w:t>55:56  kabhi hawa chaly gi, kabhi chora ary gi, kabhi aik patti gir jaye gi drakht se, kabhi koi</w:t>
      </w:r>
      <w:r>
        <w:br/>
      </w:r>
      <w:r>
        <w:rPr>
          <w:sz w:val="20"/>
        </w:rPr>
        <w:t>56:03  bol dy ga.</w:t>
      </w:r>
      <w:r>
        <w:br/>
      </w:r>
      <w:r>
        <w:rPr>
          <w:sz w:val="20"/>
        </w:rPr>
        <w:t>56:05  to jab aap is tarah soch rahy hon ky bilkul chup chap sochtay chaly ja rahy hain to</w:t>
      </w:r>
      <w:r>
        <w:br/>
      </w:r>
      <w:r>
        <w:rPr>
          <w:sz w:val="20"/>
        </w:rPr>
        <w:t>56:12  اس معنی کا آپ وہی حالت آپ کی ہے جو Deobandi college والوں کی کہ پڑھ رہے</w:t>
      </w:r>
      <w:r>
        <w:br/>
      </w:r>
      <w:r>
        <w:rPr>
          <w:sz w:val="20"/>
        </w:rPr>
        <w:t>56:20  hain to parh rahy hain.</w:t>
      </w:r>
      <w:r>
        <w:br/>
      </w:r>
      <w:r>
        <w:rPr>
          <w:sz w:val="20"/>
        </w:rPr>
        <w:t>56:22  inhain is se matlab nahi ky kon aya hai, kon gaya.</w:t>
      </w:r>
    </w:p>
    <w:p>
      <w:pPr>
        <w:pStyle w:val="Heading2"/>
      </w:pPr>
      <w:r>
        <w:t>Western civilization dominance over Japanese</w:t>
      </w:r>
    </w:p>
    <w:p>
      <w:r>
        <w:rPr>
          <w:color w:val="666666"/>
          <w:sz w:val="18"/>
        </w:rPr>
        <w:t>Other · Discovery of Modern Age I 10th Feb. 13 · 2m 16s · at 1:02:24 · https://youtu.be/Yp5T0KacY84?t=3744</w:t>
      </w:r>
    </w:p>
    <w:p>
      <w:r>
        <w:rPr>
          <w:i/>
        </w:rPr>
        <w:t>“Everyone acknowledges Japan's development, but culturally Western civilization dominates, not Japanese civilization. What are your thoughts on this?”</w:t>
      </w:r>
    </w:p>
    <w:p>
      <w:r>
        <w:rPr>
          <w:sz w:val="20"/>
        </w:rPr>
        <w:t>1:02:24  maulana, agla sawal dilli se hai jameel akhtar khan sahab ka.</w:t>
      </w:r>
      <w:r>
        <w:br/>
      </w:r>
      <w:r>
        <w:rPr>
          <w:sz w:val="20"/>
        </w:rPr>
        <w:t>1:02:30  unhon ne likha hai: "japan ki taraqqi ko sabhi log mante hain magar tahzeeb ke aitbar se western</w:t>
      </w:r>
      <w:r>
        <w:br/>
      </w:r>
      <w:r>
        <w:rPr>
          <w:sz w:val="20"/>
        </w:rPr>
        <w:t>1:02:35  civilization ka ghalba hai, nah ke japanese civilization ka." is ke baray mein aap kya kahengay? japan</w:t>
      </w:r>
      <w:r>
        <w:br/>
      </w:r>
      <w:r>
        <w:rPr>
          <w:sz w:val="20"/>
        </w:rPr>
        <w:t>1:02:41  ki koi civilization hi nahin hai.</w:t>
      </w:r>
      <w:r>
        <w:br/>
      </w:r>
      <w:r>
        <w:rPr>
          <w:sz w:val="20"/>
        </w:rPr>
        <w:t>1:02:47  koi civilization japan ki nahin hai.</w:t>
      </w:r>
      <w:r>
        <w:br/>
      </w:r>
      <w:r>
        <w:rPr>
          <w:sz w:val="20"/>
        </w:rPr>
        <w:t>1:02:52  yeh to ajeeb o ghareeb sawal hai yeh.</w:t>
      </w:r>
      <w:r>
        <w:br/>
      </w:r>
      <w:r>
        <w:rPr>
          <w:sz w:val="20"/>
        </w:rPr>
        <w:t>1:02:58  aap batayein ke japan ki civilization kya cheez hoti hai? yeh to kuch bhi nahin.</w:t>
      </w:r>
      <w:r>
        <w:br/>
      </w:r>
      <w:r>
        <w:rPr>
          <w:sz w:val="20"/>
        </w:rPr>
        <w:t>1:03:04  aur western civilization ko bhi aap musalman samajhte hain ke western civilization ka naam hai neutral ka, nagra</w:t>
      </w:r>
      <w:r>
        <w:br/>
      </w:r>
      <w:r>
        <w:rPr>
          <w:sz w:val="20"/>
        </w:rPr>
        <w:t>1:03:09  pin hone ka.</w:t>
      </w:r>
      <w:r>
        <w:br/>
      </w:r>
      <w:r>
        <w:rPr>
          <w:sz w:val="20"/>
        </w:rPr>
        <w:t>1:03:15  مسلمان یہ بھی نہیں جانتے کہ what is Western civilization.</w:t>
      </w:r>
      <w:r>
        <w:br/>
      </w:r>
      <w:r>
        <w:rPr>
          <w:sz w:val="20"/>
        </w:rPr>
        <w:t>1:03:21  chand isi qism ki cheezon ko le kar woh western civilization ko mante hain.</w:t>
      </w:r>
      <w:r>
        <w:br/>
      </w:r>
      <w:r>
        <w:rPr>
          <w:sz w:val="20"/>
        </w:rPr>
        <w:t>1:03:26  western civilization jis baat ka naam hai, woh hamari aap ki bhi civilization hai ke nature mein Allah</w:t>
      </w:r>
      <w:r>
        <w:br/>
      </w:r>
      <w:r>
        <w:rPr>
          <w:sz w:val="20"/>
        </w:rPr>
        <w:t>1:03:32  taala ne jo taaqatein chupa rakhi theen, us ko discover karna.</w:t>
      </w:r>
      <w:r>
        <w:br/>
      </w:r>
      <w:r>
        <w:rPr>
          <w:sz w:val="20"/>
        </w:rPr>
        <w:t>1:03:38  woh hamari aap ki sab ki cheez hai.</w:t>
      </w:r>
      <w:r>
        <w:br/>
      </w:r>
      <w:r>
        <w:rPr>
          <w:sz w:val="20"/>
        </w:rPr>
        <w:t>1:03:44  woh west ki cheez nahi hai.</w:t>
      </w:r>
      <w:r>
        <w:br/>
      </w:r>
      <w:r>
        <w:rPr>
          <w:sz w:val="20"/>
        </w:rPr>
        <w:t>1:03:49  woh yeh jo cheezein aaj dekhte hain, aap car ho ya hawa ya communication ho, ek camera ho,</w:t>
      </w:r>
      <w:r>
        <w:br/>
      </w:r>
      <w:r>
        <w:rPr>
          <w:sz w:val="20"/>
        </w:rPr>
        <w:t>1:03:55  ek computer ho, yeh isi nature mein, Allah ke barah-e-nature mein maujood thi pehle se.</w:t>
      </w:r>
      <w:r>
        <w:br/>
      </w:r>
      <w:r>
        <w:rPr>
          <w:sz w:val="20"/>
        </w:rPr>
        <w:t>1:04:01  us ko discover kar ke istemal kiya.</w:t>
      </w:r>
      <w:r>
        <w:br/>
      </w:r>
      <w:r>
        <w:rPr>
          <w:sz w:val="20"/>
        </w:rPr>
        <w:t>1:04:06  yeh toh hamare aap ke sab ki hai.</w:t>
      </w:r>
      <w:r>
        <w:br/>
      </w:r>
      <w:r>
        <w:rPr>
          <w:sz w:val="20"/>
        </w:rPr>
        <w:t>1:04:12  log samajhte hain ke western civilization koi alag shaitani duniya ki cheez hai.</w:t>
      </w:r>
      <w:r>
        <w:br/>
      </w:r>
      <w:r>
        <w:rPr>
          <w:sz w:val="20"/>
        </w:rPr>
        <w:t>1:04:18  yeh bilkul hi bekhabari ki baat hai.</w:t>
      </w:r>
      <w:r>
        <w:br/>
      </w:r>
      <w:r>
        <w:rPr>
          <w:sz w:val="20"/>
        </w:rPr>
        <w:t>1:04:23  یہی تو میں نے کہا کہ سب بالکل بے خبر ہیں لوگ کہ what is Western civilization.</w:t>
      </w:r>
      <w:r>
        <w:br/>
      </w:r>
      <w:r>
        <w:rPr>
          <w:sz w:val="20"/>
        </w:rPr>
        <w:t>1:04:29  jante hi nahi.</w:t>
      </w:r>
      <w:r>
        <w:br/>
      </w:r>
      <w:r>
        <w:rPr>
          <w:sz w:val="20"/>
        </w:rPr>
        <w:t>1:04:35  baghair bolay hue taqreerein karte hain.</w:t>
      </w:r>
    </w:p>
    <w:p>
      <w:pPr>
        <w:pStyle w:val="Heading2"/>
      </w:pPr>
      <w:r>
        <w:t>What is Shariat and is it sacred?</w:t>
      </w:r>
    </w:p>
    <w:p>
      <w:r>
        <w:rPr>
          <w:color w:val="666666"/>
          <w:sz w:val="18"/>
        </w:rPr>
        <w:t>Other · Q&amp;A 11 Jul 2010 Maulana Wahiduddin Khan · 2m 02s · at 32:00 · https://youtu.be/UHtdtzGGwFQ?t=1920</w:t>
      </w:r>
    </w:p>
    <w:p>
      <w:r>
        <w:rPr>
          <w:i/>
        </w:rPr>
        <w:t>“What is Shariat? How did it come into being? Is it considered as sacred as the Hadith and Quran Sharif?”</w:t>
      </w:r>
    </w:p>
    <w:p>
      <w:r>
        <w:rPr>
          <w:sz w:val="20"/>
        </w:rPr>
        <w:t>32:00  maulana, agla sawal kya hai? aah, mister dhiraj bakshi ne Delhi se. unhone likha hai ke "What is Shariat?</w:t>
      </w:r>
      <w:r>
        <w:br/>
      </w:r>
      <w:r>
        <w:rPr>
          <w:sz w:val="20"/>
        </w:rPr>
        <w:t>32:10  How did it come into being? Is it considered as sacred as the Hadith and Quran Sharif</w:t>
      </w:r>
      <w:r>
        <w:br/>
      </w:r>
      <w:r>
        <w:rPr>
          <w:sz w:val="20"/>
        </w:rPr>
        <w:t>32:19  ?" yeh shariat ka woh taweez is ko Allah kehte hain, Allah. qanoon. ek hai deen, ek hai shariat. deen ka matlab hai fundamentals.</w:t>
      </w:r>
      <w:r>
        <w:br/>
      </w:r>
      <w:r>
        <w:rPr>
          <w:sz w:val="20"/>
        </w:rPr>
        <w:t>32:30  principles. to fundamental principles jo hain woh deen hain. aur jo law bante hain, law. is ko kehte hain shariat.</w:t>
      </w:r>
      <w:r>
        <w:br/>
      </w:r>
      <w:r>
        <w:rPr>
          <w:sz w:val="20"/>
        </w:rPr>
        <w:t>32:41  It's not something you do with customs which have become law. haan? aisa to nahi hai ke customs which have become</w:t>
      </w:r>
      <w:r>
        <w:br/>
      </w:r>
      <w:r>
        <w:rPr>
          <w:sz w:val="20"/>
        </w:rPr>
        <w:t>32:47  law . Maulana, jo customs hain woh keh rahe hain ke aah, jo customs hain woh wahi usi ko to nahi۔۔۔۔۔</w:t>
      </w:r>
      <w:r>
        <w:br/>
      </w:r>
      <w:r>
        <w:rPr>
          <w:sz w:val="20"/>
        </w:rPr>
        <w:t>32:53  ۔۔۔۔۔؟ nahi, nahi. Customs is nothing. Islam mein customs is nothing. Customs to musalmanon ne pakad rakha hai. yeh sab musalmanon ki tareeqe hain. yeh sab jitna aap dekhte hain woh sab customs hain musalmanon ka.</w:t>
      </w:r>
      <w:r>
        <w:br/>
      </w:r>
      <w:r>
        <w:rPr>
          <w:sz w:val="20"/>
        </w:rPr>
        <w:t>33:05  apna banaya hua. woh shariat se koi taalluq is ka nahi hai.</w:t>
      </w:r>
      <w:r>
        <w:br/>
      </w:r>
      <w:r>
        <w:rPr>
          <w:sz w:val="20"/>
        </w:rPr>
        <w:t>33:12  to shariat to woh hai jo quran mein bhi shariat hai, hadith mein bhi shariat hai. woh la. yaani la wala part jo hai us ko shariat kahenge.</w:t>
      </w:r>
      <w:r>
        <w:br/>
      </w:r>
      <w:r>
        <w:rPr>
          <w:sz w:val="20"/>
        </w:rPr>
        <w:t>33:22  aur jo part hai principles wala us ko deen kahenge. bas. aur customs, rituals to musalmanon ka apna banaya hua hai.</w:t>
      </w:r>
      <w:r>
        <w:br/>
      </w:r>
      <w:r>
        <w:rPr>
          <w:sz w:val="20"/>
        </w:rPr>
        <w:t>33:31  is ka islam se koi taalluq nahi hai. jaise misaal ke taur par burqa hai. burqa koi shariat thori hai. burqa to customs hai.</w:t>
      </w:r>
      <w:r>
        <w:br/>
      </w:r>
      <w:r>
        <w:rPr>
          <w:sz w:val="20"/>
        </w:rPr>
        <w:t>33:41  rasool allah ke jab tak zamaney mein auratein theen koi burqa nahi padhta tha koi. musalmanon ka customs hai yeh.</w:t>
      </w:r>
      <w:r>
        <w:br/>
      </w:r>
      <w:r>
        <w:rPr>
          <w:sz w:val="20"/>
        </w:rPr>
        <w:t>33:48  woh sahi o galat mein nahi kehta. sahi o galat ek alag cheez hai. lekin behal woh rasool allah ke zamaney mein nahi tha. baat ko as a customs yeh raaij hua.</w:t>
      </w:r>
      <w:r>
        <w:br/>
      </w:r>
      <w:r>
        <w:rPr>
          <w:sz w:val="20"/>
        </w:rPr>
        <w:t>33:59  mein yeh nahi keh raha hoon ke sahi o galat woh alag cheez hai.</w:t>
      </w:r>
    </w:p>
    <w:p>
      <w:pPr>
        <w:pStyle w:val="Heading2"/>
      </w:pPr>
      <w:r>
        <w:t>What is the meaning of the word distraction?</w:t>
      </w:r>
    </w:p>
    <w:p>
      <w:r>
        <w:rPr>
          <w:color w:val="666666"/>
          <w:sz w:val="18"/>
        </w:rPr>
        <w:t>Other · Jihad Fillah June 23, 2013 · 2m 50s · at 1:05:50 · https://youtu.be/NRTno1eQTos?t=3950</w:t>
      </w:r>
    </w:p>
    <w:p>
      <w:r>
        <w:rPr>
          <w:i/>
        </w:rPr>
        <w:t>“What is the meaning of the word 'distraction' that is often used? What does it mean?”</w:t>
      </w:r>
    </w:p>
    <w:p>
      <w:r>
        <w:rPr>
          <w:sz w:val="20"/>
        </w:rPr>
        <w:t>1:05:50  maulana, agla sawal thampur se hai mehtab sahib ka. woh aap se yeh janna chahte hain ke jo word "distraction" kai baar istemal hota hai, us ke mani kya hain?</w:t>
      </w:r>
      <w:r>
        <w:br/>
      </w:r>
      <w:r>
        <w:rPr>
          <w:sz w:val="20"/>
        </w:rPr>
        <w:t>1:06:00  is ka kya matlab hai? dekhen, lafzi mani ka matlab hai distraction ke bhatakna, idhar se udhar bhatakna.</w:t>
      </w:r>
      <w:r>
        <w:br/>
      </w:r>
      <w:r>
        <w:rPr>
          <w:sz w:val="20"/>
        </w:rPr>
        <w:t>1:06:09  distract hone ka matlab hai bhatakna. to ek dekhen, maslan ek road hai, ek street path hai. chaliye, ab aap khwamkhwah idhar bhatken, idhar bhatken</w:t>
      </w:r>
      <w:r>
        <w:br/>
      </w:r>
      <w:r>
        <w:rPr>
          <w:sz w:val="20"/>
        </w:rPr>
        <w:t>1:06:21  to woh wohi mind mein hoti hai. mind mein ek hai, ek sahi soch par chalen. aap ek ek idhar udhar bhatken.</w:t>
      </w:r>
      <w:r>
        <w:br/>
      </w:r>
      <w:r>
        <w:rPr>
          <w:sz w:val="20"/>
        </w:rPr>
        <w:t>1:06:31  idhar udhar bhatakne ke mani hain ke paper mein parha aap ne ke falan ne kisi bomb maar diya aur isi ko le ke baithe hue hain. isi ki charcha kar rahe hain. kahin socha ke kisi ne aisa kar diya, kisi ne waisa kar diya.</w:t>
      </w:r>
      <w:r>
        <w:br/>
      </w:r>
      <w:r>
        <w:rPr>
          <w:sz w:val="20"/>
        </w:rPr>
        <w:t>1:06:42  beshtar log jo hain, news jo hoti hai, media, media ko le kar ke distract hote rehte hain.</w:t>
      </w:r>
      <w:r>
        <w:br/>
      </w:r>
      <w:r>
        <w:rPr>
          <w:sz w:val="20"/>
        </w:rPr>
        <w:t>1:06:50  sab se bara source distraction ka aaj kal media ban gaya hai. jo parha media mein, isi ki charcha kar rahe hain. apne aap se nahi sochte, apne aap se nahi sochte.</w:t>
      </w:r>
      <w:r>
        <w:br/>
      </w:r>
      <w:r>
        <w:rPr>
          <w:sz w:val="20"/>
        </w:rPr>
        <w:t>1:07:00  main to media, main bhi akhbar parhta hoon, radio sunta hoon, kabhi kabhi tv bhi dekh leta hoon. lekin main woh kuch nahi, bas waqti cheez samajhta hoon.</w:t>
      </w:r>
      <w:r>
        <w:br/>
      </w:r>
      <w:r>
        <w:rPr>
          <w:sz w:val="20"/>
        </w:rPr>
        <w:t>1:07:08  us ko yeh nahi ke woh usi ko, is mein jo hai, bas usi ko main pathar le ke maar liya. laga usi par sochne, baatein karne, charcha karne.</w:t>
      </w:r>
      <w:r>
        <w:br/>
      </w:r>
      <w:r>
        <w:rPr>
          <w:sz w:val="20"/>
        </w:rPr>
        <w:t>1:07:18  to dekhen, distract hona ya na hona aap ke apne ikhtiyar mein hai. chahe to aap distract hon, chahe na hon. agar aap ka mind developed mind hai, developed mind to aap yaqeenan apne ko bacha payenge.</w:t>
      </w:r>
      <w:r>
        <w:br/>
      </w:r>
      <w:r>
        <w:rPr>
          <w:sz w:val="20"/>
        </w:rPr>
        <w:t>1:07:33  jo developed mind nahin hota hai, yaani pakhta mind nahin hota hai, wahi distract hota rehta hai. pakhta mind kya karega?</w:t>
      </w:r>
      <w:r>
        <w:br/>
      </w:r>
      <w:r>
        <w:rPr>
          <w:sz w:val="20"/>
        </w:rPr>
        <w:t>1:07:45  mature</w:t>
      </w:r>
      <w:r>
        <w:br/>
      </w:r>
      <w:r>
        <w:rPr>
          <w:sz w:val="20"/>
        </w:rPr>
        <w:t>1:07:46  mind kya karega? woh sochega ke distraction jo mein kar raha hoon, to iska mujhe faida hai ke nahin? faida hai? lage ke faida kuch nahin, phir nuksan hai.</w:t>
      </w:r>
      <w:r>
        <w:br/>
      </w:r>
      <w:r>
        <w:rPr>
          <w:sz w:val="20"/>
        </w:rPr>
        <w:t>1:07:56  to aadmi apne ko is se bacha lega.</w:t>
      </w:r>
      <w:r>
        <w:br/>
      </w:r>
      <w:r>
        <w:rPr>
          <w:sz w:val="20"/>
        </w:rPr>
        <w:t>1:08:02  jaise mera roz ka mamool batata hoon aap ko, kisi se koi baat ho gayi, farz kijiye ke woh ikhtilaf kar diya us ne, to mein der nahin lagata is mein behas karne mein.</w:t>
      </w:r>
      <w:r>
        <w:br/>
      </w:r>
      <w:r>
        <w:rPr>
          <w:sz w:val="20"/>
        </w:rPr>
        <w:t>1:08:14  mein kehta hoon, "you are right, time bra." mein kyun phansaoon? khwamkhwah behas, behas, behas. mein kehta hoon, "bhai, you are right, time bra." bas baat khatam.</w:t>
      </w:r>
      <w:r>
        <w:br/>
      </w:r>
      <w:r>
        <w:rPr>
          <w:sz w:val="20"/>
        </w:rPr>
        <w:t>1:08:23  kyunki woh agar mein is par zyada behas karoon to mein distract ho jaoonga right path se.</w:t>
      </w:r>
      <w:r>
        <w:br/>
      </w:r>
      <w:r>
        <w:rPr>
          <w:sz w:val="20"/>
        </w:rPr>
        <w:t>1:08:30  to apne aap ko right path par bachane ke liye woh jaldi se keh deta hoon, "theek hai, you are right time bra."</w:t>
      </w:r>
    </w:p>
    <w:p>
      <w:pPr>
        <w:pStyle w:val="Heading2"/>
      </w:pPr>
      <w:r>
        <w:t>Which Islamic law school do you follow?</w:t>
      </w:r>
    </w:p>
    <w:p>
      <w:r>
        <w:rPr>
          <w:color w:val="666666"/>
          <w:sz w:val="18"/>
        </w:rPr>
        <w:t>Other · Conversation with Maulana Wahiduddin Khan | October 01, 2017 · 2m 47s · at 9:21 · https://youtu.be/TmOYGd3rp2M?t=561</w:t>
      </w:r>
    </w:p>
    <w:p>
      <w:r>
        <w:rPr>
          <w:i/>
        </w:rPr>
        <w:t>“Do you follow any Islamic law school like Hanafi?”</w:t>
      </w:r>
    </w:p>
    <w:p>
      <w:r>
        <w:rPr>
          <w:sz w:val="20"/>
        </w:rPr>
        <w:t>9:21  maulana, agla sawal huzaifa mehmood ne bheja hai.</w:t>
      </w:r>
      <w:r>
        <w:br/>
      </w:r>
      <w:r>
        <w:rPr>
          <w:sz w:val="20"/>
        </w:rPr>
        <w:t>9:27  unhon ne apni location nahi likhi hai.</w:t>
      </w:r>
      <w:r>
        <w:br/>
      </w:r>
      <w:r>
        <w:rPr>
          <w:sz w:val="20"/>
        </w:rPr>
        <w:t>9:33  unhon ne aap se yeh poocha hai ke "Do you follow any Islamic law school like Hanafi or</w:t>
      </w:r>
      <w:r>
        <w:br/>
      </w:r>
      <w:r>
        <w:rPr>
          <w:sz w:val="20"/>
        </w:rPr>
        <w:t>9:39  any other school?" dekhen, is maamle mein aap meri kitaab parhiye, "Tehzeeb Deen".</w:t>
      </w:r>
      <w:r>
        <w:br/>
      </w:r>
      <w:r>
        <w:rPr>
          <w:sz w:val="20"/>
        </w:rPr>
        <w:t>9:45  is mein is ka jawab maujood</w:t>
      </w:r>
      <w:r>
        <w:br/>
      </w:r>
      <w:r>
        <w:rPr>
          <w:sz w:val="20"/>
        </w:rPr>
        <w:t>9:51  hai.</w:t>
      </w:r>
      <w:r>
        <w:br/>
      </w:r>
      <w:r>
        <w:rPr>
          <w:sz w:val="20"/>
        </w:rPr>
        <w:t>9:57  is ko parhiye, phir sawal kijiye is ko parhne ke baad.</w:t>
      </w:r>
      <w:r>
        <w:br/>
      </w:r>
      <w:r>
        <w:rPr>
          <w:sz w:val="20"/>
        </w:rPr>
        <w:t>10:03  kyunke is kitaab mein mera jo maslak hai, woh clear tor par bata diya gaya hai.</w:t>
      </w:r>
      <w:r>
        <w:br/>
      </w:r>
      <w:r>
        <w:rPr>
          <w:sz w:val="20"/>
        </w:rPr>
        <w:t>10:09  maulana, next question has been sent by a sister from USA.</w:t>
      </w:r>
      <w:r>
        <w:br/>
      </w:r>
      <w:r>
        <w:rPr>
          <w:sz w:val="20"/>
        </w:rPr>
        <w:t>10:15  she has not mentioned her</w:t>
      </w:r>
      <w:r>
        <w:br/>
      </w:r>
      <w:r>
        <w:rPr>
          <w:sz w:val="20"/>
        </w:rPr>
        <w:t>10:21  name.</w:t>
      </w:r>
      <w:r>
        <w:br/>
      </w:r>
      <w:r>
        <w:rPr>
          <w:sz w:val="20"/>
        </w:rPr>
        <w:t>10:27  un ka sawal yeh hai ke "In the Quran, Allah says that we have made the Quran easy to understand.</w:t>
      </w:r>
      <w:r>
        <w:br/>
      </w:r>
      <w:r>
        <w:rPr>
          <w:sz w:val="20"/>
        </w:rPr>
        <w:t>10:33  But when I read it, I hardly understand it.</w:t>
      </w:r>
      <w:r>
        <w:br/>
      </w:r>
      <w:r>
        <w:rPr>
          <w:sz w:val="20"/>
        </w:rPr>
        <w:t>10:39  Why is this contradiction?" dekhen, yeh contradiction ki baat nahi hai.</w:t>
      </w:r>
      <w:r>
        <w:br/>
      </w:r>
      <w:r>
        <w:rPr>
          <w:sz w:val="20"/>
        </w:rPr>
        <w:t>10:45  yeh level ki baat hai, level of study. Quran ko</w:t>
      </w:r>
      <w:r>
        <w:br/>
      </w:r>
      <w:r>
        <w:rPr>
          <w:sz w:val="20"/>
        </w:rPr>
        <w:t>10:51  agar aadmi sirf saada andaaz mein parhe to parhega aur samjhega.</w:t>
      </w:r>
      <w:r>
        <w:br/>
      </w:r>
      <w:r>
        <w:rPr>
          <w:sz w:val="20"/>
        </w:rPr>
        <w:t>11:02  lekin agar aap is ki deeper meaning jo hai, us ko jaanna chahen to aap ko ghor karna parta hai.</w:t>
      </w:r>
      <w:r>
        <w:br/>
      </w:r>
      <w:r>
        <w:rPr>
          <w:sz w:val="20"/>
        </w:rPr>
        <w:t>11:12  misal ke tor par dekhen, Quran mein hai ke "أقيموا الصلاة"</w:t>
      </w:r>
      <w:r>
        <w:br/>
      </w:r>
      <w:r>
        <w:rPr>
          <w:sz w:val="20"/>
        </w:rPr>
        <w:t>11:22  .</w:t>
      </w:r>
      <w:r>
        <w:br/>
      </w:r>
      <w:r>
        <w:rPr>
          <w:sz w:val="20"/>
        </w:rPr>
        <w:t>11:28  namaz ada karo.</w:t>
      </w:r>
      <w:r>
        <w:br/>
      </w:r>
      <w:r>
        <w:rPr>
          <w:sz w:val="20"/>
        </w:rPr>
        <w:t>11:33  to bohat aasan hai yeh jaanna ke Quran yahan kya keh raha hai.</w:t>
      </w:r>
      <w:r>
        <w:br/>
      </w:r>
      <w:r>
        <w:rPr>
          <w:sz w:val="20"/>
        </w:rPr>
        <w:t>11:38  aap is ayat ko parhen ge aur Quran mein jo baat kahi gayi hai, us ko samajh jayen</w:t>
      </w:r>
      <w:r>
        <w:br/>
      </w:r>
      <w:r>
        <w:rPr>
          <w:sz w:val="20"/>
        </w:rPr>
        <w:t>11:43  ge aur phir namaz ada karte rahen ge.</w:t>
      </w:r>
      <w:r>
        <w:br/>
      </w:r>
      <w:r>
        <w:rPr>
          <w:sz w:val="20"/>
        </w:rPr>
        <w:t>11:48  lekin namaz ki jo deeper meaning hai, us ke liye aap ko</w:t>
      </w:r>
      <w:r>
        <w:br/>
      </w:r>
      <w:r>
        <w:rPr>
          <w:sz w:val="20"/>
        </w:rPr>
        <w:t>11:54  sochna parega, ghor karna parega, is ki teh tak jana parega.</w:t>
      </w:r>
      <w:r>
        <w:br/>
      </w:r>
      <w:r>
        <w:rPr>
          <w:sz w:val="20"/>
        </w:rPr>
        <w:t>12:01  to yeh farq hai level of study ka, na ke samajhne mein mushkil ka.</w:t>
      </w:r>
    </w:p>
    <w:p>
      <w:pPr>
        <w:pStyle w:val="Heading2"/>
      </w:pPr>
      <w:r>
        <w:t>Why scholars don't understand your words</w:t>
      </w:r>
    </w:p>
    <w:p>
      <w:r>
        <w:rPr>
          <w:color w:val="666666"/>
          <w:sz w:val="18"/>
        </w:rPr>
        <w:t>Other · Revival of Muslims March 8, 2015 · 3m 40s · at 45:54 · https://youtu.be/B9E2OTb4BVE?t=2754</w:t>
      </w:r>
    </w:p>
    <w:p>
      <w:r>
        <w:rPr>
          <w:i/>
        </w:rPr>
        <w:t>“Maulana, if a doctor talks to another doctor about medical matters, that doctor immediately understands. My question is: you are a scholar and speak about Quran and Hadith, so why don't our other scholars understand what you say?”</w:t>
      </w:r>
    </w:p>
    <w:p>
      <w:r>
        <w:rPr>
          <w:sz w:val="20"/>
        </w:rPr>
        <w:t>45:54  Assalam o Alaikum wa Rahmatullahi wa Barakatuh. Maulana, yeh sawal Dhampur se bheja hai Mahtab sahib ne, aur unhone likha hai ke Maulana sahib, agar koi doctor kisi doosre doctor se medical line ki baat kare toh woh doctor is baat ko foran samajh lega.</w:t>
      </w:r>
      <w:r>
        <w:br/>
      </w:r>
      <w:r>
        <w:rPr>
          <w:sz w:val="20"/>
        </w:rPr>
        <w:t>46:16  mera sawal yeh hai ke aap bhi aik aalim hain, Quran aur Hadees ke hawale se baat karte hain, phir hamare in ulama ko aap ki baat kyun samajh mein nahi aati?</w:t>
      </w:r>
      <w:r>
        <w:br/>
      </w:r>
      <w:r>
        <w:rPr>
          <w:sz w:val="20"/>
        </w:rPr>
        <w:t>46:31  bhai, aaj ki baat, aaj ka mein jo bola hoon toh isi par bola hoon ke badal hai, yaani aik woh un ke aur</w:t>
      </w:r>
      <w:r>
        <w:br/>
      </w:r>
      <w:r>
        <w:rPr>
          <w:sz w:val="20"/>
        </w:rPr>
        <w:t>46:49  asar baat ke beech mein aik badal aa gaya hai, is ki wajah se samajh mein nahi aati. jis ki maine misaal di, kai misalein.</w:t>
      </w:r>
      <w:r>
        <w:br/>
      </w:r>
      <w:r>
        <w:rPr>
          <w:sz w:val="20"/>
        </w:rPr>
        <w:t>47:04  toh dekhein, hamare madaris ki aik aik aik baat yeh hai ke har madrase ko kisi bare aalim ne banaya hai,</w:t>
      </w:r>
      <w:r>
        <w:br/>
      </w:r>
      <w:r>
        <w:rPr>
          <w:sz w:val="20"/>
        </w:rPr>
        <w:t>47:19  sirf aik madrassa is mein istasna hai, woh Jamia Darussalam. toh madaris mein kya hai ke woh jo bani hai, unhi ko sab kuch samajh aata hai, sab kuch.</w:t>
      </w:r>
      <w:r>
        <w:br/>
      </w:r>
      <w:r>
        <w:rPr>
          <w:sz w:val="20"/>
        </w:rPr>
        <w:t>47:34  toh madaris ke bare mein mera tajruba yeh hai ke madrase ke parhe hue logon ke aur asal deen ke beech mein woh aalim haail hai ke hamare Hazrat Hassan Qayyani.</w:t>
      </w:r>
      <w:r>
        <w:br/>
      </w:r>
      <w:r>
        <w:rPr>
          <w:sz w:val="20"/>
        </w:rPr>
        <w:t>47:51  maine kai baar tajruba kiya hai ke koi baat aisa mein kahoon jo Quran o Hadees ke hawale se kahoon toh woh kya keh dein ge?</w:t>
      </w:r>
      <w:r>
        <w:br/>
      </w:r>
      <w:r>
        <w:rPr>
          <w:sz w:val="20"/>
        </w:rPr>
        <w:t>48:00  bhai, hamare Hazrat Hassan Qayyani, hamare Hazrat, kya aap se aap kya aap se kam jante the?</w:t>
      </w:r>
      <w:r>
        <w:br/>
      </w:r>
      <w:r>
        <w:rPr>
          <w:sz w:val="20"/>
        </w:rPr>
        <w:t>48:08  hamare Hazrat, yeh in ka afsar hota hai, yeh in ka afsar hota hai. maine bar bar yeh tajruba kiya hai ke madrase ke log jo hain, woh apna, un ke jo apne akabir kehte hain, un ko woh un ke jo akabir ke afsar bhi jeete hain,</w:t>
      </w:r>
      <w:r>
        <w:br/>
      </w:r>
      <w:r>
        <w:rPr>
          <w:sz w:val="20"/>
        </w:rPr>
        <w:t>48:30  bade, to jab main un se baat karta hoon aur Quran o Hadees sunata hoon to kya keh dete hain?</w:t>
      </w:r>
      <w:r>
        <w:br/>
      </w:r>
      <w:r>
        <w:rPr>
          <w:sz w:val="20"/>
        </w:rPr>
        <w:t>48:40  kya Quran o Hadees in ko nahi maloom tha? hamare akabir le jate the Quran o Hadees ko, aap hi jante hain.</w:t>
      </w:r>
      <w:r>
        <w:br/>
      </w:r>
      <w:r>
        <w:rPr>
          <w:sz w:val="20"/>
        </w:rPr>
        <w:t>48:50  to yeh hai un ki shart, is shart ko todna, yani aap jante hain ke bahut se madarse ke padhe hue bhi hamare saathi hain, un ki shart tooti hai.</w:t>
      </w:r>
      <w:r>
        <w:br/>
      </w:r>
      <w:r>
        <w:rPr>
          <w:sz w:val="20"/>
        </w:rPr>
        <w:t>49:03  to shart ko tootne ki shakal yeh hai ke aap hamari kitabein parhwaien, hamari kitabein parhwaen. mujhe bahut se, yani madaris ke farigheen mein bahut se log hain jo hamare khilaf the.</w:t>
      </w:r>
      <w:r>
        <w:br/>
      </w:r>
      <w:r>
        <w:rPr>
          <w:sz w:val="20"/>
        </w:rPr>
        <w:t>49:17  phir jab un ko kitabein parhwai gayeen to unhone maan liya ke bhai yeh to baat theek hai. to mere khayal se adab ko padhana bahut zaroori hai, isi se shart toote gi, is ke baad un ka ikhtilaf khatm ho jayega.</w:t>
      </w:r>
    </w:p>
    <w:p>
      <w:pPr>
        <w:pStyle w:val="Heading2"/>
      </w:pPr>
      <w:r>
        <w:t>Why slavery not abolished in Islam?</w:t>
      </w:r>
    </w:p>
    <w:p>
      <w:r>
        <w:rPr>
          <w:color w:val="666666"/>
          <w:sz w:val="18"/>
        </w:rPr>
        <w:t>Other · Art of Crisis Management I 3 October, 2010 Maulana Wahiduddin Khan · 4m 51s · at 1:44:12 · https://youtu.be/mcJZ0YEOolk?t=6252</w:t>
      </w:r>
    </w:p>
    <w:p>
      <w:r>
        <w:rPr>
          <w:i/>
        </w:rPr>
        <w:t>“Why was slavery not abolished in Islam, like alcohol consumption and eating pork were declared haram?”</w:t>
      </w:r>
    </w:p>
    <w:p>
      <w:r>
        <w:rPr>
          <w:sz w:val="20"/>
        </w:rPr>
        <w:t>1:44:12  text ko padhein. text ko. hmm, un ka ek sawal aur hai. Maulana, unhone poocha hai: "Why was slavery not abolish in Islam?" Like alcohol.</w:t>
      </w:r>
      <w:r>
        <w:br/>
      </w:r>
      <w:r>
        <w:rPr>
          <w:sz w:val="20"/>
        </w:rPr>
        <w:t>1:44:25  Kya? Why? Why was slavery? hmm, not abolish in Islam?</w:t>
      </w:r>
      <w:r>
        <w:br/>
      </w:r>
      <w:r>
        <w:rPr>
          <w:sz w:val="20"/>
        </w:rPr>
        <w:t>1:44:30  Like alcohol consumption and eating pork was declared haram? Nahi, aisa nahi hai. alcohol bhi dekhiye, achaanak khatam nahi kiya gaya tha.</w:t>
      </w:r>
      <w:r>
        <w:br/>
      </w:r>
      <w:r>
        <w:rPr>
          <w:sz w:val="20"/>
        </w:rPr>
        <w:t>1:44:41  kayi stages mein khatam kiya gaya tha. Islam ka tareeqa yeh nahi hai ke radically aap achaanak elaan kar dein ke sab khatam.</w:t>
      </w:r>
      <w:r>
        <w:br/>
      </w:r>
      <w:r>
        <w:rPr>
          <w:sz w:val="20"/>
        </w:rPr>
        <w:t>1:44:49  gradual tareeqe se khatam kiya jata hai. to slavery bhi khatam ki gayi gradual tareeqe se. kyunke slavery jo hai, aaj aap samajh nahi paate ke slavery kya cheez hai.</w:t>
      </w:r>
      <w:r>
        <w:br/>
      </w:r>
      <w:r>
        <w:rPr>
          <w:sz w:val="20"/>
        </w:rPr>
        <w:t>1:44:59  slavery us zamane ki employment thi.</w:t>
      </w:r>
      <w:r>
        <w:br/>
      </w:r>
      <w:r>
        <w:rPr>
          <w:sz w:val="20"/>
        </w:rPr>
        <w:t>1:45:04  log samajhte nahi slavery kya cheez hai. is zamane mein jab ke aaj kal ki tarah se industry nahi thi, aaj ki tarah se yeh jo itne saare tareeqe hain kamane kamane ke, woh sab nahi the.</w:t>
      </w:r>
      <w:r>
        <w:br/>
      </w:r>
      <w:r>
        <w:rPr>
          <w:sz w:val="20"/>
        </w:rPr>
        <w:t>1:45:16  to is zamane mein slavery ek ek employment tha.</w:t>
      </w:r>
      <w:r>
        <w:br/>
      </w:r>
      <w:r>
        <w:rPr>
          <w:sz w:val="20"/>
        </w:rPr>
        <w:t>1:45:21  to achaanak abolish kar diya jaye to bahut saare log be rozgar ho jayenge. is tarah woh kahan khappen ge? woh log achaanak bahut se log be rozgar ho jayenge.</w:t>
      </w:r>
      <w:r>
        <w:br/>
      </w:r>
      <w:r>
        <w:rPr>
          <w:sz w:val="20"/>
        </w:rPr>
        <w:t>1:45:32  is liye islam ne is ko gradual tareeqay se khatam kiya. ek arab ne bohat acha likha hai. ek un ka mein ne parha, un ki ek kitab hai,</w:t>
      </w:r>
      <w:r>
        <w:br/>
      </w:r>
      <w:r>
        <w:rPr>
          <w:sz w:val="20"/>
        </w:rPr>
        <w:t>1:45:42  wo mushkilat al quran. is ka naam hai ke islam ne slavery ke mamlay mein ek form jo usool ikhtiyar kiya, wo yeh tha ke tazeeq al madkhal</w:t>
      </w:r>
      <w:r>
        <w:br/>
      </w:r>
      <w:r>
        <w:rPr>
          <w:sz w:val="20"/>
        </w:rPr>
        <w:t>1:45:58  aur tawsee al makhraj, yaani gradual tor par yeh karna ke naye slave na banen aur pichlay slave jo hain, wo khatam hotay khatam hotay chlay jayen.</w:t>
      </w:r>
      <w:r>
        <w:br/>
      </w:r>
      <w:r>
        <w:rPr>
          <w:sz w:val="20"/>
        </w:rPr>
        <w:t>1:46:12  mukhtalif cheezon mein, mislan kaffara ada karna, mukhtalif cheezon ko azaad karne ka sawab jo bataya gaya hai waghera.</w:t>
      </w:r>
      <w:r>
        <w:br/>
      </w:r>
      <w:r>
        <w:rPr>
          <w:sz w:val="20"/>
        </w:rPr>
        <w:t>1:46:19  to islam ne yeh tareeqa ikhtiyar kiya ke achaanak khatam na kar ke gradual tor par khatam karna. aur wo tareeqa yeh tha ke nayi slavery to band ki gayi, kar di gayi usi waqt, lekin jo already jo slave thay, un ke liye mukhtalif tareeqon se yeh kiya gaya ke dheeray dheeray, dheeray dheeray wo azaad ho kar society mein absorb hotay chlay jayen.</w:t>
      </w:r>
      <w:r>
        <w:br/>
      </w:r>
      <w:r>
        <w:rPr>
          <w:sz w:val="20"/>
        </w:rPr>
        <w:t>1:46:42  isi ko unhon ne kaha hai ke wo tazeeq al makhraj aur tawsee al madkhal. tawsee al madkhal yeh bohat bohat hi sahi hai.</w:t>
      </w:r>
      <w:r>
        <w:br/>
      </w:r>
      <w:r>
        <w:rPr>
          <w:sz w:val="20"/>
        </w:rPr>
        <w:t>1:46:53  mein samajhta hoon ke is ko to islam mein yeh ho ke naye slave na banaye jayen</w:t>
      </w:r>
      <w:r>
        <w:br/>
      </w:r>
      <w:r>
        <w:rPr>
          <w:sz w:val="20"/>
        </w:rPr>
        <w:t>1:46:59  aur pichlay jo slave hain, jo goya ke un ka rozgar wahi tha kahin, to un ko dheeray dheeray, dheeray dheeray khatam kiya jaye aur un ko society mein absorb kar diya jaye.</w:t>
      </w:r>
      <w:r>
        <w:br/>
      </w:r>
      <w:r>
        <w:rPr>
          <w:sz w:val="20"/>
        </w:rPr>
        <w:t>1:47:11  aaj koi slave banaye to bilkul haram hoga. wo slave bana ab islam mein jaiz nahi hai. jo thay mazi ke, bas wo thay slave. aaj aap slave banayen to jaiz nahi hai.</w:t>
      </w:r>
      <w:r>
        <w:br/>
      </w:r>
      <w:r>
        <w:rPr>
          <w:sz w:val="20"/>
        </w:rPr>
        <w:t>1:47:25  maulana, yeh sawal kiya hai miss sadia ne new delhi se: "christians and jews, you said according to the law of nature, degenerated.</w:t>
      </w:r>
      <w:r>
        <w:br/>
      </w:r>
      <w:r>
        <w:rPr>
          <w:sz w:val="20"/>
        </w:rPr>
        <w:t>1:47:37  would you say that even today, both jews and christians have failed to regenerate their people?"</w:t>
      </w:r>
      <w:r>
        <w:br/>
      </w:r>
      <w:r>
        <w:rPr>
          <w:sz w:val="20"/>
        </w:rPr>
        <w:t>1:47:47  haan, un ka wo maslay paida nahi hue. hum logon ka jo mission hai, aisa mission kahin nahi hai. yaad rakhiye, nahi nahi, yahudiyon mein nahi, isaiyon mein. un ke haan wo social social kaam hota hai.</w:t>
      </w:r>
      <w:r>
        <w:br/>
      </w:r>
      <w:r>
        <w:rPr>
          <w:sz w:val="20"/>
        </w:rPr>
        <w:t>1:47:58  sab ke haan, sab ka social kaam hota hai. baqi yeh jo kaam hamare haan ho raha hai,</w:t>
      </w:r>
      <w:r>
        <w:br/>
      </w:r>
      <w:r>
        <w:rPr>
          <w:sz w:val="20"/>
        </w:rPr>
        <w:t>1:48:06  re engineering of mind, yaani is original mazhab ko phir se revive karna, yeh to kahin bhi nahi ho raha hai. yeh to Allah taala ne yeh mission jo khara kiya hai, bohat unique hai.</w:t>
      </w:r>
      <w:r>
        <w:br/>
      </w:r>
      <w:r>
        <w:rPr>
          <w:sz w:val="20"/>
        </w:rPr>
        <w:t>1:48:21  na aisa muslim mission musalmanon mein kahin hai, na yahudiyon mein hai, na isaiyon mein hai. aap logon ko shukr karna chahiye ke aap log is se jure aur aap logon ke zamanay mein yeh mission khara hua.</w:t>
      </w:r>
      <w:r>
        <w:br/>
      </w:r>
      <w:r>
        <w:rPr>
          <w:sz w:val="20"/>
        </w:rPr>
        <w:t>1:48:33  warna yeh to is ke, is ke, yaani sari muslim dunya mein, ah, jo hai, kuch tha hi nahi, siway andheray, andheray, andheray ke.</w:t>
      </w:r>
      <w:r>
        <w:br/>
      </w:r>
      <w:r>
        <w:rPr>
          <w:sz w:val="20"/>
        </w:rPr>
        <w:t>1:48:43  christian aur yahudiyon ke bhi kuch bhi nahi thi. haan, political tehreekein un ke haan hain aur</w:t>
      </w:r>
      <w:r>
        <w:br/>
      </w:r>
      <w:r>
        <w:rPr>
          <w:sz w:val="20"/>
        </w:rPr>
        <w:t>1:48:49  social kaam hain aur doosray doosray kaam hain. yeh yeh jo revival hai, yeh to yeh to aaj kahin bhi nahi, kahin bhi nahi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