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10 questions · category Other · full transcripts with timestamps · exported 2026-09-21</w:t>
      </w:r>
    </w:p>
    <w:p>
      <w:pPr>
        <w:pStyle w:val="Heading2"/>
      </w:pPr>
      <w:r>
        <w:t>Basis for Closing Ijtihad and Its Revival</w:t>
      </w:r>
    </w:p>
    <w:p>
      <w:r>
        <w:rPr>
          <w:color w:val="666666"/>
          <w:sz w:val="18"/>
        </w:rPr>
        <w:t>Other · Q&amp;A 20 Nov 2011 Maulana Wahiduddin Khan · 5m 00s · at 26:54 · https://youtu.be/7sNDn8Y6jUc?t=1614</w:t>
      </w:r>
    </w:p>
    <w:p>
      <w:r>
        <w:rPr>
          <w:i/>
        </w:rPr>
        <w:t>“On what basis was the door to ijtihad closed by the ulema? How can Muslims be made to understand the importance of ijtihad now?”</w:t>
      </w:r>
    </w:p>
    <w:p>
      <w:r>
        <w:rPr>
          <w:sz w:val="20"/>
        </w:rPr>
        <w:t>26:54  Maulana, isi se related ek aur sawal kiya gaya hai Miss Naghma Siddiqui ne Delhi se. unhon ne likha hai. "On what basis was the door to ijtihad closed by the ulema?</w:t>
      </w:r>
      <w:r>
        <w:br/>
      </w:r>
      <w:r>
        <w:rPr>
          <w:sz w:val="20"/>
        </w:rPr>
        <w:t>27:05  How can Muslims be made to understand the importance of ijtihad now?"</w:t>
      </w:r>
      <w:r>
        <w:br/>
      </w:r>
      <w:r>
        <w:rPr>
          <w:sz w:val="20"/>
        </w:rPr>
        <w:t>27:11  khud sakhta ek ek khud sakhta mafroza. Supposition. ke kahin ghalti na ho jaye.</w:t>
      </w:r>
      <w:r>
        <w:br/>
      </w:r>
      <w:r>
        <w:rPr>
          <w:sz w:val="20"/>
        </w:rPr>
        <w:t>27:20  ye jo door band kiya gaya is khud sakhta mafroza ko le kar ke. kahin ghalti na ho jaye. bhayi ghalti ho jaye tab bhi to sawab milega.</w:t>
      </w:r>
      <w:r>
        <w:br/>
      </w:r>
      <w:r>
        <w:rPr>
          <w:sz w:val="20"/>
        </w:rPr>
        <w:t>27:30  to kis ko? yani ye logon ne jo kiya apne haq se aage ja kar kiya. jo darwaza Rasool Allah ne band nahi kiya wo aap kaun hote hain band karne wale?</w:t>
      </w:r>
      <w:r>
        <w:br/>
      </w:r>
      <w:r>
        <w:rPr>
          <w:sz w:val="20"/>
        </w:rPr>
        <w:t>27:40  kaun hote hain band karne wale aap ko? ek khadsha ko le kar ke ke sahib kahin ghalti na ho jaye. ghalti ho tab bhi to sawab bataya gaya hai.</w:t>
      </w:r>
      <w:r>
        <w:br/>
      </w:r>
      <w:r>
        <w:rPr>
          <w:sz w:val="20"/>
        </w:rPr>
        <w:t>27:49  to main dekh is hadith se sabit hota hai ke har haal mein ijtihad karo. albatta ye shart rahegi sath sath ke apne correction ke liye tayyar raho.</w:t>
      </w:r>
      <w:r>
        <w:br/>
      </w:r>
      <w:r>
        <w:rPr>
          <w:sz w:val="20"/>
        </w:rPr>
        <w:t>28:01  agar koi aadmi tum ko tokre to wo ghalti ko bataye to foran maan lo. I was wrong.</w:t>
      </w:r>
      <w:r>
        <w:br/>
      </w:r>
      <w:r>
        <w:rPr>
          <w:sz w:val="20"/>
        </w:rPr>
        <w:t>28:07  ijtihad sach puche to ijtihad. asal farq ye hai. yaad rakhiye. is aadmi ke liye ijtihad ain sawab hai jo is ke liye tayyar rehta ho ke us ki ghalti ko batai jaye to wo keh de I was wrong.</w:t>
      </w:r>
      <w:r>
        <w:br/>
      </w:r>
      <w:r>
        <w:rPr>
          <w:sz w:val="20"/>
        </w:rPr>
        <w:t>28:24  aur jo aadmi ka haal ye ho ke ijtihad karne ke baad ghalti na maney sarakashi kare us ki to puri zindagi hi gunah hai. ijtihad kiya?</w:t>
      </w:r>
      <w:r>
        <w:br/>
      </w:r>
      <w:r>
        <w:rPr>
          <w:sz w:val="20"/>
        </w:rPr>
        <w:t>28:34  us ko kuch bhi karne ka haq nahi hai. phir main repeat karunga ke ek aadmi ijtihad kare</w:t>
      </w:r>
      <w:r>
        <w:br/>
      </w:r>
      <w:r>
        <w:rPr>
          <w:sz w:val="20"/>
        </w:rPr>
        <w:t>28:41  aur wo ghalti kare aur jab toka jaye to na maney wo apni sarakashi dikhane lage us ke liye sar-ta-pa us ki zindagi gunah hai ijtihad ye nahi hai sab kuch uska gunah hai kyunke sarakashi maaf nahi hogi us ki</w:t>
      </w:r>
      <w:r>
        <w:br/>
      </w:r>
      <w:r>
        <w:rPr>
          <w:sz w:val="20"/>
        </w:rPr>
        <w:t>28:57  lekin jo aadmi ijtihad kare aur us ke sath tayyar ho ke jab bhi us ko ghalti batai jayegi daleel se daleel se to foran maan lega keh dega I was wrong to us ke liye ain sawab hai ijtihad to aap</w:t>
      </w:r>
      <w:r>
        <w:br/>
      </w:r>
      <w:r>
        <w:rPr>
          <w:sz w:val="20"/>
        </w:rPr>
        <w:t>29:14  ijtihad darwaza band karne ka koi haq nahi rakhte sirf ye kehna chahiye aap ko ke tum ijtihad karo lekin us ke liye bhi tayyar raho ke jab tum ko ghalti batai jaye tum maan lo apni ghalti yani etiraf ka jazba bhi apne andar develop karo bas.</w:t>
      </w:r>
      <w:r>
        <w:br/>
      </w:r>
      <w:r>
        <w:rPr>
          <w:sz w:val="20"/>
        </w:rPr>
        <w:t>29:34  Maulana Israr Khatib ne Chennai se likha hai ke ijtihad ke liye kya shariyat hai Maulana aap ne abhi bataya lekin wo ye bhi janna chahte hain ke is ke liye kya Quran aur hadith ka ilm zaruri hai ya nahi?</w:t>
      </w:r>
      <w:r>
        <w:br/>
      </w:r>
      <w:r>
        <w:rPr>
          <w:sz w:val="20"/>
        </w:rPr>
        <w:t>29:50  ijtihad ko ek ajib o gharib mani panah diye gaye hain. har cheez mein ijtihad hai. farz kijiye ke aap ate hain class mein shirkat karne ke liye.</w:t>
      </w:r>
      <w:r>
        <w:br/>
      </w:r>
      <w:r>
        <w:rPr>
          <w:sz w:val="20"/>
        </w:rPr>
        <w:t>30:01  aap ate hain to farz kijiye ke darwaza band hai. darwaza band hai jahan se aap enter hote hain. to wahan pe ijtihad hai.</w:t>
      </w:r>
      <w:r>
        <w:br/>
      </w:r>
      <w:r>
        <w:rPr>
          <w:sz w:val="20"/>
        </w:rPr>
        <w:t>30:10  ke ek to ye ke aap darwaza band hai wo loot gaye wapas. ek hai ke darwaza band hai socha aap ne ke kya karna chahiye to wo mobile uthaya. us ke baad hamare kisi aadmi ko aap ne telephone kar diya.</w:t>
      </w:r>
      <w:r>
        <w:br/>
      </w:r>
      <w:r>
        <w:rPr>
          <w:sz w:val="20"/>
        </w:rPr>
        <w:t>30:20  mister rajat ko kisi ko keh bhai aaj kya aaj kya baat hai? yeh ijtihad ho gaya.</w:t>
      </w:r>
      <w:r>
        <w:br/>
      </w:r>
      <w:r>
        <w:rPr>
          <w:sz w:val="20"/>
        </w:rPr>
        <w:t>30:26  ijtihad to ek aisi cheez hai jo har waqt jaari rehta hai. har waqt jaari rehta hai. ab yeh pani hai. farz kijiye ke pani thanda hai.</w:t>
      </w:r>
      <w:r>
        <w:br/>
      </w:r>
      <w:r>
        <w:rPr>
          <w:sz w:val="20"/>
        </w:rPr>
        <w:t>30:37  mera gale ka masla paida ho to thande pani se to main sochun ke bhai thanda pani nahi peena chahiye mujhe garam pani peena chahiye. to main kahun mujhe kehna chahiye ke bhai garam pani lao.</w:t>
      </w:r>
      <w:r>
        <w:br/>
      </w:r>
      <w:r>
        <w:rPr>
          <w:sz w:val="20"/>
        </w:rPr>
        <w:t>30:46  yeh bhi ijtihad hai.</w:t>
      </w:r>
      <w:r>
        <w:br/>
      </w:r>
      <w:r>
        <w:rPr>
          <w:sz w:val="20"/>
        </w:rPr>
        <w:t>30:48  ijtihad ko logon ne ajeeb o ghareeb ek cheez samajh liya hai. ijtihad ka talluq yaad rakhiye zindagi ke har masle se aur isi tarah se deeni masle se bhi hai.</w:t>
      </w:r>
      <w:r>
        <w:br/>
      </w:r>
      <w:r>
        <w:rPr>
          <w:sz w:val="20"/>
        </w:rPr>
        <w:t>31:00  dawat ke masle se bhi hai. Allah taala ne duniya ko jab is tarah banaya hai ke har lamha halaat badalte hain. nai situation create hoti hai.</w:t>
      </w:r>
      <w:r>
        <w:br/>
      </w:r>
      <w:r>
        <w:rPr>
          <w:sz w:val="20"/>
        </w:rPr>
        <w:t>31:09  naye naye tajurbe hote hain. Allah taala ne jab isi duniya banai hai</w:t>
      </w:r>
      <w:r>
        <w:br/>
      </w:r>
      <w:r>
        <w:rPr>
          <w:sz w:val="20"/>
        </w:rPr>
        <w:t>31:14  to iske baad ijtihad zaruri ho gaya. zaruri ho gaya ijtihad. ab aap farz kijiye aap gaye station aur train chhoot gayi.</w:t>
      </w:r>
      <w:r>
        <w:br/>
      </w:r>
      <w:r>
        <w:rPr>
          <w:sz w:val="20"/>
        </w:rPr>
        <w:t>31:27  woh bhi ijtihad hai ke wapas jaaun ghar ya agli train ka intezar karun?</w:t>
      </w:r>
      <w:r>
        <w:br/>
      </w:r>
      <w:r>
        <w:rPr>
          <w:sz w:val="20"/>
        </w:rPr>
        <w:t>31:32  to kaun hai darwaza band kare ijtihad ka? kis ko haq hai? jabke Allah taala ke kaise planning mein shamil hai ke ijtihad karo.</w:t>
      </w:r>
      <w:r>
        <w:br/>
      </w:r>
      <w:r>
        <w:rPr>
          <w:sz w:val="20"/>
        </w:rPr>
        <w:t>31:43  ijtihad karo. to main nahi samajhta ke yeh yeh iska koi bhi ma'qool</w:t>
      </w:r>
      <w:r>
        <w:br/>
      </w:r>
      <w:r>
        <w:rPr>
          <w:sz w:val="20"/>
        </w:rPr>
        <w:t>31:49  sab koi bata sakta hai.</w:t>
      </w:r>
    </w:p>
    <w:p>
      <w:pPr>
        <w:pStyle w:val="Heading2"/>
      </w:pPr>
      <w:r>
        <w:t>Clarification on Daba as Noah's Ark</w:t>
      </w:r>
    </w:p>
    <w:p>
      <w:r>
        <w:rPr>
          <w:color w:val="666666"/>
          <w:sz w:val="18"/>
        </w:rPr>
        <w:t>Other · Major Signs of Doomsday November 26, 2023 · 8m 32s · at 32:58 · https://youtu.be/pMRzFjrkWf4?t=1978</w:t>
      </w:r>
    </w:p>
    <w:p>
      <w:r>
        <w:rPr>
          <w:i/>
        </w:rPr>
        <w:t>“It is said that Daba is a sign before the End Times. Maulana Wahiduddin Khan has written in Al-Risala that it is the Ark of Noah. Could you please clarify this? It is a very important sign of the Day of Judgment, but people do not understand.”</w:t>
      </w:r>
    </w:p>
    <w:p>
      <w:r>
        <w:rPr>
          <w:sz w:val="20"/>
        </w:rPr>
        <w:t>32:58  ji. real qissa hai. ji. jazak Allah, apaa. apaa, agla sawal mein Dajjal ke relation mein poochna chahunga ke yeh bhi ek nishani batayi gayi hai, end of times ke aanay se pehle, emergency of Dajjal.</w:t>
      </w:r>
      <w:r>
        <w:br/>
      </w:r>
      <w:r>
        <w:rPr>
          <w:sz w:val="20"/>
        </w:rPr>
        <w:t>33:15  Maulana Wahiduddin Khan sahib ne Al-Risala mein is ko Hazrat Nuh (AS) ki kashti bataya hai. to mein chahunga ke is is ke bare mein bhi aap thoda wazeh karein.</w:t>
      </w:r>
      <w:r>
        <w:br/>
      </w:r>
      <w:r>
        <w:rPr>
          <w:sz w:val="20"/>
        </w:rPr>
        <w:t>33:27  yeh bohat hi important nishani hai qayamat ki. to Dajjal, lekin log samajhte nahi.</w:t>
      </w:r>
      <w:r>
        <w:br/>
      </w:r>
      <w:r>
        <w:rPr>
          <w:sz w:val="20"/>
        </w:rPr>
        <w:t>33:36  woh purane zamane ke lehaz se literal, woh ek to purana zamana tha, us mein bohat sari cheezein hamare samne thi nahi. aur doosre, woh samajhte the har cheez ko literal, yani ke literal samajhna cha rahe the, to woh samajh mein nahi aata tha.</w:t>
      </w:r>
      <w:r>
        <w:br/>
      </w:r>
      <w:r>
        <w:rPr>
          <w:sz w:val="20"/>
        </w:rPr>
        <w:t>33:52  to Dajjal ka mein sahi Muslim mein jo tashreeh likhi hui hai na, woh bohat ajeeb o ghareeb tashreeh hai. ji. ke bohat bara janwar Safa pahad se niklega, 60 gaz lamba uska sar hoga,</w:t>
      </w:r>
      <w:r>
        <w:br/>
      </w:r>
      <w:r>
        <w:rPr>
          <w:sz w:val="20"/>
        </w:rPr>
        <w:t>34:06  hathi ke jaise kaan, sing pahadi bakri jaisa, sina sher ka. ji. hath paon oont ke.</w:t>
      </w:r>
      <w:r>
        <w:br/>
      </w:r>
      <w:r>
        <w:rPr>
          <w:sz w:val="20"/>
        </w:rPr>
        <w:t>34:16  Hazrat Musa (AS) ka asaa aur Hazrat Suleman (AS) ki angoothi le kar woh woh aye ga, aur Musalman aur kafir ko soongh kar bata dega ke kaun sachay deen par hai,</w:t>
      </w:r>
      <w:r>
        <w:br/>
      </w:r>
      <w:r>
        <w:rPr>
          <w:sz w:val="20"/>
        </w:rPr>
        <w:t>34:27  kaun nahi hai. ji. ab aap sochiye, is ka kuch bhi aql se taluq nahi ke itna bara janwar nikal ke aye ga to sab log bhagenge.</w:t>
      </w:r>
      <w:r>
        <w:br/>
      </w:r>
      <w:r>
        <w:rPr>
          <w:sz w:val="20"/>
        </w:rPr>
        <w:t>34:38  woh kab soonghne ko is ko milega? yeh sab ko soonghega, phir bataye ga kaun kafir hai, kaun momin hai. ji. to Maulana ne is par bohat likha hai, balkay ek pamphlet bhi shaya hua tha.</w:t>
      </w:r>
      <w:r>
        <w:br/>
      </w:r>
      <w:r>
        <w:rPr>
          <w:sz w:val="20"/>
        </w:rPr>
        <w:t>34:50  ji. to ise English mein bhi aya</w:t>
      </w:r>
      <w:r>
        <w:br/>
      </w:r>
      <w:r>
        <w:rPr>
          <w:sz w:val="20"/>
        </w:rPr>
        <w:t>34:54  hai. to yeh sare jo alfaaz hote hain na, yeh symbolic hote hain.</w:t>
      </w:r>
      <w:r>
        <w:br/>
      </w:r>
      <w:r>
        <w:rPr>
          <w:sz w:val="20"/>
        </w:rPr>
        <w:t>35:00  to is mein Maulana ne likha hai ke jo Allah Ta'ala ki jo Sunnat al-Ibtila hai, jo ke har cheez par Allah Ta'ala ne veil of doubt rakha hai, yeh Surah Al-An'am mein verse nine.</w:t>
      </w:r>
      <w:r>
        <w:br/>
      </w:r>
      <w:r>
        <w:rPr>
          <w:sz w:val="20"/>
        </w:rPr>
        <w:t>35:15  to</w:t>
      </w:r>
      <w:r>
        <w:br/>
      </w:r>
      <w:r>
        <w:rPr>
          <w:sz w:val="20"/>
        </w:rPr>
        <w:t>35:16  kashti ke zariye jo Allah Ta'ala ne jo message diya hai insano ko, to woh ek disguised name hai Dajjal, kyunke kashti rengte rengte pani par chalti hai.</w:t>
      </w:r>
      <w:r>
        <w:br/>
      </w:r>
      <w:r>
        <w:rPr>
          <w:sz w:val="20"/>
        </w:rPr>
        <w:t>35:28  ji. to woh us ko disguise kiya jata tha. to is pe qanoon al-ibtila ki wajah se us ko Dajjal kaha gaya.</w:t>
      </w:r>
      <w:r>
        <w:br/>
      </w:r>
      <w:r>
        <w:rPr>
          <w:sz w:val="20"/>
        </w:rPr>
        <w:t>35:37  to jo hai Dajjal ke lafzi maani to rengne wale hain, creeper, aise jo bel hoti hai na, jo upar chadhti hai. ji. us ko bhi Dajjal kehte hain.</w:t>
      </w:r>
      <w:r>
        <w:br/>
      </w:r>
      <w:r>
        <w:rPr>
          <w:sz w:val="20"/>
        </w:rPr>
        <w:t>35:48  aur koi bhi cheez dheere dheere chal rahi ho, jaise train hi hai, bohat dheere dheere chal rahi ho, to us ko bhi Dajjal kaha jata hai. to Quran mein aya hai ke jab waqt aye ga to hum logon ke liye zameen se ek Dajjal nikalenge.</w:t>
      </w:r>
      <w:r>
        <w:br/>
      </w:r>
      <w:r>
        <w:rPr>
          <w:sz w:val="20"/>
        </w:rPr>
        <w:t>36:02  ab zameen se ek Dajjal nikalenge, zameen ke andar janwar mar nahi jayega,</w:t>
      </w:r>
      <w:r>
        <w:br/>
      </w:r>
      <w:r>
        <w:rPr>
          <w:sz w:val="20"/>
        </w:rPr>
        <w:t>36:06  zameen se kaise Dajjal niklega? ji. to yeh hai Surah Al-Naml mein aya hai. to jo hai is mein jab Hazrat Nuh (AS) bohat bare paighambar the, to unhon ne taqreeban nau sau saal tak Khuda ka paigham pohanchaya, lekin logon ne un ka paigham nahi mana.</w:t>
      </w:r>
      <w:r>
        <w:br/>
      </w:r>
      <w:r>
        <w:rPr>
          <w:sz w:val="20"/>
        </w:rPr>
        <w:t>36:29  to jab prophet ehitmam-e-hujjat kar de aur uska paigham na maana jaaye, phir Allah taala pehle to warning deta hai, jaise yeh aaj kal jo sab ho raha hai na, global warming waghera, yeh sab warning hai.</w:t>
      </w:r>
      <w:r>
        <w:br/>
      </w:r>
      <w:r>
        <w:rPr>
          <w:sz w:val="20"/>
        </w:rPr>
        <w:t>36:44  ji. to pehle to warning deta hai, phir azaab aata hai.</w:t>
      </w:r>
      <w:r>
        <w:br/>
      </w:r>
      <w:r>
        <w:rPr>
          <w:sz w:val="20"/>
        </w:rPr>
        <w:t>36:48  to isi tareeqe se Hazrat Nuh (AS) ke zamane mein jo sailab aaya, to woh in logon ne jo Hazrat Nuh (AS) ko thukra diya, reject kar diya, to is wajah se Allah taala ne woh saara jo hai, unko poori nasal ko khatam kar diya ke ab nayi nasal paida hogi aur is mein se log niklenge jo Allah taala ki ibaadat karenge.</w:t>
      </w:r>
      <w:r>
        <w:br/>
      </w:r>
      <w:r>
        <w:rPr>
          <w:sz w:val="20"/>
        </w:rPr>
        <w:t>37:15  to is mein jo hai, is mein jo hai, bolne kehte hain, woh kalam karega. to kalam bhi wohi symbolic language hai.</w:t>
      </w:r>
      <w:r>
        <w:br/>
      </w:r>
      <w:r>
        <w:rPr>
          <w:sz w:val="20"/>
        </w:rPr>
        <w:t>37:24  matlab woh kashti jo hai, woh khud ba khud is shahadat degi ke ek paighambar aaya tha aur logon ne is ko reject kiya, to Allah taala ne palat bheja aur sab khatam ho gaye.</w:t>
      </w:r>
      <w:r>
        <w:br/>
      </w:r>
      <w:r>
        <w:rPr>
          <w:sz w:val="20"/>
        </w:rPr>
        <w:t>37:36  to ab woh jo tha, kyunke insaan ko is duniya mein ek creation plan ke tehat paida</w:t>
      </w:r>
      <w:r>
        <w:br/>
      </w:r>
      <w:r>
        <w:rPr>
          <w:sz w:val="20"/>
        </w:rPr>
        <w:t>37:43  kiya gaya hai, yun hi nahi ke at drink and be merry. ji. to woh creation plan ke tehat paida kiya gaya hai. to woh ek poora reminder hai ke creation plan ke tehat paida kiya gaya tha, bar bar rasool bheje gaye, lekin unhone Khuda ko paigham ko radd kar diya.</w:t>
      </w:r>
      <w:r>
        <w:br/>
      </w:r>
      <w:r>
        <w:rPr>
          <w:sz w:val="20"/>
        </w:rPr>
        <w:t>38:01  to is wajah se woh flood aaya aur sab khatam kar diye gaye.</w:t>
      </w:r>
      <w:r>
        <w:br/>
      </w:r>
      <w:r>
        <w:rPr>
          <w:sz w:val="20"/>
        </w:rPr>
        <w:t>38:05  to yahi jo hai sabak ab is se mila, kyunke woh kashti jo hai, woh Iraq mein jo Mesopotamia ka jo ilaaqa tha, wahan se gayi thi upar Turkey ke upar Koh Ararat.</w:t>
      </w:r>
      <w:r>
        <w:br/>
      </w:r>
      <w:r>
        <w:rPr>
          <w:sz w:val="20"/>
        </w:rPr>
        <w:t>38:23  ji. Ararat ek pahad hai aur Turkey jaante hain, aap bahut thanda ilaaqa hai, to wahan bahut barf hai.</w:t>
      </w:r>
      <w:r>
        <w:br/>
      </w:r>
      <w:r>
        <w:rPr>
          <w:sz w:val="20"/>
        </w:rPr>
        <w:t>38:29  to wahan par sab log musafir jo the, utar gaye, phir barf itna barf bari hui ke woh is mein barf mein woh dab gayi.</w:t>
      </w:r>
      <w:r>
        <w:br/>
      </w:r>
      <w:r>
        <w:rPr>
          <w:sz w:val="20"/>
        </w:rPr>
        <w:t>38:38  to us ke baad jo barf mein koi cheez dabi rehti hai, to kimiyaai amal ke tehat woh fossil ban jaati hai, to bilkul pathar ki shakal ho jaati hai, to woh kharab nahi hoti phir.</w:t>
      </w:r>
      <w:r>
        <w:br/>
      </w:r>
      <w:r>
        <w:rPr>
          <w:sz w:val="20"/>
        </w:rPr>
        <w:t>38:51  ji. to is tareeqe se woh jo hai, woh pathar ban gayi. aur jab global warming hui to us ke baad kya hua ke woh dheere dheere barf pighalne laga, barf pighalne laga to woh dikhne lagi.</w:t>
      </w:r>
      <w:r>
        <w:br/>
      </w:r>
      <w:r>
        <w:rPr>
          <w:sz w:val="20"/>
        </w:rPr>
        <w:t>39:04  woh</w:t>
      </w:r>
      <w:r>
        <w:br/>
      </w:r>
      <w:r>
        <w:rPr>
          <w:sz w:val="20"/>
        </w:rPr>
        <w:t>39:05  to kuch pilots ne dekha, kyunke Bible mein bhi bahut detail mein hai Nuh ki, Nuh ki kashti ke bare mein.</w:t>
      </w:r>
      <w:r>
        <w:br/>
      </w:r>
      <w:r>
        <w:rPr>
          <w:sz w:val="20"/>
        </w:rPr>
        <w:t>39:14  to pilots ne dekha, jo ke Christian rahe honge, to unko woh similarity nazar aayi ke jo mentioned hai Bible mein, to yeh wahi kashti nazar aa rahi hai.</w:t>
      </w:r>
      <w:r>
        <w:br/>
      </w:r>
      <w:r>
        <w:rPr>
          <w:sz w:val="20"/>
        </w:rPr>
        <w:t>39:24  phir ek bahut badi team Yahudi, Isai, scholars ki, bahut badi, taqreeban sau log wahan gaye aur is ko poora unhone carbon dating waghera se saara check kiya.</w:t>
      </w:r>
      <w:r>
        <w:br/>
      </w:r>
      <w:r>
        <w:rPr>
          <w:sz w:val="20"/>
        </w:rPr>
        <w:t>39:35  to unhone taqreeban 99.9 feesad kaha ke yeh wahi kashti hai. ji. to is tareeqe se ek woh Allah taala ne ek theoretical evidence to hota hi tha,</w:t>
      </w:r>
      <w:r>
        <w:br/>
      </w:r>
      <w:r>
        <w:rPr>
          <w:sz w:val="20"/>
        </w:rPr>
        <w:t>39:50  paigām lāte the vah aur mesenjars, to vah thīoriṭikal evīḍens hotā thā.</w:t>
      </w:r>
      <w:r>
        <w:br/>
      </w:r>
      <w:r>
        <w:rPr>
          <w:sz w:val="20"/>
        </w:rPr>
        <w:t>39:57  allāh taʿālā ne ek maṭīriyal evīḍens bhī</w:t>
      </w:r>
      <w:r>
        <w:br/>
      </w:r>
      <w:r>
        <w:rPr>
          <w:sz w:val="20"/>
        </w:rPr>
        <w:t>40:01  prizarv kar diyā tāki jab āindah logoñ ko jab vah sāmane āege to vah jis ko kahte</w:t>
      </w:r>
      <w:r>
        <w:br/>
      </w:r>
      <w:r>
        <w:rPr>
          <w:sz w:val="20"/>
        </w:rPr>
        <w:t>40:07  haiñ zabān hāl se bolege ki in logoñ ke sāth aisā huā thā aur ab tum log</w:t>
      </w:r>
      <w:r>
        <w:br/>
      </w:r>
      <w:r>
        <w:rPr>
          <w:sz w:val="20"/>
        </w:rPr>
        <w:t>40:12  jo hai ā jāo rāh rāst par varna qayāmat kā ʿazāb āege aur sāre log khatm kar</w:t>
      </w:r>
      <w:r>
        <w:br/>
      </w:r>
      <w:r>
        <w:rPr>
          <w:sz w:val="20"/>
        </w:rPr>
        <w:t>40:20  diyā jāeñge.</w:t>
      </w:r>
      <w:r>
        <w:br/>
      </w:r>
      <w:r>
        <w:rPr>
          <w:sz w:val="20"/>
        </w:rPr>
        <w:t>40:22  to woh kashti jo hai bahut saari baatein batati hai ke insaan ko ek creation plan ke tehat Allah taala ne paida kiya hai, aise hi nahi paida kar diya gaya hai.</w:t>
      </w:r>
      <w:r>
        <w:br/>
      </w:r>
      <w:r>
        <w:rPr>
          <w:sz w:val="20"/>
        </w:rPr>
        <w:t>40:31  to woh ek jo hai, ek kashti jo hai, ek undeniable evidence ho gayi ke insaan is ko deny nahi kar sakta.</w:t>
      </w:r>
      <w:r>
        <w:br/>
      </w:r>
      <w:r>
        <w:rPr>
          <w:sz w:val="20"/>
        </w:rPr>
        <w:t>40:41  pehla kya tha? log mazhabi cheezon ko kahani qissa samajhte the</w:t>
      </w:r>
      <w:r>
        <w:br/>
      </w:r>
      <w:r>
        <w:rPr>
          <w:sz w:val="20"/>
        </w:rPr>
        <w:t>40:45  , legend samajhte the, lekin kashti se pata chala ke woh legend nahi tha, woh real waqia tha. to yeh bahut badi cheez thi jo Allah taala ne aaj ke logon ke liye ek historical reminder bana diya ke ab aakhri waqt aa gaya hai,</w:t>
      </w:r>
      <w:r>
        <w:br/>
      </w:r>
      <w:r>
        <w:rPr>
          <w:sz w:val="20"/>
        </w:rPr>
        <w:t>41:05  toofan aane wala hai aur tum log jo hai ab se apne aap ko sudharo, islaah karo. aur kyunke is ke baad to bas ab Surah Israfeel hai aur us waqt phir amal ka waqt khatam ho jayega.</w:t>
      </w:r>
      <w:r>
        <w:br/>
      </w:r>
      <w:r>
        <w:rPr>
          <w:sz w:val="20"/>
        </w:rPr>
        <w:t>41:19  abhi bhi amal ka waqt hai, kehte hain jab tak suraj pashim se nahi nikal aayega, tab tak hamari paas amal ka waqt hai aur hamari tauba qubool hogi.</w:t>
      </w:r>
    </w:p>
    <w:p>
      <w:pPr>
        <w:pStyle w:val="Heading2"/>
      </w:pPr>
      <w:r>
        <w:t>Developing a new theory of international relations</w:t>
      </w:r>
    </w:p>
    <w:p>
      <w:r>
        <w:rPr>
          <w:color w:val="666666"/>
          <w:sz w:val="18"/>
        </w:rPr>
        <w:t>Other · The Message of Eid Al-Adha November 6, 2011 Maulana Wahiduddin Khan · 6m 58s · at 57:39 · https://youtu.be/y59PU_RD2cg?t=3459</w:t>
      </w:r>
    </w:p>
    <w:p>
      <w:r>
        <w:rPr>
          <w:i/>
        </w:rPr>
        <w:t>“My area of interest is theory and practice of international relations. I have done many courses on research methods as well as on theory at master's, MPhil, and PhD level. But I am confused about all political and social theories because all theories have faced serious rebuttals. I want to develop a new theory of international relations that may satisfy the readers of my discipline. And if I succeed in my task of doing so, it would be a miracle for my discipline, as intellectuals say it is impossible.”</w:t>
      </w:r>
    </w:p>
    <w:p>
      <w:r>
        <w:rPr>
          <w:sz w:val="20"/>
        </w:rPr>
        <w:t>57:39  Maulana, yeh sawal kiya hai Mr. Tasawwur Hussain ne. Unhon ne yeh sawal London se likha hai. Unhon ne likha hai ke "My area of interest is theory and practice of international relations.</w:t>
      </w:r>
      <w:r>
        <w:br/>
      </w:r>
      <w:r>
        <w:rPr>
          <w:sz w:val="20"/>
        </w:rPr>
        <w:t>57:53  I have done many courses on research methods as well as on theory at master's, MPhil, and PhD level. But I am confused about all political and social theories because all theories have faced serious rebuttals.</w:t>
      </w:r>
      <w:r>
        <w:br/>
      </w:r>
      <w:r>
        <w:rPr>
          <w:sz w:val="20"/>
        </w:rPr>
        <w:t>58:09  I want to develop a new theory of international relations that may satisfy the readers of my discipline. And if I succeed in my task of doing so, it would be a miracle for my discipline, as intellectuals say it is impossible to predict human beings.</w:t>
      </w:r>
      <w:r>
        <w:br/>
      </w:r>
      <w:r>
        <w:rPr>
          <w:sz w:val="20"/>
        </w:rPr>
        <w:t>58:28  But I have listened to almost hundred videos of yours in which you have frequently used the words like natural law or law of nature.</w:t>
      </w:r>
      <w:r>
        <w:br/>
      </w:r>
      <w:r>
        <w:rPr>
          <w:sz w:val="20"/>
        </w:rPr>
        <w:t>58:38  Can you please guide me and please help me out in this formative phase of my intellectual journey? Maulana sahib, my question is: what does the Quran say about human beings?</w:t>
      </w:r>
      <w:r>
        <w:br/>
      </w:r>
      <w:r>
        <w:rPr>
          <w:sz w:val="20"/>
        </w:rPr>
        <w:t>58:50  Are they being governed by some law of nature or are they free? I mean, if they are free, then we can neither understand them nor predict about them.</w:t>
      </w:r>
      <w:r>
        <w:br/>
      </w:r>
      <w:r>
        <w:rPr>
          <w:sz w:val="20"/>
        </w:rPr>
        <w:t>59:02  And if they are being governed, then is there any clue in the Quran which helps us to understand human species fully and explain their behavior by objective laws of nature?"</w:t>
      </w:r>
      <w:r>
        <w:br/>
      </w:r>
      <w:r>
        <w:rPr>
          <w:sz w:val="20"/>
        </w:rPr>
        <w:t>59:20  Is ke bare mein hamari kitab mein kafi matter maujood hai.</w:t>
      </w:r>
      <w:r>
        <w:br/>
      </w:r>
      <w:r>
        <w:rPr>
          <w:sz w:val="20"/>
        </w:rPr>
        <w:t>59:26  Is ka khulasa yeh hai ke</w:t>
      </w:r>
      <w:r>
        <w:br/>
      </w:r>
      <w:r>
        <w:rPr>
          <w:sz w:val="20"/>
        </w:rPr>
        <w:t>59:31  ke Qur'an ne is jo nature hai, us ko bator role model ke pesh kiya hai. Nature barah-e-rast taur par law of divine law se govern ho rahi hai.</w:t>
      </w:r>
      <w:r>
        <w:br/>
      </w:r>
      <w:r>
        <w:rPr>
          <w:sz w:val="20"/>
        </w:rPr>
        <w:t>59:50  Us ko koi choice nahi hai, yani freedom of choice nahi hai. Lekin same is recorded by Aiman.</w:t>
      </w:r>
      <w:r>
        <w:br/>
      </w:r>
      <w:r>
        <w:rPr>
          <w:sz w:val="20"/>
        </w:rPr>
        <w:t>1:00:02  Is tarah ke hum baqi dunya jis tarah follow kar rahi hai divine law ko under cooperation, hum isi ko follow karein apne aazad irade se.</w:t>
      </w:r>
      <w:r>
        <w:br/>
      </w:r>
      <w:r>
        <w:rPr>
          <w:sz w:val="20"/>
        </w:rPr>
        <w:t>1:00:16  Jaise misal ke taur par dekhiye, sitaron ki dunya hai. Qur'an mein bataya gaya hai ke sitaron ko dekho, woh move kar rahe hain barabar lekin un mein takrao nahi hai.</w:t>
      </w:r>
      <w:r>
        <w:br/>
      </w:r>
      <w:r>
        <w:rPr>
          <w:sz w:val="20"/>
        </w:rPr>
        <w:t>1:00:32  Ek ek sitara doosre sitare se takrata nahi hai. Is ka matlab kya hua? Ek model hai yeh ke aap apni activities ko is tarah se organize karein ke doosre se aap na takrain.</w:t>
      </w:r>
      <w:r>
        <w:br/>
      </w:r>
      <w:r>
        <w:rPr>
          <w:sz w:val="20"/>
        </w:rPr>
        <w:t>1:00:46  To is sitaron ka jo model hai, space mein phaila hua, woh yahi hai ke to mein har ek apni apni, yani woh har ek apne apne order orbit pe ghoomta hai.</w:t>
      </w:r>
      <w:r>
        <w:br/>
      </w:r>
      <w:r>
        <w:rPr>
          <w:sz w:val="20"/>
        </w:rPr>
        <w:t>1:01:03  Kul fi falakiyat apne apne orbit orbit se cross kar ke doosre ja takrata nahi hai.</w:t>
      </w:r>
      <w:r>
        <w:br/>
      </w:r>
      <w:r>
        <w:rPr>
          <w:sz w:val="20"/>
        </w:rPr>
        <w:t>1:01:11  To yeh ek model hai lekin woh us model par amal kar rahe hain, yani under compulsion. Wohi insan se matloob hai by choice ke aap apni zindagi ki sar'garmiyan is tarah organize karein ke aap apne dayre mein rahein,</w:t>
      </w:r>
      <w:r>
        <w:br/>
      </w:r>
      <w:r>
        <w:rPr>
          <w:sz w:val="20"/>
        </w:rPr>
        <w:t>1:01:35  doosre ke daire mein daakhil na hon.</w:t>
      </w:r>
      <w:r>
        <w:br/>
      </w:r>
      <w:r>
        <w:rPr>
          <w:sz w:val="20"/>
        </w:rPr>
        <w:t>1:01:38  is ko misaal ke taur par hadees mein bataya gaya hai ke momin ki misaal aisi hai jaise rassi mein bandha hua ghoda.</w:t>
      </w:r>
      <w:r>
        <w:br/>
      </w:r>
      <w:r>
        <w:rPr>
          <w:sz w:val="20"/>
        </w:rPr>
        <w:t>1:01:48  to is mein hai ke jitni lambi rassi hoti hai, usi ke daire mein woh ghoomta hai,</w:t>
      </w:r>
      <w:r>
        <w:br/>
      </w:r>
      <w:r>
        <w:rPr>
          <w:sz w:val="20"/>
        </w:rPr>
        <w:t>1:01:56  usi ke daire mein ghoomta hai, is se bahar nahi ja pata.</w:t>
      </w:r>
      <w:r>
        <w:br/>
      </w:r>
      <w:r>
        <w:rPr>
          <w:sz w:val="20"/>
        </w:rPr>
        <w:t>1:02:00  to kaha ke insaan ko chahiye ke woh ek divine rassi apne ko mein apne aap ko baandh le. woh divine rassi jahan tak koi jaane deti hai, wahan tak jaaye, is se aage na jaaye.</w:t>
      </w:r>
      <w:r>
        <w:br/>
      </w:r>
      <w:r>
        <w:rPr>
          <w:sz w:val="20"/>
        </w:rPr>
        <w:t>1:02:13  misalan azaadi aap ko is baat ki azaadi hai ke aap bolen, magar is baat ki azaadi nahi ke aap logon ko gaali den.</w:t>
      </w:r>
      <w:r>
        <w:br/>
      </w:r>
      <w:r>
        <w:rPr>
          <w:sz w:val="20"/>
        </w:rPr>
        <w:t>1:02:24  aap ko is ki azaadi hai ke aap apne haath paon ko chalaen, is baat is ki azaadi nahi ke aap logon ko maaren.</w:t>
      </w:r>
      <w:r>
        <w:br/>
      </w:r>
      <w:r>
        <w:rPr>
          <w:sz w:val="20"/>
        </w:rPr>
        <w:t>1:02:31  aap ko is ki azaadi hai ke aap business karen, magar is ki azaadi nahi ke aap logon ko expect karne lagen. to nature mein jo cheez, yaani divine law ke tehat hai, wahi insaan se matloob hai apne ikhtiyar ke saath.</w:t>
      </w:r>
      <w:r>
        <w:br/>
      </w:r>
      <w:r>
        <w:rPr>
          <w:sz w:val="20"/>
        </w:rPr>
        <w:t>1:02:52  yeh poore nature ko Allah taala ne bator model pesh</w:t>
      </w:r>
      <w:r>
        <w:br/>
      </w:r>
      <w:r>
        <w:rPr>
          <w:sz w:val="20"/>
        </w:rPr>
        <w:t>1:02:57  kiya hai. misalan dekhiye, gulab ke phool ko dekhiye. phool hai to usi branch mein kaanta bhi hai. to kaha ke phool jo hai, kaante ke saath reh raha hai, koi protest nahi, koi shikayat nahi karta.</w:t>
      </w:r>
      <w:r>
        <w:br/>
      </w:r>
      <w:r>
        <w:rPr>
          <w:sz w:val="20"/>
        </w:rPr>
        <w:t>1:03:12  to aap ko is duniya mein is tarah rehna hai ke doosre logon ko aap se shikayat kar ke, protest kar ke, takra kar na rahen, balkeh avoid kar ke rahen.</w:t>
      </w:r>
      <w:r>
        <w:br/>
      </w:r>
      <w:r>
        <w:rPr>
          <w:sz w:val="20"/>
        </w:rPr>
        <w:t>1:03:23  yaani phool ne avoid karne ki policy ikhtiyar ki hai, kaante se takrata nahi woh. to woh to aisa kar raha hai divine law ke tehat, insaan karega by choice.</w:t>
      </w:r>
      <w:r>
        <w:br/>
      </w:r>
      <w:r>
        <w:rPr>
          <w:sz w:val="20"/>
        </w:rPr>
        <w:t>1:03:36  aise hi aap dekhiye, cow ko dekhiye, gaaye ko dekhiye. gaaye kya karti hai? aap us ko ghaas dete hain aur woh milk lotati hai.</w:t>
      </w:r>
      <w:r>
        <w:br/>
      </w:r>
      <w:r>
        <w:rPr>
          <w:sz w:val="20"/>
        </w:rPr>
        <w:t>1:03:49  to yeh kya hai?</w:t>
      </w:r>
      <w:r>
        <w:br/>
      </w:r>
      <w:r>
        <w:rPr>
          <w:sz w:val="20"/>
        </w:rPr>
        <w:t>1:03:50  Cow is a divine industry to convert non-milk into milk. aise hi aap rahen apne mahaul mein is tarah se ke aap ko negative experience ho, us ko aap convert karen positive experience mein.</w:t>
      </w:r>
      <w:r>
        <w:br/>
      </w:r>
      <w:r>
        <w:rPr>
          <w:sz w:val="20"/>
        </w:rPr>
        <w:t>1:04:09  yaani aap ki positivity kabhi khatm na hone paaye.</w:t>
      </w:r>
      <w:r>
        <w:br/>
      </w:r>
      <w:r>
        <w:rPr>
          <w:sz w:val="20"/>
        </w:rPr>
        <w:t>1:04:15  yaani negative experience ke darmiyan positive ban kar rehna, yeh lesson de rahi hai cow aap ko. to poora nature aap ko sabak de raha hai.</w:t>
      </w:r>
      <w:r>
        <w:br/>
      </w:r>
      <w:r>
        <w:rPr>
          <w:sz w:val="20"/>
        </w:rPr>
        <w:t>1:04:25  yeh itna hi farq hai ke nature mein woh cheez divine law ke tehat hai, under compulsion, aur insaan by choice isi tareeqe ko ikhtiyar karta hai.</w:t>
      </w:r>
    </w:p>
    <w:p>
      <w:pPr>
        <w:pStyle w:val="Heading2"/>
      </w:pPr>
      <w:r>
        <w:t>Method of raze marjoo by jurists</w:t>
      </w:r>
    </w:p>
    <w:p>
      <w:r>
        <w:rPr>
          <w:color w:val="666666"/>
          <w:sz w:val="18"/>
        </w:rPr>
        <w:t>Other · Wisdom of Hadith Maulana Wahiduddin Khan February 23, 2014 · 6m 24s · at 1:10:19 · https://youtu.be/5E_MIQpToK4?t=4219</w:t>
      </w:r>
    </w:p>
    <w:p>
      <w:r>
        <w:rPr>
          <w:i/>
        </w:rPr>
        <w:t>“Explain the method of 'raze marjoo' that the jurists adopted, given that their era was the Abbasid period.”</w:t>
      </w:r>
    </w:p>
    <w:p>
      <w:r>
        <w:rPr>
          <w:sz w:val="20"/>
        </w:rPr>
        <w:t>1:10:19  Maulana, agla sawal kya hai Qazi Nisar Ahmed sahib ne Jammu se.</w:t>
      </w:r>
      <w:r>
        <w:br/>
      </w:r>
      <w:r>
        <w:rPr>
          <w:sz w:val="20"/>
        </w:rPr>
        <w:t>1:10:24  unhon ne likha hai: "Fuqaha ne raaz marjoo ka tareeqa jo ikhtiyar kiya hai, us ke bare mein</w:t>
      </w:r>
      <w:r>
        <w:br/>
      </w:r>
      <w:r>
        <w:rPr>
          <w:sz w:val="20"/>
        </w:rPr>
        <w:t>1:10:32  batain." Dekhein, yeh masla yeh hai ke fuqaha ka daur hai Abbasi daur.</w:t>
      </w:r>
      <w:r>
        <w:br/>
      </w:r>
      <w:r>
        <w:rPr>
          <w:sz w:val="20"/>
        </w:rPr>
        <w:t>1:10:37  Abbasi daur to hadithon ne is zamane mein jab phailin to isi zamane mein mass conversion bhi hua.</w:t>
      </w:r>
      <w:r>
        <w:br/>
      </w:r>
      <w:r>
        <w:rPr>
          <w:sz w:val="20"/>
        </w:rPr>
        <w:t>1:10:45  mass conversion kyunke dekhein, Roman Empire jo hai, wahan par Musalmanon ka dabdaba ho gaya, Sasanian Empire par</w:t>
      </w:r>
      <w:r>
        <w:br/>
      </w:r>
      <w:r>
        <w:rPr>
          <w:sz w:val="20"/>
        </w:rPr>
        <w:t>1:10:53  ho gaya, to beshumar log Islam mein dakhil ho gaye.</w:t>
      </w:r>
      <w:r>
        <w:br/>
      </w:r>
      <w:r>
        <w:rPr>
          <w:sz w:val="20"/>
        </w:rPr>
        <w:t>1:10:57  mass conversion hua to woh log masla poochte the.</w:t>
      </w:r>
      <w:r>
        <w:br/>
      </w:r>
      <w:r>
        <w:rPr>
          <w:sz w:val="20"/>
        </w:rPr>
        <w:t>1:11:01  to ab jab masla poochte the, woh ulama ke paas aate the to ulama ka koi jawab dena</w:t>
      </w:r>
      <w:r>
        <w:br/>
      </w:r>
      <w:r>
        <w:rPr>
          <w:sz w:val="20"/>
        </w:rPr>
        <w:t>1:11:09  tha sahaba ki jo riwayatein thin, us ko le kar ke.</w:t>
      </w:r>
      <w:r>
        <w:br/>
      </w:r>
      <w:r>
        <w:rPr>
          <w:sz w:val="20"/>
        </w:rPr>
        <w:t>1:11:14  to us waqt logon ne dekha ke sahaba ki jo riwayatein aap ko pahunch rahi hain, us mein</w:t>
      </w:r>
      <w:r>
        <w:br/>
      </w:r>
      <w:r>
        <w:rPr>
          <w:sz w:val="20"/>
        </w:rPr>
        <w:t>1:11:21  farq hai.</w:t>
      </w:r>
      <w:r>
        <w:br/>
      </w:r>
      <w:r>
        <w:rPr>
          <w:sz w:val="20"/>
        </w:rPr>
        <w:t>1:11:23  yani ek hi rang par nahi hai, yani pattern ek nahi hai, pattern ek nahi hai.</w:t>
      </w:r>
      <w:r>
        <w:br/>
      </w:r>
      <w:r>
        <w:rPr>
          <w:sz w:val="20"/>
        </w:rPr>
        <w:t>1:11:30  bohat se pattern mein bohat se farq mein is ikhtilaf nahi kahunga, farq difference kahunga.</w:t>
      </w:r>
      <w:r>
        <w:br/>
      </w:r>
      <w:r>
        <w:rPr>
          <w:sz w:val="20"/>
        </w:rPr>
        <w:t>1:11:37  to misaal ke tor par dekhen, hum khare hote hain namaz mein to qari imam jo hai, wo</w:t>
      </w:r>
      <w:r>
        <w:br/>
      </w:r>
      <w:r>
        <w:rPr>
          <w:sz w:val="20"/>
        </w:rPr>
        <w:t>1:11:45  qirat karta hai isha, yani maghrib ki aur isha ke aur fajar ki namaz mein zor se.</w:t>
      </w:r>
      <w:r>
        <w:br/>
      </w:r>
      <w:r>
        <w:rPr>
          <w:sz w:val="20"/>
        </w:rPr>
        <w:t>1:11:52  to musalle peeche jo hote hain, wo chup chap suntay rehtay hain.</w:t>
      </w:r>
      <w:r>
        <w:br/>
      </w:r>
      <w:r>
        <w:rPr>
          <w:sz w:val="20"/>
        </w:rPr>
        <w:t>1:11:57  to ab ek ek ek ek rawi ek sahabi se riwayat pohnchi logon ko.</w:t>
      </w:r>
      <w:r>
        <w:br/>
      </w:r>
      <w:r>
        <w:rPr>
          <w:sz w:val="20"/>
        </w:rPr>
        <w:t>1:12:03  unhon ne kaha ke is walay ne farmaya tha ke "la salata illa bi fatihat al kitab, la salata illa</w:t>
      </w:r>
      <w:r>
        <w:br/>
      </w:r>
      <w:r>
        <w:rPr>
          <w:sz w:val="20"/>
        </w:rPr>
        <w:t>1:12:11  bi fatihat al kitab" ke surah fatiha na parha jaye to namazi nahi hogi.</w:t>
      </w:r>
      <w:r>
        <w:br/>
      </w:r>
      <w:r>
        <w:rPr>
          <w:sz w:val="20"/>
        </w:rPr>
        <w:t>1:12:16  ab yeh hadith samnay aayi to log jo hain, ab jab neeche peeche namaz parh rahay hain to</w:t>
      </w:r>
      <w:r>
        <w:br/>
      </w:r>
      <w:r>
        <w:rPr>
          <w:sz w:val="20"/>
        </w:rPr>
        <w:t>1:12:24  jab to muqtadi kiya karen? imam to qirat kar raha hai, muqtadi kiya karen? to aap yahan par</w:t>
      </w:r>
      <w:r>
        <w:br/>
      </w:r>
      <w:r>
        <w:rPr>
          <w:sz w:val="20"/>
        </w:rPr>
        <w:t>1:12:31  bas huien, bas huien, bas huien.</w:t>
      </w:r>
      <w:r>
        <w:br/>
      </w:r>
      <w:r>
        <w:rPr>
          <w:sz w:val="20"/>
        </w:rPr>
        <w:t>1:12:34  to yeh hua ke jab aap sirri namaz hai, jaisay asar aur maghrib hai, to is mein aap</w:t>
      </w:r>
      <w:r>
        <w:br/>
      </w:r>
      <w:r>
        <w:rPr>
          <w:sz w:val="20"/>
        </w:rPr>
        <w:t>1:12:42  chup chap parh len, dheeray dheeray.</w:t>
      </w:r>
      <w:r>
        <w:br/>
      </w:r>
      <w:r>
        <w:rPr>
          <w:sz w:val="20"/>
        </w:rPr>
        <w:t>1:12:44  to sawal yeh hua ke jab wo qirat kar raha hai, tab kiya karen? tab kiya? tab bhi</w:t>
      </w:r>
      <w:r>
        <w:br/>
      </w:r>
      <w:r>
        <w:rPr>
          <w:sz w:val="20"/>
        </w:rPr>
        <w:t>1:12:52  yeh hua ke dheeray dheeray parh lo, tezi se parh lo.</w:t>
      </w:r>
      <w:r>
        <w:br/>
      </w:r>
      <w:r>
        <w:rPr>
          <w:sz w:val="20"/>
        </w:rPr>
        <w:t>1:12:57  yeh sab ikhtilafat be maani thay, bilkul be maani thay.</w:t>
      </w:r>
      <w:r>
        <w:br/>
      </w:r>
      <w:r>
        <w:rPr>
          <w:sz w:val="20"/>
        </w:rPr>
        <w:t>1:13:01  is liye ke seedhi si baat thi ke jab imam qirat nahi kar raha hai to aap khamoshi</w:t>
      </w:r>
      <w:r>
        <w:br/>
      </w:r>
      <w:r>
        <w:rPr>
          <w:sz w:val="20"/>
        </w:rPr>
        <w:t>1:13:09  se ab parh lijiyay.</w:t>
      </w:r>
      <w:r>
        <w:br/>
      </w:r>
      <w:r>
        <w:rPr>
          <w:sz w:val="20"/>
        </w:rPr>
        <w:t>1:13:10  imam qirat kar raha hai to us ki qirat aap ko aap ki numaindagi ho jaye gi.</w:t>
      </w:r>
      <w:r>
        <w:br/>
      </w:r>
      <w:r>
        <w:rPr>
          <w:sz w:val="20"/>
        </w:rPr>
        <w:t>1:13:18  hoga aap ka koi represent kar raha hai imam aur us ki qirat aap ki qirat hai, aap</w:t>
      </w:r>
      <w:r>
        <w:br/>
      </w:r>
      <w:r>
        <w:rPr>
          <w:sz w:val="20"/>
        </w:rPr>
        <w:t>1:13:25  ko bolnay ki zaroorat nahi.</w:t>
      </w:r>
      <w:r>
        <w:br/>
      </w:r>
      <w:r>
        <w:rPr>
          <w:sz w:val="20"/>
        </w:rPr>
        <w:t>1:13:28  seedhi si baat thi, lekin is mein bahsain huien.</w:t>
      </w:r>
      <w:r>
        <w:br/>
      </w:r>
      <w:r>
        <w:rPr>
          <w:sz w:val="20"/>
        </w:rPr>
        <w:t>1:13:31  aur choonkay daulat qism ki riwayatain mil rahi theen sahaba se, yeh bhi, wo bhi, to kisi ne</w:t>
      </w:r>
      <w:r>
        <w:br/>
      </w:r>
      <w:r>
        <w:rPr>
          <w:sz w:val="20"/>
        </w:rPr>
        <w:t>1:13:39  tarjeeh ka matlab hota hai priority dena.</w:t>
      </w:r>
      <w:r>
        <w:br/>
      </w:r>
      <w:r>
        <w:rPr>
          <w:sz w:val="20"/>
        </w:rPr>
        <w:t>1:13:42  kisi ne is ko tarjeeh di, kisi ne is ko tarjeeh di, kisi ne kaha yeh sahi hai,</w:t>
      </w:r>
      <w:r>
        <w:br/>
      </w:r>
      <w:r>
        <w:rPr>
          <w:sz w:val="20"/>
        </w:rPr>
        <w:t>1:13:50  kisi ne kaha woh sahi hai.</w:t>
      </w:r>
      <w:r>
        <w:br/>
      </w:r>
      <w:r>
        <w:rPr>
          <w:sz w:val="20"/>
        </w:rPr>
        <w:t>1:13:52  to masla jo zyada sahi baat yeh thi, woh is ek hadith ko le kar aap yeh kehte</w:t>
      </w:r>
      <w:r>
        <w:br/>
      </w:r>
      <w:r>
        <w:rPr>
          <w:sz w:val="20"/>
        </w:rPr>
        <w:t>1:14:00  hain ke yeh bhi theek hai, woh bhi theek hai.</w:t>
      </w:r>
      <w:r>
        <w:br/>
      </w:r>
      <w:r>
        <w:rPr>
          <w:sz w:val="20"/>
        </w:rPr>
        <w:t>1:14:04  is mein is mein diversity, yeh juzwi masail mein hamesha diversity hoti hai.</w:t>
      </w:r>
      <w:r>
        <w:br/>
      </w:r>
      <w:r>
        <w:rPr>
          <w:sz w:val="20"/>
        </w:rPr>
        <w:t>1:14:10  kyunke hadith mein aata hai ke "be jis sahabi ke is par amal kar lo, woh theek rahe</w:t>
      </w:r>
      <w:r>
        <w:br/>
      </w:r>
      <w:r>
        <w:rPr>
          <w:sz w:val="20"/>
        </w:rPr>
        <w:t>1:14:18  ga".</w:t>
      </w:r>
      <w:r>
        <w:br/>
      </w:r>
      <w:r>
        <w:rPr>
          <w:sz w:val="20"/>
        </w:rPr>
        <w:t>1:14:19  is ko kyunke juziyat mein hamesha hi ikhtilaf hota hai.</w:t>
      </w:r>
      <w:r>
        <w:br/>
      </w:r>
      <w:r>
        <w:rPr>
          <w:sz w:val="20"/>
        </w:rPr>
        <w:t>1:14:24  farz kijiye ke is ka yahan hum log hain, yahan ek insan, insan ek aadmi aata hai, woh</w:t>
      </w:r>
      <w:r>
        <w:br/>
      </w:r>
      <w:r>
        <w:rPr>
          <w:sz w:val="20"/>
        </w:rPr>
        <w:t>1:14:31  kehta hai ke yahan itne aadmi baithe hue hain, lekin sab ko baithne ka board ek hi nahi</w:t>
      </w:r>
      <w:r>
        <w:br/>
      </w:r>
      <w:r>
        <w:rPr>
          <w:sz w:val="20"/>
        </w:rPr>
        <w:t>1:14:39  hai, mukhtalif jagah baithe hue hain.</w:t>
      </w:r>
      <w:r>
        <w:br/>
      </w:r>
      <w:r>
        <w:rPr>
          <w:sz w:val="20"/>
        </w:rPr>
        <w:t>1:14:42  to baithna mushtarik hai, common hai, lekin baithne ka jo board hai, jo tareeqa hai, is mein farq</w:t>
      </w:r>
      <w:r>
        <w:br/>
      </w:r>
      <w:r>
        <w:rPr>
          <w:sz w:val="20"/>
        </w:rPr>
        <w:t>1:14:49  hai.</w:t>
      </w:r>
      <w:r>
        <w:br/>
      </w:r>
      <w:r>
        <w:rPr>
          <w:sz w:val="20"/>
        </w:rPr>
        <w:t>1:14:51  koi kursi pe hai, koi neeche hai, koi aise hai, koi aise hai.</w:t>
      </w:r>
      <w:r>
        <w:br/>
      </w:r>
      <w:r>
        <w:rPr>
          <w:sz w:val="20"/>
        </w:rPr>
        <w:t>1:14:56  تو وہ فرق جو ہے، it is but natural، فرق رہے گا۔</w:t>
      </w:r>
      <w:r>
        <w:br/>
      </w:r>
      <w:r>
        <w:rPr>
          <w:sz w:val="20"/>
        </w:rPr>
        <w:t>1:15:01  to yahi ibadaton mein maamla tha ke jo basic cheez thi, maslan fajar ki namaz do rak'at, zuhr</w:t>
      </w:r>
      <w:r>
        <w:br/>
      </w:r>
      <w:r>
        <w:rPr>
          <w:sz w:val="20"/>
        </w:rPr>
        <w:t>1:15:09  ki char rak'at, teen ki maghrib ki teen rak'at, is mein koi ikhtilaf nahi tha.</w:t>
      </w:r>
      <w:r>
        <w:br/>
      </w:r>
      <w:r>
        <w:rPr>
          <w:sz w:val="20"/>
        </w:rPr>
        <w:t>1:15:16  to jo cheez jis mein ikhtilaf nahi tha, is ka aap samjhein ke woh basics hai.</w:t>
      </w:r>
      <w:r>
        <w:br/>
      </w:r>
      <w:r>
        <w:rPr>
          <w:sz w:val="20"/>
        </w:rPr>
        <w:t>1:15:22  aur jis mein ikhtilaf hai, is ka ek naam basics hai, aur naam basics hamesha farqi hota hai.</w:t>
      </w:r>
      <w:r>
        <w:br/>
      </w:r>
      <w:r>
        <w:rPr>
          <w:sz w:val="20"/>
        </w:rPr>
        <w:t>1:15:30  naam basics hota hai, diversity hoti hai.</w:t>
      </w:r>
      <w:r>
        <w:br/>
      </w:r>
      <w:r>
        <w:rPr>
          <w:sz w:val="20"/>
        </w:rPr>
        <w:t>1:15:33  seedhi si baat thi, lekin is behas ki aur kaha ke nahi, al-haq ek ko sahi, ek ko</w:t>
      </w:r>
      <w:r>
        <w:br/>
      </w:r>
      <w:r>
        <w:rPr>
          <w:sz w:val="20"/>
        </w:rPr>
        <w:t>1:15:41  ghalat batana parega.</w:t>
      </w:r>
      <w:r>
        <w:br/>
      </w:r>
      <w:r>
        <w:rPr>
          <w:sz w:val="20"/>
        </w:rPr>
        <w:t>1:15:43  aap isi mein saare fiqh, woh ke fiqhi school bane aur alag alag group bane, aur shiddat hui</w:t>
      </w:r>
      <w:r>
        <w:br/>
      </w:r>
      <w:r>
        <w:rPr>
          <w:sz w:val="20"/>
        </w:rPr>
        <w:t>1:15:50  ke un ka in ke peeche namaz najaaiz hai, in ke peeche namaz najaaiz hai.</w:t>
      </w:r>
      <w:r>
        <w:br/>
      </w:r>
      <w:r>
        <w:rPr>
          <w:sz w:val="20"/>
        </w:rPr>
        <w:t>1:15:57  to yeh tarjeeh ka tareeqa mein ne dekha, fuqaha jo nikala, woh sahi nahi tha.</w:t>
      </w:r>
      <w:r>
        <w:br/>
      </w:r>
      <w:r>
        <w:rPr>
          <w:sz w:val="20"/>
        </w:rPr>
        <w:t>1:16:03  un ko kehna chahiye tha ke "be yeh bhi theek hai, woh bhi theek hai", kyunke maamla juziyat</w:t>
      </w:r>
      <w:r>
        <w:br/>
      </w:r>
      <w:r>
        <w:rPr>
          <w:sz w:val="20"/>
        </w:rPr>
        <w:t>1:16:11  ka hai, non basics ka hai, is ka ta'alluq basics se nahi hai.</w:t>
      </w:r>
      <w:r>
        <w:br/>
      </w:r>
      <w:r>
        <w:rPr>
          <w:sz w:val="20"/>
        </w:rPr>
        <w:t>1:16:16  yeh mein ne is ko likha hai, aap parh lijiyay, hamari kitab hai "tajdeed deen", is mein aap</w:t>
      </w:r>
      <w:r>
        <w:br/>
      </w:r>
      <w:r>
        <w:rPr>
          <w:sz w:val="20"/>
        </w:rPr>
        <w:t>1:16:24  ko mil jaye ga.</w:t>
      </w:r>
      <w:r>
        <w:br/>
      </w:r>
      <w:r>
        <w:rPr>
          <w:sz w:val="20"/>
        </w:rPr>
        <w:t>1:16:26  Before we move on, just a small clarification that the Dogri translation that Maulana released today is not</w:t>
      </w:r>
      <w:r>
        <w:br/>
      </w:r>
      <w:r>
        <w:rPr>
          <w:sz w:val="20"/>
        </w:rPr>
        <w:t>1:16:34  just the translation, it is the translation of the tazkeer ul quran.</w:t>
      </w:r>
      <w:r>
        <w:br/>
      </w:r>
      <w:r>
        <w:rPr>
          <w:sz w:val="20"/>
        </w:rPr>
        <w:t>1:16:38  so i stand corrected.</w:t>
      </w:r>
      <w:r>
        <w:br/>
      </w:r>
      <w:r>
        <w:rPr>
          <w:sz w:val="20"/>
        </w:rPr>
        <w:t>1:16:40  i will not take the next question.</w:t>
      </w:r>
    </w:p>
    <w:p>
      <w:pPr>
        <w:pStyle w:val="Heading2"/>
      </w:pPr>
      <w:r>
        <w:t>Modern Inventions Already in Nature?</w:t>
      </w:r>
    </w:p>
    <w:p>
      <w:r>
        <w:rPr>
          <w:color w:val="666666"/>
          <w:sz w:val="18"/>
        </w:rPr>
        <w:t>Other · Wisdom of Hadith Maulana Wahiduddin Khan February 23, 2014 · 25m 13s · at 35:02 · https://youtu.be/5E_MIQpToK4?t=2102</w:t>
      </w:r>
    </w:p>
    <w:p>
      <w:r>
        <w:rPr>
          <w:i/>
        </w:rPr>
        <w:t>“The things we call progress today, like electricity, communication, steam power etc., were always present in nature. Is that correct?”</w:t>
      </w:r>
    </w:p>
    <w:p>
      <w:r>
        <w:rPr>
          <w:sz w:val="20"/>
        </w:rPr>
        <w:t>35:02  jaise Arnold Toynbee mein ne misaal di to us ne likha hai ke yeh aik sawal hai</w:t>
      </w:r>
      <w:r>
        <w:br/>
      </w:r>
      <w:r>
        <w:rPr>
          <w:sz w:val="20"/>
        </w:rPr>
        <w:t>35:09  history ka ke jin cheezon ko hum aaj taraqqi kehte hain ke bijli, communication, steam power waghera, yeh</w:t>
      </w:r>
      <w:r>
        <w:br/>
      </w:r>
      <w:r>
        <w:rPr>
          <w:sz w:val="20"/>
        </w:rPr>
        <w:t>35:17  sab nature hi mein maujood thi hamesha se.</w:t>
      </w:r>
      <w:r>
        <w:br/>
      </w:r>
      <w:r>
        <w:rPr>
          <w:sz w:val="20"/>
        </w:rPr>
        <w:t>35:21  yani million billion saal se maujood thi.</w:t>
      </w:r>
      <w:r>
        <w:br/>
      </w:r>
      <w:r>
        <w:rPr>
          <w:sz w:val="20"/>
        </w:rPr>
        <w:t>35:24  to kya wajah hai ke abhi chand saalon ke andar yeh cheezein maloom hui hain? to us ne</w:t>
      </w:r>
      <w:r>
        <w:br/>
      </w:r>
      <w:r>
        <w:rPr>
          <w:sz w:val="20"/>
        </w:rPr>
        <w:t>35:31  likha yeh aik sawal qaim kiya.</w:t>
      </w:r>
      <w:r>
        <w:br/>
      </w:r>
      <w:r>
        <w:rPr>
          <w:sz w:val="20"/>
        </w:rPr>
        <w:t>35:34  yeh sawal jab qaim kiya to sochte sochte yahan tak pohancha woh ke tareekh ke pichle tamam adwaar</w:t>
      </w:r>
      <w:r>
        <w:br/>
      </w:r>
      <w:r>
        <w:rPr>
          <w:sz w:val="20"/>
        </w:rPr>
        <w:t>35:42  mein hazaron saal se insaan jo hai nature ko poochta tha jis ko kehte hain shirk.</w:t>
      </w:r>
      <w:r>
        <w:br/>
      </w:r>
      <w:r>
        <w:rPr>
          <w:sz w:val="20"/>
        </w:rPr>
        <w:t>35:48  woh kya hai? shirk means nature worship.</w:t>
      </w:r>
      <w:r>
        <w:br/>
      </w:r>
      <w:r>
        <w:rPr>
          <w:sz w:val="20"/>
        </w:rPr>
        <w:t>35:51  shirk means nature worship.</w:t>
      </w:r>
      <w:r>
        <w:br/>
      </w:r>
      <w:r>
        <w:rPr>
          <w:sz w:val="20"/>
        </w:rPr>
        <w:t>35:53  to woh yeh sawal qaim karta hai ke jab nature ko aadmi object of worship bana le to</w:t>
      </w:r>
      <w:r>
        <w:br/>
      </w:r>
      <w:r>
        <w:rPr>
          <w:sz w:val="20"/>
        </w:rPr>
        <w:t>36:01  isi waqt yeh mumkin nahin ke woh us ke liye object of investigation ban sake.</w:t>
      </w:r>
      <w:r>
        <w:br/>
      </w:r>
      <w:r>
        <w:rPr>
          <w:sz w:val="20"/>
        </w:rPr>
        <w:t>36:07  yeh tha rukawat.</w:t>
      </w:r>
      <w:r>
        <w:br/>
      </w:r>
      <w:r>
        <w:rPr>
          <w:sz w:val="20"/>
        </w:rPr>
        <w:t>36:09  to tauheed ne is ko khatam kiya.</w:t>
      </w:r>
      <w:r>
        <w:br/>
      </w:r>
      <w:r>
        <w:rPr>
          <w:sz w:val="20"/>
        </w:rPr>
        <w:t>36:12  jab tauheed ne nature ko divinity ke maqam se hataya, divinity, tab ja kar yeh yeh yeh shuru</w:t>
      </w:r>
      <w:r>
        <w:br/>
      </w:r>
      <w:r>
        <w:rPr>
          <w:sz w:val="20"/>
        </w:rPr>
        <w:t>36:19  hua ke nature ko explore karna hai.</w:t>
      </w:r>
      <w:r>
        <w:br/>
      </w:r>
      <w:r>
        <w:rPr>
          <w:sz w:val="20"/>
        </w:rPr>
        <w:t>36:22  phir hote hote sari tehzeeb wajood mein aa gayi.</w:t>
      </w:r>
      <w:r>
        <w:br/>
      </w:r>
      <w:r>
        <w:rPr>
          <w:sz w:val="20"/>
        </w:rPr>
        <w:t>36:26  yahi yahi tareeqa allah taala ne pure deen mein rakha hai ke aap sochen, ghor karen, apni aql</w:t>
      </w:r>
      <w:r>
        <w:br/>
      </w:r>
      <w:r>
        <w:rPr>
          <w:sz w:val="20"/>
        </w:rPr>
        <w:t>36:34  ko istemal karen.</w:t>
      </w:r>
      <w:r>
        <w:br/>
      </w:r>
      <w:r>
        <w:rPr>
          <w:sz w:val="20"/>
        </w:rPr>
        <w:t>36:35  tab aap ko deen ka wisdom milega.</w:t>
      </w:r>
      <w:r>
        <w:br/>
      </w:r>
      <w:r>
        <w:rPr>
          <w:sz w:val="20"/>
        </w:rPr>
        <w:t>36:39  deen ke andar jo gehraiyan hain, woh daryaft hongi aur aap ke andar intellectual development hoga.</w:t>
      </w:r>
      <w:r>
        <w:br/>
      </w:r>
      <w:r>
        <w:rPr>
          <w:sz w:val="20"/>
        </w:rPr>
        <w:t>36:46  mera haal yeh hai ke main yani rasool Allah, Allah ke rasool thay, is ko main ne daryaft</w:t>
      </w:r>
      <w:r>
        <w:br/>
      </w:r>
      <w:r>
        <w:rPr>
          <w:sz w:val="20"/>
        </w:rPr>
        <w:t>36:54  kya hai hadithon ke zariye se.</w:t>
      </w:r>
      <w:r>
        <w:br/>
      </w:r>
      <w:r>
        <w:rPr>
          <w:sz w:val="20"/>
        </w:rPr>
        <w:t>36:56  is ko daryaft kiya hai hadithon ke zariye se.</w:t>
      </w:r>
      <w:r>
        <w:br/>
      </w:r>
      <w:r>
        <w:rPr>
          <w:sz w:val="20"/>
        </w:rPr>
        <w:t>37:00  hadithon mein aisi aisi gehri baatein hain, aisi wisdom ki baatein hain ke main socha ke yeh yeh</w:t>
      </w:r>
      <w:r>
        <w:br/>
      </w:r>
      <w:r>
        <w:rPr>
          <w:sz w:val="20"/>
        </w:rPr>
        <w:t>37:08  to paighambar hi kar sakta tha aur kaun kar sakta tha? Main misaal ke taur par ek baat</w:t>
      </w:r>
      <w:r>
        <w:br/>
      </w:r>
      <w:r>
        <w:rPr>
          <w:sz w:val="20"/>
        </w:rPr>
        <w:t>37:15  arz karta hoon ke jab rasool Allah makkah mein thay, log sata rahe thay aur kuch logon ko</w:t>
      </w:r>
      <w:r>
        <w:br/>
      </w:r>
      <w:r>
        <w:rPr>
          <w:sz w:val="20"/>
        </w:rPr>
        <w:t>37:23  bahar bhi dala tha unhon ne.</w:t>
      </w:r>
      <w:r>
        <w:br/>
      </w:r>
      <w:r>
        <w:rPr>
          <w:sz w:val="20"/>
        </w:rPr>
        <w:t>37:26  to Hazrat Umar jo hain, bohat hi pehalwan aadmi thay, bohat taqatwar thay woh.</w:t>
      </w:r>
      <w:r>
        <w:br/>
      </w:r>
      <w:r>
        <w:rPr>
          <w:sz w:val="20"/>
        </w:rPr>
        <w:t>37:32  to unhon ne rasool Allah se kaha ke hum jihad karenge, hum qital karenge, in se</w:t>
      </w:r>
      <w:r>
        <w:br/>
      </w:r>
      <w:r>
        <w:rPr>
          <w:sz w:val="20"/>
        </w:rPr>
        <w:t>37:39  ladenge, in logon se, mukhalifeen se.</w:t>
      </w:r>
      <w:r>
        <w:br/>
      </w:r>
      <w:r>
        <w:rPr>
          <w:sz w:val="20"/>
        </w:rPr>
        <w:t>37:42  is waqt aap ne kaha tha: "Ya Umar, ana qaleel." Aey Umar, hum thore hain.</w:t>
      </w:r>
      <w:r>
        <w:br/>
      </w:r>
      <w:r>
        <w:rPr>
          <w:sz w:val="20"/>
        </w:rPr>
        <w:t>37:49  is par main ne ghor kiya.</w:t>
      </w:r>
      <w:r>
        <w:br/>
      </w:r>
      <w:r>
        <w:rPr>
          <w:sz w:val="20"/>
        </w:rPr>
        <w:t>37:51  Aey Umar, hum thore hain? Kyun kaha unhon ne? Rasool Allah, naoozubillah, naoozubillah, buzdil nahi thay,</w:t>
      </w:r>
      <w:r>
        <w:br/>
      </w:r>
      <w:r>
        <w:rPr>
          <w:sz w:val="20"/>
        </w:rPr>
        <w:t>37:59  bohat bahadur aadmi thay, bohat bahadur aadmi thay.</w:t>
      </w:r>
      <w:r>
        <w:br/>
      </w:r>
      <w:r>
        <w:rPr>
          <w:sz w:val="20"/>
        </w:rPr>
        <w:t>38:03  ek pata hai, ek waqea aap parh sakte hain kitabon mein.</w:t>
      </w:r>
      <w:r>
        <w:br/>
      </w:r>
      <w:r>
        <w:rPr>
          <w:sz w:val="20"/>
        </w:rPr>
        <w:t>38:07  جب آپ مکہ میں تھے تو اس زمانے میں قبائل کے قبائل یعنی کا جو زمانہ تھا، age</w:t>
      </w:r>
      <w:r>
        <w:br/>
      </w:r>
      <w:r>
        <w:rPr>
          <w:sz w:val="20"/>
        </w:rPr>
        <w:t>38:15  of tribes, to us waqt bar bar qabail hamla kiya karte thay.</w:t>
      </w:r>
      <w:r>
        <w:br/>
      </w:r>
      <w:r>
        <w:rPr>
          <w:sz w:val="20"/>
        </w:rPr>
        <w:t>38:20  talwar le ke idhar ghus gaye, talwar le ke idhar ghus gaye.</w:t>
      </w:r>
      <w:r>
        <w:br/>
      </w:r>
      <w:r>
        <w:rPr>
          <w:sz w:val="20"/>
        </w:rPr>
        <w:t>38:25  to ek baar yeh afwah uri makkah mein ke ek qabila aa raha hai makkah par hamla karne</w:t>
      </w:r>
      <w:r>
        <w:br/>
      </w:r>
      <w:r>
        <w:rPr>
          <w:sz w:val="20"/>
        </w:rPr>
        <w:t>38:33  ke liye.</w:t>
      </w:r>
      <w:r>
        <w:br/>
      </w:r>
      <w:r>
        <w:rPr>
          <w:sz w:val="20"/>
        </w:rPr>
        <w:t>38:34  yeh ek rubar uri makkah mein ke ek qabila makkah par hamla karne ke liye aa raha hai.</w:t>
      </w:r>
      <w:r>
        <w:br/>
      </w:r>
      <w:r>
        <w:rPr>
          <w:sz w:val="20"/>
        </w:rPr>
        <w:t>38:42  to jante hain kya hua? To subah ko logon ne intezar kiya ke ujala ho jaye to nikle</w:t>
      </w:r>
      <w:r>
        <w:br/>
      </w:r>
      <w:r>
        <w:rPr>
          <w:sz w:val="20"/>
        </w:rPr>
        <w:t>38:50  dekhne ke liye ke kya kya qissa hai.</w:t>
      </w:r>
      <w:r>
        <w:br/>
      </w:r>
      <w:r>
        <w:rPr>
          <w:sz w:val="20"/>
        </w:rPr>
        <w:t>38:53  to jab subah ko nikle to rasool Allah idhar se wapas aa rahe thay.</w:t>
      </w:r>
      <w:r>
        <w:br/>
      </w:r>
      <w:r>
        <w:rPr>
          <w:sz w:val="20"/>
        </w:rPr>
        <w:t>38:59  unhon ne kaha ke main nikla aur ja kar dekha door tak, kaha kuch kuch nahi, afwah hai,</w:t>
      </w:r>
      <w:r>
        <w:br/>
      </w:r>
      <w:r>
        <w:rPr>
          <w:sz w:val="20"/>
        </w:rPr>
        <w:t>39:07  kuch nahi hai, wapas chalo.</w:t>
      </w:r>
      <w:r>
        <w:br/>
      </w:r>
      <w:r>
        <w:rPr>
          <w:sz w:val="20"/>
        </w:rPr>
        <w:t>39:09  akele chale gaye, akele.</w:t>
      </w:r>
      <w:r>
        <w:br/>
      </w:r>
      <w:r>
        <w:rPr>
          <w:sz w:val="20"/>
        </w:rPr>
        <w:t>39:11  to rasool Allah bohat hi bahadur aadmi thay.</w:t>
      </w:r>
      <w:r>
        <w:br/>
      </w:r>
      <w:r>
        <w:rPr>
          <w:sz w:val="20"/>
        </w:rPr>
        <w:t>39:14  تو ایک بہادر آدمی یہ کہے گا کہ: "یا عمر، انا قلیل۔" نہیں، اس کے اندر wisdom ہے۔</w:t>
      </w:r>
      <w:r>
        <w:br/>
      </w:r>
      <w:r>
        <w:rPr>
          <w:sz w:val="20"/>
        </w:rPr>
        <w:t>39:22  wisdom, وہ wisdom کیا ہے؟ Wisdom یہ ہے کہ جب کوئی تمہیں کوئی step لینا ہے، کوئی اقدام</w:t>
      </w:r>
      <w:r>
        <w:br/>
      </w:r>
      <w:r>
        <w:rPr>
          <w:sz w:val="20"/>
        </w:rPr>
        <w:t>39:30  کرنا ہے، کوئی کارروائی کرنا ہے تو پہلے سوچو کہ کیا تم positive result نکال سکتے ہو؟ positive</w:t>
      </w:r>
      <w:r>
        <w:br/>
      </w:r>
      <w:r>
        <w:rPr>
          <w:sz w:val="20"/>
        </w:rPr>
        <w:t>39:37  رزلٹ نکال سکتے ہو تم؟ Your actions must be result-oriented.</w:t>
      </w:r>
      <w:r>
        <w:br/>
      </w:r>
      <w:r>
        <w:rPr>
          <w:sz w:val="20"/>
        </w:rPr>
        <w:t>39:42  is waqt makka mein jo halaat thay, us waqt yahi thay ke log larr kar shaheed ho jayen.</w:t>
      </w:r>
      <w:r>
        <w:br/>
      </w:r>
      <w:r>
        <w:rPr>
          <w:sz w:val="20"/>
        </w:rPr>
        <w:t>39:50  yeh yeh hota to larr kar mar jayen, yeh to koi goal nahi hai.</w:t>
      </w:r>
      <w:r>
        <w:br/>
      </w:r>
      <w:r>
        <w:rPr>
          <w:sz w:val="20"/>
        </w:rPr>
        <w:t>39:56  aaj kal ke zamane mein, is zamane mein bana rakha hai yeh goal ke larr kar mar jao.</w:t>
      </w:r>
      <w:r>
        <w:br/>
      </w:r>
      <w:r>
        <w:rPr>
          <w:sz w:val="20"/>
        </w:rPr>
        <w:t>40:04  lekin yeh Islam ka goal nahi hai, aql ka goal nahi hai, yeh fitrat ka goal nahi hai.</w:t>
      </w:r>
      <w:r>
        <w:br/>
      </w:r>
      <w:r>
        <w:rPr>
          <w:sz w:val="20"/>
        </w:rPr>
        <w:t>40:11  yeh to ke aap ne sabak diya hai apne is hadith ke zariye se, is qaul ke zariye</w:t>
      </w:r>
      <w:r>
        <w:br/>
      </w:r>
      <w:r>
        <w:rPr>
          <w:sz w:val="20"/>
        </w:rPr>
        <w:t>40:19  se ke jab bhi koi iqdamm karna ho, koi step lena ho to sab se pehle yeh socho</w:t>
      </w:r>
      <w:r>
        <w:br/>
      </w:r>
      <w:r>
        <w:rPr>
          <w:sz w:val="20"/>
        </w:rPr>
        <w:t>40:27  ke kya tum us us position mein ho ke koi positive result nikal sakte ho tum is se?</w:t>
      </w:r>
      <w:r>
        <w:br/>
      </w:r>
      <w:r>
        <w:rPr>
          <w:sz w:val="20"/>
        </w:rPr>
        <w:t>40:34  aisa to nahi ke woh counter productive ban jaye.</w:t>
      </w:r>
      <w:r>
        <w:br/>
      </w:r>
      <w:r>
        <w:rPr>
          <w:sz w:val="20"/>
        </w:rPr>
        <w:t>40:38  to aisi halat mein kya hai? aisi halat mein amli iqdamm ke baghair khamosh planning, khamosh planning.</w:t>
      </w:r>
      <w:r>
        <w:br/>
      </w:r>
      <w:r>
        <w:rPr>
          <w:sz w:val="20"/>
        </w:rPr>
        <w:t>40:46  phir aaj kya hua? dekhiye, makka chhod kar aap madina chale gaye.</w:t>
      </w:r>
      <w:r>
        <w:br/>
      </w:r>
      <w:r>
        <w:rPr>
          <w:sz w:val="20"/>
        </w:rPr>
        <w:t>40:51  yeh thi planning.</w:t>
      </w:r>
      <w:r>
        <w:br/>
      </w:r>
      <w:r>
        <w:rPr>
          <w:sz w:val="20"/>
        </w:rPr>
        <w:t>40:52  yani makka mein larr jatay hain to log mar mar kar shaheed ho jatay hain.</w:t>
      </w:r>
      <w:r>
        <w:br/>
      </w:r>
      <w:r>
        <w:rPr>
          <w:sz w:val="20"/>
        </w:rPr>
        <w:t>40:59  in logon ko le kar aap madina chale gaye aur aap ne reorganize kiya, replanning ki.</w:t>
      </w:r>
      <w:r>
        <w:br/>
      </w:r>
      <w:r>
        <w:rPr>
          <w:sz w:val="20"/>
        </w:rPr>
        <w:t>41:06  aur bohat se waqiat hain, maine apni kitabon mein likhe hain, aap padh lijiye.</w:t>
      </w:r>
      <w:r>
        <w:br/>
      </w:r>
      <w:r>
        <w:rPr>
          <w:sz w:val="20"/>
        </w:rPr>
        <w:t>41:13  to bajaye is ke ke larr kar mar jao, replanning karo, khamosh andaaz mein apne amal ka</w:t>
      </w:r>
      <w:r>
        <w:br/>
      </w:r>
      <w:r>
        <w:rPr>
          <w:sz w:val="20"/>
        </w:rPr>
        <w:t>41:21  naqsha banao jo natija khez ho.</w:t>
      </w:r>
      <w:r>
        <w:br/>
      </w:r>
      <w:r>
        <w:rPr>
          <w:sz w:val="20"/>
        </w:rPr>
        <w:t>41:23  is tarah ki beshumar wisdom ki baatein hain hadith kitabon mein.</w:t>
      </w:r>
      <w:r>
        <w:br/>
      </w:r>
      <w:r>
        <w:rPr>
          <w:sz w:val="20"/>
        </w:rPr>
        <w:t>41:28  is ko padh kar mujhe yaqeen hoga ke yeh insaan Allah ka rasool tha.</w:t>
      </w:r>
      <w:r>
        <w:br/>
      </w:r>
      <w:r>
        <w:rPr>
          <w:sz w:val="20"/>
        </w:rPr>
        <w:t>41:34  rasool ke siwa koi aisi baatein nahi kar sakta.</w:t>
      </w:r>
      <w:r>
        <w:br/>
      </w:r>
      <w:r>
        <w:rPr>
          <w:sz w:val="20"/>
        </w:rPr>
        <w:t>41:38  meri kitabein hain, aap padh lijiye: mutala-e-seerat, paigham-e-pehgham-e-انقلاب, aur kai kitabein hain.</w:t>
      </w:r>
      <w:r>
        <w:br/>
      </w:r>
      <w:r>
        <w:rPr>
          <w:sz w:val="20"/>
        </w:rPr>
        <w:t>41:45  is ko aap padh lijiye.</w:t>
      </w:r>
      <w:r>
        <w:br/>
      </w:r>
      <w:r>
        <w:rPr>
          <w:sz w:val="20"/>
        </w:rPr>
        <w:t>41:47  maine in cheezon ko khola hai is mein.</w:t>
      </w:r>
      <w:r>
        <w:br/>
      </w:r>
      <w:r>
        <w:rPr>
          <w:sz w:val="20"/>
        </w:rPr>
        <w:t>41:51  to khulasa yeh hai ke hadeesein jo hain, woh islam ka bohat hi qeemti سرمایہ hain.</w:t>
      </w:r>
      <w:r>
        <w:br/>
      </w:r>
      <w:r>
        <w:rPr>
          <w:sz w:val="20"/>
        </w:rPr>
        <w:t>41:57  quran agar quran hai to hadees quran ka applied, ab applied quran hai.</w:t>
      </w:r>
      <w:r>
        <w:br/>
      </w:r>
      <w:r>
        <w:rPr>
          <w:sz w:val="20"/>
        </w:rPr>
        <w:t>42:03  yani quran agar quran hai to hadees applied quran hai.</w:t>
      </w:r>
      <w:r>
        <w:br/>
      </w:r>
      <w:r>
        <w:rPr>
          <w:sz w:val="20"/>
        </w:rPr>
        <w:t>42:07  quran ko hadees ke zareeye historical base milta hai.</w:t>
      </w:r>
      <w:r>
        <w:br/>
      </w:r>
      <w:r>
        <w:rPr>
          <w:sz w:val="20"/>
        </w:rPr>
        <w:t>42:11  historical base hadees ke zareeye hamein maloom hota hai kis tarah islam ne woh process jari kiya tareekh</w:t>
      </w:r>
      <w:r>
        <w:br/>
      </w:r>
      <w:r>
        <w:rPr>
          <w:sz w:val="20"/>
        </w:rPr>
        <w:t>42:19  mein, jise culmination tha modern civilization.</w:t>
      </w:r>
      <w:r>
        <w:br/>
      </w:r>
      <w:r>
        <w:rPr>
          <w:sz w:val="20"/>
        </w:rPr>
        <w:t>42:21  to meri dua hai ke Allah taala mujh ko aur aap ko tofeeq de ke hum baaton ko</w:t>
      </w:r>
      <w:r>
        <w:br/>
      </w:r>
      <w:r>
        <w:rPr>
          <w:sz w:val="20"/>
        </w:rPr>
        <w:t>42:29  saheeh zaawiyay se dekhein, right angle se dekhein.</w:t>
      </w:r>
      <w:r>
        <w:br/>
      </w:r>
      <w:r>
        <w:rPr>
          <w:sz w:val="20"/>
        </w:rPr>
        <w:t>42:33  Allah mujh ko aur aap ko sirat-e-mustaqeem ki tofeeq de aur hum ko dunya aur aakhirat mein</w:t>
      </w:r>
      <w:r>
        <w:br/>
      </w:r>
      <w:r>
        <w:rPr>
          <w:sz w:val="20"/>
        </w:rPr>
        <w:t>42:40  apni rehmat se, apni sa'adat se nawazay.</w:t>
      </w:r>
      <w:r>
        <w:br/>
      </w:r>
      <w:r>
        <w:rPr>
          <w:sz w:val="20"/>
        </w:rPr>
        <w:t>42:43  ameen.</w:t>
      </w:r>
      <w:r>
        <w:br/>
      </w:r>
      <w:r>
        <w:rPr>
          <w:sz w:val="20"/>
        </w:rPr>
        <w:t>42:45  Okay, ah, before, ah, we resume the question-answer session, there is an important update from CP.</w:t>
      </w:r>
      <w:r>
        <w:br/>
      </w:r>
      <w:r>
        <w:rPr>
          <w:sz w:val="20"/>
        </w:rPr>
        <w:t>42:52  s international.</w:t>
      </w:r>
      <w:r>
        <w:br/>
      </w:r>
      <w:r>
        <w:rPr>
          <w:sz w:val="20"/>
        </w:rPr>
        <w:t>42:54  As you all know, that ah, the Quran distribution is being done at a global scale by C</w:t>
      </w:r>
      <w:r>
        <w:br/>
      </w:r>
      <w:r>
        <w:rPr>
          <w:sz w:val="20"/>
        </w:rPr>
        <w:t>43:02  ps international and its associates, volunteers, and all those who are members of the organization.</w:t>
      </w:r>
      <w:r>
        <w:br/>
      </w:r>
      <w:r>
        <w:rPr>
          <w:sz w:val="20"/>
        </w:rPr>
        <w:t>43:09  However, there is a greater need felt to do the translation in different languages.</w:t>
      </w:r>
      <w:r>
        <w:br/>
      </w:r>
      <w:r>
        <w:rPr>
          <w:sz w:val="20"/>
        </w:rPr>
        <w:t>43:15  Last week, Maulana Sahib had released the Hindi translation of Quran and the response is phenomenal.</w:t>
      </w:r>
      <w:r>
        <w:br/>
      </w:r>
      <w:r>
        <w:rPr>
          <w:sz w:val="20"/>
        </w:rPr>
        <w:t>43:22  In fact, at the World Book Fair in Delhi, there has been huge demand for Hindi translation of</w:t>
      </w:r>
      <w:r>
        <w:br/>
      </w:r>
      <w:r>
        <w:rPr>
          <w:sz w:val="20"/>
        </w:rPr>
        <w:t>43:30  quran.</w:t>
      </w:r>
      <w:r>
        <w:br/>
      </w:r>
      <w:r>
        <w:rPr>
          <w:sz w:val="20"/>
        </w:rPr>
        <w:t>43:31  So today, we will be sharing with you another update that there was work being done to translate</w:t>
      </w:r>
      <w:r>
        <w:br/>
      </w:r>
      <w:r>
        <w:rPr>
          <w:sz w:val="20"/>
        </w:rPr>
        <w:t>43:39  the quran in dogri language.</w:t>
      </w:r>
      <w:r>
        <w:br/>
      </w:r>
      <w:r>
        <w:rPr>
          <w:sz w:val="20"/>
        </w:rPr>
        <w:t>43:41  This is a language which is widely spoken in the Jammu region and this task has been going</w:t>
      </w:r>
      <w:r>
        <w:br/>
      </w:r>
      <w:r>
        <w:rPr>
          <w:sz w:val="20"/>
        </w:rPr>
        <w:t>43:49  on for a very long period of time and it has been taken up by the Shah Hamdan</w:t>
      </w:r>
      <w:r>
        <w:br/>
      </w:r>
      <w:r>
        <w:rPr>
          <w:sz w:val="20"/>
        </w:rPr>
        <w:t>43:56  society which is headquartered in Jammu region.</w:t>
      </w:r>
      <w:r>
        <w:br/>
      </w:r>
      <w:r>
        <w:rPr>
          <w:sz w:val="20"/>
        </w:rPr>
        <w:t>44:00  The Shah Hamdan Society has been founded by Maulana Abdul Qayyum Nadwi Sahib along with the other associates.</w:t>
      </w:r>
      <w:r>
        <w:br/>
      </w:r>
      <w:r>
        <w:rPr>
          <w:sz w:val="20"/>
        </w:rPr>
        <w:t>44:07  سو they have been doing this translation of Quran in Dogri language and recently, this ah ah translation</w:t>
      </w:r>
      <w:r>
        <w:br/>
      </w:r>
      <w:r>
        <w:rPr>
          <w:sz w:val="20"/>
        </w:rPr>
        <w:t>44:15  has been done for the thirty para of Quran which has got concluded and ah this work has</w:t>
      </w:r>
      <w:r>
        <w:br/>
      </w:r>
      <w:r>
        <w:rPr>
          <w:sz w:val="20"/>
        </w:rPr>
        <w:t>44:22  been done by Ms. Azra Chaudhry under the supervision of ah Maulana ah Maulana Maulana Abdul Qayyum Nadwi, who</w:t>
      </w:r>
      <w:r>
        <w:br/>
      </w:r>
      <w:r>
        <w:rPr>
          <w:sz w:val="20"/>
        </w:rPr>
        <w:t>44:30  as the founder of the Shah Hamdan Society.</w:t>
      </w:r>
      <w:r>
        <w:br/>
      </w:r>
      <w:r>
        <w:rPr>
          <w:sz w:val="20"/>
        </w:rPr>
        <w:t>44:34  So today, Maulana Sahib will be releasing ah the book.</w:t>
      </w:r>
      <w:r>
        <w:br/>
      </w:r>
      <w:r>
        <w:rPr>
          <w:sz w:val="20"/>
        </w:rPr>
        <w:t>44:38  However, before he does that, I would request Maulana Abdul Qayyum Nadvi Sahab, the founder of Shah Hamdan</w:t>
      </w:r>
      <w:r>
        <w:br/>
      </w:r>
      <w:r>
        <w:rPr>
          <w:sz w:val="20"/>
        </w:rPr>
        <w:t>44:46  سوسائٹی، to come here and introduce the Shah Hamdan Society and also say a few words.</w:t>
      </w:r>
      <w:r>
        <w:br/>
      </w:r>
      <w:r>
        <w:rPr>
          <w:sz w:val="20"/>
        </w:rPr>
        <w:t>44:53  bismillah-ir-rahman-ir-rahim.</w:t>
      </w:r>
      <w:r>
        <w:br/>
      </w:r>
      <w:r>
        <w:rPr>
          <w:sz w:val="20"/>
        </w:rPr>
        <w:t>44:55  bari musarrat ki baat hai ke aaj ke sunday class mein hum kashmir se bees log shareek ho</w:t>
      </w:r>
      <w:r>
        <w:br/>
      </w:r>
      <w:r>
        <w:rPr>
          <w:sz w:val="20"/>
        </w:rPr>
        <w:t>45:02  rahe hain aur Maulana ke aaj ke is lecture se hum ne mustafeed hua.</w:t>
      </w:r>
      <w:r>
        <w:br/>
      </w:r>
      <w:r>
        <w:rPr>
          <w:sz w:val="20"/>
        </w:rPr>
        <w:t>45:08  is mauqa par Shah Hamdan Society ke talluq se main pichli baar jab do hazar barah mein hum</w:t>
      </w:r>
      <w:r>
        <w:br/>
      </w:r>
      <w:r>
        <w:rPr>
          <w:sz w:val="20"/>
        </w:rPr>
        <w:t>45:16  log yahan shareek hue thay aisi aik session mein, us waqt hum ne Shah Hamdan Society ke baray</w:t>
      </w:r>
      <w:r>
        <w:br/>
      </w:r>
      <w:r>
        <w:rPr>
          <w:sz w:val="20"/>
        </w:rPr>
        <w:t>45:24  mein bataya tha ke Maulana ki tehreeron se jo kashmir ke baray mein likhi gayeen aur is mein</w:t>
      </w:r>
      <w:r>
        <w:br/>
      </w:r>
      <w:r>
        <w:rPr>
          <w:sz w:val="20"/>
        </w:rPr>
        <w:t>45:31  khaas tor par aap ne Shah Hamdan Ameer Kabir Shah Ali Shah Hamdan ke baray mein, un ke</w:t>
      </w:r>
      <w:r>
        <w:br/>
      </w:r>
      <w:r>
        <w:rPr>
          <w:sz w:val="20"/>
        </w:rPr>
        <w:t>45:39  mission ke baray mein likha aur isi se hamein inspiration hui ke Shah Hamdan Society woh kaam kare</w:t>
      </w:r>
      <w:r>
        <w:br/>
      </w:r>
      <w:r>
        <w:rPr>
          <w:sz w:val="20"/>
        </w:rPr>
        <w:t>45:47  jo Hazrat Shah Hamdan ne us waqt kiya jab kashmir ki halat lag bhag kuch aur wajuhaat ki</w:t>
      </w:r>
      <w:r>
        <w:br/>
      </w:r>
      <w:r>
        <w:rPr>
          <w:sz w:val="20"/>
        </w:rPr>
        <w:t>45:55  bunyaad par aisi thi ke wahan musalman dhoonde koi milta tha.</w:t>
      </w:r>
      <w:r>
        <w:br/>
      </w:r>
      <w:r>
        <w:rPr>
          <w:sz w:val="20"/>
        </w:rPr>
        <w:t>45:59  society mein ghareebi thi, nadari thi, rastay masdood thay.</w:t>
      </w:r>
      <w:r>
        <w:br/>
      </w:r>
      <w:r>
        <w:rPr>
          <w:sz w:val="20"/>
        </w:rPr>
        <w:t>46:03  yeh saari cheezen dekh kar unhon ne ek jamia program banaya aur khitta kashmir ko islam ke sath</w:t>
      </w:r>
      <w:r>
        <w:br/>
      </w:r>
      <w:r>
        <w:rPr>
          <w:sz w:val="20"/>
        </w:rPr>
        <w:t>46:11  sath wahan ki ek society ki tashkeel ki jise hum ek kashmiri samaj kehte hain aur wahan par</w:t>
      </w:r>
      <w:r>
        <w:br/>
      </w:r>
      <w:r>
        <w:rPr>
          <w:sz w:val="20"/>
        </w:rPr>
        <w:t>46:19  bade mustahkam andaaz mein wahan ki sanat o harafat, wahan ki rohani riwayat, wahan ka aapsi mil jul,</w:t>
      </w:r>
      <w:r>
        <w:br/>
      </w:r>
      <w:r>
        <w:rPr>
          <w:sz w:val="20"/>
        </w:rPr>
        <w:t>46:26  is ki buniyad jo hai hazrat ameer kabir shah ali shah hamdani ne dali.</w:t>
      </w:r>
      <w:r>
        <w:br/>
      </w:r>
      <w:r>
        <w:rPr>
          <w:sz w:val="20"/>
        </w:rPr>
        <w:t>46:32  to isi jazbe ke sath hum ne shah hamdan society ki tashkeel di hai aur is ka buniyadi</w:t>
      </w:r>
      <w:r>
        <w:br/>
      </w:r>
      <w:r>
        <w:rPr>
          <w:sz w:val="20"/>
        </w:rPr>
        <w:t>46:40  kaam kya hai, woh mujhe lagta hai ke aah batane ki zaroorat nahi hai kyunke jab koi beemar</w:t>
      </w:r>
      <w:r>
        <w:br/>
      </w:r>
      <w:r>
        <w:rPr>
          <w:sz w:val="20"/>
        </w:rPr>
        <w:t>46:48  ho to beemar ke liye dawai ki zaroorat hoti hai aur doctor ki zaroorat hoti hai.</w:t>
      </w:r>
      <w:r>
        <w:br/>
      </w:r>
      <w:r>
        <w:rPr>
          <w:sz w:val="20"/>
        </w:rPr>
        <w:t>46:55  kashmir ke jo halaat hain ya pichle bees saal se jo halaat rahe hain, is ne is maashre</w:t>
      </w:r>
      <w:r>
        <w:br/>
      </w:r>
      <w:r>
        <w:rPr>
          <w:sz w:val="20"/>
        </w:rPr>
        <w:t>47:02  ko dobara itna scatter kiya hai, itna aah tod phod kar is ko aisi halat mein daal diya</w:t>
      </w:r>
      <w:r>
        <w:br/>
      </w:r>
      <w:r>
        <w:rPr>
          <w:sz w:val="20"/>
        </w:rPr>
        <w:t>47:10  hai ke jahan par har insan kisi na kisi tarah se ek marz mein mubtala hai, stress ka</w:t>
      </w:r>
      <w:r>
        <w:br/>
      </w:r>
      <w:r>
        <w:rPr>
          <w:sz w:val="20"/>
        </w:rPr>
        <w:t>47:18  shikar hai, khatre aur aah khatraat aur pareshaniyon se dochar hai aur woh cheezen ek taweel bees arse</w:t>
      </w:r>
      <w:r>
        <w:br/>
      </w:r>
      <w:r>
        <w:rPr>
          <w:sz w:val="20"/>
        </w:rPr>
        <w:t>47:25  saal ke arse mein paida hui hain.</w:t>
      </w:r>
      <w:r>
        <w:br/>
      </w:r>
      <w:r>
        <w:rPr>
          <w:sz w:val="20"/>
        </w:rPr>
        <w:t>47:28  aur is mein sab se bari sitam zaryfi ki baat yeh hai ke jahan aur cheezon ka exploitation</w:t>
      </w:r>
      <w:r>
        <w:br/>
      </w:r>
      <w:r>
        <w:rPr>
          <w:sz w:val="20"/>
        </w:rPr>
        <w:t>47:36  hota hai, wahan par mazhab ko aur phir islam jaise deen ko bhi exploit kiya jata hai.</w:t>
      </w:r>
      <w:r>
        <w:br/>
      </w:r>
      <w:r>
        <w:rPr>
          <w:sz w:val="20"/>
        </w:rPr>
        <w:t>47:43  aur is dauran hum ne dekha ke in logon ki, in aah logon ki dukanein bohat chamki hain</w:t>
      </w:r>
      <w:r>
        <w:br/>
      </w:r>
      <w:r>
        <w:rPr>
          <w:sz w:val="20"/>
        </w:rPr>
        <w:t>47:51  jinhein hum kahenge ke aah neem khanda ulma ya aah khud gharz qisam ke log jinhon ne</w:t>
      </w:r>
      <w:r>
        <w:br/>
      </w:r>
      <w:r>
        <w:rPr>
          <w:sz w:val="20"/>
        </w:rPr>
        <w:t>47:59  kisi ne rohaniyat ke naam par, kisi ne kisi ilaaj ke naam par itni sari dukanein khol li</w:t>
      </w:r>
      <w:r>
        <w:br/>
      </w:r>
      <w:r>
        <w:rPr>
          <w:sz w:val="20"/>
        </w:rPr>
        <w:t>48:07  hain ke woh mareezon ko shifa ke bajaye un ke marz ko aur barha rahe hain.</w:t>
      </w:r>
      <w:r>
        <w:br/>
      </w:r>
      <w:r>
        <w:rPr>
          <w:sz w:val="20"/>
        </w:rPr>
        <w:t>48:13  aur jo hazrat maulana farma rahe thay abhi ke ahadees ka taalluq quran se kya hai aur islam</w:t>
      </w:r>
      <w:r>
        <w:br/>
      </w:r>
      <w:r>
        <w:rPr>
          <w:sz w:val="20"/>
        </w:rPr>
        <w:t>48:21  ki buniyad jo hai woh ahadees hai, wohin par yeh sitam zaryfi hai ke ahadees ke naam par</w:t>
      </w:r>
      <w:r>
        <w:br/>
      </w:r>
      <w:r>
        <w:rPr>
          <w:sz w:val="20"/>
        </w:rPr>
        <w:t>48:29  mauzu zaeef aur ghair ma'roof ahadees ka ka sahara le kar islam ki tashreehat logon ke samne ki</w:t>
      </w:r>
      <w:r>
        <w:br/>
      </w:r>
      <w:r>
        <w:rPr>
          <w:sz w:val="20"/>
        </w:rPr>
        <w:t>48:37  jati hain aur aise ek do nahi, bees yun qisam ke asar-o-nasar society mein sar-garm amal hain.</w:t>
      </w:r>
      <w:r>
        <w:br/>
      </w:r>
      <w:r>
        <w:rPr>
          <w:sz w:val="20"/>
        </w:rPr>
        <w:t>48:44  is liye aise log jo deen ko samajhte hon, deen ki rooh ko samajhte hon aur islam ke</w:t>
      </w:r>
      <w:r>
        <w:br/>
      </w:r>
      <w:r>
        <w:rPr>
          <w:sz w:val="20"/>
        </w:rPr>
        <w:t>48:52  aalmi paigham par jin logon ki nazar ho, un logon ke liye ek platform hai jise hum</w:t>
      </w:r>
      <w:r>
        <w:br/>
      </w:r>
      <w:r>
        <w:rPr>
          <w:sz w:val="20"/>
        </w:rPr>
        <w:t>48:59  shah hamdan society ke naam se jante hain ya woh jis ka shah hamdan society ke naam se</w:t>
      </w:r>
      <w:r>
        <w:br/>
      </w:r>
      <w:r>
        <w:rPr>
          <w:sz w:val="20"/>
        </w:rPr>
        <w:t>49:07  hum ne aaghaz kiya hai.</w:t>
      </w:r>
      <w:r>
        <w:br/>
      </w:r>
      <w:r>
        <w:rPr>
          <w:sz w:val="20"/>
        </w:rPr>
        <w:t>49:09  is society ke kaam mein yahi buniyadi kaam hai ke society ki tashkeel no ki jaye aur is</w:t>
      </w:r>
      <w:r>
        <w:br/>
      </w:r>
      <w:r>
        <w:rPr>
          <w:sz w:val="20"/>
        </w:rPr>
        <w:t>49:17  mein un ko bataya jaye ke Allah taala ne ek kitaab bheji hai, Quran Kareem, aur is se</w:t>
      </w:r>
      <w:r>
        <w:br/>
      </w:r>
      <w:r>
        <w:rPr>
          <w:sz w:val="20"/>
        </w:rPr>
        <w:t>49:25  apna ta'alluq joda jaye aur woh kitaab shifa hai aur woh kitaab rehmat hai, woh sari dunya ke</w:t>
      </w:r>
      <w:r>
        <w:br/>
      </w:r>
      <w:r>
        <w:rPr>
          <w:sz w:val="20"/>
        </w:rPr>
        <w:t>49:32  insanon ke liye bheji gayi hai.</w:t>
      </w:r>
      <w:r>
        <w:br/>
      </w:r>
      <w:r>
        <w:rPr>
          <w:sz w:val="20"/>
        </w:rPr>
        <w:t>49:35  CPS aalmi satah par jo kaam kar rahi hai, woh is waqt ke insanon ki zaroorat</w:t>
      </w:r>
      <w:r>
        <w:br/>
      </w:r>
      <w:r>
        <w:rPr>
          <w:sz w:val="20"/>
        </w:rPr>
        <w:t>49:43  hai aur angrezi, Hindi mein bohat sare tarajim jagah jagah pahunch chuke hain.</w:t>
      </w:r>
      <w:r>
        <w:br/>
      </w:r>
      <w:r>
        <w:rPr>
          <w:sz w:val="20"/>
        </w:rPr>
        <w:t>49:48  chunki Dogri zaban ek maqami zaban hai, Kashmir ke teen ilaqe hain.</w:t>
      </w:r>
      <w:r>
        <w:br/>
      </w:r>
      <w:r>
        <w:rPr>
          <w:sz w:val="20"/>
        </w:rPr>
        <w:t>49:53  ek Ladakh, Leh Ladakh hai, ek Kashmir hai aur ek Jammu hai.</w:t>
      </w:r>
      <w:r>
        <w:br/>
      </w:r>
      <w:r>
        <w:rPr>
          <w:sz w:val="20"/>
        </w:rPr>
        <w:t>49:58  in ilaqon mein Kashmir mein Kashmiri zaban boli jati hai.</w:t>
      </w:r>
      <w:r>
        <w:br/>
      </w:r>
      <w:r>
        <w:rPr>
          <w:sz w:val="20"/>
        </w:rPr>
        <w:t>50:03  Leh Ladakh mein Ladakhi aur Bodhi zabanein boli jati hain.</w:t>
      </w:r>
      <w:r>
        <w:br/>
      </w:r>
      <w:r>
        <w:rPr>
          <w:sz w:val="20"/>
        </w:rPr>
        <w:t>50:07  aur Jammu mein bhi kai choti moti zabanein, local dialects hain lekin is mein largely boli jane wali</w:t>
      </w:r>
      <w:r>
        <w:br/>
      </w:r>
      <w:r>
        <w:rPr>
          <w:sz w:val="20"/>
        </w:rPr>
        <w:t>50:15  zaban Dogri zaban hai.</w:t>
      </w:r>
      <w:r>
        <w:br/>
      </w:r>
      <w:r>
        <w:rPr>
          <w:sz w:val="20"/>
        </w:rPr>
        <w:t>50:16  aur is zaban ki sister language mein Pahari language aati hai, Punjabi aati hai, yeh languages bhi is</w:t>
      </w:r>
      <w:r>
        <w:br/>
      </w:r>
      <w:r>
        <w:rPr>
          <w:sz w:val="20"/>
        </w:rPr>
        <w:t>50:24  se milti julti hain.</w:t>
      </w:r>
      <w:r>
        <w:br/>
      </w:r>
      <w:r>
        <w:rPr>
          <w:sz w:val="20"/>
        </w:rPr>
        <w:t>50:26  to hum ne is pehli koshish mein yeh kiya hai ke teesvan para Quran Pak ka is zaban</w:t>
      </w:r>
      <w:r>
        <w:br/>
      </w:r>
      <w:r>
        <w:rPr>
          <w:sz w:val="20"/>
        </w:rPr>
        <w:t>50:34  mein tarjuma kiya hai.</w:t>
      </w:r>
      <w:r>
        <w:br/>
      </w:r>
      <w:r>
        <w:rPr>
          <w:sz w:val="20"/>
        </w:rPr>
        <w:t>50:35  aur is ke sath ek ajib ek ittefaq aisa hua ke ek khatoon, us ne musharraf ba Islam</w:t>
      </w:r>
      <w:r>
        <w:br/>
      </w:r>
      <w:r>
        <w:rPr>
          <w:sz w:val="20"/>
        </w:rPr>
        <w:t>50:43  hone ke baad Hindi mein MA kiya aur Dogri mein MA kiya.</w:t>
      </w:r>
      <w:r>
        <w:br/>
      </w:r>
      <w:r>
        <w:rPr>
          <w:sz w:val="20"/>
        </w:rPr>
        <w:t>50:49  aur woh yeh samajhti nahi thi ke maine Dogri mein kis liye MA kiya hai, Hindi</w:t>
      </w:r>
      <w:r>
        <w:br/>
      </w:r>
      <w:r>
        <w:rPr>
          <w:sz w:val="20"/>
        </w:rPr>
        <w:t>50:57  mein kis liye maine MA kar rakhi hai.</w:t>
      </w:r>
      <w:r>
        <w:br/>
      </w:r>
      <w:r>
        <w:rPr>
          <w:sz w:val="20"/>
        </w:rPr>
        <w:t>51:01  to meri rafiiqa hayat se un ka wasta pada.</w:t>
      </w:r>
      <w:r>
        <w:br/>
      </w:r>
      <w:r>
        <w:rPr>
          <w:sz w:val="20"/>
        </w:rPr>
        <w:t>51:05  ta'alluq hua to woh is ke liye tayyar ho gayin aur bohat hi ibadat guzar aur bohat hi</w:t>
      </w:r>
      <w:r>
        <w:br/>
      </w:r>
      <w:r>
        <w:rPr>
          <w:sz w:val="20"/>
        </w:rPr>
        <w:t>51:13  basalahiyat khatoon thi jinho ne is tarjume ko anjam diya hai.</w:t>
      </w:r>
      <w:r>
        <w:br/>
      </w:r>
      <w:r>
        <w:rPr>
          <w:sz w:val="20"/>
        </w:rPr>
        <w:t>51:17  aur aage bhi baqi quran pak ka tarjuma jo hai, woh ho raha hai, lagbhag pandrah sipare</w:t>
      </w:r>
      <w:r>
        <w:br/>
      </w:r>
      <w:r>
        <w:rPr>
          <w:sz w:val="20"/>
        </w:rPr>
        <w:t>51:25  ho chuka hai.</w:t>
      </w:r>
      <w:r>
        <w:br/>
      </w:r>
      <w:r>
        <w:rPr>
          <w:sz w:val="20"/>
        </w:rPr>
        <w:t>51:27  pehlay marhalay mein hum teesvan para jo hai, pesh kar rahay hain.</w:t>
      </w:r>
      <w:r>
        <w:br/>
      </w:r>
      <w:r>
        <w:rPr>
          <w:sz w:val="20"/>
        </w:rPr>
        <w:t>51:32  aur humain bari khushi hai ke Maulana Wahiduddin Khan sahib, jo Tazkir-ul-Quran se hi yeh maakhuz</w:t>
      </w:r>
      <w:r>
        <w:br/>
      </w:r>
      <w:r>
        <w:rPr>
          <w:sz w:val="20"/>
        </w:rPr>
        <w:t>51:39  hai aur Tazkir-ul-Quran ka jo muqaddama hai, pesh lafaz jo bohat hi جامع معنی qism ka aur</w:t>
      </w:r>
      <w:r>
        <w:br/>
      </w:r>
      <w:r>
        <w:rPr>
          <w:sz w:val="20"/>
        </w:rPr>
        <w:t>51:47  bara mustahkam qism ka muqaddama hai, Quran ka taaruf, woh bhi hum ne is mein shamil kiya hua</w:t>
      </w:r>
      <w:r>
        <w:br/>
      </w:r>
      <w:r>
        <w:rPr>
          <w:sz w:val="20"/>
        </w:rPr>
        <w:t>51:55  hai.</w:t>
      </w:r>
      <w:r>
        <w:br/>
      </w:r>
      <w:r>
        <w:rPr>
          <w:sz w:val="20"/>
        </w:rPr>
        <w:t>51:56  to mein darkhwast karunga Maulana se ke woh dua karein ke Allah taala is ko qabool qabool</w:t>
      </w:r>
      <w:r>
        <w:br/>
      </w:r>
      <w:r>
        <w:rPr>
          <w:sz w:val="20"/>
        </w:rPr>
        <w:t>52:04  farmaye.</w:t>
      </w:r>
      <w:r>
        <w:br/>
      </w:r>
      <w:r>
        <w:rPr>
          <w:sz w:val="20"/>
        </w:rPr>
        <w:t>52:06  Ameen.</w:t>
      </w:r>
      <w:r>
        <w:br/>
      </w:r>
      <w:r>
        <w:rPr>
          <w:sz w:val="20"/>
        </w:rPr>
        <w:t>52:07  Assalam o Alaikum.</w:t>
      </w:r>
      <w:r>
        <w:br/>
      </w:r>
      <w:r>
        <w:rPr>
          <w:sz w:val="20"/>
        </w:rPr>
        <w:t>52:09  release the ah ah the the 30th para of Quran translation.</w:t>
      </w:r>
      <w:r>
        <w:br/>
      </w:r>
      <w:r>
        <w:rPr>
          <w:sz w:val="20"/>
        </w:rPr>
        <w:t>52:13  ab ab ab bhai haan.</w:t>
      </w:r>
      <w:r>
        <w:br/>
      </w:r>
      <w:r>
        <w:rPr>
          <w:sz w:val="20"/>
        </w:rPr>
        <w:t>52:15  I would now request Maulana Sahib to give the first moment to Farooq Mustafa Sahib, patron of</w:t>
      </w:r>
      <w:r>
        <w:br/>
      </w:r>
      <w:r>
        <w:rPr>
          <w:sz w:val="20"/>
        </w:rPr>
        <w:t>52:23  Himalayan ki sample wearing foundation.</w:t>
      </w:r>
      <w:r>
        <w:br/>
      </w:r>
      <w:r>
        <w:rPr>
          <w:sz w:val="20"/>
        </w:rPr>
        <w:t>52:25  Rajouri.</w:t>
      </w:r>
      <w:r>
        <w:br/>
      </w:r>
      <w:r>
        <w:rPr>
          <w:sz w:val="20"/>
        </w:rPr>
        <w:t>52:27  I would request Nisar Rahim Sahab, he is a prominent academician of Pir Panjal region to come here</w:t>
      </w:r>
      <w:r>
        <w:br/>
      </w:r>
      <w:r>
        <w:rPr>
          <w:sz w:val="20"/>
        </w:rPr>
        <w:t>52:34  and receive a copy from Maulana sahib.</w:t>
      </w:r>
      <w:r>
        <w:br/>
      </w:r>
      <w:r>
        <w:rPr>
          <w:sz w:val="20"/>
        </w:rPr>
        <w:t>52:37  Jazakmullah.</w:t>
      </w:r>
      <w:r>
        <w:br/>
      </w:r>
      <w:r>
        <w:rPr>
          <w:sz w:val="20"/>
        </w:rPr>
        <w:t>52:39  I would request Talib Malik Sahab, retired collector of Pir Panjal region to come here and receive a</w:t>
      </w:r>
      <w:r>
        <w:br/>
      </w:r>
      <w:r>
        <w:rPr>
          <w:sz w:val="20"/>
        </w:rPr>
        <w:t>52:47  copy.</w:t>
      </w:r>
      <w:r>
        <w:br/>
      </w:r>
      <w:r>
        <w:rPr>
          <w:sz w:val="20"/>
        </w:rPr>
        <w:t>52:48  ji ji.</w:t>
      </w:r>
      <w:r>
        <w:br/>
      </w:r>
      <w:r>
        <w:rPr>
          <w:sz w:val="20"/>
        </w:rPr>
        <w:t>52:50  ji ji.</w:t>
      </w:r>
      <w:r>
        <w:br/>
      </w:r>
      <w:r>
        <w:rPr>
          <w:sz w:val="20"/>
        </w:rPr>
        <w:t>52:51  Masha Allah Jazakmullah.</w:t>
      </w:r>
      <w:r>
        <w:br/>
      </w:r>
      <w:r>
        <w:rPr>
          <w:sz w:val="20"/>
        </w:rPr>
        <w:t>52:53  Okay we have among us today Mr Javed Anwar sahib from Banaras, who is running a magazine Tehreek</w:t>
      </w:r>
      <w:r>
        <w:br/>
      </w:r>
      <w:r>
        <w:rPr>
          <w:sz w:val="20"/>
        </w:rPr>
        <w:t>53:00  آداب and he is being carrying Maulana Sahib's articles regularly in his magazine, which is titled Tehreek-e-Adab.</w:t>
      </w:r>
      <w:r>
        <w:br/>
      </w:r>
      <w:r>
        <w:rPr>
          <w:sz w:val="20"/>
        </w:rPr>
        <w:t>53:08  I would request him to come here and receive a copy from Maulana sahib.</w:t>
      </w:r>
      <w:r>
        <w:br/>
      </w:r>
      <w:r>
        <w:rPr>
          <w:sz w:val="20"/>
        </w:rPr>
        <w:t>53:14  Mr Javed Anwar is the editor of Tehreek Adab.</w:t>
      </w:r>
      <w:r>
        <w:br/>
      </w:r>
      <w:r>
        <w:rPr>
          <w:sz w:val="20"/>
        </w:rPr>
        <w:t>53:18  Masha Allah Jazakmullah.</w:t>
      </w:r>
      <w:r>
        <w:br/>
      </w:r>
      <w:r>
        <w:rPr>
          <w:sz w:val="20"/>
        </w:rPr>
        <w:t>53:19  I would now request Dr. Farida Khanum to come here and receive a copy from Maulana Sahab.</w:t>
      </w:r>
      <w:r>
        <w:br/>
      </w:r>
      <w:r>
        <w:rPr>
          <w:sz w:val="20"/>
        </w:rPr>
        <w:t>53:27  ji ji ji ke ulta karein gay.</w:t>
      </w:r>
      <w:r>
        <w:br/>
      </w:r>
      <w:r>
        <w:rPr>
          <w:sz w:val="20"/>
        </w:rPr>
        <w:t>53:30  nahi nahi theek hai Maulana.</w:t>
      </w:r>
      <w:r>
        <w:br/>
      </w:r>
      <w:r>
        <w:rPr>
          <w:sz w:val="20"/>
        </w:rPr>
        <w:t>53:32  theek hai Maulana.</w:t>
      </w:r>
      <w:r>
        <w:br/>
      </w:r>
      <w:r>
        <w:rPr>
          <w:sz w:val="20"/>
        </w:rPr>
        <w:t>53:33  aise hi karen.</w:t>
      </w:r>
      <w:r>
        <w:br/>
      </w:r>
      <w:r>
        <w:rPr>
          <w:sz w:val="20"/>
        </w:rPr>
        <w:t>53:35  achha.</w:t>
      </w:r>
      <w:r>
        <w:br/>
      </w:r>
      <w:r>
        <w:rPr>
          <w:sz w:val="20"/>
        </w:rPr>
        <w:t>53:36  Doctor Fareeda Khanam.</w:t>
      </w:r>
      <w:r>
        <w:br/>
      </w:r>
      <w:r>
        <w:rPr>
          <w:sz w:val="20"/>
        </w:rPr>
        <w:t>53:38  aagai? aai hoon.</w:t>
      </w:r>
      <w:r>
        <w:br/>
      </w:r>
      <w:r>
        <w:rPr>
          <w:sz w:val="20"/>
        </w:rPr>
        <w:t>53:39  JazakAllah.</w:t>
      </w:r>
      <w:r>
        <w:br/>
      </w:r>
      <w:r>
        <w:rPr>
          <w:sz w:val="20"/>
        </w:rPr>
        <w:t>53:41  In the end, I would request Ms. Naghma Siddiqui to come here and receive a copy from Maulana.</w:t>
      </w:r>
      <w:r>
        <w:br/>
      </w:r>
      <w:r>
        <w:rPr>
          <w:sz w:val="20"/>
        </w:rPr>
        <w:t>53:49  Sahib.</w:t>
      </w:r>
      <w:r>
        <w:br/>
      </w:r>
      <w:r>
        <w:rPr>
          <w:sz w:val="20"/>
        </w:rPr>
        <w:t>53:50  We would like to tell everyone and the viewers that if they want a copy of degree</w:t>
      </w:r>
      <w:r>
        <w:br/>
      </w:r>
      <w:r>
        <w:rPr>
          <w:sz w:val="20"/>
        </w:rPr>
        <w:t>53:58  translation, deen it is available from the Shah Hamdan Society at Jammu.</w:t>
      </w:r>
      <w:r>
        <w:br/>
      </w:r>
      <w:r>
        <w:rPr>
          <w:sz w:val="20"/>
        </w:rPr>
        <w:t>54:03  In case of there is any difficulty, you could write to CPS International at info at</w:t>
      </w:r>
      <w:r>
        <w:br/>
      </w:r>
      <w:r>
        <w:rPr>
          <w:sz w:val="20"/>
        </w:rPr>
        <w:t>54:11  CPS global.org and we will connect you with our representative there in</w:t>
      </w:r>
      <w:r>
        <w:br/>
      </w:r>
      <w:r>
        <w:rPr>
          <w:sz w:val="20"/>
        </w:rPr>
        <w:t>54:18  Jammu.</w:t>
      </w:r>
      <w:r>
        <w:br/>
      </w:r>
      <w:r>
        <w:rPr>
          <w:sz w:val="20"/>
        </w:rPr>
        <w:t>54:20  So we will now resume the question answer session.</w:t>
      </w:r>
      <w:r>
        <w:br/>
      </w:r>
      <w:r>
        <w:rPr>
          <w:sz w:val="20"/>
        </w:rPr>
        <w:t>54:24  ek baat mein ultaana chahta hoon.</w:t>
      </w:r>
      <w:r>
        <w:br/>
      </w:r>
      <w:r>
        <w:rPr>
          <w:sz w:val="20"/>
        </w:rPr>
        <w:t>54:26  daai jab kaam karta hai to aksar is ko ehsaas hota hai ke mujhe jis tareeqay se deen</w:t>
      </w:r>
      <w:r>
        <w:br/>
      </w:r>
      <w:r>
        <w:rPr>
          <w:sz w:val="20"/>
        </w:rPr>
        <w:t>54:34  ko pesh karna chahiye tha, mein pesh nahi kar saka.</w:t>
      </w:r>
      <w:r>
        <w:br/>
      </w:r>
      <w:r>
        <w:rPr>
          <w:sz w:val="20"/>
        </w:rPr>
        <w:t>54:38  jis tarah mein dawat ka kaam karna chahiye tha, us tarah nahi kar saka.</w:t>
      </w:r>
      <w:r>
        <w:br/>
      </w:r>
      <w:r>
        <w:rPr>
          <w:sz w:val="20"/>
        </w:rPr>
        <w:t>54:44  to dekhiye yeh ehsaas jo hai, ek hai aap ke kaam ka zaahir ka hissa.</w:t>
      </w:r>
      <w:r>
        <w:br/>
      </w:r>
      <w:r>
        <w:rPr>
          <w:sz w:val="20"/>
        </w:rPr>
        <w:t>54:51  yani external part aap ke kaam ka.</w:t>
      </w:r>
      <w:r>
        <w:br/>
      </w:r>
      <w:r>
        <w:rPr>
          <w:sz w:val="20"/>
        </w:rPr>
        <w:t>54:54  ek internal part.</w:t>
      </w:r>
      <w:r>
        <w:br/>
      </w:r>
      <w:r>
        <w:rPr>
          <w:sz w:val="20"/>
        </w:rPr>
        <w:t>54:55  external part ke aitbar se woh jaisa bhi ho, perfect na ho, lekin aap ka woh ehsas is</w:t>
      </w:r>
      <w:r>
        <w:br/>
      </w:r>
      <w:r>
        <w:rPr>
          <w:sz w:val="20"/>
        </w:rPr>
        <w:t>55:03  ko internally perfect bana deta hai.</w:t>
      </w:r>
      <w:r>
        <w:br/>
      </w:r>
      <w:r>
        <w:rPr>
          <w:sz w:val="20"/>
        </w:rPr>
        <w:t>55:06  یعنی آپ کی جو internal personality ہے، اس کے اندر ایک perfect version اس کا بنتا ہے۔</w:t>
      </w:r>
      <w:r>
        <w:br/>
      </w:r>
      <w:r>
        <w:rPr>
          <w:sz w:val="20"/>
        </w:rPr>
        <w:t>55:13  woh aakhirat mein aap ka hissa hoga.</w:t>
      </w:r>
      <w:r>
        <w:br/>
      </w:r>
      <w:r>
        <w:rPr>
          <w:sz w:val="20"/>
        </w:rPr>
        <w:t>55:16  تو یہ مت سمجھیے کہ اگر آپ نے کسی کام کو ideal شکل میں، perfect شکل میں نہیں</w:t>
      </w:r>
      <w:r>
        <w:br/>
      </w:r>
      <w:r>
        <w:rPr>
          <w:sz w:val="20"/>
        </w:rPr>
        <w:t>55:24  kya to aap koi kami ho gai.</w:t>
      </w:r>
      <w:r>
        <w:br/>
      </w:r>
      <w:r>
        <w:rPr>
          <w:sz w:val="20"/>
        </w:rPr>
        <w:t>55:27  nahi yeh in amal aamaal bil niyyat ka ek pehlu yeh bhi hai ke daikhli tor par jo aap</w:t>
      </w:r>
      <w:r>
        <w:br/>
      </w:r>
      <w:r>
        <w:rPr>
          <w:sz w:val="20"/>
        </w:rPr>
        <w:t>55:34  ko ehsaasaat paida hue, ek spiritual jo aap ke andar ek ek storm aaya, to spiritual personality jo</w:t>
      </w:r>
      <w:r>
        <w:br/>
      </w:r>
      <w:r>
        <w:rPr>
          <w:sz w:val="20"/>
        </w:rPr>
        <w:t>55:42  aap ki bani, woh is se bhi ziyada bari cheez hai ke kyunke aakhirat mein aap apni isi</w:t>
      </w:r>
      <w:r>
        <w:br/>
      </w:r>
      <w:r>
        <w:rPr>
          <w:sz w:val="20"/>
        </w:rPr>
        <w:t>55:50  spiritual personality ke saath uthen ge.</w:t>
      </w:r>
      <w:r>
        <w:br/>
      </w:r>
      <w:r>
        <w:rPr>
          <w:sz w:val="20"/>
        </w:rPr>
        <w:t>55:52  isi ko Quran mein kaha gaya hai roshan roshan chehray walay.</w:t>
      </w:r>
      <w:r>
        <w:br/>
      </w:r>
      <w:r>
        <w:rPr>
          <w:sz w:val="20"/>
        </w:rPr>
        <w:t>55:57  to aap kabhi mat samjhiye, understatement mat kijiye apne da'oti kaam ko ke main kam kar saka</w:t>
      </w:r>
      <w:r>
        <w:br/>
      </w:r>
      <w:r>
        <w:rPr>
          <w:sz w:val="20"/>
        </w:rPr>
        <w:t>56:05  hoon.</w:t>
      </w:r>
      <w:r>
        <w:br/>
      </w:r>
      <w:r>
        <w:rPr>
          <w:sz w:val="20"/>
        </w:rPr>
        <w:t>56:06  aap ka jo spiritual content hai is kaam ka, woh is kaam ko itna bara bana deta hai</w:t>
      </w:r>
      <w:r>
        <w:br/>
      </w:r>
      <w:r>
        <w:rPr>
          <w:sz w:val="20"/>
        </w:rPr>
        <w:t>56:14  ke is se bohat zyada, ab woh is ka woh hissa aakhirat mein numayan hoga inshallah.</w:t>
      </w:r>
      <w:r>
        <w:br/>
      </w:r>
      <w:r>
        <w:rPr>
          <w:sz w:val="20"/>
        </w:rPr>
        <w:t>56:21  hamare liye yeh bhi ahad al hasanain ki baat hai, hamein kisi haal mein apne ko miffed nahi hona</w:t>
      </w:r>
      <w:r>
        <w:br/>
      </w:r>
      <w:r>
        <w:rPr>
          <w:sz w:val="20"/>
        </w:rPr>
        <w:t>56:28  chahiye.</w:t>
      </w:r>
      <w:r>
        <w:br/>
      </w:r>
      <w:r>
        <w:rPr>
          <w:sz w:val="20"/>
        </w:rPr>
        <w:t>56:30  maulana yeh sawal aaya hai pennsylvania usa se khwaja kaleemuddin sahib ka, unhon ne likha</w:t>
      </w:r>
      <w:r>
        <w:br/>
      </w:r>
      <w:r>
        <w:rPr>
          <w:sz w:val="20"/>
        </w:rPr>
        <w:t>56:38  ہے: "I have come across one Hadith in which the Prophet of Islam says: One of the things</w:t>
      </w:r>
      <w:r>
        <w:br/>
      </w:r>
      <w:r>
        <w:rPr>
          <w:sz w:val="20"/>
        </w:rPr>
        <w:t>56:45  "I am afraid of most is the misleading leaders of Muslim Ummah." Maulana Sahib, kindly explain this.</w:t>
      </w:r>
      <w:r>
        <w:br/>
      </w:r>
      <w:r>
        <w:rPr>
          <w:sz w:val="20"/>
        </w:rPr>
        <w:t>56:53  implication of this hadith.</w:t>
      </w:r>
      <w:r>
        <w:br/>
      </w:r>
      <w:r>
        <w:rPr>
          <w:sz w:val="20"/>
        </w:rPr>
        <w:t>56:55  dekhiye ilm ke do hisse hain, ek woh jis ko hum physical sciences kehte hain ya exact sciences</w:t>
      </w:r>
      <w:r>
        <w:br/>
      </w:r>
      <w:r>
        <w:rPr>
          <w:sz w:val="20"/>
        </w:rPr>
        <w:t>57:03  kehte hain, doosra woh jis ko hum humanities kehte hain.</w:t>
      </w:r>
      <w:r>
        <w:br/>
      </w:r>
      <w:r>
        <w:rPr>
          <w:sz w:val="20"/>
        </w:rPr>
        <w:t>57:07  to physical science mein saari baat metrics par base karti hai, to wahan ghalat interpretation ke chance nahi</w:t>
      </w:r>
      <w:r>
        <w:br/>
      </w:r>
      <w:r>
        <w:rPr>
          <w:sz w:val="20"/>
        </w:rPr>
        <w:t>57:15  hain.</w:t>
      </w:r>
      <w:r>
        <w:br/>
      </w:r>
      <w:r>
        <w:rPr>
          <w:sz w:val="20"/>
        </w:rPr>
        <w:t>57:16  kyunke do aur do chaar hi hoga, do aur do na paanch hoga na teen hoga.</w:t>
      </w:r>
      <w:r>
        <w:br/>
      </w:r>
      <w:r>
        <w:rPr>
          <w:sz w:val="20"/>
        </w:rPr>
        <w:t>57:23  lekin humanities mein hamesha gunjaish rehti hai interpretation ki.</w:t>
      </w:r>
      <w:r>
        <w:br/>
      </w:r>
      <w:r>
        <w:rPr>
          <w:sz w:val="20"/>
        </w:rPr>
        <w:t>57:27  to in seen se log jo Allah se na darte hon, woh kya karte hain? wahi log hain</w:t>
      </w:r>
      <w:r>
        <w:br/>
      </w:r>
      <w:r>
        <w:rPr>
          <w:sz w:val="20"/>
        </w:rPr>
        <w:t>57:34  jo is ka shikar hote hain.</w:t>
      </w:r>
      <w:r>
        <w:br/>
      </w:r>
      <w:r>
        <w:rPr>
          <w:sz w:val="20"/>
        </w:rPr>
        <w:t>57:37  jab aap Allah se na darenge, aap accountability ka jazba na hoga, aap ko yeh ehsaas na</w:t>
      </w:r>
      <w:r>
        <w:br/>
      </w:r>
      <w:r>
        <w:rPr>
          <w:sz w:val="20"/>
        </w:rPr>
        <w:t>57:45  hoga ke mera bola hua lafz, meri likhi hui tehreer, sab aakhirat mein pesh hogi mere saamne, aur</w:t>
      </w:r>
      <w:r>
        <w:br/>
      </w:r>
      <w:r>
        <w:rPr>
          <w:sz w:val="20"/>
        </w:rPr>
        <w:t>57:52  wahan mujhe apne ko justify karna padega.</w:t>
      </w:r>
      <w:r>
        <w:br/>
      </w:r>
      <w:r>
        <w:rPr>
          <w:sz w:val="20"/>
        </w:rPr>
        <w:t>57:56  yeh ehsaas na ho to aap kuch bhi hote hain nikaal lenge.</w:t>
      </w:r>
      <w:r>
        <w:br/>
      </w:r>
      <w:r>
        <w:rPr>
          <w:sz w:val="20"/>
        </w:rPr>
        <w:t>58:01  to duniya mein aise log hamesha kam hote hain jo Allah se bohat darne wale hon, jo bohat</w:t>
      </w:r>
      <w:r>
        <w:br/>
      </w:r>
      <w:r>
        <w:rPr>
          <w:sz w:val="20"/>
        </w:rPr>
        <w:t>58:09  zyada aakhirat ka un ko khauf ho.</w:t>
      </w:r>
      <w:r>
        <w:br/>
      </w:r>
      <w:r>
        <w:rPr>
          <w:sz w:val="20"/>
        </w:rPr>
        <w:t>58:12  zyadatar log aise isi hote hain jo in seen se rakhte hain.</w:t>
      </w:r>
      <w:r>
        <w:br/>
      </w:r>
      <w:r>
        <w:rPr>
          <w:sz w:val="20"/>
        </w:rPr>
        <w:t>58:18  to wahi log hain jo Quran ka hadith ka mis interpretation karte hain, ghalat matlab nikaalte hain.</w:t>
      </w:r>
      <w:r>
        <w:br/>
      </w:r>
      <w:r>
        <w:rPr>
          <w:sz w:val="20"/>
        </w:rPr>
        <w:t>58:25  yeh pehle bhi the, aaj bhi hain.</w:t>
      </w:r>
      <w:r>
        <w:br/>
      </w:r>
      <w:r>
        <w:rPr>
          <w:sz w:val="20"/>
        </w:rPr>
        <w:t>58:28  rasool Allah ke zamane mein bhi thay, aaj bhi hain aur hamesha rahen ge.</w:t>
      </w:r>
      <w:r>
        <w:br/>
      </w:r>
      <w:r>
        <w:rPr>
          <w:sz w:val="20"/>
        </w:rPr>
        <w:t>58:34  to ek to logon ko bachna chahiye ke koi bhi kuch keh de ga to use maan lein.</w:t>
      </w:r>
      <w:r>
        <w:br/>
      </w:r>
      <w:r>
        <w:rPr>
          <w:sz w:val="20"/>
        </w:rPr>
        <w:t>58:42  aisa nahi hai.</w:t>
      </w:r>
      <w:r>
        <w:br/>
      </w:r>
      <w:r>
        <w:rPr>
          <w:sz w:val="20"/>
        </w:rPr>
        <w:t>58:43  kuch bhi is ulti seedhi baat sochi, is kitaab likh di, chhaap di, aap is ko parh rahe</w:t>
      </w:r>
      <w:r>
        <w:br/>
      </w:r>
      <w:r>
        <w:rPr>
          <w:sz w:val="20"/>
        </w:rPr>
        <w:t>58:51  hain, aap is ka asar le rahe hain.</w:t>
      </w:r>
      <w:r>
        <w:br/>
      </w:r>
      <w:r>
        <w:rPr>
          <w:sz w:val="20"/>
        </w:rPr>
        <w:t>58:54  to ek warning hai is mein un logon ke liye jo aisi cheezon ko parhte hain.</w:t>
      </w:r>
      <w:r>
        <w:br/>
      </w:r>
      <w:r>
        <w:rPr>
          <w:sz w:val="20"/>
        </w:rPr>
        <w:t>59:01  aur warning doosri hai ke likhne walon ko ke deen ke maamle mein tum aisa kayi nahi karte.</w:t>
      </w:r>
      <w:r>
        <w:br/>
      </w:r>
      <w:r>
        <w:rPr>
          <w:sz w:val="20"/>
        </w:rPr>
        <w:t>59:09  tum deen ke maamle mein tum ko aisa nahi karna chahiye ke bas ek khayal dimagh mein renga</w:t>
      </w:r>
      <w:r>
        <w:br/>
      </w:r>
      <w:r>
        <w:rPr>
          <w:sz w:val="20"/>
        </w:rPr>
        <w:t>59:17  aur aap ne kitaab likh dali.</w:t>
      </w:r>
      <w:r>
        <w:br/>
      </w:r>
      <w:r>
        <w:rPr>
          <w:sz w:val="20"/>
        </w:rPr>
        <w:t>59:19  bohat ziyada chhaan been, bohat ziyada tehqeeq, duaen, aur yani ek poora marhala guzarta hai aadmi ke upar,</w:t>
      </w:r>
      <w:r>
        <w:br/>
      </w:r>
      <w:r>
        <w:rPr>
          <w:sz w:val="20"/>
        </w:rPr>
        <w:t>59:27  tab is ko kitaab likhna chahiye.</w:t>
      </w:r>
      <w:r>
        <w:br/>
      </w:r>
      <w:r>
        <w:rPr>
          <w:sz w:val="20"/>
        </w:rPr>
        <w:t>59:30  dua ka, ibadat ka, tehqeeq ka, mutale'e ka.</w:t>
      </w:r>
      <w:r>
        <w:br/>
      </w:r>
      <w:r>
        <w:rPr>
          <w:sz w:val="20"/>
        </w:rPr>
        <w:t>59:33  to is hadith mein jo baat kahi gayi hai, woh do tarafah hai.</w:t>
      </w:r>
      <w:r>
        <w:br/>
      </w:r>
      <w:r>
        <w:rPr>
          <w:sz w:val="20"/>
        </w:rPr>
        <w:t>59:39  yani jo parhte hain aisi kitabon ko, un par bhi kaha gaya hai ke tum Allah ke haan</w:t>
      </w:r>
      <w:r>
        <w:br/>
      </w:r>
      <w:r>
        <w:rPr>
          <w:sz w:val="20"/>
        </w:rPr>
        <w:t>59:46  bach nahi sakte ga ke kitaab mein parha tha, woh aise likha hua tha.</w:t>
      </w:r>
      <w:r>
        <w:br/>
      </w:r>
      <w:r>
        <w:rPr>
          <w:sz w:val="20"/>
        </w:rPr>
        <w:t>59:52  tumhein maana hai ke tum ne koi maan kyun liya? yeh poocha jae ga.</w:t>
      </w:r>
      <w:r>
        <w:br/>
      </w:r>
      <w:r>
        <w:rPr>
          <w:sz w:val="20"/>
        </w:rPr>
        <w:t>59:58  aur jo likhne wala hai, use kaha jae ga ke tum ne yani haq kyun nahi ada kiya</w:t>
      </w:r>
      <w:r>
        <w:br/>
      </w:r>
      <w:r>
        <w:rPr>
          <w:sz w:val="20"/>
        </w:rPr>
        <w:t>1:00:06  tehqeeq ka? kaise kitaab likh dali? to dono ke liye warning hai, aur dono ke liye aakhirat mein</w:t>
      </w:r>
      <w:r>
        <w:br/>
      </w:r>
      <w:r>
        <w:rPr>
          <w:sz w:val="20"/>
        </w:rPr>
        <w:t>1:00:14  pakar hogi.</w:t>
      </w:r>
    </w:p>
    <w:p>
      <w:pPr>
        <w:pStyle w:val="Heading2"/>
      </w:pPr>
      <w:r>
        <w:t>Reader's engagement with Maulana</w:t>
      </w:r>
    </w:p>
    <w:p>
      <w:r>
        <w:rPr>
          <w:color w:val="666666"/>
          <w:sz w:val="18"/>
        </w:rPr>
        <w:t>Other · Wisdom of Hadith Maulana Wahiduddin Khan February 23, 2014 · 8m 26s · at 1:00:15 · https://youtu.be/5E_MIQpToK4?t=3615</w:t>
      </w:r>
    </w:p>
    <w:p>
      <w:r>
        <w:rPr>
          <w:i/>
        </w:rPr>
        <w:t>“Maulana, I have been reading your programs and books for about nine months.”</w:t>
      </w:r>
    </w:p>
    <w:p>
      <w:r>
        <w:rPr>
          <w:sz w:val="20"/>
        </w:rPr>
        <w:t>1:00:14  pakar hogi.</w:t>
      </w:r>
      <w:r>
        <w:br/>
      </w:r>
      <w:r>
        <w:rPr>
          <w:sz w:val="20"/>
        </w:rPr>
        <w:t>1:00:15  maulana agla sawal Islam abad Pakistan se hai Muhammad Waseem Bari sahib ka.</w:t>
      </w:r>
      <w:r>
        <w:br/>
      </w:r>
      <w:r>
        <w:rPr>
          <w:sz w:val="20"/>
        </w:rPr>
        <w:t>1:00:21  unhon ne likha hai: "maulana, mein taqreeban nau mahine se aap ke program aur books ki reading kar</w:t>
      </w:r>
      <w:r>
        <w:br/>
      </w:r>
      <w:r>
        <w:rPr>
          <w:sz w:val="20"/>
        </w:rPr>
        <w:t>1:00:28  raha hoon.</w:t>
      </w:r>
      <w:r>
        <w:br/>
      </w:r>
      <w:r>
        <w:rPr>
          <w:sz w:val="20"/>
        </w:rPr>
        <w:t>1:00:30  Allah ka shukar hai ke mujhe bohat faida ho raha hai.</w:t>
      </w:r>
      <w:r>
        <w:br/>
      </w:r>
      <w:r>
        <w:rPr>
          <w:sz w:val="20"/>
        </w:rPr>
        <w:t>1:00:35  Allah aap ko jaza-e-khair de.</w:t>
      </w:r>
      <w:r>
        <w:br/>
      </w:r>
      <w:r>
        <w:rPr>
          <w:sz w:val="20"/>
        </w:rPr>
        <w:t>1:00:37  mera sawal yeh hai ke jab hum sara waqt Khuda ke creation pe tadabbur karte hain to hamara</w:t>
      </w:r>
      <w:r>
        <w:br/>
      </w:r>
      <w:r>
        <w:rPr>
          <w:sz w:val="20"/>
        </w:rPr>
        <w:t>1:00:45  mind active rehta hai, par hum doosre kaam yani job etc pe concentration nahi de paate kyunke hamara</w:t>
      </w:r>
      <w:r>
        <w:br/>
      </w:r>
      <w:r>
        <w:rPr>
          <w:sz w:val="20"/>
        </w:rPr>
        <w:t>1:00:53  concentration is par nahi hota.</w:t>
      </w:r>
      <w:r>
        <w:br/>
      </w:r>
      <w:r>
        <w:rPr>
          <w:sz w:val="20"/>
        </w:rPr>
        <w:t>1:00:55  is tarah mein koi spirit ya determination ke saath nahi bana, kaam nahi kar pata kyunke dil bas</w:t>
      </w:r>
      <w:r>
        <w:br/>
      </w:r>
      <w:r>
        <w:rPr>
          <w:sz w:val="20"/>
        </w:rPr>
        <w:t>1:01:03  yeh karta hai ke Allah ke creation par tadabbur karta rahoon, par zindagi guzarne ke liye job bhi</w:t>
      </w:r>
      <w:r>
        <w:br/>
      </w:r>
      <w:r>
        <w:rPr>
          <w:sz w:val="20"/>
        </w:rPr>
        <w:t>1:01:10  karni parti hai.</w:t>
      </w:r>
      <w:r>
        <w:br/>
      </w:r>
      <w:r>
        <w:rPr>
          <w:sz w:val="20"/>
        </w:rPr>
        <w:t>1:01:12  Maulana, I don't know whether my question is valid or not, but please guide me from this confusion</w:t>
      </w:r>
      <w:r>
        <w:br/>
      </w:r>
      <w:r>
        <w:rPr>
          <w:sz w:val="20"/>
        </w:rPr>
        <w:t>1:01:19  so that I can manage my affairs." Dekhein, yeh tadabbur aur tafakkur jo hai, bohat bari baat hai</w:t>
      </w:r>
      <w:r>
        <w:br/>
      </w:r>
      <w:r>
        <w:rPr>
          <w:sz w:val="20"/>
        </w:rPr>
        <w:t>1:01:27  Islam mein.</w:t>
      </w:r>
      <w:r>
        <w:br/>
      </w:r>
      <w:r>
        <w:rPr>
          <w:sz w:val="20"/>
        </w:rPr>
        <w:t>1:01:29  lekin is ka matlab yeh nahi ke aap hajre mein baith ke tafakkur karein, alag baithak karein, jungle</w:t>
      </w:r>
      <w:r>
        <w:br/>
      </w:r>
      <w:r>
        <w:rPr>
          <w:sz w:val="20"/>
        </w:rPr>
        <w:t>1:01:36  mein ja ke karein.</w:t>
      </w:r>
      <w:r>
        <w:br/>
      </w:r>
      <w:r>
        <w:rPr>
          <w:sz w:val="20"/>
        </w:rPr>
        <w:t>1:01:38  nahi, jo rozmarra ki aap ki zindagi hai, usi mein rehte hue tafakkur karein.</w:t>
      </w:r>
      <w:r>
        <w:br/>
      </w:r>
      <w:r>
        <w:rPr>
          <w:sz w:val="20"/>
        </w:rPr>
        <w:t>1:01:44  kahin alag hone ki zaroorat nahi hai, kisi seclusion mein jaane ki zaroorat nahi hai.</w:t>
      </w:r>
      <w:r>
        <w:br/>
      </w:r>
      <w:r>
        <w:rPr>
          <w:sz w:val="20"/>
        </w:rPr>
        <w:t>1:01:51  jaise maine misaal di aap ko, yeh pani ki haalat aadmi pani peeta hai to pani peete</w:t>
      </w:r>
      <w:r>
        <w:br/>
      </w:r>
      <w:r>
        <w:rPr>
          <w:sz w:val="20"/>
        </w:rPr>
        <w:t>1:01:58  hue aap yeh sochein ke kitni bari qeemti cheez hai.</w:t>
      </w:r>
      <w:r>
        <w:br/>
      </w:r>
      <w:r>
        <w:rPr>
          <w:sz w:val="20"/>
        </w:rPr>
        <w:t>1:02:03  pani jo aap jo bhi aap kaam kar rahe hon, chahe job ho ya business ho, usi mein</w:t>
      </w:r>
      <w:r>
        <w:br/>
      </w:r>
      <w:r>
        <w:rPr>
          <w:sz w:val="20"/>
        </w:rPr>
        <w:t>1:02:10  tafakkur karein ke items milenge aap ko.</w:t>
      </w:r>
      <w:r>
        <w:br/>
      </w:r>
      <w:r>
        <w:rPr>
          <w:sz w:val="20"/>
        </w:rPr>
        <w:t>1:02:14  jaise mein ek misaal deta hoon aap ko, ek baar mein Ahmedabad gaya to ek shakhs ne</w:t>
      </w:r>
      <w:r>
        <w:br/>
      </w:r>
      <w:r>
        <w:rPr>
          <w:sz w:val="20"/>
        </w:rPr>
        <w:t>1:02:21  wahan par ek karkhana lagaya tha, naya woh engineer thay, to us ko le gaye apne karkhana dikhane</w:t>
      </w:r>
      <w:r>
        <w:br/>
      </w:r>
      <w:r>
        <w:rPr>
          <w:sz w:val="20"/>
        </w:rPr>
        <w:t>1:02:29  ke liye.</w:t>
      </w:r>
      <w:r>
        <w:br/>
      </w:r>
      <w:r>
        <w:rPr>
          <w:sz w:val="20"/>
        </w:rPr>
        <w:t>1:02:31  to ek machine unhon ne import ki thi, ab to machine India mein sab banne lagi hain, pehle</w:t>
      </w:r>
      <w:r>
        <w:br/>
      </w:r>
      <w:r>
        <w:rPr>
          <w:sz w:val="20"/>
        </w:rPr>
        <w:t>1:02:38  machinein bahar se aati theen.</w:t>
      </w:r>
      <w:r>
        <w:br/>
      </w:r>
      <w:r>
        <w:rPr>
          <w:sz w:val="20"/>
        </w:rPr>
        <w:t>1:02:40  to unhon ne woh machine mein, aap jante hain, ek ek wheel hoti hai, usi wheel ki chalne</w:t>
      </w:r>
      <w:r>
        <w:br/>
      </w:r>
      <w:r>
        <w:rPr>
          <w:sz w:val="20"/>
        </w:rPr>
        <w:t>1:02:48  se poori machine chalti hai.</w:t>
      </w:r>
      <w:r>
        <w:br/>
      </w:r>
      <w:r>
        <w:rPr>
          <w:sz w:val="20"/>
        </w:rPr>
        <w:t>1:02:50  to unhon ne ek dimension diya, ek unhon ne switch dabai to wheel bohat tez chalne lagi.</w:t>
      </w:r>
      <w:r>
        <w:br/>
      </w:r>
      <w:r>
        <w:rPr>
          <w:sz w:val="20"/>
        </w:rPr>
        <w:t>1:02:58  phir unhon ne kaha ke ab dekhein, mein doosra switch dabata hoon.</w:t>
      </w:r>
      <w:r>
        <w:br/>
      </w:r>
      <w:r>
        <w:rPr>
          <w:sz w:val="20"/>
        </w:rPr>
        <w:t>1:03:03  doosra switch dabaya to wid in second us ne apna badal liya, apna idhar se idhar aise chalne</w:t>
      </w:r>
      <w:r>
        <w:br/>
      </w:r>
      <w:r>
        <w:rPr>
          <w:sz w:val="20"/>
        </w:rPr>
        <w:t>1:03:10  lagi.</w:t>
      </w:r>
      <w:r>
        <w:br/>
      </w:r>
      <w:r>
        <w:rPr>
          <w:sz w:val="20"/>
        </w:rPr>
        <w:t>1:03:12  woh yani ek button daba rahe hain to idhar chalne lagi, doosra button dabaya to idhar chalne lagi,</w:t>
      </w:r>
      <w:r>
        <w:br/>
      </w:r>
      <w:r>
        <w:rPr>
          <w:sz w:val="20"/>
        </w:rPr>
        <w:t>1:03:20  yani direction change kar li.</w:t>
      </w:r>
      <w:r>
        <w:br/>
      </w:r>
      <w:r>
        <w:rPr>
          <w:sz w:val="20"/>
        </w:rPr>
        <w:t>1:03:22  toh zahir hai ke woh industry ka mamla tha, factory ka mamla tha.</w:t>
      </w:r>
      <w:r>
        <w:br/>
      </w:r>
      <w:r>
        <w:rPr>
          <w:sz w:val="20"/>
        </w:rPr>
        <w:t>1:03:27  maine is se kya socha ke yahi momin ka mamla hai, wa izaa maghdubuhum yaghfiroon.</w:t>
      </w:r>
      <w:r>
        <w:br/>
      </w:r>
      <w:r>
        <w:rPr>
          <w:sz w:val="20"/>
        </w:rPr>
        <w:t>1:03:34  is aayat ki tafseer maine le liya is se ke ghussa aata hai toh maaf kar dete</w:t>
      </w:r>
      <w:r>
        <w:br/>
      </w:r>
      <w:r>
        <w:rPr>
          <w:sz w:val="20"/>
        </w:rPr>
        <w:t>1:03:42  hain, yani ghusse ke direction achaanak maafi ki direction tabdeel kar lete hain.</w:t>
      </w:r>
      <w:r>
        <w:br/>
      </w:r>
      <w:r>
        <w:rPr>
          <w:sz w:val="20"/>
        </w:rPr>
        <w:t>1:03:47  toh momin woh hai jiske andar yeh salahiyat ho ke achaanak apne direction ko change kar sake.</w:t>
      </w:r>
      <w:r>
        <w:br/>
      </w:r>
      <w:r>
        <w:rPr>
          <w:sz w:val="20"/>
        </w:rPr>
        <w:t>1:03:55  toh tashaddud ke direction chal raha tha, achaanak peace ke direction chalne lage, ghussa hua tha, maafi ke</w:t>
      </w:r>
      <w:r>
        <w:br/>
      </w:r>
      <w:r>
        <w:rPr>
          <w:sz w:val="20"/>
        </w:rPr>
        <w:t>1:04:03  direction chalne lage, inteqaam ka jazba tha, usko bhula de, faramoshi khane mein daal de.</w:t>
      </w:r>
      <w:r>
        <w:br/>
      </w:r>
      <w:r>
        <w:rPr>
          <w:sz w:val="20"/>
        </w:rPr>
        <w:t>1:04:09  toh momin woh hai jiska shaoor itna baligh hota hai, Allah ka khauf is mein itna zyada</w:t>
      </w:r>
      <w:r>
        <w:br/>
      </w:r>
      <w:r>
        <w:rPr>
          <w:sz w:val="20"/>
        </w:rPr>
        <w:t>1:04:17  hota hai ke jaise hi usko ehsaas hota hai ke main galat kar raha hoon, toh foran</w:t>
      </w:r>
      <w:r>
        <w:br/>
      </w:r>
      <w:r>
        <w:rPr>
          <w:sz w:val="20"/>
        </w:rPr>
        <w:t>1:04:25  apne direction ko change kar leta hai.</w:t>
      </w:r>
      <w:r>
        <w:br/>
      </w:r>
      <w:r>
        <w:rPr>
          <w:sz w:val="20"/>
        </w:rPr>
        <w:t>1:04:28  woh toh jo kaam bhi aap kar rahe hain, isi mein tadabbur kijiye, isi mein tafakkur kijiye.</w:t>
      </w:r>
      <w:r>
        <w:br/>
      </w:r>
      <w:r>
        <w:rPr>
          <w:sz w:val="20"/>
        </w:rPr>
        <w:t>1:04:35  kisi seclusion mein, kisi alag thalag maqam par jaane ki zaroorat nahi.</w:t>
      </w:r>
      <w:r>
        <w:br/>
      </w:r>
      <w:r>
        <w:rPr>
          <w:sz w:val="20"/>
        </w:rPr>
        <w:t>1:04:40  yahi Islam hai, yahi tadabbur hai, yahi tafakkur hai.</w:t>
      </w:r>
      <w:r>
        <w:br/>
      </w:r>
      <w:r>
        <w:rPr>
          <w:sz w:val="20"/>
        </w:rPr>
        <w:t>1:04:44  Okay, before I go into the next question, I would like to read a comment which has</w:t>
      </w:r>
      <w:r>
        <w:br/>
      </w:r>
      <w:r>
        <w:rPr>
          <w:sz w:val="20"/>
        </w:rPr>
        <w:t>1:04:52  come from Mr. Anas, who is currently supervising the Quran distribution at the World Book Fair, which is</w:t>
      </w:r>
      <w:r>
        <w:br/>
      </w:r>
      <w:r>
        <w:rPr>
          <w:sz w:val="20"/>
        </w:rPr>
        <w:t>1:05:00  being held in pagti maidan.</w:t>
      </w:r>
      <w:r>
        <w:br/>
      </w:r>
      <w:r>
        <w:rPr>
          <w:sz w:val="20"/>
        </w:rPr>
        <w:t>1:05:02  And the comment very well illustrates the benefit of or the result oriented work of the Quran.</w:t>
      </w:r>
      <w:r>
        <w:br/>
      </w:r>
      <w:r>
        <w:rPr>
          <w:sz w:val="20"/>
        </w:rPr>
        <w:t>1:05:09  distribution that is being done at a global level by all these CPS volunteers.</w:t>
      </w:r>
      <w:r>
        <w:br/>
      </w:r>
      <w:r>
        <w:rPr>
          <w:sz w:val="20"/>
        </w:rPr>
        <w:t>1:05:16  many people say that what is the use of the distribution of dawah material.</w:t>
      </w:r>
      <w:r>
        <w:br/>
      </w:r>
      <w:r>
        <w:rPr>
          <w:sz w:val="20"/>
        </w:rPr>
        <w:t>1:05:22  So the comment that he has sent clearly illustrates that how result oriented the work that is being</w:t>
      </w:r>
      <w:r>
        <w:br/>
      </w:r>
      <w:r>
        <w:rPr>
          <w:sz w:val="20"/>
        </w:rPr>
        <w:t>1:05:30  undertaken by all the da'is who are associated with CPS mission.</w:t>
      </w:r>
      <w:r>
        <w:br/>
      </w:r>
      <w:r>
        <w:rPr>
          <w:sz w:val="20"/>
        </w:rPr>
        <w:t>1:05:36  the comment that he has sent today is: " Naseeb bhai told me that he got a call in</w:t>
      </w:r>
      <w:r>
        <w:br/>
      </w:r>
      <w:r>
        <w:rPr>
          <w:sz w:val="20"/>
        </w:rPr>
        <w:t>1:05:43  CPS number from a Hindi publisher who is located in Daryaganj and who was given</w:t>
      </w:r>
      <w:r>
        <w:br/>
      </w:r>
      <w:r>
        <w:rPr>
          <w:sz w:val="20"/>
        </w:rPr>
        <w:t>1:05:51  Reality of Life at Pragati Maidan World Book Fair.</w:t>
      </w:r>
      <w:r>
        <w:br/>
      </w:r>
      <w:r>
        <w:rPr>
          <w:sz w:val="20"/>
        </w:rPr>
        <w:t>1:05:55  The person called and has placed an order.</w:t>
      </w:r>
      <w:r>
        <w:br/>
      </w:r>
      <w:r>
        <w:rPr>
          <w:sz w:val="20"/>
        </w:rPr>
        <w:t>1:05:58  "The person has called and he wants to distribute one lakh copies of 'Reality of Life'." So I</w:t>
      </w:r>
      <w:r>
        <w:br/>
      </w:r>
      <w:r>
        <w:rPr>
          <w:sz w:val="20"/>
        </w:rPr>
        <w:t>1:06:06  would request Maulana to say a few words on this comment on the distribution that is being done</w:t>
      </w:r>
      <w:r>
        <w:br/>
      </w:r>
      <w:r>
        <w:rPr>
          <w:sz w:val="20"/>
        </w:rPr>
        <w:t>1:06:14  and what many people say that it is not useful.</w:t>
      </w:r>
      <w:r>
        <w:br/>
      </w:r>
      <w:r>
        <w:rPr>
          <w:sz w:val="20"/>
        </w:rPr>
        <w:t>1:06:18  dekhein, jab aap dawat ka kaam karte hain toh total ko mat dekhiye, us total mein jo individual</w:t>
      </w:r>
      <w:r>
        <w:br/>
      </w:r>
      <w:r>
        <w:rPr>
          <w:sz w:val="20"/>
        </w:rPr>
        <w:t>1:06:26  experience hai, usko dekhiye.</w:t>
      </w:r>
      <w:r>
        <w:br/>
      </w:r>
      <w:r>
        <w:rPr>
          <w:sz w:val="20"/>
        </w:rPr>
        <w:t>1:06:28  aap ne ek so aadmi ko Quran diya, chand aadmi ka andar yeh jazba aaya, yeh yahi toh</w:t>
      </w:r>
      <w:r>
        <w:br/>
      </w:r>
      <w:r>
        <w:rPr>
          <w:sz w:val="20"/>
        </w:rPr>
        <w:t>1:06:36  matloob hai.</w:t>
      </w:r>
      <w:r>
        <w:br/>
      </w:r>
      <w:r>
        <w:rPr>
          <w:sz w:val="20"/>
        </w:rPr>
        <w:t>1:06:37  aise hi hamesha hota hai, jo log negative raha dete hain, woh majmooe poore kara dete hain.</w:t>
      </w:r>
      <w:r>
        <w:br/>
      </w:r>
      <w:r>
        <w:rPr>
          <w:sz w:val="20"/>
        </w:rPr>
        <w:t>1:06:44  yaani sau Quran ki aayat hai, sau result nikalna chahiye.</w:t>
      </w:r>
      <w:r>
        <w:br/>
      </w:r>
      <w:r>
        <w:rPr>
          <w:sz w:val="20"/>
        </w:rPr>
        <w:t>1:06:49  yeh in natural baat hai, nature ke khilaaf hai.</w:t>
      </w:r>
      <w:r>
        <w:br/>
      </w:r>
      <w:r>
        <w:rPr>
          <w:sz w:val="20"/>
        </w:rPr>
        <w:t>1:06:52  baat Sahaba ki zubani bhi aisa nahi hua, Rasool Allah ki zubani bhi aisa nahi hua.</w:t>
      </w:r>
      <w:r>
        <w:br/>
      </w:r>
      <w:r>
        <w:rPr>
          <w:sz w:val="20"/>
        </w:rPr>
        <w:t>1:06:59  toh is mein ek, yaani ek do shakhs bhi nikal aate hain toh woh itna bada result dete</w:t>
      </w:r>
      <w:r>
        <w:br/>
      </w:r>
      <w:r>
        <w:rPr>
          <w:sz w:val="20"/>
        </w:rPr>
        <w:t>1:07:07  hain ke woh sab sab ko bhaari hota hai.</w:t>
      </w:r>
      <w:r>
        <w:br/>
      </w:r>
      <w:r>
        <w:rPr>
          <w:sz w:val="20"/>
        </w:rPr>
        <w:t>1:07:11  woh result toh kaisi ajeeb misaal yeh hai ke ek non-muslim kehta hai ke aap ko ek</w:t>
      </w:r>
      <w:r>
        <w:br/>
      </w:r>
      <w:r>
        <w:rPr>
          <w:sz w:val="20"/>
        </w:rPr>
        <w:t>1:07:19  lakh woh kitaab lao, hum us ko pahunchaoon ga logon ko.</w:t>
      </w:r>
      <w:r>
        <w:br/>
      </w:r>
      <w:r>
        <w:rPr>
          <w:sz w:val="20"/>
        </w:rPr>
        <w:t>1:07:23  zahair hai ke woh khareed kar de raha hai, reality of life ek lakh.</w:t>
      </w:r>
      <w:r>
        <w:br/>
      </w:r>
      <w:r>
        <w:rPr>
          <w:sz w:val="20"/>
        </w:rPr>
        <w:t>1:07:29  toh kisi ne ek shair mujhe yaad aata hai, kisi ne kaha tha ke khabar nahi ke gire</w:t>
      </w:r>
      <w:r>
        <w:br/>
      </w:r>
      <w:r>
        <w:rPr>
          <w:sz w:val="20"/>
        </w:rPr>
        <w:t>1:07:37  hain kahan kahan aansu, kidhar kidhar se uthe ga, dhuan nahi maloom, kaun sa aansu qatra samandar ban</w:t>
      </w:r>
      <w:r>
        <w:br/>
      </w:r>
      <w:r>
        <w:rPr>
          <w:sz w:val="20"/>
        </w:rPr>
        <w:t>1:07:45  jayega, yeh kaun jaanta hai? kaun sa aansu qatra jo hai, samandar ban jayega, kis ko</w:t>
      </w:r>
      <w:r>
        <w:br/>
      </w:r>
      <w:r>
        <w:rPr>
          <w:sz w:val="20"/>
        </w:rPr>
        <w:t>1:07:52  pata hai? toh aap ko distribute karna hai, karna hai, karna hai, aur result ko aap ko Allah</w:t>
      </w:r>
      <w:r>
        <w:br/>
      </w:r>
      <w:r>
        <w:rPr>
          <w:sz w:val="20"/>
        </w:rPr>
        <w:t>1:08:00  ke khaane mein daalna hai.</w:t>
      </w:r>
      <w:r>
        <w:br/>
      </w:r>
      <w:r>
        <w:rPr>
          <w:sz w:val="20"/>
        </w:rPr>
        <w:t>1:08:02  result ko Allah ke khaane mein daalna hai.</w:t>
      </w:r>
      <w:r>
        <w:br/>
      </w:r>
      <w:r>
        <w:rPr>
          <w:sz w:val="20"/>
        </w:rPr>
        <w:t>1:08:06  Maulana, agla ek aur comment aur sawal hai jo Dr. Safeena Tabassum ne kiya hai Ajmer se.</w:t>
      </w:r>
      <w:r>
        <w:br/>
      </w:r>
      <w:r>
        <w:rPr>
          <w:sz w:val="20"/>
        </w:rPr>
        <w:t>1:08:13  unhon ne likha hai: "Maulana, agar aap ke zariye hamein right thinking na milti toh hum bhi jahalat</w:t>
      </w:r>
      <w:r>
        <w:br/>
      </w:r>
      <w:r>
        <w:rPr>
          <w:sz w:val="20"/>
        </w:rPr>
        <w:t>1:08:21  mein hote.</w:t>
      </w:r>
      <w:r>
        <w:br/>
      </w:r>
      <w:r>
        <w:rPr>
          <w:sz w:val="20"/>
        </w:rPr>
        <w:t>1:08:22  ab hamari yeh koshish rahegi ke tamam logon tak yeh baat pahuncha sakein aur khud ko is</w:t>
      </w:r>
      <w:r>
        <w:br/>
      </w:r>
      <w:r>
        <w:rPr>
          <w:sz w:val="20"/>
        </w:rPr>
        <w:t>1:08:30  par qaim rakhein." Maulana, kya meri yeh soch theek hai? haan, bilkul, hundred percent theek hai, bilkul sahi</w:t>
      </w:r>
      <w:r>
        <w:br/>
      </w:r>
      <w:r>
        <w:rPr>
          <w:sz w:val="20"/>
        </w:rPr>
        <w:t>1:08:38  hai.</w:t>
      </w:r>
      <w:r>
        <w:br/>
      </w:r>
      <w:r>
        <w:rPr>
          <w:sz w:val="20"/>
        </w:rPr>
        <w:t>1:08:39  Allah aap ko haq akbar farmaye.</w:t>
      </w:r>
    </w:p>
    <w:p>
      <w:pPr>
        <w:pStyle w:val="Heading2"/>
      </w:pPr>
      <w:r>
        <w:t>Reality of Baghdadi and ISIS</w:t>
      </w:r>
    </w:p>
    <w:p>
      <w:r>
        <w:rPr>
          <w:color w:val="666666"/>
          <w:sz w:val="18"/>
        </w:rPr>
        <w:t>Other · Concept of Jihad in Islam September 7, 2014 · 5m 53s · at 59:04 · https://youtu.be/GnKBYM8HbuQ?t=3544</w:t>
      </w:r>
    </w:p>
    <w:p>
      <w:r>
        <w:rPr>
          <w:i/>
        </w:rPr>
        <w:t>“What is the reality of Baghdadi and ISIS?”</w:t>
      </w:r>
    </w:p>
    <w:p>
      <w:r>
        <w:rPr>
          <w:sz w:val="20"/>
        </w:rPr>
        <w:t>59:04  molana, agla sawal aya hai Ah Dhunpur, West Bengal se Muhammad Arif sahib ne kiya hai aur unhon</w:t>
      </w:r>
      <w:r>
        <w:br/>
      </w:r>
      <w:r>
        <w:rPr>
          <w:sz w:val="20"/>
        </w:rPr>
        <w:t>59:10  ne likha hai ke Baghdadi aur ISIS ki haqeeqat kya hai? yeh hamara mozu nahi hai.</w:t>
      </w:r>
      <w:r>
        <w:br/>
      </w:r>
      <w:r>
        <w:rPr>
          <w:sz w:val="20"/>
        </w:rPr>
        <w:t>59:15  hamara mozu nahi hai.</w:t>
      </w:r>
      <w:r>
        <w:br/>
      </w:r>
      <w:r>
        <w:rPr>
          <w:sz w:val="20"/>
        </w:rPr>
        <w:t>59:21  aiesai es.</w:t>
      </w:r>
      <w:r>
        <w:br/>
      </w:r>
      <w:r>
        <w:rPr>
          <w:sz w:val="20"/>
        </w:rPr>
        <w:t>59:26  aiesai es jo iraq mein hai.</w:t>
      </w:r>
      <w:r>
        <w:br/>
      </w:r>
      <w:r>
        <w:rPr>
          <w:sz w:val="20"/>
        </w:rPr>
        <w:t>59:31  woh hamara mozu nahi hai.</w:t>
      </w:r>
      <w:r>
        <w:br/>
      </w:r>
      <w:r>
        <w:rPr>
          <w:sz w:val="20"/>
        </w:rPr>
        <w:t>59:37  kyun aap is par bhaje hue hain? mein toh kehta hoon aap log yeh sab haram mein uljhe hue hain.</w:t>
      </w:r>
      <w:r>
        <w:br/>
      </w:r>
      <w:r>
        <w:rPr>
          <w:sz w:val="20"/>
        </w:rPr>
        <w:t>59:42  soch bhi haram hoti hai, yaad rakhiye.</w:t>
      </w:r>
      <w:r>
        <w:br/>
      </w:r>
      <w:r>
        <w:rPr>
          <w:sz w:val="20"/>
        </w:rPr>
        <w:t>59:48  aap sab tak suraj, khinzir haram hai, sharab haram hai.</w:t>
      </w:r>
      <w:r>
        <w:br/>
      </w:r>
      <w:r>
        <w:rPr>
          <w:sz w:val="20"/>
        </w:rPr>
        <w:t>59:53  soch bhi haram hoti hai.</w:t>
      </w:r>
      <w:r>
        <w:br/>
      </w:r>
      <w:r>
        <w:rPr>
          <w:sz w:val="20"/>
        </w:rPr>
        <w:t>59:58  soch bhi haram hoti hai.</w:t>
      </w:r>
      <w:r>
        <w:br/>
      </w:r>
      <w:r>
        <w:rPr>
          <w:sz w:val="20"/>
        </w:rPr>
        <w:t>1:00:04  kyun aap sochte hain aap log is par? aap ke aas paas itne saare log hain jo mar</w:t>
      </w:r>
      <w:r>
        <w:br/>
      </w:r>
      <w:r>
        <w:rPr>
          <w:sz w:val="20"/>
        </w:rPr>
        <w:t>1:00:09  rahe hain, jahannum ka khatra le rahe hain, toh aap un ko dawat kyun nahi pohanchate? aap kyun</w:t>
      </w:r>
      <w:r>
        <w:br/>
      </w:r>
      <w:r>
        <w:rPr>
          <w:sz w:val="20"/>
        </w:rPr>
        <w:t>1:00:15  sochte hain is par? quran phailaiye, hamari literature phailaiye, logon ko allah ho jannat ki khabar dijiye.</w:t>
      </w:r>
      <w:r>
        <w:br/>
      </w:r>
      <w:r>
        <w:rPr>
          <w:sz w:val="20"/>
        </w:rPr>
        <w:t>1:00:20  aap is par kyun phanse hue hain? allah ho!</w:t>
      </w:r>
      <w:r>
        <w:br/>
      </w:r>
      <w:r>
        <w:rPr>
          <w:sz w:val="20"/>
        </w:rPr>
        <w:t>1:00:26  yaad rakhiye, sirf yani sharab haram nahi hai, sirf khanzir haram nahi hai, layani soch bhi haram hai.</w:t>
      </w:r>
      <w:r>
        <w:br/>
      </w:r>
      <w:r>
        <w:rPr>
          <w:sz w:val="20"/>
        </w:rPr>
        <w:t>1:00:33  yeh saare musalman layani soch mein phanse hue hain, layani soch mein.</w:t>
      </w:r>
      <w:r>
        <w:br/>
      </w:r>
      <w:r>
        <w:rPr>
          <w:sz w:val="20"/>
        </w:rPr>
        <w:t>1:00:38  rasool Allah sallallahu alaihi wasallam ke zamane mein makka mein yeh sab waqiyat hote the.</w:t>
      </w:r>
      <w:r>
        <w:br/>
      </w:r>
      <w:r>
        <w:rPr>
          <w:sz w:val="20"/>
        </w:rPr>
        <w:t>1:00:45  makka mein, arab mein yeh saare waqiyat hote the.</w:t>
      </w:r>
      <w:r>
        <w:br/>
      </w:r>
      <w:r>
        <w:rPr>
          <w:sz w:val="20"/>
        </w:rPr>
        <w:t>1:00:49  arab ke aas pas roman empire thi, sasani empire thi, wahan bhi sare waqiat hote the.</w:t>
      </w:r>
      <w:r>
        <w:br/>
      </w:r>
      <w:r>
        <w:rPr>
          <w:sz w:val="20"/>
        </w:rPr>
        <w:t>1:00:56  aap sab cheezon se bilkul nazar andaaz kar ke bas ayyuhal naasu qoolu la ilaha illafalahu yeh</w:t>
      </w:r>
      <w:r>
        <w:br/>
      </w:r>
      <w:r>
        <w:rPr>
          <w:sz w:val="20"/>
        </w:rPr>
        <w:t>1:01:04  karte the.</w:t>
      </w:r>
      <w:r>
        <w:br/>
      </w:r>
      <w:r>
        <w:rPr>
          <w:sz w:val="20"/>
        </w:rPr>
        <w:t>1:01:05  yeh kijiye aap.</w:t>
      </w:r>
      <w:r>
        <w:br/>
      </w:r>
      <w:r>
        <w:rPr>
          <w:sz w:val="20"/>
        </w:rPr>
        <w:t>1:01:07  aap dunya bhar ke gham kyun liye bethe hain? jannat ka gham, akhirat ka gham lijiye jo rasool</w:t>
      </w:r>
      <w:r>
        <w:br/>
      </w:r>
      <w:r>
        <w:rPr>
          <w:sz w:val="20"/>
        </w:rPr>
        <w:t>1:01:14  allah ka gham tha.</w:t>
      </w:r>
      <w:r>
        <w:br/>
      </w:r>
      <w:r>
        <w:rPr>
          <w:sz w:val="20"/>
        </w:rPr>
        <w:t>1:01:16  bas yeh aap mujhe hairat hai in musalmanon par ke ke ke kyun nahi quran ko padhte, kyun</w:t>
      </w:r>
      <w:r>
        <w:br/>
      </w:r>
      <w:r>
        <w:rPr>
          <w:sz w:val="20"/>
        </w:rPr>
        <w:t>1:01:24  nahi sirat ko dekhte ke rasool allah ka tareeqa kya tha? is zamane ki dunya mein sab kuch</w:t>
      </w:r>
      <w:r>
        <w:br/>
      </w:r>
      <w:r>
        <w:rPr>
          <w:sz w:val="20"/>
        </w:rPr>
        <w:t>1:01:32  wo ho raha tha jo aaj ho raha hai.</w:t>
      </w:r>
      <w:r>
        <w:br/>
      </w:r>
      <w:r>
        <w:rPr>
          <w:sz w:val="20"/>
        </w:rPr>
        <w:t>1:01:35  makkah mein, arab mein aur aas pas ki jo saltanaten thin, wahan par hota tha.</w:t>
      </w:r>
      <w:r>
        <w:br/>
      </w:r>
      <w:r>
        <w:rPr>
          <w:sz w:val="20"/>
        </w:rPr>
        <w:t>1:01:42  kuch bhi is ka hawala nahi hai.</w:t>
      </w:r>
      <w:r>
        <w:br/>
      </w:r>
      <w:r>
        <w:rPr>
          <w:sz w:val="20"/>
        </w:rPr>
        <w:t>1:01:45  bas bas quran ko sunana.</w:t>
      </w:r>
      <w:r>
        <w:br/>
      </w:r>
      <w:r>
        <w:rPr>
          <w:sz w:val="20"/>
        </w:rPr>
        <w:t>1:01:47  bas behal yeh sab soch ko mein bilkul bilkul hi islam ke khilaf samajhta hoon.</w:t>
      </w:r>
      <w:r>
        <w:br/>
      </w:r>
      <w:r>
        <w:rPr>
          <w:sz w:val="20"/>
        </w:rPr>
        <w:t>1:01:53  jisko dilchaspi hai to wo soche, phir allah ke samne jab khada hoga to mein allah pooche</w:t>
      </w:r>
      <w:r>
        <w:br/>
      </w:r>
      <w:r>
        <w:rPr>
          <w:sz w:val="20"/>
        </w:rPr>
        <w:t>1:02:01  ga ke tum ke yahi kaam tha tum ko aur doosra kaam nahi tha? wo hai doosra kaam</w:t>
      </w:r>
      <w:r>
        <w:br/>
      </w:r>
      <w:r>
        <w:rPr>
          <w:sz w:val="20"/>
        </w:rPr>
        <w:t>1:02:09  nahi tha.</w:t>
      </w:r>
      <w:r>
        <w:br/>
      </w:r>
      <w:r>
        <w:rPr>
          <w:sz w:val="20"/>
        </w:rPr>
        <w:t>1:02:10  ek sahab mere paas ek bar aaye to wo kanauj ke the.</w:t>
      </w:r>
      <w:r>
        <w:br/>
      </w:r>
      <w:r>
        <w:rPr>
          <w:sz w:val="20"/>
        </w:rPr>
        <w:t>1:02:15  to unhon ne bataya ke mera tareeqa kya hai ke baat yahan se shuru hui thi ke pehle</w:t>
      </w:r>
      <w:r>
        <w:br/>
      </w:r>
      <w:r>
        <w:rPr>
          <w:sz w:val="20"/>
        </w:rPr>
        <w:t>1:02:23  to unhon ne kaha ke aap musalmanon hi ko naseehat karte hain aur doosron jo un par zulm</w:t>
      </w:r>
      <w:r>
        <w:br/>
      </w:r>
      <w:r>
        <w:rPr>
          <w:sz w:val="20"/>
        </w:rPr>
        <w:t>1:02:31  kar rahe hain, un ko kuch nahi bolte.</w:t>
      </w:r>
      <w:r>
        <w:br/>
      </w:r>
      <w:r>
        <w:rPr>
          <w:sz w:val="20"/>
        </w:rPr>
        <w:t>1:02:34  to mein ne kaha ke dekhiye, baap do qism ke hote hain.</w:t>
      </w:r>
      <w:r>
        <w:br/>
      </w:r>
      <w:r>
        <w:rPr>
          <w:sz w:val="20"/>
        </w:rPr>
        <w:t>1:02:39  ek wo ke is ka beta bahar gaya, mila liverd kar ke aaya to danda le ke niklta</w:t>
      </w:r>
      <w:r>
        <w:br/>
      </w:r>
      <w:r>
        <w:rPr>
          <w:sz w:val="20"/>
        </w:rPr>
        <w:t>1:02:47  hai.</w:t>
      </w:r>
      <w:r>
        <w:br/>
      </w:r>
      <w:r>
        <w:rPr>
          <w:sz w:val="20"/>
        </w:rPr>
        <w:t>1:02:49  kaun hai jis ne mere bete ko aisa kiya? to yeh jhootha baap hai, jhootha baap hai yeh.</w:t>
      </w:r>
      <w:r>
        <w:br/>
      </w:r>
      <w:r>
        <w:rPr>
          <w:sz w:val="20"/>
        </w:rPr>
        <w:t>1:02:56  magar sachi baat baap wo hai jo apne hi bete ko kahe ke tum bahar gaye, kyun the?</w:t>
      </w:r>
      <w:r>
        <w:br/>
      </w:r>
      <w:r>
        <w:rPr>
          <w:sz w:val="20"/>
        </w:rPr>
        <w:t>1:03:04  to papa homework nahi tha, to koi ghar mein koi kaam nahi tha, wahan gaye kyun bure</w:t>
      </w:r>
      <w:r>
        <w:br/>
      </w:r>
      <w:r>
        <w:rPr>
          <w:sz w:val="20"/>
        </w:rPr>
        <w:t>1:03:12  larkon ke paas? to khud wahi kiya kehte hain? phir alhamdulillah, phir alhamdulillah keh rahe hain.</w:t>
      </w:r>
      <w:r>
        <w:br/>
      </w:r>
      <w:r>
        <w:rPr>
          <w:sz w:val="20"/>
        </w:rPr>
        <w:t>1:03:19  alhamdulillah, main aise hi apne bachon ke saath hoon.</w:t>
      </w:r>
      <w:r>
        <w:br/>
      </w:r>
      <w:r>
        <w:rPr>
          <w:sz w:val="20"/>
        </w:rPr>
        <w:t>1:03:23  main apne bachon hi ko naseehat karta hoon, inhi ko rokta hoon.</w:t>
      </w:r>
      <w:r>
        <w:br/>
      </w:r>
      <w:r>
        <w:rPr>
          <w:sz w:val="20"/>
        </w:rPr>
        <w:t>1:03:28  to unhon ne kaha ke mere teen bachche hain, ek bachcha doctor hai, ek bachcha engineer hai aur</w:t>
      </w:r>
      <w:r>
        <w:br/>
      </w:r>
      <w:r>
        <w:rPr>
          <w:sz w:val="20"/>
        </w:rPr>
        <w:t>1:03:35  chhota bachcha aaya hua tha, ab yeh parh raha hai.</w:t>
      </w:r>
      <w:r>
        <w:br/>
      </w:r>
      <w:r>
        <w:rPr>
          <w:sz w:val="20"/>
        </w:rPr>
        <w:t>1:03:40  to main ne kaha ke dekhiye, aap apne bachon ke liye kuch hain aur ummat ke bachon ke</w:t>
      </w:r>
      <w:r>
        <w:br/>
      </w:r>
      <w:r>
        <w:rPr>
          <w:sz w:val="20"/>
        </w:rPr>
        <w:t>1:03:47  liye kuch hain.</w:t>
      </w:r>
      <w:r>
        <w:br/>
      </w:r>
      <w:r>
        <w:rPr>
          <w:sz w:val="20"/>
        </w:rPr>
        <w:t>1:03:49  main allah akbar se apne bachon ke liye jaisa hoon, waisa ummat ke bachon ke liye bhi waisa</w:t>
      </w:r>
      <w:r>
        <w:br/>
      </w:r>
      <w:r>
        <w:rPr>
          <w:sz w:val="20"/>
        </w:rPr>
        <w:t>1:03:57  hi hoon.</w:t>
      </w:r>
      <w:r>
        <w:br/>
      </w:r>
      <w:r>
        <w:rPr>
          <w:sz w:val="20"/>
        </w:rPr>
        <w:t>1:03:58  to main hairaan ho gaya ke log kyun aakhir aisa kaam kar rahe hain jis ka koi dunya</w:t>
      </w:r>
      <w:r>
        <w:br/>
      </w:r>
      <w:r>
        <w:rPr>
          <w:sz w:val="20"/>
        </w:rPr>
        <w:t>1:04:06  mein nahi, koi akhirat mein koi faida nahi.</w:t>
      </w:r>
      <w:r>
        <w:br/>
      </w:r>
      <w:r>
        <w:rPr>
          <w:sz w:val="20"/>
        </w:rPr>
        <w:t>1:04:09  na dunya mein koi faida, na akhirat mein faida.</w:t>
      </w:r>
      <w:r>
        <w:br/>
      </w:r>
      <w:r>
        <w:rPr>
          <w:sz w:val="20"/>
        </w:rPr>
        <w:t>1:04:13  kyun is par uljhe rehte hain? kyun is ka charcha karte hain? kyun is par sochte hain? kyun</w:t>
      </w:r>
      <w:r>
        <w:br/>
      </w:r>
      <w:r>
        <w:rPr>
          <w:sz w:val="20"/>
        </w:rPr>
        <w:t>1:04:21  hain apni duaon ko is par lagate hain? kyun hain? maulana, yeh sawal dhampur se aaya hai mehtab</w:t>
      </w:r>
      <w:r>
        <w:br/>
      </w:r>
      <w:r>
        <w:rPr>
          <w:sz w:val="20"/>
        </w:rPr>
        <w:t>1:04:29  sahib ka aur unhon ne likha hai ke maulana sahib there is a verse in the quran which</w:t>
      </w:r>
      <w:r>
        <w:br/>
      </w:r>
      <w:r>
        <w:rPr>
          <w:sz w:val="20"/>
        </w:rPr>
        <w:t>1:04:36  says والله يحب المحسنين my question is who are muhsin mentioned here is ke bare mein batayen.</w:t>
      </w:r>
      <w:r>
        <w:br/>
      </w:r>
      <w:r>
        <w:rPr>
          <w:sz w:val="20"/>
        </w:rPr>
        <w:t>1:04:44  bhai, hamari yeh hamari tafseer aap padhiye, tazkir ul quran, is mein is ki wazahat maujood hai.</w:t>
      </w:r>
      <w:r>
        <w:br/>
      </w:r>
      <w:r>
        <w:rPr>
          <w:sz w:val="20"/>
        </w:rPr>
        <w:t>1:04:50  is ko parh kar ke phir bhi jo sawal baqi rehta hai, woh kijiye agle itwar ko.</w:t>
      </w:r>
    </w:p>
    <w:p>
      <w:pPr>
        <w:pStyle w:val="Heading2"/>
      </w:pPr>
      <w:r>
        <w:t>Source for Maulana's literature</w:t>
      </w:r>
    </w:p>
    <w:p>
      <w:r>
        <w:rPr>
          <w:color w:val="666666"/>
          <w:sz w:val="18"/>
        </w:rPr>
        <w:t>Other · The Art of Thinking January 28, 2024 · 15m 56s · at 47:53 · https://youtu.be/lpUsTrs0ulo?t=2873</w:t>
      </w:r>
    </w:p>
    <w:p>
      <w:r>
        <w:rPr>
          <w:i/>
        </w:rPr>
        <w:t>“Where can I get Maulana's literature?”</w:t>
      </w:r>
    </w:p>
    <w:p>
      <w:r>
        <w:rPr>
          <w:sz w:val="20"/>
        </w:rPr>
        <w:t>47:53  Zubair Bhatt sahib jo Kashmir se hain, unhon ne sawal bheja hai: "Where can I get Maulana's literature?" To Zubair bhai, aap Maulana ki kitabein goodwordbooks.com se khareed sakte hain, aur agar aap download kar ke parhna chahte hain to aap cpsglobal.org pe login karein.</w:t>
      </w:r>
      <w:r>
        <w:br/>
      </w:r>
      <w:r>
        <w:rPr>
          <w:sz w:val="20"/>
        </w:rPr>
        <w:t>48:11  Wahan se aap ko Maulana sahib ki tamam kitabein hasil ho jayengi.</w:t>
      </w:r>
      <w:r>
        <w:br/>
      </w:r>
      <w:r>
        <w:rPr>
          <w:sz w:val="20"/>
        </w:rPr>
        <w:t>48:16  Apa, aap ne abhi bohat sahi baat kahi ke sirf sochne ki dair hai, aur aksar kya hota hai ke log sochte hi nahi hain.</w:t>
      </w:r>
      <w:r>
        <w:br/>
      </w:r>
      <w:r>
        <w:rPr>
          <w:sz w:val="20"/>
        </w:rPr>
        <w:t>48:25  Aaj ka poora jo topic hai, aap ne bare achhe se explain kiya ke why there is an importance of thinking, what is the art of thinking. Lekin apa, hum log jab interactions karte hain, aur aksar log Maulana ke paas bhi advice ke liye aate the, aur kai mayoos, mayoosi mein aate the, lekin bohat khush ho ke jate the.</w:t>
      </w:r>
      <w:r>
        <w:br/>
      </w:r>
      <w:r>
        <w:rPr>
          <w:sz w:val="20"/>
        </w:rPr>
        <w:t>48:46  Aksar in logon ka yeh hota tha sawal ke: "Meri zindagi ka yeh ek ek aim tha, mein ne woh chance gawa diya." Ya phir woh kuch plan kar rahe the, woh materialize nahi hua.</w:t>
      </w:r>
      <w:r>
        <w:br/>
      </w:r>
      <w:r>
        <w:rPr>
          <w:sz w:val="20"/>
        </w:rPr>
        <w:t>48:59  To log aksar jo hai first chance ko bohat zyada importance dete the, aur Maulana kehte the ke there is always a second chance.</w:t>
      </w:r>
      <w:r>
        <w:br/>
      </w:r>
      <w:r>
        <w:rPr>
          <w:sz w:val="20"/>
        </w:rPr>
        <w:t>49:09  To woh hope bhar ke har ek ko wapas lotate the.</w:t>
      </w:r>
      <w:r>
        <w:br/>
      </w:r>
      <w:r>
        <w:rPr>
          <w:sz w:val="20"/>
        </w:rPr>
        <w:t>49:13  Jaise aap ne abhi woh use bhi kiya jumla: "Think, think, think. There must be a better way." To apa, second chance ki kya ahmiyat hai, is ke bare mein bhi aap hum sab ko batayein, kyunke yeh ek bohat hi important cheez is liye bhi hai ke log aksar apne aap ko depression mein daal dete hain after having missed the first chance of their life.</w:t>
      </w:r>
      <w:r>
        <w:br/>
      </w:r>
      <w:r>
        <w:rPr>
          <w:sz w:val="20"/>
        </w:rPr>
        <w:t>49:39  Yeh to bohat hi aam hai ke zyada tar log first chance jo hai woh miss kar dete hain, matlab tayyar nahi hote hain, un ki tayyari poori nahi hoti hai.</w:t>
      </w:r>
      <w:r>
        <w:br/>
      </w:r>
      <w:r>
        <w:rPr>
          <w:sz w:val="20"/>
        </w:rPr>
        <w:t>49:52  To woh kai baar woh woh ho jate hain, bohat zyada mayoos ho jate hain. To kai baar khudkushi karne tak ko sochne lagte hain.</w:t>
      </w:r>
      <w:r>
        <w:br/>
      </w:r>
      <w:r>
        <w:rPr>
          <w:sz w:val="20"/>
        </w:rPr>
        <w:t>50:01  Ji, ek baar ek aise hi student tha, woh us ne bohat mehnat ki lekin woh fail ho gaya.</w:t>
      </w:r>
      <w:r>
        <w:br/>
      </w:r>
      <w:r>
        <w:rPr>
          <w:sz w:val="20"/>
        </w:rPr>
        <w:t>50:07  Ab woh ghar se hi nikal ke bhag gaya ke ab mein ghar wapas nahi jaunga. To phir us ne dekha ek jagah kuwein par pani, ghara le kar log aate the, pani nikalte the.</w:t>
      </w:r>
      <w:r>
        <w:br/>
      </w:r>
      <w:r>
        <w:rPr>
          <w:sz w:val="20"/>
        </w:rPr>
        <w:t>50:21  To woh kuwein ka jo pathar par jo ghara rakhte the, to woh pathar par nishan pad gaya tha ghare rakhne ka gol sa.</w:t>
      </w:r>
      <w:r>
        <w:br/>
      </w:r>
      <w:r>
        <w:rPr>
          <w:sz w:val="20"/>
        </w:rPr>
        <w:t>50:30  To us ne socha ke kitna is mein, kitne logon ne is mein pani nikala hoga jo pathar mein nishan pad gaya.</w:t>
      </w:r>
      <w:r>
        <w:br/>
      </w:r>
      <w:r>
        <w:rPr>
          <w:sz w:val="20"/>
        </w:rPr>
        <w:t>50:39  To us se us ko ek matlab us ne rethink kiya ke mein bhi isi tarike se mehnat karun aur mehnat kar ke dobara imtehan doon. To us ne khoob wapas ghar gaya aur khoob mehnat ki aur us ne top kiya.</w:t>
      </w:r>
      <w:r>
        <w:br/>
      </w:r>
      <w:r>
        <w:rPr>
          <w:sz w:val="20"/>
        </w:rPr>
        <w:t>50:53  Ji, to aise bohat sare waqe</w:t>
      </w:r>
      <w:r>
        <w:br/>
      </w:r>
      <w:r>
        <w:rPr>
          <w:sz w:val="20"/>
        </w:rPr>
        <w:t>50:55  aat. To yeh aise to yeh to waqea jo hai is mein raaz-e-hayat wali kitab mein yeh cheezein hain bar bar. Yeh is tarike ke waqeyat hote rehte the.</w:t>
      </w:r>
      <w:r>
        <w:br/>
      </w:r>
      <w:r>
        <w:rPr>
          <w:sz w:val="20"/>
        </w:rPr>
        <w:t>51:06  Abhi abhi mein ne jo ek waqea bataya tha ek engineer ka ke woh khudkushi karna cha rahe the, to un ko Maulana ne samjhaya ke dekhiye agar mali ek peed ko kahin se ukhadta hai to us ko aur behtar jagah lagane ke liye ukhadta hai.</w:t>
      </w:r>
      <w:r>
        <w:br/>
      </w:r>
      <w:r>
        <w:rPr>
          <w:sz w:val="20"/>
        </w:rPr>
        <w:t>51:23  Us ko</w:t>
      </w:r>
      <w:r>
        <w:br/>
      </w:r>
      <w:r>
        <w:rPr>
          <w:sz w:val="20"/>
        </w:rPr>
        <w:t>51:24  To aap wahan chale chale jaiye aur koi doosri jagah, doosre maqam par aap mehnat kijiye. To wahan unhon ne bohat zyada zabardast kamyabi hasil ki.</w:t>
      </w:r>
      <w:r>
        <w:br/>
      </w:r>
      <w:r>
        <w:rPr>
          <w:sz w:val="20"/>
        </w:rPr>
        <w:t>51:35  To aise bohat sare waqeyat hain is ke liye, woh is mein raaz-e-hayat mein dekh sakte hain. Ji ji mashallah, apa aaj ka aakhri sawal kyunke humein aaj ek book bhi release karni hai.</w:t>
      </w:r>
      <w:r>
        <w:br/>
      </w:r>
      <w:r>
        <w:rPr>
          <w:sz w:val="20"/>
        </w:rPr>
        <w:t>51:48  Aaj ke topic se to apa aur conversation se mujhe yahi laga ke everything depends on thinking.</w:t>
      </w:r>
      <w:r>
        <w:br/>
      </w:r>
      <w:r>
        <w:rPr>
          <w:sz w:val="20"/>
        </w:rPr>
        <w:t>51:54  If there is wrong thinking, then even an easy thing will become difficult. And when a person is having the right thinking, then even a difficult thing will become easy.</w:t>
      </w:r>
      <w:r>
        <w:br/>
      </w:r>
      <w:r>
        <w:rPr>
          <w:sz w:val="20"/>
        </w:rPr>
        <w:t>52:05  to apa, balanced way of thinking jo hai wo bohat important ho jata hai. hum sab ko apne andar aik balanced way of thinking develop karni chahiye.</w:t>
      </w:r>
      <w:r>
        <w:br/>
      </w:r>
      <w:r>
        <w:rPr>
          <w:sz w:val="20"/>
        </w:rPr>
        <w:t>52:14  to apa, is ke bare mein aap batayein aur isi par hum aaj ka session bhi khatam karein ge.</w:t>
      </w:r>
      <w:r>
        <w:br/>
      </w:r>
      <w:r>
        <w:rPr>
          <w:sz w:val="20"/>
        </w:rPr>
        <w:t>52:22  balanced way of thinking, sound thinking, yeh bhi related hi hai. ji, to bohat mushkil ho jata hai kyunke bohat baar logon ko bohat sari cheezein jo hai na, wo prestige issue bana lete hain. ab wo prestige issue banne ki wajah se unko samajh mein nahi aata hum peechay kaise hatein. to is mein aik do misaal se main is ko wazeh karungi.</w:t>
      </w:r>
      <w:r>
        <w:br/>
      </w:r>
      <w:r>
        <w:rPr>
          <w:sz w:val="20"/>
        </w:rPr>
        <w:t>52:48  jab misaal jo hai america aur japan ki, jo second world war mein ji, zabardast jang hui. aur aur japan jo hai, japan, germany aur italy waghera, yeh log haar gaye thay. to america ne pehli baar japan par atom bomb dala aur do industrial cities, hiroshima aur nagasaki, dono tabah ho gaye.</w:t>
      </w:r>
      <w:r>
        <w:br/>
      </w:r>
      <w:r>
        <w:rPr>
          <w:sz w:val="20"/>
        </w:rPr>
        <w:t>53:16  ab awam unke bohat gussa ho gaye, bohat zyada. unhone kaha, "ab hum intiqam lein ge." lekin agar hamare paas achay leaders hon to awam ko samjha sakte hain. lekin jab leader hi emotional ho jata hai, phir koi cheez unko samjha nahi sakti. to wahan par unki khushkismati thi ke unke paas achay leaders thay.</w:t>
      </w:r>
      <w:r>
        <w:br/>
      </w:r>
      <w:r>
        <w:rPr>
          <w:sz w:val="20"/>
        </w:rPr>
        <w:t>53:40  to awam to bohat zyada naraz hue, lekin leaders ne kaha ke nahi, "hum jo hai, ab ab intiqam hum nahi lein ge. hum koi badla nahi lein ge. hum apni apni constructive activity shuru karein ge, taleem mein, industry mein aagay barhein ge aur is ka jo hai,</w:t>
      </w:r>
      <w:r>
        <w:br/>
      </w:r>
      <w:r>
        <w:rPr>
          <w:sz w:val="20"/>
        </w:rPr>
        <w:t>54:03  is ke liye sakht mehnat karein ge."</w:t>
      </w:r>
      <w:r>
        <w:br/>
      </w:r>
      <w:r>
        <w:rPr>
          <w:sz w:val="20"/>
        </w:rPr>
        <w:t>54:05  to unhone awam ko yeh samjhaya ke 1941 mein hum ne bhi america ka ka jo pearl harbor mein us ki jo bahri faujein theen, us ko hum ne tabah kiya tha. to yeh barabar sarabar ho gaya. samjhane ke liye tha, woh to choti baat thi, yeh to bohat bari baat thi. lekin unhone samjhaya ke ab barabar ho gaya, ab hum jo hai,</w:t>
      </w:r>
      <w:r>
        <w:br/>
      </w:r>
      <w:r>
        <w:rPr>
          <w:sz w:val="20"/>
        </w:rPr>
        <w:t>54:27  mehnat karein ge. aur zabardast unhone mehnat ki 30 saal tak,</w:t>
      </w:r>
      <w:r>
        <w:br/>
      </w:r>
      <w:r>
        <w:rPr>
          <w:sz w:val="20"/>
        </w:rPr>
        <w:t>54:33  yahan tak ke woh industrial super power ban gaya. to us mein jo khaas role tha, woh hiro hito ka tha, jo japanese ruler tha. us waqt radio par hi hota tha elaan. to unhone radio par aakar awam ko address kiya aur kaha ke "We have to bear the unbearable.</w:t>
      </w:r>
      <w:r>
        <w:br/>
      </w:r>
      <w:r>
        <w:rPr>
          <w:sz w:val="20"/>
        </w:rPr>
        <w:t>54:53  We have to suffer the unsufreable." to unhone kaha ke hum is ko bardasht karein ge</w:t>
      </w:r>
      <w:r>
        <w:br/>
      </w:r>
      <w:r>
        <w:rPr>
          <w:sz w:val="20"/>
        </w:rPr>
        <w:t>54:59  , is ko hum intiqam ke jazba ko khatam kar rahe hain aur hum poori mehnat karein ge education mein. to education par unhone itni mehnat ki ke bilkul jo ministeron ka jo level hota tha, standard, un ki tankhwahon ka, har cheez ka, har facility ka, woh sab unhone apne teachers ko diya.</w:t>
      </w:r>
      <w:r>
        <w:br/>
      </w:r>
      <w:r>
        <w:rPr>
          <w:sz w:val="20"/>
        </w:rPr>
        <w:t>55:20  to is tarah se unhone bohat jald jo hai, woh itnay baray, itni zyada tarraqi kar li ke woh america par hi chha gaye. un ke saaray saman jo hai, woh america ke bazaron mein bhare hue hotay thay.</w:t>
      </w:r>
      <w:r>
        <w:br/>
      </w:r>
      <w:r>
        <w:rPr>
          <w:sz w:val="20"/>
        </w:rPr>
        <w:t>55:36  to log jo hai, aam taur par kya hai ke log apni jo ziyadati karte hain, woh to unko, woh to bhula dete hain aur doosron ki ziyadati ko baar baar yaad karte hain aur us ko yaad rakhte hain. is wajah se woh balanced way of thinking un ki nahi hoti. to is wajah se woh hamesha jo hai, tabaahi ka sabab banta hai. yeh cheez ke doosron ki ziyadati ko yaad rakho aur apni ziyadati ko bhula</w:t>
      </w:r>
      <w:r>
        <w:br/>
      </w:r>
      <w:r>
        <w:rPr>
          <w:sz w:val="20"/>
        </w:rPr>
        <w:t>56:04  do. to yahi tabaahi ka sabab hai. to humein jo hai, hamesha sochna chahiye ke hamari bhi to kuch ghalti hai, jo doosre ne jo react kiya hai, retaliate kiya hai, to us mein hamari bhi ghalti hai. to is tarah se hum apne aap ko aur apne apne logon ko thanda kar sakte hain.</w:t>
      </w:r>
      <w:r>
        <w:br/>
      </w:r>
      <w:r>
        <w:rPr>
          <w:sz w:val="20"/>
        </w:rPr>
        <w:t>56:25  ab dekhiye ke jagah jagah musalmanon mein kai mulkon mein laraiyan ho rahi hain, lekin woh apni ghalti ko mante nahi hain. ab jaise wahan par falasteen mein, israel mein to jang shuru ki arbon ne, us ko apni ghalti nahi mante</w:t>
      </w:r>
      <w:r>
        <w:br/>
      </w:r>
      <w:r>
        <w:rPr>
          <w:sz w:val="20"/>
        </w:rPr>
        <w:t>56:44  । agar apni ghalti maan lete, to sulah kar lete. lekin woh apni ghalti na manne ki wajah se woh musalsal jo hai, woh tabaahi par tabaahi ho rahi hai aur koi maslay ka koi hal nazar nahi aata. to yeh sab cheezein jo hain, hum ko bohat zyada gehrai se samajhne ki zaroorat hai.</w:t>
      </w:r>
      <w:r>
        <w:br/>
      </w:r>
      <w:r>
        <w:rPr>
          <w:sz w:val="20"/>
        </w:rPr>
        <w:t>57:05  jazak Allah apa. bohat achay se aap ne aaj ke topic ko wazeh kiya. and i am sure we need to watch this video again and again to understand what art of thinking is.</w:t>
      </w:r>
      <w:r>
        <w:br/>
      </w:r>
      <w:r>
        <w:rPr>
          <w:sz w:val="20"/>
        </w:rPr>
        <w:t>57:18  so we will end today session, but before that we will be also launching the new book of Maulana Wahiduddin Khan sahib.</w:t>
      </w:r>
      <w:r>
        <w:br/>
      </w:r>
      <w:r>
        <w:rPr>
          <w:sz w:val="20"/>
        </w:rPr>
        <w:t>57:30  and this book is on today's title only "the art of clear thinking".</w:t>
      </w:r>
      <w:r>
        <w:br/>
      </w:r>
      <w:r>
        <w:rPr>
          <w:sz w:val="20"/>
        </w:rPr>
        <w:t>57:37  yeh jo book hai, is ko translate kiya hai professor farida khanum ne. and this book is an english translation of a chapter of masail ejtihad.</w:t>
      </w:r>
      <w:r>
        <w:br/>
      </w:r>
      <w:r>
        <w:rPr>
          <w:sz w:val="20"/>
        </w:rPr>
        <w:t>57:52  is mein aik chapter hai "fun tafkeer". isi ka translation, english translation professor farida khanum ne kiya hai with the title "the art of clear thinking"</w:t>
      </w:r>
      <w:r>
        <w:br/>
      </w:r>
      <w:r>
        <w:rPr>
          <w:sz w:val="20"/>
        </w:rPr>
        <w:t>58:04  । so right thinking is positive thinking, aur aaj ka jo subject tha, woh isi par tha. this book is available for download from cps website www.cpsglobal.org.</w:t>
      </w:r>
      <w:r>
        <w:br/>
      </w:r>
      <w:r>
        <w:rPr>
          <w:sz w:val="20"/>
        </w:rPr>
        <w:t>58:19  and i would sincerely urge everyone ke aap is kitab ko na kewal baar baar parhiye, but aap is ko share bhi kijiye.</w:t>
      </w:r>
      <w:r>
        <w:br/>
      </w:r>
      <w:r>
        <w:rPr>
          <w:sz w:val="20"/>
        </w:rPr>
        <w:t>58:29  kyunke thinking is everyth</w:t>
      </w:r>
      <w:r>
        <w:br/>
      </w:r>
      <w:r>
        <w:rPr>
          <w:sz w:val="20"/>
        </w:rPr>
        <w:t>58:31  If we are having the positive thinking, then we can do anything in life. We can make difficult task easy, and it is the key to success.</w:t>
      </w:r>
      <w:r>
        <w:br/>
      </w:r>
      <w:r>
        <w:rPr>
          <w:sz w:val="20"/>
        </w:rPr>
        <w:t>58:43  so i will request doctor saniya husnain khan sahib to launch this new book today.</w:t>
      </w:r>
      <w:r>
        <w:br/>
      </w:r>
      <w:r>
        <w:rPr>
          <w:sz w:val="20"/>
        </w:rPr>
        <w:t>58:54  bismillah hir rahman nir rahim rab ishrah li sadri wa yassir li amri wah lul uqdatan min lisani yafqahu qawli aaj jaisa aap ne kaha ke topic bhi yahi tha.</w:t>
      </w:r>
      <w:r>
        <w:br/>
      </w:r>
      <w:r>
        <w:rPr>
          <w:sz w:val="20"/>
        </w:rPr>
        <w:t>59:06  apa ka bohat acha talk aur lecture tha jis mein bohat baatein nai pata chalin, aur Maulana ki khas jo positive thinking pe jo hamesha Maulana is pe zor dete the, us ki bhi kai baatein aap ne is mein lin.</w:t>
      </w:r>
      <w:r>
        <w:br/>
      </w:r>
      <w:r>
        <w:rPr>
          <w:sz w:val="20"/>
        </w:rPr>
        <w:t>59:25  to yeh bohat ahem kitab hai.</w:t>
      </w:r>
      <w:r>
        <w:br/>
      </w:r>
      <w:r>
        <w:rPr>
          <w:sz w:val="20"/>
        </w:rPr>
        <w:t>59:30  abhi farhad sahib ne mujhe aik Maulana ka aik clip, aik aik aik iqtibaas bheja jo mein pehle parhna chahunga.</w:t>
      </w:r>
      <w:r>
        <w:br/>
      </w:r>
      <w:r>
        <w:rPr>
          <w:sz w:val="20"/>
        </w:rPr>
        <w:t>59:41  ji, jo bohat hi wazeh tor pe is subject ko pe is mein yeh hai ke logon ko fikri taqat dena, un ke andar muamla fehmi ki salahiyat paida kar</w:t>
      </w:r>
      <w:r>
        <w:br/>
      </w:r>
      <w:r>
        <w:rPr>
          <w:sz w:val="20"/>
        </w:rPr>
        <w:t>59:56  na, un ke andar art of thinking paida karna, un ko is qabil banana ke woh aik cheez aur doosri cheez ke farq ko samjhein, woh durust mansooba bandi ke sath apna kaam kar sakein.</w:t>
      </w:r>
      <w:r>
        <w:br/>
      </w:r>
      <w:r>
        <w:rPr>
          <w:sz w:val="20"/>
        </w:rPr>
        <w:t>1:00:09  logon ko educate karna, formal education ke maano mein bhi aur informal education ke maano mein bhi. logon ke andar sab se zyada kami yeh hai ke woh yeh nahi jante ke sahi tarz-e-fikr kya hai aur ghalat tarz-e-fikr</w:t>
      </w:r>
      <w:r>
        <w:br/>
      </w:r>
      <w:r>
        <w:rPr>
          <w:sz w:val="20"/>
        </w:rPr>
        <w:t>1:00:25  kya hai. isi ka yeh nateeja hai ke aam taur pe log shikayat ki nafsiyat mein jeete hain. woh apni ghalat soch aur apne ghalat amal ki qeemat ada karte hain aur samajhte hain ke doosre logon ki saazish aur zulm ki bana par logon ka yeh haal hai.</w:t>
      </w:r>
      <w:r>
        <w:br/>
      </w:r>
      <w:r>
        <w:rPr>
          <w:sz w:val="20"/>
        </w:rPr>
        <w:t>1:00:43  aur jahan chup rehna chahiye, wahan bolte hain, aur jahan iqdamm karna chahiye, wahan chhalang laga dete hain.</w:t>
      </w:r>
      <w:r>
        <w:br/>
      </w:r>
      <w:r>
        <w:rPr>
          <w:sz w:val="20"/>
        </w:rPr>
        <w:t>1:00:51  jahan adjustment karna chahiye, wahan ladne ke liye khade ho jate hain. jin logon se dosti ka taluq qaim karna chahiye, un ko woh apna dushman samajhte hain aur khud sakhta tor par doosron ko apna ghair samajh lete hain.</w:t>
      </w:r>
      <w:r>
        <w:br/>
      </w:r>
      <w:r>
        <w:rPr>
          <w:sz w:val="20"/>
        </w:rPr>
        <w:t>1:01:08  halankeh is duniya mein har shakhs apna hai, koi bhi kisi ke liye ghair nahi. is bana par log sabr aur tahammul ki ahmiyat ko nahi samajh</w:t>
      </w:r>
      <w:r>
        <w:br/>
      </w:r>
      <w:r>
        <w:rPr>
          <w:sz w:val="20"/>
        </w:rPr>
        <w:t>1:01:18  te. halankeh is duniya mein kamyab kamyabi ka sab se zyada kargar formula wahi hai jisko sabr aur tahammul kaha jata hai.</w:t>
      </w:r>
      <w:r>
        <w:br/>
      </w:r>
      <w:r>
        <w:rPr>
          <w:sz w:val="20"/>
        </w:rPr>
        <w:t>1:01:28  masha Allah, to yeh bare achhe tareeqe se Maulana ki jo thinking thi, khas taur se is subject pe, us ko summarize kiya hai is chote se aik paragraph mein.</w:t>
      </w:r>
      <w:r>
        <w:br/>
      </w:r>
      <w:r>
        <w:rPr>
          <w:sz w:val="20"/>
        </w:rPr>
        <w:t>1:01:41  aur yeh kitab bari ahem hai. masail-e-ijtihad aik Maulana ki ahem kitab</w:t>
      </w:r>
      <w:r>
        <w:br/>
      </w:r>
      <w:r>
        <w:rPr>
          <w:sz w:val="20"/>
        </w:rPr>
        <w:t>1:01:47  hai. is ka yeh aik article hai "fun-e-tafkir". is ka translation hai yeh "the art of clear thinking", aur apa ne is ka translation kiya hai.</w:t>
      </w:r>
      <w:r>
        <w:br/>
      </w:r>
      <w:r>
        <w:rPr>
          <w:sz w:val="20"/>
        </w:rPr>
        <w:t>1:01:58  aur jaisa apa ne bhi yeh is baat ko aaj liya ke jo bhi aaj kal negative thinking aur negative soch aur violence, khas taur se muslim hazraat kar rahe hain, jahan jahan bhi un ko mauqa mil raha hai, woh isi wajah se hai ke woh gehri soch un ke andar nahi hai.</w:t>
      </w:r>
      <w:r>
        <w:br/>
      </w:r>
      <w:r>
        <w:rPr>
          <w:sz w:val="20"/>
        </w:rPr>
        <w:t>1:02:22  aur khas taur se yeh soch nahi hai ke hum jis ke khilaf lad rahe hain, woh hamara mad'u hai,</w:t>
      </w:r>
      <w:r>
        <w:br/>
      </w:r>
      <w:r>
        <w:rPr>
          <w:sz w:val="20"/>
        </w:rPr>
        <w:t>1:02:29  us ko humein paigham pahunchana hai. ji, to agar hum us ko paigham pahunchana chahte hain to hum kaise lad ke us ko paigham pahunchayenge? bilkul.</w:t>
      </w:r>
      <w:r>
        <w:br/>
      </w:r>
      <w:r>
        <w:rPr>
          <w:sz w:val="20"/>
        </w:rPr>
        <w:t>1:02:38  to is liye yeh kitab bohat ahem hai, aur mein chahunga ke log is ko padhein aur is se faida uthayein. aur Allah taala jaza-e-khair de jin logon ne is ki translation aur publishing mein hissa liya.</w:t>
      </w:r>
      <w:r>
        <w:br/>
      </w:r>
      <w:r>
        <w:rPr>
          <w:sz w:val="20"/>
        </w:rPr>
        <w:t>1:02:50  wa akhiru da'wana anil hamdulillahi rabbil alamin thank you doctor sahib. so we will end today's session. we will be back next Sunday at 10:30 a</w:t>
      </w:r>
    </w:p>
    <w:p>
      <w:pPr>
        <w:pStyle w:val="Heading2"/>
      </w:pPr>
      <w:r>
        <w:t>Was the door of ijtihad closed?</w:t>
      </w:r>
    </w:p>
    <w:p>
      <w:r>
        <w:rPr>
          <w:color w:val="666666"/>
          <w:sz w:val="18"/>
        </w:rPr>
        <w:t>Other · Building A Creative Personality | 20 Nov 2011 · 6m 51s · at 1:26:32 · https://youtu.be/jdfhpwfEvKg?t=5192</w:t>
      </w:r>
    </w:p>
    <w:p>
      <w:r>
        <w:rPr>
          <w:i/>
        </w:rPr>
        <w:t>“It is said that in ijtihad there is a high possibility of error, therefore the door of ijtihad was closed. What is your view?”</w:t>
      </w:r>
    </w:p>
    <w:p>
      <w:r>
        <w:rPr>
          <w:sz w:val="20"/>
        </w:rPr>
        <w:t>1:26:32  maulana, agla sawal aya hai tamil nadu se maulana iqbal ahmad umri ka.</w:t>
      </w:r>
      <w:r>
        <w:br/>
      </w:r>
      <w:r>
        <w:rPr>
          <w:sz w:val="20"/>
        </w:rPr>
        <w:t>1:26:38  unhon ne likha hai: kaha jata hai ke ijtihad mein ghalti ka imkan zyada hota hai, isi liye</w:t>
      </w:r>
      <w:r>
        <w:br/>
      </w:r>
      <w:r>
        <w:rPr>
          <w:sz w:val="20"/>
        </w:rPr>
        <w:t>1:26:44  ijtihad ka darwaza band kar diya gaya hai. kya</w:t>
      </w:r>
      <w:r>
        <w:br/>
      </w:r>
      <w:r>
        <w:rPr>
          <w:sz w:val="20"/>
        </w:rPr>
        <w:t>1:26:50  aisa samajhna sahi hai? har giz sahi nahi hai.</w:t>
      </w:r>
      <w:r>
        <w:br/>
      </w:r>
      <w:r>
        <w:rPr>
          <w:sz w:val="20"/>
        </w:rPr>
        <w:t>1:26:56  kaun hai jo hadith mein di hui hidayat ko mansookh kare? mujhe yeh bataiye, kis ko allah taala</w:t>
      </w:r>
      <w:r>
        <w:br/>
      </w:r>
      <w:r>
        <w:rPr>
          <w:sz w:val="20"/>
        </w:rPr>
        <w:t>1:27:02  ne yeh license diya hai? bukhari ki riwayat mein jab yeh hai ke mujtahid koi shart nahi lagai</w:t>
      </w:r>
      <w:r>
        <w:br/>
      </w:r>
      <w:r>
        <w:rPr>
          <w:sz w:val="20"/>
        </w:rPr>
        <w:t>1:27:08  gayi hai aur sirf yeh bataye ga ke agar tum ijtihad karo aur ghalti ho jaye to aadha</w:t>
      </w:r>
      <w:r>
        <w:br/>
      </w:r>
      <w:r>
        <w:rPr>
          <w:sz w:val="20"/>
        </w:rPr>
        <w:t>1:27:14  sawab mile ga, sahi rahe ga to double</w:t>
      </w:r>
      <w:r>
        <w:br/>
      </w:r>
      <w:r>
        <w:rPr>
          <w:sz w:val="20"/>
        </w:rPr>
        <w:t>1:27:20  sawab mile ga.</w:t>
      </w:r>
      <w:r>
        <w:br/>
      </w:r>
      <w:r>
        <w:rPr>
          <w:sz w:val="20"/>
        </w:rPr>
        <w:t>1:27:25  to kis ko yeh allah taala ne ikhtiyar diya hai ke woh mansookh kare ijtihad ko? ghalti ke</w:t>
      </w:r>
      <w:r>
        <w:br/>
      </w:r>
      <w:r>
        <w:rPr>
          <w:sz w:val="20"/>
        </w:rPr>
        <w:t>1:27:29  imkan ke bawajood ijtihad karte rehna hai.</w:t>
      </w:r>
      <w:r>
        <w:br/>
      </w:r>
      <w:r>
        <w:rPr>
          <w:sz w:val="20"/>
        </w:rPr>
        <w:t>1:27:33  albatta aadmi ke andar israr nahi hona chahiye.</w:t>
      </w:r>
      <w:r>
        <w:br/>
      </w:r>
      <w:r>
        <w:rPr>
          <w:sz w:val="20"/>
        </w:rPr>
        <w:t>1:27:38  agar mujh se ghalti ho gayi hai to mein mein bara muhasba karon, apni apni ghaltiyon ko janne</w:t>
      </w:r>
      <w:r>
        <w:br/>
      </w:r>
      <w:r>
        <w:rPr>
          <w:sz w:val="20"/>
        </w:rPr>
        <w:t>1:27:42  ki koshish karon, discussion karon, aur apna correction karon.</w:t>
      </w:r>
      <w:r>
        <w:br/>
      </w:r>
      <w:r>
        <w:rPr>
          <w:sz w:val="20"/>
        </w:rPr>
        <w:t>1:27:46  to koi bhi shakhs haq nahi rakhta ke ijtihad darwaza band kare.</w:t>
      </w:r>
      <w:r>
        <w:br/>
      </w:r>
      <w:r>
        <w:rPr>
          <w:sz w:val="20"/>
        </w:rPr>
        <w:t>1:27:50  jab rasool allah ne farma diya hai ke ghalti karoge, tab bhi sawab mile ga, to kis</w:t>
      </w:r>
      <w:r>
        <w:br/>
      </w:r>
      <w:r>
        <w:rPr>
          <w:sz w:val="20"/>
        </w:rPr>
        <w:t>1:27:55  ko haq hai ke woh band kare darwaza? sirf yeh aap ko haq hai ke agar aap dekhte</w:t>
      </w:r>
      <w:r>
        <w:br/>
      </w:r>
      <w:r>
        <w:rPr>
          <w:sz w:val="20"/>
        </w:rPr>
        <w:t>1:28:00  hain ke koi shakhs ghalti kar raha hai to us ko bas baat, us ko baat kijiye, us</w:t>
      </w:r>
      <w:r>
        <w:br/>
      </w:r>
      <w:r>
        <w:rPr>
          <w:sz w:val="20"/>
        </w:rPr>
        <w:t>1:28:04  se guftagu kijiye.</w:t>
      </w:r>
      <w:r>
        <w:br/>
      </w:r>
      <w:r>
        <w:rPr>
          <w:sz w:val="20"/>
        </w:rPr>
        <w:t>1:28:09  bas bajaye is ke ke ijtihad darwaza aap band karen, aap yeh kar sakte hain ke us ki</w:t>
      </w:r>
      <w:r>
        <w:br/>
      </w:r>
      <w:r>
        <w:rPr>
          <w:sz w:val="20"/>
        </w:rPr>
        <w:t>1:28:13  ghalti ko durust karen guftagu sunid ke zariye se.</w:t>
      </w:r>
      <w:r>
        <w:br/>
      </w:r>
      <w:r>
        <w:rPr>
          <w:sz w:val="20"/>
        </w:rPr>
        <w:t>1:28:18  is se zyada kisi ko koi haq nahi. koi</w:t>
      </w:r>
      <w:r>
        <w:br/>
      </w:r>
      <w:r>
        <w:rPr>
          <w:sz w:val="20"/>
        </w:rPr>
        <w:t>1:28:23  maulana, isi se related aik aur sawal kiya gaya hai.</w:t>
      </w:r>
      <w:r>
        <w:br/>
      </w:r>
      <w:r>
        <w:rPr>
          <w:sz w:val="20"/>
        </w:rPr>
        <w:t>1:28:29  مس نغمہ صدیقی نے دلی سے، انہوں نے لکھا ہے: "On what basis was the door to ijtihad</w:t>
      </w:r>
      <w:r>
        <w:br/>
      </w:r>
      <w:r>
        <w:rPr>
          <w:sz w:val="20"/>
        </w:rPr>
        <w:t>1:28:35  closed by the ulama? how can muslims be made to understand the importance of ijtihad now? khud sakhta</w:t>
      </w:r>
      <w:r>
        <w:br/>
      </w:r>
      <w:r>
        <w:rPr>
          <w:sz w:val="20"/>
        </w:rPr>
        <w:t>1:28:41  aik aik khud sakhta mafroza, khud supposition ke kahin ghalti na ho jaye.</w:t>
      </w:r>
      <w:r>
        <w:br/>
      </w:r>
      <w:r>
        <w:rPr>
          <w:sz w:val="20"/>
        </w:rPr>
        <w:t>1:28:47  yeh jo dor band kiya gaya, is khud sakht</w:t>
      </w:r>
      <w:r>
        <w:br/>
      </w:r>
      <w:r>
        <w:rPr>
          <w:sz w:val="20"/>
        </w:rPr>
        <w:t>1:28:53  h mufrudha ko le kar ke kaheen ghalti na ho jaye.</w:t>
      </w:r>
      <w:r>
        <w:br/>
      </w:r>
      <w:r>
        <w:rPr>
          <w:sz w:val="20"/>
        </w:rPr>
        <w:t>1:28:57  Bhai, ghalti ho jaye, tab bhi to sawab mile ga.</w:t>
      </w:r>
      <w:r>
        <w:br/>
      </w:r>
      <w:r>
        <w:rPr>
          <w:sz w:val="20"/>
        </w:rPr>
        <w:t>1:29:01  To kis ko? Yani yeh logon ne jo kiya, apne haq se aage ja kar kiya.</w:t>
      </w:r>
      <w:r>
        <w:br/>
      </w:r>
      <w:r>
        <w:rPr>
          <w:sz w:val="20"/>
        </w:rPr>
        <w:t>1:29:06  Jo darwaza Rasool Allah ne band nahi kiya, woh aap kon hotay ho band karnay walay? Kon hotay</w:t>
      </w:r>
      <w:r>
        <w:br/>
      </w:r>
      <w:r>
        <w:rPr>
          <w:sz w:val="20"/>
        </w:rPr>
        <w:t>1:29:10  ho band karnay walay? Aap ko aik khadsha ko le kar ke ke sahib, kaheen ghalti na ho jaye.</w:t>
      </w:r>
      <w:r>
        <w:br/>
      </w:r>
      <w:r>
        <w:rPr>
          <w:sz w:val="20"/>
        </w:rPr>
        <w:t>1:29:14  Ghalti ho, tab bhi to sawab bataya gaya hai.</w:t>
      </w:r>
      <w:r>
        <w:br/>
      </w:r>
      <w:r>
        <w:rPr>
          <w:sz w:val="20"/>
        </w:rPr>
        <w:t>1:29:19  To mein dekh, is hadith se sabit hota hai ke har haal</w:t>
      </w:r>
      <w:r>
        <w:br/>
      </w:r>
      <w:r>
        <w:rPr>
          <w:sz w:val="20"/>
        </w:rPr>
        <w:t>1:29:23  mein ijtihad karo.</w:t>
      </w:r>
      <w:r>
        <w:br/>
      </w:r>
      <w:r>
        <w:rPr>
          <w:sz w:val="20"/>
        </w:rPr>
        <w:t>1:29:28  Albatta yeh shart rahe gi sath sath ke apne correction ke tayyar raho.</w:t>
      </w:r>
      <w:r>
        <w:br/>
      </w:r>
      <w:r>
        <w:rPr>
          <w:sz w:val="20"/>
        </w:rPr>
        <w:t>1:29:33  Agar koi aadmi tum ko toka hai to woh ghalti ko bataya, to foran maan lo, "I was</w:t>
      </w:r>
      <w:r>
        <w:br/>
      </w:r>
      <w:r>
        <w:rPr>
          <w:sz w:val="20"/>
        </w:rPr>
        <w:t>1:29:38  wrong." Ijtihad sach pooche to ijtihad asal farq yeh hai.</w:t>
      </w:r>
      <w:r>
        <w:br/>
      </w:r>
      <w:r>
        <w:rPr>
          <w:sz w:val="20"/>
        </w:rPr>
        <w:t>1:29:43  Yaad rakhiye, is aadmi ke liye ijtihad ain sawab hai jo is ke liye tayyar rehta ho ke</w:t>
      </w:r>
      <w:r>
        <w:br/>
      </w:r>
      <w:r>
        <w:rPr>
          <w:sz w:val="20"/>
        </w:rPr>
        <w:t>1:29:48  is ki ghalti batayi jaye, to woh keh de, "I was wrong." Aur jo</w:t>
      </w:r>
      <w:r>
        <w:br/>
      </w:r>
      <w:r>
        <w:rPr>
          <w:sz w:val="20"/>
        </w:rPr>
        <w:t>1:29:53  aadmi ka haal yeh ho ke ijtihad karnay ke baad ghalti na manay, sarkashi kare, us ki to</w:t>
      </w:r>
      <w:r>
        <w:br/>
      </w:r>
      <w:r>
        <w:rPr>
          <w:sz w:val="20"/>
        </w:rPr>
        <w:t>1:29:58  poori zindagi gunah hai.</w:t>
      </w:r>
      <w:r>
        <w:br/>
      </w:r>
      <w:r>
        <w:rPr>
          <w:sz w:val="20"/>
        </w:rPr>
        <w:t>1:30:03  Ijtihad kiya? Is ko kuch bhi karnay ka haq nahi hai.</w:t>
      </w:r>
      <w:r>
        <w:br/>
      </w:r>
      <w:r>
        <w:rPr>
          <w:sz w:val="20"/>
        </w:rPr>
        <w:t>1:30:08  Phir mein repeat karunga ke aik aadmi ijtihad kare aur woh ghalti kare, aur jab uth toka</w:t>
      </w:r>
      <w:r>
        <w:br/>
      </w:r>
      <w:r>
        <w:rPr>
          <w:sz w:val="20"/>
        </w:rPr>
        <w:t>1:30:13  jaye to na manay, woh apni sarkashi dikhanay lage, to us ke liye sartaapa is ki zindagi gunah hai.</w:t>
      </w:r>
      <w:r>
        <w:br/>
      </w:r>
      <w:r>
        <w:rPr>
          <w:sz w:val="20"/>
        </w:rPr>
        <w:t>1:30:18  Ijtihad yeh nahi hai, sab kuch is ka gunah hai kyunke s</w:t>
      </w:r>
      <w:r>
        <w:br/>
      </w:r>
      <w:r>
        <w:rPr>
          <w:sz w:val="20"/>
        </w:rPr>
        <w:t>1:30:23  arkashi maaf nahi hogi is ki.</w:t>
      </w:r>
      <w:r>
        <w:br/>
      </w:r>
      <w:r>
        <w:rPr>
          <w:sz w:val="20"/>
        </w:rPr>
        <w:t>1:30:27  Lekin jo aadmi ijtihad kare aur is ke sath tayyar ho ke jab bhi is ko ghalti batayi</w:t>
      </w:r>
      <w:r>
        <w:br/>
      </w:r>
      <w:r>
        <w:rPr>
          <w:sz w:val="20"/>
        </w:rPr>
        <w:t>1:30:32  jaye gi, daleel se, daleel se to foran maan le ga, keh de ga, "I was wrong." To</w:t>
      </w:r>
      <w:r>
        <w:br/>
      </w:r>
      <w:r>
        <w:rPr>
          <w:sz w:val="20"/>
        </w:rPr>
        <w:t>1:30:36  is ke liye ain sawab hai ijtihad.</w:t>
      </w:r>
      <w:r>
        <w:br/>
      </w:r>
      <w:r>
        <w:rPr>
          <w:sz w:val="20"/>
        </w:rPr>
        <w:t>1:30:40  To aap ijtihad darwaza band karnay ka koi haq nahi rakhtay.</w:t>
      </w:r>
      <w:r>
        <w:br/>
      </w:r>
      <w:r>
        <w:rPr>
          <w:sz w:val="20"/>
        </w:rPr>
        <w:t>1:30:45  sirf yeh kehna chahiye aap ko ke tum ijtihad karo, lekin is ke liye bhi tayyar raho ke</w:t>
      </w:r>
      <w:r>
        <w:br/>
      </w:r>
      <w:r>
        <w:rPr>
          <w:sz w:val="20"/>
        </w:rPr>
        <w:t>1:30:49  jab tum ko ghalti batai jaye,</w:t>
      </w:r>
      <w:r>
        <w:br/>
      </w:r>
      <w:r>
        <w:rPr>
          <w:sz w:val="20"/>
        </w:rPr>
        <w:t>1:30:53  tum maan lo apni ghalati. yani etiraf, etiraf ka jazba bhi apne andar develop karo. bas. molana asrar khatib ne chennai se likha hai ke ijtihad ke liye kya shariat hai? molana aap ne abhi bataya, lekin woh yeh bhi janna chahte hain ke is ke liye kya quran aur hadith ka ilm zaroori hai ya nahi? ijtihad ko ek ajeeb o ghareeb maani panah diye gaye hain. har cheez mein</w:t>
      </w:r>
      <w:r>
        <w:br/>
      </w:r>
      <w:r>
        <w:rPr>
          <w:sz w:val="20"/>
        </w:rPr>
        <w:t>1:31:23  ijtihad hai. farz kijiye ke aap aate hain yahan class mein shirkat karne ke liye. aap aate hain to farz kijiye ek darwaza band hai. darwaza band hai jahan se aap enter hote hain. to wahan pe ijtihad hai ke ek to yeh hai ke aap darwaza band hai, woh loot gaye wapas. ek hai ke darwaza band hai, socha aap ne ke kya karna chahiye? to woh mobile uthaya. is ke baad hamare kisi aadmi ko aap ne telephone kar diya, mister rajat ko, kisi ko ke bhai aaj kya, aaj kya baat hai? yeh</w:t>
      </w:r>
      <w:r>
        <w:br/>
      </w:r>
      <w:r>
        <w:rPr>
          <w:sz w:val="20"/>
        </w:rPr>
        <w:t>1:31:53  ijtihad ho gaya.</w:t>
      </w:r>
      <w:r>
        <w:br/>
      </w:r>
      <w:r>
        <w:rPr>
          <w:sz w:val="20"/>
        </w:rPr>
        <w:t>1:31:57  to ijtihad to ek aisi cheez hai jo har waqt jari rehta hai.</w:t>
      </w:r>
      <w:r>
        <w:br/>
      </w:r>
      <w:r>
        <w:rPr>
          <w:sz w:val="20"/>
        </w:rPr>
        <w:t>1:32:01  har waqt jari rehta hai.</w:t>
      </w:r>
      <w:r>
        <w:br/>
      </w:r>
      <w:r>
        <w:rPr>
          <w:sz w:val="20"/>
        </w:rPr>
        <w:t>1:32:04  ab yeh pani hai, farz kijiye ke pani thanda hai aur mera gale ka masla paida hua to</w:t>
      </w:r>
      <w:r>
        <w:br/>
      </w:r>
      <w:r>
        <w:rPr>
          <w:sz w:val="20"/>
        </w:rPr>
        <w:t>1:32:08  thande pani se to main sochun ke mujhe thanda pani nahi peena chahiye, mujhe garam pani peena chahiye.</w:t>
      </w:r>
      <w:r>
        <w:br/>
      </w:r>
      <w:r>
        <w:rPr>
          <w:sz w:val="20"/>
        </w:rPr>
        <w:t>1:32:12  to main kahun, mujhe kehna chahiye ke bhai garam pani lao.</w:t>
      </w:r>
      <w:r>
        <w:br/>
      </w:r>
      <w:r>
        <w:rPr>
          <w:sz w:val="20"/>
        </w:rPr>
        <w:t>1:32:16  yeh bhi ijtihad hai.</w:t>
      </w:r>
      <w:r>
        <w:br/>
      </w:r>
      <w:r>
        <w:rPr>
          <w:sz w:val="20"/>
        </w:rPr>
        <w:t>1:32:20  ijtihad ko logon ne ajeeb o ghareeb ek cheez samajh liya hai. ijtihad ka</w:t>
      </w:r>
      <w:r>
        <w:br/>
      </w:r>
      <w:r>
        <w:rPr>
          <w:sz w:val="20"/>
        </w:rPr>
        <w:t>1:32:23  taalluq yaad rakhiye zindagi ke har masle se aur isi tarah se deeni masle se bhi hai, dawat</w:t>
      </w:r>
      <w:r>
        <w:br/>
      </w:r>
      <w:r>
        <w:rPr>
          <w:sz w:val="20"/>
        </w:rPr>
        <w:t>1:32:27  ke masle se bhi hai.</w:t>
      </w:r>
      <w:r>
        <w:br/>
      </w:r>
      <w:r>
        <w:rPr>
          <w:sz w:val="20"/>
        </w:rPr>
        <w:t>1:32:31  Allah taala ne duniya ko jab is tarah banaya hai ke har lamha halaat badalte hain, nai situation</w:t>
      </w:r>
      <w:r>
        <w:br/>
      </w:r>
      <w:r>
        <w:rPr>
          <w:sz w:val="20"/>
        </w:rPr>
        <w:t>1:32:35  create hoti hai, naye naye tajrube hote hain.</w:t>
      </w:r>
      <w:r>
        <w:br/>
      </w:r>
      <w:r>
        <w:rPr>
          <w:sz w:val="20"/>
        </w:rPr>
        <w:t>1:32:38  Allah taala ne isi bani duniya banai hai.</w:t>
      </w:r>
      <w:r>
        <w:br/>
      </w:r>
      <w:r>
        <w:rPr>
          <w:sz w:val="20"/>
        </w:rPr>
        <w:t>1:32:42  to is ke baad ijtihad zaroori ho gaya.</w:t>
      </w:r>
      <w:r>
        <w:br/>
      </w:r>
      <w:r>
        <w:rPr>
          <w:sz w:val="20"/>
        </w:rPr>
        <w:t>1:32:46  to zaroori hoga ijtihad.</w:t>
      </w:r>
      <w:r>
        <w:br/>
      </w:r>
      <w:r>
        <w:rPr>
          <w:sz w:val="20"/>
        </w:rPr>
        <w:t>1:32:50  ab aap farz kijiye aap gaye اسٹی</w:t>
      </w:r>
      <w:r>
        <w:br/>
      </w:r>
      <w:r>
        <w:rPr>
          <w:sz w:val="20"/>
        </w:rPr>
        <w:t>1:32:53  aur train chhoot gayi, woh bhi ijtihad hai ke wapas jaon ghar ya agli train ka intezar karun? to kaun hai darwaza band kare ijtihad ka? kis ko haq hai? jabke Allah taala ke kaise planning mein shamil hai ke ijtihad karo, ijtihad karo? to main nahi samajhta ke yeh yeh is ka koi bhi maaqool sabab koi bata sakta hai. molana</w:t>
      </w:r>
    </w:p>
    <w:p>
      <w:pPr>
        <w:pStyle w:val="Heading2"/>
      </w:pPr>
      <w:r>
        <w:t>Why less criticism of Deobandi writers</w:t>
      </w:r>
    </w:p>
    <w:p>
      <w:r>
        <w:rPr>
          <w:color w:val="666666"/>
          <w:sz w:val="18"/>
        </w:rPr>
        <w:t>Other · The Straight Path October 30, 2011 Maulana Wahiduddin Khan · 5m 15s · at 1:05:52 · https://youtu.be/PKFHe82Jz58?t=3952</w:t>
      </w:r>
    </w:p>
    <w:p>
      <w:r>
        <w:rPr>
          <w:i/>
        </w:rPr>
        <w:t>“A Nadwi scholar asked: what is the reason that in Al-Risala, the thought of Nadwi writers is criticized, but very little criticism of Deobandi writers' books is found in Al-Risala? Please clarify this question.”</w:t>
      </w:r>
    </w:p>
    <w:p>
      <w:r>
        <w:rPr>
          <w:sz w:val="20"/>
        </w:rPr>
        <w:t>1:05:52  maulana iqbal umri ne tamil nadu se sawal likha hai. unhon ne poocha hai ke aik nadvi aalim ne sawal kiya ke kiya wajah hai ke al risalah mein nadvi writers ki fikr par tanqeed ki gayi hai,</w:t>
      </w:r>
      <w:r>
        <w:br/>
      </w:r>
      <w:r>
        <w:rPr>
          <w:sz w:val="20"/>
        </w:rPr>
        <w:t>1:06:06  magar al risalah mein deobandi writers ki kitabon par bohat kam tanqeed pai jati hai? please is sawal ko wazeh farmayen.</w:t>
      </w:r>
      <w:r>
        <w:br/>
      </w:r>
      <w:r>
        <w:rPr>
          <w:sz w:val="20"/>
        </w:rPr>
        <w:t>1:06:20  mein to tanqeed kabhi nahi karta, yeh galat khayal mere bare mein hai ke mein tanqeed karta hoon. mein har giz naqad nahi hoon.</w:t>
      </w:r>
      <w:r>
        <w:br/>
      </w:r>
      <w:r>
        <w:rPr>
          <w:sz w:val="20"/>
        </w:rPr>
        <w:t>1:06:30  tanqeed dekhen, aik negative word hai, negative word hai. mera maqsad tanqeed karna nahi hai. mein intehai had tak positive aadmi hoon.</w:t>
      </w:r>
      <w:r>
        <w:br/>
      </w:r>
      <w:r>
        <w:rPr>
          <w:sz w:val="20"/>
        </w:rPr>
        <w:t>1:06:43  mere mere andar aik inshallah aik aik aik chota sa particle bhi negativity ka nahi hai.</w:t>
      </w:r>
      <w:r>
        <w:br/>
      </w:r>
      <w:r>
        <w:rPr>
          <w:sz w:val="20"/>
        </w:rPr>
        <w:t>1:06:52  negativity ka koi negative particle se meri meri personality bilkul khali hai. to mein aik positive aadmi hoon.</w:t>
      </w:r>
      <w:r>
        <w:br/>
      </w:r>
      <w:r>
        <w:rPr>
          <w:sz w:val="20"/>
        </w:rPr>
        <w:t>1:07:02  tanqeed karna mera maqsad nahi hai. baqi jo kuch mein kehta hoon, us ko aap wahin mein daleel bhi deta hoon, wahin mein</w:t>
      </w:r>
      <w:r>
        <w:br/>
      </w:r>
      <w:r>
        <w:rPr>
          <w:sz w:val="20"/>
        </w:rPr>
        <w:t>1:07:12  jahan kehta hoon. mein baaniyah andaaz mein koi baat nahi kehta ke falan bara acha hai, falan bohat kharab hai. yeh baaniyah andaaz hai. yeh mein ne kabhi nahi karta aisa.</w:t>
      </w:r>
      <w:r>
        <w:br/>
      </w:r>
      <w:r>
        <w:rPr>
          <w:sz w:val="20"/>
        </w:rPr>
        <w:t>1:07:21  kahin kisi kitab mein aap nahi kar sakte ke mein is yeh zuban bolta hoon, yaani hajj ki zuban aur qaziya khwani ki zuban. yeh meri zuban nahi hai.</w:t>
      </w:r>
      <w:r>
        <w:br/>
      </w:r>
      <w:r>
        <w:rPr>
          <w:sz w:val="20"/>
        </w:rPr>
        <w:t>1:07:31  log kiya kehte hain? kisi ka qaziya parh rahe hain, kisi ka hajj kar rahe hain. yeh meri zuban hi nahi hai. jahan mein koi baat kehta hoon, wahin wahin ke wahin daleel daleel deta hoon.</w:t>
      </w:r>
      <w:r>
        <w:br/>
      </w:r>
      <w:r>
        <w:rPr>
          <w:sz w:val="20"/>
        </w:rPr>
        <w:t>1:07:43  to meri baat ko aap is tarah mat dekhiye, is khane mein bant kar ke, balkeh sirf yeh dekhiye ke wahan jo baat mein ne kahi hai, to daleel ke sath kahin be daleel kahiye, bas.</w:t>
      </w:r>
      <w:r>
        <w:br/>
      </w:r>
      <w:r>
        <w:rPr>
          <w:sz w:val="20"/>
        </w:rPr>
        <w:t>1:07:58  aur koi dosra mi'yar wahan par mat apply kijiye aap. warna mere sath aap justice nahi karein ge, mere sath insaaf nahi karein ge.</w:t>
      </w:r>
      <w:r>
        <w:br/>
      </w:r>
      <w:r>
        <w:rPr>
          <w:sz w:val="20"/>
        </w:rPr>
        <w:t>1:08:08  maulana, yeh sawal kiya hai mr. ashique lone sahib ne jammu kashmir se.</w:t>
      </w:r>
      <w:r>
        <w:br/>
      </w:r>
      <w:r>
        <w:rPr>
          <w:sz w:val="20"/>
        </w:rPr>
        <w:t>1:08:13  unhon ne likha hai ke Allah taala sees in quran chapter 49 verse number 13: "o mankind!</w:t>
      </w:r>
      <w:r>
        <w:br/>
      </w:r>
      <w:r>
        <w:rPr>
          <w:sz w:val="20"/>
        </w:rPr>
        <w:t>1:08:22  we have created you from one male and one female, and set you in tribes and nations, so that you know one another.</w:t>
      </w:r>
      <w:r>
        <w:br/>
      </w:r>
      <w:r>
        <w:rPr>
          <w:sz w:val="20"/>
        </w:rPr>
        <w:t>1:08:33  but there is still one hadith which confuses me, which is: my ummah will be divided into 73 sects.</w:t>
      </w:r>
      <w:r>
        <w:br/>
      </w:r>
      <w:r>
        <w:rPr>
          <w:sz w:val="20"/>
        </w:rPr>
        <w:t>1:08:42  maulana, what does this sect mean?" dekhen, quran mein jo hai, woh physical sense mein hai, woh ideological sense mein nahi hai.</w:t>
      </w:r>
      <w:r>
        <w:br/>
      </w:r>
      <w:r>
        <w:rPr>
          <w:sz w:val="20"/>
        </w:rPr>
        <w:t>1:08:54  jo ayat quran ki likhi hai aap ne: "jis jins se mard banaye, usi jins aurat bhi banai." yeh matlab is ka, yaani physical identity, woh ideal sense mein nahi hai, woh ideological sense mein nahi hai.</w:t>
      </w:r>
      <w:r>
        <w:br/>
      </w:r>
      <w:r>
        <w:rPr>
          <w:sz w:val="20"/>
        </w:rPr>
        <w:t>1:09:07  agar agar sab ka fikr aik hi dhal dhal diya jaye to imtehan khatm ho jaye ga. imtehan kahan hoga? insaan ko jo freedom of choice hai, woh wohi to asal hai.</w:t>
      </w:r>
      <w:r>
        <w:br/>
      </w:r>
      <w:r>
        <w:rPr>
          <w:sz w:val="20"/>
        </w:rPr>
        <w:t>1:09:24  to woh jo hai, quran mein jo ayat hai, us ko sirf physical identity ke mani mein lijiye aap</w:t>
      </w:r>
      <w:r>
        <w:br/>
      </w:r>
      <w:r>
        <w:rPr>
          <w:sz w:val="20"/>
        </w:rPr>
        <w:t>1:09:30  yani jo jis jins se mard ko banaya, usi jins se aurat ko banaya. aur jahan tak hadith ka muamla hai, woh to ek alag cheez hai.</w:t>
      </w:r>
      <w:r>
        <w:br/>
      </w:r>
      <w:r>
        <w:rPr>
          <w:sz w:val="20"/>
        </w:rPr>
        <w:t>1:09:42  kyunke duniya mein dekhiye, imtehan hai sab ka. yeh nahi ke musalman exempted hain imtehan se. yeh mat samjhiye ke musalman exempted hain test se.</w:t>
      </w:r>
      <w:r>
        <w:br/>
      </w:r>
      <w:r>
        <w:rPr>
          <w:sz w:val="20"/>
        </w:rPr>
        <w:t>1:09:54  sab ka test hai to musalmanon ke upar test bhi hai. jis tarah doosre log bhagte hain, use</w:t>
      </w:r>
      <w:r>
        <w:br/>
      </w:r>
      <w:r>
        <w:rPr>
          <w:sz w:val="20"/>
        </w:rPr>
        <w:t>1:10:00  musalman bhi bhagega. yeh matlab hai is ka. log samajhte hain ke musalman jo exempted hain, ummat-e-marhooma hai ya bilkul baseless hai yeh aqeedah.</w:t>
      </w:r>
      <w:r>
        <w:br/>
      </w:r>
      <w:r>
        <w:rPr>
          <w:sz w:val="20"/>
        </w:rPr>
        <w:t>1:10:12  to har ek ke bhagne ke maidan alag alag hote hain. koi kisi tarah bhagta hai, koi kis tarah bhagta hai. to doosron ke bhagne ki field secular hoti hai.</w:t>
      </w:r>
      <w:r>
        <w:br/>
      </w:r>
      <w:r>
        <w:rPr>
          <w:sz w:val="20"/>
        </w:rPr>
        <w:t>1:10:23  wo secular maidan mein utra hai ke aqeedah banate hain. musalmanon ki field jo hai, woh mazhabi hai.</w:t>
      </w:r>
      <w:r>
        <w:br/>
      </w:r>
      <w:r>
        <w:rPr>
          <w:sz w:val="20"/>
        </w:rPr>
        <w:t>1:10:29  mazhabi field mein alag alag aqeeday banate hain. to musalmanon ka bhi apni azadi ko mehsoos karega. musalman is se sab firqe banenge aur doosron ka bhi azadi ko mehsoos karenge.</w:t>
      </w:r>
      <w:r>
        <w:br/>
      </w:r>
      <w:r>
        <w:rPr>
          <w:sz w:val="20"/>
        </w:rPr>
        <w:t>1:10:43  is se woh sab un ke haan mukhtalif qism ki baatein paida hongi. to basic baat yeh samajh lijiye ke musalman ne hargiz hargiz test se exempted nahi hai.</w:t>
      </w:r>
      <w:r>
        <w:br/>
      </w:r>
      <w:r>
        <w:rPr>
          <w:sz w:val="20"/>
        </w:rPr>
        <w:t>1:10:56  sab ka imtehan ho raha hai aur yeh sari baatein isi liye hain ke aadmi</w:t>
      </w:r>
      <w:r>
        <w:br/>
      </w:r>
      <w:r>
        <w:rPr>
          <w:sz w:val="20"/>
        </w:rPr>
        <w:t>1:11:01  apne azadi ko misuse karta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