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32 questions · category Other · full transcripts with timestamps · exported 2026-09-21</w:t>
      </w:r>
    </w:p>
    <w:p>
      <w:pPr>
        <w:pStyle w:val="Heading2"/>
      </w:pPr>
      <w:r>
        <w:t>Additions to definition provided</w:t>
      </w:r>
    </w:p>
    <w:p>
      <w:r>
        <w:rPr>
          <w:color w:val="666666"/>
          <w:sz w:val="18"/>
        </w:rPr>
        <w:t>Other · Age Of Consumerism I January 6, 2013 Maulana Wahiduddin Khan · 45s · at 1:12:06 · https://youtu.be/CuRYFl7JuEM?t=4326</w:t>
      </w:r>
    </w:p>
    <w:p>
      <w:r>
        <w:rPr>
          <w:i/>
        </w:rPr>
        <w:t>“After listening to the talk, I did high-level thinking and gave a definition based on my understanding. I want to know what else could be added to this definition.”</w:t>
      </w:r>
    </w:p>
    <w:p>
      <w:r>
        <w:rPr>
          <w:sz w:val="20"/>
        </w:rPr>
        <w:t>1:12:06  sahaba mere model hain. toh aap pehle sahaba wali kitabein padhiye, phir ye sawal kijiye. ah, maulana, agla sawal tamil nadu se hai, maulana iqbal umri ka.</w:t>
      </w:r>
      <w:r>
        <w:br/>
      </w:r>
      <w:r>
        <w:rPr>
          <w:sz w:val="20"/>
        </w:rPr>
        <w:t>1:12:18  maulana, unho ne talk sunne ke baad ek high high thinking ki, ah, apne understanding ke hisab se ek definition di hai. toh woh ye janna chahte hain ke ye definition mein aur kya cheezein ho sakti hain.</w:t>
      </w:r>
      <w:r>
        <w:br/>
      </w:r>
      <w:r>
        <w:rPr>
          <w:sz w:val="20"/>
        </w:rPr>
        <w:t>1:12:31  unho ne likha hai:</w:t>
      </w:r>
      <w:r>
        <w:br/>
      </w:r>
      <w:r>
        <w:rPr>
          <w:sz w:val="20"/>
        </w:rPr>
        <w:t>1:12:33  "high definition ki thinking convert material thinking into divine thinking, hate thinking into positive thinking, political political thinking into daawa thinking, luxury life into need based life".</w:t>
      </w:r>
      <w:r>
        <w:br/>
      </w:r>
      <w:r>
        <w:rPr>
          <w:sz w:val="20"/>
        </w:rPr>
        <w:t>1:12:48  theek toh hai? ji, achha hai,</w:t>
      </w:r>
    </w:p>
    <w:p>
      <w:pPr>
        <w:pStyle w:val="Heading2"/>
      </w:pPr>
      <w:r>
        <w:t>Being Indian and proud</w:t>
      </w:r>
    </w:p>
    <w:p>
      <w:r>
        <w:rPr>
          <w:color w:val="666666"/>
          <w:sz w:val="18"/>
        </w:rPr>
        <w:t>Other · The Prophet An Example of Modesty August 27, 2017 · 29s · at 49:31 · https://youtu.be/aR3V4c8fQC4?t=2971</w:t>
      </w:r>
    </w:p>
    <w:p>
      <w:r>
        <w:rPr>
          <w:i/>
        </w:rPr>
        <w:t>“Maulana sahib, even though I am an Indian and a proud one,”</w:t>
      </w:r>
    </w:p>
    <w:p>
      <w:r>
        <w:rPr>
          <w:sz w:val="20"/>
        </w:rPr>
        <w:t>49:31  Real silsile mein, yaani tilawat ke silsile mein nahin, is ko gehrai ke saath samajhne ke silsile mein. Maulana, agla sawal lene se pehle ek comment padhna chahenge jo maulana iqbal umri ne bheja hai chennai se,</w:t>
      </w:r>
      <w:r>
        <w:br/>
      </w:r>
      <w:r>
        <w:rPr>
          <w:sz w:val="20"/>
        </w:rPr>
        <w:t>49:45  unhone likha hai, "Woh insaan ghaate mein nahin hai jo apni aajizi ko daryaft kare aur Khuda ki kamil qudrat ka etraf kare." Maulana, aap ne aaj bilkul momin ki nafsiyat ko wazeh kar diya.</w:t>
      </w:r>
    </w:p>
    <w:p>
      <w:pPr>
        <w:pStyle w:val="Heading2"/>
      </w:pPr>
      <w:r>
        <w:t>Can non-Muslim marry a Muslim girl</w:t>
      </w:r>
    </w:p>
    <w:p>
      <w:r>
        <w:rPr>
          <w:color w:val="666666"/>
          <w:sz w:val="18"/>
        </w:rPr>
        <w:t>Other · Q&amp;A 11 Jul 2010 Maulana Wahiduddin Khan · 1m 19s · at 5:22 · https://youtu.be/UHtdtzGGwFQ?t=322</w:t>
      </w:r>
    </w:p>
    <w:p>
      <w:r>
        <w:rPr>
          <w:i/>
        </w:rPr>
        <w:t>“Can a non-Muslim boy marry a Muslim girl or not? If not, please give the reason.”</w:t>
      </w:r>
    </w:p>
    <w:p>
      <w:r>
        <w:rPr>
          <w:sz w:val="20"/>
        </w:rPr>
        <w:t>5:22  maulana, agla sawal hai mister nafi sheikh ka, dilli se. woh yeh poochna chahte hain keh kya koi non muslim ladka kisi muslim ladki se shadi kar sakta hai ya nahi?</w:t>
      </w:r>
      <w:r>
        <w:br/>
      </w:r>
      <w:r>
        <w:rPr>
          <w:sz w:val="20"/>
        </w:rPr>
        <w:t>5:34  yadi nahi to reason bhi batayen.</w:t>
      </w:r>
      <w:r>
        <w:br/>
      </w:r>
      <w:r>
        <w:rPr>
          <w:sz w:val="20"/>
        </w:rPr>
        <w:t>5:37  dekhen, yeh sab masle yahan poochne ke nahi hain. is ko apna aapas mein aaye to bataunga. main yahan is qism ke masle mat poochhiye hum se, yeh ghair zaroori masle hain.</w:t>
      </w:r>
      <w:r>
        <w:br/>
      </w:r>
      <w:r>
        <w:rPr>
          <w:sz w:val="20"/>
        </w:rPr>
        <w:t>5:51  main bata sakta hoon, lekin jab mere office mein koi aaye to bataunga. bas dekhen,</w:t>
      </w:r>
      <w:r>
        <w:br/>
      </w:r>
      <w:r>
        <w:rPr>
          <w:sz w:val="20"/>
        </w:rPr>
        <w:t>5:57  ek real mamla ho. baat mere paas aksar aise telephone aate the, main ne kaha keh main aise jawab nahi deta aap ko. ladka ladki mere paas bhejiye, main janunga, poochunga un se, un ka un se poora un</w:t>
      </w:r>
      <w:r>
        <w:br/>
      </w:r>
      <w:r>
        <w:rPr>
          <w:sz w:val="20"/>
        </w:rPr>
        <w:t>6:13  ki un ki jankari lunga, tab main bataunga kya theek hai, kya nahi theek hai. aise bohat hi, yani bohat hi galat baat hai keh is tarah sirf dharra dharr log fatwa diya karte hain, baghair jaane bojhe.</w:t>
      </w:r>
      <w:r>
        <w:br/>
      </w:r>
      <w:r>
        <w:rPr>
          <w:sz w:val="20"/>
        </w:rPr>
        <w:t>6:28  is tarah jo log yahan aate hain, unhein itna janna chahiye keh yeh yeh yeh jo class hai, yeh sab question ke liye nahi hai.</w:t>
      </w:r>
      <w:r>
        <w:br/>
      </w:r>
      <w:r>
        <w:rPr>
          <w:sz w:val="20"/>
        </w:rPr>
        <w:t>6:35  yeh sab question jo hain, woh hamare office mein aayen, koi hum batayenge is ko.</w:t>
      </w:r>
    </w:p>
    <w:p>
      <w:pPr>
        <w:pStyle w:val="Heading2"/>
      </w:pPr>
      <w:r>
        <w:t>Definition of Jihad according to Maulana</w:t>
      </w:r>
    </w:p>
    <w:p>
      <w:r>
        <w:rPr>
          <w:color w:val="666666"/>
          <w:sz w:val="18"/>
        </w:rPr>
        <w:t>Other · Don't Be Angry Culture January 15, 2012 Maulana Wahiduddin Khan · 1m 51s · at 1:24:47 · https://youtu.be/rY1Ikwmwwdk?t=5087</w:t>
      </w:r>
    </w:p>
    <w:p>
      <w:r>
        <w:rPr>
          <w:i/>
        </w:rPr>
        <w:t>“I just want to know what is the right definition of Jihad according to you?”</w:t>
      </w:r>
    </w:p>
    <w:p>
      <w:r>
        <w:rPr>
          <w:sz w:val="20"/>
        </w:rPr>
        <w:t>1:24:47  Maulana, agla sawal aaya hai Mr. Waseem Qureshi ka Delhi se. unhon ne likha hai: "Maulana sahib, I just want to know what is the right definition of jahad according to you?" jahad ka matlab hai koshish.</w:t>
      </w:r>
      <w:r>
        <w:br/>
      </w:r>
      <w:r>
        <w:rPr>
          <w:sz w:val="20"/>
        </w:rPr>
        <w:t>1:25:04  jahad ka matlab hai struggle bas aur kuch nahin. jahad ka matlab qitaal nahin hai. jo is ko kahe qitaal, woh sarkashi karta hai.</w:t>
      </w:r>
      <w:r>
        <w:br/>
      </w:r>
      <w:r>
        <w:rPr>
          <w:sz w:val="20"/>
        </w:rPr>
        <w:t>1:25:16  yaani kisi bhi achhe kaam ke liye jo koshish karte hain, wahi jahad hai. ladna bhidna ek alag cheez hai, is ka jahad se koi taalluq nahin hai.</w:t>
      </w:r>
      <w:r>
        <w:br/>
      </w:r>
      <w:r>
        <w:rPr>
          <w:sz w:val="20"/>
        </w:rPr>
        <w:t>1:25:25  main ek hi ayat aap ko bataoon, jaa ke Quran mein jaa ke parhiye aap Surah Furqan mein: "Wajahidhum bihi jahadan kabeera." bihi ka matlab bil Quran.</w:t>
      </w:r>
      <w:r>
        <w:br/>
      </w:r>
      <w:r>
        <w:rPr>
          <w:sz w:val="20"/>
        </w:rPr>
        <w:t>1:25:36  "Wajahidhum bil Quran jahadan kabeera." yaani Quran ke zariye jahad karo, jahad-e-kabeer.</w:t>
      </w:r>
      <w:r>
        <w:br/>
      </w:r>
      <w:r>
        <w:rPr>
          <w:sz w:val="20"/>
        </w:rPr>
        <w:t>1:25:44  to aap jaante hain Quran jo hai koi koi talwar to nahin, bandook to nahin, bomb nahin. to Quran ke zariye jahad ka matlab kya hoga? yaani peaceful koshish.</w:t>
      </w:r>
      <w:r>
        <w:br/>
      </w:r>
      <w:r>
        <w:rPr>
          <w:sz w:val="20"/>
        </w:rPr>
        <w:t>1:25:55  yeh baat matlab banegi. to jahad ka matlab hai kisi achhe kaam ke liye peaceful struggle.</w:t>
      </w:r>
      <w:r>
        <w:br/>
      </w:r>
      <w:r>
        <w:rPr>
          <w:sz w:val="20"/>
        </w:rPr>
        <w:t>1:26:03  yahi jahad hai.</w:t>
      </w:r>
      <w:r>
        <w:br/>
      </w:r>
      <w:r>
        <w:rPr>
          <w:sz w:val="20"/>
        </w:rPr>
        <w:t>1:26:06  jahad ke matlab har giz har giz qitaal nahin hain. jahad ke matlab koshishein hain.</w:t>
      </w:r>
      <w:r>
        <w:br/>
      </w:r>
      <w:r>
        <w:rPr>
          <w:sz w:val="20"/>
        </w:rPr>
        <w:t>1:26:13  to jahad ka matlab hai kisi achhe kaam ke liye peaceful koshish karna. bas isi ka naam jahad hai. meri ek kitaab hai: "True Jahad." is ko aap parh lijiye.</w:t>
      </w:r>
      <w:r>
        <w:br/>
      </w:r>
      <w:r>
        <w:rPr>
          <w:sz w:val="20"/>
        </w:rPr>
        <w:t>1:26:27  "True Jahad" mein yeh baatein aap paa sakte hain. is ke ilawa meri ek kitaab chhapi hai: "Yaani Prophet of Peace." is mein bhi aap yeh baatein paa sakte hain.</w:t>
      </w:r>
    </w:p>
    <w:p>
      <w:pPr>
        <w:pStyle w:val="Heading2"/>
      </w:pPr>
      <w:r>
        <w:t>Did Jews make Dome of the Rock qibla?</w:t>
      </w:r>
    </w:p>
    <w:p>
      <w:r>
        <w:rPr>
          <w:color w:val="666666"/>
          <w:sz w:val="18"/>
        </w:rPr>
        <w:t>Other · The Lesson of History September 21, 2014 · 1m 49s · at 1:08:00 · https://youtu.be/aMVHLKMkhcQ?t=4080</w:t>
      </w:r>
    </w:p>
    <w:p>
      <w:r>
        <w:rPr>
          <w:i/>
        </w:rPr>
        <w:t>“Did the Jews themselves make the Dome of the Rock their qibla, or was it commanded by Allah? Clarify this.”</w:t>
      </w:r>
    </w:p>
    <w:p>
      <w:r>
        <w:rPr>
          <w:sz w:val="20"/>
        </w:rPr>
        <w:t>1:07:59  mein Allah bless you</w:t>
      </w:r>
      <w:r>
        <w:br/>
      </w:r>
      <w:r>
        <w:rPr>
          <w:sz w:val="20"/>
        </w:rPr>
        <w:t>1:08:00  molana, agla sawal waseem ahmed sahab ne kiya hai dilli se. aur unhone likha hai ke molana sahab, qubat al-sakhra ko yahudiyon ne apne aap apna qibla banaya ya Allah ki taraf se is ka hukum tha?</w:t>
      </w:r>
      <w:r>
        <w:br/>
      </w:r>
      <w:r>
        <w:rPr>
          <w:sz w:val="20"/>
        </w:rPr>
        <w:t>1:08:16  isko wazeh karen bhai, yeh is ki to kitabon mein, is ki yeh to koi ek technical sawal hai.</w:t>
      </w:r>
      <w:r>
        <w:br/>
      </w:r>
      <w:r>
        <w:rPr>
          <w:sz w:val="20"/>
        </w:rPr>
        <w:t>1:08:25  yeh jo aap farma rahe hain ke technical sawal hai,</w:t>
      </w:r>
      <w:r>
        <w:br/>
      </w:r>
      <w:r>
        <w:rPr>
          <w:sz w:val="20"/>
        </w:rPr>
        <w:t>1:08:30  jo tareekh hai, yahudiyon ki tareekh, us mein yeh hai ke un ke aqeeday ke mutabiq zibah jo hain woh ismail nahi hain balke ishaq hain.</w:t>
      </w:r>
      <w:r>
        <w:br/>
      </w:r>
      <w:r>
        <w:rPr>
          <w:sz w:val="20"/>
        </w:rPr>
        <w:t>1:08:41  aap jante hain ke hazrat ibrahim ke do bete the, ismail aur ishaq. to aam musalman mante hain zibah hazrat ismail ko, yahudi mante hain hazrat ishaq ko.</w:t>
      </w:r>
      <w:r>
        <w:br/>
      </w:r>
      <w:r>
        <w:rPr>
          <w:sz w:val="20"/>
        </w:rPr>
        <w:t>1:08:52  musalmanon mein bhi baz afraad, mislan imam razi jo hain, woh ishaq ko zibah mante hain.</w:t>
      </w:r>
      <w:r>
        <w:br/>
      </w:r>
      <w:r>
        <w:rPr>
          <w:sz w:val="20"/>
        </w:rPr>
        <w:t>1:08:58  jo mashhoor mufassir jo hain, imam razi. to yahudi aqeeday ke mutabiq hazrat ibrahim ne apne bete ishaq ko ek chattan par zibah karne ke liye lataya tha.</w:t>
      </w:r>
      <w:r>
        <w:br/>
      </w:r>
      <w:r>
        <w:rPr>
          <w:sz w:val="20"/>
        </w:rPr>
        <w:t>1:09:14  woh bari si chokor chattan hai, woh mein ne dekha hai wahan par, us par lataya tha.</w:t>
      </w:r>
      <w:r>
        <w:br/>
      </w:r>
      <w:r>
        <w:rPr>
          <w:sz w:val="20"/>
        </w:rPr>
        <w:t>1:09:21  to is bana par woh chattan muqaddas ho gayi. aur is muqaddas jagah ko unhone apne qibla banaya.</w:t>
      </w:r>
      <w:r>
        <w:br/>
      </w:r>
      <w:r>
        <w:rPr>
          <w:sz w:val="20"/>
        </w:rPr>
        <w:t>1:09:32  ab yeh baat tareekh mein likhi hui nahi, jahan tak mein janta hoon ke Allah ne hukum diya tha ke unhone khud banaya tha. lekin qiyasan Allah ne hukum diya hoga ke us ko qibla banao apna.</w:t>
      </w:r>
      <w:r>
        <w:br/>
      </w:r>
      <w:r>
        <w:rPr>
          <w:sz w:val="20"/>
        </w:rPr>
        <w:t>1:09:45  lekin yeh yaqini hai ke masjid aqsa yahudi qibla</w:t>
      </w:r>
    </w:p>
    <w:p>
      <w:pPr>
        <w:pStyle w:val="Heading2"/>
      </w:pPr>
      <w:r>
        <w:t>Difference between ijtihad and taqwa</w:t>
      </w:r>
    </w:p>
    <w:p>
      <w:r>
        <w:rPr>
          <w:color w:val="666666"/>
          <w:sz w:val="18"/>
        </w:rPr>
        <w:t>Other · Q&amp;A 20 Nov 2011 Maulana Wahiduddin Khan · 1m 27s · at 42:39 · https://youtu.be/7sNDn8Y6jUc?t=2559</w:t>
      </w:r>
    </w:p>
    <w:p>
      <w:r>
        <w:rPr>
          <w:i/>
        </w:rPr>
        <w:t>“People mix up between ijtihad and taqwa. They say the way we refrain from doubtful things, we should also refrain from doing ijtihad due to the fear of going wrong. Please clarify between these two matters.”</w:t>
      </w:r>
    </w:p>
    <w:p>
      <w:r>
        <w:rPr>
          <w:sz w:val="20"/>
        </w:rPr>
        <w:t>42:39  Maulana agla sawal Pennsylvania se aaya hai Mr. Khawaja Kaleemuddin ka. Unhone likha hai, "Maulana sahib, people mix up between ijtihad and taqwa. They say the way we refrain from doubtful things, we should also refrain from doing ijtihad due to the fear of going wrong. Please clarify between these two matters."</w:t>
      </w:r>
      <w:r>
        <w:br/>
      </w:r>
      <w:r>
        <w:rPr>
          <w:sz w:val="20"/>
        </w:rPr>
        <w:t>43:06  yeh to maine arz kiya ke khud sakhta baat hai yeh jab Quran jab Hadees mein khud</w:t>
      </w:r>
      <w:r>
        <w:br/>
      </w:r>
      <w:r>
        <w:rPr>
          <w:sz w:val="20"/>
        </w:rPr>
        <w:t>43:12  hai ke ghalti karo ge tab hi sawab mile ga to aap hum hamein is se ruknay ka</w:t>
      </w:r>
      <w:r>
        <w:br/>
      </w:r>
      <w:r>
        <w:rPr>
          <w:sz w:val="20"/>
        </w:rPr>
        <w:t>43:18  kya hum kyun ruken taqwa ka jo lafz hai woh woh to khuli khuli burai ke liye bas</w:t>
      </w:r>
      <w:r>
        <w:br/>
      </w:r>
      <w:r>
        <w:rPr>
          <w:sz w:val="20"/>
        </w:rPr>
        <w:t>43:24  sharab na piyen khinzir na khayen ijtihad ka yani ijtihad aik alag cheez hai taqwa jo hai yeh</w:t>
      </w:r>
      <w:r>
        <w:br/>
      </w:r>
      <w:r>
        <w:rPr>
          <w:sz w:val="20"/>
        </w:rPr>
        <w:t>43:32  hai ke namaz chhor dein mislan hum sharab peenay lagay hain khinzir khayen to wahan taqwa ka masla</w:t>
      </w:r>
      <w:r>
        <w:br/>
      </w:r>
      <w:r>
        <w:rPr>
          <w:sz w:val="20"/>
        </w:rPr>
        <w:t>43:38  aata hai ijtihad ka masla bilkul alag hai ijtihad to yeh hai ke ek surat aal paida hui</w:t>
      </w:r>
      <w:r>
        <w:br/>
      </w:r>
      <w:r>
        <w:rPr>
          <w:sz w:val="20"/>
        </w:rPr>
        <w:t>43:43  hai is mein kya sochen hum</w:t>
      </w:r>
      <w:r>
        <w:br/>
      </w:r>
      <w:r>
        <w:rPr>
          <w:sz w:val="20"/>
        </w:rPr>
        <w:t>43:45  misla is zamane mein wataniyat ko qomiyat ki buniyad bana liya gaya is par sochna to is</w:t>
      </w:r>
      <w:r>
        <w:br/>
      </w:r>
      <w:r>
        <w:rPr>
          <w:sz w:val="20"/>
        </w:rPr>
        <w:t>43:52  ka is ka yeh khinzir aur sharab jaisi cheez thodi hai is mein hum sochenge agar ghalti ho jayegi tab bhi hamein sawab milega to ijtihad ka masla alag hai taqwa ka masla alag hai dono mein confuse nahi karna chahiye.</w:t>
      </w:r>
    </w:p>
    <w:p>
      <w:pPr>
        <w:pStyle w:val="Heading2"/>
      </w:pPr>
      <w:r>
        <w:t>Difference between science and philosophy</w:t>
      </w:r>
    </w:p>
    <w:p>
      <w:r>
        <w:rPr>
          <w:color w:val="666666"/>
          <w:sz w:val="18"/>
        </w:rPr>
        <w:t>Other · Realization of God March 16, 2014 Maulana Wahiduddin Khan · 1m 34s · at 56:10 · https://youtu.be/OA8Apjhruag?t=3370</w:t>
      </w:r>
    </w:p>
    <w:p>
      <w:r>
        <w:rPr>
          <w:i/>
        </w:rPr>
        <w:t>“What is the difference between science and philosophy?”</w:t>
      </w:r>
    </w:p>
    <w:p>
      <w:r>
        <w:rPr>
          <w:sz w:val="20"/>
        </w:rPr>
        <w:t>56:10  maulana kal nadeem ahmed sahib ne chennai se agla sawal kiya hai. unhon ne aap se poocha hai: "what is the difference between science and philosophy</w:t>
      </w:r>
      <w:r>
        <w:br/>
      </w:r>
      <w:r>
        <w:rPr>
          <w:sz w:val="20"/>
        </w:rPr>
        <w:t>56:20  ?" is ke baray mein batayein.</w:t>
      </w:r>
      <w:r>
        <w:br/>
      </w:r>
      <w:r>
        <w:rPr>
          <w:sz w:val="20"/>
        </w:rPr>
        <w:t>56:25  science aur philosophy bilkul do alag discipline hain. philosophy to sari ki sari yani speculative knowledge pe base karti hai.</w:t>
      </w:r>
      <w:r>
        <w:br/>
      </w:r>
      <w:r>
        <w:rPr>
          <w:sz w:val="20"/>
        </w:rPr>
        <w:t>56:36  speculation yani qiyasi tor par aap apne zehn ko</w:t>
      </w:r>
      <w:r>
        <w:br/>
      </w:r>
      <w:r>
        <w:rPr>
          <w:sz w:val="20"/>
        </w:rPr>
        <w:t>56:44  taiyar karte hain aur qiyasi tor par baton ke baray mein rai banate hain. aur science exper</w:t>
      </w:r>
    </w:p>
    <w:p>
      <w:pPr>
        <w:pStyle w:val="Heading2"/>
      </w:pPr>
      <w:r>
        <w:t>Difference between spirit and form</w:t>
      </w:r>
    </w:p>
    <w:p>
      <w:r>
        <w:rPr>
          <w:color w:val="666666"/>
          <w:sz w:val="18"/>
        </w:rPr>
        <w:t>Other · Religion and Democracy December 25, 2011 · 1m 20s · at 1:40:41 · https://youtu.be/8Mf_yvDA8ik?t=6041</w:t>
      </w:r>
    </w:p>
    <w:p>
      <w:r>
        <w:rPr>
          <w:i/>
        </w:rPr>
        <w:t>“What is the difference between the terms 'spirit' and 'form'?”</w:t>
      </w:r>
    </w:p>
    <w:p>
      <w:r>
        <w:rPr>
          <w:sz w:val="20"/>
        </w:rPr>
        <w:t>1:40:41  maulana, un ka aik aur sawal hai. unhon ne likha hai ke is spirit aur form ki istilaah mein farq kya hai? istilaah, achha term. istilaah ka matlab term.</w:t>
      </w:r>
      <w:r>
        <w:br/>
      </w:r>
      <w:r>
        <w:rPr>
          <w:sz w:val="20"/>
        </w:rPr>
        <w:t>1:40:55  bhai, spirit jo hai, woh inner content ka naam hai aur form outer content ka naam hai.</w:t>
      </w:r>
      <w:r>
        <w:br/>
      </w:r>
      <w:r>
        <w:rPr>
          <w:sz w:val="20"/>
        </w:rPr>
        <w:t>1:41:05  yaani jise ibaadat hai, ibaadat yaani dil ke andar khushu jo hota hai, woh spirit hai is ki.</w:t>
      </w:r>
      <w:r>
        <w:br/>
      </w:r>
      <w:r>
        <w:rPr>
          <w:sz w:val="20"/>
        </w:rPr>
        <w:t>1:41:17  aur kharij mein aap rooh ko sajda karte hain, is ka form hai.</w:t>
      </w:r>
      <w:r>
        <w:br/>
      </w:r>
      <w:r>
        <w:rPr>
          <w:sz w:val="20"/>
        </w:rPr>
        <w:t>1:41:22  to islam ke jitne bhi aamaal hain, jaise aap ne kaha: "la ilaha illallah", yeh bhi is ka ab aik form hai. kuch alfaaz aap bole aur is ki spirit yeh hai ke aap ko yaani Allah ka khauf aap ke andar aa gaya, Allah ki mohabbat aap ke andar aa gayi, Allah ki azmat aap ke dil mein aa gayi.</w:t>
      </w:r>
      <w:r>
        <w:br/>
      </w:r>
      <w:r>
        <w:rPr>
          <w:sz w:val="20"/>
        </w:rPr>
        <w:t>1:41:44  to inner content ka naam hai spirit aur outer jo jo is ka yaani pehlu hai, is ka naam hai form.</w:t>
      </w:r>
    </w:p>
    <w:p>
      <w:pPr>
        <w:pStyle w:val="Heading2"/>
      </w:pPr>
      <w:r>
        <w:t>Historical vs independent study of Islam</w:t>
      </w:r>
    </w:p>
    <w:p>
      <w:r>
        <w:rPr>
          <w:color w:val="666666"/>
          <w:sz w:val="18"/>
        </w:rPr>
        <w:t>Other · God's Management of History 23 Feb 2020 - Maulana Wahiduddin Khan · 1m 11s · at 1:06:57 · https://youtu.be/NeNadnD-0KE?t=4017</w:t>
      </w:r>
    </w:p>
    <w:p>
      <w:r>
        <w:rPr>
          <w:i/>
        </w:rPr>
        <w:t>“What is the main difference in studying Islam in its historical perspective and independent of its history? What method should we follow?”</w:t>
      </w:r>
    </w:p>
    <w:p>
      <w:r>
        <w:rPr>
          <w:sz w:val="20"/>
        </w:rPr>
        <w:t>1:06:57  maulana, kuch sawal lete hain. yeh sawal bheja hai pakistan se yasar arafat sahab ne. unhon ne aap se poocha hai: "what is the main difference in studying islam in its historical perspective</w:t>
      </w:r>
      <w:r>
        <w:br/>
      </w:r>
      <w:r>
        <w:rPr>
          <w:sz w:val="20"/>
        </w:rPr>
        <w:t>1:07:16  and independent of its history? what method should we follow?" bhai, dekhen bhai, meri study ke mutabiq to dono alag alag nahin hain, dono ek doosre ke liye madadgar hain.</w:t>
      </w:r>
      <w:r>
        <w:br/>
      </w:r>
      <w:r>
        <w:rPr>
          <w:sz w:val="20"/>
        </w:rPr>
        <w:t>1:07:33  aap jante hain ke quran mein bar bar history ke reference diye gaye hain, hazrat musa ka, hazrat masih ka waghera.</w:t>
      </w:r>
      <w:r>
        <w:br/>
      </w:r>
      <w:r>
        <w:rPr>
          <w:sz w:val="20"/>
        </w:rPr>
        <w:t>1:07:44  to jab aap parhte hain quran history ke reference mein</w:t>
      </w:r>
      <w:r>
        <w:br/>
      </w:r>
      <w:r>
        <w:rPr>
          <w:sz w:val="20"/>
        </w:rPr>
        <w:t>1:07:51  to aap zyada, yani jis ko kehte hain, azdad-e-iman, aap ke iman mein izafa hota hai. to dono alag alag nahin hain, mere khayal se, jahan tak main samajhta hoon.</w:t>
      </w:r>
    </w:p>
    <w:p>
      <w:pPr>
        <w:pStyle w:val="Heading2"/>
      </w:pPr>
      <w:r>
        <w:t>Husseini Brahmins' Relationship with Imam Hussain</w:t>
      </w:r>
    </w:p>
    <w:p>
      <w:r>
        <w:rPr>
          <w:color w:val="666666"/>
          <w:sz w:val="18"/>
        </w:rPr>
        <w:t>Other · Hadith Prediction November 3, 2013 · 1m 15s · at 55:48 · https://youtu.be/cb5Lzw9c8aE?t=3348</w:t>
      </w:r>
    </w:p>
    <w:p>
      <w:r>
        <w:rPr>
          <w:i/>
        </w:rPr>
        <w:t>“Maulana Sahib, our community is called Husseini Pandit or Husseini Brahmin. Please tell us the detail of our relationship with the blessed name of Imam Husain Sahib, so that we may gain knowledge about our forefathers.”</w:t>
      </w:r>
    </w:p>
    <w:p>
      <w:r>
        <w:rPr>
          <w:sz w:val="20"/>
        </w:rPr>
        <w:t>55:48  maulana, agla sawal dilli se hai, doctor upendra mehta sahab ka. unhon ne likha hai: "maulana sahab, hamari biradari husaini pandit ya husaini brahman kehlati hai.</w:t>
      </w:r>
      <w:r>
        <w:br/>
      </w:r>
      <w:r>
        <w:rPr>
          <w:sz w:val="20"/>
        </w:rPr>
        <w:t>56:02  meharbani kar ke aap bataiye ke imam hussain sahab ji ke mubarak naam se hamare rishte ki tafseel kya hai, jis se hamein apne buzurgon ke bare mein gyan ho?" bhai, yeh to mujhe aata nahi.</w:t>
      </w:r>
      <w:r>
        <w:br/>
      </w:r>
      <w:r>
        <w:rPr>
          <w:sz w:val="20"/>
        </w:rPr>
        <w:t>56:18  that is out of my domain. is bare mein to mujhe pata nahi. koi is ka scholar ho to batayega. main nahi jaanta.</w:t>
      </w:r>
      <w:r>
        <w:br/>
      </w:r>
      <w:r>
        <w:rPr>
          <w:sz w:val="20"/>
        </w:rPr>
        <w:t>56:29  main main na to husaini hoon, na mujhe is culture ka pata bhi nahi. yeh culture koi is ka taluq islam se nahi hai. yeh to ek ek quran o hadith mein kahin aisa nahi ke koi husaini hota hai, koi hasni hota hai, koi alvi hota hai.</w:t>
      </w:r>
      <w:r>
        <w:br/>
      </w:r>
      <w:r>
        <w:rPr>
          <w:sz w:val="20"/>
        </w:rPr>
        <w:t>56:46  yeh to quran o hadith mein kahin hai nahi. yeh to ek riwaj hai, ek hai. riwaj hai, tradition hai, jo bhi keh lijiyye.</w:t>
      </w:r>
      <w:r>
        <w:br/>
      </w:r>
      <w:r>
        <w:rPr>
          <w:sz w:val="20"/>
        </w:rPr>
        <w:t>56:56  beh-haal, main is ka koi expert nahi hoon, is liye main is ke bare mein kuch nahi bata sakta.</w:t>
      </w:r>
    </w:p>
    <w:p>
      <w:pPr>
        <w:pStyle w:val="Heading2"/>
      </w:pPr>
      <w:r>
        <w:t>Incomplete Question about Maulana's Thought</w:t>
      </w:r>
    </w:p>
    <w:p>
      <w:r>
        <w:rPr>
          <w:color w:val="666666"/>
          <w:sz w:val="18"/>
        </w:rPr>
        <w:t>Other · Dars-e-Quran, Chapter 2, Verse 63-71 April 15, 2018 · 1m 17s · at 57:14 · https://youtu.be/4QSHnsRshnI?t=3434</w:t>
      </w:r>
    </w:p>
    <w:p>
      <w:r>
        <w:rPr>
          <w:i/>
        </w:rPr>
        <w:t>“Maulana, you have...”</w:t>
      </w:r>
    </w:p>
    <w:p>
      <w:r>
        <w:rPr>
          <w:sz w:val="20"/>
        </w:rPr>
        <w:t>57:14  but its only your thought that gives me intellectual relaxation. now science itself gives us a non human understanding framework to establish monotheism." maulana, agla sawal farooq sahab ne bheja hai dubai se.</w:t>
      </w:r>
      <w:r>
        <w:br/>
      </w:r>
      <w:r>
        <w:rPr>
          <w:sz w:val="20"/>
        </w:rPr>
        <w:t>57:31  unhone likha hai: "maulana, you he</w:t>
      </w:r>
    </w:p>
    <w:p>
      <w:pPr>
        <w:pStyle w:val="Heading2"/>
      </w:pPr>
      <w:r>
        <w:t>Incomplete question from Pakistan</w:t>
      </w:r>
    </w:p>
    <w:p>
      <w:r>
        <w:rPr>
          <w:color w:val="666666"/>
          <w:sz w:val="18"/>
        </w:rPr>
        <w:t>Other · Realization of God May 07, 2017 Maulana Wahiduddin Khan · 34s · at 52:25 · https://youtu.be/sXmJShRfWKs?t=3145</w:t>
      </w:r>
    </w:p>
    <w:p>
      <w:r>
        <w:rPr>
          <w:i/>
        </w:rPr>
        <w:t>“Maulana, I...”</w:t>
      </w:r>
    </w:p>
    <w:p>
      <w:r>
        <w:rPr>
          <w:sz w:val="20"/>
        </w:rPr>
        <w:t>52:25  Maulana agla sawal lene se pehle ek comment padhna chahenge jo Aamir Mori ne Srinagar se bheja hai unhone likha hai only a honey bee is able to extract nectar because it does it with prepared mind</w:t>
      </w:r>
      <w:r>
        <w:br/>
      </w:r>
      <w:r>
        <w:rPr>
          <w:sz w:val="20"/>
        </w:rPr>
        <w:t>52:42  same is expected of human being to extract the best of wisdom wherever and whenever he finds in all the things thank you Maulana sahib for such a lovely and enlightening piece of advice it makes our day</w:t>
      </w:r>
    </w:p>
    <w:p>
      <w:pPr>
        <w:pStyle w:val="Heading2"/>
      </w:pPr>
      <w:r>
        <w:t>Inquiry about book on evolution theory</w:t>
      </w:r>
    </w:p>
    <w:p>
      <w:r>
        <w:rPr>
          <w:color w:val="666666"/>
          <w:sz w:val="18"/>
        </w:rPr>
        <w:t>Other · Purpose of Human Life February 12, 2012 Maulana Wahiduddin Khan · 1m 31s · at 1:16:12 · https://youtu.be/gRupSXuak-w?t=4572</w:t>
      </w:r>
    </w:p>
    <w:p>
      <w:r>
        <w:rPr>
          <w:i/>
        </w:rPr>
        <w:t>“Do you have a book on the theory of evolution?”</w:t>
      </w:r>
    </w:p>
    <w:p>
      <w:r>
        <w:rPr>
          <w:sz w:val="20"/>
        </w:rPr>
        <w:t>1:16:12  Maulana, agla sawal hai Tamil Nadu se Mr. Hafiz Maulana Hafiz Iqbal sahib ka.</w:t>
      </w:r>
      <w:r>
        <w:br/>
      </w:r>
      <w:r>
        <w:rPr>
          <w:sz w:val="20"/>
        </w:rPr>
        <w:t>1:16:19  Unhon ne aap se poocha hai ke kya evolution theory par aap ki koi kitaab hai?</w:t>
      </w:r>
      <w:r>
        <w:br/>
      </w:r>
      <w:r>
        <w:rPr>
          <w:sz w:val="20"/>
        </w:rPr>
        <w:t>1:16:27  Dekhein, mere article bahut saare hain aur abhi hum soch rahe hain ke woh sab ko ikattha kar ke ek chhapen, un ko compile kar ke, un ka compilation.</w:t>
      </w:r>
      <w:r>
        <w:br/>
      </w:r>
      <w:r>
        <w:rPr>
          <w:sz w:val="20"/>
        </w:rPr>
        <w:t>1:16:40  to pehle main bahut likhta hoon tha, par maine is baqayda, maine is ko bahut baqayda tor par is ka mutala kiya hai aur natural history museum mein ja kar ke is ko samjha hai aur is ke experts se baatein bhi ki hain.</w:t>
      </w:r>
      <w:r>
        <w:br/>
      </w:r>
      <w:r>
        <w:rPr>
          <w:sz w:val="20"/>
        </w:rPr>
        <w:t>1:16:55  Yeh sab kiya hai maine. Main jo bahut bol raha hoon, woh ek baat hai ke aap yeh na samjhen ke main aise hi kar raha hoon, shayaana tor par, baghair research ke baat mein baat kar raha hoon.</w:t>
      </w:r>
      <w:r>
        <w:br/>
      </w:r>
      <w:r>
        <w:rPr>
          <w:sz w:val="20"/>
        </w:rPr>
        <w:t>1:17:06  Aur bilashuba yeh main manta hoon ke evolution theory sirf ek ek is ka woh harghiz harghiz woh koi proof theory nahi hai, koi scientific theory nahi hai.</w:t>
      </w:r>
      <w:r>
        <w:br/>
      </w:r>
      <w:r>
        <w:rPr>
          <w:sz w:val="20"/>
        </w:rPr>
        <w:t>1:17:19  Woh chuna ke logon ko mauqa mil jata hai ke apne ko haivan ki tarah duniya mein rehna chahte hain, to woh is ne ek justification de diya, warna aisi koi haqeeqat nahi hai.</w:t>
      </w:r>
      <w:r>
        <w:br/>
      </w:r>
      <w:r>
        <w:rPr>
          <w:sz w:val="20"/>
        </w:rPr>
        <w:t>1:17:33  To inshallah hum woh mazameen jo hain, jo hum likh likhte rahe hain, is se pehle is ko compile kar ke chhapen ge,</w:t>
      </w:r>
    </w:p>
    <w:p>
      <w:pPr>
        <w:pStyle w:val="Heading2"/>
      </w:pPr>
      <w:r>
        <w:t>Is listening to music forbidden in Islam?</w:t>
      </w:r>
    </w:p>
    <w:p>
      <w:r>
        <w:rPr>
          <w:color w:val="666666"/>
          <w:sz w:val="18"/>
        </w:rPr>
        <w:t>Other · Age of Peace November 18, 2012 · 1m 29s · at 1:13:59 · https://youtu.be/Y9nkQnBqbrs?t=4439</w:t>
      </w:r>
    </w:p>
    <w:p>
      <w:r>
        <w:rPr>
          <w:i/>
        </w:rPr>
        <w:t>“I have heard that in Islam listening to music is haram. Is this true? If yes, then why?”</w:t>
      </w:r>
    </w:p>
    <w:p>
      <w:r>
        <w:rPr>
          <w:sz w:val="20"/>
        </w:rPr>
        <w:t>1:13:59  maulana, agla sawal dilli se aya hai. ah, mr prateek sharma ne likha hai, unhon ne aap se poocha hai ke: "maulana, i have heard that in islam listening to music is haram.</w:t>
      </w:r>
      <w:r>
        <w:br/>
      </w:r>
      <w:r>
        <w:rPr>
          <w:sz w:val="20"/>
        </w:rPr>
        <w:t>1:14:12  is this true? if yes, then why?" nahi, nahi, haram nahi hai.</w:t>
      </w:r>
      <w:r>
        <w:br/>
      </w:r>
      <w:r>
        <w:rPr>
          <w:sz w:val="20"/>
        </w:rPr>
        <w:t>1:14:17  jo log kehte hain, jo log fatwa dete hain, bilkul log yani be-khabar hain. hargiz haram nahi hai. albatta main jo manta hoon, woh yeh hai ke woh source of distraction hai.</w:t>
      </w:r>
      <w:r>
        <w:br/>
      </w:r>
      <w:r>
        <w:rPr>
          <w:sz w:val="20"/>
        </w:rPr>
        <w:t>1:14:32  dekhiye, duniya mein aap ko yani mukhtalif qism ke options hain. ek yeh hai ke aap duniya mein bas enjoy karein, enjoy karein, enjoy karein, mar jayein.</w:t>
      </w:r>
      <w:r>
        <w:br/>
      </w:r>
      <w:r>
        <w:rPr>
          <w:sz w:val="20"/>
        </w:rPr>
        <w:t>1:14:43  ek yeh hai ke kuch creative kaam karein. creative kaam to creative kaam karne ke liye dedication chahiye, dedication, concentration chahiye.</w:t>
      </w:r>
      <w:r>
        <w:br/>
      </w:r>
      <w:r>
        <w:rPr>
          <w:sz w:val="20"/>
        </w:rPr>
        <w:t>1:14:54  jab tak aap dedicate na karein, aap koi creative kaam nahi kar sakte. to ab is mein haram halaal ka masla nahi hai, yeh aap ke option ka masla hai ke kya aap yeh chahte hain ke bas duniya mein bas sirf entertainment ke liye jiyein aur mar jayein, ya koi creative kaam karein.</w:t>
      </w:r>
      <w:r>
        <w:br/>
      </w:r>
      <w:r>
        <w:rPr>
          <w:sz w:val="20"/>
        </w:rPr>
        <w:t>1:15:12  yeh aap ka option ka masla hai, yeh haram halaal ka masla nahi hai. to yeh cheezein jo hain, yeh source of distraction hain, woh haram hargiz nahi hain.</w:t>
      </w:r>
    </w:p>
    <w:p>
      <w:pPr>
        <w:pStyle w:val="Heading2"/>
      </w:pPr>
      <w:r>
        <w:t>Islamic viewpoint on cloning of animals and humans</w:t>
      </w:r>
    </w:p>
    <w:p>
      <w:r>
        <w:rPr>
          <w:color w:val="666666"/>
          <w:sz w:val="18"/>
        </w:rPr>
        <w:t>Other · Importance of Creative Thinking December 11, 2011 · 1m 20s · at 1:07:47 · https://youtu.be/jfML9Arb0S4?t=4067</w:t>
      </w:r>
    </w:p>
    <w:p>
      <w:r>
        <w:rPr>
          <w:i/>
        </w:rPr>
        <w:t>“Every religious person and all religions oppose cloning as per Islamic view. What is your viewpoint about cloning of animals and humans? Please explain.”</w:t>
      </w:r>
    </w:p>
    <w:p>
      <w:r>
        <w:rPr>
          <w:sz w:val="20"/>
        </w:rPr>
        <w:t>1:07:47  maulana, agla sawal aaya hai mr. amjad ahmed ka dilli se. unhon ne likha hai: "every religious person or all the religions oppose cloning as per Islamic view.</w:t>
      </w:r>
      <w:r>
        <w:br/>
      </w:r>
      <w:r>
        <w:rPr>
          <w:sz w:val="20"/>
        </w:rPr>
        <w:t>1:08:02  what is our viewpoint about cloning of animals and humans? please explain." cloning jo hai, aik taraf to wahi log jo yeh sab baton ko mante hain, population control bhi karna chahte</w:t>
      </w:r>
      <w:r>
        <w:br/>
      </w:r>
      <w:r>
        <w:rPr>
          <w:sz w:val="20"/>
        </w:rPr>
        <w:t>1:08:16  hain, doosra naye insan paida karna chahte hain. yeh kya contradiction hai? yani kaisi ajeeb contradiction hai? aik taraf woh kehte hain ke hum naya insan paida karenge, doosri taraf kehte hain hum population control bhi karenge.</w:t>
      </w:r>
      <w:r>
        <w:br/>
      </w:r>
      <w:r>
        <w:rPr>
          <w:sz w:val="20"/>
        </w:rPr>
        <w:t>1:08:28  to nature ko chalne dijiye, natural process ko chalne dijiye. natural process mein interveint karna main samajhta hoon ke aik aik aik sarfrapan hai.</w:t>
      </w:r>
      <w:r>
        <w:br/>
      </w:r>
      <w:r>
        <w:rPr>
          <w:sz w:val="20"/>
        </w:rPr>
        <w:t>1:08:37  aaj tak cloning koi kamyab nahi hui hai. jo aik bhed banai thi, woh bhi bhed bimar thi, bimar mar gayi.</w:t>
      </w:r>
      <w:r>
        <w:br/>
      </w:r>
      <w:r>
        <w:rPr>
          <w:sz w:val="20"/>
        </w:rPr>
        <w:t>1:08:44  woh bhi, woh koi healthy bhiir nahi thi. woh jo ship banai thi unho ne, woh koi healthy ship nahi thi. to nature ka jo process hai, wahi sahi hai.</w:t>
      </w:r>
      <w:r>
        <w:br/>
      </w:r>
      <w:r>
        <w:rPr>
          <w:sz w:val="20"/>
        </w:rPr>
        <w:t>1:08:56  cheezon ko nature par rehne dijiye, nature mein interveint mat kijiye. yahi islam ka tareeqa hai, yeh aql ka tareeqa hai.</w:t>
      </w:r>
    </w:p>
    <w:p>
      <w:pPr>
        <w:pStyle w:val="Heading2"/>
      </w:pPr>
      <w:r>
        <w:t>Living scholars verses deceased scholars</w:t>
      </w:r>
    </w:p>
    <w:p>
      <w:r>
        <w:rPr>
          <w:color w:val="666666"/>
          <w:sz w:val="18"/>
        </w:rPr>
        <w:t>Other · Wisdom of Hadith September 11, 2016 · 1m 04s · at 53:09 · https://youtu.be/XPxlLv2_q1o?t=3189</w:t>
      </w:r>
    </w:p>
    <w:p>
      <w:r>
        <w:rPr>
          <w:i/>
        </w:rPr>
        <w:t>“I am of the opinion that we should always take the advice or fatwa from living scholars rather than refer to those who are not alive.”</w:t>
      </w:r>
    </w:p>
    <w:p>
      <w:r>
        <w:rPr>
          <w:sz w:val="20"/>
        </w:rPr>
        <w:t>53:09  maulana, agla sawal bangalore se kiya hai hamid ansari sahib ne aur unhon ne likha hai: maulana sahib</w:t>
      </w:r>
      <w:r>
        <w:br/>
      </w:r>
      <w:r>
        <w:rPr>
          <w:sz w:val="20"/>
        </w:rPr>
        <w:t>53:15  i am of the opinion that we should always take the advice or fatwa from living scholars rather</w:t>
      </w:r>
      <w:r>
        <w:br/>
      </w:r>
      <w:r>
        <w:rPr>
          <w:sz w:val="20"/>
        </w:rPr>
        <w:t>53:21  than refer to those who are not alive.</w:t>
      </w:r>
      <w:r>
        <w:br/>
      </w:r>
      <w:r>
        <w:rPr>
          <w:sz w:val="20"/>
        </w:rPr>
        <w:t>53:27  am i correct in this thinking?</w:t>
      </w:r>
      <w:r>
        <w:br/>
      </w:r>
      <w:r>
        <w:rPr>
          <w:sz w:val="20"/>
        </w:rPr>
        <w:t>53:33  pata nahi kya matlab hai, is sawal ka matlab hi meri samajh nahi hai.</w:t>
      </w:r>
      <w:r>
        <w:br/>
      </w:r>
      <w:r>
        <w:rPr>
          <w:sz w:val="20"/>
        </w:rPr>
        <w:t>53:39  aap dekhiye, is tarah ki baat jab aap kahhen to aap ko specific language mein kehna chahiye.</w:t>
      </w:r>
      <w:r>
        <w:br/>
      </w:r>
      <w:r>
        <w:rPr>
          <w:sz w:val="20"/>
        </w:rPr>
        <w:t>53:46  specific language, yeh jo aap ne sawal kiya, yeh non-specific language mein hai.</w:t>
      </w:r>
      <w:r>
        <w:br/>
      </w:r>
      <w:r>
        <w:rPr>
          <w:sz w:val="20"/>
        </w:rPr>
        <w:t>53:53  to main jab sawal ka jawab hi nahi samajh raha hoon to kya jawab dun is ka? sawal</w:t>
      </w:r>
      <w:r>
        <w:br/>
      </w:r>
      <w:r>
        <w:rPr>
          <w:sz w:val="20"/>
        </w:rPr>
        <w:t>54:00  ka tareeqa yeh hai ke aap sawal ko hona chahiye specific language mein taake mujeeb samjhe ke sawal</w:t>
      </w:r>
      <w:r>
        <w:br/>
      </w:r>
      <w:r>
        <w:rPr>
          <w:sz w:val="20"/>
        </w:rPr>
        <w:t>54:07  karne wale ka mudda kya hai.</w:t>
      </w:r>
    </w:p>
    <w:p>
      <w:pPr>
        <w:pStyle w:val="Heading2"/>
      </w:pPr>
      <w:r>
        <w:t>Meaning of Jaish-e-Muhammad</w:t>
      </w:r>
    </w:p>
    <w:p>
      <w:r>
        <w:rPr>
          <w:color w:val="666666"/>
          <w:sz w:val="18"/>
        </w:rPr>
        <w:t>Other · Discovery of Modern Age February 10, 2013 · 1m 49s · at 1:06:21 · https://youtu.be/qYGA53ii7E4?t=3981</w:t>
      </w:r>
    </w:p>
    <w:p>
      <w:r>
        <w:rPr>
          <w:i/>
        </w:rPr>
        <w:t>“What is the meaning of Jaish-e-Muhammad?”</w:t>
      </w:r>
    </w:p>
    <w:p>
      <w:r>
        <w:rPr>
          <w:sz w:val="20"/>
        </w:rPr>
        <w:t>1:06:21  hamara agla sawal dhampur se hai mehtab ahmad sahab ka.</w:t>
      </w:r>
      <w:r>
        <w:br/>
      </w:r>
      <w:r>
        <w:rPr>
          <w:sz w:val="20"/>
        </w:rPr>
        <w:t>1:06:26  unhon ne aap se poocha hai: "what is the meaning of jaishe muhammad?" is ke bare mein aap batayein. yeh lafzi meaning to hai muhammad ka lashkar.</w:t>
      </w:r>
      <w:r>
        <w:br/>
      </w:r>
      <w:r>
        <w:rPr>
          <w:sz w:val="20"/>
        </w:rPr>
        <w:t>1:06:39  jaishe mani lashkar, army. to is ka matlab hai ke muhammad ka jo mission tha, us mission ko fulfill karne ke liye log samajhte hain ke hum ne ek army banai hai aur is mission ko hum pura kar rahe hain.</w:t>
      </w:r>
      <w:r>
        <w:br/>
      </w:r>
      <w:r>
        <w:rPr>
          <w:sz w:val="20"/>
        </w:rPr>
        <w:t>1:06:55  yeh fast foot mein jeete hain. rasool Allah ka yeh mission hi nahi tha ke bombard gun chalao. rasool Allah ka mission to peaceful mission tha.</w:t>
      </w:r>
      <w:r>
        <w:br/>
      </w:r>
      <w:r>
        <w:rPr>
          <w:sz w:val="20"/>
        </w:rPr>
        <w:t>1:07:05  to naam rakh rakha hai, yani rasool Allah ke naam par karte hain, yani woh kaam jo rasool Allah se koi talluq nahi.</w:t>
      </w:r>
      <w:r>
        <w:br/>
      </w:r>
      <w:r>
        <w:rPr>
          <w:sz w:val="20"/>
        </w:rPr>
        <w:t>1:07:16  theek hai? wajah kya hai? bekhabari. woh bilkul jante hi nahi ke is daur mein rasool Allah ke mission ko chalane ke liye kya karna hai.</w:t>
      </w:r>
      <w:r>
        <w:br/>
      </w:r>
      <w:r>
        <w:rPr>
          <w:sz w:val="20"/>
        </w:rPr>
        <w:t>1:07:27  humein aaj ki opportunities kya hain? is se bilkul bekhabar hain, totally bekhabar hain. woh is liye is tarah karte karte, is ke liye hum ne misaal di ke japan wale totally bekhabar the modern opportunities se.</w:t>
      </w:r>
      <w:r>
        <w:br/>
      </w:r>
      <w:r>
        <w:rPr>
          <w:sz w:val="20"/>
        </w:rPr>
        <w:t>1:07:42  to apne ko halak kar rahe the. jab woh jaan gaye to aa gaye doosri duniya mein.</w:t>
      </w:r>
      <w:r>
        <w:br/>
      </w:r>
      <w:r>
        <w:rPr>
          <w:sz w:val="20"/>
        </w:rPr>
        <w:t>1:07:50  badi achi kitab hai, woh jo main ne aap se aap se kaha hai, woh moti si kitab hai. woh jo woh jo kitab ka naam unhon ne kaha "history of japan", bohat ek aadmi ne bohat zabardast study ki, wahan ja kar ke tab yeh kitab likhi hai.</w:t>
      </w:r>
    </w:p>
    <w:p>
      <w:pPr>
        <w:pStyle w:val="Heading2"/>
      </w:pPr>
      <w:r>
        <w:t>NASA prediction of world ending in 2012</w:t>
      </w:r>
    </w:p>
    <w:p>
      <w:r>
        <w:rPr>
          <w:color w:val="666666"/>
          <w:sz w:val="18"/>
        </w:rPr>
        <w:t>Other · Importance of Peace December 16, 2012 · 1m 28s · at 1:13:33 · https://youtu.be/nymyorYyEz4?t=4413</w:t>
      </w:r>
    </w:p>
    <w:p>
      <w:r>
        <w:rPr>
          <w:i/>
        </w:rPr>
        <w:t>“My question is about the NASA prediction: will the world end on 21 December 2012 because the winter solstice is aligned with the Milky Way and because of the end of the Mayan calendar? Is there any prediction in the Quran or Hadith?”</w:t>
      </w:r>
    </w:p>
    <w:p>
      <w:r>
        <w:rPr>
          <w:sz w:val="20"/>
        </w:rPr>
        <w:t>1:13:33  maulana, agla sawal kashmir se hai shafi ahmed dar sahab ka. unhon ne likha hai: "maulana sahab, my question is about nasa prediction: will the world end on 21 december 2012 because the winter solstice is aligned with the milky way or because of the end of the mayan calendar?"</w:t>
      </w:r>
      <w:r>
        <w:br/>
      </w:r>
      <w:r>
        <w:rPr>
          <w:sz w:val="20"/>
        </w:rPr>
        <w:t>1:13:58  is there any prediction in quran or hadith</w:t>
      </w:r>
      <w:r>
        <w:br/>
      </w:r>
      <w:r>
        <w:rPr>
          <w:sz w:val="20"/>
        </w:rPr>
        <w:t>1:14:02  ?" nahi, dekhein, yeh koi bhi shakhs is position mein nahi hai ke woh specific taur par date bata de ya year bata de.</w:t>
      </w:r>
      <w:r>
        <w:br/>
      </w:r>
      <w:r>
        <w:rPr>
          <w:sz w:val="20"/>
        </w:rPr>
        <w:t>1:14:14  quran mein dekhein, bohat saaf taur par hai ke "la tu'tikum illa ba'tah", yani qayamat achaanak hi aa jayegi.</w:t>
      </w:r>
      <w:r>
        <w:br/>
      </w:r>
      <w:r>
        <w:rPr>
          <w:sz w:val="20"/>
        </w:rPr>
        <w:t>1:14:23  achaanak rasool allah ko bhi khabar nahi thi, sahaba ko khabar nahi thi. to koi aadmi jo date fix kare, woh woh main ne dekha ke galat karta hai.</w:t>
      </w:r>
      <w:r>
        <w:br/>
      </w:r>
      <w:r>
        <w:rPr>
          <w:sz w:val="20"/>
        </w:rPr>
        <w:t>1:14:34  kisi ko haq nahi koi date fix fix karne ka. jis tarah aap ab jo earthquake aate hain, koi is ki date fix nahi kar sakta hai.</w:t>
      </w:r>
      <w:r>
        <w:br/>
      </w:r>
      <w:r>
        <w:rPr>
          <w:sz w:val="20"/>
        </w:rPr>
        <w:t>1:14:43  koi bhi nahi kar sakta date fix. aisi qayamat ki koi date fix nahi kar sakta hai. "la tu'tikum illa ba'tah", qayamat achaanak aayegi.</w:t>
      </w:r>
      <w:r>
        <w:br/>
      </w:r>
      <w:r>
        <w:rPr>
          <w:sz w:val="20"/>
        </w:rPr>
        <w:t>1:14:52  sirf allah ke ilm mein hai ke kab aayegi. woh farishton ko bhi nahi maloom. allah jab hukum dega to farishte active ho jayenge.</w:t>
      </w:r>
    </w:p>
    <w:p>
      <w:pPr>
        <w:pStyle w:val="Heading2"/>
      </w:pPr>
      <w:r>
        <w:t>Opinion on Dr. Tahir-ul-Qadri's views</w:t>
      </w:r>
    </w:p>
    <w:p>
      <w:r>
        <w:rPr>
          <w:color w:val="666666"/>
          <w:sz w:val="18"/>
        </w:rPr>
        <w:t>Other · Man and the Laws of Nature April 1, 2012 · 1m 32s · at 1:32:49 · https://youtu.be/coIrwYQgb6Y?t=5569</w:t>
      </w:r>
    </w:p>
    <w:p>
      <w:r>
        <w:rPr>
          <w:i/>
        </w:rPr>
        <w:t>“Maulana, recently Dr. Tahir-ul-Qadri came to India. He also rejected all kinds of terrorism. What is your opinion about him?”</w:t>
      </w:r>
    </w:p>
    <w:p>
      <w:r>
        <w:rPr>
          <w:sz w:val="20"/>
        </w:rPr>
        <w:t>1:32:49  maulana, agla sawal mister arif jilani ka hai. kashmir se. unhon ne likha hai: "maulana sahib, haal hi mein doctor tahir ul qadri india mein aaye thay.</w:t>
      </w:r>
      <w:r>
        <w:br/>
      </w:r>
      <w:r>
        <w:rPr>
          <w:sz w:val="20"/>
        </w:rPr>
        <w:t>1:33:01  unhon ne bhi har qism ki dahshat gardi ko radd kar diya.</w:t>
      </w:r>
      <w:r>
        <w:br/>
      </w:r>
      <w:r>
        <w:rPr>
          <w:sz w:val="20"/>
        </w:rPr>
        <w:t>1:33:05  aap un ke mutaliq kya rai rakhte hain?" nahi, dekhen, main kisi sakht wale ko raha nahi. baqi main janta hoon ke duniya mein mere siwa koi bhi nahi hai jo sahi mani radd kare.</w:t>
      </w:r>
      <w:r>
        <w:br/>
      </w:r>
      <w:r>
        <w:rPr>
          <w:sz w:val="20"/>
        </w:rPr>
        <w:t>1:33:17  wo log radd karte hain aisa ke us ko us mein phir bhi justification baqi rakhte hain. wo jitne doosre log mujhe maloom hain, baqi mein kisi fard ko le kar nahi kuch keh sakta.</w:t>
      </w:r>
      <w:r>
        <w:br/>
      </w:r>
      <w:r>
        <w:rPr>
          <w:sz w:val="20"/>
        </w:rPr>
        <w:t>1:33:28  lekin jahan tak maine parha hai aur suna hai, log musalmanon ko bachate hue dahshat gardi ki taraf tardeed karte hain. musalmanon ko seedhe se condemn nahi karte.</w:t>
      </w:r>
      <w:r>
        <w:br/>
      </w:r>
      <w:r>
        <w:rPr>
          <w:sz w:val="20"/>
        </w:rPr>
        <w:t>1:33:39  kyun ke musalmanon par to un ki un ki sari industry chal rahi hai. har aadmi ek industry chala chalai hui hai. Islamic industry.</w:t>
      </w:r>
      <w:r>
        <w:br/>
      </w:r>
      <w:r>
        <w:rPr>
          <w:sz w:val="20"/>
        </w:rPr>
        <w:t>1:33:49  apni Islamic industry ke liye is ke paas jo jo customers hain, wahi musalman hain. to musalmanon ko seedhe se koi condemn nahi karta.</w:t>
      </w:r>
      <w:r>
        <w:br/>
      </w:r>
      <w:r>
        <w:rPr>
          <w:sz w:val="20"/>
        </w:rPr>
        <w:t>1:33:58  mujhe nahi maloom koi condemn karta hai. agar karta ho to achi baat hai, lekin main nahi janta. kisi shakhs par main kuch bhi nahi kahunga. lekin log jo condemn karte hain, aisa condemn karte hain ke phir bhi musalmanon ko rooh mila rehta hai apne is ke liye.</w:t>
      </w:r>
      <w:r>
        <w:br/>
      </w:r>
      <w:r>
        <w:rPr>
          <w:sz w:val="20"/>
        </w:rPr>
        <w:t>1:34:14  seedhe se condemn karna ka jo tareeqa hai, wo nahi karte log. mera apne tajurba yahi hai.</w:t>
      </w:r>
    </w:p>
    <w:p>
      <w:pPr>
        <w:pStyle w:val="Heading2"/>
      </w:pPr>
      <w:r>
        <w:t>Permissibility of Medical Insurance and Claims</w:t>
      </w:r>
    </w:p>
    <w:p>
      <w:r>
        <w:rPr>
          <w:color w:val="666666"/>
          <w:sz w:val="18"/>
        </w:rPr>
        <w:t>Other · Understanding the Quran April 7, 2019 · 1m 47s · at 44:35 · https://youtu.be/m_Om5MtQJz4?t=2675</w:t>
      </w:r>
    </w:p>
    <w:p>
      <w:r>
        <w:rPr>
          <w:i/>
        </w:rPr>
        <w:t>“Moulana, are medical insurance and medical claims permissible in Islam? The cost of health care has gone up several times, so if we do not have insurance, it is very difficult to afford.”</w:t>
      </w:r>
    </w:p>
    <w:p>
      <w:r>
        <w:rPr>
          <w:sz w:val="20"/>
        </w:rPr>
        <w:t>44:35  jazak allah." mashallah. maulana, agla sawal dilli se bheja hai doctor shuaib zaid sahab ne.</w:t>
      </w:r>
      <w:r>
        <w:br/>
      </w:r>
      <w:r>
        <w:rPr>
          <w:sz w:val="20"/>
        </w:rPr>
        <w:t>44:45  unhone likha hai: "maulana, is medical insurance aur medical claim permissible in islam? cost of health care has gone up several folds.</w:t>
      </w:r>
      <w:r>
        <w:br/>
      </w:r>
      <w:r>
        <w:rPr>
          <w:sz w:val="20"/>
        </w:rPr>
        <w:t>44:57  so if we do not have insurance, it is very difficult to afford.</w:t>
      </w:r>
      <w:r>
        <w:br/>
      </w:r>
      <w:r>
        <w:rPr>
          <w:sz w:val="20"/>
        </w:rPr>
        <w:t>45:03  what is your advice to all?" bilkul jaiz hai, yeh sab koi masla hi nahi hai. is ko jaiz najiaz ka masla banana hi galat hai.</w:t>
      </w:r>
      <w:r>
        <w:br/>
      </w:r>
      <w:r>
        <w:rPr>
          <w:sz w:val="20"/>
        </w:rPr>
        <w:t>45:13  yeh to jaiz hai, yeh to najiaz ki koi baat hi nahi. jo cheez dekhiye, insan ke liye mufeed hai, woh jaiz hai. asal criteria yeh hai ke woh insan ke liye mufeed ho.</w:t>
      </w:r>
      <w:r>
        <w:br/>
      </w:r>
      <w:r>
        <w:rPr>
          <w:sz w:val="20"/>
        </w:rPr>
        <w:t>45:29  baqi yeh koi fatwe ki baat hai hi nahi, yeh ek tajrube ki baat hai, janne ki baat hai. agar aap jana hai aap ne apni study se ke is mein insan ke liye faida hai, to phir zahir hai jaiz hai.</w:t>
      </w:r>
      <w:r>
        <w:br/>
      </w:r>
      <w:r>
        <w:rPr>
          <w:sz w:val="20"/>
        </w:rPr>
        <w:t>45:42  woh</w:t>
      </w:r>
      <w:r>
        <w:br/>
      </w:r>
      <w:r>
        <w:rPr>
          <w:sz w:val="20"/>
        </w:rPr>
        <w:t>45:50  maulana, agla comment umm ashad sahiba ne chennai se bheja hai. unhone likha hai: "maulana, you are a creative person who gives wisdom to people all over the world.</w:t>
      </w:r>
      <w:r>
        <w:br/>
      </w:r>
      <w:r>
        <w:rPr>
          <w:sz w:val="20"/>
        </w:rPr>
        <w:t>46:02  for example, aaj aap ne hazrat ibrahim aur allah ke nabi ne kaise apne apne daur mein dawat ko avail kiya bataya, aur aap hi wahid aalim hain jo age of communication mein dawat aur quran ko kaise rediscover aur re-planning karen batate hain.</w:t>
      </w:r>
    </w:p>
    <w:p>
      <w:pPr>
        <w:pStyle w:val="Heading2"/>
      </w:pPr>
      <w:r>
        <w:t>Punishment for rape in Islam</w:t>
      </w:r>
    </w:p>
    <w:p>
      <w:r>
        <w:rPr>
          <w:color w:val="666666"/>
          <w:sz w:val="18"/>
        </w:rPr>
        <w:t>Other · From The Spiritual Tree September 8, 2013 · 1m 30s · at 58:40 · https://youtu.be/Vv6vf2N8YQA?t=3520</w:t>
      </w:r>
    </w:p>
    <w:p>
      <w:r>
        <w:rPr>
          <w:i/>
        </w:rPr>
        <w:t>“What is the punishment for rape according to Islam?”</w:t>
      </w:r>
    </w:p>
    <w:p>
      <w:r>
        <w:rPr>
          <w:sz w:val="20"/>
        </w:rPr>
        <w:t>58:40  maulana yeh agla sawal aya hai doctor pradhan ka dilli se. yeh likhte hain maulana what is the punishment for rape according to islam?</w:t>
      </w:r>
      <w:r>
        <w:br/>
      </w:r>
      <w:r>
        <w:rPr>
          <w:sz w:val="20"/>
        </w:rPr>
        <w:t>58:52  dekhen yeh punishment ka maamla agar aap ko samajhna hai to hamari majlis is ke liye nahi hai.</w:t>
      </w:r>
      <w:r>
        <w:br/>
      </w:r>
      <w:r>
        <w:rPr>
          <w:sz w:val="20"/>
        </w:rPr>
        <w:t>59:01  is ke liye kitabein hain aur bohat zyada is ko aap parhiye. aur surah noor mein jo tafseer hai us ko parhiye.</w:t>
      </w:r>
      <w:r>
        <w:br/>
      </w:r>
      <w:r>
        <w:rPr>
          <w:sz w:val="20"/>
        </w:rPr>
        <w:t>59:12  to is se aap ko is ka jawab mil jayega. jahan tak india ki baat hai to india mein hum Islamic Law nafiz nahi kar sakte.</w:t>
      </w:r>
      <w:r>
        <w:br/>
      </w:r>
      <w:r>
        <w:rPr>
          <w:sz w:val="20"/>
        </w:rPr>
        <w:t>59:22  agar</w:t>
      </w:r>
      <w:r>
        <w:br/>
      </w:r>
      <w:r>
        <w:rPr>
          <w:sz w:val="20"/>
        </w:rPr>
        <w:t>59:23  koi yeh samajhta hai ke india mein Islamic Law jo hai us ko nafiz kiya jaye to yeh to ek bilkul yani be matlab baat hogi.</w:t>
      </w:r>
      <w:r>
        <w:br/>
      </w:r>
      <w:r>
        <w:rPr>
          <w:sz w:val="20"/>
        </w:rPr>
        <w:t>59:33  india ka apna ek law of land hai usi ke mutabiq india ka yani jo judicial system chal raha hai. hamare qanoon ke mutabiq nahi chal raha hai.</w:t>
      </w:r>
      <w:r>
        <w:br/>
      </w:r>
      <w:r>
        <w:rPr>
          <w:sz w:val="20"/>
        </w:rPr>
        <w:t>59:44  to india ke reference mein Islamic Law ki baat karna ek ek bilkul irrelevant baat hai.</w:t>
      </w:r>
      <w:r>
        <w:br/>
      </w:r>
      <w:r>
        <w:rPr>
          <w:sz w:val="20"/>
        </w:rPr>
        <w:t>59:51  yahan ka jo law of land hai usi ke mutabiq yahan ke faisle honge. yahan ke judges isi par faisle karenge. hamare yani kehne se woh aasani karenge ke islam ke mutabiq faisle karne lage hain.</w:t>
      </w:r>
      <w:r>
        <w:br/>
      </w:r>
      <w:r>
        <w:rPr>
          <w:sz w:val="20"/>
        </w:rPr>
        <w:t>1:00:04  to main samajhta hoon ke yahan ke lehaz se yeh bas bilkul irrelevant hai.</w:t>
      </w:r>
    </w:p>
    <w:p>
      <w:pPr>
        <w:pStyle w:val="Heading2"/>
      </w:pPr>
      <w:r>
        <w:t>Question from Muhammad Mustafa</w:t>
      </w:r>
    </w:p>
    <w:p>
      <w:r>
        <w:rPr>
          <w:color w:val="666666"/>
          <w:sz w:val="18"/>
        </w:rPr>
        <w:t>Other · Signs of Doomsday November 7, 2021 Prof. Farida Khanam · 1m 00s · at 58:51 · https://youtu.be/RQZchtP6uRg?t=3531</w:t>
      </w:r>
    </w:p>
    <w:p>
      <w:r>
        <w:rPr>
          <w:i/>
        </w:rPr>
        <w:t>“The question is not provided in the intro; only the asker's name and location are mentioned.”</w:t>
      </w:r>
    </w:p>
    <w:p>
      <w:r>
        <w:rPr>
          <w:sz w:val="20"/>
        </w:rPr>
        <w:t>58:51  yeh bheja hai muhammad mustafa sahab ne. unhone location nahi likhi hai. unka sawal hai:</w:t>
      </w:r>
    </w:p>
    <w:p>
      <w:pPr>
        <w:pStyle w:val="Heading2"/>
      </w:pPr>
      <w:r>
        <w:t>Re-engineering of minds in Turkey after Ataturk</w:t>
      </w:r>
    </w:p>
    <w:p>
      <w:r>
        <w:rPr>
          <w:color w:val="666666"/>
          <w:sz w:val="18"/>
        </w:rPr>
        <w:t>Other · The Problem of Intellectual Stagnation May 13, 2012 · 1m 01s · at 1:08:40 · https://youtu.be/Qi5BZlv-Vog?t=4120</w:t>
      </w:r>
    </w:p>
    <w:p>
      <w:r>
        <w:rPr>
          <w:i/>
        </w:rPr>
        <w:t>“After shock treatment by Ataturk, were any efforts made for re-engineering of minds in Turkey? Kindly comment.”</w:t>
      </w:r>
    </w:p>
    <w:p>
      <w:r>
        <w:rPr>
          <w:sz w:val="20"/>
        </w:rPr>
        <w:t>1:08:40  riwaj. Maulana, agla sawal miss naghma siddiqui ka hai dilli se.</w:t>
      </w:r>
      <w:r>
        <w:br/>
      </w:r>
      <w:r>
        <w:rPr>
          <w:sz w:val="20"/>
        </w:rPr>
        <w:t>1:08:47  unhon ne likha hai ke "aftershock treatment by Ata Turk, were any efforts made for re-engineering of minds in Turkey?" Kindly comment.</w:t>
      </w:r>
      <w:r>
        <w:br/>
      </w:r>
      <w:r>
        <w:rPr>
          <w:sz w:val="20"/>
        </w:rPr>
        <w:t>1:09:00  partially, mere ilm mein partially hua hai.</w:t>
      </w:r>
      <w:r>
        <w:br/>
      </w:r>
      <w:r>
        <w:rPr>
          <w:sz w:val="20"/>
        </w:rPr>
        <w:t>1:09:04  jaisa ke hamaray mission mein ho raha hai, waisa nahi hua hai. Maslan fethullah guelen sahib jo hain, woh partially woh kaam kar rahay hain aur syed nursi ne partially yeh kaam kiya.</w:t>
      </w:r>
      <w:r>
        <w:br/>
      </w:r>
      <w:r>
        <w:rPr>
          <w:sz w:val="20"/>
        </w:rPr>
        <w:t>1:09:18  lekin un ki ideology hoti hai, woh itni clear nahi hai jitni ideology hamaray haan clear hai. Hamaray haan Allah ke fazal se bohat hi bohat hi clear ideology hai is moamlay mein,</w:t>
      </w:r>
      <w:r>
        <w:br/>
      </w:r>
      <w:r>
        <w:rPr>
          <w:sz w:val="20"/>
        </w:rPr>
        <w:t>1:09:31  yani ideology of re engineering. Wahan itni clear nahi hai, lekin beharhal unhon ne is maidan mein kaam kiya hai.</w:t>
      </w:r>
    </w:p>
    <w:p>
      <w:pPr>
        <w:pStyle w:val="Heading2"/>
      </w:pPr>
      <w:r>
        <w:t>Reason for Muhammad bin Qasim's arrival</w:t>
      </w:r>
    </w:p>
    <w:p>
      <w:r>
        <w:rPr>
          <w:color w:val="666666"/>
          <w:sz w:val="18"/>
        </w:rPr>
        <w:t>Other · Eid-al-Azha I October 13, 2013 · 38s · at 1:15:47 · https://youtu.be/oy7zn-uODcU?t=4547</w:t>
      </w:r>
    </w:p>
    <w:p>
      <w:r>
        <w:rPr>
          <w:i/>
        </w:rPr>
        <w:t>“What was the reason behind the arrival of Muhammad bin Qasim to India? Was it for political reason or dawah reason? Please explain. I have written about this, where have you written?”</w:t>
      </w:r>
    </w:p>
    <w:p>
      <w:r>
        <w:rPr>
          <w:sz w:val="20"/>
        </w:rPr>
        <w:t>1:15:47  de molana agla sawal dhahra dhoun se aaya hai syed tabish sahab ka unhone likha hai what</w:t>
      </w:r>
      <w:r>
        <w:br/>
      </w:r>
      <w:r>
        <w:rPr>
          <w:sz w:val="20"/>
        </w:rPr>
        <w:t>1:15:54  was the reason behind the arrival of Muhammad bin Qasim to India? Was it for political reason or</w:t>
      </w:r>
      <w:r>
        <w:br/>
      </w:r>
      <w:r>
        <w:rPr>
          <w:sz w:val="20"/>
        </w:rPr>
        <w:t>1:16:02  daawa reason please explain is ke bare mein maine likha hai aap ke paas kahan likha hai</w:t>
      </w:r>
      <w:r>
        <w:br/>
      </w:r>
      <w:r>
        <w:rPr>
          <w:sz w:val="20"/>
        </w:rPr>
        <w:t>1:16:10  mein islam mein hai haan islam mein aap meri kitaab padh lijiye is kitaab ka naam hai islam</w:t>
      </w:r>
      <w:r>
        <w:br/>
      </w:r>
      <w:r>
        <w:rPr>
          <w:sz w:val="20"/>
        </w:rPr>
        <w:t>1:16:18  al islam yeh kitaab aap ko mil jayegi kahin bhi is mein is ka jawab aap ko mil</w:t>
      </w:r>
    </w:p>
    <w:p>
      <w:pPr>
        <w:pStyle w:val="Heading2"/>
      </w:pPr>
      <w:r>
        <w:t>Recommended Books for Learning Islam</w:t>
      </w:r>
    </w:p>
    <w:p>
      <w:r>
        <w:rPr>
          <w:color w:val="666666"/>
          <w:sz w:val="18"/>
        </w:rPr>
        <w:t>Other · Material Science and Spiritual Science 20 May 2012 · 1m 54s · at 1:24:03 · https://youtu.be/4K6CxjThlxQ?t=5043</w:t>
      </w:r>
    </w:p>
    <w:p>
      <w:r>
        <w:rPr>
          <w:i/>
        </w:rPr>
        <w:t>“To read and learn the correct Islam, besides the Quran, which other books should I read? Please give me names of such books.”</w:t>
      </w:r>
    </w:p>
    <w:p>
      <w:r>
        <w:rPr>
          <w:sz w:val="20"/>
        </w:rPr>
        <w:t>1:24:03  Maulana agla sawal Delhi se hai Mr Mazhar</w:t>
      </w:r>
      <w:r>
        <w:br/>
      </w:r>
      <w:r>
        <w:rPr>
          <w:sz w:val="20"/>
        </w:rPr>
        <w:t>1:24:06  sahib ka unhon ne likha hai ke sahi islam ko padhne aur seekhne ke liye mujhe quran ke</w:t>
      </w:r>
      <w:r>
        <w:br/>
      </w:r>
      <w:r>
        <w:rPr>
          <w:sz w:val="20"/>
        </w:rPr>
        <w:t>1:24:12  alawa aur kon si kitaben padhni chahiye mujhe aisi kitabon ke naam bataiye kitab ka naam hum nahi</w:t>
      </w:r>
      <w:r>
        <w:br/>
      </w:r>
      <w:r>
        <w:rPr>
          <w:sz w:val="20"/>
        </w:rPr>
        <w:t>1:24:19  bata sakte ap khud kitabon ka jaan samjhiye</w:t>
      </w:r>
      <w:r>
        <w:br/>
      </w:r>
      <w:r>
        <w:rPr>
          <w:sz w:val="20"/>
        </w:rPr>
        <w:t>1:24:24  humein batane se nahi kaho ke ap wahi padhne lagen jo pooche mera tajurba hai ke wo sirf</w:t>
      </w:r>
      <w:r>
        <w:br/>
      </w:r>
      <w:r>
        <w:rPr>
          <w:sz w:val="20"/>
        </w:rPr>
        <w:t>1:24:30  pochta hai bas agar mein keh doon to ke ap aisa karen ke bas jo maine keh</w:t>
      </w:r>
      <w:r>
        <w:br/>
      </w:r>
      <w:r>
        <w:rPr>
          <w:sz w:val="20"/>
        </w:rPr>
        <w:t>1:24:34  diya usi ko pakad lenge ap</w:t>
      </w:r>
      <w:r>
        <w:br/>
      </w:r>
      <w:r>
        <w:rPr>
          <w:sz w:val="20"/>
        </w:rPr>
        <w:t>1:24:37  aisa nahi hota hai haan agar aap yeh kahein ke jo baat jo naam bata denge bas wahi padhoon ga main kuch aur usi baat nahi padhoon ga tab main pata hoga naam yani agar poochne wala yeh kahe ke mujhe to bas wahi kitab padhna hai jo aap bata dein to us ke liye phir doosra question karein woh yeh yeh yeh yeh yani matlab yeh yeh wada karte hue ke mujhe wahi kitab padhna hai jo aap bata dein baqi koi padhni nahi hai tab main inshallah naam bata</w:t>
      </w:r>
      <w:r>
        <w:br/>
      </w:r>
      <w:r>
        <w:rPr>
          <w:sz w:val="20"/>
        </w:rPr>
        <w:t>1:25:07  oonga aisa nahi naam nahi batata main Maulana yeh abhi abhi comment aaya hai Doha Qatar se Maulana Abdul Basit Umri sahab ka unhon ne likha hai ke Maulana beshak Alrisala padhne se pehle main dil hi ko ghaur aur fikr ka zariya samajhta tha</w:t>
      </w:r>
      <w:r>
        <w:br/>
      </w:r>
      <w:r>
        <w:rPr>
          <w:sz w:val="20"/>
        </w:rPr>
        <w:t>1:25:25  jab risala mein yeh padha ke dil ka kaam sirf blood pumping hai to mein kai mahine tak</w:t>
      </w:r>
      <w:r>
        <w:br/>
      </w:r>
      <w:r>
        <w:rPr>
          <w:sz w:val="20"/>
        </w:rPr>
        <w:t>1:25:33  is baat ko qabool nahi kar saka kyunke ulama mabni bhar qalb soch ke reference mein hadith pesh</w:t>
      </w:r>
      <w:r>
        <w:br/>
      </w:r>
      <w:r>
        <w:rPr>
          <w:sz w:val="20"/>
        </w:rPr>
        <w:t>1:25:41  karte the is bare mein mein allah se bohat zyada mein ne allah se bohat zyada dua bhi</w:t>
      </w:r>
      <w:r>
        <w:br/>
      </w:r>
      <w:r>
        <w:rPr>
          <w:sz w:val="20"/>
        </w:rPr>
        <w:t>1:25:46  ki ab allah ke fazl se mind base thinking hi ko sahi samajhta hoon masha allah</w:t>
      </w:r>
    </w:p>
    <w:p>
      <w:pPr>
        <w:pStyle w:val="Heading2"/>
      </w:pPr>
      <w:r>
        <w:t>Request to recite a poem from youth</w:t>
      </w:r>
    </w:p>
    <w:p>
      <w:r>
        <w:rPr>
          <w:color w:val="666666"/>
          <w:sz w:val="18"/>
        </w:rPr>
        <w:t>Other · Self Correction November 09, 2014 · 40s · at 1:14:21 · https://youtu.be/EgAukdSfGRU?t=4461</w:t>
      </w:r>
    </w:p>
    <w:p>
      <w:r>
        <w:rPr>
          <w:i/>
        </w:rPr>
        <w:t>“In today's session it came to light that you were also a poet. Can you recite any of your poems from that time?”</w:t>
      </w:r>
    </w:p>
    <w:p>
      <w:r>
        <w:rPr>
          <w:sz w:val="20"/>
        </w:rPr>
        <w:t>1:14:21  Maulana, inka ek aur sawal hai. Unhone likha hai ke aaj ke session mein maloom hua ke aap shayar bhi rahe hain.</w:t>
      </w:r>
      <w:r>
        <w:br/>
      </w:r>
      <w:r>
        <w:rPr>
          <w:sz w:val="20"/>
        </w:rPr>
        <w:t>1:14:28  kya is daur ka apna koi sher arz kar sakte hain? Maine yeh to nahi kaha ke main shayar tha. Shayari karta tha yeh kaam mein.</w:t>
      </w:r>
      <w:r>
        <w:br/>
      </w:r>
      <w:r>
        <w:rPr>
          <w:sz w:val="20"/>
        </w:rPr>
        <w:t>1:14:37  shayar hona ek profession hai. Lekin jo sher o shayari is zamane mein, hamari naujawani ke zamane mein aam tha, har aadmi sher o shayari karta tha.</w:t>
      </w:r>
      <w:r>
        <w:br/>
      </w:r>
      <w:r>
        <w:rPr>
          <w:sz w:val="20"/>
        </w:rPr>
        <w:t>1:14:47  to woh is mein bhi kuch karta tha. Baqi main mushaire mein sher padhna, yeh usko kaam mein ne nahi kiya kabhi.</w:t>
      </w:r>
    </w:p>
    <w:p>
      <w:pPr>
        <w:pStyle w:val="Heading2"/>
      </w:pPr>
      <w:r>
        <w:t>Right age and level for marriage for a student</w:t>
      </w:r>
    </w:p>
    <w:p>
      <w:r>
        <w:rPr>
          <w:color w:val="666666"/>
          <w:sz w:val="18"/>
        </w:rPr>
        <w:t>Other · Present Day Muslims Jan 13, 2013 · 45s · at 1:36:18 · https://youtu.be/CVcbWVYitog?t=5778</w:t>
      </w:r>
    </w:p>
    <w:p>
      <w:r>
        <w:rPr>
          <w:i/>
        </w:rPr>
        <w:t>“What is the right age for marriage and at what level should one marry? I am a student, currently not employed. I am 27 years old. Can I get married?”</w:t>
      </w:r>
    </w:p>
    <w:p>
      <w:r>
        <w:rPr>
          <w:sz w:val="20"/>
        </w:rPr>
        <w:t>1:36:18  koi firqe ka rang un ke zehan par na ho. bas yeh yeh meri rai hai. Maulana, agla sawal Ah Shurapur, Karnataka se hai,</w:t>
      </w:r>
      <w:r>
        <w:br/>
      </w:r>
      <w:r>
        <w:rPr>
          <w:sz w:val="20"/>
        </w:rPr>
        <w:t>1:36:32  Mahboob ul Hassan sahib ka, jo ek Student hain. unhon ne poocha hai aap se ke Maulana sahib, shadi karne ki sahi umar kya hai aur kis satah par shadi karni chahiye?</w:t>
      </w:r>
      <w:r>
        <w:br/>
      </w:r>
      <w:r>
        <w:rPr>
          <w:sz w:val="20"/>
        </w:rPr>
        <w:t>1:36:44  main ek Student hoon, fi waqt main kisi kaam par nahi hoon. meri umar 27 saal hai. kya main shadi kar sakta hoon?</w:t>
      </w:r>
      <w:r>
        <w:br/>
      </w:r>
      <w:r>
        <w:rPr>
          <w:sz w:val="20"/>
        </w:rPr>
        <w:t>1:36:53  yeh sab baaten aap ki Family jaane, apni Family se poochhiye. yahan se main nahi kuch bata sakta.</w:t>
      </w:r>
      <w:r>
        <w:br/>
      </w:r>
      <w:r>
        <w:rPr>
          <w:sz w:val="20"/>
        </w:rPr>
        <w:t>1:36:59  yeh baaton ka talluq aap ki Family se hai.</w:t>
      </w:r>
    </w:p>
    <w:p>
      <w:pPr>
        <w:pStyle w:val="Heading2"/>
      </w:pPr>
      <w:r>
        <w:t>Stoning Punishment in Islam</w:t>
      </w:r>
    </w:p>
    <w:p>
      <w:r>
        <w:rPr>
          <w:color w:val="666666"/>
          <w:sz w:val="18"/>
        </w:rPr>
        <w:t>Other · Eid-al-Azha I October 13, 2013 · 1m 24s · at 55:20 · https://youtu.be/oy7zn-uODcU?t=3320</w:t>
      </w:r>
    </w:p>
    <w:p>
      <w:r>
        <w:rPr>
          <w:i/>
        </w:rPr>
        <w:t>“Does Islam have a punishment like stoning (rajm)? If yes, what is its reference? Please explain.”</w:t>
      </w:r>
    </w:p>
    <w:p>
      <w:r>
        <w:rPr>
          <w:sz w:val="20"/>
        </w:rPr>
        <w:t>55:20  of this human nature maulana agla sawal bangalore se hai miss arbeen bano ka unhon ne likha hai</w:t>
      </w:r>
      <w:r>
        <w:br/>
      </w:r>
      <w:r>
        <w:rPr>
          <w:sz w:val="20"/>
        </w:rPr>
        <w:t>55:28  maulana kya islam mein rajam jaisi saza hai agar hai to is ka reference kya hai is ke</w:t>
      </w:r>
      <w:r>
        <w:br/>
      </w:r>
      <w:r>
        <w:rPr>
          <w:sz w:val="20"/>
        </w:rPr>
        <w:t>55:36  bare mein batayen dekhen hum yahan pe discuss nahi karenge agar aap chahte hain detail mein parhna</w:t>
      </w:r>
      <w:r>
        <w:br/>
      </w:r>
      <w:r>
        <w:rPr>
          <w:sz w:val="20"/>
        </w:rPr>
        <w:t>55:43  to ek kitab hai woh hai maulana inayatullah subhani ki bahut bahut hi tehqeeqi kitab hai is</w:t>
      </w:r>
      <w:r>
        <w:br/>
      </w:r>
      <w:r>
        <w:rPr>
          <w:sz w:val="20"/>
        </w:rPr>
        <w:t>55:51  kitab ka naam hai kya naam hai is kitab ka haqeeqat rajam hain haqeeqat rajam haqeeqat rajam woh</w:t>
      </w:r>
      <w:r>
        <w:br/>
      </w:r>
      <w:r>
        <w:rPr>
          <w:sz w:val="20"/>
        </w:rPr>
        <w:t>55:59  moti si kitab hai is is nail ki sari maloomat is ke andar hain to is ko aap</w:t>
      </w:r>
      <w:r>
        <w:br/>
      </w:r>
      <w:r>
        <w:rPr>
          <w:sz w:val="20"/>
        </w:rPr>
        <w:t>56:06  parh lijiyye maulana inayatullah subhani kitab ka naam hai haqeeqat rajam mein ne arz kar diya ke</w:t>
      </w:r>
      <w:r>
        <w:br/>
      </w:r>
      <w:r>
        <w:rPr>
          <w:sz w:val="20"/>
        </w:rPr>
        <w:t>56:14  yahan hum fiqhi sawalat par guftagu nahi karte hamara hamara jo yeh class hota hai woh fiqhi sawalat</w:t>
      </w:r>
      <w:r>
        <w:br/>
      </w:r>
      <w:r>
        <w:rPr>
          <w:sz w:val="20"/>
        </w:rPr>
        <w:t>56:22  ke liye nahi hota hai fiqhi sawalat qaumi sawalat saahi sawalat is ke liye nahi hota yani fiqhi</w:t>
      </w:r>
      <w:r>
        <w:br/>
      </w:r>
      <w:r>
        <w:rPr>
          <w:sz w:val="20"/>
        </w:rPr>
        <w:t>56:30  siyasi aur duniyawi sawalat aur mili sawalat is ke liye nahi hota yeh yeh hota hai sirf dawat</w:t>
      </w:r>
      <w:r>
        <w:br/>
      </w:r>
      <w:r>
        <w:rPr>
          <w:sz w:val="20"/>
        </w:rPr>
        <w:t>56:37  ke liye baqi aap ko agar dilchaspi hai to is kitab ko parh lijiyye is mein sari detail</w:t>
      </w:r>
    </w:p>
    <w:p>
      <w:pPr>
        <w:pStyle w:val="Heading2"/>
      </w:pPr>
      <w:r>
        <w:t>The Scope of Ijtihad Today</w:t>
      </w:r>
    </w:p>
    <w:p>
      <w:r>
        <w:rPr>
          <w:color w:val="666666"/>
          <w:sz w:val="18"/>
        </w:rPr>
        <w:t>Other · Living in a New Age | March 26, 2017 · 1m 15s · at 1:00:03 · https://youtu.be/iST0AxQscKo?t=3603</w:t>
      </w:r>
    </w:p>
    <w:p>
      <w:r>
        <w:rPr>
          <w:i/>
        </w:rPr>
        <w:t>“How do you see the scope of ijtihad in this time? Is the scope of ijtihad still open as it was before?”</w:t>
      </w:r>
    </w:p>
    <w:p>
      <w:r>
        <w:rPr>
          <w:sz w:val="20"/>
        </w:rPr>
        <w:t>1:00:03  Maulana agla sawal bheja hai Delhi se Muhammad Shabbir sahib ne.</w:t>
      </w:r>
      <w:r>
        <w:br/>
      </w:r>
      <w:r>
        <w:rPr>
          <w:sz w:val="20"/>
        </w:rPr>
        <w:t>1:00:09  Unhon ne likha hai how do you see the scope of ijtihad in this time? Is the scope</w:t>
      </w:r>
      <w:r>
        <w:br/>
      </w:r>
      <w:r>
        <w:rPr>
          <w:sz w:val="20"/>
        </w:rPr>
        <w:t>1:00:15  of ijtihad still open as it</w:t>
      </w:r>
      <w:r>
        <w:br/>
      </w:r>
      <w:r>
        <w:rPr>
          <w:sz w:val="20"/>
        </w:rPr>
        <w:t>1:00:21  is in the early stages of islam? if it is opened what about the authenticity of the literature? the authenticity has lost with the loss of so many hadith. dekhiye ijtihad toh rasool allah ke zamane mein bhi jaari tha. ijtihad koi aisi cheez nahi koi koi koi il</w:t>
      </w:r>
      <w:r>
        <w:br/>
      </w:r>
      <w:r>
        <w:rPr>
          <w:sz w:val="20"/>
        </w:rPr>
        <w:t>1:00:51  G cheez.</w:t>
      </w:r>
      <w:r>
        <w:br/>
      </w:r>
      <w:r>
        <w:rPr>
          <w:sz w:val="20"/>
        </w:rPr>
        <w:t>1:00:53  Rasool Allah ke zamane mein bhi ijtihad jari tha.</w:t>
      </w:r>
      <w:r>
        <w:br/>
      </w:r>
      <w:r>
        <w:rPr>
          <w:sz w:val="20"/>
        </w:rPr>
        <w:t>1:00:56  Main ne likhi kitab parh lijiye aap.</w:t>
      </w:r>
      <w:r>
        <w:br/>
      </w:r>
      <w:r>
        <w:rPr>
          <w:sz w:val="20"/>
        </w:rPr>
        <w:t>1:00:59  Fikr Islami aur Tajdeeduddin.</w:t>
      </w:r>
      <w:r>
        <w:br/>
      </w:r>
      <w:r>
        <w:rPr>
          <w:sz w:val="20"/>
        </w:rPr>
        <w:t>1:01:01  Ijtihad to zindagi ka part hai.</w:t>
      </w:r>
      <w:r>
        <w:br/>
      </w:r>
      <w:r>
        <w:rPr>
          <w:sz w:val="20"/>
        </w:rPr>
        <w:t>1:01:04  Woh to rahega maza rahega.</w:t>
      </w:r>
      <w:r>
        <w:br/>
      </w:r>
      <w:r>
        <w:rPr>
          <w:sz w:val="20"/>
        </w:rPr>
        <w:t>1:01:07  Rasool Allah zinda the aur tab bhi ijtihad hota tha.</w:t>
      </w:r>
      <w:r>
        <w:br/>
      </w:r>
      <w:r>
        <w:rPr>
          <w:sz w:val="20"/>
        </w:rPr>
        <w:t>1:01:10  Main ne aik do kitabein parhin aap.</w:t>
      </w:r>
      <w:r>
        <w:br/>
      </w:r>
      <w:r>
        <w:rPr>
          <w:sz w:val="20"/>
        </w:rPr>
        <w:t>1:01:12  Balkay teen kitabein.</w:t>
      </w:r>
      <w:r>
        <w:br/>
      </w:r>
      <w:r>
        <w:rPr>
          <w:sz w:val="20"/>
        </w:rPr>
        <w:t>1:01:15  Tajdeeduddin Fikr Islami aur Ijtihadi Masail.</w:t>
      </w:r>
    </w:p>
    <w:p>
      <w:pPr>
        <w:pStyle w:val="Heading2"/>
      </w:pPr>
      <w:r>
        <w:t>USA protecting Saudi Arabia</w:t>
      </w:r>
    </w:p>
    <w:p>
      <w:r>
        <w:rPr>
          <w:color w:val="666666"/>
          <w:sz w:val="18"/>
        </w:rPr>
        <w:t>Other · Living In Falsehood I December 15, 2013 · 30s · at 1:08:31 · https://youtu.be/yD-ZtvlrFDw?t=4111</w:t>
      </w:r>
    </w:p>
    <w:p>
      <w:r>
        <w:rPr>
          <w:i/>
        </w:rPr>
        <w:t>“Is it not a fact that by the grace of Allah USA is protecting Saudi Arabia?”</w:t>
      </w:r>
    </w:p>
    <w:p>
      <w:r>
        <w:rPr>
          <w:sz w:val="20"/>
        </w:rPr>
        <w:t>1:08:31  maulana, in ka aik aur sawal hai, unhon ne likha hai: "maulana, is it not a fact that</w:t>
      </w:r>
      <w:r>
        <w:br/>
      </w:r>
      <w:r>
        <w:rPr>
          <w:sz w:val="20"/>
        </w:rPr>
        <w:t>1:08:39  by the grace of allah usa is protecting saudi arabia?" dekhein, yeh aik political question hai,</w:t>
      </w:r>
      <w:r>
        <w:br/>
      </w:r>
      <w:r>
        <w:rPr>
          <w:sz w:val="20"/>
        </w:rPr>
        <w:t>1:08:46  is mein aap mein aap kuch nahi kahen ge.</w:t>
      </w:r>
      <w:r>
        <w:br/>
      </w:r>
      <w:r>
        <w:rPr>
          <w:sz w:val="20"/>
        </w:rPr>
        <w:t>1:08:50  political sawalat par mein apne office mein baat karta hoon, lekin yahan jo sawalat hain, woh sab political</w:t>
      </w:r>
      <w:r>
        <w:br/>
      </w:r>
      <w:r>
        <w:rPr>
          <w:sz w:val="20"/>
        </w:rPr>
        <w:t>1:08:58  sawalat to hum discuss nahi karte yahan par.</w:t>
      </w:r>
    </w:p>
    <w:p>
      <w:pPr>
        <w:pStyle w:val="Heading2"/>
      </w:pPr>
      <w:r>
        <w:t>Why Muslims abandoned science after early period</w:t>
      </w:r>
    </w:p>
    <w:p>
      <w:r>
        <w:rPr>
          <w:color w:val="666666"/>
          <w:sz w:val="18"/>
        </w:rPr>
        <w:t>Other · God Particle July 8, 2012 · 51s · at 1:16:36 · https://youtu.be/30Ulu10c2nA?t=4596</w:t>
      </w:r>
    </w:p>
    <w:p>
      <w:r>
        <w:rPr>
          <w:i/>
        </w:rPr>
        <w:t>“In your book 'Islam: The Creator of the Modern Age', you showed with historical references that science was started by early Muslims. Then why did later Muslims abandon science? Please explain.”</w:t>
      </w:r>
    </w:p>
    <w:p>
      <w:r>
        <w:rPr>
          <w:sz w:val="20"/>
        </w:rPr>
        <w:t>1:16:36  Toosam paida kijiye apne andar. Maulana, agla sawal Delhi se hai Maulana Sharq Hussain Sahab ka.</w:t>
      </w:r>
      <w:r>
        <w:br/>
      </w:r>
      <w:r>
        <w:rPr>
          <w:sz w:val="20"/>
        </w:rPr>
        <w:t>1:16:43  Unhone likha hai: "Aap ne apni kitaab Islam Islam Daur Jadeed ka Khaliq mein tareekhi reference ke saath dikhaya hai ke science ka aaghaz Daur Awwal ke Musalmanon ne kiya,</w:t>
      </w:r>
      <w:r>
        <w:br/>
      </w:r>
      <w:r>
        <w:rPr>
          <w:sz w:val="20"/>
        </w:rPr>
        <w:t>1:16:57  Phir baad ko Musalmanon ne science ko chhod kyu diya?" Is ke baray mein bataein. Main ne yeh nahi kaha ke Daur Awwal ko Musalmanon ne kiya, yeh main ne nahi likha.</w:t>
      </w:r>
      <w:r>
        <w:br/>
      </w:r>
      <w:r>
        <w:rPr>
          <w:sz w:val="20"/>
        </w:rPr>
        <w:t>1:17:07  Yeh yeh jumla mera nahi hai.</w:t>
      </w:r>
      <w:r>
        <w:br/>
      </w:r>
      <w:r>
        <w:rPr>
          <w:sz w:val="20"/>
        </w:rPr>
        <w:t>1:17:10  Daur Awwal ko Musalmanon ne science ka aaghaz kiya, yeh mera jumla nahi hai. Main kaha tha: "Phir se aap padhiye is ko aur sahi alfaaz mein sawal kijiye." Yeh sahi alfaaz nahi hain, yeh sahi alfaaz nahi hain ke Daur Awwal ke Musalmanon ne science ka aaghaz kiya, yeh main ne nahi likha.</w:t>
      </w:r>
    </w:p>
    <w:p>
      <w:pPr>
        <w:pStyle w:val="Heading2"/>
      </w:pPr>
      <w:r>
        <w:t>Why scientific interpretation of religion?</w:t>
      </w:r>
    </w:p>
    <w:p>
      <w:r>
        <w:rPr>
          <w:color w:val="666666"/>
          <w:sz w:val="18"/>
        </w:rPr>
        <w:t>Other · Quran A Miracle June 01, 2014 · 1m 22s · at 1:01:00 · https://youtu.be/8KM3lDsj4PY?t=3660</w:t>
      </w:r>
    </w:p>
    <w:p>
      <w:r>
        <w:rPr>
          <w:i/>
        </w:rPr>
        <w:t>“The political interpretation of religion is not correct. The juristic interpretation is not correct, etc. So why can the scientific interpretation of religion be correct when scientific theories keep changing?”</w:t>
      </w:r>
    </w:p>
    <w:p>
      <w:r>
        <w:rPr>
          <w:sz w:val="20"/>
        </w:rPr>
        <w:t>1:01:00  maulana agla sawal dilli se kiya hai jameel akhtar sahab ne. unhon ne likha hai ke deen ki siyasi taabeer sahi nahi.</w:t>
      </w:r>
      <w:r>
        <w:br/>
      </w:r>
      <w:r>
        <w:rPr>
          <w:sz w:val="20"/>
        </w:rPr>
        <w:t>1:01:11  deen ki fiqhi taabeer sahi nahi waghera. to deen ki sainsi taabeer kyon sahi ho sakti hai jabke sainsi nazariyat badalte rahe hain?</w:t>
      </w:r>
      <w:r>
        <w:br/>
      </w:r>
      <w:r>
        <w:rPr>
          <w:sz w:val="20"/>
        </w:rPr>
        <w:t>1:01:24  dekhiye deen ki siyasi taabeer ka main to qail hoon nahi. un se poochein jo deen ki sainsi taabeer karna chahte hain. maine to kabhi nahi kaha.</w:t>
      </w:r>
      <w:r>
        <w:br/>
      </w:r>
      <w:r>
        <w:rPr>
          <w:sz w:val="20"/>
        </w:rPr>
        <w:t>1:01:34  maine kabhi bhi nahi kaha ke islam ka scientific interpretation karna hai. sainsi taabeer karna hai. science yaad rakhiye hum ko data deti hai data interpretation nahi deti hai.</w:t>
      </w:r>
      <w:r>
        <w:br/>
      </w:r>
      <w:r>
        <w:rPr>
          <w:sz w:val="20"/>
        </w:rPr>
        <w:t>1:01:49  interpretation ek alag cheez hai data ek alag cheez hai. science hum ko data deti hai jis se hum quran ki bohat si aayaton ko mazeed tafseel ke sath samajh sakte hain.</w:t>
      </w:r>
      <w:r>
        <w:br/>
      </w:r>
      <w:r>
        <w:rPr>
          <w:sz w:val="20"/>
        </w:rPr>
        <w:t>1:02:01  aur yeh maine apni kitabon mein likha hai apni padh li jiye. ke kis tarah science ka data hamare liye karamad hai.</w:t>
      </w:r>
      <w:r>
        <w:br/>
      </w:r>
      <w:r>
        <w:rPr>
          <w:sz w:val="20"/>
        </w:rPr>
        <w:t>1:02:10  baqi science yaani sainsi taabeer islam ki jo is ka qail ho us se poochein main to is ka qail hoon nahi.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