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286 questions · category Quran &amp; Tafsir · full transcripts with timestamps · exported 2026-09-22</w:t>
      </w:r>
    </w:p>
    <w:p>
      <w:pPr>
        <w:pStyle w:val="Heading2"/>
      </w:pPr>
      <w:r>
        <w:t>Addressing translation errors in Quran distribution</w:t>
      </w:r>
    </w:p>
    <w:p>
      <w:r>
        <w:rPr>
          <w:color w:val="666666"/>
          <w:sz w:val="18"/>
        </w:rPr>
        <w:t>Quran &amp; Tafsir · Roza (Fasting) Shock May 26, 2019 · 2m 58s · at 28:21 · https://youtu.be/GXYhGriFRpM?t=1701</w:t>
      </w:r>
    </w:p>
    <w:p>
      <w:r>
        <w:rPr>
          <w:i/>
        </w:rPr>
        <w:t>“When we print Quran translations, if somewhere there is a mistake due to human error in the translation due to following a certain interpretation, because of that, the people who take Quran from us for distribution leave us. How can we address them? Tell about this.”</w:t>
      </w:r>
    </w:p>
    <w:p>
      <w:r>
        <w:rPr>
          <w:sz w:val="20"/>
        </w:rPr>
        <w:t>28:21  Allah." Maulana, agla sawal bheja hai Bilal Shafee Sahab ne Itanagar se. Unhone likha hai: "Hum jo Quran translation print karte hain, is mein agar kahin koi translation mein human error ki wajah se mistake pai jati hai,</w:t>
      </w:r>
      <w:r>
        <w:br/>
      </w:r>
      <w:r>
        <w:rPr>
          <w:sz w:val="20"/>
        </w:rPr>
        <w:t>28:38  due to following a certain interpretation, to is ki wajah se log jo hum se Quran le kar distribute karte hain, woh humara saath chhod dete hain.</w:t>
      </w:r>
      <w:r>
        <w:br/>
      </w:r>
      <w:r>
        <w:rPr>
          <w:sz w:val="20"/>
        </w:rPr>
        <w:t>28:49  Hum un ko kaise address kar sakte hain? Is ke bare mein bata</w:t>
      </w:r>
      <w:r>
        <w:br/>
      </w:r>
      <w:r>
        <w:rPr>
          <w:sz w:val="20"/>
        </w:rPr>
        <w:t>28:54  ayein. Bhai, koi ghalati ab tak to mere ilm mein nahi aayi hai. Yeh log shosha shosha ko ghalati samajh lete hain. To shosha to har cheez mein Quran mein, present Quran mein bhi shosha maujood hai.</w:t>
      </w:r>
      <w:r>
        <w:br/>
      </w:r>
      <w:r>
        <w:rPr>
          <w:sz w:val="20"/>
        </w:rPr>
        <w:t>29:06  In ko logon ne istemal kiya hai. Har cheez mein shosha hai. To shosha aur ghalati mein farq hai. Mere nazdeek hamara jo Quran chhap raha hai, to koi ghalati ki baat nahi hai,</w:t>
      </w:r>
      <w:r>
        <w:br/>
      </w:r>
      <w:r>
        <w:rPr>
          <w:sz w:val="20"/>
        </w:rPr>
        <w:t>29:20  sirf jhoota propaganda hai.</w:t>
      </w:r>
      <w:r>
        <w:br/>
      </w:r>
      <w:r>
        <w:rPr>
          <w:sz w:val="20"/>
        </w:rPr>
        <w:t>29:25  Ab tak mere ilm mein to koi aisi ghalati aayi nahi hai.</w:t>
      </w:r>
      <w:r>
        <w:br/>
      </w:r>
      <w:r>
        <w:rPr>
          <w:sz w:val="20"/>
        </w:rPr>
        <w:t>29:31  Misal ke taur par, ek samne nikala tha ke kisi tarjume mein</w:t>
      </w:r>
      <w:r>
        <w:br/>
      </w:r>
      <w:r>
        <w:rPr>
          <w:sz w:val="20"/>
        </w:rPr>
        <w:t>29:40  wa ki jagah comma likh gaya tha, to bas ghalati. Yeh ghalati koi hai? Yeh koi ghalati hai? Aisi ghalati to is mein bhi nikal aayegi jo sabit aur jo Sahabi ne jama kiya tha aur nikale yeh logon ne.</w:t>
      </w:r>
      <w:r>
        <w:br/>
      </w:r>
      <w:r>
        <w:rPr>
          <w:sz w:val="20"/>
        </w:rPr>
        <w:t>29:55  Yeh sab bekar baatein hain. Jab tak positive soch na ho, aadmi jaan hi nahi sakta kya ghalati hai, kya sahi hai.</w:t>
      </w:r>
      <w:r>
        <w:br/>
      </w:r>
      <w:r>
        <w:rPr>
          <w:sz w:val="20"/>
        </w:rPr>
        <w:t>30:06  Haan, yeh aasan kaam nahi hai ke yeh jaan jaan na ke kya kya ghalat hai, kya sahi. Is se pehle ek ek cheez honi chahiye, woh hai positive thinking, Allah ka darr.</w:t>
      </w:r>
      <w:r>
        <w:br/>
      </w:r>
      <w:r>
        <w:rPr>
          <w:sz w:val="20"/>
        </w:rPr>
        <w:t>30:18  Allah ka darr na ho to aap har cheez mein, misal ke taur par, ek ek Sahab ne jaante hain, Allah mein ghalati kya nikali hai? Khaliq ki ke Khaliq ne cheezon ke andar kuch zyada bojh rakh diya.</w:t>
      </w:r>
      <w:r>
        <w:br/>
      </w:r>
      <w:r>
        <w:rPr>
          <w:sz w:val="20"/>
        </w:rPr>
        <w:t>30:38  Hum das pound ka bojh le kar chalte hain, thak jate hain to gravity zyada hai. Gravity kam hoti to aisa na hota.</w:t>
      </w:r>
      <w:r>
        <w:br/>
      </w:r>
      <w:r>
        <w:rPr>
          <w:sz w:val="20"/>
        </w:rPr>
        <w:t>30:48  To Khuda ki takhleeq mein ghalati nikal rakhi hai. To yeh is ka matlab nahi ke jo ghalati ka lafz bol de to ghalati pa liya.</w:t>
      </w:r>
      <w:r>
        <w:br/>
      </w:r>
      <w:r>
        <w:rPr>
          <w:sz w:val="20"/>
        </w:rPr>
        <w:t>30:58  Us ne shoshe ko log samajhte hain. Aasan kaam nahi hai keh kar kehna ke yeh ghalat hai, yeh sahi hai. Kisi ne agar hamare tarajum mein koi ghalati nikali hai to woh mere paas bhejein.</w:t>
      </w:r>
      <w:r>
        <w:br/>
      </w:r>
      <w:r>
        <w:rPr>
          <w:sz w:val="20"/>
        </w:rPr>
        <w:t>31:12  woh</w:t>
      </w:r>
    </w:p>
    <w:p>
      <w:pPr>
        <w:pStyle w:val="Heading2"/>
      </w:pPr>
      <w:r>
        <w:t>Advice about an Egyptian who quotes enmity verse</w:t>
      </w:r>
    </w:p>
    <w:p>
      <w:r>
        <w:rPr>
          <w:color w:val="666666"/>
          <w:sz w:val="18"/>
        </w:rPr>
        <w:t>Quran &amp; Tafsir · 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Apparent and inner meaning of Quranic verses</w:t>
      </w:r>
    </w:p>
    <w:p>
      <w:r>
        <w:rPr>
          <w:color w:val="666666"/>
          <w:sz w:val="18"/>
        </w:rPr>
        <w:t>Quran &amp; Tafsir · Realisation of God January 19, 2014 · 1m 33s · at 56:34 · https://youtu.be/uIn3AfDkk6Y?t=3394</w:t>
      </w:r>
    </w:p>
    <w:p>
      <w:r>
        <w:rPr>
          <w:i/>
        </w:rPr>
        <w:t>“A Quranic verse has an apparent meaning and an inner meaning. Please explain this, because a sect called Batinites has emerged in Islam.”</w:t>
      </w:r>
    </w:p>
    <w:p>
      <w:r>
        <w:rPr>
          <w:sz w:val="20"/>
        </w:rPr>
        <w:t>56:34  Maulana, agla sawal lene se pehle aik comment parhna chahenge jo Miss Toti Malhotra ne Delhi se likha hai.</w:t>
      </w:r>
      <w:r>
        <w:br/>
      </w:r>
      <w:r>
        <w:rPr>
          <w:sz w:val="20"/>
        </w:rPr>
        <w:t>56:42  unhon ne likha hai: "Maulana, thank you for showing the right path and making all of us realize the missing link between God and us." Maulana, agla sawal Delhi se hai Jameel Akhtar Khan sahab ka.</w:t>
      </w:r>
      <w:r>
        <w:br/>
      </w:r>
      <w:r>
        <w:rPr>
          <w:sz w:val="20"/>
        </w:rPr>
        <w:t>56:56  unhon ne likha hai: "Quran ki ayat ka aik zahir hai, aik batin hai. is ki wazahat karen kyunke Islam mein aik firqa paida hua, batini batiniyat.</w:t>
      </w:r>
      <w:r>
        <w:br/>
      </w:r>
      <w:r>
        <w:rPr>
          <w:sz w:val="20"/>
        </w:rPr>
        <w:t>57:09  aaj bhi is ayat ki ajeeb o ghareeb taweel ki jati hai." daikhiye, isi ayat ki baat nahi hai. har cheez ki ajeeb o ghareeb taweel hua karti hai.</w:t>
      </w:r>
      <w:r>
        <w:br/>
      </w:r>
      <w:r>
        <w:rPr>
          <w:sz w:val="20"/>
        </w:rPr>
        <w:t>57:21  sooraj ki ajeeb o ghareeb taweel thi ke sooraj jo hai, Khuda hai. to insan ko Allah ne azadi di hai, us ki azadi ko aap chheen nahi sakte. to ajeeb o ghareeb taweel ko bhi chheen nahi sakte aap.</w:t>
      </w:r>
      <w:r>
        <w:br/>
      </w:r>
      <w:r>
        <w:rPr>
          <w:sz w:val="20"/>
        </w:rPr>
        <w:t>57:32  woh to karta rahega har cheez ki ajeeb o ghareeb taweel. kya karenge aap?</w:t>
      </w:r>
      <w:r>
        <w:br/>
      </w:r>
      <w:r>
        <w:rPr>
          <w:sz w:val="20"/>
        </w:rPr>
        <w:t>57:39  ajeeb o ghareeb taweel aik aisi cheez hai jo insan ke apni azadi ko misuse karne ki bina par hoti hai. yeh kisi lafz se mutaliq nahi hai.</w:t>
      </w:r>
      <w:r>
        <w:br/>
      </w:r>
      <w:r>
        <w:rPr>
          <w:sz w:val="20"/>
        </w:rPr>
        <w:t>57:48  woh aur jahan tak is ka talluq hai, is pe bar bar mein risale mein likh chuka hoon. is par yeh yeh jo hadith hai: "lekin ayat muna zahir o batin" to yeh bar bar likh chuka hoon.</w:t>
      </w:r>
      <w:r>
        <w:br/>
      </w:r>
      <w:r>
        <w:rPr>
          <w:sz w:val="20"/>
        </w:rPr>
        <w:t>58:00  yahan bhi bar bar lecture mein yeh baat aa chuki hai. aap is ko parh lijeye.</w:t>
      </w:r>
    </w:p>
    <w:p>
      <w:pPr>
        <w:pStyle w:val="Heading2"/>
      </w:pPr>
      <w:r>
        <w:t>Applying Quran in daily high-pressure job</w:t>
      </w:r>
    </w:p>
    <w:p>
      <w:r>
        <w:rPr>
          <w:color w:val="666666"/>
          <w:sz w:val="18"/>
        </w:rPr>
        <w:t>Quran &amp; Tafsir · Message of the Quran August 20, 2017 · 1m 30s · at 18:12 · https://youtu.be/BrbrZxP37pk?t=1092</w:t>
      </w:r>
    </w:p>
    <w:p>
      <w:r>
        <w:rPr>
          <w:i/>
        </w:rPr>
        <w:t>“How to apply the Quran in my daily life as I have a high-pressure job in Lucknow? Kindly advise me.”</w:t>
      </w:r>
    </w:p>
    <w:p>
      <w:r>
        <w:rPr>
          <w:sz w:val="20"/>
        </w:rPr>
        <w:t>18:12  Maulana, pehla sawal bheja hai Lucknow se Shehzad sahib ne.</w:t>
      </w:r>
      <w:r>
        <w:br/>
      </w:r>
      <w:r>
        <w:rPr>
          <w:sz w:val="20"/>
        </w:rPr>
        <w:t>18:21  unhon ne likha hai: "Maulana sahib, my question is how to apply Quran in my daily life as I have a high pressure job in Lucknow?</w:t>
      </w:r>
      <w:r>
        <w:br/>
      </w:r>
      <w:r>
        <w:rPr>
          <w:sz w:val="20"/>
        </w:rPr>
        <w:t>18:34  Kindly advise me." dekhen, Quran yaani Allah ke deen ko apnana, yeh bohat hi aasan hai,</w:t>
      </w:r>
      <w:r>
        <w:br/>
      </w:r>
      <w:r>
        <w:rPr>
          <w:sz w:val="20"/>
        </w:rPr>
        <w:t>18:48  kyun ke aap jahan bhi hain, aap Allah ko yaad kijiye. jahan bhi hain, aap apne aap ke sath khaliq, khaliq, malik jo hai, hamara shamil kar lijiye.</w:t>
      </w:r>
      <w:r>
        <w:br/>
      </w:r>
      <w:r>
        <w:rPr>
          <w:sz w:val="20"/>
        </w:rPr>
        <w:t>19:02  bas ho gaya. aap ko kisi alag se koi kuch karna nahi hai. dil mein rakhna hai ke ke main kis ne mujhe paida kiya hai,</w:t>
      </w:r>
      <w:r>
        <w:br/>
      </w:r>
      <w:r>
        <w:rPr>
          <w:sz w:val="20"/>
        </w:rPr>
        <w:t>19:16  kaun mujhe sari cheezen de raha hai, kaise main zinda hoon, kaise suraj ki roshni mujhe milti hai, kaise oxygen mujhe milti hai, kaise food mujhe milta hai.</w:t>
      </w:r>
      <w:r>
        <w:br/>
      </w:r>
      <w:r>
        <w:rPr>
          <w:sz w:val="20"/>
        </w:rPr>
        <w:t>19:29  in sab baaton ko aap sochte rahen, yaad karte rahen, aur apna mind is ke mutabiq banate rahen. bas yahi hai, is se zyada kuch nahi hai.</w:t>
      </w:r>
    </w:p>
    <w:p>
      <w:pPr>
        <w:pStyle w:val="Heading2"/>
      </w:pPr>
      <w:r>
        <w:t>Applying the verse of gathering before Allah</w:t>
      </w:r>
    </w:p>
    <w:p>
      <w:r>
        <w:rPr>
          <w:color w:val="666666"/>
          <w:sz w:val="18"/>
        </w:rPr>
        <w:t>Quran &amp; Tafsir · Islam in A New Age March 18, 2012 · 1m 48s · at 57:52 · https://youtu.be/P5hzq_NheY0?t=3472</w:t>
      </w:r>
    </w:p>
    <w:p>
      <w:r>
        <w:rPr>
          <w:i/>
        </w:rPr>
        <w:t>“The Quranic verse whose translation is "Know for sure that you will all be gathered before Allah", how can we bring this verse into our practical life?”</w:t>
      </w:r>
    </w:p>
    <w:p>
      <w:r>
        <w:rPr>
          <w:sz w:val="20"/>
        </w:rPr>
        <w:t>57:52  maulana, yeh sawal aaya hai gulbarga se mr sardar khan sahib ka. unhon ne likha hai ke quran ki ayat jis ka tarjuma yeh hai ke "khoob yaqeen jano ke tum sab log allah ke paas jama hone wale hain",</w:t>
      </w:r>
      <w:r>
        <w:br/>
      </w:r>
      <w:r>
        <w:rPr>
          <w:sz w:val="20"/>
        </w:rPr>
        <w:t>58:11  is ayat ko kis tarah apni amli zindagi mein hum layen?</w:t>
      </w:r>
      <w:r>
        <w:br/>
      </w:r>
      <w:r>
        <w:rPr>
          <w:sz w:val="20"/>
        </w:rPr>
        <w:t>58:17  bas sochiye, main to roz sochta hoon.</w:t>
      </w:r>
      <w:r>
        <w:br/>
      </w:r>
      <w:r>
        <w:rPr>
          <w:sz w:val="20"/>
        </w:rPr>
        <w:t>58:21  sochne se aadmi, yaani</w:t>
      </w:r>
      <w:r>
        <w:br/>
      </w:r>
      <w:r>
        <w:rPr>
          <w:sz w:val="20"/>
        </w:rPr>
        <w:t>58:27  unesco ka ek hai victim violence begins from mind ke tashaddud zehan se shuru hota hai.</w:t>
      </w:r>
      <w:r>
        <w:br/>
      </w:r>
      <w:r>
        <w:rPr>
          <w:sz w:val="20"/>
        </w:rPr>
        <w:t>58:38  to main kahoon ke har cheez zehan se shuru hoti hai. jo kuch aap chahte hain, usi ke liye sochen.</w:t>
      </w:r>
      <w:r>
        <w:br/>
      </w:r>
      <w:r>
        <w:rPr>
          <w:sz w:val="20"/>
        </w:rPr>
        <w:t>58:48  main to roz sochta hoon.</w:t>
      </w:r>
      <w:r>
        <w:br/>
      </w:r>
      <w:r>
        <w:rPr>
          <w:sz w:val="20"/>
        </w:rPr>
        <w:t>58:52  yaani abhi raat ko jab main bistar par gaya to sochne laga ke dekho, mere baap mar gaye, meri maan mar gayi, mere chacha mar gaye, mere bhai mar gaye, mere parosi mar gaye.</w:t>
      </w:r>
      <w:r>
        <w:br/>
      </w:r>
      <w:r>
        <w:rPr>
          <w:sz w:val="20"/>
        </w:rPr>
        <w:t>59:04  ek ek naam le le kar ke. to mujhe bhi marna hai. mujhe bhi allah ke samne hazir hona hai. log sochte nahin, asal baat yeh hai ke</w:t>
      </w:r>
      <w:r>
        <w:br/>
      </w:r>
      <w:r>
        <w:rPr>
          <w:sz w:val="20"/>
        </w:rPr>
        <w:t>59:14  koi purasrar method nahi hai is ka. purasrar method kuch bhi nahi hai. bas sochiye ke ab mujhe marna hai aur marne ke baad Allah ke samne hazir hona hai.</w:t>
      </w:r>
      <w:r>
        <w:br/>
      </w:r>
      <w:r>
        <w:rPr>
          <w:sz w:val="20"/>
        </w:rPr>
        <w:t>59:29  bas yahi ek master formula hai, koi doosra formula nahi, koi technique is ki nahi hai, koi</w:t>
      </w:r>
      <w:r>
        <w:br/>
      </w:r>
      <w:r>
        <w:rPr>
          <w:sz w:val="20"/>
        </w:rPr>
        <w:t>59:37  hargiz nahi hai.</w:t>
      </w:r>
    </w:p>
    <w:p>
      <w:pPr>
        <w:pStyle w:val="Heading2"/>
      </w:pPr>
      <w:r>
        <w:t>Are Quranic mentions of Jews time-bound?</w:t>
      </w:r>
    </w:p>
    <w:p>
      <w:r>
        <w:rPr>
          <w:color w:val="666666"/>
          <w:sz w:val="18"/>
        </w:rPr>
        <w:t>Quran &amp; Tafsir · Realistic Approach March 30, 2014 Maulana Wahiduddin Khan · 4m 03s · at 1:04:53 · https://youtu.be/K36UonBsGlA?t=3893</w:t>
      </w:r>
    </w:p>
    <w:p>
      <w:r>
        <w:rPr>
          <w:i/>
        </w:rPr>
        <w:t>“Jews are enemies of Islam and always will be; this is the summary of most books. Does the mention of Jews in the Quran refer only to the Jews of the Prophet's time? Please clarify.”</w:t>
      </w:r>
    </w:p>
    <w:p>
      <w:r>
        <w:rPr>
          <w:sz w:val="20"/>
        </w:rPr>
        <w:t>1:04:53  maulana, agla sawal dilli se hai jameel akhtar sahib ne kiya hai. unhon ne likha hai: "yahoodi islam ke dushman hain aur hamesha rahenge.</w:t>
      </w:r>
      <w:r>
        <w:br/>
      </w:r>
      <w:r>
        <w:rPr>
          <w:sz w:val="20"/>
        </w:rPr>
        <w:t>1:05:04  zyadatar kitabon ka khulasa yahi hai. quran mein yahood ka zikr kiya sirf huzoor ke daur ke yahood ke liye hi hai?</w:t>
      </w:r>
      <w:r>
        <w:br/>
      </w:r>
      <w:r>
        <w:rPr>
          <w:sz w:val="20"/>
        </w:rPr>
        <w:t>1:05:12  is ko wazeh karen." bhai, yahoodi ki baat nahi hai. aap ki kitabon mein likha rehta hai, sari kitabon mein: "kuffar-e-makka, mushrikeen-e-makka." to kya wo aaj ke liye hai?</w:t>
      </w:r>
      <w:r>
        <w:br/>
      </w:r>
      <w:r>
        <w:rPr>
          <w:sz w:val="20"/>
        </w:rPr>
        <w:t>1:05:23  sab kitabon mein likha rehta hai. "kuffar-e-makka, mushrikeen-e-makka." "qul ya ayyuhal kafirun" quran majeed mein. to kya aaj ke liye hai? ye "qul ya ayyuhal kafirun" jo hai, ye makka walon ke liye hai ye.</w:t>
      </w:r>
      <w:r>
        <w:br/>
      </w:r>
      <w:r>
        <w:rPr>
          <w:sz w:val="20"/>
        </w:rPr>
        <w:t>1:05:39  ye "qul ya ayyuhal kafirun" jo hai, makka walon ke liye hai ye. hamari kitabon mein likha rehta hai: "kuffar-e-makka, mushrikeen-e-makka." wo qadi makka ke liye hota hai.</w:t>
      </w:r>
      <w:r>
        <w:br/>
      </w:r>
      <w:r>
        <w:rPr>
          <w:sz w:val="20"/>
        </w:rPr>
        <w:t>1:05:47  to ye farq to har jis tarah doosron ke bare mein, is tarah yahood ke bare mein bhi hai.</w:t>
      </w:r>
      <w:r>
        <w:br/>
      </w:r>
      <w:r>
        <w:rPr>
          <w:sz w:val="20"/>
        </w:rPr>
        <w:t>1:05:56  jaise doosron ke bare mein, is tarah yahood ke bare mein bhi hai. asal mein dekhiye, hua ye hai. qissa kya hua? ke yahood ko jab maar peet hui falasteen mein to chale gaye, jis ko kehte hain Diaspora.</w:t>
      </w:r>
      <w:r>
        <w:br/>
      </w:r>
      <w:r>
        <w:rPr>
          <w:sz w:val="20"/>
        </w:rPr>
        <w:t>1:06:13  yani yahoodi Diaspora mein chale gaye. yani doosre mulkon mein. un ki badi tadad Western countries mein chali gayi. Europe mein aur America mein.</w:t>
      </w:r>
      <w:r>
        <w:br/>
      </w:r>
      <w:r>
        <w:rPr>
          <w:sz w:val="20"/>
        </w:rPr>
        <w:t>1:06:23  to wahan unhon ne English padhi, wahan unhon ne science padhi. to Diaspora un ke liye wo nemat ban gaya. Diaspora un ke liye nemat ban gaya.</w:t>
      </w:r>
      <w:r>
        <w:br/>
      </w:r>
      <w:r>
        <w:rPr>
          <w:sz w:val="20"/>
        </w:rPr>
        <w:t>1:06:35  aur padh padh ke, padh padh ke wo Education mein aage badhte chale gaye. main aap ko ek misaal deta hoon ke main teen baar gaya hoon falasteen aur israel.</w:t>
      </w:r>
      <w:r>
        <w:br/>
      </w:r>
      <w:r>
        <w:rPr>
          <w:sz w:val="20"/>
        </w:rPr>
        <w:t>1:06:49  to ek baar to aap ko ye maloom hua ke jo yahoodi rehte hain America mein, unhon ne ek Fund ikattha kiya.</w:t>
      </w:r>
      <w:r>
        <w:br/>
      </w:r>
      <w:r>
        <w:rPr>
          <w:sz w:val="20"/>
        </w:rPr>
        <w:t>1:06:58  ek billion dollar. billion B se. ek billion dollar ikattha kar ke gaye wo yerushalayim.</w:t>
      </w:r>
      <w:r>
        <w:br/>
      </w:r>
      <w:r>
        <w:rPr>
          <w:sz w:val="20"/>
        </w:rPr>
        <w:t>1:07:07  wahan ka jo bada rabai tha, Chief rabai, us se mile. unhon ne kaha ke yerushalayim mein bohat bara Synagogue banaiye.</w:t>
      </w:r>
      <w:r>
        <w:br/>
      </w:r>
      <w:r>
        <w:rPr>
          <w:sz w:val="20"/>
        </w:rPr>
        <w:t>1:07:16  Synagogue kehte hain yahoodi ibadat khane ko. ke yerushalayim mein bohat hi bara Synagogue banaiye aap. to Chief rabai jo tha, us ne kaha ke Khuda ko bohat bare Synagogue ki zaroorat nahi hai.</w:t>
      </w:r>
      <w:r>
        <w:br/>
      </w:r>
      <w:r>
        <w:rPr>
          <w:sz w:val="20"/>
        </w:rPr>
        <w:t>1:07:29  us ko Education mein lagao. to ek billion dollar ka Fund wahan par qaim hua Education ke liye. aur wo dhoom se lage, yani parhne lage yahoodi ladke.</w:t>
      </w:r>
      <w:r>
        <w:br/>
      </w:r>
      <w:r>
        <w:rPr>
          <w:sz w:val="20"/>
        </w:rPr>
        <w:t>1:07:41  is tarah se wahan aaya hai ye Education ka jo daur aaya hai. hamare haan badqismati se aise log paida hi nahi hote.</w:t>
      </w:r>
      <w:r>
        <w:br/>
      </w:r>
      <w:r>
        <w:rPr>
          <w:sz w:val="20"/>
        </w:rPr>
        <w:t>1:07:50  kyun ke Society itni kharab hai, itni kharab hai. koi achhi baat kahe to us ko daba dete hain. sarsrit ko aap jante hain ke aaj aap sarsrit ko bara darja dete hain.</w:t>
      </w:r>
      <w:r>
        <w:br/>
      </w:r>
      <w:r>
        <w:rPr>
          <w:sz w:val="20"/>
        </w:rPr>
        <w:t>1:08:02  lekin sarsrit ke zamane mein kya hua? un par fatwe lage. un ko mukhalifaten ki gayeen. yani sarsrit ke moaserin jo the, zabardast mukhalifaten ki gayeen un ki.</w:t>
      </w:r>
      <w:r>
        <w:br/>
      </w:r>
      <w:r>
        <w:rPr>
          <w:sz w:val="20"/>
        </w:rPr>
        <w:t>1:08:13  un ko sab kuch kaha: munafiq, kafir, fasiq, pata nahi kya kya kar dala.</w:t>
      </w:r>
      <w:r>
        <w:br/>
      </w:r>
      <w:r>
        <w:rPr>
          <w:sz w:val="20"/>
        </w:rPr>
        <w:t>1:08:21  to koi bhi kaam kar paye taajjub jab us ko yani Supporter mile. jab Supporter na mile to kuch nahi kaam ho sakta. Rasool Allah ko bhi kaam mila ke jab Supporter mile aap ko.</w:t>
      </w:r>
      <w:r>
        <w:br/>
      </w:r>
      <w:r>
        <w:rPr>
          <w:sz w:val="20"/>
        </w:rPr>
        <w:t>1:08:32  pehlay nabiyon ko Support nahi mile to koi bara kaam bhi nahi ho saka. to musalmanon ke mizaj ko badlie taake jo kaam karne ke liye utha hai to us ko Supporter mile.</w:t>
      </w:r>
      <w:r>
        <w:br/>
      </w:r>
      <w:r>
        <w:rPr>
          <w:sz w:val="20"/>
        </w:rPr>
        <w:t>1:08:42  ye bhi is ka ek pehlu hai. jab aap musalmanon ke mizaj ko badlenge to kisi kaam karne wale ko Support denge. tab ja kar bara kaam hoga.</w:t>
      </w:r>
    </w:p>
    <w:p>
      <w:pPr>
        <w:pStyle w:val="Heading2"/>
      </w:pPr>
      <w:r>
        <w:t>Asteroid as Example of Stone Rain?</w:t>
      </w:r>
    </w:p>
    <w:p>
      <w:r>
        <w:rPr>
          <w:color w:val="666666"/>
          <w:sz w:val="18"/>
        </w:rPr>
        <w:t>Quran &amp; Tafsir · Hadith-e-Jibril, April 21, 2013 · 1m 31s · at 1:38:12 · https://youtu.be/0rF6Ou0pDog?t=5892</w:t>
      </w:r>
    </w:p>
    <w:p>
      <w:r>
        <w:rPr>
          <w:i/>
        </w:rPr>
        <w:t>“In Surah Al-Hijr, verses 72-77, there is mention of a rain of stones. Can the recent asteroid falling in Russia be an example of that?”</w:t>
      </w:r>
    </w:p>
    <w:p>
      <w:r>
        <w:rPr>
          <w:sz w:val="20"/>
        </w:rPr>
        <w:t>1:38:12  I thank God for giving you to us all. jazakumullah. maulana, agla sawal dilli se hai naseem akhtar sahib</w:t>
      </w:r>
      <w:r>
        <w:br/>
      </w:r>
      <w:r>
        <w:rPr>
          <w:sz w:val="20"/>
        </w:rPr>
        <w:t>1:38:22  ka. unhon ne likha hai quran ke al hijr chapter fifteen verse number seventy two to seventy seven mein yeh zikr hai ke pathar mein pathar ki barish ki nishani ke bare mein hai.</w:t>
      </w:r>
      <w:r>
        <w:br/>
      </w:r>
      <w:r>
        <w:rPr>
          <w:sz w:val="20"/>
        </w:rPr>
        <w:t>1:38:37  kya maulana russia mein recently asteroid ka girna is ka example ho sakta hai? nahi, nahi, woh pathar ki barish kisi mazi ke waqeye ke liye wahan aap jazba karein to yeh galat hai, bilkul galat hai.</w:t>
      </w:r>
      <w:r>
        <w:br/>
      </w:r>
      <w:r>
        <w:rPr>
          <w:sz w:val="20"/>
        </w:rPr>
        <w:t>1:38:53  hargiz nahin, woh jo pathar ki barish hai woh pehle zamane mein khud rasool ke inkar ki buniyad par woh hua tha waqia.</w:t>
      </w:r>
      <w:r>
        <w:br/>
      </w:r>
      <w:r>
        <w:rPr>
          <w:sz w:val="20"/>
        </w:rPr>
        <w:t>1:39:03  aaj ka is se koi talluq nahin. yeh bohat mein is ko yani bohat hi gunah ki baat samajhta hoon ke is ayat ko le kar koi kahe ke dekho roos mein pathar ki barish hui.</w:t>
      </w:r>
      <w:r>
        <w:br/>
      </w:r>
      <w:r>
        <w:rPr>
          <w:sz w:val="20"/>
        </w:rPr>
        <w:t>1:39:15  mein is ko bilkul galat samajhta hoon.</w:t>
      </w:r>
      <w:r>
        <w:br/>
      </w:r>
      <w:r>
        <w:rPr>
          <w:sz w:val="20"/>
        </w:rPr>
        <w:t>1:39:19  aik natural jo roos mein hua woh aik natural phenomena tha. aur jo quran jis ka zikr hai woh Allah ki taraf se tanbih utri thi rasool ke inkar par.</w:t>
      </w:r>
      <w:r>
        <w:br/>
      </w:r>
      <w:r>
        <w:rPr>
          <w:sz w:val="20"/>
        </w:rPr>
        <w:t>1:39:30  donon ke natural alag hain, donon waqiat ke natural alag alag hain. kabhi bhi yeh ghalti na kijiye, musalman bohat ghalti karte hain. mein is ko gunah samajhta hoon.</w:t>
      </w:r>
    </w:p>
    <w:p>
      <w:pPr>
        <w:pStyle w:val="Heading2"/>
      </w:pPr>
      <w:r>
        <w:t>Authenticity of Different Qira'at</w:t>
      </w:r>
    </w:p>
    <w:p>
      <w:r>
        <w:rPr>
          <w:color w:val="666666"/>
          <w:sz w:val="18"/>
        </w:rPr>
        <w:t>Quran &amp; Tafsir · God Particle July 8, 2012 · 1m 25s · at 1:23:08 · https://youtu.be/30Ulu10c2nA?t=4988</w:t>
      </w:r>
    </w:p>
    <w:p>
      <w:r>
        <w:rPr>
          <w:i/>
        </w:rPr>
        <w:t>“Was the use of Qira'at to recite the Quran prevalent at the time of the Prophet? I understand that there are more than one Qira'at. Which of them is authentic?”</w:t>
      </w:r>
    </w:p>
    <w:p>
      <w:r>
        <w:rPr>
          <w:sz w:val="20"/>
        </w:rPr>
        <w:t>1:23:08  thik hai sir? maulana, agla sawal rae pur se hai idrees sahab ka. unhon ne likha hai: "What was the use of qira'at to recite Quran prevalent at the time of the prophet." i understand that there are more than one qira'at's.</w:t>
      </w:r>
      <w:r>
        <w:br/>
      </w:r>
      <w:r>
        <w:rPr>
          <w:sz w:val="20"/>
        </w:rPr>
        <w:t>1:23:25  which of them is authentic? nahin nahin, yeh bohat bari ghalat fehmi hai. dekhiye, yeh jo ikhtilaf qirat wali baat hai, is mein bohat bari ghalat fehmi logon ko hai.</w:t>
      </w:r>
      <w:r>
        <w:br/>
      </w:r>
      <w:r>
        <w:rPr>
          <w:sz w:val="20"/>
        </w:rPr>
        <w:t>1:23:39  yeh is se murad hai lehja. lehja quran hadith mein aata hai ke quran saat lehjon par, saat qirat par utra.</w:t>
      </w:r>
      <w:r>
        <w:br/>
      </w:r>
      <w:r>
        <w:rPr>
          <w:sz w:val="20"/>
        </w:rPr>
        <w:t>1:23:51  to woh saat qirat mein sa</w:t>
      </w:r>
      <w:r>
        <w:br/>
      </w:r>
      <w:r>
        <w:rPr>
          <w:sz w:val="20"/>
        </w:rPr>
        <w:t>1:23:53  at lehja, har har aik ka lehja hota hai. hamari urdu bhi dekhiye, aap dakan mein jaiye, aur lehja hai. bengal mein jaiye, doosra lehja hai. bombay mein jaiye, doosra lehja hai.</w:t>
      </w:r>
      <w:r>
        <w:br/>
      </w:r>
      <w:r>
        <w:rPr>
          <w:sz w:val="20"/>
        </w:rPr>
        <w:t>1:24:01  in delhi mein doosra lehja hai. lucknow mein bhi doosra lehja hai. angrezi zaban bhi har mulk mein alag alag lehje mein boli jati hai. to is se murad hai lehja, jis tarah har zaban mein lehje ka farq hota hai.</w:t>
      </w:r>
      <w:r>
        <w:br/>
      </w:r>
      <w:r>
        <w:rPr>
          <w:sz w:val="20"/>
        </w:rPr>
        <w:t>1:24:13  arabi mein bhi farq hai. ab bas is se aage kuch bhi nahin. ek saada hai, ek fitri baat hai. is ko ek khwamkhwah tamasha bana rakha hai, aur is ke mahireen paida hote hain.</w:t>
      </w:r>
      <w:r>
        <w:br/>
      </w:r>
      <w:r>
        <w:rPr>
          <w:sz w:val="20"/>
        </w:rPr>
        <w:t>1:24:24  is ke mahireen paida hote hain, woh kuch nahin. woh saada haqeeqat hai ke jis geography mein aadmi paida hota hai, us ke lehaz se is ka lehja banta hai.</w:t>
      </w:r>
    </w:p>
    <w:p>
      <w:pPr>
        <w:pStyle w:val="Heading2"/>
      </w:pPr>
      <w:r>
        <w:t>Best way to understand the Quran</w:t>
      </w:r>
    </w:p>
    <w:p>
      <w:r>
        <w:rPr>
          <w:color w:val="666666"/>
          <w:sz w:val="18"/>
        </w:rPr>
        <w:t>Quran &amp; Tafsir · Collective Repentance I Feb 24, 2013 Maulana Wahiduddin Khan · 53s · at 1:20:49 · https://youtu.be/lkkolxAL38c?t=4849</w:t>
      </w:r>
    </w:p>
    <w:p>
      <w:r>
        <w:rPr>
          <w:i/>
        </w:rPr>
        <w:t>“Sometimes we do not understand the Quran and its background. Kindly guide us what is the best possible way to understand Quran so that we can benefit from it to the fullest.”</w:t>
      </w:r>
    </w:p>
    <w:p>
      <w:r>
        <w:rPr>
          <w:sz w:val="20"/>
        </w:rPr>
        <w:t>1:20:49  Maulana, agla sawal Kashmir se hai Aamir Jan Mori sahib ka. Unhon ne likha hai: "Sometimes we do not understand the Quran and its background.</w:t>
      </w:r>
      <w:r>
        <w:br/>
      </w:r>
      <w:r>
        <w:rPr>
          <w:sz w:val="20"/>
        </w:rPr>
        <w:t>1:21:00  Kindly guide us what is the best possible way to understand Quran so that we can benefit from it to the fullest."</w:t>
      </w:r>
      <w:r>
        <w:br/>
      </w:r>
      <w:r>
        <w:rPr>
          <w:sz w:val="20"/>
        </w:rPr>
        <w:t>1:21:09  Bhai, aap is ko tafaseer parhiye, ghor kijiye, literature Islam ko parhiye aur is ko koi tareeqa hi nahi. Bhai, jahan aap atakte hain to wahan par aur mazeed aap tadabbur kijiye, tafaseer parhiye, nizami kitaben parhiye,</w:t>
      </w:r>
      <w:r>
        <w:br/>
      </w:r>
      <w:r>
        <w:rPr>
          <w:sz w:val="20"/>
        </w:rPr>
        <w:t>1:21:26  kis consult kijiye, mujh se aap ke album kijiye, jahan aap atken, aap ka zehn is ko mujh se cheez kijiye, kisi aur aalim se mil kar is ko discuss kijiye aur is ko shakk nahi.</w:t>
      </w:r>
    </w:p>
    <w:p>
      <w:pPr>
        <w:pStyle w:val="Heading2"/>
      </w:pPr>
      <w:r>
        <w:t>Brainstorming concept in Islam</w:t>
      </w:r>
    </w:p>
    <w:p>
      <w:r>
        <w:rPr>
          <w:color w:val="666666"/>
          <w:sz w:val="18"/>
        </w:rPr>
        <w:t>Quran &amp; Tafsir · The Process of Personality Development June 30, 2013 · 1m 58s · at 50:56 · https://youtu.be/CSSFRydcJlo?t=3056</w:t>
      </w:r>
    </w:p>
    <w:p>
      <w:r>
        <w:rPr>
          <w:i/>
        </w:rPr>
        <w:t>“What is the word for brainstorming in Islam?”</w:t>
      </w:r>
    </w:p>
    <w:p>
      <w:r>
        <w:rPr>
          <w:sz w:val="20"/>
        </w:rPr>
        <w:t>50:56  li hai. amli aitbar se is ke nuqsanat hain, is liye rasool Allah sal Allah alayhi wasallam ne aisa farmaya. Maulana, agla sawal hai naghma siddiqui ka, dehli se.</w:t>
      </w:r>
      <w:r>
        <w:br/>
      </w:r>
      <w:r>
        <w:rPr>
          <w:sz w:val="20"/>
        </w:rPr>
        <w:t>51:07  unhon ne poocha hai: "what is word for brainstorming in Islam?" ab dekhiye, quran mein aap parhiye, quran mein ayat hai ke inna al momineen allazeena iza zukir allahu wajilat quloobuhum</w:t>
      </w:r>
      <w:r>
        <w:br/>
      </w:r>
      <w:r>
        <w:rPr>
          <w:sz w:val="20"/>
        </w:rPr>
        <w:t>51:26  is ka tarjuma yeh hai ke momin to woh hai ke jab Allah ka zikr kiya jaye to us ke dil dehal uthein, wajilat quloob, pani ka dil dehal uthe.</w:t>
      </w:r>
      <w:r>
        <w:br/>
      </w:r>
      <w:r>
        <w:rPr>
          <w:sz w:val="20"/>
        </w:rPr>
        <w:t>51:40  yahi to hai brainstorming.</w:t>
      </w:r>
      <w:r>
        <w:br/>
      </w:r>
      <w:r>
        <w:rPr>
          <w:sz w:val="20"/>
        </w:rPr>
        <w:t>51:46  is ka lafzi tarjuma hai ke dil dahal uthein. in al momin allazina iza zukir allahu wajilat qulubuh</w:t>
      </w:r>
      <w:r>
        <w:br/>
      </w:r>
      <w:r>
        <w:rPr>
          <w:sz w:val="20"/>
        </w:rPr>
        <w:t>51:54  ke momin woh hain ke jab un ke samne allah ka zikr kiya jaye to un ke dil dahal uthein. isi ko aaj kal ki zaban mein kaha jata hai brain storming, kyunke allah ka zikr kamane yeh nahi ke sirf alf lam hai ka zikr kiya gaya.</w:t>
      </w:r>
      <w:r>
        <w:br/>
      </w:r>
      <w:r>
        <w:rPr>
          <w:sz w:val="20"/>
        </w:rPr>
        <w:t>52:13  allah ka jab aya to momin ko kya hota hai? momin ko to admi tasawwur aa jata hai ke kaisa azeem hai woh khuda, jo itni bari kainat ko takhleeq kiya</w:t>
      </w:r>
      <w:r>
        <w:br/>
      </w:r>
      <w:r>
        <w:rPr>
          <w:sz w:val="20"/>
        </w:rPr>
        <w:t>52:24  , ke itna azeem hai khuda, jis ne itni bari kainat ko sambhale hue hain. kitna zyada bara, yani mein depend karta hoon allah ki blessing par.</w:t>
      </w:r>
      <w:r>
        <w:br/>
      </w:r>
      <w:r>
        <w:rPr>
          <w:sz w:val="20"/>
        </w:rPr>
        <w:t>52:37  isi se, yani isi ki blessing hogi to dunya mein bhi, yeh kamyabi hogi. isi ki blessing hogi to akhirat mein bhi, jannat mein bhi. yeh sari cheezein yaad jab ati hain is ko to to wohi hota hai ke dil dahal uthta hai,</w:t>
      </w:r>
      <w:r>
        <w:br/>
      </w:r>
      <w:r>
        <w:rPr>
          <w:sz w:val="20"/>
        </w:rPr>
        <w:t>52:52  yani brain storming ati hai.</w:t>
      </w:r>
    </w:p>
    <w:p>
      <w:pPr>
        <w:pStyle w:val="Heading2"/>
      </w:pPr>
      <w:r>
        <w:t>Can a common person get Quranic guidance like a scholar?</w:t>
      </w:r>
    </w:p>
    <w:p>
      <w:r>
        <w:rPr>
          <w:color w:val="666666"/>
          <w:sz w:val="18"/>
        </w:rPr>
        <w:t>Quran &amp; Tafsir · Deeper Meaning of Quran 17 05 2015 · 1m 25s · at 56:28 · https://youtu.be/_Cj6gds7nWI?t=3388</w:t>
      </w:r>
    </w:p>
    <w:p>
      <w:r>
        <w:rPr>
          <w:i/>
        </w:rPr>
        <w:t>“Can a common person also get the same guidance from the Quran as a scholar? Please tell about it.”</w:t>
      </w:r>
    </w:p>
    <w:p>
      <w:r>
        <w:rPr>
          <w:sz w:val="20"/>
        </w:rPr>
        <w:t>56:28  maulana, agla sawal mehtab sahib ne poocha hai aap se dhampur se.</w:t>
      </w:r>
      <w:r>
        <w:br/>
      </w:r>
      <w:r>
        <w:rPr>
          <w:sz w:val="20"/>
        </w:rPr>
        <w:t>56:32  unhon ne likha hai ke maulana sahib, kya ek aam aadmi bhi quran se wahi guidance pa sakta</w:t>
      </w:r>
      <w:r>
        <w:br/>
      </w:r>
      <w:r>
        <w:rPr>
          <w:sz w:val="20"/>
        </w:rPr>
        <w:t>56:37  hai jaisa ke ek aalim? is ke bare mein bataen.</w:t>
      </w:r>
      <w:r>
        <w:br/>
      </w:r>
      <w:r>
        <w:rPr>
          <w:sz w:val="20"/>
        </w:rPr>
        <w:t>56:41  mein to samajhta hoon ke yaqeenan.</w:t>
      </w:r>
      <w:r>
        <w:br/>
      </w:r>
      <w:r>
        <w:rPr>
          <w:sz w:val="20"/>
        </w:rPr>
        <w:t>56:45  kyun ke sahaba jo the, woh aaj ke waqt tak koi aalim nahi tha.</w:t>
      </w:r>
      <w:r>
        <w:br/>
      </w:r>
      <w:r>
        <w:rPr>
          <w:sz w:val="20"/>
        </w:rPr>
        <w:t>56:50  koi kisi madarse ki sanad kisi ke paas nahi thi.</w:t>
      </w:r>
      <w:r>
        <w:br/>
      </w:r>
      <w:r>
        <w:rPr>
          <w:sz w:val="20"/>
        </w:rPr>
        <w:t>56:54  hata ke is zamane mein reading ka riwaj bhi nahi tha.</w:t>
      </w:r>
      <w:r>
        <w:br/>
      </w:r>
      <w:r>
        <w:rPr>
          <w:sz w:val="20"/>
        </w:rPr>
        <w:t>56:59  kitaben nahi hua karti theen is zamane mein.</w:t>
      </w:r>
      <w:r>
        <w:br/>
      </w:r>
      <w:r>
        <w:rPr>
          <w:sz w:val="20"/>
        </w:rPr>
        <w:t>57:03  printing press to bohat baad ko aaya hai.</w:t>
      </w:r>
      <w:r>
        <w:br/>
      </w:r>
      <w:r>
        <w:rPr>
          <w:sz w:val="20"/>
        </w:rPr>
        <w:t>57:08  aur tab kitaben chhapi hain.</w:t>
      </w:r>
      <w:r>
        <w:br/>
      </w:r>
      <w:r>
        <w:rPr>
          <w:sz w:val="20"/>
        </w:rPr>
        <w:t>57:12  to sahaba to sar to un ke zamane mein aaj kal ke tareeqe se koi bhi sahib aalim nahi tha.</w:t>
      </w:r>
      <w:r>
        <w:br/>
      </w:r>
      <w:r>
        <w:rPr>
          <w:sz w:val="20"/>
        </w:rPr>
        <w:t>57:17  lekin un ko quran ke mani woh samajhte the.</w:t>
      </w:r>
      <w:r>
        <w:br/>
      </w:r>
      <w:r>
        <w:rPr>
          <w:sz w:val="20"/>
        </w:rPr>
        <w:t>57:21  kyunke ghaur karte thay.</w:t>
      </w:r>
      <w:r>
        <w:br/>
      </w:r>
      <w:r>
        <w:rPr>
          <w:sz w:val="20"/>
        </w:rPr>
        <w:t>57:26  to dekhen, quran ke gehre mani ko janne ke liye.</w:t>
      </w:r>
      <w:r>
        <w:br/>
      </w:r>
      <w:r>
        <w:rPr>
          <w:sz w:val="20"/>
        </w:rPr>
        <w:t>57:30  yeh nahi ke woh aadmi sar daryafta ho. har giz nahi.</w:t>
      </w:r>
      <w:r>
        <w:br/>
      </w:r>
      <w:r>
        <w:rPr>
          <w:sz w:val="20"/>
        </w:rPr>
        <w:t>57:35  is ke andar soch ka maada ho.</w:t>
      </w:r>
      <w:r>
        <w:br/>
      </w:r>
      <w:r>
        <w:rPr>
          <w:sz w:val="20"/>
        </w:rPr>
        <w:t>57:39  Contemplation ka maada ho.</w:t>
      </w:r>
      <w:r>
        <w:br/>
      </w:r>
      <w:r>
        <w:rPr>
          <w:sz w:val="20"/>
        </w:rPr>
        <w:t>57:44  tadabbur ka maada ho.</w:t>
      </w:r>
      <w:r>
        <w:br/>
      </w:r>
      <w:r>
        <w:rPr>
          <w:sz w:val="20"/>
        </w:rPr>
        <w:t>57:48  jis ke andar tadabbur hoga, woh zaroor quran ke gehre mani tak pahunch jayega.</w:t>
      </w:r>
    </w:p>
    <w:p>
      <w:pPr>
        <w:pStyle w:val="Heading2"/>
      </w:pPr>
      <w:r>
        <w:t>Can a common person grasp Quranic guidance</w:t>
      </w:r>
    </w:p>
    <w:p>
      <w:r>
        <w:rPr>
          <w:color w:val="666666"/>
          <w:sz w:val="18"/>
        </w:rPr>
        <w:t>Quran &amp; Tafsir · Deeper Meaning of The Quran May 17, 2015 · 1m 26s · at 57:52 · https://youtu.be/CoTUNYxSRiI?t=3472</w:t>
      </w:r>
    </w:p>
    <w:p>
      <w:r>
        <w:rPr>
          <w:i/>
        </w:rPr>
        <w:t>“Maulana, can a common person also get the same guidance from the Quran as a scholar does?”</w:t>
      </w:r>
    </w:p>
    <w:p>
      <w:r>
        <w:rPr>
          <w:sz w:val="20"/>
        </w:rPr>
        <w:t>57:52  maulana, agla sawal mehtab sahib ne poocha hai aap se dhampur se.</w:t>
      </w:r>
      <w:r>
        <w:br/>
      </w:r>
      <w:r>
        <w:rPr>
          <w:sz w:val="20"/>
        </w:rPr>
        <w:t>57:57  unhon ne likha hai ke: "maulana sahib, kya ek aam aadmi bhi quran se wahi guidance pa sakta hai jaisa ke ek aalim hai?" is ke bare mein batayein.</w:t>
      </w:r>
      <w:r>
        <w:br/>
      </w:r>
      <w:r>
        <w:rPr>
          <w:sz w:val="20"/>
        </w:rPr>
        <w:t>58:11  main to samajhta hoon ke yaqeenan. kyunke sahaba jo the woh aaj ke ikhtiyar se koi baligh nahi tha. koi kisi madrasay ki sanad kisi ke paas nahi thi.</w:t>
      </w:r>
      <w:r>
        <w:br/>
      </w:r>
      <w:r>
        <w:rPr>
          <w:sz w:val="20"/>
        </w:rPr>
        <w:t>58:21  hata ke duaein reading ka riwaj bhi nahi tha. kitabein nahi hua karti thi is zamane mein.</w:t>
      </w:r>
      <w:r>
        <w:br/>
      </w:r>
      <w:r>
        <w:rPr>
          <w:sz w:val="20"/>
        </w:rPr>
        <w:t>58:26  printing press to bohat baad ko aaya hai. aur tab kitabein chhapi hain. to sahaba to sar phir se sar phir se to un ke zamane mein aaj kal ke tareeqay se koi bhi sahib aalim nahi tha.</w:t>
      </w:r>
      <w:r>
        <w:br/>
      </w:r>
      <w:r>
        <w:rPr>
          <w:sz w:val="20"/>
        </w:rPr>
        <w:t>58:45  lekin un ko mani quran ke mani woh samajhte the kyunke ghor karte the.</w:t>
      </w:r>
      <w:r>
        <w:br/>
      </w:r>
      <w:r>
        <w:rPr>
          <w:sz w:val="20"/>
        </w:rPr>
        <w:t>58:52  to dekhiye quran ke gehre mani ko janne ke liye yeh nahi ke woh aadmi sar yafta ho. hargiz nahi. is ke andar soch ka mada ho.</w:t>
      </w:r>
      <w:r>
        <w:br/>
      </w:r>
      <w:r>
        <w:rPr>
          <w:sz w:val="20"/>
        </w:rPr>
        <w:t>59:03  contemplation ka mada ho. tadabbur ka mada ho. jiske andar tadabbur hoga woh zaroor quran ke gehre mani tak pahunch jayega.</w:t>
      </w:r>
    </w:p>
    <w:p>
      <w:pPr>
        <w:pStyle w:val="Heading2"/>
      </w:pPr>
      <w:r>
        <w:t>Categories in Paradise and qualifying for highest</w:t>
      </w:r>
    </w:p>
    <w:p>
      <w:r>
        <w:rPr>
          <w:color w:val="666666"/>
          <w:sz w:val="18"/>
        </w:rPr>
        <w:t>Quran &amp; Tafsir · Man and The Paradise August 11, 2013 Maulana Wahiduddin Khan · 3m 48s · at 45:56 · https://youtu.be/m8XdpnaS95U?t=2756</w:t>
      </w:r>
    </w:p>
    <w:p>
      <w:r>
        <w:rPr>
          <w:i/>
        </w:rPr>
        <w:t>“It is mentioned in the Quran that there are various categories in Paradise. Please tell us what are these categories and how one can qualify for the highest category?”</w:t>
      </w:r>
    </w:p>
    <w:p>
      <w:r>
        <w:rPr>
          <w:sz w:val="20"/>
        </w:rPr>
        <w:t>45:56  Maulana, yeh sawal Mumbai se aya hai Fawad sahab ka aur unhone likha hai: "Maulana sahib, it is mentioned in the Quran that there are various categories in paradise.</w:t>
      </w:r>
      <w:r>
        <w:br/>
      </w:r>
      <w:r>
        <w:rPr>
          <w:sz w:val="20"/>
        </w:rPr>
        <w:t>46:09  Please tell us what are these categories and how one can qualify for the highest category?"</w:t>
      </w:r>
      <w:r>
        <w:br/>
      </w:r>
      <w:r>
        <w:rPr>
          <w:sz w:val="20"/>
        </w:rPr>
        <w:t>46:20  meri samajh se do hi category hain.</w:t>
      </w:r>
      <w:r>
        <w:br/>
      </w:r>
      <w:r>
        <w:rPr>
          <w:sz w:val="20"/>
        </w:rPr>
        <w:t>46:25  quran mein hai jannatan, yaani do jannatein hain. sab category ho sakti hai lekin basically do darje hain jannat ke: min doonihima jannatan, yaani do jannatein hain.</w:t>
      </w:r>
      <w:r>
        <w:br/>
      </w:r>
      <w:r>
        <w:rPr>
          <w:sz w:val="20"/>
        </w:rPr>
        <w:t>46:43  to quran mein doosri jo ayat hai us se maloom hota hai ke jannat wale jo hain ek hain as-sabiqun aur ek hain muqtisad.</w:t>
      </w:r>
      <w:r>
        <w:br/>
      </w:r>
      <w:r>
        <w:rPr>
          <w:sz w:val="20"/>
        </w:rPr>
        <w:t>46:58  do title diye gaye hain.</w:t>
      </w:r>
      <w:r>
        <w:br/>
      </w:r>
      <w:r>
        <w:rPr>
          <w:sz w:val="20"/>
        </w:rPr>
        <w:t>47:03  as-sabiqun ka lafzi matlab hai aage badh kar allah ke raaste mein aage badhne wale aur muqtisad ka matlab hota hai darmiyan darmiyani darje ke log.</w:t>
      </w:r>
      <w:r>
        <w:br/>
      </w:r>
      <w:r>
        <w:rPr>
          <w:sz w:val="20"/>
        </w:rPr>
        <w:t>47:16  yaani ek hai forward group aur ek hai right group.</w:t>
      </w:r>
      <w:r>
        <w:br/>
      </w:r>
      <w:r>
        <w:rPr>
          <w:sz w:val="20"/>
        </w:rPr>
        <w:t>47:24  to forward group mein woh hai jo badh badh kar ke deen mein hissa le.</w:t>
      </w:r>
      <w:r>
        <w:br/>
      </w:r>
      <w:r>
        <w:rPr>
          <w:sz w:val="20"/>
        </w:rPr>
        <w:t>47:32  aap ka tajurba kya hoga ke do qism ke log hote hain: ek woh hain jo darmiyani darje ke log hote hain aur woh kuch soch samajh kar chalte hain, kuch doosre taqaze bhi hote hain un ke saamne, kuch jannat ke aur khuda ke taqaze bhi.</w:t>
      </w:r>
      <w:r>
        <w:br/>
      </w:r>
      <w:r>
        <w:rPr>
          <w:sz w:val="20"/>
        </w:rPr>
        <w:t>47:52  to woh</w:t>
      </w:r>
      <w:r>
        <w:br/>
      </w:r>
      <w:r>
        <w:rPr>
          <w:sz w:val="20"/>
        </w:rPr>
        <w:t>47:56  ga muqtisad hain. to muqtisad ke liye bhi jannat hai lekin woh log jo jannat ke aala darjon mein jagah payenge woh as-sabiqun hain, badh badh kar.</w:t>
      </w:r>
      <w:r>
        <w:br/>
      </w:r>
      <w:r>
        <w:rPr>
          <w:sz w:val="20"/>
        </w:rPr>
        <w:t>48:11  yaani koi reservation nahi, koi doosra consideration nahi, koi distraction nahi, koi aur interest nahi.</w:t>
      </w:r>
      <w:r>
        <w:br/>
      </w:r>
      <w:r>
        <w:rPr>
          <w:sz w:val="20"/>
        </w:rPr>
        <w:t>48:23  sab kuch jhonk dein apne aap ko.</w:t>
      </w:r>
      <w:r>
        <w:br/>
      </w:r>
      <w:r>
        <w:rPr>
          <w:sz w:val="20"/>
        </w:rPr>
        <w:t>48:27  jis ko main kahoon ke apne aap ko allah ke liye jhonk dene wale.</w:t>
      </w:r>
      <w:r>
        <w:br/>
      </w:r>
      <w:r>
        <w:rPr>
          <w:sz w:val="20"/>
        </w:rPr>
        <w:t>48:36  aur ek woh hain ke woh kuch family ke taqaze hain, kuch business ke taqaze hain, kuch job ke taqaze hain. is ko bhi poora karte hain aur saath saath woh allah ke taqaze bhi poora karte hain.</w:t>
      </w:r>
      <w:r>
        <w:br/>
      </w:r>
      <w:r>
        <w:rPr>
          <w:sz w:val="20"/>
        </w:rPr>
        <w:t>48:48  to kaha main kahunga ke fifty fifty ka maamla jinka ho, yaani fifty percent doosre taqaze, fifty percent allah ke taqaze aur hundred percent.</w:t>
      </w:r>
      <w:r>
        <w:br/>
      </w:r>
      <w:r>
        <w:rPr>
          <w:sz w:val="20"/>
        </w:rPr>
        <w:t>49:01  to kaha do group hoga: ek woh jo fifty fifty ka formula ikhtiyar kare, chalo bhai fifty percent allah ko dena hai aur fifty percent doosre jo hamari zimmedariyan hain is ko lena hai,</w:t>
      </w:r>
      <w:r>
        <w:br/>
      </w:r>
      <w:r>
        <w:rPr>
          <w:sz w:val="20"/>
        </w:rPr>
        <w:t>49:15  family hai, bachche hain aur doosre worldly interest hain. to jo fifty fifty wale formula par chalein, un ke liye darmiyani jannat hai aur jo hundred percent apne ko jhonk dein allah ke raaste mein, un ke liye firdous se aala jannat hai.</w:t>
      </w:r>
      <w:r>
        <w:br/>
      </w:r>
      <w:r>
        <w:rPr>
          <w:sz w:val="20"/>
        </w:rPr>
        <w:t>49:37  un ko as-sabiqun kaha gaya hai.</w:t>
      </w:r>
    </w:p>
    <w:p>
      <w:pPr>
        <w:pStyle w:val="Heading2"/>
      </w:pPr>
      <w:r>
        <w:t>Cause and cure for despair in Quran</w:t>
      </w:r>
    </w:p>
    <w:p>
      <w:r>
        <w:rPr>
          <w:color w:val="666666"/>
          <w:sz w:val="18"/>
        </w:rPr>
        <w:t>Quran &amp; Tafsir · Example of the Prophet March 20, 2016 · 3m 53s · at 1:18:36 · https://youtu.be/79HmhzXU41w?t=4716</w:t>
      </w:r>
    </w:p>
    <w:p>
      <w:r>
        <w:rPr>
          <w:i/>
        </w:rPr>
        <w:t>“Please suggest the cause and cure for despair from the spirit of the Quran. The first thing is that despair is forbidden in Islam; the Quran says 'do not despair'...”</w:t>
      </w:r>
    </w:p>
    <w:p>
      <w:r>
        <w:rPr>
          <w:sz w:val="20"/>
        </w:rPr>
        <w:t>1:18:36  Maulana, agla sawal kia hai Tariq Badar Sahab ne Lahore Pakistan se, aur unhon ne likha hai Quran</w:t>
      </w:r>
      <w:r>
        <w:br/>
      </w:r>
      <w:r>
        <w:rPr>
          <w:sz w:val="20"/>
        </w:rPr>
        <w:t>1:18:44  ki rooh se mayusi ki waja aur ilaj tajweez farmayen.</w:t>
      </w:r>
      <w:r>
        <w:br/>
      </w:r>
      <w:r>
        <w:rPr>
          <w:sz w:val="20"/>
        </w:rPr>
        <w:t>1:18:52  pehli baat to yeh hai ke islam mein mayusi haram hai, quran mein hai ke la ta'yasu min</w:t>
      </w:r>
      <w:r>
        <w:br/>
      </w:r>
      <w:r>
        <w:rPr>
          <w:sz w:val="20"/>
        </w:rPr>
        <w:t>1:18:58  rah allah, allah ki rehmat se mayus na ho, yeh hukum ke taur par.</w:t>
      </w:r>
      <w:r>
        <w:br/>
      </w:r>
      <w:r>
        <w:rPr>
          <w:sz w:val="20"/>
        </w:rPr>
        <w:t>1:19:05  to mayusi to siray se islam mein jaiz hi nahi hai,</w:t>
      </w:r>
      <w:r>
        <w:br/>
      </w:r>
      <w:r>
        <w:rPr>
          <w:sz w:val="20"/>
        </w:rPr>
        <w:t>1:19:12  dosri baat yeh hai ke mayusi kyun hoti hai</w:t>
      </w:r>
      <w:r>
        <w:br/>
      </w:r>
      <w:r>
        <w:rPr>
          <w:sz w:val="20"/>
        </w:rPr>
        <w:t>1:19:16  aur is ka ilaj kya hai?</w:t>
      </w:r>
      <w:r>
        <w:br/>
      </w:r>
      <w:r>
        <w:rPr>
          <w:sz w:val="20"/>
        </w:rPr>
        <w:t>1:19:19  to dekhiye, mayusi hoti hai asal mein</w:t>
      </w:r>
      <w:r>
        <w:br/>
      </w:r>
      <w:r>
        <w:rPr>
          <w:sz w:val="20"/>
        </w:rPr>
        <w:t>1:19:23  jahan tak mein samajh paya hoon,</w:t>
      </w:r>
      <w:r>
        <w:br/>
      </w:r>
      <w:r>
        <w:rPr>
          <w:sz w:val="20"/>
        </w:rPr>
        <w:t>1:19:27  yani deep thinking na hone ki waja se,</w:t>
      </w:r>
      <w:r>
        <w:br/>
      </w:r>
      <w:r>
        <w:rPr>
          <w:sz w:val="20"/>
        </w:rPr>
        <w:t>1:19:35  deep thinking na hone ki waja se</w:t>
      </w:r>
      <w:r>
        <w:br/>
      </w:r>
      <w:r>
        <w:rPr>
          <w:sz w:val="20"/>
        </w:rPr>
        <w:t>1:19:39  mayusi aati hai.</w:t>
      </w:r>
      <w:r>
        <w:br/>
      </w:r>
      <w:r>
        <w:rPr>
          <w:sz w:val="20"/>
        </w:rPr>
        <w:t>1:19:42  misal ke taur par mein apna case batata hoon aap ko ke itni lambi meri umar ho gayi</w:t>
      </w:r>
      <w:r>
        <w:br/>
      </w:r>
      <w:r>
        <w:rPr>
          <w:sz w:val="20"/>
        </w:rPr>
        <w:t>1:19:48  aur zindagi bhar mujhe bhi yeh daura pada ke falan waqea hoga, is se mayusi, falan waqea hoga,</w:t>
      </w:r>
      <w:r>
        <w:br/>
      </w:r>
      <w:r>
        <w:rPr>
          <w:sz w:val="20"/>
        </w:rPr>
        <w:t>1:19:54  is se mayusi.</w:t>
      </w:r>
      <w:r>
        <w:br/>
      </w:r>
      <w:r>
        <w:rPr>
          <w:sz w:val="20"/>
        </w:rPr>
        <w:t>1:19:55  ek do nahi,</w:t>
      </w:r>
      <w:r>
        <w:br/>
      </w:r>
      <w:r>
        <w:rPr>
          <w:sz w:val="20"/>
        </w:rPr>
        <w:t>1:19:58  aaj mein sochta hoon to woh sab jo hua tha, wahi mere liye best tha.</w:t>
      </w:r>
      <w:r>
        <w:br/>
      </w:r>
      <w:r>
        <w:rPr>
          <w:sz w:val="20"/>
        </w:rPr>
        <w:t>1:20:04  yahan se wahan tak jitne bhi waqeat mein ne sochta hoon, woh jo hua, wahi best tha.</w:t>
      </w:r>
      <w:r>
        <w:br/>
      </w:r>
      <w:r>
        <w:rPr>
          <w:sz w:val="20"/>
        </w:rPr>
        <w:t>1:20:09  koi mujh se mulaqat kisi ko to mein aap ko ek sau ek qisse bataunga.</w:t>
      </w:r>
      <w:r>
        <w:br/>
      </w:r>
      <w:r>
        <w:rPr>
          <w:sz w:val="20"/>
        </w:rPr>
        <w:t>1:20:14  kyun hota kya hai? insan ki limitations hain, aur sab se bari baat yeh hai ke insan future</w:t>
      </w:r>
      <w:r>
        <w:br/>
      </w:r>
      <w:r>
        <w:rPr>
          <w:sz w:val="20"/>
        </w:rPr>
        <w:t>1:20:23  ko nahi janta,</w:t>
      </w:r>
      <w:r>
        <w:br/>
      </w:r>
      <w:r>
        <w:rPr>
          <w:sz w:val="20"/>
        </w:rPr>
        <w:t>1:20:25  future ko nahi janta.</w:t>
      </w:r>
      <w:r>
        <w:br/>
      </w:r>
      <w:r>
        <w:rPr>
          <w:sz w:val="20"/>
        </w:rPr>
        <w:t>1:20:27  to jis waqey ko mein ne ek kisi waqt samjhaya tha ke mere</w:t>
      </w:r>
      <w:r>
        <w:br/>
      </w:r>
      <w:r>
        <w:rPr>
          <w:sz w:val="20"/>
        </w:rPr>
        <w:t>1:20:34  yeh mera kaam nahi hua, mera kaam bigad gaya,</w:t>
      </w:r>
      <w:r>
        <w:br/>
      </w:r>
      <w:r>
        <w:rPr>
          <w:sz w:val="20"/>
        </w:rPr>
        <w:t>1:20:39  lekin baad ko mila, wahi to, wahi to, isi mein to meri kamyabi ka raaz tha, wahi mere</w:t>
      </w:r>
      <w:r>
        <w:br/>
      </w:r>
      <w:r>
        <w:rPr>
          <w:sz w:val="20"/>
        </w:rPr>
        <w:t>1:20:45  liye best tha.</w:t>
      </w:r>
      <w:r>
        <w:br/>
      </w:r>
      <w:r>
        <w:rPr>
          <w:sz w:val="20"/>
        </w:rPr>
        <w:t>1:20:48  to sab se,</w:t>
      </w:r>
      <w:r>
        <w:br/>
      </w:r>
      <w:r>
        <w:rPr>
          <w:sz w:val="20"/>
        </w:rPr>
        <w:t>1:20:50  yani sab se zyada effective tareeqa yeh hai ke aadmi Allah par yaqeen rakhe ke jo ho raha</w:t>
      </w:r>
      <w:r>
        <w:br/>
      </w:r>
      <w:r>
        <w:rPr>
          <w:sz w:val="20"/>
        </w:rPr>
        <w:t>1:20:57  hai, woh yani woh jo kaha Hazrat Ali ne, al khair fi ma waqa, yani what happened happened</w:t>
      </w:r>
      <w:r>
        <w:br/>
      </w:r>
      <w:r>
        <w:rPr>
          <w:sz w:val="20"/>
        </w:rPr>
        <w:t>1:21:05  for my, for my betterment,</w:t>
      </w:r>
      <w:r>
        <w:br/>
      </w:r>
      <w:r>
        <w:rPr>
          <w:sz w:val="20"/>
        </w:rPr>
        <w:t>1:21:10  jo hua mere, mere, aur chounke bohat se insaanon ki misalein milein gi aap ko, insaanon ki bohat</w:t>
      </w:r>
      <w:r>
        <w:br/>
      </w:r>
      <w:r>
        <w:rPr>
          <w:sz w:val="20"/>
        </w:rPr>
        <w:t>1:21:17  se insaanon ki misalein milein gi ke jo kisi cheez ko le kar mayoos ho gaye thay, aur</w:t>
      </w:r>
      <w:r>
        <w:br/>
      </w:r>
      <w:r>
        <w:rPr>
          <w:sz w:val="20"/>
        </w:rPr>
        <w:t>1:21:21  baad ke un ke betterment mein tha, woh</w:t>
      </w:r>
      <w:r>
        <w:br/>
      </w:r>
      <w:r>
        <w:rPr>
          <w:sz w:val="20"/>
        </w:rPr>
        <w:t>1:21:26  to khud apne baray mein aap sochein.</w:t>
      </w:r>
      <w:r>
        <w:br/>
      </w:r>
      <w:r>
        <w:rPr>
          <w:sz w:val="20"/>
        </w:rPr>
        <w:t>1:21:29  har aadmi mein sochta hoon ke agar soche to kabhi kisi cheez ko le kar woh jahan mayoos</w:t>
      </w:r>
      <w:r>
        <w:br/>
      </w:r>
      <w:r>
        <w:rPr>
          <w:sz w:val="20"/>
        </w:rPr>
        <w:t>1:21:35  ho gaya tha, aaj jo dekha to lage ga ke woh to bohat acha tha mere liye.</w:t>
      </w:r>
      <w:r>
        <w:br/>
      </w:r>
      <w:r>
        <w:rPr>
          <w:sz w:val="20"/>
        </w:rPr>
        <w:t>1:21:41  to yeh jo qoul hai, al khair fi ma waqa, what happened happened for my betterment, bohat hi sahih</w:t>
      </w:r>
      <w:r>
        <w:br/>
      </w:r>
      <w:r>
        <w:rPr>
          <w:sz w:val="20"/>
        </w:rPr>
        <w:t>1:21:49  hai, is ko hamesha yaad rakhna chahiye aadmi ko.</w:t>
      </w:r>
      <w:r>
        <w:br/>
      </w:r>
      <w:r>
        <w:rPr>
          <w:sz w:val="20"/>
        </w:rPr>
        <w:t>1:21:53  to wajah yeh hai ke aadmi mustaqbil ko, future ko nahi janta,</w:t>
      </w:r>
      <w:r>
        <w:br/>
      </w:r>
      <w:r>
        <w:rPr>
          <w:sz w:val="20"/>
        </w:rPr>
        <w:t>1:22:01  kal kya hone wala hai, is ko nahi janta, is liye aaj woh samajhta hai ke mera baat,</w:t>
      </w:r>
      <w:r>
        <w:br/>
      </w:r>
      <w:r>
        <w:rPr>
          <w:sz w:val="20"/>
        </w:rPr>
        <w:t>1:22:06  mera kaam bigar gaya.</w:t>
      </w:r>
      <w:r>
        <w:br/>
      </w:r>
      <w:r>
        <w:rPr>
          <w:sz w:val="20"/>
        </w:rPr>
        <w:t>1:22:09  to wajah to hoti hai future ko na janna,</w:t>
      </w:r>
      <w:r>
        <w:br/>
      </w:r>
      <w:r>
        <w:rPr>
          <w:sz w:val="20"/>
        </w:rPr>
        <w:t>1:22:13  aur ilaaj yeh hai ke is is jo sahabi ka yeh qoul hai, al khair fi ma waqa, what</w:t>
      </w:r>
      <w:r>
        <w:br/>
      </w:r>
      <w:r>
        <w:rPr>
          <w:sz w:val="20"/>
        </w:rPr>
        <w:t>1:22:19  happened happened for my betterment, is par yaqeen karna,</w:t>
      </w:r>
      <w:r>
        <w:br/>
      </w:r>
      <w:r>
        <w:rPr>
          <w:sz w:val="20"/>
        </w:rPr>
        <w:t>1:22:23  is par yaqeen karna.</w:t>
      </w:r>
      <w:r>
        <w:br/>
      </w:r>
      <w:r>
        <w:rPr>
          <w:sz w:val="20"/>
        </w:rPr>
        <w:t>1:22:26  mein samajhta hoon ke yeh two point formula hai.</w:t>
      </w:r>
    </w:p>
    <w:p>
      <w:pPr>
        <w:pStyle w:val="Heading2"/>
      </w:pPr>
      <w:r>
        <w:t>Central message of the Holy Quran</w:t>
      </w:r>
    </w:p>
    <w:p>
      <w:r>
        <w:rPr>
          <w:color w:val="666666"/>
          <w:sz w:val="18"/>
        </w:rPr>
        <w:t>Quran &amp; Tafsir · Message of the Quran August 20, 2017 · 41s · at 24:10 · https://youtu.be/BrbrZxP37pk?t=1450</w:t>
      </w:r>
    </w:p>
    <w:p>
      <w:r>
        <w:rPr>
          <w:i/>
        </w:rPr>
        <w:t>“Maulana sahib, what is the central message according to you given by the Holy Quran?”</w:t>
      </w:r>
    </w:p>
    <w:p>
      <w:r>
        <w:rPr>
          <w:sz w:val="20"/>
        </w:rPr>
        <w:t>24:10  Maulana, agla sawal Ahmedabad se bheja hai Ashok Malik sahib ne. unhone aap se poocha hai: "Maulana sahib, what is the central message according to you given by the Holy Quran?" woh to main ne abhi bataya ke Quran ki jo Surah number teen hai,</w:t>
      </w:r>
      <w:r>
        <w:br/>
      </w:r>
      <w:r>
        <w:rPr>
          <w:sz w:val="20"/>
        </w:rPr>
        <w:t>24:34  Al Imran, is mein yeh ayat hai: "Kon rabbaniyin?" yani ae logon, rabbani bano, yani God oriented culture ko ikhtiyar karo.</w:t>
      </w:r>
    </w:p>
    <w:p>
      <w:pPr>
        <w:pStyle w:val="Heading2"/>
      </w:pPr>
      <w:r>
        <w:t>Changing reference of fighting verse for peace</w:t>
      </w:r>
    </w:p>
    <w:p>
      <w:r>
        <w:rPr>
          <w:color w:val="666666"/>
          <w:sz w:val="18"/>
        </w:rPr>
        <w:t>Quran &amp; Tafsir · Changing Reference from War to Peace 10 Aug, 2019 - Maulana Wahiduddin Khan · 13m 13s · at 31:52 · https://youtu.be/gHKpwaSy1Ec?t=1912</w:t>
      </w:r>
    </w:p>
    <w:p>
      <w:r>
        <w:rPr>
          <w:i/>
        </w:rPr>
        <w:t>“There is an ayat: 'Allah loves those who fight in the way of Allah.' How can we change its reference for peace?”</w:t>
      </w:r>
    </w:p>
    <w:p>
      <w:r>
        <w:rPr>
          <w:sz w:val="20"/>
        </w:rPr>
        <w:t>31:52  Maulana, agla sawal kya hai? Maulana Iqbal Umri ne Chennai se, unhone likha hai, ek ayat hai.</w:t>
      </w:r>
      <w:r>
        <w:br/>
      </w:r>
      <w:r>
        <w:rPr>
          <w:sz w:val="20"/>
        </w:rPr>
        <w:t>32:01  Maulana,</w:t>
      </w:r>
      <w:r>
        <w:br/>
      </w:r>
      <w:r>
        <w:rPr>
          <w:sz w:val="20"/>
        </w:rPr>
        <w:t>32:05  Allah mohabbat karta hai un se jo jang karte hain Allah ke raste mein. Maulana, is ayat ka reference aman ke liye kaise is ko badlein?</w:t>
      </w:r>
      <w:r>
        <w:br/>
      </w:r>
      <w:r>
        <w:rPr>
          <w:sz w:val="20"/>
        </w:rPr>
        <w:t>32:16  nahi, dekhiye, bohat bari ghalat fehmi hai ke ke is ko generalize karna, general banana.</w:t>
      </w:r>
      <w:r>
        <w:br/>
      </w:r>
      <w:r>
        <w:rPr>
          <w:sz w:val="20"/>
        </w:rPr>
        <w:t>32:26  us waqt ki yeh ayat us waqt ki hai jab ke duniya mein jang ka zamana tha, daur jang tha. Duniya mein jang</w:t>
      </w:r>
      <w:r>
        <w:br/>
      </w:r>
      <w:r>
        <w:rPr>
          <w:sz w:val="20"/>
        </w:rPr>
        <w:t>32:39  ke magar chare hi nahi tha. Yani woh jo</w:t>
      </w:r>
      <w:r>
        <w:br/>
      </w:r>
      <w:r>
        <w:rPr>
          <w:sz w:val="20"/>
        </w:rPr>
        <w:t>32:49  jang pe itna yaqeen karte the ke</w:t>
      </w:r>
      <w:r>
        <w:br/>
      </w:r>
      <w:r>
        <w:rPr>
          <w:sz w:val="20"/>
        </w:rPr>
        <w:t>32:55  ke is zamane mein kaha jata tha, ek shayar ne kaha hai ke woh ahyaanan ala bakrin akhina alam al khana.</w:t>
      </w:r>
      <w:r>
        <w:br/>
      </w:r>
      <w:r>
        <w:rPr>
          <w:sz w:val="20"/>
        </w:rPr>
        <w:t>33:05  to jang to un ka kal culture tha, jis zamane mein jang culture bana hua tha, us zamane ki baat hai. Woh yeh nahi ke aam hai, woh harghiz nahi.</w:t>
      </w:r>
      <w:r>
        <w:br/>
      </w:r>
      <w:r>
        <w:rPr>
          <w:sz w:val="20"/>
        </w:rPr>
        <w:t>33:17  aaj aaj jang ke koi matlab nahi hai. Aaj jang ka koi matlab nahi hai.</w:t>
      </w:r>
      <w:r>
        <w:br/>
      </w:r>
      <w:r>
        <w:rPr>
          <w:sz w:val="20"/>
        </w:rPr>
        <w:t>33:23  to Maulana, unhone likha hai ke kya yeh keh sakte hain ke aaj pur aman dawat jo karta hai, Allah un se mohabbat karega?</w:t>
      </w:r>
      <w:r>
        <w:br/>
      </w:r>
      <w:r>
        <w:rPr>
          <w:sz w:val="20"/>
        </w:rPr>
        <w:t>33:33  aaj Allah mohabbat karega jab aman ki buniyad par manage karen. Aaj yani dawat ka kaam karen, aman ke usool par manage karen,</w:t>
      </w:r>
      <w:r>
        <w:br/>
      </w:r>
      <w:r>
        <w:rPr>
          <w:sz w:val="20"/>
        </w:rPr>
        <w:t>33:47  planning karen. Aaj harghiz harghiz is ka matlab yeh nahi ke lado to Allah madad kare, mohabbat karega. Harghiz nahi. Pur aman planning karen to Allah madad karega.</w:t>
      </w:r>
      <w:r>
        <w:br/>
      </w:r>
      <w:r>
        <w:rPr>
          <w:sz w:val="20"/>
        </w:rPr>
        <w:t>33:59  aaj ke lehaz se is ka matlab hai ke tum pur aman planning karo to Allah tum se madad karega. Woh zamane ke baad jang culture bana hua tha.</w:t>
      </w:r>
      <w:r>
        <w:br/>
      </w:r>
      <w:r>
        <w:rPr>
          <w:sz w:val="20"/>
        </w:rPr>
        <w:t>34:12  chunanche ek shayar ne kaha ke woh ahyaanan ala bakrin akhina Allah khana.</w:t>
      </w:r>
      <w:r>
        <w:br/>
      </w:r>
      <w:r>
        <w:rPr>
          <w:sz w:val="20"/>
        </w:rPr>
        <w:t>34:22  yani apne hi logon se ladne lagte hain jab koi dushman ladne ke liye na ho. To yeh tha jab jang culture bani hui thi.</w:t>
      </w:r>
      <w:r>
        <w:br/>
      </w:r>
      <w:r>
        <w:rPr>
          <w:sz w:val="20"/>
        </w:rPr>
        <w:t>34:33  ab to koi jang sirf nadan log karte hain. Ab koi aqal mand aadmi jang nahi karega. To aap pur aman planning kijiye.</w:t>
      </w:r>
      <w:r>
        <w:br/>
      </w:r>
      <w:r>
        <w:rPr>
          <w:sz w:val="20"/>
        </w:rPr>
        <w:t>34:43  hum jang ki baat hi karna chhod deejiye. aur unhi se Allah mohabbat karega.</w:t>
      </w:r>
      <w:r>
        <w:br/>
      </w:r>
      <w:r>
        <w:rPr>
          <w:sz w:val="20"/>
        </w:rPr>
        <w:t>34:53  maulana, comment bheja hai miss daniya mustafa ne pakistan se. unhone likha hai, "replacing the reference with our life and our times makes the life of sahaba more practical and applicable for us." jazak Allah maulana sahib.</w:t>
      </w:r>
      <w:r>
        <w:br/>
      </w:r>
      <w:r>
        <w:rPr>
          <w:sz w:val="20"/>
        </w:rPr>
        <w:t>35:12  masha Allah.</w:t>
      </w:r>
      <w:r>
        <w:br/>
      </w:r>
      <w:r>
        <w:rPr>
          <w:sz w:val="20"/>
        </w:rPr>
        <w:t>35:13  sajid anwar sahib ne mumbai se ek comment aur question bheja hai. unhone likha hai, "maulana, your point of changing the reference is very relevant.</w:t>
      </w:r>
      <w:r>
        <w:br/>
      </w:r>
      <w:r>
        <w:rPr>
          <w:sz w:val="20"/>
        </w:rPr>
        <w:t>35:23  my question is how to change the existing reference to the right reference?" i am apprehensive that in this process i may land up in wrong reference.</w:t>
      </w:r>
      <w:r>
        <w:br/>
      </w:r>
      <w:r>
        <w:rPr>
          <w:sz w:val="20"/>
        </w:rPr>
        <w:t>35:37  please advise</w:t>
      </w:r>
      <w:r>
        <w:br/>
      </w:r>
      <w:r>
        <w:rPr>
          <w:sz w:val="20"/>
        </w:rPr>
        <w:t>35:38  . nahin, sincerity shart hai. sincerity shart hai. agar kisi ka aadmi ka agar sincerity na ho to woh to kuch nahin kar sakta.</w:t>
      </w:r>
      <w:r>
        <w:br/>
      </w:r>
      <w:r>
        <w:rPr>
          <w:sz w:val="20"/>
        </w:rPr>
        <w:t>35:51  sincerity to shart hai.</w:t>
      </w:r>
      <w:r>
        <w:br/>
      </w:r>
      <w:r>
        <w:rPr>
          <w:sz w:val="20"/>
        </w:rPr>
        <w:t>35:56  aadmi ke andar itna to hona chahiye ke woh sincere ho jaye is maamle mein.</w:t>
      </w:r>
      <w:r>
        <w:br/>
      </w:r>
      <w:r>
        <w:rPr>
          <w:sz w:val="20"/>
        </w:rPr>
        <w:t>36:10  fayyaz sahib ne ek comment bheja hai hyderabad se. unhone likha hai, "applying war reference in peaceful situation is a unique idea that potentially could make great development in a belief in God." jazak Allah maulana.</w:t>
      </w:r>
      <w:r>
        <w:br/>
      </w:r>
      <w:r>
        <w:rPr>
          <w:sz w:val="20"/>
        </w:rPr>
        <w:t>36:32  maulana, unka sawal yeh hai ke aap ne jo hazrat umar ke hawale se jo jawab diya ke unhone namaz padhte waqt jang ki planning ki to lekin woh ek war wali situation thi.</w:t>
      </w:r>
      <w:r>
        <w:br/>
      </w:r>
      <w:r>
        <w:rPr>
          <w:sz w:val="20"/>
        </w:rPr>
        <w:t>36:47  lekin aap ne yeh bhi bataya h</w:t>
      </w:r>
      <w:r>
        <w:br/>
      </w:r>
      <w:r>
        <w:rPr>
          <w:sz w:val="20"/>
        </w:rPr>
        <w:t>36:49  m se, dekhiye, woh ek waqea hai. ji ji, kyunke us waqt koi doosra option nahin tha. jab doosra option na ho to aap ko sochna padega jang mein.</w:t>
      </w:r>
      <w:r>
        <w:br/>
      </w:r>
      <w:r>
        <w:rPr>
          <w:sz w:val="20"/>
        </w:rPr>
        <w:t>37:02  aap hain tab bhi sochna padega. koi option to nahin. yeh matlab nahin ke jab jang ho rahi hai to khade hogaye namaz padhne ke liye. yeh matlab nahin hai. jab doosra option nahin tha to aap ne yeh kiya.</w:t>
      </w:r>
      <w:r>
        <w:br/>
      </w:r>
      <w:r>
        <w:rPr>
          <w:sz w:val="20"/>
        </w:rPr>
        <w:t>37:14  to maulana, unka yeh sawal hai ke aap ne yeh bhi bataya ke namaz padhte waqt khayal jo hain woh to aate rahenge. woh involuntary hain.</w:t>
      </w:r>
      <w:r>
        <w:br/>
      </w:r>
      <w:r>
        <w:rPr>
          <w:sz w:val="20"/>
        </w:rPr>
        <w:t>37:23  to aksar aisa hi hota hai ke insaan ke zehen mein khayal aate hain aur is khayal ke basis pe woh koi action le leta hai.</w:t>
      </w:r>
      <w:r>
        <w:br/>
      </w:r>
      <w:r>
        <w:rPr>
          <w:sz w:val="20"/>
        </w:rPr>
        <w:t>37:33  to</w:t>
      </w:r>
      <w:r>
        <w:br/>
      </w:r>
      <w:r>
        <w:rPr>
          <w:sz w:val="20"/>
        </w:rPr>
        <w:t>37:34  aane deejiye, khayal aane deejiye. is se pehle main ne ek baat batai thi. ek ek philosopher tha, british philosopher.</w:t>
      </w:r>
      <w:r>
        <w:br/>
      </w:r>
      <w:r>
        <w:rPr>
          <w:sz w:val="20"/>
        </w:rPr>
        <w:t>37:43  us ne kaha tha, bahut badi baat kahi thi us ne ke "i am large enough to contain all these contradictions." "i am large enough to contain all these contradictions." mutazad, contradictory soch ko bhi aadmi jama kar sakta hai apne dimagh mein.</w:t>
      </w:r>
      <w:r>
        <w:br/>
      </w:r>
      <w:r>
        <w:rPr>
          <w:sz w:val="20"/>
        </w:rPr>
        <w:t>38:07  yeh to koi baat nahin hai. yeh Allah ki jo deen hai, mind ki shakal mein, us ko aap us ko aap underestimate kar rahe hain.</w:t>
      </w:r>
      <w:r>
        <w:br/>
      </w:r>
      <w:r>
        <w:rPr>
          <w:sz w:val="20"/>
        </w:rPr>
        <w:t>38:22  maulana, unka question yeh hai ke jab yeh thoughts jis jis ke upar hamara koi ikhtiyar nahin, koi control nahin, aur woh jab ab mind mein aate hain aur us ke basis pe hum koi action karte hain to is action ka gunah hamare upar kyun aata hai?</w:t>
      </w:r>
      <w:r>
        <w:br/>
      </w:r>
      <w:r>
        <w:rPr>
          <w:sz w:val="20"/>
        </w:rPr>
        <w:t>38:37  kyunke woh nahin, aap manage kar sakte hain. manage kyun nahin kiya aap ne? aap aap ki pakad us par hui ke jab tum manage kar sakte ho to manage kyun nahin karte</w:t>
      </w:r>
      <w:r>
        <w:br/>
      </w:r>
      <w:r>
        <w:rPr>
          <w:sz w:val="20"/>
        </w:rPr>
        <w:t>38:49  the? maulana, ek naghma aap ne ek comment bheja hai gurgaon se. unhone likha hai, "i realize today that we are not well.</w:t>
      </w:r>
      <w:r>
        <w:br/>
      </w:r>
      <w:r>
        <w:rPr>
          <w:sz w:val="20"/>
        </w:rPr>
        <w:t>39:00  we should think that it is an opportunity for our body to get refreshed." i also understood that if we depend solely on God, then then only our dua will be fulfilled.</w:t>
      </w:r>
      <w:r>
        <w:br/>
      </w:r>
      <w:r>
        <w:rPr>
          <w:sz w:val="20"/>
        </w:rPr>
        <w:t>39:19  bhai, dekhiye, aap ke mind mein jab</w:t>
      </w:r>
      <w:r>
        <w:br/>
      </w:r>
      <w:r>
        <w:rPr>
          <w:sz w:val="20"/>
        </w:rPr>
        <w:t>39:30  yeh capacity hai ke woh do cheezon par soch sake, woh do contradictory ayat par soch sake, to aap ko aisa karna chahiye.</w:t>
      </w:r>
      <w:r>
        <w:br/>
      </w:r>
      <w:r>
        <w:rPr>
          <w:sz w:val="20"/>
        </w:rPr>
        <w:t>39:41  is mind ki is capacity ko istemal karna chahiye. kyun nahi istemal karte aap? "I am large enough to contain all this contradictions." yeh kijiye.</w:t>
      </w:r>
      <w:r>
        <w:br/>
      </w:r>
      <w:r>
        <w:rPr>
          <w:sz w:val="20"/>
        </w:rPr>
        <w:t>40:00  Maulana, ek basic question yeh zehn mein aata hai ke jo Islamic history hai, woh har ek musalman jaanta hai.</w:t>
      </w:r>
      <w:r>
        <w:br/>
      </w:r>
      <w:r>
        <w:rPr>
          <w:sz w:val="20"/>
        </w:rPr>
        <w:t>40:09  jaise is daur pe to Maulana ek ayat sunane par par bhi kode pade maare jaate thay. Lekin aaj yeh bhi zamana hai, yeh generalize kar diya aap ne.</w:t>
      </w:r>
      <w:r>
        <w:br/>
      </w:r>
      <w:r>
        <w:rPr>
          <w:sz w:val="20"/>
        </w:rPr>
        <w:t>40:19  ji, maare jaate thay? nahi, mara gaya. ji haan, yeh mat kahein ke maare jaate thay to mara gaya. kode generalize, generalize</w:t>
      </w:r>
      <w:r>
        <w:br/>
      </w:r>
      <w:r>
        <w:rPr>
          <w:sz w:val="20"/>
        </w:rPr>
        <w:t>40:28  kyun karte hain? ji, kode maare gaye Maulana. Lekin aaj to free Quran distribution hum log khud hi karte hain Maulana aur poori ki poori Quran distribute karte hain.</w:t>
      </w:r>
      <w:r>
        <w:br/>
      </w:r>
      <w:r>
        <w:rPr>
          <w:sz w:val="20"/>
        </w:rPr>
        <w:t>40:37  to koi masla nahi hai. to kyun kyun nahi woh reference ko change kar paate? Muslim is time pe war ka daur tha lekin ab woh khatam ho gaya.</w:t>
      </w:r>
      <w:r>
        <w:br/>
      </w:r>
      <w:r>
        <w:rPr>
          <w:sz w:val="20"/>
        </w:rPr>
        <w:t>40:48  tab ek ayat sunane par kode maare jaate thay. ab ab poori ki poori Quran distribute kar sakte hain Mol</w:t>
      </w:r>
      <w:r>
        <w:br/>
      </w:r>
      <w:r>
        <w:rPr>
          <w:sz w:val="20"/>
        </w:rPr>
        <w:t>40:55  ana. ab dekhein, kal hum log gaye thay yahood ke jalse mein. jis zamane mein Quran utra tha, yahudiyon ne inkar kiya ke yeh Quran Allah ki taraf se hai.</w:t>
      </w:r>
      <w:r>
        <w:br/>
      </w:r>
      <w:r>
        <w:rPr>
          <w:sz w:val="20"/>
        </w:rPr>
        <w:t>41:07  inkar kiya tha unhon ne. lekin kal wahan free liya Quran distribute kiya gaya. yeh hai zamane ki baat. is zamane mein tolerance bohat bari cheez ban gayi hai.</w:t>
      </w:r>
      <w:r>
        <w:br/>
      </w:r>
      <w:r>
        <w:rPr>
          <w:sz w:val="20"/>
        </w:rPr>
        <w:t>41:21  ab aap woh nahi kar sakte. aap ko tolerate karna parta hai. yaani mein bhi sacha, tum bhi sache, yeh manna parta hai.</w:t>
      </w:r>
      <w:r>
        <w:br/>
      </w:r>
      <w:r>
        <w:rPr>
          <w:sz w:val="20"/>
        </w:rPr>
        <w:t>41:34  aur is ka is ka namuna kal kal kal tha.</w:t>
      </w:r>
      <w:r>
        <w:br/>
      </w:r>
      <w:r>
        <w:rPr>
          <w:sz w:val="20"/>
        </w:rPr>
        <w:t>41:38  Maulana, ek aur jo bohat zabardast demonstration kal hua, woh yeh tha ke Hebrew mein Quran jo hai, woh abhi good world mein doctor Saniya ne samne publish karai.</w:t>
      </w:r>
      <w:r>
        <w:br/>
      </w:r>
      <w:r>
        <w:rPr>
          <w:sz w:val="20"/>
        </w:rPr>
        <w:t>41:53  aur woh Hebrew Quran unhon ne itni khushi se li aur us ke sath photo bhi khinchwai. unhon ne Rubal Malgar ne aur kai copies di gayi wahan pe.</w:t>
      </w:r>
      <w:r>
        <w:br/>
      </w:r>
      <w:r>
        <w:rPr>
          <w:sz w:val="20"/>
        </w:rPr>
        <w:t>42:04  to unhon ne khud apne community ke logon ko Hebrew Quran jo hai, woh dilwaya aap ke hathon se. to yeh ek bohat bara demonstration tha</w:t>
      </w:r>
      <w:r>
        <w:br/>
      </w:r>
      <w:r>
        <w:rPr>
          <w:sz w:val="20"/>
        </w:rPr>
        <w:t>42:14  Maulana. ji haan, ji haan, yeh zamana hi hai ke aap chahe apne ko sacha maanein, tab bhi doosre ko manna parega aap ko.</w:t>
      </w:r>
      <w:r>
        <w:br/>
      </w:r>
      <w:r>
        <w:rPr>
          <w:sz w:val="20"/>
        </w:rPr>
        <w:t>42:23  nahi to aap backward shumar honge.</w:t>
      </w:r>
      <w:r>
        <w:br/>
      </w:r>
      <w:r>
        <w:rPr>
          <w:sz w:val="20"/>
        </w:rPr>
        <w:t>42:28  Maulana, ek question bheja hai Islamabad Pakistan se Muhammad Tufail sahib ne. unhon ne likha hai, "I am an IT professional working in an educational institution.</w:t>
      </w:r>
      <w:r>
        <w:br/>
      </w:r>
      <w:r>
        <w:rPr>
          <w:sz w:val="20"/>
        </w:rPr>
        <w:t>42:41  I am willing to work for dawah, but don't know how IT information technology should be used for this purpose." is ke bare mein batayein.</w:t>
      </w:r>
      <w:r>
        <w:br/>
      </w:r>
      <w:r>
        <w:rPr>
          <w:sz w:val="20"/>
        </w:rPr>
        <w:t>42:53  hum to rozana istemal kar rahe hain. kaise aap ko batlaiye? hamare saathi sari duniya mein modern technology ko istemal kar rahe hain.</w:t>
      </w:r>
      <w:r>
        <w:br/>
      </w:r>
      <w:r>
        <w:rPr>
          <w:sz w:val="20"/>
        </w:rPr>
        <w:t>43:05  ab woh aata rehta hai barabar khabron mein.</w:t>
      </w:r>
      <w:r>
        <w:br/>
      </w:r>
      <w:r>
        <w:rPr>
          <w:sz w:val="20"/>
        </w:rPr>
        <w:t>43:13  woh to zamana hi khatam ho gaya jab yeh is tareeqe se masla hoti thi. ab yeh is tareeqe se masla nahi hai.</w:t>
      </w:r>
      <w:r>
        <w:br/>
      </w:r>
      <w:r>
        <w:rPr>
          <w:sz w:val="20"/>
        </w:rPr>
        <w:t>43:20  Maulana, ek comment bheja hai Irshad Ali sahib ne Rampur se. unhon ne likha hai, "Maulana, do saal pehle jab mein haq ki talash mein nikla to mein ne bohat sare Islamic scholars ko suna.</w:t>
      </w:r>
      <w:r>
        <w:br/>
      </w:r>
      <w:r>
        <w:rPr>
          <w:sz w:val="20"/>
        </w:rPr>
        <w:t>43:35  lekin maine kisi bhi scholars ke followers ke andar positivity nahi paai siwaye aap ke aur javed</w:t>
      </w:r>
      <w:r>
        <w:br/>
      </w:r>
      <w:r>
        <w:rPr>
          <w:sz w:val="20"/>
        </w:rPr>
        <w:t>43:44  ahmad gamdi sahib ke.</w:t>
      </w:r>
      <w:r>
        <w:br/>
      </w:r>
      <w:r>
        <w:rPr>
          <w:sz w:val="20"/>
        </w:rPr>
        <w:t>43:46  maulana, main samajhta hoon ke in logon ko ruk jana chahiye aur sochna chahiye ke kahin hum kuch</w:t>
      </w:r>
      <w:r>
        <w:br/>
      </w:r>
      <w:r>
        <w:rPr>
          <w:sz w:val="20"/>
        </w:rPr>
        <w:t>43:54  ghalat to promote nahi kar rahe jis se hamare followers ka intellectual development nahi ho raha.</w:t>
      </w:r>
      <w:r>
        <w:br/>
      </w:r>
      <w:r>
        <w:rPr>
          <w:sz w:val="20"/>
        </w:rPr>
        <w:t>44:05  acha, theek hai, dua kijiye.</w:t>
      </w:r>
    </w:p>
    <w:p>
      <w:pPr>
        <w:pStyle w:val="Heading2"/>
      </w:pPr>
      <w:r>
        <w:t>Clarification of Quran 2:201</w:t>
      </w:r>
    </w:p>
    <w:p>
      <w:r>
        <w:rPr>
          <w:color w:val="666666"/>
          <w:sz w:val="18"/>
        </w:rPr>
        <w:t>Quran &amp; Tafsir · Material Science Vs Spiritual Science 20th May 12 SLOW · 5m 03s · at 1:34:22 · https://youtu.be/qYwFExG7cyM?t=5662</w:t>
      </w:r>
    </w:p>
    <w:p>
      <w:r>
        <w:rPr>
          <w:i/>
        </w:rPr>
        <w:t>“Maulana, I ask you to clarify two Quranic verses. The first is Chapter 2, verse 201: 'And Lord grant us...'”</w:t>
      </w:r>
    </w:p>
    <w:p>
      <w:r>
        <w:rPr>
          <w:sz w:val="20"/>
        </w:rPr>
        <w:t>1:34:21  mein.</w:t>
      </w:r>
      <w:r>
        <w:br/>
      </w:r>
      <w:r>
        <w:rPr>
          <w:sz w:val="20"/>
        </w:rPr>
        <w:t>1:34:22  Maulana, agla sawal Delhi se Maulana Zakwan Nadvi sahib ka hai.</w:t>
      </w:r>
      <w:r>
        <w:br/>
      </w:r>
      <w:r>
        <w:rPr>
          <w:sz w:val="20"/>
        </w:rPr>
        <w:t>1:34:27  unhon ne aapse do Quran ki ayaton ko wazeh karne ke liye kaha hai.</w:t>
      </w:r>
      <w:r>
        <w:br/>
      </w:r>
      <w:r>
        <w:rPr>
          <w:sz w:val="20"/>
        </w:rPr>
        <w:t>1:34:33  pehli ayat chapter two of Quran, words number 201 hai, jis mein aya hai: "aur Lord grant is</w:t>
      </w:r>
      <w:r>
        <w:br/>
      </w:r>
      <w:r>
        <w:rPr>
          <w:sz w:val="20"/>
        </w:rPr>
        <w:t>1:34:41  good in this world as well as good in the world here after. second jo hai, woh chapter</w:t>
      </w:r>
      <w:r>
        <w:br/>
      </w:r>
      <w:r>
        <w:rPr>
          <w:sz w:val="20"/>
        </w:rPr>
        <w:t>1:34:49  28, words number 77 hai, jis mein aaya hai: "seek the home of the here after by means</w:t>
      </w:r>
      <w:r>
        <w:br/>
      </w:r>
      <w:r>
        <w:rPr>
          <w:sz w:val="20"/>
        </w:rPr>
        <w:t>1:34:56  of that which God has bestowed on you, and do not forget to take your portion in this</w:t>
      </w:r>
      <w:r>
        <w:br/>
      </w:r>
      <w:r>
        <w:rPr>
          <w:sz w:val="20"/>
        </w:rPr>
        <w:t>1:35:04  world." sir, is ka sorry, pehla ayat bhi nahi aaya? nahi ji, dekhein pehli ayat toh woh hai:</w:t>
      </w:r>
      <w:r>
        <w:br/>
      </w:r>
      <w:r>
        <w:rPr>
          <w:sz w:val="20"/>
        </w:rPr>
        <w:t>1:35:12  "rabbana atina fid dunya hasana wa fi al-akhirat wa qina azab an-nar." ji ji, is pe bhi bai'at karoon ke</w:t>
      </w:r>
      <w:r>
        <w:br/>
      </w:r>
      <w:r>
        <w:rPr>
          <w:sz w:val="20"/>
        </w:rPr>
        <w:t>1:35:19  mujhe is mein bhi ek discovery hai, aur bohat ajeeb discovery hai: "rabbana atina fid dunya hasana wa fi</w:t>
      </w:r>
      <w:r>
        <w:br/>
      </w:r>
      <w:r>
        <w:rPr>
          <w:sz w:val="20"/>
        </w:rPr>
        <w:t>1:35:27  al-akhirat hasana wa qina azab an-nar." tarjuma is ka yeh hai ke: "ae hamare rab, de hum ko dunya</w:t>
      </w:r>
      <w:r>
        <w:br/>
      </w:r>
      <w:r>
        <w:rPr>
          <w:sz w:val="20"/>
        </w:rPr>
        <w:t>1:35:35  ka hasana aur de hum ko akhirat ka hasana, hum ko bacha akhirat ke azab se." toh main</w:t>
      </w:r>
      <w:r>
        <w:br/>
      </w:r>
      <w:r>
        <w:rPr>
          <w:sz w:val="20"/>
        </w:rPr>
        <w:t>1:35:43  ne socha ke dunya ka hasana toh Allah ne de rakha hai, already hamari dua ke baghair hi.</w:t>
      </w:r>
      <w:r>
        <w:br/>
      </w:r>
      <w:r>
        <w:rPr>
          <w:sz w:val="20"/>
        </w:rPr>
        <w:t>1:35:50  yeh bohat ek ajeeb baat mujhe daryaft hui is mein, kyunke dekhein Quran mein hai ke: "wa atakum min</w:t>
      </w:r>
      <w:r>
        <w:br/>
      </w:r>
      <w:r>
        <w:rPr>
          <w:sz w:val="20"/>
        </w:rPr>
        <w:t>1:35:58  kulli ma saltamoo" hum paida hote nahi hain, aur dunya mein sab kuch peshgi taur par woh maujood</w:t>
      </w:r>
      <w:r>
        <w:br/>
      </w:r>
      <w:r>
        <w:rPr>
          <w:sz w:val="20"/>
        </w:rPr>
        <w:t>1:36:06  hai.</w:t>
      </w:r>
      <w:r>
        <w:br/>
      </w:r>
      <w:r>
        <w:rPr>
          <w:sz w:val="20"/>
        </w:rPr>
        <w:t>1:36:07  yahan suraj hai, yahan pani hai, yahan oxygen hai, yahan zameen se ghale nikal rahe hain, yaani sari</w:t>
      </w:r>
      <w:r>
        <w:br/>
      </w:r>
      <w:r>
        <w:rPr>
          <w:sz w:val="20"/>
        </w:rPr>
        <w:t>1:36:15  cheezein jo hum chahte hain, woh peshgi maujood hain yahan par.</w:t>
      </w:r>
      <w:r>
        <w:br/>
      </w:r>
      <w:r>
        <w:rPr>
          <w:sz w:val="20"/>
        </w:rPr>
        <w:t>1:36:20  toh yahan kyun kaha gaya: "rabbana atina fid dunya hasana"? ae hum, ae Allah, hamein de dunya ka</w:t>
      </w:r>
      <w:r>
        <w:br/>
      </w:r>
      <w:r>
        <w:rPr>
          <w:sz w:val="20"/>
        </w:rPr>
        <w:t>1:36:27  hasana, woh toh already mila hua hai.</w:t>
      </w:r>
      <w:r>
        <w:br/>
      </w:r>
      <w:r>
        <w:rPr>
          <w:sz w:val="20"/>
        </w:rPr>
        <w:t>1:36:30  toh main ne is ayat ko is tareeqe se padha ke: "rabbana qad atina fid dunya hasana, fatina</w:t>
      </w:r>
      <w:r>
        <w:br/>
      </w:r>
      <w:r>
        <w:rPr>
          <w:sz w:val="20"/>
        </w:rPr>
        <w:t>1:36:38  fil akhirat hasana".</w:t>
      </w:r>
      <w:r>
        <w:br/>
      </w:r>
      <w:r>
        <w:rPr>
          <w:sz w:val="20"/>
        </w:rPr>
        <w:t>1:36:40  ae Allah, tu ne dunya mein hamein de diya hasana, toh akhirat ka hasana bhi de de, already</w:t>
      </w:r>
      <w:r>
        <w:br/>
      </w:r>
      <w:r>
        <w:rPr>
          <w:sz w:val="20"/>
        </w:rPr>
        <w:t>1:36:47  de diya tu ne.</w:t>
      </w:r>
      <w:r>
        <w:br/>
      </w:r>
      <w:r>
        <w:rPr>
          <w:sz w:val="20"/>
        </w:rPr>
        <w:t>1:36:49  yaani is mein ek ek hidden mafhoom hai is ayat mein ke aap sochein ke main mang raha</w:t>
      </w:r>
      <w:r>
        <w:br/>
      </w:r>
      <w:r>
        <w:rPr>
          <w:sz w:val="20"/>
        </w:rPr>
        <w:t>1:36:57  hoon Allah taala se dunya ka hasana, woh toh already mila hua hai.</w:t>
      </w:r>
      <w:r>
        <w:br/>
      </w:r>
      <w:r>
        <w:rPr>
          <w:sz w:val="20"/>
        </w:rPr>
        <w:t>1:37:02  Quran khud Quran se sabit hai ke: "wa atakum min kulli ma saltamoo" sab kuch de diya tum ko</w:t>
      </w:r>
      <w:r>
        <w:br/>
      </w:r>
      <w:r>
        <w:rPr>
          <w:sz w:val="20"/>
        </w:rPr>
        <w:t>1:37:10  jo jo tum ko darkar tha dunya mein.</w:t>
      </w:r>
      <w:r>
        <w:br/>
      </w:r>
      <w:r>
        <w:rPr>
          <w:sz w:val="20"/>
        </w:rPr>
        <w:t>1:37:13  toh main ne yeh dua is mein se paayi ke: "khudaya, tu ne dunya mein sab kuch de</w:t>
      </w:r>
      <w:r>
        <w:br/>
      </w:r>
      <w:r>
        <w:rPr>
          <w:sz w:val="20"/>
        </w:rPr>
        <w:t>1:37:21  diya jo mujhe chahiye tha, ab akhirat mein bhi de de jo mujhe darkaar hai." "rabbana qad atana</w:t>
      </w:r>
      <w:r>
        <w:br/>
      </w:r>
      <w:r>
        <w:rPr>
          <w:sz w:val="20"/>
        </w:rPr>
        <w:t>1:37:29  fi ad-dunya hasana, fatna fi al-akhirat hasana" to ek ajeeb is ke andar ek ek ek dua ka</w:t>
      </w:r>
      <w:r>
        <w:br/>
      </w:r>
      <w:r>
        <w:rPr>
          <w:sz w:val="20"/>
        </w:rPr>
        <w:t>1:37:37  mazmoon chupa hua hai, bohat ajeeb.</w:t>
      </w:r>
      <w:r>
        <w:br/>
      </w:r>
      <w:r>
        <w:rPr>
          <w:sz w:val="20"/>
        </w:rPr>
        <w:t>1:37:39  aur doosri jo aayat hai, woh is aayat mein: "wa ratan sanusibuka" kya hai? woh alfaaz: "wa ratan sanusibuka min</w:t>
      </w:r>
      <w:r>
        <w:br/>
      </w:r>
      <w:r>
        <w:rPr>
          <w:sz w:val="20"/>
        </w:rPr>
        <w:t>1:37:47  ad-dunya".</w:t>
      </w:r>
      <w:r>
        <w:br/>
      </w:r>
      <w:r>
        <w:rPr>
          <w:sz w:val="20"/>
        </w:rPr>
        <w:t>1:37:48  "wa ratan sanusibuka min ad-dunya" to is ko log samajhte hain ke dunya mein jo khana kama raha hai,</w:t>
      </w:r>
      <w:r>
        <w:br/>
      </w:r>
      <w:r>
        <w:rPr>
          <w:sz w:val="20"/>
        </w:rPr>
        <w:t>1:37:56  woh bhi haasil kar lo.</w:t>
      </w:r>
      <w:r>
        <w:br/>
      </w:r>
      <w:r>
        <w:rPr>
          <w:sz w:val="20"/>
        </w:rPr>
        <w:t>1:37:58  yeh matlab hargiz nahi hai.</w:t>
      </w:r>
      <w:r>
        <w:br/>
      </w:r>
      <w:r>
        <w:rPr>
          <w:sz w:val="20"/>
        </w:rPr>
        <w:t>1:38:00  is ka matlab yeh hai ke dunya mein Allah taala ne aap ko bheja hai, yahan yahan settle</w:t>
      </w:r>
      <w:r>
        <w:br/>
      </w:r>
      <w:r>
        <w:rPr>
          <w:sz w:val="20"/>
        </w:rPr>
        <w:t>1:38:08  kiya hai.</w:t>
      </w:r>
      <w:r>
        <w:br/>
      </w:r>
      <w:r>
        <w:rPr>
          <w:sz w:val="20"/>
        </w:rPr>
        <w:t>1:38:10  to dunya se jo le ke jaana hai akhirat ke liye, woh is ko na bhool, is ko</w:t>
      </w:r>
      <w:r>
        <w:br/>
      </w:r>
      <w:r>
        <w:rPr>
          <w:sz w:val="20"/>
        </w:rPr>
        <w:t>1:38:17  haasil kar, aur is ko le kar akhirat mein ja.</w:t>
      </w:r>
      <w:r>
        <w:br/>
      </w:r>
      <w:r>
        <w:rPr>
          <w:sz w:val="20"/>
        </w:rPr>
        <w:t>1:38:22  yeh matlab hai is ka.</w:t>
      </w:r>
      <w:r>
        <w:br/>
      </w:r>
      <w:r>
        <w:rPr>
          <w:sz w:val="20"/>
        </w:rPr>
        <w:t>1:38:24  yaani aayat ka tarjuma yeh hai ke: "na bhool dunya se apna hissa".</w:t>
      </w:r>
      <w:r>
        <w:br/>
      </w:r>
      <w:r>
        <w:rPr>
          <w:sz w:val="20"/>
        </w:rPr>
        <w:t>1:38:29  yaani hissa ka matlab hissa akhirat.</w:t>
      </w:r>
      <w:r>
        <w:br/>
      </w:r>
      <w:r>
        <w:rPr>
          <w:sz w:val="20"/>
        </w:rPr>
        <w:t>1:38:32  "na bhool dunya se apna hissa akhirat".</w:t>
      </w:r>
      <w:r>
        <w:br/>
      </w:r>
      <w:r>
        <w:rPr>
          <w:sz w:val="20"/>
        </w:rPr>
        <w:t>1:38:35  yeh matlab hai ke ke dunya mein khoob khoob taraqqi karo, khoob dunya banao.</w:t>
      </w:r>
      <w:r>
        <w:br/>
      </w:r>
      <w:r>
        <w:rPr>
          <w:sz w:val="20"/>
        </w:rPr>
        <w:t>1:38:41  yeh matlab hargiz nahi hai is ka.</w:t>
      </w:r>
      <w:r>
        <w:br/>
      </w:r>
      <w:r>
        <w:rPr>
          <w:sz w:val="20"/>
        </w:rPr>
        <w:t>1:38:44  "wa ratan sanusibuka min ad-dunya" na bhool dunya se hissa akhirat.</w:t>
      </w:r>
      <w:r>
        <w:br/>
      </w:r>
      <w:r>
        <w:rPr>
          <w:sz w:val="20"/>
        </w:rPr>
        <w:t>1:38:48  yaani dunya mein aisi zindagi guzaar guzaaro jo akhirat tumhare kaam aaye.</w:t>
      </w:r>
      <w:r>
        <w:br/>
      </w:r>
      <w:r>
        <w:rPr>
          <w:sz w:val="20"/>
        </w:rPr>
        <w:t>1:38:53  yaani wohi cheez hai yeh jo hadees mein in alfaaz mein hai: "ad-dunya mazrat al-akhirat".</w:t>
      </w:r>
      <w:r>
        <w:br/>
      </w:r>
      <w:r>
        <w:rPr>
          <w:sz w:val="20"/>
        </w:rPr>
        <w:t>1:39:00  yaani isi hadees ki isi aayat ki tashreeh hai: "yeh ad-dunya mazrat al-akhirat".</w:t>
      </w:r>
      <w:r>
        <w:br/>
      </w:r>
      <w:r>
        <w:rPr>
          <w:sz w:val="20"/>
        </w:rPr>
        <w:t>1:39:05  dunya akhirat ki kheti hai, yaani fasal yahan bona hai, aur wahan ka is ka is ka phal</w:t>
      </w:r>
      <w:r>
        <w:br/>
      </w:r>
      <w:r>
        <w:rPr>
          <w:sz w:val="20"/>
        </w:rPr>
        <w:t>1:39:13  wahan paana hai.</w:t>
      </w:r>
      <w:r>
        <w:br/>
      </w:r>
      <w:r>
        <w:rPr>
          <w:sz w:val="20"/>
        </w:rPr>
        <w:t>1:39:15  yeh matlab is aayat ka hai.</w:t>
      </w:r>
      <w:r>
        <w:br/>
      </w:r>
      <w:r>
        <w:rPr>
          <w:sz w:val="20"/>
        </w:rPr>
        <w:t>1:39:17  hargiz is ka matlab nahin ke dunya mein khoob hasil karo.</w:t>
      </w:r>
      <w:r>
        <w:br/>
      </w:r>
      <w:r>
        <w:rPr>
          <w:sz w:val="20"/>
        </w:rPr>
        <w:t>1:39:22  yeh yeh is aayat ka matlab nahin hai.</w:t>
      </w:r>
    </w:p>
    <w:p>
      <w:pPr>
        <w:pStyle w:val="Heading2"/>
      </w:pPr>
      <w:r>
        <w:t>Clarify two verses on this world and hereafter</w:t>
      </w:r>
    </w:p>
    <w:p>
      <w:r>
        <w:rPr>
          <w:color w:val="666666"/>
          <w:sz w:val="18"/>
        </w:rPr>
        <w:t>Quran &amp; Tafsir · Materialism and Intellectual Dwarfism 29th April 2012 · 5m 13s · at 1:28:34 · https://youtu.be/qHzARL_r3I4?t=5314</w:t>
      </w:r>
    </w:p>
    <w:p>
      <w:r>
        <w:rPr>
          <w:i/>
        </w:rPr>
        <w:t>“Please clarify two Quranic verses: first, Chapter 2, Verse 201: 'Our Lord, grant us good in this world and good in the hereafter.' Second, Chapter 28, Verse 77: 'Seek the home of the hereafter by means of that which God has bestowed on you, and do not forget to take your portion in this world.'”</w:t>
      </w:r>
    </w:p>
    <w:p>
      <w:r>
        <w:rPr>
          <w:sz w:val="20"/>
        </w:rPr>
        <w:t>1:28:34  maulana agla sawal dilli se maulana zakwan nadvi sahib ka hai unhon ne aap se do quran ki ayaton ko wazeh karne ke liye kaha hai pehli ayat chapter 2 of quran verse number 201 hai jis mein aya hai Our Lord grants us good in this world as well as good in the world hereafter.</w:t>
      </w:r>
      <w:r>
        <w:br/>
      </w:r>
      <w:r>
        <w:rPr>
          <w:sz w:val="20"/>
        </w:rPr>
        <w:t>1:28:56  second jo hai wo chapter 28 verse number 77 hai jis mein aya hai Seek the home of the hereafter by means of that which God has bestowed on you, and do not forget to take your portion in this world.</w:t>
      </w:r>
      <w:r>
        <w:br/>
      </w:r>
      <w:r>
        <w:rPr>
          <w:sz w:val="20"/>
        </w:rPr>
        <w:t>1:29:13  dekhen pehli ayat to wo hai rabbana atina fid dunya hasanah wa fil akhirati hasanah wa qina azabannar is mein bhi baat kahoon ke mujhe is mein bhi aik discovery hai aur bohat ajib discovery hai rabbana atina fid dunya hasanah wa fil akhirati hasanah wa qina azabannar tarjuma is ka ye hai ke aye hamare rabb de hum ko dunya ka hasanah aur de hum ko akhirat ka hasanah</w:t>
      </w:r>
      <w:r>
        <w:br/>
      </w:r>
      <w:r>
        <w:rPr>
          <w:sz w:val="20"/>
        </w:rPr>
        <w:t>1:29:42  hum ko bacha akhirat ke azab se to mein ne socha ke dunya ka hasanah to allah ne de rakha hai already hamari dua ke baghair hi</w:t>
      </w:r>
      <w:r>
        <w:br/>
      </w:r>
      <w:r>
        <w:rPr>
          <w:sz w:val="20"/>
        </w:rPr>
        <w:t>1:29:57  ye bohat aik ajib baat mujhe daryaft hui is mein kyunke dekhen quran mein hai ke wa atainakum min kulli ma saltamuh hum paida hote nahi aur duniya mein sab kuch peshgi taur par wo maujood hai</w:t>
      </w:r>
      <w:r>
        <w:br/>
      </w:r>
      <w:r>
        <w:rPr>
          <w:sz w:val="20"/>
        </w:rPr>
        <w:t>1:30:13  yahan suraj hai yahan pani hai yahan oxygen hai yahan zameen se ghale nikal rahe hain yani sari cheezen jo hum chahte hain wo peshgi maujood hain yahan par</w:t>
      </w:r>
      <w:r>
        <w:br/>
      </w:r>
      <w:r>
        <w:rPr>
          <w:sz w:val="20"/>
        </w:rPr>
        <w:t>1:30:27  to yahan kyun kaha gaya rabbana atina fid dunya hasana a hum a allah humein de dunya ka husna wo to already mila hua hai to maine is ayat ko is tareeqe se padha</w:t>
      </w:r>
      <w:r>
        <w:br/>
      </w:r>
      <w:r>
        <w:rPr>
          <w:sz w:val="20"/>
        </w:rPr>
        <w:t>1:30:44  ke rabbana qad ataytana fid dunya hasana fa atana fil akhirati hasana a allah tu ne dunya mein humein de diya husna to akhirat ka husna bhi de de already de diya tu ne</w:t>
      </w:r>
      <w:r>
        <w:br/>
      </w:r>
      <w:r>
        <w:rPr>
          <w:sz w:val="20"/>
        </w:rPr>
        <w:t>1:31:06  yani is mein ek ek hidden mafhoom hai is ayat mein</w:t>
      </w:r>
      <w:r>
        <w:br/>
      </w:r>
      <w:r>
        <w:rPr>
          <w:sz w:val="20"/>
        </w:rPr>
        <w:t>1:31:11  ke aap sochen ke main mang raha hoon allah taala se dunya ka husna wo to already mila hua hai quran khud quran se sabit hai ke wa ataykum min kulli ma saltamoo sab kuch de diya tum ko jo jo tum ko darkar tha dunya mein to maine yeh dua is mein se paai ke khudaaya tu ne dunya mein sab kuch de diya jo mujhe chaahi</w:t>
      </w:r>
      <w:r>
        <w:br/>
      </w:r>
      <w:r>
        <w:rPr>
          <w:sz w:val="20"/>
        </w:rPr>
        <w:t>1:31:40  e tha ab akhirat mein bhi de de jo mujhe darkar hai</w:t>
      </w:r>
      <w:r>
        <w:br/>
      </w:r>
      <w:r>
        <w:rPr>
          <w:sz w:val="20"/>
        </w:rPr>
        <w:t>1:31:46  rabbana qad ataytana fid dunya hasana fa atana fil akhirati hasana to ek ajib is ke andar ek ek ek dua ka mazmoon chupa hua hai bohat ajib</w:t>
      </w:r>
      <w:r>
        <w:br/>
      </w:r>
      <w:r>
        <w:rPr>
          <w:sz w:val="20"/>
        </w:rPr>
        <w:t>1:32:04  aur doosri jo ayat hai</w:t>
      </w:r>
      <w:r>
        <w:br/>
      </w:r>
      <w:r>
        <w:rPr>
          <w:sz w:val="20"/>
        </w:rPr>
        <w:t>1:32:09  wo is ayat mein</w:t>
      </w:r>
      <w:r>
        <w:br/>
      </w:r>
      <w:r>
        <w:rPr>
          <w:sz w:val="20"/>
        </w:rPr>
        <w:t>1:32:13  wa la tansa naseebaka amrad dunya to us ko log samajhte hain ke dunya mein jo khana kamana hai wo bhi hasil kar lo yeh matlab hargiz nahi hai</w:t>
      </w:r>
      <w:r>
        <w:br/>
      </w:r>
      <w:r>
        <w:rPr>
          <w:sz w:val="20"/>
        </w:rPr>
        <w:t>1:32:27  iska matlab yeh hai ke dunya mein allah taala ne aap ko bheja hai yahan yahan settle kiya hai to dunya se jo le kar jana hai akhirat ke liye wo us ko na bhool us ko hasil kar aur us ko le kar akhirat mein ja yeh matlab hai iska yani ayat ka tarjuma yeh hai ke na bhool dunya se apna hissa</w:t>
      </w:r>
      <w:r>
        <w:br/>
      </w:r>
      <w:r>
        <w:rPr>
          <w:sz w:val="20"/>
        </w:rPr>
        <w:t>1:32:55  yani hissa ka matlab hissa akhirat na bhool dunya se apna hissa akhirat</w:t>
      </w:r>
      <w:r>
        <w:br/>
      </w:r>
      <w:r>
        <w:rPr>
          <w:sz w:val="20"/>
        </w:rPr>
        <w:t>1:33:04  yeh matlab nahi hai ke ke dunya mein khoob khoob taraqqi karo khoob dunya banao yeh matlab hargiz nahi hai iska wa la tansa naseebaka amrad dunya na bhool dunya se hissa akhirat</w:t>
      </w:r>
      <w:r>
        <w:br/>
      </w:r>
      <w:r>
        <w:rPr>
          <w:sz w:val="20"/>
        </w:rPr>
        <w:t>1:33:19  yani dunya mein aisi zindagi guzar guzaaro jo akhirat tumhare kaam aaye yani wahi cheez hai yeh jo hadith mein in alfaz mein hai ad dunya madarratun lil akhirati isi hadith ki isi ayat ki tashreeh hai yeh ad dunya madarratun lil akhirati dunya akhirat ki kheti hai yani fasal yahan bona hai aur wo is ka is ka phal wahan paana hai</w:t>
      </w:r>
    </w:p>
    <w:p>
      <w:pPr>
        <w:pStyle w:val="Heading2"/>
      </w:pPr>
      <w:r>
        <w:t>Conditions for qital in modern world</w:t>
      </w:r>
    </w:p>
    <w:p>
      <w:r>
        <w:rPr>
          <w:color w:val="666666"/>
          <w:sz w:val="18"/>
        </w:rPr>
        <w:t>Quran &amp; Tafsir · Peaceful Islamic Mission December 28, 2014 · 1m 38s · at 1:07:15 · https://youtu.be/aLacalXEtRA?t=4035</w:t>
      </w:r>
    </w:p>
    <w:p>
      <w:r>
        <w:rPr>
          <w:i/>
        </w:rPr>
        <w:t>“In today's world, are there any conditions in which qital (fighting) is applicable?”</w:t>
      </w:r>
    </w:p>
    <w:p>
      <w:r>
        <w:rPr>
          <w:sz w:val="20"/>
        </w:rPr>
        <w:t>1:07:15  maulana, agla sawal kya hai miss naghma siddiqui ne dilli se, aur unhon ne aap se poocha hai</w:t>
      </w:r>
      <w:r>
        <w:br/>
      </w:r>
      <w:r>
        <w:rPr>
          <w:sz w:val="20"/>
        </w:rPr>
        <w:t>1:07:21  کہ: "In today's world, are there any conditions in which qital is applicable?" ہرگز نہیں، ہرگز نہیں، بالکل</w:t>
      </w:r>
      <w:r>
        <w:br/>
      </w:r>
      <w:r>
        <w:rPr>
          <w:sz w:val="20"/>
        </w:rPr>
        <w:t>1:07:27  qital ka koi sawal hi nahi hai.</w:t>
      </w:r>
      <w:r>
        <w:br/>
      </w:r>
      <w:r>
        <w:rPr>
          <w:sz w:val="20"/>
        </w:rPr>
        <w:t>1:07:33  main aap ko aik aik baat arz karta hoon ke sare fuqaha jo hain, yeh mante hain ke</w:t>
      </w:r>
      <w:r>
        <w:br/>
      </w:r>
      <w:r>
        <w:rPr>
          <w:sz w:val="20"/>
        </w:rPr>
        <w:t>1:07:39  jang mein sirf muqattal ko mara jayega, ghair muqattal ko nahi mara jayega.</w:t>
      </w:r>
      <w:r>
        <w:br/>
      </w:r>
      <w:r>
        <w:rPr>
          <w:sz w:val="20"/>
        </w:rPr>
        <w:t>1:07:45  yani combatant ko mara jayega, non combatant ko nahi mara jayega.</w:t>
      </w:r>
      <w:r>
        <w:br/>
      </w:r>
      <w:r>
        <w:rPr>
          <w:sz w:val="20"/>
        </w:rPr>
        <w:t>1:07:51  yeh sare fuqaha kehte hain.</w:t>
      </w:r>
      <w:r>
        <w:br/>
      </w:r>
      <w:r>
        <w:rPr>
          <w:sz w:val="20"/>
        </w:rPr>
        <w:t>1:07:57  تو اس زمانے میں جب زمانہ آیا ہے جس کو کہتے ہیں weapons of mass destruction، اب تو</w:t>
      </w:r>
      <w:r>
        <w:br/>
      </w:r>
      <w:r>
        <w:rPr>
          <w:sz w:val="20"/>
        </w:rPr>
        <w:t>1:08:03  possible hi nahi raha.</w:t>
      </w:r>
      <w:r>
        <w:br/>
      </w:r>
      <w:r>
        <w:rPr>
          <w:sz w:val="20"/>
        </w:rPr>
        <w:t>1:08:09  آپ، یعنی مقاتل، غیر مقاتل یا combatant اور non-combatant میں فرق کریں، یہ تو possible ہی نہیں رہا۔</w:t>
      </w:r>
      <w:r>
        <w:br/>
      </w:r>
      <w:r>
        <w:rPr>
          <w:sz w:val="20"/>
        </w:rPr>
        <w:t>1:08:15  ab jab bhi bomb marenge to bohat se ghair muqattal mar jayenge.</w:t>
      </w:r>
      <w:r>
        <w:br/>
      </w:r>
      <w:r>
        <w:rPr>
          <w:sz w:val="20"/>
        </w:rPr>
        <w:t>1:08:21  تو اب تو جنگ، جنگ آپ بالکل میں سمجھتا ہوں کہ irrelevant ہو گئی۔ Irrelevant!</w:t>
      </w:r>
      <w:r>
        <w:br/>
      </w:r>
      <w:r>
        <w:rPr>
          <w:sz w:val="20"/>
        </w:rPr>
        <w:t>1:08:27  اب peace ہی کا ہمارا، ہمارے آپشن ایک ہی ہے، peace کا آپشن۔</w:t>
      </w:r>
      <w:r>
        <w:br/>
      </w:r>
      <w:r>
        <w:rPr>
          <w:sz w:val="20"/>
        </w:rPr>
        <w:t>1:08:32  war ka option hi nahi hai.</w:t>
      </w:r>
      <w:r>
        <w:br/>
      </w:r>
      <w:r>
        <w:rPr>
          <w:sz w:val="20"/>
        </w:rPr>
        <w:t>1:08:35  yani weapons of mass destruction ke wajood mein aane ke baad mein samajhta hoon ke war ka option</w:t>
      </w:r>
      <w:r>
        <w:br/>
      </w:r>
      <w:r>
        <w:rPr>
          <w:sz w:val="20"/>
        </w:rPr>
        <w:t>1:08:42  khatam ho chuka hai.</w:t>
      </w:r>
      <w:r>
        <w:br/>
      </w:r>
      <w:r>
        <w:rPr>
          <w:sz w:val="20"/>
        </w:rPr>
        <w:t>1:08:44  ab sirf peace ka option hai.</w:t>
      </w:r>
      <w:r>
        <w:br/>
      </w:r>
      <w:r>
        <w:rPr>
          <w:sz w:val="20"/>
        </w:rPr>
        <w:t>1:08:47  peaceful, peaceful tareeqe se kaam kijiye aur dua kijiye.</w:t>
      </w:r>
      <w:r>
        <w:br/>
      </w:r>
      <w:r>
        <w:rPr>
          <w:sz w:val="20"/>
        </w:rPr>
        <w:t>1:08:51  yahi option aap ke liye hai.</w:t>
      </w:r>
    </w:p>
    <w:p>
      <w:pPr>
        <w:pStyle w:val="Heading2"/>
      </w:pPr>
      <w:r>
        <w:t>Connecting cultural speeches to Quran</w:t>
      </w:r>
    </w:p>
    <w:p>
      <w:r>
        <w:rPr>
          <w:color w:val="666666"/>
          <w:sz w:val="18"/>
        </w:rPr>
        <w:t>Quran &amp; Tafsir · Question &amp; Answer Jan 6th 2013 - Maulana Wahiduddin Kahn · 2m 58s · at 33:29 · https://youtu.be/1FAK1QuHEpw?t=2009</w:t>
      </w:r>
    </w:p>
    <w:p>
      <w:r>
        <w:rPr>
          <w:i/>
        </w:rPr>
        <w:t>“I heard a speech by a great scholar about Muslim culture. At the end, he quoted Prophet Ibrahim saying: 'O my people! I ask no reward from you; my reward is with Allah.' My question is: after such a cultural speech, how is it to connect it to the Quran?”</w:t>
      </w:r>
    </w:p>
    <w:p>
      <w:r>
        <w:rPr>
          <w:sz w:val="20"/>
        </w:rPr>
        <w:t>33:29  molana, yeh sawal dilli se hai, shah imran hasan sahab ka. unhon ne likha hai: "ek bare aalim e deen ki maine taqreer suni.</w:t>
      </w:r>
      <w:r>
        <w:br/>
      </w:r>
      <w:r>
        <w:rPr>
          <w:sz w:val="20"/>
        </w:rPr>
        <w:t>33:39  yeh taqreer muslim culture ke upar thi. aakhir mein unhon ne Hazrat Ibrahim ki yeh baat kahi ke aye</w:t>
      </w:r>
      <w:r>
        <w:br/>
      </w:r>
      <w:r>
        <w:rPr>
          <w:sz w:val="20"/>
        </w:rPr>
        <w:t>33:49  meri qaum! main tum se koi ajr nahi mangta. mera ajr to Allah ke paas hai." molana sahib, mera sawal yeh hai ke is tarah ki cultural taqreer ke baad is ko quran se jodna kaisa hai?</w:t>
      </w:r>
      <w:r>
        <w:br/>
      </w:r>
      <w:r>
        <w:rPr>
          <w:sz w:val="20"/>
        </w:rPr>
        <w:t>34:11  cultural jo musalmanon ka zehan hai, cultural identity yani shanakht woh to ek milli yani milli mamla hai, millat ka mamla hai.</w:t>
      </w:r>
      <w:r>
        <w:br/>
      </w:r>
      <w:r>
        <w:rPr>
          <w:sz w:val="20"/>
        </w:rPr>
        <w:t>34:26  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r>
        <w:br/>
      </w:r>
      <w:r>
        <w:rPr>
          <w:sz w:val="20"/>
        </w:rPr>
        <w:t>34:50  woh woh to yak tarafah tor par apni baat un tak pohnchanay ki koshish karta hai. woh us ko jo us ko lena hai, woh Allah se umeed rakhta hai.</w:t>
      </w:r>
      <w:r>
        <w:br/>
      </w:r>
      <w:r>
        <w:rPr>
          <w:sz w:val="20"/>
        </w:rPr>
        <w:t>34:59  is ke liye woh baqi jo mad'u log hain, un se is kisi maadi cheez ki umeed de kar nahi kaam karta. woh kuch nahi.</w:t>
      </w:r>
      <w:r>
        <w:br/>
      </w:r>
      <w:r>
        <w:rPr>
          <w:sz w:val="20"/>
        </w:rPr>
        <w:t>35:10  to woh woh wahan par da'wa culture ki baat hai, woh milli culture ki baat nahi hai. dono alag cheezein hain. milli culture to ek qaumi cheez hai, qaumi.</w:t>
      </w:r>
      <w:r>
        <w:br/>
      </w:r>
      <w:r>
        <w:rPr>
          <w:sz w:val="20"/>
        </w:rPr>
        <w:t>35:20  ab woh to ek da'wati cheezein, bohat oonchi oonchi baat hai. woh woh alag hai, woh alag hai.</w:t>
      </w:r>
      <w:r>
        <w:br/>
      </w:r>
      <w:r>
        <w:rPr>
          <w:sz w:val="20"/>
        </w:rPr>
        <w:t>35:28  okay, we will end the session now. thank you.</w:t>
      </w:r>
    </w:p>
    <w:p>
      <w:pPr>
        <w:pStyle w:val="Heading2"/>
      </w:pPr>
      <w:r>
        <w:t>Contextual interpretation of fighting verses</w:t>
      </w:r>
    </w:p>
    <w:p>
      <w:r>
        <w:rPr>
          <w:color w:val="666666"/>
          <w:sz w:val="18"/>
        </w:rPr>
        <w:t>Quran &amp; Tafsir · Study of The Quran November 30, 2014 · 3m 47s · at 1:10:31 · https://youtu.be/x3fcJ2nlDow?t=4231</w:t>
      </w:r>
    </w:p>
    <w:p>
      <w:r>
        <w:rPr>
          <w:i/>
        </w:rPr>
        <w:t>“Moulana, you always say that we have to see the verses in the context of their background when they were revealed. And therefore those verses like fighting and kafir related were meant for the time when they were revealed. When should we apply them today?”</w:t>
      </w:r>
    </w:p>
    <w:p>
      <w:r>
        <w:rPr>
          <w:sz w:val="20"/>
        </w:rPr>
        <w:t>1:10:31  Moulana, agla sawal Mumbai se kiya hai Ahmed Sahab ne, aur unhon ne likha hai: "Moulana you always say that we have to see the verses in the context of its background when they were revealed.</w:t>
      </w:r>
      <w:r>
        <w:br/>
      </w:r>
      <w:r>
        <w:rPr>
          <w:sz w:val="20"/>
        </w:rPr>
        <w:t>1:10:44  And therefore those verses like fighting aur kafir related were meant for the time when they were revealed.</w:t>
      </w:r>
      <w:r>
        <w:br/>
      </w:r>
      <w:r>
        <w:rPr>
          <w:sz w:val="20"/>
        </w:rPr>
        <w:t>1:10:54  When</w:t>
      </w:r>
      <w:r>
        <w:br/>
      </w:r>
      <w:r>
        <w:rPr>
          <w:sz w:val="20"/>
        </w:rPr>
        <w:t>1:10:55  we say this to people, they tell us what is the basis of your argument that those verses were not meant for future.</w:t>
      </w:r>
      <w:r>
        <w:br/>
      </w:r>
      <w:r>
        <w:rPr>
          <w:sz w:val="20"/>
        </w:rPr>
        <w:t>1:11:04  They say that all the verses were meant for future as well. Moulana how can we address such issues on a rational level?" To main to jawab de diya aap ko ke sare Islam is cards mante hain ke qital ki ayat hai woh hasan li-zati nahin, hasan li-ghairi</w:t>
      </w:r>
      <w:r>
        <w:br/>
      </w:r>
      <w:r>
        <w:rPr>
          <w:sz w:val="20"/>
        </w:rPr>
        <w:t>1:11:23  hai. Hasan hasan li-zati hain, hasan li-ghairi nahin. Yani hasan li-zati aur hasan li-ghairi ka matlab yeh hai ke violence fateh ka violence ke liye nahin hai, kisi positive end ke liye hai.</w:t>
      </w:r>
      <w:r>
        <w:br/>
      </w:r>
      <w:r>
        <w:rPr>
          <w:sz w:val="20"/>
        </w:rPr>
        <w:t>1:11:38  Woh positive end nahin ho to ladai bhi nahin ki jayegi. Yeh to sare log mante hain,</w:t>
      </w:r>
      <w:r>
        <w:br/>
      </w:r>
      <w:r>
        <w:rPr>
          <w:sz w:val="20"/>
        </w:rPr>
        <w:t>1:11:46  Yeh sare log mante hain.</w:t>
      </w:r>
      <w:r>
        <w:br/>
      </w:r>
      <w:r>
        <w:rPr>
          <w:sz w:val="20"/>
        </w:rPr>
        <w:t>1:11:48  Na mare to yani bohat ajeeb baat hai ke agar koi na mare, us ko kiya khaas ladna ban raha hai? Laren, maren hain aap.</w:t>
      </w:r>
      <w:r>
        <w:br/>
      </w:r>
      <w:r>
        <w:rPr>
          <w:sz w:val="20"/>
        </w:rPr>
        <w:t>1:11:57  Yeh Islam hai, yeh koi maqsad nahin hai, koi koi koi positive end nahin hai. Khwah makhwah badhen, lad ke maren.</w:t>
      </w:r>
      <w:r>
        <w:br/>
      </w:r>
      <w:r>
        <w:rPr>
          <w:sz w:val="20"/>
        </w:rPr>
        <w:t>1:12:06  Yeh koi Islam hua?</w:t>
      </w:r>
      <w:r>
        <w:br/>
      </w:r>
      <w:r>
        <w:rPr>
          <w:sz w:val="20"/>
        </w:rPr>
        <w:t>1:12:11  Quran mein dekhen ayat hai ke qaatiloohum hatta la tuqro fitnatun</w:t>
      </w:r>
      <w:r>
        <w:br/>
      </w:r>
      <w:r>
        <w:rPr>
          <w:sz w:val="20"/>
        </w:rPr>
        <w:t>1:12:16  Jab fitna ko khatam karne ke liye laro. Fitna nahin to ladai bhi nahin. Yani fitna khatam karne ke liye laro.</w:t>
      </w:r>
      <w:r>
        <w:br/>
      </w:r>
      <w:r>
        <w:rPr>
          <w:sz w:val="20"/>
        </w:rPr>
        <w:t>1:12:27  To ab fitna kahan hai? Fitna ka matlab hai religious persecution. Jab religious persecution nahin to ladna kis liye? Jab religious persecution nahin hai to ladna kis liye?</w:t>
      </w:r>
      <w:r>
        <w:br/>
      </w:r>
      <w:r>
        <w:rPr>
          <w:sz w:val="20"/>
        </w:rPr>
        <w:t>1:12:42  Dekhen is mein koi. Yani yani kuch cheezon ke bare mein yahi ulma mante bhi hain. Misal ke taur par dekhiye Quran mein hai ke a'idduhum masaddatakum bil quwwati yani quwwat quwwat faraham karo.</w:t>
      </w:r>
      <w:r>
        <w:br/>
      </w:r>
      <w:r>
        <w:rPr>
          <w:sz w:val="20"/>
        </w:rPr>
        <w:t>1:13:01  Apne rival jo tumhare hain un ke liye muqable mein quwwat faraham karo. Quwwat ka matlab kiya hai?</w:t>
      </w:r>
      <w:r>
        <w:br/>
      </w:r>
      <w:r>
        <w:rPr>
          <w:sz w:val="20"/>
        </w:rPr>
        <w:t>1:13:10  hadis mein aata hai ke ala ind al quwwata aram</w:t>
      </w:r>
      <w:r>
        <w:br/>
      </w:r>
      <w:r>
        <w:rPr>
          <w:sz w:val="20"/>
        </w:rPr>
        <w:t>1:13:15  ke sun lo ke quwwat se murad hai teer marna.</w:t>
      </w:r>
      <w:r>
        <w:br/>
      </w:r>
      <w:r>
        <w:rPr>
          <w:sz w:val="20"/>
        </w:rPr>
        <w:t>1:13:21  to kya aap aaj koi muslim state teer kaman ki fauj banayegi? koi banati hai? koi koi fauj?</w:t>
      </w:r>
      <w:r>
        <w:br/>
      </w:r>
      <w:r>
        <w:rPr>
          <w:sz w:val="20"/>
        </w:rPr>
        <w:t>1:13:31  koi muslim fauj? koi dunya mein koi muslim mulk aisa hai jo kahe ke adad quwwat ka matlab hai teer kaman par raho?</w:t>
      </w:r>
      <w:r>
        <w:br/>
      </w:r>
      <w:r>
        <w:rPr>
          <w:sz w:val="20"/>
        </w:rPr>
        <w:t>1:13:41  yahan par sab logon ne, sare ulama ne yeh maan liya ke teer kaman ki baat is zamane ke lihaz se thi, aaj ke lihaz se nahi hai.</w:t>
      </w:r>
      <w:r>
        <w:br/>
      </w:r>
      <w:r>
        <w:rPr>
          <w:sz w:val="20"/>
        </w:rPr>
        <w:t>1:13:50  aaj adad quwwat aaj ke lihaz se hoga. aaj jo jis cheez ko quwwat samjha, jo cheez quwwat hogi, us ke lihaz se hum tayari karenge.</w:t>
      </w:r>
      <w:r>
        <w:br/>
      </w:r>
      <w:r>
        <w:rPr>
          <w:sz w:val="20"/>
        </w:rPr>
        <w:t>1:14:00  to yahan to log mante hain, log adad quwwat ka matlab teer kaman nahi hai. aur doosre cheezon mein nahi mante.</w:t>
      </w:r>
      <w:r>
        <w:br/>
      </w:r>
      <w:r>
        <w:rPr>
          <w:sz w:val="20"/>
        </w:rPr>
        <w:t>1:14:08  yeh to bilkul hi mein samajhta hoon ke sare log jo double standard ho gaye hain. sab ke sab double standard ho gaye hain.</w:t>
      </w:r>
    </w:p>
    <w:p>
      <w:pPr>
        <w:pStyle w:val="Heading2"/>
      </w:pPr>
      <w:r>
        <w:t>Contradiction between Quran 10:47 and finality of prophethood</w:t>
      </w:r>
    </w:p>
    <w:p>
      <w:r>
        <w:rPr>
          <w:color w:val="666666"/>
          <w:sz w:val="18"/>
        </w:rPr>
        <w:t>Quran &amp; Tafsir · Stress and Spirituality January 1, 2012 · 5m 47s · at 1:30:24 · https://youtu.be/TPhXL9-g6ME?t=5424</w:t>
      </w:r>
    </w:p>
    <w:p>
      <w:r>
        <w:rPr>
          <w:i/>
        </w:rPr>
        <w:t>“In Quran 10:47 it says 'For every nation there is a messenger.' What does this mean? After Prophet Muhammad, no messenger will come, but the Quran says messengers will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r>
        <w:br/>
      </w:r>
      <w:r>
        <w:rPr>
          <w:sz w:val="20"/>
        </w:rPr>
        <w:t>1:35:12  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r>
        <w:br/>
      </w:r>
      <w:r>
        <w:rPr>
          <w:sz w:val="20"/>
        </w:rPr>
        <w:t>1:35:35  un ki tehreerein, taqreerein, jalsay jaloos, duaein sab ke sab mazloomiyat ki nafsiyat par ho rahe hain.</w:t>
      </w:r>
      <w:r>
        <w:br/>
      </w:r>
      <w:r>
        <w:rPr>
          <w:sz w:val="20"/>
        </w:rPr>
        <w:t>1:35:43  jabke al-risala mission sachai ki daryaft ki buniyad par shuru hua hai. yahi wajah hai ke sari baaton mein, taqreeron mein, tehreeron mein marifat aur dawat ubal raha hai.</w:t>
      </w:r>
      <w:r>
        <w:br/>
      </w:r>
      <w:r>
        <w:rPr>
          <w:sz w:val="20"/>
        </w:rPr>
        <w:t>1:35:55  jabke doosri tehreekon mein sirf aur sirf mazloomiyat ki dastanain hain. ya phir qaumi fakhr ki ghiza deti hain.</w:t>
      </w:r>
      <w:r>
        <w:br/>
      </w:r>
      <w:r>
        <w:rPr>
          <w:sz w:val="20"/>
        </w:rPr>
        <w:t>1:36:05  jo al-risala mission se juda hua hai woh talash-e-fitrat ka jawab paane ki wajah se juda hua hai.</w:t>
      </w:r>
    </w:p>
    <w:p>
      <w:pPr>
        <w:pStyle w:val="Heading2"/>
      </w:pPr>
      <w:r>
        <w:t>Contradiction between Quran travel and Prophet's haste</w:t>
      </w:r>
    </w:p>
    <w:p>
      <w:r>
        <w:rPr>
          <w:color w:val="666666"/>
          <w:sz w:val="18"/>
        </w:rPr>
        <w:t>Quran &amp; Tafsir · Lessons from My Journey to Agra October 27, 2013 · 1m 22s · at 59:08 · https://youtu.be/Gg2N0h4ETH8?t=3548</w:t>
      </w:r>
    </w:p>
    <w:p>
      <w:r>
        <w:rPr>
          <w:i/>
        </w:rPr>
        <w:t>“I have a doubt: The Quran says 'Travel in the land' (faseero fil ardh), but in Seerah books, when the Prophet passed by the field of ruins, he told the companions to hurry because it is a place of Allah's punishment. Please explain this apparent contradiction.”</w:t>
      </w:r>
    </w:p>
    <w:p>
      <w:r>
        <w:rPr>
          <w:sz w:val="20"/>
        </w:rPr>
        <w:t>59:08  maulana, agla sawal raichur se hai, zaheeruddin sahib</w:t>
      </w:r>
      <w:r>
        <w:br/>
      </w:r>
      <w:r>
        <w:rPr>
          <w:sz w:val="20"/>
        </w:rPr>
        <w:t>59:12  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r>
        <w:br/>
      </w:r>
      <w:r>
        <w:rPr>
          <w:sz w:val="20"/>
        </w:rPr>
        <w:t>59:37  is ke baray mein bata</w:t>
      </w:r>
      <w:r>
        <w:br/>
      </w:r>
      <w:r>
        <w:rPr>
          <w:sz w:val="20"/>
        </w:rPr>
        <w:t>59:38  ain. ji, jaldi chalne se isay kya matlab hai? sust. tez chal jayen aur aur aur sust chalne ka nahin hai, sabaq lene ka hai.</w:t>
      </w:r>
      <w:r>
        <w:br/>
      </w:r>
      <w:r>
        <w:rPr>
          <w:sz w:val="20"/>
        </w:rPr>
        <w:t>59:51  woh to aik yaani woh to aik erelative baat hai. jaldi chalo ke mani yeh nahin ke sabaq na lo.</w:t>
      </w:r>
      <w:r>
        <w:br/>
      </w:r>
      <w:r>
        <w:rPr>
          <w:sz w:val="20"/>
        </w:rPr>
        <w:t>1:00:01  to chahe aap ab bhi hawai jahaz chalte hain to aur bhi tez chalte hain.</w:t>
      </w:r>
      <w:r>
        <w:br/>
      </w:r>
      <w:r>
        <w:rPr>
          <w:sz w:val="20"/>
        </w:rPr>
        <w:t>1:00:06  hawai jahaz se aap neechay dekhen to tezi urte hue dekhenge aap. to chahe oont par chal rahe hon, car se chal rahe hon, hawai se chal rahe hon, asal masla yeh nahin ke aap tez chal rahe hain ya sust chal rahe hain.</w:t>
      </w:r>
      <w:r>
        <w:br/>
      </w:r>
      <w:r>
        <w:rPr>
          <w:sz w:val="20"/>
        </w:rPr>
        <w:t>1:00:18  asal masla yeh hai ke aap sabaq le rahe hain ke nahin le rahe. sabaq le rahe hain to fahm al murad wahi asal matloob hai.</w:t>
      </w:r>
    </w:p>
    <w:p>
      <w:pPr>
        <w:pStyle w:val="Heading2"/>
      </w:pPr>
      <w:r>
        <w:t>Contradiction between reason and scholars' stance</w:t>
      </w:r>
    </w:p>
    <w:p>
      <w:r>
        <w:rPr>
          <w:color w:val="666666"/>
          <w:sz w:val="18"/>
        </w:rPr>
        <w:t>Quran &amp; Tafsir · Study of The Quran November 30, 2014 · 1m 46s · at 47:57 · https://youtu.be/x3fcJ2nlDow?t=2877</w:t>
      </w:r>
    </w:p>
    <w:p>
      <w:r>
        <w:rPr>
          <w:i/>
        </w:rPr>
        <w:t>“If reason is God's greatest gift and the Quran addresses reason, why do our scholars say that reason has no place in Islam, causing common Muslims to not dare to use their reason regarding the Quran?”</w:t>
      </w:r>
    </w:p>
    <w:p>
      <w:r>
        <w:rPr>
          <w:sz w:val="20"/>
        </w:rPr>
        <w:t>47:57  Maulana, agla sawal Dilli se hai Shahnawaz Zafar Sahab ka, aur unhon ne likha hai: "aql insaan ke liye Allah ki taraf se sab se qeemti tohfa hai,</w:t>
      </w:r>
      <w:r>
        <w:br/>
      </w:r>
      <w:r>
        <w:rPr>
          <w:sz w:val="20"/>
        </w:rPr>
        <w:t>48:10  aur Allah insaan ko aik aisi kitab de hi nahi sakta jo us ki aql ko address na kar sake ya us ki aql ke daire se bahar ki baat karta ho.</w:t>
      </w:r>
      <w:r>
        <w:br/>
      </w:r>
      <w:r>
        <w:rPr>
          <w:sz w:val="20"/>
        </w:rPr>
        <w:t>48:22  magar hamare ulama yeh kehte hain ke Islam mein aql ka koi dakhal nahi, aur yahi wajah hai ke aam musalman Quran ke muamle mein apni aql ka istemal karne ki jurrat nahi kar paate.</w:t>
      </w:r>
      <w:r>
        <w:br/>
      </w:r>
      <w:r>
        <w:rPr>
          <w:sz w:val="20"/>
        </w:rPr>
        <w:t>48:37  meharbani kar ke wazahat karen. bhai, is ka jawab to main ne de diya ke woh jo tafseer bil rai ke baray mein jo hadith hai, us ka ghalat interpretation.</w:t>
      </w:r>
      <w:r>
        <w:br/>
      </w:r>
      <w:r>
        <w:rPr>
          <w:sz w:val="20"/>
        </w:rPr>
        <w:t>48:54  yani tafseer bil rai mein mana kiya gaya tha ke bila tayari ke, baghair jaane boojhe, yun hi bas bol rahay hain, stage par kharay ho kar ke.</w:t>
      </w:r>
      <w:r>
        <w:br/>
      </w:r>
      <w:r>
        <w:rPr>
          <w:sz w:val="20"/>
        </w:rPr>
        <w:t>49:04  is se mana kiya gaya.</w:t>
      </w:r>
      <w:r>
        <w:br/>
      </w:r>
      <w:r>
        <w:rPr>
          <w:sz w:val="20"/>
        </w:rPr>
        <w:t>49:08  baqi jahan tak is baat ka hai ke tehqeeq karen aap, aap arabi zaban seekhen, dua karen, aur phir poori, yani Allah ke Allah ke samne apne ko responsible samajhte rahiye, us ke mafhoom tak pohnchne ki koshish karen.</w:t>
      </w:r>
      <w:r>
        <w:br/>
      </w:r>
      <w:r>
        <w:rPr>
          <w:sz w:val="20"/>
        </w:rPr>
        <w:t>49:29  yeh to bilkul aane matloob hai.</w:t>
      </w:r>
      <w:r>
        <w:br/>
      </w:r>
      <w:r>
        <w:rPr>
          <w:sz w:val="20"/>
        </w:rPr>
        <w:t>49:31  to is hadith ka main samajhta hoon ke ghalat matlab le kar ke yeh zehan bana hai.</w:t>
      </w:r>
    </w:p>
    <w:p>
      <w:pPr>
        <w:pStyle w:val="Heading2"/>
      </w:pPr>
      <w:r>
        <w:t>Conveying Quran understanding to conditioned minds</w:t>
      </w:r>
    </w:p>
    <w:p>
      <w:r>
        <w:rPr>
          <w:color w:val="666666"/>
          <w:sz w:val="18"/>
        </w:rPr>
        <w:t>Quran &amp; Tafsir · Roza and Quran July 18, 2010 · 4m 56s · at 1:01:55 · https://youtu.be/TSjqSQEb0EQ?t=3715</w:t>
      </w:r>
    </w:p>
    <w:p>
      <w:r>
        <w:rPr>
          <w:i/>
        </w:rPr>
        <w:t>“I have visited almost every village of India. Muslims living in the villages read Quran, retain it in memory, but without understanding. How can the importance of understanding Quran be conveyed to such conditioned minds?”</w:t>
      </w:r>
    </w:p>
    <w:p>
      <w:r>
        <w:rPr>
          <w:sz w:val="20"/>
        </w:rPr>
        <w:t>1:01:55  Maulana, agla sawal Mr. Chaudhry Akbar ka hai, Haryana se. He has written: "I have visited almost every village of India.</w:t>
      </w:r>
      <w:r>
        <w:br/>
      </w:r>
      <w:r>
        <w:rPr>
          <w:sz w:val="20"/>
        </w:rPr>
        <w:t>1:02:06  Muslims living in the villages read Quran, retain it in their memory, but without any understanding."</w:t>
      </w:r>
      <w:r>
        <w:br/>
      </w:r>
      <w:r>
        <w:rPr>
          <w:sz w:val="20"/>
        </w:rPr>
        <w:t>1:02:14  Maulana sahib, my question is: how can the importance of understanding Quran be conveyed to such conditioned minds?</w:t>
      </w:r>
      <w:r>
        <w:br/>
      </w:r>
      <w:r>
        <w:rPr>
          <w:sz w:val="20"/>
        </w:rPr>
        <w:t>1:02:25  Abhi mein ne bataya na ke ayat Aisha se kaha gaya hai kuch logon ke bare mein ke is tarah se far far far far Quran padhte hain. Baghair samjhe jab padhenge toh aap far far padhenge.</w:t>
      </w:r>
      <w:r>
        <w:br/>
      </w:r>
      <w:r>
        <w:rPr>
          <w:sz w:val="20"/>
        </w:rPr>
        <w:t>1:02:34  Aap toh unhon ne kaha ke ulahaka qara'uhu wa lam yaqra'u unhon ne padha magar nahi padha. Yeh jab hadithain sunai jayen,</w:t>
      </w:r>
      <w:r>
        <w:br/>
      </w:r>
      <w:r>
        <w:rPr>
          <w:sz w:val="20"/>
        </w:rPr>
        <w:t>1:02:44  Sahaba ke waqiat sunaye jayen ke woh ek Sahabi teen saal tak Surah Al-Baqarah pe sochte rahe, sirf Surah Al-Baqarah pe teen saal tak ghor karte rahe.</w:t>
      </w:r>
      <w:r>
        <w:br/>
      </w:r>
      <w:r>
        <w:rPr>
          <w:sz w:val="20"/>
        </w:rPr>
        <w:t>1:02:57  Yeh bataya jaye ke Quran utra hai tadabbur ke liye liyadabbaru ayatihi aaj kal hota kya hai ke kuch log ja ke fazail sunate hain.</w:t>
      </w:r>
      <w:r>
        <w:br/>
      </w:r>
      <w:r>
        <w:rPr>
          <w:sz w:val="20"/>
        </w:rPr>
        <w:t>1:03:07  Fazail jo hain woh banawati kahaniyan hoti hain. Yaani yeh jo padhte hain baghair soche samjhe aur yaad karte hain is ko toh us ki kahaniyan banayi gayi hain.</w:t>
      </w:r>
      <w:r>
        <w:br/>
      </w:r>
      <w:r>
        <w:rPr>
          <w:sz w:val="20"/>
        </w:rPr>
        <w:t>1:03:19  Woh khoob sunate hain ja kar un ko. Woh sab bilkul baseless kahaniyan hoti hain.</w:t>
      </w:r>
      <w:r>
        <w:br/>
      </w:r>
      <w:r>
        <w:rPr>
          <w:sz w:val="20"/>
        </w:rPr>
        <w:t>1:03:24  Un ko bataya jaye Quran utra hai tadabbur ke liye. Un ko bataya jaye ke Sahaba kis tarah se padhte the, study kar ke padhte the. Aur bataya jaye ke unhon ne kis tarah se kaha ke jo bila ghor o fikr padhe, use padha hi nahi Quran majeed ko.</w:t>
      </w:r>
      <w:r>
        <w:br/>
      </w:r>
      <w:r>
        <w:rPr>
          <w:sz w:val="20"/>
        </w:rPr>
        <w:t>1:03:40  Jitna zyada yeh baatein batayi jayengi, utni zyada un ke samne baat ayegi. Abhi toh kya hai? Abhi toh sirf fazail ki kahaniyan sunate hain log. Log jate hain masjidon mein aur aur wahan taqreerein karte hain, kahaniyan sunate hain.</w:t>
      </w:r>
      <w:r>
        <w:br/>
      </w:r>
      <w:r>
        <w:rPr>
          <w:sz w:val="20"/>
        </w:rPr>
        <w:t>1:03:54  Log samajhte hain ke sach much yeh baat sahi hai. Toh zaroorat hai ke ek ek movement chalayi jaye jin logon ko bataye sahi baat.</w:t>
      </w:r>
      <w:r>
        <w:br/>
      </w:r>
      <w:r>
        <w:rPr>
          <w:sz w:val="20"/>
        </w:rPr>
        <w:t>1:04:06  Toh inshallah is ka asar hoga. Zaroor asar hoga.</w:t>
      </w:r>
      <w:r>
        <w:br/>
      </w:r>
      <w:r>
        <w:rPr>
          <w:sz w:val="20"/>
        </w:rPr>
        <w:t>1:04:13  Maulana, yeh sawal hai Maulana Abdul Basit Omri ka, Doha, Qatar se</w:t>
      </w:r>
      <w:r>
        <w:br/>
      </w:r>
      <w:r>
        <w:rPr>
          <w:sz w:val="20"/>
        </w:rPr>
        <w:t>1:04:19  . unhon ne likha hai ke "ajz" ko bator usool daryaft karna, is ka matlab kya hai?</w:t>
      </w:r>
      <w:r>
        <w:br/>
      </w:r>
      <w:r>
        <w:rPr>
          <w:sz w:val="20"/>
        </w:rPr>
        <w:t>1:04:37  is ka matlab yeh hai ke insaan ke paas khud koi taqat nahi hai, khud koi qudrat nahi hai. insaan ke bas mein kuch bhi nahi hai.</w:t>
      </w:r>
      <w:r>
        <w:br/>
      </w:r>
      <w:r>
        <w:rPr>
          <w:sz w:val="20"/>
        </w:rPr>
        <w:t>1:04:48  jaise mein bol raha hoon, yeh bhi mere bas mein nahi hai. mein alwar gaya ek baar to wahan par ek thay molana ibrahim sahib, bade zabardast speaker thay.</w:t>
      </w:r>
      <w:r>
        <w:br/>
      </w:r>
      <w:r>
        <w:rPr>
          <w:sz w:val="20"/>
        </w:rPr>
        <w:t>1:04:58  woh bohat speaker bade thay. ek din bol rahe thay, woh is stage par bolte bolte gir gaye.</w:t>
      </w:r>
      <w:r>
        <w:br/>
      </w:r>
      <w:r>
        <w:rPr>
          <w:sz w:val="20"/>
        </w:rPr>
        <w:t>1:05:09  zuban band ho gayi. is ke baad mein ne dekha hai un ko kursi par baithe rehte thay wahan par</w:t>
      </w:r>
      <w:r>
        <w:br/>
      </w:r>
      <w:r>
        <w:rPr>
          <w:sz w:val="20"/>
        </w:rPr>
        <w:t>1:05:15  , ek tooti hui kursi par masjid mein. aise hi bol nahi paate thay. woh to hum hamare ikhtiyar mein kya hai? is baat ko discover karna.</w:t>
      </w:r>
      <w:r>
        <w:br/>
      </w:r>
      <w:r>
        <w:rPr>
          <w:sz w:val="20"/>
        </w:rPr>
        <w:t>1:05:28  is baat ko discover karna ke jo kuch hai, woh Allah ki madad se ho raha hai. Allah ki madad uth jaye to sab khatam. to log is se bekhabar hain.</w:t>
      </w:r>
      <w:r>
        <w:br/>
      </w:r>
      <w:r>
        <w:rPr>
          <w:sz w:val="20"/>
        </w:rPr>
        <w:t>1:05:40  yani log har cheezon cheez ko guaranteed lete rehte hain.</w:t>
      </w:r>
      <w:r>
        <w:br/>
      </w:r>
      <w:r>
        <w:rPr>
          <w:sz w:val="20"/>
        </w:rPr>
        <w:t>1:05:45  jo ho raha hai to aise hi hota rahega. aas paas aise waqiat hote hain ke jo ho raha hai, waise hi nahi ho raha hai. to yeh mizaj khatam agar ho jaye ke cheezon ko guaranteed na liya jaye, balke socha jaye, socha jaye, socha jaye.</w:t>
      </w:r>
      <w:r>
        <w:br/>
      </w:r>
      <w:r>
        <w:rPr>
          <w:sz w:val="20"/>
        </w:rPr>
        <w:t>1:06:04  aur is cheez ko matlab discovery daryaft kiya jaye ke Allah taala ki is se madad hai, tab hum is kaam kar paate hain.</w:t>
      </w:r>
      <w:r>
        <w:br/>
      </w:r>
      <w:r>
        <w:rPr>
          <w:sz w:val="20"/>
        </w:rPr>
        <w:t>1:06:14  to insaan harkat mein paida hua, ajiz hi paida hua hai.</w:t>
      </w:r>
      <w:r>
        <w:br/>
      </w:r>
      <w:r>
        <w:rPr>
          <w:sz w:val="20"/>
        </w:rPr>
        <w:t>1:06:19  yani apni harkat ke aitbar se ajiz hi, helpless hai. yeh to Khuda ke life support system hai, Khuda ki madad hai, yeh zameen hai, yeh sari cheezein hain.</w:t>
      </w:r>
      <w:r>
        <w:br/>
      </w:r>
      <w:r>
        <w:rPr>
          <w:sz w:val="20"/>
        </w:rPr>
        <w:t>1:06:29  tab hum yahan par zinda hain aur jee rahe hain. agar Khuda is ko wapas le le to ek dafa achaanak khatam sara maamla. to haqeeqat aitbar se hum ajiz hi hain.</w:t>
      </w:r>
      <w:r>
        <w:br/>
      </w:r>
      <w:r>
        <w:rPr>
          <w:sz w:val="20"/>
        </w:rPr>
        <w:t>1:06:42  yeh to ek farzi baat hai ke hum apne ko ajiz nahi samajhte. cheezon ko guaranteed le rahe hote hain.</w:t>
      </w:r>
    </w:p>
    <w:p>
      <w:pPr>
        <w:pStyle w:val="Heading2"/>
      </w:pPr>
      <w:r>
        <w:t>Creativity and ease of deen</w:t>
      </w:r>
    </w:p>
    <w:p>
      <w:r>
        <w:rPr>
          <w:color w:val="666666"/>
          <w:sz w:val="18"/>
        </w:rPr>
        <w:t>Quran &amp; Tafsir · Message of The Quran March 29, 2015 · 1m 37s · at 46:30 · https://youtu.be/u57TpiO8A7Y?t=2790</w:t>
      </w:r>
    </w:p>
    <w:p>
      <w:r>
        <w:rPr>
          <w:i/>
        </w:rPr>
        <w:t>“It is said that to become a creative man is a very very difficult task, then how does the Quran say that deen is easy and still wants to make a man creative?”</w:t>
      </w:r>
    </w:p>
    <w:p>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p>
    <w:p>
      <w:pPr>
        <w:pStyle w:val="Heading2"/>
      </w:pPr>
      <w:r>
        <w:t>Daily Quran reading over speed</w:t>
      </w:r>
    </w:p>
    <w:p>
      <w:r>
        <w:rPr>
          <w:color w:val="666666"/>
          <w:sz w:val="18"/>
        </w:rPr>
        <w:t>Quran &amp; Tafsir · The Quran September 20, 2020 Maulana Wahiduddin Khan · 1m 10s · at 18:29 · https://youtu.be/yQZGg2A0-Tk?t=1109</w:t>
      </w:r>
    </w:p>
    <w:p>
      <w:r>
        <w:rPr>
          <w:i/>
        </w:rPr>
        <w:t>“Subhanallah, do I understand correctly that it is not important how long we take to complete the reading of the Quran, but we must read every day and try to understand its teachings?”</w:t>
      </w:r>
    </w:p>
    <w:p>
      <w:r>
        <w:rPr>
          <w:sz w:val="20"/>
        </w:rPr>
        <w:t>18:29  maulana, miss roma wani ne likha hai sawal jammu o kashmir se. unho ne likha hai: "subhan allah, do i understand correctly that it is not important how long we take to complete the reading of the quran,</w:t>
      </w:r>
      <w:r>
        <w:br/>
      </w:r>
      <w:r>
        <w:rPr>
          <w:sz w:val="20"/>
        </w:rPr>
        <w:t>18:47  but we must read every day and try to understand its teachings?"</w:t>
      </w:r>
      <w:r>
        <w:br/>
      </w:r>
      <w:r>
        <w:rPr>
          <w:sz w:val="20"/>
        </w:rPr>
        <w:t>18:56  dekhiye, yeh baat samajh lijiye ke quran ke ka jo jo gehre mazameen hain, woh sirf alfaaz quran ko parhne se nahi hasil hote.</w:t>
      </w:r>
      <w:r>
        <w:br/>
      </w:r>
      <w:r>
        <w:rPr>
          <w:sz w:val="20"/>
        </w:rPr>
        <w:t>19:15  is liye zaroori hai ke aap allah rabb ul alameen se dua karte rahen. dua plus quran ka tadabbur, yeh ho aadmi ka dil, tab woh samajh payega.</w:t>
      </w:r>
    </w:p>
    <w:p>
      <w:pPr>
        <w:pStyle w:val="Heading2"/>
      </w:pPr>
      <w:r>
        <w:t>Dealing with Quranists Denying Hadith</w:t>
      </w:r>
    </w:p>
    <w:p>
      <w:r>
        <w:rPr>
          <w:color w:val="666666"/>
          <w:sz w:val="18"/>
        </w:rPr>
        <w:t>Quran &amp; Tafsir · An Intellectual Journey May 1, 2011 · 3m 03s · at 1:24:13 · https://youtu.be/AqjjyimoIqw?t=5053</w:t>
      </w:r>
    </w:p>
    <w:p>
      <w:r>
        <w:rPr>
          <w:i/>
        </w:rPr>
        <w:t>“We are living in a society occupied by the Quranists, that is those people who deny the authenticity of Hadith and Prophetic traditions. These people are gradually getting wide acceptance. Kindly suggest how to cope with this problem so that we can stand against this satanic delusion.”</w:t>
      </w:r>
    </w:p>
    <w:p>
      <w:r>
        <w:rPr>
          <w:sz w:val="20"/>
        </w:rPr>
        <w:t>1:24:13  Mr Firdous Nazir ne Delhi se sawal kiya hai, unhon ne likha hai: "We are living in a society occupied by the Quranists, that is those people by the Quranists." Quranist Maulana, woh un ko unhon ne explain kiya hai ke "those people who deny the authenticity of Hadith or prophetic traditions." These people are gradually getting wide acceptance.</w:t>
      </w:r>
      <w:r>
        <w:br/>
      </w:r>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Debate as dawah activity from Quran</w:t>
      </w:r>
    </w:p>
    <w:p>
      <w:r>
        <w:rPr>
          <w:color w:val="666666"/>
          <w:sz w:val="18"/>
        </w:rPr>
        <w:t>Quran &amp; Tafsir · Revival of Ummah January 22, 2017 · 1m 31s · at 55:19 · https://youtu.be/vnPsv0TBCfk?t=3319</w:t>
      </w:r>
    </w:p>
    <w:p>
      <w:r>
        <w:rPr>
          <w:i/>
        </w:rPr>
        <w:t>“Quran has recorded a dialogue between Prophet Abraham and King Nimrod as under. When Abraham said 'My Lord is the One who gives life and causes death.' He said 'I give life and cause death.' Abraham said 'Indeed Allah brings up the sun from the east, so bring it up from the west' and so the disbelievers were overwhelmed. Doesn't this suggest that debate is also one of the types of dawah activities when adopted peacefully and sincerely?”</w:t>
      </w:r>
    </w:p>
    <w:p>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r>
        <w:br/>
      </w:r>
      <w:r>
        <w:rPr>
          <w:sz w:val="20"/>
        </w:rPr>
        <w:t>55:46  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r>
        <w:br/>
      </w:r>
      <w:r>
        <w:rPr>
          <w:sz w:val="20"/>
        </w:rPr>
        <w:t>56:15  is ko kahenge mukalmah kahenge.</w:t>
      </w:r>
      <w:r>
        <w:br/>
      </w:r>
      <w:r>
        <w:rPr>
          <w:sz w:val="20"/>
        </w:rPr>
        <w:t>56:20  debate ka maqsad hota hai ke aap dekhen ye jo baat hui hai ye to mukalmah tha normal mukalmah.</w:t>
      </w:r>
      <w:r>
        <w:br/>
      </w:r>
      <w:r>
        <w:rPr>
          <w:sz w:val="20"/>
        </w:rPr>
        <w:t>56:26  normal discussion discussion alag cheez hai debate alag cheez hai.</w:t>
      </w:r>
      <w:r>
        <w:br/>
      </w:r>
      <w:r>
        <w:rPr>
          <w:sz w:val="20"/>
        </w:rPr>
        <w:t>56:32  jo debate ko Islam samjhe wo wo Islam ko janta hi nahi.</w:t>
      </w:r>
      <w:r>
        <w:br/>
      </w:r>
      <w:r>
        <w:rPr>
          <w:sz w:val="20"/>
        </w:rPr>
        <w:t>56:38  jo aadmi debate ko Islam samjhe wo isne Islam ko samjha hi nahi.</w:t>
      </w:r>
      <w:r>
        <w:br/>
      </w:r>
      <w:r>
        <w:rPr>
          <w:sz w:val="20"/>
        </w:rPr>
        <w:t>56:44  ji Islam mein baat cheet hai mukalmah hai discussion hai debate hargiz nahi hai.</w:t>
      </w:r>
      <w:r>
        <w:br/>
      </w:r>
      <w:r>
        <w:rPr>
          <w:sz w:val="20"/>
        </w:rPr>
        <w:t>56:50  molana agla sawal lene se pehle ek comment padhna chahenge jo miss shabana ansari ne bheja hai pakistan se. unhon ne likha hai pride makes muslim arrogant so they look down upon others and do not love humanity as a madu.</w:t>
      </w:r>
    </w:p>
    <w:p>
      <w:pPr>
        <w:pStyle w:val="Heading2"/>
      </w:pPr>
      <w:r>
        <w:t>Deeper meaning of Quran</w:t>
      </w:r>
    </w:p>
    <w:p>
      <w:r>
        <w:rPr>
          <w:color w:val="666666"/>
          <w:sz w:val="18"/>
        </w:rPr>
        <w:t>Quran &amp; Tafsir · Universal outlook April 09, 2017 · 57s · at 50:56 · https://youtu.be/n3HAPCpom5c?t=3056</w:t>
      </w:r>
    </w:p>
    <w:p>
      <w:r>
        <w:rPr>
          <w:i/>
        </w:rPr>
        <w:t>“How to get the deeper meaning of the Quran?”</w:t>
      </w:r>
    </w:p>
    <w:p>
      <w:r>
        <w:rPr>
          <w:sz w:val="20"/>
        </w:rPr>
        <w:t>50:56  ji Maulana inka ek aur sawal hai inhone aap se poocha hai</w:t>
      </w:r>
      <w:r>
        <w:br/>
      </w:r>
      <w:r>
        <w:rPr>
          <w:sz w:val="20"/>
        </w:rPr>
        <w:t>50:59  ke how to get the deeper meaning of the quran</w:t>
      </w:r>
      <w:r>
        <w:br/>
      </w:r>
      <w:r>
        <w:rPr>
          <w:sz w:val="20"/>
        </w:rPr>
        <w:t>51:08  is ka quran mein to bataya gaya hai tadabbur karo yani ghaur karna contemplation</w:t>
      </w:r>
      <w:r>
        <w:br/>
      </w:r>
      <w:r>
        <w:rPr>
          <w:sz w:val="20"/>
        </w:rPr>
        <w:t>51:22  aur to koi tareeqa nahi hai</w:t>
      </w:r>
      <w:r>
        <w:br/>
      </w:r>
      <w:r>
        <w:rPr>
          <w:sz w:val="20"/>
        </w:rPr>
        <w:t>51:25  khule zehen ke sath ghor karna yani</w:t>
      </w:r>
      <w:r>
        <w:br/>
      </w:r>
      <w:r>
        <w:rPr>
          <w:sz w:val="20"/>
        </w:rPr>
        <w:t>51:29  conditioned mind ke saath nahi khule zehen ke saath ghaur karna objective zehen ke saath</w:t>
      </w:r>
      <w:r>
        <w:br/>
      </w:r>
      <w:r>
        <w:rPr>
          <w:sz w:val="20"/>
        </w:rPr>
        <w:t>51:38  to Quran insan ke liye bheja gaya hai kyun nahi insan pahunchega iski maani tak</w:t>
      </w:r>
      <w:r>
        <w:br/>
      </w:r>
      <w:r>
        <w:rPr>
          <w:sz w:val="20"/>
        </w:rPr>
        <w:t>51:43  sirf shart yeh hai ke open mind ke sath is par woh</w:t>
      </w:r>
      <w:r>
        <w:br/>
      </w:r>
      <w:r>
        <w:rPr>
          <w:sz w:val="20"/>
        </w:rPr>
        <w:t>51:50  soche</w:t>
      </w:r>
    </w:p>
    <w:p>
      <w:pPr>
        <w:pStyle w:val="Heading2"/>
      </w:pPr>
      <w:r>
        <w:t>Deeper meaning of charity in Quran</w:t>
      </w:r>
    </w:p>
    <w:p>
      <w:r>
        <w:rPr>
          <w:color w:val="666666"/>
          <w:sz w:val="18"/>
        </w:rPr>
        <w:t>Quran &amp; Tafsir · The Concept of Help Feb 9, 2020—Maulana Wahiduddin Khan · 3m 17s · at 56:17 · https://youtu.be/WScXmduh1AQ?t=3377</w:t>
      </w:r>
    </w:p>
    <w:p>
      <w:r>
        <w:rPr>
          <w:i/>
        </w:rPr>
        <w:t>“As per God's creation plan, there will always be a section of people who will be underprivileged and weak. People who are blessed have been asked to help weaker section of society. The concept of zakat is based on the same concept. Allah too has endorsed charity in Quran at many places. Maulana, kindly help us to know the deeper meaning of such Quranic injunction.”</w:t>
      </w:r>
    </w:p>
    <w:p>
      <w:r>
        <w:rPr>
          <w:sz w:val="20"/>
        </w:rPr>
        <w:t>56:17  ek sawal yeh sawal aamir mori sahib ne kiya hai goa se. unhon ne likha hai: "as per god's creation plan, there would always be a section of people who will be under privileged and weak.</w:t>
      </w:r>
      <w:r>
        <w:br/>
      </w:r>
      <w:r>
        <w:rPr>
          <w:sz w:val="20"/>
        </w:rPr>
        <w:t>56:33  people who are blessed have been asked to help weaker section of society. the concept of zakat is based on the same concept.</w:t>
      </w:r>
      <w:r>
        <w:br/>
      </w:r>
      <w:r>
        <w:rPr>
          <w:sz w:val="20"/>
        </w:rPr>
        <w:t>56:45  allah to his endorse charity in quran at many places. maulana sahib, kindly help us to know the deeper meaning of such quranic injunction." aisa hi ek aur sawal maulana dilli se miss falak areeba ne bheja hai.</w:t>
      </w:r>
      <w:r>
        <w:br/>
      </w:r>
      <w:r>
        <w:rPr>
          <w:sz w:val="20"/>
        </w:rPr>
        <w:t>57:02  unhon ne likha hai: "giving people things for free is not real help. sharing wisdom is real help. thank you for explaining this maulana, but most of us give alms to poor in the form of zakat, thinking we are helping the needy.</w:t>
      </w:r>
      <w:r>
        <w:br/>
      </w:r>
      <w:r>
        <w:rPr>
          <w:sz w:val="20"/>
        </w:rPr>
        <w:t>57:19  so is there a better way we can use zakat to impart knowledge and wisdom? please guide us." dekhiye, weaker section society ka lafz hi galat hai.</w:t>
      </w:r>
      <w:r>
        <w:br/>
      </w:r>
      <w:r>
        <w:rPr>
          <w:sz w:val="20"/>
        </w:rPr>
        <w:t>57:32  isi lafz se log</w:t>
      </w:r>
      <w:r>
        <w:br/>
      </w:r>
      <w:r>
        <w:rPr>
          <w:sz w:val="20"/>
        </w:rPr>
        <w:t>57:37  mis lead hue hain. weaker section society is nothing. jin ko aap weaker kehte hain, wo leader hain.</w:t>
      </w:r>
      <w:r>
        <w:br/>
      </w:r>
      <w:r>
        <w:rPr>
          <w:sz w:val="20"/>
        </w:rPr>
        <w:t>57:46  leader are ic str. yeh dekhiye, in ke andar incentive incentive hai. aap dekh lijiye, jo jin ko aap weaker kehte the, un ke andar incentive hota hai.</w:t>
      </w:r>
      <w:r>
        <w:br/>
      </w:r>
      <w:r>
        <w:rPr>
          <w:sz w:val="20"/>
        </w:rPr>
        <w:t>57:58  incentive zyada bari dolat hai,</w:t>
      </w:r>
      <w:r>
        <w:br/>
      </w:r>
      <w:r>
        <w:rPr>
          <w:sz w:val="20"/>
        </w:rPr>
        <w:t>58:03  yani paise se zyada bari dolat hai. incentive.</w:t>
      </w:r>
      <w:r>
        <w:br/>
      </w:r>
      <w:r>
        <w:rPr>
          <w:sz w:val="20"/>
        </w:rPr>
        <w:t>58:09  aur main samajhta hoon ke yahan main ek baat kahunga, ek bohat bari baat kahunga jo shayad log jante nahi, wo yeh hai ke allah taala ne is zamane mein dolat ki bharmar kar di hai.</w:t>
      </w:r>
      <w:r>
        <w:br/>
      </w:r>
      <w:r>
        <w:rPr>
          <w:sz w:val="20"/>
        </w:rPr>
        <w:t>58:26  ab aap har aadmi ke liye moqa hai ke wo paisa kamaye, paisa kamaye,</w:t>
      </w:r>
      <w:r>
        <w:br/>
      </w:r>
      <w:r>
        <w:rPr>
          <w:sz w:val="20"/>
        </w:rPr>
        <w:t>58:35  har aadmi ke liye moqa hai ke wo paisa kamaye,</w:t>
      </w:r>
    </w:p>
    <w:p>
      <w:pPr>
        <w:pStyle w:val="Heading2"/>
      </w:pPr>
      <w:r>
        <w:t>Defending abusive language with Quran</w:t>
      </w:r>
    </w:p>
    <w:p>
      <w:r>
        <w:rPr>
          <w:color w:val="666666"/>
          <w:sz w:val="18"/>
        </w:rPr>
        <w:t>Quran &amp; Tafsir · Dars-e-Quran, Ch. 2 Verse 54 | March 18, 2018 · 1m 10s · at 1:05:37 · https://youtu.be/xQ2LXsz1oTw?t=3937</w:t>
      </w:r>
    </w:p>
    <w:p>
      <w:r>
        <w:rPr>
          <w:i/>
        </w:rPr>
        <w:t>“One Maulvi who is using abusive language defends himself by the verse of the Quran in Surah Al-Qalam, verse 13, that in the Quran such language is also used.”</w:t>
      </w:r>
    </w:p>
    <w:p>
      <w:r>
        <w:rPr>
          <w:sz w:val="20"/>
        </w:rPr>
        <w:t>1:05:37  maulana, agla sawal abu dhabi se ameer qureshi sahib ne bheja hai.</w:t>
      </w:r>
      <w:r>
        <w:br/>
      </w:r>
      <w:r>
        <w:rPr>
          <w:sz w:val="20"/>
        </w:rPr>
        <w:t>1:05:43  انہوں نے لکھا ہے: "One Maulvi who is using an abusive language, defends himself by the ayat</w:t>
      </w:r>
      <w:r>
        <w:br/>
      </w:r>
      <w:r>
        <w:rPr>
          <w:sz w:val="20"/>
        </w:rPr>
        <w:t>1:05:49  of the Quran in Surah Al-Qalam, Ayah number 13, that in Quran also such language is used.</w:t>
      </w:r>
      <w:r>
        <w:br/>
      </w:r>
      <w:r>
        <w:rPr>
          <w:sz w:val="20"/>
        </w:rPr>
        <w:t>1:05:56  baad azan ka zinn.</w:t>
      </w:r>
      <w:r>
        <w:br/>
      </w:r>
      <w:r>
        <w:rPr>
          <w:sz w:val="20"/>
        </w:rPr>
        <w:t>1:06:02  han, kiya tarjuma hai is ka?</w:t>
      </w:r>
      <w:r>
        <w:br/>
      </w:r>
      <w:r>
        <w:rPr>
          <w:sz w:val="20"/>
        </w:rPr>
        <w:t>1:06:08  sakht mizaj ho, phir sath hi be nasb ho.</w:t>
      </w:r>
      <w:r>
        <w:br/>
      </w:r>
      <w:r>
        <w:rPr>
          <w:sz w:val="20"/>
        </w:rPr>
        <w:t>1:06:16  to yeh yeh sakht kahan hai? sakht mizaj to akhlaqi lafz hai, yeh to akhlaqi lafz hai.</w:t>
      </w:r>
      <w:r>
        <w:br/>
      </w:r>
      <w:r>
        <w:rPr>
          <w:sz w:val="20"/>
        </w:rPr>
        <w:t>1:06:24  yeh dono alfaaz akhlaqi alfaaz hain, woh nahin jo hamare log istemal karte hain ke yeh siddiq hai,</w:t>
      </w:r>
      <w:r>
        <w:br/>
      </w:r>
      <w:r>
        <w:rPr>
          <w:sz w:val="20"/>
        </w:rPr>
        <w:t>1:06:32  yeh ek yeh jahannum mein jayega.</w:t>
      </w:r>
      <w:r>
        <w:br/>
      </w:r>
      <w:r>
        <w:rPr>
          <w:sz w:val="20"/>
        </w:rPr>
        <w:t>1:06:40  yeh yeh thori hai, woh to akhlaqi lafz hai.</w:t>
      </w:r>
    </w:p>
    <w:p>
      <w:pPr>
        <w:pStyle w:val="Heading2"/>
      </w:pPr>
      <w:r>
        <w:t>Define meaning of guest in Quran and Hadith</w:t>
      </w:r>
    </w:p>
    <w:p>
      <w:r>
        <w:rPr>
          <w:color w:val="666666"/>
          <w:sz w:val="18"/>
        </w:rPr>
        <w:t>Quran &amp; Tafsir · Degeneration of Ummah October 16, 2016 · 3m 20s · at 56:43 · https://youtu.be/W8nafLKMQes?t=3403</w:t>
      </w:r>
    </w:p>
    <w:p>
      <w:r>
        <w:rPr>
          <w:i/>
        </w:rPr>
        <w:t>“Kindly define what is the meaning of 'guest' in the light of Quran and Hadith?”</w:t>
      </w:r>
    </w:p>
    <w:p>
      <w:r>
        <w:rPr>
          <w:sz w:val="20"/>
        </w:rPr>
        <w:t>56:43  maulana, agla sawal sajid ahmed sahib ne kiya hai maharashtra se aur unhon ne aap se poocha hai</w:t>
      </w:r>
      <w:r>
        <w:br/>
      </w:r>
      <w:r>
        <w:rPr>
          <w:sz w:val="20"/>
        </w:rPr>
        <w:t>56:50  کہ: "Kindly define what is the meaning of guest in the light of Quran and Hadith?" قرآن و</w:t>
      </w:r>
      <w:r>
        <w:br/>
      </w:r>
      <w:r>
        <w:rPr>
          <w:sz w:val="20"/>
        </w:rPr>
        <w:t>56:58  hadees ke mutabiq guest ka matlab hai zaroorat mand, needy, needy, zaroorat mand.</w:t>
      </w:r>
      <w:r>
        <w:br/>
      </w:r>
      <w:r>
        <w:rPr>
          <w:sz w:val="20"/>
        </w:rPr>
        <w:t>57:04  yani ek aadmi bahar se aata hai to pehle zamanay mein riwaj tha ke bahar se aata hai</w:t>
      </w:r>
      <w:r>
        <w:br/>
      </w:r>
      <w:r>
        <w:rPr>
          <w:sz w:val="20"/>
        </w:rPr>
        <w:t>57:11  to pehle zamanay mein hotel nahi hua karte thay.</w:t>
      </w:r>
      <w:r>
        <w:br/>
      </w:r>
      <w:r>
        <w:rPr>
          <w:sz w:val="20"/>
        </w:rPr>
        <w:t>57:15  kisi kisi basti mein pohancha woh to kisi se kahe ga ke: "bhai, main fraaj ghar se aaya</w:t>
      </w:r>
      <w:r>
        <w:br/>
      </w:r>
      <w:r>
        <w:rPr>
          <w:sz w:val="20"/>
        </w:rPr>
        <w:t>57:23  hoon, mujhe yahan theharnay ka moqa do." to yeh riwaj tha ke teen din woh apne haan rakhe</w:t>
      </w:r>
      <w:r>
        <w:br/>
      </w:r>
      <w:r>
        <w:rPr>
          <w:sz w:val="20"/>
        </w:rPr>
        <w:t>57:31  ga, jo khaye ga woh khilaye ga, jo khaye ga woh khilaye ga aur teen din apnay haan</w:t>
      </w:r>
      <w:r>
        <w:br/>
      </w:r>
      <w:r>
        <w:rPr>
          <w:sz w:val="20"/>
        </w:rPr>
        <w:t>57:38  rakhe ga.</w:t>
      </w:r>
      <w:r>
        <w:br/>
      </w:r>
      <w:r>
        <w:rPr>
          <w:sz w:val="20"/>
        </w:rPr>
        <w:t>57:40  yeh yahi sahi maano mein yani guest culture hai.</w:t>
      </w:r>
      <w:r>
        <w:br/>
      </w:r>
      <w:r>
        <w:rPr>
          <w:sz w:val="20"/>
        </w:rPr>
        <w:t>57:44  aaj kal jo hai woh dhoom dhaam tamasha, woh to aik is ka Islam se koi talluq nahi</w:t>
      </w:r>
      <w:r>
        <w:br/>
      </w:r>
      <w:r>
        <w:rPr>
          <w:sz w:val="20"/>
        </w:rPr>
        <w:t>57:51  hai.</w:t>
      </w:r>
      <w:r>
        <w:br/>
      </w:r>
      <w:r>
        <w:rPr>
          <w:sz w:val="20"/>
        </w:rPr>
        <w:t>57:53  yani is is aadmi ko jab kisi basti mein pohancha jata tha to us zamane ka dastoor tha,</w:t>
      </w:r>
      <w:r>
        <w:br/>
      </w:r>
      <w:r>
        <w:rPr>
          <w:sz w:val="20"/>
        </w:rPr>
        <w:t>58:01  riwaj tha ke agar woh aa kar kahe ke: "bhai, mein firaaj ghar se aaya hoon, mujhe yahan</w:t>
      </w:r>
      <w:r>
        <w:br/>
      </w:r>
      <w:r>
        <w:rPr>
          <w:sz w:val="20"/>
        </w:rPr>
        <w:t>58:08  thehrna hai" to jis se bhi keh de, woh basti kisi se aadmi se bhi, to us par</w:t>
      </w:r>
      <w:r>
        <w:br/>
      </w:r>
      <w:r>
        <w:rPr>
          <w:sz w:val="20"/>
        </w:rPr>
        <w:t>58:16  yeh zaroori ho jata tha ke woh kahe ke: "tum teen din mere haan thehr sakte ho, raho."</w:t>
      </w:r>
      <w:r>
        <w:br/>
      </w:r>
      <w:r>
        <w:rPr>
          <w:sz w:val="20"/>
        </w:rPr>
        <w:t>58:24  to thehrne ka aur jo roz khata hai, woh khilane ka zimmedari us ki ho jati thi.</w:t>
      </w:r>
      <w:r>
        <w:br/>
      </w:r>
      <w:r>
        <w:rPr>
          <w:sz w:val="20"/>
        </w:rPr>
        <w:t>58:32  bas yahi yahi itna hi hai.</w:t>
      </w:r>
      <w:r>
        <w:br/>
      </w:r>
      <w:r>
        <w:rPr>
          <w:sz w:val="20"/>
        </w:rPr>
        <w:t>58:34  aur aaj kal jo guest ka concept hai, woh to dhoom dhaam hai, shaan shaukat hai, woh Islam</w:t>
      </w:r>
      <w:r>
        <w:br/>
      </w:r>
      <w:r>
        <w:rPr>
          <w:sz w:val="20"/>
        </w:rPr>
        <w:t>58:42  mein nahi hai.</w:t>
      </w:r>
      <w:r>
        <w:br/>
      </w:r>
      <w:r>
        <w:rPr>
          <w:sz w:val="20"/>
        </w:rPr>
        <w:t>58:43  okay, so we we'll end the session.</w:t>
      </w:r>
      <w:r>
        <w:br/>
      </w:r>
      <w:r>
        <w:rPr>
          <w:sz w:val="20"/>
        </w:rPr>
        <w:t>58:46  If you want to join CPS or have some feedback or suggestion for us, then</w:t>
      </w:r>
      <w:r>
        <w:br/>
      </w:r>
      <w:r>
        <w:rPr>
          <w:sz w:val="20"/>
        </w:rPr>
        <w:t>58:54  write to us in info at cps global.org.</w:t>
      </w:r>
      <w:r>
        <w:br/>
      </w:r>
      <w:r>
        <w:rPr>
          <w:sz w:val="20"/>
        </w:rPr>
        <w:t>59:00  we'll be back next Sunday same time.</w:t>
      </w:r>
      <w:r>
        <w:br/>
      </w:r>
      <w:r>
        <w:rPr>
          <w:sz w:val="20"/>
        </w:rPr>
        <w:t>59:03  thank you.</w:t>
      </w:r>
    </w:p>
    <w:p>
      <w:pPr>
        <w:pStyle w:val="Heading2"/>
      </w:pPr>
      <w:r>
        <w:t>Detail of Yusuf's Story in Quran</w:t>
      </w:r>
    </w:p>
    <w:p>
      <w:r>
        <w:rPr>
          <w:color w:val="666666"/>
          <w:sz w:val="18"/>
        </w:rPr>
        <w:t>Quran &amp; Tafsir · Divine Love July 31, 2016 · 2m 30s · at 58:00 · https://youtu.be/-gQiWX3l6J4?t=3480</w:t>
      </w:r>
    </w:p>
    <w:p>
      <w:r>
        <w:rPr>
          <w:i/>
        </w:rPr>
        <w:t>“In Surah Yusuf, the story of Prophet Yusuf (peace be upon him) is given in such great detail. Why is it so detailed?”</w:t>
      </w:r>
    </w:p>
    <w:p>
      <w:r>
        <w:rPr>
          <w:sz w:val="20"/>
        </w:rPr>
        <w:t>58:00  ji Maulana agla sawal lete hain jo Pakistan se Kashif Nadeem sahib ne bheja hai.</w:t>
      </w:r>
      <w:r>
        <w:br/>
      </w:r>
      <w:r>
        <w:rPr>
          <w:sz w:val="20"/>
        </w:rPr>
        <w:t>58:06  unhone likha hai Surah Yusuf mein Hazrat Yusuf Alaihissalam ka waqia itni detail ke sath maujood</w:t>
      </w:r>
      <w:r>
        <w:br/>
      </w:r>
      <w:r>
        <w:rPr>
          <w:sz w:val="20"/>
        </w:rPr>
        <w:t>58:14  hai.</w:t>
      </w:r>
      <w:r>
        <w:br/>
      </w:r>
      <w:r>
        <w:rPr>
          <w:sz w:val="20"/>
        </w:rPr>
        <w:t>58:15  Maulana sahib I would request you to elaborate the unsaid, untold and hidden lessons from the complete story</w:t>
      </w:r>
      <w:r>
        <w:br/>
      </w:r>
      <w:r>
        <w:rPr>
          <w:sz w:val="20"/>
        </w:rPr>
        <w:t>58:23  of Prophet Yusuf.</w:t>
      </w:r>
      <w:r>
        <w:br/>
      </w:r>
      <w:r>
        <w:rPr>
          <w:sz w:val="20"/>
        </w:rPr>
        <w:t>58:25  bhai aap ne parha nahi.</w:t>
      </w:r>
      <w:r>
        <w:br/>
      </w:r>
      <w:r>
        <w:rPr>
          <w:sz w:val="20"/>
        </w:rPr>
        <w:t>58:27  hum ne to bohat tafseel se likha hai Ahsan al-Qasas.</w:t>
      </w:r>
      <w:r>
        <w:br/>
      </w:r>
      <w:r>
        <w:rPr>
          <w:sz w:val="20"/>
        </w:rPr>
        <w:t>58:31  Quran mein Hazrat Yusuf Alaihissalam ko Ahsan al-Qasas kaha gaya hai.</w:t>
      </w:r>
      <w:r>
        <w:br/>
      </w:r>
      <w:r>
        <w:rPr>
          <w:sz w:val="20"/>
        </w:rPr>
        <w:t>58:36  Best story.</w:t>
      </w:r>
      <w:r>
        <w:br/>
      </w:r>
      <w:r>
        <w:rPr>
          <w:sz w:val="20"/>
        </w:rPr>
        <w:t>58:38  is par to hum ne bohat tafseel se likha hai.</w:t>
      </w:r>
      <w:r>
        <w:br/>
      </w:r>
      <w:r>
        <w:rPr>
          <w:sz w:val="20"/>
        </w:rPr>
        <w:t>58:42  kai baar likha hai.</w:t>
      </w:r>
      <w:r>
        <w:br/>
      </w:r>
      <w:r>
        <w:rPr>
          <w:sz w:val="20"/>
        </w:rPr>
        <w:t>58:44  aap aap ne parha nahi ab mein kya karoon.</w:t>
      </w:r>
      <w:r>
        <w:br/>
      </w:r>
      <w:r>
        <w:rPr>
          <w:sz w:val="20"/>
        </w:rPr>
        <w:t>58:47  is ko parh kar phir sawal kijiye.</w:t>
      </w:r>
      <w:r>
        <w:br/>
      </w:r>
      <w:r>
        <w:rPr>
          <w:sz w:val="20"/>
        </w:rPr>
        <w:t>58:50  Maulana agla comment Khwaja Kaleemuddin sahib ne bheja hai Pennsylvania se.</w:t>
      </w:r>
      <w:r>
        <w:br/>
      </w:r>
      <w:r>
        <w:rPr>
          <w:sz w:val="20"/>
        </w:rPr>
        <w:t>58:56  He has forwarded a comment of a lecturer whom he had sent your books.</w:t>
      </w:r>
      <w:r>
        <w:br/>
      </w:r>
      <w:r>
        <w:rPr>
          <w:sz w:val="20"/>
        </w:rPr>
        <w:t>59:02  The person is Dr. Craig Considine lecturer department of sociology Rice University.</w:t>
      </w:r>
      <w:r>
        <w:br/>
      </w:r>
      <w:r>
        <w:rPr>
          <w:sz w:val="20"/>
        </w:rPr>
        <w:t>59:07  He wrote to Kaleem sahib that thank you for sending Maulana sahib's books.</w:t>
      </w:r>
      <w:r>
        <w:br/>
      </w:r>
      <w:r>
        <w:rPr>
          <w:sz w:val="20"/>
        </w:rPr>
        <w:t>59:12  God bless you for your kind deed.</w:t>
      </w:r>
      <w:r>
        <w:br/>
      </w:r>
      <w:r>
        <w:rPr>
          <w:sz w:val="20"/>
        </w:rPr>
        <w:t>59:15  It is very much appreciated because knowledge fuels me and nourishes my soul.</w:t>
      </w:r>
      <w:r>
        <w:br/>
      </w:r>
      <w:r>
        <w:rPr>
          <w:sz w:val="20"/>
        </w:rPr>
        <w:t>59:21  Masha Allah.</w:t>
      </w:r>
      <w:r>
        <w:br/>
      </w:r>
      <w:r>
        <w:rPr>
          <w:sz w:val="20"/>
        </w:rPr>
        <w:t>59:22  Okay so we will end this session now.</w:t>
      </w:r>
      <w:r>
        <w:br/>
      </w:r>
      <w:r>
        <w:rPr>
          <w:sz w:val="20"/>
        </w:rPr>
        <w:t>59:26  We will be back next Sunday same time at 10:30 AM.</w:t>
      </w:r>
      <w:r>
        <w:br/>
      </w:r>
      <w:r>
        <w:rPr>
          <w:sz w:val="20"/>
        </w:rPr>
        <w:t>59:31  Thank you.</w:t>
      </w:r>
    </w:p>
    <w:p>
      <w:pPr>
        <w:pStyle w:val="Heading2"/>
      </w:pPr>
      <w:r>
        <w:t>Developing scientific temper for Quranic understanding</w:t>
      </w:r>
    </w:p>
    <w:p>
      <w:r>
        <w:rPr>
          <w:color w:val="666666"/>
          <w:sz w:val="18"/>
        </w:rPr>
        <w:t>Quran &amp; Tafsir · Dars-e-Quran, Ch. 12, V. 105 ; Ch. 10 V. 61 (Study of Nature) | July 15, 2018 · 55s · at 1:02:40 · https://youtu.be/5d-qNvpMg4k?t=3760</w:t>
      </w:r>
    </w:p>
    <w:p>
      <w:r>
        <w:rPr>
          <w:i/>
        </w:rPr>
        <w:t>“How can a common person develop scientific temper to understand Quranic meaning in the larger perspective? Please guide in this regard.”</w:t>
      </w:r>
    </w:p>
    <w:p>
      <w:r>
        <w:rPr>
          <w:sz w:val="20"/>
        </w:rPr>
        <w:t>1:02:40  Maulana agla sawal Aamir Mori sahab ne kiya hai Srinagar se.</w:t>
      </w:r>
      <w:r>
        <w:br/>
      </w:r>
      <w:r>
        <w:rPr>
          <w:sz w:val="20"/>
        </w:rPr>
        <w:t>1:02:46  انہوں نے لکھا ہے، "How can a common person develop scientific temper to understand Quranic meaning in the</w:t>
      </w:r>
      <w:r>
        <w:br/>
      </w:r>
      <w:r>
        <w:rPr>
          <w:sz w:val="20"/>
        </w:rPr>
        <w:t>1:02:52  larger perspective?" Maulana Sahib, please guide us in this regard.</w:t>
      </w:r>
      <w:r>
        <w:br/>
      </w:r>
      <w:r>
        <w:rPr>
          <w:sz w:val="20"/>
        </w:rPr>
        <w:t>1:02:58  bhai yeh to bohat asan hai. Uncha</w:t>
      </w:r>
      <w:r>
        <w:br/>
      </w:r>
      <w:r>
        <w:rPr>
          <w:sz w:val="20"/>
        </w:rPr>
        <w:t>1:03:04  academic jo level hai, woh un ke liye, un logon ke liye hai jo ziyada gehra mutala karte hain.</w:t>
      </w:r>
      <w:r>
        <w:br/>
      </w:r>
      <w:r>
        <w:rPr>
          <w:sz w:val="20"/>
        </w:rPr>
        <w:t>1:03:09  kya aap jante hain ke popular science mein sari kitaben har zaban mein hain? Popular science mein har</w:t>
      </w:r>
      <w:r>
        <w:br/>
      </w:r>
      <w:r>
        <w:rPr>
          <w:sz w:val="20"/>
        </w:rPr>
        <w:t>1:03:15  zaban mein kitaben maujood hain.</w:t>
      </w:r>
      <w:r>
        <w:br/>
      </w:r>
      <w:r>
        <w:rPr>
          <w:sz w:val="20"/>
        </w:rPr>
        <w:t>1:03:20  woh sab parhen.</w:t>
      </w:r>
      <w:r>
        <w:br/>
      </w:r>
      <w:r>
        <w:rPr>
          <w:sz w:val="20"/>
        </w:rPr>
        <w:t>1:03:25  woh to sab log har aadmi parh ke samajh leta hai.</w:t>
      </w:r>
      <w:r>
        <w:br/>
      </w:r>
      <w:r>
        <w:rPr>
          <w:sz w:val="20"/>
        </w:rPr>
        <w:t>1:03:30  woh Urdu mein, Hindi mein, har zaban mein hain.</w:t>
      </w:r>
    </w:p>
    <w:p>
      <w:pPr>
        <w:pStyle w:val="Heading2"/>
      </w:pPr>
      <w:r>
        <w:t>Difference between tadabbur and tafsir</w:t>
      </w:r>
    </w:p>
    <w:p>
      <w:r>
        <w:rPr>
          <w:color w:val="666666"/>
          <w:sz w:val="18"/>
        </w:rPr>
        <w:t>Quran &amp; Tafsir · Importance of Creative Thinking December 11, 2011 · 3m 12s · at 1:21:58 · https://youtu.be/jfML9Arb0S4?t=4918</w:t>
      </w:r>
    </w:p>
    <w:p>
      <w:r>
        <w:rPr>
          <w:i/>
        </w:rPr>
        <w:t>“Maulana, what is the difference between tadabbur (contemplation) and tafsir (exegesis)? Please explain.”</w:t>
      </w:r>
    </w:p>
    <w:p>
      <w:r>
        <w:rPr>
          <w:sz w:val="20"/>
        </w:rPr>
        <w:t>1:21:58  un natural way ko agar follow karein ge aap toh sirf nakami hogi. is mein koi kuch milne wala nahi aap ko. Maulana, agla sawal hai Mr Sultan Kashmiri ka.</w:t>
      </w:r>
      <w:r>
        <w:br/>
      </w:r>
      <w:r>
        <w:rPr>
          <w:sz w:val="20"/>
        </w:rPr>
        <w:t>1:22:12  unhon ne likha hai: "Maulana sahib, tadabbur aur tafsir baraye mein kya farq hai? is ke baray mein batayein." bhai, tadabbur ke maani toh contemplation, sochna.</w:t>
      </w:r>
      <w:r>
        <w:br/>
      </w:r>
      <w:r>
        <w:rPr>
          <w:sz w:val="20"/>
        </w:rPr>
        <w:t>1:22:25  bohat achi cheez cheez hai. aap sochein, aap toh dono alag alag cheezein hain. yani Quran ko parhne ka ek matlab yeh hai ke aap is ko jo alfaaz hain, us ke baghair samjhe hue, us ki tilawat karein.</w:t>
      </w:r>
      <w:r>
        <w:br/>
      </w:r>
      <w:r>
        <w:rPr>
          <w:sz w:val="20"/>
        </w:rPr>
        <w:t>1:22:40  toh woh kaha tadabbur ke baghair Quran ko parhna hai. ek yeh hai ke Quran ko aap parhein toh sochein. Arabic jante hain toh Arabic class samjhein, nahi toh translation parhein.</w:t>
      </w:r>
      <w:r>
        <w:br/>
      </w:r>
      <w:r>
        <w:rPr>
          <w:sz w:val="20"/>
        </w:rPr>
        <w:t>1:22:50  toh parh kar sochein ke kya matlab hai is ka.</w:t>
      </w:r>
      <w:r>
        <w:br/>
      </w:r>
      <w:r>
        <w:rPr>
          <w:sz w:val="20"/>
        </w:rPr>
        <w:t>1:22:55  jaise kal mein ek sahib se baat kar raha tha ke "Alhamdulillah Rabbil Alameen" yeh pehli ayat hai Quran Majeed ki. toh maine kaha "Alhamdulillah" bas sochte sochte maloom hua ke "Alhamdulillah Rabb" jo hai, woh result hai, woh nateeja hai, asal nahi hai.</w:t>
      </w:r>
      <w:r>
        <w:br/>
      </w:r>
      <w:r>
        <w:rPr>
          <w:sz w:val="20"/>
        </w:rPr>
        <w:t>1:23:11  asal jo hai, marifat. pehle marifat aati hai, phir "Alhamdulillah" niklta hai munh se. yeh hai sochna.</w:t>
      </w:r>
      <w:r>
        <w:br/>
      </w:r>
      <w:r>
        <w:rPr>
          <w:sz w:val="20"/>
        </w:rPr>
        <w:t>1:23:19  aap batayein, kaise aap kahein ke "Alhamdulillah" jab tak aap is se pehle aap ke mind mein ek ek inqilab na aa chuka ho, ek intellectual revolution ke aap ne socha, aap ne Allah ko daryaft kiya, Allah ki glory ko jana, aap ne Allah ki boundaries ko jana, aap ne Allah ki blessings ko jana, aap ne yeh sab baatein aap ne jani, phir aap kahan parhein ge "Alhamdulillah Rabbil Alameen"?</w:t>
      </w:r>
      <w:r>
        <w:br/>
      </w:r>
      <w:r>
        <w:rPr>
          <w:sz w:val="20"/>
        </w:rPr>
        <w:t>1:23:44  toh "Alhamdulillah" se pehle marifat darkar</w:t>
      </w:r>
      <w:r>
        <w:br/>
      </w:r>
      <w:r>
        <w:rPr>
          <w:sz w:val="20"/>
        </w:rPr>
        <w:t>1:23:47  hai. marifat nahi toh sacha "Alhamdulillah" bhi nahi. yeh hai sochna. baqi jo tafsir baraye hai, woh toh aise hai ke yani aap na Arabic jaanein, na Arabic ko follow karein, na Quran ke jo shan e nazool hai, us ko follow karein.</w:t>
      </w:r>
      <w:r>
        <w:br/>
      </w:r>
      <w:r>
        <w:rPr>
          <w:sz w:val="20"/>
        </w:rPr>
        <w:t>1:24:04  bas yun hi ult pult kuch kahein. jaise kuch log kehte hain ke imaan ka matlab aman hai, aman ka nizam qaim karo, salat ka matlab hai social nizam, social nizam qaim k</w:t>
      </w:r>
      <w:r>
        <w:br/>
      </w:r>
      <w:r>
        <w:rPr>
          <w:sz w:val="20"/>
        </w:rPr>
        <w:t>1:24:17  ro. aisi ulti pulti baatein hain. is ka koi talluq na siwaq se hota, na lughat se hota, na doosri jo mufassireen hain un se hota, na shan e nazool se hota.</w:t>
      </w:r>
      <w:r>
        <w:br/>
      </w:r>
      <w:r>
        <w:rPr>
          <w:sz w:val="20"/>
        </w:rPr>
        <w:t>1:24:28  toh tafsir baraye ka matlab hai ke bas apni rai yun hi dena, aur jabke yani baghair gehrai se baat ko samjhe hue, toh tafsir baraye toh bilashuba galat baat hai.</w:t>
      </w:r>
      <w:r>
        <w:br/>
      </w:r>
      <w:r>
        <w:rPr>
          <w:sz w:val="20"/>
        </w:rPr>
        <w:t>1:24:41  woh toh galat hai, bilkul is mein koi shaq nahi hai. lekin</w:t>
      </w:r>
      <w:r>
        <w:br/>
      </w:r>
      <w:r>
        <w:rPr>
          <w:sz w:val="20"/>
        </w:rPr>
        <w:t>1:24:44  sochna jo hai, bohat bari cheez hai. agar tadabbur nahi karein ge aap toh Quran ki gehri baaton ko aap pakar nahi paein ge. toh tadabbur bohat hi zaroori hai, aur tafsir baraye jo hai,</w:t>
      </w:r>
      <w:r>
        <w:br/>
      </w:r>
      <w:r>
        <w:rPr>
          <w:sz w:val="20"/>
        </w:rPr>
        <w:t>1:24:57  woh apni rai par chalana hai. kuch bhi baatein karna hai apne apni rai ke mutabiq. yani yeh yeh nahi sochna ke Quran ke alfaaz se woh baat nikalti hai ke nahi nikalti hai.</w:t>
      </w:r>
    </w:p>
    <w:p>
      <w:pPr>
        <w:pStyle w:val="Heading2"/>
      </w:pPr>
      <w:r>
        <w:t>Difference between tawassum and tadabbur</w:t>
      </w:r>
    </w:p>
    <w:p>
      <w:r>
        <w:rPr>
          <w:color w:val="666666"/>
          <w:sz w:val="18"/>
        </w:rPr>
        <w:t>Quran &amp; Tafsir · Studying The Quran with Open Mind October 20, 2019 Maulana Wahiduddin Khan · 1m 23s · at 49:52 · https://youtu.be/OPyJO5TP_wI?t=2992</w:t>
      </w:r>
    </w:p>
    <w:p>
      <w:r>
        <w:rPr>
          <w:i/>
        </w:rPr>
        <w:t>“Are contemplation (tawassum) and reflection (tadabbur) the same thing? Please explain their difference in detail.”</w:t>
      </w:r>
    </w:p>
    <w:p>
      <w:r>
        <w:rPr>
          <w:sz w:val="20"/>
        </w:rPr>
        <w:t>49:52  inshallah molana agla sawal a kanpur se hai shakeel sahab ne kiya hai unho ne aap se poocha</w:t>
      </w:r>
      <w:r>
        <w:br/>
      </w:r>
      <w:r>
        <w:rPr>
          <w:sz w:val="20"/>
        </w:rPr>
        <w:t>50:01  hai ke kya tawassum aur tadabbur aik hi cheez hai is is ka difference a tafseel mein batayen</w:t>
      </w:r>
      <w:r>
        <w:br/>
      </w:r>
      <w:r>
        <w:rPr>
          <w:sz w:val="20"/>
        </w:rPr>
        <w:t>50:10  nahi aik hi cheez to nahi hai lekin milta julta hai main kar sakta hoon</w:t>
      </w:r>
      <w:r>
        <w:br/>
      </w:r>
      <w:r>
        <w:rPr>
          <w:sz w:val="20"/>
        </w:rPr>
        <w:t>50:18  is mein to bohat likha hai hum ne al risala mein tawassum aur tadabbur par kitab marifat kitab marifat</w:t>
      </w:r>
      <w:r>
        <w:br/>
      </w:r>
      <w:r>
        <w:rPr>
          <w:sz w:val="20"/>
        </w:rPr>
        <w:t>50:26  jo kitab hai moti si us ko aap parhiye bohat misalen is ke andar hain</w:t>
      </w:r>
      <w:r>
        <w:br/>
      </w:r>
      <w:r>
        <w:rPr>
          <w:sz w:val="20"/>
        </w:rPr>
        <w:t>50:38  Miss Sahar Saleem ne Delhi se likha hai my take away from today's lecture creative thinking is not a talent it is a skill that can be learned every problem comes with opportunity one who has understood the real essence of Quran and discovered the hidden can nourish self thank you Maulana sahib</w:t>
      </w:r>
      <w:r>
        <w:br/>
      </w:r>
      <w:r>
        <w:rPr>
          <w:sz w:val="20"/>
        </w:rPr>
        <w:t>51:07  Sahib Ali sahib sahib Ali Khan sahib ne Bihar se likha hai a problem can be converted into opportunity incredible</w:t>
      </w:r>
    </w:p>
    <w:p>
      <w:pPr>
        <w:pStyle w:val="Heading2"/>
      </w:pPr>
      <w:r>
        <w:t>Digital age and Quran accessibility</w:t>
      </w:r>
    </w:p>
    <w:p>
      <w:r>
        <w:rPr>
          <w:color w:val="666666"/>
          <w:sz w:val="18"/>
        </w:rPr>
        <w:t>Quran &amp; Tafsir · Living in a New Age | March 26, 2017 · 1m 01s · at 56:10 · https://youtu.be/iST0AxQscKo?t=3370</w:t>
      </w:r>
    </w:p>
    <w:p>
      <w:r>
        <w:rPr>
          <w:i/>
        </w:rPr>
        <w:t>“We are living in a digital age where the Quran is available on everyone's mobile phone and is just...”</w:t>
      </w:r>
    </w:p>
    <w:p>
      <w:r>
        <w:rPr>
          <w:sz w:val="20"/>
        </w:rPr>
        <w:t>56:10  ji maulana agla sawal bhi srinagar se aaya hai aamir mori sahib ka.</w:t>
      </w:r>
      <w:r>
        <w:br/>
      </w:r>
      <w:r>
        <w:rPr>
          <w:sz w:val="20"/>
        </w:rPr>
        <w:t>56:14  unhon ne likha hai</w:t>
      </w:r>
      <w:r>
        <w:br/>
      </w:r>
      <w:r>
        <w:rPr>
          <w:sz w:val="20"/>
        </w:rPr>
        <w:t>56:19  we are living in a digital age where quran is available on everyone's mobile phone and is just</w:t>
      </w:r>
      <w:r>
        <w:br/>
      </w:r>
      <w:r>
        <w:rPr>
          <w:sz w:val="20"/>
        </w:rPr>
        <w:t>56:24  a touch away.</w:t>
      </w:r>
      <w:r>
        <w:br/>
      </w:r>
      <w:r>
        <w:rPr>
          <w:sz w:val="20"/>
        </w:rPr>
        <w:t>56:29  but still people are far away from quran because i think their mind is not prepared to read it.</w:t>
      </w:r>
      <w:r>
        <w:br/>
      </w:r>
      <w:r>
        <w:rPr>
          <w:sz w:val="20"/>
        </w:rPr>
        <w:t>56:34  so while doing dawah it is important that a person to whom we offer quran need to have</w:t>
      </w:r>
      <w:r>
        <w:br/>
      </w:r>
      <w:r>
        <w:rPr>
          <w:sz w:val="20"/>
        </w:rPr>
        <w:t>56:39  a prepared mind.</w:t>
      </w:r>
      <w:r>
        <w:br/>
      </w:r>
      <w:r>
        <w:rPr>
          <w:sz w:val="20"/>
        </w:rPr>
        <w:t>56:44  maulana i personally feel that literature prepares one's mind</w:t>
      </w:r>
      <w:r>
        <w:br/>
      </w:r>
      <w:r>
        <w:rPr>
          <w:sz w:val="20"/>
        </w:rPr>
        <w:t>56:49  better than quran in the first phase۔</w:t>
      </w:r>
      <w:r>
        <w:br/>
      </w:r>
      <w:r>
        <w:rPr>
          <w:sz w:val="20"/>
        </w:rPr>
        <w:t>56:53  It is like literature triggers the mind of the reader to study quran۔</w:t>
      </w:r>
      <w:r>
        <w:br/>
      </w:r>
      <w:r>
        <w:rPr>
          <w:sz w:val="20"/>
        </w:rPr>
        <w:t>56:56  maulana what is your comment on this kindly guide us۔</w:t>
      </w:r>
      <w:r>
        <w:br/>
      </w:r>
      <w:r>
        <w:rPr>
          <w:sz w:val="20"/>
        </w:rPr>
        <w:t>57:00  haan theek kaha unhon ne۔</w:t>
      </w:r>
      <w:r>
        <w:br/>
      </w:r>
      <w:r>
        <w:rPr>
          <w:sz w:val="20"/>
        </w:rPr>
        <w:t>57:04  mere khayal se sahi baat hai۔</w:t>
      </w:r>
      <w:r>
        <w:br/>
      </w:r>
      <w:r>
        <w:rPr>
          <w:sz w:val="20"/>
        </w:rPr>
        <w:t>57:08  ji baat sahi hai۔</w:t>
      </w:r>
    </w:p>
    <w:p>
      <w:pPr>
        <w:pStyle w:val="Heading2"/>
      </w:pPr>
      <w:r>
        <w:t>Does Addressing Prophet by Titles Indicate Greater Honor?</w:t>
      </w:r>
    </w:p>
    <w:p>
      <w:r>
        <w:rPr>
          <w:color w:val="666666"/>
          <w:sz w:val="18"/>
        </w:rPr>
        <w:t>Quran &amp; Tafsir · Hadith Prediction November 3, 2013 · 3m 25s · at 1:01:27 · https://youtu.be/cb5Lzw9c8aE?t=3687</w:t>
      </w:r>
    </w:p>
    <w:p>
      <w:r>
        <w:rPr>
          <w:i/>
        </w:rPr>
        <w:t>“In the Quran, Allah mentions other prophets by name, such as O Ibrahim, O Musa, and O Dawood, but never addresses the Prophet as O Muhammad; rather He addresses him as O Muddaththir and O Muzzammil. Does this mean that Allah honored him more than the other prophets by not calling him by name?”</w:t>
      </w:r>
    </w:p>
    <w:p>
      <w:r>
        <w:rPr>
          <w:sz w:val="20"/>
        </w:rPr>
        <w:t>1:01:27  maulana, agla sawal iqbal sahab ka hai bangalore se. unhon ne likha hai: "saare quran mein allah ne doosre paighambaron ko naam se yaad kiya jaise ya ibrahim, ya musa, ya dawood,</w:t>
      </w:r>
      <w:r>
        <w:br/>
      </w:r>
      <w:r>
        <w:rPr>
          <w:sz w:val="20"/>
        </w:rPr>
        <w:t>1:01:43  magar ek martaba bhi ya muhammad nahi keh ke balkeh aap ko al-kabe se yaad kiya jaise ya ayyuhal mudathir, ya ayyuhal muzammil</w:t>
      </w:r>
      <w:r>
        <w:br/>
      </w:r>
      <w:r>
        <w:rPr>
          <w:sz w:val="20"/>
        </w:rPr>
        <w:t>1:01:54  . kya is se yeh baat nikalti hai ke allah ne huzoor ki ta'zeem zyada ki doosre nabiyon ke muqable mein, is liye ya muhammad keh kar nahi khitab kiya?" yeh bilkul absurd baat hai, koi is ka sarpar nahi hai.</w:t>
      </w:r>
      <w:r>
        <w:br/>
      </w:r>
      <w:r>
        <w:rPr>
          <w:sz w:val="20"/>
        </w:rPr>
        <w:t>1:02:09  itni baaton ka is tarah se agar shoshe nikale jayen to aaj hi ghareeb qism shoshe niklenge, nikalte rehte hain log. yeh yeh shoshe hain, yeh koi daleel nahi hai.</w:t>
      </w:r>
      <w:r>
        <w:br/>
      </w:r>
      <w:r>
        <w:rPr>
          <w:sz w:val="20"/>
        </w:rPr>
        <w:t>1:02:25  daleel kya hai? quran ki doosri ayat la nu farriqu baina ahadin min rusulih yeh daleel hai is ka naam. yeh koi daleel hai ke ya ya hai ke nahi, yeh to shosha hai.</w:t>
      </w:r>
      <w:r>
        <w:br/>
      </w:r>
      <w:r>
        <w:rPr>
          <w:sz w:val="20"/>
        </w:rPr>
        <w:t>1:02:37  daleel hi is ka naam hai ke is ayat ko padhein aap la nu farriqu baina ahadin min rusulih hum ek rasool doosre mein farq nahi karte.</w:t>
      </w:r>
      <w:r>
        <w:br/>
      </w:r>
      <w:r>
        <w:rPr>
          <w:sz w:val="20"/>
        </w:rPr>
        <w:t>1:02:48  yeh yeh is ka naam daleel hai. yeh to shoshe</w:t>
      </w:r>
      <w:r>
        <w:br/>
      </w:r>
      <w:r>
        <w:rPr>
          <w:sz w:val="20"/>
        </w:rPr>
        <w:t>1:02:50  ki baatein hain. shoshe jo chahein nikalte rahiye aap, shoshe ki koi had nahi hai. hazaron shoshe nikal sakte hain aap.</w:t>
      </w:r>
      <w:r>
        <w:br/>
      </w:r>
      <w:r>
        <w:rPr>
          <w:sz w:val="20"/>
        </w:rPr>
        <w:t>1:03:02  ab misaal, misaal ki taraf main kahoon ke mere ek bete ka naam hai saistain, to main kahoon ke dekho bhai, mera mera beta to allah ko takht par yaad aaya, us ne us ko naam wahan se mujhe bataya ke is ka naam yeh rakho.</w:t>
      </w:r>
      <w:r>
        <w:br/>
      </w:r>
      <w:r>
        <w:rPr>
          <w:sz w:val="20"/>
        </w:rPr>
        <w:t>1:03:16  to shosha nikal lenge bhai,</w:t>
      </w:r>
      <w:r>
        <w:br/>
      </w:r>
      <w:r>
        <w:rPr>
          <w:sz w:val="20"/>
        </w:rPr>
        <w:t>1:03:18  to allah ka diya hua naam hai. yeh naam to allah ka diya hua hai, yeh allah ko bohat bohat mehboob hai. yeh shoshe nikalne se koi baat banti hai?</w:t>
      </w:r>
      <w:r>
        <w:br/>
      </w:r>
      <w:r>
        <w:rPr>
          <w:sz w:val="20"/>
        </w:rPr>
        <w:t>1:03:28  shoshon se kuch sabit nahi hota. itni bari ayat hai yeh ke la nu farriqu baina ahadin min rusulih hum rasoolon ke darmiyan farq nahi karte.</w:t>
      </w:r>
      <w:r>
        <w:br/>
      </w:r>
      <w:r>
        <w:rPr>
          <w:sz w:val="20"/>
        </w:rPr>
        <w:t>1:03:40  aur quran mein dekhein, is se bhi bari baat main aap se arz karta hoon.</w:t>
      </w:r>
      <w:r>
        <w:br/>
      </w:r>
      <w:r>
        <w:rPr>
          <w:sz w:val="20"/>
        </w:rPr>
        <w:t>1:03:45  quran mein ek ayat hai jis mein mukhtalif nabiyon ka zikr hai naam ke sath, aur us ke baad rasool Allah ko khitab kar ke kaha gaya hai ke olai'kal ladhina hada Allah fabihdih mqtdeh yeh rasool Allah ko khitab hi hai ke yeh hain woh peghambar jin ko hum ne hidayat di, to tum un ki pairwi karo.</w:t>
      </w:r>
      <w:r>
        <w:br/>
      </w:r>
      <w:r>
        <w:rPr>
          <w:sz w:val="20"/>
        </w:rPr>
        <w:t>1:04:07  rasool Allah ko follower bana diya, follower</w:t>
      </w:r>
      <w:r>
        <w:br/>
      </w:r>
      <w:r>
        <w:rPr>
          <w:sz w:val="20"/>
        </w:rPr>
        <w:t>1:04:13  fabihdih mqtdeh,</w:t>
      </w:r>
      <w:r>
        <w:br/>
      </w:r>
      <w:r>
        <w:rPr>
          <w:sz w:val="20"/>
        </w:rPr>
        <w:t>1:04:15  to tum pairwi karo in rasoolon ki. ab dekhiye, rasool Allah ko peero ki jagah par rakh diya, follower ki jagah par. to dekhiye, shoshon ki koi had nahin hoti.</w:t>
      </w:r>
      <w:r>
        <w:br/>
      </w:r>
      <w:r>
        <w:rPr>
          <w:sz w:val="20"/>
        </w:rPr>
        <w:t>1:04:26  shoshe jo chahen nikalte rahiye, lekin aap ko dekhna chahiye ke ke haqeeqi ma'non mein mudallal baat kaun si hai.</w:t>
      </w:r>
      <w:r>
        <w:br/>
      </w:r>
      <w:r>
        <w:rPr>
          <w:sz w:val="20"/>
        </w:rPr>
        <w:t>1:04:36  mudallal baat yeh hai ke Allah ke nazdeek tamam peghambar barabar hain.</w:t>
      </w:r>
      <w:r>
        <w:br/>
      </w:r>
      <w:r>
        <w:rPr>
          <w:sz w:val="20"/>
        </w:rPr>
        <w:t>1:04:42  kisi Allah ka apne khud ailan ke mutabiq tamam peghambar barabar hain, aur peghambaron mein tafrīq karna yeh bilashubah Allah ke ke khilaf sarkashi karna hai.</w:t>
      </w:r>
    </w:p>
    <w:p>
      <w:pPr>
        <w:pStyle w:val="Heading2"/>
      </w:pPr>
      <w:r>
        <w:t>Does Islam forbid friendship with non-Muslims?</w:t>
      </w:r>
    </w:p>
    <w:p>
      <w:r>
        <w:rPr>
          <w:color w:val="666666"/>
          <w:sz w:val="18"/>
        </w:rPr>
        <w:t>Quran &amp; Tafsir · Pillars of Western Thought October 6, 2013 · 1m 23s · at 59:19 · https://youtu.be/o4WfPvju5_M?t=3559</w:t>
      </w:r>
    </w:p>
    <w:p>
      <w:r>
        <w:rPr>
          <w:i/>
        </w:rPr>
        <w:t>“Maulana, there is a verse in the Quran that says: 'O you who believe, take not as friends the people who incur the wrath of Allah.' Most Muslims use this Quranic reference against non-Muslims. Does Islam really order Muslims not to take Jews and Christians as their friends?”</w:t>
      </w:r>
    </w:p>
    <w:p>
      <w:r>
        <w:rPr>
          <w:sz w:val="20"/>
        </w:rPr>
        <w:t>59:19  maulana, agla sawal aaya hai jammu rajouri se anwar khan sahab ka. unhon ne likha hai:</w:t>
      </w:r>
      <w:r>
        <w:br/>
      </w:r>
      <w:r>
        <w:rPr>
          <w:sz w:val="20"/>
        </w:rPr>
        <w:t>59:26  "maulana, der is a verse in the quran which says: o you who believe, take not as friends the people who incur the wrath of allah." maulana sahab, my question is that mostly muslims use this quranic reference against the non muslims.</w:t>
      </w:r>
      <w:r>
        <w:br/>
      </w:r>
      <w:r>
        <w:rPr>
          <w:sz w:val="20"/>
        </w:rPr>
        <w:t>59:45  my question is: does islam really order muslims to not take jews and christians as their friends? nahin, yeh bilkul galat istemal karte hain.</w:t>
      </w:r>
      <w:r>
        <w:br/>
      </w:r>
      <w:r>
        <w:rPr>
          <w:sz w:val="20"/>
        </w:rPr>
        <w:t>59:55  yeh contemporary logon ke bare mein hai. rasool allah se jo log ladai kar rahe the, un ke bare mein hai. yeh koi community wise hukm nahin hai ke jo community hai, uska hukm hamesha ke liye ho gaya.</w:t>
      </w:r>
      <w:r>
        <w:br/>
      </w:r>
      <w:r>
        <w:rPr>
          <w:sz w:val="20"/>
        </w:rPr>
        <w:t>1:00:08  hamesha ke liye aap aisa samjhein un ko. yeh sirf woh log jo rasool allah ke zamane mein, madni daur mein aap ke contemporary the, un ke bare mein yeh aayatein hain.</w:t>
      </w:r>
      <w:r>
        <w:br/>
      </w:r>
      <w:r>
        <w:rPr>
          <w:sz w:val="20"/>
        </w:rPr>
        <w:t>1:00:21  bas ya isi tarah ke halaat agar dobara paida hon. aaj to woh halaat hain hi nahin. aaj to musalmani sab se zyada ladai chide hue hain.</w:t>
      </w:r>
      <w:r>
        <w:br/>
      </w:r>
      <w:r>
        <w:rPr>
          <w:sz w:val="20"/>
        </w:rPr>
        <w:t>1:00:31  aaj ki jo community hai, woh is ke hukm mein nahin aati. yeh bohat hi zyada, yaani, jisarat ki baat hai.</w:t>
      </w:r>
    </w:p>
    <w:p>
      <w:pPr>
        <w:pStyle w:val="Heading2"/>
      </w:pPr>
      <w:r>
        <w:t>Does Quran 2:143 refer to dawah work?</w:t>
      </w:r>
    </w:p>
    <w:p>
      <w:r>
        <w:rPr>
          <w:color w:val="666666"/>
          <w:sz w:val="18"/>
        </w:rPr>
        <w:t>Quran &amp; Tafsir · Q&amp;A 13 Nov 2011 · 1m 42s · at 40:02 · https://youtu.be/oOZ9h37_pL8?t=2402</w:t>
      </w:r>
    </w:p>
    <w:p>
      <w:r>
        <w:rPr>
          <w:i/>
        </w:rPr>
        <w:t>“In Quran chapter 2 verses 142-143 it says: 'We made you a middle nation so that you may be witnesses over the people and the Messenger be a witness over you.' Does this verse refer to dawah work?”</w:t>
      </w:r>
    </w:p>
    <w:p>
      <w:r>
        <w:rPr>
          <w:sz w:val="20"/>
        </w:rPr>
        <w:t>40:02  maulana yeh sawal raipur se aaya hai mister idrees ka. unhon ne likha hai ke quran mein chapter 2 verse number 142 to 143 mein aaya hai.</w:t>
      </w:r>
      <w:r>
        <w:br/>
      </w:r>
      <w:r>
        <w:rPr>
          <w:sz w:val="20"/>
        </w:rPr>
        <w:t>40:14  hum ne tum ko beech ki ummat bana diya taake tum ho batane wale logon par aur rasool ho tum par batane wala.</w:t>
      </w:r>
      <w:r>
        <w:br/>
      </w:r>
      <w:r>
        <w:rPr>
          <w:sz w:val="20"/>
        </w:rPr>
        <w:t>40:24  maulana kya yeh verse dawah work ko refer karti hai?</w:t>
      </w:r>
      <w:r>
        <w:br/>
      </w:r>
      <w:r>
        <w:rPr>
          <w:sz w:val="20"/>
        </w:rPr>
        <w:t>40:30  dekhiye beech ki ummat jo hai quran mein is ke liye hai ummat wasat. wakadhalika ja'alnakum ummatan wasatan litakunu shuhada'a 'ala an-nas wa yakuna ar-rasulu 'alaykum shaheedan.</w:t>
      </w:r>
      <w:r>
        <w:br/>
      </w:r>
      <w:r>
        <w:rPr>
          <w:sz w:val="20"/>
        </w:rPr>
        <w:t>40:43  yahan ummat wasat ke maani hain beech ki ummat. log galat matlab batate hain. behtareen ummat.</w:t>
      </w:r>
      <w:r>
        <w:br/>
      </w:r>
      <w:r>
        <w:rPr>
          <w:sz w:val="20"/>
        </w:rPr>
        <w:t>40:52  hargiz is ka matlab behtareen ummat nahi hai. yaani hum ko tum ko behtareen ummat bana diya. yeh bilkul galat mafhoom hai is ka.</w:t>
      </w:r>
      <w:r>
        <w:br/>
      </w:r>
      <w:r>
        <w:rPr>
          <w:sz w:val="20"/>
        </w:rPr>
        <w:t>41:00  is ka matlab hai beech ki ummat. yaani middle ummat. middle kaun hai?</w:t>
      </w:r>
      <w:r>
        <w:br/>
      </w:r>
      <w:r>
        <w:rPr>
          <w:sz w:val="20"/>
        </w:rPr>
        <w:t>41:07  do ke beech mein. ayat bata rahi hai ke ek taraf rasool hai ek taraf aam insan hai. to beech mein ummat mohammadi hai.</w:t>
      </w:r>
      <w:r>
        <w:br/>
      </w:r>
      <w:r>
        <w:rPr>
          <w:sz w:val="20"/>
        </w:rPr>
        <w:t>41:17  ummat mohammadi ko rasool se lena hai. logon tak pahunchana hai. is sense mein woh beech ki ummat hai. likun rasula shaheedan 'alaykum wa takunu shuhada'a 'ala an-nas.</w:t>
      </w:r>
      <w:r>
        <w:br/>
      </w:r>
      <w:r>
        <w:rPr>
          <w:sz w:val="20"/>
        </w:rPr>
        <w:t>41:27  yani rasool se tum lo aur tum doosron ko do. is sense mein woh beech ki ummat hai. aur yeh manna ke behtareen ummat hai bilkul baseless hai.</w:t>
      </w:r>
      <w:r>
        <w:br/>
      </w:r>
      <w:r>
        <w:rPr>
          <w:sz w:val="20"/>
        </w:rPr>
        <w:t>41:37  hargiz is ki koi yani koi is ka quran hadith mein is ka makhraj nahi hai.</w:t>
      </w:r>
    </w:p>
    <w:p>
      <w:pPr>
        <w:pStyle w:val="Heading2"/>
      </w:pPr>
      <w:r>
        <w:t>Does Quran mention specially created Hell for some</w:t>
      </w:r>
    </w:p>
    <w:p>
      <w:r>
        <w:rPr>
          <w:color w:val="666666"/>
          <w:sz w:val="18"/>
        </w:rPr>
        <w:t>Quran &amp; Tafsir · The Road to Paradise December 30, 2012 Maulana Wahiduddin Khan · 1m 48s · at 1:14:04 · https://youtu.be/vUiaPsYF4Tk?t=4444</w:t>
      </w:r>
    </w:p>
    <w:p>
      <w:r>
        <w:rPr>
          <w:i/>
        </w:rPr>
        <w:t>“Maulana sahib, does the Quran mention anywhere that there are some people for whom we have specially created Hell? If yes, please mention the surah and verse number.”</w:t>
      </w:r>
    </w:p>
    <w:p>
      <w:r>
        <w:rPr>
          <w:sz w:val="20"/>
        </w:rPr>
        <w:t>1:14:04  maulana, agla sawal dilli se hai, shabir sahab ka</w:t>
      </w:r>
      <w:r>
        <w:br/>
      </w:r>
      <w:r>
        <w:rPr>
          <w:sz w:val="20"/>
        </w:rPr>
        <w:t>1:14:08  unhon ne likha hai: "maulana sahab, kiya quran mein kahin yeh bataya gaya hai ke kuch log aise hain jin ke liye hum ne jahannum khaas kar banaya hai?</w:t>
      </w:r>
      <w:r>
        <w:br/>
      </w:r>
      <w:r>
        <w:rPr>
          <w:sz w:val="20"/>
        </w:rPr>
        <w:t>1:14:21  agar hai to surah aur ayat number bataiye."</w:t>
      </w:r>
      <w:r>
        <w:br/>
      </w:r>
      <w:r>
        <w:rPr>
          <w:sz w:val="20"/>
        </w:rPr>
        <w:t>1:14:29  dekhen, yeh ayat quran mein hai. bohat suron ko hum ne paida kiya hai jahannum ke liye. matlab yeh dekhen, quran yeh quran ka usloob hai.</w:t>
      </w:r>
      <w:r>
        <w:br/>
      </w:r>
      <w:r>
        <w:rPr>
          <w:sz w:val="20"/>
        </w:rPr>
        <w:t>1:14:37  is ka matlab nahi ke jahannum ke liye paida kiya. is ka matlab hai ke log apne aap ko jahannum wala bana lete hain. yeh yeh mani woh ek ek shadd, ek woh hembring ka andaaz hota hai.</w:t>
      </w:r>
      <w:r>
        <w:br/>
      </w:r>
      <w:r>
        <w:rPr>
          <w:sz w:val="20"/>
        </w:rPr>
        <w:t>1:14:51  quran mein hembring ka andaaz bohat zyada hai ke paida kiya tha tum ko jannat ke liye aur tum daur pade jahannum ki taraf. doosri ayat aur quran ke bare mein yeh samajh lijiye ke quran yafsar ba'd ba'd.</w:t>
      </w:r>
      <w:r>
        <w:br/>
      </w:r>
      <w:r>
        <w:rPr>
          <w:sz w:val="20"/>
        </w:rPr>
        <w:t>1:15:05  ek ayat se doosri ayat ki wazahat hoti hai. ek aur jagah ayat hai ke</w:t>
      </w:r>
      <w:r>
        <w:br/>
      </w:r>
      <w:r>
        <w:rPr>
          <w:sz w:val="20"/>
        </w:rPr>
        <w:t>1:15:15  keh hum ne to is ko bulandi ka rasta dikhaya tha lekin woh apne ko neeche daal liya, us ne zameen mein daal liya. to yeh quran ke ek usloob ki baat hai.</w:t>
      </w:r>
      <w:r>
        <w:br/>
      </w:r>
      <w:r>
        <w:rPr>
          <w:sz w:val="20"/>
        </w:rPr>
        <w:t>1:15:27  aisa nahi ke khud paida hi kiya gaya is liye ke jahannum mein jayen.</w:t>
      </w:r>
      <w:r>
        <w:br/>
      </w:r>
      <w:r>
        <w:rPr>
          <w:sz w:val="20"/>
        </w:rPr>
        <w:t>1:15:31  aisa nahi hai balkeh paida kiya gaya is liye ke aadmi allah ke inaamaat ka mustahiq bane lekin apni khwahish ke peeche chal kar ke, apne won peeche chal kar ke, apne organs ke peeche chal kar ke woh apne aap ko jahannum ke raaste par daal deta hai.</w:t>
      </w:r>
    </w:p>
    <w:p>
      <w:pPr>
        <w:pStyle w:val="Heading2"/>
      </w:pPr>
      <w:r>
        <w:t>Does Quran recitation keep Saturn away?</w:t>
      </w:r>
    </w:p>
    <w:p>
      <w:r>
        <w:rPr>
          <w:color w:val="666666"/>
          <w:sz w:val="18"/>
        </w:rPr>
        <w:t>Quran &amp; Tafsir · Studying The Quran with Open Mind October 20, 2019 Maulana Wahiduddin Khan · 1m 09s · at 52:15 · https://youtu.be/OPyJO5TP_wI?t=3135</w:t>
      </w:r>
    </w:p>
    <w:p>
      <w:r>
        <w:rPr>
          <w:i/>
        </w:rPr>
        <w:t>“People think recitation of Quran in Arabic is more important than reading of the Quran. They maintain recitation will purify the house and keep the Saturn away. Maulana, is this correct that recitation will save us from the Saturn? What is your opinion on this?”</w:t>
      </w:r>
    </w:p>
    <w:p>
      <w:r>
        <w:rPr>
          <w:sz w:val="20"/>
        </w:rPr>
        <w:t>52:15  Maulana agla sawal Dubai se aaya hai Zubair Iqbal sahib ne kiya hai unhon ne likha hai Maulana people think recitation of Quran in Arabic is more important than reading of the Quran they maintain recitation will purify the house and keep the Saturn away</w:t>
      </w:r>
      <w:r>
        <w:br/>
      </w:r>
      <w:r>
        <w:rPr>
          <w:sz w:val="20"/>
        </w:rPr>
        <w:t>52:38  Maulana is this correct that recitation will save us from the Saturn what is your opin</w:t>
      </w:r>
      <w:r>
        <w:br/>
      </w:r>
      <w:r>
        <w:rPr>
          <w:sz w:val="20"/>
        </w:rPr>
        <w:t>52:44  on on this. یہ ہنڈرڈ پرسنٹ غلط ہے کہیں نہ قرآن میں ایسا آیا نہ حدیث میں ہے</w:t>
      </w:r>
      <w:r>
        <w:br/>
      </w:r>
      <w:r>
        <w:rPr>
          <w:sz w:val="20"/>
        </w:rPr>
        <w:t>52:52  quran se is liye hai</w:t>
      </w:r>
      <w:r>
        <w:br/>
      </w:r>
      <w:r>
        <w:rPr>
          <w:sz w:val="20"/>
        </w:rPr>
        <w:t>52:55  quran mein khud hai ke quran utara gaya hai ta ke</w:t>
      </w:r>
      <w:r>
        <w:br/>
      </w:r>
      <w:r>
        <w:rPr>
          <w:sz w:val="20"/>
        </w:rPr>
        <w:t>53:04  quran par tadabbur karen quran ko samjhen quran ke mani ko discover karen</w:t>
      </w:r>
      <w:r>
        <w:br/>
      </w:r>
      <w:r>
        <w:rPr>
          <w:sz w:val="20"/>
        </w:rPr>
        <w:t>53:12  woh jo aap ne farmaya woh bilkul hi ghalat baat hai</w:t>
      </w:r>
    </w:p>
    <w:p>
      <w:pPr>
        <w:pStyle w:val="Heading2"/>
      </w:pPr>
      <w:r>
        <w:t>Easiest Quran tafsir and authentic hadith</w:t>
      </w:r>
    </w:p>
    <w:p>
      <w:r>
        <w:rPr>
          <w:color w:val="666666"/>
          <w:sz w:val="18"/>
        </w:rPr>
        <w:t>Quran &amp; Tafsir · An Intellectual Journey May 1, 2011 · 1m 35s · at 1:22:38 · https://youtu.be/AqjjyimoIqw?t=4958</w:t>
      </w:r>
    </w:p>
    <w:p>
      <w:r>
        <w:rPr>
          <w:i/>
        </w:rPr>
        <w:t>“Which tafsir is the easiest to understand the Quran and which collection of authentic hadith is authentic?”</w:t>
      </w:r>
    </w:p>
    <w:p>
      <w:r>
        <w:rPr>
          <w:sz w:val="20"/>
        </w:rPr>
        <w:t>1:22:38  Mr Aamir bin Yusuf ne Pakistan se sawal kiya hai, unhon ne likha hai: "Quran ko samajhne ke liye kaun si tafseer sab se zyada aasan hai aur sahi ahadees ka kaun sa collection authentic hai?"</w:t>
      </w:r>
      <w:r>
        <w:br/>
      </w:r>
      <w:r>
        <w:rPr>
          <w:sz w:val="20"/>
        </w:rPr>
        <w:t>1:22:54  is ke baray mein batayen. dekhen, yeh koi is ka koi jawab nahi hai, koi bhi shakhs is ka jawab nahi de sakta hai.</w:t>
      </w:r>
      <w:r>
        <w:br/>
      </w:r>
      <w:r>
        <w:rPr>
          <w:sz w:val="20"/>
        </w:rPr>
        <w:t>1:23:04  sahi baat sirf yeh hai ke ke aadmi ke liye do mein se aik ka option hai, aik yeh hai ke woh khud bohat zyada parhe, bohat zyada parhe, bohat zyada p</w:t>
      </w:r>
      <w:r>
        <w:br/>
      </w:r>
      <w:r>
        <w:rPr>
          <w:sz w:val="20"/>
        </w:rPr>
        <w:t>1:23:14  rhey, yahan tak ke khud apne andar salahiyat paida ho jaye us ko pehchanne ki. yani Arabi zaban bohat achhi jaane, woh tamam cheezen parhe bohat ghaur se aur bohat dinon tak parta rahe, parta rahe, parta rahe to us par us ka apna zehn ban jayega.</w:t>
      </w:r>
      <w:r>
        <w:br/>
      </w:r>
      <w:r>
        <w:rPr>
          <w:sz w:val="20"/>
        </w:rPr>
        <w:t>1:23:31  to apne zaati zehn se woh samajh sakega ke kya theek hai, kya be theek hai. doosra tareeqa hai ke kisi par bharosa kar lijiye,</w:t>
      </w:r>
      <w:r>
        <w:br/>
      </w:r>
      <w:r>
        <w:rPr>
          <w:sz w:val="20"/>
        </w:rPr>
        <w:t>1:23:40  kisi ki tafseer par ya kisi kitaab par bharosa kar lijiye. bas matlab ya to khud apne aap ko aala darjay ke, oonche darjay ke aalim banaiye ya mutaallim ban jaiye.</w:t>
      </w:r>
      <w:r>
        <w:br/>
      </w:r>
      <w:r>
        <w:rPr>
          <w:sz w:val="20"/>
        </w:rPr>
        <w:t>1:23:54  bas baqi yeh banega ke falan kitaab authentic hai, falan kitaab authentic nahi hai, yeh aap ko khud muntakhib karna hai. main kisi kitaab ka naam nahi le sakta.</w:t>
      </w:r>
    </w:p>
    <w:p>
      <w:pPr>
        <w:pStyle w:val="Heading2"/>
      </w:pPr>
      <w:r>
        <w:t>Emphasis of Worship in Creation of Humans and Jinn</w:t>
      </w:r>
    </w:p>
    <w:p>
      <w:r>
        <w:rPr>
          <w:color w:val="666666"/>
          <w:sz w:val="18"/>
        </w:rPr>
        <w:t>Quran &amp; Tafsir · Prophetic Model February 16, 2014 · 1m 45s · at 53:41 · https://youtu.be/ypIIqSmExzk?t=3221</w:t>
      </w:r>
    </w:p>
    <w:p>
      <w:r>
        <w:rPr>
          <w:i/>
        </w:rPr>
        <w:t>“In the Quran, God says, 'We created humans and jinn only for Our worship.' Maulana, what is the emphasis of worship in this verse? Please clarify.”</w:t>
      </w:r>
    </w:p>
    <w:p>
      <w:r>
        <w:rPr>
          <w:sz w:val="20"/>
        </w:rPr>
        <w:t>53:41  Maulana agla sawal Delhi se hai Shahnawaz Zafar sahib ka. Unhon ne likha hai: "Quran mein Khuda kehta hai ke hum ne insaan aur jinat ko sirf aur sirf apni ibadat ke liye paida kiya hai." Maulana is mein ibadat ka emphasis kis baat par hai?</w:t>
      </w:r>
      <w:r>
        <w:br/>
      </w:r>
      <w:r>
        <w:rPr>
          <w:sz w:val="20"/>
        </w:rPr>
        <w:t>54:03  Is ko wazeh karen. Dekhiye Abdullah ibn Abbas jo mashhoor sahabi hain aur Quran ke mufassir manay jatay hain unhon ne likha hai ke haan 'liya'budoon' ka matlab hai 'la'arifoon'.</w:t>
      </w:r>
      <w:r>
        <w:br/>
      </w:r>
      <w:r>
        <w:rPr>
          <w:sz w:val="20"/>
        </w:rPr>
        <w:t>54:19  Yaani maarifat ke liye. Yeh saada baat nahi hai. Ibadat to sari kainat kar rahi hai.</w:t>
      </w:r>
      <w:r>
        <w:br/>
      </w:r>
      <w:r>
        <w:rPr>
          <w:sz w:val="20"/>
        </w:rPr>
        <w:t>54:30  yani ibadat ka matlab hai submission. surrender karna. to sari kainat submission kiye hue, surrender kiye hue to sab ke sab ibadat mein masroof hain.</w:t>
      </w:r>
      <w:r>
        <w:br/>
      </w:r>
      <w:r>
        <w:rPr>
          <w:sz w:val="20"/>
        </w:rPr>
        <w:t>54:46  lekin Allah ko ko yeh matlab tha ke ek aisi makhlooq paida ho jo shaoori taur par aur apni discovery ke taur par woh abid banay.</w:t>
      </w:r>
      <w:r>
        <w:br/>
      </w:r>
      <w:r>
        <w:rPr>
          <w:sz w:val="20"/>
        </w:rPr>
        <w:t>54:57  marifat ka matlab yahi hai. yani bashaoor ibadat. doosri cheezein jo hain woh to yani under compression ibadat kar rahi hain.</w:t>
      </w:r>
      <w:r>
        <w:br/>
      </w:r>
      <w:r>
        <w:rPr>
          <w:sz w:val="20"/>
        </w:rPr>
        <w:t>55:08  aur insan se Allah taala ko yeh matlab hai ke woh khud apne faislay se, apne choice se ibadat guzar banay. apne choice se woh Allah ka ibadat guzar banay.</w:t>
      </w:r>
      <w:r>
        <w:br/>
      </w:r>
      <w:r>
        <w:rPr>
          <w:sz w:val="20"/>
        </w:rPr>
        <w:t>55:21  yeh matlab hai is ka.</w:t>
      </w:r>
      <w:r>
        <w:br/>
      </w:r>
      <w:r>
        <w:rPr>
          <w:sz w:val="20"/>
        </w:rPr>
        <w:t>55:27  maulana agla sawal lene se pehle ek comment parhna chahenge jo Maulana Iqbal Umri ne bheja hai Tamil Nadu se. unhon ne likha hai: "Maulana ibadat aur itaat ke is farq se mein andha tha." Maulana Allah aap ko jaza e khair de.</w:t>
      </w:r>
    </w:p>
    <w:p>
      <w:pPr>
        <w:pStyle w:val="Heading2"/>
      </w:pPr>
      <w:r>
        <w:t>Emphasis on contemplation vs recitation</w:t>
      </w:r>
    </w:p>
    <w:p>
      <w:r>
        <w:rPr>
          <w:color w:val="666666"/>
          <w:sz w:val="18"/>
        </w:rPr>
        <w:t>Quran &amp; Tafsir · CPS Mission Conference 2023 April 30, 2023 · 5m 12s · at 40:27 · https://youtu.be/sfTBajRastM?t=2427</w:t>
      </w:r>
    </w:p>
    <w:p>
      <w:r>
        <w:rPr>
          <w:i/>
        </w:rPr>
        <w:t>“Maulana has emphasized contemplation (tadabbur) and said that the Quran is a book of wisdom, and the door to its treasure opens when a person engages in contemplation. But often Muslims emphasize recitation more. Why is that?”</w:t>
      </w:r>
    </w:p>
    <w:p>
      <w:r>
        <w:rPr>
          <w:sz w:val="20"/>
        </w:rPr>
        <w:t>40:27  ke har woh soch jo aap ke shukr ko ghata de, woh shaitani soch hai. to doctor sahib, agla sawal mera related hi hai, ke tadabbur pe Maulana ne bohat likha hai, bohat emphasize kiya hai, contemplation ji.</w:t>
      </w:r>
      <w:r>
        <w:br/>
      </w:r>
      <w:r>
        <w:rPr>
          <w:sz w:val="20"/>
        </w:rPr>
        <w:t>40:43  aur woh kehte thay ke Quran is a book of wisdom, and the door to its treasure opens when a person engages oneself ji in contemplation.</w:t>
      </w:r>
      <w:r>
        <w:br/>
      </w:r>
      <w:r>
        <w:rPr>
          <w:sz w:val="20"/>
        </w:rPr>
        <w:t>40:54  lekin aksar dekha gaya ke Muslims jo hain, woh tilawat pe ziyada emphasize karte hain.</w:t>
      </w:r>
      <w:r>
        <w:br/>
      </w:r>
      <w:r>
        <w:rPr>
          <w:sz w:val="20"/>
        </w:rPr>
        <w:t>41:02  tilawat ghlat nahi hai, lekin woh emphasize shift of emphasize hai. to mein chahunga ke tadabbur aur tilawat is ke upar aap kuch roshni dalein.</w:t>
      </w:r>
      <w:r>
        <w:br/>
      </w:r>
      <w:r>
        <w:rPr>
          <w:sz w:val="20"/>
        </w:rPr>
        <w:t>41:12  ji, hum yeh Maulana ka bohat hi ahem subject hai ke Quran ko tadabbur ke sath parhna chahiye.</w:t>
      </w:r>
      <w:r>
        <w:br/>
      </w:r>
      <w:r>
        <w:rPr>
          <w:sz w:val="20"/>
        </w:rPr>
        <w:t>41:25  tadabbur ka matlab yeh hai, Maulana is ki example dete thay ke jaise ice berg hota hai, woh chota sa nazar aata hai, lekin andar bohat bara hota hai.</w:t>
      </w:r>
      <w:r>
        <w:br/>
      </w:r>
      <w:r>
        <w:rPr>
          <w:sz w:val="20"/>
        </w:rPr>
        <w:t>41:34  woh to yahi haal Quran ka bhi hai ke Quran ke baray mein aata hai, luckily ayat minhazahr wa batn ke har Quran ki wirth mein aik outer content hai aur aik inner content hai.</w:t>
      </w:r>
      <w:r>
        <w:br/>
      </w:r>
      <w:r>
        <w:rPr>
          <w:sz w:val="20"/>
        </w:rPr>
        <w:t>41:49  to is ko tadabbur ke tor par, tadabbur yani wahi is ka matlab tadabbur hai. aur Maulana kehte thay ke Quran ko agar sirf aap ne arabi mein parh liya, aur arabi hamari mother tongue bhi nahi hai,</w:t>
      </w:r>
      <w:r>
        <w:br/>
      </w:r>
      <w:r>
        <w:rPr>
          <w:sz w:val="20"/>
        </w:rPr>
        <w:t>42:05  aaj kal log sirf ziyada tar parhte hain sawab kamane ke liye, Quran ko arabi mein bana samjhe.</w:t>
      </w:r>
      <w:r>
        <w:br/>
      </w:r>
      <w:r>
        <w:rPr>
          <w:sz w:val="20"/>
        </w:rPr>
        <w:t>42:14  Maulana ka kehna tha ke Quran ko aise parhein ke aap ne koi hissa parha, phir us pe sochein, phir gehrai se sochein to aap ke layer upon layer jo is ke meaning hain, woh khulte chale jayenge.</w:t>
      </w:r>
      <w:r>
        <w:br/>
      </w:r>
      <w:r>
        <w:rPr>
          <w:sz w:val="20"/>
        </w:rPr>
        <w:t>42:27  Maulana ka kehna tha ke Quran aik choti book hai, if you compare it with bible, it is one sixth of the bible.</w:t>
      </w:r>
      <w:r>
        <w:br/>
      </w:r>
      <w:r>
        <w:rPr>
          <w:sz w:val="20"/>
        </w:rPr>
        <w:t>42:37  bohat hi choti kitaab hai is sense mein.</w:t>
      </w:r>
      <w:r>
        <w:br/>
      </w:r>
      <w:r>
        <w:rPr>
          <w:sz w:val="20"/>
        </w:rPr>
        <w:t>42:40  to lekin is ke jo meaning hain, woh hidden meaning hain, woh ice berg ki tarah se hain ke aap jab ghaur karte hain to jab ghaur karte hain to phir Allah taala ki taraf se inspirations aate hain, yani faizanat farishte ke zariye.</w:t>
      </w:r>
      <w:r>
        <w:br/>
      </w:r>
      <w:r>
        <w:rPr>
          <w:sz w:val="20"/>
        </w:rPr>
        <w:t>42:57  to woh faizanat aate hain, aap ko inspire karte hain, aur jo deeper meaning hai, us tak aap pahunch paate hain, aur wohi real meaning hai.</w:t>
      </w:r>
      <w:r>
        <w:br/>
      </w:r>
      <w:r>
        <w:rPr>
          <w:sz w:val="20"/>
        </w:rPr>
        <w:t>43:05  Maulana ka kehna tha ke jo deeper meaning hai Quran ka, wohi real meaning hai. to Quran ko tarjume se parhein, urdu, hindi, english, kyunke mother tongue mein, mein khud urdu mein parhta hoon.</w:t>
      </w:r>
      <w:r>
        <w:br/>
      </w:r>
      <w:r>
        <w:rPr>
          <w:sz w:val="20"/>
        </w:rPr>
        <w:t>43:20  jab mother tongue mein hum parhte hain to ziyada hamare dil pe asar hota hai banisbat hum kisi foreign language mein parhein.</w:t>
      </w:r>
      <w:r>
        <w:br/>
      </w:r>
      <w:r>
        <w:rPr>
          <w:sz w:val="20"/>
        </w:rPr>
        <w:t>43:28  to yeh bohat zaroori hai ke urdu mein parhein, aur tazkir ul Quran ko is tarah se parhein ke is ke deeper meanings tak pahunch sakein.</w:t>
      </w:r>
      <w:r>
        <w:br/>
      </w:r>
      <w:r>
        <w:rPr>
          <w:sz w:val="20"/>
        </w:rPr>
        <w:t>43:37  aur jo tazkir ul Quran hai, yeh Maulana ne likhi hai, bohat hi mukhtasar tafseer hai, handy, aur is mein sirf Maulana ne khud yeh baat likhi hai is ke introduction mein ke yeh is mein tazkiri pehlu hi ko numayan kiya gaya hai.</w:t>
      </w:r>
      <w:r>
        <w:br/>
      </w:r>
      <w:r>
        <w:rPr>
          <w:sz w:val="20"/>
        </w:rPr>
        <w:t>43:55  y</w:t>
      </w:r>
      <w:r>
        <w:br/>
      </w:r>
      <w:r>
        <w:rPr>
          <w:sz w:val="20"/>
        </w:rPr>
        <w:t>43:56  ani bohat sari information hai, bohat sari baatein hain, is ko ignore karte hue khud likha hai Maulana ne is mein ke woh sab cheezein ignore kar ke sirf jo tazkiri pehlu hai, jo sabaq ka pehlu hai, jis mein lessons hain hamare liye, is pehlu ko highlight kiya gaya hai, aur woh bhi bohat hi brief.</w:t>
      </w:r>
      <w:r>
        <w:br/>
      </w:r>
      <w:r>
        <w:rPr>
          <w:sz w:val="20"/>
        </w:rPr>
        <w:t>44:13  to tazkir ul Quran parhein, aur aap koshish karein ke is kitab ko apne apne halqe mein promote kar</w:t>
      </w:r>
      <w:r>
        <w:br/>
      </w:r>
      <w:r>
        <w:rPr>
          <w:sz w:val="20"/>
        </w:rPr>
        <w:t>44:22  ein. Yani jo bhi log hain, parhe likhe log hain, ulma hain, masajid mein jo imam hain, chounke woh khutba dein ge to kuch is mein se parh ke dein to bohat achi baat hai.</w:t>
      </w:r>
      <w:r>
        <w:br/>
      </w:r>
      <w:r>
        <w:rPr>
          <w:sz w:val="20"/>
        </w:rPr>
        <w:t>44:37  ab yahan par ek hamare saathi hain, Ammar shayad yahan par hon, to woh Delhi mein unhone har masjid mein taqreeban yeh kitab rakhwa</w:t>
      </w:r>
      <w:r>
        <w:br/>
      </w:r>
      <w:r>
        <w:rPr>
          <w:sz w:val="20"/>
        </w:rPr>
        <w:t>44:47  di hai. Ji, to yeh mere khayal se bohat acha tareeqa hai ke apne apne maqam pe aap log Tazkir ul Quran ko Urdu, Hindi, English mein aa gayi hai, aur bhi languages mein kaam chal raha hai, paanch chhe languages mein aa gayi hai yeh kitab.</w:t>
      </w:r>
      <w:r>
        <w:br/>
      </w:r>
      <w:r>
        <w:rPr>
          <w:sz w:val="20"/>
        </w:rPr>
        <w:t>45:00  to aap is ko masajid mein rakhein, madaris mein dein, jo Sahaba zauk log hain, un tak pohanch</w:t>
      </w:r>
      <w:r>
        <w:br/>
      </w:r>
      <w:r>
        <w:rPr>
          <w:sz w:val="20"/>
        </w:rPr>
        <w:t>45:08  ayein. To ek tareeqe se Quran ka behtareen, yani interpretation hai, aur Maulana ka ek taaruf bhi ho jata hai jo log nahi jante Mol</w:t>
      </w:r>
      <w:r>
        <w:br/>
      </w:r>
      <w:r>
        <w:rPr>
          <w:sz w:val="20"/>
        </w:rPr>
        <w:t>45:19  ana ko. To main guzarish karunga aap sab se khaas taur se is kitab ko aap zyada se zyada promote karein taake yeh mission ki bhi ek bohat aham kitab hai, aur Maulana ka bhi introduction hota hai, aur is se yani bohat hi gehrai se baatein samajh mein aati hain.</w:t>
      </w:r>
    </w:p>
    <w:p>
      <w:pPr>
        <w:pStyle w:val="Heading2"/>
      </w:pPr>
      <w:r>
        <w:t>Enemy verses vs Madhu concept</w:t>
      </w:r>
    </w:p>
    <w:p>
      <w:r>
        <w:rPr>
          <w:color w:val="666666"/>
          <w:sz w:val="18"/>
        </w:rPr>
        <w:t>Quran &amp; Tafsir · Study of The Quran November 30, 2014 · 1m 39s · at 1:08:52 · https://youtu.be/x3fcJ2nlDow?t=4132</w:t>
      </w:r>
    </w:p>
    <w:p>
      <w:r>
        <w:rPr>
          <w:i/>
        </w:rPr>
        <w:t>“There are verses in the Quran which say Jews and Christians are your enemies. If they are our enemies, how can we take them as our Madhu?”</w:t>
      </w:r>
    </w:p>
    <w:p>
      <w:r>
        <w:rPr>
          <w:sz w:val="20"/>
        </w:rPr>
        <w:t>1:08:52  Moulana, agla sawal poocha hai Ghaziabad se Waqar Sahab ne, aur unhon ne likha hai: "Moulana there are verses in the Quran which says Jews and Christians are your enemies.</w:t>
      </w:r>
      <w:r>
        <w:br/>
      </w:r>
      <w:r>
        <w:rPr>
          <w:sz w:val="20"/>
        </w:rPr>
        <w:t>1:09:05  My question is if they are our enemies then how can we take them as our Madhu?"</w:t>
      </w:r>
      <w:r>
        <w:br/>
      </w:r>
      <w:r>
        <w:rPr>
          <w:sz w:val="20"/>
        </w:rPr>
        <w:t>1:09:13  Yeh to main abhi keh chuka hoon. Is se murad hai contemporary Jew. Aaj ke Jew nahin. Yani jo Rasool Allah se ladne ke liye tayyar ho gaye the.</w:t>
      </w:r>
      <w:r>
        <w:br/>
      </w:r>
      <w:r>
        <w:rPr>
          <w:sz w:val="20"/>
        </w:rPr>
        <w:t>1:09:25  Aaj ke Jew se is ka koi talluq nahin. Aaj ke Christians se koi talluq nahin. Is mein lafz bana lijiye contemporary. Tab samjhenge aap is ko.</w:t>
      </w:r>
      <w:r>
        <w:br/>
      </w:r>
      <w:r>
        <w:rPr>
          <w:sz w:val="20"/>
        </w:rPr>
        <w:t>1:09:36  Aaj ke jo Jew hain, bohat hi different hain woh.</w:t>
      </w:r>
      <w:r>
        <w:br/>
      </w:r>
      <w:r>
        <w:rPr>
          <w:sz w:val="20"/>
        </w:rPr>
        <w:t>1:09:41  Main do baar ya teen baar kaha hoon Israel, bohat different hai. Kyun is different hai? Unhon ne science, bohat zyada scientific education un ka phaili.</w:t>
      </w:r>
      <w:r>
        <w:br/>
      </w:r>
      <w:r>
        <w:rPr>
          <w:sz w:val="20"/>
        </w:rPr>
        <w:t>1:09:51  Aaj ka jo Yahudi hai, woh ek scientific community hai. Us waqt jo Yahudi tha, woh doosra tha bilkul. To Quran mein jo hai, woh aaj ke Christian ke bare mein nahin hai, aaj ke Jew ke bare mein nahin hai.</w:t>
      </w:r>
      <w:r>
        <w:br/>
      </w:r>
      <w:r>
        <w:rPr>
          <w:sz w:val="20"/>
        </w:rPr>
        <w:t>1:10:07  Woh is zamane contemporary Jew ke bare mein hai, jo mar chuke hain, khatam ho chuke hain, ab woh maujood nahin hain un ka. Is ko aaj ke Jew par aap apply karen to aap gunah karen, gunah.</w:t>
      </w:r>
      <w:r>
        <w:br/>
      </w:r>
      <w:r>
        <w:rPr>
          <w:sz w:val="20"/>
        </w:rPr>
        <w:t>1:10:19  Is ka talluq Islam se ya Quran se nahin kuch hoga. Bohat bara gunah aur sarkashi hogi yeh ke aaj ke logon par aap apply karen.</w:t>
      </w:r>
    </w:p>
    <w:p>
      <w:pPr>
        <w:pStyle w:val="Heading2"/>
      </w:pPr>
      <w:r>
        <w:t>Essence of Alhamdulillah Rabbil Alameen</w:t>
      </w:r>
    </w:p>
    <w:p>
      <w:r>
        <w:rPr>
          <w:color w:val="666666"/>
          <w:sz w:val="18"/>
        </w:rPr>
        <w:t>Quran &amp; Tafsir · The Quran September 20, 2020 Maulana Wahiduddin Khan · 2m 13s · at 19:39 · https://youtu.be/yQZGg2A0-Tk?t=1179</w:t>
      </w:r>
    </w:p>
    <w:p>
      <w:r>
        <w:rPr>
          <w:i/>
        </w:rPr>
        <w:t>“What is the essence of 'Alhamdulillah Rabbil Alameen'?”</w:t>
      </w:r>
    </w:p>
    <w:p>
      <w:r>
        <w:rPr>
          <w:sz w:val="20"/>
        </w:rPr>
        <w:t>19:39  maulana, agla sawal dilli se faraz khan sahib ne kiya hai. unho ne aap se poocha hai: "maulana, what is the essence of Alhamdulillah Rabbil Alameen?"</w:t>
      </w:r>
      <w:r>
        <w:br/>
      </w:r>
      <w:r>
        <w:rPr>
          <w:sz w:val="20"/>
        </w:rPr>
        <w:t>20:00  alhamdulillah rabb ul alameen ka tarjuma hai</w:t>
      </w:r>
      <w:r>
        <w:br/>
      </w:r>
      <w:r>
        <w:rPr>
          <w:sz w:val="20"/>
        </w:rPr>
        <w:t>20:07  ke sare hamd allah ke liye hain.</w:t>
      </w:r>
      <w:r>
        <w:br/>
      </w:r>
      <w:r>
        <w:rPr>
          <w:sz w:val="20"/>
        </w:rPr>
        <w:t>20:14  sare hamd allah ke liye. main samajhta hoon ke yeh wasee ek cheez hai. jaise greek philosopher ke baray mein aata hai ke</w:t>
      </w:r>
      <w:r>
        <w:br/>
      </w:r>
      <w:r>
        <w:rPr>
          <w:sz w:val="20"/>
        </w:rPr>
        <w:t>20:30  kya kehta hai usay? main ne pa liya.</w:t>
      </w:r>
      <w:r>
        <w:br/>
      </w:r>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r>
        <w:br/>
      </w:r>
      <w:r>
        <w:rPr>
          <w:sz w:val="20"/>
        </w:rPr>
        <w:t>21:03  misalan yeh jo maine kaha ke alhamdulillah rabbul alameen, woh sahi hai jaise ke is ne kaha tha: eureka, eureka.</w:t>
      </w:r>
      <w:r>
        <w:br/>
      </w:r>
      <w:r>
        <w:rPr>
          <w:sz w:val="20"/>
        </w:rPr>
        <w:t>21:14  toh abhi kal mujhe samajh mein aayi yeh baat kal ke yeh eureka jaisi</w:t>
      </w:r>
      <w:r>
        <w:br/>
      </w:r>
      <w:r>
        <w:rPr>
          <w:sz w:val="20"/>
        </w:rPr>
        <w:t>21:22  ek cheez hai.</w:t>
      </w:r>
      <w:r>
        <w:br/>
      </w:r>
      <w:r>
        <w:rPr>
          <w:sz w:val="20"/>
        </w:rPr>
        <w:t>21:26  toh wallah wajadt, wallah wajadt ya eureka, eureka yaani quran ki</w:t>
      </w:r>
      <w:r>
        <w:br/>
      </w:r>
      <w:r>
        <w:rPr>
          <w:sz w:val="20"/>
        </w:rPr>
        <w:t>21:38  quran ki form ka</w:t>
      </w:r>
      <w:r>
        <w:br/>
      </w:r>
      <w:r>
        <w:rPr>
          <w:sz w:val="20"/>
        </w:rPr>
        <w:t>21:42  raaz maine daryaft kar liya.</w:t>
      </w:r>
    </w:p>
    <w:p>
      <w:pPr>
        <w:pStyle w:val="Heading2"/>
      </w:pPr>
      <w:r>
        <w:t>Evidence for not fulfilling collective promises</w:t>
      </w:r>
    </w:p>
    <w:p>
      <w:r>
        <w:rPr>
          <w:color w:val="666666"/>
          <w:sz w:val="18"/>
        </w:rPr>
        <w:t>Quran &amp; Tafsir · The Importance of Team Work February 5, 2012 · 1m 19s · at 1:29:07 · https://youtu.be/qBbwznqIqVw?t=5347</w:t>
      </w:r>
    </w:p>
    <w:p>
      <w:r>
        <w:rPr>
          <w:i/>
        </w:rPr>
        <w:t>“In comparison to individual promises, it is not necessary to fulfill collective promises. What is the evidence for this in the Quran and Hadith?”</w:t>
      </w:r>
    </w:p>
    <w:p>
      <w:r>
        <w:rPr>
          <w:sz w:val="20"/>
        </w:rPr>
        <w:t>1:29:07  maulana, dilli se agla sawal hai miss hamida bano ka. unhon ne likha hai: "individual promise ke muqable mein collective promise ko poora karna zaroori nahin.</w:t>
      </w:r>
      <w:r>
        <w:br/>
      </w:r>
      <w:r>
        <w:rPr>
          <w:sz w:val="20"/>
        </w:rPr>
        <w:t>1:29:19  quran aur hadith mein is ki daleel kya hai?" maine yeh lafz istemal nahin kiya. collective promise, yeh to haq ka apna lafz hai.</w:t>
      </w:r>
      <w:r>
        <w:br/>
      </w:r>
      <w:r>
        <w:rPr>
          <w:sz w:val="20"/>
        </w:rPr>
        <w:t>1:29:27  maine to kabhi nahin. maine kaha ke siyasat ke mamlaat jo hote hain, un mein bohat zyada up and down hota hai, bohat zyada farq hota hai.</w:t>
      </w:r>
      <w:r>
        <w:br/>
      </w:r>
      <w:r>
        <w:rPr>
          <w:sz w:val="20"/>
        </w:rPr>
        <w:t>1:29:40  insan ke qabze mein nahin ke halaat ko wahi to barqarar rakhe.</w:t>
      </w:r>
      <w:r>
        <w:br/>
      </w:r>
      <w:r>
        <w:rPr>
          <w:sz w:val="20"/>
        </w:rPr>
        <w:t>1:29:44  aap ne agar kisi se kaha hai ke main tum ko das rupiya doon ga to woh aap ke qabze mein hai, woh aap ke qabze se bahar nahin hai. lekin jo siyasat ke mamlaat hote hain, woh is mein up and down hota rehta hai.</w:t>
      </w:r>
      <w:r>
        <w:br/>
      </w:r>
      <w:r>
        <w:rPr>
          <w:sz w:val="20"/>
        </w:rPr>
        <w:t>1:29:59  woh kisi ke bas mein nahin ke woh us ko yani ek hi halat baqi rakhe. is liye is ka muamla alag ho jata hai.</w:t>
      </w:r>
      <w:r>
        <w:br/>
      </w:r>
      <w:r>
        <w:rPr>
          <w:sz w:val="20"/>
        </w:rPr>
        <w:t>1:30:08  alag agar agar halaat na badlen to baqi rahega woh.</w:t>
      </w:r>
      <w:r>
        <w:br/>
      </w:r>
      <w:r>
        <w:rPr>
          <w:sz w:val="20"/>
        </w:rPr>
        <w:t>1:30:13  yani agar halaat na badlen to baqi rahega. it depends upon situation</w:t>
      </w:r>
      <w:r>
        <w:br/>
      </w:r>
      <w:r>
        <w:rPr>
          <w:sz w:val="20"/>
        </w:rPr>
        <w:t>1:30:22  ji haan.</w:t>
      </w:r>
    </w:p>
    <w:p>
      <w:pPr>
        <w:pStyle w:val="Heading2"/>
      </w:pPr>
      <w:r>
        <w:t>Explain Quran 2:208 enter into Islam wholeheartedly</w:t>
      </w:r>
    </w:p>
    <w:p>
      <w:r>
        <w:rPr>
          <w:color w:val="666666"/>
          <w:sz w:val="18"/>
        </w:rPr>
        <w:t>Quran &amp; Tafsir · Freedom of Thought in Islam 23 October, 2011 · 7m 08s · at 58:12 · https://youtu.be/aGbxRNNOKzo?t=3492</w:t>
      </w:r>
    </w:p>
    <w:p>
      <w:r>
        <w:rPr>
          <w:i/>
        </w:rPr>
        <w:t>“It is urged in the Quran, chapter 2, verse 208: 'O you who believe, enter into Islam wholeheartedly.' Kindly explain this verse.”</w:t>
      </w:r>
    </w:p>
    <w:p>
      <w:r>
        <w:rPr>
          <w:sz w:val="20"/>
        </w:rPr>
        <w:t>58:12  maulana, yeh sawal Mr. Shoaib Khan ne kiya hai Lucknow se. unhone likha hai: "it is urged in the Quran, chapter number two, verse number 208.</w:t>
      </w:r>
      <w:r>
        <w:br/>
      </w:r>
      <w:r>
        <w:rPr>
          <w:sz w:val="20"/>
        </w:rPr>
        <w:t>58:27  o you who believe, enter into Islam wholeheartedly." Maulana, kindly explain this verse.</w:t>
      </w:r>
      <w:r>
        <w:br/>
      </w:r>
      <w:r>
        <w:rPr>
          <w:sz w:val="20"/>
        </w:rPr>
        <w:t>58:37  wholeheartedly is ka tarjuma nahin hoga.</w:t>
      </w:r>
      <w:r>
        <w:br/>
      </w:r>
      <w:r>
        <w:rPr>
          <w:sz w:val="20"/>
        </w:rPr>
        <w:t>58:40  yaani is ka tarjuma hoga: "poore poore Islam mein dakhil ho jao." adkholu fis silmi kaffah poore ke poore.</w:t>
      </w:r>
      <w:r>
        <w:br/>
      </w:r>
      <w:r>
        <w:rPr>
          <w:sz w:val="20"/>
        </w:rPr>
        <w:t>58:52  to dekhiye, poore ke poore ka matlab yeh nahin ke saare nizaam dakhil karo Islam mein. yeh bilkul hi be salees baat hai ke kis se yeh nikala jaye nazariya ke siyasi nizaam, samaji nizaam, iqtisadi nizaam, falan nizaam, yeh nizaam.</w:t>
      </w:r>
      <w:r>
        <w:br/>
      </w:r>
      <w:r>
        <w:rPr>
          <w:sz w:val="20"/>
        </w:rPr>
        <w:t>59:06  nahin, nahin, yeh aayat individual ko mukhatib kar rahi hai. ek fard ko, ek shakhs apne aap ko, apne jo bas mein hai, us ke aitbaar se poore ke poore Islam mein dakhil ho.</w:t>
      </w:r>
      <w:r>
        <w:br/>
      </w:r>
      <w:r>
        <w:rPr>
          <w:sz w:val="20"/>
        </w:rPr>
        <w:t>59:22  yaani poori zindagi us ki God oriented zindagi ban jaye.</w:t>
      </w:r>
      <w:r>
        <w:br/>
      </w:r>
      <w:r>
        <w:rPr>
          <w:sz w:val="20"/>
        </w:rPr>
        <w:t>59:29  us ki sochna, us ka bolna, us ka behaviour, us ki dealing, yeh matlab hai is ka. yeh harghiz matlab nahin hai ke saare nizaam hayat ko woh karo.</w:t>
      </w:r>
      <w:r>
        <w:br/>
      </w:r>
      <w:r>
        <w:rPr>
          <w:sz w:val="20"/>
        </w:rPr>
        <w:t>59:43  lad ke logon se qabza karo aur har jagah Islam naafiz karo. is ka koi taalluq is khud sakhta mafhoom ka is aayat se nahin hai.</w:t>
      </w:r>
      <w:r>
        <w:br/>
      </w:r>
      <w:r>
        <w:rPr>
          <w:sz w:val="20"/>
        </w:rPr>
        <w:t>59:53  kyun ke kai log is se yeh matlab nikalte hain.</w:t>
      </w:r>
      <w:r>
        <w:br/>
      </w:r>
      <w:r>
        <w:rPr>
          <w:sz w:val="20"/>
        </w:rPr>
        <w:t>59:57  is ka tarjuma yeh hai ke: "ae iman laane walo! tum poore ke poore Islam mein dakhil ho jao." yeh nahin kaha ke: "ae logon!</w:t>
      </w:r>
      <w:r>
        <w:br/>
      </w:r>
      <w:r>
        <w:rPr>
          <w:sz w:val="20"/>
        </w:rPr>
        <w:t>1:00:14  logon! tum munaazam ho kar logon se iqtidaar chheeno." yeh kahan is mein hai ke iqtidaar chheen kar ke saare mamlaat hayat par Islam par qanoon naafiz karo?</w:t>
      </w:r>
      <w:r>
        <w:br/>
      </w:r>
      <w:r>
        <w:rPr>
          <w:sz w:val="20"/>
        </w:rPr>
        <w:t>1:00:26  yeh kahan hai is mein?</w:t>
      </w:r>
      <w:r>
        <w:br/>
      </w:r>
      <w:r>
        <w:rPr>
          <w:sz w:val="20"/>
        </w:rPr>
        <w:t>1:00:30  is, is, woh, woh shakhs jo Islam laya hai, us shakhs ko khitaab kar rahi hai aayat ke: "ae, ae shakhs! jo tu Islam laya hai, tu dawah kar raha hai momin hone ka, to apni poori zindagi ko Islam mein rang rang le." woh jo doosri jagah hai: sabaq sabqat Allah wa man asma Allah sabaq apni zaati zindagi ko tumhare aitbaar se Islam ke rang mein rang do.</w:t>
      </w:r>
      <w:r>
        <w:br/>
      </w:r>
      <w:r>
        <w:rPr>
          <w:sz w:val="20"/>
        </w:rPr>
        <w:t>1:00:57  yaani poori tarah ins ban jao, poori tarah sachche ban jao. mamlaat mein poori tareeqe se sahih dealing karo. yeh matlab hai is ka.</w:t>
      </w:r>
      <w:r>
        <w:br/>
      </w:r>
      <w:r>
        <w:rPr>
          <w:sz w:val="20"/>
        </w:rPr>
        <w:t>1:01:11  مس فرحان خان نے ممبئی سے سوال کیا ہے۔</w:t>
      </w:r>
      <w:r>
        <w:br/>
      </w:r>
      <w:r>
        <w:rPr>
          <w:sz w:val="20"/>
        </w:rPr>
        <w:t>1:01:15  انہوں نے لکھا ہے: "When inviting non-Muslims towards Islam, how can we expect them to accept the supernatural concepts like muajizaat and existence of jinn?"</w:t>
      </w:r>
      <w:r>
        <w:br/>
      </w:r>
      <w:r>
        <w:rPr>
          <w:sz w:val="20"/>
        </w:rPr>
        <w:t>1:01:42  دیکھیں، آپ کو، آپ کا کام ہے</w:t>
      </w:r>
      <w:r>
        <w:br/>
      </w:r>
      <w:r>
        <w:rPr>
          <w:sz w:val="20"/>
        </w:rPr>
        <w:t>1:01:47  لوگوں کو لٹریچر پہنچانا، بات پہنچانا۔ جب تک آدمی کا ذہن تیار نہ ہو جائے، تب تک وہ کچھ بھی نہیں سمجھے گا۔</w:t>
      </w:r>
      <w:r>
        <w:br/>
      </w:r>
      <w:r>
        <w:rPr>
          <w:sz w:val="20"/>
        </w:rPr>
        <w:t>1:02:00  مثلاً، میں یعنی سمجھتا ہوں کہ ہر چیز معجزہ ہے۔ یہ ماں کے پیٹ میں ایک بچہ بن کر نکلتا ہے، یہ معجزہ نہیں ہے۔</w:t>
      </w:r>
      <w:r>
        <w:br/>
      </w:r>
      <w:r>
        <w:rPr>
          <w:sz w:val="20"/>
        </w:rPr>
        <w:t>1:02:12  یعنی گوشت اور خون بچہ بن جاتا ہے۔ دیکھنے والا، سننے والا، چلنے والا۔ ایک بیج ایک گھر زمین میں پڑتا ہے، ایک درخت بن جاتا ہے۔</w:t>
      </w:r>
      <w:r>
        <w:br/>
      </w:r>
      <w:r>
        <w:rPr>
          <w:sz w:val="20"/>
        </w:rPr>
        <w:t>1:02:21  معجزہ ہی تو ہے یہ۔ دو گھسی ملتی ہیں، وہ پانی بن جاتی ہیں۔ معجزہ ہی تو ہے۔ تو سب چیز معجزہ ہی ہے۔ معجزہ کیا</w:t>
      </w:r>
      <w:r>
        <w:br/>
      </w:r>
      <w:r>
        <w:rPr>
          <w:sz w:val="20"/>
        </w:rPr>
        <w:t>1:02:31  ہے؟ کنورژن۔ حضرت موسیٰ کے ہاتھ میں جو عصا تھا، وہ سانپ بن گیا۔ There is a case of conversion تو کنورژن تو ہر وقت ہو رہا ہے۔</w:t>
      </w:r>
      <w:r>
        <w:br/>
      </w:r>
      <w:r>
        <w:rPr>
          <w:sz w:val="20"/>
        </w:rPr>
        <w:t>1:02:43  ہر وقت ہو رہا ہے۔ میٹر جو ہے، روشن ستارہ بن گیا۔ بیج جو ہے، بڑا درخت بن گیا۔ انسان ماں کے پیٹ میں گوشت اور خون جو ہے، بچہ بن گیا۔</w:t>
      </w:r>
      <w:r>
        <w:br/>
      </w:r>
      <w:r>
        <w:rPr>
          <w:sz w:val="20"/>
        </w:rPr>
        <w:t>1:02:57  تو سب کنورژن ہی تو ہو رہی ہے۔</w:t>
      </w:r>
      <w:r>
        <w:br/>
      </w:r>
      <w:r>
        <w:rPr>
          <w:sz w:val="20"/>
        </w:rPr>
        <w:t>1:03:02  کوئی یہ نہیں کہ پہلے جو ہوا، وہ بس وہ، وہ تھا معجزہ۔ میں بول رہا ہوں، میں تو ہر وقت سوچتا ہوں کہ معجزہ ہے کہ میں بول رہا ہوں۔</w:t>
      </w:r>
      <w:r>
        <w:br/>
      </w:r>
      <w:r>
        <w:rPr>
          <w:sz w:val="20"/>
        </w:rPr>
        <w:t>1:03:14  کیسے میں نے سوچا؟ کیسے میری سوچ جو ہے، وہ لفظوں میں ڈھلی؟ کیسے میں نے زبان سے ادا کیا؟ کیسے وہ بات آپ تک پہنچی؟</w:t>
      </w:r>
      <w:r>
        <w:br/>
      </w:r>
      <w:r>
        <w:rPr>
          <w:sz w:val="20"/>
        </w:rPr>
        <w:t>1:03:23  کیسے آپ نے سن لیا؟ پھر الیکٹرانک دور میں وہ چیز یونیورسل ہو گئی۔ تو معجزہ ہی تو ہے یہ۔</w:t>
      </w:r>
      <w:r>
        <w:br/>
      </w:r>
      <w:r>
        <w:rPr>
          <w:sz w:val="20"/>
        </w:rPr>
        <w:t>1:03:32  تو معجزہ کی حقیقت ہے کنورژن۔ اور کنورژن ہر وقت ہو رہا ہے۔ لیکن یہ بات ہے کہ کب سمجھے گا آدمی جب اس کو، اس کے ذہن کو تیار کریں؟</w:t>
      </w:r>
      <w:r>
        <w:br/>
      </w:r>
      <w:r>
        <w:rPr>
          <w:sz w:val="20"/>
        </w:rPr>
        <w:t>1:03:43  پہلے دن نہیں سمجھ لے گا۔ یہ امید نہ رکھیے کہ ادھر آپ نے کہا، ادھر اس نے مان لیا۔ جب ذہن بن جائے گا اس کا، تو سب کچھ مان لے گا۔</w:t>
      </w:r>
      <w:r>
        <w:br/>
      </w:r>
      <w:r>
        <w:rPr>
          <w:sz w:val="20"/>
        </w:rPr>
        <w:t>1:03:52  میں بھی پہلے نہیں مانتا تھا۔ پہلے میں ایسی باتوں کو نہیں مانتا تھا۔ نوجوانی کی عمر میں۔</w:t>
      </w:r>
      <w:r>
        <w:br/>
      </w:r>
      <w:r>
        <w:rPr>
          <w:sz w:val="20"/>
        </w:rPr>
        <w:t>1:04:00  اب میں جب میں نے دریافت کیا کہ یہ ہے کیا؟ تو کنورژن ہی تو ہے یہ۔ ہر چیز۔ یعنی عصا، حضرت موسیٰ کا عصا جو سانپ بن گیا، تو کنورژن تو تھا وہ۔</w:t>
      </w:r>
      <w:r>
        <w:br/>
      </w:r>
      <w:r>
        <w:rPr>
          <w:sz w:val="20"/>
        </w:rPr>
        <w:t>1:04:14  تو ہر وقت کنورژن ہو رہا ہے۔ ہر وقت کنورژن ہو رہا ہے۔</w:t>
      </w:r>
      <w:r>
        <w:br/>
      </w:r>
      <w:r>
        <w:rPr>
          <w:sz w:val="20"/>
        </w:rPr>
        <w:t>1:04:20  میں جب گاؤں میں رہتا تھا یو پی میں، تو اپنے گھر میں میں نے ایک وہ لگایا۔</w:t>
      </w:r>
      <w:r>
        <w:br/>
      </w:r>
      <w:r>
        <w:rPr>
          <w:sz w:val="20"/>
        </w:rPr>
        <w:t>1:04:33  جس کو کہتے ہیں یوکلپٹس۔ ایک اتنی سی بڑی سی شاخ کہیں مجھے ملی، وہ لگایا۔ اور بہت ہی بڑا درخت بن گیا۔</w:t>
      </w:r>
      <w:r>
        <w:br/>
      </w:r>
      <w:r>
        <w:rPr>
          <w:sz w:val="20"/>
        </w:rPr>
        <w:t>1:04:43  اتنا بڑا کہ دور دور سے وہ دکھائی دیتا تھا۔</w:t>
      </w:r>
      <w:r>
        <w:br/>
      </w:r>
      <w:r>
        <w:rPr>
          <w:sz w:val="20"/>
        </w:rPr>
        <w:t>1:04:47  وہ پہچان بن گئی کہ دیکھو بھئی، وہ گاؤں۔ یہاں یوکلپٹس کا درخت ہے۔ اتنا سا بڑا۔ تو کیسے وہ ایک چھوٹی سی شاخ ایک بڑا درخت بن گیا۔</w:t>
      </w:r>
      <w:r>
        <w:br/>
      </w:r>
      <w:r>
        <w:rPr>
          <w:sz w:val="20"/>
        </w:rPr>
        <w:t>1:04:59  جو دور تک دکھائی دے۔ That was a case of conversion تو میں تو حیران ہوتا تھا دیکھ دیکھ کر کہ کیسے خدا نے ایک چھوٹی سی شاخ کو اتنا بڑا درخت بنا دیا۔</w:t>
      </w:r>
      <w:r>
        <w:br/>
      </w:r>
      <w:r>
        <w:rPr>
          <w:sz w:val="20"/>
        </w:rPr>
        <w:t>1:05:11  تو ہر چیز جو ہے، ایک کیس آف کنورژن ہے۔ ہر چیز معجزہ ہے۔ لیکن اس وقت آدمی کے سمجھ میں آئے گا جب کہ اس کا ذہن آپ بنا چکے ہوں۔</w:t>
      </w:r>
    </w:p>
    <w:p>
      <w:pPr>
        <w:pStyle w:val="Heading2"/>
      </w:pPr>
      <w:r>
        <w:t>Explain Quran 5:82 about affection to faithful</w:t>
      </w:r>
    </w:p>
    <w:p>
      <w:r>
        <w:rPr>
          <w:color w:val="666666"/>
          <w:sz w:val="18"/>
        </w:rPr>
        <w:t>Quran &amp; Tafsir · Building A Creative Personality | 20 Nov 2011 · 3m 57s · at 1:22:34 · https://youtu.be/jdfhpwfEvKg?t=4954</w:t>
      </w:r>
    </w:p>
    <w:p>
      <w:r>
        <w:rPr>
          <w:i/>
        </w:rPr>
        <w:t>“Kindly explain Chapter 5, Verse 82 of the Quran, where it says: 'You will find that the nearest in affection to the faithful are...'”</w:t>
      </w:r>
    </w:p>
    <w:p>
      <w:r>
        <w:rPr>
          <w:sz w:val="20"/>
        </w:rPr>
        <w:t>1:22:34  Maulana, agla sawal kya hai? Maulana Zakwan Nadvi ne Delhi se.</w:t>
      </w:r>
      <w:r>
        <w:br/>
      </w:r>
      <w:r>
        <w:rPr>
          <w:sz w:val="20"/>
        </w:rPr>
        <w:t>1:22:39  unhon ne likha hai: "Kindly explain the chapter five verse number 82 of Quran, where it says: you</w:t>
      </w:r>
      <w:r>
        <w:br/>
      </w:r>
      <w:r>
        <w:rPr>
          <w:sz w:val="20"/>
        </w:rPr>
        <w:t>1:22:43  will find that the nearest in affection to the faithful are</w:t>
      </w:r>
      <w:r>
        <w:br/>
      </w:r>
      <w:r>
        <w:rPr>
          <w:sz w:val="20"/>
        </w:rPr>
        <w:t>1:22:47  those who say we are Christians.</w:t>
      </w:r>
      <w:r>
        <w:br/>
      </w:r>
      <w:r>
        <w:rPr>
          <w:sz w:val="20"/>
        </w:rPr>
        <w:t>1:22:53  that is because their priest and monks among them, and because they are free from pride." haan, Christian</w:t>
      </w:r>
      <w:r>
        <w:br/>
      </w:r>
      <w:r>
        <w:rPr>
          <w:sz w:val="20"/>
        </w:rPr>
        <w:t>1:23:00  ke baray mein jo ayat hai, woh hadith mein bhi aaya hai.</w:t>
      </w:r>
      <w:r>
        <w:br/>
      </w:r>
      <w:r>
        <w:rPr>
          <w:sz w:val="20"/>
        </w:rPr>
        <w:t>1:23:06  to yeh aap sab ka tajurba hai ke Christian mein nermi hoti hai aur yani unhein cooperation ka</w:t>
      </w:r>
      <w:r>
        <w:br/>
      </w:r>
      <w:r>
        <w:rPr>
          <w:sz w:val="20"/>
        </w:rPr>
        <w:t>1:23:12  madah hota hai,</w:t>
      </w:r>
      <w:r>
        <w:br/>
      </w:r>
      <w:r>
        <w:rPr>
          <w:sz w:val="20"/>
        </w:rPr>
        <w:t>1:23:18  sakhti nahi hoti hai.</w:t>
      </w:r>
      <w:r>
        <w:br/>
      </w:r>
      <w:r>
        <w:rPr>
          <w:sz w:val="20"/>
        </w:rPr>
        <w:t>1:23:23  ab yeh kyun aisa hai? yeh yeh yeh sochne ki baat hai, lekin yeh baat hai apni jagah par sahi.</w:t>
      </w:r>
      <w:r>
        <w:br/>
      </w:r>
      <w:r>
        <w:rPr>
          <w:sz w:val="20"/>
        </w:rPr>
        <w:t>1:23:27  abhi mein ne qissa bataya aap ko christian ka ke unhon ne seminar kiya, sara kharcha unhon ne</w:t>
      </w:r>
      <w:r>
        <w:br/>
      </w:r>
      <w:r>
        <w:rPr>
          <w:sz w:val="20"/>
        </w:rPr>
        <w:t>1:23:31  uthaya, sab kuch.</w:t>
      </w:r>
      <w:r>
        <w:br/>
      </w:r>
      <w:r>
        <w:rPr>
          <w:sz w:val="20"/>
        </w:rPr>
        <w:t>1:23:36  aur hamare log jo gaye apni kitabein le kar ke wahan taqseem kiya, is ka bhi paisa loota</w:t>
      </w:r>
      <w:r>
        <w:br/>
      </w:r>
      <w:r>
        <w:rPr>
          <w:sz w:val="20"/>
        </w:rPr>
        <w:t>1:23:40  diya unhon ne.</w:t>
      </w:r>
      <w:r>
        <w:br/>
      </w:r>
      <w:r>
        <w:rPr>
          <w:sz w:val="20"/>
        </w:rPr>
        <w:t>1:23:45  mein to samajhta hoon ke christian logon ke andar bohat hi ajeeb sifaat hain,</w:t>
      </w:r>
      <w:r>
        <w:br/>
      </w:r>
      <w:r>
        <w:rPr>
          <w:sz w:val="20"/>
        </w:rPr>
        <w:t>1:23:49  bohat ajeeb sifaat hain: narmi, modesty, openness, aur help karna.</w:t>
      </w:r>
      <w:r>
        <w:br/>
      </w:r>
      <w:r>
        <w:rPr>
          <w:sz w:val="20"/>
        </w:rPr>
        <w:t>1:23:55  is ka waja kya hai? yeh mein nahi jaanta, mujhe nahi maloom, lekin waqea hai, aaj bhi yeh</w:t>
      </w:r>
      <w:r>
        <w:br/>
      </w:r>
      <w:r>
        <w:rPr>
          <w:sz w:val="20"/>
        </w:rPr>
        <w:t>1:24:01  waqea hai ke christian logon mein yeh sab baatein pai jati hain.</w:t>
      </w:r>
      <w:r>
        <w:br/>
      </w:r>
      <w:r>
        <w:rPr>
          <w:sz w:val="20"/>
        </w:rPr>
        <w:t>1:24:07  maulana sharq hussain ne dilli se sawal kiya hai: aap ne farmaya ke positive thinking ke zariye hi</w:t>
      </w:r>
      <w:r>
        <w:br/>
      </w:r>
      <w:r>
        <w:rPr>
          <w:sz w:val="20"/>
        </w:rPr>
        <w:t>1:24:13  insan ke liye</w:t>
      </w:r>
      <w:r>
        <w:br/>
      </w:r>
      <w:r>
        <w:rPr>
          <w:sz w:val="20"/>
        </w:rPr>
        <w:t>1:24:19  یہ پوسیبل ہو سکتا ہے کہ اس کے اندر creative thinking آئے۔</w:t>
      </w:r>
      <w:r>
        <w:br/>
      </w:r>
      <w:r>
        <w:rPr>
          <w:sz w:val="20"/>
        </w:rPr>
        <w:t>1:24:24  is ko thora sa aur wazeh karein.</w:t>
      </w:r>
      <w:r>
        <w:br/>
      </w:r>
      <w:r>
        <w:rPr>
          <w:sz w:val="20"/>
        </w:rPr>
        <w:t>1:24:29  dekhein, creative thinking ke liye zaroori hai ke aap aap ka mind free ho, ghair zaroori masail se.</w:t>
      </w:r>
      <w:r>
        <w:br/>
      </w:r>
      <w:r>
        <w:rPr>
          <w:sz w:val="20"/>
        </w:rPr>
        <w:t>1:24:35  beshtar log, kya sare log, mein pata hoon logon ke andar ghair zaroori masail mein uljhe rehte hain.</w:t>
      </w:r>
      <w:r>
        <w:br/>
      </w:r>
      <w:r>
        <w:rPr>
          <w:sz w:val="20"/>
        </w:rPr>
        <w:t>1:24:40  is liye woh kehte hain ke creativity barhti nahi.</w:t>
      </w:r>
      <w:r>
        <w:br/>
      </w:r>
      <w:r>
        <w:rPr>
          <w:sz w:val="20"/>
        </w:rPr>
        <w:t>1:24:45  to creative thinking</w:t>
      </w:r>
      <w:r>
        <w:br/>
      </w:r>
      <w:r>
        <w:rPr>
          <w:sz w:val="20"/>
        </w:rPr>
        <w:t>1:24:50  ki pehli shart yeh hai ke aap ka zehan jo hai, manfi sawalat mein na uljhe, ghair zaroori</w:t>
      </w:r>
      <w:r>
        <w:br/>
      </w:r>
      <w:r>
        <w:rPr>
          <w:sz w:val="20"/>
        </w:rPr>
        <w:t>1:24:53  qism ke sawalat mein na uljhe.</w:t>
      </w:r>
      <w:r>
        <w:br/>
      </w:r>
      <w:r>
        <w:rPr>
          <w:sz w:val="20"/>
        </w:rPr>
        <w:t>1:24:57  yeh sab na ho, tab woh woh woh woh positivity aye gi.</w:t>
      </w:r>
      <w:r>
        <w:br/>
      </w:r>
      <w:r>
        <w:rPr>
          <w:sz w:val="20"/>
        </w:rPr>
        <w:t>1:25:01  positivity is tarah kabhi nahi aa sakti hai ke aap negative jo hai, uljhe hue hon aur aur</w:t>
      </w:r>
      <w:r>
        <w:br/>
      </w:r>
      <w:r>
        <w:rPr>
          <w:sz w:val="20"/>
        </w:rPr>
        <w:t>1:25:05  positivity bhi taraqqi kare.</w:t>
      </w:r>
      <w:r>
        <w:br/>
      </w:r>
      <w:r>
        <w:rPr>
          <w:sz w:val="20"/>
        </w:rPr>
        <w:t>1:25:09  aisa nahi ho sakta.</w:t>
      </w:r>
      <w:r>
        <w:br/>
      </w:r>
      <w:r>
        <w:rPr>
          <w:sz w:val="20"/>
        </w:rPr>
        <w:t>1:25:12  to jis aadmi ko banna hai positive thinker, us ko aik price deni pare gi.</w:t>
      </w:r>
      <w:r>
        <w:br/>
      </w:r>
      <w:r>
        <w:rPr>
          <w:sz w:val="20"/>
        </w:rPr>
        <w:t>1:25:16  woh price yeh hai ke negative thinking se</w:t>
      </w:r>
      <w:r>
        <w:br/>
      </w:r>
      <w:r>
        <w:rPr>
          <w:sz w:val="20"/>
        </w:rPr>
        <w:t>1:25:20  mukammal taur par apne ko azaad karna. maslan aaj hi subah main kisi se keh raha tha, peeche ki baat ko le kar ke unhone kuch shikayati baat ki, barson pehle ki baat. main ne kaha, barson ke pehle baat jo ho gayi, woh woh aap lota to sakte nahi. woh jo ho gaya, woh ho gaya. ab us ko kyun yaad karte hain? woh yaad kar ke kyun apne zehn ko negative banate hain? to jis aadmi ko ban</w:t>
      </w:r>
      <w:r>
        <w:br/>
      </w:r>
      <w:r>
        <w:rPr>
          <w:sz w:val="20"/>
        </w:rPr>
        <w:t>1:25:50  na hai creative thinking ki ahmiyat maloom ho, jo apne aap ko positive thinker banana chahta ho, us ko ek price deni padegi. woh price yeh hai ke ghair zaroori sawalat se apne ko bachana. do cheezon se bachana padega, teen cheezon se: distraction se, unnecessary questions se, aur negative sentiment se. nahi to kabhi bhi development nahi hoga. yaad rakhiye, creative thinking ya positive thinking ki ek price hai. woh price kya hai? ke aap in</w:t>
      </w:r>
      <w:r>
        <w:br/>
      </w:r>
      <w:r>
        <w:rPr>
          <w:sz w:val="20"/>
        </w:rPr>
        <w:t>1:26:20  necessary question se apne ko bachayein, distraction se bachayein, aur negativity se bachayein.</w:t>
      </w:r>
      <w:r>
        <w:br/>
      </w:r>
      <w:r>
        <w:rPr>
          <w:sz w:val="20"/>
        </w:rPr>
        <w:t>1:26:26  tab ja kar ke yeh development hoga, warna nahi hoga.</w:t>
      </w:r>
    </w:p>
    <w:p>
      <w:pPr>
        <w:pStyle w:val="Heading2"/>
      </w:pPr>
      <w:r>
        <w:t>Explain taqwa protecting from plots</w:t>
      </w:r>
    </w:p>
    <w:p>
      <w:r>
        <w:rPr>
          <w:color w:val="666666"/>
          <w:sz w:val="18"/>
        </w:rPr>
        <w:t>Quran &amp; Tafsir · From The Spiritual Tree September 8, 2013 · 1m 55s · at 1:02:52 · https://youtu.be/Vv6vf2N8YQA?t=3772</w:t>
      </w:r>
    </w:p>
    <w:p>
      <w:r>
        <w:rPr>
          <w:i/>
        </w:rPr>
        <w:t>“According to the Quran, if we adopt taqwa, no amount of plot can harm us. Please explain.”</w:t>
      </w:r>
    </w:p>
    <w:p>
      <w:r>
        <w:rPr>
          <w:sz w:val="20"/>
        </w:rPr>
        <w:t>1:02:52  maulana yeh agla sawal aaya hai doctor muslima siddiqui ka dehli se. according to the quran if we adopt taqwa no amount of plot can harm us.</w:t>
      </w:r>
      <w:r>
        <w:br/>
      </w:r>
      <w:r>
        <w:rPr>
          <w:sz w:val="20"/>
        </w:rPr>
        <w:t>1:03:05  please explain. kya kya phir se parhiye? according to the quran if we adopt taqwa no amount of plot can harm us.</w:t>
      </w:r>
      <w:r>
        <w:br/>
      </w:r>
      <w:r>
        <w:rPr>
          <w:sz w:val="20"/>
        </w:rPr>
        <w:t>1:03:18  please expla</w:t>
      </w:r>
      <w:r>
        <w:br/>
      </w:r>
      <w:r>
        <w:rPr>
          <w:sz w:val="20"/>
        </w:rPr>
        <w:t>1:03:19  in. dekhiye taqwa ke ma'ni mein serious ma'ni mein nahi lena chahiye. taqwa ke ma'ni yahan yahan par reh jaye is context mein apne aap ko problem create karne se bachana.</w:t>
      </w:r>
      <w:r>
        <w:br/>
      </w:r>
      <w:r>
        <w:rPr>
          <w:sz w:val="20"/>
        </w:rPr>
        <w:t>1:03:34  yeh ek haqeeqat hai ke agar aap doosre ko takleef na pahunchayein, doosre ki problem na bane to duniya mein koi aap ko kuch kuch bhi karne wala hai.</w:t>
      </w:r>
      <w:r>
        <w:br/>
      </w:r>
      <w:r>
        <w:rPr>
          <w:sz w:val="20"/>
        </w:rPr>
        <w:t>1:03:44  mein zinda saboot hoon. meri itni lambi umar ho gayi.</w:t>
      </w:r>
      <w:r>
        <w:br/>
      </w:r>
      <w:r>
        <w:rPr>
          <w:sz w:val="20"/>
        </w:rPr>
        <w:t>1:03:48  mein aakhri had tak no problem person rehta hoon. no problem person. aakhri had tak. hatta ke apne ghar mein bhi. to mere saath to woh waqiaat nahi hote jo abhi up mein jis ki khabrein sun rahe hain aap.</w:t>
      </w:r>
      <w:r>
        <w:br/>
      </w:r>
      <w:r>
        <w:rPr>
          <w:sz w:val="20"/>
        </w:rPr>
        <w:t>1:04:03  to is hadith ka woh is ayat ka matlab koi mysterious nahi hai. woh koi purasrar baat nahi hai. is duniya mein dekhiye har aadmi apne apne apne apne interest ke</w:t>
      </w:r>
      <w:r>
        <w:br/>
      </w:r>
      <w:r>
        <w:rPr>
          <w:sz w:val="20"/>
        </w:rPr>
        <w:t>1:04:16  liye daud raha hai. kisi ko fursat nahi hai ke woh aap ko aap ke liye planning kare aap ke khilaaf. kisi ko aap ke khilaaf planning karne ki fursat nahi hai.</w:t>
      </w:r>
      <w:r>
        <w:br/>
      </w:r>
      <w:r>
        <w:rPr>
          <w:sz w:val="20"/>
        </w:rPr>
        <w:t>1:04:26  har aadmi apne interest ke liye daud raha hai. to logon ko daudne dijiye. aap kisi ko haar na pahunchaiye. kisi ko problem create nahi kijiye.</w:t>
      </w:r>
      <w:r>
        <w:br/>
      </w:r>
      <w:r>
        <w:rPr>
          <w:sz w:val="20"/>
        </w:rPr>
        <w:t>1:04:36  kisi ko provoke nahi kijiye. to kuch bhi nahi hoga. yeh mera zindagi bhar ka tajurba hai.</w:t>
      </w:r>
    </w:p>
    <w:p>
      <w:pPr>
        <w:pStyle w:val="Heading2"/>
      </w:pPr>
      <w:r>
        <w:t>Explain the concept of Quranic omissions</w:t>
      </w:r>
    </w:p>
    <w:p>
      <w:r>
        <w:rPr>
          <w:color w:val="666666"/>
          <w:sz w:val="18"/>
        </w:rPr>
        <w:t>Quran &amp; Tafsir · Replanning | February 26, 2017 · 3m 33s · at 53:32 · https://youtu.be/E120hwMH9x8?t=3212</w:t>
      </w:r>
    </w:p>
    <w:p>
      <w:r>
        <w:rPr>
          <w:i/>
        </w:rPr>
        <w:t>“You said that people write books on the topic of 'problems of the Quran', but according to you the real thing is to discover the 'omissions of the Quran'. Please explain this.”</w:t>
      </w:r>
    </w:p>
    <w:p>
      <w:r>
        <w:rPr>
          <w:sz w:val="20"/>
        </w:rPr>
        <w:t>53:32  allab hai is ka Maulana un ka aik aur sawal hai unhon ne likha hai Maulana aap ne kaha hai ke log mushkilat Quran ke topic par book likhte hain magar aap ke mutabiq asal hai mahzufat e Quran ko daryaft karna is ke baray mein bataein dekhiye Quran ki apni aik aik style hai</w:t>
      </w:r>
      <w:r>
        <w:br/>
      </w:r>
      <w:r>
        <w:rPr>
          <w:sz w:val="20"/>
        </w:rPr>
        <w:t>54:02  is ka quran mein history ki zaban nahi hai novel ki afsane ki zaban nahi hai wisdom ki</w:t>
      </w:r>
      <w:r>
        <w:br/>
      </w:r>
      <w:r>
        <w:rPr>
          <w:sz w:val="20"/>
        </w:rPr>
        <w:t>54:10  zaban hai wisdom ki zaban jo hoti hai us mein hamesha kuch cheezein ghair mazkoor hoti hain yani</w:t>
      </w:r>
      <w:r>
        <w:br/>
      </w:r>
      <w:r>
        <w:rPr>
          <w:sz w:val="20"/>
        </w:rPr>
        <w:t>54:17  aap ko soch kar janna parta hai to isi ko mein kehta hoon mahzufuat e quran yani quran mein</w:t>
      </w:r>
      <w:r>
        <w:br/>
      </w:r>
      <w:r>
        <w:rPr>
          <w:sz w:val="20"/>
        </w:rPr>
        <w:t>54:25  hamesha kuch cheezein mahzoof rehti hain un</w:t>
      </w:r>
      <w:r>
        <w:br/>
      </w:r>
      <w:r>
        <w:rPr>
          <w:sz w:val="20"/>
        </w:rPr>
        <w:t>54:32  declared jaise misaal ke taur par lijiye uhud ke mauqe par is zamane mein jo jang hui thi</w:t>
      </w:r>
      <w:r>
        <w:br/>
      </w:r>
      <w:r>
        <w:rPr>
          <w:sz w:val="20"/>
        </w:rPr>
        <w:t>54:43  to 70 sahaba mare gaye the to is ke baad jo ayat utri wo yeh nahi thi ke</w:t>
      </w:r>
      <w:r>
        <w:br/>
      </w:r>
      <w:r>
        <w:rPr>
          <w:sz w:val="20"/>
        </w:rPr>
        <w:t>54:54  wo dushman hain un ki dushmani par laanat bhejo bad duaayein karo</w:t>
      </w:r>
      <w:r>
        <w:br/>
      </w:r>
      <w:r>
        <w:rPr>
          <w:sz w:val="20"/>
        </w:rPr>
        <w:t>55:05  is ke baad yeh kaha gaya ke fasabakum ghamun bigham likala ta'su ala mafatikum yani yeh jo gham</w:t>
      </w:r>
      <w:r>
        <w:br/>
      </w:r>
      <w:r>
        <w:rPr>
          <w:sz w:val="20"/>
        </w:rPr>
        <w:t>55:13  pada hai tumhare upar use nahi ke tum mayoos ho jao likala ta'su ala mafatikum jo tum par</w:t>
      </w:r>
      <w:r>
        <w:br/>
      </w:r>
      <w:r>
        <w:rPr>
          <w:sz w:val="20"/>
        </w:rPr>
        <w:t>55:20  musibat pada hai jo tumhe khoya gaya hai us par mayoos ho jao yeh allah ki iskeep nahi</w:t>
      </w:r>
      <w:r>
        <w:br/>
      </w:r>
      <w:r>
        <w:rPr>
          <w:sz w:val="20"/>
        </w:rPr>
        <w:t>55:28  hai lekin yeh zikr nahi hai ke kya karo</w:t>
      </w:r>
      <w:r>
        <w:br/>
      </w:r>
      <w:r>
        <w:rPr>
          <w:sz w:val="20"/>
        </w:rPr>
        <w:t>55:35  mayoos na ho to kya karo aap is ayat ko padhiye quran majeed mein yeh to kaha gaya</w:t>
      </w:r>
      <w:r>
        <w:br/>
      </w:r>
      <w:r>
        <w:rPr>
          <w:sz w:val="20"/>
        </w:rPr>
        <w:t>55:41  hai ke ahad mein jo tum ko nuqsan hua us par mayoos na ho to sawal hai ke</w:t>
      </w:r>
      <w:r>
        <w:br/>
      </w:r>
      <w:r>
        <w:rPr>
          <w:sz w:val="20"/>
        </w:rPr>
        <w:t>55:47  mayoos na ho to kya karo is ke baad kya karo to wahan implicit hai ek cheez woh</w:t>
      </w:r>
      <w:r>
        <w:br/>
      </w:r>
      <w:r>
        <w:rPr>
          <w:sz w:val="20"/>
        </w:rPr>
        <w:t>55:54  hai ke re planning karo mayoos hone ke bajaye halaat ka jaiza lo apni taqat ka mukhalif ki</w:t>
      </w:r>
      <w:r>
        <w:br/>
      </w:r>
      <w:r>
        <w:rPr>
          <w:sz w:val="20"/>
        </w:rPr>
        <w:t>56:00  taqat ka andaza karo</w:t>
      </w:r>
      <w:r>
        <w:br/>
      </w:r>
      <w:r>
        <w:rPr>
          <w:sz w:val="20"/>
        </w:rPr>
        <w:t>56:06  halaat ko samjho aqal ko istemal karo aur re planning karo ab re planning ka wahan par zikr</w:t>
      </w:r>
      <w:r>
        <w:br/>
      </w:r>
      <w:r>
        <w:rPr>
          <w:sz w:val="20"/>
        </w:rPr>
        <w:t>56:13  nahi hai woh cheez mahzoof hai undeclared hai to quran mein aisa bohat zyada hai jab tak aap</w:t>
      </w:r>
      <w:r>
        <w:br/>
      </w:r>
      <w:r>
        <w:rPr>
          <w:sz w:val="20"/>
        </w:rPr>
        <w:t>56:21  quran ke mahzoofat ko nahi samjhenge aap quran ki wisdom ko nahi samajh sakte pehle hi ayat</w:t>
      </w:r>
      <w:r>
        <w:br/>
      </w:r>
      <w:r>
        <w:rPr>
          <w:sz w:val="20"/>
        </w:rPr>
        <w:t>56:28  dekhiye alhamdulillah rabbil alameen shukr hai allah rabb</w:t>
      </w:r>
      <w:r>
        <w:br/>
      </w:r>
      <w:r>
        <w:rPr>
          <w:sz w:val="20"/>
        </w:rPr>
        <w:t>56:36  il alameen ka is mein ek cheez mahzoof hai ke dunya mein jab koi unwanted situation aati hai us</w:t>
      </w:r>
      <w:r>
        <w:br/>
      </w:r>
      <w:r>
        <w:rPr>
          <w:sz w:val="20"/>
        </w:rPr>
        <w:t>56:43  ko bhulao tab ilm kar paoge tab shukr ada kar paoge to sare quran mein jo</w:t>
      </w:r>
      <w:r>
        <w:br/>
      </w:r>
      <w:r>
        <w:rPr>
          <w:sz w:val="20"/>
        </w:rPr>
        <w:t>56:51  wisdom jo hai woh mahzoofat mein hai agar mahzoofat aap ko nahi padhna aata to aap wisdom se</w:t>
      </w:r>
      <w:r>
        <w:br/>
      </w:r>
      <w:r>
        <w:rPr>
          <w:sz w:val="20"/>
        </w:rPr>
        <w:t>56:58  be khabar rahenge yani between the lines jo hai us ko janna padega aap ko</w:t>
      </w:r>
    </w:p>
    <w:p>
      <w:pPr>
        <w:pStyle w:val="Heading2"/>
      </w:pPr>
      <w:r>
        <w:t>Explain the concept of misl in Quran</w:t>
      </w:r>
    </w:p>
    <w:p>
      <w:r>
        <w:rPr>
          <w:color w:val="666666"/>
          <w:sz w:val="18"/>
        </w:rPr>
        <w:t>Quran &amp; Tafsir · The Quran September 20, 2020 Maulana Wahiduddin Khan · 1m 20s · at 21:52 · https://youtu.be/yQZGg2A0-Tk?t=1312</w:t>
      </w:r>
    </w:p>
    <w:p>
      <w:r>
        <w:rPr>
          <w:i/>
        </w:rPr>
        <w:t>“Maulana, you have explained about understanding the Quran with the help of misl (example/analogy). Please explain misl.”</w:t>
      </w:r>
    </w:p>
    <w:p>
      <w:r>
        <w:rPr>
          <w:sz w:val="20"/>
        </w:rPr>
        <w:t>21:52  muhammad bilal shafi sahib ne dilli se sawal bheja hai. unhon ne likha hai: "maulana, aap ne quran ko misl ke sath samjhane ke bare mein bataya hai.</w:t>
      </w:r>
      <w:r>
        <w:br/>
      </w:r>
      <w:r>
        <w:rPr>
          <w:sz w:val="20"/>
        </w:rPr>
        <w:t>22:03  please misl ko samjha dijiye."</w:t>
      </w:r>
      <w:r>
        <w:br/>
      </w:r>
      <w:r>
        <w:rPr>
          <w:sz w:val="20"/>
        </w:rPr>
        <w:t>22:09  kis cheez ko? misl model. misl. ooteet al kitab wa misluhu ma'ah</w:t>
      </w:r>
      <w:r>
        <w:br/>
      </w:r>
      <w:r>
        <w:rPr>
          <w:sz w:val="20"/>
        </w:rPr>
        <w:t>22:18  achha, achha, achha, achha.</w:t>
      </w:r>
      <w:r>
        <w:br/>
      </w:r>
      <w:r>
        <w:rPr>
          <w:sz w:val="20"/>
        </w:rPr>
        <w:t>22:27  bhai, main toh sochta hoon ke yeh koi serious baat nahi hai. jab aap ghor karte hain, ghor karte hain, ghor karte hain, ek toh quran ki aayatein hoti hain, doosra ghor fikr.</w:t>
      </w:r>
      <w:r>
        <w:br/>
      </w:r>
      <w:r>
        <w:rPr>
          <w:sz w:val="20"/>
        </w:rPr>
        <w:t>22:44  toh</w:t>
      </w:r>
      <w:r>
        <w:br/>
      </w:r>
      <w:r>
        <w:rPr>
          <w:sz w:val="20"/>
        </w:rPr>
        <w:t>22:48  quran se bahar jo haqaiq hain, woh aap par khul jaate hain. wahi hai misl. jitna aap ko yeh misl na maloom ho,</w:t>
      </w:r>
      <w:r>
        <w:br/>
      </w:r>
      <w:r>
        <w:rPr>
          <w:sz w:val="20"/>
        </w:rPr>
        <w:t>23:02  tab tak aap quran ko samajh nahi sakte.</w:t>
      </w:r>
    </w:p>
    <w:p>
      <w:pPr>
        <w:pStyle w:val="Heading2"/>
      </w:pPr>
      <w:r>
        <w:t>Explain the meaning of Tabat yada Abi Lahab</w:t>
      </w:r>
    </w:p>
    <w:p>
      <w:r>
        <w:rPr>
          <w:color w:val="666666"/>
          <w:sz w:val="18"/>
        </w:rPr>
        <w:t>Quran &amp; Tafsir · Q&amp;A 04 Mar 2012 Maulana Wahiduddin Khan · 3m 56s · at 10:19 · https://youtu.be/txRmutuvWQI?t=619</w:t>
      </w:r>
    </w:p>
    <w:p>
      <w:r>
        <w:rPr>
          <w:i/>
        </w:rPr>
        <w:t>“Kindly comment on the reference and the meaning of 'Tabat yada Abi Lahab'.”</w:t>
      </w:r>
    </w:p>
    <w:p>
      <w:r>
        <w:rPr>
          <w:sz w:val="20"/>
        </w:rPr>
        <w:t>10:19  maulana, agla sawal hai doctor pajhma siddiqi ka dilli se. unhon ne aap se poocha hai: "kindly comment on the reference and the meaning of tabadida abilahab."</w:t>
      </w:r>
      <w:r>
        <w:br/>
      </w:r>
      <w:r>
        <w:rPr>
          <w:sz w:val="20"/>
        </w:rPr>
        <w:t>10:32  tabtida abilahab.</w:t>
      </w:r>
      <w:r>
        <w:br/>
      </w:r>
      <w:r>
        <w:rPr>
          <w:sz w:val="20"/>
        </w:rPr>
        <w:t>10:46  dekhiye, makkah mein</w:t>
      </w:r>
      <w:r>
        <w:br/>
      </w:r>
      <w:r>
        <w:rPr>
          <w:sz w:val="20"/>
        </w:rPr>
        <w:t>10:52  jis ko kehte hain yaani kamina pan, kamina pan ka kirdaar sirf aik hi tha, abu lahab ka tha. woh to aur log jo thay, jaise abujahal hai, woh sarkashi ki thi us ne.</w:t>
      </w:r>
      <w:r>
        <w:br/>
      </w:r>
      <w:r>
        <w:rPr>
          <w:sz w:val="20"/>
        </w:rPr>
        <w:t>11:05  lekin aik hai sarkashi karna, aik hai kamina pan,</w:t>
      </w:r>
      <w:r>
        <w:br/>
      </w:r>
      <w:r>
        <w:rPr>
          <w:sz w:val="20"/>
        </w:rPr>
        <w:t>11:09  kamina ban jana mukhalifat mein. to sarkashi bhi buri cheez hai, lekin abujahal ka naam le kar kahin quran majeed mein nahi aaya hai.</w:t>
      </w:r>
      <w:r>
        <w:br/>
      </w:r>
      <w:r>
        <w:rPr>
          <w:sz w:val="20"/>
        </w:rPr>
        <w:t>11:21  lekin abu abu lahab ke bare mein naam le kar bura bataya gaya hai is ko.</w:t>
      </w:r>
      <w:r>
        <w:br/>
      </w:r>
      <w:r>
        <w:rPr>
          <w:sz w:val="20"/>
        </w:rPr>
        <w:t>11:27  to is se main jo nateeja pahuncha hoon woh yeh hai ke allah ki nazar mein kamina pan bohat hi buri cheez hai.</w:t>
      </w:r>
      <w:r>
        <w:br/>
      </w:r>
      <w:r>
        <w:rPr>
          <w:sz w:val="20"/>
        </w:rPr>
        <w:t>11:36  sarkashi bhi buri hai, lekin kamina pan is se zyada bura hai. kamina pan kya hai? aib lagana, ilzaam lagana, badnaam karna,</w:t>
      </w:r>
      <w:r>
        <w:br/>
      </w:r>
      <w:r>
        <w:rPr>
          <w:sz w:val="20"/>
        </w:rPr>
        <w:t>11:45  yaani kisi ki ko jo character assistant karna waghera. main aik misaal deta hoon aap ko ke rasool allah sallallahu alaihi wasallam ne abu lahab bhi aap ka chacha tha, abu talib bhi aap ke chacha thay.</w:t>
      </w:r>
      <w:r>
        <w:br/>
      </w:r>
      <w:r>
        <w:rPr>
          <w:sz w:val="20"/>
        </w:rPr>
        <w:t>12:00  to rasool allah sallallahu alaihi wasallam ne jab nabuwat mili to aap ne wahan par bulaya logon ko.</w:t>
      </w:r>
      <w:r>
        <w:br/>
      </w:r>
      <w:r>
        <w:rPr>
          <w:sz w:val="20"/>
        </w:rPr>
        <w:t>12:04  safah jo jo aik chattan thi, wahan par log akhatta hue to aap ne dawat di.</w:t>
      </w:r>
      <w:r>
        <w:br/>
      </w:r>
      <w:r>
        <w:rPr>
          <w:sz w:val="20"/>
        </w:rPr>
        <w:t>12:14  dawat dene ke baad log khamoshi se uth uth ke chale gaye. kisi ne maana nahi, khamoshi se chale gaye. lekin abu talib,</w:t>
      </w:r>
      <w:r>
        <w:br/>
      </w:r>
      <w:r>
        <w:rPr>
          <w:sz w:val="20"/>
        </w:rPr>
        <w:t>12:21  woh abu lahab jo tha, abu lahab khada ho ke kya kehta hai? tablak saram saram ama jamaatna ila hadha tera bura ho sara din, isi liye hum ko akhatta kiya tha.</w:t>
      </w:r>
      <w:r>
        <w:br/>
      </w:r>
      <w:r>
        <w:rPr>
          <w:sz w:val="20"/>
        </w:rPr>
        <w:t>12:33  yeh jo hai, yeh yeh kamina pan hai, jhooti mukhalifat.</w:t>
      </w:r>
      <w:r>
        <w:br/>
      </w:r>
      <w:r>
        <w:rPr>
          <w:sz w:val="20"/>
        </w:rPr>
        <w:t>12:39  to aik hai sarkashi, aik hai jhooti mukhalifat. to ab yeh surah batati hai ke allah ki nazar mein jhooti mukhalifat bohat hi buri cheez hai.</w:t>
      </w:r>
      <w:r>
        <w:br/>
      </w:r>
      <w:r>
        <w:rPr>
          <w:sz w:val="20"/>
        </w:rPr>
        <w:t>12:53  kamina pan, jhooti mukhalifat, ilzaam lagana, aib aib lagana,</w:t>
      </w:r>
      <w:r>
        <w:br/>
      </w:r>
      <w:r>
        <w:rPr>
          <w:sz w:val="20"/>
        </w:rPr>
        <w:t>12:57  be buniyad aik character association karna, character assassination. to is surah mein yeh paigham hai, jahan tak main samajhta hoon ke allah ki nazar mein sarkash bilashuba bura hai, lekin</w:t>
      </w:r>
      <w:r>
        <w:br/>
      </w:r>
      <w:r>
        <w:rPr>
          <w:sz w:val="20"/>
        </w:rPr>
        <w:t>13:14  kamina insan is se bhi zyada bura hai. kamina insan ki tareef yeh hai ke aap ki mukhalifat mein jhooti baatein kehne lage. yaani dekhiye, abujahal jo tha, mukhalif tha aap ka, kabhi us ne rasool allah par koi jhoota ilzaam nahi lagaya,</w:t>
      </w:r>
      <w:r>
        <w:br/>
      </w:r>
      <w:r>
        <w:rPr>
          <w:sz w:val="20"/>
        </w:rPr>
        <w:t>13:32  kabhi nahi. maine kitabon mein kabhi nahi padha ke us ne abujahal, abujahal ne rasool allah par koi jhoota ilzaam lagaya ho. lekin abu abu talib jo tha, yeh abu lahab jo tha, woh kamina pan dikhata tha, jhooti baatein aap ke khilaf, ilzaam tarashi, character assassination waghera.</w:t>
      </w:r>
      <w:r>
        <w:br/>
      </w:r>
      <w:r>
        <w:rPr>
          <w:sz w:val="20"/>
        </w:rPr>
        <w:t>13:52  to yeh bohat hi bara kirdaar hota hai. to yeh is is is is is is surah mein yahi sabak, isi baat ka sabak diya gaya hai ke is se daro ke tumhara anjaam abu lahab ka na ho jaye kahin, agar tum</w:t>
      </w:r>
      <w:r>
        <w:br/>
      </w:r>
      <w:r>
        <w:rPr>
          <w:sz w:val="20"/>
        </w:rPr>
        <w:t>14:09  woh tareeqa ikhtiyar karo jo abu lahab ne ikhtiyar kiya tha.</w:t>
      </w:r>
    </w:p>
    <w:p>
      <w:pPr>
        <w:pStyle w:val="Heading2"/>
      </w:pPr>
      <w:r>
        <w:t>Explain the sun's course in Surah Yasin</w:t>
      </w:r>
    </w:p>
    <w:p>
      <w:r>
        <w:rPr>
          <w:color w:val="666666"/>
          <w:sz w:val="18"/>
        </w:rPr>
        <w:t>Quran &amp; Tafsir · The Existence of God October 7, 2012 · 51s · at 1:13:29 · https://youtu.be/Hm0ybuokQ8s?t=4409</w:t>
      </w:r>
    </w:p>
    <w:p>
      <w:r>
        <w:rPr>
          <w:i/>
        </w:rPr>
        <w:t>“Maulana, please explain the verse of Surah Yasin: 'Washamsu tajri limustaqarrin laha dhālika taqdīru al-azīzi al-‘alīm'.”</w:t>
      </w:r>
    </w:p>
    <w:p>
      <w:r>
        <w:rPr>
          <w:sz w:val="20"/>
        </w:rPr>
        <w:t>1:13:29  aap intellectual challenge, yeh mat chahiye ke negativity khatam ho jaye, kyunke woh to possible nahi hai. Maulana, agla sawal aaya hai Muhammad Azeem Sahab ka Hyderabad se.</w:t>
      </w:r>
      <w:r>
        <w:br/>
      </w:r>
      <w:r>
        <w:rPr>
          <w:sz w:val="20"/>
        </w:rPr>
        <w:t>1:13:44  unhon ne likha hai: "Maulana, please aap Surah Yaseen ki is ayat ko explain karein jis mein aaya hai: 'Was-samso tajri limustaqarrilaha dhalika taqdirul-azizil-haleem'."</w:t>
      </w:r>
      <w:r>
        <w:br/>
      </w:r>
      <w:r>
        <w:rPr>
          <w:sz w:val="20"/>
        </w:rPr>
        <w:t>1:14:01  is par maine likha apni kitaab mein, is ko aap padh lijiye. Jo kitaab Urdu mein hai: "Mazhab Bawajood Challenge Angrezi mein God Rises</w:t>
      </w:r>
      <w:r>
        <w:br/>
      </w:r>
      <w:r>
        <w:rPr>
          <w:sz w:val="20"/>
        </w:rPr>
        <w:t>1:14:10  ", is ko aap padh lijiye pehle, phir aap ke sawal sawal ho to aap is ko agle Sunday ko pesh kijiye. Bataiye.</w:t>
      </w:r>
    </w:p>
    <w:p>
      <w:pPr>
        <w:pStyle w:val="Heading2"/>
      </w:pPr>
      <w:r>
        <w:t>Explain the verse enter Islam completely</w:t>
      </w:r>
    </w:p>
    <w:p>
      <w:r>
        <w:rPr>
          <w:color w:val="666666"/>
          <w:sz w:val="18"/>
        </w:rPr>
        <w:t>Quran &amp; Tafsir · The Importance of Thinking November 10, 2013 · 1m 28s · at 55:34 · https://youtu.be/y16CddTHoqE?t=3334</w:t>
      </w:r>
    </w:p>
    <w:p>
      <w:r>
        <w:rPr>
          <w:i/>
        </w:rPr>
        <w:t>“In the Quran there is a verse: 'O believers! Enter into Islam completely.' Please explain this verse. It has been misinterpreted to mean establishing the complete system.”</w:t>
      </w:r>
    </w:p>
    <w:p>
      <w:r>
        <w:rPr>
          <w:sz w:val="20"/>
        </w:rPr>
        <w:t>55:34  maulana, agla sawal dilli se hai doctor anwar abbas sahab ka.</w:t>
      </w:r>
      <w:r>
        <w:br/>
      </w:r>
      <w:r>
        <w:rPr>
          <w:sz w:val="20"/>
        </w:rPr>
        <w:t>55:38  unhon ne likha hai: "quran mein aik ayat hai: iman walo! islam mein poore poore dakhil ho jao." maulana sahab, is ki wazahat farmain.</w:t>
      </w:r>
      <w:r>
        <w:br/>
      </w:r>
      <w:r>
        <w:rPr>
          <w:sz w:val="20"/>
        </w:rPr>
        <w:t>55:52  dekhen, yeh is ki ghalat interpretation diya gaya hai ke matlab mukammal nizam qaim karo.</w:t>
      </w:r>
      <w:r>
        <w:br/>
      </w:r>
      <w:r>
        <w:rPr>
          <w:sz w:val="20"/>
        </w:rPr>
        <w:t>56:01  yeh bilkul hi yani absurd hai yeh yeh taabeer</w:t>
      </w:r>
      <w:r>
        <w:br/>
      </w:r>
      <w:r>
        <w:rPr>
          <w:sz w:val="20"/>
        </w:rPr>
        <w:t>56:06  . aik fard ko is mein address kiya ja raha hai, aik individual ko address kiya ja raha hai. aik individual ko chahiye ke woh apne andar poora poora islam ke jo requirement hain, jo is ka taqaza hai, us par amal kare, poori poori tarah follow kare.</w:t>
      </w:r>
      <w:r>
        <w:br/>
      </w:r>
      <w:r>
        <w:rPr>
          <w:sz w:val="20"/>
        </w:rPr>
        <w:t>56:26  individual ko poori tarah follow karna chahiye hamare islam ko. yeh yeh nahi ke koi dunya mein nizam qaim karna hai.</w:t>
      </w:r>
      <w:r>
        <w:br/>
      </w:r>
      <w:r>
        <w:rPr>
          <w:sz w:val="20"/>
        </w:rPr>
        <w:t>56:33  jo log aisi baatein karte hain, woh bilashuba bilkul absurd baat karte hain, meaningless meaningless baat karte hain. aik aisi baat kar dein jis ki jis ki koi base nahi, baseless baat kehte hain.</w:t>
      </w:r>
      <w:r>
        <w:br/>
      </w:r>
      <w:r>
        <w:rPr>
          <w:sz w:val="20"/>
        </w:rPr>
        <w:t>56:48  har aadmi ke andar yeh jazba hona chahiye ke mujhe poora poora follow karna hai Allah ki baaton ko. bas yeh yeh yeh matlab hai is ayat ka.</w:t>
      </w:r>
    </w:p>
    <w:p>
      <w:pPr>
        <w:pStyle w:val="Heading2"/>
      </w:pPr>
      <w:r>
        <w:t>Explain this hadith and its source</w:t>
      </w:r>
    </w:p>
    <w:p>
      <w:r>
        <w:rPr>
          <w:color w:val="666666"/>
          <w:sz w:val="18"/>
        </w:rPr>
        <w:t>Quran &amp; Tafsir · Journey of History December 23, 2012 · 1m 52s · at 1:20:36 · https://youtu.be/bvjWl3U3Dmw?t=4836</w:t>
      </w:r>
    </w:p>
    <w:p>
      <w:r>
        <w:rPr>
          <w:i/>
        </w:rPr>
        <w:t>“Can you please explain this hadith and tell the source of this citation?”</w:t>
      </w:r>
    </w:p>
    <w:p>
      <w:r>
        <w:rPr>
          <w:sz w:val="20"/>
        </w:rPr>
        <w:t>1:20:36  masha Allah. maulana, agla sawal dilli se hai mister khalid ans</w:t>
      </w:r>
      <w:r>
        <w:br/>
      </w:r>
      <w:r>
        <w:rPr>
          <w:sz w:val="20"/>
        </w:rPr>
        <w:t>1:20:42  aari ka. unhon ne likha hai: "maulana, unhon ne ek hadith ka reference diya hai jo is tarah hai: in al-nas sama wal-basar wal-fuaad kullu ulaaika kaana anhu masool." maulana, can you please explain this hadith and tell the source of this citation?</w:t>
      </w:r>
      <w:r>
        <w:br/>
      </w:r>
      <w:r>
        <w:rPr>
          <w:sz w:val="20"/>
        </w:rPr>
        <w:t>1:21:01  hadith yeh ayat hai: in al-sama wal-basar wal-fuaad kullu ulaaika kaana masool. yeh ayat hai Quran majeed ki.</w:t>
      </w:r>
      <w:r>
        <w:br/>
      </w:r>
      <w:r>
        <w:rPr>
          <w:sz w:val="20"/>
        </w:rPr>
        <w:t>1:21:10  yaani is ka tarjuma yeh hai ke ke kaan aur aankh aur aql.</w:t>
      </w:r>
      <w:r>
        <w:br/>
      </w:r>
      <w:r>
        <w:rPr>
          <w:sz w:val="20"/>
        </w:rPr>
        <w:t>1:21:20  fuaad ka matlab hai aql. har cheez ke liye insaan accountable hai ke us ko kis tarah istemal karta hai.</w:t>
      </w:r>
      <w:r>
        <w:br/>
      </w:r>
      <w:r>
        <w:rPr>
          <w:sz w:val="20"/>
        </w:rPr>
        <w:t>1:21:31  to kya hum ne dekha, kya hum ne suna, kya hum ne socha?</w:t>
      </w:r>
      <w:r>
        <w:br/>
      </w:r>
      <w:r>
        <w:rPr>
          <w:sz w:val="20"/>
        </w:rPr>
        <w:t>1:21:36  isi se to hamari knowledge aati hai hum ko. isi se hum rai banate hain. inhi cheezon se hum asar lete hain. to zahir hai ke yahi to yahi to test paper hai ke jo kuch aap ne suna us se aap ne koi galat asar nahi liya.</w:t>
      </w:r>
      <w:r>
        <w:br/>
      </w:r>
      <w:r>
        <w:rPr>
          <w:sz w:val="20"/>
        </w:rPr>
        <w:t>1:21:54  koi jo kuch aap dekha us us us ki wajah se aap bigad nahi gaye. jo kuch aap ko sochne ka mauqa mila us mein aap ne galat andaaz se nahi socha.</w:t>
      </w:r>
      <w:r>
        <w:br/>
      </w:r>
      <w:r>
        <w:rPr>
          <w:sz w:val="20"/>
        </w:rPr>
        <w:t>1:22:06  yahi to test hai. inhi cheezon mein to insaan ka test ho raha hai. kullu ulaaika kaana masool yaani inhi cheezon ke aitbaar se insaan accountable hai Allah taala ke saamne.</w:t>
      </w:r>
      <w:r>
        <w:br/>
      </w:r>
      <w:r>
        <w:rPr>
          <w:sz w:val="20"/>
        </w:rPr>
        <w:t>1:22:21  yeh ayat Surah Al-Isra mein hai jis ka doosra naam Bani Israel bhi hai.</w:t>
      </w:r>
    </w:p>
    <w:p>
      <w:pPr>
        <w:pStyle w:val="Heading2"/>
      </w:pPr>
      <w:r>
        <w:t>Explain verse on political system</w:t>
      </w:r>
    </w:p>
    <w:p>
      <w:r>
        <w:rPr>
          <w:color w:val="666666"/>
          <w:sz w:val="18"/>
        </w:rPr>
        <w:t>Quran &amp; Tafsir · Sahaba and Muhaddithin 24th June 2012 - Maulana Wahiduddin Khan · 3m 22s · at 1:30:03 · https://youtu.be/tUPo7MI0Bdo?t=5403</w:t>
      </w:r>
    </w:p>
    <w:p>
      <w:r>
        <w:rPr>
          <w:i/>
        </w:rPr>
        <w:t>“A great scholar who is a leader of the political interpretation of Islam, I asked him: where in the Quran is it said that you should establish a political system in the world? He cited the verse 'Hukm al-Din'. Maulana, please explain this verse.”</w:t>
      </w:r>
    </w:p>
    <w:p>
      <w:r>
        <w:rPr>
          <w:sz w:val="20"/>
        </w:rPr>
        <w:t>1:30:03  Maulana, un ka ek aur sawal hai. unhon ne likha hai ke ek baray aalim jo Islam ke political interpretation ke leader hain, mein ne un se poocha ke Quran ki ayat mein kahan</w:t>
      </w:r>
      <w:r>
        <w:br/>
      </w:r>
      <w:r>
        <w:rPr>
          <w:sz w:val="20"/>
        </w:rPr>
        <w:t>1:30:15  kaha gaya hai ke tum dunya mein political system ko qaim karo? unhon ne ayat Hakeemuddin ka hawala diya. Maulana, is ayat ko aap explain karen.</w:t>
      </w:r>
      <w:r>
        <w:br/>
      </w:r>
      <w:r>
        <w:rPr>
          <w:sz w:val="20"/>
        </w:rPr>
        <w:t>1:30:27  dekhen, yeh bohat bari, mein is ko gunah samajhta hoon</w:t>
      </w:r>
      <w:r>
        <w:br/>
      </w:r>
      <w:r>
        <w:rPr>
          <w:sz w:val="20"/>
        </w:rPr>
        <w:t>1:30:32  ke Hakeemuddin ko iqamat-e-hukumat ke ma'ni mein liya jaye. kuch aur log hain jo Hakeem-us-Salat ke ma'ni lete hain, iqamat-e-nizam, yani social nizam qaim karna samajhte hain ke is mein Hakeem-us-Salat ka alfaaz hukum diya gaya hai.</w:t>
      </w:r>
      <w:r>
        <w:br/>
      </w:r>
      <w:r>
        <w:rPr>
          <w:sz w:val="20"/>
        </w:rPr>
        <w:t>1:30:50  Hakeemuddin ke ma'ni har giz yeh nahin hain ke iqamat-e-hukumat. is par mein ne likhi hai Ta'beer Ghalati hai, bohat lambi behas ki hai, is ko aap parh lijiyey. Hakeemuddin ke ma'ni hain ghair siyasi daire mein deen ke jo taqazay hain, jis ko ke har fard</w:t>
      </w:r>
      <w:r>
        <w:br/>
      </w:r>
      <w:r>
        <w:rPr>
          <w:sz w:val="20"/>
        </w:rPr>
        <w:t>1:31:07  bila rukawat ikhtiyar kar sakta hai, is ko, is is par qaim hona, yani tauheed, ikhlas, ibadat, akhlaq aur Allah se mohabbat, Allah se khauf, yeh sab cheezen is se murad hain.</w:t>
      </w:r>
      <w:r>
        <w:br/>
      </w:r>
      <w:r>
        <w:rPr>
          <w:sz w:val="20"/>
        </w:rPr>
        <w:t>1:31:27  is ka hukumat se kuch bhi talluq nahin hai.</w:t>
      </w:r>
      <w:r>
        <w:br/>
      </w:r>
      <w:r>
        <w:rPr>
          <w:sz w:val="20"/>
        </w:rPr>
        <w:t>1:31:30  is par mein ne likha hua hai, mein ne yeh bhi likha hai is mein ke saaray hi mufassireen mutafiq hain ke is mein siyasat shamil nahin hai.</w:t>
      </w:r>
      <w:r>
        <w:br/>
      </w:r>
      <w:r>
        <w:rPr>
          <w:sz w:val="20"/>
        </w:rPr>
        <w:t>1:31:42  yeh jo aaj kal ke nikle hain siyasi ta'beer karne walay, yeh to bohat hi ziyada جسارت karte hain</w:t>
      </w:r>
      <w:r>
        <w:br/>
      </w:r>
      <w:r>
        <w:rPr>
          <w:sz w:val="20"/>
        </w:rPr>
        <w:t>1:31:49  aur ke koi saboot nahin hai, aur phir bhi is ko dohrata chale ja rahe hain. yani na to lughat mein saboot hai, na Quran mein saboot hai, na tafseeron mein se koi aik bhi mufassir is ke haq mein hai.</w:t>
      </w:r>
      <w:r>
        <w:br/>
      </w:r>
      <w:r>
        <w:rPr>
          <w:sz w:val="20"/>
        </w:rPr>
        <w:t>1:32:06  mein aap ko aik waqia arz karta hoon ke jab mein ne kitab likhi "Ta'beer Ghalati" to is fiqh ke jo a'imma hain, baray baray top ke log, un ko mein ne chhapnay se pehle aik kitab di thi.</w:t>
      </w:r>
      <w:r>
        <w:br/>
      </w:r>
      <w:r>
        <w:rPr>
          <w:sz w:val="20"/>
        </w:rPr>
        <w:t>1:32:19  to is mein yeh likha hua tha ke kisi bhi mufassir ne Hakeemuddin ke a'maal nahin liye.</w:t>
      </w:r>
      <w:r>
        <w:br/>
      </w:r>
      <w:r>
        <w:rPr>
          <w:sz w:val="20"/>
        </w:rPr>
        <w:t>1:32:27  to unhon ne aik hawala diya ke falan mufassir ne liya hai, halankay hawala bilkul ghalat tha. yani woh is mein idhar udhar kar ke sabit kiya gaya tha ke mufassir ne liya hai.</w:t>
      </w:r>
      <w:r>
        <w:br/>
      </w:r>
      <w:r>
        <w:rPr>
          <w:sz w:val="20"/>
        </w:rPr>
        <w:t>1:32:39  phir is ka tajziya kiya mein ne, aap parh lijiyey, bay kitab tha, bay Ghalati mein. yeh top ke aalim thay is halqay ke jinhon ne yeh kaam kiya tha</w:t>
      </w:r>
      <w:r>
        <w:br/>
      </w:r>
      <w:r>
        <w:rPr>
          <w:sz w:val="20"/>
        </w:rPr>
        <w:t>1:32:49  ke ghalat hawala de kar ke sabit karna chaha tha ke aik mufassir is ko manta hai, halankay aur bhi bhi nahin manta. woh bhi nahin manta. hatta ke mein ne likha tha ke "Sawat-ul-Ilham" jo hai, bay nuqtay tafseer hai.</w:t>
      </w:r>
      <w:r>
        <w:br/>
      </w:r>
      <w:r>
        <w:rPr>
          <w:sz w:val="20"/>
        </w:rPr>
        <w:t>1:33:04  aik aik tafseer hai jo poori tafseer hai, is mein nuqtay walay lafz nahin, yeh sawal kiye gaye hain. is tafseer ka naam hai "Sawat-ul-Ilham".</w:t>
      </w:r>
      <w:r>
        <w:br/>
      </w:r>
      <w:r>
        <w:rPr>
          <w:sz w:val="20"/>
        </w:rPr>
        <w:t>1:33:14  to mein ne kaha tha ke is mein bhi yeh mafhoom nahin hai jo aap lete hain. to aap is ko dekh lijiyey meri kitab mein "Ta'beer Ghalati" mein.</w:t>
      </w:r>
    </w:p>
    <w:p>
      <w:pPr>
        <w:pStyle w:val="Heading2"/>
      </w:pPr>
      <w:r>
        <w:t>Explanation of Allah and angels in rows</w:t>
      </w:r>
    </w:p>
    <w:p>
      <w:r>
        <w:rPr>
          <w:color w:val="666666"/>
          <w:sz w:val="18"/>
        </w:rPr>
        <w:t>Quran &amp; Tafsir · Paradise in The Making March 27, 2011 · 10m 26s · at 1:11:05 · https://youtu.be/Cn5pC7s16sY?t=4265</w:t>
      </w:r>
    </w:p>
    <w:p>
      <w:r>
        <w:rPr>
          <w:i/>
        </w:rPr>
        <w:t>“Explain the verse in Surah Al-Fajr where it says that Allah and angels will come in rows.”</w:t>
      </w:r>
    </w:p>
    <w:p>
      <w:r>
        <w:rPr>
          <w:sz w:val="20"/>
        </w:rPr>
        <w:t>1:11:05  hai. Allah taala hamein mazeed rahin khole, hamare liye. agla sawal ah Maulana Fayyaz Umri ka hai, Gulbergah se.</w:t>
      </w:r>
      <w:r>
        <w:br/>
      </w:r>
      <w:r>
        <w:rPr>
          <w:sz w:val="20"/>
        </w:rPr>
        <w:t>1:11:16  unhon ne likha hai: "Surah Al Fajr mein aaya hai ke Allah aur malaika saf dar saf aayenge. is ki wazahat karein."</w:t>
      </w:r>
      <w:r>
        <w:br/>
      </w:r>
      <w:r>
        <w:rPr>
          <w:sz w:val="20"/>
        </w:rPr>
        <w:t>1:11:28  ab zahir hai ke actual taur par kya hoga, yeh to koi janta nahi hai.</w:t>
      </w:r>
      <w:r>
        <w:br/>
      </w:r>
      <w:r>
        <w:rPr>
          <w:sz w:val="20"/>
        </w:rPr>
        <w:t>1:11:34  lekin bazahir is ka matlab yahi hai ke abhi hum nazar nahi aate, hum ko hum Allah ko dekhte nahi.</w:t>
      </w:r>
      <w:r>
        <w:br/>
      </w:r>
      <w:r>
        <w:rPr>
          <w:sz w:val="20"/>
        </w:rPr>
        <w:t>1:11:43  sab kuch ghayb mein hai. to qayamat had-e-fasal hai. qayamat ke baad kuch kuch ghayb mein nahi rahegi, sab kuch khul jayega.</w:t>
      </w:r>
      <w:r>
        <w:br/>
      </w:r>
      <w:r>
        <w:rPr>
          <w:sz w:val="20"/>
        </w:rPr>
        <w:t>1:11:58  yeh woh haqiqatein hain jo aaj ghaybi bani hui hain: Allah ka wajood, farishton ka wajood, jahannum ka wajood, jannat ka wajood. yeh aaj jo hai ghaybi haqiqatein bani hui hain, aaj woh hamare liye aqeeday ka darja rakhti hain.</w:t>
      </w:r>
      <w:r>
        <w:br/>
      </w:r>
      <w:r>
        <w:rPr>
          <w:sz w:val="20"/>
        </w:rPr>
        <w:t>1:12:13  lekin qayamat ke baad parda hat jayega, parda hat jayega.</w:t>
      </w:r>
      <w:r>
        <w:br/>
      </w:r>
      <w:r>
        <w:rPr>
          <w:sz w:val="20"/>
        </w:rPr>
        <w:t>1:12:21  sab kuch aaina khule taur par dikhai dene lagega.</w:t>
      </w:r>
      <w:r>
        <w:br/>
      </w:r>
      <w:r>
        <w:rPr>
          <w:sz w:val="20"/>
        </w:rPr>
        <w:t>1:12:30  jaise quran majeed mein hai, yahi baat quran majeed mein in alfaaz mein kahi gayi hai ke fakshaf anka ghitaa wa asraka al hadeed to ghitaa ma'ni parda, yani parda hata diya jayega to sab kuch dikhai dega.</w:t>
      </w:r>
      <w:r>
        <w:br/>
      </w:r>
      <w:r>
        <w:rPr>
          <w:sz w:val="20"/>
        </w:rPr>
        <w:t>1:12:45  to farishte jo hain, jook dar jook aayenge aur Allah taala ka bhi zahoor hoga. lekin fi waqe kya hoga, us ko koi insaan nahi janta</w:t>
      </w:r>
      <w:r>
        <w:br/>
      </w:r>
      <w:r>
        <w:rPr>
          <w:sz w:val="20"/>
        </w:rPr>
        <w:t>1:12:58  a. hum us ko mujmal taur par samajh sakte hain ke aisa hoga.</w:t>
      </w:r>
      <w:r>
        <w:br/>
      </w:r>
      <w:r>
        <w:rPr>
          <w:sz w:val="20"/>
        </w:rPr>
        <w:t>1:13:04  Maulana Asrar Umri ne Tamil Nadu se likha hai. insaan apni mahdoodiyat ko kaise daryaft kare? Maulana us ke bare mein batayein.</w:t>
      </w:r>
      <w:r>
        <w:br/>
      </w:r>
      <w:r>
        <w:rPr>
          <w:sz w:val="20"/>
        </w:rPr>
        <w:t>1:13:15  woh to har lamha mahdoodiyat jaan sakta hai. aadmi abhi dekhiye, aap ka aaj raat ko arth aur tha,</w:t>
      </w:r>
      <w:r>
        <w:br/>
      </w:r>
      <w:r>
        <w:rPr>
          <w:sz w:val="20"/>
        </w:rPr>
        <w:t>1:13:27  sarhe aath se sarhe nau tak. aaj hi raat ki baat hai, arth aur to arth aur mein kya tha ke light band karna tha. yani ek ghante tak raat light band kar rakhna tha.</w:t>
      </w:r>
      <w:r>
        <w:br/>
      </w:r>
      <w:r>
        <w:rPr>
          <w:sz w:val="20"/>
        </w:rPr>
        <w:t>1:13:40  to hum ne apne haan sarhe aath se sarhe nau tak light band rakhi. to achaanak kya mehsoos hua ke ab aankh hai, main dekh nahin sakta.</w:t>
      </w:r>
      <w:r>
        <w:br/>
      </w:r>
      <w:r>
        <w:rPr>
          <w:sz w:val="20"/>
        </w:rPr>
        <w:t>1:13:51  jab tak jal rahi thi to main dekh pata tha.</w:t>
      </w:r>
      <w:r>
        <w:br/>
      </w:r>
      <w:r>
        <w:rPr>
          <w:sz w:val="20"/>
        </w:rPr>
        <w:t>1:13:56  ab jo light nahin hai to main aankh hai, main dekh nahin sakta. yeh to hai tajurba apne mahdoodiyat ka.</w:t>
      </w:r>
      <w:r>
        <w:br/>
      </w:r>
      <w:r>
        <w:rPr>
          <w:sz w:val="20"/>
        </w:rPr>
        <w:t>1:14:09  yahi to tajurba hai. aap pani peete hain to aap sochiye ke aap pani bana sakte hain. to yeh bhi tajurba mahdoodiyat ka hai ke main yani pani nahin bana sakta.</w:t>
      </w:r>
      <w:r>
        <w:br/>
      </w:r>
      <w:r>
        <w:rPr>
          <w:sz w:val="20"/>
        </w:rPr>
        <w:t>1:14:22  agarche mujhe pani ki zaroorat hai,</w:t>
      </w:r>
      <w:r>
        <w:br/>
      </w:r>
      <w:r>
        <w:rPr>
          <w:sz w:val="20"/>
        </w:rPr>
        <w:t>1:14:24  yani meri meri yahan had aa jati hai ke main khud pani banaun. bol raha hun, main ek lamhe mein mere bolna band ho sakta hai.</w:t>
      </w:r>
      <w:r>
        <w:br/>
      </w:r>
      <w:r>
        <w:rPr>
          <w:sz w:val="20"/>
        </w:rPr>
        <w:t>1:14:36  apni zindagi mein main ne aise log dekhe hain ke khoob achhe the, tandrust, un ki bol band ho gayi, bol nahin sakte the. woh aise hi bas dekhte rehte the.</w:t>
      </w:r>
      <w:r>
        <w:br/>
      </w:r>
      <w:r>
        <w:rPr>
          <w:sz w:val="20"/>
        </w:rPr>
        <w:t>1:14:46  aise log the ke memory bohat achhi thi, achaanak chali gayi. ab kuch kisi ko pehchante nahin the. woh</w:t>
      </w:r>
      <w:r>
        <w:br/>
      </w:r>
      <w:r>
        <w:rPr>
          <w:sz w:val="20"/>
        </w:rPr>
        <w:t>1:14:52  to lamahdoodiyat ka tajurba hai. to har lamha, har har cheez mein ho sakta hai. sirf yeh hai ke shaoor bedar ho, aap hassas hon.</w:t>
      </w:r>
      <w:r>
        <w:br/>
      </w:r>
      <w:r>
        <w:rPr>
          <w:sz w:val="20"/>
        </w:rPr>
        <w:t>1:15:04  har lamha, har lamha. is mein koi kisi yani banawati taur par kisi course ki zaroorat nahin hai.</w:t>
      </w:r>
      <w:r>
        <w:br/>
      </w:r>
      <w:r>
        <w:rPr>
          <w:sz w:val="20"/>
        </w:rPr>
        <w:t>1:15:13  jo har lamha jo aap ki zindagi hai, is mein har waqt aap ko is ka tajurba hota rehta hai.</w:t>
      </w:r>
      <w:r>
        <w:br/>
      </w:r>
      <w:r>
        <w:rPr>
          <w:sz w:val="20"/>
        </w:rPr>
        <w:t>1:15:21  main to har second mein tajurba karta hun, har minute tajurba karta hun, har lamha tajurba karta hun apni mahdoodiyat ka.</w:t>
      </w:r>
      <w:r>
        <w:br/>
      </w:r>
      <w:r>
        <w:rPr>
          <w:sz w:val="20"/>
        </w:rPr>
        <w:t>1:15:32  to cheez kya hai? shaoor ki bedari, soch ki bedari, mind ko activate karna.</w:t>
      </w:r>
      <w:r>
        <w:br/>
      </w:r>
      <w:r>
        <w:rPr>
          <w:sz w:val="20"/>
        </w:rPr>
        <w:t>1:15:45  bas aur kuch nahin.</w:t>
      </w:r>
      <w:r>
        <w:br/>
      </w:r>
      <w:r>
        <w:rPr>
          <w:sz w:val="20"/>
        </w:rPr>
        <w:t>1:15:47  warna sartaapa hum yani yani hum ek ek aisa aisa wajood hain jo sartaapa mahdood wajood hai.</w:t>
      </w:r>
      <w:r>
        <w:br/>
      </w:r>
      <w:r>
        <w:rPr>
          <w:sz w:val="20"/>
        </w:rPr>
        <w:t>1:15:57  to har waqt is ke tajurbaat saamne aate rehte hain. agar zinda shaoor ho hamare andar, soch jaagi hui ho to har waqt hamein mehsoos hoga ke dekho, yahan main aaj sabit hua.</w:t>
      </w:r>
      <w:r>
        <w:br/>
      </w:r>
      <w:r>
        <w:rPr>
          <w:sz w:val="20"/>
        </w:rPr>
        <w:t>1:16:11  dekho, yahan mahdoodiyat aa gayi.</w:t>
      </w:r>
      <w:r>
        <w:br/>
      </w:r>
      <w:r>
        <w:rPr>
          <w:sz w:val="20"/>
        </w:rPr>
        <w:t>1:16:19  jaise main ek martaba gaya ek kalbar ahmedabad mein, ek factory ek saamne lagai thi. nayi, woh engineer the to woh nayi factory thi, woh le gaye us ko.</w:t>
      </w:r>
      <w:r>
        <w:br/>
      </w:r>
      <w:r>
        <w:rPr>
          <w:sz w:val="20"/>
        </w:rPr>
        <w:t>1:16:33  to unhon ne kaha, baat cheet karte hue, mere paas koi manager nahin hai. yani MBA ka jo course hota hai, is course ko kar ke management sikhau.</w:t>
      </w:r>
      <w:r>
        <w:br/>
      </w:r>
      <w:r>
        <w:rPr>
          <w:sz w:val="20"/>
        </w:rPr>
        <w:t>1:16:46  aisa aadmi mere paas nahin, main engineer hun. in to technology ke aitbaar se main factory ko dekh bhaal kar sakta hun.</w:t>
      </w:r>
      <w:r>
        <w:br/>
      </w:r>
      <w:r>
        <w:rPr>
          <w:sz w:val="20"/>
        </w:rPr>
        <w:t>1:16:57  to is ko batate hue unhon ne kaha ke yeh jumla bole the woh ke apni to limit aa jati hai management side par.</w:t>
      </w:r>
      <w:r>
        <w:br/>
      </w:r>
      <w:r>
        <w:rPr>
          <w:sz w:val="20"/>
        </w:rPr>
        <w:t>1:17:09  apni to limit aa jati hai management side par.</w:t>
      </w:r>
      <w:r>
        <w:br/>
      </w:r>
      <w:r>
        <w:rPr>
          <w:sz w:val="20"/>
        </w:rPr>
        <w:t>1:17:19  to yeh yeh insaan ka haal hai</w:t>
      </w:r>
      <w:r>
        <w:br/>
      </w:r>
      <w:r>
        <w:rPr>
          <w:sz w:val="20"/>
        </w:rPr>
        <w:t>1:17:25  ke apni to limit aa jati hai management side par. to apni to limit aa jati hai is par. is par har waqt aap hi abhi to limit aa jati hai bolne ke had par, pani ke is par, har cheez par, aankh dekhne par.</w:t>
      </w:r>
      <w:r>
        <w:br/>
      </w:r>
      <w:r>
        <w:rPr>
          <w:sz w:val="20"/>
        </w:rPr>
        <w:t>1:17:38  kyunke kyunke koi bhi cheez aisi nahi jahan aap hum yaani mehdoodiyat ke sh</w:t>
      </w:r>
      <w:r>
        <w:br/>
      </w:r>
      <w:r>
        <w:rPr>
          <w:sz w:val="20"/>
        </w:rPr>
        <w:t>1:17:43  kar na hon. Cheez yeh hai ke hum sochte nahi hain, daryaft nahi kar paate. Warna har lamha hamara har tajurba yaad dilata hai hum ko apni limitations ka.</w:t>
      </w:r>
      <w:r>
        <w:br/>
      </w:r>
      <w:r>
        <w:rPr>
          <w:sz w:val="20"/>
        </w:rPr>
        <w:t>1:17:57  Maulana Inayatullah Umri ne Bengaluru se likha hai. Qayamat, jannat aur jahannum ki mukammal tafseelat sirf Quran mein hain ya aur koi mazhabi kitab mein bhi hain?</w:t>
      </w:r>
      <w:r>
        <w:br/>
      </w:r>
      <w:r>
        <w:rPr>
          <w:sz w:val="20"/>
        </w:rPr>
        <w:t>1:18:11  Is ke bare mein aap batayein.</w:t>
      </w:r>
      <w:r>
        <w:br/>
      </w:r>
      <w:r>
        <w:rPr>
          <w:sz w:val="20"/>
        </w:rPr>
        <w:t>1:18:15  Main samajhta hoon ke har mazhab mein hai, lekin zahir hai ke authentic tor par to sirf Quran Hadees hi mein hai. Aur jitne mazhab hain, sab mein kahin na kahin tareeqe se woh cheez hai maujood.</w:t>
      </w:r>
      <w:r>
        <w:br/>
      </w:r>
      <w:r>
        <w:rPr>
          <w:sz w:val="20"/>
        </w:rPr>
        <w:t>1:18:31  Kahin bohat hi halke andaaz mein hai, kahin taqatwar andaaz mein hai, kahin bigre hue andaaz mein hai. To kisi na kisi aitbaar se is ka tasawwur maujood hai.</w:t>
      </w:r>
      <w:r>
        <w:br/>
      </w:r>
      <w:r>
        <w:rPr>
          <w:sz w:val="20"/>
        </w:rPr>
        <w:t>1:18:47  Mislan jo mazhab reincarnation ko manta hai, wahan bhi swarg aur narak ka tasawwur maujood hai.</w:t>
      </w:r>
      <w:r>
        <w:br/>
      </w:r>
      <w:r>
        <w:rPr>
          <w:sz w:val="20"/>
        </w:rPr>
        <w:t>1:18:56  Lekin zyada yaqini shakal mein, mustanad shakal mein, authentic shakal mein agar aap ko janna hai to woh Quran mein milega aur Hadees mein milega, kyunke woh mehfooz kitab hai.</w:t>
      </w:r>
      <w:r>
        <w:br/>
      </w:r>
      <w:r>
        <w:rPr>
          <w:sz w:val="20"/>
        </w:rPr>
        <w:t>1:19:11  Maulana Abdul Basit Umri ne Doha, Qatar se likha hai.</w:t>
      </w:r>
      <w:r>
        <w:br/>
      </w:r>
      <w:r>
        <w:rPr>
          <w:sz w:val="20"/>
        </w:rPr>
        <w:t>1:19:16  Maulana, scientific framework aur traditional framework ka matlab kya hai? Is ke bare mein batayein. Main is bare mein hamari kitabein padhi hain, aap se bohat zyada is pe likha gaya hai.</w:t>
      </w:r>
      <w:r>
        <w:br/>
      </w:r>
      <w:r>
        <w:rPr>
          <w:sz w:val="20"/>
        </w:rPr>
        <w:t>1:19:31  Khulasa yeh hai ke traditional framework yeh tha pehle ke mufradat par hua karta tha, assumption par.</w:t>
      </w:r>
      <w:r>
        <w:br/>
      </w:r>
      <w:r>
        <w:rPr>
          <w:sz w:val="20"/>
        </w:rPr>
        <w:t>1:19:43  Mislan pehle maan liya gaya tha ke yeh pani jo hai, yeh devta ki jatta se niklta hai. Aap log padhte the ke devta koi hai, koi jatta hai us ki, to us se pani nikal ke aa raha hai, nadiyon mein beh raha hai.</w:t>
      </w:r>
      <w:r>
        <w:br/>
      </w:r>
      <w:r>
        <w:rPr>
          <w:sz w:val="20"/>
        </w:rPr>
        <w:t>1:19:56  To yeh ek mufrada tha, us se kisi ne tehqeeq nahi ki thi. Ab science ne tehqeeq ki, maloom hua ke is ka kisi devta se taluq nahi hai, is ka ek process hai.</w:t>
      </w:r>
      <w:r>
        <w:br/>
      </w:r>
      <w:r>
        <w:rPr>
          <w:sz w:val="20"/>
        </w:rPr>
        <w:t>1:20:08  To pehle zamane mein mufradat hua karte the,</w:t>
      </w:r>
      <w:r>
        <w:br/>
      </w:r>
      <w:r>
        <w:rPr>
          <w:sz w:val="20"/>
        </w:rPr>
        <w:t>1:20:12  In mufradat par bana rakh kar ke log maan lete the.</w:t>
      </w:r>
      <w:r>
        <w:br/>
      </w:r>
      <w:r>
        <w:rPr>
          <w:sz w:val="20"/>
        </w:rPr>
        <w:t>1:20:20  Mislan main apne zamane mein dekha hai, main ne bachpan mein ke chechak log chechak ka ilaaj nahi karte the, kyunke samajhte the ke chechak ka ilaaj nahi karna hai. Chechak devta ke waise aati hai, devta ko khush karo, ilaaj karoge to devta ghussa ho jayega aur chechak badh jayegi.</w:t>
      </w:r>
      <w:r>
        <w:br/>
      </w:r>
      <w:r>
        <w:rPr>
          <w:sz w:val="20"/>
        </w:rPr>
        <w:t>1:20:37  Apne bachpan mein dekha hai main ne,</w:t>
      </w:r>
      <w:r>
        <w:br/>
      </w:r>
      <w:r>
        <w:rPr>
          <w:sz w:val="20"/>
        </w:rPr>
        <w:t>1:20:39  To yeh aaj tak chala ja raha hai ke log yaani scrutiny nahi karte, cheezon ki mufradat par rai bana lete hain.</w:t>
      </w:r>
      <w:r>
        <w:br/>
      </w:r>
      <w:r>
        <w:rPr>
          <w:sz w:val="20"/>
        </w:rPr>
        <w:t>1:20:49  Scientific framework yeh hai ke aap haqaiq par rai banayein, proof fact par rai banayein, sabit shuda haqaiq par rai banayein. To</w:t>
      </w:r>
      <w:r>
        <w:br/>
      </w:r>
      <w:r>
        <w:rPr>
          <w:sz w:val="20"/>
        </w:rPr>
        <w:t>1:20:59  Ek hai, aye yaani ek yaani mazi se chala hua, maa baap, baap dada se suna hua ek mufrada hai, usi par rai banate chale ja rahe hain aap.</w:t>
      </w:r>
      <w:r>
        <w:br/>
      </w:r>
      <w:r>
        <w:rPr>
          <w:sz w:val="20"/>
        </w:rPr>
        <w:t>1:21:10  Aur yeh ke hai ke haqaiq ki chhanbeen karein, jab woh sabit ho jaye to us us par bana rakh kar ke apni rai qaim karein.</w:t>
      </w:r>
      <w:r>
        <w:br/>
      </w:r>
      <w:r>
        <w:rPr>
          <w:sz w:val="20"/>
        </w:rPr>
        <w:t>1:21:19  To khulasa yeh hai ke ek tareeqe mein mufradat par rai qaim kiya kar jati hai, aur doosre tareeqe mein sabit shuda haqaiq par rai qaim ki jati hai.</w:t>
      </w:r>
    </w:p>
    <w:p>
      <w:pPr>
        <w:pStyle w:val="Heading2"/>
      </w:pPr>
      <w:r>
        <w:t>Explanation of Quran 25:54 about creation from water</w:t>
      </w:r>
    </w:p>
    <w:p>
      <w:r>
        <w:rPr>
          <w:color w:val="666666"/>
          <w:sz w:val="18"/>
        </w:rPr>
        <w:t>Quran &amp; Tafsir · Islam in A New Age March 18, 2012 · 5m 05s · at 1:08:32 · https://youtu.be/P5hzq_NheY0?t=4112</w:t>
      </w:r>
    </w:p>
    <w:p>
      <w:r>
        <w:rPr>
          <w:i/>
        </w:rPr>
        <w:t>“Kindly explain this Quranic verse which is in Chapter 25, Verse number 54, where it is said: 'It is God who has created human beings from water.'”</w:t>
      </w:r>
    </w:p>
    <w:p>
      <w:r>
        <w:rPr>
          <w:sz w:val="20"/>
        </w:rPr>
        <w:t>1:08:32  is mein to koi koi ikhtilaf ki baat nahi hai. ji. maulana, agla sawal hai dilli se maulana zikwan nadvi sahib ka.</w:t>
      </w:r>
      <w:r>
        <w:br/>
      </w:r>
      <w:r>
        <w:rPr>
          <w:sz w:val="20"/>
        </w:rPr>
        <w:t>1:08:44  unhon</w:t>
      </w:r>
      <w:r>
        <w:br/>
      </w:r>
      <w:r>
        <w:rPr>
          <w:sz w:val="20"/>
        </w:rPr>
        <w:t>1:08:45  ne likha hai Kindly explain this Quranic verse which is in Chapter 25, Verse number 54, where it is said: "It is God who has created human beings from water,</w:t>
      </w:r>
      <w:r>
        <w:br/>
      </w:r>
      <w:r>
        <w:rPr>
          <w:sz w:val="20"/>
        </w:rPr>
        <w:t>1:08:59  and God has granted them the ties of blood as well as marriage."</w:t>
      </w:r>
      <w:r>
        <w:br/>
      </w:r>
      <w:r>
        <w:rPr>
          <w:sz w:val="20"/>
        </w:rPr>
        <w:t>1:09:05  haan, yeh jo taluq hota hai, us ki taraf is mein ishara hai. taluq do buniyad par hota hai: ek rishta aur ek khoon.</w:t>
      </w:r>
      <w:r>
        <w:br/>
      </w:r>
      <w:r>
        <w:rPr>
          <w:sz w:val="20"/>
        </w:rPr>
        <w:t>1:09:17  yani ek yeh ke hum khoon, yani blood relationship ki wajah se kisi se mutalliq ho jatay hain. ek yeh hai ke rishtadari ki bina par jo shadiyan hoti hain, rishtadari qaim hoti hain.</w:t>
      </w:r>
      <w:r>
        <w:br/>
      </w:r>
      <w:r>
        <w:rPr>
          <w:sz w:val="20"/>
        </w:rPr>
        <w:t>1:09:28  to us ki taraf ishara hai ke yeh jo hai taluq jo qaim hota hai khoon se ya rishtadari se, yeh Allah taala ki ek nemat hai.</w:t>
      </w:r>
      <w:r>
        <w:br/>
      </w:r>
      <w:r>
        <w:rPr>
          <w:sz w:val="20"/>
        </w:rPr>
        <w:t>1:09:38  kyunke kyunke aap jantay hain ke janwaron mein aisa nahi hota. yeh taluqat janwaron mein nahi hain. wahan na rishtadari ke aitbar se hai, na khoon ke aitbar se hai.</w:t>
      </w:r>
      <w:r>
        <w:br/>
      </w:r>
      <w:r>
        <w:rPr>
          <w:sz w:val="20"/>
        </w:rPr>
        <w:t>1:09:48  har har janwar alag alag rehta hai. to ek doosray ki mohabbat nahi, ek doosray ki khair khwahi nahi, haiwanon mein yeh baat nahi pai jati.</w:t>
      </w:r>
      <w:r>
        <w:br/>
      </w:r>
      <w:r>
        <w:rPr>
          <w:sz w:val="20"/>
        </w:rPr>
        <w:t>1:09:57  to yeh bohat bari nemat hai ke hum in rishton ki bina par, khooni taluq ki bina par, ek doosray ki khair khwahi mein milti hain.</w:t>
      </w:r>
      <w:r>
        <w:br/>
      </w:r>
      <w:r>
        <w:rPr>
          <w:sz w:val="20"/>
        </w:rPr>
        <w:t>1:10:06  ek doosray ka taawun milta hai, ek doosray ka pyar ko milta hai. yeh yeh Allah taala ki ek nemat hai jo kisi aur ko hasil nahi, insan ke siwa aur jo makhluqat hain.</w:t>
      </w:r>
      <w:r>
        <w:br/>
      </w:r>
      <w:r>
        <w:rPr>
          <w:sz w:val="20"/>
        </w:rPr>
        <w:t>1:10:22  to yeh yeh ek shaoor ki ki baat hai. aur yani log is ko letay hain sirf, yani mislan family ki dhoom har jagah hai, bas family ko letay hain, bas ek social,</w:t>
      </w:r>
      <w:r>
        <w:br/>
      </w:r>
      <w:r>
        <w:rPr>
          <w:sz w:val="20"/>
        </w:rPr>
        <w:t>1:10:38  yani ek ek ek ek social taluqat ke tor par. is ko shukr ke tor par nahi letay. har aadmi family ki batein karta hai, lekin bator social taluqat ke mein is ko leta hoon shukr ke tor par ke Allah taala ne agar yeh jazba na rakha hota,</w:t>
      </w:r>
      <w:r>
        <w:br/>
      </w:r>
      <w:r>
        <w:rPr>
          <w:sz w:val="20"/>
        </w:rPr>
        <w:t>1:10:56  agar haiwan ki tarah ho muamla hota insan ka, ke jazba hi na hota, yani na khooni rishte se taluq qaim hota, na rishtadari se taluq qaim hota, to hum haiwan ki tarah hotay.</w:t>
      </w:r>
      <w:r>
        <w:br/>
      </w:r>
      <w:r>
        <w:rPr>
          <w:sz w:val="20"/>
        </w:rPr>
        <w:t>1:11:09  to in cheezon ko log letay hain, lekin log letay hain koi social maani mein. mein is ko leta hoon shukr ke</w:t>
      </w:r>
      <w:r>
        <w:br/>
      </w:r>
      <w:r>
        <w:rPr>
          <w:sz w:val="20"/>
        </w:rPr>
        <w:t>1:11:16  maani mein. aur yahi sahi hai islami nuqta nazar se ke aap is ko shukr khane mein dalain. maulana, un ka ek aur sawal hai.</w:t>
      </w:r>
      <w:r>
        <w:br/>
      </w:r>
      <w:r>
        <w:rPr>
          <w:sz w:val="20"/>
        </w:rPr>
        <w:t>1:11:25  unhon ne poocha hai What is the importance of contradictory thinking? is ke baray mein batain.</w:t>
      </w:r>
      <w:r>
        <w:br/>
      </w:r>
      <w:r>
        <w:rPr>
          <w:sz w:val="20"/>
        </w:rPr>
        <w:t>1:11:39  yeh to ek bohat hi woh pecheeda sawal hai. beharhal, to mukhtasar mein yeh kahoon ga ke aam tor par tanqeed se, yani criticism se jo ghussa hotay hain,</w:t>
      </w:r>
      <w:r>
        <w:br/>
      </w:r>
      <w:r>
        <w:rPr>
          <w:sz w:val="20"/>
        </w:rPr>
        <w:t>1:11:56  aur koi criticize kiya jaye kisi par, to woh samajhtay hain ke apne ko bara samajhta hai aadmi.</w:t>
      </w:r>
      <w:r>
        <w:br/>
      </w:r>
      <w:r>
        <w:rPr>
          <w:sz w:val="20"/>
        </w:rPr>
        <w:t>1:12:01  yeh aam, yani soch logon ki hai ke aap ne criticize kiya kisi ke oopar, chahe woh kitni daleel ke sath ho, bohat hi scientific ho, bohat hi rational ho, lekin woh samjhay ke apne ko superior samajhta hai.</w:t>
      </w:r>
      <w:r>
        <w:br/>
      </w:r>
      <w:r>
        <w:rPr>
          <w:sz w:val="20"/>
        </w:rPr>
        <w:t>1:12:13  woh mein samajhta hoon ke sahi critique woh hai jo apne ko alag kar ke criticism karta hai.</w:t>
      </w:r>
      <w:r>
        <w:br/>
      </w:r>
      <w:r>
        <w:rPr>
          <w:sz w:val="20"/>
        </w:rPr>
        <w:t>1:12:23  sacha critique woh hai jo criticize karta hai apne ko alag kar ke, yani khud intehai modesty mein jeetay huay bhi doosray ke baray mein criticize karta hai.</w:t>
      </w:r>
      <w:r>
        <w:br/>
      </w:r>
      <w:r>
        <w:rPr>
          <w:sz w:val="20"/>
        </w:rPr>
        <w:t>1:12:31  woh yeh hai contradicting thinking, yani apne ko aakhri had tak modest manna. is ke bawajood, aap jab dainkhay ke kahin sachai,</w:t>
      </w:r>
      <w:r>
        <w:br/>
      </w:r>
      <w:r>
        <w:rPr>
          <w:sz w:val="20"/>
        </w:rPr>
        <w:t>1:12:47  koi sachai log log mein log is ko nahi follow kar rahay hain, to wahan par criticize karein aap.</w:t>
      </w:r>
      <w:r>
        <w:br/>
      </w:r>
      <w:r>
        <w:rPr>
          <w:sz w:val="20"/>
        </w:rPr>
        <w:t>1:12:53  to doosray par criticize karna ain usi waqt apne ko nothing samajhtay huay ke mein to kuch bhi nahi hoon. yeh yeh ek yeh ek bohat hi mushkil kaam hai.</w:t>
      </w:r>
      <w:r>
        <w:br/>
      </w:r>
      <w:r>
        <w:rPr>
          <w:sz w:val="20"/>
        </w:rPr>
        <w:t>1:13:04  yeh hai contradicting thinking. lekin Allah taala ne insaan ke andar yeh capacity rakhi hai ke do contradictory khayalat mein jee sake. woh isi ko ek philosopher ne kaha hai ke I am large enough to contain all these contradictions.</w:t>
      </w:r>
      <w:r>
        <w:br/>
      </w:r>
      <w:r>
        <w:rPr>
          <w:sz w:val="20"/>
        </w:rPr>
        <w:t>1:13:21  toh yeh ek bohat oonchi baat hai ke aap apne aap ko kuch na samajhte hue bhi doosre par criticize karein. aur yeh Allah taala ne jo aap ke andar salahiyat rakhi hai, us salahiyat ko zinda kijiye, toh aap aise ban jayenge.</w:t>
      </w:r>
    </w:p>
    <w:p>
      <w:pPr>
        <w:pStyle w:val="Heading2"/>
      </w:pPr>
      <w:r>
        <w:t>Explanation of Quran 2:208 wholeheartedly</w:t>
      </w:r>
    </w:p>
    <w:p>
      <w:r>
        <w:rPr>
          <w:color w:val="666666"/>
          <w:sz w:val="18"/>
        </w:rPr>
        <w:t>Quran &amp; Tafsir · God Oriented Life (In Conversation with Maulana) 23 10 11 · 2m 58s · at 0:11 · https://youtu.be/E_LWwsWww2U?t=11</w:t>
      </w:r>
    </w:p>
    <w:p>
      <w:r>
        <w:rPr>
          <w:i/>
        </w:rPr>
        <w:t>“It is urged in the Quran, chapter 2, verse 208: 'O you who believe, enter into Islam wholeheartedly.' Moulana, kindly explain this verse. What does 'wholeheartedly' mean? Does it mean we must adopt the entire system of Islam?”</w:t>
      </w:r>
    </w:p>
    <w:p>
      <w:r>
        <w:rPr>
          <w:sz w:val="20"/>
        </w:rPr>
        <w:t>0:11  maulana yeh sawal misster shoaib khan ne kiya hai lucknow se unhone likha hai "it is urged in the quran chapter number 2 verse number 208 o ye who believe enter into islam wholeheartedly" maulana kindly explain this verse.</w:t>
      </w:r>
      <w:r>
        <w:br/>
      </w:r>
      <w:r>
        <w:rPr>
          <w:sz w:val="20"/>
        </w:rPr>
        <w:t>0:36  wholeheartedly is ka tarjuma nahi hoga yani is ka tarjuma hoga poore ke poore islam mein dakhil ho jao khud khuloos fasl mein kaf poore ke poore</w:t>
      </w:r>
      <w:r>
        <w:br/>
      </w:r>
      <w:r>
        <w:rPr>
          <w:sz w:val="20"/>
        </w:rPr>
        <w:t>0:51  to dekhen poore ke poore ka matlab yeh nahi ke sara nizam dakhil karo islam mein yeh bilkul</w:t>
      </w:r>
      <w:r>
        <w:br/>
      </w:r>
      <w:r>
        <w:rPr>
          <w:sz w:val="20"/>
        </w:rPr>
        <w:t>0:56  hi baseless baat hai yeh qisse nikala jaye nazariya</w:t>
      </w:r>
      <w:r>
        <w:br/>
      </w:r>
      <w:r>
        <w:rPr>
          <w:sz w:val="20"/>
        </w:rPr>
        <w:t>0:59  ke siyasi nizam samaji nizam iqtisadi nizam falan nizam yeh nizam nahi nahi yeh ayat individual ko mukhatib</w:t>
      </w:r>
      <w:r>
        <w:br/>
      </w:r>
      <w:r>
        <w:rPr>
          <w:sz w:val="20"/>
        </w:rPr>
        <w:t>1:08  kar rahi hai ek fard ko ek shakhs apne aap ko</w:t>
      </w:r>
      <w:r>
        <w:br/>
      </w:r>
      <w:r>
        <w:rPr>
          <w:sz w:val="20"/>
        </w:rPr>
        <w:t>1:15  apne jo bas mein hai us ke aitbar se poore ke poore islam mein dakhil ho yani</w:t>
      </w:r>
      <w:r>
        <w:br/>
      </w:r>
      <w:r>
        <w:rPr>
          <w:sz w:val="20"/>
        </w:rPr>
        <w:t>1:22  poori zindagi us ki god oriented zindagi ban jaye</w:t>
      </w:r>
      <w:r>
        <w:br/>
      </w:r>
      <w:r>
        <w:rPr>
          <w:sz w:val="20"/>
        </w:rPr>
        <w:t>1:27  uski sochna</w:t>
      </w:r>
      <w:r>
        <w:br/>
      </w:r>
      <w:r>
        <w:rPr>
          <w:sz w:val="20"/>
        </w:rPr>
        <w:t>1:29  uska bolna uska behavior uski dealing yeh matlab hai iska yeh harghiz matlab nahi</w:t>
      </w:r>
      <w:r>
        <w:br/>
      </w:r>
      <w:r>
        <w:rPr>
          <w:sz w:val="20"/>
        </w:rPr>
        <w:t>1:36  hai ke</w:t>
      </w:r>
      <w:r>
        <w:br/>
      </w:r>
      <w:r>
        <w:rPr>
          <w:sz w:val="20"/>
        </w:rPr>
        <w:t>1:37  sare nizam hayat ko woh karo</w:t>
      </w:r>
      <w:r>
        <w:br/>
      </w:r>
      <w:r>
        <w:rPr>
          <w:sz w:val="20"/>
        </w:rPr>
        <w:t>1:41  lad kar logon se qabza karo aur har jagah islam nafiz karo iska koi taluq</w:t>
      </w:r>
      <w:r>
        <w:br/>
      </w:r>
      <w:r>
        <w:rPr>
          <w:sz w:val="20"/>
        </w:rPr>
        <w:t>1:48  is khud sakhta mafhoom ka is ayat se nahi kyunke kai log is se yeh matlab nikalte hain</w:t>
      </w:r>
      <w:r>
        <w:br/>
      </w:r>
      <w:r>
        <w:rPr>
          <w:sz w:val="20"/>
        </w:rPr>
        <w:t>1:56  is ka tarjuma yeh hai ke</w:t>
      </w:r>
      <w:r>
        <w:br/>
      </w:r>
      <w:r>
        <w:rPr>
          <w:sz w:val="20"/>
        </w:rPr>
        <w:t>1:59  ae iman lane walon tum</w:t>
      </w:r>
      <w:r>
        <w:br/>
      </w:r>
      <w:r>
        <w:rPr>
          <w:sz w:val="20"/>
        </w:rPr>
        <w:t>2:05  poore ke poore islam mein dakhil ho jao</w:t>
      </w:r>
      <w:r>
        <w:br/>
      </w:r>
      <w:r>
        <w:rPr>
          <w:sz w:val="20"/>
        </w:rPr>
        <w:t>2:11  yeh nahi kaha ke ae logon logon tum munazzam ho kar</w:t>
      </w:r>
      <w:r>
        <w:br/>
      </w:r>
      <w:r>
        <w:rPr>
          <w:sz w:val="20"/>
        </w:rPr>
        <w:t>2:16  logon se ittedar chheeno yeh kahan is mein hai</w:t>
      </w:r>
      <w:r>
        <w:br/>
      </w:r>
      <w:r>
        <w:rPr>
          <w:sz w:val="20"/>
        </w:rPr>
        <w:t>2:19  ke iqtidaar chheen kar ke sare mamlaat hayat par islam par qanoon naafiz karo yeh kahan hai is mein</w:t>
      </w:r>
      <w:r>
        <w:br/>
      </w:r>
      <w:r>
        <w:rPr>
          <w:sz w:val="20"/>
        </w:rPr>
        <w:t>2:28  is is woh woh shakhs jo islam laya hai us shakhs ko khitab kar rahi hai ayat</w:t>
      </w:r>
      <w:r>
        <w:br/>
      </w:r>
      <w:r>
        <w:rPr>
          <w:sz w:val="20"/>
        </w:rPr>
        <w:t>2:34  ke ae ae shakhs jo tu islam laya hai tu dawah kar raha hai momin hone ka tu</w:t>
      </w:r>
      <w:r>
        <w:br/>
      </w:r>
      <w:r>
        <w:rPr>
          <w:sz w:val="20"/>
        </w:rPr>
        <w:t>2:40  apni poori zindagi ko islam mein rang rang le</w:t>
      </w:r>
      <w:r>
        <w:br/>
      </w:r>
      <w:r>
        <w:rPr>
          <w:sz w:val="20"/>
        </w:rPr>
        <w:t>2:43  woh jo doosri jagah hai sabqat</w:t>
      </w:r>
      <w:r>
        <w:br/>
      </w:r>
      <w:r>
        <w:rPr>
          <w:sz w:val="20"/>
        </w:rPr>
        <w:t>2:47  allah allah apni zaati zindagi ko tumhare aitbar se</w:t>
      </w:r>
      <w:r>
        <w:br/>
      </w:r>
      <w:r>
        <w:rPr>
          <w:sz w:val="20"/>
        </w:rPr>
        <w:t>2:53  islam ke rang mein rang do yani poori tarah ins ban jao poori tarah sachche ban jao mamlaat</w:t>
      </w:r>
      <w:r>
        <w:br/>
      </w:r>
      <w:r>
        <w:rPr>
          <w:sz w:val="20"/>
        </w:rPr>
        <w:t>3:00  mein poori tarike se sahi dealing karo yeh matlab hai is ka</w:t>
      </w:r>
    </w:p>
    <w:p>
      <w:pPr>
        <w:pStyle w:val="Heading2"/>
      </w:pPr>
      <w:r>
        <w:t>Explanation of Quran 2:258 about Abraham</w:t>
      </w:r>
    </w:p>
    <w:p>
      <w:r>
        <w:rPr>
          <w:color w:val="666666"/>
          <w:sz w:val="18"/>
        </w:rPr>
        <w:t>Quran &amp; Tafsir · Reason and Faith July 10, 2016 · 3m 12s · at 1:11:15 · https://youtu.be/axR4I5yv29E?t=4275</w:t>
      </w:r>
    </w:p>
    <w:p>
      <w:r>
        <w:rPr>
          <w:i/>
        </w:rPr>
        <w:t>“Please explain the verse in Quran 2:258 where Abraham says 'My Lord is the one who gives life and causes death' and the other says 'I give life and cause death'.”</w:t>
      </w:r>
    </w:p>
    <w:p>
      <w:r>
        <w:rPr>
          <w:sz w:val="20"/>
        </w:rPr>
        <w:t>1:11:15  Maulana, agla sawal Chogle Sahab ne kiya hai, Mumbai se, aur unhon ne Quran ka reference diya hai,</w:t>
      </w:r>
      <w:r>
        <w:br/>
      </w:r>
      <w:r>
        <w:rPr>
          <w:sz w:val="20"/>
        </w:rPr>
        <w:t>1:11:21  chapter 2, verse number 258, jis mein aaya hai when Abraham said my Lord is the one who</w:t>
      </w:r>
      <w:r>
        <w:br/>
      </w:r>
      <w:r>
        <w:rPr>
          <w:sz w:val="20"/>
        </w:rPr>
        <w:t>1:11:27  gives life and causes death he said I give life and cause death Abraham said indeed Allah brings</w:t>
      </w:r>
      <w:r>
        <w:br/>
      </w:r>
      <w:r>
        <w:rPr>
          <w:sz w:val="20"/>
        </w:rPr>
        <w:t>1:11:34  up the sun from the east so bring it up from the west so the disbeliever was overwhelmed</w:t>
      </w:r>
      <w:r>
        <w:br/>
      </w:r>
      <w:r>
        <w:rPr>
          <w:sz w:val="20"/>
        </w:rPr>
        <w:t>1:11:40  Maulana Sahab doesn't this suggest that debate is also a type of da'wa jab adopted peacefully mein is</w:t>
      </w:r>
      <w:r>
        <w:br/>
      </w:r>
      <w:r>
        <w:rPr>
          <w:sz w:val="20"/>
        </w:rPr>
        <w:t>1:11:46  ko gunah samajhta hoon ke paighambar ko debater kaha jaye.</w:t>
      </w:r>
      <w:r>
        <w:br/>
      </w:r>
      <w:r>
        <w:rPr>
          <w:sz w:val="20"/>
        </w:rPr>
        <w:t>1:11:52  Logon ko darna chahiye ke Allah Ta'ala ki pakar na jayein.</w:t>
      </w:r>
      <w:r>
        <w:br/>
      </w:r>
      <w:r>
        <w:rPr>
          <w:sz w:val="20"/>
        </w:rPr>
        <w:t>1:11:59  Woh yeh to da'wati baat cheet hai.</w:t>
      </w:r>
      <w:r>
        <w:br/>
      </w:r>
      <w:r>
        <w:rPr>
          <w:sz w:val="20"/>
        </w:rPr>
        <w:t>1:12:05  Yeh debate kahan se hai? Yeh da'wati baat cheet hai, da'wati dialogue hai.</w:t>
      </w:r>
      <w:r>
        <w:br/>
      </w:r>
      <w:r>
        <w:rPr>
          <w:sz w:val="20"/>
        </w:rPr>
        <w:t>1:12:11  Debate ko jo log samajhte hain ke da'wat, mujhe shakk andaza hai ke woh Allah ka pakre jayein ge.</w:t>
      </w:r>
      <w:r>
        <w:br/>
      </w:r>
      <w:r>
        <w:rPr>
          <w:sz w:val="20"/>
        </w:rPr>
        <w:t>1:12:17  Maulana, Dhampur se Ahmad Fouad Sahab ne sawal kiya hai.</w:t>
      </w:r>
      <w:r>
        <w:br/>
      </w:r>
      <w:r>
        <w:rPr>
          <w:sz w:val="20"/>
        </w:rPr>
        <w:t>1:12:24  Unhon ne kaha hai ke in Quran it is mentioned and whoever desires other than Islam as religion</w:t>
      </w:r>
      <w:r>
        <w:br/>
      </w:r>
      <w:r>
        <w:rPr>
          <w:sz w:val="20"/>
        </w:rPr>
        <w:t>1:12:30  never will it be accepted from him and he in the hereafter will be among the losers Maulana</w:t>
      </w:r>
      <w:r>
        <w:br/>
      </w:r>
      <w:r>
        <w:rPr>
          <w:sz w:val="20"/>
        </w:rPr>
        <w:t>1:12:36  Sahab doesn't this آیت reflect the supremacy of Islam over other religions?</w:t>
      </w:r>
      <w:r>
        <w:br/>
      </w:r>
      <w:r>
        <w:rPr>
          <w:sz w:val="20"/>
        </w:rPr>
        <w:t>1:12:43  How to understand this verse better dekhein, supremacy ek alag cheez hai aur jo baat is mein hai</w:t>
      </w:r>
      <w:r>
        <w:br/>
      </w:r>
      <w:r>
        <w:rPr>
          <w:sz w:val="20"/>
        </w:rPr>
        <w:t>1:12:48  woh alag cheez hai.</w:t>
      </w:r>
      <w:r>
        <w:br/>
      </w:r>
      <w:r>
        <w:rPr>
          <w:sz w:val="20"/>
        </w:rPr>
        <w:t>1:12:54  Is ka ta'alluq salvation se hai, nijat.</w:t>
      </w:r>
      <w:r>
        <w:br/>
      </w:r>
      <w:r>
        <w:rPr>
          <w:sz w:val="20"/>
        </w:rPr>
        <w:t>1:12:59  Aap dictionary mein dekh lijiye ke salvation ke kya ma'ni hote hain aur superiority ke kya ma'ni hote hain.</w:t>
      </w:r>
      <w:r>
        <w:br/>
      </w:r>
      <w:r>
        <w:rPr>
          <w:sz w:val="20"/>
        </w:rPr>
        <w:t>1:13:05  aap yahood ke haan yeh lafz tha Jewish supremacism ab wahi ho gaya hai Muslim supremacy.</w:t>
      </w:r>
      <w:r>
        <w:br/>
      </w:r>
      <w:r>
        <w:rPr>
          <w:sz w:val="20"/>
        </w:rPr>
        <w:t>1:13:11  aap kitabon mein parhiye, internet par dekhiye to aap ko mil jayegi is ki detail.</w:t>
      </w:r>
      <w:r>
        <w:br/>
      </w:r>
      <w:r>
        <w:rPr>
          <w:sz w:val="20"/>
        </w:rPr>
        <w:t>1:13:16  woh alag cheez hai, woh alag cheez hai.</w:t>
      </w:r>
      <w:r>
        <w:br/>
      </w:r>
      <w:r>
        <w:rPr>
          <w:sz w:val="20"/>
        </w:rPr>
        <w:t>1:13:22  Okay, so we will end this session now.</w:t>
      </w:r>
      <w:r>
        <w:br/>
      </w:r>
      <w:r>
        <w:rPr>
          <w:sz w:val="20"/>
        </w:rPr>
        <w:t>1:13:28  We will be back next Sunday same time. Keep watching CPS International. Thank you.</w:t>
      </w:r>
    </w:p>
    <w:p>
      <w:pPr>
        <w:pStyle w:val="Heading2"/>
      </w:pPr>
      <w:r>
        <w:t>Explanation of Quran 3:80</w:t>
      </w:r>
    </w:p>
    <w:p>
      <w:r>
        <w:rPr>
          <w:color w:val="666666"/>
          <w:sz w:val="18"/>
        </w:rPr>
        <w:t>Quran &amp; Tafsir · Man and the Laws of Nature April 1, 2012 · 5m 02s · at 1:36:54 · https://youtu.be/coIrwYQgb6Y?t=5814</w:t>
      </w:r>
    </w:p>
    <w:p>
      <w:r>
        <w:rPr>
          <w:i/>
        </w:rPr>
        <w:t>“Kindly explain verse number 80 of chapter number 3 of Quran, where it is mentioned: 'No one to whom God has given the Scriptures and bestowed wisdom and prophethood would say to men: Worship me instead of God. He would rather say: Be devoted servants of God, for you have taught and studied the Scriptures. Nor would he command you to take the angels and the prophets as your Lord. How could he command you to be disbelievers after you have submitted to God?'”</w:t>
      </w:r>
    </w:p>
    <w:p>
      <w:r>
        <w:rPr>
          <w:sz w:val="20"/>
        </w:rPr>
        <w:t>1:36:54  maulana, agla sawal dilli se hai. maulana zakwan nadvi ka. unhon ne likha hai: "maulana, kindly explain the verse number 7980 of chapter number three of quran, where it is mentioned: no one to whom god has given the scriptures and in whom he has bestowed wisdom and prophethood would say to man: worship me instead of god</w:t>
      </w:r>
      <w:r>
        <w:br/>
      </w:r>
      <w:r>
        <w:rPr>
          <w:sz w:val="20"/>
        </w:rPr>
        <w:t>1:37:20  ". he would rather say: be duteous servants of god, for you have taught and studied the scriptures."</w:t>
      </w:r>
      <w:r>
        <w:br/>
      </w:r>
      <w:r>
        <w:rPr>
          <w:sz w:val="20"/>
        </w:rPr>
        <w:t>1:37:29  noor wad hi enjoy you to take the angels and the prophets as your lord. how could he command? how could he command you to be disbelievers after you have submitted to god?</w:t>
      </w:r>
      <w:r>
        <w:br/>
      </w:r>
      <w:r>
        <w:rPr>
          <w:sz w:val="20"/>
        </w:rPr>
        <w:t>1:37:45  dekhen, yeh history ka bara bhai ajeeb tragedy hai ke hamesha logon ne apne baron ko woh bana liya, but bana liya.</w:t>
      </w:r>
      <w:r>
        <w:br/>
      </w:r>
      <w:r>
        <w:rPr>
          <w:sz w:val="20"/>
        </w:rPr>
        <w:t>1:37:56  jo kehte hain, yaani personality cult. personality cult poori history mein chhaya hua raha hai. isi mein se ek hai paighambar ko banana.</w:t>
      </w:r>
      <w:r>
        <w:br/>
      </w:r>
      <w:r>
        <w:rPr>
          <w:sz w:val="20"/>
        </w:rPr>
        <w:t>1:38:08  apne paighambar ko itna bara darja dete hain ke us ko goya wohi</w:t>
      </w:r>
      <w:r>
        <w:br/>
      </w:r>
      <w:r>
        <w:rPr>
          <w:sz w:val="20"/>
        </w:rPr>
        <w:t>1:38:13  khuda hai. yeh musalmanon ne kar rakha hai. to lafz khuda nahi bolenge, us ko but bhi nahi banayenge. lekin us ko ajeeb ajeeb aqeeday bana rakhe hain ke us ko khuda ka darja de rakha hai.</w:t>
      </w:r>
      <w:r>
        <w:br/>
      </w:r>
      <w:r>
        <w:rPr>
          <w:sz w:val="20"/>
        </w:rPr>
        <w:t>1:38:27  misalan ek ek ek taqreer maine suni ek sahib ki to unhon ne kya kaha? dekho, allah aur muhammad mein koi farq nahi hai. la la ila muhammad rasool allah.</w:t>
      </w:r>
      <w:r>
        <w:br/>
      </w:r>
      <w:r>
        <w:rPr>
          <w:sz w:val="20"/>
        </w:rPr>
        <w:t>1:38:38  bech mein waw nahi hai. yaani and lafz and nahi hai. and nahi hai to mani ke jaise woh, waise woh. ab yeh koi daleel hai ke khuda ko unhon ne, yaani rasool ko, unhein khuda ka darja dena tha aur daleel kya diya ke waw nahi hai.</w:t>
      </w:r>
      <w:r>
        <w:br/>
      </w:r>
      <w:r>
        <w:rPr>
          <w:sz w:val="20"/>
        </w:rPr>
        <w:t>1:38:55  is tarah ke ajeeb o ghareeb qism ke aqeeday bana rakhe hain logon ne aur apne paighambar ko woh darja de rakha jo khuda ka darja hai. sab kuch goya khuda ka, khuda ne apne paighambar ko de diya hai.</w:t>
      </w:r>
      <w:r>
        <w:br/>
      </w:r>
      <w:r>
        <w:rPr>
          <w:sz w:val="20"/>
        </w:rPr>
        <w:t>1:39:06  tum jo chahe karo. yeh sab bilkul batil khayalat hain. is ka islam se koi ta'alluq nahi hai. yeh us ko kehte hain personality cult.</w:t>
      </w:r>
      <w:r>
        <w:br/>
      </w:r>
      <w:r>
        <w:rPr>
          <w:sz w:val="20"/>
        </w:rPr>
        <w:t>1:39:16  saari history mein qomon ka yeh yeh qomon mein baat pai jati rahi ke jis ko personality cult kaha jata hai, yaani shakhsiyat par</w:t>
      </w:r>
      <w:r>
        <w:br/>
      </w:r>
      <w:r>
        <w:rPr>
          <w:sz w:val="20"/>
        </w:rPr>
        <w:t>1:39:25  sati. to shakhsiyat parasti ke mukhtalif, yaani mukhtalif woh hain tareeqay hain. isi wohi barh kar ke but parasti ban jati hai.</w:t>
      </w:r>
      <w:r>
        <w:br/>
      </w:r>
      <w:r>
        <w:rPr>
          <w:sz w:val="20"/>
        </w:rPr>
        <w:t>1:39:36  yaani jo jin ko bara maan lete hain apne apne us mein apne qabeelay ka ya apne khandan ka ya apni qom ka jo bara tha, us ko dheere dheere us ke cult mein mubtala hote hain yahan tak ke us ko but bana lete hain.</w:t>
      </w:r>
      <w:r>
        <w:br/>
      </w:r>
      <w:r>
        <w:rPr>
          <w:sz w:val="20"/>
        </w:rPr>
        <w:t>1:39:54  yeh to quran majeed mein hazrat nooh ke baray mein hai ke hazrat nooh ne apni qom se kaha ke: "waddo suwa aur yaghuth aur nasr, yeh sab kuch ki parasti chhoro." to yeh yeh but kya thay?</w:t>
      </w:r>
      <w:r>
        <w:br/>
      </w:r>
      <w:r>
        <w:rPr>
          <w:sz w:val="20"/>
        </w:rPr>
        <w:t>1:40:09  yeh but un ke un ke apne qomi baron ke but thay. woh</w:t>
      </w:r>
      <w:r>
        <w:br/>
      </w:r>
      <w:r>
        <w:rPr>
          <w:sz w:val="20"/>
        </w:rPr>
        <w:t>1:40:14  yaani un ki qom mein jo baray guzar gaye, pehle unhi ko unhon ne, yaani pehle zamanay mein tasweer to hoti nahi thi, kaghaz kaghaz wali to pathar pe banaya unhon ne aur phir le ke poojna un ko, jhukne jhukne lagay un ko.</w:t>
      </w:r>
      <w:r>
        <w:br/>
      </w:r>
      <w:r>
        <w:rPr>
          <w:sz w:val="20"/>
        </w:rPr>
        <w:t>1:40:26  yehi musalmanon ne kar rakha hai rasool allah salallahu alaihi wasallam ke baray mein. aaj musalmanon ki majority jo hai, woh kal personality cult mein mubtala hai.</w:t>
      </w:r>
      <w:r>
        <w:br/>
      </w:r>
      <w:r>
        <w:rPr>
          <w:sz w:val="20"/>
        </w:rPr>
        <w:t>1:40:34  yaani rasool allah ke baray mein aisay aqeeday ajeeb o ghareeb qism ke ke khuda se mila diya us ko. jaise ek shair hai kisi ka ke: "wohi jo mustawi arsh tha, khuda ho kar, woh idhar pada hai madinay mustafa ho kar."</w:t>
      </w:r>
      <w:r>
        <w:br/>
      </w:r>
      <w:r>
        <w:rPr>
          <w:sz w:val="20"/>
        </w:rPr>
        <w:t>1:40:52  ek ek bar mein ek majlis mein tha, wahan ek ek ek ek musalman aaye, unhon ne gana gaya, bari dhoom machi is gaane ki. to main to ghamgeen pada baitha tha wahan par.</w:t>
      </w:r>
      <w:r>
        <w:br/>
      </w:r>
      <w:r>
        <w:rPr>
          <w:sz w:val="20"/>
        </w:rPr>
        <w:t>1:41:04  to woh shair kya tha un ka: "log mehshar mein hairan reh jayenge, khuda kon hai, mustafa kon hai?" is qism ke laghu baatein jo hain, yeh yeh yeh shirk hain, but parasti hain aur is ka islam se koi ta'alluq nahi hai.</w:t>
      </w:r>
      <w:r>
        <w:br/>
      </w:r>
      <w:r>
        <w:rPr>
          <w:sz w:val="20"/>
        </w:rPr>
        <w:t>1:41:17  aur sab mubtala hain, majority musalman musalmanon ke is mein mubtala hain.</w:t>
      </w:r>
      <w:r>
        <w:br/>
      </w:r>
      <w:r>
        <w:rPr>
          <w:sz w:val="20"/>
        </w:rPr>
        <w:t>1:41:22  yaani jo log yeh tahajjud ke khilaf taqreer karte hain, woh bhi is mein mubtala hain. kaisi ajeeb o ghareeb dunya yeh ke khuda ki ibadat ke bajaye apne paighambar ko bara darja de diya hai, jo jo ke ibadat ka mamla hota hai, wohi darja de diya hai.</w:t>
      </w:r>
      <w:r>
        <w:br/>
      </w:r>
      <w:r>
        <w:rPr>
          <w:sz w:val="20"/>
        </w:rPr>
        <w:t>1:41:42  yeh sab cheezain jo hain, yaani in logon ko darna chahiye allah ta'ala se ke jab marne ke baad qayamat mein hazir honge to yeh sab cheezain un par phenk di jayengi, qabool nahi ki jayengi.</w:t>
      </w:r>
    </w:p>
    <w:p>
      <w:pPr>
        <w:pStyle w:val="Heading2"/>
      </w:pPr>
      <w:r>
        <w:t>Explanation of Quran 41:30</w:t>
      </w:r>
    </w:p>
    <w:p>
      <w:r>
        <w:rPr>
          <w:color w:val="666666"/>
          <w:sz w:val="18"/>
        </w:rPr>
        <w:t>Quran &amp; Tafsir · Wisdom of Hadith Maulana Wahiduddin Khan February 23, 2014 · 3m 54s · at 1:31:56 · https://youtu.be/5E_MIQpToK4?t=5516</w:t>
      </w:r>
    </w:p>
    <w:p>
      <w:r>
        <w:rPr>
          <w:i/>
        </w:rPr>
        <w:t>“In chapter 41, verse number 30 of Quran, it is mentioned as for those who affirm: 'Our Lord is God' and then remain steadfast.”</w:t>
      </w:r>
    </w:p>
    <w:p>
      <w:r>
        <w:rPr>
          <w:sz w:val="20"/>
        </w:rPr>
        <w:t>1:31:56  Maulana, agla sawal Ramish Siddiqui sahib ka hai Dilli se.</w:t>
      </w:r>
      <w:r>
        <w:br/>
      </w:r>
      <w:r>
        <w:rPr>
          <w:sz w:val="20"/>
        </w:rPr>
        <w:t>1:32:00  انہوں نے لکھا ہے: "In chapter 41, verse number 30 of Quran, it is mentioned as for those</w:t>
      </w:r>
      <w:r>
        <w:br/>
      </w:r>
      <w:r>
        <w:rPr>
          <w:sz w:val="20"/>
        </w:rPr>
        <w:t>1:32:08  who affirm: 'Our Lord is God' and then remain steadfast.</w:t>
      </w:r>
      <w:r>
        <w:br/>
      </w:r>
      <w:r>
        <w:rPr>
          <w:sz w:val="20"/>
        </w:rPr>
        <w:t>1:32:13  The angels will descend on them, saying: 'Have no fear and do not grieve'.</w:t>
      </w:r>
      <w:r>
        <w:br/>
      </w:r>
      <w:r>
        <w:rPr>
          <w:sz w:val="20"/>
        </w:rPr>
        <w:t>1:32:19  Maulana, please explain fear and grief in this verse.</w:t>
      </w:r>
      <w:r>
        <w:br/>
      </w:r>
      <w:r>
        <w:rPr>
          <w:sz w:val="20"/>
        </w:rPr>
        <w:t>1:32:23  Hmm, yeh Quran mein ayat hai ke: "Innal lazina qalu Rabbun Allah tummastakhifuna tatanaazalu alam malaikatu Allah takhaf</w:t>
      </w:r>
      <w:r>
        <w:br/>
      </w:r>
      <w:r>
        <w:rPr>
          <w:sz w:val="20"/>
        </w:rPr>
        <w:t>1:32:30  wala tahzan".</w:t>
      </w:r>
      <w:r>
        <w:br/>
      </w:r>
      <w:r>
        <w:rPr>
          <w:sz w:val="20"/>
        </w:rPr>
        <w:t>1:32:32  to is par ghor karte hue yeh baat samajh aati hai ke iman laane ke baad jab aadmi</w:t>
      </w:r>
      <w:r>
        <w:br/>
      </w:r>
      <w:r>
        <w:rPr>
          <w:sz w:val="20"/>
        </w:rPr>
        <w:t>1:32:40  isko mission banata hai, ek hai ke aap iman laayein aur namaz padhein to khauf is mein</w:t>
      </w:r>
      <w:r>
        <w:br/>
      </w:r>
      <w:r>
        <w:rPr>
          <w:sz w:val="20"/>
        </w:rPr>
        <w:t>1:32:47  khauf ki koi baat hi nahin hogi.</w:t>
      </w:r>
      <w:r>
        <w:br/>
      </w:r>
      <w:r>
        <w:rPr>
          <w:sz w:val="20"/>
        </w:rPr>
        <w:t>1:32:50  yeh farishtay aa kar kehte hain ke: "Daro mat, hum tumhare saath hain".</w:t>
      </w:r>
      <w:r>
        <w:br/>
      </w:r>
      <w:r>
        <w:rPr>
          <w:sz w:val="20"/>
        </w:rPr>
        <w:t>1:32:56  to kab kahenge? Agar aap iman laaye aur namaz padh rahe hain aur apne kaam mein lage</w:t>
      </w:r>
      <w:r>
        <w:br/>
      </w:r>
      <w:r>
        <w:rPr>
          <w:sz w:val="20"/>
        </w:rPr>
        <w:t>1:33:04  hue hain to is mein khauf ki baat to koi hai nahin.</w:t>
      </w:r>
      <w:r>
        <w:br/>
      </w:r>
      <w:r>
        <w:rPr>
          <w:sz w:val="20"/>
        </w:rPr>
        <w:t>1:33:09  khauf ki baat yeh hai ke jab aap iman ko Islam ka mission banayein to log jaana padta</w:t>
      </w:r>
      <w:r>
        <w:br/>
      </w:r>
      <w:r>
        <w:rPr>
          <w:sz w:val="20"/>
        </w:rPr>
        <w:t>1:33:16  hai aap ko doosron ke darmiyan.</w:t>
      </w:r>
      <w:r>
        <w:br/>
      </w:r>
      <w:r>
        <w:rPr>
          <w:sz w:val="20"/>
        </w:rPr>
        <w:t>1:33:19  wahan koi police khadi hui hai, wahan koi mukhalif khada hua hai, wahan koi tarah tarah ke is</w:t>
      </w:r>
      <w:r>
        <w:br/>
      </w:r>
      <w:r>
        <w:rPr>
          <w:sz w:val="20"/>
        </w:rPr>
        <w:t>1:33:27  mein masail paida hote hain.</w:t>
      </w:r>
      <w:r>
        <w:br/>
      </w:r>
      <w:r>
        <w:rPr>
          <w:sz w:val="20"/>
        </w:rPr>
        <w:t>1:33:29  koi kehta hai ke: "Hum yeh karenge, koi kehta hai woh karenge".</w:t>
      </w:r>
      <w:r>
        <w:br/>
      </w:r>
      <w:r>
        <w:rPr>
          <w:sz w:val="20"/>
        </w:rPr>
        <w:t>1:33:35  woh woh hai khauf ke mawaqe.</w:t>
      </w:r>
      <w:r>
        <w:br/>
      </w:r>
      <w:r>
        <w:rPr>
          <w:sz w:val="20"/>
        </w:rPr>
        <w:t>1:33:37  to wahan par farishtay aap ka saath dete hain.</w:t>
      </w:r>
      <w:r>
        <w:br/>
      </w:r>
      <w:r>
        <w:rPr>
          <w:sz w:val="20"/>
        </w:rPr>
        <w:t>1:33:41  aur hamare jo log distribution kar rahe hain, un se poochhiye aap ke kis tarah se ghareeb tor</w:t>
      </w:r>
      <w:r>
        <w:br/>
      </w:r>
      <w:r>
        <w:rPr>
          <w:sz w:val="20"/>
        </w:rPr>
        <w:t>1:33:49  par un ke kaam bante rehte hain.</w:t>
      </w:r>
      <w:r>
        <w:br/>
      </w:r>
      <w:r>
        <w:rPr>
          <w:sz w:val="20"/>
        </w:rPr>
        <w:t>1:33:52  misal ke taur par ek ek bahut bada function tha, main sathiyon ne bataya ke wahan wo gaye,</w:t>
      </w:r>
      <w:r>
        <w:br/>
      </w:r>
      <w:r>
        <w:rPr>
          <w:sz w:val="20"/>
        </w:rPr>
        <w:t>1:34:00  wahan police bahut thi aur aur wahan par yeh qanoon tha ke koi yahan distribute nahi kar sakta.</w:t>
      </w:r>
      <w:r>
        <w:br/>
      </w:r>
      <w:r>
        <w:rPr>
          <w:sz w:val="20"/>
        </w:rPr>
        <w:t>1:34:07  to aapas mein unhon ne mashwara kiya ke: "phir yahan to yeh qanoon hai ke distribute nahi kar</w:t>
      </w:r>
      <w:r>
        <w:br/>
      </w:r>
      <w:r>
        <w:rPr>
          <w:sz w:val="20"/>
        </w:rPr>
        <w:t>1:34:15  sakte, police wale pakad lenge hum ko".</w:t>
      </w:r>
      <w:r>
        <w:br/>
      </w:r>
      <w:r>
        <w:rPr>
          <w:sz w:val="20"/>
        </w:rPr>
        <w:t>1:34:19  to unhon ne kaha: "khush rahen, dua karo, dua karo, ghus jao".</w:t>
      </w:r>
      <w:r>
        <w:br/>
      </w:r>
      <w:r>
        <w:rPr>
          <w:sz w:val="20"/>
        </w:rPr>
        <w:t>1:34:24  aur waqea to aise hi hua, dua kiya aur ghus gaye to wahan par police wale ne poocha</w:t>
      </w:r>
      <w:r>
        <w:br/>
      </w:r>
      <w:r>
        <w:rPr>
          <w:sz w:val="20"/>
        </w:rPr>
        <w:t>1:34:31  bhi nahi aur khoob distribute karte rahe wo.</w:t>
      </w:r>
      <w:r>
        <w:br/>
      </w:r>
      <w:r>
        <w:rPr>
          <w:sz w:val="20"/>
        </w:rPr>
        <w:t>1:34:35  to wahi to hai ke jab aap apne iman ko mission banayenge, tab logon ke darmiyan dakhil</w:t>
      </w:r>
      <w:r>
        <w:br/>
      </w:r>
      <w:r>
        <w:rPr>
          <w:sz w:val="20"/>
        </w:rPr>
        <w:t>1:34:43  hona padega aap ko.</w:t>
      </w:r>
      <w:r>
        <w:br/>
      </w:r>
      <w:r>
        <w:rPr>
          <w:sz w:val="20"/>
        </w:rPr>
        <w:t>1:34:45  jab jab dakhil honge logon ke darmiyan to tarah tarah ki mukhalifaten hongi, tarah tarah ke</w:t>
      </w:r>
      <w:r>
        <w:br/>
      </w:r>
      <w:r>
        <w:rPr>
          <w:sz w:val="20"/>
        </w:rPr>
        <w:t>1:34:52  masail paida honge.</w:t>
      </w:r>
      <w:r>
        <w:br/>
      </w:r>
      <w:r>
        <w:rPr>
          <w:sz w:val="20"/>
        </w:rPr>
        <w:t>1:34:54  wahan par agar aap sach sachay, aap ka iman sacha iman hai, aap ka Allah par bharosa hai,</w:t>
      </w:r>
      <w:r>
        <w:br/>
      </w:r>
      <w:r>
        <w:rPr>
          <w:sz w:val="20"/>
        </w:rPr>
        <w:t>1:35:02  aap dua kar rahe hain, Allah ko yaad kar rahe hain to farishte utrenge aur aap ke</w:t>
      </w:r>
      <w:r>
        <w:br/>
      </w:r>
      <w:r>
        <w:rPr>
          <w:sz w:val="20"/>
        </w:rPr>
        <w:t>1:35:10  masle ko hal kar denge.</w:t>
      </w:r>
      <w:r>
        <w:br/>
      </w:r>
      <w:r>
        <w:rPr>
          <w:sz w:val="20"/>
        </w:rPr>
        <w:t>1:35:12  to main samajhta hoon ke yeh ayat jo hai bahut badi ayat hai in in logon ke liye</w:t>
      </w:r>
      <w:r>
        <w:br/>
      </w:r>
      <w:r>
        <w:rPr>
          <w:sz w:val="20"/>
        </w:rPr>
        <w:t>1:35:20  jo ba taur mission ke Islam ko ikhtiyar karte hain ke ke baghair yani yani koi khauf karne ki</w:t>
      </w:r>
      <w:r>
        <w:br/>
      </w:r>
      <w:r>
        <w:rPr>
          <w:sz w:val="20"/>
        </w:rPr>
        <w:t>1:35:28  zarurat nahi hai.</w:t>
      </w:r>
      <w:r>
        <w:br/>
      </w:r>
      <w:r>
        <w:rPr>
          <w:sz w:val="20"/>
        </w:rPr>
        <w:t>1:35:29  har mauqe par jao aur peaceful raho, tum khud peaceful raho, apni taraf se koi muqawamat</w:t>
      </w:r>
      <w:r>
        <w:br/>
      </w:r>
      <w:r>
        <w:rPr>
          <w:sz w:val="20"/>
        </w:rPr>
        <w:t>1:35:37  do, bas tum khud peaceful raho to sare kaam wahan par aa kar eagle kar denge.</w:t>
      </w:r>
      <w:r>
        <w:br/>
      </w:r>
      <w:r>
        <w:rPr>
          <w:sz w:val="20"/>
        </w:rPr>
        <w:t>1:35:44  yeh is ayat bhi ek bahut badi good tiling hai, bahut badi basharat hai.</w:t>
      </w:r>
    </w:p>
    <w:p>
      <w:pPr>
        <w:pStyle w:val="Heading2"/>
      </w:pPr>
      <w:r>
        <w:t>Explanation of Quran 4:120 on Satan</w:t>
      </w:r>
    </w:p>
    <w:p>
      <w:r>
        <w:rPr>
          <w:color w:val="666666"/>
          <w:sz w:val="18"/>
        </w:rPr>
        <w:t>Quran &amp; Tafsir · Material Science Vs Spiritual Science 20th May 12 SLOW · 1m 12s · at 1:33:10 · https://youtu.be/qYwFExG7cyM?t=5590</w:t>
      </w:r>
    </w:p>
    <w:p>
      <w:r>
        <w:rPr>
          <w:i/>
        </w:rPr>
        <w:t>“Please explain the words of Chapter 4, verse number 120 of the Quran, where it is mentioned that Satan says he will mislead them so they will change God's creation.”</w:t>
      </w:r>
    </w:p>
    <w:p>
      <w:r>
        <w:rPr>
          <w:sz w:val="20"/>
        </w:rPr>
        <w:t>1:33:10  Maulana, agla sawal Raipur se aya hai Mr. Idrees sahib ka.</w:t>
      </w:r>
      <w:r>
        <w:br/>
      </w:r>
      <w:r>
        <w:rPr>
          <w:sz w:val="20"/>
        </w:rPr>
        <w:t>1:33:15  unhon ne likha hai: "Maulana, please explain the words of chapter four, words number 120 of Quran, where</w:t>
      </w:r>
      <w:r>
        <w:br/>
      </w:r>
      <w:r>
        <w:rPr>
          <w:sz w:val="20"/>
        </w:rPr>
        <w:t>1:33:23  it is mentioned that certain says unhein samjhaunga to woh Allah ki banawat ko badlenge." bole:</w:t>
      </w:r>
      <w:r>
        <w:br/>
      </w:r>
      <w:r>
        <w:rPr>
          <w:sz w:val="20"/>
        </w:rPr>
        <w:t>1:33:30  "Your khalaq Allah hain ji, theek hai na? yahi hai." bole: "Your khalaq Allah, Allah ki takhleeq ko</w:t>
      </w:r>
      <w:r>
        <w:br/>
      </w:r>
      <w:r>
        <w:rPr>
          <w:sz w:val="20"/>
        </w:rPr>
        <w:t>1:33:38  kise is pe koi badmunah aya hai?" sir, nahi aya? nahi ji, panchwen paray mein hai.</w:t>
      </w:r>
      <w:r>
        <w:br/>
      </w:r>
      <w:r>
        <w:rPr>
          <w:sz w:val="20"/>
        </w:rPr>
        <w:t>1:33:45  yar ji, is tarah ki ayat panchwen paray mein hai.</w:t>
      </w:r>
      <w:r>
        <w:br/>
      </w:r>
      <w:r>
        <w:rPr>
          <w:sz w:val="20"/>
        </w:rPr>
        <w:t>1:33:50  aya hai ji? ab ji nahi, Maulana nahi hai.</w:t>
      </w:r>
      <w:r>
        <w:br/>
      </w:r>
      <w:r>
        <w:rPr>
          <w:sz w:val="20"/>
        </w:rPr>
        <w:t>1:33:54  bola: "ya reason na karti, acha inshallah main is ayat ko le kar ke ansari mein ek do</w:t>
      </w:r>
      <w:r>
        <w:br/>
      </w:r>
      <w:r>
        <w:rPr>
          <w:sz w:val="20"/>
        </w:rPr>
        <w:t>1:34:01  safha likhunga, is mein aap dekh lijiyega kyunke yeh bohat hi aham ayat hai aur 33</w:t>
      </w:r>
      <w:r>
        <w:br/>
      </w:r>
      <w:r>
        <w:rPr>
          <w:sz w:val="20"/>
        </w:rPr>
        <w:t>1:34:09  se poori wazahat nahi ho payegi is waqt.</w:t>
      </w:r>
      <w:r>
        <w:br/>
      </w:r>
      <w:r>
        <w:rPr>
          <w:sz w:val="20"/>
        </w:rPr>
        <w:t>1:34:13  to main inshallah is ayat ko le kar ke ek do safha likhunga." magazine hai inshallah is</w:t>
      </w:r>
      <w:r>
        <w:br/>
      </w:r>
      <w:r>
        <w:rPr>
          <w:sz w:val="20"/>
        </w:rPr>
        <w:t>1:34:21  mein.</w:t>
      </w:r>
    </w:p>
    <w:p>
      <w:pPr>
        <w:pStyle w:val="Heading2"/>
      </w:pPr>
      <w:r>
        <w:t>Explanation of Quran 4:34</w:t>
      </w:r>
    </w:p>
    <w:p>
      <w:r>
        <w:rPr>
          <w:color w:val="666666"/>
          <w:sz w:val="18"/>
        </w:rPr>
        <w:t>Quran &amp; Tafsir · Divine Management in History April 7, 2013 · 1m 32s · at 1:08:41 · https://youtu.be/wcBzG56LuPY?t=4121</w:t>
      </w:r>
    </w:p>
    <w:p>
      <w:r>
        <w:rPr>
          <w:i/>
        </w:rPr>
        <w:t>“Could you explain the verse number 34 of An-Nisa in Quran, which reads: 'Men are in charge of women by what Allah has given one over the other, and what they spend from their wealth. So righteous women are devoutly obedient, guarding in the husband's absence what Allah would have them guard.'”</w:t>
      </w:r>
    </w:p>
    <w:p>
      <w:r>
        <w:rPr>
          <w:sz w:val="20"/>
        </w:rPr>
        <w:t>1:08:41  hmm, maulana, agla sawal farhan khan sahib ka hai, mumbai</w:t>
      </w:r>
      <w:r>
        <w:br/>
      </w:r>
      <w:r>
        <w:rPr>
          <w:sz w:val="20"/>
        </w:rPr>
        <w:t>1:08:47  sa. unhon ne likha hai: "maulana, could you explain the verse number 34 of nisa in quran, which reads: men are in charge of women by what allah has given one over the other, and what they spend from their wealth?</w:t>
      </w:r>
      <w:r>
        <w:br/>
      </w:r>
      <w:r>
        <w:rPr>
          <w:sz w:val="20"/>
        </w:rPr>
        <w:t>1:09:07  so righteous women are dutifully obedient guarding in the husbands absence, what allah would have them guard.</w:t>
      </w:r>
      <w:r>
        <w:br/>
      </w:r>
      <w:r>
        <w:rPr>
          <w:sz w:val="20"/>
        </w:rPr>
        <w:t>1:09:16  but those wives from whom you fear arrogance, first advise them, then if they persist, forsake them in bed, and finally strike them.</w:t>
      </w:r>
      <w:r>
        <w:br/>
      </w:r>
      <w:r>
        <w:rPr>
          <w:sz w:val="20"/>
        </w:rPr>
        <w:t>1:09:28  but if they obey you once more, seek no means against them. indeed, allah is ever exalted and grand.</w:t>
      </w:r>
      <w:r>
        <w:br/>
      </w:r>
      <w:r>
        <w:rPr>
          <w:sz w:val="20"/>
        </w:rPr>
        <w:t>1:09:37  maulana sahib, my question is: how can the quran condone domestic violence?</w:t>
      </w:r>
      <w:r>
        <w:br/>
      </w:r>
      <w:r>
        <w:rPr>
          <w:sz w:val="20"/>
        </w:rPr>
        <w:t>1:09:46  "dekhiye, aap pehle meri do kitabein parhiye: khatoon islam aur aurat memar insaniyat.</w:t>
      </w:r>
      <w:r>
        <w:br/>
      </w:r>
      <w:r>
        <w:rPr>
          <w:sz w:val="20"/>
        </w:rPr>
        <w:t>1:09:56  is ko parhne ke baad aap question kijiye. mere khayal se aap ne abhi hamari kitabein parhi nahi hain, is liye aap yeh sab question kar rahe hain. kitabein, yeh dono kitabein parh kar ke phir aap sochiye ke aap ka question jo hai, answer hua ke nahi.</w:t>
      </w:r>
    </w:p>
    <w:p>
      <w:pPr>
        <w:pStyle w:val="Heading2"/>
      </w:pPr>
      <w:r>
        <w:t>Explanation of Quran 5:82 on Christians</w:t>
      </w:r>
    </w:p>
    <w:p>
      <w:r>
        <w:rPr>
          <w:color w:val="666666"/>
          <w:sz w:val="18"/>
        </w:rPr>
        <w:t>Quran &amp; Tafsir · Q&amp;A 20 Nov 2011 Maulana Wahiduddin Khan · 4m 04s · at 21:01 · https://youtu.be/7sNDn8Y6jUc?t=1261</w:t>
      </w:r>
    </w:p>
    <w:p>
      <w:r>
        <w:rPr>
          <w:i/>
        </w:rPr>
        <w:t>“Kindly explain chapter 5, verse 82 of the Quran, where it says: 'You will find that the nearest in affection to the faithful are those who say, "We are Christians." That is because there are priests and monks among them and because they are free from pride.'”</w:t>
      </w:r>
    </w:p>
    <w:p>
      <w:r>
        <w:rPr>
          <w:sz w:val="20"/>
        </w:rPr>
        <w:t>21:01  maulana, agla sawal kya hai maulana zakwan nadvi ne dilli se. unhon ne likha hai: "kindly explain the chapter 5, verse number 82 of quran, where it says:</w:t>
      </w:r>
      <w:r>
        <w:br/>
      </w:r>
      <w:r>
        <w:rPr>
          <w:sz w:val="20"/>
        </w:rPr>
        <w:t>21:14  'you will find that the nearest in affection to the faithful are those who say, 'we are christians.' that is because there are priests and monks among them and because they are free from pride.'"</w:t>
      </w:r>
      <w:r>
        <w:br/>
      </w:r>
      <w:r>
        <w:rPr>
          <w:sz w:val="20"/>
        </w:rPr>
        <w:t>21:32  haan, christian ke bare mein jo ayat hai woh hadith mein bhi aya hai. toh yeh aap sab ka tajurba hai ke christian mein narmi hoti hai aur</w:t>
      </w:r>
      <w:r>
        <w:br/>
      </w:r>
      <w:r>
        <w:rPr>
          <w:sz w:val="20"/>
        </w:rPr>
        <w:t>21:47  yani unhein cooperation ka madah hota hai. sakhti nahi hoti hai. ab yeh kyun aisa hai yeh yeh sochne ki baat hai lekin yeh baat hai apni jagah par sahi.</w:t>
      </w:r>
      <w:r>
        <w:br/>
      </w:r>
      <w:r>
        <w:rPr>
          <w:sz w:val="20"/>
        </w:rPr>
        <w:t>21:58  abhi mein ne qissa bataya aap ko Christian ka ke unhon ne</w:t>
      </w:r>
      <w:r>
        <w:br/>
      </w:r>
      <w:r>
        <w:rPr>
          <w:sz w:val="20"/>
        </w:rPr>
        <w:t>22:03  seminar kiya sara kharcha unhon ne uthaya sab kuch aur hamare log jo gaye apni kitabein le kar ke wahan taqseem kiya is ka bhi paisa lota diya unhon ne.</w:t>
      </w:r>
      <w:r>
        <w:br/>
      </w:r>
      <w:r>
        <w:rPr>
          <w:sz w:val="20"/>
        </w:rPr>
        <w:t>22:15  mein to samajhta hoon ke Christian logon ke andar bohat hi ajeeb sifat hain.</w:t>
      </w:r>
      <w:r>
        <w:br/>
      </w:r>
      <w:r>
        <w:rPr>
          <w:sz w:val="20"/>
        </w:rPr>
        <w:t>22:20  bohat ajeeb sifat hain. narmi, modesty, openness aur help karna.</w:t>
      </w:r>
      <w:r>
        <w:br/>
      </w:r>
      <w:r>
        <w:rPr>
          <w:sz w:val="20"/>
        </w:rPr>
        <w:t>22:31  is ka waja kya hai yeh mein nahi janta. mujhe nahi maloom ke lekin waqia hai, aaj bhi yeh waqia hai ke Christian logon mein yeh sab baatein pai jati hain.</w:t>
      </w:r>
      <w:r>
        <w:br/>
      </w:r>
      <w:r>
        <w:rPr>
          <w:sz w:val="20"/>
        </w:rPr>
        <w:t>22:42  Maulana Shariq Hussain ne Dilli se sawal kiya hai. aap ne farmaya ke positive thinking ke zariye hi insan ke liye yeh possible ho sakta hai ke us ke andar creative thinking aaye.</w:t>
      </w:r>
      <w:r>
        <w:br/>
      </w:r>
      <w:r>
        <w:rPr>
          <w:sz w:val="20"/>
        </w:rPr>
        <w:t>22:56  is ko thora sa aur wazeh karein.</w:t>
      </w:r>
      <w:r>
        <w:br/>
      </w:r>
      <w:r>
        <w:rPr>
          <w:sz w:val="20"/>
        </w:rPr>
        <w:t>23:00  dekhein, creative thinking ke liye zaroori hai ke aap ka mind free ho. ghair zaroori masail se. beshtar log, kya sare log, mein pata hoon logon ke andar, ghair zaroori masail mein uljhe rehte hain.</w:t>
      </w:r>
      <w:r>
        <w:br/>
      </w:r>
      <w:r>
        <w:rPr>
          <w:sz w:val="20"/>
        </w:rPr>
        <w:t>23:16  is liye woh kehte hain creativity barhti nahi.</w:t>
      </w:r>
      <w:r>
        <w:br/>
      </w:r>
      <w:r>
        <w:rPr>
          <w:sz w:val="20"/>
        </w:rPr>
        <w:t>23:19  to creative thinking ki pehli shart yeh hai ke aap ka zehan jo hai manfi sawalat mein na uljhe. ghair zaroori qism ke sawalat mein na uljhe.</w:t>
      </w:r>
      <w:r>
        <w:br/>
      </w:r>
      <w:r>
        <w:rPr>
          <w:sz w:val="20"/>
        </w:rPr>
        <w:t>23:28  yeh sab na ho. tab woh woh woh woh positivity aaye gi. Positivity</w:t>
      </w:r>
      <w:r>
        <w:br/>
      </w:r>
      <w:r>
        <w:rPr>
          <w:sz w:val="20"/>
        </w:rPr>
        <w:t>23:37  is tarah kabhi nahi aa sakti hai ke aap negative jo hain woh uljhe hue hon aur aur positivity bhi taraqqi kare, aisa nahi ho sakta. to jis aadmi ko banna hai positive thinker us ko ek price deni pare gi.</w:t>
      </w:r>
      <w:r>
        <w:br/>
      </w:r>
      <w:r>
        <w:rPr>
          <w:sz w:val="20"/>
        </w:rPr>
        <w:t>23:49  woh price yeh hai ke negative thinking se mukammal taur par apne ko azaad karna.</w:t>
      </w:r>
      <w:r>
        <w:br/>
      </w:r>
      <w:r>
        <w:rPr>
          <w:sz w:val="20"/>
        </w:rPr>
        <w:t>23:56  misal ke taur par aaj hi subah mein kisi se keh raha tha peechay ki baat ko le kar ke unhon ne kuch shikayati baat ki barson pehle ki baat.</w:t>
      </w:r>
      <w:r>
        <w:br/>
      </w:r>
      <w:r>
        <w:rPr>
          <w:sz w:val="20"/>
        </w:rPr>
        <w:t>24:07  mein ne kaha barson ke pehle baat jo ho gayi woh woh aap luta sakte nahi.</w:t>
      </w:r>
      <w:r>
        <w:br/>
      </w:r>
      <w:r>
        <w:rPr>
          <w:sz w:val="20"/>
        </w:rPr>
        <w:t>24:13  woh jo ho gaya woh ho gaya. ab is ko kyun yaad karte hain? woh yaad kar ke kyun apne zehan ko negative banate hain? to jis aadmi ko creative thinking ki ahmiyat maloom ho jo apne aap ko positive thinker banana chahta ho us ko ek price deni pare gi.</w:t>
      </w:r>
      <w:r>
        <w:br/>
      </w:r>
      <w:r>
        <w:rPr>
          <w:sz w:val="20"/>
        </w:rPr>
        <w:t>24:28  woh price yeh hai ke ghair zaroori sawalat se apne ko bachana. do cheezon se bachana pare ga. teen cheezon se. Distraction se,</w:t>
      </w:r>
      <w:r>
        <w:br/>
      </w:r>
      <w:r>
        <w:rPr>
          <w:sz w:val="20"/>
        </w:rPr>
        <w:t>24:36  unnecessary questions se aur negative sentiments se. nahi to kabhi bhi development nahi hoga. yaad rakhiye.</w:t>
      </w:r>
      <w:r>
        <w:br/>
      </w:r>
      <w:r>
        <w:rPr>
          <w:sz w:val="20"/>
        </w:rPr>
        <w:t>24:45  Creative thinking ya positive thinking ki ek price hai. woh price kya hai? ke aap unnecessary questions se apne ko bachayein.</w:t>
      </w:r>
      <w:r>
        <w:br/>
      </w:r>
      <w:r>
        <w:rPr>
          <w:sz w:val="20"/>
        </w:rPr>
        <w:t>24:55  Distraction se bachayein. aur negativity se bachayein. tab ja kar ke yeh development hoga warna nahi hoga.</w:t>
      </w:r>
    </w:p>
    <w:p>
      <w:pPr>
        <w:pStyle w:val="Heading2"/>
      </w:pPr>
      <w:r>
        <w:t>Explanation of Quran 8:61 on peace</w:t>
      </w:r>
    </w:p>
    <w:p>
      <w:r>
        <w:rPr>
          <w:color w:val="666666"/>
          <w:sz w:val="18"/>
        </w:rPr>
        <w:t>Quran &amp; Tafsir · The Age of Alternative April 24, 2016 · 1m 51s · at 42:01 · https://youtu.be/JoilI-TK4Ig?t=2521</w:t>
      </w:r>
    </w:p>
    <w:p>
      <w:r>
        <w:rPr>
          <w:i/>
        </w:rPr>
        <w:t>“Quran has a verse Chapter 8 Verse Number 61, which says: 'But if they incline to peace, you also incline to it and put...'”</w:t>
      </w:r>
    </w:p>
    <w:p>
      <w:r>
        <w:rPr>
          <w:sz w:val="20"/>
        </w:rPr>
        <w:t>42:01  maulana, yeh sawal aaya hai chennai se maulana iqbal umri ka, aur unhone likha hai ke quran</w:t>
      </w:r>
      <w:r>
        <w:br/>
      </w:r>
      <w:r>
        <w:rPr>
          <w:sz w:val="20"/>
        </w:rPr>
        <w:t>42:09  ki ek aayat hai chapter 8 verse number 61,</w:t>
      </w:r>
      <w:r>
        <w:br/>
      </w:r>
      <w:r>
        <w:rPr>
          <w:sz w:val="20"/>
        </w:rPr>
        <w:t>42:14  jisme likha hai ke "but if they incline to peace, you also incline to it and put</w:t>
      </w:r>
      <w:r>
        <w:br/>
      </w:r>
      <w:r>
        <w:rPr>
          <w:sz w:val="20"/>
        </w:rPr>
        <w:t>42:23  your trust in allah.</w:t>
      </w:r>
      <w:r>
        <w:br/>
      </w:r>
      <w:r>
        <w:rPr>
          <w:sz w:val="20"/>
        </w:rPr>
        <w:t>42:26  Verily He is the all-hearer, the all-knower." Musalman aaj is ayat par kyon sahi iman nahi rakhte?</w:t>
      </w:r>
      <w:r>
        <w:br/>
      </w:r>
      <w:r>
        <w:rPr>
          <w:sz w:val="20"/>
        </w:rPr>
        <w:t>42:34  kyon Musalman war ki planning mein rehte hain? Maulana sahib, is ki kya wajah hai?</w:t>
      </w:r>
      <w:r>
        <w:br/>
      </w:r>
      <w:r>
        <w:rPr>
          <w:sz w:val="20"/>
        </w:rPr>
        <w:t>42:42  is ki wajah behad hai ke Musalmanon ka mindset bigda hua hai zawal ki wajah se. is waqt Musalman apne daur zawal mein sab se, yani jitni siyaraton mein jo Musalman leader uthe,</w:t>
      </w:r>
      <w:r>
        <w:br/>
      </w:r>
      <w:r>
        <w:rPr>
          <w:sz w:val="20"/>
        </w:rPr>
        <w:t>42:59  woh sab se bekhabar isi baat se rahe mehnat ki. chahe Mr. Jinnah hon, chahe Dr. Iqbal hon, Maulana Muhammad Ali hon, Maulana Abdul Kalam Azad hon, Sir Syed hon, Maulana Abdullah Mahdi hon, jitne bhi hain, sab ke sab is haqiqat se bekhabar rahe ke Musalman is waqt apne daur zawal mein hain.</w:t>
      </w:r>
      <w:r>
        <w:br/>
      </w:r>
      <w:r>
        <w:rPr>
          <w:sz w:val="20"/>
        </w:rPr>
        <w:t>43:21  aise hi jaise main boodha ho gaya hoon, ab koi shakhs mere bare mein planning kare, jawan farz kar ke, to fail ho jayega.</w:t>
      </w:r>
      <w:r>
        <w:br/>
      </w:r>
      <w:r>
        <w:rPr>
          <w:sz w:val="20"/>
        </w:rPr>
        <w:t>43:31  to Musalmanon ke leaderon ne jo planning ki, woh farz kar ke Musalman zinda hain, halanke woh zawal yafta ho chuke the.</w:t>
      </w:r>
      <w:r>
        <w:br/>
      </w:r>
      <w:r>
        <w:rPr>
          <w:sz w:val="20"/>
        </w:rPr>
        <w:t>43:42  zawal yafta daur mein yahi hota hai jo ho raha hai ke nafrat dilchaspi hoti hai un ko, pride se dilchaspi hoti hai un ko, taamiri kaam se un ko raghbat nahi hoti.</w:t>
      </w:r>
    </w:p>
    <w:p>
      <w:pPr>
        <w:pStyle w:val="Heading2"/>
      </w:pPr>
      <w:r>
        <w:t>Explanation of Quran 9:113 on seeking forgiveness</w:t>
      </w:r>
    </w:p>
    <w:p>
      <w:r>
        <w:rPr>
          <w:color w:val="666666"/>
          <w:sz w:val="18"/>
        </w:rPr>
        <w:t>Quran &amp; Tafsir · God Oriented Life (In Conversation with Maulana) 23 10 11 · 3m 05s · at 34:02 · https://youtu.be/E_LWwsWww2U?t=2042</w:t>
      </w:r>
    </w:p>
    <w:p>
      <w:r>
        <w:rPr>
          <w:i/>
        </w:rPr>
        <w:t>“In Quran chapter 9 verse 113, the translation says it is not proper for the Prophet and those who believe to seek forgiveness for the polytheists. Please explain this verse.”</w:t>
      </w:r>
    </w:p>
    <w:p>
      <w:r>
        <w:rPr>
          <w:sz w:val="20"/>
        </w:rPr>
        <w:t>34:02  مولانا اگلا سوال مسٹر احمد انوت نے دلی سے کیا ہے انہوں نے لکھا ہے in Quran chapter</w:t>
      </w:r>
      <w:r>
        <w:br/>
      </w:r>
      <w:r>
        <w:rPr>
          <w:sz w:val="20"/>
        </w:rPr>
        <w:t>34:09  nine verse number 113</w:t>
      </w:r>
      <w:r>
        <w:br/>
      </w:r>
      <w:r>
        <w:rPr>
          <w:sz w:val="20"/>
        </w:rPr>
        <w:t>34:12  The translation says it is not proper for the prophet and those who believe to seek forgiveness for</w:t>
      </w:r>
      <w:r>
        <w:br/>
      </w:r>
      <w:r>
        <w:rPr>
          <w:sz w:val="20"/>
        </w:rPr>
        <w:t>34:21  polytheist even though they are close relatives</w:t>
      </w:r>
      <w:r>
        <w:br/>
      </w:r>
      <w:r>
        <w:rPr>
          <w:sz w:val="20"/>
        </w:rPr>
        <w:t>34:26  after it has become clear to them that they have earned the punishment of hell</w:t>
      </w:r>
      <w:r>
        <w:br/>
      </w:r>
      <w:r>
        <w:rPr>
          <w:sz w:val="20"/>
        </w:rPr>
        <w:t>34:32  kindly explain</w:t>
      </w:r>
      <w:r>
        <w:br/>
      </w:r>
      <w:r>
        <w:rPr>
          <w:sz w:val="20"/>
        </w:rPr>
        <w:t>34:33  this verse dekhein yeh jang ke bare mein hai aap halaat ke bare mein nahi hai jangy</w:t>
      </w:r>
      <w:r>
        <w:br/>
      </w:r>
      <w:r>
        <w:rPr>
          <w:sz w:val="20"/>
        </w:rPr>
        <w:t>34:39  halat ka yeh qanoon hai is ke context se alag kar ke ap parhein ge to kuch samajh</w:t>
      </w:r>
      <w:r>
        <w:br/>
      </w:r>
      <w:r>
        <w:rPr>
          <w:sz w:val="20"/>
        </w:rPr>
        <w:t>34:45  nahin gaye to har ek ko ap nafrat karein ge har ek ko dushman bana lein ge apna</w:t>
      </w:r>
      <w:r>
        <w:br/>
      </w:r>
      <w:r>
        <w:rPr>
          <w:sz w:val="20"/>
        </w:rPr>
        <w:t>34:49  jab musalma muslim aur doosre jo thay un ke mukhalifeen at war thay tab ka yeh qanoon hai</w:t>
      </w:r>
      <w:r>
        <w:br/>
      </w:r>
      <w:r>
        <w:rPr>
          <w:sz w:val="20"/>
        </w:rPr>
        <w:t>34:58  is ko is ke context hata kar mat dekhiye is ko ap tafseeron mein parhiye is ke shan</w:t>
      </w:r>
      <w:r>
        <w:br/>
      </w:r>
      <w:r>
        <w:rPr>
          <w:sz w:val="20"/>
        </w:rPr>
        <w:t>35:04  nuzool ko to ap yeh baat clear ho jaye gi ap ke upar is is is ayat ka</w:t>
      </w:r>
      <w:r>
        <w:br/>
      </w:r>
      <w:r>
        <w:rPr>
          <w:sz w:val="20"/>
        </w:rPr>
        <w:t>35:09  shan nuzool ap tasawwur mil jaye ga ap ko</w:t>
      </w:r>
      <w:r>
        <w:br/>
      </w:r>
      <w:r>
        <w:rPr>
          <w:sz w:val="20"/>
        </w:rPr>
        <w:t>35:13  Dr Owais ne Delhi se likha hai if the two thought crime or social crime which is more severe and why</w:t>
      </w:r>
      <w:r>
        <w:br/>
      </w:r>
      <w:r>
        <w:rPr>
          <w:sz w:val="20"/>
        </w:rPr>
        <w:t>35:27  bhai ek insan ke aitbar se sakht hai doosra khuda ke aitbar se sakht hai sakht dono hain</w:t>
      </w:r>
      <w:r>
        <w:br/>
      </w:r>
      <w:r>
        <w:rPr>
          <w:sz w:val="20"/>
        </w:rPr>
        <w:t>35:33  yani shirk jo hai woh Allah taala maaf nahin farmayein ge lekin woh woh Allah ke haan punishable</w:t>
      </w:r>
      <w:r>
        <w:br/>
      </w:r>
      <w:r>
        <w:rPr>
          <w:sz w:val="20"/>
        </w:rPr>
        <w:t>35:37  hai duniya mein nahin</w:t>
      </w:r>
      <w:r>
        <w:br/>
      </w:r>
      <w:r>
        <w:rPr>
          <w:sz w:val="20"/>
        </w:rPr>
        <w:t>35:40  to sakhti mein dono mein aisa nahin koi kam sakht ho lekin insan ke bare mein ap crime</w:t>
      </w:r>
      <w:r>
        <w:br/>
      </w:r>
      <w:r>
        <w:rPr>
          <w:sz w:val="20"/>
        </w:rPr>
        <w:t>35:49  karein ge to duniya mein woh punishable hai khuda ke bare mein karein ge to akhirat mein punishable</w:t>
      </w:r>
      <w:r>
        <w:br/>
      </w:r>
      <w:r>
        <w:rPr>
          <w:sz w:val="20"/>
        </w:rPr>
        <w:t>35:53  hai bhai yeh farq hai bas</w:t>
      </w:r>
      <w:r>
        <w:br/>
      </w:r>
      <w:r>
        <w:rPr>
          <w:sz w:val="20"/>
        </w:rPr>
        <w:t>35:59  Mr Mazhar ne Delhi se likha hai kya Quran ko padhne ki koi khaas shariyat hai pakki napakki ka masla hai ya nahi</w:t>
      </w:r>
      <w:r>
        <w:br/>
      </w:r>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r>
        <w:br/>
      </w:r>
      <w:r>
        <w:rPr>
          <w:sz w:val="20"/>
        </w:rPr>
        <w:t>36:58  beh-haal</w:t>
      </w:r>
      <w:r>
        <w:br/>
      </w:r>
      <w:r>
        <w:rPr>
          <w:sz w:val="20"/>
        </w:rPr>
        <w:t>36:58  Quran mein jo likha hua hai woh yahi hai ittaqullah wa yualimkumullah is ayat ko aap ja kar tafseer mein bhi likhiye</w:t>
      </w:r>
    </w:p>
    <w:p>
      <w:pPr>
        <w:pStyle w:val="Heading2"/>
      </w:pPr>
      <w:r>
        <w:t>Explanation of Surah Al-Furqan 30</w:t>
      </w:r>
    </w:p>
    <w:p>
      <w:r>
        <w:rPr>
          <w:color w:val="666666"/>
          <w:sz w:val="18"/>
        </w:rPr>
        <w:t>Quran &amp; Tafsir · Islah e Ummat August 10, 2014 · 2m 30s · at 48:30 · https://youtu.be/a7ohKq4Xf0Y?t=2910</w:t>
      </w:r>
    </w:p>
    <w:p>
      <w:r>
        <w:rPr>
          <w:i/>
        </w:rPr>
        <w:t>“In Surah Al-Furqan verse 30, Allah says: 'And thus We have made for every prophet an enemy from among the criminals.' What is the explanation of this verse?”</w:t>
      </w:r>
    </w:p>
    <w:p>
      <w:r>
        <w:rPr>
          <w:sz w:val="20"/>
        </w:rPr>
        <w:t>48:30  maulana agla sawal dilli se kya hai shah nawaz zafar sahib ne aur unhon ne likha hai surah</w:t>
      </w:r>
      <w:r>
        <w:br/>
      </w:r>
      <w:r>
        <w:rPr>
          <w:sz w:val="20"/>
        </w:rPr>
        <w:t>48:38  furqan ki ayat number 30 mein Allah pak farmate hain aur isi tarah hum ne mujrimon mein se</w:t>
      </w:r>
      <w:r>
        <w:br/>
      </w:r>
      <w:r>
        <w:rPr>
          <w:sz w:val="20"/>
        </w:rPr>
        <w:t>48:46  har nabi ka dushman banaya</w:t>
      </w:r>
      <w:r>
        <w:br/>
      </w:r>
      <w:r>
        <w:rPr>
          <w:sz w:val="20"/>
        </w:rPr>
        <w:t>48:49  tazkir-ul-quran mein is ayat ke liye koi khusoosi comment nahi hai meharbani kar ke wazahat karein ke</w:t>
      </w:r>
      <w:r>
        <w:br/>
      </w:r>
      <w:r>
        <w:rPr>
          <w:sz w:val="20"/>
        </w:rPr>
        <w:t>48:56  is ayat mein Allah kya kehna chah rahe hain</w:t>
      </w:r>
      <w:r>
        <w:br/>
      </w:r>
      <w:r>
        <w:rPr>
          <w:sz w:val="20"/>
        </w:rPr>
        <w:t>49:04  dekhiye is ka matlab yeh hai ke jab bhi koi shakhs</w:t>
      </w:r>
      <w:r>
        <w:br/>
      </w:r>
      <w:r>
        <w:rPr>
          <w:sz w:val="20"/>
        </w:rPr>
        <w:t>49:11  be-amez dawat le kar uthta hai Allah ki</w:t>
      </w:r>
      <w:r>
        <w:br/>
      </w:r>
      <w:r>
        <w:rPr>
          <w:sz w:val="20"/>
        </w:rPr>
        <w:t>49:16  Allah ki jo be-amez dawat hai</w:t>
      </w:r>
      <w:r>
        <w:br/>
      </w:r>
      <w:r>
        <w:rPr>
          <w:sz w:val="20"/>
        </w:rPr>
        <w:t>49:21  to hamesha shaitan ko log khada karte hain is ko mukhalifat karne ke liye hum aap ho tab</w:t>
      </w:r>
      <w:r>
        <w:br/>
      </w:r>
      <w:r>
        <w:rPr>
          <w:sz w:val="20"/>
        </w:rPr>
        <w:t>49:26  bhi khada karega aur peghambar ho tab bhi khada karega</w:t>
      </w:r>
      <w:r>
        <w:br/>
      </w:r>
      <w:r>
        <w:rPr>
          <w:sz w:val="20"/>
        </w:rPr>
        <w:t>49:31  shaitan jo hai agar log</w:t>
      </w:r>
      <w:r>
        <w:br/>
      </w:r>
      <w:r>
        <w:rPr>
          <w:sz w:val="20"/>
        </w:rPr>
        <w:t>49:34  shirk par hon log milawat mazhab par hon logon ne gustakhana ka version bana rakha ho Islam ka</w:t>
      </w:r>
      <w:r>
        <w:br/>
      </w:r>
      <w:r>
        <w:rPr>
          <w:sz w:val="20"/>
        </w:rPr>
        <w:t>49:42  to shaitan aap ke peeche nahi padega</w:t>
      </w:r>
      <w:r>
        <w:br/>
      </w:r>
      <w:r>
        <w:rPr>
          <w:sz w:val="20"/>
        </w:rPr>
        <w:t>49:48  lekin jab aap</w:t>
      </w:r>
      <w:r>
        <w:br/>
      </w:r>
      <w:r>
        <w:rPr>
          <w:sz w:val="20"/>
        </w:rPr>
        <w:t>49:51  jo asli Islam hai jo Allah ka utara hua Islam hai</w:t>
      </w:r>
      <w:r>
        <w:br/>
      </w:r>
      <w:r>
        <w:rPr>
          <w:sz w:val="20"/>
        </w:rPr>
        <w:t>49:56  ya'ni jo jis mein koi milawat nahi hai is Islam ko le kar khada honge to zaroor</w:t>
      </w:r>
      <w:r>
        <w:br/>
      </w:r>
      <w:r>
        <w:rPr>
          <w:sz w:val="20"/>
        </w:rPr>
        <w:t>50:03  shaitan is ka dushman ban jayega to shaitan khud to samne aata nahi</w:t>
      </w:r>
      <w:r>
        <w:br/>
      </w:r>
      <w:r>
        <w:rPr>
          <w:sz w:val="20"/>
        </w:rPr>
        <w:t>50:10  kuch logon ko khada kar deta hai</w:t>
      </w:r>
      <w:r>
        <w:br/>
      </w:r>
      <w:r>
        <w:rPr>
          <w:sz w:val="20"/>
        </w:rPr>
        <w:t>50:14  woh wahi mukhalifana baatein karte hain badnaam karte hain ilzam lagate hain</w:t>
      </w:r>
      <w:r>
        <w:br/>
      </w:r>
      <w:r>
        <w:rPr>
          <w:sz w:val="20"/>
        </w:rPr>
        <w:t>50:22  tarah tarah se is ko character association karte hain</w:t>
      </w:r>
      <w:r>
        <w:br/>
      </w:r>
      <w:r>
        <w:rPr>
          <w:sz w:val="20"/>
        </w:rPr>
        <w:t>50:27  taake woh down karna chahte hain is mission ko yeh yeh bhi peghambar</w:t>
      </w:r>
      <w:r>
        <w:br/>
      </w:r>
      <w:r>
        <w:rPr>
          <w:sz w:val="20"/>
        </w:rPr>
        <w:t>50:34  ki yeh cheez hi nazdeek paighambar ki sunnat hai jo insan bhi paighambar ke namune par dawat Allah ke kaam khaas andaaz mein le kar uthega zaroor us ke dushman ban jayenge log shaitan log kuch logon ke dimagh mein daalega ke is ko down karo bas yeh matlab hai is ayat ka</w:t>
      </w:r>
    </w:p>
    <w:p>
      <w:pPr>
        <w:pStyle w:val="Heading2"/>
      </w:pPr>
      <w:r>
        <w:t>Explanation of Surah Baqarah verse 214</w:t>
      </w:r>
    </w:p>
    <w:p>
      <w:r>
        <w:rPr>
          <w:color w:val="666666"/>
          <w:sz w:val="18"/>
        </w:rPr>
        <w:t>Quran &amp; Tafsir · Brilliant Personality November 27, 2016 · 2m 58s · at 54:17 · https://youtu.be/268O3sgnjC0?t=3257</w:t>
      </w:r>
    </w:p>
    <w:p>
      <w:r>
        <w:rPr>
          <w:i/>
        </w:rPr>
        <w:t>“Kindly explain the verse of Surah Al-Baqarah, Chapter 2, Verse Number 214.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r>
        <w:rPr>
          <w:sz w:val="20"/>
        </w:rPr>
        <w:t>54:17  Maulana, agla sawal Mumbai se kya hai Muhammad Rafeeq Choghale sahib ne aur unhon ne likha hai "Moulana</w:t>
      </w:r>
      <w:r>
        <w:br/>
      </w:r>
      <w:r>
        <w:rPr>
          <w:sz w:val="20"/>
        </w:rPr>
        <w:t>54:25  Sahib, kindly explain the verse of Surah Al-Baqarah of Chapter 2, Verse Number 214.</w:t>
      </w:r>
      <w:r>
        <w:br/>
      </w:r>
      <w:r>
        <w:rPr>
          <w:sz w:val="20"/>
        </w:rPr>
        <w:t>54:34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r>
        <w:br/>
      </w:r>
      <w:r>
        <w:rPr>
          <w:sz w:val="20"/>
        </w:rPr>
        <w:t>54:58  '" Maulana sahib, kindly explain this ayat for us.</w:t>
      </w:r>
      <w:r>
        <w:br/>
      </w:r>
      <w:r>
        <w:rPr>
          <w:sz w:val="20"/>
        </w:rPr>
        <w:t>55:04  dekhen, is tarah ki aur bhi aayatein Quran mein hain, Hadees mein bhi hain ke museebat ka pesh</w:t>
      </w:r>
      <w:r>
        <w:br/>
      </w:r>
      <w:r>
        <w:rPr>
          <w:sz w:val="20"/>
        </w:rPr>
        <w:t>55:11  aana, difficulty ka pesh aana, yahan tak ke zalzale ki کیفیت pehchana, yeh aisi aayatein aur Hadeesein aur bhi hain.</w:t>
      </w:r>
      <w:r>
        <w:br/>
      </w:r>
      <w:r>
        <w:rPr>
          <w:sz w:val="20"/>
        </w:rPr>
        <w:t>55:18  is par ghaur karne se main yeh samjha hai ke museebat ya difficulties ka ek bahut hi bada</w:t>
      </w:r>
      <w:r>
        <w:br/>
      </w:r>
      <w:r>
        <w:rPr>
          <w:sz w:val="20"/>
        </w:rPr>
        <w:t>55:25  contribution hai, woh aap ko hassas banata hai, aap ki sensitivity ko badhata hai.</w:t>
      </w:r>
      <w:r>
        <w:br/>
      </w:r>
      <w:r>
        <w:rPr>
          <w:sz w:val="20"/>
        </w:rPr>
        <w:t>55:32  جب آپ sensitive ہوتے ہیں تو آپ کے اندر عکس کی طاقت آتی ہے، grasp، G-R-A-S-P-E۔</w:t>
      </w:r>
      <w:r>
        <w:br/>
      </w:r>
      <w:r>
        <w:rPr>
          <w:sz w:val="20"/>
        </w:rPr>
        <w:t>55:39  museebat, phir sensitivity, phir grass, is ke baad aap wisdom ko pehchan paate hain.</w:t>
      </w:r>
      <w:r>
        <w:br/>
      </w:r>
      <w:r>
        <w:rPr>
          <w:sz w:val="20"/>
        </w:rPr>
        <w:t>55:46  Victim, woh jo main ne kaha tha, har jagah woh item hai noor ke, woh bhi hidden hote</w:t>
      </w:r>
      <w:r>
        <w:br/>
      </w:r>
      <w:r>
        <w:rPr>
          <w:sz w:val="20"/>
        </w:rPr>
        <w:t>55:53  hain, hidden hote hain.</w:t>
      </w:r>
      <w:r>
        <w:br/>
      </w:r>
      <w:r>
        <w:rPr>
          <w:sz w:val="20"/>
        </w:rPr>
        <w:t>56:00  yeh phool mein nectar hai, chupa hua hota hai, dikhai nahin deta lekin shehad ki makhi is ko</w:t>
      </w:r>
      <w:r>
        <w:br/>
      </w:r>
      <w:r>
        <w:rPr>
          <w:sz w:val="20"/>
        </w:rPr>
        <w:t>56:07  jaan leti hai.</w:t>
      </w:r>
      <w:r>
        <w:br/>
      </w:r>
      <w:r>
        <w:rPr>
          <w:sz w:val="20"/>
        </w:rPr>
        <w:t>56:14  shehad ki makhi ke andar aisi halat hoti hai, baatein kuch jise woh jaan leti hai.</w:t>
      </w:r>
      <w:r>
        <w:br/>
      </w:r>
      <w:r>
        <w:rPr>
          <w:sz w:val="20"/>
        </w:rPr>
        <w:t>56:20  toh sensitivity se aap discover kar paate hain, yeh hai noor-e-ma'rifat ka item.</w:t>
      </w:r>
      <w:r>
        <w:br/>
      </w:r>
      <w:r>
        <w:rPr>
          <w:sz w:val="20"/>
        </w:rPr>
        <w:t>56:27  toh Quran mein aur Hadees mein aisi aayatein bohat si, aayatein aur hadeesein bohat si hain ke ahl</w:t>
      </w:r>
      <w:r>
        <w:br/>
      </w:r>
      <w:r>
        <w:rPr>
          <w:sz w:val="20"/>
        </w:rPr>
        <w:t>56:34  jo sachche ahl-e-imaan hain, un par Allah museebat daalta hai, mushkilon mein daalta hai un ko.</w:t>
      </w:r>
      <w:r>
        <w:br/>
      </w:r>
      <w:r>
        <w:rPr>
          <w:sz w:val="20"/>
        </w:rPr>
        <w:t>56:41  toh is par ghaur karne se meri samajh mein yeh aayi thi ke museebat aap ko sensitive banati</w:t>
      </w:r>
      <w:r>
        <w:br/>
      </w:r>
      <w:r>
        <w:rPr>
          <w:sz w:val="20"/>
        </w:rPr>
        <w:t>56:48  ہے اور sensitive جب بنتے ہیں آپ تو آپ اخاذ بنتے ہیں، یعنی grasp بڑھتا ہے آپ کا۔</w:t>
      </w:r>
      <w:r>
        <w:br/>
      </w:r>
      <w:r>
        <w:rPr>
          <w:sz w:val="20"/>
        </w:rPr>
        <w:t>56:55  tab aap is qabil hote hain ke jo nectar hai ma'rifat ka, us ko extract karein aur phir</w:t>
      </w:r>
      <w:r>
        <w:br/>
      </w:r>
      <w:r>
        <w:rPr>
          <w:sz w:val="20"/>
        </w:rPr>
        <w:t>57:02  aap brilliant personalities banein aap ke andar.</w:t>
      </w:r>
      <w:r>
        <w:br/>
      </w:r>
      <w:r>
        <w:rPr>
          <w:sz w:val="20"/>
        </w:rPr>
        <w:t>57:09  yeh ek process hai jo is tarah se chalta hai.</w:t>
      </w:r>
    </w:p>
    <w:p>
      <w:pPr>
        <w:pStyle w:val="Heading2"/>
      </w:pPr>
      <w:r>
        <w:t>Explanation of Surah Yasin verse</w:t>
      </w:r>
    </w:p>
    <w:p>
      <w:r>
        <w:rPr>
          <w:color w:val="666666"/>
          <w:sz w:val="18"/>
        </w:rPr>
        <w:t>Quran &amp; Tafsir · The Existence of God-7th October 2012 · 40s · at 1:18:32 · https://youtu.be/XWFqKwm-LPM?t=4712</w:t>
      </w:r>
    </w:p>
    <w:p>
      <w:r>
        <w:rPr>
          <w:i/>
        </w:rPr>
        <w:t>“Please explain the verse of Surah Yasin: 'And the sun runs on its course to a fixed term; that is the decree of the Almighty, the All-Knowing.'”</w:t>
      </w:r>
    </w:p>
    <w:p>
      <w:r>
        <w:rPr>
          <w:sz w:val="20"/>
        </w:rPr>
        <w:t>1:18:32  chalein, maulana, agla sawal aaya hai muhammad azeem sahib ka hyderabad se.</w:t>
      </w:r>
      <w:r>
        <w:br/>
      </w:r>
      <w:r>
        <w:rPr>
          <w:sz w:val="20"/>
        </w:rPr>
        <w:t>1:18:38  unhon ne likha hai: "maulana, please aap surah yaseen ki is ayat ko explain karein jis mein aaya</w:t>
      </w:r>
      <w:r>
        <w:br/>
      </w:r>
      <w:r>
        <w:rPr>
          <w:sz w:val="20"/>
        </w:rPr>
        <w:t>1:18:45  hai: 'wasahum so tajri limustakar allah dhalik taqdir al-aziz al-hakim'." is par maine likha hai apni kitab</w:t>
      </w:r>
      <w:r>
        <w:br/>
      </w:r>
      <w:r>
        <w:rPr>
          <w:sz w:val="20"/>
        </w:rPr>
        <w:t>1:18:52  mein, is ko aap parh lijiyay jo kitab urdu mein hai "mazhab maujood challenge", angrezi mein "God Rises".</w:t>
      </w:r>
      <w:r>
        <w:br/>
      </w:r>
      <w:r>
        <w:rPr>
          <w:sz w:val="20"/>
        </w:rPr>
        <w:t>1:18:59  is ko aap parh lijiyay pehlay, phir aap kay sawal sawal ho to aap is ko agli sunday</w:t>
      </w:r>
      <w:r>
        <w:br/>
      </w:r>
      <w:r>
        <w:rPr>
          <w:sz w:val="20"/>
        </w:rPr>
        <w:t>1:19:05  ko paish kijiyay, bataiyay.</w:t>
      </w:r>
    </w:p>
    <w:p>
      <w:pPr>
        <w:pStyle w:val="Heading2"/>
      </w:pPr>
      <w:r>
        <w:t>Explanation of the Furqan</w:t>
      </w:r>
    </w:p>
    <w:p>
      <w:r>
        <w:rPr>
          <w:color w:val="666666"/>
          <w:sz w:val="18"/>
        </w:rPr>
        <w:t>Quran &amp; Tafsir · Q&amp;A 04 DEC 2011 Maulana Wahiduddin Khan · 1m 53s · at 28:40 · https://youtu.be/KIMNmuUZoGo?t=1720</w:t>
      </w:r>
    </w:p>
    <w:p>
      <w:r>
        <w:rPr>
          <w:i/>
        </w:rPr>
        <w:t>“The Quran says that We sent down the Furqan. Please explain something about it.”</w:t>
      </w:r>
    </w:p>
    <w:p>
      <w:r>
        <w:rPr>
          <w:sz w:val="20"/>
        </w:rPr>
        <w:t>28:40  Doctor Muslima ne Delhi se sawal likha hai. Unhone poocha hai ke Quran mein aata hai ke hum ne Furqan utara.</w:t>
      </w:r>
      <w:r>
        <w:br/>
      </w:r>
      <w:r>
        <w:rPr>
          <w:sz w:val="20"/>
        </w:rPr>
        <w:t>28:49  is ke baray mein aap kuch bataein.</w:t>
      </w:r>
      <w:r>
        <w:br/>
      </w:r>
      <w:r>
        <w:rPr>
          <w:sz w:val="20"/>
        </w:rPr>
        <w:t>28:55  dekhiye Furqan ke ka lafzi matlab jo hai woh hai do cheez ke darmiyan farq karna. Asal al fasl min al shiaan.</w:t>
      </w:r>
      <w:r>
        <w:br/>
      </w:r>
      <w:r>
        <w:rPr>
          <w:sz w:val="20"/>
        </w:rPr>
        <w:t>29:05  yaani to differentiate between the two. To</w:t>
      </w:r>
      <w:r>
        <w:br/>
      </w:r>
      <w:r>
        <w:rPr>
          <w:sz w:val="20"/>
        </w:rPr>
        <w:t>29:13  Quran jo hai is ki ek sifat yeh hai ke woh Furqan hai. Yaani cheezon mein farq karna batata hai ke yeh right hai, yeh wrong hai.</w:t>
      </w:r>
      <w:r>
        <w:br/>
      </w:r>
      <w:r>
        <w:rPr>
          <w:sz w:val="20"/>
        </w:rPr>
        <w:t>29:23  yeh theek hai, yeh theek nahi hai. Yeh is mein aadmi ko faida hai, is mein faida nahi hai. To yeh jo hai</w:t>
      </w:r>
      <w:r>
        <w:br/>
      </w:r>
      <w:r>
        <w:rPr>
          <w:sz w:val="20"/>
        </w:rPr>
        <w:t>29:31  jab aadmi Quran mein sochega, bahut zyada ghor karega to us ke andar ek ek ek sense develop hoga.</w:t>
      </w:r>
      <w:r>
        <w:br/>
      </w:r>
      <w:r>
        <w:rPr>
          <w:sz w:val="20"/>
        </w:rPr>
        <w:t>29:40  Sense of Furqan. Yaani Quran mein sari baatein do do, chaar chaar likhi hui nahi hain. Aisa nahi hai ke do do, chaar chaar har cheez likhi hui hai.</w:t>
      </w:r>
      <w:r>
        <w:br/>
      </w:r>
      <w:r>
        <w:rPr>
          <w:sz w:val="20"/>
        </w:rPr>
        <w:t>29:50  lekin jab aadmi sach much bohat is mein parhega aur bohat ghor karega, bohat is ko yani samajhne ki koshish karega to is ke andar aik salahiyat develop karegi jis ko kehte hain furqan.</w:t>
      </w:r>
      <w:r>
        <w:br/>
      </w:r>
      <w:r>
        <w:rPr>
          <w:sz w:val="20"/>
        </w:rPr>
        <w:t>30:06  yani principle of differentiation. to yeh to mutaarif hota hai, gehri studies hota hai aur sincere study.</w:t>
      </w:r>
      <w:r>
        <w:br/>
      </w:r>
      <w:r>
        <w:rPr>
          <w:sz w:val="20"/>
        </w:rPr>
        <w:t>30:17  mein samajhta hoon ke sincere ka lafz shamil karna zaroori hai. ya serious study.</w:t>
      </w:r>
      <w:r>
        <w:br/>
      </w:r>
      <w:r>
        <w:rPr>
          <w:sz w:val="20"/>
        </w:rPr>
        <w:t>30:23  jab seriously study karta hai aadmi tab ja kar ke woh sense develop hota hai. nahin to parhega, parhega, hoga kuch nahin.</w:t>
      </w:r>
    </w:p>
    <w:p>
      <w:pPr>
        <w:pStyle w:val="Heading2"/>
      </w:pPr>
      <w:r>
        <w:t>Explanation of verifying news from a sinful person</w:t>
      </w:r>
    </w:p>
    <w:p>
      <w:r>
        <w:rPr>
          <w:color w:val="666666"/>
          <w:sz w:val="18"/>
        </w:rPr>
        <w:t>Quran &amp; Tafsir · 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Explanation of verse about rulers and people</w:t>
      </w:r>
    </w:p>
    <w:p>
      <w:r>
        <w:rPr>
          <w:color w:val="666666"/>
          <w:sz w:val="18"/>
        </w:rPr>
        <w:t>Quran &amp; Tafsir · Divine Help July 21, 2019 Maulana Wahiduddin Khan · 5m 53s · at 40:53 · https://youtu.be/Phjyu1GUuS8?t=2453</w:t>
      </w:r>
    </w:p>
    <w:p>
      <w:r>
        <w:rPr>
          <w:i/>
        </w:rPr>
        <w:t>“Maulana, just wanted to know about a verse in the Quran which says: 'As the people will be, so will rulers be sent.' Maulana, tell us something about this.”</w:t>
      </w:r>
    </w:p>
    <w:p>
      <w:r>
        <w:rPr>
          <w:sz w:val="20"/>
        </w:rPr>
        <w:t>40:53  you said that hope is also the type of worship. this is really thrilling statement. thank you Maulana sahib." Maulana, agla sawal bheja hai Muhammad Zakariya sahib ne.</w:t>
      </w:r>
      <w:r>
        <w:br/>
      </w:r>
      <w:r>
        <w:rPr>
          <w:sz w:val="20"/>
        </w:rPr>
        <w:t>41:07  unhon ne likha hai: "Maulana, just wanted to know about a verse in Quran which says: jaise log honge, waise hi hukmaran bheje jayenge.</w:t>
      </w:r>
      <w:r>
        <w:br/>
      </w:r>
      <w:r>
        <w:rPr>
          <w:sz w:val="20"/>
        </w:rPr>
        <w:t>41:19  Maulana, is ke bare mein kuch bataein."</w:t>
      </w:r>
      <w:r>
        <w:br/>
      </w:r>
      <w:r>
        <w:rPr>
          <w:sz w:val="20"/>
        </w:rPr>
        <w:t>41:25  is waqt aap le chukay hain, aap parh lijiyay, chhupa hua hai. aap faraz abri sahib say contact kijiyay, woh aap ko reference day dain gay.</w:t>
      </w:r>
      <w:r>
        <w:br/>
      </w:r>
      <w:r>
        <w:rPr>
          <w:sz w:val="20"/>
        </w:rPr>
        <w:t>41:37  is par chhupa hua hai, is ko parh lijiyay. pehlay parh lijiyay, phir sawal kijiyay. mera tareeqa yeh hai kay jo baat mein likh chuka hoon, to aadmi ko chahiye kay us ko parhay.</w:t>
      </w:r>
      <w:r>
        <w:br/>
      </w:r>
      <w:r>
        <w:rPr>
          <w:sz w:val="20"/>
        </w:rPr>
        <w:t>41:49  parhnay kay baad sawal karain.</w:t>
      </w:r>
      <w:r>
        <w:br/>
      </w:r>
      <w:r>
        <w:rPr>
          <w:sz w:val="20"/>
        </w:rPr>
        <w:t>41:56  maulana kashmir say mehak mehak fayaz khan sahibah nay likha hai: "maulana, maulana sahib, da same concept was in my mind from past few months.</w:t>
      </w:r>
      <w:r>
        <w:br/>
      </w:r>
      <w:r>
        <w:rPr>
          <w:sz w:val="20"/>
        </w:rPr>
        <w:t>42:09  today maulana with these examples have help me build a constructive conclusion that how important it is to understand that allah while granting you something has to look at other aspects as well."</w:t>
      </w:r>
      <w:r>
        <w:br/>
      </w:r>
      <w:r>
        <w:rPr>
          <w:sz w:val="20"/>
        </w:rPr>
        <w:t>42:28  kya matlab? maulana, un ka yahi comment hai kay jab allah kuch deta hai to woh bohat say aur doosray aspects ko lay kay deta hai.</w:t>
      </w:r>
      <w:r>
        <w:br/>
      </w:r>
      <w:r>
        <w:rPr>
          <w:sz w:val="20"/>
        </w:rPr>
        <w:t>42:38  to yeh baat aaj aap kay talk say samajh aayi. meray paas bohat misaalain hain, bilkul date kay sath, jagah kay sath, sab cheez kay hawala reference kay sath.</w:t>
      </w:r>
      <w:r>
        <w:br/>
      </w:r>
      <w:r>
        <w:rPr>
          <w:sz w:val="20"/>
        </w:rPr>
        <w:t>42:53  agar koi qeen ho, qeen to mein us ko bata sakta hoon, lekin shart wahi hai kay aap ka case genuine case ho, aap ko sach much allah par trust ho,</w:t>
      </w:r>
      <w:r>
        <w:br/>
      </w:r>
      <w:r>
        <w:rPr>
          <w:sz w:val="20"/>
        </w:rPr>
        <w:t>43:10  aap allah kay behtar ko jantay hon, aur aap kay andar yeh yeh itna sabr ho kay aap intazar kar sakain 70 saal tak, 50 saal tak intazar kar sakain.</w:t>
      </w:r>
      <w:r>
        <w:br/>
      </w:r>
      <w:r>
        <w:rPr>
          <w:sz w:val="20"/>
        </w:rPr>
        <w:t>43:22  intazar bohat zaroori hai. yeh hadees mein aata hai kay</w:t>
      </w:r>
      <w:r>
        <w:br/>
      </w:r>
      <w:r>
        <w:rPr>
          <w:sz w:val="20"/>
        </w:rPr>
        <w:t>43:30  kay intazar karna sab say bari ibadat hai, kyun kay dekhiye, jab aap intazar kartay hain to us ka matlab hai kay allah rab ul alameen par bharosa kar rahay hain.</w:t>
      </w:r>
      <w:r>
        <w:br/>
      </w:r>
      <w:r>
        <w:rPr>
          <w:sz w:val="20"/>
        </w:rPr>
        <w:t>43:40  jab aap intazar kar rahay hain to aap allah rab ul alameen par bharosa bharosa kar rahay hain. to bharosa karna hamari mamooli baat hai. allah rab ul alameen kahay ga farishton kay darmian kay dekho, yeh mein yeh banda kitna ziyada</w:t>
      </w:r>
      <w:r>
        <w:br/>
      </w:r>
      <w:r>
        <w:rPr>
          <w:sz w:val="20"/>
        </w:rPr>
        <w:t>43:59  us kay andar spirit hai kay mera intazar kar raha hai, intazar kar raha hai, intazar kar raha hai.</w:t>
      </w:r>
      <w:r>
        <w:br/>
      </w:r>
      <w:r>
        <w:rPr>
          <w:sz w:val="20"/>
        </w:rPr>
        <w:t>44:08  to ab kuch aap kuch kuch genuine kuch kuch dikhaiyain, kuch kay aap kay andar waqai kuch hai. spirit yun hi khawamkhwahi yani chahna baghair kisi yani baghair kisi</w:t>
      </w:r>
      <w:r>
        <w:br/>
      </w:r>
      <w:r>
        <w:rPr>
          <w:sz w:val="20"/>
        </w:rPr>
        <w:t>44:32  spirit kay to woh to kuch bhi nahi hai.</w:t>
      </w:r>
      <w:r>
        <w:br/>
      </w:r>
      <w:r>
        <w:rPr>
          <w:sz w:val="20"/>
        </w:rPr>
        <w:t>44:40  maulana am irshad sahibah nay likha hai chennai say: "maulana, saray dars ko sun kar mein bohat ro rahi hoon aur dua kar rahi hoon kay khuda meri sari zindagi cps mission mein laga day.</w:t>
      </w:r>
      <w:r>
        <w:br/>
      </w:r>
      <w:r>
        <w:rPr>
          <w:sz w:val="20"/>
        </w:rPr>
        <w:t>44:55  meray liye dua karain, maulana."</w:t>
      </w:r>
      <w:r>
        <w:br/>
      </w:r>
      <w:r>
        <w:rPr>
          <w:sz w:val="20"/>
        </w:rPr>
        <w:t>45:01  faisal saleem sahib nay likha hai bangalore say: "my take away from today lecture is that when we hope, it means we are trusting allah completely, and having patience within will help us to have faith in allah and his divine power.</w:t>
      </w:r>
      <w:r>
        <w:br/>
      </w:r>
      <w:r>
        <w:rPr>
          <w:sz w:val="20"/>
        </w:rPr>
        <w:t>45:21  thank you for this important enlightenment." mashallah.</w:t>
      </w:r>
      <w:r>
        <w:br/>
      </w:r>
      <w:r>
        <w:rPr>
          <w:sz w:val="20"/>
        </w:rPr>
        <w:t>45:27  maulana yaqoob umri nay delhi say likha hai: "maulana, the lecture was very enlightening and and has increase my trust in god.</w:t>
      </w:r>
      <w:r>
        <w:br/>
      </w:r>
      <w:r>
        <w:rPr>
          <w:sz w:val="20"/>
        </w:rPr>
        <w:t>45:36  hope is actually trust. when i listen to this sentence, i feel that i have got the real meaning of it today."</w:t>
      </w:r>
      <w:r>
        <w:br/>
      </w:r>
      <w:r>
        <w:rPr>
          <w:sz w:val="20"/>
        </w:rPr>
        <w:t>45:47  dekhiye, mein aap ko aik misaal deta hoon. abhi aik party ki jeet ho gayi, itni z</w:t>
      </w:r>
    </w:p>
    <w:p>
      <w:pPr>
        <w:pStyle w:val="Heading2"/>
      </w:pPr>
      <w:r>
        <w:t>Explicit Reference for Life on Earth</w:t>
      </w:r>
    </w:p>
    <w:p>
      <w:r>
        <w:rPr>
          <w:color w:val="666666"/>
          <w:sz w:val="18"/>
        </w:rPr>
        <w:t>Quran &amp; Tafsir · Journey of History December 23, 2012 · 1m 19s · at 1:08:05 · https://youtu.be/bvjWl3U3Dmw?t=4085</w:t>
      </w:r>
    </w:p>
    <w:p>
      <w:r>
        <w:rPr>
          <w:i/>
        </w:rPr>
        <w:t>“Is there any explicit reference in the Quran or Hadith about life being exclusive to Earth?”</w:t>
      </w:r>
    </w:p>
    <w:p>
      <w:r>
        <w:rPr>
          <w:sz w:val="20"/>
        </w:rPr>
        <w:t>1:08:05  " maulana, agla sawal raipur se hai idrees sahab ka. unhon ne aap se poocha hai: "is there any explicit reference in quran or hadith about life being exclusive on earth?"</w:t>
      </w:r>
      <w:r>
        <w:br/>
      </w:r>
      <w:r>
        <w:rPr>
          <w:sz w:val="20"/>
        </w:rPr>
        <w:t>1:08:24  nahi, aisa koi yani direct reference to nahi hai,</w:t>
      </w:r>
      <w:r>
        <w:br/>
      </w:r>
      <w:r>
        <w:rPr>
          <w:sz w:val="20"/>
        </w:rPr>
        <w:t>1:08:31  lekin main yeh samajhta hoon ke jab doosra pehlu nahi hai ke quran mein yeh nahi ke kahin aur bhi insan jaisi makhlooq basti hai, isi se main leta hoon ke kahin aur insan jaisi makhlooq nahi hai.</w:t>
      </w:r>
      <w:r>
        <w:br/>
      </w:r>
      <w:r>
        <w:rPr>
          <w:sz w:val="20"/>
        </w:rPr>
        <w:t>1:08:45  to meri buniyad mein yahi manta hoon ke insan jaisi makhlooq kahin aur nahi hai. is ki buniyad do cheezon par hai:</w:t>
      </w:r>
      <w:r>
        <w:br/>
      </w:r>
      <w:r>
        <w:rPr>
          <w:sz w:val="20"/>
        </w:rPr>
        <w:t>1:08:53  aik to yeh ke science ne talash kiya, bohat talash kiya, bohat talash kiya, koi bhi doosra planet nahi mila un ko, aur quran mein kahin is tarah likha hua nahi hai ke doosri jagah bhi insan bastay hain.</w:t>
      </w:r>
      <w:r>
        <w:br/>
      </w:r>
      <w:r>
        <w:rPr>
          <w:sz w:val="20"/>
        </w:rPr>
        <w:t>1:09:07  agarche aik ayat hai ke "warz mithluna" yani aur saat aur zameenein hain, lekin saat aur insan hain, yeh nahi kahin hai.</w:t>
      </w:r>
      <w:r>
        <w:br/>
      </w:r>
      <w:r>
        <w:rPr>
          <w:sz w:val="20"/>
        </w:rPr>
        <w:t>1:09:17  is wajah se mera manna yeh hai ke insan jaisi makhlooq sirf zameen par hai aur kahin nahi hai.</w:t>
      </w:r>
    </w:p>
    <w:p>
      <w:pPr>
        <w:pStyle w:val="Heading2"/>
      </w:pPr>
      <w:r>
        <w:t>First step to rediscover the Quran</w:t>
      </w:r>
    </w:p>
    <w:p>
      <w:r>
        <w:rPr>
          <w:color w:val="666666"/>
          <w:sz w:val="18"/>
        </w:rPr>
        <w:t>Quran &amp; Tafsir · The Age of Giving Global Thanks Dec 15. 2019—Maulana Wahiduddin Khan · 1m 30s · at 39:09 · https://youtu.be/254Pgn6Ldts?t=2349</w:t>
      </w:r>
    </w:p>
    <w:p>
      <w:r>
        <w:rPr>
          <w:i/>
        </w:rPr>
        <w:t>“What is the first step in rediscovering the Quran?”</w:t>
      </w:r>
    </w:p>
    <w:p>
      <w:r>
        <w:rPr>
          <w:sz w:val="20"/>
        </w:rPr>
        <w:t>39:09  maulana, agla sawal ah bheja hai miss dania mustafa ne pakistan se. unhon ne aap se poocha hai ke: "maulana sahib, what is the first step in rediscovering Quran?"</w:t>
      </w:r>
      <w:r>
        <w:br/>
      </w:r>
      <w:r>
        <w:rPr>
          <w:sz w:val="20"/>
        </w:rPr>
        <w:t>39:26  kiya matlab hua? ke ah islam ko re discover karne ke liye pehla qadam kiya hona chahiye logon ka? meri samajh nahi aayi, pehla qadam kiya?</w:t>
      </w:r>
      <w:r>
        <w:br/>
      </w:r>
      <w:r>
        <w:rPr>
          <w:sz w:val="20"/>
        </w:rPr>
        <w:t>39:38  ah, mere re discovery khud hi qadam hai. starting point shayad jaan na chah rahi hai ke kaise, kis cheez ka, kaise islam ko re discover kiya jaye?</w:t>
      </w:r>
      <w:r>
        <w:br/>
      </w:r>
      <w:r>
        <w:rPr>
          <w:sz w:val="20"/>
        </w:rPr>
        <w:t>39:48  bhai, meri samajh nahi aayi. ah, pehla qadam to yahi hai ke re discover ho gaya to pehla qadam ho gaya woh.</w:t>
      </w:r>
      <w:r>
        <w:br/>
      </w:r>
      <w:r>
        <w:rPr>
          <w:sz w:val="20"/>
        </w:rPr>
        <w:t>39:58  maulana, doosra sawal lete hain. ah, yeh sawal gwalior se bhej diya hai. sawal un ka woh ke Quran ko re discover karne ke liye jo koshish ki jaye, us ka pehla qadam.</w:t>
      </w:r>
      <w:r>
        <w:br/>
      </w:r>
      <w:r>
        <w:rPr>
          <w:sz w:val="20"/>
        </w:rPr>
        <w:t>40:12  hmm, yeh ji ji shayad yahi lag raha hai. maulana, to mere nazdeek dua, dua kijiye aur Allah taala aap par barish barsa dega.</w:t>
      </w:r>
      <w:r>
        <w:br/>
      </w:r>
      <w:r>
        <w:rPr>
          <w:sz w:val="20"/>
        </w:rPr>
        <w:t>40:23  Quran ki barish, aap dua kijiye Allah rab ul alameen se aur woh aap ke upar Quran ki barish barsa dega.</w:t>
      </w:r>
    </w:p>
    <w:p>
      <w:pPr>
        <w:pStyle w:val="Heading2"/>
      </w:pPr>
      <w:r>
        <w:t>Four kalmas and black magic revelation</w:t>
      </w:r>
    </w:p>
    <w:p>
      <w:r>
        <w:rPr>
          <w:color w:val="666666"/>
          <w:sz w:val="18"/>
        </w:rPr>
        <w:t>Quran &amp; Tafsir · Lessons from My Journey to Canada II January 10, 2016 · 1m 16s · at 54:59 · https://youtu.be/GHF2Ph3GW7A?t=3299</w:t>
      </w:r>
    </w:p>
    <w:p>
      <w:r>
        <w:rPr>
          <w:i/>
        </w:rPr>
        <w:t>“Is it true that the four kalmas given in the Quran were sent down when someone did black magic on the Prophet?”</w:t>
      </w:r>
    </w:p>
    <w:p>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r>
        <w:br/>
      </w:r>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p>
    <w:p>
      <w:pPr>
        <w:pStyle w:val="Heading2"/>
      </w:pPr>
      <w:r>
        <w:t>God's responsibility to preserve the Qur'an</w:t>
      </w:r>
    </w:p>
    <w:p>
      <w:r>
        <w:rPr>
          <w:color w:val="666666"/>
          <w:sz w:val="18"/>
        </w:rPr>
        <w:t>Quran &amp; Tafsir · Preservation of The Quran 10 Oct 2021 - Prof. Farida Khanam · 1m 11s · at 36:19 · https://youtu.be/JCdmm6oays8?t=2179</w:t>
      </w:r>
    </w:p>
    <w:p>
      <w:r>
        <w:rPr>
          <w:i/>
        </w:rPr>
        <w:t>“God has taken responsibility to preserve the Qur'an. For example, in Chapter 15, Verse 9, God says: 'It is We Who have sent down the Reminder and We will most surely safeguard it.' So what is God's elaborate arrangement for the preservation of the Qur'an?”</w:t>
      </w:r>
    </w:p>
    <w:p>
      <w:r>
        <w:rPr>
          <w:sz w:val="20"/>
        </w:rPr>
        <w:t>36:19  ! apa, agla sawal lucknow se hai. qasim sahab ne bheja hai. unhon ne likha hai: "god has taken responsibility to preserve the quran.</w:t>
      </w:r>
      <w:r>
        <w:br/>
      </w:r>
      <w:r>
        <w:rPr>
          <w:sz w:val="20"/>
        </w:rPr>
        <w:t>36:30  for example, in chapter 15, verse number nine of the quran, god says: 'it is we who have send down the reminder and we will most surely safe guard it.' so god's elaborate arrangement for the preservation of the quran o</w:t>
      </w:r>
    </w:p>
    <w:p>
      <w:pPr>
        <w:pStyle w:val="Heading2"/>
      </w:pPr>
      <w:r>
        <w:t>Guidance on distraction from Quran and Hadith</w:t>
      </w:r>
    </w:p>
    <w:p>
      <w:r>
        <w:rPr>
          <w:color w:val="666666"/>
          <w:sz w:val="18"/>
        </w:rPr>
        <w:t>Quran &amp; Tafsir · Save Yourself from Distraction August 21, 2016 · 1m 41s · at 59:14 · https://youtu.be/wP3Dj-tccDQ?t=3554</w:t>
      </w:r>
    </w:p>
    <w:p>
      <w:r>
        <w:rPr>
          <w:i/>
        </w:rPr>
        <w:t>“Is there a reference in Hadith and Quran which can be taken as guidance in how to tackle distraction?”</w:t>
      </w:r>
    </w:p>
    <w:p>
      <w:r>
        <w:rPr>
          <w:sz w:val="20"/>
        </w:rPr>
        <w:t>59:14  maulana, agla sawal ahmedabad se kiya? ahmedabad se kamran sahib ne kiya hai aur unhon ne</w:t>
      </w:r>
      <w:r>
        <w:br/>
      </w:r>
      <w:r>
        <w:rPr>
          <w:sz w:val="20"/>
        </w:rPr>
        <w:t>59:22  آپ سے پوچھا ہے کہ "Is there a reference in Hadith or Quran which can be taken as</w:t>
      </w:r>
      <w:r>
        <w:br/>
      </w:r>
      <w:r>
        <w:rPr>
          <w:sz w:val="20"/>
        </w:rPr>
        <w:t>59:30  "guidance on how to tackle distraction?" دیکھیں، کچھ آئیڈیاز ایسے ہیں جو آج کل کے زمانے میں ہوتے</w:t>
      </w:r>
      <w:r>
        <w:br/>
      </w:r>
      <w:r>
        <w:rPr>
          <w:sz w:val="20"/>
        </w:rPr>
        <w:t>59:37  hain, matlab distraction.</w:t>
      </w:r>
      <w:r>
        <w:br/>
      </w:r>
      <w:r>
        <w:rPr>
          <w:sz w:val="20"/>
        </w:rPr>
        <w:t>59:39  to isi isi tarah ke lafz mein aap kahein to mujhe mushkil hai wahi lafz batana aap ko,</w:t>
      </w:r>
      <w:r>
        <w:br/>
      </w:r>
      <w:r>
        <w:rPr>
          <w:sz w:val="20"/>
        </w:rPr>
        <w:t>59:47  lekin agar mani ke lehaz se dekhein to quran o hadees mein bohat ziyada hai.</w:t>
      </w:r>
      <w:r>
        <w:br/>
      </w:r>
      <w:r>
        <w:rPr>
          <w:sz w:val="20"/>
        </w:rPr>
        <w:t>59:53  jo hai "bon al-ajilah wa yadhuruna waraahum yawman saghirah".</w:t>
      </w:r>
      <w:r>
        <w:br/>
      </w:r>
      <w:r>
        <w:rPr>
          <w:sz w:val="20"/>
        </w:rPr>
        <w:t>59:56  is ka tarjuma yeh hai ke yeh log pasand karte hain woh immediate ko aur jo baad ko</w:t>
      </w:r>
      <w:r>
        <w:br/>
      </w:r>
      <w:r>
        <w:rPr>
          <w:sz w:val="20"/>
        </w:rPr>
        <w:t>1:00:04  aanay wala hai, us ko is se ghafil hain.</w:t>
      </w:r>
      <w:r>
        <w:br/>
      </w:r>
      <w:r>
        <w:rPr>
          <w:sz w:val="20"/>
        </w:rPr>
        <w:t>1:00:08  to kyun aisa? immediate jo hai, woh woh har waqt dikhai deta hai, har waqt sunai deta hai,</w:t>
      </w:r>
      <w:r>
        <w:br/>
      </w:r>
      <w:r>
        <w:rPr>
          <w:sz w:val="20"/>
        </w:rPr>
        <w:t>1:00:16  woh distract kar raha hai aap ko.</w:t>
      </w:r>
      <w:r>
        <w:br/>
      </w:r>
      <w:r>
        <w:rPr>
          <w:sz w:val="20"/>
        </w:rPr>
        <w:t>1:00:19  immediate jo aap ko distract kar raha tha har waqt, us wajah se aap ko jo baad ko</w:t>
      </w:r>
      <w:r>
        <w:br/>
      </w:r>
      <w:r>
        <w:rPr>
          <w:sz w:val="20"/>
        </w:rPr>
        <w:t>1:00:26  aanay wali cheez hai, idhar aap dhiyan laga nahi paate.</w:t>
      </w:r>
      <w:r>
        <w:br/>
      </w:r>
      <w:r>
        <w:rPr>
          <w:sz w:val="20"/>
        </w:rPr>
        <w:t>1:00:31  to immediate jo hai, source of distraction ban jata hai.</w:t>
      </w:r>
      <w:r>
        <w:br/>
      </w:r>
      <w:r>
        <w:rPr>
          <w:sz w:val="20"/>
        </w:rPr>
        <w:t>1:00:35  تو اسی لیے تو آپ immediately میں بہت جلد involve ہو جاتے ہیں اور جو late eternal چیز</w:t>
      </w:r>
      <w:r>
        <w:br/>
      </w:r>
      <w:r>
        <w:rPr>
          <w:sz w:val="20"/>
        </w:rPr>
        <w:t>1:00:43  hai, is ki taraf dhiyan laga nahi paate.</w:t>
      </w:r>
      <w:r>
        <w:br/>
      </w:r>
      <w:r>
        <w:rPr>
          <w:sz w:val="20"/>
        </w:rPr>
        <w:t>1:00:46  to yahan par dekhein, jo immediate jo hai, woh hai sab se bara source of distraction har ek</w:t>
      </w:r>
      <w:r>
        <w:br/>
      </w:r>
      <w:r>
        <w:rPr>
          <w:sz w:val="20"/>
        </w:rPr>
        <w:t>1:00:54  ke liye.</w:t>
      </w:r>
    </w:p>
    <w:p>
      <w:pPr>
        <w:pStyle w:val="Heading2"/>
      </w:pPr>
      <w:r>
        <w:t>Handling contradictory interpretations</w:t>
      </w:r>
    </w:p>
    <w:p>
      <w:r>
        <w:rPr>
          <w:color w:val="666666"/>
          <w:sz w:val="18"/>
        </w:rPr>
        <w:t>Quran &amp; Tafsir · 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Help Allah and He will help you</w:t>
      </w:r>
    </w:p>
    <w:p>
      <w:r>
        <w:rPr>
          <w:color w:val="666666"/>
          <w:sz w:val="18"/>
        </w:rPr>
        <w:t>Quran &amp; Tafsir · The Purpose of Existence-9th September 2012 · 3m 04s · at 1:18:37 · https://youtu.be/KxCy8m6k_MQ?t=4717</w:t>
      </w:r>
    </w:p>
    <w:p>
      <w:r>
        <w:rPr>
          <w:i/>
        </w:rPr>
        <w:t>“It is said in the Quran: 'O you who believe! If you help Allah, He will help you.' This is chapter 47, verse number...”</w:t>
      </w:r>
    </w:p>
    <w:p>
      <w:r>
        <w:rPr>
          <w:sz w:val="20"/>
        </w:rPr>
        <w:t>1:18:37  molana, agla sawal dilli se hai molana zakwan nadvi sahib ka.</w:t>
      </w:r>
      <w:r>
        <w:br/>
      </w:r>
      <w:r>
        <w:rPr>
          <w:sz w:val="20"/>
        </w:rPr>
        <w:t>1:18:43  unhon ne likha hai: "quran mein kaha gaya hai ke aye iman walo!</w:t>
      </w:r>
      <w:r>
        <w:br/>
      </w:r>
      <w:r>
        <w:rPr>
          <w:sz w:val="20"/>
        </w:rPr>
        <w:t>1:18:50  agar tum Allah ki madad karoge to Allah tumhari madad karega." yeh chapter 47, verse number</w:t>
      </w:r>
      <w:r>
        <w:br/>
      </w:r>
      <w:r>
        <w:rPr>
          <w:sz w:val="20"/>
        </w:rPr>
        <w:t>1:18:57  seven mein aaya hai.</w:t>
      </w:r>
      <w:r>
        <w:br/>
      </w:r>
      <w:r>
        <w:rPr>
          <w:sz w:val="20"/>
        </w:rPr>
        <w:t>1:18:59  is aayat mein Allah ki madad karne ka matlab kya hai? is tarah aayat mein bande ko Allah</w:t>
      </w:r>
      <w:r>
        <w:br/>
      </w:r>
      <w:r>
        <w:rPr>
          <w:sz w:val="20"/>
        </w:rPr>
        <w:t>1:19:07  ki madad milne ka matlab kya hai? is ke bare mein bataein.</w:t>
      </w:r>
      <w:r>
        <w:br/>
      </w:r>
      <w:r>
        <w:rPr>
          <w:sz w:val="20"/>
        </w:rPr>
        <w:t>1:19:12  dekhein, yahan madad se ek sirf ek cheez murad hai yani Allah ki madad se.</w:t>
      </w:r>
      <w:r>
        <w:br/>
      </w:r>
      <w:r>
        <w:rPr>
          <w:sz w:val="20"/>
        </w:rPr>
        <w:t>1:19:18  woh hai da'wat Allah yani Allah ke message ko duniya walon tak pahunchana.</w:t>
      </w:r>
      <w:r>
        <w:br/>
      </w:r>
      <w:r>
        <w:rPr>
          <w:sz w:val="20"/>
        </w:rPr>
        <w:t>1:19:24  dekhein, Allah taala ko yeh matloob hai ke duniya yeh jaane ke kyun paida kiya Allah taala ne</w:t>
      </w:r>
      <w:r>
        <w:br/>
      </w:r>
      <w:r>
        <w:rPr>
          <w:sz w:val="20"/>
        </w:rPr>
        <w:t>1:19:31  انسان کو یعنی "What is the Christian plan of God?" ان باتوں کو بتانے کے لیے خدا خود</w:t>
      </w:r>
      <w:r>
        <w:br/>
      </w:r>
      <w:r>
        <w:rPr>
          <w:sz w:val="20"/>
        </w:rPr>
        <w:t>1:19:39  nahin aayega.</w:t>
      </w:r>
      <w:r>
        <w:br/>
      </w:r>
      <w:r>
        <w:rPr>
          <w:sz w:val="20"/>
        </w:rPr>
        <w:t>1:19:41  woh concept galat hai ke Khuda khud aata hai.</w:t>
      </w:r>
      <w:r>
        <w:br/>
      </w:r>
      <w:r>
        <w:rPr>
          <w:sz w:val="20"/>
        </w:rPr>
        <w:t>1:19:45  woh woh sahi nahin hai.</w:t>
      </w:r>
      <w:r>
        <w:br/>
      </w:r>
      <w:r>
        <w:rPr>
          <w:sz w:val="20"/>
        </w:rPr>
        <w:t>1:19:47  woh toh ek ek ek philosophy hai bas.</w:t>
      </w:r>
      <w:r>
        <w:br/>
      </w:r>
      <w:r>
        <w:rPr>
          <w:sz w:val="20"/>
        </w:rPr>
        <w:t>1:19:50  to Allah ne paighambaron ke zariye yeh ilm bhej diya.</w:t>
      </w:r>
      <w:r>
        <w:br/>
      </w:r>
      <w:r>
        <w:rPr>
          <w:sz w:val="20"/>
        </w:rPr>
        <w:t>1:19:54  ilm, is ilm ko aap har generation mein, har zamane mein logon tak pahunchate rehna hai.</w:t>
      </w:r>
      <w:r>
        <w:br/>
      </w:r>
      <w:r>
        <w:rPr>
          <w:sz w:val="20"/>
        </w:rPr>
        <w:t>1:20:01  is ko kaha jata hai da'wat il Allah.</w:t>
      </w:r>
      <w:r>
        <w:br/>
      </w:r>
      <w:r>
        <w:rPr>
          <w:sz w:val="20"/>
        </w:rPr>
        <w:t>1:20:05  to da'wat il Allah se murad hai woh aur koi doosri murad nahin hai aur koi cheez murad</w:t>
      </w:r>
      <w:r>
        <w:br/>
      </w:r>
      <w:r>
        <w:rPr>
          <w:sz w:val="20"/>
        </w:rPr>
        <w:t>1:20:12  nahin hai.</w:t>
      </w:r>
      <w:r>
        <w:br/>
      </w:r>
      <w:r>
        <w:rPr>
          <w:sz w:val="20"/>
        </w:rPr>
        <w:t>1:20:14  aaj kal jo qaumi ladaiyan hain musalmanon ki, woh hargiz murad nahin hain.</w:t>
      </w:r>
      <w:r>
        <w:br/>
      </w:r>
      <w:r>
        <w:rPr>
          <w:sz w:val="20"/>
        </w:rPr>
        <w:t>1:20:19  agar hoti to do sau saal se lad rahe hain musalman, ab tak jeet chuke ho, woh chuke</w:t>
      </w:r>
      <w:r>
        <w:br/>
      </w:r>
      <w:r>
        <w:rPr>
          <w:sz w:val="20"/>
        </w:rPr>
        <w:t>1:20:27  ho.</w:t>
      </w:r>
      <w:r>
        <w:br/>
      </w:r>
      <w:r>
        <w:rPr>
          <w:sz w:val="20"/>
        </w:rPr>
        <w:t>1:20:29  kahan jeete hain? woh tabaah ho rahe hain sirf.</w:t>
      </w:r>
      <w:r>
        <w:br/>
      </w:r>
      <w:r>
        <w:rPr>
          <w:sz w:val="20"/>
        </w:rPr>
        <w:t>1:20:33  to da'wat il Allah ka kaam karne ke liye jo log uthein ge, un ki hesiyat yeh hogi</w:t>
      </w:r>
      <w:r>
        <w:br/>
      </w:r>
      <w:r>
        <w:rPr>
          <w:sz w:val="20"/>
        </w:rPr>
        <w:t>1:20:40  ke woh Khuda ka kaam woh kar rahe hain.</w:t>
      </w:r>
      <w:r>
        <w:br/>
      </w:r>
      <w:r>
        <w:rPr>
          <w:sz w:val="20"/>
        </w:rPr>
        <w:t>1:20:44  to is mein woh zaroor kamyabi hogi.</w:t>
      </w:r>
      <w:r>
        <w:br/>
      </w:r>
      <w:r>
        <w:rPr>
          <w:sz w:val="20"/>
        </w:rPr>
        <w:t>1:20:47  un ko kamyabi is sense mein nahi ke hukoomat banayen ge.</w:t>
      </w:r>
      <w:r>
        <w:br/>
      </w:r>
      <w:r>
        <w:rPr>
          <w:sz w:val="20"/>
        </w:rPr>
        <w:t>1:20:52  woh yeh bhi samajh lijiye, har giz har giz is ka matlab yeh nahi ke un ki hukoomaten ban jayen</w:t>
      </w:r>
      <w:r>
        <w:br/>
      </w:r>
      <w:r>
        <w:rPr>
          <w:sz w:val="20"/>
        </w:rPr>
        <w:t>1:21:00  gi.</w:t>
      </w:r>
      <w:r>
        <w:br/>
      </w:r>
      <w:r>
        <w:rPr>
          <w:sz w:val="20"/>
        </w:rPr>
        <w:t>1:21:01  nahi, baat jo asal target hai, us ko achieve karne mein kamyabi hai.</w:t>
      </w:r>
      <w:r>
        <w:br/>
      </w:r>
      <w:r>
        <w:rPr>
          <w:sz w:val="20"/>
        </w:rPr>
        <w:t>1:21:07  target kiya hai? pohnchana.</w:t>
      </w:r>
      <w:r>
        <w:br/>
      </w:r>
      <w:r>
        <w:rPr>
          <w:sz w:val="20"/>
        </w:rPr>
        <w:t>1:21:08  "wama alaina illal balagh." to pohnchanay mein unhein Allah ki madad se woh kamyab ho jayen ge.</w:t>
      </w:r>
      <w:r>
        <w:br/>
      </w:r>
      <w:r>
        <w:rPr>
          <w:sz w:val="20"/>
        </w:rPr>
        <w:t>1:21:16  koi un ko rok nahi paye ga.</w:t>
      </w:r>
      <w:r>
        <w:br/>
      </w:r>
      <w:r>
        <w:rPr>
          <w:sz w:val="20"/>
        </w:rPr>
        <w:t>1:21:19  to Allah ki madad se murad hai dawat Allah aur is mamle mein Allah ki nusrat se murad</w:t>
      </w:r>
      <w:r>
        <w:br/>
      </w:r>
      <w:r>
        <w:rPr>
          <w:sz w:val="20"/>
        </w:rPr>
        <w:t>1:21:26  yeh hai ke woh apne target ko yani baat ko pohnchanay ke mamle mein koi bhi un ka</w:t>
      </w:r>
      <w:r>
        <w:br/>
      </w:r>
      <w:r>
        <w:rPr>
          <w:sz w:val="20"/>
        </w:rPr>
        <w:t>1:21:34  rasta rok nahi paye ga.</w:t>
      </w:r>
      <w:r>
        <w:br/>
      </w:r>
      <w:r>
        <w:rPr>
          <w:sz w:val="20"/>
        </w:rPr>
        <w:t>1:21:36  woh zaroor is target ko achieve kar payen ge.</w:t>
      </w:r>
      <w:r>
        <w:br/>
      </w:r>
      <w:r>
        <w:rPr>
          <w:sz w:val="20"/>
        </w:rPr>
        <w:t>1:21:40  yeh matlab hai is ka.</w:t>
      </w:r>
    </w:p>
    <w:p>
      <w:pPr>
        <w:pStyle w:val="Heading2"/>
      </w:pPr>
      <w:r>
        <w:t>Hifz at twelve vs daily recitation with translation</w:t>
      </w:r>
    </w:p>
    <w:p>
      <w:r>
        <w:rPr>
          <w:color w:val="666666"/>
          <w:sz w:val="18"/>
        </w:rPr>
        <w:t>Quran &amp; Tafsir · Divine Ideology of Life I 11 July 2010 · 3m 23s · at 1:23:10 · https://youtu.be/wOmHVfyjMJY?t=4990</w:t>
      </w:r>
    </w:p>
    <w:p>
      <w:r>
        <w:rPr>
          <w:i/>
        </w:rPr>
        <w:t>“In the West, many Muslims have their children memorize the Quran at a young age. I personally make my son recite three ruku with English translation daily, and it has a good effect. Is it better for a child to do hifz at twelve or to continue what I am doing?”</w:t>
      </w:r>
    </w:p>
    <w:p>
      <w:r>
        <w:rPr>
          <w:sz w:val="20"/>
        </w:rPr>
        <w:t>1:23:10  baqi sab to bilkul baseless baatein hain. Maulana, un ka ek aur sawal hai. unhon ne likha hai: "Maulana, here in the West, many Muslims want their children to memorize the Quran at a very young age.</w:t>
      </w:r>
      <w:r>
        <w:br/>
      </w:r>
      <w:r>
        <w:rPr>
          <w:sz w:val="20"/>
        </w:rPr>
        <w:t>1:23:27  I personally make my son recite three ruku with English translation of the Quran every day. I have noticed that it has very good effect on him.</w:t>
      </w:r>
      <w:r>
        <w:br/>
      </w:r>
      <w:r>
        <w:rPr>
          <w:sz w:val="20"/>
        </w:rPr>
        <w:t>1:23:39  Maulana, my question to you is that is it better for a child to do hifz at the age of twelve or to do what I am doing with my son?" aap theek kar rahi hain, yeh karna chahiye.</w:t>
      </w:r>
      <w:r>
        <w:br/>
      </w:r>
      <w:r>
        <w:rPr>
          <w:sz w:val="20"/>
        </w:rPr>
        <w:t>1:23:52  hifz to main samajhta hoon ke purane zamane ki baat hai. ab to hifz kuch logon ko karna chahiye taake taraveeh padhane ke liye.</w:t>
      </w:r>
      <w:r>
        <w:br/>
      </w:r>
      <w:r>
        <w:rPr>
          <w:sz w:val="20"/>
        </w:rPr>
        <w:t>1:24:01  bas. aur jo hai woh den dead index maujood hai.</w:t>
      </w:r>
      <w:r>
        <w:br/>
      </w:r>
      <w:r>
        <w:rPr>
          <w:sz w:val="20"/>
        </w:rPr>
        <w:t>1:24:05  mere paas quran ka index hai. jab chahun ayat nikal leta hoon. bas. printing press jab nai aaya tha, quran jab mehfooz hone mein shakk hota tha, kahin mehfooz na rahe.</w:t>
      </w:r>
      <w:r>
        <w:br/>
      </w:r>
      <w:r>
        <w:rPr>
          <w:sz w:val="20"/>
        </w:rPr>
        <w:t>1:24:19  ab kya, ab to kuch bhi nahi, quran mehfooz ho gaya. ab yeh nahi ke har aadmi hifz kare, har aadmi hifz kare. ek ek bohat hi ghalat aqeedah baitha hai logon ko ke ek haafiz jo hai poori family ko bakhshwayega.</w:t>
      </w:r>
      <w:r>
        <w:br/>
      </w:r>
      <w:r>
        <w:rPr>
          <w:sz w:val="20"/>
        </w:rPr>
        <w:t>1:24:32  yeh bilkul baseless baat hai</w:t>
      </w:r>
      <w:r>
        <w:br/>
      </w:r>
      <w:r>
        <w:rPr>
          <w:sz w:val="20"/>
        </w:rPr>
        <w:t>1:24:35  ke ek family mein agar ek haafiz ban jaye to poori family ko bakhshwayega. woh khud hi iski bakhshish doubtfull hai, woh doosron ke paas bakhshwayega. to yeh sab bilkul ghalat baatein hain.</w:t>
      </w:r>
      <w:r>
        <w:br/>
      </w:r>
      <w:r>
        <w:rPr>
          <w:sz w:val="20"/>
        </w:rPr>
        <w:t>1:24:47  aap jo kar rahi hain, woh theek kar rahi hain. quran ki study karna hai, hifz karna nahi hai. yeh to musalmanon ne ek ek bid'at nikal rakhi hai.</w:t>
      </w:r>
      <w:r>
        <w:br/>
      </w:r>
      <w:r>
        <w:rPr>
          <w:sz w:val="20"/>
        </w:rPr>
        <w:t>1:24:59  pehlay jab ke quran mehfooz nahi tha, printing press se pehlay, to bohat zaroori tha ke bohat saare logon ka quran yaad rahe. ab to printing press ke zamanay mein quran mehfooz ho chuka hai, bilkul hi mehfooz hai.</w:t>
      </w:r>
      <w:r>
        <w:br/>
      </w:r>
      <w:r>
        <w:rPr>
          <w:sz w:val="20"/>
        </w:rPr>
        <w:t>1:25:13  dekhein farq kya hai? pehlay har quran ka ek copy alag se banani parti thi. yaani ek copy bananay mein aap ko poora time lagta tha, woh ek hi copy aap bana paate thay.</w:t>
      </w:r>
      <w:r>
        <w:br/>
      </w:r>
      <w:r>
        <w:rPr>
          <w:sz w:val="20"/>
        </w:rPr>
        <w:t>1:25:28  woh b</w:t>
      </w:r>
      <w:r>
        <w:br/>
      </w:r>
      <w:r>
        <w:rPr>
          <w:sz w:val="20"/>
        </w:rPr>
        <w:t>1:25:29  s. ab woh chahe is mein mahina lage, aaye saal bhar lagay. ab kya hai? ek copy tayyar kar lijiye, aap iski verify kar lijiye, khoob khoob aalimoon ko dikha kar, dikha kar ke.</w:t>
      </w:r>
      <w:r>
        <w:br/>
      </w:r>
      <w:r>
        <w:rPr>
          <w:sz w:val="20"/>
        </w:rPr>
        <w:t>1:25:42  jab pata chala ke iska farishta sab theek hai, ek dam durust hai, us ko daal diye press mein, aap ko billion copy nikal aayegi iski. yaani ek corrected copy ki billion copy nikal aayegi.</w:t>
      </w:r>
      <w:r>
        <w:br/>
      </w:r>
      <w:r>
        <w:rPr>
          <w:sz w:val="20"/>
        </w:rPr>
        <w:t>1:25:55  to quran mehfooz ho gaya.</w:t>
      </w:r>
      <w:r>
        <w:br/>
      </w:r>
      <w:r>
        <w:rPr>
          <w:sz w:val="20"/>
        </w:rPr>
        <w:t>1:25:58  ab to sirf tarawih ke liye ya quran ki tarah namaz parhanay ke liye zaroorat hai. to individual level par aadmi kuch suratain is ko yaad hon.</w:t>
      </w:r>
      <w:r>
        <w:br/>
      </w:r>
      <w:r>
        <w:rPr>
          <w:sz w:val="20"/>
        </w:rPr>
        <w:t>1:26:08  jaise mujhe mein ne part paanch parah akhir ka mein yaad kiya tha, mein ne namaz parhnay ke liye. namaz parhnay ke liye bas. unhon ne jahan tak quran ki aayaton ko dhoondnay ki baat hai, to ab index mojood hai.</w:t>
      </w:r>
      <w:r>
        <w:br/>
      </w:r>
      <w:r>
        <w:rPr>
          <w:sz w:val="20"/>
        </w:rPr>
        <w:t>1:26:22  warna aap jo kar rahe hain, bilkul sahi kar rahi hain. aur doosray log jo ek rasam bana rakhi hai hifz karwanay ki, bilkul baseless hai.</w:t>
      </w:r>
    </w:p>
    <w:p>
      <w:pPr>
        <w:pStyle w:val="Heading2"/>
      </w:pPr>
      <w:r>
        <w:t>How Can Deen Be Easy Yet Make Creative?</w:t>
      </w:r>
    </w:p>
    <w:p>
      <w:r>
        <w:rPr>
          <w:color w:val="666666"/>
          <w:sz w:val="18"/>
        </w:rPr>
        <w:t>Quran &amp; Tafsir · Message of The Quran March 29, 2015 · 1m 39s · at 46:43 · https://youtu.be/61ANCBxSPHs?t=2803</w:t>
      </w:r>
    </w:p>
    <w:p>
      <w:r>
        <w:rPr>
          <w:i/>
        </w:rPr>
        <w:t>“It is said that to become a creative man is a very, very difficult task. Then how does the Quran say that deen is easy and still wants to make a man creative? What is your comment on this?”</w:t>
      </w:r>
    </w:p>
    <w:p>
      <w:r>
        <w:rPr>
          <w:sz w:val="20"/>
        </w:rPr>
        <w:t>46:43  Maulana, agla sawal Delhi se kiya hai Maulana Farhad Ahmed sahib ne. aur unhon ne likha hai ke: "It is said that to become a creative man is a very very difficult task.</w:t>
      </w:r>
      <w:r>
        <w:br/>
      </w:r>
      <w:r>
        <w:rPr>
          <w:sz w:val="20"/>
        </w:rPr>
        <w:t>46:58  Then how does the Quran say that deen is easy and still wants to make a man creative? What is your comment on this?"</w:t>
      </w:r>
      <w:r>
        <w:br/>
      </w:r>
      <w:r>
        <w:rPr>
          <w:sz w:val="20"/>
        </w:rPr>
        <w:t>47:10  dekhiye, hadees mein kaha gaya hai: "Deen al yusr". deen asan hai. to asan kyun hai? hadees mein yeh hai ke: "Deen al yusr".</w:t>
      </w:r>
      <w:r>
        <w:br/>
      </w:r>
      <w:r>
        <w:rPr>
          <w:sz w:val="20"/>
        </w:rPr>
        <w:t>47:20  yeh kyun hai? kyunke Quran mein yeh bhi bataya gaya hai ke yeh jo Islam hai yeh deen fitrat hai. fitrat la ilaha illallah fatra al nas alaiha.</w:t>
      </w:r>
      <w:r>
        <w:br/>
      </w:r>
      <w:r>
        <w:rPr>
          <w:sz w:val="20"/>
        </w:rPr>
        <w:t>47:32  to creative banne ke mani kya hain? apnay nature ko unfold karna. to is se ziyada asan kya ho sakta hai?</w:t>
      </w:r>
      <w:r>
        <w:br/>
      </w:r>
      <w:r>
        <w:rPr>
          <w:sz w:val="20"/>
        </w:rPr>
        <w:t>47:41  creative ko export nahi karte aap. balkay apnay andar jo khazana hai jo farmaya Quran mein ke: "Al amaa wal aswaat kulluha".</w:t>
      </w:r>
      <w:r>
        <w:br/>
      </w:r>
      <w:r>
        <w:rPr>
          <w:sz w:val="20"/>
        </w:rPr>
        <w:t>47:53  sab kuch Allah taala ne aap ke andar unconscious mind mein rakh diya hai. us ko conscious mind mein lana yahi creativity hai. yeh to sab se asan kaam hai.</w:t>
      </w:r>
      <w:r>
        <w:br/>
      </w:r>
      <w:r>
        <w:rPr>
          <w:sz w:val="20"/>
        </w:rPr>
        <w:t>48:04  is mein sirf aik hi rukawat hai: distraction.</w:t>
      </w:r>
      <w:r>
        <w:br/>
      </w:r>
      <w:r>
        <w:rPr>
          <w:sz w:val="20"/>
        </w:rPr>
        <w:t>48:08  agar aap Nature par rahen. agar aap ne koi Distract na karayen idhar udhar. aur waqatan aap janen ke mujhe Unfold karna hai apni fitrat ko.</w:t>
      </w:r>
      <w:r>
        <w:br/>
      </w:r>
      <w:r>
        <w:rPr>
          <w:sz w:val="20"/>
        </w:rPr>
        <w:t>48:17  is se zyada aasan kaam aur koi nahin.</w:t>
      </w:r>
    </w:p>
    <w:p>
      <w:pPr>
        <w:pStyle w:val="Heading2"/>
      </w:pPr>
      <w:r>
        <w:t>How can a common person understand religion</w:t>
      </w:r>
    </w:p>
    <w:p>
      <w:r>
        <w:rPr>
          <w:color w:val="666666"/>
          <w:sz w:val="18"/>
        </w:rPr>
        <w:t>Quran &amp; Tafsir · Realization of God May 5, 2019 · 2m 38s · at 45:38 · https://youtu.be/5X-vCFqiR4U?t=2738</w:t>
      </w:r>
    </w:p>
    <w:p>
      <w:r>
        <w:rPr>
          <w:i/>
        </w:rPr>
        <w:t>“My another question is that what should a common person do to understand the religion? Tell about this. Whether common person or special person, for everyone there is a verse in the Quran: 'Read this verse, give its translation.' 'Nay, but it is clear revelations in the hearts of those who have been given knowledge.'”</w:t>
      </w:r>
    </w:p>
    <w:p>
      <w:r>
        <w:rPr>
          <w:sz w:val="20"/>
        </w:rPr>
        <w:t>45:38  unhon ne likha hai: "mera ek aur sawal hai ke ek aam aadmi ko deen samajhne ke liye kya karna chahiye?" is ke bare mein bataein.</w:t>
      </w:r>
      <w:r>
        <w:br/>
      </w:r>
      <w:r>
        <w:rPr>
          <w:sz w:val="20"/>
        </w:rPr>
        <w:t>45:51  chahe aam aadmi ho, chahe khaas aadmi, sab ke liye Quran mein ek ayat hai:</w:t>
      </w:r>
      <w:r>
        <w:br/>
      </w:r>
      <w:r>
        <w:rPr>
          <w:sz w:val="20"/>
        </w:rPr>
        <w:t>45:59  "is ayat ko parhiye, is ka tarjuma bataiye." بل هو آیات بینات فی صدور الذین أوتوا العلم balkeh yeh khuli ayatain hain in logon ke seene mein jin ko ilm ata hua hai.</w:t>
      </w:r>
      <w:r>
        <w:br/>
      </w:r>
      <w:r>
        <w:rPr>
          <w:sz w:val="20"/>
        </w:rPr>
        <w:t>46:17  surah al ankabut ayat number 49.</w:t>
      </w:r>
      <w:r>
        <w:br/>
      </w:r>
      <w:r>
        <w:rPr>
          <w:sz w:val="20"/>
        </w:rPr>
        <w:t>46:22  yeh is ka tarjuma parhiye. balkeh yeh khuli hui ayatain hain in logon ke seenon mein jin ko ilm ata hua hai.</w:t>
      </w:r>
      <w:r>
        <w:br/>
      </w:r>
      <w:r>
        <w:rPr>
          <w:sz w:val="20"/>
        </w:rPr>
        <w:t>46:32  dekhiye, Quran ki ayatain jaise arabi zaban mein hum jante hain ke hain, woh fitrat mein maujood hain.</w:t>
      </w:r>
      <w:r>
        <w:br/>
      </w:r>
      <w:r>
        <w:rPr>
          <w:sz w:val="20"/>
        </w:rPr>
        <w:t>46:42  har aadmi ke dil mein hain. to aam aadmi paida hota hai le kar in ayaton ko. to aam aadmi aur khaas aadmi ka farq hi nahi hai.</w:t>
      </w:r>
      <w:r>
        <w:br/>
      </w:r>
      <w:r>
        <w:rPr>
          <w:sz w:val="20"/>
        </w:rPr>
        <w:t>46:54  Quran har aadmi ke seene mein hai.</w:t>
      </w:r>
      <w:r>
        <w:br/>
      </w:r>
      <w:r>
        <w:rPr>
          <w:sz w:val="20"/>
        </w:rPr>
        <w:t>47:00  sirf hafiz ke seene mein nahi hai, har aadmi ke seene mein hai. to yeh yeh yeh yeh koi excuse nahi hai.</w:t>
      </w:r>
      <w:r>
        <w:br/>
      </w:r>
      <w:r>
        <w:rPr>
          <w:sz w:val="20"/>
        </w:rPr>
        <w:t>47:09  har aadmi agar aap bhi apna koi deconditioning se bachaye, ek hi cheez hai. conditioning se bachaiye to Quran khuli hui kitab aap ke samne hai, understandable language mein.</w:t>
      </w:r>
      <w:r>
        <w:br/>
      </w:r>
      <w:r>
        <w:rPr>
          <w:sz w:val="20"/>
        </w:rPr>
        <w:t>47:27  Maulana, agla comment Chennai se bheja hai Um Ashad sahibah ne. unhon ne likha hai: "Today I understood clearly what is conditioning and deconditioning." Jazak Allah Maulana.</w:t>
      </w:r>
      <w:r>
        <w:br/>
      </w:r>
      <w:r>
        <w:rPr>
          <w:sz w:val="20"/>
        </w:rPr>
        <w:t>47:40  Miss Sahar Saleem ne Delhi se likha hai: "Molana sahib, today's lecture gave me the idea about the art of introspection, about the self and the creation which leads to realization of God.</w:t>
      </w:r>
      <w:r>
        <w:br/>
      </w:r>
      <w:r>
        <w:rPr>
          <w:sz w:val="20"/>
        </w:rPr>
        <w:t>47:55  Self and rediscovery functions as a mirror." Thank you Maulana sahib. Professor Najma Siddiqui ne Delhi se likha hai: "Molana, you have beautifully described the ways of God realization by giving such meaningful examples in such a practical way." Jazak Allah.</w:t>
      </w:r>
    </w:p>
    <w:p>
      <w:pPr>
        <w:pStyle w:val="Heading2"/>
      </w:pPr>
      <w:r>
        <w:t>How to convince a Christian about Quran's authenticity?</w:t>
      </w:r>
    </w:p>
    <w:p>
      <w:r>
        <w:rPr>
          <w:color w:val="666666"/>
          <w:sz w:val="18"/>
        </w:rPr>
        <w:t>Quran &amp; Tafsir · Quran for All Mankind June 3, 2012 · 54s · at 1:06:19 · https://youtu.be/Gp-53Zjugcg?t=3979</w:t>
      </w:r>
    </w:p>
    <w:p>
      <w:r>
        <w:rPr>
          <w:i/>
        </w:rPr>
        <w:t>“While I was reading the Quran, where Allah says, 'These are the words given by Me, and there is no doubt in it,' a Christian came to me and asked, 'Why does God have to say that there is no doubt in it?' He is not willing to believe the Quran's words. Maulana sahab, how can I convince him?”</w:t>
      </w:r>
    </w:p>
    <w:p>
      <w:r>
        <w:rPr>
          <w:sz w:val="20"/>
        </w:rPr>
        <w:t>1:06:19  maulana, agla sawal dilli se hai, mister muhammad azeem sahib ka. unhon ne likha hai: "when i was reading the quran, where allah says: these are the words given by me, and there is no doubt in it.</w:t>
      </w:r>
      <w:r>
        <w:br/>
      </w:r>
      <w:r>
        <w:rPr>
          <w:sz w:val="20"/>
        </w:rPr>
        <w:t>1:06:33  one of the christian came to me and asked: why god has to tell that there is no doubt in it? he is not willing to believe quran words." maulana sahib, how k</w:t>
      </w:r>
      <w:r>
        <w:br/>
      </w:r>
      <w:r>
        <w:rPr>
          <w:sz w:val="20"/>
        </w:rPr>
        <w:t>1:06:45  en i convince him? yeh koi baat hi nahin hai, convince kya karna hai? yeh koi baat hi nahin hai, yeh koi baat hai. bataiye, yeh to yani word play hai,</w:t>
      </w:r>
      <w:r>
        <w:br/>
      </w:r>
      <w:r>
        <w:rPr>
          <w:sz w:val="20"/>
        </w:rPr>
        <w:t>1:07:00  yeh koi argument nahin, koi logic nahin, koi reason nahin. yeh word play hai, yeh kuch bhi aise hi kehte rahiye.</w:t>
      </w:r>
      <w:r>
        <w:br/>
      </w:r>
      <w:r>
        <w:rPr>
          <w:sz w:val="20"/>
        </w:rPr>
        <w:t>1:07:08  aise logon ke sirf dua kijiye aur kuch nahin.</w:t>
      </w:r>
    </w:p>
    <w:p>
      <w:pPr>
        <w:pStyle w:val="Heading2"/>
      </w:pPr>
      <w:r>
        <w:t>How to identify errors in religious interpretation?</w:t>
      </w:r>
    </w:p>
    <w:p>
      <w:r>
        <w:rPr>
          <w:color w:val="666666"/>
          <w:sz w:val="18"/>
        </w:rPr>
        <w:t>Quran &amp; Tafsir · The Search of Man July 7, 2013 · 1m 09s · at 47:26 · https://youtu.be/44_ud_OInuU?t=2846</w:t>
      </w:r>
    </w:p>
    <w:p>
      <w:r>
        <w:rPr>
          <w:i/>
        </w:rPr>
        <w:t>“How to find out errors in interpretation of religion? Compare with Quran and Hadith. That wrong interpretation is deviation.”</w:t>
      </w:r>
    </w:p>
    <w:p>
      <w:r>
        <w:rPr>
          <w:sz w:val="20"/>
        </w:rPr>
        <w:t>47:26  aur agla sawal hai maulana iqbal umri sahib ka chennai se:</w:t>
      </w:r>
      <w:r>
        <w:br/>
      </w:r>
      <w:r>
        <w:rPr>
          <w:sz w:val="20"/>
        </w:rPr>
        <w:t>47:32  "deen ki taabeer mein ghalti ko kaise find out karein?" quran o hadees se compare kijiye.</w:t>
      </w:r>
      <w:r>
        <w:br/>
      </w:r>
      <w:r>
        <w:rPr>
          <w:sz w:val="20"/>
        </w:rPr>
        <w:t>47:44  woh taabeer ghalti jo hoti hai, woh to deviation hota hai.</w:t>
      </w:r>
      <w:r>
        <w:br/>
      </w:r>
      <w:r>
        <w:rPr>
          <w:sz w:val="20"/>
        </w:rPr>
        <w:t>47:49  to quran o hadees se aap compare kijiye, aap jaan lenge.</w:t>
      </w:r>
      <w:r>
        <w:br/>
      </w:r>
      <w:r>
        <w:rPr>
          <w:sz w:val="20"/>
        </w:rPr>
        <w:t>47:58  misalan quran mein hai ke:</w:t>
      </w:r>
      <w:r>
        <w:br/>
      </w:r>
      <w:r>
        <w:rPr>
          <w:sz w:val="20"/>
        </w:rPr>
        <w:t>48:05  "aqbuddin, aqbuddin ke baray mein deen ki pairwi karo." ab aap us pe nikalenge ke zinda uthao to us mein mauqoof hai hi nahi.</w:t>
      </w:r>
      <w:r>
        <w:br/>
      </w:r>
      <w:r>
        <w:rPr>
          <w:sz w:val="20"/>
        </w:rPr>
        <w:t>48:16  to</w:t>
      </w:r>
      <w:r>
        <w:br/>
      </w:r>
      <w:r>
        <w:rPr>
          <w:sz w:val="20"/>
        </w:rPr>
        <w:t>48:18  jab aadmi seriously soche ga to woh jaan le ga ke main khud sakhta hoon to nikaal raha hoon, aayat mein to aisa hai hi nahin.</w:t>
      </w:r>
    </w:p>
    <w:p>
      <w:pPr>
        <w:pStyle w:val="Heading2"/>
      </w:pPr>
      <w:r>
        <w:t>How to read Quran translation properly</w:t>
      </w:r>
    </w:p>
    <w:p>
      <w:r>
        <w:rPr>
          <w:color w:val="666666"/>
          <w:sz w:val="18"/>
        </w:rPr>
        <w:t>Quran &amp; Tafsir · Hadith-e-Jibril, April 21, 2013 · 8m 26s · at 1:08:31 · https://youtu.be/0rF6Ou0pDog?t=4111</w:t>
      </w:r>
    </w:p>
    <w:p>
      <w:r>
        <w:rPr>
          <w:i/>
        </w:rPr>
        <w:t>“In the last class, you mentioned a hadith that if one derives the meaning of the Quran without tafsir, it will be wrong even if the meaning is correct. But you insist that we read the translation and also ponder. Please clarify how we should read the translation of the Quran.”</w:t>
      </w:r>
    </w:p>
    <w:p>
      <w:r>
        <w:rPr>
          <w:sz w:val="20"/>
        </w:rPr>
        <w:t>1:08:31  maulana, agla sawal dilli se hai ans sahib ka. unhon ne likha hai maulana sahib, last class mein aap ne ek hadees batai thi ke agar quran ka matlab tafseer ke baghair nikal liya to wo galat hoga, chahe sahi matlab kyun na ho.</w:t>
      </w:r>
      <w:r>
        <w:br/>
      </w:r>
      <w:r>
        <w:rPr>
          <w:sz w:val="20"/>
        </w:rPr>
        <w:t>1:08:49  lekin aap hamein tarjuma parhne ke liye taakeed karte hain aur ghhor-o-fikr ke liye bhi kehte hain.</w:t>
      </w:r>
      <w:r>
        <w:br/>
      </w:r>
      <w:r>
        <w:rPr>
          <w:sz w:val="20"/>
        </w:rPr>
        <w:t>1:08:55  aap yeh wazeh kar dijiye ke hamein quran ka tarjuma kis tareeqe se parhna chahiye.</w:t>
      </w:r>
      <w:r>
        <w:br/>
      </w:r>
      <w:r>
        <w:rPr>
          <w:sz w:val="20"/>
        </w:rPr>
        <w:t>1:09:03  daikhen, woh jo hadith mein ne sunai thi, woh hadith aise logon ke baray mein hai jo sincere na hon quran ke baray mein.</w:t>
      </w:r>
      <w:r>
        <w:br/>
      </w:r>
      <w:r>
        <w:rPr>
          <w:sz w:val="20"/>
        </w:rPr>
        <w:t>1:09:13  hawai tor par baaten nikalen. aise hi hawa mein apna dimagh dorayen. attkal mein, attkal.</w:t>
      </w:r>
      <w:r>
        <w:br/>
      </w:r>
      <w:r>
        <w:rPr>
          <w:sz w:val="20"/>
        </w:rPr>
        <w:t>1:09:22  jo kehte hain na, attkal.</w:t>
      </w:r>
      <w:r>
        <w:br/>
      </w:r>
      <w:r>
        <w:rPr>
          <w:sz w:val="20"/>
        </w:rPr>
        <w:t>1:09:24  to kabhi ittifaq se agar sahi baat bhi keh dein to chounke unhon ne yani sincere nahi thay woh, sanjeeda nahi thay woh, to apni ghair sanjeedgi ke barabar woh ghalat qarar payen gi.</w:t>
      </w:r>
      <w:r>
        <w:br/>
      </w:r>
      <w:r>
        <w:rPr>
          <w:sz w:val="20"/>
        </w:rPr>
        <w:t>1:09:42  to quran ko parhna chahiye bohat ziyada sanjeedgi ke sath, bohat ziyada sincerity ke sath. is ko bohat hi ziyada yani</w:t>
      </w:r>
      <w:r>
        <w:br/>
      </w:r>
      <w:r>
        <w:rPr>
          <w:sz w:val="20"/>
        </w:rPr>
        <w:t>1:09:56  allah ka yani yeh ehsas le kar ke ke agar mein koi ghalat baat kahun ga to allah ka meri pakar hogi.</w:t>
      </w:r>
      <w:r>
        <w:br/>
      </w:r>
      <w:r>
        <w:rPr>
          <w:sz w:val="20"/>
        </w:rPr>
        <w:t>1:10:05  to in sab baaton ko le kar agar aap parhen ge to bil farz aap ghalat kisi baat ka ghalat matan nikalein, tab bhi aap nahi pakar jayen ge.</w:t>
      </w:r>
      <w:r>
        <w:br/>
      </w:r>
      <w:r>
        <w:rPr>
          <w:sz w:val="20"/>
        </w:rPr>
        <w:t>1:10:14  yeh bhi samajh lijiye. yani ghair sanjeeda aadmi agar theek baat kahe to bhi pakar jayega woh. lekin sanjeeda aadmi agar koi ghalat baat ittifaq se keh de to woh pakar, is ki pakar nahi hogi.</w:t>
      </w:r>
      <w:r>
        <w:br/>
      </w:r>
      <w:r>
        <w:rPr>
          <w:sz w:val="20"/>
        </w:rPr>
        <w:t>1:10:29  mein aap ko aik misaal deta hoon</w:t>
      </w:r>
      <w:r>
        <w:br/>
      </w:r>
      <w:r>
        <w:rPr>
          <w:sz w:val="20"/>
        </w:rPr>
        <w:t>1:10:33  ke aik hadith hai, aik hadith hai ke aik baddo ka oont gum ho gaya desert mein.</w:t>
      </w:r>
      <w:r>
        <w:br/>
      </w:r>
      <w:r>
        <w:rPr>
          <w:sz w:val="20"/>
        </w:rPr>
        <w:t>1:10:45  ab woh dor raha hai idhar udhar. achaanak us ne dekha ke mein oont filani jagah, aik aik khara hua hai aik jagah,</w:t>
      </w:r>
      <w:r>
        <w:br/>
      </w:r>
      <w:r>
        <w:rPr>
          <w:sz w:val="20"/>
        </w:rPr>
        <w:t>1:10:59  pahar ke kisi hissay mein mil gaya us ko. to aap jante hain ke qadeem zamanay mein oont jo tha, kisi baddo ke liye sab kuch hota tha.</w:t>
      </w:r>
      <w:r>
        <w:br/>
      </w:r>
      <w:r>
        <w:rPr>
          <w:sz w:val="20"/>
        </w:rPr>
        <w:t>1:11:10  sab kuch wohi hota tha. isi par us ki zindagi depend karti thi. to bohat khush hua, bohat khush hua, bohat khush hua. to us ki zuban se nikal gaya allahumma anta abdi wa ana rabbuk a khuda, tu mera banda hai aur mein tera rab hoon.</w:t>
      </w:r>
      <w:r>
        <w:br/>
      </w:r>
      <w:r>
        <w:rPr>
          <w:sz w:val="20"/>
        </w:rPr>
        <w:t>1:11:29  yani ulta kaha gaya woh. yani kehna to chahiye tha ke a khuda, tu mera rab hai, mein tera banda hoon. woh ulta kaha gaya woh. tab bhi allah taala ke haan us ki bakhshish ho gayi.</w:t>
      </w:r>
      <w:r>
        <w:br/>
      </w:r>
      <w:r>
        <w:rPr>
          <w:sz w:val="20"/>
        </w:rPr>
        <w:t>1:11:43  kyunke intentionally he was not wrong</w:t>
      </w:r>
      <w:r>
        <w:br/>
      </w:r>
      <w:r>
        <w:rPr>
          <w:sz w:val="20"/>
        </w:rPr>
        <w:t>1:11:50  to yaad rakhiye, quran mein aap khoob ghor kijeye. khoob ghor kijeye.</w:t>
      </w:r>
      <w:r>
        <w:br/>
      </w:r>
      <w:r>
        <w:rPr>
          <w:sz w:val="20"/>
        </w:rPr>
        <w:t>1:11:58  aur agar aap sanjeeda honge, allah ka darr aap ke dil mein hoga, waqeatan aap sachai tak pohnchne ki niyat aap ke andar hogi, to bil farz koi baat ghalat aa jaye aap ke zehn mein to pakar nahi hogi is ki.</w:t>
      </w:r>
      <w:r>
        <w:br/>
      </w:r>
      <w:r>
        <w:rPr>
          <w:sz w:val="20"/>
        </w:rPr>
        <w:t>1:12:14  to asal cheez hai inma al awal bil niyyat</w:t>
      </w:r>
      <w:r>
        <w:br/>
      </w:r>
      <w:r>
        <w:rPr>
          <w:sz w:val="20"/>
        </w:rPr>
        <w:t>1:12:17  aap ki niyat durust ho, aap ka intention durust ho, yeh asal ahmiyat hai. baqi cheezen irrelevant hain.</w:t>
      </w:r>
      <w:r>
        <w:br/>
      </w:r>
      <w:r>
        <w:rPr>
          <w:sz w:val="20"/>
        </w:rPr>
        <w:t>1:12:28  maulana, un ka doosra sawal yeh hai ke hadith jibril mein dawat ka zikr kyun nahi kiya gaya?</w:t>
      </w:r>
      <w:r>
        <w:br/>
      </w:r>
      <w:r>
        <w:rPr>
          <w:sz w:val="20"/>
        </w:rPr>
        <w:t>1:12:39  hadith jibril apne aap mein dawat hai.</w:t>
      </w:r>
      <w:r>
        <w:br/>
      </w:r>
      <w:r>
        <w:rPr>
          <w:sz w:val="20"/>
        </w:rPr>
        <w:t>1:12:43  jab mein is ko parh raha tha to mein ne socha ke aasman se aik farishta aya, woh dawti to thi woh, batane ke liye.</w:t>
      </w:r>
      <w:r>
        <w:br/>
      </w:r>
      <w:r>
        <w:rPr>
          <w:sz w:val="20"/>
        </w:rPr>
        <w:t>1:12:55  allah ne farishta bheja ke jao mere baddo ko bata do</w:t>
      </w:r>
      <w:r>
        <w:br/>
      </w:r>
      <w:r>
        <w:rPr>
          <w:sz w:val="20"/>
        </w:rPr>
        <w:t>1:13:01  أَطَاعْكُمْ لَوَلَّمَكُمْ مِنْ دِيْنِكُمْ woh tumhare paas aaye tumhara deen batane ke liye.</w:t>
      </w:r>
      <w:r>
        <w:br/>
      </w:r>
      <w:r>
        <w:rPr>
          <w:sz w:val="20"/>
        </w:rPr>
        <w:t>1:13:10  to deen ko batana yahi to dawat hai.</w:t>
      </w:r>
      <w:r>
        <w:br/>
      </w:r>
      <w:r>
        <w:rPr>
          <w:sz w:val="20"/>
        </w:rPr>
        <w:t>1:13:13  woh ek demonstration diya unhon ne ke deen ko batane ke liye safar karo. toh mujhe ek waqea yaad aaya</w:t>
      </w:r>
      <w:r>
        <w:br/>
      </w:r>
      <w:r>
        <w:rPr>
          <w:sz w:val="20"/>
        </w:rPr>
        <w:t>1:13:24  ke abhi bangalore mein hamare saathi hain sarah fatima, toh woh walk karne gayi theen kisi park mein.</w:t>
      </w:r>
      <w:r>
        <w:br/>
      </w:r>
      <w:r>
        <w:rPr>
          <w:sz w:val="20"/>
        </w:rPr>
        <w:t>1:13:37  toh wahan unhon ne dekha ek ek darakht ke neeche ek lady khadi hui hai.</w:t>
      </w:r>
      <w:r>
        <w:br/>
      </w:r>
      <w:r>
        <w:rPr>
          <w:sz w:val="20"/>
        </w:rPr>
        <w:t>1:13:42  ek senior lady, ek hindu lady. toh woh qareeb gayeen toh bohat sad theen, bohat hi ghamgeen theen woh.</w:t>
      </w:r>
      <w:r>
        <w:br/>
      </w:r>
      <w:r>
        <w:rPr>
          <w:sz w:val="20"/>
        </w:rPr>
        <w:t>1:13:55  toh unhon ne poocha ke aap kyun ghamgeen kyun hain? toh unhon ne dekha ke dekho yahan par ek owl ka bachcha, yaani ullu ka bachcha gira, upar se gir pada hai.</w:t>
      </w:r>
      <w:r>
        <w:br/>
      </w:r>
      <w:r>
        <w:rPr>
          <w:sz w:val="20"/>
        </w:rPr>
        <w:t>1:14:10  woh urr nahi sakti</w:t>
      </w:r>
      <w:r>
        <w:br/>
      </w:r>
      <w:r>
        <w:rPr>
          <w:sz w:val="20"/>
        </w:rPr>
        <w:t>1:14:11  a aur is ko koway noch rahe hain. main yahan khadi hoon, kowon se bachane ke liye bhi khadi ho gayi yahan par.</w:t>
      </w:r>
      <w:r>
        <w:br/>
      </w:r>
      <w:r>
        <w:rPr>
          <w:sz w:val="20"/>
        </w:rPr>
        <w:t>1:14:19  toh unhon ne kaha ke aap pareshan na hon, main abhi is ko karti hoon. toh daud kar ghar gayeen, woh ek bas apne saath ek ek thela laeen, us bohat achhe tareeqe se us ko lapet kar thele mein rakha.</w:t>
      </w:r>
      <w:r>
        <w:br/>
      </w:r>
      <w:r>
        <w:rPr>
          <w:sz w:val="20"/>
        </w:rPr>
        <w:t>1:14:32  unhon ne kaha ke dekhen bangalore mein ek hospital hai, wahan is ka ilaaj hota hai.</w:t>
      </w:r>
      <w:r>
        <w:br/>
      </w:r>
      <w:r>
        <w:rPr>
          <w:sz w:val="20"/>
        </w:rPr>
        <w:t>1:14:37  woh log ilaaj kar ke us ko free kar dete hain aur bohat nominal charge lete hain is ka. toh main is ko wahan pahunchati hoon. aaj hi pahuncha doongi, aap bilkul dhyan rakhiye.</w:t>
      </w:r>
      <w:r>
        <w:br/>
      </w:r>
      <w:r>
        <w:rPr>
          <w:sz w:val="20"/>
        </w:rPr>
        <w:t>1:14:49  achha, is ke baad doosri pehlu suniye. jab woh ghar gayeen thela laane ke liye toh saath saath unhon ne quran bhi le liya. angrezi ka quran.</w:t>
      </w:r>
      <w:r>
        <w:br/>
      </w:r>
      <w:r>
        <w:rPr>
          <w:sz w:val="20"/>
        </w:rPr>
        <w:t>1:14:59  woh lady parhi likhi thi.</w:t>
      </w:r>
      <w:r>
        <w:br/>
      </w:r>
      <w:r>
        <w:rPr>
          <w:sz w:val="20"/>
        </w:rPr>
        <w:t>1:15:02  toh unhon ne kaha ke main bhi ek NGO se ta'alluq mein raha hoon. hum quran distribute karte hain. toh woh lady bohat khush hui.</w:t>
      </w:r>
      <w:r>
        <w:br/>
      </w:r>
      <w:r>
        <w:rPr>
          <w:sz w:val="20"/>
        </w:rPr>
        <w:t>1:15:14  unhon ne kaha ke main ek international NGO hoon, is ki member main hoon. aur main saare mulkon mein jaati rehti hoon. toh us ne ek aisi ajeeb baat kahi.</w:t>
      </w:r>
      <w:r>
        <w:br/>
      </w:r>
      <w:r>
        <w:rPr>
          <w:sz w:val="20"/>
        </w:rPr>
        <w:t>1:15:26  us ne kaha ke main ek hindu family mein paida hui toh mujhe ghar mein geeta mil gayi. geeta mere paas hai.</w:t>
      </w:r>
      <w:r>
        <w:br/>
      </w:r>
      <w:r>
        <w:rPr>
          <w:sz w:val="20"/>
        </w:rPr>
        <w:t>1:15:35  meri education hui ek christian school mein. wahan mujhe bible diya gaya. toh geeta aur bible mere paas ho gaye. ab main saari duniya ke mukhtalif mulkon mein gayi hoon lekin kisi musalman ne kabhi mujhe quran nahi diya tha.</w:t>
      </w:r>
      <w:r>
        <w:br/>
      </w:r>
      <w:r>
        <w:rPr>
          <w:sz w:val="20"/>
        </w:rPr>
        <w:t>1:15:50  aaj aap ne quran diya mujhe.</w:t>
      </w:r>
      <w:r>
        <w:br/>
      </w:r>
      <w:r>
        <w:rPr>
          <w:sz w:val="20"/>
        </w:rPr>
        <w:t>1:15:54  toh bohat khush hui woh. toh main samajhta hoon ke ek demonstration tha ke allah taala ne jibril ko bheja ke jaao mere bando ko batao.</w:t>
      </w:r>
      <w:r>
        <w:br/>
      </w:r>
      <w:r>
        <w:rPr>
          <w:sz w:val="20"/>
        </w:rPr>
        <w:t>1:16:05  aur phir bando ka hi karna hai ke jagah ja kar bataen woh. woh jo hai is mein ke lawallamkum min deenikum ke jibril aaye hain tumhare paas tum ko batane ke liye tumhara deen.</w:t>
      </w:r>
      <w:r>
        <w:br/>
      </w:r>
      <w:r>
        <w:rPr>
          <w:sz w:val="20"/>
        </w:rPr>
        <w:t>1:16:17  yahi toh sab ko karna hai ke jagah jagah jayen aap.</w:t>
      </w:r>
      <w:r>
        <w:br/>
      </w:r>
      <w:r>
        <w:rPr>
          <w:sz w:val="20"/>
        </w:rPr>
        <w:t>1:16:22  logon ko allah ka jo bataya hua deen hai us ko pahunchayen. lekin is is is is lady ne yeh kaha toh bohat mujhe ajeeb laga ke kitne mulkon mein woh gayi hoon, kitne musalmanon se is ki mulaqat hui hai.</w:t>
      </w:r>
      <w:r>
        <w:br/>
      </w:r>
      <w:r>
        <w:rPr>
          <w:sz w:val="20"/>
        </w:rPr>
        <w:t>1:16:38  kabhi kisi ne us ko quran nahi diya.</w:t>
      </w:r>
      <w:r>
        <w:br/>
      </w:r>
      <w:r>
        <w:rPr>
          <w:sz w:val="20"/>
        </w:rPr>
        <w:t>1:16:45  toh humein toh ek jazba is se milta hai ke allah ne jab farishton ko bhej diya ke ja kar mere bando ko deen batao toh mujhe bhi yahi kaam karna hai. ke allah ke bando ko allah ka deen pahunchana hai.</w:t>
      </w:r>
    </w:p>
    <w:p>
      <w:pPr>
        <w:pStyle w:val="Heading2"/>
      </w:pPr>
      <w:r>
        <w:t>How to receive guidance from the Quran?</w:t>
      </w:r>
    </w:p>
    <w:p>
      <w:r>
        <w:rPr>
          <w:color w:val="666666"/>
          <w:sz w:val="18"/>
        </w:rPr>
        <w:t>Quran &amp; Tafsir · Quran A Miracle June 01, 2014 · 1m 02s · at 1:04:01 · https://youtu.be/8KM3lDsj4PY?t=3841</w:t>
      </w:r>
    </w:p>
    <w:p>
      <w:r>
        <w:rPr>
          <w:i/>
        </w:rPr>
        <w:t>“What do we need to do in ourselves to receive guidance from the Quran?”</w:t>
      </w:r>
    </w:p>
    <w:p>
      <w:r>
        <w:rPr>
          <w:sz w:val="20"/>
        </w:rPr>
        <w:t>1:04:01  molana agla sawal miss naghma siddiqui ne kiya hai dilli se. unhon ne likha hai ke what do we need to do in ourselves to receive guidance from the quran?</w:t>
      </w:r>
      <w:r>
        <w:br/>
      </w:r>
      <w:r>
        <w:rPr>
          <w:sz w:val="20"/>
        </w:rPr>
        <w:t>1:04:13  is ko quran hadith mein taahud kaha gaya hai taahud kijiye. taahud ka matlab hota hai yaani is se is ko aap khoob is ko study karna is par sochte rehna aur mind mein bar bar is ko revive karna.</w:t>
      </w:r>
      <w:r>
        <w:br/>
      </w:r>
      <w:r>
        <w:rPr>
          <w:sz w:val="20"/>
        </w:rPr>
        <w:t>1:04:33  yeh ab yeh ab jab aap karein ge to baatein khulti rahein gi. baatein khulti rahein gi. taahud ki zaroorat hai taahud.</w:t>
      </w:r>
      <w:r>
        <w:br/>
      </w:r>
      <w:r>
        <w:rPr>
          <w:sz w:val="20"/>
        </w:rPr>
        <w:t>1:04:42  taahud ke maani yahi hote hain ke quran ki aayaton ko quran ke mazameen ko apne mind mein bar bar revive karein sochein sochein tadabbur karein.</w:t>
      </w:r>
      <w:r>
        <w:br/>
      </w:r>
      <w:r>
        <w:rPr>
          <w:sz w:val="20"/>
        </w:rPr>
        <w:t>1:04:56  yahi yahi yahi tareeqa hai aur koi doosra tareeqa nahin.</w:t>
      </w:r>
    </w:p>
    <w:p>
      <w:pPr>
        <w:pStyle w:val="Heading2"/>
      </w:pPr>
      <w:r>
        <w:t>How to understand Quran 9:5 on killing polytheists?</w:t>
      </w:r>
    </w:p>
    <w:p>
      <w:r>
        <w:rPr>
          <w:color w:val="666666"/>
          <w:sz w:val="18"/>
        </w:rPr>
        <w:t>Quran &amp; Tafsir · Quran A Miracle June 01, 2014 · 3m 18s · at 47:26 · https://youtu.be/8KM3lDsj4PY?t=2846</w:t>
      </w:r>
    </w:p>
    <w:p>
      <w:r>
        <w:rPr>
          <w:i/>
        </w:rPr>
        <w:t>“Moulana, Dr. Aslam is involved in distributing the Quran and I also got one copy from him which I am presently studying. However, there is one verse in the Quran which I am not able to understand. It is in Surah At-Tawbah, chapter nine verse number five. It says: 'When the forbidden months have passed, kill the polytheists who are at war with you wherever you find them, take them captive, and besiege them, and lie in wait for them at every place of ambush. But if they repent and take to prayer regularly and pay the zakat...'”</w:t>
      </w:r>
    </w:p>
    <w:p>
      <w:r>
        <w:rPr>
          <w:sz w:val="20"/>
        </w:rPr>
        <w:t>47:26  maulana yeh sawal saharanpur se aya hai swami amar pal singh ji ka unhon ne likha hai ke maulana sahib doctor aslam is involved in distributing the quran and i also got one copy from him which i am presently studying however there is one verse in the quran which i am not able to understand</w:t>
      </w:r>
      <w:r>
        <w:br/>
      </w:r>
      <w:r>
        <w:rPr>
          <w:sz w:val="20"/>
        </w:rPr>
        <w:t>47:53  it is in surah altaubah that is chapter nine verse number five it says when the forbidden months have passed kill the polytheists who are at war with you wherever you find them take them captive and beseech them and lie in wait for them at every place of ambush</w:t>
      </w:r>
      <w:r>
        <w:br/>
      </w:r>
      <w:r>
        <w:rPr>
          <w:sz w:val="20"/>
        </w:rPr>
        <w:t>48:18  but if they repent and take to namaz regularly and pay the arms then let them go their way god is forgiving and merciful my question is that why such a verse which supports violence is mentioned in the quran</w:t>
      </w:r>
      <w:r>
        <w:br/>
      </w:r>
      <w:r>
        <w:rPr>
          <w:sz w:val="20"/>
        </w:rPr>
        <w:t>48:37  I want to understand the correct meaning of the verse and don't want to be misguided it could be that quran is saying something and I am understanding something else kindly clarify my doubt with respect to the above verse.</w:t>
      </w:r>
      <w:r>
        <w:br/>
      </w:r>
      <w:r>
        <w:rPr>
          <w:sz w:val="20"/>
        </w:rPr>
        <w:t>48:54  dekhiye khud verse hi mein is ka jawab maujood hai. Kyun ke is mein hai at war aap ne khud parha abhi.</w:t>
      </w:r>
      <w:r>
        <w:br/>
      </w:r>
      <w:r>
        <w:rPr>
          <w:sz w:val="20"/>
        </w:rPr>
        <w:t>49:04  ke jo log at war hain jo maidan e jang mein hain woh</w:t>
      </w:r>
      <w:r>
        <w:br/>
      </w:r>
      <w:r>
        <w:rPr>
          <w:sz w:val="20"/>
        </w:rPr>
        <w:t>49:12  hamla karne ke liye nikal pade hain. Un ke bare mein yeh ayat hai. To sari dunya ka yeh bilkul usool hai ke jo at war hon un ko to yani un ki taqat ko todna parta hai.</w:t>
      </w:r>
      <w:r>
        <w:br/>
      </w:r>
      <w:r>
        <w:rPr>
          <w:sz w:val="20"/>
        </w:rPr>
        <w:t>49:27  lekin quran mein doosri jagah yeh bhi hai ke jang is waqt tak hai jab tak ke fareeq e sani hathiyar uthaye hue hain.</w:t>
      </w:r>
      <w:r>
        <w:br/>
      </w:r>
      <w:r>
        <w:rPr>
          <w:sz w:val="20"/>
        </w:rPr>
        <w:t>49:37  aur jang ki halat paida ki hui hai. Jaise hi jang khatam to hathiyar ka istemal bhi khatam. To woh waqti cheez thi.</w:t>
      </w:r>
      <w:r>
        <w:br/>
      </w:r>
      <w:r>
        <w:rPr>
          <w:sz w:val="20"/>
        </w:rPr>
        <w:t>49:46  ya aaj nahi ke aaj ladein musalman talwar le le kar ke. Is waqti soorat e haal mein ek temporary period mein yeh is mein dekh li jiye ke do baatein shart hain.</w:t>
      </w:r>
      <w:r>
        <w:br/>
      </w:r>
      <w:r>
        <w:rPr>
          <w:sz w:val="20"/>
        </w:rPr>
        <w:t>49:58  ek hai temporary period aur doosri yeh ke woh hai un logon se jo at war hon. Bas ab is ka ab is ayat ka koi application nahi hai.</w:t>
      </w:r>
      <w:r>
        <w:br/>
      </w:r>
      <w:r>
        <w:rPr>
          <w:sz w:val="20"/>
        </w:rPr>
        <w:t>50:08  woh ek tareekh ka hissa hai. Woh ek tareekh ka hissa hai.</w:t>
      </w:r>
      <w:r>
        <w:br/>
      </w:r>
      <w:r>
        <w:rPr>
          <w:sz w:val="20"/>
        </w:rPr>
        <w:t>50:15  to to jo log is ko yeh samajhte hain ke hamein hukum hai ke rozana lad lad ke marein logon ko to yeh bilkul galat matlab nikalte hain.</w:t>
      </w:r>
      <w:r>
        <w:br/>
      </w:r>
      <w:r>
        <w:rPr>
          <w:sz w:val="20"/>
        </w:rPr>
        <w:t>50:25  sirf ek temporary situation jis ko hum kehte hain ke at war hona us ke bare mein yeh hai. Bas is yeh to yeh universal norm hai ke aise logon ke sath un ko khatam karne ke liye muqabla karna parta hai.</w:t>
      </w:r>
    </w:p>
    <w:p>
      <w:pPr>
        <w:pStyle w:val="Heading2"/>
      </w:pPr>
      <w:r>
        <w:t>How to understand Quran better</w:t>
      </w:r>
    </w:p>
    <w:p>
      <w:r>
        <w:rPr>
          <w:color w:val="666666"/>
          <w:sz w:val="18"/>
        </w:rPr>
        <w:t>Quran &amp; Tafsir · Q&amp;A 13 Nov 2011 · 34s · at 41:45 · https://youtu.be/oOZ9h37_pL8?t=2505</w:t>
      </w:r>
    </w:p>
    <w:p>
      <w:r>
        <w:rPr>
          <w:i/>
        </w:rPr>
        <w:t>“Please guide me and tell me how I can understand Quran in a better way. Is there any procedure to do that?”</w:t>
      </w:r>
    </w:p>
    <w:p>
      <w:r>
        <w:rPr>
          <w:sz w:val="20"/>
        </w:rPr>
        <w:t>41:45  maulana agla sawal aaya hai mr mir ali ka. unhon ne apni location nahi likhi hai. un ka sawal hai ke please guide me and tell me how i can understand quran in a better way.</w:t>
      </w:r>
      <w:r>
        <w:br/>
      </w:r>
      <w:r>
        <w:rPr>
          <w:sz w:val="20"/>
        </w:rPr>
        <w:t>41:58  is there any procedure to do that</w:t>
      </w:r>
      <w:r>
        <w:br/>
      </w:r>
      <w:r>
        <w:rPr>
          <w:sz w:val="20"/>
        </w:rPr>
        <w:t>42:01  ? koi procedure nahi hota aap dua kijiye aur padhiye dua kijiye padhiye. yani re re read it again and again. aur padhiye tadabbur ke sath.</w:t>
      </w:r>
      <w:r>
        <w:br/>
      </w:r>
      <w:r>
        <w:rPr>
          <w:sz w:val="20"/>
        </w:rPr>
        <w:t>42:13  quran ko tadabbur ke sath padhiye aur dua karte hue bas yahi hai aur koi procedure nahi.</w:t>
      </w:r>
    </w:p>
    <w:p>
      <w:pPr>
        <w:pStyle w:val="Heading2"/>
      </w:pPr>
      <w:r>
        <w:t>Ideal system vs ideal human in Quran</w:t>
      </w:r>
    </w:p>
    <w:p>
      <w:r>
        <w:rPr>
          <w:color w:val="666666"/>
          <w:sz w:val="18"/>
        </w:rPr>
        <w:t>Quran &amp; Tafsir · Message of The Quran March 29, 2015 · 2m 10s · at 44:33 · https://youtu.be/61ANCBxSPHs?t=2673</w:t>
      </w:r>
    </w:p>
    <w:p>
      <w:r>
        <w:rPr>
          <w:i/>
        </w:rPr>
        <w:t>“People say that not talking about the system is to make Islam landless. At one time you were also a proponent of the ideal system. But how did you realize that creating an ideal human is the purpose of the Quran? Clarify the confusion.”</w:t>
      </w:r>
    </w:p>
    <w:p>
      <w:r>
        <w:rPr>
          <w:sz w:val="20"/>
        </w:rPr>
        <w:t>44:33  Maulana, yeh sawal aaya hai Tamil Nadu se Maulana Iqbal Omri ka. aur unhon ne likha hai: "Maulana, log kehte hain ke system ki baat na karna Islam ko be zameen karna hai.</w:t>
      </w:r>
      <w:r>
        <w:br/>
      </w:r>
      <w:r>
        <w:rPr>
          <w:sz w:val="20"/>
        </w:rPr>
        <w:t>44:49  aik zamanay mein aap bhi ideal system ke daai thay. lekin aap ne kaisay jana ke ideal insan banana hi Quran ka maqsad hai?</w:t>
      </w:r>
      <w:r>
        <w:br/>
      </w:r>
      <w:r>
        <w:rPr>
          <w:sz w:val="20"/>
        </w:rPr>
        <w:t>45:00  Maulana, is mein jo mughalta hai us ko wazeh karen." dekhiye, mein kabhi bhi ideal system ka daai nahi tha.</w:t>
      </w:r>
      <w:r>
        <w:br/>
      </w:r>
      <w:r>
        <w:rPr>
          <w:sz w:val="20"/>
        </w:rPr>
        <w:t>45:09  aap meri kitab</w:t>
      </w:r>
      <w:r>
        <w:br/>
      </w:r>
      <w:r>
        <w:rPr>
          <w:sz w:val="20"/>
        </w:rPr>
        <w:t>45:13  sab chhapi hui parh sakte hain. aur is zamanay mein jab ke mein yani yeh alaihi al salam mission shuru nahi kiya tha. is zamanay ke jo mere mazameen thay us ko mein ne chhap diya hai.</w:t>
      </w:r>
      <w:r>
        <w:br/>
      </w:r>
      <w:r>
        <w:rPr>
          <w:sz w:val="20"/>
        </w:rPr>
        <w:t>45:25  is ka naam hai "Quran ka matloob insan</w:t>
      </w:r>
      <w:r>
        <w:br/>
      </w:r>
      <w:r>
        <w:rPr>
          <w:sz w:val="20"/>
        </w:rPr>
        <w:t>45:29  " is mein aap parh lijiyay. jo baaten aaj mein kehta hoon wahi baat us mein bhi kehta tha. is mein tareekh likhi hui hai kab kab woh likha aur kab kab chhap.</w:t>
      </w:r>
      <w:r>
        <w:br/>
      </w:r>
      <w:r>
        <w:rPr>
          <w:sz w:val="20"/>
        </w:rPr>
        <w:t>45:40  to mere pichlay mazameen aap parhen aur aaj ke mazameen parhen. to dono mein koi farq nahi dikhai dega aap ko. doosri baat yeh hai ke system ko jo ahmiyat dete hain log to apnay dimagh se dete hain.</w:t>
      </w:r>
      <w:r>
        <w:br/>
      </w:r>
      <w:r>
        <w:rPr>
          <w:sz w:val="20"/>
        </w:rPr>
        <w:t>45:58  unhein Quran se sabit karna paray ga.</w:t>
      </w:r>
      <w:r>
        <w:br/>
      </w:r>
      <w:r>
        <w:rPr>
          <w:sz w:val="20"/>
        </w:rPr>
        <w:t>46:03  Quran mein kahin aik koi ayat bataiye ke Quran mein yeh kaha gaya ke: "Ae Musalmano! tumhara farz yeh hai ke tum system ko qaim karo. nizam ko qaim karo." yeh kahan Quran mein hai?</w:t>
      </w:r>
      <w:r>
        <w:br/>
      </w:r>
      <w:r>
        <w:rPr>
          <w:sz w:val="20"/>
        </w:rPr>
        <w:t>46:13  to kahin bhi nahi hai. Quran mein to yeh hai ke Allah se daro, Allah se mohabbat karo, Allah ke oopar ghor o fikr karo.</w:t>
      </w:r>
      <w:r>
        <w:br/>
      </w:r>
      <w:r>
        <w:rPr>
          <w:sz w:val="20"/>
        </w:rPr>
        <w:t>46:22  yani sab spirit ki baaten hain, tadabbur ki baaten hain.</w:t>
      </w:r>
      <w:r>
        <w:br/>
      </w:r>
      <w:r>
        <w:rPr>
          <w:sz w:val="20"/>
        </w:rPr>
        <w:t>46:26  to jab tak aap Quran se koi daleel na dein yeh baat qabil e ghor nahi hogi. apnay apnay mind se jo baat kahain woh Quran ki baat kaisay ho sakti hai?</w:t>
      </w:r>
    </w:p>
    <w:p>
      <w:pPr>
        <w:pStyle w:val="Heading2"/>
      </w:pPr>
      <w:r>
        <w:t>Ijtihad as a Sunnah besides Quran and Hadith</w:t>
      </w:r>
    </w:p>
    <w:p>
      <w:r>
        <w:rPr>
          <w:color w:val="666666"/>
          <w:sz w:val="18"/>
        </w:rPr>
        <w:t>Quran &amp; Tafsir · Importance of Ijtihad December 21,2014 · 2m 47s · at 1:00:29 · https://youtu.be/6AgisKQ8V7s?t=3629</w:t>
      </w:r>
    </w:p>
    <w:p>
      <w:r>
        <w:rPr>
          <w:i/>
        </w:rPr>
        <w:t>“Today I learned that merely citing Quran and Hadith is not enough; rather, ijtihad is also a Sunnah.”</w:t>
      </w:r>
    </w:p>
    <w:p>
      <w:r>
        <w:rPr>
          <w:sz w:val="20"/>
        </w:rPr>
        <w:t>1:00:29  maulana, agla sawal maulana iqbal umri ne bheja hai chennai se aur unhon ne likha hai ke maulana,</w:t>
      </w:r>
      <w:r>
        <w:br/>
      </w:r>
      <w:r>
        <w:rPr>
          <w:sz w:val="20"/>
        </w:rPr>
        <w:t>1:00:35  aaj hi pata chala ke sirf quran aur hadith ka naam lena kafi nahin hai, balkeh ijtihad bhi</w:t>
      </w:r>
      <w:r>
        <w:br/>
      </w:r>
      <w:r>
        <w:rPr>
          <w:sz w:val="20"/>
        </w:rPr>
        <w:t>1:00:41  ek sunnat hai.</w:t>
      </w:r>
      <w:r>
        <w:br/>
      </w:r>
      <w:r>
        <w:rPr>
          <w:sz w:val="20"/>
        </w:rPr>
        <w:t>1:00:46  aur aur yeh third option hai.</w:t>
      </w:r>
      <w:r>
        <w:br/>
      </w:r>
      <w:r>
        <w:rPr>
          <w:sz w:val="20"/>
        </w:rPr>
        <w:t>1:00:52  maulana, ijtihad kis bare mein hoga? ibadat ya mamlat mein? jab mamlat hi se is ka talluq hai</w:t>
      </w:r>
      <w:r>
        <w:br/>
      </w:r>
      <w:r>
        <w:rPr>
          <w:sz w:val="20"/>
        </w:rPr>
        <w:t>1:00:58  to darne ki kya baat hai? jo behtar ho zamane ki nisbat se, usi ko ikhtiyar karna hoga.</w:t>
      </w:r>
      <w:r>
        <w:br/>
      </w:r>
      <w:r>
        <w:rPr>
          <w:sz w:val="20"/>
        </w:rPr>
        <w:t>1:01:04  maulana, is ki wazahat karen.</w:t>
      </w:r>
      <w:r>
        <w:br/>
      </w:r>
      <w:r>
        <w:rPr>
          <w:sz w:val="20"/>
        </w:rPr>
        <w:t>1:01:09  dekhiye, ijtihad log karte rahe juz'i mani mein, yani juz'iyati masail, ibadat aur mamlat ke jo juz'iyati masail</w:t>
      </w:r>
      <w:r>
        <w:br/>
      </w:r>
      <w:r>
        <w:rPr>
          <w:sz w:val="20"/>
        </w:rPr>
        <w:t>1:01:15  hain, is pe ijtihad karte rahe.</w:t>
      </w:r>
      <w:r>
        <w:br/>
      </w:r>
      <w:r>
        <w:rPr>
          <w:sz w:val="20"/>
        </w:rPr>
        <w:t>1:01:21  main is ko kuch nahin samajhta, woh to baghair mufti na ho, ulma na hon, tab bhi aadmi</w:t>
      </w:r>
      <w:r>
        <w:br/>
      </w:r>
      <w:r>
        <w:rPr>
          <w:sz w:val="20"/>
        </w:rPr>
        <w:t>1:01:27  khud hi khud soch ke jaan lega.</w:t>
      </w:r>
      <w:r>
        <w:br/>
      </w:r>
      <w:r>
        <w:rPr>
          <w:sz w:val="20"/>
        </w:rPr>
        <w:t>1:01:33  jaise hadith mein aata hai ke ijtihad qalbik, apne dil se fateh pooch lo.</w:t>
      </w:r>
      <w:r>
        <w:br/>
      </w:r>
      <w:r>
        <w:rPr>
          <w:sz w:val="20"/>
        </w:rPr>
        <w:t>1:01:38  ijtihad qalbik, main samajhta hoon ke itni behtar jo ke mufti sahebhan ne aur fuqaha ne, is ki</w:t>
      </w:r>
      <w:r>
        <w:br/>
      </w:r>
      <w:r>
        <w:rPr>
          <w:sz w:val="20"/>
        </w:rPr>
        <w:t>1:01:44  koi zaroorat hi nahin thi.</w:t>
      </w:r>
      <w:r>
        <w:br/>
      </w:r>
      <w:r>
        <w:rPr>
          <w:sz w:val="20"/>
        </w:rPr>
        <w:t>1:01:50  ijtihad qalbik kafi tha, aadmi apne dil se pooch kar ke chal sakta tha.</w:t>
      </w:r>
      <w:r>
        <w:br/>
      </w:r>
      <w:r>
        <w:rPr>
          <w:sz w:val="20"/>
        </w:rPr>
        <w:t>1:01:56  is ko itna hungama hazar saal se bacha hua hai juz'iyati masail mein.</w:t>
      </w:r>
      <w:r>
        <w:br/>
      </w:r>
      <w:r>
        <w:rPr>
          <w:sz w:val="20"/>
        </w:rPr>
        <w:t>1:02:01  to juz'iyati masail mein khoob khoob ijtihad kiya logon ne, lekin jahan tak kulliyati masail hain, is mein</w:t>
      </w:r>
      <w:r>
        <w:br/>
      </w:r>
      <w:r>
        <w:rPr>
          <w:sz w:val="20"/>
        </w:rPr>
        <w:t>1:02:07  ijtihad hi nahin kiya gaya.</w:t>
      </w:r>
      <w:r>
        <w:br/>
      </w:r>
      <w:r>
        <w:rPr>
          <w:sz w:val="20"/>
        </w:rPr>
        <w:t>1:02:13  siray se ijtihad nahin kiya gaya.</w:t>
      </w:r>
      <w:r>
        <w:br/>
      </w:r>
      <w:r>
        <w:rPr>
          <w:sz w:val="20"/>
        </w:rPr>
        <w:t>1:02:19  aisa nahin ke kam kiya gaya, ijtihad hi nahin kiya gaya.</w:t>
      </w:r>
      <w:r>
        <w:br/>
      </w:r>
      <w:r>
        <w:rPr>
          <w:sz w:val="20"/>
        </w:rPr>
        <w:t>1:02:24  juz'iyati masail sab aur jo juz'iyati masail hain, woh to ijtihad qalbik ke tehat aate hain.</w:t>
      </w:r>
      <w:r>
        <w:br/>
      </w:r>
      <w:r>
        <w:rPr>
          <w:sz w:val="20"/>
        </w:rPr>
        <w:t>1:02:30  mein ne bhi misaal ke taur par deta hoon aap ko ke bari bahas hai, yaani woh hanfiyon</w:t>
      </w:r>
      <w:r>
        <w:br/>
      </w:r>
      <w:r>
        <w:rPr>
          <w:sz w:val="20"/>
        </w:rPr>
        <w:t>1:02:36  aur salafiyon ke darmiyan ke woh qirat fatiha khalaf al imam, imam qirat kar raha hai to mein fatiha</w:t>
      </w:r>
      <w:r>
        <w:br/>
      </w:r>
      <w:r>
        <w:rPr>
          <w:sz w:val="20"/>
        </w:rPr>
        <w:t>1:02:42  parhoon ke na parhoon.</w:t>
      </w:r>
      <w:r>
        <w:br/>
      </w:r>
      <w:r>
        <w:rPr>
          <w:sz w:val="20"/>
        </w:rPr>
        <w:t>1:02:48  yeh aadmi khud hi samajh lega ke woh parh raha hai to mein sunoon, yeh kafi hai.</w:t>
      </w:r>
      <w:r>
        <w:br/>
      </w:r>
      <w:r>
        <w:rPr>
          <w:sz w:val="20"/>
        </w:rPr>
        <w:t>1:02:53  nahi parh raha to mein parh doon, common sense kafi hai.</w:t>
      </w:r>
      <w:r>
        <w:br/>
      </w:r>
      <w:r>
        <w:rPr>
          <w:sz w:val="20"/>
        </w:rPr>
        <w:t>1:02:59  ijtehad qulbika ka matlab common sense, jo cheez common sense se maloom ho sakti thi, us par logon</w:t>
      </w:r>
      <w:r>
        <w:br/>
      </w:r>
      <w:r>
        <w:rPr>
          <w:sz w:val="20"/>
        </w:rPr>
        <w:t>1:03:05  ne bari baheshein keen, hazaron kitabein likh dalien.</w:t>
      </w:r>
      <w:r>
        <w:br/>
      </w:r>
      <w:r>
        <w:rPr>
          <w:sz w:val="20"/>
        </w:rPr>
        <w:t>1:03:11  mein nahi samajhta ke yeh koi koi koi positive khidmat thi Islam ki.</w:t>
      </w:r>
    </w:p>
    <w:p>
      <w:pPr>
        <w:pStyle w:val="Heading2"/>
      </w:pPr>
      <w:r>
        <w:t>Implementing verse 15:94 in modern times</w:t>
      </w:r>
    </w:p>
    <w:p>
      <w:r>
        <w:rPr>
          <w:color w:val="666666"/>
          <w:sz w:val="18"/>
        </w:rPr>
        <w:t>Quran &amp; Tafsir · Collective Repentance I Feb 24, 2013 Maulana Wahiduddin Khan · 2m 16s · at 1:06:01 · https://youtu.be/lkkolxAL38c?t=3961</w:t>
      </w:r>
    </w:p>
    <w:p>
      <w:r>
        <w:rPr>
          <w:i/>
        </w:rPr>
        <w:t>“How can one implement in today's time the verse number 94 of Al-Hijr which says: 'Proclaim openly all that you have been commanded and leave alone those who ascribe divinity to anyone besides God?' Kindly comment.”</w:t>
      </w:r>
    </w:p>
    <w:p>
      <w:r>
        <w:rPr>
          <w:sz w:val="20"/>
        </w:rPr>
        <w:t>1:06:01  maulana, ab agla sawal mumbai se aya hai farhan naseem khan sahib ka. unhon ne likha hai: "maulana, how can one implement in today time the verse number 94 of al hijr which says</w:t>
      </w:r>
      <w:r>
        <w:br/>
      </w:r>
      <w:r>
        <w:rPr>
          <w:sz w:val="20"/>
        </w:rPr>
        <w:t>1:06:19  hence proclaim openly all that you have been bidden and leave alone and leave alone all those who ascribe divinity to anyone beside the god?" kindly comment.</w:t>
      </w:r>
      <w:r>
        <w:br/>
      </w:r>
      <w:r>
        <w:rPr>
          <w:sz w:val="20"/>
        </w:rPr>
        <w:t>1:06:33  aaj to azadi azadi hai,</w:t>
      </w:r>
      <w:r>
        <w:br/>
      </w:r>
      <w:r>
        <w:rPr>
          <w:sz w:val="20"/>
        </w:rPr>
        <w:t>1:06:36  aaj to sab se zyada dunya mein yeh kaam ho sakta hai.</w:t>
      </w:r>
      <w:r>
        <w:br/>
      </w:r>
      <w:r>
        <w:rPr>
          <w:sz w:val="20"/>
        </w:rPr>
        <w:t>1:06:42  fardah baat umar ko maane hain, khule taur par kaho. to pehle zamane mein to yani khule taur par karne ke liye pathar yani ki maar parti thi.</w:t>
      </w:r>
      <w:r>
        <w:br/>
      </w:r>
      <w:r>
        <w:rPr>
          <w:sz w:val="20"/>
        </w:rPr>
        <w:t>1:06:53  ab kya hai? ab to freedom hai, ab koi rukawat hi nahi hai.</w:t>
      </w:r>
      <w:r>
        <w:br/>
      </w:r>
      <w:r>
        <w:rPr>
          <w:sz w:val="20"/>
        </w:rPr>
        <w:t>1:06:58  ab to kuch bhi rukawat nahi hai. ab rukawat jo hai us waqt hai jab ke aap hamakat karen. aap pehle mujhe maar ki policy chalayen. musalmanon ne sari dunya mein aap pehle mujhe maar ki policy chala rakhi hai.</w:t>
      </w:r>
      <w:r>
        <w:br/>
      </w:r>
      <w:r>
        <w:rPr>
          <w:sz w:val="20"/>
        </w:rPr>
        <w:t>1:07:10  is ki wajah se masail paida hote hain. to kehte hain ke dawat ka kaam kaise karen?</w:t>
      </w:r>
      <w:r>
        <w:br/>
      </w:r>
      <w:r>
        <w:rPr>
          <w:sz w:val="20"/>
        </w:rPr>
        <w:t>1:07:15  apne aap pehle mujhe maar ki policy band karo, phir dawat ke sare mawaqe khulenge tumhare liye.</w:t>
      </w:r>
      <w:r>
        <w:br/>
      </w:r>
      <w:r>
        <w:rPr>
          <w:sz w:val="20"/>
        </w:rPr>
        <w:t>1:07:25  aap pehle mujhe maar ki, mujhe nahi ke aap samajhte nahi samajhte is ko ke ek bail khada hua hai, seengh wala. to hum ne gaon mein dekha hai, apna bail khada hua, aap is ko koi matlab nahi kisi cheez se.</w:t>
      </w:r>
      <w:r>
        <w:br/>
      </w:r>
      <w:r>
        <w:rPr>
          <w:sz w:val="20"/>
        </w:rPr>
        <w:t>1:07:37  ab bachche kahin pathar marte hain is ko to is ko seengh marta hai. woh</w:t>
      </w:r>
      <w:r>
        <w:br/>
      </w:r>
      <w:r>
        <w:rPr>
          <w:sz w:val="20"/>
        </w:rPr>
        <w:t>1:07:42  agar aap pathar na maren to seengh bhi nahi marega. woh khamkhwah nahi marta seengh kabhi bail. to musalman shayad dunya mein chalate hain, aap pehle mujhe maar ki ki siyasat.</w:t>
      </w:r>
      <w:r>
        <w:br/>
      </w:r>
      <w:r>
        <w:rPr>
          <w:sz w:val="20"/>
        </w:rPr>
        <w:t>1:07:55  aur phir jab masail paida hote hain to kehte hain hum da'wati kaam kaise karen?</w:t>
      </w:r>
      <w:r>
        <w:br/>
      </w:r>
      <w:r>
        <w:rPr>
          <w:sz w:val="20"/>
        </w:rPr>
        <w:t>1:08:01  to mera jawab yeh hai ke pehle khatm karo, aap pehle mujhe maar ki siyasat aur is ke baad dawat ke mauqe sab khule hue hain.</w:t>
      </w:r>
      <w:r>
        <w:br/>
      </w:r>
      <w:r>
        <w:rPr>
          <w:sz w:val="20"/>
        </w:rPr>
        <w:t>1:08:09  in ko faraham kar sakte ho, koi rukawat hi nahi hai is zamane mein.</w:t>
      </w:r>
    </w:p>
    <w:p>
      <w:pPr>
        <w:pStyle w:val="Heading2"/>
      </w:pPr>
      <w:r>
        <w:t>Importance of Language in Understanding Islam</w:t>
      </w:r>
    </w:p>
    <w:p>
      <w:r>
        <w:rPr>
          <w:color w:val="666666"/>
          <w:sz w:val="18"/>
        </w:rPr>
        <w:t>Quran &amp; Tafsir · Dars-e-Quran, Chapter 2, Verses 67-73, May 6, 2018 · 1m 20s · at 59:39 · https://youtu.be/JAsg4SpiVDU?t=3579</w:t>
      </w:r>
    </w:p>
    <w:p>
      <w:r>
        <w:rPr>
          <w:i/>
        </w:rPr>
        <w:t>“The Quran has been revealed in Arabic language so that human beings can understand it easily. Torah in Hebrew, Bible in Biblical Hebrew, and later it was translated into Greek. I want to know the importance of language in understanding Islam because we see people are still against the translation of the holy book.”</w:t>
      </w:r>
    </w:p>
    <w:p>
      <w:r>
        <w:rPr>
          <w:sz w:val="20"/>
        </w:rPr>
        <w:t>59:39  unhon ne likha hai ke woh waqt aa gaya hai musalman dajjal ko zibah karen jaise yahud ne baqra zibah kiya tha. Maulana, agla sawal lete hain.</w:t>
      </w:r>
      <w:r>
        <w:br/>
      </w:r>
      <w:r>
        <w:rPr>
          <w:sz w:val="20"/>
        </w:rPr>
        <w:t>59:49  yeh bheja hai Aftab Alam Sahab ne Kolkata se. Unhon ne likha hai: "Da Quran has been revealed in Arabic language so that human beings can understand it easily.</w:t>
      </w:r>
      <w:r>
        <w:br/>
      </w:r>
      <w:r>
        <w:rPr>
          <w:sz w:val="20"/>
        </w:rPr>
        <w:t>1:00:02  Torah in Hebrew, Bible in Biblical Hebrew, and later it was translated into Greek." Maulana, I want to know the importance of language in understanding Islam because we see people are still against the translation of the Holy Book.</w:t>
      </w:r>
      <w:r>
        <w:br/>
      </w:r>
      <w:r>
        <w:rPr>
          <w:sz w:val="20"/>
        </w:rPr>
        <w:t>1:00:22  Please explain this. Nahin nahin,</w:t>
      </w:r>
      <w:r>
        <w:br/>
      </w:r>
      <w:r>
        <w:rPr>
          <w:sz w:val="20"/>
        </w:rPr>
        <w:t>1:00:26  bilkul! Jo log translation ke khilaf hain, woh kuch jante nahin hain, kuch nahin jante. Translation to must hai, must hai!</w:t>
      </w:r>
      <w:r>
        <w:br/>
      </w:r>
      <w:r>
        <w:rPr>
          <w:sz w:val="20"/>
        </w:rPr>
        <w:t>1:00:39  Is par hum ne likha hai kafi. Hamara jo translation hai, us ka preface aap parh lijiye. Preface!</w:t>
      </w:r>
      <w:r>
        <w:br/>
      </w:r>
      <w:r>
        <w:rPr>
          <w:sz w:val="20"/>
        </w:rPr>
        <w:t>1:00:50  Yeh baatein clear ho jayengi, inshallah.</w:t>
      </w:r>
    </w:p>
    <w:p>
      <w:pPr>
        <w:pStyle w:val="Heading2"/>
      </w:pPr>
      <w:r>
        <w:t>Importance of Reading Quran in Arabic</w:t>
      </w:r>
    </w:p>
    <w:p>
      <w:r>
        <w:rPr>
          <w:color w:val="666666"/>
          <w:sz w:val="18"/>
        </w:rPr>
        <w:t>Quran &amp; Tafsir · Personality of A Believer February 2, 2014 · 1m 41s · at 57:13 · https://youtu.be/EiK_-O-Bjps?t=3433</w:t>
      </w:r>
    </w:p>
    <w:p>
      <w:r>
        <w:rPr>
          <w:i/>
        </w:rPr>
        <w:t>“What is the importance of reading the Quran in Arabic without understanding it?”</w:t>
      </w:r>
    </w:p>
    <w:p>
      <w:r>
        <w:rPr>
          <w:sz w:val="20"/>
        </w:rPr>
        <w:t>57:13  maulana, agla sawal kolkatta se hai doctor roshan kumar jha sahib ka. unhon ne aap se poocha hai ke "What is the importance of reading Quran in Arabic without understanding it?"</w:t>
      </w:r>
      <w:r>
        <w:br/>
      </w:r>
      <w:r>
        <w:rPr>
          <w:sz w:val="20"/>
        </w:rPr>
        <w:t>57:28  dekhiye, har cheez mein ek aala darja hota hai, ek sakardi darja hota hai. to aala darja to yeh hai ke aadmi samajh kar parhe.</w:t>
      </w:r>
      <w:r>
        <w:br/>
      </w:r>
      <w:r>
        <w:rPr>
          <w:sz w:val="20"/>
        </w:rPr>
        <w:t>57:40  arabi janta hai to arabi arabi seekhe, arabi nahi janta to arabi seekhe, aur arabi zabanein padh kar samjhe, nahi to tarjuma padhe.</w:t>
      </w:r>
      <w:r>
        <w:br/>
      </w:r>
      <w:r>
        <w:rPr>
          <w:sz w:val="20"/>
        </w:rPr>
        <w:t>57:51  yeh aala darja hai, lekin secondary darje mein yeh bhi ek ek tareeqa hai ke aap samajhte na hon, phir bhi padh rahe hain ke yeh Allah ka kalam hai.</w:t>
      </w:r>
      <w:r>
        <w:br/>
      </w:r>
      <w:r>
        <w:rPr>
          <w:sz w:val="20"/>
        </w:rPr>
        <w:t>58:02  to is ko mein be faida nahi kahunga, lekin woh secondary mein kahunga ke woh secondary baat hai. aala baat yeh hai ke aap samjhein ya to arabi zuban mein ya tarjume ke zariye se.</w:t>
      </w:r>
      <w:r>
        <w:br/>
      </w:r>
      <w:r>
        <w:rPr>
          <w:sz w:val="20"/>
        </w:rPr>
        <w:t>58:15  doosri baat yeh hai ke agar aap arabi nahi jante ya tarjuma nahi padh sakte, tab bhi koi is mein yani hرج ki baat nahi, kyunke is paas mein aise log hote hain,</w:t>
      </w:r>
      <w:r>
        <w:br/>
      </w:r>
      <w:r>
        <w:rPr>
          <w:sz w:val="20"/>
        </w:rPr>
        <w:t>58:31  aap ke masjid ke imam hain ya is paas ka koi baat aadmi hai jo padha likha hai, us se aap poochhiye, poochh ke janiye, ek mutual learning kijiye.</w:t>
      </w:r>
      <w:r>
        <w:br/>
      </w:r>
      <w:r>
        <w:rPr>
          <w:sz w:val="20"/>
        </w:rPr>
        <w:t>58:42  to mein samajhta hoon ke yeh koi rukawat nahi hai ke aadmi zuban na janta ho, doosron se baat kar ke, poochh kar ke woh baaton ko samajh sakta hai.</w:t>
      </w:r>
    </w:p>
    <w:p>
      <w:pPr>
        <w:pStyle w:val="Heading2"/>
      </w:pPr>
      <w:r>
        <w:t>Importance of reason according to Quran</w:t>
      </w:r>
    </w:p>
    <w:p>
      <w:r>
        <w:rPr>
          <w:color w:val="666666"/>
          <w:sz w:val="18"/>
        </w:rPr>
        <w:t>Quran &amp; Tafsir · Realisation of God January 19, 2014 · 1m 08s · at 50:00 · https://youtu.be/uIn3AfDkk6Y?t=3000</w:t>
      </w:r>
    </w:p>
    <w:p>
      <w:r>
        <w:rPr>
          <w:i/>
        </w:rPr>
        <w:t>“Kindly explain what is the importance of reason according to the Quran?”</w:t>
      </w:r>
    </w:p>
    <w:p>
      <w:r>
        <w:rPr>
          <w:sz w:val="20"/>
        </w:rPr>
        <w:t>50:00  unhone balwasta andaaz mein woh wohi kaam kiya jis ko hadith mein taeed-ud-deen kaha gaya hai. taeed-ud-deen: "in allaha layu'ayyid-ud-deena bir-rajulil-fajir." maulana, agla sawal dilli se hai asrar ahmed sahab ka.</w:t>
      </w:r>
      <w:r>
        <w:br/>
      </w:r>
      <w:r>
        <w:rPr>
          <w:sz w:val="20"/>
        </w:rPr>
        <w:t>50:18  unhone likha hai: "Kindly explain what is the importance of reason according to the Quran?"</w:t>
      </w:r>
      <w:r>
        <w:br/>
      </w:r>
      <w:r>
        <w:rPr>
          <w:sz w:val="20"/>
        </w:rPr>
        <w:t>50:29  dekhein, bohat yeh tafseela sawal nahi hai, yeh bohat hi bada sawal hai. is par hum ne poori kitaab likhi hai, taqreeban 800 safhe ki, woh chhap rahi hai.</w:t>
      </w:r>
      <w:r>
        <w:br/>
      </w:r>
      <w:r>
        <w:rPr>
          <w:sz w:val="20"/>
        </w:rPr>
        <w:t>50:38  iska naam hai "izhaar-e-deen". is ko aap padhiye. is ka naam is ka "izhaar-e-deen" hai. mauzu yahi hai: "is ka rational interpretation of islam".</w:t>
      </w:r>
      <w:r>
        <w:br/>
      </w:r>
      <w:r>
        <w:rPr>
          <w:sz w:val="20"/>
        </w:rPr>
        <w:t>50:49  iska yahi mauzu hai: "rational interpretation of islam". is kitaab ko aap padhiye,</w:t>
      </w:r>
      <w:r>
        <w:br/>
      </w:r>
      <w:r>
        <w:rPr>
          <w:sz w:val="20"/>
        </w:rPr>
        <w:t>50:55  is mein aap poori baat ka jawab mil jayega aap ko.</w:t>
      </w:r>
    </w:p>
    <w:p>
      <w:pPr>
        <w:pStyle w:val="Heading2"/>
      </w:pPr>
      <w:r>
        <w:t>Increase in free Quran requests among Muslims</w:t>
      </w:r>
    </w:p>
    <w:p>
      <w:r>
        <w:rPr>
          <w:color w:val="666666"/>
          <w:sz w:val="18"/>
        </w:rPr>
        <w:t>Quran &amp; Tafsir · Importance of Peace December 16, 2012 · 51s · at 1:33:10 · https://youtu.be/nymyorYyEz4?t=5590</w:t>
      </w:r>
    </w:p>
    <w:p>
      <w:r>
        <w:rPr>
          <w:i/>
        </w:rPr>
        <w:t>“In the recent past, we have witnessed an increase in free Quran requests from Muslims. Does this indicate that a new way of thinking is emerging among Muslims?”</w:t>
      </w:r>
    </w:p>
    <w:p>
      <w:r>
        <w:rPr>
          <w:sz w:val="20"/>
        </w:rPr>
        <w:t>1:33:10  aap yeh toh aik aik daawa ki zuban hai. koi is misaal toh di hi nahi unhon ne. ji hmm. Maulana, agla sawal Roorkee se hai Sajid Anwar Sahab ka.</w:t>
      </w:r>
      <w:r>
        <w:br/>
      </w:r>
      <w:r>
        <w:rPr>
          <w:sz w:val="20"/>
        </w:rPr>
        <w:t>1:33:21  unhon ne likha hai: "Maulana, in the recent past, we have witness an increase of free Quran request from Muslims.</w:t>
      </w:r>
      <w:r>
        <w:br/>
      </w:r>
      <w:r>
        <w:rPr>
          <w:sz w:val="20"/>
        </w:rPr>
        <w:t>1:33:30  Does this indicate that a new view of thinking is emerging among Muslims?</w:t>
      </w:r>
      <w:r>
        <w:br/>
      </w:r>
      <w:r>
        <w:rPr>
          <w:sz w:val="20"/>
        </w:rPr>
        <w:t>1:33:38  haan, main to sochta hoon ke zaroor nai fikr paida hui hai is waqt mein, kyunke baqi saare formulay to aazma chuke hain.</w:t>
      </w:r>
      <w:r>
        <w:br/>
      </w:r>
      <w:r>
        <w:rPr>
          <w:sz w:val="20"/>
        </w:rPr>
        <w:t>1:33:47  woh is mein siwaye nakami kuch bhi nahi hua.</w:t>
      </w:r>
      <w:r>
        <w:br/>
      </w:r>
      <w:r>
        <w:rPr>
          <w:sz w:val="20"/>
        </w:rPr>
        <w:t>1:33:51  to ab yani it is but natural ke woh soche ke bhai dawat ka rasta ikhtiyar karna chahiye.</w:t>
      </w:r>
    </w:p>
    <w:p>
      <w:pPr>
        <w:pStyle w:val="Heading2"/>
      </w:pPr>
      <w:r>
        <w:t>Intellect's Connection with Religion in Quran</w:t>
      </w:r>
    </w:p>
    <w:p>
      <w:r>
        <w:rPr>
          <w:color w:val="666666"/>
          <w:sz w:val="18"/>
        </w:rPr>
        <w:t>Quran &amp; Tafsir · Q&amp;A 04 Mar 2012 Maulana Wahiduddin Khan · 1m 24s · at 41:21 · https://youtu.be/txRmutuvWQI?t=2481</w:t>
      </w:r>
    </w:p>
    <w:p>
      <w:r>
        <w:rPr>
          <w:i/>
        </w:rPr>
        <w:t>“How do scholars say that intellect has no relation to religion while the Quran was revealed at our level of understanding? Secondly, matters that are not comprehensible by intellect have been clearly explained, such as soul, destiny, and reflection on God's essence. Please explain.”</w:t>
      </w:r>
    </w:p>
    <w:p>
      <w:r>
        <w:rPr>
          <w:sz w:val="20"/>
        </w:rPr>
        <w:t>41:21  maulana, agla sawal doha, qatar se maulana abdul basit umri ka hai. unhon ne likha hai: "maulana, ulma yeh kaise kehte hain ke aql ka talluq deen se nahi jabke quran hamari samajh ki satah par nazil kiya gaya hai?</w:t>
      </w:r>
      <w:r>
        <w:br/>
      </w:r>
      <w:r>
        <w:rPr>
          <w:sz w:val="20"/>
        </w:rPr>
        <w:t>41:38  doosri baat yeh hai ke jo baat hamari aql mein aane wali nahi, un ke bare mein saaf bayan kiya gaya hai, maslan rooh, taqdeer, allah ki zaat mein ghore aur fikr.</w:t>
      </w:r>
      <w:r>
        <w:br/>
      </w:r>
      <w:r>
        <w:rPr>
          <w:sz w:val="20"/>
        </w:rPr>
        <w:t>41:50  is ke bare mein bataein."</w:t>
      </w:r>
      <w:r>
        <w:br/>
      </w:r>
      <w:r>
        <w:rPr>
          <w:sz w:val="20"/>
        </w:rPr>
        <w:t>41:58  haan to bas yani aql ka istemal, main ne arz kiya wahi baat phir kahunga ke ek hai aql ka istemal quran ki, yani quran ki, quran ke mad lete hue,</w:t>
      </w:r>
      <w:r>
        <w:br/>
      </w:r>
      <w:r>
        <w:rPr>
          <w:sz w:val="20"/>
        </w:rPr>
        <w:t>42:17  aql ka istemal quran ke mad lete hue. ek hai aql ka istemal quran se be niaz ho kar ke. to quran se be niaz ho kar jo jo aql istemal ki gayi ki jayegi, woh to bhatkao ki taraf jayegi, bhatkao.</w:t>
      </w:r>
      <w:r>
        <w:br/>
      </w:r>
      <w:r>
        <w:rPr>
          <w:sz w:val="20"/>
        </w:rPr>
        <w:t>42:31  lekin jab quran ko ki rehnumai rehnumai mein aql istemal ki jayegi to bilashuba woh saath mustaqeem, saath mustaqeem tak pahunchegi, is mein koi shaq nahi hai.</w:t>
      </w:r>
    </w:p>
    <w:p>
      <w:pPr>
        <w:pStyle w:val="Heading2"/>
      </w:pPr>
      <w:r>
        <w:t>Interpretation of 'blind here' as physical or intellectual</w:t>
      </w:r>
    </w:p>
    <w:p>
      <w:r>
        <w:rPr>
          <w:color w:val="666666"/>
          <w:sz w:val="18"/>
        </w:rPr>
        <w:t>Quran &amp; Tafsir · The Expression of Faith (Izhar e Deen) September 1, 2013 · 1m 49s · at 59:01 · https://youtu.be/muBDJ8a_8-0?t=3541</w:t>
      </w:r>
    </w:p>
    <w:p>
      <w:r>
        <w:rPr>
          <w:i/>
        </w:rPr>
        <w:t>“One who is blind here will be blind there. The word 'blind here' refers to physically blind, intellectually blind, or both? Kindly clarify.”</w:t>
      </w:r>
    </w:p>
    <w:p>
      <w:r>
        <w:rPr>
          <w:sz w:val="20"/>
        </w:rPr>
        <w:t>59:01  maulana agla sawal raipur se hai, idrees sahib ka. unhon ne likha hai: "One who is blind here will be blind there."</w:t>
      </w:r>
      <w:r>
        <w:br/>
      </w:r>
      <w:r>
        <w:rPr>
          <w:sz w:val="20"/>
        </w:rPr>
        <w:t>59:11  maulana, the word "blind here" refers to physically blind, intellectually blind, or both? Kindly clarify.</w:t>
      </w:r>
      <w:r>
        <w:br/>
      </w:r>
      <w:r>
        <w:rPr>
          <w:sz w:val="20"/>
        </w:rPr>
        <w:t>59:22  dekhiye, is ka matlab physical sense mein blind hona nahi hai, balke spiritual sense mein blind hona hai.</w:t>
      </w:r>
      <w:r>
        <w:br/>
      </w:r>
      <w:r>
        <w:rPr>
          <w:sz w:val="20"/>
        </w:rPr>
        <w:t>59:34  yani dunya mein hum blind is ko kehte hain jo cheezon ko na dekh sake. idhar udhar pehal hai, hum nahi dekhte.</w:t>
      </w:r>
      <w:r>
        <w:br/>
      </w:r>
      <w:r>
        <w:rPr>
          <w:sz w:val="20"/>
        </w:rPr>
        <w:t>59:44  idhar aik gaari khari hui hai, hum us ko nahi dekhte. idhar aik ghar hai, us ko nahi dekhte. to woh blind hai. lekin yeh to haqeeqaton ka aik fraction se bhi kam hai.</w:t>
      </w:r>
      <w:r>
        <w:br/>
      </w:r>
      <w:r>
        <w:rPr>
          <w:sz w:val="20"/>
        </w:rPr>
        <w:t>59:55  haqeeqaten to is se bohat zyada hain, bohat zyada, bohat zyada hain.</w:t>
      </w:r>
      <w:r>
        <w:br/>
      </w:r>
      <w:r>
        <w:rPr>
          <w:sz w:val="20"/>
        </w:rPr>
        <w:t>1:00:02  is se bohat zyada. jo universe of facts jo hai, universe of facts ka yeh bohat hi chota sa hissa hai. bohat chota fraction hai jis ko hum dekhte hain.</w:t>
      </w:r>
      <w:r>
        <w:br/>
      </w:r>
      <w:r>
        <w:rPr>
          <w:sz w:val="20"/>
        </w:rPr>
        <w:t>1:00:11  yeh ghar hai, idhar car hai, idhar drakht hai, idhar pahaar hai. to jo universe of facts hai, is ka bohat kam hissa hai.</w:t>
      </w:r>
      <w:r>
        <w:br/>
      </w:r>
      <w:r>
        <w:rPr>
          <w:sz w:val="20"/>
        </w:rPr>
        <w:t>1:00:21  to universe of facts jo is se wasee tar hai, bohat bari, us ko dekhne ke liye hamare paas aankh nahi hai is dunya mein. us ko dekhne ki aankh hasil ho jayegi.</w:t>
      </w:r>
      <w:r>
        <w:br/>
      </w:r>
      <w:r>
        <w:rPr>
          <w:sz w:val="20"/>
        </w:rPr>
        <w:t>1:00:33  lekin us ko yeh yeh bohat bari nemat hogi aur nemat isi ko milegi jo apne aap ko is ke liye yani deserving candidate banaye.</w:t>
      </w:r>
      <w:r>
        <w:br/>
      </w:r>
      <w:r>
        <w:rPr>
          <w:sz w:val="20"/>
        </w:rPr>
        <w:t>1:00:44  deserving candidate. warna yahan bhi aadha, wahan bhi aadha.</w:t>
      </w:r>
    </w:p>
    <w:p>
      <w:pPr>
        <w:pStyle w:val="Heading2"/>
      </w:pPr>
      <w:r>
        <w:t>Interpretation of Dabba Ark of Noah</w:t>
      </w:r>
    </w:p>
    <w:p>
      <w:r>
        <w:rPr>
          <w:color w:val="666666"/>
          <w:sz w:val="18"/>
        </w:rPr>
        <w:t>Quran &amp; Tafsir · Present Day Muslims Jan 13, 2013 · 47s · at 1:26:54 · https://youtu.be/CVcbWVYitog?t=5214</w:t>
      </w:r>
    </w:p>
    <w:p>
      <w:r>
        <w:rPr>
          <w:i/>
        </w:rPr>
        <w:t>“In Al-Risalah Issue of January 2013, you have related the Ark of Noah as Dabba, while previously you have related the Communication as Dabba. Kindly guide.”</w:t>
      </w:r>
    </w:p>
    <w:p>
      <w:r>
        <w:rPr>
          <w:sz w:val="20"/>
        </w:rPr>
        <w:t>1:26:54  maulana, agla sawal kashmir se hai, muhammad saleem mir sahib ka</w:t>
      </w:r>
      <w:r>
        <w:br/>
      </w:r>
      <w:r>
        <w:rPr>
          <w:sz w:val="20"/>
        </w:rPr>
        <w:t>1:26:59  . unhon ne likha hai: "in al-risalah issue of january 2013, you have related the ark of noah as dabba, while previously you have related the communication as dabba.</w:t>
      </w:r>
      <w:r>
        <w:br/>
      </w:r>
      <w:r>
        <w:rPr>
          <w:sz w:val="20"/>
        </w:rPr>
        <w:t>1:27:14  kindly guide." bhai, dekhiye, is tarah ke mamlaat mein riwayaton mein development hota hai. khud paighambar ke haan aisi misalein mojood hain.</w:t>
      </w:r>
      <w:r>
        <w:br/>
      </w:r>
      <w:r>
        <w:rPr>
          <w:sz w:val="20"/>
        </w:rPr>
        <w:t>1:27:23  yeh koi anokhi baat nahi hai. To is mein itna log pareshan kyun</w:t>
      </w:r>
      <w:r>
        <w:br/>
      </w:r>
      <w:r>
        <w:rPr>
          <w:sz w:val="20"/>
        </w:rPr>
        <w:t>1:27:27  hain? Jo meri Latest rai hai, wo yahi hai jo aap chhupi hai. Bas is ko maan lijiyey. Ulama ke haan aur khud paighambaron ke haan is ki misalein maujood hain.</w:t>
      </w:r>
    </w:p>
    <w:p>
      <w:pPr>
        <w:pStyle w:val="Heading2"/>
      </w:pPr>
      <w:r>
        <w:t>Interpretation of Quran 56:79 on Purity</w:t>
      </w:r>
    </w:p>
    <w:p>
      <w:r>
        <w:rPr>
          <w:color w:val="666666"/>
          <w:sz w:val="18"/>
        </w:rPr>
        <w:t>Quran &amp; Tafsir · Q&amp;A 20 Nov 2011 Maulana Wahiduddin Khan · 3m 41s · at 0:13 · https://youtu.be/7sNDn8Y6jUc?t=13</w:t>
      </w:r>
    </w:p>
    <w:p>
      <w:r>
        <w:rPr>
          <w:i/>
        </w:rPr>
        <w:t>“In chapter 56, verse 79, Allah says: 'None shall touch it except the purified.' Does it mean that only those who are clean can touch the Holy Quran? Does it imply that unbelievers who do not maintain cleanliness and women during their period are not allowed to touch or recite the Holy Quran? Please guide me.”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Interpretation of Quran 74:3 about government</w:t>
      </w:r>
    </w:p>
    <w:p>
      <w:r>
        <w:rPr>
          <w:color w:val="666666"/>
          <w:sz w:val="18"/>
        </w:rPr>
        <w:t>Quran &amp; Tafsir · Revival of Muslims March 08, 2015 · 3m 19s · at 1:12:54 · https://youtu.be/8ShFcr8YozI?t=4374</w:t>
      </w:r>
    </w:p>
    <w:p>
      <w:r>
        <w:rPr>
          <w:i/>
        </w:rPr>
        <w:t>“In Quran chapter 74 verse 3, it says 'Wa rabbaka fakabbir'. My colleague says that this verse means establishing a government. Please clarify this verse.”</w:t>
      </w:r>
    </w:p>
    <w:p>
      <w:r>
        <w:rPr>
          <w:sz w:val="20"/>
        </w:rPr>
        <w:t>1:12:54  maulana, agla sawal allahabad se aaya hai abrar sahib ka aur unhon ne likha hai ke quran ke chapter seventy-four verse number three mein aaya hai وَرَبَّكَ فَكَبِّرْ</w:t>
      </w:r>
      <w:r>
        <w:br/>
      </w:r>
      <w:r>
        <w:rPr>
          <w:sz w:val="20"/>
        </w:rPr>
        <w:t>1:13:09  maulana, mere ek saathi ka kehna hai ke is aayat se murad hukoomat qaim karna hai. maulana, is aayat ko wazeh karein.</w:t>
      </w:r>
      <w:r>
        <w:br/>
      </w:r>
      <w:r>
        <w:rPr>
          <w:sz w:val="20"/>
        </w:rPr>
        <w:t>1:13:19  haan, woh ek sahib thay pakistan ke, un ka death ho gayi</w:t>
      </w:r>
      <w:r>
        <w:br/>
      </w:r>
      <w:r>
        <w:rPr>
          <w:sz w:val="20"/>
        </w:rPr>
        <w:t>1:13:23  woh is ka tarjuma karte thay ke "apne rab ko bada karo". وَرَبَّكَ فَكَبِّرْ ke mani hote hain ke apne rab ki barhai bayan karo.</w:t>
      </w:r>
      <w:r>
        <w:br/>
      </w:r>
      <w:r>
        <w:rPr>
          <w:sz w:val="20"/>
        </w:rPr>
        <w:t>1:13:35  apne rab ki barhai bayan karo. woh is ka tarjuma karte thay ke "apne rab ko bada karo". to mein to is ko bilkul jahilana tarjuma samajhta hoon. na is ka talluq grammar se hai, na lughat se hai, na sachai se.</w:t>
      </w:r>
      <w:r>
        <w:br/>
      </w:r>
      <w:r>
        <w:rPr>
          <w:sz w:val="20"/>
        </w:rPr>
        <w:t>1:13:49  ab hum khuda ko bada karein ge?</w:t>
      </w:r>
      <w:r>
        <w:br/>
      </w:r>
      <w:r>
        <w:rPr>
          <w:sz w:val="20"/>
        </w:rPr>
        <w:t>1:13:52  aap ghore kijiye to yeh to badtar az kufr hai ke hum samjhein ke hum khuda ko bada karein ge. hum ne apne rab ko bada karo aur hukoomat qaim karo.</w:t>
      </w:r>
      <w:r>
        <w:br/>
      </w:r>
      <w:r>
        <w:rPr>
          <w:sz w:val="20"/>
        </w:rPr>
        <w:t>1:14:02  yeh to bilkul yani stupid qism ki baatein hain. is ka koi yani is ki koi base nahi hai.</w:t>
      </w:r>
      <w:r>
        <w:br/>
      </w:r>
      <w:r>
        <w:rPr>
          <w:sz w:val="20"/>
        </w:rPr>
        <w:t>1:14:14  maulana, unhon ne ek aur isi se related ek comment bheja hai aur likha hai ke mere ek dost hain jo kehte hain ke agar quran is waqt bhi is waqt bhi distribute ki ki jaati jis tarah aaj hoti hai to log khushi khushi accept karte jaise ke aaj kar rahe hain.</w:t>
      </w:r>
      <w:r>
        <w:br/>
      </w:r>
      <w:r>
        <w:rPr>
          <w:sz w:val="20"/>
        </w:rPr>
        <w:t>1:14:35  koi pareshani sahaba ko bhi nahi aati lekin unhon ne nizaam par aitraaz kiya tab unhein pareshani ka saamna karna</w:t>
      </w:r>
      <w:r>
        <w:br/>
      </w:r>
      <w:r>
        <w:rPr>
          <w:sz w:val="20"/>
        </w:rPr>
        <w:t>1:14:43  pada. yeh to baseless baat hai. kahan nizaam par aitraaz? koi koi batao, reference batao. reference batao, kahan nizaam par aitraaz sabit hota hai?</w:t>
      </w:r>
      <w:r>
        <w:br/>
      </w:r>
      <w:r>
        <w:rPr>
          <w:sz w:val="20"/>
        </w:rPr>
        <w:t>1:14:56  yeh to khud sakhta baat hai. khud hi garh liya, khud hi khud. khud hi garh liya ke nizaam. nizaam ka koi concept nahi tha na quran mein na hadees mein aap sab sabit kar sakte.</w:t>
      </w:r>
      <w:r>
        <w:br/>
      </w:r>
      <w:r>
        <w:rPr>
          <w:sz w:val="20"/>
        </w:rPr>
        <w:t>1:15:08  khud hi khud garh liya.</w:t>
      </w:r>
      <w:r>
        <w:br/>
      </w:r>
      <w:r>
        <w:rPr>
          <w:sz w:val="20"/>
        </w:rPr>
        <w:t>1:15:14  okay, so we will end this session now. thank you.</w:t>
      </w:r>
    </w:p>
    <w:p>
      <w:pPr>
        <w:pStyle w:val="Heading2"/>
      </w:pPr>
      <w:r>
        <w:t>Interpretation of Quran touching verse</w:t>
      </w:r>
    </w:p>
    <w:p>
      <w:r>
        <w:rPr>
          <w:color w:val="666666"/>
          <w:sz w:val="18"/>
        </w:rPr>
        <w:t>Quran &amp; Tafsir · Dars-e-Quran, Chapter 25, V. 1 (Spreading Quran) September 9, 2018 · 58s · at 1:02:41 · https://youtu.be/zf3V6LP2Qg0?t=3761</w:t>
      </w:r>
    </w:p>
    <w:p>
      <w:r>
        <w:rPr>
          <w:i/>
        </w:rPr>
        <w:t>“There is a verse in the Quran: 'La yamassuhu illal mutahharun'. Many people misinterpret it to justify the notion of disrespect of Quran. What is your explanation?”</w:t>
      </w:r>
    </w:p>
    <w:p>
      <w:r>
        <w:rPr>
          <w:sz w:val="20"/>
        </w:rPr>
        <w:t>1:02:41  Maulana, agla sawal Doctor Farida Khanoom ne bheja hai Dilli se. Unhon ne likha hai: There is a words in the Quran: lamasa illa mutahar,</w:t>
      </w:r>
      <w:r>
        <w:br/>
      </w:r>
      <w:r>
        <w:rPr>
          <w:sz w:val="20"/>
        </w:rPr>
        <w:t>1:02:54  which people must interpret to justify the notion of be-hurmati of quran. maulana, what is your explanation to this?</w:t>
      </w:r>
      <w:r>
        <w:br/>
      </w:r>
      <w:r>
        <w:rPr>
          <w:sz w:val="20"/>
        </w:rPr>
        <w:t>1:03:04  yeh bilkul hi ghalat hai ke is mein bozi ka masla hai. bozi ka masla hai hi nahin, is mein yeh to farishton ka masla hai.</w:t>
      </w:r>
      <w:r>
        <w:br/>
      </w:r>
      <w:r>
        <w:rPr>
          <w:sz w:val="20"/>
        </w:rPr>
        <w:t>1:03:16  kisi bhi, kisi bhi 830 tafsir mein yeh masla nahin likha hua hai ke is mein wuzu ka masla hai. logon ne bana rakha hai baad ke zamane mein, is ka wuzu ka masla hi nahin, koi talluq hi nahin is ka.</w:t>
      </w:r>
      <w:r>
        <w:br/>
      </w:r>
      <w:r>
        <w:rPr>
          <w:sz w:val="20"/>
        </w:rPr>
        <w:t>1:03:31  is aayat ka wuzu ke maslay se koi talluq nahin hai.</w:t>
      </w:r>
    </w:p>
    <w:p>
      <w:pPr>
        <w:pStyle w:val="Heading2"/>
      </w:pPr>
      <w:r>
        <w:t>Interpretation of Surah Al-Waqia groups</w:t>
      </w:r>
    </w:p>
    <w:p>
      <w:r>
        <w:rPr>
          <w:color w:val="666666"/>
          <w:sz w:val="18"/>
        </w:rPr>
        <w:t>Quran &amp; Tafsir · The Existence of God-7th October 2012 · 6m 34s · at 1:19:12 · https://youtu.be/XWFqKwm-LPM?t=4752</w:t>
      </w:r>
    </w:p>
    <w:p>
      <w:r>
        <w:rPr>
          <w:i/>
        </w:rPr>
        <w:t>“In Surah Al-Waqia, three groups are defined. One group will be near to Allah and they will be more from earlier generations. What does this mean?”</w:t>
      </w:r>
    </w:p>
    <w:p>
      <w:r>
        <w:rPr>
          <w:sz w:val="20"/>
        </w:rPr>
        <w:t>1:19:12  maulana, agla sawal america say aya hai ali sahib ka.</w:t>
      </w:r>
      <w:r>
        <w:br/>
      </w:r>
      <w:r>
        <w:rPr>
          <w:sz w:val="20"/>
        </w:rPr>
        <w:t>1:19:19  انہوں نے لکھا ہے: "ان سورہ الواقعہ تھری گروپس آر ڈیفائنڈ۔</w:t>
      </w:r>
      <w:r>
        <w:br/>
      </w:r>
      <w:r>
        <w:rPr>
          <w:sz w:val="20"/>
        </w:rPr>
        <w:t>1:19:25  and this one group will be near to Allah and they will be more from early generation and</w:t>
      </w:r>
      <w:r>
        <w:br/>
      </w:r>
      <w:r>
        <w:rPr>
          <w:sz w:val="20"/>
        </w:rPr>
        <w:t>1:19:32  less from letter generation.</w:t>
      </w:r>
      <w:r>
        <w:br/>
      </w:r>
      <w:r>
        <w:rPr>
          <w:sz w:val="20"/>
        </w:rPr>
        <w:t>1:19:39  Could you please explain who will come under this group and how can we be part of that?</w:t>
      </w:r>
      <w:r>
        <w:br/>
      </w:r>
      <w:r>
        <w:rPr>
          <w:sz w:val="20"/>
        </w:rPr>
        <w:t>1:19:46  group?" dekhiyay, koi group kay naam lay kar nahi bata sakta kay naam lay kar kay yeh group, woh group.</w:t>
      </w:r>
      <w:r>
        <w:br/>
      </w:r>
      <w:r>
        <w:rPr>
          <w:sz w:val="20"/>
        </w:rPr>
        <w:t>1:19:52  dekhiyay, yeh is is mein jo lafz hai "sulh" ka lafz hai wahan par, lekin murad hai afraad, individuals.</w:t>
      </w:r>
      <w:r>
        <w:br/>
      </w:r>
      <w:r>
        <w:rPr>
          <w:sz w:val="20"/>
        </w:rPr>
        <w:t>1:19:59  to is tarah kay afraad pehlay, yani aisay individuals pehlay ziyada thay, baad kay zamanay mein kam ho gayay.</w:t>
      </w:r>
      <w:r>
        <w:br/>
      </w:r>
      <w:r>
        <w:rPr>
          <w:sz w:val="20"/>
        </w:rPr>
        <w:t>1:20:06  is ka bohat hi wavis reason hai kyunkay din badan duniya mein distraction barh raha hai. distraction!</w:t>
      </w:r>
      <w:r>
        <w:br/>
      </w:r>
      <w:r>
        <w:rPr>
          <w:sz w:val="20"/>
        </w:rPr>
        <w:t>1:20:13  mere bachpan mein mein gaon mein rehta tha, wahan koi distraction hi nahin.</w:t>
      </w:r>
      <w:r>
        <w:br/>
      </w:r>
      <w:r>
        <w:rPr>
          <w:sz w:val="20"/>
        </w:rPr>
        <w:t>1:20:18  zindagi bohat mukhtasar thi, bohat thore cheezon ke darmiyan apni zindagi guzarta tha, to us waqt distraction tha</w:t>
      </w:r>
      <w:r>
        <w:br/>
      </w:r>
      <w:r>
        <w:rPr>
          <w:sz w:val="20"/>
        </w:rPr>
        <w:t>1:20:26  hi nahin.</w:t>
      </w:r>
      <w:r>
        <w:br/>
      </w:r>
      <w:r>
        <w:rPr>
          <w:sz w:val="20"/>
        </w:rPr>
        <w:t>1:20:27  ab hazaron distraction hain, 24 ghante.</w:t>
      </w:r>
      <w:r>
        <w:br/>
      </w:r>
      <w:r>
        <w:rPr>
          <w:sz w:val="20"/>
        </w:rPr>
        <w:t>1:20:30  to sab se bara jo farq hua hai, wo distraction ka farq hua hai.</w:t>
      </w:r>
      <w:r>
        <w:br/>
      </w:r>
      <w:r>
        <w:rPr>
          <w:sz w:val="20"/>
        </w:rPr>
        <w:t>1:20:36  isi liye farmaya ke baad ke zamanay mein aise individual, aise afraad kam milenge jo sachai mein</w:t>
      </w:r>
      <w:r>
        <w:br/>
      </w:r>
      <w:r>
        <w:rPr>
          <w:sz w:val="20"/>
        </w:rPr>
        <w:t>1:20:44  aage barhen.</w:t>
      </w:r>
      <w:r>
        <w:br/>
      </w:r>
      <w:r>
        <w:rPr>
          <w:sz w:val="20"/>
        </w:rPr>
        <w:t>1:20:45  yeh matlab hai is ka, koi mysterious baat nahi hai, yeh bohat hi saada si baat hai.</w:t>
      </w:r>
      <w:r>
        <w:br/>
      </w:r>
      <w:r>
        <w:rPr>
          <w:sz w:val="20"/>
        </w:rPr>
        <w:t>1:20:52  maulana, yeh sawal aaya hai muhammad ans sahib ka dilli se.</w:t>
      </w:r>
      <w:r>
        <w:br/>
      </w:r>
      <w:r>
        <w:rPr>
          <w:sz w:val="20"/>
        </w:rPr>
        <w:t>1:20:57  unhon ne likha hai ke do mahine qabal train mein meri mister saini se mulaqat hui thi, jo</w:t>
      </w:r>
      <w:r>
        <w:br/>
      </w:r>
      <w:r>
        <w:rPr>
          <w:sz w:val="20"/>
        </w:rPr>
        <w:t>1:21:05  government employee thay.</w:t>
      </w:r>
      <w:r>
        <w:br/>
      </w:r>
      <w:r>
        <w:rPr>
          <w:sz w:val="20"/>
        </w:rPr>
        <w:t>1:21:06  ان سے میں نے دعوت کو لے کر بات کی، وہ کافی impressed ہوئے اور انہوں نے خود</w:t>
      </w:r>
      <w:r>
        <w:br/>
      </w:r>
      <w:r>
        <w:rPr>
          <w:sz w:val="20"/>
        </w:rPr>
        <w:t>1:21:14  he mujh se quran ka hindi translation manga.</w:t>
      </w:r>
      <w:r>
        <w:br/>
      </w:r>
      <w:r>
        <w:rPr>
          <w:sz w:val="20"/>
        </w:rPr>
        <w:t>1:21:17  main ne un se wada kiya ke main aap ko quran doon ga, lekin main ne un se</w:t>
      </w:r>
      <w:r>
        <w:br/>
      </w:r>
      <w:r>
        <w:rPr>
          <w:sz w:val="20"/>
        </w:rPr>
        <w:t>1:21:25  dobara contact karne ki koshish ki aur un se baat na ho pai.</w:t>
      </w:r>
      <w:r>
        <w:br/>
      </w:r>
      <w:r>
        <w:rPr>
          <w:sz w:val="20"/>
        </w:rPr>
        <w:t>1:21:31  un ke larkay ne phone par baat ki aur us ne bataya ke un ka operation hai.</w:t>
      </w:r>
      <w:r>
        <w:br/>
      </w:r>
      <w:r>
        <w:rPr>
          <w:sz w:val="20"/>
        </w:rPr>
        <w:t>1:21:38  phir ab dobara main ne phone kiya to phir un ke larkay se baat hui aur us ne</w:t>
      </w:r>
      <w:r>
        <w:br/>
      </w:r>
      <w:r>
        <w:rPr>
          <w:sz w:val="20"/>
        </w:rPr>
        <w:t>1:21:46  bataya ke un ke father ki death ho gayi hai.</w:t>
      </w:r>
      <w:r>
        <w:br/>
      </w:r>
      <w:r>
        <w:rPr>
          <w:sz w:val="20"/>
        </w:rPr>
        <w:t>1:21:50  to main ne mister saini ke larkay gaurav se yeh kaha ke aap ke father ki yeh khwahish</w:t>
      </w:r>
      <w:r>
        <w:br/>
      </w:r>
      <w:r>
        <w:rPr>
          <w:sz w:val="20"/>
        </w:rPr>
        <w:t>1:21:58  thi ke wo quran parhen, to aap is adhoore kaam ko kar dijiye.</w:t>
      </w:r>
      <w:r>
        <w:br/>
      </w:r>
      <w:r>
        <w:rPr>
          <w:sz w:val="20"/>
        </w:rPr>
        <w:t>1:22:03  lekin Gorb ne jawab mein kaha ke main atheist ho gaya hoon aur woh bahut zyada excited ho</w:t>
      </w:r>
      <w:r>
        <w:br/>
      </w:r>
      <w:r>
        <w:rPr>
          <w:sz w:val="20"/>
        </w:rPr>
        <w:t>1:22:11  kar rone laga aur kehne laga ke abhi main atharah saal ka bhi hua hoon aur meri bari</w:t>
      </w:r>
      <w:r>
        <w:br/>
      </w:r>
      <w:r>
        <w:rPr>
          <w:sz w:val="20"/>
        </w:rPr>
        <w:t>1:22:19  behnein hain, un ki shadi bhi nahi hui hai, to kaise yeh sab hoga? to ab wo god</w:t>
      </w:r>
      <w:r>
        <w:br/>
      </w:r>
      <w:r>
        <w:rPr>
          <w:sz w:val="20"/>
        </w:rPr>
        <w:t>1:22:26  mein believe nahi karta.</w:t>
      </w:r>
      <w:r>
        <w:br/>
      </w:r>
      <w:r>
        <w:rPr>
          <w:sz w:val="20"/>
        </w:rPr>
        <w:t>1:22:28  maulana, mister saini ka larkay bohat ziyada frustrated ho gaya hai, to aap mujhe yeh bataiye ke mujhe</w:t>
      </w:r>
      <w:r>
        <w:br/>
      </w:r>
      <w:r>
        <w:rPr>
          <w:sz w:val="20"/>
        </w:rPr>
        <w:t>1:22:36  kya aur kaise karna chahiye? kya karna chahiye mujhe? un ko yahi samjhana hoga ke yeh sab cheezein</w:t>
      </w:r>
      <w:r>
        <w:br/>
      </w:r>
      <w:r>
        <w:rPr>
          <w:sz w:val="20"/>
        </w:rPr>
        <w:t>1:22:44  to us ko challenge ke taur par lijiye, challenge ke taur par.</w:t>
      </w:r>
      <w:r>
        <w:br/>
      </w:r>
      <w:r>
        <w:rPr>
          <w:sz w:val="20"/>
        </w:rPr>
        <w:t>1:22:49  hazaron log hain, un ke baap mar jatay hain.</w:t>
      </w:r>
      <w:r>
        <w:br/>
      </w:r>
      <w:r>
        <w:rPr>
          <w:sz w:val="20"/>
        </w:rPr>
        <w:t>1:22:53  hamare hamare apne baap bachpan mein mar gaye, hum log teen bhai thay aur bachpan mein mar gaye</w:t>
      </w:r>
      <w:r>
        <w:br/>
      </w:r>
      <w:r>
        <w:rPr>
          <w:sz w:val="20"/>
        </w:rPr>
        <w:t>1:23:00  hamare baap.</w:t>
      </w:r>
      <w:r>
        <w:br/>
      </w:r>
      <w:r>
        <w:rPr>
          <w:sz w:val="20"/>
        </w:rPr>
        <w:t>1:23:02  to family mein hum koi yateem ban gaye kyunke Allah ke fazl se hamare teeno bhai jo hain,</w:t>
      </w:r>
      <w:r>
        <w:br/>
      </w:r>
      <w:r>
        <w:rPr>
          <w:sz w:val="20"/>
        </w:rPr>
        <w:t>1:23:09  bohat bare, hum ko bohat kaam kiya unhon ne zindagi mein.</w:t>
      </w:r>
      <w:r>
        <w:br/>
      </w:r>
      <w:r>
        <w:rPr>
          <w:sz w:val="20"/>
        </w:rPr>
        <w:t>1:23:14  to yeh to ek challenge hai, ek ek ek ek zindagi mein jis ko challenge pesh aata hai,</w:t>
      </w:r>
      <w:r>
        <w:br/>
      </w:r>
      <w:r>
        <w:rPr>
          <w:sz w:val="20"/>
        </w:rPr>
        <w:t>1:23:22  wahi to bare bare kaam karta hai.</w:t>
      </w:r>
      <w:r>
        <w:br/>
      </w:r>
      <w:r>
        <w:rPr>
          <w:sz w:val="20"/>
        </w:rPr>
        <w:t>1:23:25  is bachche ko yeh koi samjhaye ke is ko aap negative sense mein kyun le rahe hain? yeh</w:t>
      </w:r>
      <w:r>
        <w:br/>
      </w:r>
      <w:r>
        <w:rPr>
          <w:sz w:val="20"/>
        </w:rPr>
        <w:t>1:23:33  challenge hai jo aap ko motivate karta hai, aap ko aap ka incentive paida karta hai ke aap</w:t>
      </w:r>
      <w:r>
        <w:br/>
      </w:r>
      <w:r>
        <w:rPr>
          <w:sz w:val="20"/>
        </w:rPr>
        <w:t>1:23:40  aage barh kar ke bare bare kaam karen.</w:t>
      </w:r>
      <w:r>
        <w:br/>
      </w:r>
      <w:r>
        <w:rPr>
          <w:sz w:val="20"/>
        </w:rPr>
        <w:t>1:23:44  to challenge ki nafsiyat yeh hoti hai ke aadmi ki energy ko barha deta hai, thinking capacity barha</w:t>
      </w:r>
      <w:r>
        <w:br/>
      </w:r>
      <w:r>
        <w:rPr>
          <w:sz w:val="20"/>
        </w:rPr>
        <w:t>1:23:51  deta hai.</w:t>
      </w:r>
      <w:r>
        <w:br/>
      </w:r>
      <w:r>
        <w:rPr>
          <w:sz w:val="20"/>
        </w:rPr>
        <w:t>1:23:53  yani agar baap zinda rehta aur khoob un ko pampering karta to un ko kuch zindagi mein challenge</w:t>
      </w:r>
      <w:r>
        <w:br/>
      </w:r>
      <w:r>
        <w:rPr>
          <w:sz w:val="20"/>
        </w:rPr>
        <w:t>1:24:01  na pesh aata, un ko koi taraqqi bhi na hoti.</w:t>
      </w:r>
      <w:r>
        <w:br/>
      </w:r>
      <w:r>
        <w:rPr>
          <w:sz w:val="20"/>
        </w:rPr>
        <w:t>1:24:05  unki baap agar zinda rehta aur un ki pampering karta rehta to koi koi un ka intellectual</w:t>
      </w:r>
      <w:r>
        <w:br/>
      </w:r>
      <w:r>
        <w:rPr>
          <w:sz w:val="20"/>
        </w:rPr>
        <w:t>1:24:13  development ruk jata.</w:t>
      </w:r>
      <w:r>
        <w:br/>
      </w:r>
      <w:r>
        <w:rPr>
          <w:sz w:val="20"/>
        </w:rPr>
        <w:t>1:24:14  un ka ab to mein samajhta hoon ke better position mein hain woh ke challenge mein jeena pare</w:t>
      </w:r>
      <w:r>
        <w:br/>
      </w:r>
      <w:r>
        <w:rPr>
          <w:sz w:val="20"/>
        </w:rPr>
        <w:t>1:24:22  ga un ko, jis ki wajah se un ka zehni irtaqa hoga.</w:t>
      </w:r>
      <w:r>
        <w:br/>
      </w:r>
      <w:r>
        <w:rPr>
          <w:sz w:val="20"/>
        </w:rPr>
        <w:t>1:24:27  bare bare planning kar payenge, woh bare bare baatein soch soch soch jayenge.</w:t>
      </w:r>
      <w:r>
        <w:br/>
      </w:r>
      <w:r>
        <w:rPr>
          <w:sz w:val="20"/>
        </w:rPr>
        <w:t>1:24:33  woh ab aise hazaron cases hain ke ke ke bachpan mein baap mar gaya aur unhon ne bohat</w:t>
      </w:r>
      <w:r>
        <w:br/>
      </w:r>
      <w:r>
        <w:rPr>
          <w:sz w:val="20"/>
        </w:rPr>
        <w:t>1:24:41  bare bare taraqqiyan ki, jis ke jis ka misaal mein khud hoon.</w:t>
      </w:r>
      <w:r>
        <w:br/>
      </w:r>
      <w:r>
        <w:rPr>
          <w:sz w:val="20"/>
        </w:rPr>
        <w:t>1:24:46  mere mere teeno bhai hain, yeh koi baat nahi hai, in ko samjhane ki zaroorat hai ke woh</w:t>
      </w:r>
      <w:r>
        <w:br/>
      </w:r>
      <w:r>
        <w:rPr>
          <w:sz w:val="20"/>
        </w:rPr>
        <w:t>1:24:54  samjhaya jaye ke zindagi naam hai challenge ka.</w:t>
      </w:r>
      <w:r>
        <w:br/>
      </w:r>
      <w:r>
        <w:rPr>
          <w:sz w:val="20"/>
        </w:rPr>
        <w:t>1:24:57  mein khwahish karta hoon in ko aap bajaye Quran dene ke pehli kitab doosri dijiye, yani moral vision</w:t>
      </w:r>
      <w:r>
        <w:br/>
      </w:r>
      <w:r>
        <w:rPr>
          <w:sz w:val="20"/>
        </w:rPr>
        <w:t>1:25:05  dijiye.</w:t>
      </w:r>
      <w:r>
        <w:br/>
      </w:r>
      <w:r>
        <w:rPr>
          <w:sz w:val="20"/>
        </w:rPr>
        <w:t>1:25:07  agar angrezi parhte hon aur hindi parhte hon to in ko in ko dijiye woh kitab jo hai.</w:t>
      </w:r>
      <w:r>
        <w:br/>
      </w:r>
      <w:r>
        <w:rPr>
          <w:sz w:val="20"/>
        </w:rPr>
        <w:t>1:25:14  ah, kya adhyaye kya hai naam is kitab ka? adhyaye kamyabi ke panch adhyaye kya hain? kamyabi ke</w:t>
      </w:r>
      <w:r>
        <w:br/>
      </w:r>
      <w:r>
        <w:rPr>
          <w:sz w:val="20"/>
        </w:rPr>
        <w:t>1:25:22  panch adhyaye hain? kamyabi ke panch adhyaye kamyabi ke panch adhyaye hindi mein hain.</w:t>
      </w:r>
      <w:r>
        <w:br/>
      </w:r>
      <w:r>
        <w:rPr>
          <w:sz w:val="20"/>
        </w:rPr>
        <w:t>1:25:28  wo agar wo english jante hon to aap moral vision dijiye, urdu jante hon to raziyat dijiye, hindi</w:t>
      </w:r>
      <w:r>
        <w:br/>
      </w:r>
      <w:r>
        <w:rPr>
          <w:sz w:val="20"/>
        </w:rPr>
        <w:t>1:25:36  jante hon to kamyabi ke panch adyae dijiye.</w:t>
      </w:r>
      <w:r>
        <w:br/>
      </w:r>
      <w:r>
        <w:rPr>
          <w:sz w:val="20"/>
        </w:rPr>
        <w:t>1:25:39  abhi quran mat dijiye, in ko baat ko dijiye ga to inshallah samajh jayen ge baat ko.</w:t>
      </w:r>
    </w:p>
    <w:p>
      <w:pPr>
        <w:pStyle w:val="Heading2"/>
      </w:pPr>
      <w:r>
        <w:t>Interpretation of verse on taking Jews and Christians as friends</w:t>
      </w:r>
    </w:p>
    <w:p>
      <w:r>
        <w:rPr>
          <w:color w:val="666666"/>
          <w:sz w:val="18"/>
        </w:rPr>
        <w:t>Quran &amp; Tafsir · The Importance of Wisdom November 4, 2012 · 1m 52s · at 1:06:33 · https://youtu.be/7e6FvqRSHic?t=3993</w:t>
      </w:r>
    </w:p>
    <w:p>
      <w:r>
        <w:rPr>
          <w:i/>
        </w:rPr>
        <w:t>“In Surah Maidah, it says do not take Christians and Jews as friends. Now the alliance of Jews and Christians ruled by Zionism is ruling the world, and Muslim countries like Pakistan, Saudi Arabia, Turkey have joined hands with US. How do you interpret this verse?”</w:t>
      </w:r>
    </w:p>
    <w:p>
      <w:r>
        <w:rPr>
          <w:sz w:val="20"/>
        </w:rPr>
        <w:t>1:06:33  maulana dilli se agla sawal hai farooq kaddoi sahib ka unhon ne likha hai ke surah maida chapter five mein aya hai o you who believe do not take christians and jews as friends in the above verse jews and christians were never friends but now the present day alliance of jews and christians ruled by zionism is ruling the world</w:t>
      </w:r>
      <w:r>
        <w:br/>
      </w:r>
      <w:r>
        <w:rPr>
          <w:sz w:val="20"/>
        </w:rPr>
        <w:t>1:07:00  whoever if you shall take them as friends shall become one of them clearly quran is pointing towards the alliance of pakistan saudi arabia turkey which have joined hands with us how do you interpret this verse of the quran based on my observation dekhen yeh aayaten jo hain yeh contemporary christian aur contemporary jew ke liye hai woh koi eternally sare ke liye nahi hai yeh</w:t>
      </w:r>
      <w:r>
        <w:br/>
      </w:r>
      <w:r>
        <w:rPr>
          <w:sz w:val="20"/>
        </w:rPr>
        <w:t>1:07:30  bilkul galat aisi bachti tafseer hai is ka mani yeh le lein ke qayamat tak jitne christian hain qayamat tak jitne jo hain hargiz nahi jo contemporary thay contemporary rasool Allah sal Allah alayh wasallam ke un ke baray mein yeh hai aaj woh jis doosre doosre insan woh bhi woh bhi insan dekhein buniyadi baat kya hai nasal se koi hukum nahi banta nasal se is jaisay musalman samajhte hain ke hum musalman hain to hum jannat mein j</w:t>
      </w:r>
      <w:r>
        <w:br/>
      </w:r>
      <w:r>
        <w:rPr>
          <w:sz w:val="20"/>
        </w:rPr>
        <w:t>1:08:00  ayenge yeh bhi galat hai musalmanon ka nasal ki buniyad par samajh lena ke hamari nijat ho gayi hai to yeh bhi galat hai aur doosron ko samajhna hai ke woh falan nasal se hain to woh bure hain yeh bhi galat hai</w:t>
      </w:r>
      <w:r>
        <w:br/>
      </w:r>
      <w:r>
        <w:rPr>
          <w:sz w:val="20"/>
        </w:rPr>
        <w:t>1:08:14  mabni bar nasal koi bhi hukum islam mein nahi hua karta merit pe hota hai merit par to is zamane mein jo rasool Allah sal Allah alayh wasallam ke jo contemporary thay un ke baray mein yeh ayat</w:t>
      </w:r>
    </w:p>
    <w:p>
      <w:pPr>
        <w:pStyle w:val="Heading2"/>
      </w:pPr>
      <w:r>
        <w:t>Interpreting Quranic verse on human haste</w:t>
      </w:r>
    </w:p>
    <w:p>
      <w:r>
        <w:rPr>
          <w:color w:val="666666"/>
          <w:sz w:val="18"/>
        </w:rPr>
        <w:t>Quran &amp; Tafsir · Model of Paradise June 22, 2014 · 2m 08s · at 52:02 · https://youtu.be/7jXD8E_dN-E?t=3122</w:t>
      </w:r>
    </w:p>
    <w:p>
      <w:r>
        <w:rPr>
          <w:i/>
        </w:rPr>
        <w:t>“What is your comment on the Quranic verse 'Khuliqa al-insanu 'ajula'? Is it a negative term or is there any positivity in it? Please comment.”</w:t>
      </w:r>
    </w:p>
    <w:p>
      <w:r>
        <w:rPr>
          <w:sz w:val="20"/>
        </w:rPr>
        <w:t>52:02  maulana, agla sawal mehtab sahab ne kiya hai, dhampur se. aur unhon ne likha hai ke maulana sahib What is your comment on the Quranic ayat khuliqal insana ajula Is it a negative term or is there any positivity in it?</w:t>
      </w:r>
      <w:r>
        <w:br/>
      </w:r>
      <w:r>
        <w:rPr>
          <w:sz w:val="20"/>
        </w:rPr>
        <w:t>52:21  please comment. jab Allah ki takhleeq ka muamla yeh hai to zahir hai ke positive lena padega is ko.</w:t>
      </w:r>
      <w:r>
        <w:br/>
      </w:r>
      <w:r>
        <w:rPr>
          <w:sz w:val="20"/>
        </w:rPr>
        <w:t>52:29  hum negative term nahin le sakte. ke kyunke Allah ki jo takhleeq hai woh sab ki sab positive takhleeq hai.</w:t>
      </w:r>
      <w:r>
        <w:br/>
      </w:r>
      <w:r>
        <w:rPr>
          <w:sz w:val="20"/>
        </w:rPr>
        <w:t>52:40  negative takhleeq koi bhi nahin hai. hum apne istemal ke aitbar se is ko negative banate hain. khud takhleeq ke aitbar se koi cheez negative nahin hai.</w:t>
      </w:r>
      <w:r>
        <w:br/>
      </w:r>
      <w:r>
        <w:rPr>
          <w:sz w:val="20"/>
        </w:rPr>
        <w:t>52:52  to is ayat ka matlab hai ke insan ko paida kiya gaya hai, is ke andar jald bazi ka zehn hai. jaldi kaam ko jaldi karna.</w:t>
      </w:r>
      <w:r>
        <w:br/>
      </w:r>
      <w:r>
        <w:rPr>
          <w:sz w:val="20"/>
        </w:rPr>
        <w:t>53:01  to main samajhta hoon ke yeh jaldi ka jo muamla hai, yeh is ka ta'alluq hai incentive se. incentive se, motivation se.</w:t>
      </w:r>
      <w:r>
        <w:br/>
      </w:r>
      <w:r>
        <w:rPr>
          <w:sz w:val="20"/>
        </w:rPr>
        <w:t>53:12  to agar insan ke andar bohat zyada shauq na ho to bara kaam bhi woh nahin kar sakta.</w:t>
      </w:r>
      <w:r>
        <w:br/>
      </w:r>
      <w:r>
        <w:rPr>
          <w:sz w:val="20"/>
        </w:rPr>
        <w:t>53:19  to insan ka bohat zyada shauq aur bohat zyada is ke andar jazba hona, is ka ek phenomena hai ajal.</w:t>
      </w:r>
      <w:r>
        <w:br/>
      </w:r>
      <w:r>
        <w:rPr>
          <w:sz w:val="20"/>
        </w:rPr>
        <w:t>53:30  ajal is ka ek phenomena hai. lekin insan ko chahiye ke woh transfunction karta rahe aur apne aap ko criticize karta rahe.</w:t>
      </w:r>
      <w:r>
        <w:br/>
      </w:r>
      <w:r>
        <w:rPr>
          <w:sz w:val="20"/>
        </w:rPr>
        <w:t>53:41  jaise sarkon par speed breaker hote hain to aap apne aap ko criticize karta rahe.</w:t>
      </w:r>
      <w:r>
        <w:br/>
      </w:r>
      <w:r>
        <w:rPr>
          <w:sz w:val="20"/>
        </w:rPr>
        <w:t>53:50  woh muaddal banata rahe. to insan ka ajal pasand hona, main samajhta hoon ke yeh apne aap mein mein negative nahin hai.</w:t>
      </w:r>
      <w:r>
        <w:br/>
      </w:r>
      <w:r>
        <w:rPr>
          <w:sz w:val="20"/>
        </w:rPr>
        <w:t>53:59  albata agar koi aadmi apna introspection na ho to woh negative result is mein aa sakta hai.</w:t>
      </w:r>
    </w:p>
    <w:p>
      <w:pPr>
        <w:pStyle w:val="Heading2"/>
      </w:pPr>
      <w:r>
        <w:t>Is Arabic alone enough to understand Quran?</w:t>
      </w:r>
    </w:p>
    <w:p>
      <w:r>
        <w:rPr>
          <w:color w:val="666666"/>
          <w:sz w:val="18"/>
        </w:rPr>
        <w:t>Quran &amp; Tafsir · Q&amp;A 04 DEC 2011 Maulana Wahiduddin Khan · 3m 28s · at 15:52 · https://youtu.be/KIMNmuUZoGo?t=952</w:t>
      </w:r>
    </w:p>
    <w:p>
      <w:r>
        <w:rPr>
          <w:i/>
        </w:rPr>
        <w:t>“We have always heard that understanding Arabic is necessary to understand the Quran. But when we see people living in Makkah and Madinah, it seems that something else is also needed. Please explain.”</w:t>
      </w:r>
    </w:p>
    <w:p>
      <w:r>
        <w:rPr>
          <w:sz w:val="20"/>
        </w:rPr>
        <w:t>15:52  maulana, agla sawal aaya hai mister amir bin yusuf ka, karachi pakistan se. unhone likha hai: "hum shuru se yeh sunte chale aaye hain ke arabic language se humein quran ko samajhna zaroori hai.</w:t>
      </w:r>
      <w:r>
        <w:br/>
      </w:r>
      <w:r>
        <w:rPr>
          <w:sz w:val="20"/>
        </w:rPr>
        <w:t>16:08  magar aaj kal hum jo makkah aur madinah mein rehne wale logon ko jab dekhte hain to aisa lagta hai ke quran ko samajhne ke liye kuch aur bhi chahiye." is ke baray mein batayein.</w:t>
      </w:r>
      <w:r>
        <w:br/>
      </w:r>
      <w:r>
        <w:rPr>
          <w:sz w:val="20"/>
        </w:rPr>
        <w:t>16:23  dekhein, quran mein yeh nahi bataya gaya ke tum agar arabi jaano ge to quran ko samajh lo ge. yeh to logon ka khayal hai. yeh kahin bhi nahi bataya quran majeed mein.</w:t>
      </w:r>
      <w:r>
        <w:br/>
      </w:r>
      <w:r>
        <w:rPr>
          <w:sz w:val="20"/>
        </w:rPr>
        <w:t>16:32  agar tum arabi jaano ge to quran ko samajh lo ge. quran mein hai ke tadabbur karo ge to samjho ge. tadabbur, contemplation.</w:t>
      </w:r>
      <w:r>
        <w:br/>
      </w:r>
      <w:r>
        <w:rPr>
          <w:sz w:val="20"/>
        </w:rPr>
        <w:t>16:43  to arabi janna bhi zaroori hai. lekin tarjuma bhi kafi ho sakta hai kisi ke liye. agar woh is ke andar tadabbur ki salahiyat ho.</w:t>
      </w:r>
      <w:r>
        <w:br/>
      </w:r>
      <w:r>
        <w:rPr>
          <w:sz w:val="20"/>
        </w:rPr>
        <w:t>16:52  tadabbur ka matlab kya hai? tadabbur ka matlab yeh hai ke ek khule zehan ke sath aadmi parhe.</w:t>
      </w:r>
      <w:r>
        <w:br/>
      </w:r>
      <w:r>
        <w:rPr>
          <w:sz w:val="20"/>
        </w:rPr>
        <w:t>17:01  kisi bhi complex ke baghair parhe. baais se free ho kar parhe. jazbat se alag ho kar parhe quran ko.</w:t>
      </w:r>
      <w:r>
        <w:br/>
      </w:r>
      <w:r>
        <w:rPr>
          <w:sz w:val="20"/>
        </w:rPr>
        <w:t>17:12  to samajh jaye ga woh. lekin log jeete hain baais mein. tarah tarah ke ta'assubat mein, nafrat mein, jazbat mein. to kya samjhein ge aap?</w:t>
      </w:r>
      <w:r>
        <w:br/>
      </w:r>
      <w:r>
        <w:rPr>
          <w:sz w:val="20"/>
        </w:rPr>
        <w:t>17:22  jaise misal ke tor par log jeete hain yahudiyon se nafrat mein. to jab parhte hain woh quran majeed ki surah fatiha to ghair al maghdoob likhte hote hain ke is se murad yahudi hain.</w:t>
      </w:r>
      <w:r>
        <w:br/>
      </w:r>
      <w:r>
        <w:rPr>
          <w:sz w:val="20"/>
        </w:rPr>
        <w:t>17:35  un ke jeete hain isaiyon se nafrat mein. jab parhte hain ghair</w:t>
      </w:r>
      <w:r>
        <w:br/>
      </w:r>
      <w:r>
        <w:rPr>
          <w:sz w:val="20"/>
        </w:rPr>
        <w:t>17:41  alzalimeen to samajhte hain is se murad isai hain. yeh quran ko samajhna nahi hai yeh. ya apne mind ko quran mein parhna hai. to aap nafraten liye hue hon, ta'assubat liye hue hon,</w:t>
      </w:r>
      <w:r>
        <w:br/>
      </w:r>
      <w:r>
        <w:rPr>
          <w:sz w:val="20"/>
        </w:rPr>
        <w:t>17:57  aur</w:t>
      </w:r>
      <w:r>
        <w:br/>
      </w:r>
      <w:r>
        <w:rPr>
          <w:sz w:val="20"/>
        </w:rPr>
        <w:t>17:58  khud sakhta jazbat mein jeete hon to wohi quran mein parhen ge jo aap mind mein hai. sab se pehle apne mind ko free karna pare ga.</w:t>
      </w:r>
      <w:r>
        <w:br/>
      </w:r>
      <w:r>
        <w:rPr>
          <w:sz w:val="20"/>
        </w:rPr>
        <w:t>18:08  tab quran ko samjhen ge aap. arabi janna hergiz hergiz</w:t>
      </w:r>
      <w:r>
        <w:br/>
      </w:r>
      <w:r>
        <w:rPr>
          <w:sz w:val="20"/>
        </w:rPr>
        <w:t>18:15  lazmi shart nahi hai. lazmi shart hai apne mind ko free banana. apne mind ko her qism ke ta'assubat, nafrat, aur tarah tarah ke yani khud sakhta soch se apne ko free karna.</w:t>
      </w:r>
      <w:r>
        <w:br/>
      </w:r>
      <w:r>
        <w:rPr>
          <w:sz w:val="20"/>
        </w:rPr>
        <w:t>18:33  tab dekhiye arabi zaban ki zaroori is ke liye hai jo scholar banna chahta ho. scholar. to ek hai quran ko samajhna.</w:t>
      </w:r>
      <w:r>
        <w:br/>
      </w:r>
      <w:r>
        <w:rPr>
          <w:sz w:val="20"/>
        </w:rPr>
        <w:t>18:43  ek hai quran ka scholar banna. scholar. yani quran ki buniyad par koi mission chalana chahte hon aap. tab zaroori hai ke aap arabi janiye.</w:t>
      </w:r>
      <w:r>
        <w:br/>
      </w:r>
      <w:r>
        <w:rPr>
          <w:sz w:val="20"/>
        </w:rPr>
        <w:t>18:53  yani quran ki buniyad par ek mission uthana chahte hon aap to zaroori hai ke aap arabi janiye. lekin aap simply follow karne ke liye ke saada taur par apni zindagi mein quran ko lane ke liye to bas quran ko parhiye woh</w:t>
      </w:r>
      <w:r>
        <w:br/>
      </w:r>
      <w:r>
        <w:rPr>
          <w:sz w:val="20"/>
        </w:rPr>
        <w:t>19:10  ta'assubat se khali ho kar ke. to zaroor quran samajh mein ayega aap ke.</w:t>
      </w:r>
    </w:p>
    <w:p>
      <w:pPr>
        <w:pStyle w:val="Heading2"/>
      </w:pPr>
      <w:r>
        <w:t>Is Jerusalem Appointed for Jews in Quran</w:t>
      </w:r>
    </w:p>
    <w:p>
      <w:r>
        <w:rPr>
          <w:color w:val="666666"/>
          <w:sz w:val="18"/>
        </w:rPr>
        <w:t>Quran &amp; Tafsir · Dars-e-Quran, Chapter 2, Verses 44-46, January 28, 2018 · 1m 01s · at 57:49 · https://youtu.be/3Kd5InuBtFA?t=3469</w:t>
      </w:r>
    </w:p>
    <w:p>
      <w:r>
        <w:rPr>
          <w:i/>
        </w:rPr>
        <w:t>“Is Jerusalem a place appointed for Jews? Are there any references within the Holy Quran? Please tell us.”</w:t>
      </w:r>
    </w:p>
    <w:p>
      <w:r>
        <w:rPr>
          <w:sz w:val="20"/>
        </w:rPr>
        <w:t>57:49  maulana, agla sawal bheja hai farooq ishraq sahib ne kashmir se.</w:t>
      </w:r>
      <w:r>
        <w:br/>
      </w:r>
      <w:r>
        <w:rPr>
          <w:sz w:val="20"/>
        </w:rPr>
        <w:t>57:55  unhon ne likha hai: "az jerusalem a place appointed for jews? are there any references with in the</w:t>
      </w:r>
      <w:r>
        <w:br/>
      </w:r>
      <w:r>
        <w:rPr>
          <w:sz w:val="20"/>
        </w:rPr>
        <w:t>58:01  holy quran? please tell us</w:t>
      </w:r>
      <w:r>
        <w:br/>
      </w:r>
      <w:r>
        <w:rPr>
          <w:sz w:val="20"/>
        </w:rPr>
        <w:t>58:07  ." bilkul hi quran mein ayat maujood hai.</w:t>
      </w:r>
      <w:r>
        <w:br/>
      </w:r>
      <w:r>
        <w:rPr>
          <w:sz w:val="20"/>
        </w:rPr>
        <w:t>58:17  wo ayat padhiye: "aur allah ayat padhiye aur tarjuma padhiye." ya qaum!</w:t>
      </w:r>
      <w:r>
        <w:br/>
      </w:r>
      <w:r>
        <w:rPr>
          <w:sz w:val="20"/>
        </w:rPr>
        <w:t>58:27  surah al maidah ayat number 21: "aur</w:t>
      </w:r>
      <w:r>
        <w:br/>
      </w:r>
      <w:r>
        <w:rPr>
          <w:sz w:val="20"/>
        </w:rPr>
        <w:t>58:37  musa ne kaha: aye qaum!</w:t>
      </w:r>
      <w:r>
        <w:br/>
      </w:r>
      <w:r>
        <w:rPr>
          <w:sz w:val="20"/>
        </w:rPr>
        <w:t>58:42  arz muqaddasa mein dakhil ho jao jis ko allah ne tumhare liye likh diya hai aur tum peechhe</w:t>
      </w:r>
      <w:r>
        <w:br/>
      </w:r>
      <w:r>
        <w:rPr>
          <w:sz w:val="20"/>
        </w:rPr>
        <w:t>58:46  na hato taake tum nakam ho jao." ji ji!</w:t>
      </w:r>
    </w:p>
    <w:p>
      <w:pPr>
        <w:pStyle w:val="Heading2"/>
      </w:pPr>
      <w:r>
        <w:t>Is Quran law and its difference from law</w:t>
      </w:r>
    </w:p>
    <w:p>
      <w:r>
        <w:rPr>
          <w:color w:val="666666"/>
          <w:sz w:val="18"/>
        </w:rPr>
        <w:t>Quran &amp; Tafsir · Eid-al-Azha I October 13, 2013 · 2m 03s · at 58:56 · https://youtu.be/oy7zn-uODcU?t=3536</w:t>
      </w:r>
    </w:p>
    <w:p>
      <w:r>
        <w:rPr>
          <w:i/>
        </w:rPr>
        <w:t>“Is the Quran law? How is it different from law? What is your opinion? If you read the definition of law in any dictionary or book, you will see...”</w:t>
      </w:r>
    </w:p>
    <w:p>
      <w:r>
        <w:rPr>
          <w:sz w:val="20"/>
        </w:rPr>
        <w:t>58:56  aata hai maulana agla sawal aaya hai jammu kashmir se muhammad yunus sahib ka unhone aap se</w:t>
      </w:r>
      <w:r>
        <w:br/>
      </w:r>
      <w:r>
        <w:rPr>
          <w:sz w:val="20"/>
        </w:rPr>
        <w:t>59:04  poochha hai is the quran law or is it different from law what is your opinion main aap</w:t>
      </w:r>
      <w:r>
        <w:br/>
      </w:r>
      <w:r>
        <w:rPr>
          <w:sz w:val="20"/>
        </w:rPr>
        <w:t>59:12  kisi bhi dictionary mein kisi kitaab mein law ki definition padhiye aur phir dekhiye toh aap ko definition</w:t>
      </w:r>
      <w:r>
        <w:br/>
      </w:r>
      <w:r>
        <w:rPr>
          <w:sz w:val="20"/>
        </w:rPr>
        <w:t>59:19  law ki milegi woh is par quran poora nahi utar raha hai toh quran book of law</w:t>
      </w:r>
      <w:r>
        <w:br/>
      </w:r>
      <w:r>
        <w:rPr>
          <w:sz w:val="20"/>
        </w:rPr>
        <w:t>59:27  hai hi nahi dekhein quran ke bare mein main yeh kahoon ga ke ek lafz mein agar main</w:t>
      </w:r>
      <w:r>
        <w:br/>
      </w:r>
      <w:r>
        <w:rPr>
          <w:sz w:val="20"/>
        </w:rPr>
        <w:t>59:35  kahoon toh kahoon ga ke woh creation plan of god ko batane ke liye hai what is the</w:t>
      </w:r>
      <w:r>
        <w:br/>
      </w:r>
      <w:r>
        <w:rPr>
          <w:sz w:val="20"/>
        </w:rPr>
        <w:t>59:42  creation plan of god yeh batane ke liye hai woh law ki kitaab hai hi nahi woh yeh</w:t>
      </w:r>
      <w:r>
        <w:br/>
      </w:r>
      <w:r>
        <w:rPr>
          <w:sz w:val="20"/>
        </w:rPr>
        <w:t>59:50  toh aap bahut aasani se aap soch sakte hain kisi bhi dictionary mein padhiye ek law ki definition</w:t>
      </w:r>
      <w:r>
        <w:br/>
      </w:r>
      <w:r>
        <w:rPr>
          <w:sz w:val="20"/>
        </w:rPr>
        <w:t>59:58  is ko le kar ke apply kijiye quran par toh lagega ke is is is maene mein</w:t>
      </w:r>
      <w:r>
        <w:br/>
      </w:r>
      <w:r>
        <w:rPr>
          <w:sz w:val="20"/>
        </w:rPr>
        <w:t>1:00:06  toh quran book of law hai hi nahi quran mein toh marifat ki baatein hain aur jannat dozakh</w:t>
      </w:r>
      <w:r>
        <w:br/>
      </w:r>
      <w:r>
        <w:rPr>
          <w:sz w:val="20"/>
        </w:rPr>
        <w:t>1:00:13  ki baatein hain Allah ki baatein hain aur Allah ka jo takhleeqi plan hai us ki baatein hain</w:t>
      </w:r>
      <w:r>
        <w:br/>
      </w:r>
      <w:r>
        <w:rPr>
          <w:sz w:val="20"/>
        </w:rPr>
        <w:t>1:00:21  yahi sab baatein hain is pe ek ek lafz mein kahoon ke quran kitaab marifat hai kitaab qanoon</w:t>
      </w:r>
      <w:r>
        <w:br/>
      </w:r>
      <w:r>
        <w:rPr>
          <w:sz w:val="20"/>
        </w:rPr>
        <w:t>1:00:29  nahi hai aur bahut aasani se koi bhi shakhs samajh sakta hai is ko yani yeh koi koi</w:t>
      </w:r>
      <w:r>
        <w:br/>
      </w:r>
      <w:r>
        <w:rPr>
          <w:sz w:val="20"/>
        </w:rPr>
        <w:t>1:00:36  filsfe ki baat nahi hai translation ka jo muqadma hai maulana ka us mein tafseel se likha hai</w:t>
      </w:r>
      <w:r>
        <w:br/>
      </w:r>
      <w:r>
        <w:rPr>
          <w:sz w:val="20"/>
        </w:rPr>
        <w:t>1:00:44  is mein translation quran ka jo translation hai na uska jo preface hai us mein tafseel se</w:t>
      </w:r>
      <w:r>
        <w:br/>
      </w:r>
      <w:r>
        <w:rPr>
          <w:sz w:val="20"/>
        </w:rPr>
        <w:t>1:00:52  likha hai maulana ne if you want to know the details you can read the preface of the</w:t>
      </w:r>
    </w:p>
    <w:p>
      <w:pPr>
        <w:pStyle w:val="Heading2"/>
      </w:pPr>
      <w:r>
        <w:t>Is hardship meant to develop creativity?</w:t>
      </w:r>
    </w:p>
    <w:p>
      <w:r>
        <w:rPr>
          <w:color w:val="666666"/>
          <w:sz w:val="18"/>
        </w:rPr>
        <w:t>Quran &amp; Tafsir · Nation Building On India's Republic Day Jan 26, 2020 Maulana Wahiduddin Khan · 1m 55s · at 53:33 · https://youtu.be/58CVocbLAb8?t=3213</w:t>
      </w:r>
    </w:p>
    <w:p>
      <w:r>
        <w:rPr>
          <w:i/>
        </w:rPr>
        <w:t>“Today I found explanation of words. Allah does not burden any person with what he can carry. I feel hardships faced by any individuals are actually to develop creativity in him and her. Maulana, is this correct?”</w:t>
      </w:r>
    </w:p>
    <w:p>
      <w:r>
        <w:rPr>
          <w:sz w:val="20"/>
        </w:rPr>
        <w:t>53:33  maulana riyaz bhat sahib ne aa sawal bheja hai. unhon ne likha hai: "Today I found explanation of words.</w:t>
      </w:r>
      <w:r>
        <w:br/>
      </w:r>
      <w:r>
        <w:rPr>
          <w:sz w:val="20"/>
        </w:rPr>
        <w:t>53:43  allah does not burden any person with what he can carry.</w:t>
      </w:r>
      <w:r>
        <w:br/>
      </w:r>
      <w:r>
        <w:rPr>
          <w:sz w:val="20"/>
        </w:rPr>
        <w:t>53:48  I feel hardships faced by any individuals are actually to develop creativity in him or her. Maulana, is this correct?"</w:t>
      </w:r>
      <w:r>
        <w:br/>
      </w:r>
      <w:r>
        <w:rPr>
          <w:sz w:val="20"/>
        </w:rPr>
        <w:t>54:00  yaqeenan correct hai sahih hai.</w:t>
      </w:r>
      <w:r>
        <w:br/>
      </w:r>
      <w:r>
        <w:rPr>
          <w:sz w:val="20"/>
        </w:rPr>
        <w:t>54:08  fawad kadwai sahib ne surat se sawal bheja hai. unhon ne likha hai: "Moulana how can we build trust with people of other faith so that there is communal harmony and peace in the</w:t>
      </w:r>
      <w:r>
        <w:br/>
      </w:r>
      <w:r>
        <w:rPr>
          <w:sz w:val="20"/>
        </w:rPr>
        <w:t>54:22  society?" apne andar paida kijiye. aap beginning karte hain doosre se. jo spirit aap chahte hain doosre ke andar paida karna woh apne andar paida kijiye.</w:t>
      </w:r>
      <w:r>
        <w:br/>
      </w:r>
      <w:r>
        <w:rPr>
          <w:sz w:val="20"/>
        </w:rPr>
        <w:t>54:38  jaise dekhiye main jab kehta hoon allah o akbar namaz mein azan mein to mujhe bohat khushi hoti hai.</w:t>
      </w:r>
      <w:r>
        <w:br/>
      </w:r>
      <w:r>
        <w:rPr>
          <w:sz w:val="20"/>
        </w:rPr>
        <w:t>54:48  ek thrilling thrill aata hai ke maine Allah ko bara ek</w:t>
      </w:r>
      <w:r>
        <w:br/>
      </w:r>
      <w:r>
        <w:rPr>
          <w:sz w:val="20"/>
        </w:rPr>
        <w:t>55:00  discover kiya. aap mujhe bataiye ke india mein kehte hain aise log hain ke doosre ki spirit se woh inspire hon.</w:t>
      </w:r>
      <w:r>
        <w:br/>
      </w:r>
      <w:r>
        <w:rPr>
          <w:sz w:val="20"/>
        </w:rPr>
        <w:t>55:12  to aap apne andar paida kijiye doosre ke andar aap chahte hain ke doosre ke andar paida ho. apne andar paida kijiye doosre ke andar apne aap paida ho jayenge.</w:t>
      </w:r>
    </w:p>
    <w:p>
      <w:pPr>
        <w:pStyle w:val="Heading2"/>
      </w:pPr>
      <w:r>
        <w:t>Is memorizing Quran still important?</w:t>
      </w:r>
    </w:p>
    <w:p>
      <w:r>
        <w:rPr>
          <w:color w:val="666666"/>
          <w:sz w:val="18"/>
        </w:rPr>
        <w:t>Quran &amp; Tafsir · Universal outlook April 09, 2017 · 2m 00s · at 56:50 · https://youtu.be/n3HAPCpom5c?t=3410</w:t>
      </w:r>
    </w:p>
    <w:p>
      <w:r>
        <w:rPr>
          <w:i/>
        </w:rPr>
        <w:t>“Is memorizing the Quran no more important today because Quran is a preserved book? Maulana, what is your opinion on this?”</w:t>
      </w:r>
    </w:p>
    <w:p>
      <w:r>
        <w:rPr>
          <w:sz w:val="20"/>
        </w:rPr>
        <w:t>56:50  miss mariya amir ne karachi se sawal bheja hai unhone aapse poocha hai is memorizing the quran no more important today because quran is a preserved book</w:t>
      </w:r>
      <w:r>
        <w:br/>
      </w:r>
      <w:r>
        <w:rPr>
          <w:sz w:val="20"/>
        </w:rPr>
        <w:t>57:04  maulana sahab what is your opinion on this</w:t>
      </w:r>
      <w:r>
        <w:br/>
      </w:r>
      <w:r>
        <w:rPr>
          <w:sz w:val="20"/>
        </w:rPr>
        <w:t>57:11  theek hai yeh yani</w:t>
      </w:r>
      <w:r>
        <w:br/>
      </w:r>
      <w:r>
        <w:rPr>
          <w:sz w:val="20"/>
        </w:rPr>
        <w:t>57:14  jahan tak Quran ki mehfooz ki mehfooziyat ki baat hai to is ke liye to zaroorat nahi hai</w:t>
      </w:r>
      <w:r>
        <w:br/>
      </w:r>
      <w:r>
        <w:rPr>
          <w:sz w:val="20"/>
        </w:rPr>
        <w:t>57:20  kyunkeh woh mehfooz ho chuka</w:t>
      </w:r>
      <w:r>
        <w:br/>
      </w:r>
      <w:r>
        <w:rPr>
          <w:sz w:val="20"/>
        </w:rPr>
        <w:t>57:24  Quran jo hai mehfooz ho chuka to pehle mehfooz karta tha insan</w:t>
      </w:r>
      <w:r>
        <w:br/>
      </w:r>
      <w:r>
        <w:rPr>
          <w:sz w:val="20"/>
        </w:rPr>
        <w:t>57:31  yani printing press se pehle printing press se pehle insan mehfooz karta tha is ko memorize kar ke</w:t>
      </w:r>
      <w:r>
        <w:br/>
      </w:r>
      <w:r>
        <w:rPr>
          <w:sz w:val="20"/>
        </w:rPr>
        <w:t>57:38  to woh woh daur khatm ho gaya lekin Quran ke</w:t>
      </w:r>
      <w:r>
        <w:br/>
      </w:r>
      <w:r>
        <w:rPr>
          <w:sz w:val="20"/>
        </w:rPr>
        <w:t>57:44  hifz ki aik zaroorat phir bhi baqi hai keh Quran namaz mein padhaya jata hai</w:t>
      </w:r>
      <w:r>
        <w:br/>
      </w:r>
      <w:r>
        <w:rPr>
          <w:sz w:val="20"/>
        </w:rPr>
        <w:t>57:50  aur namaz ke ilawa jab aap safar mein hon aap car drive kar rahe hain tab bhi Quran</w:t>
      </w:r>
      <w:r>
        <w:br/>
      </w:r>
      <w:r>
        <w:rPr>
          <w:sz w:val="20"/>
        </w:rPr>
        <w:t>57:56  ko sochte hain to agar yaad rahega tab hi sochenge</w:t>
      </w:r>
      <w:r>
        <w:br/>
      </w:r>
      <w:r>
        <w:rPr>
          <w:sz w:val="20"/>
        </w:rPr>
        <w:t>58:00  to Quran mein jo tadabbur karna hai ghaur o fikr karna hai woh to baqi hai</w:t>
      </w:r>
      <w:r>
        <w:br/>
      </w:r>
      <w:r>
        <w:rPr>
          <w:sz w:val="20"/>
        </w:rPr>
        <w:t>58:07  to ab jab hawai jahaz mein aap fly kar rahe hain car safar kar rahe hain to wahan</w:t>
      </w:r>
      <w:r>
        <w:br/>
      </w:r>
      <w:r>
        <w:rPr>
          <w:sz w:val="20"/>
        </w:rPr>
        <w:t>58:12  to quran ka nuskhah aap ke paas khol ke parhein woh nahi hota to aap ke mind mein</w:t>
      </w:r>
      <w:r>
        <w:br/>
      </w:r>
      <w:r>
        <w:rPr>
          <w:sz w:val="20"/>
        </w:rPr>
        <w:t>58:17  jo hai quran isi ko le kar aap sochte hain sochte hain sochte hain to quran ke tahaffuz</w:t>
      </w:r>
      <w:r>
        <w:br/>
      </w:r>
      <w:r>
        <w:rPr>
          <w:sz w:val="20"/>
        </w:rPr>
        <w:t>58:24  ke liye ab zaroorat nahi hai lekin quran ke tadabbur ke liye zaroorat hai</w:t>
      </w:r>
      <w:r>
        <w:br/>
      </w:r>
      <w:r>
        <w:rPr>
          <w:sz w:val="20"/>
        </w:rPr>
        <w:t>58:33  quran ke tahaffuz ke liye to allah taala ne intezam kar diya printing press ke zariye lekin quran ke tadabbur ke liye to yeh zarurat hai aur baqi rahegi namaz mein padhne ki zarurat hai aur baqi rahegi</w:t>
      </w:r>
    </w:p>
    <w:p>
      <w:pPr>
        <w:pStyle w:val="Heading2"/>
      </w:pPr>
      <w:r>
        <w:t>Is secular knowledge important for understanding revelation?</w:t>
      </w:r>
    </w:p>
    <w:p>
      <w:r>
        <w:rPr>
          <w:color w:val="666666"/>
          <w:sz w:val="18"/>
        </w:rPr>
        <w:t>Quran &amp; Tafsir · God Particle July 8, 2012 · 2m 53s · at 1:01:54 · https://youtu.be/30Ulu10c2nA?t=3714</w:t>
      </w:r>
    </w:p>
    <w:p>
      <w:r>
        <w:rPr>
          <w:i/>
        </w:rPr>
        <w:t>“I have seen a lecture on TV channel given by one of the Maulana who said according to Islam, getting knowledge is compulsory to every Muslim. He emphasized that it is applied in religious knowledge only, that is the knowledge taken from the revelation of Allah. But I think that the secular knowledge is also very important to understand revelation of Allah.”</w:t>
      </w:r>
    </w:p>
    <w:p>
      <w:r>
        <w:rPr>
          <w:sz w:val="20"/>
        </w:rPr>
        <w:t>1:01:54  maulana, agla sawal delhi se hai mr. shahnawaz zafar sah</w:t>
      </w:r>
      <w:r>
        <w:br/>
      </w:r>
      <w:r>
        <w:rPr>
          <w:sz w:val="20"/>
        </w:rPr>
        <w:t>1:01:58  b ka. unhone likha hai: "I have seen a lecture on TV channel given by one of the maulana who said according to Islam, getting knowledge is compulsory to every Muslim.</w:t>
      </w:r>
      <w:r>
        <w:br/>
      </w:r>
      <w:r>
        <w:rPr>
          <w:sz w:val="20"/>
        </w:rPr>
        <w:t>1:02:11  he emphasized that it is applied in religious knowledge only, that is the knowledge taken from the wahy of Allah. but I think that the secular knowledge is also very important to understand wahy of Allah.</w:t>
      </w:r>
      <w:r>
        <w:br/>
      </w:r>
      <w:r>
        <w:rPr>
          <w:sz w:val="20"/>
        </w:rPr>
        <w:t>1:02:27  secular knowledge is the study of this world and universe, which belongs to almighty Allah only. everything in this universe belongs to almighty Allah, and that study will definitely give us that vision, which is required to see the creation miracle of almighty Allah.</w:t>
      </w:r>
      <w:r>
        <w:br/>
      </w:r>
      <w:r>
        <w:rPr>
          <w:sz w:val="20"/>
        </w:rPr>
        <w:t>1:02:46  and then also one can be mature enough to understand the wahy of Allah.</w:t>
      </w:r>
      <w:r>
        <w:br/>
      </w:r>
      <w:r>
        <w:rPr>
          <w:sz w:val="20"/>
        </w:rPr>
        <w:t>1:02:52  in short, we can say that Islam says all the knowledge with wisdom is compulsory to every Muslim. Maulana Sahib, please correct me if I am wrong.</w:t>
      </w:r>
      <w:r>
        <w:br/>
      </w:r>
      <w:r>
        <w:rPr>
          <w:sz w:val="20"/>
        </w:rPr>
        <w:t>1:03:04  aap ne sahi kaha, mujhe is se ittefaq hai. jo hadith hai ke "talab al-ilm farizah, talab al-ilm farizah wala kull muslim"</w:t>
      </w:r>
      <w:r>
        <w:br/>
      </w:r>
      <w:r>
        <w:rPr>
          <w:sz w:val="20"/>
        </w:rPr>
        <w:t>1:03:16  , ilm seekhna har muslim par farz hai. toh logon ne khud se is mein deen badha diya. dekhein, hadith mein deen nahi hai.</w:t>
      </w:r>
      <w:r>
        <w:br/>
      </w:r>
      <w:r>
        <w:rPr>
          <w:sz w:val="20"/>
        </w:rPr>
        <w:t>1:03:27  ismein sirf yeh batayein ke ilm ko seekhna har muslim par farz hai. apni taraf se isko badha diya. ilm se murad hai deen.</w:t>
      </w:r>
      <w:r>
        <w:br/>
      </w:r>
      <w:r>
        <w:rPr>
          <w:sz w:val="20"/>
        </w:rPr>
        <w:t>1:03:38  mein samajhta hoon ke yeh hargiz izafa sahi nahi hai.</w:t>
      </w:r>
      <w:r>
        <w:br/>
      </w:r>
      <w:r>
        <w:rPr>
          <w:sz w:val="20"/>
        </w:rPr>
        <w:t>1:03:45  quran mein itna zyada tadabbur ke liye kaha gaya hai, sochne ke liye kaha gaya hai: "kainat par ghaur karo" toh kya woh ilm nahi hai? woh yaani quran mein bhara hua hai, aisi ayat bhari hui hain jis mein ke "zameen aasman par ghaur karo" toh woh wohi toh ilm hai, aur kya ilm hai?</w:t>
      </w:r>
      <w:r>
        <w:br/>
      </w:r>
      <w:r>
        <w:rPr>
          <w:sz w:val="20"/>
        </w:rPr>
        <w:t>1:04:04  to mein samajhta hoon ke ilm yaani is hadith mein yeh kehna ke use ilm deen murad hai, yeh galat hai.</w:t>
      </w:r>
      <w:r>
        <w:br/>
      </w:r>
      <w:r>
        <w:rPr>
          <w:sz w:val="20"/>
        </w:rPr>
        <w:t>1:04:13  har ilm Allah ka ilm hai, har ilm ka talluq</w:t>
      </w:r>
      <w:r>
        <w:br/>
      </w:r>
      <w:r>
        <w:rPr>
          <w:sz w:val="20"/>
        </w:rPr>
        <w:t>1:04:19  har har ilm se hum ko zehni irtaqa mein mufeed faida hota hai. aur jab tak ke yaani jab tak hamara ilm wasee na ho,</w:t>
      </w:r>
      <w:r>
        <w:br/>
      </w:r>
      <w:r>
        <w:rPr>
          <w:sz w:val="20"/>
        </w:rPr>
        <w:t>1:04:35  jab tak hamara ilm wasee na ho, hum na Quran ko samajh sakte hain, na hadith ko samajh sakte hain. to mein aap se bilkul ittefaq karta hoon, aur bilkul sahi aap ne kaha.</w:t>
      </w:r>
    </w:p>
    <w:p>
      <w:pPr>
        <w:pStyle w:val="Heading2"/>
      </w:pPr>
      <w:r>
        <w:t>Is tafsir required with Quran translation</w:t>
      </w:r>
    </w:p>
    <w:p>
      <w:r>
        <w:rPr>
          <w:color w:val="666666"/>
          <w:sz w:val="18"/>
        </w:rPr>
        <w:t>Quran &amp; Tafsir · Model of Paradise June 22, 2014 · 1m 49s · at 55:18 · https://youtu.be/7jXD8E_dN-E?t=3318</w:t>
      </w:r>
    </w:p>
    <w:p>
      <w:r>
        <w:rPr>
          <w:i/>
        </w:rPr>
        <w:t>“Is it mandatory or necessary to recite tafsir along with word-by-word translation of the Quran? Some people say that if you recite it with tafsir then it should be done under the guidance of any scholar or cleric. Please advise.”</w:t>
      </w:r>
    </w:p>
    <w:p>
      <w:r>
        <w:rPr>
          <w:sz w:val="20"/>
        </w:rPr>
        <w:t>55:18  maulana, agla sawal ah shoaib sahab ne kiya hai, dilli se. aur unhone likha hai ke Maulana Is it mandatory or necessary to recite tafsir along with word-by-word translation of the Quran?</w:t>
      </w:r>
      <w:r>
        <w:br/>
      </w:r>
      <w:r>
        <w:rPr>
          <w:sz w:val="20"/>
        </w:rPr>
        <w:t>55:35  Some people say that if you recite it with tafsir then it should be done under the guidance of any scholar or cleric.</w:t>
      </w:r>
      <w:r>
        <w:br/>
      </w:r>
      <w:r>
        <w:rPr>
          <w:sz w:val="20"/>
        </w:rPr>
        <w:t>55:44  Please advice.</w:t>
      </w:r>
      <w:r>
        <w:br/>
      </w:r>
      <w:r>
        <w:rPr>
          <w:sz w:val="20"/>
        </w:rPr>
        <w:t>55:46  dekhen, ye sab baaten irrelevant hain. is qism ki shartein sab ki sab irrelevant hain. Quran mein hai ke</w:t>
      </w:r>
      <w:r>
        <w:br/>
      </w:r>
      <w:r>
        <w:rPr>
          <w:sz w:val="20"/>
        </w:rPr>
        <w:t>56:03  atqaw Allah wa yualimkum Allah yani tum Allah se daro to Allah tumhein ilm dega.</w:t>
      </w:r>
      <w:r>
        <w:br/>
      </w:r>
      <w:r>
        <w:rPr>
          <w:sz w:val="20"/>
        </w:rPr>
        <w:t>56:10  to main samajhta hoon Quran fehmi ka sab se bada jo sab se badi jo shart hai wo taqwa hai. ye sab shartein jo hain mere nazdeek is ki koi ahmiyat nahin hai.</w:t>
      </w:r>
      <w:r>
        <w:br/>
      </w:r>
      <w:r>
        <w:rPr>
          <w:sz w:val="20"/>
        </w:rPr>
        <w:t>56:24  agali cheez ye hai ke aap ke andar waqeatan Allah ka dar ho. waqeatan aap bohat zyada aap ne Allah ko apna karsnar banaya ho.</w:t>
      </w:r>
      <w:r>
        <w:br/>
      </w:r>
      <w:r>
        <w:rPr>
          <w:sz w:val="20"/>
        </w:rPr>
        <w:t>56:33  is ka matlab ye hai ke bohat zyada aap ke andar ye ehsas ho ke kahin main ghalati na kar jaon. kahin main tafsir baraye ka shikar na ho jaon.</w:t>
      </w:r>
      <w:r>
        <w:br/>
      </w:r>
      <w:r>
        <w:rPr>
          <w:sz w:val="20"/>
        </w:rPr>
        <w:t>56:45  to is ka bohat zyada ehsas aap ko ho. aap dua karte rahen, dua karte rahen, dua karte rahen. tab aap Quran ko samjhenge. baqi is se koi kisi ko Quran samajh mein nahin aata.</w:t>
      </w:r>
      <w:r>
        <w:br/>
      </w:r>
      <w:r>
        <w:rPr>
          <w:sz w:val="20"/>
        </w:rPr>
        <w:t>56:55  jo shartein logon ne laga rakhi hain, is se kisi ko samajh mein Quran</w:t>
      </w:r>
      <w:r>
        <w:br/>
      </w:r>
      <w:r>
        <w:rPr>
          <w:sz w:val="20"/>
        </w:rPr>
        <w:t>56:59  nahin aata. Quran samajh samajh mein aata hai ke Allah se daren, Allah se dua karen. apne mind ko objective banaen.</w:t>
      </w:r>
    </w:p>
    <w:p>
      <w:pPr>
        <w:pStyle w:val="Heading2"/>
      </w:pPr>
      <w:r>
        <w:t>Is the Jewish Qibla change a sign of their rejection?</w:t>
      </w:r>
    </w:p>
    <w:p>
      <w:r>
        <w:rPr>
          <w:color w:val="666666"/>
          <w:sz w:val="18"/>
        </w:rPr>
        <w:t>Quran &amp; Tafsir · The Problem of Conditioning April 22, 2012 · 1m 40s · at 1:18:22 · https://youtu.be/j-kJQzOz46g?t=4702</w:t>
      </w:r>
    </w:p>
    <w:p>
      <w:r>
        <w:rPr>
          <w:i/>
        </w:rPr>
        <w:t>“Accepting Jewish Qibla was a super tall quality of change to Kaaba marks and of its need. Muslims say that Allah says in Quran about Jews: No matter how hard you try, they will not follow the right path, but only a few of them. Please guide whether this thinking is correct.”</w:t>
      </w:r>
    </w:p>
    <w:p>
      <w:r>
        <w:rPr>
          <w:sz w:val="20"/>
        </w:rPr>
        <w:t>1:18:22  maulana, agla sawal raipur se aaya hai, mr idrees ka. unho</w:t>
      </w:r>
      <w:r>
        <w:br/>
      </w:r>
      <w:r>
        <w:rPr>
          <w:sz w:val="20"/>
        </w:rPr>
        <w:t>1:18:26  ne likha hai: "Accepting Jewish qibla was a super talif qulf and change to Kaaba marks an end of its need.</w:t>
      </w:r>
      <w:r>
        <w:br/>
      </w:r>
      <w:r>
        <w:rPr>
          <w:sz w:val="20"/>
        </w:rPr>
        <w:t>1:18:36  muslim says that allah says in quran about jews: no matter how hard you try, they will not follow the right path, but only a few of them." Maulana, please guide ke yeh soch kya sahi hai.</w:t>
      </w:r>
      <w:r>
        <w:br/>
      </w:r>
      <w:r>
        <w:rPr>
          <w:sz w:val="20"/>
        </w:rPr>
        <w:t>1:18:51  dekhein, yeh soch bilkul galat hai.</w:t>
      </w:r>
      <w:r>
        <w:br/>
      </w:r>
      <w:r>
        <w:rPr>
          <w:sz w:val="20"/>
        </w:rPr>
        <w:t>1:18:54  woh yahood ke bare mein jo alfaaz hain, wo "that is language of hammering" kyunke kehte hain musalman ho gaye.</w:t>
      </w:r>
      <w:r>
        <w:br/>
      </w:r>
      <w:r>
        <w:rPr>
          <w:sz w:val="20"/>
        </w:rPr>
        <w:t>1:19:03  bahut se yahoodi, saudi musalman hue, ab bhi musalman hue hain. baad ko maryam jameelah yahoodi family mein paida huin, musalman ho gayeen. asad sahib yahoodi family mein paida hue, musalman ho gaye.</w:t>
      </w:r>
      <w:r>
        <w:br/>
      </w:r>
      <w:r>
        <w:rPr>
          <w:sz w:val="20"/>
        </w:rPr>
        <w:t>1:19:14  toh yeh yeh koi baat nahi hai. aur main doosri misaal deta hoon. dekhiye, ahl-e-makkah ke bare mein hijrat ke pehle yeh ayat utri thi ke tum nahi ibaadat karoge uski jiski ibaadat main karta hoon.</w:t>
      </w:r>
      <w:r>
        <w:br/>
      </w:r>
      <w:r>
        <w:rPr>
          <w:sz w:val="20"/>
        </w:rPr>
        <w:t>1:19:27  halanke yeh sab ke sab islam mein da</w:t>
      </w:r>
      <w:r>
        <w:br/>
      </w:r>
      <w:r>
        <w:rPr>
          <w:sz w:val="20"/>
        </w:rPr>
        <w:t>1:19:29  khil ho gaye. saare ahl-e-makkah, bahut ajeeb baat hai. isko padhiye, is surah ko aap "wala antum abidun" tum nahi ho ibaadat karne wale uske jiski main ibaadat karta hoon.</w:t>
      </w:r>
      <w:r>
        <w:br/>
      </w:r>
      <w:r>
        <w:rPr>
          <w:sz w:val="20"/>
        </w:rPr>
        <w:t>1:19:40  yeh ahl-e-makkah ke bare mein aur unko "kafiroon" keh diya gaya hai. lekin yahi saare log toh dakhil ho gaye islam mein fateh-e-makkah ke baad.</w:t>
      </w:r>
      <w:r>
        <w:br/>
      </w:r>
      <w:r>
        <w:rPr>
          <w:sz w:val="20"/>
        </w:rPr>
        <w:t>1:19:50  toh yeh "language of hammering" hai. yahan bhi, wahan bhi.</w:t>
      </w:r>
      <w:r>
        <w:br/>
      </w:r>
      <w:r>
        <w:rPr>
          <w:sz w:val="20"/>
        </w:rPr>
        <w:t>1:19:55  isko isko logical sense mein harghiz nahi lena chahiye.</w:t>
      </w:r>
    </w:p>
    <w:p>
      <w:pPr>
        <w:pStyle w:val="Heading2"/>
      </w:pPr>
      <w:r>
        <w:t>Is the door of ijtihad closed?</w:t>
      </w:r>
    </w:p>
    <w:p>
      <w:r>
        <w:rPr>
          <w:color w:val="666666"/>
          <w:sz w:val="18"/>
        </w:rPr>
        <w:t>Quran &amp; Tafsir · Q&amp;A 20 Nov 2011 Maulana Wahiduddin Khan · 1m 49s · at 25:05 · https://youtu.be/7sNDn8Y6jUc?t=1505</w:t>
      </w:r>
    </w:p>
    <w:p>
      <w:r>
        <w:rPr>
          <w:i/>
        </w:rPr>
        <w:t>“It is said that the possibility of error in ijtihad is high, so the door of ijtihad was closed. Is this understanding correct?”</w:t>
      </w:r>
    </w:p>
    <w:p>
      <w:r>
        <w:rPr>
          <w:sz w:val="20"/>
        </w:rPr>
        <w:t>25:05  Maulana, agla sawal aaya hai Tamil Nadu se Maulana Iqbal Ahmed Umri ka. unhon ne likha hai. kaha jata hai ke ijtihad mein ghalti ka imkan zyada hota hai.</w:t>
      </w:r>
      <w:r>
        <w:br/>
      </w:r>
      <w:r>
        <w:rPr>
          <w:sz w:val="20"/>
        </w:rPr>
        <w:t>25:18  isi liye ijtihad ka darwaza band kar diya gaya hai. kya aisa samajhna sahi hai?</w:t>
      </w:r>
      <w:r>
        <w:br/>
      </w:r>
      <w:r>
        <w:rPr>
          <w:sz w:val="20"/>
        </w:rPr>
        <w:t>25:24  har giz sahi nahi hai. kaun hai jo hadith mein di hui ayat ko mansookh kare? mujhe yeh bataiye. kis ko Allah taala ne yeh license diya hai?</w:t>
      </w:r>
      <w:r>
        <w:br/>
      </w:r>
      <w:r>
        <w:rPr>
          <w:sz w:val="20"/>
        </w:rPr>
        <w:t>25:37  Bukhari ki riwayat mein jab yeh hai ke mujtahid</w:t>
      </w:r>
      <w:r>
        <w:br/>
      </w:r>
      <w:r>
        <w:rPr>
          <w:sz w:val="20"/>
        </w:rPr>
        <w:t>25:41  koi shart nahi lagai gayi. aur sirf yeh bataye ga ke agar tum ijtihad karo aur ghalti ho jaye to aadha sawab mile ga.</w:t>
      </w:r>
      <w:r>
        <w:br/>
      </w:r>
      <w:r>
        <w:rPr>
          <w:sz w:val="20"/>
        </w:rPr>
        <w:t>25:51  sahih rahega to double sawab milega. to kis ko ye Allah taala ne ikhtiyar diya hai ke wo mansookh kare ijtihad ko? ghalti ke imkan ke bawajood ijtihad karte rehna hai.</w:t>
      </w:r>
      <w:r>
        <w:br/>
      </w:r>
      <w:r>
        <w:rPr>
          <w:sz w:val="20"/>
        </w:rPr>
        <w:t>26:03  albatta aadmi ke andar israr nahi hona chahiye. agar mujh se ghalti ho gayi hai to main main muhasba karun. apni apni ghaltiyon ko janne ki koshish karun.</w:t>
      </w:r>
      <w:r>
        <w:br/>
      </w:r>
      <w:r>
        <w:rPr>
          <w:sz w:val="20"/>
        </w:rPr>
        <w:t>26:13  Discussion karun. aur apna correction karun. to koi bhi shakhs haq nahi rakhta ke ijtihad darwaza band kare.</w:t>
      </w:r>
      <w:r>
        <w:br/>
      </w:r>
      <w:r>
        <w:rPr>
          <w:sz w:val="20"/>
        </w:rPr>
        <w:t>26:22  jab Rasool Allah ne farma diya hai ke ghalti karoge tab bhi sawab milega.</w:t>
      </w:r>
      <w:r>
        <w:br/>
      </w:r>
      <w:r>
        <w:rPr>
          <w:sz w:val="20"/>
        </w:rPr>
        <w:t>26:26  to kis ko haq hai ke wo band kare darwaza? sirf ye aap ko haq hai ke agar aap dekhte hain ke koi shakhs ghalti kar raha hai to us ko bas baat us ko baat kijiye.</w:t>
      </w:r>
      <w:r>
        <w:br/>
      </w:r>
      <w:r>
        <w:rPr>
          <w:sz w:val="20"/>
        </w:rPr>
        <w:t>26:39  is se guftagu kijiye. bas bajaye is ke ke ijtihad darwaza aap band karen. aap ye kar sakte hain ke us ki</w:t>
      </w:r>
      <w:r>
        <w:br/>
      </w:r>
      <w:r>
        <w:rPr>
          <w:sz w:val="20"/>
        </w:rPr>
        <w:t>26:47  ghalti ko durust karen. guftagu sunid ke zariye se. is se zyada kisi ko koi haq nahi koi.</w:t>
      </w:r>
    </w:p>
    <w:p>
      <w:pPr>
        <w:pStyle w:val="Heading2"/>
      </w:pPr>
      <w:r>
        <w:t>Learning Quran for non-Arabic speakers and interpretations</w:t>
      </w:r>
    </w:p>
    <w:p>
      <w:r>
        <w:rPr>
          <w:color w:val="666666"/>
          <w:sz w:val="18"/>
        </w:rPr>
        <w:t>Quran &amp; Tafsir · Study of The Quran 23 June 2019 - Maulana Wahiduddin Khan · 5m 31s · at 34:30 · https://youtu.be/tFQnqhFtPko?t=2070</w:t>
      </w:r>
    </w:p>
    <w:p>
      <w:r>
        <w:rPr>
          <w:i/>
        </w:rPr>
        <w:t>“What is the best way to learn Quran for non-Arabic speaker? Why do we have multiple interpretations of Quran? How someone new like me can choose the right interpretation?”</w:t>
      </w:r>
    </w:p>
    <w:p>
      <w:r>
        <w:rPr>
          <w:sz w:val="20"/>
        </w:rPr>
        <w:t>34:30  yeh sawal bheja hai congo central africa se muhammad akhlaq mewati sahib ne. unhone likha hai: "what is the best way to learn quran for non arabic speaker?</w:t>
      </w:r>
      <w:r>
        <w:br/>
      </w:r>
      <w:r>
        <w:rPr>
          <w:sz w:val="20"/>
        </w:rPr>
        <w:t>34:47  why do we have multiple interpretations of quran? how someone new like me can choose the right interpretation?"</w:t>
      </w:r>
      <w:r>
        <w:br/>
      </w:r>
      <w:r>
        <w:rPr>
          <w:sz w:val="20"/>
        </w:rPr>
        <w:t>35:00  ka matlab maulana, unke actually ek sawal ke do hisse hain. pehla hissa to unhone aap se poocha hai ke ek non arabic speaker quran ko kaise samjhe?</w:t>
      </w:r>
      <w:r>
        <w:br/>
      </w:r>
      <w:r>
        <w:rPr>
          <w:sz w:val="20"/>
        </w:rPr>
        <w:t>35:12  aur jo doosra hissa hai sawal ka, woh yeh hai ke itne zyada interpretations available hain abhi, ah ah ke kaise choose karein ke sahi interpretation konsa hai quran ka?</w:t>
      </w:r>
      <w:r>
        <w:br/>
      </w:r>
      <w:r>
        <w:rPr>
          <w:sz w:val="20"/>
        </w:rPr>
        <w:t>35:27  dekhiye, pehli baat to yeh ke arabi zaban bahut hi aasan zaban hai. koi bhi aadmi agar sincere hai to bahut aasani se woh arabi seekh sakta hai.</w:t>
      </w:r>
      <w:r>
        <w:br/>
      </w:r>
      <w:r>
        <w:rPr>
          <w:sz w:val="20"/>
        </w:rPr>
        <w:t>35:42  doosri taraf yeh ke arabi koi shart lazim nahi hai quran samajhne ke liye. quran ke tarjume, tafaseer har zaban mein maujood hain.</w:t>
      </w:r>
      <w:r>
        <w:br/>
      </w:r>
      <w:r>
        <w:rPr>
          <w:sz w:val="20"/>
        </w:rPr>
        <w:t>35:53  har zaban mein sab se badi cheez jo chahiye, woh aqal hai. agar aap ke paas aqal ho to bas kaafi hai.</w:t>
      </w:r>
      <w:r>
        <w:br/>
      </w:r>
      <w:r>
        <w:rPr>
          <w:sz w:val="20"/>
        </w:rPr>
        <w:t>36:04  woh kisi bhi kisi bhi zaban mein aap padhiye,</w:t>
      </w:r>
      <w:r>
        <w:br/>
      </w:r>
      <w:r>
        <w:rPr>
          <w:sz w:val="20"/>
        </w:rPr>
        <w:t>36:10  yeh koi rukawat rukawat nahi hai jo log samajhte hain. Koi bhi rukawat Quran ko samajhne ke liye maujood nahi hai.</w:t>
      </w:r>
      <w:r>
        <w:br/>
      </w:r>
      <w:r>
        <w:rPr>
          <w:sz w:val="20"/>
        </w:rPr>
        <w:t>36:21  main yaqeen ke sath keh sakta hoon. Aur doosri cheez jo hai, woh cheez kya hai?</w:t>
      </w:r>
      <w:r>
        <w:br/>
      </w:r>
      <w:r>
        <w:rPr>
          <w:sz w:val="20"/>
        </w:rPr>
        <w:t>36:29  keh bohat sare interpretation. Ji, yeh bhi to bekar baat hai. Konsi duniya mein aisi cheez bhi interpretation na ho? Konsay bataiye?</w:t>
      </w:r>
      <w:r>
        <w:br/>
      </w:r>
      <w:r>
        <w:rPr>
          <w:sz w:val="20"/>
        </w:rPr>
        <w:t>36:38  bimari har doctor alag alag batata hai is ke baray mein. To kya log ilaj nahi karte?</w:t>
      </w:r>
      <w:r>
        <w:br/>
      </w:r>
      <w:r>
        <w:rPr>
          <w:sz w:val="20"/>
        </w:rPr>
        <w:t>36:48  log ilaj nahi karte? Dukandari, dukandar jo bechte hain saman alag alag dhang se, woh batate hain. To kya log dukandari band ho gayi hai?</w:t>
      </w:r>
      <w:r>
        <w:br/>
      </w:r>
      <w:r>
        <w:rPr>
          <w:sz w:val="20"/>
        </w:rPr>
        <w:t>37:00  yeh konsi cheez aisi hai jis mein interpretation, diverse interpretation na ho? Yeh rukawat konsi hai? Apni aql ko istemal kijiye, apni common sense ko istemal kijiye.</w:t>
      </w:r>
      <w:r>
        <w:br/>
      </w:r>
      <w:r>
        <w:rPr>
          <w:sz w:val="20"/>
        </w:rPr>
        <w:t>37:12  yeh sab bilkul yaani aise log yeh baatein karte hain jo serious, sincere nahi hain. Wahi aadmi apne baray mein, apne business ke baray mein, apne job ke baray mein, apne ilaj ke baray mein sincere hota to wahi sawal nahi, sawal nahi karta.</w:t>
      </w:r>
      <w:r>
        <w:br/>
      </w:r>
      <w:r>
        <w:rPr>
          <w:sz w:val="20"/>
        </w:rPr>
        <w:t>37:30  aur yahan sawal kar raha hai.</w:t>
      </w:r>
      <w:r>
        <w:br/>
      </w:r>
      <w:r>
        <w:rPr>
          <w:sz w:val="20"/>
        </w:rPr>
        <w:t>37:35  main nahi manta ke yeh koi sawal hai. Jab aap ka beta bimar hota hai to sheher mein hazaron doctor hotay hain.</w:t>
      </w:r>
      <w:r>
        <w:br/>
      </w:r>
      <w:r>
        <w:rPr>
          <w:sz w:val="20"/>
        </w:rPr>
        <w:t>37:44  to kya aap is mein phans jatay hain aur ilaj nahi kar patay? In ke paas jaon, in ke paas jaon, in ke paas jaon? Kon aisa baap hoga jo apne bete ke ilaj ke liye is liye na kar paye ke bohat se doctor hain?</w:t>
      </w:r>
      <w:r>
        <w:br/>
      </w:r>
      <w:r>
        <w:rPr>
          <w:sz w:val="20"/>
        </w:rPr>
        <w:t>38:01  to kya karein? Aap sincere hona, aap ka</w:t>
      </w:r>
      <w:r>
        <w:br/>
      </w:r>
      <w:r>
        <w:rPr>
          <w:sz w:val="20"/>
        </w:rPr>
        <w:t>38:09  dimagh mein aql hona kafi hai aap ke liye ke aap aik right doctor ko choose karein aur us se ilaj karein. To har mamle mein aap us ko solve kar letay hain.</w:t>
      </w:r>
      <w:r>
        <w:br/>
      </w:r>
      <w:r>
        <w:rPr>
          <w:sz w:val="20"/>
        </w:rPr>
        <w:t>38:22  sirf deeni ka mamla aisa solve nahi hota. Yeh yeh sab bekar baat hai. Mere nazdeek yeh koi baatein nahi hain.</w:t>
      </w:r>
      <w:r>
        <w:br/>
      </w:r>
      <w:r>
        <w:rPr>
          <w:sz w:val="20"/>
        </w:rPr>
        <w:t>38:33  Maulana, agla comment bheja hai Delhi se Dr. Naghma Siddiqui ne. Unhon ne likha hai: "Maulana, jazak Allah for explaining the importance of overcoming bias and understanding the historical age to understand Quran and the global opportunities that the present age has opened for spreading the Quranic message through universal dawah.</w:t>
      </w:r>
      <w:r>
        <w:br/>
      </w:r>
      <w:r>
        <w:rPr>
          <w:sz w:val="20"/>
        </w:rPr>
        <w:t>39:01  Inshallah, Maulana, I re dedicate my life to this mission. May God help me to achieve this. Inshallah." Maulana, agla comment Kashmir se bheja hai Miss Mehak Fayyaz Khan ne.</w:t>
      </w:r>
      <w:r>
        <w:br/>
      </w:r>
      <w:r>
        <w:rPr>
          <w:sz w:val="20"/>
        </w:rPr>
        <w:t>39:17  Unhon ne likha hai: "I gained new things today. It is not just about interpretation, but it is about right interpretation considering the cultural, historical, linguistic and social conditions of that particular time.</w:t>
      </w:r>
      <w:r>
        <w:br/>
      </w:r>
      <w:r>
        <w:rPr>
          <w:sz w:val="20"/>
        </w:rPr>
        <w:t>39:36  Such a beautiful and meaningful lecture. Thanks Maulana sahib." Sajid Anwar sahib ne Mumbai se likha hai: "Maulana, very thrilling explanation of the Hadith that the miracles of the Quran will never end.</w:t>
      </w:r>
      <w:r>
        <w:br/>
      </w:r>
      <w:r>
        <w:rPr>
          <w:sz w:val="20"/>
        </w:rPr>
        <w:t>39:51  The points of universal knowledge and freeing oneself from all kinds of prejudices were extremely important.</w:t>
      </w:r>
    </w:p>
    <w:p>
      <w:pPr>
        <w:pStyle w:val="Heading2"/>
      </w:pPr>
      <w:r>
        <w:t>Leaving later books for Quran and Sunnah</w:t>
      </w:r>
    </w:p>
    <w:p>
      <w:r>
        <w:rPr>
          <w:color w:val="666666"/>
          <w:sz w:val="18"/>
        </w:rPr>
        <w:t>Quran &amp; Tafsir · The Issues of Islam in the Present World November 11, 2012 · 1m 14s · at 1:13:12 · https://youtu.be/COoaUbCCi1c?t=4392</w:t>
      </w:r>
    </w:p>
    <w:p>
      <w:r>
        <w:rPr>
          <w:i/>
        </w:rPr>
        <w:t>“Muslims of today admit that Quran and Sunnah are source books, but are not ready to leave later books and interpretations. How can they be made to understand?”</w:t>
      </w:r>
    </w:p>
    <w:p>
      <w:r>
        <w:rPr>
          <w:sz w:val="20"/>
        </w:rPr>
        <w:t>1:13:12  maulana, agla sawal dilli se hai miss naghma siddiqui ne kiya hai, unhon ne likha hai: "muslims of today admit that quran and sunnah are source books, but are not ready to leave later books and interpretations.</w:t>
      </w:r>
      <w:r>
        <w:br/>
      </w:r>
      <w:r>
        <w:rPr>
          <w:sz w:val="20"/>
        </w:rPr>
        <w:t>1:13:28  how can they be made to understand?" kya matlab</w:t>
      </w:r>
      <w:r>
        <w:br/>
      </w:r>
      <w:r>
        <w:rPr>
          <w:sz w:val="20"/>
        </w:rPr>
        <w:t>1:13:33  ke maulana? woh yeh to mante hain ke jo source ki kitabein hain, woh quran aur sunnah hain, lekin woh baad ki jo kitabein hain, un ko chhod chhodne ke liye aur un ki interpretations ko chhodne ke liye tayyar nahin hain.</w:t>
      </w:r>
      <w:r>
        <w:br/>
      </w:r>
      <w:r>
        <w:rPr>
          <w:sz w:val="20"/>
        </w:rPr>
        <w:t>1:13:44  to ab woh lip service ke taur par kehte hain: "lip service har jagah aap jaiye, quran ki tilawat to khoob hoti hai." amalan sara jo un ki zindagi ka raqsa hai, woh sab chalta hai inhi fiqh ki kitabon par, fatwon par, baad ke ulama ke upar.</w:t>
      </w:r>
      <w:r>
        <w:br/>
      </w:r>
      <w:r>
        <w:rPr>
          <w:sz w:val="20"/>
        </w:rPr>
        <w:t>1:14:03  har jagah yeh qissa hai madrason mein, masjidon mein aap jaiye ke khane ke liye to yeh kehte hain, lekin un ki jo practice hai, woh is par nahin hai.</w:t>
      </w:r>
      <w:r>
        <w:br/>
      </w:r>
      <w:r>
        <w:rPr>
          <w:sz w:val="20"/>
        </w:rPr>
        <w:t>1:14:13  practice isi par hai yaani fiqh se lete hain islam, ulama se fatwon se lete hain islam, inhi ko reference, inhi ko refer karte hain.</w:t>
      </w:r>
      <w:r>
        <w:br/>
      </w:r>
      <w:r>
        <w:rPr>
          <w:sz w:val="20"/>
        </w:rPr>
        <w:t>1:14:22  woh</w:t>
      </w:r>
    </w:p>
    <w:p>
      <w:pPr>
        <w:pStyle w:val="Heading2"/>
      </w:pPr>
      <w:r>
        <w:t>Linking Science with Quran and Hadith</w:t>
      </w:r>
    </w:p>
    <w:p>
      <w:r>
        <w:rPr>
          <w:color w:val="666666"/>
          <w:sz w:val="18"/>
        </w:rPr>
        <w:t>Quran &amp; Tafsir · Deeper Meaning of Quran 17 05 2015 · 4m 01s · at 1:05:52 · https://youtu.be/_Cj6gds7nWI?t=3952</w:t>
      </w:r>
    </w:p>
    <w:p>
      <w:r>
        <w:rPr>
          <w:i/>
        </w:rPr>
        <w:t>“To what extent is it correct to link modern scientific discoveries with the Quran and Hadith, given that the Quran is a book of guidance?”</w:t>
      </w:r>
    </w:p>
    <w:p>
      <w:r>
        <w:rPr>
          <w:sz w:val="20"/>
        </w:rPr>
        <w:t>1:05:52  maulana, in ka ek aur sawal hai, unhon ne aap se poocha hai ke maujooda scientific discoveries ko</w:t>
      </w:r>
      <w:r>
        <w:br/>
      </w:r>
      <w:r>
        <w:rPr>
          <w:sz w:val="20"/>
        </w:rPr>
        <w:t>1:05:57  quran aur hadith se jodna kahan tak durust hai, jabke quran kitaab-e-hidayat hai? dekhen, yeh bohat bari</w:t>
      </w:r>
      <w:r>
        <w:br/>
      </w:r>
      <w:r>
        <w:rPr>
          <w:sz w:val="20"/>
        </w:rPr>
        <w:t>1:06:03  ghalatfehmi hai.</w:t>
      </w:r>
      <w:r>
        <w:br/>
      </w:r>
      <w:r>
        <w:rPr>
          <w:sz w:val="20"/>
        </w:rPr>
        <w:t>1:06:09  scientific discovery ke log to hote hain ke maghrib ki discovery hai.</w:t>
      </w:r>
      <w:r>
        <w:br/>
      </w:r>
      <w:r>
        <w:rPr>
          <w:sz w:val="20"/>
        </w:rPr>
        <w:t>1:06:15  scientific discovery kya hai? laf ko daryaft karna, jo Khuda ka jo qanoon hai, usi ko daryaft karne</w:t>
      </w:r>
      <w:r>
        <w:br/>
      </w:r>
      <w:r>
        <w:rPr>
          <w:sz w:val="20"/>
        </w:rPr>
        <w:t>1:06:20  ka naam hai scientific discovery.</w:t>
      </w:r>
      <w:r>
        <w:br/>
      </w:r>
      <w:r>
        <w:rPr>
          <w:sz w:val="20"/>
        </w:rPr>
        <w:t>1:06:26  misalan dekhen, pehle zamanay mein insaan yeh samajhta tha ke zameen beech mein hai, suraj ke gird ghoom raha hai.</w:t>
      </w:r>
      <w:r>
        <w:br/>
      </w:r>
      <w:r>
        <w:rPr>
          <w:sz w:val="20"/>
        </w:rPr>
        <w:t>1:06:32  ab science ne daryaft kiya ke aisa nahi hai, balkay suraj beech mein hai, zameen ghoom rahi hai.</w:t>
      </w:r>
      <w:r>
        <w:br/>
      </w:r>
      <w:r>
        <w:rPr>
          <w:sz w:val="20"/>
        </w:rPr>
        <w:t>1:06:37  to yeh scientific discovery Khuda ke qanoon ko daryaft karna hai.</w:t>
      </w:r>
      <w:r>
        <w:br/>
      </w:r>
      <w:r>
        <w:rPr>
          <w:sz w:val="20"/>
        </w:rPr>
        <w:t>1:06:43  scientific discovery kisi aur cheez ka naam nahi hai, Khuda hi ke qanoon ko daryaft karne ka naam hai.</w:t>
      </w:r>
      <w:r>
        <w:br/>
      </w:r>
      <w:r>
        <w:rPr>
          <w:sz w:val="20"/>
        </w:rPr>
        <w:t>1:06:49  yeh bohat bari ghalatfehmi hai, log samajhte hain ke scientific discovery koi aur cheez hai.</w:t>
      </w:r>
      <w:r>
        <w:br/>
      </w:r>
      <w:r>
        <w:rPr>
          <w:sz w:val="20"/>
        </w:rPr>
        <w:t>1:06:54  misalan, main jab chhota tha to main samajhta tha ke khane ka matlab pet bharna hai.</w:t>
      </w:r>
      <w:r>
        <w:br/>
      </w:r>
      <w:r>
        <w:rPr>
          <w:sz w:val="20"/>
        </w:rPr>
        <w:t>1:07:00  mere bachpan mein khane ka matlab do hi hua karta tha: pet bharna aur taste.</w:t>
      </w:r>
      <w:r>
        <w:br/>
      </w:r>
      <w:r>
        <w:rPr>
          <w:sz w:val="20"/>
        </w:rPr>
        <w:t>1:07:06  bas baat ko jab maine mutala kiya to maloom hua ke science ne jo daryaft kiya hai,</w:t>
      </w:r>
      <w:r>
        <w:br/>
      </w:r>
      <w:r>
        <w:rPr>
          <w:sz w:val="20"/>
        </w:rPr>
        <w:t>1:07:11  wo teesri cheez jo chhooti hui thi, wo sab se bari cheez hai.</w:t>
      </w:r>
      <w:r>
        <w:br/>
      </w:r>
      <w:r>
        <w:rPr>
          <w:sz w:val="20"/>
        </w:rPr>
        <w:t>1:07:17  wo hai nutrition, nutritive value jo hai, us ki wo sab se bari cheez hai.</w:t>
      </w:r>
      <w:r>
        <w:br/>
      </w:r>
      <w:r>
        <w:rPr>
          <w:sz w:val="20"/>
        </w:rPr>
        <w:t>1:07:23  yeh to Allah ka qanoon hai, yeh koi aisa nahi ke kisi Misr, kisi Europe ne daryaft kar liya hai.</w:t>
      </w:r>
      <w:r>
        <w:br/>
      </w:r>
      <w:r>
        <w:rPr>
          <w:sz w:val="20"/>
        </w:rPr>
        <w:t>1:07:28  har woh cheez jo science mein, science ki wajah se, exact sciences mein, waise to log social science</w:t>
      </w:r>
      <w:r>
        <w:br/>
      </w:r>
      <w:r>
        <w:rPr>
          <w:sz w:val="20"/>
        </w:rPr>
        <w:t>1:07:34  ko bhi science kehte hain, wo main is ko science nahi manta.</w:t>
      </w:r>
      <w:r>
        <w:br/>
      </w:r>
      <w:r>
        <w:rPr>
          <w:sz w:val="20"/>
        </w:rPr>
        <w:t>1:07:40  political science ko bhi science kehte hain, wo main science nahi manta.</w:t>
      </w:r>
      <w:r>
        <w:br/>
      </w:r>
      <w:r>
        <w:rPr>
          <w:sz w:val="20"/>
        </w:rPr>
        <w:t>1:07:45  main sirf physical science ki baat karta hoon.</w:t>
      </w:r>
      <w:r>
        <w:br/>
      </w:r>
      <w:r>
        <w:rPr>
          <w:sz w:val="20"/>
        </w:rPr>
        <w:t>1:07:51  to physical science Khuda ke qanoon ki daryaft ka naam hai, kisi aur cheez ka naam nahi hai.</w:t>
      </w:r>
      <w:r>
        <w:br/>
      </w:r>
      <w:r>
        <w:rPr>
          <w:sz w:val="20"/>
        </w:rPr>
        <w:t>1:07:57  woh toh is mein koi, koi, koi takrao ki baat hi nahi hai.</w:t>
      </w:r>
      <w:r>
        <w:br/>
      </w:r>
      <w:r>
        <w:rPr>
          <w:sz w:val="20"/>
        </w:rPr>
        <w:t>1:08:02  wohi, wohi jo quran mein hai, wohi is mein hai.</w:t>
      </w:r>
      <w:r>
        <w:br/>
      </w:r>
      <w:r>
        <w:rPr>
          <w:sz w:val="20"/>
        </w:rPr>
        <w:t>1:08:08  is ko aap is pe kafi likha hai, aap parhiye apni kitabon ko.</w:t>
      </w:r>
      <w:r>
        <w:br/>
      </w:r>
      <w:r>
        <w:rPr>
          <w:sz w:val="20"/>
        </w:rPr>
        <w:t>1:08:14  maulana, unhon ne yeh bhi likha hai, aap se janna chahte hain ke haroon yahya ki kitabein aap</w:t>
      </w:r>
      <w:r>
        <w:br/>
      </w:r>
      <w:r>
        <w:rPr>
          <w:sz w:val="20"/>
        </w:rPr>
        <w:t>1:08:19  ke khayal se kis had tak quran aur sunnat ko samjhane mein support kar sakti hain? dekhiye, mein</w:t>
      </w:r>
      <w:r>
        <w:br/>
      </w:r>
      <w:r>
        <w:rPr>
          <w:sz w:val="20"/>
        </w:rPr>
        <w:t>1:08:25  kisi ki kitab par koi tabsarah nahi karunga.</w:t>
      </w:r>
      <w:r>
        <w:br/>
      </w:r>
      <w:r>
        <w:rPr>
          <w:sz w:val="20"/>
        </w:rPr>
        <w:t>1:08:31  aap parhiye, aap parh kar khud rai banaiye.</w:t>
      </w:r>
      <w:r>
        <w:br/>
      </w:r>
      <w:r>
        <w:rPr>
          <w:sz w:val="20"/>
        </w:rPr>
        <w:t>1:08:36  khud parhiye, khud ko rai banaiye.</w:t>
      </w:r>
      <w:r>
        <w:br/>
      </w:r>
      <w:r>
        <w:rPr>
          <w:sz w:val="20"/>
        </w:rPr>
        <w:t>1:08:42  mein is par koi remark nahi dunga.</w:t>
      </w:r>
      <w:r>
        <w:br/>
      </w:r>
      <w:r>
        <w:rPr>
          <w:sz w:val="20"/>
        </w:rPr>
        <w:t>1:08:48  Okay, so we will end this session now.</w:t>
      </w:r>
      <w:r>
        <w:br/>
      </w:r>
      <w:r>
        <w:rPr>
          <w:sz w:val="20"/>
        </w:rPr>
        <w:t>1:08:54  Thank you.</w:t>
      </w:r>
    </w:p>
    <w:p>
      <w:pPr>
        <w:pStyle w:val="Heading2"/>
      </w:pPr>
      <w:r>
        <w:t>Linking scientific discoveries with Quran</w:t>
      </w:r>
    </w:p>
    <w:p>
      <w:r>
        <w:rPr>
          <w:color w:val="666666"/>
          <w:sz w:val="18"/>
        </w:rPr>
        <w:t>Quran &amp; Tafsir · Deeper Meaning of The Quran May 17, 2015 · 3m 52s · at 1:07:52 · https://youtu.be/CoTUNYxSRiI?t=4072</w:t>
      </w:r>
    </w:p>
    <w:p>
      <w:r>
        <w:rPr>
          <w:i/>
        </w:rPr>
        <w:t>“To what extent is it correct to link current scientific discoveries with the Quran and Hadith, whereas the Quran is a book of guidance?”</w:t>
      </w:r>
    </w:p>
    <w:p>
      <w:r>
        <w:rPr>
          <w:sz w:val="20"/>
        </w:rPr>
        <w:t>1:07:52  maulana, in ka ek aur sawal hai. unhon ne aap se poocha hai ke: "maujooda scientific discoveries ko quran aur hadees se jorna kahan tak durust hai jabke quran kitab-e-hidayaat hai?"</w:t>
      </w:r>
      <w:r>
        <w:br/>
      </w:r>
      <w:r>
        <w:rPr>
          <w:sz w:val="20"/>
        </w:rPr>
        <w:t>1:08:06  dekhiye bohat bari galatfehmi hai. scientific discovery to hota hai ke. maghrib ki discovery hai. scientific discovery kya hai?</w:t>
      </w:r>
      <w:r>
        <w:br/>
      </w:r>
      <w:r>
        <w:rPr>
          <w:sz w:val="20"/>
        </w:rPr>
        <w:t>1:08:15  love jaise ko daryaft karna. jo khuda ka jo qanoon hai usi ko daryaft karne ka naam hai scientific discovery.</w:t>
      </w:r>
      <w:r>
        <w:br/>
      </w:r>
      <w:r>
        <w:rPr>
          <w:sz w:val="20"/>
        </w:rPr>
        <w:t>1:08:24  misalan dekhiye pehle zamanay mein insan yeh samajhta tha ke zameen</w:t>
      </w:r>
      <w:r>
        <w:br/>
      </w:r>
      <w:r>
        <w:rPr>
          <w:sz w:val="20"/>
        </w:rPr>
        <w:t>1:08:35  beech mein hai suraj ke gird ghoom raha hai. ab science ne daryaft kiya ke aisa nahin hai balkay suraj beech mein hai zameen ghoom rahi hai. to yeh scientific discovery khuda ke qanoon ko daryaft karna hai.</w:t>
      </w:r>
      <w:r>
        <w:br/>
      </w:r>
      <w:r>
        <w:rPr>
          <w:sz w:val="20"/>
        </w:rPr>
        <w:t>1:08:47  scientific discovery kisi aur cheez ka naam nahin hai. khudai qanoon ko daryaft karne ka naam hai.</w:t>
      </w:r>
      <w:r>
        <w:br/>
      </w:r>
      <w:r>
        <w:rPr>
          <w:sz w:val="20"/>
        </w:rPr>
        <w:t>1:08:55  yeh bohat bari galatfehmi hai log samajhte hain ke scientific discovery koi aur cheez hai. misalan main jab chota tha to mujhe samajhta tha ke khane ka matlab pet bharna.</w:t>
      </w:r>
      <w:r>
        <w:br/>
      </w:r>
      <w:r>
        <w:rPr>
          <w:sz w:val="20"/>
        </w:rPr>
        <w:t>1:09:06  mere bachpan mein do khane ka matlab do hi hua karta tha.</w:t>
      </w:r>
      <w:r>
        <w:br/>
      </w:r>
      <w:r>
        <w:rPr>
          <w:sz w:val="20"/>
        </w:rPr>
        <w:t>1:09:10  pet bharna aur taste. bas. baad ko jab maine mutala kiya to maloom hua ke science ne jo daryaft kiya hai woh teesri cheez jo choti hui thi woh sab se bari cheez hai.</w:t>
      </w:r>
      <w:r>
        <w:br/>
      </w:r>
      <w:r>
        <w:rPr>
          <w:sz w:val="20"/>
        </w:rPr>
        <w:t>1:09:27  woh hai nutrition. nutritive value jo hai us ki woh sab se bari cheez hai. yeh to Allah ka qanoon hai.</w:t>
      </w:r>
      <w:r>
        <w:br/>
      </w:r>
      <w:r>
        <w:rPr>
          <w:sz w:val="20"/>
        </w:rPr>
        <w:t>1:09:34  yeh koi aisa nahin ke kisi mister kisi europe ne daryaft kar liya hai. har woh cheez jo science mein science se murad hai exact sciences mein.</w:t>
      </w:r>
      <w:r>
        <w:br/>
      </w:r>
      <w:r>
        <w:rPr>
          <w:sz w:val="20"/>
        </w:rPr>
        <w:t>1:09:48  waise to log social science ko bhi science kehte hain woh main is ko science nahin manta. political science ko bhi science kehte hain woh main science nahin manta.</w:t>
      </w:r>
      <w:r>
        <w:br/>
      </w:r>
      <w:r>
        <w:rPr>
          <w:sz w:val="20"/>
        </w:rPr>
        <w:t>1:09:57  mein sirf Physical Science ki baat karta hoon. to Physical Science Khuda ke qanoon ki daryaft ka naam</w:t>
      </w:r>
      <w:r>
        <w:br/>
      </w:r>
      <w:r>
        <w:rPr>
          <w:sz w:val="20"/>
        </w:rPr>
        <w:t>1:10:03  hai. kisi aur cheez ka naam nahi hai woh. to is mein koi koi nahi koi takrao ki baat hi nahi hai. wahi wahi jo Quran mein hai wahi is mein hai.</w:t>
      </w:r>
      <w:r>
        <w:br/>
      </w:r>
      <w:r>
        <w:rPr>
          <w:sz w:val="20"/>
        </w:rPr>
        <w:t>1:10:14  jis ko aap is par kaafi likha hai aap parhiye meri kitabon ko.</w:t>
      </w:r>
      <w:r>
        <w:br/>
      </w:r>
      <w:r>
        <w:rPr>
          <w:sz w:val="20"/>
        </w:rPr>
        <w:t>1:10:23  Maulana, unhon ne</w:t>
      </w:r>
      <w:r>
        <w:br/>
      </w:r>
      <w:r>
        <w:rPr>
          <w:sz w:val="20"/>
        </w:rPr>
        <w:t>1:10:24  yeh bhi likha hai aap se janna chahte hain ke: "Haroon Yahya ki kitabein aap ke khayal se kis had tak Quran aur Sunnat ko samajhane mein Support kar sakti hain?" Dekhiye mein kisi ki kitab par koi tabsarah nahi karunga.</w:t>
      </w:r>
      <w:r>
        <w:br/>
      </w:r>
      <w:r>
        <w:rPr>
          <w:sz w:val="20"/>
        </w:rPr>
        <w:t>1:10:38  aap parhiye aur parh kar khud rai banaiye.</w:t>
      </w:r>
      <w:r>
        <w:br/>
      </w:r>
      <w:r>
        <w:rPr>
          <w:sz w:val="20"/>
        </w:rPr>
        <w:t>1:10:45  khud parhiye khud ko rai banaiye. mein is par koi Remark nahi dunga. okay So we will end this session now. Thank you.</w:t>
      </w:r>
    </w:p>
    <w:p>
      <w:pPr>
        <w:pStyle w:val="Heading2"/>
      </w:pPr>
      <w:r>
        <w:t>Low importance of Quran propagation</w:t>
      </w:r>
    </w:p>
    <w:p>
      <w:r>
        <w:rPr>
          <w:color w:val="666666"/>
          <w:sz w:val="18"/>
        </w:rPr>
        <w:t>Quran &amp; Tafsir · Dars-e-Quran, Ch. 2 Verse 54 | March 18, 2018 · 4m 01s · at 50:24 · https://youtu.be/xQ2LXsz1oTw?t=3024</w:t>
      </w:r>
    </w:p>
    <w:p>
      <w:r>
        <w:rPr>
          <w:i/>
        </w:rPr>
        <w:t>“Why does the importance of spreading the Quran seem so low among Muslims? What is the reason for this?”</w:t>
      </w:r>
    </w:p>
    <w:p>
      <w:r>
        <w:rPr>
          <w:sz w:val="20"/>
        </w:rPr>
        <w:t>50:24  to propagation of Islam and its and its implementation in the contemporary times." Maulana sawal lete hain. Maulana Iqbal Umri ne sawal kiya hai Chennai se. unhon ne aap se poocha hai ke quran ko phailane ki ahmiyat kyun bohat kam maloom hoti hai musalmanon mein? is ki kya wajah hai? is ki sab se bari wajah jo</w:t>
      </w:r>
      <w:r>
        <w:br/>
      </w:r>
      <w:r>
        <w:rPr>
          <w:sz w:val="20"/>
        </w:rPr>
        <w:t>50:54  hai woh quran ki be-hurmati ka sab se bara be-hurmati ka tasawwur hai.</w:t>
      </w:r>
      <w:r>
        <w:br/>
      </w:r>
      <w:r>
        <w:rPr>
          <w:sz w:val="20"/>
        </w:rPr>
        <w:t>51:01  pata nahi kyun chhaya hua hai, aaj se nahi, shuru se be-hurmati, be-hurmati na ho, be-</w:t>
      </w:r>
      <w:r>
        <w:br/>
      </w:r>
      <w:r>
        <w:rPr>
          <w:sz w:val="20"/>
        </w:rPr>
        <w:t>51:09  hurmati na ho, be-hurmati na ho.</w:t>
      </w:r>
      <w:r>
        <w:br/>
      </w:r>
      <w:r>
        <w:rPr>
          <w:sz w:val="20"/>
        </w:rPr>
        <w:t>51:17  toh main jo mujhe jo himmat jo hui, yeh ke wajah kya ke ah jab</w:t>
      </w:r>
      <w:r>
        <w:br/>
      </w:r>
      <w:r>
        <w:rPr>
          <w:sz w:val="20"/>
        </w:rPr>
        <w:t>51:25  shirk jali maaf ho sakta hai to aitraz ijtihadi khata maaf nahin hogi maqsad ke liye. to maine kaha ke dhoom se quran phailao, ijtihadi khata ko hote hone do. Allah woh hai jo shirk jali ko maaf kar deta hai, to ehteraam ah yani is ijtihadi khata ko maaf nahin karega. ajeeb ghareeb masla bana hua tha</w:t>
      </w:r>
      <w:r>
        <w:br/>
      </w:r>
      <w:r>
        <w:rPr>
          <w:sz w:val="20"/>
        </w:rPr>
        <w:t>51:55  jab maine shuru kiya is kaam ko to ke agar aap quran ko tarjume ke sath chhapen to be hurmati ka masla, be hurmati ka masla. aur sirf tarjuma, har ehteraam matan ko nikal ke chhapen to woh jaiz hi nahin. yani matan ke baghair sirf tarjuma chhapen to woh jaiz nahin.</w:t>
      </w:r>
      <w:r>
        <w:br/>
      </w:r>
      <w:r>
        <w:rPr>
          <w:sz w:val="20"/>
        </w:rPr>
        <w:t>52:25  aur agar dono ko mila kar chhapen toh be-hurmati ka masla.</w:t>
      </w:r>
      <w:r>
        <w:br/>
      </w:r>
      <w:r>
        <w:rPr>
          <w:sz w:val="20"/>
        </w:rPr>
        <w:t>52:30  toh main ne jab main ne is pe socha toh main ne kaha ke Allah ki shan ke</w:t>
      </w:r>
      <w:r>
        <w:br/>
      </w:r>
      <w:r>
        <w:rPr>
          <w:sz w:val="20"/>
        </w:rPr>
        <w:t>52:35  khilaf hai ke woh shirk jali ko toh maaf kar de aur ehtiram ke khud sakhta tasawwur ko</w:t>
      </w:r>
      <w:r>
        <w:br/>
      </w:r>
      <w:r>
        <w:rPr>
          <w:sz w:val="20"/>
        </w:rPr>
        <w:t>52:40  maaf na kare jo ke ek na quran mein na hadith mein.</w:t>
      </w:r>
      <w:r>
        <w:br/>
      </w:r>
      <w:r>
        <w:rPr>
          <w:sz w:val="20"/>
        </w:rPr>
        <w:t>52:45  tab mujhe himmat hui.</w:t>
      </w:r>
      <w:r>
        <w:br/>
      </w:r>
      <w:r>
        <w:rPr>
          <w:sz w:val="20"/>
        </w:rPr>
        <w:t>52:50  yahi sab se bara</w:t>
      </w:r>
      <w:r>
        <w:br/>
      </w:r>
      <w:r>
        <w:rPr>
          <w:sz w:val="20"/>
        </w:rPr>
        <w:t>52:55  bara masla hai.</w:t>
      </w:r>
      <w:r>
        <w:br/>
      </w:r>
      <w:r>
        <w:rPr>
          <w:sz w:val="20"/>
        </w:rPr>
        <w:t>53:01  har masjid mein, har masjid mein, har jagah.</w:t>
      </w:r>
      <w:r>
        <w:br/>
      </w:r>
      <w:r>
        <w:rPr>
          <w:sz w:val="20"/>
        </w:rPr>
        <w:t>53:07  ek jagah main gaya ek baar ek masjid mein toh us ke imam sahab aalim the.</w:t>
      </w:r>
      <w:r>
        <w:br/>
      </w:r>
      <w:r>
        <w:rPr>
          <w:sz w:val="20"/>
        </w:rPr>
        <w:t>53:13  woh toh imam sahab se ek masla poochna tha, ek quran ki ayat ko le kar ke.</w:t>
      </w:r>
      <w:r>
        <w:br/>
      </w:r>
      <w:r>
        <w:rPr>
          <w:sz w:val="20"/>
        </w:rPr>
        <w:t>53:19  toh quran ki woh jo chha-pa hua quran jo hota hai, mushaf woh laya gaya.</w:t>
      </w:r>
      <w:r>
        <w:br/>
      </w:r>
      <w:r>
        <w:rPr>
          <w:sz w:val="20"/>
        </w:rPr>
        <w:t>53:26  to woh imam sahib jo thay, woh chadar orhay hue thay. to chadar ke zariye unhon ne quran ke warq ko ulta, yani ungliyon mein chadar thi, ungliyan un ke touch nahin karti theen quran ko. to kaha ungliyon ke aur quran ke kaghaz ke beech mein chadar aa gayi to kaha be hurmati nahin hui is ki. isi qism ke bane hue thay jab hum ne shuru kiya. to mujh ko jis</w:t>
      </w:r>
      <w:r>
        <w:br/>
      </w:r>
      <w:r>
        <w:rPr>
          <w:sz w:val="20"/>
        </w:rPr>
        <w:t>53:56  jis himmat hui, woh yahi yahi baat thi ke jab Allah taala shirk jali ko maaf kar de,</w:t>
      </w:r>
      <w:r>
        <w:br/>
      </w:r>
      <w:r>
        <w:rPr>
          <w:sz w:val="20"/>
        </w:rPr>
        <w:t>54:02  karne ka ailan kar raha hai toh bohat.</w:t>
      </w:r>
      <w:r>
        <w:br/>
      </w:r>
      <w:r>
        <w:rPr>
          <w:sz w:val="20"/>
        </w:rPr>
        <w:t>54:08  toh ijtihadi khata toh bohat choti cheez hai, woh koi woh koi nahi maaf hoga.</w:t>
      </w:r>
      <w:r>
        <w:br/>
      </w:r>
      <w:r>
        <w:rPr>
          <w:sz w:val="20"/>
        </w:rPr>
        <w:t>54:14  تب میں نے لوگوں سے کہنا شروع کیا: "Palat karo Quran ko, Quran ke tarjume ko palat karo,</w:t>
      </w:r>
      <w:r>
        <w:br/>
      </w:r>
      <w:r>
        <w:rPr>
          <w:sz w:val="20"/>
        </w:rPr>
        <w:t>54:20  palat!" ji Maulana, kuch comments aur parhna chahein g</w:t>
      </w:r>
    </w:p>
    <w:p>
      <w:pPr>
        <w:pStyle w:val="Heading2"/>
      </w:pPr>
      <w:r>
        <w:t>Main message of Quran is fear</w:t>
      </w:r>
    </w:p>
    <w:p>
      <w:r>
        <w:rPr>
          <w:color w:val="666666"/>
          <w:sz w:val="18"/>
        </w:rPr>
        <w:t>Quran &amp; Tafsir · Fear of God February 21, 2016 · 1m 12s · at 57:57 · https://youtu.be/T-w1IDIeCV4?t=3477</w:t>
      </w:r>
    </w:p>
    <w:p>
      <w:r>
        <w:rPr>
          <w:i/>
        </w:rPr>
        <w:t>“Is it right that the main message of the Quran is indhar, that is fear (warning)?”</w:t>
      </w:r>
    </w:p>
    <w:p>
      <w:r>
        <w:rPr>
          <w:sz w:val="20"/>
        </w:rPr>
        <w:t>57:57  Maulana, agla sawal kya hai doctor Hina ne UK se, aur unhon ne likha hai ke Is</w:t>
      </w:r>
      <w:r>
        <w:br/>
      </w:r>
      <w:r>
        <w:rPr>
          <w:sz w:val="20"/>
        </w:rPr>
        <w:t>58:03  it right that the main message of the Quran is indhaar, that is fear?</w:t>
      </w:r>
      <w:r>
        <w:br/>
      </w:r>
      <w:r>
        <w:rPr>
          <w:sz w:val="20"/>
        </w:rPr>
        <w:t>58:10  indhaar ke maani hain warning.</w:t>
      </w:r>
      <w:r>
        <w:br/>
      </w:r>
      <w:r>
        <w:rPr>
          <w:sz w:val="20"/>
        </w:rPr>
        <w:t>58:15  wahan jo lafz aaya hai, indhaar wala, woh dawat ke liye aaya hai.</w:t>
      </w:r>
      <w:r>
        <w:br/>
      </w:r>
      <w:r>
        <w:rPr>
          <w:sz w:val="20"/>
        </w:rPr>
        <w:t>58:20  dawat ke liye.</w:t>
      </w:r>
      <w:r>
        <w:br/>
      </w:r>
      <w:r>
        <w:rPr>
          <w:sz w:val="20"/>
        </w:rPr>
        <w:t>58:25  to is ka matlab hota hai warning.</w:t>
      </w:r>
      <w:r>
        <w:br/>
      </w:r>
      <w:r>
        <w:rPr>
          <w:sz w:val="20"/>
        </w:rPr>
        <w:t>58:30  Warning ka matlab kya hota hai? ke logon ko christian plan of God se aagah karna.</w:t>
      </w:r>
      <w:r>
        <w:br/>
      </w:r>
      <w:r>
        <w:rPr>
          <w:sz w:val="20"/>
        </w:rPr>
        <w:t>58:35  yani urdu mein hum kahein ke aagah karne wala.</w:t>
      </w:r>
      <w:r>
        <w:br/>
      </w:r>
      <w:r>
        <w:rPr>
          <w:sz w:val="20"/>
        </w:rPr>
        <w:t>58:40  insaan sara dawat ka jo khulasa hai ke logon ko yeh batana ke What is the Christian plan of God?</w:t>
      </w:r>
      <w:r>
        <w:br/>
      </w:r>
      <w:r>
        <w:rPr>
          <w:sz w:val="20"/>
        </w:rPr>
        <w:t>58:46  yeh batana.</w:t>
      </w:r>
      <w:r>
        <w:br/>
      </w:r>
      <w:r>
        <w:rPr>
          <w:sz w:val="20"/>
        </w:rPr>
        <w:t>58:52  to isi ko bohat hi sakht lafz kaha gaya hai indhaar.</w:t>
      </w:r>
      <w:r>
        <w:br/>
      </w:r>
      <w:r>
        <w:rPr>
          <w:sz w:val="20"/>
        </w:rPr>
        <w:t>58:58  indhaar karo, warning do, un ko aagah karo, un ko bohat hi effective andaaz mein batao, yeh hai dawat.</w:t>
      </w:r>
      <w:r>
        <w:br/>
      </w:r>
      <w:r>
        <w:rPr>
          <w:sz w:val="20"/>
        </w:rPr>
        <w:t>59:04  yeh sahih hai, is mani mein aap theek kaha.</w:t>
      </w:r>
      <w:r>
        <w:br/>
      </w:r>
      <w:r>
        <w:rPr>
          <w:sz w:val="20"/>
        </w:rPr>
        <w:t>59:10  maulana, agla sawal kya hai dilli se maulana farhad umri ne, aur unhon ne likha hai is there</w:t>
      </w:r>
    </w:p>
    <w:p>
      <w:pPr>
        <w:pStyle w:val="Heading2"/>
      </w:pPr>
      <w:r>
        <w:t>Meaning and importance of qalb in Islam</w:t>
      </w:r>
    </w:p>
    <w:p>
      <w:r>
        <w:rPr>
          <w:color w:val="666666"/>
          <w:sz w:val="18"/>
        </w:rPr>
        <w:t>Quran &amp; Tafsir · Dars-e-Quran, Chapter 39, Vs 67 (Glory of God) July 29, 2018 Maulana Wahiduddin Khan · 1m 52s · at 51:15 · https://youtu.be/xKvuhx08hQ4?t=3075</w:t>
      </w:r>
    </w:p>
    <w:p>
      <w:r>
        <w:rPr>
          <w:i/>
        </w:rPr>
        <w:t>“What is 'qalb' (heart) and why is it discussed so many times in classical Islam?”</w:t>
      </w:r>
    </w:p>
    <w:p>
      <w:r>
        <w:rPr>
          <w:sz w:val="20"/>
        </w:rPr>
        <w:t>51:15  today we came to know that Allah sovereignty already exist and devil's existence is blessing to know the glory of god." ah, maulana muhammad sameer sahib ne ek aur sawal bheja hai.</w:t>
      </w:r>
      <w:r>
        <w:br/>
      </w:r>
      <w:r>
        <w:rPr>
          <w:sz w:val="20"/>
        </w:rPr>
        <w:t>51:31  unhon ne aapse poocha hai ke: "what is qalb and why is it discussed in classical islam so many times?" iske bare mein bataiye.</w:t>
      </w:r>
      <w:r>
        <w:br/>
      </w:r>
      <w:r>
        <w:rPr>
          <w:sz w:val="20"/>
        </w:rPr>
        <w:t>51:41  dekhiye, quran mein qalb aql ke maene mein hai. jitne bhi alfaaz quran mein aaye hain, woh sab aql ke maene mein hain.</w:t>
      </w:r>
      <w:r>
        <w:br/>
      </w:r>
      <w:r>
        <w:rPr>
          <w:sz w:val="20"/>
        </w:rPr>
        <w:t>51:52  aur aap ko shakk ho to aap mashhoor lughat hai: lisan al arab. lisan al arab dekhiye, aap ke arabi zabaan mein aql aur qalb mein koi farq nahi hai.</w:t>
      </w:r>
      <w:r>
        <w:br/>
      </w:r>
      <w:r>
        <w:rPr>
          <w:sz w:val="20"/>
        </w:rPr>
        <w:t>52:06  yeh to awam mein ek cheez phail gayi hai, ghaleban sufia ke asar se. sufia ne, yaani</w:t>
      </w:r>
      <w:r>
        <w:br/>
      </w:r>
      <w:r>
        <w:rPr>
          <w:sz w:val="20"/>
        </w:rPr>
        <w:t>52:20  yeh jo gyan, dhyan, gyan ka jo concept hai, uske asar se qalb par mabni ek cheez daryaft ki.</w:t>
      </w:r>
      <w:r>
        <w:br/>
      </w:r>
      <w:r>
        <w:rPr>
          <w:sz w:val="20"/>
        </w:rPr>
        <w:t>52:32  to woh lage muraqba karne. baqi iska islam se koi talluq nahi hai. islam mukammal taur par tadabbur ka mazhab hai.</w:t>
      </w:r>
      <w:r>
        <w:br/>
      </w:r>
      <w:r>
        <w:rPr>
          <w:sz w:val="20"/>
        </w:rPr>
        <w:t>52:45  mukammal taur par tadabbur. tadabbur ayati</w:t>
      </w:r>
      <w:r>
        <w:br/>
      </w:r>
      <w:r>
        <w:rPr>
          <w:sz w:val="20"/>
        </w:rPr>
        <w:t>52:55  to is maamle mein main chahta hoon ke aap log apne confusion se bahar aayen aur isko achhi tarah samjhen.</w:t>
      </w:r>
    </w:p>
    <w:p>
      <w:pPr>
        <w:pStyle w:val="Heading2"/>
      </w:pPr>
      <w:r>
        <w:t>Meaning of 'Every day He is engaged'</w:t>
      </w:r>
    </w:p>
    <w:p>
      <w:r>
        <w:rPr>
          <w:color w:val="666666"/>
          <w:sz w:val="18"/>
        </w:rPr>
        <w:t>Quran &amp; Tafsir · Revival of Faith September 25, 2011 Maulana Wahiduddin Khan · 6m 35s · at 1:05:46 · https://youtu.be/sG_btZMffxg?t=3946</w:t>
      </w:r>
    </w:p>
    <w:p>
      <w:r>
        <w:rPr>
          <w:i/>
        </w:rPr>
        <w:t>“In Surah Rahman it is said 'Every day He is engaged in some matter.' What does this mean?”</w:t>
      </w:r>
    </w:p>
    <w:p>
      <w:r>
        <w:rPr>
          <w:sz w:val="20"/>
        </w:rPr>
        <w:t>1:05:46  agla sawal Maulana Ah Maulana Abdul Basit Umri ka hai, Doha Qatar se. unhon ne likha hai: "Maulana Surah Rahman mein hai ke kal yomeen huwa fi shan." is ka matlab kya hai?</w:t>
      </w:r>
      <w:r>
        <w:br/>
      </w:r>
      <w:r>
        <w:rPr>
          <w:sz w:val="20"/>
        </w:rPr>
        <w:t>1:06:07  is ka matlab yeh hai ke Allah taala ne is kainat ko asal mein pehle zamanay mein yeh tasawwur tha ke Khuda ne paida kar diya aur phir automatic machine ki tarah duniya chal rahi hai.</w:t>
      </w:r>
      <w:r>
        <w:br/>
      </w:r>
      <w:r>
        <w:rPr>
          <w:sz w:val="20"/>
        </w:rPr>
        <w:t>1:06:21  paida karne ke baad Khuda ka is mein koi koi dakhal nahi hai. yeh ek tasawwur tha pehle.</w:t>
      </w:r>
      <w:r>
        <w:br/>
      </w:r>
      <w:r>
        <w:rPr>
          <w:sz w:val="20"/>
        </w:rPr>
        <w:t>1:06:29  to isi ki tardeed hai yeh ke Khuda ne doosri jagah "ala al-khalq wal amr" doosri jagah ke Khuda ne paida kiya aur aur poori kainat is ke ek active control mein hai.</w:t>
      </w:r>
      <w:r>
        <w:br/>
      </w:r>
      <w:r>
        <w:rPr>
          <w:sz w:val="20"/>
        </w:rPr>
        <w:t>1:06:45  woh is ko manage kar raha hai, har lamha manage kar raha hai. "kal yomeen huwa fi shan" ka matlab hai ke har lamha Khuda is is kainat ko manage kar raha hai.</w:t>
      </w:r>
      <w:r>
        <w:br/>
      </w:r>
      <w:r>
        <w:rPr>
          <w:sz w:val="20"/>
        </w:rPr>
        <w:t>1:06:56  aisa nahi ke alag thalag hai is se.</w:t>
      </w:r>
      <w:r>
        <w:br/>
      </w:r>
      <w:r>
        <w:rPr>
          <w:sz w:val="20"/>
        </w:rPr>
        <w:t>1:06:59  yeh matlab hai is ka.</w:t>
      </w:r>
      <w:r>
        <w:br/>
      </w:r>
      <w:r>
        <w:rPr>
          <w:sz w:val="20"/>
        </w:rPr>
        <w:t>1:07:04  Mr Sajid Anwar ne Roorkee se likha hai: "jaise ek misaal doon mein aap ko, abhi kal parson ki khabar thi ke ek satellite jo America ne faza mein khala mein bheja tha,</w:t>
      </w:r>
      <w:r>
        <w:br/>
      </w:r>
      <w:r>
        <w:rPr>
          <w:sz w:val="20"/>
        </w:rPr>
        <w:t>1:07:21  kai baras tak kaam karta raha woh, ab woh defunct ho gaya. ab woh kaam karna chhod diya us ne.</w:t>
      </w:r>
      <w:r>
        <w:br/>
      </w:r>
      <w:r>
        <w:rPr>
          <w:sz w:val="20"/>
        </w:rPr>
        <w:t>1:07:29  jab woh aisa hota hai to woh satellite jo hai neeche aane lagta hai, yani jo ghoomta rehta hai zameen ke gird to woh band ho jata hai ghoomna.</w:t>
      </w:r>
      <w:r>
        <w:br/>
      </w:r>
      <w:r>
        <w:rPr>
          <w:sz w:val="20"/>
        </w:rPr>
        <w:t>1:07:38  ab zameen ki kashish se woh neeche aane lagta hai. to aa raha tha, ab tamam tamam khabrein thi ke kahan girega, kahan girega, kahan girega. ab woh agar aur ek bari bus ke waqt tha, woh</w:t>
      </w:r>
      <w:r>
        <w:br/>
      </w:r>
      <w:r>
        <w:rPr>
          <w:sz w:val="20"/>
        </w:rPr>
        <w:t>1:07:51  agar woh gira hota farz ke kisi shehar par, kisi basti par, sara tahseen kar deta woh. kyun ke upar se jab cheez girti hai, koi bohat sakht is ki chot hoti hai.</w:t>
      </w:r>
      <w:r>
        <w:br/>
      </w:r>
      <w:r>
        <w:rPr>
          <w:sz w:val="20"/>
        </w:rPr>
        <w:t>1:08:00  itna bara pathar bhi agar gire to bohat bara is ka dhamaka hoga. jab poori ek bari si bus gire to kitna bara dhamaka hoga. lekin woh gira ja kahan ke samandar bhi gir gaya.</w:t>
      </w:r>
      <w:r>
        <w:br/>
      </w:r>
      <w:r>
        <w:rPr>
          <w:sz w:val="20"/>
        </w:rPr>
        <w:t>1:08:12  yeh Khuda ne manage kiya is ko.</w:t>
      </w:r>
      <w:r>
        <w:br/>
      </w:r>
      <w:r>
        <w:rPr>
          <w:sz w:val="20"/>
        </w:rPr>
        <w:t>1:08:16  agar Khuda manage na karta itldm to agar gir padta kisi kisi shehar mein, kisi insani basti mein to bohat tabahi hoti is ki wajah se.</w:t>
      </w:r>
      <w:r>
        <w:br/>
      </w:r>
      <w:r>
        <w:rPr>
          <w:sz w:val="20"/>
        </w:rPr>
        <w:t>1:08:26  to yeh ek choti si misaal hai. har lamha Khuda manage kar raha hai is kainat ko, insani history ko bhi.</w:t>
      </w:r>
      <w:r>
        <w:br/>
      </w:r>
      <w:r>
        <w:rPr>
          <w:sz w:val="20"/>
        </w:rPr>
        <w:t>1:08:35  tab bhi dunya aise chal rahi hai, warna chal nahi sakti thi.</w:t>
      </w:r>
      <w:r>
        <w:br/>
      </w:r>
      <w:r>
        <w:rPr>
          <w:sz w:val="20"/>
        </w:rPr>
        <w:t>1:08:43  Mr. Sajid Anwar ne Roorkee se likha hai: "During dawah activities, sometimes it happens that seemingly highly educated person turn out to be very insincere during the discussions.</w:t>
      </w:r>
      <w:r>
        <w:br/>
      </w:r>
      <w:r>
        <w:rPr>
          <w:sz w:val="20"/>
        </w:rPr>
        <w:t>1:08:58  they pose such questions which are outrightly illogical. how to continue da'wah discussion under such situations?</w:t>
      </w:r>
      <w:r>
        <w:br/>
      </w:r>
      <w:r>
        <w:rPr>
          <w:sz w:val="20"/>
        </w:rPr>
        <w:t>1:09:08  kindly advice."</w:t>
      </w:r>
      <w:r>
        <w:br/>
      </w:r>
      <w:r>
        <w:rPr>
          <w:sz w:val="20"/>
        </w:rPr>
        <w:t>1:09:11  asal mein yeh jo hota hai, is ka aap reason dhoondhiye ke kyun hai. maine jo apne tajurbe mein paya hai, apne experience mein is ka reason hota hai bias, prejudices.</w:t>
      </w:r>
      <w:r>
        <w:br/>
      </w:r>
      <w:r>
        <w:rPr>
          <w:sz w:val="20"/>
        </w:rPr>
        <w:t>1:09:26  log kisi na kisi bias mein jeete hain. isi mein condition, is mein condition hoti hai. conditioning ho jati hai un ki.</w:t>
      </w:r>
      <w:r>
        <w:br/>
      </w:r>
      <w:r>
        <w:rPr>
          <w:sz w:val="20"/>
        </w:rPr>
        <w:t>1:09:32  to saare log ki conditioning ki wajah se kuch soch un ke mind mein, yaani jam hi rehti hai.</w:t>
      </w:r>
      <w:r>
        <w:br/>
      </w:r>
      <w:r>
        <w:rPr>
          <w:sz w:val="20"/>
        </w:rPr>
        <w:t>1:09:42  to woh jab sunte hain koi is se alag koi baat to react karte hain. woh react karte hain to illogical baatein karte hain. to</w:t>
      </w:r>
      <w:r>
        <w:br/>
      </w:r>
      <w:r>
        <w:rPr>
          <w:sz w:val="20"/>
        </w:rPr>
        <w:t>1:09:52  yeh is ka hal sirf yeh hai ke hum, yaani jaldi na karein un ke bare mein faisla karne mein</w:t>
      </w:r>
      <w:r>
        <w:br/>
      </w:r>
      <w:r>
        <w:rPr>
          <w:sz w:val="20"/>
        </w:rPr>
        <w:t>1:10:00  . hum un ko dua karein, un se interaction karein, un ko kitabein dein. tab hoga. abhi dekhiye, yaani abhi hamare paas aaye the south india ke kuch log,</w:t>
      </w:r>
      <w:r>
        <w:br/>
      </w:r>
      <w:r>
        <w:rPr>
          <w:sz w:val="20"/>
        </w:rPr>
        <w:t>1:10:15  yaani paanch saat saat aadmi the ghaliban. koi woh kai din rahe hamare paas, phir woh aaj, woh aaj raat, aaj hi raat ko wapas gaye hain.</w:t>
      </w:r>
      <w:r>
        <w:br/>
      </w:r>
      <w:r>
        <w:rPr>
          <w:sz w:val="20"/>
        </w:rPr>
        <w:t>1:10:26  woh</w:t>
      </w:r>
      <w:r>
        <w:br/>
      </w:r>
      <w:r>
        <w:rPr>
          <w:sz w:val="20"/>
        </w:rPr>
        <w:t>1:10:27  to un mein ek sahab the, to jo unhi ke isi ilaaqe ke the.</w:t>
      </w:r>
      <w:r>
        <w:br/>
      </w:r>
      <w:r>
        <w:rPr>
          <w:sz w:val="20"/>
        </w:rPr>
        <w:t>1:10:37  to un ke ek saathi ne kaha ke yeh hamare saathiyon mein sab se zyada stubborn aadmi the. bohat hi conditioning pakki thi un ki, aur woh kisi tarah se un ko samajh mein nahi aata tha.</w:t>
      </w:r>
      <w:r>
        <w:br/>
      </w:r>
      <w:r>
        <w:rPr>
          <w:sz w:val="20"/>
        </w:rPr>
        <w:t>1:10:50  yeh arsal mission</w:t>
      </w:r>
      <w:r>
        <w:br/>
      </w:r>
      <w:r>
        <w:rPr>
          <w:sz w:val="20"/>
        </w:rPr>
        <w:t>1:10:53  to unhone kaha ke un ka haal woh tha jo Hazrat Umar ke bare mein hai ke Hazrat Umar ke bare mein ek sahabi ne kaha tha ke "wallah la hatta humal khitab", yaani yeh shakhs, yaani Hazrat Umar iman lane wale nahi hain yahan tak ke un ka jo qabeela hai,</w:t>
      </w:r>
      <w:r>
        <w:br/>
      </w:r>
      <w:r>
        <w:rPr>
          <w:sz w:val="20"/>
        </w:rPr>
        <w:t>1:11:12  woh us qabeelay ka gadha tak musalman ho jaye. to</w:t>
      </w:r>
      <w:r>
        <w:br/>
      </w:r>
      <w:r>
        <w:rPr>
          <w:sz w:val="20"/>
        </w:rPr>
        <w:t>1:11:17  itna zyada un ka case stubburn lagta tha. unhone kaha un ke bare mein hamari yeh rai hi thi. aaj woh sab se aage hain, poore group mein sab se aage wahi hain.</w:t>
      </w:r>
      <w:r>
        <w:br/>
      </w:r>
      <w:r>
        <w:rPr>
          <w:sz w:val="20"/>
        </w:rPr>
        <w:t>1:11:27  us waqt bohat hi yaqeen ke saath, bohat zyada josh ke saath lage hue hain, aur bohat zyada da'wah ka kaam kar rahe hain.</w:t>
      </w:r>
      <w:r>
        <w:br/>
      </w:r>
      <w:r>
        <w:rPr>
          <w:sz w:val="20"/>
        </w:rPr>
        <w:t>1:11:37  lekin is mein waqt laga.</w:t>
      </w:r>
      <w:r>
        <w:br/>
      </w:r>
      <w:r>
        <w:rPr>
          <w:sz w:val="20"/>
        </w:rPr>
        <w:t>1:11:40  to aise case jab aate hain to un ko samjhein ke conditioning ki wajah se woh react kar rahe hain. jab tak koi conditioning toote gi nahi to aise karein ge woh.</w:t>
      </w:r>
      <w:r>
        <w:br/>
      </w:r>
      <w:r>
        <w:rPr>
          <w:sz w:val="20"/>
        </w:rPr>
        <w:t>1:11:52  to un logon ke liye yeh karna hai ke dua karein, aur is se kabhi bhi behas na karein. sirf yeh kahein ke "aur kitabein padhiye, aur kitabein padhiye, aur kitabein padhiye".</w:t>
      </w:r>
      <w:r>
        <w:br/>
      </w:r>
      <w:r>
        <w:rPr>
          <w:sz w:val="20"/>
        </w:rPr>
        <w:t>1:12:01  yaani dua karein, aur un ko kitabein padhwate rahein. to hamara bar bar ka tajurba hai ke aadmi badal jata hai.</w:t>
      </w:r>
      <w:r>
        <w:br/>
      </w:r>
      <w:r>
        <w:rPr>
          <w:sz w:val="20"/>
        </w:rPr>
        <w:t>1:12:11  to hum to kahin se mayoos nahi hain. har aadmi ke bare mein hum umeed rakhte hain ke sahi tareeqe se kaam kiya jaye to badal jayega woh.</w:t>
      </w:r>
    </w:p>
    <w:p>
      <w:pPr>
        <w:pStyle w:val="Heading2"/>
      </w:pPr>
      <w:r>
        <w:t>Meaning of 'Leader of Mankind' in Quran</w:t>
      </w:r>
    </w:p>
    <w:p>
      <w:r>
        <w:rPr>
          <w:color w:val="666666"/>
          <w:sz w:val="18"/>
        </w:rPr>
        <w:t>Quran &amp; Tafsir · Discovery of Modern Age I 10th Feb. 13 · 2m 53s · at 1:22:09 · https://youtu.be/Yp5T0KacY84?t=4929</w:t>
      </w:r>
    </w:p>
    <w:p>
      <w:r>
        <w:rPr>
          <w:i/>
        </w:rPr>
        <w:t>“You have unfolded the meaning of the Quranic word 'Leader of mankind'. Please explain further.”</w:t>
      </w:r>
    </w:p>
    <w:p>
      <w:r>
        <w:rPr>
          <w:sz w:val="20"/>
        </w:rPr>
        <w:t>1:22:09  maulana, agla sawal kashmir se hai shad hussain sahab ka.</w:t>
      </w:r>
      <w:r>
        <w:br/>
      </w:r>
      <w:r>
        <w:rPr>
          <w:sz w:val="20"/>
        </w:rPr>
        <w:t>1:22:13  انہوں نے لکھا ہے: "مولانا، you have unfolded the meaning of the Quranic word leader of men</w:t>
      </w:r>
      <w:r>
        <w:br/>
      </w:r>
      <w:r>
        <w:rPr>
          <w:sz w:val="20"/>
        </w:rPr>
        <w:t>1:22:21  kind.</w:t>
      </w:r>
      <w:r>
        <w:br/>
      </w:r>
      <w:r>
        <w:rPr>
          <w:sz w:val="20"/>
        </w:rPr>
        <w:t>1:22:22  Your explanation provides a key to understand the divine plan of contemporary developments.</w:t>
      </w:r>
      <w:r>
        <w:br/>
      </w:r>
      <w:r>
        <w:rPr>
          <w:sz w:val="20"/>
        </w:rPr>
        <w:t>1:22:28  "Why Muslim thinkers remained ignorant from this for so long?" دیکھیے، یہ ایک کوسٹ ڈزنس تھا تاریخ میں۔</w:t>
      </w:r>
      <w:r>
        <w:br/>
      </w:r>
      <w:r>
        <w:rPr>
          <w:sz w:val="20"/>
        </w:rPr>
        <w:t>1:22:36  cost incidents do baat ek saath aai.</w:t>
      </w:r>
      <w:r>
        <w:br/>
      </w:r>
      <w:r>
        <w:rPr>
          <w:sz w:val="20"/>
        </w:rPr>
        <w:t>1:22:39  یعنی ماڈرن ماڈرن جو ایج ہے، وہ آیا اسی کے ساتھ ساتھ کلonialism آ گیا۔</w:t>
      </w:r>
      <w:r>
        <w:br/>
      </w:r>
      <w:r>
        <w:rPr>
          <w:sz w:val="20"/>
        </w:rPr>
        <w:t>1:22:45  saath saath yani musalman is waqt empire dunya mein thi 18veen sadi tak.</w:t>
      </w:r>
      <w:r>
        <w:br/>
      </w:r>
      <w:r>
        <w:rPr>
          <w:sz w:val="20"/>
        </w:rPr>
        <w:t>1:22:51  جگہ جگہ مغل ایمپائر یعنی Ottoman Empire۔</w:t>
      </w:r>
      <w:r>
        <w:br/>
      </w:r>
      <w:r>
        <w:rPr>
          <w:sz w:val="20"/>
        </w:rPr>
        <w:t>1:22:54  to yeh sari empires jo thin, woh tod diya in logon ne.</w:t>
      </w:r>
      <w:r>
        <w:br/>
      </w:r>
      <w:r>
        <w:rPr>
          <w:sz w:val="20"/>
        </w:rPr>
        <w:t>1:22:59  تو ایک یہ کویسچن تھا، وہ الگ چیز تھی، وہ الگ چیز تھی۔</w:t>
      </w:r>
      <w:r>
        <w:br/>
      </w:r>
      <w:r>
        <w:rPr>
          <w:sz w:val="20"/>
        </w:rPr>
        <w:t>1:23:04  modern jo age aaya tha, woh ek alag age tha.</w:t>
      </w:r>
      <w:r>
        <w:br/>
      </w:r>
      <w:r>
        <w:rPr>
          <w:sz w:val="20"/>
        </w:rPr>
        <w:t>1:23:09  isi ke saath saath yeh ek naya faragh aaya ke kuch logon ne yani woh ubhre europe se,</w:t>
      </w:r>
      <w:r>
        <w:br/>
      </w:r>
      <w:r>
        <w:rPr>
          <w:sz w:val="20"/>
        </w:rPr>
        <w:t>1:23:16  ubhar kar ke asia aur africa mein apni hukumatain qaim kar lin.</w:t>
      </w:r>
      <w:r>
        <w:br/>
      </w:r>
      <w:r>
        <w:rPr>
          <w:sz w:val="20"/>
        </w:rPr>
        <w:t>1:23:21  تو negative ہو گئے لوگ، سوچ نہیں پائے کہ ایک دوسرا پہلو ہوا ہے۔</w:t>
      </w:r>
      <w:r>
        <w:br/>
      </w:r>
      <w:r>
        <w:rPr>
          <w:sz w:val="20"/>
        </w:rPr>
        <w:t>1:23:27  woh ek alag cheez hai, yeh alag cheez hai.</w:t>
      </w:r>
      <w:r>
        <w:br/>
      </w:r>
      <w:r>
        <w:rPr>
          <w:sz w:val="20"/>
        </w:rPr>
        <w:t>1:23:31  donon ko alag kar ke nahi de sakte the.</w:t>
      </w:r>
      <w:r>
        <w:br/>
      </w:r>
      <w:r>
        <w:rPr>
          <w:sz w:val="20"/>
        </w:rPr>
        <w:t>1:23:35  donon ko alag kar ke nahi de sakte the.</w:t>
      </w:r>
      <w:r>
        <w:br/>
      </w:r>
      <w:r>
        <w:rPr>
          <w:sz w:val="20"/>
        </w:rPr>
        <w:t>1:23:39  وہ یعنی they failed to differentiate between the two.</w:t>
      </w:r>
      <w:r>
        <w:br/>
      </w:r>
      <w:r>
        <w:rPr>
          <w:sz w:val="20"/>
        </w:rPr>
        <w:t>1:23:43  yeh hai basic wajah.</w:t>
      </w:r>
      <w:r>
        <w:br/>
      </w:r>
      <w:r>
        <w:rPr>
          <w:sz w:val="20"/>
        </w:rPr>
        <w:t>1:23:45  is afsar sahab yeh nahi lage ke hamari hukumaton ko tod diya unhon ne, hamare empire khatam kar</w:t>
      </w:r>
      <w:r>
        <w:br/>
      </w:r>
      <w:r>
        <w:rPr>
          <w:sz w:val="20"/>
        </w:rPr>
        <w:t>1:23:52  diya, hamein ladna hai in se ladna hai.</w:t>
      </w:r>
      <w:r>
        <w:br/>
      </w:r>
      <w:r>
        <w:rPr>
          <w:sz w:val="20"/>
        </w:rPr>
        <w:t>1:23:56  lagte hain ke is se unhein ghafil ho gaye ke modern age ek basic laya hai, opportunity laya</w:t>
      </w:r>
      <w:r>
        <w:br/>
      </w:r>
      <w:r>
        <w:rPr>
          <w:sz w:val="20"/>
        </w:rPr>
        <w:t>1:24:03  hai, mawaqe laya hai ke is ka hum avail karna hai.</w:t>
      </w:r>
      <w:r>
        <w:br/>
      </w:r>
      <w:r>
        <w:rPr>
          <w:sz w:val="20"/>
        </w:rPr>
        <w:t>1:24:08  is se be khabar ho gaye.</w:t>
      </w:r>
      <w:r>
        <w:br/>
      </w:r>
      <w:r>
        <w:rPr>
          <w:sz w:val="20"/>
        </w:rPr>
        <w:t>1:24:11  wohi to hua jo japan mein hua.</w:t>
      </w:r>
      <w:r>
        <w:br/>
      </w:r>
      <w:r>
        <w:rPr>
          <w:sz w:val="20"/>
        </w:rPr>
        <w:t>1:24:14  japan wale be khabar thay.</w:t>
      </w:r>
      <w:r>
        <w:br/>
      </w:r>
      <w:r>
        <w:rPr>
          <w:sz w:val="20"/>
        </w:rPr>
        <w:t>1:24:16  to japan mein aisay leader paida hue.</w:t>
      </w:r>
      <w:r>
        <w:br/>
      </w:r>
      <w:r>
        <w:rPr>
          <w:sz w:val="20"/>
        </w:rPr>
        <w:t>1:24:19  khud jo hero heitel tha, hero heitel bohat zabardast parha likha aadmi tha jo king of japan is</w:t>
      </w:r>
      <w:r>
        <w:br/>
      </w:r>
      <w:r>
        <w:rPr>
          <w:sz w:val="20"/>
        </w:rPr>
        <w:t>1:24:27  waqt tha.</w:t>
      </w:r>
      <w:r>
        <w:br/>
      </w:r>
      <w:r>
        <w:rPr>
          <w:sz w:val="20"/>
        </w:rPr>
        <w:t>1:24:28  is ki speech aap dekhen, isi kitaab mein is ki speech di hui hai.</w:t>
      </w:r>
      <w:r>
        <w:br/>
      </w:r>
      <w:r>
        <w:rPr>
          <w:sz w:val="20"/>
        </w:rPr>
        <w:t>1:24:34  is ne lead ki.</w:t>
      </w:r>
      <w:r>
        <w:br/>
      </w:r>
      <w:r>
        <w:rPr>
          <w:sz w:val="20"/>
        </w:rPr>
        <w:t>1:24:36  muslim dunya mein koi hero heitel jaisa aadmi paida nahi jo lead de.</w:t>
      </w:r>
      <w:r>
        <w:br/>
      </w:r>
      <w:r>
        <w:rPr>
          <w:sz w:val="20"/>
        </w:rPr>
        <w:t>1:24:41  lead usay lead diya, bohat time par lead diya ke dekho karne ka kaam woh nahi hai, yeh</w:t>
      </w:r>
      <w:r>
        <w:br/>
      </w:r>
      <w:r>
        <w:rPr>
          <w:sz w:val="20"/>
        </w:rPr>
        <w:t>1:24:49  hai.</w:t>
      </w:r>
      <w:r>
        <w:br/>
      </w:r>
      <w:r>
        <w:rPr>
          <w:sz w:val="20"/>
        </w:rPr>
        <w:t>1:24:51  to hamara koi aisa paida nahi hua jo lead de kyunke sab obsession jeetay rahay.</w:t>
      </w:r>
      <w:r>
        <w:br/>
      </w:r>
      <w:r>
        <w:rPr>
          <w:sz w:val="20"/>
        </w:rPr>
        <w:t>1:24:57  wohi hay hukoomat, hay hukoomat, hay hukoomat.</w:t>
      </w:r>
      <w:r>
        <w:br/>
      </w:r>
      <w:r>
        <w:rPr>
          <w:sz w:val="20"/>
        </w:rPr>
        <w:t>1:25:00  to yeh wajah thi mere liye.</w:t>
      </w:r>
    </w:p>
    <w:p>
      <w:pPr>
        <w:pStyle w:val="Heading2"/>
      </w:pPr>
      <w:r>
        <w:t>Meaning of 'Qulub' in Quran</w:t>
      </w:r>
    </w:p>
    <w:p>
      <w:r>
        <w:rPr>
          <w:color w:val="666666"/>
          <w:sz w:val="18"/>
        </w:rPr>
        <w:t>Quran &amp; Tafsir · Three levels of Realization 4 July 2010 - Maulana Wahiduddin Khan · 3m 41s · at 1:16:53 · https://youtu.be/H-kx5TldzfQ?t=4613</w:t>
      </w:r>
    </w:p>
    <w:p>
      <w:r>
        <w:rPr>
          <w:i/>
        </w:rPr>
        <w:t>“Every thought originates in the mind, even emotion. What does the reference of 'Qulub' in Arabic as mentioned in the Quran mean? What does the reference of 'Qulub' in Arabic as mentioned in the Quran in Surah Baqarah where it is said: 'Allah has stamped their hearts'?”</w:t>
      </w:r>
    </w:p>
    <w:p>
      <w:r>
        <w:rPr>
          <w:sz w:val="20"/>
        </w:rPr>
        <w:t>1:16:53  molana agla sawal hai mister muhammad intekhab dehli se. unhon ne likha hai: "every thought originates in the mind, even emotion.</w:t>
      </w:r>
      <w:r>
        <w:br/>
      </w:r>
      <w:r>
        <w:rPr>
          <w:sz w:val="20"/>
        </w:rPr>
        <w:t>1:17:06  what does the reference of quloob in arabic as mentioned in quran?</w:t>
      </w:r>
      <w:r>
        <w:br/>
      </w:r>
      <w:r>
        <w:rPr>
          <w:sz w:val="20"/>
        </w:rPr>
        <w:t>1:17:15  what does the reference of quloob in arabic as mentioned in quran in surah baqarah where it is said: 'allah has stamped their heart'?" main college mein quloob jo hai wahan par literally maeni mein hai,</w:t>
      </w:r>
      <w:r>
        <w:br/>
      </w:r>
      <w:r>
        <w:rPr>
          <w:sz w:val="20"/>
        </w:rPr>
        <w:t>1:17:33  literally maeni mein,</w:t>
      </w:r>
      <w:r>
        <w:br/>
      </w:r>
      <w:r>
        <w:rPr>
          <w:sz w:val="20"/>
        </w:rPr>
        <w:t>1:17:39  literally meaning banti hai sankron saal se har har har zaban mein. jaise angrez angrezi zaban mein science paida hui,</w:t>
      </w:r>
      <w:r>
        <w:br/>
      </w:r>
      <w:r>
        <w:rPr>
          <w:sz w:val="20"/>
        </w:rPr>
        <w:t>1:17:50  sir woh jante hain ke moon mein koi light nahi hai. abhi moonlight kehte hain woh,</w:t>
      </w:r>
      <w:r>
        <w:br/>
      </w:r>
      <w:r>
        <w:rPr>
          <w:sz w:val="20"/>
        </w:rPr>
        <w:t>1:17:58  yani abhi bhi literature mein moonlight hi chalti hai. moonlight, moonlight, moonlight, halanke moon mein koi light hi nahi hai. aise hi dekhiye, english mein kaha jata hai "wholeheartedly".</w:t>
      </w:r>
      <w:r>
        <w:br/>
      </w:r>
      <w:r>
        <w:rPr>
          <w:sz w:val="20"/>
        </w:rPr>
        <w:t>1:18:12  to jab science ne discover kiya to aisa nahi hua ke wahan badal dein literature ko, kahin ke nahi nahi, kaho "whole mindedly".</w:t>
      </w:r>
      <w:r>
        <w:br/>
      </w:r>
      <w:r>
        <w:rPr>
          <w:sz w:val="20"/>
        </w:rPr>
        <w:t>1:18:20  yani abhi bhi english literature mein "whole mindedly" koi nahi bolta, sab bolte hain "wholeheartedly", halanke woh jante hain ke dil se kuch nahi hota.</w:t>
      </w:r>
      <w:r>
        <w:br/>
      </w:r>
      <w:r>
        <w:rPr>
          <w:sz w:val="20"/>
        </w:rPr>
        <w:t>1:18:30  to dekhiye, yeh maamla literature ka maamla hai, yeh science ka maamla nahi hai,</w:t>
      </w:r>
      <w:r>
        <w:br/>
      </w:r>
      <w:r>
        <w:rPr>
          <w:sz w:val="20"/>
        </w:rPr>
        <w:t>1:18:37  science ka maamla nahi hai. isko aap galat criteria judge kar rahe hain, isko "does not a scientific statement", yeh literary statement hai.</w:t>
      </w:r>
      <w:r>
        <w:br/>
      </w:r>
      <w:r>
        <w:rPr>
          <w:sz w:val="20"/>
        </w:rPr>
        <w:t>1:18:49  ab yeh har zaban</w:t>
      </w:r>
      <w:r>
        <w:br/>
      </w:r>
      <w:r>
        <w:rPr>
          <w:sz w:val="20"/>
        </w:rPr>
        <w:t>1:18:50  mein hota hai, arabi mein kya, har zaban mein hota hai.</w:t>
      </w:r>
      <w:r>
        <w:br/>
      </w:r>
      <w:r>
        <w:rPr>
          <w:sz w:val="20"/>
        </w:rPr>
        <w:t>1:18:56  zaban banti hai sankron saal ke tradition se, aap kaise badal denge isko? woh to rahegi.</w:t>
      </w:r>
      <w:r>
        <w:br/>
      </w:r>
      <w:r>
        <w:rPr>
          <w:sz w:val="20"/>
        </w:rPr>
        <w:t>1:19:07  to alfaaz symbol hote hain, symbol. linguistics parh</w:t>
      </w:r>
      <w:r>
        <w:br/>
      </w:r>
      <w:r>
        <w:rPr>
          <w:sz w:val="20"/>
        </w:rPr>
        <w:t>1:19:11  ein, agar aap linguistic jo ek mustaqil discipline hai, linguistics, unhein bataya jata hai ke koi bhi shabd jo hai woh ek symbol hai.</w:t>
      </w:r>
      <w:r>
        <w:br/>
      </w:r>
      <w:r>
        <w:rPr>
          <w:sz w:val="20"/>
        </w:rPr>
        <w:t>1:19:24  jaise aap bolte hain "car" to lafz "car" jo hai, c a r "car" ka matlab nahi hai, wahi motor. c a r "car" ek symbol, symbolic word hai.</w:t>
      </w:r>
      <w:r>
        <w:br/>
      </w:r>
      <w:r>
        <w:rPr>
          <w:sz w:val="20"/>
        </w:rPr>
        <w:t>1:19:36  aap bolte hain "glass" to "glass" bhi ek symbolic word hai.</w:t>
      </w:r>
      <w:r>
        <w:br/>
      </w:r>
      <w:r>
        <w:rPr>
          <w:sz w:val="20"/>
        </w:rPr>
        <w:t>1:19:42  to woh symbol agar chal pada ho qalb ke liye to wahi rahega, wahi rahega, wahi rahega, wahi rahega.</w:t>
      </w:r>
      <w:r>
        <w:br/>
      </w:r>
      <w:r>
        <w:rPr>
          <w:sz w:val="20"/>
        </w:rPr>
        <w:t>1:19:52  isi liye jin jin qomon mein bilkul hi science aa gayi hai, bilkul badal gaya hai unka sara yani scientific kitabein badal gayi hain, tab bhi lit</w:t>
      </w:r>
      <w:r>
        <w:br/>
      </w:r>
      <w:r>
        <w:rPr>
          <w:sz w:val="20"/>
        </w:rPr>
        <w:t>1:20:04  erature koi bolata hai. abhi bhi</w:t>
      </w:r>
      <w:r>
        <w:br/>
      </w:r>
      <w:r>
        <w:rPr>
          <w:sz w:val="20"/>
        </w:rPr>
        <w:t>1:20:10  yani aisa nahi kahenge "sunlight", woh "moonlight", aisa nahi kahenge "light", "moonlight", "reflected by sun", aisa nahi bolenge.</w:t>
      </w:r>
      <w:r>
        <w:br/>
      </w:r>
      <w:r>
        <w:rPr>
          <w:sz w:val="20"/>
        </w:rPr>
        <w:t>1:20:22  halanke woh isi ka reflection hota hai, suraj ki roshni ka. to yeh literally maeni mein hai, isko aap scientific maeni mein na lijie.</w:t>
      </w:r>
    </w:p>
    <w:p>
      <w:pPr>
        <w:pStyle w:val="Heading2"/>
      </w:pPr>
      <w:r>
        <w:t>Meaning of 'Qulub' in Surah Baqarah</w:t>
      </w:r>
    </w:p>
    <w:p>
      <w:r>
        <w:rPr>
          <w:color w:val="666666"/>
          <w:sz w:val="18"/>
        </w:rPr>
        <w:t>Quran &amp; Tafsir · Three levels of Realization July 4, 2010 · 3m 19s · at 1:16:47 · https://youtu.be/NtCTVVov3Nw?t=4607</w:t>
      </w:r>
    </w:p>
    <w:p>
      <w:r>
        <w:rPr>
          <w:i/>
        </w:rPr>
        <w:t>“Every thought originates in the mind, even emotion. What does the reference of 'qulub' in Arabic as mentioned in the Quran in Surah Al-Baqarah, where it is said Allah has stamped their hearts?”</w:t>
      </w:r>
    </w:p>
    <w:p>
      <w:r>
        <w:rPr>
          <w:sz w:val="20"/>
        </w:rPr>
        <w:t>1:16:47  maulana agla sawal hai mister muhammad intikhab dilli se unhon ne likha hai every thought originates in the mind even emotion</w:t>
      </w:r>
      <w:r>
        <w:br/>
      </w:r>
      <w:r>
        <w:rPr>
          <w:sz w:val="20"/>
        </w:rPr>
        <w:t>1:17:00  what does the reference of quloob in arabic as mentioned in quran in surah baqarah where it is said allah has stamped their heart mean dekhen qalb ya quloob jo hai wahan par literally meaning mein hai literally meaning mein hai</w:t>
      </w:r>
      <w:r>
        <w:br/>
      </w:r>
      <w:r>
        <w:rPr>
          <w:sz w:val="20"/>
        </w:rPr>
        <w:t>1:17:24  literally meaning banti hai sankaron saal se har har har zaban mein</w:t>
      </w:r>
      <w:r>
        <w:br/>
      </w:r>
      <w:r>
        <w:rPr>
          <w:sz w:val="20"/>
        </w:rPr>
        <w:t>1:17:30  jaise angrezi angrezi zaban mein science paida hui phir woh jante hain ke moon mein koi light nahi hai abhi bhi moonlight kehte hain woh</w:t>
      </w:r>
      <w:r>
        <w:br/>
      </w:r>
      <w:r>
        <w:rPr>
          <w:sz w:val="20"/>
        </w:rPr>
        <w:t>1:17:42  yani abhi bhi literature mein moonlight hi chalti hai moonlight moonlight moonlight halankeh moon mein koi light hi nahi aise hi dekhiye english mein kaha jata hai whole heartedly</w:t>
      </w:r>
      <w:r>
        <w:br/>
      </w:r>
      <w:r>
        <w:rPr>
          <w:sz w:val="20"/>
        </w:rPr>
        <w:t>1:17:55  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r>
        <w:br/>
      </w:r>
      <w:r>
        <w:rPr>
          <w:sz w:val="20"/>
        </w:rPr>
        <w:t>1:18:19  science ka mamla nahi hai is ko aap galat criteria judge kar rahe hain is ko</w:t>
      </w:r>
      <w:r>
        <w:br/>
      </w:r>
      <w:r>
        <w:rPr>
          <w:sz w:val="20"/>
        </w:rPr>
        <w:t>1:18:24  does not a scientific statement yeh literary statement hai aur yeh har zaban mein hota hai arabi mein kya har zaban mein hota hai</w:t>
      </w:r>
      <w:r>
        <w:br/>
      </w:r>
      <w:r>
        <w:rPr>
          <w:sz w:val="20"/>
        </w:rPr>
        <w:t>1:18:37  zaban banti hai sankaron saal ke tradition se aap kaise badal denge is ko woh to rahegi to alfaaz symbol hote hain symbol</w:t>
      </w:r>
      <w:r>
        <w:br/>
      </w:r>
      <w:r>
        <w:rPr>
          <w:sz w:val="20"/>
        </w:rPr>
        <w:t>1:18:51  linguistics padhein agar aap linguistic jo ek mustaqil discipline hai linguistics unhein bataya jata hai koi bhi shab jo hai woh ek symbol hai</w:t>
      </w:r>
      <w:r>
        <w:br/>
      </w:r>
      <w:r>
        <w:rPr>
          <w:sz w:val="20"/>
        </w:rPr>
        <w:t>1:19:04  jaise aap bolte hain car to lafz car jo hai c a r car ka matlab nahi hai wahi motor c a r car ek symbol symbolic word hai aap bolte hain glass glass bhi ek symbolic word hai</w:t>
      </w:r>
      <w:r>
        <w:br/>
      </w:r>
      <w:r>
        <w:rPr>
          <w:sz w:val="20"/>
        </w:rPr>
        <w:t>1:19:22  to woh symbol agar chal pada ho qalb ke liye to wahi rahega wahi rahega wahi rahega wahi rahega isi liye jin jin qomon mein bilkul hi science aa gayi hai bilkul badal gaya hai un ka sara yani scientific kitabein badal gayi hain tab bhi literature koi bolata hai abhi bhi</w:t>
      </w:r>
      <w:r>
        <w:br/>
      </w:r>
      <w:r>
        <w:rPr>
          <w:sz w:val="20"/>
        </w:rPr>
        <w:t>1:19:49  yani aisa nahi kahenge moonlight reflected by sun aisa nahi bolenge halankeh woh isi ka reflection hota hai suraj ki roshni ka to yeh literally maene mein hai is ko aap scientific maene mein na lijiye</w:t>
      </w:r>
    </w:p>
    <w:p>
      <w:pPr>
        <w:pStyle w:val="Heading2"/>
      </w:pPr>
      <w:r>
        <w:t>Meaning of 'We have honoured the children of Adam'</w:t>
      </w:r>
    </w:p>
    <w:p>
      <w:r>
        <w:rPr>
          <w:color w:val="666666"/>
          <w:sz w:val="18"/>
        </w:rPr>
        <w:t>Quran &amp; Tafsir · Q&amp;A 13 Nov 2011 · 31s · at 13:36 · https://youtu.be/oOZ9h37_pL8?t=816</w:t>
      </w:r>
    </w:p>
    <w:p>
      <w:r>
        <w:rPr>
          <w:i/>
        </w:rPr>
        <w:t>“Please explain the meaning of the verse 'Wa laqad karramna bani adam' and the concept of takrim of human beings in the light of Quran.”</w:t>
      </w:r>
    </w:p>
    <w:p>
      <w:r>
        <w:rPr>
          <w:sz w:val="20"/>
        </w:rPr>
        <w:t>13:36  maulana agla sawal aaya hai karachi pakistan se.</w:t>
      </w:r>
      <w:r>
        <w:br/>
      </w:r>
      <w:r>
        <w:rPr>
          <w:sz w:val="20"/>
        </w:rPr>
        <w:t>13:40  is ayat ki taraf ishara hai yeh.</w:t>
      </w:r>
      <w:r>
        <w:br/>
      </w:r>
      <w:r>
        <w:rPr>
          <w:sz w:val="20"/>
        </w:rPr>
        <w:t>13:45  wa laqad karamna bani adam. woh taqreem insan jo log nahi samajhte quran ki roshni mein samajh nahi payenge ghaliban. yahan taqreem insan ki lafz istemal kiya unhon ne.</w:t>
      </w:r>
      <w:r>
        <w:br/>
      </w:r>
      <w:r>
        <w:rPr>
          <w:sz w:val="20"/>
        </w:rPr>
        <w:t>13:54  is se murad woh ayat hai. wa laqad karamna bani adam. yani hum ne insan ko mukarram paida kiya. is ki taraf ishara kar rahe hain woh.</w:t>
      </w:r>
    </w:p>
    <w:p>
      <w:pPr>
        <w:pStyle w:val="Heading2"/>
      </w:pPr>
      <w:r>
        <w:t>Meaning of 'hablillah' in Quranic verse</w:t>
      </w:r>
    </w:p>
    <w:p>
      <w:r>
        <w:rPr>
          <w:color w:val="666666"/>
          <w:sz w:val="18"/>
        </w:rPr>
        <w:t>Quran &amp; Tafsir · Personality Building January 05, 2014 · 4m 41s · at 1:22:00 · https://youtu.be/3Zppdm2K4ug?t=4920</w:t>
      </w:r>
    </w:p>
    <w:p>
      <w:r>
        <w:rPr>
          <w:i/>
        </w:rPr>
        <w:t>“In the Quranic words: 'Wa'tasimu bi hablillahi jami'an wa la tafarraqu.' What is meant by the word 'hablillah'?”</w:t>
      </w:r>
    </w:p>
    <w:p>
      <w:r>
        <w:rPr>
          <w:sz w:val="20"/>
        </w:rPr>
        <w:t>1:22:00  maulana, agla sawal Raichur se kya hai zaheeruddin sahib</w:t>
      </w:r>
      <w:r>
        <w:br/>
      </w:r>
      <w:r>
        <w:rPr>
          <w:sz w:val="20"/>
        </w:rPr>
        <w:t>1:22:05  ne. unhon ne likha hai: "in the quranic words wata'simu bi hablillah jamee'an wala tafarraqoo.</w:t>
      </w:r>
      <w:r>
        <w:br/>
      </w:r>
      <w:r>
        <w:rPr>
          <w:sz w:val="20"/>
        </w:rPr>
        <w:t>1:22:14  what is meant by the word hablillah?"</w:t>
      </w:r>
      <w:r>
        <w:br/>
      </w:r>
      <w:r>
        <w:rPr>
          <w:sz w:val="20"/>
        </w:rPr>
        <w:t>1:22:22  is ka mufassireen ne likha hai ke is se murad hai quran. yani quran jo hai hablullah hai.</w:t>
      </w:r>
      <w:r>
        <w:br/>
      </w:r>
      <w:r>
        <w:rPr>
          <w:sz w:val="20"/>
        </w:rPr>
        <w:t>1:22:32  is ka matlab yeh hai ke ijtimai zindagi mein, social life mein quran ko central banao. yani ek cheez quran se nikal aaye to bas sab log us ko maan len.</w:t>
      </w:r>
      <w:r>
        <w:br/>
      </w:r>
      <w:r>
        <w:rPr>
          <w:sz w:val="20"/>
        </w:rPr>
        <w:t>1:22:45  ijtimai zindagi ya social life ke liye zaroori hota hai ke aap ki ek cheez aisi ho jis par sab ko agreement ho jaye, sab log maan len us ko.</w:t>
      </w:r>
      <w:r>
        <w:br/>
      </w:r>
      <w:r>
        <w:rPr>
          <w:sz w:val="20"/>
        </w:rPr>
        <w:t>1:22:54  koi central cheez ho to quran ko central cheez banao.</w:t>
      </w:r>
      <w:r>
        <w:br/>
      </w:r>
      <w:r>
        <w:rPr>
          <w:sz w:val="20"/>
        </w:rPr>
        <w:t>1:23:01  koi baat ho, differences hon ya koi difference of opinion hai, kisi baat mein koi kai raaye ban rahi hain to kaise decide kiya jaye?</w:t>
      </w:r>
      <w:r>
        <w:br/>
      </w:r>
      <w:r>
        <w:rPr>
          <w:sz w:val="20"/>
        </w:rPr>
        <w:t>1:23:13  to decide karne ka tareeqa yeh hai ke quran ko dekho, us mein jo baat mile us ko sab log maan len. jaise ek misaal mein deta hoon aap ko ke hindustan mein saare musalman ek hi boli bolte hain ke hum par zulm ho raha hai.</w:t>
      </w:r>
      <w:r>
        <w:br/>
      </w:r>
      <w:r>
        <w:rPr>
          <w:sz w:val="20"/>
        </w:rPr>
        <w:t>1:23:27  hindustan ki baat nahi, saari duniya ki baat hai.</w:t>
      </w:r>
      <w:r>
        <w:br/>
      </w:r>
      <w:r>
        <w:rPr>
          <w:sz w:val="20"/>
        </w:rPr>
        <w:t>1:23:30  saari duniya ke musalman ek hi boli bolte hain ke hum par zulm ho raha hai. ab hum aap baithe hain to hum sochte hain ke bhai humara mind to yeh kar raha hai ke zulm ho raha hai, lekin quran kya kehta hai?</w:t>
      </w:r>
      <w:r>
        <w:br/>
      </w:r>
      <w:r>
        <w:rPr>
          <w:sz w:val="20"/>
        </w:rPr>
        <w:t>1:23:42  us ko dekho to quran mein hai: "wama asabakum min musibatin illa bima kasabat aydikum". yani tum par jo kuch guzarta hai woh sab tumhare apne hi kiye ki wajah se hota hai.</w:t>
      </w:r>
      <w:r>
        <w:br/>
      </w:r>
      <w:r>
        <w:rPr>
          <w:sz w:val="20"/>
        </w:rPr>
        <w:t>1:23:57  yani "you are paying the price". "you are paying the price of your own wrong policies".</w:t>
      </w:r>
      <w:r>
        <w:br/>
      </w:r>
      <w:r>
        <w:rPr>
          <w:sz w:val="20"/>
        </w:rPr>
        <w:t>1:24:06  yeh quran batayega aap ko. "you are paying the price of your own wrong policies". to sab log maan len us ko. phir haan bhai theek hai ji.</w:t>
      </w:r>
      <w:r>
        <w:br/>
      </w:r>
      <w:r>
        <w:rPr>
          <w:sz w:val="20"/>
        </w:rPr>
        <w:t>1:24:14  aur phir sochen, phir kya hoga? introspection aayega, apni apni galtiyon ko dhoond dhoond dhoondne lagenge log.</w:t>
      </w:r>
      <w:r>
        <w:br/>
      </w:r>
      <w:r>
        <w:rPr>
          <w:sz w:val="20"/>
        </w:rPr>
        <w:t>1:24:23  yani sab ko mind mein yeh aa raha hai ke hum par zulm ho raha hai, zulm ho raha hai, zulm ho raha hai. Ab sab mil kar agar Quran ko parhein aur yeh ayat samne aa jaye to sab ko surrender karna chahiye.</w:t>
      </w:r>
      <w:r>
        <w:br/>
      </w:r>
      <w:r>
        <w:rPr>
          <w:sz w:val="20"/>
        </w:rPr>
        <w:t>1:24:34  Surrender ke bhai ab jawab mil gaya, ab introspection karo, khud apni ghaltiyon ko nikalo, kahan kahan hum ne ghalt policy ikhtiyar ki, is ko pata karo, is ko correct karo.</w:t>
      </w:r>
      <w:r>
        <w:br/>
      </w:r>
      <w:r>
        <w:rPr>
          <w:sz w:val="20"/>
        </w:rPr>
        <w:t>1:24:47  Is tarah se ittehad ayega.</w:t>
      </w:r>
      <w:r>
        <w:br/>
      </w:r>
      <w:r>
        <w:rPr>
          <w:sz w:val="20"/>
        </w:rPr>
        <w:t>1:24:50  To Quran ko hablullah banana, yeh Quran ko yeh hasiyat dena ke jo is mein nikal aaye, wahi wahi hamara hum hamein is ko maan lena hai.</w:t>
      </w:r>
      <w:r>
        <w:br/>
      </w:r>
      <w:r>
        <w:rPr>
          <w:sz w:val="20"/>
        </w:rPr>
        <w:t>1:25:01  Is se unity aati hai aur is se sab kuch durust hota hai. Maulana, yeh sawal Chennai se aya hai Maulana Ilyas ka.</w:t>
      </w:r>
      <w:r>
        <w:br/>
      </w:r>
      <w:r>
        <w:rPr>
          <w:sz w:val="20"/>
        </w:rPr>
        <w:t>1:25:12  Unhon ne likha hai: "Fard ko naik banane ke liye hukumat ki zaroorat hai ya nahi?</w:t>
      </w:r>
      <w:r>
        <w:br/>
      </w:r>
      <w:r>
        <w:rPr>
          <w:sz w:val="20"/>
        </w:rPr>
        <w:t>1:25:19  Isi tarah qom ki taraqqi ke liye hukumat ki zaroorat hai." Is ke bare mein batayein. Yeh to bilkul yani fard ko hukumat keh deti hai, theek kar degi.</w:t>
      </w:r>
      <w:r>
        <w:br/>
      </w:r>
      <w:r>
        <w:rPr>
          <w:sz w:val="20"/>
        </w:rPr>
        <w:t>1:25:30  Fard ko hukumat keh deti hai, theek kar degi. Jaise India mein dekhein, government aayi to 60 baras se zyada beet gaye to kya afraad jo hain sab hukumat theek kar diya?</w:t>
      </w:r>
      <w:r>
        <w:br/>
      </w:r>
      <w:r>
        <w:rPr>
          <w:sz w:val="20"/>
        </w:rPr>
        <w:t>1:25:42  Corruption kyun? Corruption India mein hai. Yani sare hukumat ke log bolte hain ke hum corruption nahi chahte. To phir corruption kyun hai? Agar hukumat ke qabze mein ho fard ko badalna to India mein corruption nahi hona chahiye.</w:t>
      </w:r>
      <w:r>
        <w:br/>
      </w:r>
      <w:r>
        <w:rPr>
          <w:sz w:val="20"/>
        </w:rPr>
        <w:t>1:25:57  To yeh secular rule ho ya Musalmanon ka rule ho, hukumat fard nahi badalti, fard ko ideology badalti hai. Yani individual jo hai wo is ko ideology badalti hai.</w:t>
      </w:r>
      <w:r>
        <w:br/>
      </w:r>
      <w:r>
        <w:rPr>
          <w:sz w:val="20"/>
        </w:rPr>
        <w:t>1:26:13  Apne apna khud aadmi ke andar ek soch develop karti hai, khud aadmi ke andar ek determination aata hai, khud aadmi ke andar ek ek process jari hota hai aadmi ke mind mein.</w:t>
      </w:r>
      <w:r>
        <w:br/>
      </w:r>
      <w:r>
        <w:rPr>
          <w:sz w:val="20"/>
        </w:rPr>
        <w:t>1:26:24  Tab insaan badalta hai, hukumat se kehta hai log is ka. Yeh to bilkul hi yani childish thinking hai ke hukumat badal degi afraad ko.</w:t>
      </w:r>
      <w:r>
        <w:br/>
      </w:r>
      <w:r>
        <w:rPr>
          <w:sz w:val="20"/>
        </w:rPr>
        <w:t>1:26:34  Childish thinking hai is ka taluq naqil se hai ya Islam se hai.</w:t>
      </w:r>
    </w:p>
    <w:p>
      <w:pPr>
        <w:pStyle w:val="Heading2"/>
      </w:pPr>
      <w:r>
        <w:t>Meaning of 'imāmā' for home guardian in Quran</w:t>
      </w:r>
    </w:p>
    <w:p>
      <w:r>
        <w:rPr>
          <w:color w:val="666666"/>
          <w:sz w:val="18"/>
        </w:rPr>
        <w:t>Quran &amp; Tafsir · Present Day Muslims Jan 13, 2013 · 2m 29s · at 1:31:23 · https://youtu.be/CVcbWVYitog?t=5483</w:t>
      </w:r>
    </w:p>
    <w:p>
      <w:r>
        <w:rPr>
          <w:i/>
        </w:rPr>
        <w:t>“In this prayer of the Quran (Rabbanā hab lanā min azwājinā wa dhurriyyātinā qurrata a'yunin waj'alnā lil-muttaqīna imāmā), what role does 'imāmā' indicate of the guardian of a home?”</w:t>
      </w:r>
    </w:p>
    <w:p>
      <w:r>
        <w:rPr>
          <w:sz w:val="20"/>
        </w:rPr>
        <w:t>1:31:23  maulana, agla sawal roorkee se hai, sajid anwar sahib ka. unhon ne ek quran ki ayat ka reference diya hai jo is tarah hai:</w:t>
      </w:r>
      <w:r>
        <w:br/>
      </w:r>
      <w:r>
        <w:rPr>
          <w:sz w:val="20"/>
        </w:rPr>
        <w:t>1:31:33  rabbana hablana min azwajina wa zurriyatina qurrata ayunin waj alna lilmuttaqina imama.</w:t>
      </w:r>
      <w:r>
        <w:br/>
      </w:r>
      <w:r>
        <w:rPr>
          <w:sz w:val="20"/>
        </w:rPr>
        <w:t>1:31:44  maulana, woh yeh likh rahe hain ke in this prayer of the quran, what role the muttaqina imama indicates of the guardian of a home?</w:t>
      </w:r>
      <w:r>
        <w:br/>
      </w:r>
      <w:r>
        <w:rPr>
          <w:sz w:val="20"/>
        </w:rPr>
        <w:t>1:31:53  is ke bare mein bataein. dekhiye, is mein yeh hai ke dua ke jo alfaaz hain waj alna lilmuttaqina imama</w:t>
      </w:r>
      <w:r>
        <w:br/>
      </w:r>
      <w:r>
        <w:rPr>
          <w:sz w:val="20"/>
        </w:rPr>
        <w:t>1:32:02  . yani apni family ko yahan par diya gaya reference. to hum ko apni family ke logon ka, yani koi muttaqi family ho, hum us ke leader hon, imam hon.</w:t>
      </w:r>
      <w:r>
        <w:br/>
      </w:r>
      <w:r>
        <w:rPr>
          <w:sz w:val="20"/>
        </w:rPr>
        <w:t>1:32:18  to is ka yeh matlab nahi ke ke allah taala farmaye ke tumhari family ko muttaqi family hona chahiye. yeh matlab nahi hai.</w:t>
      </w:r>
      <w:r>
        <w:br/>
      </w:r>
      <w:r>
        <w:rPr>
          <w:sz w:val="20"/>
        </w:rPr>
        <w:t>1:32:27  yeh jo khandan ka jo sarparast hai, us ke us ke dil ki yeh tamanna honi chahiye ke mere ghar wale allah se darne wale hon, allah se ta'alluq rakhne wale hon,</w:t>
      </w:r>
      <w:r>
        <w:br/>
      </w:r>
      <w:r>
        <w:rPr>
          <w:sz w:val="20"/>
        </w:rPr>
        <w:t>1:32:40  deeni mizaj un ke andar ho. to yeh yani yeh baat family wise nahi hai balke sarparast wise hai. ek sarparast ka jazba kya hona chahiye?</w:t>
      </w:r>
      <w:r>
        <w:br/>
      </w:r>
      <w:r>
        <w:rPr>
          <w:sz w:val="20"/>
        </w:rPr>
        <w:t>1:32:52  aaj kal kya hai, un ka jazba kya hota hai</w:t>
      </w:r>
      <w:r>
        <w:br/>
      </w:r>
      <w:r>
        <w:rPr>
          <w:sz w:val="20"/>
        </w:rPr>
        <w:t>1:32:55  ke main apne bachon ko khoob paisa doon, khoob building doon, khoob car doon? yeh nahi hona chahiye aap ka jazba. aap ka jazba yeh hona chahiye ke aap ke aankhein is par khush hon ke aap ke ghar ke log allah wale ban jaein.</w:t>
      </w:r>
      <w:r>
        <w:br/>
      </w:r>
      <w:r>
        <w:rPr>
          <w:sz w:val="20"/>
        </w:rPr>
        <w:t>1:33:10  yani aankh ki thandak yeh ho aap ki. nahi, yeh thandak nahi ho ke aap woh shandar maadi zindagi kyun ban rahi hai in ki. social status acha ban raha hai in ka.</w:t>
      </w:r>
      <w:r>
        <w:br/>
      </w:r>
      <w:r>
        <w:rPr>
          <w:sz w:val="20"/>
        </w:rPr>
        <w:t>1:33:22  to sarparast ki aankhon ki thandak is mein honi chahiye ke woh logon ko muttaqi dekhna chahe. yeh matlab hai is ka.</w:t>
      </w:r>
      <w:r>
        <w:br/>
      </w:r>
      <w:r>
        <w:rPr>
          <w:sz w:val="20"/>
        </w:rPr>
        <w:t>1:33:34  kyun ke woh to bas mein nahi hai. aap kaise badal dalen kisi ko? apne ko badal sakte hain aap. to yeh is mein jo baat kahi gayi, woh family wise nahi hai balke sarparast wise hai.</w:t>
      </w:r>
    </w:p>
    <w:p>
      <w:pPr>
        <w:pStyle w:val="Heading2"/>
      </w:pPr>
      <w:r>
        <w:t>Meaning of Allah being Noor</w:t>
      </w:r>
    </w:p>
    <w:p>
      <w:r>
        <w:rPr>
          <w:color w:val="666666"/>
          <w:sz w:val="18"/>
        </w:rPr>
        <w:t>Quran &amp; Tafsir · The Road to Paradise December 11, 2016 · 2m 11s · at 52:56 · https://youtu.be/iW2QmcY1_yU?t=3176</w:t>
      </w:r>
    </w:p>
    <w:p>
      <w:r>
        <w:rPr>
          <w:i/>
        </w:rPr>
        <w:t>“Moulana, Allah is Noor, what does that mean? Explain.”</w:t>
      </w:r>
    </w:p>
    <w:p>
      <w:r>
        <w:rPr>
          <w:sz w:val="20"/>
        </w:rPr>
        <w:t>52:56  ji, Maulana sahib, agla sawal Bihar se bheja hai Farooq Abdullah Fiza sahib ne.</w:t>
      </w:r>
      <w:r>
        <w:br/>
      </w:r>
      <w:r>
        <w:rPr>
          <w:sz w:val="20"/>
        </w:rPr>
        <w:t>53:02  unhon ne aap se poocha hai ke: "Maulana sahib, Allah noor hai, is ka kya matlab hai? Is</w:t>
      </w:r>
      <w:r>
        <w:br/>
      </w:r>
      <w:r>
        <w:rPr>
          <w:sz w:val="20"/>
        </w:rPr>
        <w:t>53:09  ke bare mein batayen." Allah khud noor nahi hai, yahan noor ke mani hain hidayat, yani Allah ke</w:t>
      </w:r>
      <w:r>
        <w:br/>
      </w:r>
      <w:r>
        <w:rPr>
          <w:sz w:val="20"/>
        </w:rPr>
        <w:t>53:15  zariye hidayat milti hai.</w:t>
      </w:r>
      <w:r>
        <w:br/>
      </w:r>
      <w:r>
        <w:rPr>
          <w:sz w:val="20"/>
        </w:rPr>
        <w:t>53:22  Allah kya hai, yeh hum ne dekha nahi hai, kisi insan ne dekha nahi hai.</w:t>
      </w:r>
      <w:r>
        <w:br/>
      </w:r>
      <w:r>
        <w:rPr>
          <w:sz w:val="20"/>
        </w:rPr>
        <w:t>53:28  to aap yeh nahi keh sakte ke jaise bijli ka bulb hota hai, aise Allah hai, yeh sahi</w:t>
      </w:r>
      <w:r>
        <w:br/>
      </w:r>
      <w:r>
        <w:rPr>
          <w:sz w:val="20"/>
        </w:rPr>
        <w:t>53:35  nahi hoga kehna.</w:t>
      </w:r>
      <w:r>
        <w:br/>
      </w:r>
      <w:r>
        <w:rPr>
          <w:sz w:val="20"/>
        </w:rPr>
        <w:t>53:42  Allah bayan aur material perception hai.</w:t>
      </w:r>
      <w:r>
        <w:br/>
      </w:r>
      <w:r>
        <w:rPr>
          <w:sz w:val="20"/>
        </w:rPr>
        <w:t>53:48  to jo Quran mein aaya hai ke: Allah noor al samawat wa al arz Allah zameen o aasman ki roshni hai.</w:t>
      </w:r>
      <w:r>
        <w:br/>
      </w:r>
      <w:r>
        <w:rPr>
          <w:sz w:val="20"/>
        </w:rPr>
        <w:t>53:55  yeh nahi ke Allah ka wajood noor hai, yeh nahi kaha Quran majeed mein.</w:t>
      </w:r>
      <w:r>
        <w:br/>
      </w:r>
      <w:r>
        <w:rPr>
          <w:sz w:val="20"/>
        </w:rPr>
        <w:t>54:01  Allah noor al samawat wa al arz, Allah zameen o aasman ki roshni hai, yani Allah hi se milta hai jo</w:t>
      </w:r>
      <w:r>
        <w:br/>
      </w:r>
      <w:r>
        <w:rPr>
          <w:sz w:val="20"/>
        </w:rPr>
        <w:t>54:08  kuch kisi ko milta hai.</w:t>
      </w:r>
      <w:r>
        <w:br/>
      </w:r>
      <w:r>
        <w:rPr>
          <w:sz w:val="20"/>
        </w:rPr>
        <w:t>54:14  wohi soul giver hai, koi doosra giver nahi hai.</w:t>
      </w:r>
      <w:r>
        <w:br/>
      </w:r>
      <w:r>
        <w:rPr>
          <w:sz w:val="20"/>
        </w:rPr>
        <w:t>54:21  yeh matlab hai.</w:t>
      </w:r>
      <w:r>
        <w:br/>
      </w:r>
      <w:r>
        <w:rPr>
          <w:sz w:val="20"/>
        </w:rPr>
        <w:t>54:27  yeh samajhna galat hai ke Allah koi roshni hai bulb ki tarike se, yeh matlab nahi hai.</w:t>
      </w:r>
      <w:r>
        <w:br/>
      </w:r>
      <w:r>
        <w:rPr>
          <w:sz w:val="20"/>
        </w:rPr>
        <w:t>54:34  kyun ke Quran mein jo alfaaz hain, woh yeh hain ke: Allah noor al samawat wa al arz Allah zameen o aasman</w:t>
      </w:r>
      <w:r>
        <w:br/>
      </w:r>
      <w:r>
        <w:rPr>
          <w:sz w:val="20"/>
        </w:rPr>
        <w:t>54:40  ki roshni hai.</w:t>
      </w:r>
      <w:r>
        <w:br/>
      </w:r>
      <w:r>
        <w:rPr>
          <w:sz w:val="20"/>
        </w:rPr>
        <w:t>54:47  duniya mein, is poori universe mein, wohi aik giver hai jis ko kuch bhi kisi ko jo milta</w:t>
      </w:r>
      <w:r>
        <w:br/>
      </w:r>
      <w:r>
        <w:rPr>
          <w:sz w:val="20"/>
        </w:rPr>
        <w:t>54:54  hai, woh Allah se milta hai.</w:t>
      </w:r>
      <w:r>
        <w:br/>
      </w:r>
      <w:r>
        <w:rPr>
          <w:sz w:val="20"/>
        </w:rPr>
        <w:t>55:00  koi aur doosra giver hai nahi.</w:t>
      </w:r>
    </w:p>
    <w:p>
      <w:pPr>
        <w:pStyle w:val="Heading2"/>
      </w:pPr>
      <w:r>
        <w:t>Meaning of Ayah on Izhar-e-Deen</w:t>
      </w:r>
    </w:p>
    <w:p>
      <w:r>
        <w:rPr>
          <w:color w:val="666666"/>
          <w:sz w:val="18"/>
        </w:rPr>
        <w:t>Quran &amp; Tafsir · Natural Warning April 17, 2016 · 1m 03s · at 45:47 · https://youtu.be/fSNOpwgzcss?t=2747</w:t>
      </w:r>
    </w:p>
    <w:p>
      <w:r>
        <w:rPr>
          <w:i/>
        </w:rPr>
        <w:t>“Please explain this ayah: 'Li yuzhirahu al-dini kullihi'. What is the meaning of this Izhar-e-Deen? Please clarify.”</w:t>
      </w:r>
    </w:p>
    <w:p>
      <w:r>
        <w:rPr>
          <w:sz w:val="20"/>
        </w:rPr>
        <w:t>45:47  maulana, agla sawal bheja hai Miss Shabana Atib ne Pakistan se aur unhone likha hai please explain this ayat li yuzhirahu al-dini kullihi.</w:t>
      </w:r>
      <w:r>
        <w:br/>
      </w:r>
      <w:r>
        <w:rPr>
          <w:sz w:val="20"/>
        </w:rPr>
        <w:t>46:01  is izhaar-e-deen ka kiya matlab hai? Is ko wazeh karein.</w:t>
      </w:r>
      <w:r>
        <w:br/>
      </w:r>
      <w:r>
        <w:rPr>
          <w:sz w:val="20"/>
        </w:rPr>
        <w:t>46:08  dekhiye, is par mein ne poori aik kitaab likhi hai, is ka naam hai Izhaar-e-Deen, moti si kitaab hai. To mein kahunga ke aap is kitaab ko padh lein.</w:t>
      </w:r>
      <w:r>
        <w:br/>
      </w:r>
      <w:r>
        <w:rPr>
          <w:sz w:val="20"/>
        </w:rPr>
        <w:t>46:21  beh-haal, fil-haal mein yeh kahunga ke izhaar-e-deen ka matlab siyasi ladai nahi hai,</w:t>
      </w:r>
      <w:r>
        <w:br/>
      </w:r>
      <w:r>
        <w:rPr>
          <w:sz w:val="20"/>
        </w:rPr>
        <w:t>46:35  na siyasi ladai hai, na hukumat ki ladai hai. Yeh aik peaceful mission hai. Aap tafseel mein jana chahein to woh kitaab jo hai Izhaar-e-Deen, us ko padhein.</w:t>
      </w:r>
    </w:p>
    <w:p>
      <w:pPr>
        <w:pStyle w:val="Heading2"/>
      </w:pPr>
      <w:r>
        <w:t>Meaning of Furqan in Quran</w:t>
      </w:r>
    </w:p>
    <w:p>
      <w:r>
        <w:rPr>
          <w:color w:val="666666"/>
          <w:sz w:val="18"/>
        </w:rPr>
        <w:t>Quran &amp; Tafsir · The Problem of Evil December 4, 2011 · 1m 48s · at 1:27:33 · https://youtu.be/SMqtVjaGHfw?t=5253</w:t>
      </w:r>
    </w:p>
    <w:p>
      <w:r>
        <w:rPr>
          <w:i/>
        </w:rPr>
        <w:t>“In the Quran it says that We sent down the Furqan. Please explain about it.”</w:t>
      </w:r>
    </w:p>
    <w:p>
      <w:r>
        <w:rPr>
          <w:sz w:val="20"/>
        </w:rPr>
        <w:t>1:27:33  doctor Muslima ne Delhi se sawal likha hai. unhone poocha hai ke Quran mein aata hai ke hum ne Furqan utara. is ke bare mein aap kuch bataein.</w:t>
      </w:r>
      <w:r>
        <w:br/>
      </w:r>
      <w:r>
        <w:rPr>
          <w:sz w:val="20"/>
        </w:rPr>
        <w:t>1:27:48  dekhein, Furqan ke ka lafzi matlab jo hai, woh hai do cheez ke darmiyan farq karna. asal al fasl min al shai' yani to differentiate between between the two.</w:t>
      </w:r>
      <w:r>
        <w:br/>
      </w:r>
      <w:r>
        <w:rPr>
          <w:sz w:val="20"/>
        </w:rPr>
        <w:t>1:28:02  to</w:t>
      </w:r>
      <w:r>
        <w:br/>
      </w:r>
      <w:r>
        <w:rPr>
          <w:sz w:val="20"/>
        </w:rPr>
        <w:t>1:28:04  Quran jo hai, us ki ek sifat yeh hai ke woh Furqan hai yani cheezon mein farq karna batata hai ke yeh right hai, yeh wrong hai, yeh theek hai, yeh theek nahin hai, yeh is mein aadmi ko faida hai, is mein faida nahin hai.</w:t>
      </w:r>
      <w:r>
        <w:br/>
      </w:r>
      <w:r>
        <w:rPr>
          <w:sz w:val="20"/>
        </w:rPr>
        <w:t>1:28:20  to yeh jo hai, jab aadmi Quran mein sochega, bahut zyada ghor karega to us ke andar ek ek ek sense develop hoga.</w:t>
      </w:r>
      <w:r>
        <w:br/>
      </w:r>
      <w:r>
        <w:rPr>
          <w:sz w:val="20"/>
        </w:rPr>
        <w:t>1:28:30  sense of Furqan</w:t>
      </w:r>
      <w:r>
        <w:br/>
      </w:r>
      <w:r>
        <w:rPr>
          <w:sz w:val="20"/>
        </w:rPr>
        <w:t>1:28:32  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r>
        <w:br/>
      </w:r>
      <w:r>
        <w:rPr>
          <w:sz w:val="20"/>
        </w:rPr>
        <w:t>1:28:58  to yeh to mutaarif hota hai, gehri studies hota hai aur sincere study. main samajhta hoon ke sincere ka lafz shamil karna zaroori hai ya serious study.</w:t>
      </w:r>
      <w:r>
        <w:br/>
      </w:r>
      <w:r>
        <w:rPr>
          <w:sz w:val="20"/>
        </w:rPr>
        <w:t>1:29:12  jab serious study karta hai aadmi, tab ja kar ke woh sense develop hota hai. nahin to parhega, parhega, hoga kuch nahin.</w:t>
      </w:r>
    </w:p>
    <w:p>
      <w:pPr>
        <w:pStyle w:val="Heading2"/>
      </w:pPr>
      <w:r>
        <w:t>Meaning of God's Dye (Sibghah Allah)</w:t>
      </w:r>
    </w:p>
    <w:p>
      <w:r>
        <w:rPr>
          <w:color w:val="666666"/>
          <w:sz w:val="18"/>
        </w:rPr>
        <w:t>Quran &amp; Tafsir · The Companions and the Hadith Scholars June 24, 2012 · 2m 53s · at 59:38 · https://youtu.be/Dj4QiYnxgBs?t=3578</w:t>
      </w:r>
    </w:p>
    <w:p>
      <w:r>
        <w:rPr>
          <w:i/>
        </w:rPr>
        <w:t>“In Quran chapter 2, verse 138 it says: 'We take God's own dye, who has a better dye than God's dye.' What is the meaning of God's dye, that is 'Sibghah Allah'?”</w:t>
      </w:r>
    </w:p>
    <w:p>
      <w:r>
        <w:rPr>
          <w:sz w:val="20"/>
        </w:rPr>
        <w:t>59:38  okay, we'll start the question and session now. Maulana, yeh sawal aaya hai dilli se, Maulana Zakwan Nadvi sahab ka. Unhon ne likha hai ke quran ke chapter number two, verse number 138 mein aaya hai:</w:t>
      </w:r>
      <w:r>
        <w:br/>
      </w:r>
      <w:r>
        <w:rPr>
          <w:sz w:val="20"/>
        </w:rPr>
        <w:t>59:54  "and we take on god's own dye, who has a better dye than god's dye." Maulana, what is the meaning of god's dye?</w:t>
      </w:r>
      <w:r>
        <w:br/>
      </w:r>
      <w:r>
        <w:rPr>
          <w:sz w:val="20"/>
        </w:rPr>
        <w:t>1:00:05  diet is sibghatullah.</w:t>
      </w:r>
      <w:r>
        <w:br/>
      </w:r>
      <w:r>
        <w:rPr>
          <w:sz w:val="20"/>
        </w:rPr>
        <w:t>1:00:07  is ke bare mein bataein. sibghatullah, is mein dekhein, woh aik is ka aik background hai, yeh jis ko kehte hain ijtiba.</w:t>
      </w:r>
      <w:r>
        <w:br/>
      </w:r>
      <w:r>
        <w:rPr>
          <w:sz w:val="20"/>
        </w:rPr>
        <w:t>1:00:20  isai logon ke haan to un ke haan aik rasam thi ke jab woh kisi ko christian banate thay to ijtiba karte thay.</w:t>
      </w:r>
      <w:r>
        <w:br/>
      </w:r>
      <w:r>
        <w:rPr>
          <w:sz w:val="20"/>
        </w:rPr>
        <w:t>1:00:33  yani pehle zamanay mein kuch rang, koi khaas rang ka kapra pehnana, ab to shayad pani sakte hain sirf.</w:t>
      </w:r>
      <w:r>
        <w:br/>
      </w:r>
      <w:r>
        <w:rPr>
          <w:sz w:val="20"/>
        </w:rPr>
        <w:t>1:00:43  to is ke background mein yeh alfaaz aaye hain. matlab yeh nahi ke koi rang hota hai Allah taala ka, is ka matlab yeh hai ke</w:t>
      </w:r>
      <w:r>
        <w:br/>
      </w:r>
      <w:r>
        <w:rPr>
          <w:sz w:val="20"/>
        </w:rPr>
        <w:t>1:00:56  Allah ko, yani Allah ki following ke maani mein, Allah ko ikhtiyar karo, sirf rang ke maani mein nahi.</w:t>
      </w:r>
      <w:r>
        <w:br/>
      </w:r>
      <w:r>
        <w:rPr>
          <w:sz w:val="20"/>
        </w:rPr>
        <w:t>1:01:05  woh log sirf rang ke maani mein samajh rahe thay ke khaas rang ka kapra ho to woh deendar ban gaya. abhi bhi un ke haan yeh hai, mukhtalif rang ke kapre un ke hotay hain jo batate hain un ke deeni darjay ko.</w:t>
      </w:r>
      <w:r>
        <w:br/>
      </w:r>
      <w:r>
        <w:rPr>
          <w:sz w:val="20"/>
        </w:rPr>
        <w:t>1:01:20  to har mazhab mein aisa hua hai, mazhabi tabqay ne rang ke sath mazhab jor rakha hai. to yahan par bataya gaya ke asli rang woh nahi hai, maadi rang.</w:t>
      </w:r>
      <w:r>
        <w:br/>
      </w:r>
      <w:r>
        <w:rPr>
          <w:sz w:val="20"/>
        </w:rPr>
        <w:t>1:01:31  asli rang yeh hai ke Allah ki tabedari.</w:t>
      </w:r>
      <w:r>
        <w:br/>
      </w:r>
      <w:r>
        <w:rPr>
          <w:sz w:val="20"/>
        </w:rPr>
        <w:t>1:01:37  yeh is maani mein mein samajhta hoon kaha gaya hai. doosri baat yeh hai ke rang ki tamseel bohat mehmana hai. dekhein, yeh pani hai, is mein agar aap pathar ka tukra dalen to alag aa kar par jaye ga, woh pani mein ghule ga nahi.</w:t>
      </w:r>
      <w:r>
        <w:br/>
      </w:r>
      <w:r>
        <w:rPr>
          <w:sz w:val="20"/>
        </w:rPr>
        <w:t>1:01:54  kyun ke jab rang dalte hain to pure pani mein ghul jata hai. woh</w:t>
      </w:r>
      <w:r>
        <w:br/>
      </w:r>
      <w:r>
        <w:rPr>
          <w:sz w:val="20"/>
        </w:rPr>
        <w:t>1:01:59  to yeh matlab hai ke jis tarah se rang pani mein ghul kar ke pura us mein sarayat kar jata hai, to Allah ke deen ko is tarah ikhtiyar karo ke puri shakhsiyat ka hissa ban jaye.</w:t>
      </w:r>
      <w:r>
        <w:br/>
      </w:r>
      <w:r>
        <w:rPr>
          <w:sz w:val="20"/>
        </w:rPr>
        <w:t>1:02:15  aisa na ho ke tumhari shakhsiyat alag hai aur deen alag hai, woh zaimay ke tor par na rahe, balkay tumhari shakhsiyat puri ki puri se woh dhal jaye.</w:t>
      </w:r>
      <w:r>
        <w:br/>
      </w:r>
      <w:r>
        <w:rPr>
          <w:sz w:val="20"/>
        </w:rPr>
        <w:t>1:02:27  yeh matlab hai is ka.</w:t>
      </w:r>
    </w:p>
    <w:p>
      <w:pPr>
        <w:pStyle w:val="Heading2"/>
      </w:pPr>
      <w:r>
        <w:t>Meaning of Ijtihadi power and its use</w:t>
      </w:r>
    </w:p>
    <w:p>
      <w:r>
        <w:rPr>
          <w:color w:val="666666"/>
          <w:sz w:val="18"/>
        </w:rPr>
        <w:t>Quran &amp; Tafsir · Dars-e-Quran, Ch. 2 Verse 54 | March 18, 2018 · 2m 32s · at 1:00:41 · https://youtu.be/xQ2LXsz1oTw?t=3641</w:t>
      </w:r>
    </w:p>
    <w:p>
      <w:r>
        <w:rPr>
          <w:i/>
        </w:rPr>
        <w:t>“What is meant by Ijtihadi power and who decides to use it?”</w:t>
      </w:r>
    </w:p>
    <w:p>
      <w:r>
        <w:rPr>
          <w:sz w:val="20"/>
        </w:rPr>
        <w:t>1:00:41  Maulana, agla sawal Kolkata se Aftab Alam sahib ne bheja hai.</w:t>
      </w:r>
      <w:r>
        <w:br/>
      </w:r>
      <w:r>
        <w:rPr>
          <w:sz w:val="20"/>
        </w:rPr>
        <w:t>1:00:47  unhon ne likha hai: "bahut bahut shukriya Maulana, aaj ke lecture se Quran ko samajhne ka ek naya darwaza khula.</w:t>
      </w:r>
      <w:r>
        <w:br/>
      </w:r>
      <w:r>
        <w:rPr>
          <w:sz w:val="20"/>
        </w:rPr>
        <w:t>1:00:53  mera sawal hai ke ijtihadi taqat se murad kya hai aur is ka istemal karne ka faisla kaun</w:t>
      </w:r>
      <w:r>
        <w:br/>
      </w:r>
      <w:r>
        <w:rPr>
          <w:sz w:val="20"/>
        </w:rPr>
        <w:t>1:00:59  karega? is</w:t>
      </w:r>
      <w:r>
        <w:br/>
      </w:r>
      <w:r>
        <w:rPr>
          <w:sz w:val="20"/>
        </w:rPr>
        <w:t>1:01:05  ko wazeh karen." har aadmi yeh jhooti baat hai ke koi agar kahega ijtihad ki shart laga</w:t>
      </w:r>
      <w:r>
        <w:br/>
      </w:r>
      <w:r>
        <w:rPr>
          <w:sz w:val="20"/>
        </w:rPr>
        <w:t>1:01:13  hua hai, ek hi shart hai niyat.</w:t>
      </w:r>
      <w:r>
        <w:br/>
      </w:r>
      <w:r>
        <w:rPr>
          <w:sz w:val="20"/>
        </w:rPr>
        <w:t>1:01:20  aap ki niyat agar sachi hai to chahe aap madrasay ke certificate na hon, aap ijtihad ka nikah rakhte hain.</w:t>
      </w:r>
      <w:r>
        <w:br/>
      </w:r>
      <w:r>
        <w:rPr>
          <w:sz w:val="20"/>
        </w:rPr>
        <w:t>1:01:28  Ali, kyunke yeh sabit shuda Hadees hai ke "Innamal a'malu binniyat"</w:t>
      </w:r>
      <w:r>
        <w:br/>
      </w:r>
      <w:r>
        <w:rPr>
          <w:sz w:val="20"/>
        </w:rPr>
        <w:t>1:01:36  har amal depend karta hai niyat par.</w:t>
      </w:r>
      <w:r>
        <w:br/>
      </w:r>
      <w:r>
        <w:rPr>
          <w:sz w:val="20"/>
        </w:rPr>
        <w:t>1:01:42  aap ko ijtihad karna hai, niyat ko pak kijiye, do rak'at namaz padhiye, Allah se dua kijiye.</w:t>
      </w:r>
      <w:r>
        <w:br/>
      </w:r>
      <w:r>
        <w:rPr>
          <w:sz w:val="20"/>
        </w:rPr>
        <w:t>1:01:48  is ke baad aap ko haq hai ke ijtihad karen.</w:t>
      </w:r>
      <w:r>
        <w:br/>
      </w:r>
      <w:r>
        <w:rPr>
          <w:sz w:val="20"/>
        </w:rPr>
        <w:t>1:01:54  aap koi nahi hai ijtihad ko rokne wala.</w:t>
      </w:r>
      <w:r>
        <w:br/>
      </w:r>
      <w:r>
        <w:rPr>
          <w:sz w:val="20"/>
        </w:rPr>
        <w:t>1:02:00  is is tasawwur ne ke ijtihad ko aisa bana diya hai ke ijtihad koi</w:t>
      </w:r>
      <w:r>
        <w:br/>
      </w:r>
      <w:r>
        <w:rPr>
          <w:sz w:val="20"/>
        </w:rPr>
        <w:t>1:02:06  ya'ni woh hai kaat kaatne wali cheez hai.</w:t>
      </w:r>
      <w:r>
        <w:br/>
      </w:r>
      <w:r>
        <w:rPr>
          <w:sz w:val="20"/>
        </w:rPr>
        <w:t>1:02:12  is ko dehati zuban mein kehte hain "katao".</w:t>
      </w:r>
      <w:r>
        <w:br/>
      </w:r>
      <w:r>
        <w:rPr>
          <w:sz w:val="20"/>
        </w:rPr>
        <w:t>1:02:18  ijtihad ka darwaza khula hua hai, sirf niyat ka darwaza band na rakhen.</w:t>
      </w:r>
      <w:r>
        <w:br/>
      </w:r>
      <w:r>
        <w:rPr>
          <w:sz w:val="20"/>
        </w:rPr>
        <w:t>1:02:24  aap khalis niyat, allah se dar, allah ke liye ijtihad.</w:t>
      </w:r>
      <w:r>
        <w:br/>
      </w:r>
      <w:r>
        <w:rPr>
          <w:sz w:val="20"/>
        </w:rPr>
        <w:t>1:02:30  to aap ijtihad ki ghalti agar karen ge tab bhi allah maaf kare ga.</w:t>
      </w:r>
      <w:r>
        <w:br/>
      </w:r>
      <w:r>
        <w:rPr>
          <w:sz w:val="20"/>
        </w:rPr>
        <w:t>1:02:36  agar yeh ijtihad ka darwaza kholna zaroori hai dawat ko aam karne ke liye, hamare log jo is</w:t>
      </w:r>
      <w:r>
        <w:br/>
      </w:r>
      <w:r>
        <w:rPr>
          <w:sz w:val="20"/>
        </w:rPr>
        <w:t>1:02:41  ko phaila rahe hain idhar udhar quran majeed, to sab se bari rukawat yeh aa rahi hai.</w:t>
      </w:r>
      <w:r>
        <w:br/>
      </w:r>
      <w:r>
        <w:rPr>
          <w:sz w:val="20"/>
        </w:rPr>
        <w:t>1:02:46  arey bhai, be-hurmati ho jaye gi!</w:t>
      </w:r>
      <w:r>
        <w:br/>
      </w:r>
      <w:r>
        <w:rPr>
          <w:sz w:val="20"/>
        </w:rPr>
        <w:t>1:02:51  arey bhai, yeh ho jaye ga!</w:t>
      </w:r>
      <w:r>
        <w:br/>
      </w:r>
      <w:r>
        <w:rPr>
          <w:sz w:val="20"/>
        </w:rPr>
        <w:t>1:02:56  arey bhai, woh ho jaye ga!</w:t>
      </w:r>
      <w:r>
        <w:br/>
      </w:r>
      <w:r>
        <w:rPr>
          <w:sz w:val="20"/>
        </w:rPr>
        <w:t>1:03:01  yeh sab bilkul batil hai aur aap ko allah ne wada</w:t>
      </w:r>
      <w:r>
        <w:br/>
      </w:r>
      <w:r>
        <w:rPr>
          <w:sz w:val="20"/>
        </w:rPr>
        <w:t>1:03:06  kiya hai ke " aye bande, teri har ghalti ko maaf karon ga agar tu toba kare to".</w:t>
      </w:r>
    </w:p>
    <w:p>
      <w:pPr>
        <w:pStyle w:val="Heading2"/>
      </w:pPr>
      <w:r>
        <w:t>Meaning of Khalifa and Muslim rule</w:t>
      </w:r>
    </w:p>
    <w:p>
      <w:r>
        <w:rPr>
          <w:color w:val="666666"/>
          <w:sz w:val="18"/>
        </w:rPr>
        <w:t>Quran &amp; Tafsir · Islam in Daily Life May 26, 2013 · 1m 44s · at 1:04:29 · https://youtu.be/iNyWPrbyyhA?t=3869</w:t>
      </w:r>
    </w:p>
    <w:p>
      <w:r>
        <w:rPr>
          <w:i/>
        </w:rPr>
        <w:t>“The word 'Khalifa' is mentioned in the Quran. What is the meaning of Khalifa? Why is it that Muslims everywhere want to establish the rule of Muslims on earth?”</w:t>
      </w:r>
    </w:p>
    <w:p>
      <w:r>
        <w:rPr>
          <w:sz w:val="20"/>
        </w:rPr>
        <w:t>1:04:29  yahan tak main samajhta hoon yeh matlab hai is ka. maulana agla sawal patna se hai, abdulrahf sahib ka. unhon ne likha hai: "Word khaleefa is mentioned in the quran." maulana sahib "what is the meaning of khaleefa</w:t>
      </w:r>
      <w:r>
        <w:br/>
      </w:r>
      <w:r>
        <w:rPr>
          <w:sz w:val="20"/>
        </w:rPr>
        <w:t>1:04:46  ? why is it that muslims everywhere want to establish the rule of muslims on earth?" yeh to bilkul yani koi musalmanon ki jo soch hai is ka koi talluq is ayat se nahi.</w:t>
      </w:r>
      <w:r>
        <w:br/>
      </w:r>
      <w:r>
        <w:rPr>
          <w:sz w:val="20"/>
        </w:rPr>
        <w:t>1:05:03  kyun ke dekhiye is ayat mein yeh kaha hai ke sari dunya mein apna rule qaim karo. yeh kahan hai is mein?</w:t>
      </w:r>
      <w:r>
        <w:br/>
      </w:r>
      <w:r>
        <w:rPr>
          <w:sz w:val="20"/>
        </w:rPr>
        <w:t>1:05:13  yani rule ki to baat hi nahi hai is mein.</w:t>
      </w:r>
      <w:r>
        <w:br/>
      </w:r>
      <w:r>
        <w:rPr>
          <w:sz w:val="20"/>
        </w:rPr>
        <w:t>1:05:16  woh ayat yeh hai ke "innee jaa'ilun fil ardi khaleefan" ۔ main zameen mein banane wala hoon ek khaleefa. khaleefati nahi hai.</w:t>
      </w:r>
      <w:r>
        <w:br/>
      </w:r>
      <w:r>
        <w:rPr>
          <w:sz w:val="20"/>
        </w:rPr>
        <w:t>1:05:26  yani apna khaleefa nahi hai ke khuda ka khaleefa. "khlaytu allaha fil ard" ۔ nahi hai. yeh to musalmanon ne bana rakha hai khud se. yeh sab bohat hi zyada yani jis ko kehte hain tamarrud, sarkashi.</w:t>
      </w:r>
      <w:r>
        <w:br/>
      </w:r>
      <w:r>
        <w:rPr>
          <w:sz w:val="20"/>
        </w:rPr>
        <w:t>1:05:40  ke jo baat ayat mein nahi hai woh nikal rakha hai aur is par jhanda uthai hui hain sari dunya mein</w:t>
      </w:r>
      <w:r>
        <w:br/>
      </w:r>
      <w:r>
        <w:rPr>
          <w:sz w:val="20"/>
        </w:rPr>
        <w:t>1:05:44  ۔ aur yahan tak kahein ke isi ke liye suicide babon ki tak karte hain. is ayat ka kuch bhi talluq yeh in tehreekon mein jo jis ko inqalabi tehreek kaha jata hai is se kuch bhi talluq nahi hai.</w:t>
      </w:r>
      <w:r>
        <w:br/>
      </w:r>
      <w:r>
        <w:rPr>
          <w:sz w:val="20"/>
        </w:rPr>
        <w:t>1:06:00  yeh in ki apni yani is ko main political bidat kehta hoon. political bidat. is ka is ayat se koi talluq nahi. is ayat ka matlab agar aap ko samajhna hai to meri tafsir aap padhiye: "tadabburu tazkuru al-quran"</w:t>
      </w:r>
    </w:p>
    <w:p>
      <w:pPr>
        <w:pStyle w:val="Heading2"/>
      </w:pPr>
      <w:r>
        <w:t>Meaning of Khalifa in Quran</w:t>
      </w:r>
    </w:p>
    <w:p>
      <w:r>
        <w:rPr>
          <w:color w:val="666666"/>
          <w:sz w:val="18"/>
        </w:rPr>
        <w:t>Quran &amp; Tafsir · Model of Paradise June 22, 2014 · 1m 35s · at 57:08 · https://youtu.be/7jXD8E_dN-E?t=3428</w:t>
      </w:r>
    </w:p>
    <w:p>
      <w:r>
        <w:rPr>
          <w:i/>
        </w:rPr>
        <w:t>“What is the meaning of 'khalifa' in Quran?”</w:t>
      </w:r>
    </w:p>
    <w:p>
      <w:r>
        <w:rPr>
          <w:sz w:val="20"/>
        </w:rPr>
        <w:t>57:08  in sab cheezon se Quran samajh mein aata hai. Maulana, agla sawal Farhan sahab ne kiya hai, Mumbai se. aur unhone aapse poocha hai ke What is the meaning of خلیفہ in Quran?</w:t>
      </w:r>
      <w:r>
        <w:br/>
      </w:r>
      <w:r>
        <w:rPr>
          <w:sz w:val="20"/>
        </w:rPr>
        <w:t>57:21  is ke bare mein bataen. is par bohat list hua hua hai, aap parh li</w:t>
      </w:r>
      <w:r>
        <w:br/>
      </w:r>
      <w:r>
        <w:rPr>
          <w:sz w:val="20"/>
        </w:rPr>
        <w:t>57:27  jiye. meri tafsir mein bhi parh lijiye. aur meri kitabon mein bohat is par kafi baat aa chuki hai. is ko parh lijiye. maine arz kiya is se pehle ke jo kitab, jo baaten main likh chuka hoon, to pehle chahiye aap ko ke us ko parhen.</w:t>
      </w:r>
      <w:r>
        <w:br/>
      </w:r>
      <w:r>
        <w:rPr>
          <w:sz w:val="20"/>
        </w:rPr>
        <w:t>57:43  phir koi cheez nikali hai is mein ke ye baat to is mein clear nahin hui. ye baat ka jawab nahin aaya. to phir us waqt main kuch bolunga. baghair parhe hue sawal karne se koi faida nahin hai.</w:t>
      </w:r>
    </w:p>
    <w:p>
      <w:pPr>
        <w:pStyle w:val="Heading2"/>
      </w:pPr>
      <w:r>
        <w:t>Meaning of Preserved Tablet in Quran</w:t>
      </w:r>
    </w:p>
    <w:p>
      <w:r>
        <w:rPr>
          <w:color w:val="666666"/>
          <w:sz w:val="18"/>
        </w:rPr>
        <w:t>Quran &amp; Tafsir · The Expression of Faith (Izhar e Deen) September 1, 2013 · 41s · at 1:03:46 · https://youtu.be/muBDJ8a_8-0?t=3826</w:t>
      </w:r>
    </w:p>
    <w:p>
      <w:r>
        <w:rPr>
          <w:i/>
        </w:rPr>
        <w:t>“What is meant by 'لوح محفوظ' (the preserved tablet) in the verse? Please explain.”</w:t>
      </w:r>
    </w:p>
    <w:p>
      <w:r>
        <w:rPr>
          <w:sz w:val="20"/>
        </w:rPr>
        <w:t>1:03:46  maulana in ka ek aur sawal hai. unhon ne ek quran ka reference diya hai, ek ayat ka. unhon ne likha hai: "wa alhawa quranun majeedun fi lauhin mahfuzin" .</w:t>
      </w:r>
      <w:r>
        <w:br/>
      </w:r>
      <w:r>
        <w:rPr>
          <w:sz w:val="20"/>
        </w:rPr>
        <w:t>1:03:57  unhon ne likha hai ke yahan lauh mahfooz se kya</w:t>
      </w:r>
      <w:r>
        <w:br/>
      </w:r>
      <w:r>
        <w:rPr>
          <w:sz w:val="20"/>
        </w:rPr>
        <w:t>1:04:00  murad hai, is ke baray mein aap bataen. bhai, dekhen, is mein mufassireen ka ikhtilaf hai. to meri jo rai hai, woh aap meri tafaseer parh lijiyay.</w:t>
      </w:r>
      <w:r>
        <w:br/>
      </w:r>
      <w:r>
        <w:rPr>
          <w:sz w:val="20"/>
        </w:rPr>
        <w:t>1:04:14  yahan par main ikhtilafi mozu mein nahin jana chahta, lekin beharhal mufassireen ka ikhtilaf hai. lekin meri jo rai hai, woh aap meri jo tafseer hai, tazkir ul quran, usay parh lijiyay.</w:t>
      </w:r>
    </w:p>
    <w:p>
      <w:pPr>
        <w:pStyle w:val="Heading2"/>
      </w:pPr>
      <w:r>
        <w:t>Meaning of Qital Fitnah in Quran</w:t>
      </w:r>
    </w:p>
    <w:p>
      <w:r>
        <w:rPr>
          <w:color w:val="666666"/>
          <w:sz w:val="18"/>
        </w:rPr>
        <w:t>Quran &amp; Tafsir · Islam The Creator of the Modern Age October 17, 2021 Prof. Farida Khanam · 11m 46s · at 32:08 · https://youtu.be/tMr3Dz35onU?t=1928</w:t>
      </w:r>
    </w:p>
    <w:p>
      <w:r>
        <w:rPr>
          <w:i/>
        </w:rPr>
        <w:t>“What is Qital Fitnah? (referring to Quran 8:39: 'And fight them until there is no fitnah and religion is all for Allah')”</w:t>
      </w:r>
    </w:p>
    <w:p>
      <w:r>
        <w:rPr>
          <w:sz w:val="20"/>
        </w:rPr>
        <w:t>32:08  is ke baad kuch sawal hain. pehla sawal aaya hai miss yasra anam hyderabad se, aur isi se milta julta maulana israr umri ne bhi sawal kiya hai chennai se.</w:t>
      </w:r>
      <w:r>
        <w:br/>
      </w:r>
      <w:r>
        <w:rPr>
          <w:sz w:val="20"/>
        </w:rPr>
        <w:t>32:21  wo sawal yeh hai ke qital fitna kya hai? quran ki ayat jo hai "wa qatiloo hatta la takuna fitna wa yakoon ad deeno kulluhu lillah" al anfal 39 ke qital fitna kya hai?</w:t>
      </w:r>
      <w:r>
        <w:br/>
      </w:r>
      <w:r>
        <w:rPr>
          <w:sz w:val="20"/>
        </w:rPr>
        <w:t>32:34  aur israr umri sahib ka sawal hai "religious persecution ko kis ne khatam kiya?"</w:t>
      </w:r>
      <w:r>
        <w:br/>
      </w:r>
      <w:r>
        <w:rPr>
          <w:sz w:val="20"/>
        </w:rPr>
        <w:t>32:43  asal mein qital fitna jo hai woh refer karta hai religious persecution ko. to religious persecution ki wajah se duniya mein koi taraqqi nahi ho rahi thi, aur yeh bilkul creation plan hi ke khilaf tha.</w:t>
      </w:r>
      <w:r>
        <w:br/>
      </w:r>
      <w:r>
        <w:rPr>
          <w:sz w:val="20"/>
        </w:rPr>
        <w:t>33:01  kyun ke allah taala ne yeh duniya is liye banayi hai ke yahan insaan ko mukammal azadi ki halat mein rakha jaye, aur phir dekha jaye ke kaun sachai ka rasta willingly ikhtiyar karta hai, kaun nahi ikhtiyar karta hai.</w:t>
      </w:r>
      <w:r>
        <w:br/>
      </w:r>
      <w:r>
        <w:rPr>
          <w:sz w:val="20"/>
        </w:rPr>
        <w:t>33:17  lekin jab religious persecution ka zamana aaya to logon ko mauqa hi nahi diya gaya un ko ke sachai ko ikhtiyar karein.</w:t>
      </w:r>
      <w:r>
        <w:br/>
      </w:r>
      <w:r>
        <w:rPr>
          <w:sz w:val="20"/>
        </w:rPr>
        <w:t>33:26  to zabardasti jo deen state religion tha, bas usi ko par woh chal sakte thay. agar woh koi bhi doosra deen ikhtiyar karte to un ko sakht sazaein di jati hain.</w:t>
      </w:r>
      <w:r>
        <w:br/>
      </w:r>
      <w:r>
        <w:rPr>
          <w:sz w:val="20"/>
        </w:rPr>
        <w:t>33:37  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r>
        <w:br/>
      </w:r>
      <w:r>
        <w:rPr>
          <w:sz w:val="20"/>
        </w:rPr>
        <w:t>34:01  to na sirf yeh ke religious persecution balkeh koi bhi taraqqi nahi hoti thi, woh kuch karne hi nahi dete thay kaam. to is ko khatam karna tha.</w:t>
      </w:r>
      <w:r>
        <w:br/>
      </w:r>
      <w:r>
        <w:rPr>
          <w:sz w:val="20"/>
        </w:rPr>
        <w:t>34:11  wo empire khatam ho gayi to jang bhi khatam ho gayi. to aik baar aisa hua ke wahan chunchke islam aik tribal age mein aaya hai, to tribal age ki wajah se kya hai ke in logon ko adat hi thi jang karne ki.</w:t>
      </w:r>
      <w:r>
        <w:br/>
      </w:r>
      <w:r>
        <w:rPr>
          <w:sz w:val="20"/>
        </w:rPr>
        <w:t>34:29  zara zara si baat mein jang karte thay. to hazrat ali ke zamane mein jang hui, hazrat usman ke zamane mein fitna hua, hazrat abubakar ke zamane mein fitna hua.</w:t>
      </w:r>
      <w:r>
        <w:br/>
      </w:r>
      <w:r>
        <w:rPr>
          <w:sz w:val="20"/>
        </w:rPr>
        <w:t>34:40  un ko wahi adat thi, tribes aapas mein ladte rehte thay. rasoolullah sallallahu alaihi wasallam ne sab ko ittehad mein jod diya tha, lekin un ke jane ke baad phir wahi sab masail pesh aaye.</w:t>
      </w:r>
      <w:r>
        <w:br/>
      </w:r>
      <w:r>
        <w:rPr>
          <w:sz w:val="20"/>
        </w:rPr>
        <w:t>34:52  to hazrat abubakar ne bohat hi kamyabi ke sath is ko irtidad jo hua tha, woh khatam kiya. hazrat umar ke zamane mein kafi sukoon raha, lekin phir wahi ho gaya hazrat ali ke zamane mein, hazrat usman ke zamane mein.</w:t>
      </w:r>
      <w:r>
        <w:br/>
      </w:r>
      <w:r>
        <w:rPr>
          <w:sz w:val="20"/>
        </w:rPr>
        <w:t>35:08  to hazrat ali ke zamane mein aise hi ho raha tha, sab log fasadi jama ho gaye thay, aur jang ho rahi thi aapas mein, fitna fasad.</w:t>
      </w:r>
      <w:r>
        <w:br/>
      </w:r>
      <w:r>
        <w:rPr>
          <w:sz w:val="20"/>
        </w:rPr>
        <w:t>35:18  to woh log har aik ko chahte thay ke side lein hamara. to woh log abdullah ibn umar ke paas aaye. to woh abdullah ibn umar ke aap hamare sath kyun nahi dete?</w:t>
      </w:r>
      <w:r>
        <w:br/>
      </w:r>
      <w:r>
        <w:rPr>
          <w:sz w:val="20"/>
        </w:rPr>
        <w:t>35:30  abdullah ibn umar ne kaha aur kaha ke fitne ka zamana hai, aap hamara sath dijiye fitne ko khatam karne ke liye. to abdullah ibn umar ne kaha hum ne fitna khatam kar diya, qad fa'alna, aur tum fitne ko dobara zinda kar rahe ho.</w:t>
      </w:r>
      <w:r>
        <w:br/>
      </w:r>
      <w:r>
        <w:rPr>
          <w:sz w:val="20"/>
        </w:rPr>
        <w:t>35:45  to jo fitna tha, woh nahi tha jo strife hoti hai, political strife, woh fitna nahi tha, balkeh religious persecution fitna tha, aur woh khatam ho gaya hazrat umar ke zamane mein.</w:t>
      </w:r>
      <w:r>
        <w:br/>
      </w:r>
      <w:r>
        <w:rPr>
          <w:sz w:val="20"/>
        </w:rPr>
        <w:t>35:58  to is tarike se asal mein islam aaya tribal age mein. to islam ki jo taleemat theen, woh bohat hi</w:t>
      </w:r>
      <w:r>
        <w:br/>
      </w:r>
      <w:r>
        <w:rPr>
          <w:sz w:val="20"/>
        </w:rPr>
        <w:t>36:08  ah, is ki theen, bohat hi refined talimat theen, aur door jadeed ke hisab se theen. woh log itni sari baaton ko samajh nahi sake jab tak rasool Allah salallahu alaihi wasallam thay, tab tak to koi masla paida nahi hua.</w:t>
      </w:r>
      <w:r>
        <w:br/>
      </w:r>
      <w:r>
        <w:rPr>
          <w:sz w:val="20"/>
        </w:rPr>
        <w:t>36:22  lekin baad mein kya hua? rasool Allah salallahu alaihi wasallam jaise sulah hudaibiya kar liya. to yeh sab hotay hain, do qaumein ko do qaumon mein jang hoti hai, do groups mein jang hoti hai.</w:t>
      </w:r>
      <w:r>
        <w:br/>
      </w:r>
      <w:r>
        <w:rPr>
          <w:sz w:val="20"/>
        </w:rPr>
        <w:t>36:34  to mazhabi groups hotay hain, is mein ah, differences arise hotay hain. to is ki jo tareeqa Islam ne bataya tha, woh tha "reconciliation is the best", "alsulh khair", "dialogue", "reconciliation", "ifahum o tafheem", "interaction", "dawat", "ek doosray ko apna apni baat pohanchana".</w:t>
      </w:r>
      <w:r>
        <w:br/>
      </w:r>
      <w:r>
        <w:rPr>
          <w:sz w:val="20"/>
        </w:rPr>
        <w:t>37:02  to yeh jab understanding develop karna, to yeh sab chounkay woh log tribes se talluq rakhtay thay, aur tamam ke tamam bohat gehre Islam ke aalim nahi thay, jo awam thay, woh wohi sab jangon mein shamil hotay thay, is tarah ki jangon mein.</w:t>
      </w:r>
      <w:r>
        <w:br/>
      </w:r>
      <w:r>
        <w:rPr>
          <w:sz w:val="20"/>
        </w:rPr>
        <w:t>37:20  to is wajah se woh fitna o fasad jo hai, woh kafi dinon tak reh gaya. balkay musalmanon ke to barabar jangain hoti hi rahin, ek raja doosray raja se larta raha.</w:t>
      </w:r>
      <w:r>
        <w:br/>
      </w:r>
      <w:r>
        <w:rPr>
          <w:sz w:val="20"/>
        </w:rPr>
        <w:t>37:32  Spain mein jo hukumat qaim hui, to to Abbasi hukumat is ke khilaf ho gayi. musalsal kuch na kuch hota raha, is cheez ne musalmanon ko bohat kamzor bhi kiya.</w:t>
      </w:r>
      <w:r>
        <w:br/>
      </w:r>
      <w:r>
        <w:rPr>
          <w:sz w:val="20"/>
        </w:rPr>
        <w:t>37:45  to ab yeh sab duniya hai, duniya to imtehan ki duniya hai, yeh sab to duniya mein hoga, lekin humain jo hai is se bohat zyada apne aap ko bachana hai.</w:t>
      </w:r>
      <w:r>
        <w:br/>
      </w:r>
      <w:r>
        <w:rPr>
          <w:sz w:val="20"/>
        </w:rPr>
        <w:t>37:55  Maulana is par itna zyada zor detay thay ke sab kuch Allah taala ne kar diya hai, team bhi khadi kar di hai, lekin bas aap log jo hain ikhtilaf se bachiye ga aur ittehad ke sath apna kaam karte rahiye ga.</w:t>
      </w:r>
      <w:r>
        <w:br/>
      </w:r>
      <w:r>
        <w:rPr>
          <w:sz w:val="20"/>
        </w:rPr>
        <w:t>38:11  ab dekhiye ke itni bari bari saltanatein ikhtilaf ki wajah se khatam ho gayin. poori duniya mein musalmanon ki hukumat thi, woh sab isi ikhtilaf ki wajah se khatam ho gayin.</w:t>
      </w:r>
      <w:r>
        <w:br/>
      </w:r>
      <w:r>
        <w:rPr>
          <w:sz w:val="20"/>
        </w:rPr>
        <w:t>38:22  to is liye humain in sab cheezon se sabaq lena hai aur in sab cheezon se bachna hai. apa aap ne to Hazrat Abdullah bin Umar ka naam liya hai, isi se milta julta statement sahi Muslim mein Saad ibn Abi Waqas ka aaya hai, woh mein parhta hoon.</w:t>
      </w:r>
      <w:r>
        <w:br/>
      </w:r>
      <w:r>
        <w:rPr>
          <w:sz w:val="20"/>
        </w:rPr>
        <w:t>38:42  aur Saad ibn Abi Waqas ke baray mein maloom hona chahiye ke top ten sahaba mein se ek thay Saad ibn Abi Waqas. to un ke paas kuch log aaye aur unhon ne kaha "Alam yaqul Allah wa qatiloo hatta la takuna fitnatun wa yakuna ad-deenu kulluhu lillah" ke Allah taala ne kiya yeh nahi kaha ke tum un se jang karo yahan tak ke fitna na rahe aur deen tamam ka tamam Allah ke liye ho jaye?</w:t>
      </w:r>
      <w:r>
        <w:br/>
      </w:r>
      <w:r>
        <w:rPr>
          <w:sz w:val="20"/>
        </w:rPr>
        <w:t>39:09  to Saad ibn Abi Waqas ne kaha "Qad qatalna hatta la takuna fitnatun wa anta wa ashabuka tureedoona an tuqatiloo hatta takuna fitnatun" sahi Muslim hadith number 96 ke hum ne jang kiya yahan tak ke fitna khatam ho gaya aur tum aur tumharay sathiyon chahtay ho ke tum jang karo yahan tak ke dobara fitna aa jaye.</w:t>
      </w:r>
      <w:r>
        <w:br/>
      </w:r>
      <w:r>
        <w:rPr>
          <w:sz w:val="20"/>
        </w:rPr>
        <w:t>39:34  Miss Aisha Yasra Inam ka ek doosra sawal yeh hai jo is se milta julta hi hai ke qital fitna aur aaj jo musalman jang kar rahay hain, in dono mein kya farq hai?</w:t>
      </w:r>
      <w:r>
        <w:br/>
      </w:r>
      <w:r>
        <w:rPr>
          <w:sz w:val="20"/>
        </w:rPr>
        <w:t>39:50  dekhiye, yeh jangain jo aaj ho rahi hain, yeh bilkul galat hain, bilkul Islam ke khilaf hain, Quran ki talimat ke khilaf hain.</w:t>
      </w:r>
      <w:r>
        <w:br/>
      </w:r>
      <w:r>
        <w:rPr>
          <w:sz w:val="20"/>
        </w:rPr>
        <w:t>40:01  chounkay Allah taala ne is ko bilkul mana kiya hai. chounkay bohat sari hadithain hain aur hadith mein bataya gaya hai ke khuruj haram hai.</w:t>
      </w:r>
      <w:r>
        <w:br/>
      </w:r>
      <w:r>
        <w:rPr>
          <w:sz w:val="20"/>
        </w:rPr>
        <w:t>40:14  ke jab ek established hukumat qaim ho jaye to humain sirf is ko support karna hai, is ko is ke ek ek rebel banna, is ke khilaf tehreekein chalana, yeh sari ki sari wohi hain ke ek hukumat qaim hoti hai, Afghanistan mein wohi ho raha hai, hukumat qaim hoti hai, phir is ke khilaf kuch log kharay ho jatay hain, hukumat qaim hoti hai.</w:t>
      </w:r>
      <w:r>
        <w:br/>
      </w:r>
      <w:r>
        <w:rPr>
          <w:sz w:val="20"/>
        </w:rPr>
        <w:t>40:35  yeh tribalism hai, yeh Islam nahi hai. to yeh bilkul galat hai aur is in logon ko Khuda se darna chahiye. to yeh sab duniya ke liye laraiyan hain, duniya ke liye laraiyan.</w:t>
      </w:r>
      <w:r>
        <w:br/>
      </w:r>
      <w:r>
        <w:rPr>
          <w:sz w:val="20"/>
        </w:rPr>
        <w:t>40:51  woh tha religious persecution ko khatam karna. duniya ke liye laraiyan to bilkul jaiz hi nahi hain aur har jagah land ki larai hai.</w:t>
      </w:r>
      <w:r>
        <w:br/>
      </w:r>
      <w:r>
        <w:rPr>
          <w:sz w:val="20"/>
        </w:rPr>
        <w:t>41:02  kahin bhi deen ke liye woh log koi kaam nahi kar rahay hain, deen ke liye to daawa work hai. aur yeh laraiyan jo hain, woh land ke liye hain.</w:t>
      </w:r>
      <w:r>
        <w:br/>
      </w:r>
      <w:r>
        <w:rPr>
          <w:sz w:val="20"/>
        </w:rPr>
        <w:t>41:11  to yeh is se bilkul refrain karna chahiye, Khuda se khauf khana chahiye aur hathiyar ko phenk dena chahiye. jaise ke hadithon mein aaya hai ke jab aisa mauqa aaye ga to tum log hathiyar phenk ke janglon mein chale jana.</w:t>
      </w:r>
      <w:r>
        <w:br/>
      </w:r>
      <w:r>
        <w:rPr>
          <w:sz w:val="20"/>
        </w:rPr>
        <w:t>41:26  to is mein yahan tak kaha gaya hai ke agar tumhara badshah jo hai, raja jo hai, agar ek dum hi bekar ho, ek dum hi ah bhala'iq ho, ek dum koi kaam ka na ho, tab bhi tum uska sath do jab tak ke woh tum ko namaz roza karne de.</w:t>
      </w:r>
      <w:r>
        <w:br/>
      </w:r>
      <w:r>
        <w:rPr>
          <w:sz w:val="20"/>
        </w:rPr>
        <w:t>41:42  to aisi kaun si hukumat hai jo namaz roza humain nahi karne de rahi hai? to is liye tamam ki tamam jangain in lawful hain.</w:t>
      </w:r>
      <w:r>
        <w:br/>
      </w:r>
      <w:r>
        <w:rPr>
          <w:sz w:val="20"/>
        </w:rPr>
        <w:t>41:53  aap is par ek hadith, do hadith mein padhna chahunga, yahan par izafa karna chahunga.</w:t>
      </w:r>
      <w:r>
        <w:br/>
      </w:r>
      <w:r>
        <w:rPr>
          <w:sz w:val="20"/>
        </w:rPr>
        <w:t>41:59  ibn Umar ki hadith hai ke ek aadmi ne aa kar un se kaha "kayi fitna"</w:t>
      </w:r>
      <w:r>
        <w:br/>
      </w:r>
      <w:r>
        <w:rPr>
          <w:sz w:val="20"/>
        </w:rPr>
        <w:t>42:05  faqala wahal tudrimul fitnah kana muhammad sallallahu alaihi wasallam yuqatilul mushrikeen wakanad duloo 'ala fitnah walaysa qitalukum</w:t>
      </w:r>
      <w:r>
        <w:br/>
      </w:r>
      <w:r>
        <w:rPr>
          <w:sz w:val="20"/>
        </w:rPr>
        <w:t>42:15  alal mulk ke ek aadmi ne aa kar kaha ibn Umar se ke tum fitna ke mein ke</w:t>
      </w:r>
      <w:r>
        <w:br/>
      </w:r>
      <w:r>
        <w:rPr>
          <w:sz w:val="20"/>
        </w:rPr>
        <w:t>42:21  qital ke bare mein kya aap ki rai hai?</w:t>
      </w:r>
      <w:r>
        <w:br/>
      </w:r>
      <w:r>
        <w:rPr>
          <w:sz w:val="20"/>
        </w:rPr>
        <w:t>42:25  to unhon ne kaha tum jantay ho fitna kya cheez hai? Muhammad salallahu alaihi wasallam ne mushrikeen ke sath jang ki aur us waqt naye deen mein dakhil hona fitna tha, tumhara badshahat ke liye jang karna jang karne ki tarah nahi.</w:t>
      </w:r>
      <w:r>
        <w:br/>
      </w:r>
      <w:r>
        <w:rPr>
          <w:sz w:val="20"/>
        </w:rPr>
        <w:t>42:42  Sahih al Bukhari hadith number 4651 aur ek doosri hadith hai jo aaj jo yeh jang ho rahi hai, is ke baray mein bohat hi ebrat angez hai.</w:t>
      </w:r>
      <w:r>
        <w:br/>
      </w:r>
      <w:r>
        <w:rPr>
          <w:sz w:val="20"/>
        </w:rPr>
        <w:t>42:53  abu musa ashari kehte hain ke rasool Allah sallallahu alaihi wasallam ne harj ka zikr kiya jo</w:t>
      </w:r>
      <w:r>
        <w:br/>
      </w:r>
      <w:r>
        <w:rPr>
          <w:sz w:val="20"/>
        </w:rPr>
        <w:t>42:58  qayamat se pehle hoga hatta yuqtalal rajul jara wa'akha wabna 'ammihi qalo wa ma'ana 'uquluna yawmad deen qala tanzu</w:t>
      </w:r>
      <w:r>
        <w:br/>
      </w:r>
      <w:r>
        <w:rPr>
          <w:sz w:val="20"/>
        </w:rPr>
        <w:t>43:09  'uqul akthar ahlidhalikaz zamani wa yakhlaful huma'u minan nasi yuhsabuan ahaduhum annahu 'ala shay'in walaysa 'ala</w:t>
      </w:r>
      <w:r>
        <w:br/>
      </w:r>
      <w:r>
        <w:rPr>
          <w:sz w:val="20"/>
        </w:rPr>
        <w:t>43:18  shay'in ke rasool Allah sallallahu alaihi wasallam ne kaha qayamat se pehle bohat zyada qatl o qital</w:t>
      </w:r>
      <w:r>
        <w:br/>
      </w:r>
      <w:r>
        <w:rPr>
          <w:sz w:val="20"/>
        </w:rPr>
        <w:t>43:23  hoga, yahan tak ke aadmi apne padosi ko qatl karega, apne bhai ko qatl karega aur</w:t>
      </w:r>
      <w:r>
        <w:br/>
      </w:r>
      <w:r>
        <w:rPr>
          <w:sz w:val="20"/>
        </w:rPr>
        <w:t>43:28  apne bhatije ko qatl karega.</w:t>
      </w:r>
      <w:r>
        <w:br/>
      </w:r>
      <w:r>
        <w:rPr>
          <w:sz w:val="20"/>
        </w:rPr>
        <w:t>43:31  to sahaba ne kaha kya is din hamare paas aqal bhi hogi to aap ne kaha unki aqalen chhin jayengi is zamane ke aksar logon ki aqalen chhin jayengi aur is waqt jo log baqi rahenge wo bohat hi jazbati honge aur wo samjhenge ke hum aqal wale hain halanke wo aqal wale nahi honge</w:t>
      </w:r>
    </w:p>
    <w:p>
      <w:pPr>
        <w:pStyle w:val="Heading2"/>
      </w:pPr>
      <w:r>
        <w:t>Meaning of Quran 32:13 on guidance</w:t>
      </w:r>
    </w:p>
    <w:p>
      <w:r>
        <w:rPr>
          <w:color w:val="666666"/>
          <w:sz w:val="18"/>
        </w:rPr>
        <w:t>Quran &amp; Tafsir · The Purpose of Existence-9th September 2012 · 59s · at 1:27:25 · https://youtu.be/KxCy8m6k_MQ?t=5245</w:t>
      </w:r>
    </w:p>
    <w:p>
      <w:r>
        <w:rPr>
          <w:i/>
        </w:rPr>
        <w:t>“In Quran chapter 32, verse number 13 it says: "We could indeed have imposed our guidance upon every human being, but My word shall come true."”</w:t>
      </w:r>
    </w:p>
    <w:p>
      <w:r>
        <w:rPr>
          <w:sz w:val="20"/>
        </w:rPr>
        <w:t>1:27:24  matlab hai is ka.</w:t>
      </w:r>
      <w:r>
        <w:br/>
      </w:r>
      <w:r>
        <w:rPr>
          <w:sz w:val="20"/>
        </w:rPr>
        <w:t>1:27:25  Maulana, agla sawal Maulana Hafiz Iqbal Umri Sahab ka hai Tamil Nadu se.</w:t>
      </w:r>
      <w:r>
        <w:br/>
      </w:r>
      <w:r>
        <w:rPr>
          <w:sz w:val="20"/>
        </w:rPr>
        <w:t>1:27:31  انہوں نے لکھا ہے کہ قرآن کے چیپٹر 32، ورس نمبر 13 میں آیا ہے: "We could indeed</w:t>
      </w:r>
      <w:r>
        <w:br/>
      </w:r>
      <w:r>
        <w:rPr>
          <w:sz w:val="20"/>
        </w:rPr>
        <w:t>1:27:39  have imposed our guidance upon every human being, but my word shall come true.</w:t>
      </w:r>
      <w:r>
        <w:br/>
      </w:r>
      <w:r>
        <w:rPr>
          <w:sz w:val="20"/>
        </w:rPr>
        <w:t>1:27:45  I will fill hell with the jinn and men all together." Maulana Sahib, my question is that: Does</w:t>
      </w:r>
      <w:r>
        <w:br/>
      </w:r>
      <w:r>
        <w:rPr>
          <w:sz w:val="20"/>
        </w:rPr>
        <w:t>1:27:52  das verse force is to think individually? koi Sahab, yeh meri samajh nahi aaya is sawal.</w:t>
      </w:r>
      <w:r>
        <w:br/>
      </w:r>
      <w:r>
        <w:rPr>
          <w:sz w:val="20"/>
        </w:rPr>
        <w:t>1:27:59  chapter 32, verse 13.</w:t>
      </w:r>
      <w:r>
        <w:br/>
      </w:r>
      <w:r>
        <w:rPr>
          <w:sz w:val="20"/>
        </w:rPr>
        <w:t>1:28:01  وہ آیت پڑھیے: "میں We could indeed have imposed Our guidance upon every human being, but My word</w:t>
      </w:r>
      <w:r>
        <w:br/>
      </w:r>
      <w:r>
        <w:rPr>
          <w:sz w:val="20"/>
        </w:rPr>
        <w:t>1:28:09  shall come true.</w:t>
      </w:r>
      <w:r>
        <w:br/>
      </w:r>
      <w:r>
        <w:rPr>
          <w:sz w:val="20"/>
        </w:rPr>
        <w:t>1:28:10  I will fill hell with jinn and men all together." question samajh nahi aaya mere.</w:t>
      </w:r>
      <w:r>
        <w:br/>
      </w:r>
      <w:r>
        <w:rPr>
          <w:sz w:val="20"/>
        </w:rPr>
        <w:t>1:28:16  haan, is ko un se kahiye, woh agli baar zyada jee clear kar ke likhein.</w:t>
      </w:r>
      <w:r>
        <w:br/>
      </w:r>
      <w:r>
        <w:rPr>
          <w:sz w:val="20"/>
        </w:rPr>
        <w:t>1:28:23  theek hai, Maulana? zyada clear.</w:t>
      </w:r>
    </w:p>
    <w:p>
      <w:pPr>
        <w:pStyle w:val="Heading2"/>
      </w:pPr>
      <w:r>
        <w:t>Meaning of Quran 47:24 and locks on hearts</w:t>
      </w:r>
    </w:p>
    <w:p>
      <w:r>
        <w:rPr>
          <w:color w:val="666666"/>
          <w:sz w:val="18"/>
        </w:rPr>
        <w:t>Quran &amp; Tafsir · Man and the Laws of Nature April 1, 2012 · 1m 23s · at 1:41:56 · https://youtu.be/coIrwYQgb6Y?t=6116</w:t>
      </w:r>
    </w:p>
    <w:p>
      <w:r>
        <w:rPr>
          <w:i/>
        </w:rPr>
        <w:t>“Chapter 47, verse 24 of the Quran says: "Why do these people not ponder over the Quran? Are there locks on their hearts?" What is the meaning of this verse and what is the meaning of 'ala qulubiha'?”</w:t>
      </w:r>
    </w:p>
    <w:p>
      <w:r>
        <w:rPr>
          <w:sz w:val="20"/>
        </w:rPr>
        <w:t>1:41:56  maulana, agla sawal dilli se hai imam mukarram hussain qasmi sahib ka</w:t>
      </w:r>
      <w:r>
        <w:br/>
      </w:r>
      <w:r>
        <w:rPr>
          <w:sz w:val="20"/>
        </w:rPr>
        <w:t>1:42:01  . unhon ne likha hai ke chapter 47 ayat number 24 quran mein yeh aya hai: "kyun yeh log quran ke upar ghor nahi karte?</w:t>
      </w:r>
      <w:r>
        <w:br/>
      </w:r>
      <w:r>
        <w:rPr>
          <w:sz w:val="20"/>
        </w:rPr>
        <w:t>1:42:12  kya un ke dilon par un ke talay lagay hue hain? is ayat ka matlab kya hai aur 'ala quloob' ka mafhoom kya hai?"</w:t>
      </w:r>
      <w:r>
        <w:br/>
      </w:r>
      <w:r>
        <w:rPr>
          <w:sz w:val="20"/>
        </w:rPr>
        <w:t>1:42:24  dekhen, tala jo hai, jo taale ka lafz yahan par hai, woh wahi cheez ko hum kehte hain conditioning. continuous conditioning, yani conditioning ki wajah se woh soch nahi paate aur Quran ka jo mafhoom hai, woh unke unke dimagh mein pahunchta nahi.</w:t>
      </w:r>
      <w:r>
        <w:br/>
      </w:r>
      <w:r>
        <w:rPr>
          <w:sz w:val="20"/>
        </w:rPr>
        <w:t>1:42:44  to aadmi ko maine bar bar yeh kaha hai ke sab se zaroori cheez hai apni decondi</w:t>
      </w:r>
      <w:r>
        <w:br/>
      </w:r>
      <w:r>
        <w:rPr>
          <w:sz w:val="20"/>
        </w:rPr>
        <w:t>1:42:50  tioning. kyun? conditioning to hoti hoti hai. yeh naamumkin hai ke koi aadmi jo hai condition na bane. paida hote hi apni family mein, apne samaj mein, apne idare mein, har jagah uski conditioning hoti rehti hai.</w:t>
      </w:r>
      <w:r>
        <w:br/>
      </w:r>
      <w:r>
        <w:rPr>
          <w:sz w:val="20"/>
        </w:rPr>
        <w:t>1:43:04  to is mein yahi baat hai ke conditioning mein log andhe ho rahe hain aur sachai unko dikhai nahi de rahi hai. to aisa lagta hai jaise ke taale taale pade hue hain.</w:t>
      </w:r>
      <w:r>
        <w:br/>
      </w:r>
      <w:r>
        <w:rPr>
          <w:sz w:val="20"/>
        </w:rPr>
        <w:t>1:43:15  to tala yahan, yani ek woh hai symbolic lafz hai,</w:t>
      </w:r>
    </w:p>
    <w:p>
      <w:pPr>
        <w:pStyle w:val="Heading2"/>
      </w:pPr>
      <w:r>
        <w:t>Meaning of Quran 49:6 about verifying news</w:t>
      </w:r>
    </w:p>
    <w:p>
      <w:r>
        <w:rPr>
          <w:color w:val="666666"/>
          <w:sz w:val="18"/>
        </w:rPr>
        <w:t>Quran &amp; Tafsir · Q&amp;A 11 Jul 2010 Maulana Wahiduddin Khan · 1m 51s · at 46:28 · https://youtu.be/UHtdtzGGwFQ?t=2788</w:t>
      </w:r>
    </w:p>
    <w:p>
      <w:r>
        <w:rPr>
          <w:i/>
        </w:rPr>
        <w:t>“What is the meaning of verse number 6, chapter number 49 of the Quran, which says: 'Believers, if an evildoer brings you news, ascertain the correctness of the report fully, lest you unwittingly harm others and then regret what you have done'?”</w:t>
      </w:r>
    </w:p>
    <w:p>
      <w:r>
        <w:rPr>
          <w:sz w:val="20"/>
        </w:rPr>
        <w:t>46:28  maulana, yeh sawal kiya hai mr arshad jamal ne new delhi se. unhon ne likha hai ke "What is the meaning of verse number 6, chapter number 49 of Quran which says:</w:t>
      </w:r>
      <w:r>
        <w:br/>
      </w:r>
      <w:r>
        <w:rPr>
          <w:sz w:val="20"/>
        </w:rPr>
        <w:t>46:42  'Believers, if an evildoer brings you news, ascertain the correctness of the report fully, lest you unwittingly harm others and then regret what you have done'?</w:t>
      </w:r>
      <w:r>
        <w:br/>
      </w:r>
      <w:r>
        <w:rPr>
          <w:sz w:val="20"/>
        </w:rPr>
        <w:t>46:56  haan, yeh bohat ahem ayat hai. ke aadmi jo hai, yani misunderstanding ki wajah se rai qaim kar le to yeh islam mein bohat bara, is ko bohat mana kiya gaya hai.</w:t>
      </w:r>
      <w:r>
        <w:br/>
      </w:r>
      <w:r>
        <w:rPr>
          <w:sz w:val="20"/>
        </w:rPr>
        <w:t>47:11  jab tak aap ko pakki knowledge na ho, aap ko rai nahi banana chahiye aap ko. pakki knowledge hona chahiye aap ko. tab rai banaiye.</w:t>
      </w:r>
      <w:r>
        <w:br/>
      </w:r>
      <w:r>
        <w:rPr>
          <w:sz w:val="20"/>
        </w:rPr>
        <w:t>47:20  to pakki knowledge kaise hogi? aap ko tehqeeq karenge, sochenge, mamle ko jajchenge. lekin is mein ek aur</w:t>
      </w:r>
    </w:p>
    <w:p>
      <w:pPr>
        <w:pStyle w:val="Heading2"/>
      </w:pPr>
      <w:r>
        <w:t>Meaning of Quran 9:41 on striving</w:t>
      </w:r>
    </w:p>
    <w:p>
      <w:r>
        <w:rPr>
          <w:color w:val="666666"/>
          <w:sz w:val="18"/>
        </w:rPr>
        <w:t>Quran &amp; Tafsir · Understanding the Quran April 7, 2019 · 1m 49s · at 46:23 · https://youtu.be/m_Om5MtQJz4?t=2783</w:t>
      </w:r>
    </w:p>
    <w:p>
      <w:r>
        <w:rPr>
          <w:i/>
        </w:rPr>
        <w:t>“They referred to Quran chapter 9, verse 41. It says: 'Go forth light armed and heavy armed and strive with your wealth and your lives in the way of Allah.'”</w:t>
      </w:r>
    </w:p>
    <w:p>
      <w:r>
        <w:rPr>
          <w:sz w:val="20"/>
        </w:rPr>
        <w:t>46:23  aaj maine bohat bari baat jani. jazak allah maulana." mashallah. maulana, agla sawal lete hain.</w:t>
      </w:r>
      <w:r>
        <w:br/>
      </w:r>
      <w:r>
        <w:rPr>
          <w:sz w:val="20"/>
        </w:rPr>
        <w:t>46:32  yeh sawal bheja hai ashraf sahab ne dilli se. unhone likha hai: "unhone quran ke chapter aur verse ka hawala diya hai.</w:t>
      </w:r>
      <w:r>
        <w:br/>
      </w:r>
      <w:r>
        <w:rPr>
          <w:sz w:val="20"/>
        </w:rPr>
        <w:t>46:45  chapter 9, verse number 41. unhone likha hai: 'Quran says go forth light armed and heavy armed and strive with your wealth and your lives in the way of Allah.</w:t>
      </w:r>
      <w:r>
        <w:br/>
      </w:r>
      <w:r>
        <w:rPr>
          <w:sz w:val="20"/>
        </w:rPr>
        <w:t>47:02  that is best for you if you but know.'" maulana, woh yeh janna cha rahe hain aap se ke is mein jo light armed aur heavy armed ka hawala diya hai, us ke kya maani hain?</w:t>
      </w:r>
      <w:r>
        <w:br/>
      </w:r>
      <w:r>
        <w:rPr>
          <w:sz w:val="20"/>
        </w:rPr>
        <w:t>47:15  main samjha nahi. thoda sa bataiye, kya matlab? maulana, ek ayat hai: "ان</w:t>
      </w:r>
      <w:r>
        <w:br/>
      </w:r>
      <w:r>
        <w:rPr>
          <w:sz w:val="20"/>
        </w:rPr>
        <w:t>47:26  haan, haan, hmm ke niklo allah ke raste mein."</w:t>
      </w:r>
      <w:r>
        <w:br/>
      </w:r>
      <w:r>
        <w:rPr>
          <w:sz w:val="20"/>
        </w:rPr>
        <w:t>47:38  ae bhai, is ka taluq ladai se hai hi nahi. dawat ke liye nikalne se hai. to jaise aap ke halaat hain, nikal pariye.</w:t>
      </w:r>
      <w:r>
        <w:br/>
      </w:r>
      <w:r>
        <w:rPr>
          <w:sz w:val="20"/>
        </w:rPr>
        <w:t>47:50  jo aap paas saman hai, us ki madad se dawat ka kaam kijiye. yeh nahi ke talwar le kar aao, gun le kar aao, aur bomb le kar aao.</w:t>
      </w:r>
      <w:r>
        <w:br/>
      </w:r>
      <w:r>
        <w:rPr>
          <w:sz w:val="20"/>
        </w:rPr>
        <w:t>48:00  yeh bilkul galat is ka matlab hai. apne halaat ke lehaz se, apni taqat ke lehaz se dawat ka kaam karo. bas.</w:t>
      </w:r>
    </w:p>
    <w:p>
      <w:pPr>
        <w:pStyle w:val="Heading2"/>
      </w:pPr>
      <w:r>
        <w:t>Meaning of Rabbana atina hasanah</w:t>
      </w:r>
    </w:p>
    <w:p>
      <w:r>
        <w:rPr>
          <w:color w:val="666666"/>
          <w:sz w:val="18"/>
        </w:rPr>
        <w:t>Quran &amp; Tafsir · The Process of Personality Development June 30, 2013 · 1m 43s · at 56:28 · https://youtu.be/CSSFRydcJlo?t=3388</w:t>
      </w:r>
    </w:p>
    <w:p>
      <w:r>
        <w:rPr>
          <w:i/>
        </w:rPr>
        <w:t>“What is the meaning of 'Rabbana atina fid dunya hasanah'?”</w:t>
      </w:r>
    </w:p>
    <w:p>
      <w:r>
        <w:rPr>
          <w:sz w:val="20"/>
        </w:rPr>
        <w:t>56:28  molana, agla sawal hai zaheer uddin khwaja sahab ka, rae chor se. unhon ne likha hai: rabana atina fid dunya hasana ka matlab kya hai?</w:t>
      </w:r>
      <w:r>
        <w:br/>
      </w:r>
      <w:r>
        <w:rPr>
          <w:sz w:val="20"/>
        </w:rPr>
        <w:t>56:43  dekhen, yeh ayat, yeh yeh ayat ek dua hai jo quran mein aayi hai:</w:t>
      </w:r>
      <w:r>
        <w:br/>
      </w:r>
      <w:r>
        <w:rPr>
          <w:sz w:val="20"/>
        </w:rPr>
        <w:t>56:49  rabana atina fid dunya hasana wa fid akhirati hasana wa qina azab an nar. ae hamare rab, hamein dunya mein hasana de,</w:t>
      </w:r>
      <w:r>
        <w:br/>
      </w:r>
      <w:r>
        <w:rPr>
          <w:sz w:val="20"/>
        </w:rPr>
        <w:t>57:02  achhai de, aur akhirat mein achhai de,</w:t>
      </w:r>
      <w:r>
        <w:br/>
      </w:r>
      <w:r>
        <w:rPr>
          <w:sz w:val="20"/>
        </w:rPr>
        <w:t>57:09  aur hamare gunahon ko maaf farma. dekhen, log samajhte hain ke hasana se murad hai</w:t>
      </w:r>
      <w:r>
        <w:br/>
      </w:r>
      <w:r>
        <w:rPr>
          <w:sz w:val="20"/>
        </w:rPr>
        <w:t>57:17  wo cheez jo yani hasana dunya se murad hai, wo cheez jis ko log samajhte hain hasana, yani car ho, kothi ho, makan. yeh matlab nahi hai. dunya mein hamein wo hasana de jo tere nazdeek hasana hai,</w:t>
      </w:r>
      <w:r>
        <w:br/>
      </w:r>
      <w:r>
        <w:rPr>
          <w:sz w:val="20"/>
        </w:rPr>
        <w:t>57:30  aur akhirat mein hum ko wo hasana de jo tere nazdeek hasana hai. yeh khayal, is ka matlab yeh nahi ke dene wala khuda hai, aur is ka mayar muqarrar wala mein hoon.</w:t>
      </w:r>
      <w:r>
        <w:br/>
      </w:r>
      <w:r>
        <w:rPr>
          <w:sz w:val="20"/>
        </w:rPr>
        <w:t>57:40  yeh matlab nahi hai, hargiz yeh matlab nahi</w:t>
      </w:r>
      <w:r>
        <w:br/>
      </w:r>
      <w:r>
        <w:rPr>
          <w:sz w:val="20"/>
        </w:rPr>
        <w:t>57:44  hai. rabana atina fid dunya hasana wa fid akhirati hasana yani ae hamare rab, dunya mein hum ko wo hasana de jo tere nazdeek hasana hai,</w:t>
      </w:r>
      <w:r>
        <w:br/>
      </w:r>
      <w:r>
        <w:rPr>
          <w:sz w:val="20"/>
        </w:rPr>
        <w:t>57:58  aur akhirat mein hum ko, hum ko wo hasana de jo tere nazdeek hasana hai. yeh matlab hai is ka.</w:t>
      </w:r>
      <w:r>
        <w:br/>
      </w:r>
      <w:r>
        <w:rPr>
          <w:sz w:val="20"/>
        </w:rPr>
        <w:t>58:06  aksar log is ko ulte mani mein le lete hain, lekin wo bilkul galat hai.</w:t>
      </w:r>
    </w:p>
    <w:p>
      <w:pPr>
        <w:pStyle w:val="Heading2"/>
      </w:pPr>
      <w:r>
        <w:t>Meaning of Shura in Islam</w:t>
      </w:r>
    </w:p>
    <w:p>
      <w:r>
        <w:rPr>
          <w:color w:val="666666"/>
          <w:sz w:val="18"/>
        </w:rPr>
        <w:t>Quran &amp; Tafsir · Islam and Politics November 17, 2013 · 2m 03s · at 57:09 · https://youtu.be/LgKA8wg4NPc?t=3429</w:t>
      </w:r>
    </w:p>
    <w:p>
      <w:r>
        <w:rPr>
          <w:i/>
        </w:rPr>
        <w:t>“What is the meaning of the Shura system in Islam? Please explain it to us. The Quranic verse in Surah Ash-Shura says: 'Their affair is decided by mutual consultation.' Is this a general statement that Muslims should work by consulting each other? It is said that the Prophet consulted in every matter. So consultation means a culture of consultation, not a political system. Does this verse have any connection with politics? It teaches us to make consultation our culture, whether at home or when traveling.”</w:t>
      </w:r>
    </w:p>
    <w:p>
      <w:r>
        <w:rPr>
          <w:sz w:val="20"/>
        </w:rPr>
        <w:t>57:09  maulana agla sawal tamil nadu se aya hai maulana ilyas ka</w:t>
      </w:r>
      <w:r>
        <w:br/>
      </w:r>
      <w:r>
        <w:rPr>
          <w:sz w:val="20"/>
        </w:rPr>
        <w:t>57:14  unhon ne likha hai maulana islam ka shura nizam ke kya mani hain is ke bare mein hamein batayen yeh quran ki shura jo hai al-shura is mein yeh ayat aayi hai amruhum shura baynahum yeh ek aam general baat hai general ke musalman jo hai is tarah kaam karte hain ke apas mein mashwara karke karte hain</w:t>
      </w:r>
      <w:r>
        <w:br/>
      </w:r>
      <w:r>
        <w:rPr>
          <w:sz w:val="20"/>
        </w:rPr>
        <w:t>57:42  rasool allah ke bare mein hai ke aap har mamle mein mashwara karte the to mashwara yani is mein mashwara culture mashwara politics nahin is ayat ka koi taalluq politics se nahin hai is mein bataya gaya hai ke mashwara ko apna culture banao ghar mein ho tabhi mashwara karo safar karna hai tabhi mashwara karo</w:t>
      </w:r>
      <w:r>
        <w:br/>
      </w:r>
      <w:r>
        <w:rPr>
          <w:sz w:val="20"/>
        </w:rPr>
        <w:t>58:05  is mein jis cheez ki baat kahi gayi hai woh yani mashwara ki politics nahin hai mashwara ka culture hai jisko hamein apne rozmarra ke deen mein ikhtiyar karna chahiye ikhtiyar kyun jab do aadmi mashwara karte hain to exchange hota hai do aadmi apne apne point of view jo hai us ko samne rakhte hain to us ke baad discussion hota hai discussion se baat khulti hai</w:t>
      </w:r>
      <w:r>
        <w:br/>
      </w:r>
      <w:r>
        <w:rPr>
          <w:sz w:val="20"/>
        </w:rPr>
        <w:t>58:34  jab do aadmi char aadmi mil kar ke apni apni rai den aur kisi baais ke baghair wahan par mashwara par ghor o fikr ho raha ho to to hamesha is mein koi nayi nayi baaten samne aati hain koi naya idea emerge karta hai to mashwara ek non political culture hai mashwara koi political system nahin hai</w:t>
      </w:r>
      <w:r>
        <w:br/>
      </w:r>
      <w:r>
        <w:rPr>
          <w:sz w:val="20"/>
        </w:rPr>
        <w:t>59:01  yeh ek non political culture hai jo hamein har mamle mein rozana ki zindagi mein ghar ke andar bhi ghar ke bahar bhi ikhtiyar karna chahiye</w:t>
      </w:r>
    </w:p>
    <w:p>
      <w:pPr>
        <w:pStyle w:val="Heading2"/>
      </w:pPr>
      <w:r>
        <w:t>Meaning of Tabat yada Abi Lahab</w:t>
      </w:r>
    </w:p>
    <w:p>
      <w:r>
        <w:rPr>
          <w:color w:val="666666"/>
          <w:sz w:val="18"/>
        </w:rPr>
        <w:t>Quran &amp; Tafsir · The Character of a Dayee 4 March 2012 - Maulana Wahiduddin Khan · 4m 14s · at 1:13:10 · https://youtu.be/YtavJpVNbEM?t=4390</w:t>
      </w:r>
    </w:p>
    <w:p>
      <w:r>
        <w:rPr>
          <w:i/>
        </w:rPr>
        <w:t>“Kindly comment on the reference and the meaning of 'Tabat yada Abi Lahab'.”</w:t>
      </w:r>
    </w:p>
    <w:p>
      <w:r>
        <w:rPr>
          <w:sz w:val="20"/>
        </w:rPr>
        <w:t>1:13:10  molana, agla sawal hai doctor beejma siddiqi ka dilli se. unhon ne aap se poocha hai: "kindly comment on the reference and the meaning of tabtida abee lahab."</w:t>
      </w:r>
      <w:r>
        <w:br/>
      </w:r>
      <w:r>
        <w:rPr>
          <w:sz w:val="20"/>
        </w:rPr>
        <w:t>1:13:31  tabtida abee lahab.</w:t>
      </w:r>
      <w:r>
        <w:br/>
      </w:r>
      <w:r>
        <w:rPr>
          <w:sz w:val="20"/>
        </w:rPr>
        <w:t>1:13:46  dekhiye, makkah mein</w:t>
      </w:r>
      <w:r>
        <w:br/>
      </w:r>
      <w:r>
        <w:rPr>
          <w:sz w:val="20"/>
        </w:rPr>
        <w:t>1:13:52  jis ko kehte hain yani kamina pan, kamina pan ka kirdaar sirf ek hi tha, abu lahab ka tha.</w:t>
      </w:r>
      <w:r>
        <w:br/>
      </w:r>
      <w:r>
        <w:rPr>
          <w:sz w:val="20"/>
        </w:rPr>
        <w:t>1:14:00  wo to aur log jo the, jaise abu jahal hai, wo sarkashi ki thi. is ne dekhiye, ek ka sarkashi karna,</w:t>
      </w:r>
      <w:r>
        <w:br/>
      </w:r>
      <w:r>
        <w:rPr>
          <w:sz w:val="20"/>
        </w:rPr>
        <w:t>1:14:09  ek ka kamina pan, kamina ban jana mukhalifat mein. to sarkashi bhi buri cheez hai, lekin abu jahal ka naam le kar kahin quran mein bhi nahi aaya hai.</w:t>
      </w:r>
      <w:r>
        <w:br/>
      </w:r>
      <w:r>
        <w:rPr>
          <w:sz w:val="20"/>
        </w:rPr>
        <w:t>1:14:23  dekhiye, abu abu lahab ke bare mein naam le kar</w:t>
      </w:r>
      <w:r>
        <w:br/>
      </w:r>
      <w:r>
        <w:rPr>
          <w:sz w:val="20"/>
        </w:rPr>
        <w:t>1:14:27  bara bataya gaya hai is ko. to is se main jo nateeja pohancha hoon, wo yeh hai ke Allah ki nazar mein kamina pan bohat hi buri cheez hai.</w:t>
      </w:r>
      <w:r>
        <w:br/>
      </w:r>
      <w:r>
        <w:rPr>
          <w:sz w:val="20"/>
        </w:rPr>
        <w:t>1:14:38  sarkashi bhi buri hai, lekin kamina pan is tarah bura hai. kamina pan kya hai? aib lagana, ilzaam lagana, badnaam karna, yani kisi ki ko jo uska character assess karna waghera.</w:t>
      </w:r>
      <w:r>
        <w:br/>
      </w:r>
      <w:r>
        <w:rPr>
          <w:sz w:val="20"/>
        </w:rPr>
        <w:t>1:14:55  main ek misaal deta hoon aap ko: rasool Allah sal Allah alaih wasallam ne abu lahab bhi aap ka chacha tha, abu talib bhi aap ke chacha thay. to rasool Allah sal Allah alaih wasallam ne jab nabuwat mili to aap ne wahan par bulaya logon ko.</w:t>
      </w:r>
      <w:r>
        <w:br/>
      </w:r>
      <w:r>
        <w:rPr>
          <w:sz w:val="20"/>
        </w:rPr>
        <w:t>1:15:08  safa jo jo ek chattan thi, wahan par log ikhatta hue</w:t>
      </w:r>
      <w:r>
        <w:br/>
      </w:r>
      <w:r>
        <w:rPr>
          <w:sz w:val="20"/>
        </w:rPr>
        <w:t>1:15:14  to aap ne dawat di. dawat dene ke baad log khamosh ho gaye, chale gaye. kisi ne mana nahi, khamosh chale gaye.</w:t>
      </w:r>
      <w:r>
        <w:br/>
      </w:r>
      <w:r>
        <w:rPr>
          <w:sz w:val="20"/>
        </w:rPr>
        <w:t>1:15:23  lekin abu talib, wo abu lahab jo tha, abu lahab khara ho ke kya kehta hai? rabb saar saar Allah ama jama'atna ila hadha</w:t>
      </w:r>
      <w:r>
        <w:br/>
      </w:r>
      <w:r>
        <w:rPr>
          <w:sz w:val="20"/>
        </w:rPr>
        <w:t>1:15:34  tera bura ho sara din. isi liye hum ko ikhatta kiya tha. yeh jo hai, yeh yeh kamina pan hai, jhooti mukhalifat. to ek hai sarkashi, ek hai jhooti mukhalifat.</w:t>
      </w:r>
      <w:r>
        <w:br/>
      </w:r>
      <w:r>
        <w:rPr>
          <w:sz w:val="20"/>
        </w:rPr>
        <w:t>1:15:49  to</w:t>
      </w:r>
      <w:r>
        <w:br/>
      </w:r>
      <w:r>
        <w:rPr>
          <w:sz w:val="20"/>
        </w:rPr>
        <w:t>1:15:50  ab yeh surah batati hai ke Allah ki nazar mein jhooti mukhalifat bohat hi buri cheez hai. kamina pan, jhooti mukhalifat, ilzaam lagana, aib aib lagana,</w:t>
      </w:r>
      <w:r>
        <w:br/>
      </w:r>
      <w:r>
        <w:rPr>
          <w:sz w:val="20"/>
        </w:rPr>
        <w:t>1:16:03  be buniyad ek to character assess karna,</w:t>
      </w:r>
      <w:r>
        <w:br/>
      </w:r>
      <w:r>
        <w:rPr>
          <w:sz w:val="20"/>
        </w:rPr>
        <w:t>1:16:08  character assassination. to is surah mein yeh paigham hai, jahan tak main samajhta hoon ke Allah ki nazar mein sarkash bilashuba bura hai, lekin kamina insan is se bhi zyada bura hai.</w:t>
      </w:r>
      <w:r>
        <w:br/>
      </w:r>
      <w:r>
        <w:rPr>
          <w:sz w:val="20"/>
        </w:rPr>
        <w:t>1:16:23  kamina insan ki tareef yeh hai</w:t>
      </w:r>
      <w:r>
        <w:br/>
      </w:r>
      <w:r>
        <w:rPr>
          <w:sz w:val="20"/>
        </w:rPr>
        <w:t>1:16:25  ke aap ki mukhalifat mein jhooti baatein karne lage. yani dekhiye, abu jahal jo tha, mukhalif tha aap ka, kabhi is ne rasool Allah par koi jhoota ilzaam nahi lagaya,</w:t>
      </w:r>
      <w:r>
        <w:br/>
      </w:r>
      <w:r>
        <w:rPr>
          <w:sz w:val="20"/>
        </w:rPr>
        <w:t>1:16:39  kabhi nahi. main ne kitabon mein kabhi nahi parha ke is ne abu jahal, abu jahal ne rasool Allah par koi jhoota ilzaam lagaya ho. lekin abu abu talib jo tha, yeh abu lahab jo tha, wo kamina pan dikhata tha, jhooti baatein aap ke khilaf, ilzaam</w:t>
      </w:r>
      <w:r>
        <w:br/>
      </w:r>
      <w:r>
        <w:rPr>
          <w:sz w:val="20"/>
        </w:rPr>
        <w:t>1:16:56  tarashi, character assassination waghera. to yeh bohat hi bara kirdaar hota hai. to yeh is is is is is is surah mein yahi sabak, isi baat ka sabak diya gaya hai ke is se daro ke tumhara anjam</w:t>
      </w:r>
      <w:r>
        <w:br/>
      </w:r>
      <w:r>
        <w:rPr>
          <w:sz w:val="20"/>
        </w:rPr>
        <w:t>1:17:15  abu lahab ka na ho jaye kahin, agar tum wo tareeqa ikhtiyar karo jo abu lahab ne ikhtiyar kiya tha.</w:t>
      </w:r>
    </w:p>
    <w:p>
      <w:pPr>
        <w:pStyle w:val="Heading2"/>
      </w:pPr>
      <w:r>
        <w:t>Meaning of Tawasaw in Surah Al-Asr</w:t>
      </w:r>
    </w:p>
    <w:p>
      <w:r>
        <w:rPr>
          <w:color w:val="666666"/>
          <w:sz w:val="18"/>
        </w:rPr>
        <w:t>Quran &amp; Tafsir · The Message of Eid Al-Adha November 6, 2011 Maulana Wahiduddin Khan · 1m 30s · at 1:30:10 · https://youtu.be/y59PU_RD2cg?t=5410</w:t>
      </w:r>
    </w:p>
    <w:p>
      <w:r>
        <w:rPr>
          <w:i/>
        </w:rPr>
        <w:t>“In Quran chapter 103 Al-Asr, the words 'Tawasaw bil-Haq' and 'Tawasaw bis-Sabr' appear. It is also narrated that the Companions gave great importance to Surah Al-Asr. Can you comment on this?”</w:t>
      </w:r>
    </w:p>
    <w:p>
      <w:r>
        <w:rPr>
          <w:sz w:val="20"/>
        </w:rPr>
        <w:t>1:30:10  Maulana, un ka ek aur sawal hai. Unho ne likha hai ke Quran ke chapter number 103 Al-Asr mein "Tawasi bil Haq" aur "Tawasi bis Sabr" ka lafz aaya hai.</w:t>
      </w:r>
      <w:r>
        <w:br/>
      </w:r>
      <w:r>
        <w:rPr>
          <w:sz w:val="20"/>
        </w:rPr>
        <w:t>1:30:21  Isi tarah riwayat mein aaya hai ke Sahaba Surah Al-Asr ko bahut zyada importance dete the. Is ke bare mein aap kuch kahein?</w:t>
      </w:r>
      <w:r>
        <w:br/>
      </w:r>
      <w:r>
        <w:rPr>
          <w:sz w:val="20"/>
        </w:rPr>
        <w:t>1:30:31  Dekhein, Tawasi jo hai, yeh us ko kehte hain مشارکت (musharakat). Is mein hai, yaani aapas mein. To main samajhta hoon ke Tawasi bil Haq aur Tawasi bis Sabr mein aam dawat murad nahi hai.</w:t>
      </w:r>
      <w:r>
        <w:br/>
      </w:r>
      <w:r>
        <w:rPr>
          <w:sz w:val="20"/>
        </w:rPr>
        <w:t>1:30:46  Aam taur par jo dawat-o-tableegh karte hain doosron mein, yeh woh cheez nahi hai. Yahan par, yahan par aapas mein naseehat, aapas mein ek doosre ko achhai batana, burai se rokna, yeh murad hai.</w:t>
      </w:r>
      <w:r>
        <w:br/>
      </w:r>
      <w:r>
        <w:rPr>
          <w:sz w:val="20"/>
        </w:rPr>
        <w:t>1:30:58  Is mein</w:t>
      </w:r>
      <w:r>
        <w:br/>
      </w:r>
      <w:r>
        <w:rPr>
          <w:sz w:val="20"/>
        </w:rPr>
        <w:t>1:31:00  yaani مشارکت (musharakat) ka seegha yeh hai, yaani aapas mein ek doosre ko, yaani wohi cheez jis ko hadith mein aata hai: "Al-Muminu Mir'atul Mumin".</w:t>
      </w:r>
      <w:r>
        <w:br/>
      </w:r>
      <w:r>
        <w:rPr>
          <w:sz w:val="20"/>
        </w:rPr>
        <w:t>1:31:09  Ek momin doosre momin ke liye aaina hai. Aaina ke samne aap hon to jo kuch bhi chehre par aap hai, woh dikha de ga. Woh kahein mitti lagi hai, koi kahein tinka laga to woh bata de ga.</w:t>
      </w:r>
      <w:r>
        <w:br/>
      </w:r>
      <w:r>
        <w:rPr>
          <w:sz w:val="20"/>
        </w:rPr>
        <w:t>1:31:22  To isi momin ko momin ke liye hona chahiye, yaani ek momin doosre momin ko batata rahe.</w:t>
      </w:r>
      <w:r>
        <w:br/>
      </w:r>
      <w:r>
        <w:rPr>
          <w:sz w:val="20"/>
        </w:rPr>
        <w:t>1:31:29  yeh hai twasi ka matlab. jo log is ko toseef de kar dawat-e-aam ke liye lete hain, main is ko is se mutafiq nahi hoon.</w:t>
      </w:r>
    </w:p>
    <w:p>
      <w:pPr>
        <w:pStyle w:val="Heading2"/>
      </w:pPr>
      <w:r>
        <w:t>Meaning of Ummat-e-Wusta</w:t>
      </w:r>
    </w:p>
    <w:p>
      <w:r>
        <w:rPr>
          <w:color w:val="666666"/>
          <w:sz w:val="18"/>
        </w:rPr>
        <w:t>Quran &amp; Tafsir · Revival of Muslim Ummah, February 4, 2013 · 1m 24s · at 1:10:38 · https://youtu.be/xB3MfWhLHoM?t=4238</w:t>
      </w:r>
    </w:p>
    <w:p>
      <w:r>
        <w:rPr>
          <w:i/>
        </w:rPr>
        <w:t>“What is the meaning of 'Ummat-e-Wusta'?”</w:t>
      </w:r>
    </w:p>
    <w:p>
      <w:r>
        <w:rPr>
          <w:sz w:val="20"/>
        </w:rPr>
        <w:t>1:10:38  maulana, agla sawal dilli se hai kausar ali sahib ka. unhon ne aap se poocha hai: "what is the meaning of ummat-e-wasta?" is ke baray mein batayein.</w:t>
      </w:r>
      <w:r>
        <w:br/>
      </w:r>
      <w:r>
        <w:rPr>
          <w:sz w:val="20"/>
        </w:rPr>
        <w:t>1:10:48  ummat-e-wasta quran majeed mein aaya hai: "wa kadhalika ja'alnakum ummatan wasatan rasool alayhi</w:t>
      </w:r>
      <w:r>
        <w:br/>
      </w:r>
      <w:r>
        <w:rPr>
          <w:sz w:val="20"/>
        </w:rPr>
        <w:t>1:10:58  al-shuhada." ummat-e-wasta ka matlab hote hain, yani middle ummah, beech ki ummah, middle group.</w:t>
      </w:r>
      <w:r>
        <w:br/>
      </w:r>
      <w:r>
        <w:rPr>
          <w:sz w:val="20"/>
        </w:rPr>
        <w:t>1:11:07  ke ayat ko aap ja ke quran mein dekhiye ga to us mein kya hai? us mein khud hi bata diya gaya hai ke beech ka matlab yahan kya hai</w:t>
      </w:r>
      <w:r>
        <w:br/>
      </w:r>
      <w:r>
        <w:rPr>
          <w:sz w:val="20"/>
        </w:rPr>
        <w:t>1:11:18  ke ummat-e-rasool, yani rasool logon ke darmiyan hai. rasool ko bila allah ki taraf se paigham direct, ab is paigham pahunchana hai doosron ko.</w:t>
      </w:r>
      <w:r>
        <w:br/>
      </w:r>
      <w:r>
        <w:rPr>
          <w:sz w:val="20"/>
        </w:rPr>
        <w:t>1:11:32  beech mein ummah hai to ummah ko kya karna hai? rasool se lena aur doosron ko pahunchana. to middle man role hai yeh rasool se lena aur ummah tak pahunchana.</w:t>
      </w:r>
      <w:r>
        <w:br/>
      </w:r>
      <w:r>
        <w:rPr>
          <w:sz w:val="20"/>
        </w:rPr>
        <w:t>1:11:45  to waise hi waise hi jaisa ke mila hai, wahi pahuncha. koi badlav nahin, coordination nahin, kisi bhi tabdeeli ke baghair. jo bhi as it is jo mila hai, us ko lijiye wahan se aur phir logon tak pahunchate rahiye, pahunchate rahiye, pahunchate rahiye.</w:t>
      </w:r>
    </w:p>
    <w:p>
      <w:pPr>
        <w:pStyle w:val="Heading2"/>
      </w:pPr>
      <w:r>
        <w:t>Meaning of completed religion verse</w:t>
      </w:r>
    </w:p>
    <w:p>
      <w:r>
        <w:rPr>
          <w:color w:val="666666"/>
          <w:sz w:val="18"/>
        </w:rPr>
        <w:t>Quran &amp; Tafsir · Islam and Science (In Conversation with Maulana) · 2m 27s · at 13:37 · https://youtu.be/pKS94tSXlT4?t=817</w:t>
      </w:r>
    </w:p>
    <w:p>
      <w:r>
        <w:rPr>
          <w:i/>
        </w:rPr>
        <w:t>“Maulana, what is the meaning of 'Al-Yawma akmaltu lakum dinakum'? Is it correct to derive from this verse that Islam is a complete religion?”</w:t>
      </w:r>
    </w:p>
    <w:p>
      <w:r>
        <w:rPr>
          <w:sz w:val="20"/>
        </w:rPr>
        <w:t>13:37  Maulana, agla sawal Tamil Nadu se aaya hai, Mr. Farah Ahmed ka. unhon ne likha hai: "Maulana, alyawm akmalt lakum dinakum ka kya matlab hai?</w:t>
      </w:r>
      <w:r>
        <w:br/>
      </w:r>
      <w:r>
        <w:rPr>
          <w:sz w:val="20"/>
        </w:rPr>
        <w:t>13:50  kya is aayat se yeh matlab lena sahi hai ke Islam mukammal deen hai?"</w:t>
      </w:r>
      <w:r>
        <w:br/>
      </w:r>
      <w:r>
        <w:rPr>
          <w:sz w:val="20"/>
        </w:rPr>
        <w:t>13:56  is mein hai kahan? aayat mein yeh kahan hai? is mein yeh lafz kahan hai ke Islam mukammal deen hai? aap mujhe bataiye ke is aayat ka kaun se lafz ka yeh tarjuma hai ke Islam mukammal deen hai?</w:t>
      </w:r>
      <w:r>
        <w:br/>
      </w:r>
      <w:r>
        <w:rPr>
          <w:sz w:val="20"/>
        </w:rPr>
        <w:t>14:09  yeh to khud sakhta matlab nikala gaya hai. is ka tarjuma kijiye, tarjuma lafzi kijiye. tarjuma yeh hoga: "aaj maine tumhare deen ko tumhare liye poora kar diya, kaamil kar diya." yeh to nahi ke aaj maine Islam ko mukammal kar ke tumhein is ka mukammal edition de diya.</w:t>
      </w:r>
      <w:r>
        <w:br/>
      </w:r>
      <w:r>
        <w:rPr>
          <w:sz w:val="20"/>
        </w:rPr>
        <w:t>14:31  kahan is mein? is ke mani yeh nikle ke jo ahkam tumhare upar utarne wale the, woh utar utar utar chuke.</w:t>
      </w:r>
      <w:r>
        <w:br/>
      </w:r>
      <w:r>
        <w:rPr>
          <w:sz w:val="20"/>
        </w:rPr>
        <w:t>14:40  yani jo Quran ka jo hissa, jo aayaten aur suratain utarne wali thin, tumhare upar woh utar chuki hain. ab aage kuch nahi utarne wala hai. lafzi tarjuma mein yeh kahan nikalta hai ke ke ke aaj tum ko hum ne is deen ka mukammal edition de diya?</w:t>
      </w:r>
      <w:r>
        <w:br/>
      </w:r>
      <w:r>
        <w:rPr>
          <w:sz w:val="20"/>
        </w:rPr>
        <w:t>14:59  aaj tum ko hum ne deen ka yani mukammal zabta de diya jo pehle mukammal nahi tha. lafzi tarjuma sirf itna hi hai ke: "alyawm akmalt lakum dinakum".</w:t>
      </w:r>
      <w:r>
        <w:br/>
      </w:r>
      <w:r>
        <w:rPr>
          <w:sz w:val="20"/>
        </w:rPr>
        <w:t>15:12  aaj maine kaamil kar diya tumhare deen ko, tumhare liye, tumhare deen ko, tumhare liye. yani Quran ka isi liye Hazrat Umar ne jab yeh aayat suni thi to aap rone lage.</w:t>
      </w:r>
      <w:r>
        <w:br/>
      </w:r>
      <w:r>
        <w:rPr>
          <w:sz w:val="20"/>
        </w:rPr>
        <w:t>15:27  aap samjhen ke Rasool Allah ki wafat hone wali hai kyunke jo aayaten utarne wali thin, utar chuki hain. jo hisse Quran ke utarne wale the, utar chuke.</w:t>
      </w:r>
      <w:r>
        <w:br/>
      </w:r>
      <w:r>
        <w:rPr>
          <w:sz w:val="20"/>
        </w:rPr>
        <w:t>15:36  yeh mani liya unhon ne to yeh bilkul farzi hai. is aayat mein kabhi bhi yeh nahi hai aur Islam ka koi naqis edition hai, na koi kaamil edition hai.</w:t>
      </w:r>
      <w:r>
        <w:br/>
      </w:r>
      <w:r>
        <w:rPr>
          <w:sz w:val="20"/>
        </w:rPr>
        <w:t>15:45  islam bas islam hai. yani deen ka na koi kamil edition hai, na koi na ghair kamil edition hai. jo deen pehle tha, wahi deen aaj bhi hai.</w:t>
      </w:r>
      <w:r>
        <w:br/>
      </w:r>
      <w:r>
        <w:rPr>
          <w:sz w:val="20"/>
        </w:rPr>
        <w:t>15:54  har nabbi par yeh tasawwur bilkul hi be asal hai. quran o hadith mein iska koi saboot nahi hai.</w:t>
      </w:r>
    </w:p>
    <w:p>
      <w:pPr>
        <w:pStyle w:val="Heading2"/>
      </w:pPr>
      <w:r>
        <w:t>Meaning of fitrat as a guide</w:t>
      </w:r>
    </w:p>
    <w:p>
      <w:r>
        <w:rPr>
          <w:color w:val="666666"/>
          <w:sz w:val="18"/>
        </w:rPr>
        <w:t>Quran &amp; Tafsir · The Straight Path October 30, 2011 Maulana Wahiduddin Khan · 2m 40s · at 1:31:36 · https://youtu.be/PKFHe82Jz58?t=5496</w:t>
      </w:r>
    </w:p>
    <w:p>
      <w:r>
        <w:rPr>
          <w:i/>
        </w:rPr>
        <w:t>“In Tazkirul Quran introduction page number 8, the last line of the first paragraph you have mentioned: 'Fitrat and universe are silent guides for man, while Quran is a verbal guide.' It is easy to understand that universe and Quran are guides, but I am confused about fitrat. Please explain what is the meaning of fitrat and how it can be a guide.”</w:t>
      </w:r>
    </w:p>
    <w:p>
      <w:r>
        <w:rPr>
          <w:sz w:val="20"/>
        </w:rPr>
        <w:t>1:31:36  maulana, yeh sawal aaya hai Mr. Idrees ka Raipur se. unho ne likha hai ke in Tazkir-ul-Quran introduction page number eight, the last line of the first para you have mentioned, fitrat aur kainat agar aadmi ki khamosh rehnuma hai to Quran ek shabdi rehnuma.</w:t>
      </w:r>
      <w:r>
        <w:br/>
      </w:r>
      <w:r>
        <w:rPr>
          <w:sz w:val="20"/>
        </w:rPr>
        <w:t>1:31:58  maulana, it is easy to understand that kainat and Quran are rehnuma, but I am confused about fitrat.</w:t>
      </w:r>
      <w:r>
        <w:br/>
      </w:r>
      <w:r>
        <w:rPr>
          <w:sz w:val="20"/>
        </w:rPr>
        <w:t>1:32:06  please explain what is the meaning of the fitrat and how it could be rehnuma.</w:t>
      </w:r>
      <w:r>
        <w:br/>
      </w:r>
      <w:r>
        <w:rPr>
          <w:sz w:val="20"/>
        </w:rPr>
        <w:t>1:32:15  fitrat se murad wahi hai, is ko hum kehte hain intuition. wahi jo har aadmi is ka tajurba hota hai, jis aadmi ko intuition.</w:t>
      </w:r>
      <w:r>
        <w:br/>
      </w:r>
      <w:r>
        <w:rPr>
          <w:sz w:val="20"/>
        </w:rPr>
        <w:t>1:32:25  to yeh, yani ilm-ul-nafs ki tareekh, tareekh tehqeeq ke mutabiq, yani khud jo jo science of mind hai, is ki jinho ne tehqeeq ki hai, woh khud mante hain ke mind mein, yani fitrat aur mind alag cheez nahi hai.</w:t>
      </w:r>
      <w:r>
        <w:br/>
      </w:r>
      <w:r>
        <w:rPr>
          <w:sz w:val="20"/>
        </w:rPr>
        <w:t>1:32:43  yani hum mazhabi zaban mein fitrat bolte hain, nafs bolte hain, rooh bolte hain, lekin scientific zaban mein har cheez ek hi hai. dimagh, brain.</w:t>
      </w:r>
      <w:r>
        <w:br/>
      </w:r>
      <w:r>
        <w:rPr>
          <w:sz w:val="20"/>
        </w:rPr>
        <w:t>1:32:54  samjhane ke liye hum alfaaz bolte hain, alag alag ke zamir aur rooh aur fitrat waghera, wajdan.</w:t>
      </w:r>
      <w:r>
        <w:br/>
      </w:r>
      <w:r>
        <w:rPr>
          <w:sz w:val="20"/>
        </w:rPr>
        <w:t>1:33:02  lekin yeh sab ka sab ka ta'alluq dimagh se hai. scientific zaban mein is ko sirf ek hi baat, yani sirf mind bola jayega.</w:t>
      </w:r>
      <w:r>
        <w:br/>
      </w:r>
      <w:r>
        <w:rPr>
          <w:sz w:val="20"/>
        </w:rPr>
        <w:t>1:33:13  hum apni language mein is ko mukhtalif alfaaz bolte hain. woh mind ke mukhtalif manifestations hain.</w:t>
      </w:r>
      <w:r>
        <w:br/>
      </w:r>
      <w:r>
        <w:rPr>
          <w:sz w:val="20"/>
        </w:rPr>
        <w:t>1:33:21  to mind mein bohat zyada bhara hua hai.</w:t>
      </w:r>
      <w:r>
        <w:br/>
      </w:r>
      <w:r>
        <w:rPr>
          <w:sz w:val="20"/>
        </w:rPr>
        <w:t>1:33:27  aur yeh ulama yeh kehte hain ke jo kuch hum daryaft karte hain, woh kehte hain mind ko unfold karte hain. mind ko unfold karte hain.</w:t>
      </w:r>
      <w:r>
        <w:br/>
      </w:r>
      <w:r>
        <w:rPr>
          <w:sz w:val="20"/>
        </w:rPr>
        <w:t>1:33:36  pehlay se maujood maujood hai mind mein. to yeh koi nai baat nahi hai.</w:t>
      </w:r>
      <w:r>
        <w:br/>
      </w:r>
      <w:r>
        <w:rPr>
          <w:sz w:val="20"/>
        </w:rPr>
        <w:t>1:33:41  yeh yeh khud jo psychology ke jo experts hain, woh is ko baat mante hain ke mind mein bhara hua hai sab kuch. aur isi ko unfold karne ka naam hai daryaft.</w:t>
      </w:r>
      <w:r>
        <w:br/>
      </w:r>
      <w:r>
        <w:rPr>
          <w:sz w:val="20"/>
        </w:rPr>
        <w:t>1:33:54  to aap in alfaaz se confuse na hon ke ke kahin fitrat bulata hai, kahin shaoor bulata hai, kahin rooh bulata hai, kahin zamir bulata hai.</w:t>
      </w:r>
      <w:r>
        <w:br/>
      </w:r>
      <w:r>
        <w:rPr>
          <w:sz w:val="20"/>
        </w:rPr>
        <w:t>1:34:03  zamir hai, woh sab mind hi ka phenomenon hai, wahi ki manifestation hai.</w:t>
      </w:r>
      <w:r>
        <w:br/>
      </w:r>
      <w:r>
        <w:rPr>
          <w:sz w:val="20"/>
        </w:rPr>
        <w:t>1:34:08  ek hi lafz science mein bulata hai mind, hum is ko mazhab ki zaban mein kai lafz bolte hain.</w:t>
      </w:r>
    </w:p>
    <w:p>
      <w:pPr>
        <w:pStyle w:val="Heading2"/>
      </w:pPr>
      <w:r>
        <w:t>Meaning of hikmah in Quran verse</w:t>
      </w:r>
    </w:p>
    <w:p>
      <w:r>
        <w:rPr>
          <w:color w:val="666666"/>
          <w:sz w:val="18"/>
        </w:rPr>
        <w:t>Quran &amp; Tafsir · God and Man February 19, 2012 · 2m 43s · at 1:16:23 · https://youtu.be/rL4g0LOU3wo?t=4583</w:t>
      </w:r>
    </w:p>
    <w:p>
      <w:r>
        <w:rPr>
          <w:i/>
        </w:rPr>
        <w:t>“There is a verse in the Quran, Chapter 16, Verse 125, where it says, 'Call to God with hikmah.' May I know the meaning and explanation of the word 'hikmah'?”</w:t>
      </w:r>
    </w:p>
    <w:p>
      <w:r>
        <w:rPr>
          <w:sz w:val="20"/>
        </w:rPr>
        <w:t>1:16:23  maulana, agla sawal dilli se hai mister hassan sharif ka. unhon ne likha hai: "There is an ayat in Quran, Chapter 16, Verse number 125, where it is said, 'Call to the God with hikmah.'" maulana, May I know the meaning and explanation of the word 'hikmah' h</w:t>
      </w:r>
      <w:r>
        <w:br/>
      </w:r>
      <w:r>
        <w:rPr>
          <w:sz w:val="20"/>
        </w:rPr>
        <w:t>1:16:45  ere? hikmah jo hai, hikmah se murad wahi cheez ko hum kehte hain wisdom. hikmat koi mysterious cheez, asrar cheez nahi hai.</w:t>
      </w:r>
      <w:r>
        <w:br/>
      </w:r>
      <w:r>
        <w:rPr>
          <w:sz w:val="20"/>
        </w:rPr>
        <w:t>1:17:00  wisdom behtareen lafz hai hikmat ke liye. to yani deen ka ek bada juz hai wisdom hai.</w:t>
      </w:r>
      <w:r>
        <w:br/>
      </w:r>
      <w:r>
        <w:rPr>
          <w:sz w:val="20"/>
        </w:rPr>
        <w:t>1:17:10  dekhiye, wisdom kya cheez hai?</w:t>
      </w:r>
      <w:r>
        <w:br/>
      </w:r>
      <w:r>
        <w:rPr>
          <w:sz w:val="20"/>
        </w:rPr>
        <w:t>1:17:13  ek hai usool. usool ko hum kehte hain aqida ya taleem. jo lafzon mein hoti hai.</w:t>
      </w:r>
      <w:r>
        <w:br/>
      </w:r>
      <w:r>
        <w:rPr>
          <w:sz w:val="20"/>
        </w:rPr>
        <w:t>1:17:24  yani ek hai taleem ya qanoon ya aqida, wo sab lafzon mein hota hai. aur wisdom jo hai, is ka talluq jo hota hai is mein, yani jo between the line jo hota hai, wo wo wisdom hota hai.</w:t>
      </w:r>
      <w:r>
        <w:br/>
      </w:r>
      <w:r>
        <w:rPr>
          <w:sz w:val="20"/>
        </w:rPr>
        <w:t>1:17:41  jo ghaur o fikr se samajh mein aata hai.</w:t>
      </w:r>
      <w:r>
        <w:br/>
      </w:r>
      <w:r>
        <w:rPr>
          <w:sz w:val="20"/>
        </w:rPr>
        <w:t>1:17:44  wisdom ke liye aap ko sochna padta hai. to yahan par wisdom ka matlab yeh hai ke kisi ko tum dawat de rahe ho to us ne pehle socho kis tarah dawat di jaye.</w:t>
      </w:r>
      <w:r>
        <w:br/>
      </w:r>
      <w:r>
        <w:rPr>
          <w:sz w:val="20"/>
        </w:rPr>
        <w:t>1:17:57  kis tarah mein kahun ke is ka mind address ho, is ka meri baat ko dhyan de, wo meri baat par ghaur kare, wo aur is ka zehan badle.</w:t>
      </w:r>
      <w:r>
        <w:br/>
      </w:r>
      <w:r>
        <w:rPr>
          <w:sz w:val="20"/>
        </w:rPr>
        <w:t>1:18:07  in sab baaton ko le kar jab sochenge to is ko hikmat kaha jayega.</w:t>
      </w:r>
      <w:r>
        <w:br/>
      </w:r>
      <w:r>
        <w:rPr>
          <w:sz w:val="20"/>
        </w:rPr>
        <w:t>1:18:13  yani dawat ka matlab yeh nahi ke kuch bol dein, bas khali. baghair kisi wisdom ke, baghair kisi is mein</w:t>
      </w:r>
      <w:r>
        <w:br/>
      </w:r>
      <w:r>
        <w:rPr>
          <w:sz w:val="20"/>
        </w:rPr>
        <w:t>1:18:23  sochay samjhe hue. to khulasa yeh hai ke dawat do logon ko hikmat ke sath.</w:t>
      </w:r>
      <w:r>
        <w:br/>
      </w:r>
      <w:r>
        <w:rPr>
          <w:sz w:val="20"/>
        </w:rPr>
        <w:t>1:18:32  ka matlab yeh hai ke is tarah jo logon ke liye understandable ho, is tarah dawat do.</w:t>
      </w:r>
      <w:r>
        <w:br/>
      </w:r>
      <w:r>
        <w:rPr>
          <w:sz w:val="20"/>
        </w:rPr>
        <w:t>1:18:38  hudoo ila sabeelika bil-hikmah Allah ke raaste ki taraf logon ko bulao hikmat ke sath. to yani doosre lafzon mein agar hum badle mein hum kahenge, yeh keh sakte hain ke Allah ke raaste ki taraf bulao logon ko is tarah jo un ke liye understandable ho,</w:t>
      </w:r>
      <w:r>
        <w:br/>
      </w:r>
      <w:r>
        <w:rPr>
          <w:sz w:val="20"/>
        </w:rPr>
        <w:t>1:18:57  jo un ki reason ko appeal kare, jis se un ka mind address hota ho, is tarah dawat do.</w:t>
      </w:r>
    </w:p>
    <w:p>
      <w:pPr>
        <w:pStyle w:val="Heading2"/>
      </w:pPr>
      <w:r>
        <w:t>Meaning of knowing known things again</w:t>
      </w:r>
    </w:p>
    <w:p>
      <w:r>
        <w:rPr>
          <w:color w:val="666666"/>
          <w:sz w:val="18"/>
        </w:rPr>
        <w:t>Quran &amp; Tafsir · Man and The Paradise August 11, 2013 Maulana Wahiduddin Khan · 1m 39s · at 1:10:00 · https://youtu.be/m8XdpnaS95U?t=4200</w:t>
      </w:r>
    </w:p>
    <w:p>
      <w:r>
        <w:rPr>
          <w:i/>
        </w:rPr>
        <w:t>“What is the meaning of knowing already known things again? In the Quran, what is meant by 'tasreef al-ayat' (diversification of verses)? Please explain with an example.”</w:t>
      </w:r>
    </w:p>
    <w:p>
      <w:r>
        <w:rPr>
          <w:sz w:val="20"/>
        </w:rPr>
        <w:t>1:10:00  maulana, agla sawal tamil nadu se hai. maulana iqbal umri ka,</w:t>
      </w:r>
      <w:r>
        <w:br/>
      </w:r>
      <w:r>
        <w:rPr>
          <w:sz w:val="20"/>
        </w:rPr>
        <w:t>1:10:05  unhone likha hai: "jaani hui baaton ko phir se janne ka matlab kya hai? quran mein tasreef ayat kis ko kaha gaya hai?" is ke bare mein bataein.</w:t>
      </w:r>
      <w:r>
        <w:br/>
      </w:r>
      <w:r>
        <w:rPr>
          <w:sz w:val="20"/>
        </w:rPr>
        <w:t>1:10:19  to unhone misaal de ke bata diya ke jaani hui baaton ko phir janna kya hai.</w:t>
      </w:r>
      <w:r>
        <w:br/>
      </w:r>
      <w:r>
        <w:rPr>
          <w:sz w:val="20"/>
        </w:rPr>
        <w:t>1:10:25  maine misaal di ke sankaron baar mein glass mein pani le ke piya tha, maine lekin lekin ek din aisa hua ke jab pani gir gaya to main ek bohat badi jo daryaft ho gayi mujhe.</w:t>
      </w:r>
      <w:r>
        <w:br/>
      </w:r>
      <w:r>
        <w:rPr>
          <w:sz w:val="20"/>
        </w:rPr>
        <w:t>1:10:41  to kaha glass mein pani ko maine rediscover kiya.</w:t>
      </w:r>
      <w:r>
        <w:br/>
      </w:r>
      <w:r>
        <w:rPr>
          <w:sz w:val="20"/>
        </w:rPr>
        <w:t>1:10:46  aise hi quran ko padh kar ke, main jaisa ke maine arz kiya, is tarah ramzan mein ek nayi cheez daryaft hui ke yeh dunya nursery hai aur jannat woh bagh hai jahan yahan ke paida wahan basaye jayen.</w:t>
      </w:r>
      <w:r>
        <w:br/>
      </w:r>
      <w:r>
        <w:rPr>
          <w:sz w:val="20"/>
        </w:rPr>
        <w:t>1:10:59  to har cheez mein, har cheez mein naya pehlu maujood hai, naye naye pehlu beshumar hain. kul yawmin huwa fi sha'n.</w:t>
      </w:r>
      <w:r>
        <w:br/>
      </w:r>
      <w:r>
        <w:rPr>
          <w:sz w:val="20"/>
        </w:rPr>
        <w:t>1:11:12  to aap ke andar jab yani zehni bedari aati hai, intellectual awakening, to phir aap dekhte rehte hain cheezon mein naye naye pehlu, rozana nayi discovery hoti rehti hai.</w:t>
      </w:r>
      <w:r>
        <w:br/>
      </w:r>
      <w:r>
        <w:rPr>
          <w:sz w:val="20"/>
        </w:rPr>
        <w:t>1:11:28  to apne andar zehni bedari lana, apne andar intellectual awakening lana, yeh asal kaam hai. baqi to apne aap se hota rehta hai.</w:t>
      </w:r>
    </w:p>
    <w:p>
      <w:pPr>
        <w:pStyle w:val="Heading2"/>
      </w:pPr>
      <w:r>
        <w:t>Meaning of qalb in Quran</w:t>
      </w:r>
    </w:p>
    <w:p>
      <w:r>
        <w:rPr>
          <w:color w:val="666666"/>
          <w:sz w:val="18"/>
        </w:rPr>
        <w:t>Quran &amp; Tafsir · Revival of Ummah January 22, 2017 · 1m 35s · at 49:29 · https://youtu.be/vnPsv0TBCfk?t=2969</w:t>
      </w:r>
    </w:p>
    <w:p>
      <w:r>
        <w:rPr>
          <w:i/>
        </w:rPr>
        <w:t>“Maulana, last Sunday my question was not answered. I am repeating my question. My question is: the word 'qalb' is mentioned at many places in Quran and majority of...”</w:t>
      </w:r>
    </w:p>
    <w:p>
      <w:r>
        <w:rPr>
          <w:sz w:val="20"/>
        </w:rPr>
        <w:t>49:29  logon ki bekhabari ko todiye us ke baad sara mamla normal ho jayega. ji ah molana agla sawal lete hain jo ah bheja hai amir mori sahib ne srinagar se.</w:t>
      </w:r>
      <w:r>
        <w:br/>
      </w:r>
      <w:r>
        <w:rPr>
          <w:sz w:val="20"/>
        </w:rPr>
        <w:t>49:44  unhonne likha hai ah Maulana sahib last sunday my question was not answered i am repeating my</w:t>
      </w:r>
      <w:r>
        <w:br/>
      </w:r>
      <w:r>
        <w:rPr>
          <w:sz w:val="20"/>
        </w:rPr>
        <w:t>49:51  ah question my question is the word qalb is mentioned at many places in Quran and majority of</w:t>
      </w:r>
      <w:r>
        <w:br/>
      </w:r>
      <w:r>
        <w:rPr>
          <w:sz w:val="20"/>
        </w:rPr>
        <w:t>49:59  scholars have interpreted it as heart.</w:t>
      </w:r>
      <w:r>
        <w:br/>
      </w:r>
      <w:r>
        <w:rPr>
          <w:sz w:val="20"/>
        </w:rPr>
        <w:t>50:07  how can we address people that the right interpretation of word qalb is mind? kindly guide us with detailed explanation.</w:t>
      </w:r>
      <w:r>
        <w:br/>
      </w:r>
      <w:r>
        <w:rPr>
          <w:sz w:val="20"/>
        </w:rPr>
        <w:t>50:15  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r>
        <w:br/>
      </w:r>
      <w:r>
        <w:rPr>
          <w:sz w:val="20"/>
        </w:rPr>
        <w:t>50:41  yeh to bohat main likh chuka hoon aap padhiye meri meri writing jo hai chhap chuki hai. yeh bohat likh chuka hoon kafi likh chuka hoon main is ko. ji bilkul yeh to waise hi hai jaise ke ab aaj koi maane ke suraj zameen ke gird ghoom raha hai. aise hi hai yeh.</w:t>
      </w:r>
      <w:r>
        <w:br/>
      </w:r>
      <w:r>
        <w:rPr>
          <w:sz w:val="20"/>
        </w:rPr>
        <w:t>51:04  Maulana agla sawal lene se pehle ek comment padhna chahenge jo doctor Safina Tabassum ne bheja hai Ajmer se.</w:t>
      </w:r>
    </w:p>
    <w:p>
      <w:pPr>
        <w:pStyle w:val="Heading2"/>
      </w:pPr>
      <w:r>
        <w:t>Meaning of remember Me I remember you</w:t>
      </w:r>
    </w:p>
    <w:p>
      <w:r>
        <w:rPr>
          <w:color w:val="666666"/>
          <w:sz w:val="18"/>
        </w:rPr>
        <w:t>Quran &amp; Tafsir · Q&amp;A 13 Nov 2011 · 1m 01s · at 22:03 · https://youtu.be/oOZ9h37_pL8?t=1323</w:t>
      </w:r>
    </w:p>
    <w:p>
      <w:r>
        <w:rPr>
          <w:i/>
        </w:rPr>
        <w:t>“In the Quran, Chapter 2, verses 148 to 152, it says: 'So remember Me, I will remember you.' Maulana, please explain the meaning of this. It has no mysterious meaning; it simply means that if you seek help from God, you will receive God's help.”</w:t>
      </w:r>
    </w:p>
    <w:p>
      <w:r>
        <w:rPr>
          <w:sz w:val="20"/>
        </w:rPr>
        <w:t>22:03  maulana agla sawal raipur se mr idrees ka aya hai. unhon ne likha hai ke quran mein chapter 2 verse number 148 to 152 mein aya hai.</w:t>
      </w:r>
      <w:r>
        <w:br/>
      </w:r>
      <w:r>
        <w:rPr>
          <w:sz w:val="20"/>
        </w:rPr>
        <w:t>22:16  pas tum mujhe yaad rakho main tumhein yaad rakhoon ga. to maulana woh chahte hain ke aap is ke bare mein kuch bataein ke kya mani hain is ke.</w:t>
      </w:r>
      <w:r>
        <w:br/>
      </w:r>
      <w:r>
        <w:rPr>
          <w:sz w:val="20"/>
        </w:rPr>
        <w:t>22:26  yeh koi mysterious mani nahi is ke hain. is ka mani yeh hai ke tum allah taala se nusrat chaho tum ko nusrat milegi allah taala ki bas itni hai.</w:t>
      </w:r>
      <w:r>
        <w:br/>
      </w:r>
      <w:r>
        <w:rPr>
          <w:sz w:val="20"/>
        </w:rPr>
        <w:t>22:36  aur koi mani nahi hai. yani allah taala se dua karna, allah taala ka zikr karna, allah taala se nusrat talib hona jo aadmi chahega us ko milega jo na chahega us ko nahi mil sakta.</w:t>
      </w:r>
      <w:r>
        <w:br/>
      </w:r>
      <w:r>
        <w:rPr>
          <w:sz w:val="20"/>
        </w:rPr>
        <w:t>22:49  aadmi apni taraf se jab tak poora poora chahne wala na bane tab tak yani yak tarfa tor par nusrat nahi aati.</w:t>
      </w:r>
      <w:r>
        <w:br/>
      </w:r>
      <w:r>
        <w:rPr>
          <w:sz w:val="20"/>
        </w:rPr>
        <w:t>22:59  bas itna matlab hai is ka is ko koi mysterious matlab nahi hai is ka.</w:t>
      </w:r>
    </w:p>
    <w:p>
      <w:pPr>
        <w:pStyle w:val="Heading2"/>
      </w:pPr>
      <w:r>
        <w:t>Meaning of ulul albab in Quran</w:t>
      </w:r>
    </w:p>
    <w:p>
      <w:r>
        <w:rPr>
          <w:color w:val="666666"/>
          <w:sz w:val="18"/>
        </w:rPr>
        <w:t>Quran &amp; Tafsir · Lessons from My Journey to Canada II January 10, 2016 · 2m 55s · at 44:58 · https://youtu.be/GHF2Ph3GW7A?t=2698</w:t>
      </w:r>
    </w:p>
    <w:p>
      <w:r>
        <w:rPr>
          <w:i/>
        </w:rPr>
        <w:t>“What is the meaning of 'ulul albab' that is mentioned in the Quran more than once?”</w:t>
      </w:r>
    </w:p>
    <w:p>
      <w:r>
        <w:rPr>
          <w:sz w:val="20"/>
        </w:rPr>
        <w:t>44:58  مولانا، ان کا ایک اور سوال ہے، انہوں نے آپ سے یہ بھی پوچھا ہے کہ "What is</w:t>
      </w:r>
      <w:r>
        <w:br/>
      </w:r>
      <w:r>
        <w:rPr>
          <w:sz w:val="20"/>
        </w:rPr>
        <w:t>45:03  The meaning of Ulul Albab that is mentioned in the Quran more than once</w:t>
      </w:r>
      <w:r>
        <w:br/>
      </w:r>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p>
    <w:p>
      <w:pPr>
        <w:pStyle w:val="Heading2"/>
      </w:pPr>
      <w:r>
        <w:t>Meaning of verse on greed</w:t>
      </w:r>
    </w:p>
    <w:p>
      <w:r>
        <w:rPr>
          <w:color w:val="666666"/>
          <w:sz w:val="18"/>
        </w:rPr>
        <w:t>Quran &amp; Tafsir · Importance of Patience October 26, 2014 · 5m 00s · at 57:34 · https://youtu.be/XdOlp9-fPG0?t=3454</w:t>
      </w:r>
    </w:p>
    <w:p>
      <w:r>
        <w:rPr>
          <w:i/>
        </w:rPr>
        <w:t>“Quran chapter 64, verse 16 says: 'Whoever is saved from greed, he has succeeded.' What does it mean? Please explain.”</w:t>
      </w:r>
    </w:p>
    <w:p>
      <w:r>
        <w:rPr>
          <w:sz w:val="20"/>
        </w:rPr>
        <w:t>57:34  maulana, agla sawal kya hai? aamir bin yusuf sahib ne pakistan se, aur unhon ne likha hai ke quran ke chapter 64, verse number 16 mein aaya hai:</w:t>
      </w:r>
      <w:r>
        <w:br/>
      </w:r>
      <w:r>
        <w:rPr>
          <w:sz w:val="20"/>
        </w:rPr>
        <w:t>57:48  "jo hirs se bacha liya gaya, woh kamyab ho gaya." maulana sahib, mein yeh janna chahta hoon ke is ka matlab kya hai? is ke baray mein hamein batayein.</w:t>
      </w:r>
      <w:r>
        <w:br/>
      </w:r>
      <w:r>
        <w:rPr>
          <w:sz w:val="20"/>
        </w:rPr>
        <w:t>58:01  aap meri tafsir parhiye: "tazkir ul quran". is ke baad sawal kijiye. meri tafsir urdu mein, angrezi mein, arabi mein, teen zabanon mein hai.</w:t>
      </w:r>
      <w:r>
        <w:br/>
      </w:r>
      <w:r>
        <w:rPr>
          <w:sz w:val="20"/>
        </w:rPr>
        <w:t>58:16  is ko parhiye aur phir sawal kijiye. kya ho sakta hai ke is mein aap ke sawal ka jawab mil jaye? aap ko</w:t>
      </w:r>
      <w:r>
        <w:br/>
      </w:r>
      <w:r>
        <w:rPr>
          <w:sz w:val="20"/>
        </w:rPr>
        <w:t>58:26  maulana, inhi ka ek aur s</w:t>
      </w:r>
      <w:r>
        <w:br/>
      </w:r>
      <w:r>
        <w:rPr>
          <w:sz w:val="20"/>
        </w:rPr>
        <w:t>58:28  wal hai. woh aap se yeh janna chahte hain ke muslims mein tribal age ki beginning kab se hui? is ke baray mein batayein.</w:t>
      </w:r>
      <w:r>
        <w:br/>
      </w:r>
      <w:r>
        <w:rPr>
          <w:sz w:val="20"/>
        </w:rPr>
        <w:t>58:38  yeh beginning ki baat nahi hai. jo log islam mein dakhil hue, woh tribal culture mein jeete thay. us waqt woh condition ho chuke thay.</w:t>
      </w:r>
      <w:r>
        <w:br/>
      </w:r>
      <w:r>
        <w:rPr>
          <w:sz w:val="20"/>
        </w:rPr>
        <w:t>58:50  us waqt condition ho chuke thay. woh to beginning ki baat nahi hai. woh to tribal culture hi ko le kar aaye islam mein.</w:t>
      </w:r>
      <w:r>
        <w:br/>
      </w:r>
      <w:r>
        <w:rPr>
          <w:sz w:val="20"/>
        </w:rPr>
        <w:t>59:00  to us zamane mein, yaani jo tarbiyat aur taleem darkar thi, woh nahi ho saki.</w:t>
      </w:r>
      <w:r>
        <w:br/>
      </w:r>
      <w:r>
        <w:rPr>
          <w:sz w:val="20"/>
        </w:rPr>
        <w:t>59:11  quran mein jo ek usool bataya gaya tha ke "ma kaana mumin kaffah fal yafur min kull firqatin minhum", yaani sari ki sari qoum nahi aa sakti.</w:t>
      </w:r>
      <w:r>
        <w:br/>
      </w:r>
      <w:r>
        <w:rPr>
          <w:sz w:val="20"/>
        </w:rPr>
        <w:t>59:21  to yaani ek group ki shakal mein log aaye madina aur un ki taleem</w:t>
      </w:r>
      <w:r>
        <w:br/>
      </w:r>
      <w:r>
        <w:rPr>
          <w:sz w:val="20"/>
        </w:rPr>
        <w:t>59:29  tarbiyat ho. lekin yeh amalana yeh yeh nizam bana nahi wahan par, kyunke ladai chhid gayi. ladai chhid gayi. ladai chhid gayi.</w:t>
      </w:r>
      <w:r>
        <w:br/>
      </w:r>
      <w:r>
        <w:rPr>
          <w:sz w:val="20"/>
        </w:rPr>
        <w:t>59:42  to ab bhi musalman, yaani abhi bhi woh kaam nahi kar rahe hain talib tarbiyat ka.</w:t>
      </w:r>
      <w:r>
        <w:br/>
      </w:r>
      <w:r>
        <w:rPr>
          <w:sz w:val="20"/>
        </w:rPr>
        <w:t>59:51  to abhi tak woh sara masla, abhi tak is ka asar hai. abhi jo jangain dekh rahe hain aap, woh sab abhi bhi tribal culture ka woh nishan hai.</w:t>
      </w:r>
      <w:r>
        <w:br/>
      </w:r>
      <w:r>
        <w:rPr>
          <w:sz w:val="20"/>
        </w:rPr>
        <w:t>1:00:00  isi ka trace hai. tribal culture se abhi musalman bahar nahi aaye hain. isi isi aapas ki ladai hai, inteqam aur nafrat, woh sab tribal culture hi kitne din hain.</w:t>
      </w:r>
      <w:r>
        <w:br/>
      </w:r>
      <w:r>
        <w:rPr>
          <w:sz w:val="20"/>
        </w:rPr>
        <w:t>1:00:17  to</w:t>
      </w:r>
      <w:r>
        <w:br/>
      </w:r>
      <w:r>
        <w:rPr>
          <w:sz w:val="20"/>
        </w:rPr>
        <w:t>1:00:18  is ka is ka tor sirf education ho sakta tha, lekin education musalman mein hui nahin. jo madrase ka education bilkul nakafi hai. jo madrase mein education hoti hai, woh nakafi hai is ke liye.</w:t>
      </w:r>
      <w:r>
        <w:br/>
      </w:r>
      <w:r>
        <w:rPr>
          <w:sz w:val="20"/>
        </w:rPr>
        <w:t>1:00:32  balkeh jo log jatay hain secular education mein, woh kisi had tak behtar ho jatay hain. un ki de-conditioning ho jati hai.</w:t>
      </w:r>
      <w:r>
        <w:br/>
      </w:r>
      <w:r>
        <w:rPr>
          <w:sz w:val="20"/>
        </w:rPr>
        <w:t>1:00:41  madrase walon ko nahin hoti.</w:t>
      </w:r>
      <w:r>
        <w:br/>
      </w:r>
      <w:r>
        <w:rPr>
          <w:sz w:val="20"/>
        </w:rPr>
        <w:t>1:00:45  to tribal culture ko le kar hi aaye log Islam, aur woh continue raha, kyunke taleem ka jo nizam mutlub tha, woh nahin ho saka.</w:t>
      </w:r>
      <w:r>
        <w:br/>
      </w:r>
      <w:r>
        <w:rPr>
          <w:sz w:val="20"/>
        </w:rPr>
        <w:t>1:00:55  jo khud Quran mein bataya gaya tha, woh nizam nahin ban saka.</w:t>
      </w:r>
      <w:r>
        <w:br/>
      </w:r>
      <w:r>
        <w:rPr>
          <w:sz w:val="20"/>
        </w:rPr>
        <w:t>1:01:02  is ayat ko aap parhiye: "ma kaana al-mu'minu li yanfirro kaffah, falaw lafara min kulli firqatin minhum taa'ifatun".</w:t>
      </w:r>
      <w:r>
        <w:br/>
      </w:r>
      <w:r>
        <w:rPr>
          <w:sz w:val="20"/>
        </w:rPr>
        <w:t>1:01:10  yeh mashhoor ayat hai. is ko aap parhiye aur is ki tafseer. yeh bataya gaya tha ke ek nizam-e-taleem qaim karo, lekin woh nizam-e-taleem jahan tak mein janta hoon, kabhi bhi tareekh mein qaim nahin ho saka.</w:t>
      </w:r>
      <w:r>
        <w:br/>
      </w:r>
      <w:r>
        <w:rPr>
          <w:sz w:val="20"/>
        </w:rPr>
        <w:t>1:01:23  un ki de-conditioning ka yeh ayat ka matlab tha ke logon ki conditioning ko todo,</w:t>
      </w:r>
      <w:r>
        <w:br/>
      </w:r>
      <w:r>
        <w:rPr>
          <w:sz w:val="20"/>
        </w:rPr>
        <w:t>1:01:31  yani sabaq mind set ko le kar ke jo Islam mein dakhil ho gaye hain, is ko khatam karo, aur agar naya zehn banao, naya mind banao, nayi soch banao,</w:t>
      </w:r>
      <w:r>
        <w:br/>
      </w:r>
      <w:r>
        <w:rPr>
          <w:sz w:val="20"/>
        </w:rPr>
        <w:t>1:01:44  to musalman pehle bhi ladaai phadaai mein mashghool rahe, aaj bhi ladaai phadaai mein mashghool hain, aur sahih maanon mein woh taaleemi nizam nahin ban saka jo mutlub tha.</w:t>
      </w:r>
      <w:r>
        <w:br/>
      </w:r>
      <w:r>
        <w:rPr>
          <w:sz w:val="20"/>
        </w:rPr>
        <w:t>1:01:54  dekhiye, yeh hai Surah At-Tawbah ayat number 122.</w:t>
      </w:r>
      <w:r>
        <w:br/>
      </w:r>
      <w:r>
        <w:rPr>
          <w:sz w:val="20"/>
        </w:rPr>
        <w:t>1:02:00  bohat zabardast is mein taleem thi ke jo log pichlay mind set ko le kar ke dakhil ho gaye hain Islam mein, kalma parh kar ke, un ki de-conditioning zaroori hai, aur woh de-conditioning hogi taleem, tarbiyat, tarbiyat, tarbiyat ke zariye.</w:t>
      </w:r>
      <w:r>
        <w:br/>
      </w:r>
      <w:r>
        <w:rPr>
          <w:sz w:val="20"/>
        </w:rPr>
        <w:t>1:02:16  yeh kaam bohat hi juzwi tor par hua, baqaida nahin hua, ab bhi nahin ho raha hai.</w:t>
      </w:r>
      <w:r>
        <w:br/>
      </w:r>
      <w:r>
        <w:rPr>
          <w:sz w:val="20"/>
        </w:rPr>
        <w:t>1:02:24  to aaj hamein yeh kaam karna hai ke hum apni taleem ke nizam ko is nahaj par qaim karein ke logon ki de-conditioning karne ke nahaj par.</w:t>
      </w:r>
    </w:p>
    <w:p>
      <w:pPr>
        <w:pStyle w:val="Heading2"/>
      </w:pPr>
      <w:r>
        <w:t>Message from Quran verse about life for Allah</w:t>
      </w:r>
    </w:p>
    <w:p>
      <w:r>
        <w:rPr>
          <w:color w:val="666666"/>
          <w:sz w:val="18"/>
        </w:rPr>
        <w:t>Quran &amp; Tafsir · The Message of Eid Al-Adha November 6, 2011 Maulana Wahiduddin Khan · 1m 20s · at 56:19 · https://youtu.be/y59PU_RD2cg?t=3379</w:t>
      </w:r>
    </w:p>
    <w:p>
      <w:r>
        <w:rPr>
          <w:i/>
        </w:rPr>
        <w:t>“In Quran Surah An'am it is said: 'Say, my prayer, my sacrifice, my life and my death are for Allah alone.' What message do we get from this verse?”</w:t>
      </w:r>
    </w:p>
    <w:p>
      <w:r>
        <w:rPr>
          <w:sz w:val="20"/>
        </w:rPr>
        <w:t>56:19  Maulana, in ka ek aur sawal hai. Unhon ne likha hai: "Qur'an mein Surah An'am mein kaha gaya hai ke keh do: Meri namaz, meri qurbani, meri zindagi aur meri maut sirf Allah hi ke liye hai." Maulana, is ayat se hamein kya message milta hai?</w:t>
      </w:r>
      <w:r>
        <w:br/>
      </w:r>
      <w:r>
        <w:rPr>
          <w:sz w:val="20"/>
        </w:rPr>
        <w:t>56:42  Is ka matlab wahi hai jo maine arz kiya: Khuda rakhi zindagi. Jo hamari sar'garmiyan hain, un sari sar'garmiyon ka rukh ek Allah ki taraf ho jaye.</w:t>
      </w:r>
      <w:r>
        <w:br/>
      </w:r>
      <w:r>
        <w:rPr>
          <w:sz w:val="20"/>
        </w:rPr>
        <w:t>56:54  Aap jante hain, har aadmi ka koi maqsad hota hai. Uski sari dorr dhoop isi maqsad ke gird ghoomti hai. Koi aadmi aisa nahi hai jis ka koi maqsad na ho.</w:t>
      </w:r>
      <w:r>
        <w:br/>
      </w:r>
      <w:r>
        <w:rPr>
          <w:sz w:val="20"/>
        </w:rPr>
        <w:t>57:08  To Islam ka taqaza yeh hai ke aadmi apna maqsad hayat jo hai, woh banaye: Deen ko, akhirat ko, Allah ki raza ko.</w:t>
      </w:r>
      <w:r>
        <w:br/>
      </w:r>
      <w:r>
        <w:rPr>
          <w:sz w:val="20"/>
        </w:rPr>
        <w:t>57:24  Wohi zindagi Islami zindagi hai jis mein uski zindagi ka rukh sara ka sara Allah ki taraf ho jaye.</w:t>
      </w:r>
      <w:r>
        <w:br/>
      </w:r>
      <w:r>
        <w:rPr>
          <w:sz w:val="20"/>
        </w:rPr>
        <w:t>57:35  Yahi matlab hai is ayat ka.</w:t>
      </w:r>
    </w:p>
    <w:p>
      <w:pPr>
        <w:pStyle w:val="Heading2"/>
      </w:pPr>
      <w:r>
        <w:t>Message of 'Every Day He is in Some Affair'</w:t>
      </w:r>
    </w:p>
    <w:p>
      <w:r>
        <w:rPr>
          <w:color w:val="666666"/>
          <w:sz w:val="18"/>
        </w:rPr>
        <w:t>Quran &amp; Tafsir · Q&amp;A 11 Jul 2010 Maulana Wahiduddin Khan · 1m 55s · at 18:33 · https://youtu.be/UHtdtzGGwFQ?t=1113</w:t>
      </w:r>
    </w:p>
    <w:p>
      <w:r>
        <w:rPr>
          <w:i/>
        </w:rPr>
        <w:t>“I read an ayat from Holy Quran which says Allah is busy every day in some work. Please explain what is the message for humans in this ayat?”</w:t>
      </w:r>
    </w:p>
    <w:p>
      <w:r>
        <w:rPr>
          <w:sz w:val="20"/>
        </w:rPr>
        <w:t>18:33  maulana, yeh sawal aaya hai sialkot pakistan se. shaukat ali sahab ne poocha hai. unhon ne likha hai ke "I read an ayat from Holy Quran which says allah har roz kisi na kisi kaam mein masroof hotay hain.</w:t>
      </w:r>
      <w:r>
        <w:br/>
      </w:r>
      <w:r>
        <w:rPr>
          <w:sz w:val="20"/>
        </w:rPr>
        <w:t>18:52  maulana, please explain what is the message for humans in this ayat?"</w:t>
      </w:r>
      <w:r>
        <w:br/>
      </w:r>
      <w:r>
        <w:rPr>
          <w:sz w:val="20"/>
        </w:rPr>
        <w:t>18:59  yeh masroof ka lafz to is mein nahi hai. "إن كل يوم هو في شان"</w:t>
      </w:r>
      <w:r>
        <w:br/>
      </w:r>
      <w:r>
        <w:rPr>
          <w:sz w:val="20"/>
        </w:rPr>
        <w:t>19:06  . "kul yaum huwa fi shan". ab yeh is ki koi bohat hi yani mathematical language mein is ki tafsir nahi keh sakti. har din allah ek halat mein hota hai.</w:t>
      </w:r>
      <w:r>
        <w:br/>
      </w:r>
      <w:r>
        <w:rPr>
          <w:sz w:val="20"/>
        </w:rPr>
        <w:t>19:19  mein samajhta hoon ke is ka matlab ghaliban yeh hai ke khuda jo chala raha hai poore universe ko, to har waqt us ki nigrani kar raha hai, har waqt dekh raha hai.</w:t>
      </w:r>
      <w:r>
        <w:br/>
      </w:r>
      <w:r>
        <w:rPr>
          <w:sz w:val="20"/>
        </w:rPr>
        <w:t>19:30  itna bara universe, itna bara universe. to har din ka ho to har har moment wahan par khuda ko yani dekhna hota hoga.</w:t>
      </w:r>
      <w:r>
        <w:br/>
      </w:r>
      <w:r>
        <w:rPr>
          <w:sz w:val="20"/>
        </w:rPr>
        <w:t>19:42  kaise aati hai? bhai, chal dijiye. mein to daily sochta hoon ke jaise kai bar abhi subah mein ne uthaya, aise hi mere mera mug tha, us par dhakkan tha. dhakkan se fajar gir pada.</w:t>
      </w:r>
      <w:r>
        <w:br/>
      </w:r>
      <w:r>
        <w:rPr>
          <w:sz w:val="20"/>
        </w:rPr>
        <w:t>19:52  abhi subah ki baat hai. mein socha ke mein mug ka dhakkan nahi sambhal sakta.</w:t>
      </w:r>
      <w:r>
        <w:br/>
      </w:r>
      <w:r>
        <w:rPr>
          <w:sz w:val="20"/>
        </w:rPr>
        <w:t>19:58  khuda aisi poori universe ko sambhale hue hai. koi planet idhar gir jaye, koi star idhar gir jaye, aisa nahi hota. to khuda ke is grip ko bataiye.</w:t>
      </w:r>
      <w:r>
        <w:br/>
      </w:r>
      <w:r>
        <w:rPr>
          <w:sz w:val="20"/>
        </w:rPr>
        <w:t>20:08  khuda har waqt poori grip mein liye hue hain poori universe ko. bohat control qaim kar rakha hai apna khuda ne universe ke upar.</w:t>
      </w:r>
      <w:r>
        <w:br/>
      </w:r>
      <w:r>
        <w:rPr>
          <w:sz w:val="20"/>
        </w:rPr>
        <w:t>20:18  to khuda ki greatness, khuda ki azmat, khuda ke power ko batane ke liye ayat aayi hai. yahan tak mein samajhta hoon.</w:t>
      </w:r>
    </w:p>
    <w:p>
      <w:pPr>
        <w:pStyle w:val="Heading2"/>
      </w:pPr>
      <w:r>
        <w:t>Message of Allah's daily work in Quran</w:t>
      </w:r>
    </w:p>
    <w:p>
      <w:r>
        <w:rPr>
          <w:color w:val="666666"/>
          <w:sz w:val="18"/>
        </w:rPr>
        <w:t>Quran &amp; Tafsir · Divine Ideology of Life I 11 July 2010 · 1m 55s · at 1:16:43 · https://youtu.be/wOmHVfyjMJY?t=4603</w:t>
      </w:r>
    </w:p>
    <w:p>
      <w:r>
        <w:rPr>
          <w:i/>
        </w:rPr>
        <w:t>“I read a Quranic verse that says 'Allah is busy every day with some work.' Please explain what is the message for humans in this verse.”</w:t>
      </w:r>
    </w:p>
    <w:p>
      <w:r>
        <w:rPr>
          <w:sz w:val="20"/>
        </w:rPr>
        <w:t>1:16:43  Maulana, yeh sawal aaya hai Sialkot Pakistan se. Shaukat Ali sahib ne poocha hai,</w:t>
      </w:r>
      <w:r>
        <w:br/>
      </w:r>
      <w:r>
        <w:rPr>
          <w:sz w:val="20"/>
        </w:rPr>
        <w:t>1:16:50  unhon ne likha hai ke "I read an ayat from Holy Quran which says Allah har roz kisi na kisi kaam mein masroof hotay hain.</w:t>
      </w:r>
      <w:r>
        <w:br/>
      </w:r>
      <w:r>
        <w:rPr>
          <w:sz w:val="20"/>
        </w:rPr>
        <w:t>1:17:01  Maulana, please explain what is the message for humans in this ayat?"</w:t>
      </w:r>
      <w:r>
        <w:br/>
      </w:r>
      <w:r>
        <w:rPr>
          <w:sz w:val="20"/>
        </w:rPr>
        <w:t>1:17:08  yeh masroof ka lafz to is mein nahi hai. "Inna kulla yaumin huwa fi shan" .</w:t>
      </w:r>
      <w:r>
        <w:br/>
      </w:r>
      <w:r>
        <w:rPr>
          <w:sz w:val="20"/>
        </w:rPr>
        <w:t>1:17:16  "kulla yaumin huwa fi</w:t>
      </w:r>
      <w:r>
        <w:br/>
      </w:r>
      <w:r>
        <w:rPr>
          <w:sz w:val="20"/>
        </w:rPr>
        <w:t>1:17:17  shan" . ab yeh is ki koi bohat hi yani mathematical language mein is ki tafseer nahi keh sakti. har din Allah ek haalat mein hota hai.</w:t>
      </w:r>
      <w:r>
        <w:br/>
      </w:r>
      <w:r>
        <w:rPr>
          <w:sz w:val="20"/>
        </w:rPr>
        <w:t>1:17:28  mein samajhta hoon ke is ka matlab ghaliban yeh hai ke Khuda jo chala raha hai poore universe ko, to har waqt us ki nigrani kar raha hai, har waqt dekh raha hai ke kahan bara universe, kahan bara universe.</w:t>
      </w:r>
      <w:r>
        <w:br/>
      </w:r>
      <w:r>
        <w:rPr>
          <w:sz w:val="20"/>
        </w:rPr>
        <w:t>1:17:42  to har din ka to har har moment wahan par Khuda ko yani dekhna hota hoga.</w:t>
      </w:r>
      <w:r>
        <w:br/>
      </w:r>
      <w:r>
        <w:rPr>
          <w:sz w:val="20"/>
        </w:rPr>
        <w:t>1:17:51  kese aati hai bhai? chal dijiye. mein to daily sochta hoon ke jaise kai baar abhi subah mein ne uthaya, aise hi mere mera mug tha, us par dhakkan tha. dhakkan se fajar gir pada.</w:t>
      </w:r>
      <w:r>
        <w:br/>
      </w:r>
      <w:r>
        <w:rPr>
          <w:sz w:val="20"/>
        </w:rPr>
        <w:t>1:18:01  abhi subah ki baat hai. mein socha ke mein mug ka dhakkan nahi sambhal sakta.</w:t>
      </w:r>
      <w:r>
        <w:br/>
      </w:r>
      <w:r>
        <w:rPr>
          <w:sz w:val="20"/>
        </w:rPr>
        <w:t>1:18:07  Khuda aisi poori universe ko sambhale hue hai. koi planet idhar gir jaye, koi star idhar gir jaye, aisa nahi hota. to Khuda ke is grip ko bataye.</w:t>
      </w:r>
      <w:r>
        <w:br/>
      </w:r>
      <w:r>
        <w:rPr>
          <w:sz w:val="20"/>
        </w:rPr>
        <w:t>1:18:18  Khuda har waqt poori grip mein liye hue hain poori universe ko. bohat control qaim kar rakha hai apna Khuda ne universe ke upar. to Khuda ki greatness, Khuda ki azmat, Khuda ke power ko batane ke liye ayat aayi hai.</w:t>
      </w:r>
      <w:r>
        <w:br/>
      </w:r>
      <w:r>
        <w:rPr>
          <w:sz w:val="20"/>
        </w:rPr>
        <w:t>1:18:34  yahan tak mein samajhta hoon.</w:t>
      </w:r>
    </w:p>
    <w:p>
      <w:pPr>
        <w:pStyle w:val="Heading2"/>
      </w:pPr>
      <w:r>
        <w:t>Methodology to interpret Quran for modern life</w:t>
      </w:r>
    </w:p>
    <w:p>
      <w:r>
        <w:rPr>
          <w:color w:val="666666"/>
          <w:sz w:val="18"/>
        </w:rPr>
        <w:t>Quran &amp; Tafsir · Age of Peace November 18, 2012 · 1m 35s · at 1:02:25 · https://youtu.be/Y9nkQnBqbrs?t=3745</w:t>
      </w:r>
    </w:p>
    <w:p>
      <w:r>
        <w:rPr>
          <w:i/>
        </w:rPr>
        <w:t>“Thanks a lot for the best and peaceful interpretation of the words discussed today, which has been misunderstood throughout the ages. My question is, what should be the methodology and approach applied to understand and interpret Quran to apply it in a modern life?”</w:t>
      </w:r>
    </w:p>
    <w:p>
      <w:r>
        <w:rPr>
          <w:sz w:val="20"/>
        </w:rPr>
        <w:t>1:02:25  maulana, agla sawal jnu new delhi se ahmed sahib ne kiya hai.</w:t>
      </w:r>
      <w:r>
        <w:br/>
      </w:r>
      <w:r>
        <w:rPr>
          <w:sz w:val="20"/>
        </w:rPr>
        <w:t>1:02:30  unhon ne likha hai: "maulana, thanks a lot for the best and peaceful interpretation of the words discuss today, which has been misunderstood throughout the ages.</w:t>
      </w:r>
      <w:r>
        <w:br/>
      </w:r>
      <w:r>
        <w:rPr>
          <w:sz w:val="20"/>
        </w:rPr>
        <w:t>1:02:42  my question is, what should be the methodology or approach applied to understand and interpret quran to apply it in a modern life?" question yeh hai: bas open mind ke sath padhiye aur dua karte rahiye.</w:t>
      </w:r>
      <w:r>
        <w:br/>
      </w:r>
      <w:r>
        <w:rPr>
          <w:sz w:val="20"/>
        </w:rPr>
        <w:t>1:03:00  koi is ke liye kisi aur cheez ki zaroorat hi nahi hai. open mind ke sath quran padhiye aur Allah taala se dua karte rahiye.</w:t>
      </w:r>
      <w:r>
        <w:br/>
      </w:r>
      <w:r>
        <w:rPr>
          <w:sz w:val="20"/>
        </w:rPr>
        <w:t>1:03:11  kyunke main aksar kaha karta hoon ke quran ek aisi kitaab hai, is ka author, jis ka author jo hai, consult karne ke liye har waqt available hai.</w:t>
      </w:r>
      <w:r>
        <w:br/>
      </w:r>
      <w:r>
        <w:rPr>
          <w:sz w:val="20"/>
        </w:rPr>
        <w:t>1:03:23  author se consult karna kehti hai bari baat hai ke author sab se acha baat batayega.</w:t>
      </w:r>
      <w:r>
        <w:br/>
      </w:r>
      <w:r>
        <w:rPr>
          <w:sz w:val="20"/>
        </w:rPr>
        <w:t>1:03:30  to quran mein hai ke: "waza saluk abadi ani fini qareeb".</w:t>
      </w:r>
      <w:r>
        <w:br/>
      </w:r>
      <w:r>
        <w:rPr>
          <w:sz w:val="20"/>
        </w:rPr>
        <w:t>1:03:38  to Allah taala qareeb hai, matlab quran ka author tumhare qareeb maujood hai. jab chaho us se consult karo.</w:t>
      </w:r>
      <w:r>
        <w:br/>
      </w:r>
      <w:r>
        <w:rPr>
          <w:sz w:val="20"/>
        </w:rPr>
        <w:t>1:03:48  to quran ko open mind ke sath parhna aur dua karte rehna, bas yahi kafi hai. kisi aur cheez ki zaroorat hi nahi hai.</w:t>
      </w:r>
    </w:p>
    <w:p>
      <w:pPr>
        <w:pStyle w:val="Heading2"/>
      </w:pPr>
      <w:r>
        <w:t>Minimum qualification for Quran tadabbur</w:t>
      </w:r>
    </w:p>
    <w:p>
      <w:r>
        <w:rPr>
          <w:color w:val="666666"/>
          <w:sz w:val="18"/>
        </w:rPr>
        <w:t>Quran &amp; Tafsir · Three levels of Realization July 4, 2010 · 2m 09s · at 1:40:33 · https://youtu.be/NtCTVVov3Nw?t=6033</w:t>
      </w:r>
    </w:p>
    <w:p>
      <w:r>
        <w:rPr>
          <w:i/>
        </w:rPr>
        <w:t>“What is the minimum qualification for a person to do tadabbur (reflection) and contemplation in the Quran? Can a person do tadabbur using translations due to lack of knowledge of Arabic?”</w:t>
      </w:r>
    </w:p>
    <w:p>
      <w:r>
        <w:rPr>
          <w:sz w:val="20"/>
        </w:rPr>
        <w:t>1:40:33  maulana agla sawal mister khwaja kaleemuddin ne kiya hai pennsylvania se he has written maulana sahib what is the minimum qualification for a person to do tadabbur or contemplation in quran</w:t>
      </w:r>
      <w:r>
        <w:br/>
      </w:r>
      <w:r>
        <w:rPr>
          <w:sz w:val="20"/>
        </w:rPr>
        <w:t>1:40:49  can a person do tadabbur in quran using translations due to lack of knowledge of arabic language</w:t>
      </w:r>
      <w:r>
        <w:br/>
      </w:r>
      <w:r>
        <w:rPr>
          <w:sz w:val="20"/>
        </w:rPr>
        <w:t>1:40:59  haan mein samajhta hoon ke translation kafi hai sab se bari jo condition hai woh yeh hai ke</w:t>
      </w:r>
      <w:r>
        <w:br/>
      </w:r>
      <w:r>
        <w:rPr>
          <w:sz w:val="20"/>
        </w:rPr>
        <w:t>1:41:06  apne aap ko is texture se bachana</w:t>
      </w:r>
      <w:r>
        <w:br/>
      </w:r>
      <w:r>
        <w:rPr>
          <w:sz w:val="20"/>
        </w:rPr>
        <w:t>1:41:10  jo aadmi destruction mein jee raha ho to chahe kitna hi expert ho arabi zuban ka woh ise</w:t>
      </w:r>
      <w:r>
        <w:br/>
      </w:r>
      <w:r>
        <w:rPr>
          <w:sz w:val="20"/>
        </w:rPr>
        <w:t>1:41:16  samajh payega quran majeed mein</w:t>
      </w:r>
      <w:r>
        <w:br/>
      </w:r>
      <w:r>
        <w:rPr>
          <w:sz w:val="20"/>
        </w:rPr>
        <w:t>1:41:20  to log aam taur par main ne paya hai ke log jeete hain is distraction mein koi beta bete ki distraction hai kisi ko fame ka hai kisi ko political interest ka hai kisi ko business ka hai kisi ko yeh hai kisi ko woh hai to chahe woh arabi zaban jaane chahe woh parhe subah shaam tab bhi concentration nahi hoga isko</w:t>
      </w:r>
      <w:r>
        <w:br/>
      </w:r>
      <w:r>
        <w:rPr>
          <w:sz w:val="20"/>
        </w:rPr>
        <w:t>1:41:40  to main manta hoon ke sab se bari shart jo hai concentration hai aur concentration jo hota hai us ko hota hai jo apne ko distance se bachaye</w:t>
      </w:r>
      <w:r>
        <w:br/>
      </w:r>
      <w:r>
        <w:rPr>
          <w:sz w:val="20"/>
        </w:rPr>
        <w:t>1:41:52  nahi to translation bhi kafi hai</w:t>
      </w:r>
      <w:r>
        <w:br/>
      </w:r>
      <w:r>
        <w:rPr>
          <w:sz w:val="20"/>
        </w:rPr>
        <w:t>1:41:57  aur sincerity sincerity</w:t>
      </w:r>
      <w:r>
        <w:br/>
      </w:r>
      <w:r>
        <w:rPr>
          <w:sz w:val="20"/>
        </w:rPr>
        <w:t>1:42:03  yani arabi zuban mein agar koi expert ho to woh zahir hai ke woh ziyada achi tarah soch</w:t>
      </w:r>
      <w:r>
        <w:br/>
      </w:r>
      <w:r>
        <w:rPr>
          <w:sz w:val="20"/>
        </w:rPr>
        <w:t>1:42:09  sakta hai lekin mein yeh keh sakta hoon ke arabi zuban mein expert hone ka matlab yeh nahi</w:t>
      </w:r>
      <w:r>
        <w:br/>
      </w:r>
      <w:r>
        <w:rPr>
          <w:sz w:val="20"/>
        </w:rPr>
        <w:t>1:42:14  hai ke woh quran ko samajh lega</w:t>
      </w:r>
      <w:r>
        <w:br/>
      </w:r>
      <w:r>
        <w:rPr>
          <w:sz w:val="20"/>
        </w:rPr>
        <w:t>1:42:17  agar woh sincere na ho agar woh distraction se bacha hua na ho agar woh bias zehn ke</w:t>
      </w:r>
      <w:r>
        <w:br/>
      </w:r>
      <w:r>
        <w:rPr>
          <w:sz w:val="20"/>
        </w:rPr>
        <w:t>1:42:24  saath jeeta ho agar woh compress free na ho to arabi mein expert hone ke baad bhi woh</w:t>
      </w:r>
      <w:r>
        <w:br/>
      </w:r>
      <w:r>
        <w:rPr>
          <w:sz w:val="20"/>
        </w:rPr>
        <w:t>1:42:30  quran ko samjhega nahin</w:t>
      </w:r>
      <w:r>
        <w:br/>
      </w:r>
      <w:r>
        <w:rPr>
          <w:sz w:val="20"/>
        </w:rPr>
        <w:t>1:42:34  sincerity aur concentration main samajhta hoon ke yeh bohat hi basic condition hai</w:t>
      </w:r>
    </w:p>
    <w:p>
      <w:pPr>
        <w:pStyle w:val="Heading2"/>
      </w:pPr>
      <w:r>
        <w:t>Missing link of world is Quran</w:t>
      </w:r>
    </w:p>
    <w:p>
      <w:r>
        <w:rPr>
          <w:color w:val="666666"/>
          <w:sz w:val="18"/>
        </w:rPr>
        <w:t>Quran &amp; Tafsir · Forget the Grievances, January 01, 2017 · 49s · at 52:38 · https://youtu.be/zW4q8dl2cmw?t=3158</w:t>
      </w:r>
    </w:p>
    <w:p>
      <w:r>
        <w:rPr>
          <w:i/>
        </w:rPr>
        <w:t>“The missing link of this world is Quran. Maulana Sahib, please ask RCPS team to prepare themselves to fulfill the requirement of...”</w:t>
      </w:r>
    </w:p>
    <w:p>
      <w:r>
        <w:rPr>
          <w:sz w:val="20"/>
        </w:rPr>
        <w:t>52:38  مولانا، اگلا سوال بھیجا ہے آہ USA سے آہ ڈاکٹر وقار عالم صاحب نے، انہوں نے</w:t>
      </w:r>
      <w:r>
        <w:br/>
      </w:r>
      <w:r>
        <w:rPr>
          <w:sz w:val="20"/>
        </w:rPr>
        <w:t>52:46  لکھا ہے: "مولانا، the missing link of this world is Quran۔</w:t>
      </w:r>
      <w:r>
        <w:br/>
      </w:r>
      <w:r>
        <w:rPr>
          <w:sz w:val="20"/>
        </w:rPr>
        <w:t>52:51  مولانا صاحب، please ask RCPS team to prepare themselves to fulfill the requirement of</w:t>
      </w:r>
      <w:r>
        <w:br/>
      </w:r>
      <w:r>
        <w:rPr>
          <w:sz w:val="20"/>
        </w:rPr>
        <w:t>52:59  this phase.</w:t>
      </w:r>
      <w:r>
        <w:br/>
      </w:r>
      <w:r>
        <w:rPr>
          <w:sz w:val="20"/>
        </w:rPr>
        <w:t>53:00  We are the only one who can do this job in coming days.</w:t>
      </w:r>
      <w:r>
        <w:br/>
      </w:r>
      <w:r>
        <w:rPr>
          <w:sz w:val="20"/>
        </w:rPr>
        <w:t>53:06  Please give us an advice in one sentence so that we can keep reminding ourselves to do</w:t>
      </w:r>
      <w:r>
        <w:br/>
      </w:r>
      <w:r>
        <w:rPr>
          <w:sz w:val="20"/>
        </w:rPr>
        <w:t>53:13  this job. " ek sentence bhi hai ke is kaam mein lag jaiye aur dua kijiye.</w:t>
      </w:r>
      <w:r>
        <w:br/>
      </w:r>
      <w:r>
        <w:rPr>
          <w:sz w:val="20"/>
        </w:rPr>
        <w:t>53:20  dua kijiye.</w:t>
      </w:r>
      <w:r>
        <w:br/>
      </w:r>
      <w:r>
        <w:rPr>
          <w:sz w:val="20"/>
        </w:rPr>
        <w:t>53:21  yeh jo kaam hai, is mein lag jaiye aur dua kijiye, dua kijiye, dua kijiye, bas.</w:t>
      </w:r>
    </w:p>
    <w:p>
      <w:pPr>
        <w:pStyle w:val="Heading2"/>
      </w:pPr>
      <w:r>
        <w:t>Modern manna and quail explained</w:t>
      </w:r>
    </w:p>
    <w:p>
      <w:r>
        <w:rPr>
          <w:color w:val="666666"/>
          <w:sz w:val="18"/>
        </w:rPr>
        <w:t>Quran &amp; Tafsir · Dars-e-Quran, Chapter 2, Verse 61 February 11, 2018 · 4m 24s · at 47:09 · https://youtu.be/rgoE0nvFJJI?t=2829</w:t>
      </w:r>
    </w:p>
    <w:p>
      <w:r>
        <w:rPr>
          <w:i/>
        </w:rPr>
        <w:t>“The concept of man and salwa (manna and quail) was an ancient event, but today's man and salwa is much greater. Please explain this feeling.”</w:t>
      </w:r>
    </w:p>
    <w:p>
      <w:r>
        <w:rPr>
          <w:sz w:val="20"/>
        </w:rPr>
        <w:t>47:09  iqbal umri sahib maulana iqbal umri ne chennai se comment aur sawal bheja hai inka comment hai</w:t>
      </w:r>
      <w:r>
        <w:br/>
      </w:r>
      <w:r>
        <w:rPr>
          <w:sz w:val="20"/>
        </w:rPr>
        <w:t>47:18  mun o salwa ke bare mein aisa tasawwur tha ke woh ek qadeem waqea tha magar aaj ka</w:t>
      </w:r>
      <w:r>
        <w:br/>
      </w:r>
      <w:r>
        <w:rPr>
          <w:sz w:val="20"/>
        </w:rPr>
        <w:t>47:28  mun o salwa is se bada mila hua hai ise is ka ehsas</w:t>
      </w:r>
      <w:r>
        <w:br/>
      </w:r>
      <w:r>
        <w:rPr>
          <w:sz w:val="20"/>
        </w:rPr>
        <w:t>47:33  aaj hi hua jazaak allah maulana mera sawal yeh hai ke aksar log khuda ki blessing ko dawat se jod kar kyun nahi dekhte is ke bare mein bataein</w:t>
      </w:r>
      <w:r>
        <w:br/>
      </w:r>
      <w:r>
        <w:rPr>
          <w:sz w:val="20"/>
        </w:rPr>
        <w:t>47:53  asal mein is zamane ke jo musalman hain un par defensive</w:t>
      </w:r>
      <w:r>
        <w:br/>
      </w:r>
      <w:r>
        <w:rPr>
          <w:sz w:val="20"/>
        </w:rPr>
        <w:t>48:05  yani defensive mode mein hain woh, woh samajhte hain ke you are under siege, you are under attack.</w:t>
      </w:r>
      <w:r>
        <w:br/>
      </w:r>
      <w:r>
        <w:rPr>
          <w:sz w:val="20"/>
        </w:rPr>
        <w:t>48:13  تو ہمیں defense کرنا ہے ان سے لڑنا ہے</w:t>
      </w:r>
      <w:r>
        <w:br/>
      </w:r>
      <w:r>
        <w:rPr>
          <w:sz w:val="20"/>
        </w:rPr>
        <w:t>48:19  sare musalmanon mein yeh mizaj agaya hai</w:t>
      </w:r>
      <w:r>
        <w:br/>
      </w:r>
      <w:r>
        <w:rPr>
          <w:sz w:val="20"/>
        </w:rPr>
        <w:t>48:23  hamare rehnamaon ki ghalati se</w:t>
      </w:r>
      <w:r>
        <w:br/>
      </w:r>
      <w:r>
        <w:rPr>
          <w:sz w:val="20"/>
        </w:rPr>
        <w:t>48:29  ke unhon ne maujooda zamane ko</w:t>
      </w:r>
      <w:r>
        <w:br/>
      </w:r>
      <w:r>
        <w:rPr>
          <w:sz w:val="20"/>
        </w:rPr>
        <w:t>48:32  yeh bana diya ke qaumein hum hamare upar attack kar rahi hain hamein in se ladna hai halanke</w:t>
      </w:r>
      <w:r>
        <w:br/>
      </w:r>
      <w:r>
        <w:rPr>
          <w:sz w:val="20"/>
        </w:rPr>
        <w:t>48:40  asal baat yeh thi ke woh jante</w:t>
      </w:r>
      <w:r>
        <w:br/>
      </w:r>
      <w:r>
        <w:rPr>
          <w:sz w:val="20"/>
        </w:rPr>
        <w:t>48:43  ke qaumon ne yeh modern</w:t>
      </w:r>
      <w:r>
        <w:br/>
      </w:r>
      <w:r>
        <w:rPr>
          <w:sz w:val="20"/>
        </w:rPr>
        <w:t>48:46  age ne dawat ki possibility</w:t>
      </w:r>
      <w:r>
        <w:br/>
      </w:r>
      <w:r>
        <w:rPr>
          <w:sz w:val="20"/>
        </w:rPr>
        <w:t>48:50  khol di hai dawat ke mawaqe khol diye hain</w:t>
      </w:r>
      <w:r>
        <w:br/>
      </w:r>
      <w:r>
        <w:rPr>
          <w:sz w:val="20"/>
        </w:rPr>
        <w:t>48:55  humein is ko avail karna hai</w:t>
      </w:r>
      <w:r>
        <w:br/>
      </w:r>
      <w:r>
        <w:rPr>
          <w:sz w:val="20"/>
        </w:rPr>
        <w:t>48:57  ulta ulti guidance diya logon ne ke qaumein hamare upar attack kar rahi hain hamein in se ladna</w:t>
      </w:r>
      <w:r>
        <w:br/>
      </w:r>
      <w:r>
        <w:rPr>
          <w:sz w:val="20"/>
        </w:rPr>
        <w:t>49:06  hai yeh tha hi nahi</w:t>
      </w:r>
      <w:r>
        <w:br/>
      </w:r>
      <w:r>
        <w:rPr>
          <w:sz w:val="20"/>
        </w:rPr>
        <w:t>49:09  balkeh qaumein hamare liye dawat ki opportunity khol rahi thin dawat ke mawaqe khol rahi thin hamein in</w:t>
      </w:r>
      <w:r>
        <w:br/>
      </w:r>
      <w:r>
        <w:rPr>
          <w:sz w:val="20"/>
        </w:rPr>
        <w:t>49:18  ke mutabiq planning karna tha aur is ko avail karna tha</w:t>
      </w:r>
      <w:r>
        <w:br/>
      </w:r>
      <w:r>
        <w:rPr>
          <w:sz w:val="20"/>
        </w:rPr>
        <w:t>49:23  yahan par ghalati hui</w:t>
      </w:r>
      <w:r>
        <w:br/>
      </w:r>
      <w:r>
        <w:rPr>
          <w:sz w:val="20"/>
        </w:rPr>
        <w:t>49:25  aur yeh ghalati sab se zyada hamare rehnamaon ki hum ulama ki ghalati thi</w:t>
      </w:r>
      <w:r>
        <w:br/>
      </w:r>
      <w:r>
        <w:rPr>
          <w:sz w:val="20"/>
        </w:rPr>
        <w:t>49:35  maulana agla comment bheja hai doctor naghma siddiqui ne delhi se unhon ne likha hai my biggest learning</w:t>
      </w:r>
      <w:r>
        <w:br/>
      </w:r>
      <w:r>
        <w:rPr>
          <w:sz w:val="20"/>
        </w:rPr>
        <w:t>49:42  from today lecture was that if we limit our self to need based we will obtain peace of</w:t>
      </w:r>
      <w:r>
        <w:br/>
      </w:r>
      <w:r>
        <w:rPr>
          <w:sz w:val="20"/>
        </w:rPr>
        <w:t>49:50  mind but if we desire more and more than our peace of mind will be taken away this</w:t>
      </w:r>
      <w:r>
        <w:br/>
      </w:r>
      <w:r>
        <w:rPr>
          <w:sz w:val="20"/>
        </w:rPr>
        <w:t>49:58  was a totally this was a totally interpretation in this quranic verse jazak Allah Maulana for giving us</w:t>
      </w:r>
      <w:r>
        <w:br/>
      </w:r>
      <w:r>
        <w:rPr>
          <w:sz w:val="20"/>
        </w:rPr>
        <w:t>50:06  this lesson inshallah i will limit myself to need based</w:t>
      </w:r>
      <w:r>
        <w:br/>
      </w:r>
      <w:r>
        <w:rPr>
          <w:sz w:val="20"/>
        </w:rPr>
        <w:t>50:14  doctor safina tabassum ne saharanpur se likha hai aaj ke zamane ka man o salwa aaj bohat</w:t>
      </w:r>
      <w:r>
        <w:br/>
      </w:r>
      <w:r>
        <w:rPr>
          <w:sz w:val="20"/>
        </w:rPr>
        <w:t>50:23  he nai cheez samajh mein aai Maulana sahib jis ayat ko hum sirf yahood ke liye samajhte the</w:t>
      </w:r>
      <w:r>
        <w:br/>
      </w:r>
      <w:r>
        <w:rPr>
          <w:sz w:val="20"/>
        </w:rPr>
        <w:t>50:31  woh toh ain ummat e muhammadi ke liye hai hamein more and more culture mein nahi jeena hai dawah</w:t>
      </w:r>
      <w:r>
        <w:br/>
      </w:r>
      <w:r>
        <w:rPr>
          <w:sz w:val="20"/>
        </w:rPr>
        <w:t>50:38  ko hi aim of life banana hai mashallah mashallah miss shabina ali ne kolkata se likha hai today</w:t>
      </w:r>
      <w:r>
        <w:br/>
      </w:r>
      <w:r>
        <w:rPr>
          <w:sz w:val="20"/>
        </w:rPr>
        <w:t>50:49  is today age is a global age economic explosion and hence it is pro islam</w:t>
      </w:r>
      <w:r>
        <w:br/>
      </w:r>
      <w:r>
        <w:rPr>
          <w:sz w:val="20"/>
        </w:rPr>
        <w:t>50:56  democracy printing press freedom</w:t>
      </w:r>
      <w:r>
        <w:br/>
      </w:r>
      <w:r>
        <w:rPr>
          <w:sz w:val="20"/>
        </w:rPr>
        <w:t>50:59  of expression are all favorable conditions where dawah work can flourish and survive</w:t>
      </w:r>
      <w:r>
        <w:br/>
      </w:r>
      <w:r>
        <w:rPr>
          <w:sz w:val="20"/>
        </w:rPr>
        <w:t>51:07  it is high time ummat e muslema become need based and devote the entire resources to spread the words</w:t>
      </w:r>
      <w:r>
        <w:br/>
      </w:r>
      <w:r>
        <w:rPr>
          <w:sz w:val="20"/>
        </w:rPr>
        <w:t>51:15  of god to entire mankind and not resort resort to hatred violence and bombing jazak Allah Maulana</w:t>
      </w:r>
      <w:r>
        <w:br/>
      </w:r>
      <w:r>
        <w:rPr>
          <w:sz w:val="20"/>
        </w:rPr>
        <w:t>51:25  for making us realize the importance of dawah work</w:t>
      </w:r>
    </w:p>
    <w:p>
      <w:pPr>
        <w:pStyle w:val="Heading2"/>
      </w:pPr>
      <w:r>
        <w:t>Muslims not seeking Quranic guidance</w:t>
      </w:r>
    </w:p>
    <w:p>
      <w:r>
        <w:rPr>
          <w:color w:val="666666"/>
          <w:sz w:val="18"/>
        </w:rPr>
        <w:t>Quran &amp; Tafsir · Islam and Violence October 12, 2014 · 2m 58s · at 1:17:20 · https://youtu.be/KmpXYZjPlj8?t=4640</w:t>
      </w:r>
    </w:p>
    <w:p>
      <w:r>
        <w:rPr>
          <w:i/>
        </w:rPr>
        <w:t>“Muslims think Islam is a complete system of life, yet they do not seek guidance from the Quran and Hadith in their affairs. The Partition is a case in point. What is your opinion?”</w:t>
      </w:r>
    </w:p>
    <w:p>
      <w:r>
        <w:rPr>
          <w:sz w:val="20"/>
        </w:rPr>
        <w:t>1:17:20  maulana, agla sawal dilli se hai, doctor farida khanoom ka, aur unhon ne likha hai: "muslims think that Islam is a complete system of life, but it is strange that in their affairs they do not seek guidance from the Quran and Hadith.</w:t>
      </w:r>
      <w:r>
        <w:br/>
      </w:r>
      <w:r>
        <w:rPr>
          <w:sz w:val="20"/>
        </w:rPr>
        <w:t>1:17:40  the partition is a case in point." Maulana, what is your opinion on this?</w:t>
      </w:r>
      <w:r>
        <w:br/>
      </w:r>
      <w:r>
        <w:rPr>
          <w:sz w:val="20"/>
        </w:rPr>
        <w:t>1:17:46  haan, mera experience yahi hai keh musalman dar se ek baat keh denge, aur jab poochhen kahan se keh rahe ho, to us par koi Quran o Hadith se koi daleel nahin hogi. mislan, ek Islam mukammal nizam hai.</w:t>
      </w:r>
      <w:r>
        <w:br/>
      </w:r>
      <w:r>
        <w:rPr>
          <w:sz w:val="20"/>
        </w:rPr>
        <w:t>1:17:57  kon si aayat hai Quran o Hadith ki aayaten bhi istemal ki gayi hain? mukammal nizam par kahan hai? na koi aayat hai, na koi hadith hai.</w:t>
      </w:r>
      <w:r>
        <w:br/>
      </w:r>
      <w:r>
        <w:rPr>
          <w:sz w:val="20"/>
        </w:rPr>
        <w:t>1:18:07  yeh yeh jo taabeer hai mukammal nizam ki, to Quran o Hadith mein ajnabi hai.</w:t>
      </w:r>
      <w:r>
        <w:br/>
      </w:r>
      <w:r>
        <w:rPr>
          <w:sz w:val="20"/>
        </w:rPr>
        <w:t>1:18:14  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r>
        <w:br/>
      </w:r>
      <w:r>
        <w:rPr>
          <w:sz w:val="20"/>
        </w:rPr>
        <w:t>1:18:44  yeh hum Allah taala ka fazl hai keh hamare paas mehfooz Quran maujood hai, mehfooz Hadith ki kitaben mehfooz hain, sab ke paas se chhipi hui hain.</w:t>
      </w:r>
      <w:r>
        <w:br/>
      </w:r>
      <w:r>
        <w:rPr>
          <w:sz w:val="20"/>
        </w:rPr>
        <w:t>1:18:54  to jab bhi koi shakhs koi baat kahe, to foran us se poochhen keh batao, koi Quran ki kis aayat se yeh baat nikalti hai? kaun si Hadith hai jo is se yeh baat nikalti hai?</w:t>
      </w:r>
      <w:r>
        <w:br/>
      </w:r>
      <w:r>
        <w:rPr>
          <w:sz w:val="20"/>
        </w:rPr>
        <w:t>1:19:03  yeh zaroor poochhen us se. apne dimagh se agar bol raha hai to bataye keh us ko bataiye keh tumhare dimagh se, apne dimagh se tum keh rahe ho, to is se koi sabit nahin hota.</w:t>
      </w:r>
      <w:r>
        <w:br/>
      </w:r>
      <w:r>
        <w:rPr>
          <w:sz w:val="20"/>
        </w:rPr>
        <w:t>1:19:15  sabit to jab hoga jab koi Quran Hadith se woh cheez</w:t>
      </w:r>
      <w:r>
        <w:br/>
      </w:r>
      <w:r>
        <w:rPr>
          <w:sz w:val="20"/>
        </w:rPr>
        <w:t>1:19:18  nikle.</w:t>
      </w:r>
    </w:p>
    <w:p>
      <w:pPr>
        <w:pStyle w:val="Heading2"/>
      </w:pPr>
      <w:r>
        <w:t>Muslims' universe research and Quranic scholars</w:t>
      </w:r>
    </w:p>
    <w:p>
      <w:r>
        <w:rPr>
          <w:color w:val="666666"/>
          <w:sz w:val="18"/>
        </w:rPr>
        <w:t>Quran &amp; Tafsir · Dars-e-Quran, Ch. 12, V. 105 ; Ch. 10 V. 61 (Study of Nature) | July 15, 2018 · 2m 20s · at 59:02 · https://youtu.be/5d-qNvpMg4k?t=3542</w:t>
      </w:r>
    </w:p>
    <w:p>
      <w:r>
        <w:rPr>
          <w:i/>
        </w:rPr>
        <w:t>“Your statement that research on the universe did not begin among Muslims: was the first group of Quranic scholars also unaware of this?”</w:t>
      </w:r>
    </w:p>
    <w:p>
      <w:r>
        <w:rPr>
          <w:sz w:val="20"/>
        </w:rPr>
        <w:t>59:02  maulana agla sawal mumbai se aya hai javed hayat sahab ne kiya hai.</w:t>
      </w:r>
      <w:r>
        <w:br/>
      </w:r>
      <w:r>
        <w:rPr>
          <w:sz w:val="20"/>
        </w:rPr>
        <w:t>59:08  unhon ne likha hai, "maulana aap ka yeh kehna ke kainat ki research ka talluq se musalmanon mein</w:t>
      </w:r>
      <w:r>
        <w:br/>
      </w:r>
      <w:r>
        <w:rPr>
          <w:sz w:val="20"/>
        </w:rPr>
        <w:t>59:14  beginning tak nahi hui, kya Quran ka awwal makatib groh bhi is se bekhabar raha? Is ke</w:t>
      </w:r>
      <w:r>
        <w:br/>
      </w:r>
      <w:r>
        <w:rPr>
          <w:sz w:val="20"/>
        </w:rPr>
        <w:t>59:20  bare mein batayen." bhai aap kya kya kyun kehte hain? aap mujhe misaal dijiye.</w:t>
      </w:r>
      <w:r>
        <w:br/>
      </w:r>
      <w:r>
        <w:rPr>
          <w:sz w:val="20"/>
        </w:rPr>
        <w:t>59:26  sawal kyun karte hain mujh se? aap</w:t>
      </w:r>
      <w:r>
        <w:br/>
      </w:r>
      <w:r>
        <w:rPr>
          <w:sz w:val="20"/>
        </w:rPr>
        <w:t>59:33  aap nahi mante? aap to aap misaal dijiye.</w:t>
      </w:r>
      <w:r>
        <w:br/>
      </w:r>
      <w:r>
        <w:rPr>
          <w:sz w:val="20"/>
        </w:rPr>
        <w:t>59:40  meri baat ko aap nahi mante to aap misaal dijiye.</w:t>
      </w:r>
      <w:r>
        <w:br/>
      </w:r>
      <w:r>
        <w:rPr>
          <w:sz w:val="20"/>
        </w:rPr>
        <w:t>59:48  meri baat to misaal hai ke quran mein misaal ke taur par hai ke yani woh ayat padhi</w:t>
      </w:r>
      <w:r>
        <w:br/>
      </w:r>
      <w:r>
        <w:rPr>
          <w:sz w:val="20"/>
        </w:rPr>
        <w:t>59:55  thi, "firaun ki lash baqi rahe gi." fi al-yawm</w:t>
      </w:r>
      <w:r>
        <w:br/>
      </w:r>
      <w:r>
        <w:rPr>
          <w:sz w:val="20"/>
        </w:rPr>
        <w:t>1:00:03  ka ibadat nahi kar li. haan.</w:t>
      </w:r>
      <w:r>
        <w:br/>
      </w:r>
      <w:r>
        <w:rPr>
          <w:sz w:val="20"/>
        </w:rPr>
        <w:t>1:00:09  is ka tarjuma padhiye.</w:t>
      </w:r>
      <w:r>
        <w:br/>
      </w:r>
      <w:r>
        <w:rPr>
          <w:sz w:val="20"/>
        </w:rPr>
        <w:t>1:00:15  pas aaj hum tumhare badan ko, tumhari body ko bacha kar rakhenge taake yeh tumhare baad walon</w:t>
      </w:r>
      <w:r>
        <w:br/>
      </w:r>
      <w:r>
        <w:rPr>
          <w:sz w:val="20"/>
        </w:rPr>
        <w:t>1:00:21  ke liye nishani ho.</w:t>
      </w:r>
      <w:r>
        <w:br/>
      </w:r>
      <w:r>
        <w:rPr>
          <w:sz w:val="20"/>
        </w:rPr>
        <w:t>1:00:27  ab dekhen ke baad walon</w:t>
      </w:r>
      <w:r>
        <w:br/>
      </w:r>
      <w:r>
        <w:rPr>
          <w:sz w:val="20"/>
        </w:rPr>
        <w:t>1:00:33  ke liye nishani to yeh nishani kab zahir hui? Na amiat period mein, na bast period mein, na</w:t>
      </w:r>
      <w:r>
        <w:br/>
      </w:r>
      <w:r>
        <w:rPr>
          <w:sz w:val="20"/>
        </w:rPr>
        <w:t>1:00:41  uathman period mein.</w:t>
      </w:r>
      <w:r>
        <w:br/>
      </w:r>
      <w:r>
        <w:rPr>
          <w:sz w:val="20"/>
        </w:rPr>
        <w:t>1:00:48  yeh to zahir hui yani Muslim period ke khatme ke baad kuch yani France ke aur Germany ke</w:t>
      </w:r>
      <w:r>
        <w:br/>
      </w:r>
      <w:r>
        <w:rPr>
          <w:sz w:val="20"/>
        </w:rPr>
        <w:t>1:00:56  kuch researchers ne</w:t>
      </w:r>
      <w:r>
        <w:br/>
      </w:r>
      <w:r>
        <w:rPr>
          <w:sz w:val="20"/>
        </w:rPr>
        <w:t>1:01:04  woh gaye wahan par qahira aur wahan bohat dinon tak unhon ne tehqeeq ki to unhon ne ailan</w:t>
      </w:r>
      <w:r>
        <w:br/>
      </w:r>
      <w:r>
        <w:rPr>
          <w:sz w:val="20"/>
        </w:rPr>
        <w:t>1:01:10  kiya ke yahan maujood hai.</w:t>
      </w:r>
      <w:r>
        <w:br/>
      </w:r>
      <w:r>
        <w:rPr>
          <w:sz w:val="20"/>
        </w:rPr>
        <w:t>1:01:16  yeh to waqea hai.</w:t>
      </w:r>
    </w:p>
    <w:p>
      <w:pPr>
        <w:pStyle w:val="Heading2"/>
      </w:pPr>
      <w:r>
        <w:t>Need for a Guide to Rediscover Quran</w:t>
      </w:r>
    </w:p>
    <w:p>
      <w:r>
        <w:rPr>
          <w:color w:val="666666"/>
          <w:sz w:val="18"/>
        </w:rPr>
        <w:t>Quran &amp; Tafsir · The Straight Path October 30, 2011 Maulana Wahiduddin Khan · 2m 00s · at 1:03:52 · https://youtu.be/PKFHe82Jz58?t=3832</w:t>
      </w:r>
    </w:p>
    <w:p>
      <w:r>
        <w:rPr>
          <w:i/>
        </w:rPr>
        <w:t>“Is a guide needed to rediscover the Quran, or can it be rediscovered without a guide?”</w:t>
      </w:r>
    </w:p>
    <w:p>
      <w:r>
        <w:rPr>
          <w:sz w:val="20"/>
        </w:rPr>
        <w:t>1:03:52  maulana, yeh sawal aaya hai mr muhammad bashir ka kashmir se. unhone likha hai: "quran ko rediscover karne ke liye rehnuma ki zaroorat hai ya baghair rehnuma ke quran ki rediscovery ho jayegi?"</w:t>
      </w:r>
      <w:r>
        <w:br/>
      </w:r>
      <w:r>
        <w:rPr>
          <w:sz w:val="20"/>
        </w:rPr>
        <w:t>1:04:11  is ka rehnuma insaan nahi hai, khud uska author hai, quran ka author.</w:t>
      </w:r>
      <w:r>
        <w:br/>
      </w:r>
      <w:r>
        <w:rPr>
          <w:sz w:val="20"/>
        </w:rPr>
        <w:t>1:04:21  dekhiye, quran hi ek aisi kitab hai jis ka author har waqt consult karne ke liye available hai.</w:t>
      </w:r>
      <w:r>
        <w:br/>
      </w:r>
      <w:r>
        <w:rPr>
          <w:sz w:val="20"/>
        </w:rPr>
        <w:t>1:04:31  ilm e teemiyah ke bare mein kaha jata hai ke un ki samajh mein koi ayat nahi aayi to wuzu kar ke salat ul haajah parhi, unhon ne phir dua ki: "ya muallimah ibrahim allimni", yaani unhon ne khud quran ke musannif se consult kiya gaya ke aap is tarah parhiye quran ko.</w:t>
      </w:r>
      <w:r>
        <w:br/>
      </w:r>
      <w:r>
        <w:rPr>
          <w:sz w:val="20"/>
        </w:rPr>
        <w:t>1:04:52  to consult karne mein yahi bhi shamil hai ke aap baais e khatm kijiye, baais ke mein to falan ki tafsir nahi parhu ga, mein to falan tafsir parhu ga sirf.</w:t>
      </w:r>
      <w:r>
        <w:br/>
      </w:r>
      <w:r>
        <w:rPr>
          <w:sz w:val="20"/>
        </w:rPr>
        <w:t>1:05:02  to ke aap aap ka zehn nahi khule ga. yeh jo baais hota hai, arey bhai, falan ki tafsir mat parhna, nahi, khule zehn ke sath parhiye tafsir hai aur dua kijiye.</w:t>
      </w:r>
      <w:r>
        <w:br/>
      </w:r>
      <w:r>
        <w:rPr>
          <w:sz w:val="20"/>
        </w:rPr>
        <w:t>1:05:17  to quran isi liye aaya hai ke aap samjhein is ko. isi tarah koi mumareh, woh isi liye nahi aaya, woh lekin quran ko samajhne ke liye aik opened mind chahiye, ta'assub se khali zehn chahiye.</w:t>
      </w:r>
      <w:r>
        <w:br/>
      </w:r>
      <w:r>
        <w:rPr>
          <w:sz w:val="20"/>
        </w:rPr>
        <w:t>1:05:34  aur yeh zehn nahi ke hum falan ki tafsir to parhein ge nahi, falan ki kitab to parhein ge nahi, nahi, khule zehn se har cheez parhiye aur dua karte rahiye, dua karte rahiye, dua karte rahiye</w:t>
      </w:r>
      <w:r>
        <w:br/>
      </w:r>
      <w:r>
        <w:rPr>
          <w:sz w:val="20"/>
        </w:rPr>
        <w:t>1:05:46  to zaroor darwaze khulen ge aap ke liye.</w:t>
      </w:r>
    </w:p>
    <w:p>
      <w:pPr>
        <w:pStyle w:val="Heading2"/>
      </w:pPr>
      <w:r>
        <w:t>Need of Hadith to understand Quran</w:t>
      </w:r>
    </w:p>
    <w:p>
      <w:r>
        <w:rPr>
          <w:color w:val="666666"/>
          <w:sz w:val="18"/>
        </w:rPr>
        <w:t>Quran &amp; Tafsir · Example of the Prophet March 20, 2016 · 1m 59s · at 59:33 · https://youtu.be/79HmhzXU41w?t=3573</w:t>
      </w:r>
    </w:p>
    <w:p>
      <w:r>
        <w:rPr>
          <w:i/>
        </w:rPr>
        <w:t>“What is the need of Hadith to understand the Quran? Please clarify.”</w:t>
      </w:r>
    </w:p>
    <w:p>
      <w:r>
        <w:rPr>
          <w:sz w:val="20"/>
        </w:rPr>
        <w:t>59:33  Maulana, agla sawal abhi Pakistan se hai aur unhon ne likha hai ke Quran ko samajhne ke liye</w:t>
      </w:r>
      <w:r>
        <w:br/>
      </w:r>
      <w:r>
        <w:rPr>
          <w:sz w:val="20"/>
        </w:rPr>
        <w:t>59:40  kya hadith ki zaroorat hai, is ko wazeh karen.</w:t>
      </w:r>
      <w:r>
        <w:br/>
      </w:r>
      <w:r>
        <w:rPr>
          <w:sz w:val="20"/>
        </w:rPr>
        <w:t>59:44  zaroorat kya hai, woh toh lazim hai.</w:t>
      </w:r>
      <w:r>
        <w:br/>
      </w:r>
      <w:r>
        <w:rPr>
          <w:sz w:val="20"/>
        </w:rPr>
        <w:t>59:47  jo hadith ko Quran se alag karte hain, woh yaani un ke paas na toh deen ka ilm</w:t>
      </w:r>
      <w:r>
        <w:br/>
      </w:r>
      <w:r>
        <w:rPr>
          <w:sz w:val="20"/>
        </w:rPr>
        <w:t>59:55  hai, na wisdom bhi nahi hai.</w:t>
      </w:r>
      <w:r>
        <w:br/>
      </w:r>
      <w:r>
        <w:rPr>
          <w:sz w:val="20"/>
        </w:rPr>
        <w:t>1:00:00  aap ghaur kijiye ke Allah taala ne jis insaan ko</w:t>
      </w:r>
      <w:r>
        <w:br/>
      </w:r>
      <w:r>
        <w:rPr>
          <w:sz w:val="20"/>
        </w:rPr>
        <w:t>1:00:06  select kiya ke is par aakhri kitab utarein,</w:t>
      </w:r>
      <w:r>
        <w:br/>
      </w:r>
      <w:r>
        <w:rPr>
          <w:sz w:val="20"/>
        </w:rPr>
        <w:t>1:00:11  us ko alag kar ke aap Quran ko samajh sakte hain? Aap</w:t>
      </w:r>
      <w:r>
        <w:br/>
      </w:r>
      <w:r>
        <w:rPr>
          <w:sz w:val="20"/>
        </w:rPr>
        <w:t>1:00:17  Quran ka mutala karen toh Quran mein sirf basic</w:t>
      </w:r>
      <w:r>
        <w:br/>
      </w:r>
      <w:r>
        <w:rPr>
          <w:sz w:val="20"/>
        </w:rPr>
        <w:t>1:00:23  teachings hain, detail hai hi nahi Quran mein kisi bhi cheez ki,</w:t>
      </w:r>
      <w:r>
        <w:br/>
      </w:r>
      <w:r>
        <w:rPr>
          <w:sz w:val="20"/>
        </w:rPr>
        <w:t>1:00:29  kisi bhi cheez ki detail nahi.</w:t>
      </w:r>
      <w:r>
        <w:br/>
      </w:r>
      <w:r>
        <w:rPr>
          <w:sz w:val="20"/>
        </w:rPr>
        <w:t>1:00:31  yahan tak ke ek shakhs jab Islam qabool karta hai toh jo kalma parhta hai, woh bhi nahi</w:t>
      </w:r>
      <w:r>
        <w:br/>
      </w:r>
      <w:r>
        <w:rPr>
          <w:sz w:val="20"/>
        </w:rPr>
        <w:t>1:00:36  maujood hai quran majeed mein.</w:t>
      </w:r>
      <w:r>
        <w:br/>
      </w:r>
      <w:r>
        <w:rPr>
          <w:sz w:val="20"/>
        </w:rPr>
        <w:t>1:00:38  ashhadu an la ilaha illallah wa ashhadu an Muhammad abduhu rasool kahan hai quran mein?</w:t>
      </w:r>
      <w:r>
        <w:br/>
      </w:r>
      <w:r>
        <w:rPr>
          <w:sz w:val="20"/>
        </w:rPr>
        <w:t>1:00:44  na namaz ki tafseer, zakat ki, haj ki, kisi ki bhi kuch bhi nahi, kyunke basic teachings hain</w:t>
      </w:r>
      <w:r>
        <w:br/>
      </w:r>
      <w:r>
        <w:rPr>
          <w:sz w:val="20"/>
        </w:rPr>
        <w:t>1:00:51  quran majeed mein.</w:t>
      </w:r>
      <w:r>
        <w:br/>
      </w:r>
      <w:r>
        <w:rPr>
          <w:sz w:val="20"/>
        </w:rPr>
        <w:t>1:00:52  basic teach to basic teachings ki tafseer kaun bataye?</w:t>
      </w:r>
      <w:r>
        <w:br/>
      </w:r>
      <w:r>
        <w:rPr>
          <w:sz w:val="20"/>
        </w:rPr>
        <w:t>1:01:00  jo basic teachings quran majeed mein hain, uski tafseer kaun bataye? zahir hai koi batayega jis</w:t>
      </w:r>
      <w:r>
        <w:br/>
      </w:r>
      <w:r>
        <w:rPr>
          <w:sz w:val="20"/>
        </w:rPr>
        <w:t>1:01:05  peh utra hai woh.</w:t>
      </w:r>
      <w:r>
        <w:br/>
      </w:r>
      <w:r>
        <w:rPr>
          <w:sz w:val="20"/>
        </w:rPr>
        <w:t>1:01:07  to main samajhta hoon ke rasool Allah quran ka integral part hain.</w:t>
      </w:r>
      <w:r>
        <w:br/>
      </w:r>
      <w:r>
        <w:rPr>
          <w:sz w:val="20"/>
        </w:rPr>
        <w:t>1:01:13  jo kahe ke hum rasool Allah ko alag kar ke, hadith ko alag kar ke quran ko samjhein</w:t>
      </w:r>
      <w:r>
        <w:br/>
      </w:r>
      <w:r>
        <w:rPr>
          <w:sz w:val="20"/>
        </w:rPr>
        <w:t>1:01:17  ge, mujhe to uski sensitivity pe shak hota hai.</w:t>
      </w:r>
      <w:r>
        <w:br/>
      </w:r>
      <w:r>
        <w:rPr>
          <w:sz w:val="20"/>
        </w:rPr>
        <w:t>1:01:20  sensitivity pe shak hota hai.</w:t>
      </w:r>
      <w:r>
        <w:br/>
      </w:r>
      <w:r>
        <w:rPr>
          <w:sz w:val="20"/>
        </w:rPr>
        <w:t>1:01:25  yani koi bhi reason</w:t>
      </w:r>
      <w:r>
        <w:br/>
      </w:r>
      <w:r>
        <w:rPr>
          <w:sz w:val="20"/>
        </w:rPr>
        <w:t>1:01:28  isko allow nahi kar sakti ke aap dono ko alag karein aap.</w:t>
      </w:r>
    </w:p>
    <w:p>
      <w:pPr>
        <w:pStyle w:val="Heading2"/>
      </w:pPr>
      <w:r>
        <w:t>Obligatory knowledge for success in both worlds</w:t>
      </w:r>
    </w:p>
    <w:p>
      <w:r>
        <w:rPr>
          <w:color w:val="666666"/>
          <w:sz w:val="18"/>
        </w:rPr>
        <w:t>Quran &amp; Tafsir · From The Spiritual Tree August 8, 2010 · 2m 21s · at 1:09:06 · https://youtu.be/H6e9NOrqgHI?t=4146</w:t>
      </w:r>
    </w:p>
    <w:p>
      <w:r>
        <w:rPr>
          <w:i/>
        </w:rPr>
        <w:t>“Sir, first tell us how many types of knowledge are there. Which knowledge has God made obligatory upon man—curricular knowledge or Quranic knowledge? What knowledge should a person acquire so that both this world and the Hereafter are set right?”</w:t>
      </w:r>
    </w:p>
    <w:p>
      <w:r>
        <w:rPr>
          <w:sz w:val="20"/>
        </w:rPr>
        <w:t>1:09:06  maulana, agla sawal mister nafees shiraz ne kiya hai dilli se.</w:t>
      </w:r>
      <w:r>
        <w:br/>
      </w:r>
      <w:r>
        <w:rPr>
          <w:sz w:val="20"/>
        </w:rPr>
        <w:t>1:09:11  unhon ne likha hai ke "sir, pehle to bataen ilm kitne prakar ke hote hain? allah ne kaun sa ilm hasil karne ki zimmedari insan par aaid ki hai?</w:t>
      </w:r>
      <w:r>
        <w:br/>
      </w:r>
      <w:r>
        <w:rPr>
          <w:sz w:val="20"/>
        </w:rPr>
        <w:t>1:09:23  nisabi ilm ya quran ka ilm? insan kaun sa ilm hasil kare ke jis se uski dunya o akhirat dono sanwar jayen?"</w:t>
      </w:r>
      <w:r>
        <w:br/>
      </w:r>
      <w:r>
        <w:rPr>
          <w:sz w:val="20"/>
        </w:rPr>
        <w:t>1:09:34  yeh toh sawal ko, yani yeh koi is tarah ke jo sawal yahan hote hain, iski ek koi limitations hoti hain. samjhe aap?</w:t>
      </w:r>
      <w:r>
        <w:br/>
      </w:r>
      <w:r>
        <w:rPr>
          <w:sz w:val="20"/>
        </w:rPr>
        <w:t>1:09:45  to main toh yeh kahunga ke aap study karna shuru kar dijiye. aap ko maloom ho jaye ke ilm kya hai. ji,</w:t>
      </w:r>
      <w:r>
        <w:br/>
      </w:r>
      <w:r>
        <w:rPr>
          <w:sz w:val="20"/>
        </w:rPr>
        <w:t>1:09:56  study karna shuru kar dijiye. maloom ho jaye ilm kya hai. doosri baat yeh hai ke sawal karne ka tareeqa kya hai? woh bhi sun lijiye.</w:t>
      </w:r>
      <w:r>
        <w:br/>
      </w:r>
      <w:r>
        <w:rPr>
          <w:sz w:val="20"/>
        </w:rPr>
        <w:t>1:10:04  hadith mein aata hai ke "nauhana inqasat sawal wal aqeel wal qaal". "nauhana inqasat sawal" hamein zyada sawal karne se mana kiya gaya hai.</w:t>
      </w:r>
      <w:r>
        <w:br/>
      </w:r>
      <w:r>
        <w:rPr>
          <w:sz w:val="20"/>
        </w:rPr>
        <w:t>1:10:14  zyada sawal kya hai? dekhen, sahi sawal woh hai jo mera apna masla ho, uske bare mein pooche aadmi. aur masla kahin iran turan ka hai, us par hum poochen to woh sawal nahi hai.</w:t>
      </w:r>
      <w:r>
        <w:br/>
      </w:r>
      <w:r>
        <w:rPr>
          <w:sz w:val="20"/>
        </w:rPr>
        <w:t>1:10:29  woh toh ek intellectual luxury hai.</w:t>
      </w:r>
      <w:r>
        <w:br/>
      </w:r>
      <w:r>
        <w:rPr>
          <w:sz w:val="20"/>
        </w:rPr>
        <w:t>1:10:34  isi liye hadith ek sahabi kehte hain, ek sahabi ke "nauhana inqasat sawal" hamein mana kiya gaya hai zyada sawal karne se. zyada sawal ka matlab kya hai?</w:t>
      </w:r>
      <w:r>
        <w:br/>
      </w:r>
      <w:r>
        <w:rPr>
          <w:sz w:val="20"/>
        </w:rPr>
        <w:t>1:10:43  mera personal matter hai, mera zaati masla hai to sawal karoon main. aur bas yun hi hawaai sawal karna, iran turan ki baaten karna, "there is not question".</w:t>
      </w:r>
      <w:r>
        <w:br/>
      </w:r>
      <w:r>
        <w:rPr>
          <w:sz w:val="20"/>
        </w:rPr>
        <w:t>1:10:54  "there is intellectual luxury".</w:t>
      </w:r>
      <w:r>
        <w:br/>
      </w:r>
      <w:r>
        <w:rPr>
          <w:sz w:val="20"/>
        </w:rPr>
        <w:t>1:10:59  to main yeh kahunga ke aadmi ko chahiye ke sab se pehle study kare, mutala kare, aur aur woh apne aap ko prepare kare, apne ko tayyar kare.</w:t>
      </w:r>
      <w:r>
        <w:br/>
      </w:r>
      <w:r>
        <w:rPr>
          <w:sz w:val="20"/>
        </w:rPr>
        <w:t>1:11:11  sab sawal se pehle apne aap ko prepare karna parta hai. agar un prepared mind jo hoga, woh yeh bhi nahi jayega ke kya sawal kare, kya sawal na kare.</w:t>
      </w:r>
      <w:r>
        <w:br/>
      </w:r>
      <w:r>
        <w:rPr>
          <w:sz w:val="20"/>
        </w:rPr>
        <w:t>1:11:22  un prepared mind jo hai, usko uski uski khabar nahi hoti.</w:t>
      </w:r>
    </w:p>
    <w:p>
      <w:pPr>
        <w:pStyle w:val="Heading2"/>
      </w:pPr>
      <w:r>
        <w:t>Obstacles to contemporary Quran application</w:t>
      </w:r>
    </w:p>
    <w:p>
      <w:r>
        <w:rPr>
          <w:color w:val="666666"/>
          <w:sz w:val="18"/>
        </w:rPr>
        <w:t>Quran &amp; Tafsir · Study of The Quran November 30, 2014 · 1m 04s · at 44:46 · https://youtu.be/x3fcJ2nlDow?t=2686</w:t>
      </w:r>
    </w:p>
    <w:p>
      <w:r>
        <w:rPr>
          <w:i/>
        </w:rPr>
        <w:t>“Maulana, based on your experience, what is the obstacle to doing a contemporary application of the Quran?”</w:t>
      </w:r>
    </w:p>
    <w:p>
      <w:r>
        <w:rPr>
          <w:sz w:val="20"/>
        </w:rPr>
        <w:t>44:46  . Maulana, yeh sawal aaya hai Chennai se Maulana Iqbal Umri ka, aur unhone aapse poocha hai ke Maulana, aap ke tajrube se Quran ka contemporary application karne ke liye kya cheez rukawat bani hui hai, us ke bare mein bataein.</w:t>
      </w:r>
      <w:r>
        <w:br/>
      </w:r>
      <w:r>
        <w:rPr>
          <w:sz w:val="20"/>
        </w:rPr>
        <w:t>45:05  mere samajh mein to yeh hai ke woh jo woh jo hadees hai, us ki wajah se log us ko rizq samajhte hain. man fasara al quran bil rai faqad akhta'a.</w:t>
      </w:r>
      <w:r>
        <w:br/>
      </w:r>
      <w:r>
        <w:rPr>
          <w:sz w:val="20"/>
        </w:rPr>
        <w:t>45:16  darte hain ke kahin aql is apply karenge to kahin gunah na ho jaye. haalanke is hadees ka yeh matlab nahi hai. is ka matlab hai ke bas atalttan taur par lage bolne Quran ke bare mein.</w:t>
      </w:r>
      <w:r>
        <w:br/>
      </w:r>
      <w:r>
        <w:rPr>
          <w:sz w:val="20"/>
        </w:rPr>
        <w:t>45:31  na study kiya hai, na arabi zaban achhi jante hain. is se mana kiya gaya hai.</w:t>
      </w:r>
      <w:r>
        <w:br/>
      </w:r>
      <w:r>
        <w:rPr>
          <w:sz w:val="20"/>
        </w:rPr>
        <w:t>45:36  baqi aap siriesli agar aap study karen quran ki, khoob tehqeeq karen, aur tehqeeq kar ke poori sanjeedgi ke sath aik rai par pohnchen to woh to aane matloob hain.</w:t>
      </w:r>
    </w:p>
    <w:p>
      <w:pPr>
        <w:pStyle w:val="Heading2"/>
      </w:pPr>
      <w:r>
        <w:t>Origin of concept of Quran disrespect</w:t>
      </w:r>
    </w:p>
    <w:p>
      <w:r>
        <w:rPr>
          <w:color w:val="666666"/>
          <w:sz w:val="18"/>
        </w:rPr>
        <w:t>Quran &amp; Tafsir · Dars-e-Quran, Chapter 25, V. 1 (Spreading Quran) September 9, 2018 · 1m 06s · at 58:30 · https://youtu.be/zf3V6LP2Qg0?t=3510</w:t>
      </w:r>
    </w:p>
    <w:p>
      <w:r>
        <w:rPr>
          <w:i/>
        </w:rPr>
        <w:t>“Where did the concept of 'be-adabi' (disrespect) of the Quran come from? Please explain what this concept is and whether it is valid.”</w:t>
      </w:r>
    </w:p>
    <w:p>
      <w:r>
        <w:rPr>
          <w:sz w:val="20"/>
        </w:rPr>
        <w:t>58:30  maulana, agla sawal miss stuti malhotra ne poocha hai dilli se. unhon ne likha hai: maulana, from where did this concept of be adabi of quran emerge?</w:t>
      </w:r>
      <w:r>
        <w:br/>
      </w:r>
      <w:r>
        <w:rPr>
          <w:sz w:val="20"/>
        </w:rPr>
        <w:t>58:43  is ko is ke bare mein bataein. kya hai be adabi jo hai concept jo logon ne banaya hua hai quran ko le ke?</w:t>
      </w:r>
      <w:r>
        <w:br/>
      </w:r>
      <w:r>
        <w:rPr>
          <w:sz w:val="20"/>
        </w:rPr>
        <w:t>58:51  yeh kahan se? kya kya be adabi? dis respectting? be adabi acha hai ji, yeh hai hi nahi quran mein.</w:t>
      </w:r>
      <w:r>
        <w:br/>
      </w:r>
      <w:r>
        <w:rPr>
          <w:sz w:val="20"/>
        </w:rPr>
        <w:t>59:01  hazrat umar ne is ko kaha ke musalma kazzab ka masla, yeh quran mein nahi, yeh shaitan ne banaya hai.</w:t>
      </w:r>
      <w:r>
        <w:br/>
      </w:r>
      <w:r>
        <w:rPr>
          <w:sz w:val="20"/>
        </w:rPr>
        <w:t>59:10  logon ko yani behkaya ke respect, respect, hurmat, be hurmati, yeh sab shaitan ke masle hain.</w:t>
      </w:r>
      <w:r>
        <w:br/>
      </w:r>
      <w:r>
        <w:rPr>
          <w:sz w:val="20"/>
        </w:rPr>
        <w:t>59:22  yeh hazrat umar ka qaul hai. hazrat umar ne jab yeh keh diya ke yeh to musalma kazzab ka masla hai to hum ko haq hai, hum yeh kahein?</w:t>
      </w:r>
    </w:p>
    <w:p>
      <w:pPr>
        <w:pStyle w:val="Heading2"/>
      </w:pPr>
      <w:r>
        <w:t>Overcoming negative feelings using Quran</w:t>
      </w:r>
    </w:p>
    <w:p>
      <w:r>
        <w:rPr>
          <w:color w:val="666666"/>
          <w:sz w:val="18"/>
        </w:rPr>
        <w:t>Quran &amp; Tafsir · Politics and Nation Building May 19, 2013 · 2m 08s · at 52:15 · https://youtu.be/kmiMGq0Ki2Q?t=3135</w:t>
      </w:r>
    </w:p>
    <w:p>
      <w:r>
        <w:rPr>
          <w:i/>
        </w:rPr>
        <w:t>“Please tell me, in the light of Quran, how to overcome negative feelings and develop positive attitude?”</w:t>
      </w:r>
    </w:p>
    <w:p>
      <w:r>
        <w:rPr>
          <w:sz w:val="20"/>
        </w:rPr>
        <w:t>52:15  Maulana agla sawal Dhampur se hai Ahmad Fawad Sahab ka unhone likha hai Maulana Sahab please tell me that in the light of Quran how to overcome our negative feelings and develop positive attitude</w:t>
      </w:r>
      <w:r>
        <w:br/>
      </w:r>
      <w:r>
        <w:rPr>
          <w:sz w:val="20"/>
        </w:rPr>
        <w:t>52:33  dekhiye Quran ka jo maine mutala kiya hai to maine samjha hai yeh baat ke Quran jo hai woh aap ke andar result oriented thinking paida karta hai natija khez soch natija ko dekh kar bolna natija ko dekh kar amal karna natija dekh ko dekh kar sab kuch karna</w:t>
      </w:r>
      <w:r>
        <w:br/>
      </w:r>
      <w:r>
        <w:rPr>
          <w:sz w:val="20"/>
        </w:rPr>
        <w:t>53:01  to natija yani result is the criterion jo natija hai usi se faisla hoga kaun si baat sahi thi kaun si baat galat thi to jab aap aisa karein to sochein aap ke negative thinking jo hai in terms of result kya hai baat natija kya hai to aap foran us natije pahunchenge ke negative thinking to</w:t>
      </w:r>
      <w:r>
        <w:br/>
      </w:r>
      <w:r>
        <w:rPr>
          <w:sz w:val="20"/>
        </w:rPr>
        <w:t>53:31  halakat hai woh to self killing hai to aap usko chhod denge to sara khulasa yeh hai ke aap ki soch result oriented soch ho jaye</w:t>
      </w:r>
      <w:r>
        <w:br/>
      </w:r>
      <w:r>
        <w:rPr>
          <w:sz w:val="20"/>
        </w:rPr>
        <w:t>53:51  jaise Quran mein hai ke la khaira fi kaseerin min najwah un logon ki baaton mein aksar baatein aisi hoti hain jis mein koi khair nahi hoti</w:t>
      </w:r>
      <w:r>
        <w:br/>
      </w:r>
      <w:r>
        <w:rPr>
          <w:sz w:val="20"/>
        </w:rPr>
        <w:t>54:01  matlab iska koi natija nahi to chahe bolna ho chahe amal karna ho sab se pehle yeh socheye ke iska result kya hoga agar aap yeh sochenge to apne aap negative thought khatam ho jayenge apne aap negative soch khatam ho jayegi</w:t>
      </w:r>
    </w:p>
    <w:p>
      <w:pPr>
        <w:pStyle w:val="Heading2"/>
      </w:pPr>
      <w:r>
        <w:t>Paradise for those who purify</w:t>
      </w:r>
    </w:p>
    <w:p>
      <w:r>
        <w:rPr>
          <w:color w:val="666666"/>
          <w:sz w:val="18"/>
        </w:rPr>
        <w:t>Quran &amp; Tafsir · Material Science Vs Spiritual Science 20th May 12 SLOW · 1m 27s · at 1:44:18 · https://youtu.be/qYwFExG7cyM?t=6258</w:t>
      </w:r>
    </w:p>
    <w:p>
      <w:r>
        <w:rPr>
          <w:i/>
        </w:rPr>
        <w:t>“Quran chapter 20, verse number 76 says that paradise is only for those who purify themselves.”</w:t>
      </w:r>
    </w:p>
    <w:p>
      <w:r>
        <w:rPr>
          <w:sz w:val="20"/>
        </w:rPr>
        <w:t>1:44:18  agla sawal maulana lucknow se hai mr muhammad munis sahab ka.</w:t>
      </w:r>
      <w:r>
        <w:br/>
      </w:r>
      <w:r>
        <w:rPr>
          <w:sz w:val="20"/>
        </w:rPr>
        <w:t>1:44:22  unhon ne likha hai ke quran ke chapter 20, words number 76 mein bataya gaya hai ke paradise</w:t>
      </w:r>
      <w:r>
        <w:br/>
      </w:r>
      <w:r>
        <w:rPr>
          <w:sz w:val="20"/>
        </w:rPr>
        <w:t>1:44:30  sirf un logon ke liye hai jo apna tazkiya karen.</w:t>
      </w:r>
      <w:r>
        <w:br/>
      </w:r>
      <w:r>
        <w:rPr>
          <w:sz w:val="20"/>
        </w:rPr>
        <w:t>1:44:34  yeh tazkiya kya hai? is ko wazeh wazeh karen.</w:t>
      </w:r>
      <w:r>
        <w:br/>
      </w:r>
      <w:r>
        <w:rPr>
          <w:sz w:val="20"/>
        </w:rPr>
        <w:t>1:44:38  bhai, is pe to poori kitaab hai hamari, parhiye is ko.</w:t>
      </w:r>
      <w:r>
        <w:br/>
      </w:r>
      <w:r>
        <w:rPr>
          <w:sz w:val="20"/>
        </w:rPr>
        <w:t>1:44:43  tazkiya ke naam se bhi hai, woh kitaab maarfat ke naam se hai.</w:t>
      </w:r>
      <w:r>
        <w:br/>
      </w:r>
      <w:r>
        <w:rPr>
          <w:sz w:val="20"/>
        </w:rPr>
        <w:t>1:44:49  tazkiya jo hai, agar aap waqai janna chahte hain to choti kitaab agar parhna hai aap ko to</w:t>
      </w:r>
      <w:r>
        <w:br/>
      </w:r>
      <w:r>
        <w:rPr>
          <w:sz w:val="20"/>
        </w:rPr>
        <w:t>1:44:56  tazkiya ke naam se chhapi hai, woh 50 safhe ki.</w:t>
      </w:r>
      <w:r>
        <w:br/>
      </w:r>
      <w:r>
        <w:rPr>
          <w:sz w:val="20"/>
        </w:rPr>
        <w:t>1:45:01  zyada tafseel se parhna chahte ho to kitaab maarfat parhiye.</w:t>
      </w:r>
      <w:r>
        <w:br/>
      </w:r>
      <w:r>
        <w:rPr>
          <w:sz w:val="20"/>
        </w:rPr>
        <w:t>1:45:05  kis tarah tazkiya wali kitaab? ji, alag se bhi hai, alag bhi chhapi hai.</w:t>
      </w:r>
      <w:r>
        <w:br/>
      </w:r>
      <w:r>
        <w:rPr>
          <w:sz w:val="20"/>
        </w:rPr>
        <w:t>1:45:11  ji, kya naam hai is ka? tazkiya nafs.</w:t>
      </w:r>
      <w:r>
        <w:br/>
      </w:r>
      <w:r>
        <w:rPr>
          <w:sz w:val="20"/>
        </w:rPr>
        <w:t>1:45:14  is ka naam hai tazkiya nafs.</w:t>
      </w:r>
      <w:r>
        <w:br/>
      </w:r>
      <w:r>
        <w:rPr>
          <w:sz w:val="20"/>
        </w:rPr>
        <w:t>1:45:17  yeh tazkiya nafs ke naam se ek 50 safhe ka pamphlet hai, is ko aap parh sakte hain.</w:t>
      </w:r>
      <w:r>
        <w:br/>
      </w:r>
      <w:r>
        <w:rPr>
          <w:sz w:val="20"/>
        </w:rPr>
        <w:t>1:45:25  aur moti kitaab hai, kitaab maarfat ke naam se, woh bhi sab tazkiya ki baaten is mein hain,</w:t>
      </w:r>
      <w:r>
        <w:br/>
      </w:r>
      <w:r>
        <w:rPr>
          <w:sz w:val="20"/>
        </w:rPr>
        <w:t>1:45:32  is ko aap parhiye.</w:t>
      </w:r>
      <w:r>
        <w:br/>
      </w:r>
      <w:r>
        <w:rPr>
          <w:sz w:val="20"/>
        </w:rPr>
        <w:t>1:45:34  maulana, hum batana chahenge ke website pe bhi uploaded hai, cps ki website</w:t>
      </w:r>
      <w:r>
        <w:br/>
      </w:r>
      <w:r>
        <w:rPr>
          <w:sz w:val="20"/>
        </w:rPr>
        <w:t>1:45:42  pe aap is ko parh sakte hain.</w:t>
      </w:r>
    </w:p>
    <w:p>
      <w:pPr>
        <w:pStyle w:val="Heading2"/>
      </w:pPr>
      <w:r>
        <w:t>Parameters of right criteria for judgment</w:t>
      </w:r>
    </w:p>
    <w:p>
      <w:r>
        <w:rPr>
          <w:color w:val="666666"/>
          <w:sz w:val="18"/>
        </w:rPr>
        <w:t>Quran &amp; Tafsir · Eid-al-Azha I October 13, 2013 · 2m 03s · at 47:30 · https://youtu.be/oy7zn-uODcU?t=2850</w:t>
      </w:r>
    </w:p>
    <w:p>
      <w:r>
        <w:rPr>
          <w:i/>
        </w:rPr>
        <w:t>“What are the parameters of right criteria to judge something? Please guide.”</w:t>
      </w:r>
    </w:p>
    <w:p>
      <w:r>
        <w:rPr>
          <w:sz w:val="20"/>
        </w:rPr>
        <w:t>47:30  maulana agla sawal ajmer se aaya hai doctor safeena tabassum ka unhon ne likha hai maulana sahib in</w:t>
      </w:r>
      <w:r>
        <w:br/>
      </w:r>
      <w:r>
        <w:rPr>
          <w:sz w:val="20"/>
        </w:rPr>
        <w:t>47:37  one of your daily lectures this week you mentioned how we should not adopt a wrong criteria to</w:t>
      </w:r>
      <w:r>
        <w:br/>
      </w:r>
      <w:r>
        <w:rPr>
          <w:sz w:val="20"/>
        </w:rPr>
        <w:t>47:45  Just something my question is what are the parameters of right criteria please guide us. Dekhiye Quran ko</w:t>
      </w:r>
      <w:r>
        <w:br/>
      </w:r>
      <w:r>
        <w:rPr>
          <w:sz w:val="20"/>
        </w:rPr>
        <w:t>47:53  furqan kaha gaya hai yahi to hai right criteria aap quran ko gehrai ke sath padhiye to aap</w:t>
      </w:r>
      <w:r>
        <w:br/>
      </w:r>
      <w:r>
        <w:rPr>
          <w:sz w:val="20"/>
        </w:rPr>
        <w:t>48:00  ko sahih meyar maloom ho jayega to bohat asan hai yani quran ko kaha gaya hai ke</w:t>
      </w:r>
      <w:r>
        <w:br/>
      </w:r>
      <w:r>
        <w:rPr>
          <w:sz w:val="20"/>
        </w:rPr>
        <w:t>48:08  woh right criteria deta hai kyunke hamare pas maujood hai right criteria hamare pas maujood hai ab mein</w:t>
      </w:r>
      <w:r>
        <w:br/>
      </w:r>
      <w:r>
        <w:rPr>
          <w:sz w:val="20"/>
        </w:rPr>
        <w:t>48:16  ne meri sari kitaben sach puchhen to quran ki tafsir hain aap hamari kitabon ko padhiye to aap</w:t>
      </w:r>
      <w:r>
        <w:br/>
      </w:r>
      <w:r>
        <w:rPr>
          <w:sz w:val="20"/>
        </w:rPr>
        <w:t>48:24  dekhenge ke har masle mein har masle mein har masle mein aap ko sahih meyar milta hai</w:t>
      </w:r>
      <w:r>
        <w:br/>
      </w:r>
      <w:r>
        <w:rPr>
          <w:sz w:val="20"/>
        </w:rPr>
        <w:t>48:31  kaise aap judge karen cheezon ko cheezon ko kaise judge karen woh milta hai aap ko misal ke</w:t>
      </w:r>
      <w:r>
        <w:br/>
      </w:r>
      <w:r>
        <w:rPr>
          <w:sz w:val="20"/>
        </w:rPr>
        <w:t>48:39  tor par aaj kal jo hai log samjhe hain sab yeh samajh rahe hain ke gun culture aur</w:t>
      </w:r>
      <w:r>
        <w:br/>
      </w:r>
      <w:r>
        <w:rPr>
          <w:sz w:val="20"/>
        </w:rPr>
        <w:t>48:47  bomb culture se woh islam ko ghalib karenge aur us quran mein likha hua hai ke asal</w:t>
      </w:r>
      <w:r>
        <w:br/>
      </w:r>
      <w:r>
        <w:rPr>
          <w:sz w:val="20"/>
        </w:rPr>
        <w:t>48:54  woh khair yani peace ke zariye kamyabi hasil hoti hai ab dekhen ulta logon ne samajh rakha hai</w:t>
      </w:r>
      <w:r>
        <w:br/>
      </w:r>
      <w:r>
        <w:rPr>
          <w:sz w:val="20"/>
        </w:rPr>
        <w:t>49:02  log samajhte hain ke violence kar ke aur jang kar ke aur society bombing kar ke woh jeet</w:t>
      </w:r>
      <w:r>
        <w:br/>
      </w:r>
      <w:r>
        <w:rPr>
          <w:sz w:val="20"/>
        </w:rPr>
        <w:t>49:10  sakte hain aur quran batata hai ke nahin peace peaceful bathr se jeet hasil hogi to har</w:t>
      </w:r>
      <w:r>
        <w:br/>
      </w:r>
      <w:r>
        <w:rPr>
          <w:sz w:val="20"/>
        </w:rPr>
        <w:t>49:18  معاملے میں آپ کو قرآن جواب دے دے گا تو Quran is the only criterion to judge things.</w:t>
      </w:r>
      <w:r>
        <w:br/>
      </w:r>
      <w:r>
        <w:rPr>
          <w:sz w:val="20"/>
        </w:rPr>
        <w:t>49:25  bas aap quran ko padhiye tadabbur ke sath aap ko sab bat maloom ho jayegi maulana agla</w:t>
      </w:r>
    </w:p>
    <w:p>
      <w:pPr>
        <w:pStyle w:val="Heading2"/>
      </w:pPr>
      <w:r>
        <w:t>Patience Versus Jihad in the Quran</w:t>
      </w:r>
    </w:p>
    <w:p>
      <w:r>
        <w:rPr>
          <w:color w:val="666666"/>
          <w:sz w:val="18"/>
        </w:rPr>
        <w:t>Quran &amp; Tafsir · Divine Help March 31, 2019 Maulana Wahiduddin Khan · 2m 07s · at 45:21 · https://youtu.be/o5-R5Rjs5Cw?t=2721</w:t>
      </w:r>
    </w:p>
    <w:p>
      <w:r>
        <w:rPr>
          <w:i/>
        </w:rPr>
        <w:t>“Moulana, some people say that you always speak of patience, while the Quran also mentions fighting, jihad, and defense. Is emphasizing only patience a rejection of a part of the Quran? What would you say about this?”</w:t>
      </w:r>
    </w:p>
    <w:p>
      <w:r>
        <w:rPr>
          <w:sz w:val="20"/>
        </w:rPr>
        <w:t>45:21  maulana, agla comment bheja hai asrar khateeb sahib ne aur un ka sawal bhi hai. unhon ne likha hai "Today I knew a new principle of understanding of the Quran.</w:t>
      </w:r>
      <w:r>
        <w:br/>
      </w:r>
      <w:r>
        <w:rPr>
          <w:sz w:val="20"/>
        </w:rPr>
        <w:t>45:33  that is, when we change the word, then we can understand the meaning of the Quran." maulana, phir un ka sawal hai, unhon ne likha hai maulana baaz log kehte hain ke aap hamesha sabr ki baat karte hain jabke quran mein qital, jihad aur difa ki bhi baat kahi gayi hai.</w:t>
      </w:r>
      <w:r>
        <w:br/>
      </w:r>
      <w:r>
        <w:rPr>
          <w:sz w:val="20"/>
        </w:rPr>
        <w:t>45:55  sirf sabr par zor dena quran ke ek hisse ko na manna hai. maulana, is par aap kya kahenge?</w:t>
      </w:r>
      <w:r>
        <w:br/>
      </w:r>
      <w:r>
        <w:rPr>
          <w:sz w:val="20"/>
        </w:rPr>
        <w:t>46:04  is ka jawab fuqaha de chuke hain ke</w:t>
      </w:r>
      <w:r>
        <w:br/>
      </w:r>
      <w:r>
        <w:rPr>
          <w:sz w:val="20"/>
        </w:rPr>
        <w:t>46:12  qital islam mein husn li ghair hai, husn li zatah nahi hai. fuqaha de chuke hain jawab ke qital islam mein husn li ghair hai, husn li zatah nahi hai.</w:t>
      </w:r>
      <w:r>
        <w:br/>
      </w:r>
      <w:r>
        <w:rPr>
          <w:sz w:val="20"/>
        </w:rPr>
        <w:t>46:28  aaj kal ki zaban mein mein kahunga ke woh temporary hai, permanent nahi hai.</w:t>
      </w:r>
    </w:p>
    <w:p>
      <w:pPr>
        <w:pStyle w:val="Heading2"/>
      </w:pPr>
      <w:r>
        <w:t>Permissibility of Quran app on mobile phone</w:t>
      </w:r>
    </w:p>
    <w:p>
      <w:r>
        <w:rPr>
          <w:color w:val="666666"/>
          <w:sz w:val="18"/>
        </w:rPr>
        <w:t>Quran &amp; Tafsir · Dars-e-Quran, Chapter 25, V. 1 (Spreading Quran) September 9, 2018 · 47s · at 1:03:39 · https://youtu.be/zf3V6LP2Qg0?t=3819</w:t>
      </w:r>
    </w:p>
    <w:p>
      <w:r>
        <w:rPr>
          <w:i/>
        </w:rPr>
        <w:t>“Is it permissible to keep a Quran application on a mobile phone? Is it allowed to download the Quran onto a phone? Is there any harm in that?”</w:t>
      </w:r>
    </w:p>
    <w:p>
      <w:r>
        <w:rPr>
          <w:sz w:val="20"/>
        </w:rPr>
        <w:t>1:03:39  maulana, agla sawal hurmat ka hai srinagar se. unhon ne likha hai ke maulana, mere dost ki taraf se yeh sawal hai ke kya quran ki application phone mein rakhna jaiz hai?</w:t>
      </w:r>
      <w:r>
        <w:br/>
      </w:r>
      <w:r>
        <w:rPr>
          <w:sz w:val="20"/>
        </w:rPr>
        <w:t>1:03:58  kahan rakhna hai? quran ki application phone pe rakhna jaiz hai? application ka matlab? maulana, jo quran ka jo...</w:t>
      </w:r>
      <w:r>
        <w:br/>
      </w:r>
      <w:r>
        <w:rPr>
          <w:sz w:val="20"/>
        </w:rPr>
        <w:t>1:04:08  nahin, nahin, rakhna kya? kya rakhna? mobile phone pe kya quran ko download kar ke rakh sakte hain? kya koi is mein harj hi nahin hai?</w:t>
      </w:r>
      <w:r>
        <w:br/>
      </w:r>
      <w:r>
        <w:rPr>
          <w:sz w:val="20"/>
        </w:rPr>
        <w:t>1:04:17  is poochne ki baat kya hai? poochne ki baat kya hai?</w:t>
      </w:r>
    </w:p>
    <w:p>
      <w:pPr>
        <w:pStyle w:val="Heading2"/>
      </w:pPr>
      <w:r>
        <w:t>Political Interpretation of Hukm ad-Din</w:t>
      </w:r>
    </w:p>
    <w:p>
      <w:r>
        <w:rPr>
          <w:color w:val="666666"/>
          <w:sz w:val="18"/>
        </w:rPr>
        <w:t>Quran &amp; Tafsir · The Companions and the Hadith Scholars June 24, 2012 · 3m 14s · at 1:24:00 · https://youtu.be/Dj4QiYnxgBs?t=5040</w:t>
      </w:r>
    </w:p>
    <w:p>
      <w:r>
        <w:rPr>
          <w:i/>
        </w:rPr>
        <w:t>“A great scholar who is a leader of the political interpretation of Islam, I asked him: Where in the Quran is it said that you should establish a political system in the world? He referred to the verse 'Hukm ad-Din'. Please explain this verse. I consider it a sin to interpret 'Hukm ad-Din' in the sense of establishing a government.”</w:t>
      </w:r>
    </w:p>
    <w:p>
      <w:r>
        <w:rPr>
          <w:sz w:val="20"/>
        </w:rPr>
        <w:t>1:24:00  Maulana, in ka aik aur sawal hai. unhon ne likha hai ke aik baray aalim jo Islam ke political interpretation ke leader hain, mein ne un se poocha ke Quran ki ayat mein kahan kaha gaya hai ke tum duniya mein political system ko qaim karo?</w:t>
      </w:r>
      <w:r>
        <w:br/>
      </w:r>
      <w:r>
        <w:rPr>
          <w:sz w:val="20"/>
        </w:rPr>
        <w:t>1:24:17  unhon ne ayat Hakeemuddin ka hawala diya. Maulana, is ayat ko aap explain k</w:t>
      </w:r>
      <w:r>
        <w:br/>
      </w:r>
      <w:r>
        <w:rPr>
          <w:sz w:val="20"/>
        </w:rPr>
        <w:t>1:24:23  arein. dekhen, yeh bohat bari, mein is ko gunah samajhta hoon ke Hakeemuddin ko iqamat-e-hukumat ke mani mein liya jaye.</w:t>
      </w:r>
      <w:r>
        <w:br/>
      </w:r>
      <w:r>
        <w:rPr>
          <w:sz w:val="20"/>
        </w:rPr>
        <w:t>1:24:33  kuch aur log hain jo Hakeem-us-Salah ke mani lete hain, iqamat-e-nizam. ya'ni social nizam qaim karna samajhte hain ke is mein Hakeem-us-Salah ka alfaaz hukum diya gaya hai.</w:t>
      </w:r>
      <w:r>
        <w:br/>
      </w:r>
      <w:r>
        <w:rPr>
          <w:sz w:val="20"/>
        </w:rPr>
        <w:t>1:24:45  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r>
        <w:br/>
      </w:r>
      <w:r>
        <w:rPr>
          <w:sz w:val="20"/>
        </w:rPr>
        <w:t>1:25:04  us ko, us ko is par qaim hona. ya'ni tauheed, ikhlas, ibadat, akhlaq, aur Allah se mohabbat, Allah se khauf, yeh sab cheezen is se murad hain.</w:t>
      </w:r>
      <w:r>
        <w:br/>
      </w:r>
      <w:r>
        <w:rPr>
          <w:sz w:val="20"/>
        </w:rPr>
        <w:t>1:25:21  is ka hukumat se kuch bhi talluq nahin hai. is par mein ne likha hua hai, mein ne yeh bhi likha hai is mein ke sare hi mufassireen mutafiq hain ke is mani mein siyasat shamil nahin hai.</w:t>
      </w:r>
      <w:r>
        <w:br/>
      </w:r>
      <w:r>
        <w:rPr>
          <w:sz w:val="20"/>
        </w:rPr>
        <w:t>1:25:35  yeh jo aaj kal ke nikle hain siyasi ta'beer karne walay, yeh to bohat hi ziyada jisarat karte hain aur ke koi saboot nahin hai, aur phir bhi is ko dohrata chale ja rahe hain.</w:t>
      </w:r>
      <w:r>
        <w:br/>
      </w:r>
      <w:r>
        <w:rPr>
          <w:sz w:val="20"/>
        </w:rPr>
        <w:t>1:25:48  ya'ni na to lughat mein saboot hai, na Quran mein saboot hai, na tafseeron mein se koi aik bhi mufassir is ke haq mein hai.</w:t>
      </w:r>
      <w:r>
        <w:br/>
      </w:r>
      <w:r>
        <w:rPr>
          <w:sz w:val="20"/>
        </w:rPr>
        <w:t>1:25:58  mein aap ko aik waqia arz karta hoon ke jab mein ne kitab likhi, Ta'beeri Ghalti, to is fiqh ke jo aima hain, baray baray top ke log, un ko mein ne chhapnay se pehle yeh kitab di thi.</w:t>
      </w:r>
      <w:r>
        <w:br/>
      </w:r>
      <w:r>
        <w:rPr>
          <w:sz w:val="20"/>
        </w:rPr>
        <w:t>1:26:11  to is mein yeh likha hua tha ke kisi bhi mufassir ne Hakeemuddin ke amal nahin liye.</w:t>
      </w:r>
      <w:r>
        <w:br/>
      </w:r>
      <w:r>
        <w:rPr>
          <w:sz w:val="20"/>
        </w:rPr>
        <w:t>1:26:17  to unhon ne aik hawala diya ke falan mufassir ne liya hai. halankay hawala bilkul galat tha. ya'ni woh is mein idhar udhar kar ke sabit kiya gaya tha ke mufassir ne liya hai.</w:t>
      </w:r>
      <w:r>
        <w:br/>
      </w:r>
      <w:r>
        <w:rPr>
          <w:sz w:val="20"/>
        </w:rPr>
        <w:t>1:26:30  phir is ko tajziya kiya mein ne. aap parh lijiyey, be-kitab tha, be-Ghalti mein. yeh top ke aalim thay is halqay ke jinhon ne yeh kaam kiya tha ke galat hawala de kar ke sabit karna chaha tha ke aik mufassir is ko manta hai.</w:t>
      </w:r>
      <w:r>
        <w:br/>
      </w:r>
      <w:r>
        <w:rPr>
          <w:sz w:val="20"/>
        </w:rPr>
        <w:t>1:26:43  halankay aur yeh bhi nahin manta. woh bhi nahin manta.</w:t>
      </w:r>
      <w:r>
        <w:br/>
      </w:r>
      <w:r>
        <w:rPr>
          <w:sz w:val="20"/>
        </w:rPr>
        <w:t>1:26:47  hata ke mein ne likha tha ke Sawat-ul-Ilham jo hai, be-nuqtah tafseer hai. aik aik tafseer hai jo poori tafseer hai, jis mein nuqtah walay lafz nahin istemal kiye gaye hain.</w:t>
      </w:r>
      <w:r>
        <w:br/>
      </w:r>
      <w:r>
        <w:rPr>
          <w:sz w:val="20"/>
        </w:rPr>
        <w:t>1:26:59  is tafseer ke naam hai Sawat-ul-Ilham. to mein ne kaha tha ke is mein bhi yeh mafhoom nahin hai jo aap lete hain. to aap is ko dekh lijiyey meri kitab mein, Ta'beeri Ghalti mein.</w:t>
      </w:r>
      <w:r>
        <w:br/>
      </w:r>
      <w:r>
        <w:rPr>
          <w:sz w:val="20"/>
        </w:rPr>
        <w:t>1:27:15  Maulana, agla sawal Karachi Pakistan se hai, Miss Saira Latif ka. unhon ne likha hai: "aik Muslim khatoon scholar hain jo parde par bohat ziyada zor deti hain.</w:t>
      </w:r>
    </w:p>
    <w:p>
      <w:pPr>
        <w:pStyle w:val="Heading2"/>
      </w:pPr>
      <w:r>
        <w:t>Pork and alcohol prohibition vs heaven's wine</w:t>
      </w:r>
    </w:p>
    <w:p>
      <w:r>
        <w:rPr>
          <w:color w:val="666666"/>
          <w:sz w:val="18"/>
        </w:rPr>
        <w:t>Quran &amp; Tafsir · The Problem of Conditioning April 22, 2012 · 1m 21s · at 1:00:04 · https://youtu.be/j-kJQzOz46g?t=3604</w:t>
      </w:r>
    </w:p>
    <w:p>
      <w:r>
        <w:rPr>
          <w:i/>
        </w:rPr>
        <w:t>“Why are pork and alcohol prohibited in the Quran if there is no scientific proof they are harmful, and why is wine allowed in heaven if it is bad?”</w:t>
      </w:r>
    </w:p>
    <w:p>
      <w:r>
        <w:rPr>
          <w:sz w:val="20"/>
        </w:rPr>
        <w:t>1:00:04  molana, agla sawal UP se aya hai, mister rahul sharma ka. unhon ne likha hai: "Why is pork and alcohol prohibited in Quran?</w:t>
      </w:r>
      <w:r>
        <w:br/>
      </w:r>
      <w:r>
        <w:rPr>
          <w:sz w:val="20"/>
        </w:rPr>
        <w:t>1:00:15  For thousands of years, people are consuming pork without any ill effects. There is no scientific proof that pork is bad for health.</w:t>
      </w:r>
      <w:r>
        <w:br/>
      </w:r>
      <w:r>
        <w:rPr>
          <w:sz w:val="20"/>
        </w:rPr>
        <w:t>1:00:25  It is also strange that Quran promises freely available wine in heaven. If alcohol is bad, then why is it allowed in heaven?</w:t>
      </w:r>
      <w:r>
        <w:br/>
      </w:r>
      <w:r>
        <w:rPr>
          <w:sz w:val="20"/>
        </w:rPr>
        <w:t>1:00:35  Kindly explain this."</w:t>
      </w:r>
      <w:r>
        <w:br/>
      </w:r>
      <w:r>
        <w:rPr>
          <w:sz w:val="20"/>
        </w:rPr>
        <w:t>1:00:40  ne yeh galat kaha. unhon ne pork ka nuqsan bilashuba hai.</w:t>
      </w:r>
      <w:r>
        <w:br/>
      </w:r>
      <w:r>
        <w:rPr>
          <w:sz w:val="20"/>
        </w:rPr>
        <w:t>1:00:45  is mein yeh galat kaha unhon ne. pork jo hai, is par maine likha hai. is ko aap parh lijie.</w:t>
      </w:r>
      <w:r>
        <w:br/>
      </w:r>
      <w:r>
        <w:rPr>
          <w:sz w:val="20"/>
        </w:rPr>
        <w:t>1:00:55  aur sharab ke baray mein yeh kehna ke woh jannat mein sharab hogi. sharab ke mani drink. Quran mein jo lafz sharab aya hai, woh wine ke mein nahin hai, woh drink ke mein hai.</w:t>
      </w:r>
      <w:r>
        <w:br/>
      </w:r>
      <w:r>
        <w:rPr>
          <w:sz w:val="20"/>
        </w:rPr>
        <w:t>1:01:09  Quran mein jo hai, sharab. sharab ka lafz drink ke mein hai.</w:t>
      </w:r>
      <w:r>
        <w:br/>
      </w:r>
      <w:r>
        <w:rPr>
          <w:sz w:val="20"/>
        </w:rPr>
        <w:t>1:01:15  to is par main likh chuka hoon. is se pehle aap is ko parh lijie. inshallah aap ko itminan ho jaye ga.</w:t>
      </w:r>
    </w:p>
    <w:p>
      <w:pPr>
        <w:pStyle w:val="Heading2"/>
      </w:pPr>
      <w:r>
        <w:t>Practical Way of Recitation and Reflection</w:t>
      </w:r>
    </w:p>
    <w:p>
      <w:r>
        <w:rPr>
          <w:color w:val="666666"/>
          <w:sz w:val="18"/>
        </w:rPr>
        <w:t>Quran &amp; Tafsir · Roza and Quran July 18, 2010 · 10m 20s · at 1:21:50 · https://youtu.be/TSjqSQEb0EQ?t=4910</w:t>
      </w:r>
    </w:p>
    <w:p>
      <w:r>
        <w:rPr>
          <w:i/>
        </w:rPr>
        <w:t>“Those people who emphasize on tadabbur say that there is no need to do tilawah except tadabbur. Kindly explain what is the practical way of tilawah and tadabbur.”</w:t>
      </w:r>
    </w:p>
    <w:p>
      <w:r>
        <w:rPr>
          <w:sz w:val="20"/>
        </w:rPr>
        <w:t>1:21:50  maulana, agla sawal miss ayesha ka hai, nai dilli se. unhon ne likha hai ke "Those people who emphasize on tadabbur, they say that there is no need to do tilawat except tadabbur."</w:t>
      </w:r>
      <w:r>
        <w:br/>
      </w:r>
      <w:r>
        <w:rPr>
          <w:sz w:val="20"/>
        </w:rPr>
        <w:t>1:22:04  kindly explain what is the practical way of tilawat and tadabbur." woh bhi galat hai ke tilawat hi band kar di jaye.</w:t>
      </w:r>
      <w:r>
        <w:br/>
      </w:r>
      <w:r>
        <w:rPr>
          <w:sz w:val="20"/>
        </w:rPr>
        <w:t>1:22:13  yeh matlab nahi hai. matlab tilawat karne dijiye aadmi ko. maryam batayen ke tilawat tadabbur ke sath hona chahiye.</w:t>
      </w:r>
      <w:r>
        <w:br/>
      </w:r>
      <w:r>
        <w:rPr>
          <w:sz w:val="20"/>
        </w:rPr>
        <w:t>1:22:23  is ko band kar ke nahi. mera maslak yahi hai ke koi shakhs tilawat karta hai to hum yeh nahi kehte ke tilawat mat karo. mein kahoon ke tilawat karo to samajh boojh ke karo.</w:t>
      </w:r>
      <w:r>
        <w:br/>
      </w:r>
      <w:r>
        <w:rPr>
          <w:sz w:val="20"/>
        </w:rPr>
        <w:t>1:22:34  kyun ke tilawat plus, tilawat plus ke taur par batata hoon mein. yahi sahi samajhta hoon mein is ko</w:t>
      </w:r>
      <w:r>
        <w:br/>
      </w:r>
      <w:r>
        <w:rPr>
          <w:sz w:val="20"/>
        </w:rPr>
        <w:t>1:22:42  . mumbai se. in chapter 2 of the quran, the verse starts as, "this is the book; there is no doubt in it.</w:t>
      </w:r>
      <w:r>
        <w:br/>
      </w:r>
      <w:r>
        <w:rPr>
          <w:sz w:val="20"/>
        </w:rPr>
        <w:t>1:22:52  it is a guide for those who are mindful of god, who believe in the unseen and are steadfast in prayers, and spend out of what we have provided them with.</w:t>
      </w:r>
      <w:r>
        <w:br/>
      </w:r>
      <w:r>
        <w:rPr>
          <w:sz w:val="20"/>
        </w:rPr>
        <w:t>1:23:05  those who believe in the revelation sent down to you and in what was sent before you, and firmly believe in the life to come."</w:t>
      </w:r>
      <w:r>
        <w:br/>
      </w:r>
      <w:r>
        <w:rPr>
          <w:sz w:val="20"/>
        </w:rPr>
        <w:t>1:23:15  maulana, these verses without any ambiguity proclaim that if one lacks in taqwa, there is no guidance for him in the quran.</w:t>
      </w:r>
      <w:r>
        <w:br/>
      </w:r>
      <w:r>
        <w:rPr>
          <w:sz w:val="20"/>
        </w:rPr>
        <w:t>1:23:25  in other words, it can be said that taqwa is the starter to the quran. does this mean that the dava work does not begin with the quran but with the development of god-fearing thinking in people in terms of the quran and taqwa?</w:t>
      </w:r>
      <w:r>
        <w:br/>
      </w:r>
      <w:r>
        <w:rPr>
          <w:sz w:val="20"/>
        </w:rPr>
        <w:t>1:23:42  if it is so, how to work towards the development of god-fearing thinking in people?</w:t>
      </w:r>
      <w:r>
        <w:br/>
      </w:r>
      <w:r>
        <w:rPr>
          <w:sz w:val="20"/>
        </w:rPr>
        <w:t>1:23:57  ab is ke liye koi technique to mujhe nahi maloom hai. study kijiye, study kijiye, study kijiye. study se woh baat develop ho jayegi.</w:t>
      </w:r>
      <w:r>
        <w:br/>
      </w:r>
      <w:r>
        <w:rPr>
          <w:sz w:val="20"/>
        </w:rPr>
        <w:t>1:24:07  hamari literature bhi isi ke liye sab likha gaya hai.</w:t>
      </w:r>
      <w:r>
        <w:br/>
      </w:r>
      <w:r>
        <w:rPr>
          <w:sz w:val="20"/>
        </w:rPr>
        <w:t>1:24:12  mein samajhta hoon ke koi bhi dosra rasta nahi hai siwaye is ke ke aap zyada se zyada study karen aadmi.</w:t>
      </w:r>
      <w:r>
        <w:br/>
      </w:r>
      <w:r>
        <w:rPr>
          <w:sz w:val="20"/>
        </w:rPr>
        <w:t>1:24:22  maulana, agla sawal maulana zakwan nadvi ka hai, dilli se. unhon ne likha hai ke "in chapter 38 of quran, verse number 29, there is a mention of word 'mubarak' and 'tadabbur.' he wants you to explain that verse."</w:t>
      </w:r>
      <w:r>
        <w:br/>
      </w:r>
      <w:r>
        <w:rPr>
          <w:sz w:val="20"/>
        </w:rPr>
        <w:t>1:24:41  mubarak ke dekhen, literal meaning hai barkat wala. barkat wala mein ke is ke bohat zyada is ke andar gehre maani hon, gehri meaning ho.</w:t>
      </w:r>
      <w:r>
        <w:br/>
      </w:r>
      <w:r>
        <w:rPr>
          <w:sz w:val="20"/>
        </w:rPr>
        <w:t>1:24:51  bohat si baaten is ke andar chupi hui hon. bohat si is ke andar cheezen hon. to woh khulen gi kaise? tadabbur se khulen gi.</w:t>
      </w:r>
      <w:r>
        <w:br/>
      </w:r>
      <w:r>
        <w:rPr>
          <w:sz w:val="20"/>
        </w:rPr>
        <w:t>1:25:00  donon ek dusre se jure hue hain, donon lafz. ke tadabbur karen ge to jo barkat hai is ke andar hai, woh sab aap par khulti chali jayen gi.</w:t>
      </w:r>
      <w:r>
        <w:br/>
      </w:r>
      <w:r>
        <w:rPr>
          <w:sz w:val="20"/>
        </w:rPr>
        <w:t>1:25:09  mein samajhta hoon yahi matlab hai is ka.</w:t>
      </w:r>
      <w:r>
        <w:br/>
      </w:r>
      <w:r>
        <w:rPr>
          <w:sz w:val="20"/>
        </w:rPr>
        <w:t>1:25:14  maulana, agla sawal ah, mister owais siddiqui ka hai, new dilli se. unhon ne likha hai ke "quran always asks people to ponder over the signs of god scattered in the universe,</w:t>
      </w:r>
      <w:r>
        <w:br/>
      </w:r>
      <w:r>
        <w:rPr>
          <w:sz w:val="20"/>
        </w:rPr>
        <w:t>1:25:27  whether it is rational level or intuitional level. what is the demarcation line between the two?"</w:t>
      </w:r>
      <w:r>
        <w:br/>
      </w:r>
      <w:r>
        <w:rPr>
          <w:sz w:val="20"/>
        </w:rPr>
        <w:t>1:25:38  ise pichli bar mein ne kaha tha ke rational level hum ko sirf probability aur probability tak pohanchata hai. rational thinking jo hai, ya rational argument jo hai, woh sirf pohanchata hai probability tak.</w:t>
      </w:r>
      <w:r>
        <w:br/>
      </w:r>
      <w:r>
        <w:rPr>
          <w:sz w:val="20"/>
        </w:rPr>
        <w:t>1:25:53  lekin wahan jab pohanchne ke baad phir darwaza ek aur khul jata hai, us ko hum intuition kehte hain. jo yeh yeh na tay kare to agla darwaza bhi us ko nahi khule ga.</w:t>
      </w:r>
      <w:r>
        <w:br/>
      </w:r>
      <w:r>
        <w:rPr>
          <w:sz w:val="20"/>
        </w:rPr>
        <w:t>1:26:07  is ko to is ki aik had hai. yani rational soch soch ki aik had hai. is ki aik limit hai. lekin jahan limit khatam hoti hai, wohin doosra had shuru ho jati hai.</w:t>
      </w:r>
      <w:r>
        <w:br/>
      </w:r>
      <w:r>
        <w:rPr>
          <w:sz w:val="20"/>
        </w:rPr>
        <w:t>1:26:19  jo aap yani woh prepared ho jata hai is baat ke liye ke is ke liye agla darwaza khule. mera tajurba to yahi hai.</w:t>
      </w:r>
      <w:r>
        <w:br/>
      </w:r>
      <w:r>
        <w:rPr>
          <w:sz w:val="20"/>
        </w:rPr>
        <w:t>1:26:34  maulana, agla sawal aya hai ah rae pur se, miss shabana ka. woh pooch rahi hain "What is the method to do Talife Qalb?" hmm "What is the method to do Talife Qalb?" Method kya hai?</w:t>
      </w:r>
      <w:r>
        <w:br/>
      </w:r>
      <w:r>
        <w:rPr>
          <w:sz w:val="20"/>
        </w:rPr>
        <w:t>1:26:49  aap doosron ke khair khwah ban jaiye. yani woh well-wisher ban jaiye.</w:t>
      </w:r>
      <w:r>
        <w:br/>
      </w:r>
      <w:r>
        <w:rPr>
          <w:sz w:val="20"/>
        </w:rPr>
        <w:t>1:26:59  bas yeh. yeh koi method to is ka hai hi nahin.</w:t>
      </w:r>
      <w:r>
        <w:br/>
      </w:r>
      <w:r>
        <w:rPr>
          <w:sz w:val="20"/>
        </w:rPr>
        <w:t>1:27:02  jaise maa ka bachcha paida hota hai to koi bataye ke tum kaise bachche ki khair khwahi karo.</w:t>
      </w:r>
      <w:r>
        <w:br/>
      </w:r>
      <w:r>
        <w:rPr>
          <w:sz w:val="20"/>
        </w:rPr>
        <w:t>1:27:10  woh to khud hi is ka yani jo motherhood hai, woh batata hai. to logon ko asal mein koi dilchaspi nahin hai insaan se.</w:t>
      </w:r>
      <w:r>
        <w:br/>
      </w:r>
      <w:r>
        <w:rPr>
          <w:sz w:val="20"/>
        </w:rPr>
        <w:t>1:27:20  apne apni family se dilchaspi hai logon ko. saare jo un ki dilchaspiyan hain, woh sab lagi rehti hain.</w:t>
      </w:r>
      <w:r>
        <w:br/>
      </w:r>
      <w:r>
        <w:rPr>
          <w:sz w:val="20"/>
        </w:rPr>
        <w:t>1:27:29  family bhi lagi rehti hai.</w:t>
      </w:r>
      <w:r>
        <w:br/>
      </w:r>
      <w:r>
        <w:rPr>
          <w:sz w:val="20"/>
        </w:rPr>
        <w:t>1:27:31  to koi method nahin hai. yeh distraction hai ke aap ki dilchaspiyan to family mein juri hui hain.</w:t>
      </w:r>
      <w:r>
        <w:br/>
      </w:r>
      <w:r>
        <w:rPr>
          <w:sz w:val="20"/>
        </w:rPr>
        <w:t>1:27:41  aap soch kar ke yani apne mind mein yeh baat bithaiye ke hamein aik duty ada karna hai. woh duty ada karne ke liye hamein un ka well-wisher banna parega.</w:t>
      </w:r>
      <w:r>
        <w:br/>
      </w:r>
      <w:r>
        <w:rPr>
          <w:sz w:val="20"/>
        </w:rPr>
        <w:t>1:27:51  to apne aap aik madhu-friendly culture develop karta hai.</w:t>
      </w:r>
      <w:r>
        <w:br/>
      </w:r>
      <w:r>
        <w:rPr>
          <w:sz w:val="20"/>
        </w:rPr>
        <w:t>1:27:58  sab kuch sochne par depend karta hai.</w:t>
      </w:r>
      <w:r>
        <w:br/>
      </w:r>
      <w:r>
        <w:rPr>
          <w:sz w:val="20"/>
        </w:rPr>
        <w:t>1:28:03  maulana, agla sawal mister jaan muhammad bhatt ka hai, afghanistan se. unhon ne likha hai ke "In Afghanistan, when people see an English Quran, they tend to consider this a form of blasphemy,</w:t>
      </w:r>
      <w:r>
        <w:br/>
      </w:r>
      <w:r>
        <w:rPr>
          <w:sz w:val="20"/>
        </w:rPr>
        <w:t>1:28:18  since the Quran can only be in Arabic, and the word Quran applies to both the Arabic text and the meaning of the Quran.</w:t>
      </w:r>
      <w:r>
        <w:br/>
      </w:r>
      <w:r>
        <w:rPr>
          <w:sz w:val="20"/>
        </w:rPr>
        <w:t>1:28:27  Do they have a point here</w:t>
      </w:r>
      <w:r>
        <w:br/>
      </w:r>
      <w:r>
        <w:rPr>
          <w:sz w:val="20"/>
        </w:rPr>
        <w:t>1:28:30  ?" dekhen, yeh hamare ulama ki bohat bari ghalti hai. bohat bari ghalti hai. ke unhon ne yeh keh diya ke jab tak matan saaf aur naik kiya jaye, sirf tarjuma nahin hona chahiye.</w:t>
      </w:r>
      <w:r>
        <w:br/>
      </w:r>
      <w:r>
        <w:rPr>
          <w:sz w:val="20"/>
        </w:rPr>
        <w:t>1:28:45  yeh bilkul galat hai. yeh aisa fatwa bhi galat hai. aisi soch bhi galat hai. is ki koi base nahin hai.</w:t>
      </w:r>
      <w:r>
        <w:br/>
      </w:r>
      <w:r>
        <w:rPr>
          <w:sz w:val="20"/>
        </w:rPr>
        <w:t>1:28:53  kaise aap quran ko phailayenge?</w:t>
      </w:r>
      <w:r>
        <w:br/>
      </w:r>
      <w:r>
        <w:rPr>
          <w:sz w:val="20"/>
        </w:rPr>
        <w:t>1:28:57  yani zaroorat ke tehat dekhen. imam abu hanifa ne no musalmanon ke liye zaroorat ke tehat ijazat di thi ke woh farsi mein namaz padhen.</w:t>
      </w:r>
      <w:r>
        <w:br/>
      </w:r>
      <w:r>
        <w:rPr>
          <w:sz w:val="20"/>
        </w:rPr>
        <w:t>1:29:09  zahir hai ke namaz arabi mein padhi jati hai. lekin imam abu hanifa ne kaha ke jo no musalman hain, jo arabi nahin padh sakte, woh farsi mein namaz padh len. waqti taur par.</w:t>
      </w:r>
      <w:r>
        <w:br/>
      </w:r>
      <w:r>
        <w:rPr>
          <w:sz w:val="20"/>
        </w:rPr>
        <w:t>1:29:18  wa-al-zarooratu tawbee'u al-mahzooraat aik hai kaam allah. aik hai law of necessity.</w:t>
      </w:r>
      <w:r>
        <w:br/>
      </w:r>
      <w:r>
        <w:rPr>
          <w:sz w:val="20"/>
        </w:rPr>
        <w:t>1:29:28  jab hamein pahunchana hai dawat to aur konsa doosra tareeqa hai? koi doosra tareeqa nahin. to yeh ulama ne galat aik cheez phaila rakhi hai logon ke andar.</w:t>
      </w:r>
      <w:r>
        <w:br/>
      </w:r>
      <w:r>
        <w:rPr>
          <w:sz w:val="20"/>
        </w:rPr>
        <w:t>1:29:40  ulama ko apni rai wapas lena chahiye. aur dawat ka darwaza band kar rakha hai logon ne. yani yeh ulama hain jinhon ne dawat ka darwaza band kar rakha hai.</w:t>
      </w:r>
      <w:r>
        <w:br/>
      </w:r>
      <w:r>
        <w:rPr>
          <w:sz w:val="20"/>
        </w:rPr>
        <w:t>1:29:49  yeh khwamkhwah ke aik fatwa de rakha hai ke matan ke sath chhapa jaye. matan alag rahega, woh alag rahega.</w:t>
      </w:r>
      <w:r>
        <w:br/>
      </w:r>
      <w:r>
        <w:rPr>
          <w:sz w:val="20"/>
        </w:rPr>
        <w:t>1:29:56  matan itna zyada aam ho chuka hai ke har masjid mein, har library mein, har ghar mein, har jagah maujood hai woh. to woh daur khatm hoga jab quran ki hifazat khatre mein thi.</w:t>
      </w:r>
      <w:r>
        <w:br/>
      </w:r>
      <w:r>
        <w:rPr>
          <w:sz w:val="20"/>
        </w:rPr>
        <w:t>1:30:09  ab ab quran ki hifazat khatre mein hai hi nahin. quran already preserve ho chuka hai, mehfooz ho chuka hai. to ab jitne bhi tareeqe hain, is ke message ko phailane ke liye ikhtiyar kijiye.</w:t>
      </w:r>
      <w:r>
        <w:br/>
      </w:r>
      <w:r>
        <w:rPr>
          <w:sz w:val="20"/>
        </w:rPr>
        <w:t>1:30:20  isi wajah se ek hai translation.</w:t>
      </w:r>
      <w:r>
        <w:br/>
      </w:r>
      <w:r>
        <w:rPr>
          <w:sz w:val="20"/>
        </w:rPr>
        <w:t>1:30:24  yaani translation jo hai, matan ki jagah par ho jayega. woh daur hi khatm ho gaya. jaise bible jo hai, asal zaban mein nahin hai. kyun?</w:t>
      </w:r>
      <w:r>
        <w:br/>
      </w:r>
      <w:r>
        <w:rPr>
          <w:sz w:val="20"/>
        </w:rPr>
        <w:t>1:30:33  printing press tha nahin is zamane mein. ab ab kaun aisa kar sakta hai ke arabi ghayab ho jaye aur sirf tarjuma rahe? bilashuba yeh galat fatwa hai.</w:t>
      </w:r>
      <w:r>
        <w:br/>
      </w:r>
      <w:r>
        <w:rPr>
          <w:sz w:val="20"/>
        </w:rPr>
        <w:t>1:30:44  aur is ki wajah se dawat ka kaam yaani mein rukawat hai yeh is ke fatwe.</w:t>
      </w:r>
      <w:r>
        <w:br/>
      </w:r>
      <w:r>
        <w:rPr>
          <w:sz w:val="20"/>
        </w:rPr>
        <w:t>1:30:51  maulana, we received a comment from mr. nafees shiraz from delhi. he has written: "itne behtareen dhang se tarjume o maani ke sath quran o hadith ko bayan karne wala wahiduddin khan jaisa koi bhi doosra aalim aaj ke zamane mein maujood nahin.</w:t>
      </w:r>
      <w:r>
        <w:br/>
      </w:r>
      <w:r>
        <w:rPr>
          <w:sz w:val="20"/>
        </w:rPr>
        <w:t>1:31:10  is liye main allah se har roz dua karta hoon ke aye allah, maulana ko kam se kam 120 saal ki aayu de taake un ke daura-e-islam ka real message zyada se zyada logon tak phailta rahe."</w:t>
      </w:r>
    </w:p>
    <w:p>
      <w:pPr>
        <w:pStyle w:val="Heading2"/>
      </w:pPr>
      <w:r>
        <w:t>Practical lessons from Prophet Yusuf's life</w:t>
      </w:r>
    </w:p>
    <w:p>
      <w:r>
        <w:rPr>
          <w:color w:val="666666"/>
          <w:sz w:val="18"/>
        </w:rPr>
        <w:t>Quran &amp; Tafsir · How to Develop Pratical Wisdom May 5, 2024 · 21m 30s · at 42:47 · https://youtu.be/QIKxtH-MyMM?t=2567</w:t>
      </w:r>
    </w:p>
    <w:p>
      <w:r>
        <w:rPr>
          <w:i/>
        </w:rPr>
        <w:t>“آپا اگلا سوال میں پوچھنا چاہوں گا پرافٹ یوسف کی زندگی سے کیونکہ ایک قرآن میں ایک پورا چیپٹر ہی ان کے اوپر آیا ہے۔ 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r>
        <w:br/>
      </w:r>
      <w:r>
        <w:rPr>
          <w:sz w:val="20"/>
        </w:rPr>
        <w:t>45:37  aur jo hai Quran mein aya hai ke samajhdar logon ke liye is qisse mein bohat si learning ki baatein hain. to yahi hai ke jo rehnuma usool thay, us ko poora ka poora unhone apni zindagi par apply kiya.</w:t>
      </w:r>
      <w:r>
        <w:br/>
      </w:r>
      <w:r>
        <w:rPr>
          <w:sz w:val="20"/>
        </w:rPr>
        <w:t>45:51  mushrik badshah ke under mein poori wafadari ke sath unhone kaam kiya, zabardast tareeqe se khazane ko unhone manage kiya aur phir us ke baad apne bhaiyon ko maaf kar diya aur sab ko wahan Misr mein bulaya.</w:t>
      </w:r>
      <w:r>
        <w:br/>
      </w:r>
      <w:r>
        <w:rPr>
          <w:sz w:val="20"/>
        </w:rPr>
        <w:t>46:08  baqayda yeh log wahan bas gaye aur kai so saal tak woh wahan rahe yahan tak ke Firon ka zamana aaya aur Firon ne zulm karna shuru kiya.</w:t>
      </w:r>
      <w:r>
        <w:br/>
      </w:r>
      <w:r>
        <w:rPr>
          <w:sz w:val="20"/>
        </w:rPr>
        <w:t>46:17  is ke baad aap jo hain, Allah taala ne madad farmayi, Hazrat Musa alaihi salam ko bheja aur Bani Israel ko wahan se nikala.</w:t>
      </w:r>
      <w:r>
        <w:br/>
      </w:r>
      <w:r>
        <w:rPr>
          <w:sz w:val="20"/>
        </w:rPr>
        <w:t>46:29  to yeh hamare liye is mein bohat zyada sabak hai Hazrat Yusuf alaihi salam ki qisse mein.</w:t>
      </w:r>
      <w:r>
        <w:br/>
      </w:r>
      <w:r>
        <w:rPr>
          <w:sz w:val="20"/>
        </w:rPr>
        <w:t>46:36  ji jazak Allah apaa. apa ek comment aur sawal aya hai, is ke baad phir mein aaj ke session ka aakhri sawal aap se poochna chahunga.</w:t>
      </w:r>
      <w:r>
        <w:br/>
      </w:r>
      <w:r>
        <w:rPr>
          <w:sz w:val="20"/>
        </w:rPr>
        <w:t>46:45  yeh comment bheja hai Miss Shaheen Feroz ne Jammu Kashmir se. unhone likha hai people are living in reactionary lifestyle and don't know the concept of practical wisdom.</w:t>
      </w:r>
      <w:r>
        <w:br/>
      </w:r>
      <w:r>
        <w:rPr>
          <w:sz w:val="20"/>
        </w:rPr>
        <w:t>46:58  present clerics are not talking of this wisdom.</w:t>
      </w:r>
      <w:r>
        <w:br/>
      </w:r>
      <w:r>
        <w:rPr>
          <w:sz w:val="20"/>
        </w:rPr>
        <w:t>47:02  Alhamdulillah Maulana and now his team are doing a wonderful job. Sometimes there are varied situations where decision making becomes difficult.</w:t>
      </w:r>
      <w:r>
        <w:br/>
      </w:r>
      <w:r>
        <w:rPr>
          <w:sz w:val="20"/>
        </w:rPr>
        <w:t>47:12  How can one take decisions in such situations? Moreover, how can one convince a person who is always over reactive?</w:t>
      </w:r>
      <w:r>
        <w:br/>
      </w:r>
      <w:r>
        <w:rPr>
          <w:sz w:val="20"/>
        </w:rPr>
        <w:t>47:22  to is ke bare mein batayein.</w:t>
      </w:r>
      <w:r>
        <w:br/>
      </w:r>
      <w:r>
        <w:rPr>
          <w:sz w:val="20"/>
        </w:rPr>
        <w:t>47:28  ab is ko aap samjha hi sakte hain.</w:t>
      </w:r>
      <w:r>
        <w:br/>
      </w:r>
      <w:r>
        <w:rPr>
          <w:sz w:val="20"/>
        </w:rPr>
        <w:t>47:32  ab is dunya mein Allah taala ne sab ko azadi di hai. ab hum zabardasti to kisi ke sath kuch kar nahi sakte. ji samjha sakte hain is ko, literature dijiye parhne ke liye aur ho sakta hai ke kabhi is ko samajh mein aa jaye.</w:t>
      </w:r>
      <w:r>
        <w:br/>
      </w:r>
      <w:r>
        <w:rPr>
          <w:sz w:val="20"/>
        </w:rPr>
        <w:t>47:48  wait wait and watch wali jo policy hoti hai, woh karen. ji sabar karen, bardasht karen kyunke agar aap sabar karte hain tab bhi aap ko sawab milega.</w:t>
      </w:r>
      <w:r>
        <w:br/>
      </w:r>
      <w:r>
        <w:rPr>
          <w:sz w:val="20"/>
        </w:rPr>
        <w:t>47:58  kyunke ek bar Maulana se kisi ne poocha ke sabar kab tak? to Maulana ne kaha ke aap ne kabhi kaha ke namaz kab tak aur roza kab tak?</w:t>
      </w:r>
      <w:r>
        <w:br/>
      </w:r>
      <w:r>
        <w:rPr>
          <w:sz w:val="20"/>
        </w:rPr>
        <w:t>48:06  to sabar bhi isi tarike se rewardable act hai, balke bohat zyada is mein bohat zyada be hisab reward hai. to agar woh mamla hal nahi hota hai to aap sabar kijiye, is ka aap ko reward milega.</w:t>
      </w:r>
      <w:r>
        <w:br/>
      </w:r>
      <w:r>
        <w:rPr>
          <w:sz w:val="20"/>
        </w:rPr>
        <w:t>48:21  ga. Islam ki to yeh khoobi hai ke har halat mein har act hamara rewardable act ho jata hai agar hum Khuda ke liye karen. ji aur apa ek cheez yeh bhi hai ke pe Maulana bohat hum logon ko advice kiya karte the.</w:t>
      </w:r>
      <w:r>
        <w:br/>
      </w:r>
      <w:r>
        <w:rPr>
          <w:sz w:val="20"/>
        </w:rPr>
        <w:t>48:35  woh kehte the ke Islam ka yeh principle hai ke aap result ko dekh kar action len. agar aap ko lagta hai ke aap sahi hain lekin aap jo action lene ja rahe hain us se result ek dam opposite niklega to practical wisdom yeh kahe gi ke aap woh action na len.</w:t>
      </w:r>
      <w:r>
        <w:br/>
      </w:r>
      <w:r>
        <w:rPr>
          <w:sz w:val="20"/>
        </w:rPr>
        <w:t>48:50  aap pehle result ko dekhen, aap phir action ko len. aur apa abhi jo aap ne example diya Prophet Yusuf ka, woh itna behtareen example hai aur isi liye Quran mein shayad best story bhi kaha gaya ke unhon ne bhi apne bhaiyon ko badal diya, un ke dil badal gaye.</w:t>
      </w:r>
      <w:r>
        <w:br/>
      </w:r>
      <w:r>
        <w:rPr>
          <w:sz w:val="20"/>
        </w:rPr>
        <w:t>49:06  to sabar, lekin unhon ne sabar kiya. to jaise unhon ne bhi yeh poocha ke how can we convince a person who is always over reactive? to sabar karna aur kai bar taking no action is also an action.</w:t>
      </w:r>
      <w:r>
        <w:br/>
      </w:r>
      <w:r>
        <w:rPr>
          <w:sz w:val="20"/>
        </w:rPr>
        <w:t>49:19  action. to yeh bohat important hai ke aap result ko dekhen, aap sabar karen, dua karen. to result bhi positive aayega aur inshallah woh insan bhi badal jayega jis ke liye aap dua kar rahe hain.</w:t>
      </w:r>
      <w:r>
        <w:br/>
      </w:r>
      <w:r>
        <w:rPr>
          <w:sz w:val="20"/>
        </w:rPr>
        <w:t>49:33  aur maan lijiye agar woh insan sincere nahi hai to kam se kam aap complex free ho jayenge, jo ke bohat important hai from the point of your entry into paradise.</w:t>
      </w:r>
      <w:r>
        <w:br/>
      </w:r>
      <w:r>
        <w:rPr>
          <w:sz w:val="20"/>
        </w:rPr>
        <w:t>49:45  to Maulana kehte the khud ko</w:t>
      </w:r>
      <w:r>
        <w:br/>
      </w:r>
      <w:r>
        <w:rPr>
          <w:sz w:val="20"/>
        </w:rPr>
        <w:t>49:47  bachaiye, to humein apne aap ko bachana hai. save yourself. save yourself. apa aap ne Prophet Yusuf ki zindagi se abhi bohat hi acha example diya.</w:t>
      </w:r>
      <w:r>
        <w:br/>
      </w:r>
      <w:r>
        <w:rPr>
          <w:sz w:val="20"/>
        </w:rPr>
        <w:t>49:59  aakhri sawal, Rasool Allah ki zindagi to poori wisdom se bhari hui hai aur woh yeh bhi unhon ne kaha ek martaba ke how nice is that gathering where words of wisdom are spoken and that there is no better gift than words of wisdom.</w:t>
      </w:r>
      <w:r>
        <w:br/>
      </w:r>
      <w:r>
        <w:rPr>
          <w:sz w:val="20"/>
        </w:rPr>
        <w:t>50:15  wisdom. to apa mein chahunga ke aakhri sawal aap isi jawab par khatam karen ke hum un ki zindagi se practical wisdom ko le kar kya sabak le sakte hain?</w:t>
      </w:r>
      <w:r>
        <w:br/>
      </w:r>
      <w:r>
        <w:rPr>
          <w:sz w:val="20"/>
        </w:rPr>
        <w:t>50:27  is ke bare mein aap hum sab ko batayen. Rasool Allah sal Allah alayhi wasallam ki zindagi to full of practical wisdom hai. asal mein logon ne is tarike se biography likhi nahi.</w:t>
      </w:r>
      <w:r>
        <w:br/>
      </w:r>
      <w:r>
        <w:rPr>
          <w:sz w:val="20"/>
        </w:rPr>
        <w:t>50:37  yeh to pehli bar Maulana ne is tarike ki kitaben likhin ke is se humein kya wisdom milta</w:t>
      </w:r>
      <w:r>
        <w:br/>
      </w:r>
      <w:r>
        <w:rPr>
          <w:sz w:val="20"/>
        </w:rPr>
        <w:t>50:43  hai. logon ke nazdeek to Prophet hero hain, hamare liye is mein koi example nahi hai, hamare liye koi sabak nahi hai. bas bas humein ishq Rasool mein natein padhni hain.</w:t>
      </w:r>
      <w:r>
        <w:br/>
      </w:r>
      <w:r>
        <w:rPr>
          <w:sz w:val="20"/>
        </w:rPr>
        <w:t>50:55  to yeh hai. to yeh pehli bar humein sare rahinuma usool humein mile aur is mein jo jo kitab, jo January mein ne bataya tha 2018 ka Al-Risala jo hai, woh khusoosi shumarah hai.</w:t>
      </w:r>
      <w:r>
        <w:br/>
      </w:r>
      <w:r>
        <w:rPr>
          <w:sz w:val="20"/>
        </w:rPr>
        <w:t>51:08  woh is ka naam hi hai Paighambaraana Hikmat.</w:t>
      </w:r>
      <w:r>
        <w:br/>
      </w:r>
      <w:r>
        <w:rPr>
          <w:sz w:val="20"/>
        </w:rPr>
        <w:t>51:11  to is ko logon ko chahiye ke zaroor is ko padhen aur inshallah is ki koshish karte hain ke woh English mein bhi aa jaye. woh inshallah.</w:t>
      </w:r>
      <w:r>
        <w:br/>
      </w:r>
      <w:r>
        <w:rPr>
          <w:sz w:val="20"/>
        </w:rPr>
        <w:t>51:19  to is se Paighambar Islam jo hain, woh ek bohat hi ba hikmat insan the, wise man the. Maulana ne mutala kiya seerat ki kitabon ka to wahan koi hikmat ki tareef nahi mili.</w:t>
      </w:r>
      <w:r>
        <w:br/>
      </w:r>
      <w:r>
        <w:rPr>
          <w:sz w:val="20"/>
        </w:rPr>
        <w:t>51:34  to woh hikmat ki baaten to thi lekin hikmat kya hai?</w:t>
      </w:r>
      <w:r>
        <w:br/>
      </w:r>
      <w:r>
        <w:rPr>
          <w:sz w:val="20"/>
        </w:rPr>
        <w:t>51:38  woh sare waqiat to recorded the lekin wisdom aur practical wisdom ke angle se recorded nahi the. to unhon ne phir aap ke is role ko dekha, aap ki practice ko dekha ke jab aap ba hikmat insan the to aap ki practice mein woh hikmat zaroor reflect hui hogi.</w:t>
      </w:r>
      <w:r>
        <w:br/>
      </w:r>
      <w:r>
        <w:rPr>
          <w:sz w:val="20"/>
        </w:rPr>
        <w:t>51:59  to is tarike se is mein unhon ne yeh likha aur bohat sari aur doosri bhi kitaben hain.</w:t>
      </w:r>
      <w:r>
        <w:br/>
      </w:r>
      <w:r>
        <w:rPr>
          <w:sz w:val="20"/>
        </w:rPr>
        <w:t>52:05  to sab se pehle to sab se pehle to jab aap ko prophet hood nahi mili thi, tab bhi aap isi tareeqay se wise person thay.</w:t>
      </w:r>
      <w:r>
        <w:br/>
      </w:r>
      <w:r>
        <w:rPr>
          <w:sz w:val="20"/>
        </w:rPr>
        <w:t>52:17  prophet hood ke baad is mein aur jala mili is ko aur ziyada nikhaar aaya. to jab dekhiye hajar aswad ka qissa hua to log jo hain bilkul larne ki matlab aisi jang jari honay wali thi, khana jangi jis ko kehte</w:t>
      </w:r>
      <w:r>
        <w:br/>
      </w:r>
      <w:r>
        <w:rPr>
          <w:sz w:val="20"/>
        </w:rPr>
        <w:t>52:33  hain. to log keh rahe thay ke hajar aswad har tribal chief chahta tha ke hamein yeh izaz mile ke hum is ko jab wohi kaba jab gir gaya tha na ji to woh utha rahe thay.</w:t>
      </w:r>
      <w:r>
        <w:br/>
      </w:r>
      <w:r>
        <w:rPr>
          <w:sz w:val="20"/>
        </w:rPr>
        <w:t>52:43  jab deewar oonchi tak aa gayi jahan tak hajar aswad hai, to jab hajar aswad ko wahan rakhnay ka moqa aaya to to saray tribes walay jo hain larne lagay ke hamaray tribal chief ko hamaray is ko moqa milna chahiye.</w:t>
      </w:r>
      <w:r>
        <w:br/>
      </w:r>
      <w:r>
        <w:rPr>
          <w:sz w:val="20"/>
        </w:rPr>
        <w:t>52:57  to phir aik buzurg ne kaha ke kal subah sawere jo aadmi aye ga to usi ko hum salis bana dein gay, wohi faisla karega.</w:t>
      </w:r>
      <w:r>
        <w:br/>
      </w:r>
      <w:r>
        <w:rPr>
          <w:sz w:val="20"/>
        </w:rPr>
        <w:t>53:07  saray log raat bhar wahan baithe rahay to dekha to pehla shakhs jo aaya woh prophet is waqt prophet nahi thay, to to umar 40 saal par aap ko prophet hood mili na to woh Muhammad thay.</w:t>
      </w:r>
      <w:r>
        <w:br/>
      </w:r>
      <w:r>
        <w:rPr>
          <w:sz w:val="20"/>
        </w:rPr>
        <w:t>53:21  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r>
        <w:br/>
      </w:r>
      <w:r>
        <w:rPr>
          <w:sz w:val="20"/>
        </w:rPr>
        <w:t>53:50  phir aap ne apne hath se woh nasb kar diya. to is tareeqay se itna bara masla hal hua ke wahan to jangain hoti theen, to jang khatam honay ka naam hi nahi leti theen.</w:t>
      </w:r>
      <w:r>
        <w:br/>
      </w:r>
      <w:r>
        <w:rPr>
          <w:sz w:val="20"/>
        </w:rPr>
        <w:t>54:01  to woh is ke baad jab hum aap ko wahi mili aur aap ko bataya gaya ke aap ko yeh paigham logon tak pohanchana hai to aap ne dekha ke wahan to toheed ka paigham tha.</w:t>
      </w:r>
      <w:r>
        <w:br/>
      </w:r>
      <w:r>
        <w:rPr>
          <w:sz w:val="20"/>
        </w:rPr>
        <w:t>54:13  dekha ke kaba mein to saray but</w:t>
      </w:r>
      <w:r>
        <w:br/>
      </w:r>
      <w:r>
        <w:rPr>
          <w:sz w:val="20"/>
        </w:rPr>
        <w:t>54:16  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r>
        <w:br/>
      </w:r>
      <w:r>
        <w:rPr>
          <w:sz w:val="20"/>
        </w:rPr>
        <w:t>54:43  ye. to is tareeqay se unhon ne woh relevant ko irrelevant se alag kar liya.</w:t>
      </w:r>
      <w:r>
        <w:br/>
      </w:r>
      <w:r>
        <w:rPr>
          <w:sz w:val="20"/>
        </w:rPr>
        <w:t>54:53  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r>
        <w:br/>
      </w:r>
      <w:r>
        <w:rPr>
          <w:sz w:val="20"/>
        </w:rPr>
        <w:t>55:16  to is tareeqay se aur baat umeed sahi bhi hui. to</w:t>
      </w:r>
      <w:r>
        <w:br/>
      </w:r>
      <w:r>
        <w:rPr>
          <w:sz w:val="20"/>
        </w:rPr>
        <w:t>55:20  is tareeqay se kabhi dekhiye, practical wisdom mein kabhi kuch dekhna parta hai, kabhi kuch dekhna parta hai, kabhi wait karna parta hai agli generation tak, kabhi nayi planning karni parti hai.</w:t>
      </w:r>
      <w:r>
        <w:br/>
      </w:r>
      <w:r>
        <w:rPr>
          <w:sz w:val="20"/>
        </w:rPr>
        <w:t>55:33  makkah mein jab bohat ziyada mukhalifat honay lagi to wahan par aur koi kuch kuch opportunity nahi thi mazeed kuch kaam karne</w:t>
      </w:r>
      <w:r>
        <w:br/>
      </w:r>
      <w:r>
        <w:rPr>
          <w:sz w:val="20"/>
        </w:rPr>
        <w:t>55:43  ki. to aap khamoshi se makkah chhod kar madina chalay gaye aur wahan madine mein bilkul low profile mein kaam karna shuru kar diya, bilkul peaceful tareeqay se.</w:t>
      </w:r>
      <w:r>
        <w:br/>
      </w:r>
      <w:r>
        <w:rPr>
          <w:sz w:val="20"/>
        </w:rPr>
        <w:t>55:55  to agar aik planning aap ki kamyab nahi ho rahi hai to aap re-planning karein. is par Maulana ne aik pamphlet bhi hai re-planning par.</w:t>
      </w:r>
      <w:r>
        <w:br/>
      </w:r>
      <w:r>
        <w:rPr>
          <w:sz w:val="20"/>
        </w:rPr>
        <w:t>56:05  to re-planning jo hai woh mukammal taur par kamyab hui.</w:t>
      </w:r>
      <w:r>
        <w:br/>
      </w:r>
      <w:r>
        <w:rPr>
          <w:sz w:val="20"/>
        </w:rPr>
        <w:t>56:11  to isi tareeqay se jab aap madina gaye to wahan yahoodi aik sizable un ka group tha aur woh log jo hain un ke paas hi saray paighambar atay thay.</w:t>
      </w:r>
      <w:r>
        <w:br/>
      </w:r>
      <w:r>
        <w:rPr>
          <w:sz w:val="20"/>
        </w:rPr>
        <w:t>56:21  to awam jo hai un ko lagta tha ke yahi sachai par hain aur unhi ko woh follow karte thay bohat sari baton mein.</w:t>
      </w:r>
      <w:r>
        <w:br/>
      </w:r>
      <w:r>
        <w:rPr>
          <w:sz w:val="20"/>
        </w:rPr>
        <w:t>56:30  to woh log jo hain bait ul maqdis un ka qibla tha. to</w:t>
      </w:r>
      <w:r>
        <w:br/>
      </w:r>
      <w:r>
        <w:rPr>
          <w:sz w:val="20"/>
        </w:rPr>
        <w:t>56:34  itna bara aap ne kaam kiya ke un ki taaleef qalb yani softening of the heart, un ki taaleef qalb ke liye aap ne qibla badal diya.</w:t>
      </w:r>
      <w:r>
        <w:br/>
      </w:r>
      <w:r>
        <w:rPr>
          <w:sz w:val="20"/>
        </w:rPr>
        <w:t>56:44  to taqreeban 16-17 mahine tak yahoodiyon ka jo qibla tha bait ul maqdis usi ki taraf kar ke namaz parhte rahay.</w:t>
      </w:r>
      <w:r>
        <w:br/>
      </w:r>
      <w:r>
        <w:rPr>
          <w:sz w:val="20"/>
        </w:rPr>
        <w:t>56:55  to jab tab bhi dekha ke in logon par is ka kuch asar nahi ho raha, un ke heart jo hain woh saaf nahi ho rahe,</w:t>
      </w:r>
      <w:r>
        <w:br/>
      </w:r>
      <w:r>
        <w:rPr>
          <w:sz w:val="20"/>
        </w:rPr>
        <w:t>57:03  phir hukum hua ke apna kabe ki taraf qibla karne ka. to is tarike se unhon ne poori koshish ki aap ne ke mo'tedil halaat mein, normal halaat mein apna kaam karen.</w:t>
      </w:r>
      <w:r>
        <w:br/>
      </w:r>
      <w:r>
        <w:rPr>
          <w:sz w:val="20"/>
        </w:rPr>
        <w:t>57:16  kyunke agar woh qibla isi waqt agar qibla na badla hota to woh log kehte hain ke yeh pata nahin kaun log hain, un ka qibla kuch aur hai. abhi tak saare paighambar jo hain un ka qibla bait ul maqdis hota tha.</w:t>
      </w:r>
      <w:r>
        <w:br/>
      </w:r>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r>
        <w:br/>
      </w:r>
      <w:r>
        <w:rPr>
          <w:sz w:val="20"/>
        </w:rPr>
        <w:t>1:01:42  jab mein gaadi chala rahi thi to shuru shuru mein to kuch na kuch karti thi. to ek aadmi ne kaha why can't you drive properly?</w:t>
      </w:r>
      <w:r>
        <w:br/>
      </w:r>
      <w:r>
        <w:rPr>
          <w:sz w:val="20"/>
        </w:rPr>
        <w:t>1:01:51  bohat ghusse mein kaha.</w:t>
      </w:r>
      <w:r>
        <w:br/>
      </w:r>
      <w:r>
        <w:rPr>
          <w:sz w:val="20"/>
        </w:rPr>
        <w:t>1:01:53  to is tareeqay say bohat kuch hota hai. to phir hum agar isi waqt is ko bardasht kar lain, kuch log bardasht nahi karte, phir nikal ke larna shuru kar dete hain.</w:t>
      </w:r>
      <w:r>
        <w:br/>
      </w:r>
      <w:r>
        <w:rPr>
          <w:sz w:val="20"/>
        </w:rPr>
        <w:t>1:02:02  to hamare aik colleague thay, un ke bhai ne larna shuru kar diya, yahan tak ke bohat zabardast jang ladaai hui aur police case ban gaya.</w:t>
      </w:r>
      <w:r>
        <w:br/>
      </w:r>
      <w:r>
        <w:rPr>
          <w:sz w:val="20"/>
        </w:rPr>
        <w:t>1:02:11  bohat dinon tak woh jail mein rahe. to yahi woh lesser evil tha aur lesser evil ko bardasht na karne se phir woh greater evil ko bardasht karna parta hai.</w:t>
      </w:r>
      <w:r>
        <w:br/>
      </w:r>
      <w:r>
        <w:rPr>
          <w:sz w:val="20"/>
        </w:rPr>
        <w:t>1:02:23  to yeh hai ke dekhiye, is sab se bari baat yeh hai ke is dunya mein Allah ne sab ko azadi di hai. ab azadi di hai to yeh sab hoga ji, to is ko humein bardasht karna parhe ga.</w:t>
      </w:r>
      <w:r>
        <w:br/>
      </w:r>
      <w:r>
        <w:rPr>
          <w:sz w:val="20"/>
        </w:rPr>
        <w:t>1:02:34  agar hum bardasht nahi karein ge to aur bari museebat mein par jayen ge.</w:t>
      </w:r>
      <w:r>
        <w:br/>
      </w:r>
      <w:r>
        <w:rPr>
          <w:sz w:val="20"/>
        </w:rPr>
        <w:t>1:02:41  to is tareeqay say Rasool Allah Sal Allahu Alaihi Wa Sallam ki poori zindagi jo hai, is mein aap ko saare guiding principles practical wisdom ke milte hain.</w:t>
      </w:r>
      <w:r>
        <w:br/>
      </w:r>
      <w:r>
        <w:rPr>
          <w:sz w:val="20"/>
        </w:rPr>
        <w:t>1:02:50  bas yeh hai ke is angle say aap ko dekhna hai</w:t>
      </w:r>
      <w:r>
        <w:br/>
      </w:r>
      <w:r>
        <w:rPr>
          <w:sz w:val="20"/>
        </w:rPr>
        <w:t>1:02:53  kyun ke hum is angle say nahi dekhte. hum to dekhte hain ke bas yeh prophet ka life hai, un ki teachings hain, bas wisdom aur practical wisdom ke angle say nahi dekhte.</w:t>
      </w:r>
      <w:r>
        <w:br/>
      </w:r>
      <w:r>
        <w:rPr>
          <w:sz w:val="20"/>
        </w:rPr>
        <w:t>1:03:04  is liye hum samajhte nahi hain. ji, thank you apa for doing a very important session today. jazak Allah. so with this, we will end today's session and we will be back next Sunday at 10:30 AM.</w:t>
      </w:r>
      <w:r>
        <w:br/>
      </w:r>
      <w:r>
        <w:rPr>
          <w:sz w:val="20"/>
        </w:rPr>
        <w:t>1:03:17  thank you.</w:t>
      </w:r>
    </w:p>
    <w:p>
      <w:pPr>
        <w:pStyle w:val="Heading2"/>
      </w:pPr>
      <w:r>
        <w:t>Principles and importance of Quran study</w:t>
      </w:r>
    </w:p>
    <w:p>
      <w:r>
        <w:rPr>
          <w:color w:val="666666"/>
          <w:sz w:val="18"/>
        </w:rPr>
        <w:t>Quran &amp; Tafsir · Man and the Laws of Nature April 1, 2012 · 52s · at 1:43:20 · https://youtu.be/coIrwYQgb6Y?t=6200</w:t>
      </w:r>
    </w:p>
    <w:p>
      <w:r>
        <w:rPr>
          <w:i/>
        </w:rPr>
        <w:t>“What is the academic principle of studying the Quran? What is the importance of studying the Quran? That is, why should a person study the Quran?”</w:t>
      </w:r>
    </w:p>
    <w:p>
      <w:r>
        <w:rPr>
          <w:sz w:val="20"/>
        </w:rPr>
        <w:t>1:43:20  is ka matlab hai conditioning. Maulana, unka ek aur sawal hai. unhon ne likha hai: "Quran ke mutale ka ilmi usool kya hai?</w:t>
      </w:r>
      <w:r>
        <w:br/>
      </w:r>
      <w:r>
        <w:rPr>
          <w:sz w:val="20"/>
        </w:rPr>
        <w:t>1:43:30  Quran ke mutale ki ahmiyat kya hai? yani aadmi ko Quran ka mutala kyun karna chahiye?" bhai, kyun?</w:t>
      </w:r>
      <w:r>
        <w:br/>
      </w:r>
      <w:r>
        <w:rPr>
          <w:sz w:val="20"/>
        </w:rPr>
        <w:t>1:43:38  to yeh hai ke woh creator ki kitab hai jis ne aap ko banaya hai. aap ko janna hai ke Allah ne ya creator ne ab woh kyun banaya hai.</w:t>
      </w:r>
      <w:r>
        <w:br/>
      </w:r>
      <w:r>
        <w:rPr>
          <w:sz w:val="20"/>
        </w:rPr>
        <w:t>1:43:50  to creator ka jo scheme hai aap ko paida karne ke muamle mein, us ko janne ke liye aap ko padhna chahiye.</w:t>
      </w:r>
      <w:r>
        <w:br/>
      </w:r>
      <w:r>
        <w:rPr>
          <w:sz w:val="20"/>
        </w:rPr>
        <w:t>1:43:59  baqi ilmi mutala koi, yani koi is ka hard and fast rule nahi hai. Quran ko padhiye aur dua karte rahiye. main to yeh samajhta hoon ke koi bhi usool nahi siwaye is ke ke aadmi padhe aur dua kare, padhe aur dua kare.</w:t>
      </w:r>
    </w:p>
    <w:p>
      <w:pPr>
        <w:pStyle w:val="Heading2"/>
      </w:pPr>
      <w:r>
        <w:t>Printing Quran translation without Arabic text</w:t>
      </w:r>
    </w:p>
    <w:p>
      <w:r>
        <w:rPr>
          <w:color w:val="666666"/>
          <w:sz w:val="18"/>
        </w:rPr>
        <w:t>Quran &amp; Tafsir · Nation Building On India's Republic Day Jan 26, 2020 Maulana Wahiduddin Khan · 5m 48s · at 42:25 · https://youtu.be/58CVocbLAb8?t=2545</w:t>
      </w:r>
    </w:p>
    <w:p>
      <w:r>
        <w:rPr>
          <w:i/>
        </w:rPr>
        <w:t>“I met a gentleman from an Islamic organization who holds a high position. When I showed him a Quran copy published by Goodword Books, he said the group decided that printing the translation of the Quran only with the Arabic text is correct, and printing it without the Arabic text would make the translation seem more important. Is this view correct?”</w:t>
      </w:r>
    </w:p>
    <w:p>
      <w:r>
        <w:rPr>
          <w:sz w:val="20"/>
        </w:rPr>
        <w:t>42:25  Maulana Doctor Junaid Sheikh ne Mumbai se sawal bheja hai. unhone likha hai: "ek sahab se mulaqat hui jo ek Islami organization se wabasta hain aur ek bade uhde par hain.</w:t>
      </w:r>
      <w:r>
        <w:br/>
      </w:r>
      <w:r>
        <w:rPr>
          <w:sz w:val="20"/>
        </w:rPr>
        <w:t>42:42  un se baat karte waqt maine unhein Goodword Book se publish hui Quran ki copy dikhai. unhone dekh kar kaha ke jamaat ne faisla kiya hai ke Quran ki translation ko Arabic text ke sath hi print karna sahi hai.</w:t>
      </w:r>
      <w:r>
        <w:br/>
      </w:r>
      <w:r>
        <w:rPr>
          <w:sz w:val="20"/>
        </w:rPr>
        <w:t>43:00  baghair Arabic text ke Quran print kiya jaye to sirf translation ki hi ahmiyat zyada ho jayegi.</w:t>
      </w:r>
      <w:r>
        <w:br/>
      </w:r>
      <w:r>
        <w:rPr>
          <w:sz w:val="20"/>
        </w:rPr>
        <w:t>43:09  aur Quran ke sath wahi hoga jo Bible ke sath hua. Printing Quran without Arabic text yeh Quran par zulm hai.</w:t>
      </w:r>
      <w:r>
        <w:br/>
      </w:r>
      <w:r>
        <w:rPr>
          <w:sz w:val="20"/>
        </w:rPr>
        <w:t>43:19  Maulana sahab please let us all know is this kind of thinking according to Quranic teaching?" yeh bilkul absurd hai absurd hai.</w:t>
      </w:r>
      <w:r>
        <w:br/>
      </w:r>
      <w:r>
        <w:rPr>
          <w:sz w:val="20"/>
        </w:rPr>
        <w:t>43:30  dekhiye Quran mein ek ayat hai ke: "wa ma arsalna min rasool illa bi lisani qawmihi." haan illa bi lisani qawmihi.</w:t>
      </w:r>
      <w:r>
        <w:br/>
      </w:r>
      <w:r>
        <w:rPr>
          <w:sz w:val="20"/>
        </w:rPr>
        <w:t>43:43  hum ne jab bhi koi rasool bheja to us ki us ko bheja us ki apni qom ki zaban zaban mein.</w:t>
      </w:r>
      <w:r>
        <w:br/>
      </w:r>
      <w:r>
        <w:rPr>
          <w:sz w:val="20"/>
        </w:rPr>
        <w:t>43:53  is ayat ka tarjuma ye ayat ka hawala kiya hai?</w:t>
      </w:r>
      <w:r>
        <w:br/>
      </w:r>
      <w:r>
        <w:rPr>
          <w:sz w:val="20"/>
        </w:rPr>
        <w:t>44:07  surah ibrahim surah number choda ayat number char.</w:t>
      </w:r>
      <w:r>
        <w:br/>
      </w:r>
      <w:r>
        <w:rPr>
          <w:sz w:val="20"/>
        </w:rPr>
        <w:t>44:14  quran mein hai ke allah farmaya allah ne farmaya ke hum ne jab bhi koi nabi bheja to us ko us ki apni qom ki zaban mein bheja.</w:t>
      </w:r>
      <w:r>
        <w:br/>
      </w:r>
      <w:r>
        <w:rPr>
          <w:sz w:val="20"/>
        </w:rPr>
        <w:t>44:30  is ka matlab kya hua? is ka matlab ye hua ke arabi zaban mein quran is liye aya ke is qom ki zaban arabi zaban thi.</w:t>
      </w:r>
      <w:r>
        <w:br/>
      </w:r>
      <w:r>
        <w:rPr>
          <w:sz w:val="20"/>
        </w:rPr>
        <w:t>44:39  is liye nahi ke wo jannat ki zaban thi. ab quran ka jo text hai arabi zaban mein hai ye harar ka matlab nahi hai. to aaj jab hum ko ye hai hukum ke quran ko pohnchao sari dunya tak.</w:t>
      </w:r>
      <w:r>
        <w:br/>
      </w:r>
      <w:r>
        <w:rPr>
          <w:sz w:val="20"/>
        </w:rPr>
        <w:t>44:59  tabarak allazina ala abdihi li yakuna lil alamin nazira. haan al alamin nazira. sare alam ke liye nazir.</w:t>
      </w:r>
      <w:r>
        <w:br/>
      </w:r>
      <w:r>
        <w:rPr>
          <w:sz w:val="20"/>
        </w:rPr>
        <w:t>45:11  aagah karne wala. to kaise sare alam ko kaise aagah karenge aap arabi zaban mein de kar? to wo aadmi kahega ke bhai main to arabi janta nahi.</w:t>
      </w:r>
      <w:r>
        <w:br/>
      </w:r>
      <w:r>
        <w:rPr>
          <w:sz w:val="20"/>
        </w:rPr>
        <w:t>45:24  nahi is ka matlab ye hai ke aap bhi wahi karen jo bible walon ne kiya. ye galat bible walon ko aap wo galat tasveer pesh ki aap ne.</w:t>
      </w:r>
      <w:r>
        <w:br/>
      </w:r>
      <w:r>
        <w:rPr>
          <w:sz w:val="20"/>
        </w:rPr>
        <w:t>45:42  main to samajhta hoon ke unhon ne immutable kaam kiya hai bible walon ne. sari zaban unhon ne seekhi.</w:t>
      </w:r>
      <w:r>
        <w:br/>
      </w:r>
      <w:r>
        <w:rPr>
          <w:sz w:val="20"/>
        </w:rPr>
        <w:t>45:52  is mein behtareen tarjume tayar kiye. aur bohat achhe andaz se un ko un ke tarjume understandable language mein chhapa kar phaila rahe hain.</w:t>
      </w:r>
      <w:r>
        <w:br/>
      </w:r>
      <w:r>
        <w:rPr>
          <w:sz w:val="20"/>
        </w:rPr>
        <w:t>46:04  ye to immutable kaam hai. aap aap un ko un ke un ke un ke un ke un ke role ko samjhen nahi aap.</w:t>
      </w:r>
      <w:r>
        <w:br/>
      </w:r>
      <w:r>
        <w:rPr>
          <w:sz w:val="20"/>
        </w:rPr>
        <w:t>46:18  main samajhta hoon ke is zamane ke musalmanon ko wahi kaam karna hai jo christian ne kiya. unhon ne sari dunya ki zabano mein quran ke bible ki tarjume tayar kiye bohat achhi zaban mein.</w:t>
      </w:r>
      <w:r>
        <w:br/>
      </w:r>
      <w:r>
        <w:rPr>
          <w:sz w:val="20"/>
        </w:rPr>
        <w:t>46:35  bible ki zaban bohat achhi zaban hoti hai. aur is ko chhapa kar dunya bhar mein phailaye. sari dunya mein jahan jahan hai wahan bible maujood ho hai.</w:t>
      </w:r>
      <w:r>
        <w:br/>
      </w:r>
      <w:r>
        <w:rPr>
          <w:sz w:val="20"/>
        </w:rPr>
        <w:t>46:47  yahi kaam hum ko bhi karna hai.</w:t>
      </w:r>
      <w:r>
        <w:br/>
      </w:r>
      <w:r>
        <w:rPr>
          <w:sz w:val="20"/>
        </w:rPr>
        <w:t>46:51  hum ko bhi karna hai. aur ye khud quran ki ek ayat se nikalta hai. wo ayat kis tarah se hai?</w:t>
      </w:r>
      <w:r>
        <w:br/>
      </w:r>
      <w:r>
        <w:rPr>
          <w:sz w:val="20"/>
        </w:rPr>
        <w:t>46:59  ya ayuhal lazina amanu kono ansar allah kama qala isa ibn maryam ala al hawariyin man ansari ila allah.</w:t>
      </w:r>
      <w:r>
        <w:br/>
      </w:r>
      <w:r>
        <w:rPr>
          <w:sz w:val="20"/>
        </w:rPr>
        <w:t>47:08  haan dekhiye is par ghor kijiye is ayat ko. to allah taala ne christian ko se jo kaam liya wo ek model ban gaya hamare liye quran ke ke hum isi model par quran ko tayar karen aur phailayen.</w:t>
      </w:r>
      <w:r>
        <w:br/>
      </w:r>
      <w:r>
        <w:rPr>
          <w:sz w:val="20"/>
        </w:rPr>
        <w:t>47:36  ye khud quran se nikalta hai.</w:t>
      </w:r>
      <w:r>
        <w:br/>
      </w:r>
      <w:r>
        <w:rPr>
          <w:sz w:val="20"/>
        </w:rPr>
        <w:t>47:42  main ek ye mera tajurba ek ye hai ke musalman doosre mazhabon se yani negative negative soch rakhte hain.</w:t>
      </w:r>
      <w:r>
        <w:br/>
      </w:r>
      <w:r>
        <w:rPr>
          <w:sz w:val="20"/>
        </w:rPr>
        <w:t>47:55  negative</w:t>
      </w:r>
      <w:r>
        <w:br/>
      </w:r>
      <w:r>
        <w:rPr>
          <w:sz w:val="20"/>
        </w:rPr>
        <w:t>47:59  yahud se aur</w:t>
      </w:r>
      <w:r>
        <w:br/>
      </w:r>
      <w:r>
        <w:rPr>
          <w:sz w:val="20"/>
        </w:rPr>
        <w:t>48:04  christian se mujhe to kisi se mujhe to kisi se koi hate nahi.</w:t>
      </w:r>
    </w:p>
    <w:p>
      <w:pPr>
        <w:pStyle w:val="Heading2"/>
      </w:pPr>
      <w:r>
        <w:t>Prophets and callers on A'raf</w:t>
      </w:r>
    </w:p>
    <w:p>
      <w:r>
        <w:rPr>
          <w:color w:val="666666"/>
          <w:sz w:val="18"/>
        </w:rPr>
        <w:t>Quran &amp; Tafsir · 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Prophets questioning God's promise explained</w:t>
      </w:r>
    </w:p>
    <w:p>
      <w:r>
        <w:rPr>
          <w:color w:val="666666"/>
          <w:sz w:val="18"/>
        </w:rPr>
        <w:t>Quran &amp; Tafsir · Realization of God May 5, 2019 · 1m 01s · at 48:16 · https://youtu.be/5X-vCFqiR4U?t=2896</w:t>
      </w:r>
    </w:p>
    <w:p>
      <w:r>
        <w:rPr>
          <w:i/>
        </w:rPr>
        <w:t>“When we go through the Quran, we find that the prophets of Allah do not have firm faith in God. They questioned God. For example, Prophet Zachariah was told that you will have a child, but he did not accept it. What is the reason? How is this possible?”</w:t>
      </w:r>
    </w:p>
    <w:p>
      <w:r>
        <w:rPr>
          <w:sz w:val="20"/>
        </w:rPr>
        <w:t>48:16  Maulana, yeh sawal Delhi se bheja hai Sameer Muhammad Dar sahib ne. unhon ne likha hai: "I have a question that when we go through Quran, we find that the prophets of Allah do not have firm faith in God.</w:t>
      </w:r>
      <w:r>
        <w:br/>
      </w:r>
      <w:r>
        <w:rPr>
          <w:sz w:val="20"/>
        </w:rPr>
        <w:t>48:35  They questioned the God. For example, Prophet Yahya was when told that you will have a child, he did not accept it.</w:t>
      </w:r>
      <w:r>
        <w:br/>
      </w:r>
      <w:r>
        <w:rPr>
          <w:sz w:val="20"/>
        </w:rPr>
        <w:t>48:49  What is the reason? How is this possible, Maulana?"</w:t>
      </w:r>
      <w:r>
        <w:br/>
      </w:r>
      <w:r>
        <w:rPr>
          <w:sz w:val="20"/>
        </w:rPr>
        <w:t>48:54  nahi nahi, yeh yeh aap ne pata nahi kahan parha hai. aap Tazkir al Quran parhiye ya aap ko galat koi kitab mili hai jis mein aap ne parhi hai.</w:t>
      </w:r>
      <w:r>
        <w:br/>
      </w:r>
      <w:r>
        <w:rPr>
          <w:sz w:val="20"/>
        </w:rPr>
        <w:t>49:03  yeh baat har prophet yaqeen mein paida hota hai, yaqeen mein jeeta hai. aap yeh is ayat ki tashreeh aap hamari jo tafsir hai Tazkir al Quran us ko parhiye.</w:t>
      </w:r>
    </w:p>
    <w:p>
      <w:pPr>
        <w:pStyle w:val="Heading2"/>
      </w:pPr>
      <w:r>
        <w:t>Punishment for non-believers in Quran</w:t>
      </w:r>
    </w:p>
    <w:p>
      <w:r>
        <w:rPr>
          <w:color w:val="666666"/>
          <w:sz w:val="18"/>
        </w:rPr>
        <w:t>Quran &amp; Tafsir · The Meaning of Ummat-i-Wasat Nov 25, 2018 · 5m 56s · at 57:24 · https://youtu.be/3POFfvXaFss?t=3444</w:t>
      </w:r>
    </w:p>
    <w:p>
      <w:r>
        <w:rPr>
          <w:i/>
        </w:rPr>
        <w:t>“In the Quran there is reference of punishment for polytheists and disbelievers, that is people who believe in more than one God and those people who do not believe in truth. My question is: Is there any mention of those people who don't worship Allah and don't believe in His existence?”</w:t>
      </w:r>
    </w:p>
    <w:p>
      <w:r>
        <w:rPr>
          <w:sz w:val="20"/>
        </w:rPr>
        <w:t>57:24  god wants us to be successful and he is showering all his rahmat to make us successful. how sad would be our end if he fail even after such high level support which is working for us?" maulana, agla sawal lete hain jo miss sadia ne bheja hai usa se.</w:t>
      </w:r>
      <w:r>
        <w:br/>
      </w:r>
      <w:r>
        <w:rPr>
          <w:sz w:val="20"/>
        </w:rPr>
        <w:t>57:45  unhon ne likha hai: "in quran there is reference of punishment for mushrikeen and kafir.</w:t>
      </w:r>
      <w:r>
        <w:br/>
      </w:r>
      <w:r>
        <w:rPr>
          <w:sz w:val="20"/>
        </w:rPr>
        <w:t>57:57  that is people who believe in more than one god or those people who do not believe in truth. my question is: is there any mention of those people who don't worship allah or don't believe in his existence?" bhai, kahin punishment ke to hai nahi jo aap keh rahe hain.</w:t>
      </w:r>
      <w:r>
        <w:br/>
      </w:r>
      <w:r>
        <w:rPr>
          <w:sz w:val="20"/>
        </w:rPr>
        <w:t>58:23  sirf ek hi cheez hai ke koi attack kare to defence mein un se tum lad sakte ho. wahan bhi yeh hai ke us ko manage karne ki koshish karo.</w:t>
      </w:r>
      <w:r>
        <w:br/>
      </w:r>
      <w:r>
        <w:rPr>
          <w:sz w:val="20"/>
        </w:rPr>
        <w:t>58:34  yeh nahi ke andaaz ladai shuru kar do. islam mein jo taleem hai woh yeh hai ke individuals ke liye hai ke aap un ko train karein, un ko tarbiyat karein, un ko samjhaein.</w:t>
      </w:r>
      <w:r>
        <w:br/>
      </w:r>
      <w:r>
        <w:rPr>
          <w:sz w:val="20"/>
        </w:rPr>
        <w:t>58:49  yeh jo nikal rakha hai musalmanon ne ke jo rasool allah ke khilaf gustakhi kare, us ko maro, yeh bilkul jhooti baat hai.</w:t>
      </w:r>
      <w:r>
        <w:br/>
      </w:r>
      <w:r>
        <w:rPr>
          <w:sz w:val="20"/>
        </w:rPr>
        <w:t>58:59  bilkul jhooti baat hai. maro nahi, is ko milo, is ke muhabbat se samjhao. is ko literature to parhne ke liye yeh bilkul jhoota concept hai ke jo gustakhi kare, us ko maro.</w:t>
      </w:r>
      <w:r>
        <w:br/>
      </w:r>
      <w:r>
        <w:rPr>
          <w:sz w:val="20"/>
        </w:rPr>
        <w:t>59:15  yeh Islam mein hai hi nahi.</w:t>
      </w:r>
      <w:r>
        <w:br/>
      </w:r>
      <w:r>
        <w:rPr>
          <w:sz w:val="20"/>
        </w:rPr>
        <w:t>59:19  punishment in the hereafter.</w:t>
      </w:r>
      <w:r>
        <w:br/>
      </w:r>
      <w:r>
        <w:rPr>
          <w:sz w:val="20"/>
        </w:rPr>
        <w:t>59:26  Maulana, woh jo punishment ko refer kar rahe hain, woh hereafter ki punishment ko refer kar rahe hain. Hereafter ki jo hai, woh punishment nahi hai.</w:t>
      </w:r>
      <w:r>
        <w:br/>
      </w:r>
      <w:r>
        <w:rPr>
          <w:sz w:val="20"/>
        </w:rPr>
        <w:t>59:42  hadees mein aata hai: "in hai ila aamaalukum turad alaikum." kya hai sahab?</w:t>
      </w:r>
      <w:r>
        <w:br/>
      </w:r>
      <w:r>
        <w:rPr>
          <w:sz w:val="20"/>
        </w:rPr>
        <w:t>59:51  is ko parhiye, is ka tarjuma parhiye: "in ya ila aamaalukum turad alaikum." ya ibaad, inma ya aamaalukum, ahsaha lakum, thum ufiyukum iyaha.</w:t>
      </w:r>
      <w:r>
        <w:br/>
      </w:r>
      <w:r>
        <w:rPr>
          <w:sz w:val="20"/>
        </w:rPr>
        <w:t>1:00:10  ae mere bando, beshak yeh tumhare aamaal hain jis ko hum ne tumhare liye shumar kar rakha hai. phir tum ko is ka poora poora badla diya jayega.</w:t>
      </w:r>
      <w:r>
        <w:br/>
      </w:r>
      <w:r>
        <w:rPr>
          <w:sz w:val="20"/>
        </w:rPr>
        <w:t>1:00:20  sahih Muslim. to jannat aur jahannum ka jo concept hai Quran o hadees mein, woh to yahi hai ke hamara apne aamaal ka hamare tak loota jana, is ke result ka, is ke nateeje ka.</w:t>
      </w:r>
      <w:r>
        <w:br/>
      </w:r>
      <w:r>
        <w:rPr>
          <w:sz w:val="20"/>
        </w:rPr>
        <w:t>1:00:45  to aadmi ko sochna chahiye ke mera amal kaisa hai, mera amal kaisa hai. kyunke Allah ne jab paida kiya hai to mein soch raha tha kal ke meri paidaish hui yakam January 1925 ko.</w:t>
      </w:r>
      <w:r>
        <w:br/>
      </w:r>
      <w:r>
        <w:rPr>
          <w:sz w:val="20"/>
        </w:rPr>
        <w:t>1:01:04  is ka matlab kya hai? yakam January 1925 se pehle mein non existence tha, ghair maujood.</w:t>
      </w:r>
      <w:r>
        <w:br/>
      </w:r>
      <w:r>
        <w:rPr>
          <w:sz w:val="20"/>
        </w:rPr>
        <w:t>1:01:16  yakam January 1925 ko mein maujood ho gaya. kaisi ajeeb cheez hai!</w:t>
      </w:r>
      <w:r>
        <w:br/>
      </w:r>
      <w:r>
        <w:rPr>
          <w:sz w:val="20"/>
        </w:rPr>
        <w:t>1:01:22  ek insaan bolne wala, sochne wala, chalne wala, yaani hazaron cheezein hain ek insaan ke andar, tab woh insaan banta hai.</w:t>
      </w:r>
      <w:r>
        <w:br/>
      </w:r>
      <w:r>
        <w:rPr>
          <w:sz w:val="20"/>
        </w:rPr>
        <w:t>1:01:37  to aisa hai ke insaan ek tareekh se pehle wajood hi nahi tha is ka, aur phir is ka wajood ho gaya. yaani ghair maujood ko Allah ne maujood kar diya, non existent ko existent kar diya.</w:t>
      </w:r>
      <w:r>
        <w:br/>
      </w:r>
      <w:r>
        <w:rPr>
          <w:sz w:val="20"/>
        </w:rPr>
        <w:t>1:01:55  yeh to kitni badi blessing hai!</w:t>
      </w:r>
      <w:r>
        <w:br/>
      </w:r>
      <w:r>
        <w:rPr>
          <w:sz w:val="20"/>
        </w:rPr>
        <w:t>1:02:01  is ka aadmi soche ke sari is ki way of thinking badal jaye.</w:t>
      </w:r>
      <w:r>
        <w:br/>
      </w:r>
      <w:r>
        <w:rPr>
          <w:sz w:val="20"/>
        </w:rPr>
        <w:t>1:02:13  mein to yahi samajhta hoon.</w:t>
      </w:r>
      <w:r>
        <w:br/>
      </w:r>
      <w:r>
        <w:rPr>
          <w:sz w:val="20"/>
        </w:rPr>
        <w:t>1:02:21  Maulana, agla comment bheja hai Muhammad Yaqoob Umri ne. unhone likha hai: "Maulana, I listen to the complete lecture without any</w:t>
      </w:r>
    </w:p>
    <w:p>
      <w:pPr>
        <w:pStyle w:val="Heading2"/>
      </w:pPr>
      <w:r>
        <w:t>Purpose of prophet stories in Quran</w:t>
      </w:r>
    </w:p>
    <w:p>
      <w:r>
        <w:rPr>
          <w:color w:val="666666"/>
          <w:sz w:val="18"/>
        </w:rPr>
        <w:t>Quran &amp; Tafsir · The Purpose of Existence-9th September 2012 · 2m 55s · at 1:21:42 · https://youtu.be/KxCy8m6k_MQ?t=4902</w:t>
      </w:r>
    </w:p>
    <w:p>
      <w:r>
        <w:rPr>
          <w:i/>
        </w:rPr>
        <w:t>“In the Quran, God has mentioned many incidents related to the life of the prophets like Adam, Noah, David, Solomon, etc. What is the purpose of mentioning these stories?”</w:t>
      </w:r>
    </w:p>
    <w:p>
      <w:r>
        <w:rPr>
          <w:sz w:val="20"/>
        </w:rPr>
        <w:t>1:21:42  maulana, agla sawal roorkee se hai sajid anwar sahab ka.</w:t>
      </w:r>
      <w:r>
        <w:br/>
      </w:r>
      <w:r>
        <w:rPr>
          <w:sz w:val="20"/>
        </w:rPr>
        <w:t>1:21:46  انہوں نے لکھا ہے: "مولانا، in the Quran God has mentioned many incidents related to the life of</w:t>
      </w:r>
      <w:r>
        <w:br/>
      </w:r>
      <w:r>
        <w:rPr>
          <w:sz w:val="20"/>
        </w:rPr>
        <w:t>1:21:54  The prophets like Adam, Noah, David, Solomon, etc.</w:t>
      </w:r>
      <w:r>
        <w:br/>
      </w:r>
      <w:r>
        <w:rPr>
          <w:sz w:val="20"/>
        </w:rPr>
        <w:t>1:21:58  These incidents clearly indicate that these prophets also realized their mistakes and turned towards God Almighty in repentance.</w:t>
      </w:r>
      <w:r>
        <w:br/>
      </w:r>
      <w:r>
        <w:rPr>
          <w:sz w:val="20"/>
        </w:rPr>
        <w:t>1:22:05  However, attitude of today's Muslims are in absolute contrast to the examples of these prophets as they</w:t>
      </w:r>
      <w:r>
        <w:br/>
      </w:r>
      <w:r>
        <w:rPr>
          <w:sz w:val="20"/>
        </w:rPr>
        <w:t>1:22:13  Do not retract from their violent culture.</w:t>
      </w:r>
      <w:r>
        <w:br/>
      </w:r>
      <w:r>
        <w:rPr>
          <w:sz w:val="20"/>
        </w:rPr>
        <w:t>1:22:16  Is it not a clear proof that today Muslims derive their ideology from somewhere other than the</w:t>
      </w:r>
      <w:r>
        <w:br/>
      </w:r>
      <w:r>
        <w:rPr>
          <w:sz w:val="20"/>
        </w:rPr>
        <w:t>1:22:24  quran? kindly comment.</w:t>
      </w:r>
      <w:r>
        <w:br/>
      </w:r>
      <w:r>
        <w:rPr>
          <w:sz w:val="20"/>
        </w:rPr>
        <w:t>1:22:25  kya matlab hai? maulana, woh yeh keh rahe hain ke jo prophets ki zindagi se dekha gaya hai</w:t>
      </w:r>
      <w:r>
        <w:br/>
      </w:r>
      <w:r>
        <w:rPr>
          <w:sz w:val="20"/>
        </w:rPr>
        <w:t>1:22:33  ke unhon ne bhi kuch ghaltiyan keen lekin unhon ne woh repentance ki.</w:t>
      </w:r>
      <w:r>
        <w:br/>
      </w:r>
      <w:r>
        <w:rPr>
          <w:sz w:val="20"/>
        </w:rPr>
        <w:t>1:22:39  unhon ne is ke baad lekin agar un se aaj ke muslims ko compare kiya jaye to aaj</w:t>
      </w:r>
      <w:r>
        <w:br/>
      </w:r>
      <w:r>
        <w:rPr>
          <w:sz w:val="20"/>
        </w:rPr>
        <w:t>1:22:46  ke muslims jo hain woh apni aik to maulana ghalti nahi mante aur violent culture ko ikhtiyar kiya</w:t>
      </w:r>
      <w:r>
        <w:br/>
      </w:r>
      <w:r>
        <w:rPr>
          <w:sz w:val="20"/>
        </w:rPr>
        <w:t>1:22:54  hua hai unhon ne.</w:t>
      </w:r>
      <w:r>
        <w:br/>
      </w:r>
      <w:r>
        <w:rPr>
          <w:sz w:val="20"/>
        </w:rPr>
        <w:t>1:22:56  to kya yeh kaha ja sakta hai ke un ki jo ideology hai woh un ko quran se</w:t>
      </w:r>
      <w:r>
        <w:br/>
      </w:r>
      <w:r>
        <w:rPr>
          <w:sz w:val="20"/>
        </w:rPr>
        <w:t>1:23:03  nahi, kahin aur se mil rahi hai? is se yeh matlab lagta hai.</w:t>
      </w:r>
      <w:r>
        <w:br/>
      </w:r>
      <w:r>
        <w:rPr>
          <w:sz w:val="20"/>
        </w:rPr>
        <w:t>1:23:09  nahi, dekhen, woh ghalti wali baat alag hai, woh baat alag hai.</w:t>
      </w:r>
      <w:r>
        <w:br/>
      </w:r>
      <w:r>
        <w:rPr>
          <w:sz w:val="20"/>
        </w:rPr>
        <w:t>1:23:14  donon ko woh nahi karna chahiye.</w:t>
      </w:r>
      <w:r>
        <w:br/>
      </w:r>
      <w:r>
        <w:rPr>
          <w:sz w:val="20"/>
        </w:rPr>
        <w:t>1:23:17  ji haan, abhi jo musalman jo ladai bhadai kar rahe hain, us ko jihad kehte hain.</w:t>
      </w:r>
      <w:r>
        <w:br/>
      </w:r>
      <w:r>
        <w:rPr>
          <w:sz w:val="20"/>
        </w:rPr>
        <w:t>1:23:24  yeh to bilkul baseless hai yani is ka talluq kuch bhi quran se nahi hai.</w:t>
      </w:r>
      <w:r>
        <w:br/>
      </w:r>
      <w:r>
        <w:rPr>
          <w:sz w:val="20"/>
        </w:rPr>
        <w:t>1:23:30  kahin quran mein is tarah ki ladaaiyon ka zikr nahi hai.</w:t>
      </w:r>
      <w:r>
        <w:br/>
      </w:r>
      <w:r>
        <w:rPr>
          <w:sz w:val="20"/>
        </w:rPr>
        <w:t>1:23:35  yeh to quran in ko disown kar raha hai.</w:t>
      </w:r>
      <w:r>
        <w:br/>
      </w:r>
      <w:r>
        <w:rPr>
          <w:sz w:val="20"/>
        </w:rPr>
        <w:t>1:23:39  disown karne ki wajah se har jagah woh haar rahe hain.</w:t>
      </w:r>
      <w:r>
        <w:br/>
      </w:r>
      <w:r>
        <w:rPr>
          <w:sz w:val="20"/>
        </w:rPr>
        <w:t>1:23:44  to woh alag masla hai yani woh is ko kehte hain ijtihadi khata.</w:t>
      </w:r>
      <w:r>
        <w:br/>
      </w:r>
      <w:r>
        <w:rPr>
          <w:sz w:val="20"/>
        </w:rPr>
        <w:t>1:23:50  ji, paighambaron se ijtihadi khata hoti hai, woh ek alag masla hai.</w:t>
      </w:r>
      <w:r>
        <w:br/>
      </w:r>
      <w:r>
        <w:rPr>
          <w:sz w:val="20"/>
        </w:rPr>
        <w:t>1:23:55  ji, lekin yeh jo musalman ladaaiyan lad rahe hain, yeh to koi shaq nahi ke hargiz na to</w:t>
      </w:r>
      <w:r>
        <w:br/>
      </w:r>
      <w:r>
        <w:rPr>
          <w:sz w:val="20"/>
        </w:rPr>
        <w:t>1:24:03  jihad hai na islam hai.</w:t>
      </w:r>
      <w:r>
        <w:br/>
      </w:r>
      <w:r>
        <w:rPr>
          <w:sz w:val="20"/>
        </w:rPr>
        <w:t>1:24:05  yeh baseless activities hain jin ka faida na dunya mein hai na akhirat mein.</w:t>
      </w:r>
      <w:r>
        <w:br/>
      </w:r>
      <w:r>
        <w:rPr>
          <w:sz w:val="20"/>
        </w:rPr>
        <w:t>1:24:11  is mein to koi shaq nahi hai, na in ko dunya mein koi faida milne wala hai na</w:t>
      </w:r>
      <w:r>
        <w:br/>
      </w:r>
      <w:r>
        <w:rPr>
          <w:sz w:val="20"/>
        </w:rPr>
        <w:t>1:24:18  akhirat mein in ko kuch faida milne wala hai.</w:t>
      </w:r>
      <w:r>
        <w:br/>
      </w:r>
      <w:r>
        <w:rPr>
          <w:sz w:val="20"/>
        </w:rPr>
        <w:t>1:24:22  koi talluq in ka islam se nahi hai, deen se nahi hai, kuch bhi nahi hai.</w:t>
      </w:r>
      <w:r>
        <w:br/>
      </w:r>
      <w:r>
        <w:rPr>
          <w:sz w:val="20"/>
        </w:rPr>
        <w:t>1:24:29  is par to bohat likha hai aap ne.</w:t>
      </w:r>
      <w:r>
        <w:br/>
      </w:r>
      <w:r>
        <w:rPr>
          <w:sz w:val="20"/>
        </w:rPr>
        <w:t>1:24:33  aap yani kafi literature maujood hai is ke is ke baray mein.</w:t>
      </w:r>
    </w:p>
    <w:p>
      <w:pPr>
        <w:pStyle w:val="Heading2"/>
      </w:pPr>
      <w:r>
        <w:t>Qital Verse Recitation or Practical Application</w:t>
      </w:r>
    </w:p>
    <w:p>
      <w:r>
        <w:rPr>
          <w:color w:val="666666"/>
          <w:sz w:val="18"/>
        </w:rPr>
        <w:t>Quran &amp; Tafsir · Hadith Prediction November 3, 2013 · 2m 39s · at 1:11:04 · https://youtu.be/cb5Lzw9c8aE?t=4264</w:t>
      </w:r>
    </w:p>
    <w:p>
      <w:r>
        <w:rPr>
          <w:i/>
        </w:rPr>
        <w:t>“A person said that the entire verse of qital is only for recitation until Qiyamah, or can some action also be done upon it? Please explain.”</w:t>
      </w:r>
    </w:p>
    <w:p>
      <w:r>
        <w:rPr>
          <w:sz w:val="20"/>
        </w:rPr>
        <w:t>1:11:04  Maulana, agla sawal Maulana Iqbal Umri ka hai Tamil Nadu se.</w:t>
      </w:r>
      <w:r>
        <w:br/>
      </w:r>
      <w:r>
        <w:rPr>
          <w:sz w:val="20"/>
        </w:rPr>
        <w:t>1:11:09  unhone likha hai Maulana ek sahab ne farmaya ke ayat-e-qital sara ka sara sirf tilawat ke liye hai qayamat tak, ya is ya is par kuch amal bhi ho sakta hai.</w:t>
      </w:r>
      <w:r>
        <w:br/>
      </w:r>
      <w:r>
        <w:rPr>
          <w:sz w:val="20"/>
        </w:rPr>
        <w:t>1:11:23  is ke bare mein batayein</w:t>
      </w:r>
      <w:r>
        <w:br/>
      </w:r>
      <w:r>
        <w:rPr>
          <w:sz w:val="20"/>
        </w:rPr>
        <w:t>1:11:27  bhai, qital ki ayatein Rasool Allah ki zaban mein bhi namaz roze ki tarah nahi thi.</w:t>
      </w:r>
      <w:r>
        <w:br/>
      </w:r>
      <w:r>
        <w:rPr>
          <w:sz w:val="20"/>
        </w:rPr>
        <w:t>1:11:35  yeh aisa koi aalim nahi manta</w:t>
      </w:r>
      <w:r>
        <w:br/>
      </w:r>
      <w:r>
        <w:rPr>
          <w:sz w:val="20"/>
        </w:rPr>
        <w:t>1:11:42  ke namaz roza, namaz jaise rozana panch waqt, rozana panch waqt, rozana aise qital thi, rozana karna tha,</w:t>
      </w:r>
      <w:r>
        <w:br/>
      </w:r>
      <w:r>
        <w:rPr>
          <w:sz w:val="20"/>
        </w:rPr>
        <w:t>1:11:51  rozana qital nahi karna tha. qital boqt zaroorat hota hai, namaz ki tarah nahi hai is ka muamla.</w:t>
      </w:r>
      <w:r>
        <w:br/>
      </w:r>
      <w:r>
        <w:rPr>
          <w:sz w:val="20"/>
        </w:rPr>
        <w:t>1:12:01  to agar woh sari shartein agar koi paida ho jayein to qital kiya jayega.</w:t>
      </w:r>
      <w:r>
        <w:br/>
      </w:r>
      <w:r>
        <w:rPr>
          <w:sz w:val="20"/>
        </w:rPr>
        <w:t>1:12:10  lekin maujooda zamane mein to bachta hoon, woh shartein paai nahin jaati hain.</w:t>
      </w:r>
      <w:r>
        <w:br/>
      </w:r>
      <w:r>
        <w:rPr>
          <w:sz w:val="20"/>
        </w:rPr>
        <w:t>1:12:17  to rasool Allah ki zabaan mein bhi jab shartein maujood hoti hain to qitaal kiya gaya, jaise hudaybiyah mein qitaal nahin kiya gaya, khandak mein qitaal nahin kiya gaya, kyunke woh shartein maujood nahin theen.</w:t>
      </w:r>
      <w:r>
        <w:br/>
      </w:r>
      <w:r>
        <w:rPr>
          <w:sz w:val="20"/>
        </w:rPr>
        <w:t>1:12:29  to qitaal koi namaz roze ki tarah, koi abadi taleem to nahin hai.</w:t>
      </w:r>
      <w:r>
        <w:br/>
      </w:r>
      <w:r>
        <w:rPr>
          <w:sz w:val="20"/>
        </w:rPr>
        <w:t>1:12:34  woh in sharaait ke saath is ka maamla hai ke woh shartein paida hon, woh condition paai jaayen to qitaal kiya jayega.</w:t>
      </w:r>
      <w:r>
        <w:br/>
      </w:r>
      <w:r>
        <w:rPr>
          <w:sz w:val="20"/>
        </w:rPr>
        <w:t>1:12:45  to us waqt mein samajhta hoon ke yaani qitaal ka ke kis tarah haalat nahin hai. Yeh to hudaybiyah ki haalat hai. Yaani us waqt jo hai, hamein hudaybiyah ka pattern ikhtiyar karna hai, qitaal ka pattern nahin.</w:t>
      </w:r>
      <w:r>
        <w:br/>
      </w:r>
      <w:r>
        <w:rPr>
          <w:sz w:val="20"/>
        </w:rPr>
        <w:t>1:12:58  us waqt jo halaat hain duniya ke,</w:t>
      </w:r>
      <w:r>
        <w:br/>
      </w:r>
      <w:r>
        <w:rPr>
          <w:sz w:val="20"/>
        </w:rPr>
        <w:t>1:13:00  to hudaybiyah ke pattern ko ko ikhtiyar karne ki</w:t>
      </w:r>
      <w:r>
        <w:br/>
      </w:r>
      <w:r>
        <w:rPr>
          <w:sz w:val="20"/>
        </w:rPr>
        <w:t>1:13:07  ko bata rahe hain, qitaal ke pattern ko nahin. Khud rasool Allah ki zindgim bhi besaar maujood hai ke jab qitaal ke halaat the to aap ne badr ki ladai ki.</w:t>
      </w:r>
      <w:r>
        <w:br/>
      </w:r>
      <w:r>
        <w:rPr>
          <w:sz w:val="20"/>
        </w:rPr>
        <w:t>1:13:18  qitaal ke halaat nahin the to aap ne hudaybiyah ka muahida kar liya. To us waqt hamein dekhna padega ke us waqt hum jin halaat mein hain, wahan par kaun sa pattern applicable hai?</w:t>
      </w:r>
      <w:r>
        <w:br/>
      </w:r>
      <w:r>
        <w:rPr>
          <w:sz w:val="20"/>
        </w:rPr>
        <w:t>1:13:28  badr ka pattern ya hudaybiyah ka pattern?</w:t>
      </w:r>
      <w:r>
        <w:br/>
      </w:r>
      <w:r>
        <w:rPr>
          <w:sz w:val="20"/>
        </w:rPr>
        <w:t>1:13:31  us waqt badr ka pattern applicable nahin hai, hudaybiyah ka pattern applicable hai. To isi par amal kijiye.</w:t>
      </w:r>
    </w:p>
    <w:p>
      <w:pPr>
        <w:pStyle w:val="Heading2"/>
      </w:pPr>
      <w:r>
        <w:t>Qualitative vs quantitative interpretation of religion</w:t>
      </w:r>
    </w:p>
    <w:p>
      <w:r>
        <w:rPr>
          <w:color w:val="666666"/>
          <w:sz w:val="18"/>
        </w:rPr>
        <w:t>Quran &amp; Tafsir · Islam and Science (In Conversation with Maulana) · 3m 28s · at 27:39 · https://youtu.be/pKS94tSXlT4?t=1659</w:t>
      </w:r>
    </w:p>
    <w:p>
      <w:r>
        <w:rPr>
          <w:i/>
        </w:rPr>
        <w:t>“Please explain the difference between the qualitative and quantitative interpretation of religion.”</w:t>
      </w:r>
    </w:p>
    <w:p>
      <w:r>
        <w:rPr>
          <w:sz w:val="20"/>
        </w:rPr>
        <w:t>27:39  maulana, agla sawal maulana khateeb asrar ul hassan ka hai umra abad se. unhon ne aap se poocha hai ke deen ki kaifiati aur kamiyati taabeer ke farq ki wazahat kijiye.</w:t>
      </w:r>
      <w:r>
        <w:br/>
      </w:r>
      <w:r>
        <w:rPr>
          <w:sz w:val="20"/>
        </w:rPr>
        <w:t>27:53  kaifiyat aur kamiyat ko angrezi mein kehte hain. yani woh quality aur quantity. yani ek hai qualitative aspect, ek hai quantitative aspect.</w:t>
      </w:r>
      <w:r>
        <w:br/>
      </w:r>
      <w:r>
        <w:rPr>
          <w:sz w:val="20"/>
        </w:rPr>
        <w:t>28:07  to jaise aap ne farz kiya ke tahajjud ki namaz aath rakkat padhi to kamiyat yeh hui ke aap ne aath rakkat padh dali.</w:t>
      </w:r>
      <w:r>
        <w:br/>
      </w:r>
      <w:r>
        <w:rPr>
          <w:sz w:val="20"/>
        </w:rPr>
        <w:t>28:18  yeh is ka quantitative aspect hua. aur kitna khushu tha is ke baray mein, kitna Allah ki taraf rujoo tha, woh is ka qualitative aspect hai.</w:t>
      </w:r>
      <w:r>
        <w:br/>
      </w:r>
      <w:r>
        <w:rPr>
          <w:sz w:val="20"/>
        </w:rPr>
        <w:t>28:32  yani kaifiati aspect. to yeh yani quran o hadith ke mutale se maloom hota hai ke Allah taala ko yani kamiyat se dilchaspi nahi hai, kaifiyat dilchaspi hai.</w:t>
      </w:r>
      <w:r>
        <w:br/>
      </w:r>
      <w:r>
        <w:rPr>
          <w:sz w:val="20"/>
        </w:rPr>
        <w:t>28:46  yani miqdar se nahi hai, balkeh spirit se dilchaspi hai. koi koi bohat bara aap aath rakkat, aath hazar rakkat padh dain lekin is mein kaifiyat na ho, yani khushu na ho,</w:t>
      </w:r>
      <w:r>
        <w:br/>
      </w:r>
      <w:r>
        <w:rPr>
          <w:sz w:val="20"/>
        </w:rPr>
        <w:t>28:59  khuzu na ho, taqwa na ho, mohabbat ilahi na ho, khauf khuda na ho to is ki koi value nahi hogi Allah ki nazar mein. to dakhli spirit ka naam hai kaifiyat aur kharji form ka naam hai kamiyat.</w:t>
      </w:r>
      <w:r>
        <w:br/>
      </w:r>
      <w:r>
        <w:rPr>
          <w:sz w:val="20"/>
        </w:rPr>
        <w:t>29:21  jaise misaal ke tor par ek mashhoor hadith hai ke rasool Allah madina masjid ke madine ke masjid mein thay aur ek shakhs aata hai aur us ne do rakkat namaz padhi, phir aap ke paas aaya,</w:t>
      </w:r>
      <w:r>
        <w:br/>
      </w:r>
      <w:r>
        <w:rPr>
          <w:sz w:val="20"/>
        </w:rPr>
        <w:t>29:39  salam kiya to aap ne farmaya ke "arj fasal fainka lam tusal" jao phir se namaz padho kyunke tum ne namaz nahi padhi.</w:t>
      </w:r>
      <w:r>
        <w:br/>
      </w:r>
      <w:r>
        <w:rPr>
          <w:sz w:val="20"/>
        </w:rPr>
        <w:t>29:50  matlab kamiyati maano mein to padh liya tha us ne lekin kaifiyat maano mein nahi padha tha. us ne adad poora kar liya aur khushu se ghayab thi woh namaz us ki.</w:t>
      </w:r>
      <w:r>
        <w:br/>
      </w:r>
      <w:r>
        <w:rPr>
          <w:sz w:val="20"/>
        </w:rPr>
        <w:t>30:01  to yeh farq hai kamiyat mein aur kaifiyat mein.</w:t>
      </w:r>
      <w:r>
        <w:br/>
      </w:r>
      <w:r>
        <w:rPr>
          <w:sz w:val="20"/>
        </w:rPr>
        <w:t>30:07  okay, we will end the session now. thank you.</w:t>
      </w:r>
    </w:p>
    <w:p>
      <w:pPr>
        <w:pStyle w:val="Heading2"/>
      </w:pPr>
      <w:r>
        <w:t>Question about Quranic verse on loss</w:t>
      </w:r>
    </w:p>
    <w:p>
      <w:r>
        <w:rPr>
          <w:color w:val="666666"/>
          <w:sz w:val="18"/>
        </w:rPr>
        <w:t>Quran &amp; Tafsir · Interpretation of History October 23, 2016 · 1m 05s · at 42:33 · https://youtu.be/P-JhH3q-Mdg?t=2553</w:t>
      </w:r>
    </w:p>
    <w:p>
      <w:r>
        <w:rPr>
          <w:i/>
        </w:rPr>
        <w:t>“Today's talk was really very important. In Quran there is a verse which says: 'History is witness that man is at a loss, except...'”</w:t>
      </w:r>
    </w:p>
    <w:p>
      <w:r>
        <w:rPr>
          <w:sz w:val="20"/>
        </w:rPr>
        <w:t>42:33  maulana sahib, pehla sawal aaya hai kanpur se, firoz sahib ne kiya hai, aur unhon ne likha hai:</w:t>
      </w:r>
      <w:r>
        <w:br/>
      </w:r>
      <w:r>
        <w:rPr>
          <w:sz w:val="20"/>
        </w:rPr>
        <w:t>42:41  "maulana sahib, today talk was really very important.</w:t>
      </w:r>
      <w:r>
        <w:br/>
      </w:r>
      <w:r>
        <w:rPr>
          <w:sz w:val="20"/>
        </w:rPr>
        <w:t>42:48  in quran there is a verse which says: 'history is witness that man is at a loss, except</w:t>
      </w:r>
      <w:r>
        <w:br/>
      </w:r>
      <w:r>
        <w:rPr>
          <w:sz w:val="20"/>
        </w:rPr>
        <w:t>42:55  those who conduct themselves well and exhort others to the right path.' Maulana sahib, I would request</w:t>
      </w:r>
      <w:r>
        <w:br/>
      </w:r>
      <w:r>
        <w:rPr>
          <w:sz w:val="20"/>
        </w:rPr>
        <w:t>43:02  you to elaborate on this verse for all of us." yeh theek hawala diya aap ne ke history</w:t>
      </w:r>
      <w:r>
        <w:br/>
      </w:r>
      <w:r>
        <w:rPr>
          <w:sz w:val="20"/>
        </w:rPr>
        <w:t>43:10  ko jab hum jo creator ki nazar se dekhein to hum sahi ray par pounch paate hain.</w:t>
      </w:r>
      <w:r>
        <w:br/>
      </w:r>
      <w:r>
        <w:rPr>
          <w:sz w:val="20"/>
        </w:rPr>
        <w:t>43:17  to jo log creator ke plan ko jaan kar apni zindagi ko manage karein, woh kamyab rahein ge,</w:t>
      </w:r>
      <w:r>
        <w:br/>
      </w:r>
      <w:r>
        <w:rPr>
          <w:sz w:val="20"/>
        </w:rPr>
        <w:t>43:24  aur jo creator ke plan ko ignore kar ke dunya mein jeena chahein, woh nakaam ho kar reh jayein ge.</w:t>
      </w:r>
      <w:r>
        <w:br/>
      </w:r>
      <w:r>
        <w:rPr>
          <w:sz w:val="20"/>
        </w:rPr>
        <w:t>43:32  yeh message hai is surah ka.</w:t>
      </w:r>
    </w:p>
    <w:p>
      <w:pPr>
        <w:pStyle w:val="Heading2"/>
      </w:pPr>
      <w:r>
        <w:t>Questioning Qur'anic basis for Jewish right to Palestine</w:t>
      </w:r>
    </w:p>
    <w:p>
      <w:r>
        <w:rPr>
          <w:color w:val="666666"/>
          <w:sz w:val="18"/>
        </w:rPr>
        <w:t>Quran &amp; Tafsir · The Crises Management September 18, 2011 · 2m 50s · at 1:10:48 · https://youtu.be/s3cYFtQZwzw?t=4248</w:t>
      </w:r>
    </w:p>
    <w:p>
      <w:r>
        <w:rPr>
          <w:i/>
        </w:rPr>
        <w:t>“As far as the solution of the Palestine issue is concerned, I completely agree with your views that we Muslims have nothing but to accept the present status quo and should try to stabilize peace. But you wrote in your book The Prophet of Peace that it is the divine and natural right of the exiled Jews of the second diaspora to settle in the land of Palestine; which verse of the Quran gives them this right? The verse you quoted, 'O my people, enter the holy land' (Quran 5:21) — was it not related only to the contemporaries of Prophet Moses?”</w:t>
      </w:r>
    </w:p>
    <w:p>
      <w:r>
        <w:rPr>
          <w:sz w:val="20"/>
        </w:rPr>
        <w:t>1:10:48  mister muhammad yaseen khan ne bhopal se sawal kiya hai unhon ne likha hai as far as the solution of palestine issue is concerned i completely agree with your views that we muslims have nothing but to accept the present status quo and should try to stabilize peace</w:t>
      </w:r>
      <w:r>
        <w:br/>
      </w:r>
      <w:r>
        <w:rPr>
          <w:sz w:val="20"/>
        </w:rPr>
        <w:t>1:11:10  but you wrote in your book the prophet of peace that it is the divine right or natural right of the exiled jews of the second diaspora to settle in the land of palestine which verse of the quran gives them this right ah</w:t>
      </w:r>
      <w:r>
        <w:br/>
      </w:r>
      <w:r>
        <w:rPr>
          <w:sz w:val="20"/>
        </w:rPr>
        <w:t>1:11:31  you are the verse that you quoted oh my people enter enter the holy land that is chapter five verse number 21 was it not related only to the contemporaries of the prophet moses</w:t>
      </w:r>
      <w:r>
        <w:br/>
      </w:r>
      <w:r>
        <w:rPr>
          <w:sz w:val="20"/>
        </w:rPr>
        <w:t>1:11:48  dekhiye</w:t>
      </w:r>
      <w:r>
        <w:br/>
      </w:r>
      <w:r>
        <w:rPr>
          <w:sz w:val="20"/>
        </w:rPr>
        <w:t>1:11:51  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r>
        <w:br/>
      </w:r>
      <w:r>
        <w:rPr>
          <w:sz w:val="20"/>
        </w:rPr>
        <w:t>1:12:14  ne ka haq rakhta hazrat musa ne kaha tha ke yani hazrat musa ke zamane mein Allah taala ne farmaya tha un ki zuban se yeh naqal hua hai ke woh un ke</w:t>
      </w:r>
      <w:r>
        <w:br/>
      </w:r>
      <w:r>
        <w:rPr>
          <w:sz w:val="20"/>
        </w:rPr>
        <w:t>1:12:31  aap kahein ke yeh musa ke liye tha aaj ke liye nahi hai yeh hazrat musa ne dua ki thi rab i inni lima anzalta min khair faqir to yeh musa ke liye tha aaj ke liye nahi tha</w:t>
      </w:r>
      <w:r>
        <w:br/>
      </w:r>
      <w:r>
        <w:rPr>
          <w:sz w:val="20"/>
        </w:rPr>
        <w:t>1:12:43  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r>
        <w:br/>
      </w:r>
      <w:r>
        <w:rPr>
          <w:sz w:val="20"/>
        </w:rPr>
        <w:t>1:13:12  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pStyle w:val="Heading2"/>
      </w:pPr>
      <w:r>
        <w:t>Quran and Understanding Science</w:t>
      </w:r>
    </w:p>
    <w:p>
      <w:r>
        <w:rPr>
          <w:color w:val="666666"/>
          <w:sz w:val="18"/>
        </w:rPr>
        <w:t>Quran &amp; Tafsir · Hadith-e-Jibril, April 21, 2013 · 1m 23s · at 1:21:58 · https://youtu.be/0rF6Ou0pDog?t=4918</w:t>
      </w:r>
    </w:p>
    <w:p>
      <w:r>
        <w:rPr>
          <w:i/>
        </w:rPr>
        <w:t>“Does Islam and the Quran help us to understand science? If yes, how?”</w:t>
      </w:r>
    </w:p>
    <w:p>
      <w:r>
        <w:rPr>
          <w:sz w:val="20"/>
        </w:rPr>
        <w:t>1:21:58  Maulana, agla sawal Gurgaon se kya hai Muhammad Bahao-ud-din Khan ne. unhon ne aap se poocha hai does Islam aur Quran helps us to understand science?</w:t>
      </w:r>
      <w:r>
        <w:br/>
      </w:r>
      <w:r>
        <w:rPr>
          <w:sz w:val="20"/>
        </w:rPr>
        <w:t>1:22:10  If yes, how? dekhiye Quran book of science nahin hai.</w:t>
      </w:r>
      <w:r>
        <w:br/>
      </w:r>
      <w:r>
        <w:rPr>
          <w:sz w:val="20"/>
        </w:rPr>
        <w:t>1:22:16  koi Quran ke Quran jo hai koi science ki text book nahin hai. jo log aisa samajhte hain woh bohat ziyada ghalat baat bolte hain.</w:t>
      </w:r>
      <w:r>
        <w:br/>
      </w:r>
      <w:r>
        <w:rPr>
          <w:sz w:val="20"/>
        </w:rPr>
        <w:t>1:22:28  masla sirf itna hai ke Quran aise cheezon ko refer karta hai jo science ka bhi yani subject of study hai.</w:t>
      </w:r>
      <w:r>
        <w:br/>
      </w:r>
      <w:r>
        <w:rPr>
          <w:sz w:val="20"/>
        </w:rPr>
        <w:t>1:22:40  yeh suraj ke ko refer karta hai, chand ko refer karta hai, zameen ko, pani ko. in sab cheezon ko, nature ko.</w:t>
      </w:r>
      <w:r>
        <w:br/>
      </w:r>
      <w:r>
        <w:rPr>
          <w:sz w:val="20"/>
        </w:rPr>
        <w:t>1:22:49  to bar bar nature ko refer karta hai Quran as a sign. to woh science mein bhi is ka study ki aati hai.</w:t>
      </w:r>
      <w:r>
        <w:br/>
      </w:r>
      <w:r>
        <w:rPr>
          <w:sz w:val="20"/>
        </w:rPr>
        <w:t>1:22:58  to science ka taluq bas itna hi hai, is se ziyada nahin hai. warna Quran koi science ki text book nahin hai.</w:t>
      </w:r>
      <w:r>
        <w:br/>
      </w:r>
      <w:r>
        <w:rPr>
          <w:sz w:val="20"/>
        </w:rPr>
        <w:t>1:23:09  aisa nahin hai ke Quran parhein to aap science ke expert ban jayenge. aisa kuch bhi nahin hai. albata yeh ke saansani maloomat aap ke paas hon to aap Quran ki un ayaton ko ziyada behtar tor par samajh sakenge.</w:t>
      </w:r>
    </w:p>
    <w:p>
      <w:pPr>
        <w:pStyle w:val="Heading2"/>
      </w:pPr>
      <w:r>
        <w:t>Quran claims to be a clear book</w:t>
      </w:r>
    </w:p>
    <w:p>
      <w:r>
        <w:rPr>
          <w:color w:val="666666"/>
          <w:sz w:val="18"/>
        </w:rPr>
        <w:t>Quran &amp; Tafsir · Hadith Word of Wisdom August 31, 2014 · 5m 12s · at 1:05:43 · https://youtu.be/fv4eRJRe8dk?t=3943</w:t>
      </w:r>
    </w:p>
    <w:p>
      <w:r>
        <w:rPr>
          <w:i/>
        </w:rPr>
        <w:t>“as Quran claims to be a book that is clear in its”</w:t>
      </w:r>
    </w:p>
    <w:p>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p>
    <w:p>
      <w:pPr>
        <w:pStyle w:val="Heading2"/>
      </w:pPr>
      <w:r>
        <w:t>Quran emphasizes patience over retaliation</w:t>
      </w:r>
    </w:p>
    <w:p>
      <w:r>
        <w:rPr>
          <w:color w:val="666666"/>
          <w:sz w:val="18"/>
        </w:rPr>
        <w:t>Quran &amp; Tafsir · Divine Law of Success 14th October 2012 Slow · 3m 09s · at 1:34:55 · https://youtu.be/2zXfZhIf1jA?t=5695</w:t>
      </w:r>
    </w:p>
    <w:p>
      <w:r>
        <w:rPr>
          <w:i/>
        </w:rPr>
        <w:t>“In the Quran, repeatedly addressing the Prophet and his companions, it says 'And be patient over what they say.' In the Quran, nowhere is it said 'And kill over...'”</w:t>
      </w:r>
    </w:p>
    <w:p>
      <w:r>
        <w:rPr>
          <w:sz w:val="20"/>
        </w:rPr>
        <w:t>1:34:55  Maulana, agla sawal Delhi se hai Mr. Rashid sahib ka.</w:t>
      </w:r>
      <w:r>
        <w:br/>
      </w:r>
      <w:r>
        <w:rPr>
          <w:sz w:val="20"/>
        </w:rPr>
        <w:t>1:35:00  unhon ne likha hai: Quran mein bar bar Rasool aur Ashab Rasool ko mukhatib karte hue kaha gaya</w:t>
      </w:r>
      <w:r>
        <w:br/>
      </w:r>
      <w:r>
        <w:rPr>
          <w:sz w:val="20"/>
        </w:rPr>
        <w:t>1:35:05  hai ke WASBIR ALA MA YAQULOON Quran mein kahin bhi yeh nahin kaha gaya hai ke WAQTUL ALA</w:t>
      </w:r>
      <w:r>
        <w:br/>
      </w:r>
      <w:r>
        <w:rPr>
          <w:sz w:val="20"/>
        </w:rPr>
        <w:t>1:35:11  MA YAQULOON is ko aap clarify karen.</w:t>
      </w:r>
      <w:r>
        <w:br/>
      </w:r>
      <w:r>
        <w:rPr>
          <w:sz w:val="20"/>
        </w:rPr>
        <w:t>1:35:16  bahut sahih kaha unhon ne, bahut sahih kaha hai.</w:t>
      </w:r>
      <w:r>
        <w:br/>
      </w:r>
      <w:r>
        <w:rPr>
          <w:sz w:val="20"/>
        </w:rPr>
        <w:t>1:35:21  Yaqool se murad hai satane wali baaten, wahi gustakhi karna, satana aisi baaten.</w:t>
      </w:r>
      <w:r>
        <w:br/>
      </w:r>
      <w:r>
        <w:rPr>
          <w:sz w:val="20"/>
        </w:rPr>
        <w:t>1:35:26  yeh bohat achi baat hai unhon ne kahi ke jis waqe par aaj hangama kar rahe hain, hum</w:t>
      </w:r>
      <w:r>
        <w:br/>
      </w:r>
      <w:r>
        <w:rPr>
          <w:sz w:val="20"/>
        </w:rPr>
        <w:t>1:35:31  aise waqe wahan musalsal ho rahe the.</w:t>
      </w:r>
      <w:r>
        <w:br/>
      </w:r>
      <w:r>
        <w:rPr>
          <w:sz w:val="20"/>
        </w:rPr>
        <w:t>1:35:36  bas yeh nahi kaha gaya ke aise logon ko qatal kar dalo jo aisi boli bol rahe hain.</w:t>
      </w:r>
      <w:r>
        <w:br/>
      </w:r>
      <w:r>
        <w:rPr>
          <w:sz w:val="20"/>
        </w:rPr>
        <w:t>1:35:41  bas kaha ke sabar karo.</w:t>
      </w:r>
      <w:r>
        <w:br/>
      </w:r>
      <w:r>
        <w:rPr>
          <w:sz w:val="20"/>
        </w:rPr>
        <w:t>1:35:46  sabar ke mani kya hain? sabar ke mani hain positive option lena.</w:t>
      </w:r>
      <w:r>
        <w:br/>
      </w:r>
      <w:r>
        <w:rPr>
          <w:sz w:val="20"/>
        </w:rPr>
        <w:t>1:35:52  sabar ka matlab yeh nahi ke positive attitude.</w:t>
      </w:r>
      <w:r>
        <w:br/>
      </w:r>
      <w:r>
        <w:rPr>
          <w:sz w:val="20"/>
        </w:rPr>
        <w:t>1:35:57  sabar ka matlab positive option lena hai, yani bajaye yeh ke aap react karen, ghussa hon, in</w:t>
      </w:r>
      <w:r>
        <w:br/>
      </w:r>
      <w:r>
        <w:rPr>
          <w:sz w:val="20"/>
        </w:rPr>
        <w:t>1:36:02  ke khilaf hangama karen, nahi.</w:t>
      </w:r>
      <w:r>
        <w:br/>
      </w:r>
      <w:r>
        <w:rPr>
          <w:sz w:val="20"/>
        </w:rPr>
        <w:t>1:36:07  khamoshi se apne aap ko tayyar karen dawat ke liye.</w:t>
      </w:r>
      <w:r>
        <w:br/>
      </w:r>
      <w:r>
        <w:rPr>
          <w:sz w:val="20"/>
        </w:rPr>
        <w:t>1:36:12  khamoshi se tayyar karen ke un ko kis tarah se address kiya jaye, kis tarah un ke mind</w:t>
      </w:r>
      <w:r>
        <w:br/>
      </w:r>
      <w:r>
        <w:rPr>
          <w:sz w:val="20"/>
        </w:rPr>
        <w:t>1:36:17  ko badla jaye.</w:t>
      </w:r>
      <w:r>
        <w:br/>
      </w:r>
      <w:r>
        <w:rPr>
          <w:sz w:val="20"/>
        </w:rPr>
        <w:t>1:36:22  yeh sabar ka matlab hai.</w:t>
      </w:r>
      <w:r>
        <w:br/>
      </w:r>
      <w:r>
        <w:rPr>
          <w:sz w:val="20"/>
        </w:rPr>
        <w:t>1:36:27  sabar haqeeqat mein positive planning ka doosra naam hai.</w:t>
      </w:r>
      <w:r>
        <w:br/>
      </w:r>
      <w:r>
        <w:rPr>
          <w:sz w:val="20"/>
        </w:rPr>
        <w:t>1:36:33  sabar jo hai, woh is baat ka naam hai ke aap negative aspect ko nazar andaz kar ke</w:t>
      </w:r>
      <w:r>
        <w:br/>
      </w:r>
      <w:r>
        <w:rPr>
          <w:sz w:val="20"/>
        </w:rPr>
        <w:t>1:36:38  positive planning karen.</w:t>
      </w:r>
      <w:r>
        <w:br/>
      </w:r>
      <w:r>
        <w:rPr>
          <w:sz w:val="20"/>
        </w:rPr>
        <w:t>1:36:43  isi ka naam sabar hai.</w:t>
      </w:r>
      <w:r>
        <w:br/>
      </w:r>
      <w:r>
        <w:rPr>
          <w:sz w:val="20"/>
        </w:rPr>
        <w:t>1:36:48  maulana, un ka ek aur sawal hai.</w:t>
      </w:r>
      <w:r>
        <w:br/>
      </w:r>
      <w:r>
        <w:rPr>
          <w:sz w:val="20"/>
        </w:rPr>
        <w:t>1:36:53  انہوں نے لکھا ہے: Protest کرنے والے لوگ یہ کہتے ہیں کہ ہم کو peaceful protest کرنا چاہیے۔</w:t>
      </w:r>
      <w:r>
        <w:br/>
      </w:r>
      <w:r>
        <w:rPr>
          <w:sz w:val="20"/>
        </w:rPr>
        <w:t>1:36:58  protest ka right hum ko democracy ne diya hai.</w:t>
      </w:r>
      <w:r>
        <w:br/>
      </w:r>
      <w:r>
        <w:rPr>
          <w:sz w:val="20"/>
        </w:rPr>
        <w:t>1:37:03  is ke bare mein aap kya kahenge? dekhen, yahan par main kahunga ke result dekho.</w:t>
      </w:r>
      <w:r>
        <w:br/>
      </w:r>
      <w:r>
        <w:rPr>
          <w:sz w:val="20"/>
        </w:rPr>
        <w:t>1:37:09  result protest ka result kabhi positive nahi nikalta.</w:t>
      </w:r>
      <w:r>
        <w:br/>
      </w:r>
      <w:r>
        <w:rPr>
          <w:sz w:val="20"/>
        </w:rPr>
        <w:t>1:37:14  agar bil farz tashaddud na bhi ho, tab bhi negativity to aa jati hai.</w:t>
      </w:r>
      <w:r>
        <w:br/>
      </w:r>
      <w:r>
        <w:rPr>
          <w:sz w:val="20"/>
        </w:rPr>
        <w:t>1:37:19  kyun ke koi aadmi aap farz kar lete hain ke woh hamara dushman hai, aap dushman ke khilaf protest</w:t>
      </w:r>
      <w:r>
        <w:br/>
      </w:r>
      <w:r>
        <w:rPr>
          <w:sz w:val="20"/>
        </w:rPr>
        <w:t>1:37:24  کر رہے ہیں تو اس کے معنی ہیں کہ آپ من نفرت کو بڑھا رہے ہیں، hatred کو</w:t>
      </w:r>
      <w:r>
        <w:br/>
      </w:r>
      <w:r>
        <w:rPr>
          <w:sz w:val="20"/>
        </w:rPr>
        <w:t>1:37:29  بڑھا رہے ہیں، we and they concept کو بڑھا رہے ہیں۔</w:t>
      </w:r>
      <w:r>
        <w:br/>
      </w:r>
      <w:r>
        <w:rPr>
          <w:sz w:val="20"/>
        </w:rPr>
        <w:t>1:37:34  to protest har haal mein evil hai, chahe woh tashaddud na ho, tab bhi.</w:t>
      </w:r>
      <w:r>
        <w:br/>
      </w:r>
      <w:r>
        <w:rPr>
          <w:sz w:val="20"/>
        </w:rPr>
        <w:t>1:37:39  kyun ke dawat ka kaam jo hai, woh chahta hai ke we and they ka concept khatam ho, balke</w:t>
      </w:r>
      <w:r>
        <w:br/>
      </w:r>
      <w:r>
        <w:rPr>
          <w:sz w:val="20"/>
        </w:rPr>
        <w:t>1:37:44  khair khwahi ka mahaul bane, nafraten khatam hon, normal situation bane.</w:t>
      </w:r>
      <w:r>
        <w:br/>
      </w:r>
      <w:r>
        <w:rPr>
          <w:sz w:val="20"/>
        </w:rPr>
        <w:t>1:37:50  tabhi to dawat work ho sakta hai.</w:t>
      </w:r>
      <w:r>
        <w:br/>
      </w:r>
      <w:r>
        <w:rPr>
          <w:sz w:val="20"/>
        </w:rPr>
        <w:t>1:37:55  to protest har haal mein galat hai, chahe woh tashaddud is mein ho ya na ho.</w:t>
      </w:r>
      <w:r>
        <w:br/>
      </w:r>
      <w:r>
        <w:rPr>
          <w:sz w:val="20"/>
        </w:rPr>
        <w:t>1:38:00  kyunke dawat ke mahol ko woh kill karta hai.</w:t>
      </w:r>
    </w:p>
    <w:p>
      <w:pPr>
        <w:pStyle w:val="Heading2"/>
      </w:pPr>
      <w:r>
        <w:t>Quran interpretation scientific basis</w:t>
      </w:r>
    </w:p>
    <w:p>
      <w:r>
        <w:rPr>
          <w:color w:val="666666"/>
          <w:sz w:val="18"/>
        </w:rPr>
        <w:t>Quran &amp; Tafsir · Physical Science or Divine Science I 25th Nov, 2012 - Maulana Wahiduddin Khan · 1m 47s · at 1:10:18 · https://youtu.be/NfJRGRN6OhE?t=4218</w:t>
      </w:r>
    </w:p>
    <w:p>
      <w:r>
        <w:rPr>
          <w:i/>
        </w:rPr>
        <w:t>“Maulana, do you think the Quran should be interpreted on scientific bases? That it should address the new age mindset to glorify the existence of God?”</w:t>
      </w:r>
    </w:p>
    <w:p>
      <w:r>
        <w:rPr>
          <w:sz w:val="20"/>
        </w:rPr>
        <w:t>1:10:18  maulana, un ka ek aur sawal hai. unhon ne likha hai: "maulana sahib, do you think that Quran should be interpreted on scientific bases?</w:t>
      </w:r>
      <w:r>
        <w:br/>
      </w:r>
      <w:r>
        <w:rPr>
          <w:sz w:val="20"/>
        </w:rPr>
        <w:t>1:10:29  that it should address new age mindset to glorify the existence of god?"</w:t>
      </w:r>
      <w:r>
        <w:br/>
      </w:r>
      <w:r>
        <w:rPr>
          <w:sz w:val="20"/>
        </w:rPr>
        <w:t>1:10:37  dekhiye, quran jo hai, science ki kitab nahi hai. jo log aisa kehte hain, woh bhi galat kehte hain. galat!</w:t>
      </w:r>
      <w:r>
        <w:br/>
      </w:r>
      <w:r>
        <w:rPr>
          <w:sz w:val="20"/>
        </w:rPr>
        <w:t>1:10:44  quran jo hai, science ki kitab nahi hai. quran to hidayat ki kitab hai, lekin hidayat allah taala ne reason based ki hai.</w:t>
      </w:r>
      <w:r>
        <w:br/>
      </w:r>
      <w:r>
        <w:rPr>
          <w:sz w:val="20"/>
        </w:rPr>
        <w:t>1:10:52  reason based, yani daleel ke zariye se hidayat ko logon ke liye qabil-e-fehm banana, is ko understandable, understandable banane ke liye ke insaan is par yaqeen kar sake.</w:t>
      </w:r>
      <w:r>
        <w:br/>
      </w:r>
      <w:r>
        <w:rPr>
          <w:sz w:val="20"/>
        </w:rPr>
        <w:t>1:11:06  daleelein di jati hain. daleelein to Quran mein aisi daleelein hain kai jo science se talluq rakhti hain. mut</w:t>
      </w:r>
    </w:p>
    <w:p>
      <w:pPr>
        <w:pStyle w:val="Heading2"/>
      </w:pPr>
      <w:r>
        <w:t>Quran reading under guidance</w:t>
      </w:r>
    </w:p>
    <w:p>
      <w:r>
        <w:rPr>
          <w:color w:val="666666"/>
          <w:sz w:val="18"/>
        </w:rPr>
        <w:t>Quran &amp; Tafsir · The Issues of Islam in the Present World November 11, 2012 · 52s · at 1:10:05 · https://youtu.be/COoaUbCCi1c?t=4205</w:t>
      </w:r>
    </w:p>
    <w:p>
      <w:r>
        <w:rPr>
          <w:i/>
        </w:rPr>
        <w:t>“Some people say that if everyone reads and understands the Quran by themselves, they will derive wrong meanings. Therefore, the Quran should be read under someone's guidance. Please provide a reference from the Quran and hadith for this.”</w:t>
      </w:r>
    </w:p>
    <w:p>
      <w:r>
        <w:rPr>
          <w:sz w:val="20"/>
        </w:rPr>
        <w:t>1:10:05  Maulana, agla sawal Dilli se hai Ahmed sahib ne poocha hai,</w:t>
      </w:r>
      <w:r>
        <w:br/>
      </w:r>
      <w:r>
        <w:rPr>
          <w:sz w:val="20"/>
        </w:rPr>
        <w:t>1:10:09  unhon ne likha hai: "Maulana sahib, kuch log kehte hain ke agar har aadmi khud se Quran ko samajh kar parhega to woh galat matlab nikale ga.</w:t>
      </w:r>
      <w:r>
        <w:br/>
      </w:r>
      <w:r>
        <w:rPr>
          <w:sz w:val="20"/>
        </w:rPr>
        <w:t>1:10:19  is liye Quran ko kisi ki guidance mein parhna chahiye." Yeh sab yeh sab jhooti baatein hain, shaitan sikhata hai. Main wohi kahunga: "Man batao, Quran o Hadees mein koi hawala do,</w:t>
      </w:r>
      <w:r>
        <w:br/>
      </w:r>
      <w:r>
        <w:rPr>
          <w:sz w:val="20"/>
        </w:rPr>
        <w:t>1:10:36  Quran o Hadees mein koi hawala do."</w:t>
      </w:r>
      <w:r>
        <w:br/>
      </w:r>
      <w:r>
        <w:rPr>
          <w:sz w:val="20"/>
        </w:rPr>
        <w:t>1:10:39  Yeh sab jhooti baatein hain, shaitani baatein hain. Yeh sab hain, jab tak aap ke paas apni kisi baat ke liye Quran o Hadees se koi reference maujood na ho, tab tak koi jhoot samjha jayega us ko.</w:t>
      </w:r>
      <w:r>
        <w:br/>
      </w:r>
      <w:r>
        <w:rPr>
          <w:sz w:val="20"/>
        </w:rPr>
        <w:t>1:10:51  Aur aisa baat bolna bhi gunah hoga, gunah.</w:t>
      </w:r>
    </w:p>
    <w:p>
      <w:pPr>
        <w:pStyle w:val="Heading2"/>
      </w:pPr>
      <w:r>
        <w:t>Quran translation or commentary for understanding</w:t>
      </w:r>
    </w:p>
    <w:p>
      <w:r>
        <w:rPr>
          <w:color w:val="666666"/>
          <w:sz w:val="18"/>
        </w:rPr>
        <w:t>Quran &amp; Tafsir · The Quran September 20, 2020 Maulana Wahiduddin Khan · 2m 18s · at 33:01 · https://youtu.be/yQZGg2A0-Tk?t=1981</w:t>
      </w:r>
    </w:p>
    <w:p>
      <w:r>
        <w:rPr>
          <w:i/>
        </w:rPr>
        <w:t>“Should one read a translation of the Quran or a commentary? Which is more beneficial for understanding?”</w:t>
      </w:r>
    </w:p>
    <w:p>
      <w:r>
        <w:rPr>
          <w:sz w:val="20"/>
        </w:rPr>
        <w:t>33:01  Muhammad Rafiq Tesse wale sahab ne sawal bheja hai. Woh aap se jaanna chahte hain ke Quran ka tarjuma padhna chahiye ya tafseer padhni chahiye?</w:t>
      </w:r>
      <w:r>
        <w:br/>
      </w:r>
      <w:r>
        <w:rPr>
          <w:sz w:val="20"/>
        </w:rPr>
        <w:t>33:14  Bhai, na tafseer kaafi hai, na tarjuma kaafi hai. Asal cheez to tadabbur hai. Tadabbur ke baghair aap Quran ki aap par Quran ke maani nahin khulenge.</w:t>
      </w:r>
      <w:r>
        <w:br/>
      </w:r>
      <w:r>
        <w:rPr>
          <w:sz w:val="20"/>
        </w:rPr>
        <w:t>33:35  Maulana, Uzair Afzal sahab ne sawal bheja hai. Unhon ne likha hai: "Quran padhne mein dil kaise lag sakta hai aur samajhne ke liye kya zaroori baaten hain?"</w:t>
      </w:r>
      <w:r>
        <w:br/>
      </w:r>
      <w:r>
        <w:rPr>
          <w:sz w:val="20"/>
        </w:rPr>
        <w:t>33:55  Kya phir se padhiye? Quran padhne mein dil kaise lag sakta hai aur samajhne ke liye kya zaroori baaten hain?</w:t>
      </w:r>
      <w:r>
        <w:br/>
      </w:r>
      <w:r>
        <w:rPr>
          <w:sz w:val="20"/>
        </w:rPr>
        <w:t>34:07  bas do cheezen: tadabbur aur dua. tadabbur aur dua.</w:t>
      </w:r>
      <w:r>
        <w:br/>
      </w:r>
      <w:r>
        <w:rPr>
          <w:sz w:val="20"/>
        </w:rPr>
        <w:t>34:20  okay, we we'll end the session now. thank you.</w:t>
      </w:r>
    </w:p>
    <w:p>
      <w:pPr>
        <w:pStyle w:val="Heading2"/>
      </w:pPr>
      <w:r>
        <w:t>Quranic Punishments and Ta'zirat</w:t>
      </w:r>
    </w:p>
    <w:p>
      <w:r>
        <w:rPr>
          <w:color w:val="666666"/>
          <w:sz w:val="18"/>
        </w:rPr>
        <w:t>Quran &amp; Tafsir · Eid-al-Azha I October 13, 2013 · 5m 54s · at 1:09:06 · https://youtu.be/oy7zn-uODcU?t=4146</w:t>
      </w:r>
    </w:p>
    <w:p>
      <w:r>
        <w:rPr>
          <w:i/>
        </w:rPr>
        <w:t>“A scholar said that the Quranic verses about punishments (ta'zirat), like cutting off the hand forcefully, etc., will be implemented as ta'zirat. Please explain the ta'zirat again.”</w:t>
      </w:r>
    </w:p>
    <w:p>
      <w:r>
        <w:rPr>
          <w:sz w:val="20"/>
        </w:rPr>
        <w:t>1:09:06  hai Maulana agla sawal tamil nadu se aya hai Maulana iliyas wanim badi ka unhon ne likha hai</w:t>
      </w:r>
      <w:r>
        <w:br/>
      </w:r>
      <w:r>
        <w:rPr>
          <w:sz w:val="20"/>
        </w:rPr>
        <w:t>1:09:13  ek aalim ne kaha ke quran mein jo ayat ta'zirat hai jaise zor ka hath ka zor zor</w:t>
      </w:r>
      <w:r>
        <w:br/>
      </w:r>
      <w:r>
        <w:rPr>
          <w:sz w:val="20"/>
        </w:rPr>
        <w:t>1:09:21  se hath katna wagera is par amal ta'zir ta'zirat phir se padhiye ek ek aalim ne</w:t>
      </w:r>
      <w:r>
        <w:br/>
      </w:r>
      <w:r>
        <w:rPr>
          <w:sz w:val="20"/>
        </w:rPr>
        <w:t>1:09:29  kaha ke quran mein jo ayat ta'zirat hai jaise zor ka hath katna chor chor chor chor chor</w:t>
      </w:r>
      <w:r>
        <w:br/>
      </w:r>
      <w:r>
        <w:rPr>
          <w:sz w:val="20"/>
        </w:rPr>
        <w:t>1:09:36  hai chor chor ka hath katna wagera hmm is par amal kab karenge yeh bilkul hi yani</w:t>
      </w:r>
      <w:r>
        <w:br/>
      </w:r>
      <w:r>
        <w:rPr>
          <w:sz w:val="20"/>
        </w:rPr>
        <w:t>1:09:44  espite question hai dekhiye hamare madarse mein jo log padhte hain sab bukhari padhte hain lekin bukhari padhte</w:t>
      </w:r>
      <w:r>
        <w:br/>
      </w:r>
      <w:r>
        <w:rPr>
          <w:sz w:val="20"/>
        </w:rPr>
        <w:t>1:09:52  hain woh sirf apne maslak ko janne ke liye bas bukhari mein ek bab hai bab talib al quran</w:t>
      </w:r>
      <w:r>
        <w:br/>
      </w:r>
      <w:r>
        <w:rPr>
          <w:sz w:val="20"/>
        </w:rPr>
        <w:t>1:10:00  is mein hazrat aisha kehti hain ke quran mein pehle ayatein itni jannat aur jahannam ki dilon ko</w:t>
      </w:r>
      <w:r>
        <w:br/>
      </w:r>
      <w:r>
        <w:rPr>
          <w:sz w:val="20"/>
        </w:rPr>
        <w:t>1:10:07  naram karne wali aur marifat wali baatein phir jab log prepared ho gaye jab tayyar ho gaye acceptability</w:t>
      </w:r>
      <w:r>
        <w:br/>
      </w:r>
      <w:r>
        <w:rPr>
          <w:sz w:val="20"/>
        </w:rPr>
        <w:t>1:10:15  aa gayi unke andar tab utra ke sharab na piyo aur zina mat karo to woh kehti hain</w:t>
      </w:r>
      <w:r>
        <w:br/>
      </w:r>
      <w:r>
        <w:rPr>
          <w:sz w:val="20"/>
        </w:rPr>
        <w:t>1:10:23  keh agar pehle hi utar jata pehle hi to log kehte hain keh la naado zina abda aur</w:t>
      </w:r>
      <w:r>
        <w:br/>
      </w:r>
      <w:r>
        <w:rPr>
          <w:sz w:val="20"/>
        </w:rPr>
        <w:t>1:10:30  naado al-khumar abda hum to hargiz nahi chhodenge zina hum hargiz nahi chhodenge sharab is se</w:t>
      </w:r>
      <w:r>
        <w:br/>
      </w:r>
      <w:r>
        <w:rPr>
          <w:sz w:val="20"/>
        </w:rPr>
        <w:t>1:10:38  kya nikla ye bukhari ko jo shurookh padhate hain wo bhi nahi jaante is ka matlab kya hai</w:t>
      </w:r>
      <w:r>
        <w:br/>
      </w:r>
      <w:r>
        <w:rPr>
          <w:sz w:val="20"/>
        </w:rPr>
        <w:t>1:10:46  اس کا یہ مطلب لکھا کہ first of all you have to prepare the society ہاتھ کاٹنے سے</w:t>
      </w:r>
      <w:r>
        <w:br/>
      </w:r>
      <w:r>
        <w:rPr>
          <w:sz w:val="20"/>
        </w:rPr>
        <w:t>1:10:54  beginning beginning nahi kar sakte aaj kal jo musalmanon ka mulk mulkon mein chala hua hai keh hukoomat</w:t>
      </w:r>
      <w:r>
        <w:br/>
      </w:r>
      <w:r>
        <w:rPr>
          <w:sz w:val="20"/>
        </w:rPr>
        <w:t>1:11:01  kabza karo haath kaato ye islam nahi hai ye ye hukoomat kabza karo flagging karo logon kode maro</w:t>
      </w:r>
      <w:r>
        <w:br/>
      </w:r>
      <w:r>
        <w:rPr>
          <w:sz w:val="20"/>
        </w:rPr>
        <w:t>1:11:09  logon ko ye islam nahi hai ye to ek ek khuda mein kya cheez hai islam ke siwa</w:t>
      </w:r>
      <w:r>
        <w:br/>
      </w:r>
      <w:r>
        <w:rPr>
          <w:sz w:val="20"/>
        </w:rPr>
        <w:t>1:11:17  koi aur cheez hai ye islam ka ki talib ye hai keh first of all you have to</w:t>
      </w:r>
      <w:r>
        <w:br/>
      </w:r>
      <w:r>
        <w:rPr>
          <w:sz w:val="20"/>
        </w:rPr>
        <w:t>1:11:24  prepare the society afraad ke andar yani Allah ka dar paida karo aur afraad ke andar sincerity lao</w:t>
      </w:r>
      <w:r>
        <w:br/>
      </w:r>
      <w:r>
        <w:rPr>
          <w:sz w:val="20"/>
        </w:rPr>
        <w:t>1:11:32  afraad jab ke andar acceptability lao jab ek society jab tayyar ho jaye to us waqt ye kaam</w:t>
      </w:r>
      <w:r>
        <w:br/>
      </w:r>
      <w:r>
        <w:rPr>
          <w:sz w:val="20"/>
        </w:rPr>
        <w:t>1:11:40  us waqt exceptionally koi aisa karta hai exceptionally jab aap society tayyar kar chuke honge to kahin</w:t>
      </w:r>
      <w:r>
        <w:br/>
      </w:r>
      <w:r>
        <w:rPr>
          <w:sz w:val="20"/>
        </w:rPr>
        <w:t>1:11:48  ek adh aadmi aisa case karega is ki saza deni padegi to aap bataiye keh ye</w:t>
      </w:r>
      <w:r>
        <w:br/>
      </w:r>
      <w:r>
        <w:rPr>
          <w:sz w:val="20"/>
        </w:rPr>
        <w:t>1:11:55  apni zimmedari to ada nahi karte aur chahte hain keh bas kode maare logon ko doosron ko</w:t>
      </w:r>
      <w:r>
        <w:br/>
      </w:r>
      <w:r>
        <w:rPr>
          <w:sz w:val="20"/>
        </w:rPr>
        <w:t>1:12:03  koda maarne se pehle apne koda maro apne ko yani matlab apni zimmedari poora karo society banao</w:t>
      </w:r>
      <w:r>
        <w:br/>
      </w:r>
      <w:r>
        <w:rPr>
          <w:sz w:val="20"/>
        </w:rPr>
        <w:t>1:12:11  society banane mein hazar saal lagne do tum ko haq nahi koda maarne ka society banane se pehle</w:t>
      </w:r>
      <w:r>
        <w:br/>
      </w:r>
      <w:r>
        <w:rPr>
          <w:sz w:val="20"/>
        </w:rPr>
        <w:t>1:12:18  mujhe bataiye kaun hai jo society bana raha hai sab taqreerein karein chal sirf taqreerein karte hain khali</w:t>
      </w:r>
      <w:r>
        <w:br/>
      </w:r>
      <w:r>
        <w:rPr>
          <w:sz w:val="20"/>
        </w:rPr>
        <w:t>1:12:26  badi badi josheeli taqreerein aur taqreerein kise hoti hain zalimon ke khilaf kuch kuch logon ko kuch logon</w:t>
      </w:r>
      <w:r>
        <w:br/>
      </w:r>
      <w:r>
        <w:rPr>
          <w:sz w:val="20"/>
        </w:rPr>
        <w:t>1:12:34  ko yani kuch kuch farz farz kar liya ek falan zalim hai in mafrooha zalimon ke khilaf taqreerein</w:t>
      </w:r>
      <w:r>
        <w:br/>
      </w:r>
      <w:r>
        <w:rPr>
          <w:sz w:val="20"/>
        </w:rPr>
        <w:t>1:12:42  hoti hain is tarah thodi maashra banta hai koi ek bhi tehreek musalmanon mein saare muslim world mein</w:t>
      </w:r>
      <w:r>
        <w:br/>
      </w:r>
      <w:r>
        <w:rPr>
          <w:sz w:val="20"/>
        </w:rPr>
        <w:t>1:12:49  nahi hai jo waqeatan sahi maano mein afraad saazi kar rahi ho society ki taameer kar rahi ho</w:t>
      </w:r>
      <w:r>
        <w:br/>
      </w:r>
      <w:r>
        <w:rPr>
          <w:sz w:val="20"/>
        </w:rPr>
        <w:t>1:12:57  ek bhi nahi hai agar hai to is ka naam lijiye khali ladna bheedna aur jalsay mein taqreerein</w:t>
      </w:r>
      <w:r>
        <w:br/>
      </w:r>
      <w:r>
        <w:rPr>
          <w:sz w:val="20"/>
        </w:rPr>
        <w:t>1:13:05  karna aur zalimon ke khilaf daire lagana is se aur is ke baad kehte hain keh hum chor</w:t>
      </w:r>
      <w:r>
        <w:br/>
      </w:r>
      <w:r>
        <w:rPr>
          <w:sz w:val="20"/>
        </w:rPr>
        <w:t>1:13:12  ka haath kaatenge aise logon ko khud Allah taala ka chor in ka haath kaata jayega</w:t>
      </w:r>
      <w:r>
        <w:br/>
      </w:r>
      <w:r>
        <w:rPr>
          <w:sz w:val="20"/>
        </w:rPr>
        <w:t>1:13:20  qayamat ke din is tarah se jo chor ka haath kaatenge to in ka aakhirat mein sar</w:t>
      </w:r>
      <w:r>
        <w:br/>
      </w:r>
      <w:r>
        <w:rPr>
          <w:sz w:val="20"/>
        </w:rPr>
        <w:t>1:13:28  kaata jayega in ka tum ko kya haq tha kisi ko chor kaatne ka sab se pehle</w:t>
      </w:r>
      <w:r>
        <w:br/>
      </w:r>
      <w:r>
        <w:rPr>
          <w:sz w:val="20"/>
        </w:rPr>
        <w:t>1:13:36  tum ko chahiye tha keh afraad ke andar iman lao society banao maashra tayyar karo wahi jo bukhari</w:t>
      </w:r>
      <w:r>
        <w:br/>
      </w:r>
      <w:r>
        <w:rPr>
          <w:sz w:val="20"/>
        </w:rPr>
        <w:t>1:13:43  mein hai is se pehle kaha tha tum ko had jaari karne ka tum taaziraat ke naam mein</w:t>
      </w:r>
      <w:r>
        <w:br/>
      </w:r>
      <w:r>
        <w:rPr>
          <w:sz w:val="20"/>
        </w:rPr>
        <w:t>1:13:51  nahi le sakte yaani bohat khula khula jawab maujood hai bukhari mein lekin mujhe hairaan hai ke jo</w:t>
      </w:r>
      <w:r>
        <w:br/>
      </w:r>
      <w:r>
        <w:rPr>
          <w:sz w:val="20"/>
        </w:rPr>
        <w:t>1:13:59  log bukhari bukhari karte hain woh bukhari mein likhi hui baaton ko bhi nahi samajhte kyunke bukhari woh</w:t>
      </w:r>
      <w:r>
        <w:br/>
      </w:r>
      <w:r>
        <w:rPr>
          <w:sz w:val="20"/>
        </w:rPr>
        <w:t>1:14:06  hadeesein nahi padhte woh aap jaaiye kisi madarse mein apne maslak ki taayidi hadeesein jo hoti hain usi</w:t>
      </w:r>
      <w:r>
        <w:br/>
      </w:r>
      <w:r>
        <w:rPr>
          <w:sz w:val="20"/>
        </w:rPr>
        <w:t>1:14:14  baat se karte hain apne maslak yaani apne maslak ko saabit karne ke liye bukhari padhte hain woh</w:t>
      </w:r>
      <w:r>
        <w:br/>
      </w:r>
      <w:r>
        <w:rPr>
          <w:sz w:val="20"/>
        </w:rPr>
        <w:t>1:14:22  bas yahi yahi hai aaj kal madarson mein bukhari ka ka dars jo hota hai yaani islam ko</w:t>
      </w:r>
      <w:r>
        <w:br/>
      </w:r>
      <w:r>
        <w:rPr>
          <w:sz w:val="20"/>
        </w:rPr>
        <w:t>1:14:30  daryaft karne ke liye nahi bukhari padhi jaati yeh bohat hi nazuk baat yaad rakhiye islam kya hai</w:t>
      </w:r>
      <w:r>
        <w:br/>
      </w:r>
      <w:r>
        <w:rPr>
          <w:sz w:val="20"/>
        </w:rPr>
        <w:t>1:14:37  is ko jaanne ke liye bukhari nahi padhi jaati bukhari padhi jaati hai apne maslak ki taayid dhoondne</w:t>
      </w:r>
      <w:r>
        <w:br/>
      </w:r>
      <w:r>
        <w:rPr>
          <w:sz w:val="20"/>
        </w:rPr>
        <w:t>1:14:45  ke liye aur phir log kehte hain ke hum yaani hum yeh karenge woh karenge bohat</w:t>
      </w:r>
      <w:r>
        <w:br/>
      </w:r>
      <w:r>
        <w:rPr>
          <w:sz w:val="20"/>
        </w:rPr>
        <w:t>1:14:53  hi zyada ghair sanjeeda baat hai bohat zyada yaani ghair zimmedarana baat yeh hai allah taala ke</w:t>
      </w:r>
    </w:p>
    <w:p>
      <w:pPr>
        <w:pStyle w:val="Heading2"/>
      </w:pPr>
      <w:r>
        <w:t>Quranic and Hadith term for personality</w:t>
      </w:r>
    </w:p>
    <w:p>
      <w:r>
        <w:rPr>
          <w:color w:val="666666"/>
          <w:sz w:val="18"/>
        </w:rPr>
        <w:t>Quran &amp; Tafsir · Materialism and Intellectual Dwarfism 29th April 2012 · 2m 03s · at 1:09:06 · https://youtu.be/qHzARL_r3I4?t=4146</w:t>
      </w:r>
    </w:p>
    <w:p>
      <w:r>
        <w:rPr>
          <w:i/>
        </w:rPr>
        <w:t>“Personality is a term of modern language. What was the term used in Hadith and Quran for personality?”</w:t>
      </w:r>
    </w:p>
    <w:p>
      <w:r>
        <w:rPr>
          <w:sz w:val="20"/>
        </w:rPr>
        <w:t>1:09:06  jab aadmi in cheezon ko allah ke siwa kisi aur ke liye kare to shirk khafi use kehte hain shirk khafi maulana agla sawal raipur se hai mister idrees sahab ka unhon ne likha hai Personality is a term of modern language.</w:t>
      </w:r>
      <w:r>
        <w:br/>
      </w:r>
      <w:r>
        <w:rPr>
          <w:sz w:val="20"/>
        </w:rPr>
        <w:t>1:09:24  What was the term used in Hadith and Quran for personality?</w:t>
      </w:r>
      <w:r>
        <w:br/>
      </w:r>
      <w:r>
        <w:rPr>
          <w:sz w:val="20"/>
        </w:rPr>
        <w:t>1:09:31  dekhen aaj kal personality development ka lafz bolta jo bole aata hota hai physical sense mein</w:t>
      </w:r>
      <w:r>
        <w:br/>
      </w:r>
      <w:r>
        <w:rPr>
          <w:sz w:val="20"/>
        </w:rPr>
        <w:t>1:09:38  aam taur par jo istemal hota hai personality development ka lafz to us physical sense mein bola jata</w:t>
      </w:r>
      <w:r>
        <w:br/>
      </w:r>
      <w:r>
        <w:rPr>
          <w:sz w:val="20"/>
        </w:rPr>
        <w:t>1:09:44  hai lekin quran mein wo spiritual sense mein hai zalik jaza o mutzakka jo hai wo spiritual sense</w:t>
      </w:r>
      <w:r>
        <w:br/>
      </w:r>
      <w:r>
        <w:rPr>
          <w:sz w:val="20"/>
        </w:rPr>
        <w:t>1:09:51  mein hai yani apni soch ko positive banana apni khwahishon ko positive banana apne jo</w:t>
      </w:r>
      <w:r>
        <w:br/>
      </w:r>
      <w:r>
        <w:rPr>
          <w:sz w:val="20"/>
        </w:rPr>
        <w:t>1:10:02  jo intellectual faculty hai us ko spiritualize karna</w:t>
      </w:r>
      <w:r>
        <w:br/>
      </w:r>
      <w:r>
        <w:rPr>
          <w:sz w:val="20"/>
        </w:rPr>
        <w:t>1:10:09  yeh hai personal development quran ke etbaar se to aaj kal chunke sara zor aadmi ke physical haysiyat par diya jata hai is liye personal development lafz ke etbaar se to nahi hai isi sense mein dictionary ke mani yeh nahi ke sirf body ko aap develop karen yeh matlab nahi hai lekin amalan jo hai is ka matlab personal development ka matlab abrah yeh ban gaya hai ke physical development</w:t>
      </w:r>
      <w:r>
        <w:br/>
      </w:r>
      <w:r>
        <w:rPr>
          <w:sz w:val="20"/>
        </w:rPr>
        <w:t>1:10:38  lekin main samajhta hoon ke quran zyada ahmiyat deta hai yani spiritual taraqqi ko zehni taraqqi ko is</w:t>
      </w:r>
      <w:r>
        <w:br/>
      </w:r>
      <w:r>
        <w:rPr>
          <w:sz w:val="20"/>
        </w:rPr>
        <w:t>1:10:45  wajah se hum is ko extended sense mein ya is ko real sense mein lete hue kahenge</w:t>
      </w:r>
      <w:r>
        <w:br/>
      </w:r>
      <w:r>
        <w:rPr>
          <w:sz w:val="20"/>
        </w:rPr>
        <w:t>1:10:49  ke islami nuqta nazar se</w:t>
      </w:r>
      <w:r>
        <w:br/>
      </w:r>
      <w:r>
        <w:rPr>
          <w:sz w:val="20"/>
        </w:rPr>
        <w:t>1:10:53  personality development ka matlab hai rohani taraqqi zehni taraqqi</w:t>
      </w:r>
      <w:r>
        <w:br/>
      </w:r>
      <w:r>
        <w:rPr>
          <w:sz w:val="20"/>
        </w:rPr>
        <w:t>1:10:58  shakhsiyat ki taraqqi</w:t>
      </w:r>
      <w:r>
        <w:br/>
      </w:r>
      <w:r>
        <w:rPr>
          <w:sz w:val="20"/>
        </w:rPr>
        <w:t>1:11:02  jisko hum jiske liye quran mein tazkiya ka lafz istemal kiya gaya hai</w:t>
      </w:r>
    </w:p>
    <w:p>
      <w:pPr>
        <w:pStyle w:val="Heading2"/>
      </w:pPr>
      <w:r>
        <w:t>Quranic and Hadith term for personality</w:t>
      </w:r>
    </w:p>
    <w:p>
      <w:r>
        <w:rPr>
          <w:color w:val="666666"/>
          <w:sz w:val="18"/>
        </w:rPr>
        <w:t>Quran &amp; Tafsir · Material Science Vs Spiritual Science 20th May 12 SLOW · 1m 41s · at 1:13:16 · https://youtu.be/qYwFExG7cyM?t=4396</w:t>
      </w:r>
    </w:p>
    <w:p>
      <w:r>
        <w:rPr>
          <w:i/>
        </w:rPr>
        <w:t>“Personality is a term of modern language. What was the term used in Hadith and Quran for personality?”</w:t>
      </w:r>
    </w:p>
    <w:p>
      <w:r>
        <w:rPr>
          <w:sz w:val="20"/>
        </w:rPr>
        <w:t>1:13:16  maulana, agla sawal raipur se hai mr idrees sahab ka.</w:t>
      </w:r>
      <w:r>
        <w:br/>
      </w:r>
      <w:r>
        <w:rPr>
          <w:sz w:val="20"/>
        </w:rPr>
        <w:t>1:13:22  انہوں نے لکھا ہے: "Personality is a term of modern language.</w:t>
      </w:r>
      <w:r>
        <w:br/>
      </w:r>
      <w:r>
        <w:rPr>
          <w:sz w:val="20"/>
        </w:rPr>
        <w:t>1:13:28  "What was the term used in Hadith and Quran for personality?" دیکھیں، آج کل "personality development" کا لفظ</w:t>
      </w:r>
      <w:r>
        <w:br/>
      </w:r>
      <w:r>
        <w:rPr>
          <w:sz w:val="20"/>
        </w:rPr>
        <w:t>1:13:34  بولتا ہے، بولے آتا ہے physical sense میں۔</w:t>
      </w:r>
      <w:r>
        <w:br/>
      </w:r>
      <w:r>
        <w:rPr>
          <w:sz w:val="20"/>
        </w:rPr>
        <w:t>1:13:40  عام طور پر جو استعمال ہوتا ہے "parent started development" کا لفظ تو اس فزیکل سینس میں بولا جاتا</w:t>
      </w:r>
      <w:r>
        <w:br/>
      </w:r>
      <w:r>
        <w:rPr>
          <w:sz w:val="20"/>
        </w:rPr>
        <w:t>1:13:46  hai, lekin quran mein woh spiritual sense mein hai.</w:t>
      </w:r>
      <w:r>
        <w:br/>
      </w:r>
      <w:r>
        <w:rPr>
          <w:sz w:val="20"/>
        </w:rPr>
        <w:t>1:13:52  zaal ka jaza o mutarka jo hai, woh spiritual sense mein hai.</w:t>
      </w:r>
      <w:r>
        <w:br/>
      </w:r>
      <w:r>
        <w:rPr>
          <w:sz w:val="20"/>
        </w:rPr>
        <w:t>1:13:58  yani apni soch ko positive banana, apni khwahishon ko positive banana, apne jo jo intellectual faculty hai, is</w:t>
      </w:r>
      <w:r>
        <w:br/>
      </w:r>
      <w:r>
        <w:rPr>
          <w:sz w:val="20"/>
        </w:rPr>
        <w:t>1:14:04  کو اسپریچولائز کرنا، یہ ہے "پیری ان سٹارٹڈ ڈویلپمنٹ" قرآن کے اعتبار سے۔</w:t>
      </w:r>
      <w:r>
        <w:br/>
      </w:r>
      <w:r>
        <w:rPr>
          <w:sz w:val="20"/>
        </w:rPr>
        <w:t>1:14:09  تو آج کل چونکہ سارا زور آدمی کے فزیکل حیثیت پر دیا جاتا ہے، اس لیے "personality development"</w:t>
      </w:r>
      <w:r>
        <w:br/>
      </w:r>
      <w:r>
        <w:rPr>
          <w:sz w:val="20"/>
        </w:rPr>
        <w:t>1:14:15  lughat ke aitbar se toh nahi hai.</w:t>
      </w:r>
      <w:r>
        <w:br/>
      </w:r>
      <w:r>
        <w:rPr>
          <w:sz w:val="20"/>
        </w:rPr>
        <w:t>1:14:21  اسی sense میں ڈکشنری کے معنی یہ نہیں کہ صرف body کو آپ develop کریں، یہ مطلب نہیں ہے۔</w:t>
      </w:r>
      <w:r>
        <w:br/>
      </w:r>
      <w:r>
        <w:rPr>
          <w:sz w:val="20"/>
        </w:rPr>
        <w:t>1:14:27  لیکن عملاً جو ہے، اس کا مطلب "unstarted development" کا مطلب عملاً یہ بن گیا ہے کہ فزیکل ڈیویلپمنٹ۔</w:t>
      </w:r>
      <w:r>
        <w:br/>
      </w:r>
      <w:r>
        <w:rPr>
          <w:sz w:val="20"/>
        </w:rPr>
        <w:t>1:14:33  kyunki main samajhta hoon ke quran zyada ahmiyat deta hai, yani spiritual taraqqi ko, zehni taraqqi ko.</w:t>
      </w:r>
      <w:r>
        <w:br/>
      </w:r>
      <w:r>
        <w:rPr>
          <w:sz w:val="20"/>
        </w:rPr>
        <w:t>1:14:39  is wajah se hum is ko extended sense mein ya is ko real sense mein lete hue kahin</w:t>
      </w:r>
      <w:r>
        <w:br/>
      </w:r>
      <w:r>
        <w:rPr>
          <w:sz w:val="20"/>
        </w:rPr>
        <w:t>1:14:45  ge ke islami nuqta nazar se "person started development" ka matlab hai rohani taraqqi, zehni taraqqi, shakhsiyat ki taraqqi,</w:t>
      </w:r>
      <w:r>
        <w:br/>
      </w:r>
      <w:r>
        <w:rPr>
          <w:sz w:val="20"/>
        </w:rPr>
        <w:t>1:14:51  jisko hum jiske liye quran mein tazkiya ka lafz istemal kiya gaya hai.</w:t>
      </w:r>
    </w:p>
    <w:p>
      <w:pPr>
        <w:pStyle w:val="Heading2"/>
      </w:pPr>
      <w:r>
        <w:t>Quranic command to avoid vain talk</w:t>
      </w:r>
    </w:p>
    <w:p>
      <w:r>
        <w:rPr>
          <w:color w:val="666666"/>
          <w:sz w:val="18"/>
        </w:rPr>
        <w:t>Quran &amp; Tafsir · War and Peace August 28, 2016 Maulana Wahiduddin Khan · 1m 21s · at 49:17 · https://youtu.be/8ViacW5xI3w?t=2957</w:t>
      </w:r>
    </w:p>
    <w:p>
      <w:r>
        <w:rPr>
          <w:i/>
        </w:rPr>
        <w:t>“In the Quran it is said to turn away from laghw (vain talk). Explain about it.”</w:t>
      </w:r>
    </w:p>
    <w:p>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p>
    <w:p>
      <w:pPr>
        <w:pStyle w:val="Heading2"/>
      </w:pPr>
      <w:r>
        <w:t>Quranic definition of knowledge and Prophet's analysis</w:t>
      </w:r>
    </w:p>
    <w:p>
      <w:r>
        <w:rPr>
          <w:color w:val="666666"/>
          <w:sz w:val="18"/>
        </w:rPr>
        <w:t>Quran &amp; Tafsir · Hadith-e-Jibril, April 21, 2013 · 1m 53s · at 1:00:42 · https://youtu.be/0rF6Ou0pDog?t=3642</w:t>
      </w:r>
    </w:p>
    <w:p>
      <w:r>
        <w:rPr>
          <w:i/>
        </w:rPr>
        <w:t>“What is the definion of knowledge accoring to Quran? How did Prophet Muhammad describ or analize knowledge in the Quran as reveled to him by God?”</w:t>
      </w:r>
    </w:p>
    <w:p>
      <w:r>
        <w:rPr>
          <w:sz w:val="20"/>
        </w:rPr>
        <w:t>1:00:42  maulana, agla sawal dilli se aya hai A K Dutta sahib ka. unhon ne likha hai Maulana sahib What is the definition of knowledge according to Quran?</w:t>
      </w:r>
      <w:r>
        <w:br/>
      </w:r>
      <w:r>
        <w:rPr>
          <w:sz w:val="20"/>
        </w:rPr>
        <w:t>1:00:54  How did Prophet Muhammad describe or analyze knowledge in the Quran as revealed to him by God?</w:t>
      </w:r>
      <w:r>
        <w:br/>
      </w:r>
      <w:r>
        <w:rPr>
          <w:sz w:val="20"/>
        </w:rPr>
        <w:t>1:01:09  dekhiye, jahan tak mein samajhta hoon, Quran ke mutabiq knowledge ka matlab hai</w:t>
      </w:r>
      <w:r>
        <w:br/>
      </w:r>
      <w:r>
        <w:rPr>
          <w:sz w:val="20"/>
        </w:rPr>
        <w:t>1:01:21  yani reality of life ko janna.</w:t>
      </w:r>
      <w:r>
        <w:br/>
      </w:r>
      <w:r>
        <w:rPr>
          <w:sz w:val="20"/>
        </w:rPr>
        <w:t>1:01:28  Reality of life ko janna yahi knowledge hai</w:t>
      </w:r>
      <w:r>
        <w:br/>
      </w:r>
      <w:r>
        <w:rPr>
          <w:sz w:val="20"/>
        </w:rPr>
        <w:t>1:01:32  ke hum dunya mein paida hote hain, bas achaanak paida ho gaye aur chalne phirne lag gaye. achaanak hi hum sun rahe hain, dekh rahe hain.</w:t>
      </w:r>
      <w:r>
        <w:br/>
      </w:r>
      <w:r>
        <w:rPr>
          <w:sz w:val="20"/>
        </w:rPr>
        <w:t>1:01:46  to yeh sochna ke yeh aakhir mein kya hoon? mein kahan se aya hoon? kya purpose hai meri life ka? maut kya hai?</w:t>
      </w:r>
      <w:r>
        <w:br/>
      </w:r>
      <w:r>
        <w:rPr>
          <w:sz w:val="20"/>
        </w:rPr>
        <w:t>1:01:55  maut ke baad kya hai?</w:t>
      </w:r>
      <w:r>
        <w:br/>
      </w:r>
      <w:r>
        <w:rPr>
          <w:sz w:val="20"/>
        </w:rPr>
        <w:t>1:01:59  yeh sab cheezein hain yani zindagi ka yani purpose of life. to in sab cheezon ko janne hi ka naam knowledge hai.</w:t>
      </w:r>
      <w:r>
        <w:br/>
      </w:r>
      <w:r>
        <w:rPr>
          <w:sz w:val="20"/>
        </w:rPr>
        <w:t>1:02:13  yani haqeeqat hayat ko janna. Reality of life ko janna. aik lafz mein kahoon ga ke reality of life ko janna yahi knowledge hai.</w:t>
      </w:r>
      <w:r>
        <w:br/>
      </w:r>
      <w:r>
        <w:rPr>
          <w:sz w:val="20"/>
        </w:rPr>
        <w:t>1:02:26  True knowledge. True knowledge. Quran ke mutabiq.</w:t>
      </w:r>
    </w:p>
    <w:p>
      <w:pPr>
        <w:pStyle w:val="Heading2"/>
      </w:pPr>
      <w:r>
        <w:t>Quranic guidance on complete reporting</w:t>
      </w:r>
    </w:p>
    <w:p>
      <w:r>
        <w:rPr>
          <w:color w:val="666666"/>
          <w:sz w:val="18"/>
        </w:rPr>
        <w:t>Quran &amp; Tafsir · Islamic Pacifism Q&amp;A 8 May 2011 · 10m 38s · at 44:39 · https://youtu.be/5ZersGDNVcw?t=2679</w:t>
      </w:r>
    </w:p>
    <w:p>
      <w:r>
        <w:rPr>
          <w:i/>
        </w:rPr>
        <w:t>“A person should practice complete reporting, avoiding selective reporting. Is there any guidance in the Quran regarding this? I don't recall a verse with that exact wording, but as a principle, there are various verses in the Quran about it, for example, 'tatfif' (giving less in measure) is a name for this.”</w:t>
      </w:r>
    </w:p>
    <w:p>
      <w:r>
        <w:rPr>
          <w:sz w:val="20"/>
        </w:rPr>
        <w:t>44:39  to is mein yaani sirf maadi wo nahi hai. aap ne is mein likha hai. yeh sawal padhiye in ka. insaan ko selective reporting se bachte hue complete reporting karni chahiye. kya is baare mein Quran mein koi rehnumai ki gayi hai?</w:t>
      </w:r>
      <w:r>
        <w:br/>
      </w:r>
      <w:r>
        <w:rPr>
          <w:sz w:val="20"/>
        </w:rPr>
        <w:t>44:50  dekhiye, isi lafz mein to mujhe yaad nahi aa rahi koi ayat. lekin yaani yeh as a principle zaroor Quran mein is ke baare mein mukhtalif aayatein maujood hain.</w:t>
      </w:r>
      <w:r>
        <w:br/>
      </w:r>
      <w:r>
        <w:rPr>
          <w:sz w:val="20"/>
        </w:rPr>
        <w:t>45:04  mislan tatfeef. tatfeef isi ka naam hai.</w:t>
      </w:r>
      <w:r>
        <w:br/>
      </w:r>
      <w:r>
        <w:rPr>
          <w:sz w:val="20"/>
        </w:rPr>
        <w:t>45:08  yaani ek baat ghata kar badha kar pesh karna. kuch ghata kar badhana, kuch badhana. yaani sahi baat na keh kar ke aisi reporting karna jis se galat ta'assur jaata ho.</w:t>
      </w:r>
      <w:r>
        <w:br/>
      </w:r>
      <w:r>
        <w:rPr>
          <w:sz w:val="20"/>
        </w:rPr>
        <w:t>45:18  is ko tatfeef kehte hain aur is ko bahut bura kaha gaya hai Islam mein. to</w:t>
      </w:r>
      <w:r>
        <w:br/>
      </w:r>
      <w:r>
        <w:rPr>
          <w:sz w:val="20"/>
        </w:rPr>
        <w:t>45:25  ma'anvi yeh mafhoom Quran mein aur hadith mein zaroor maujood hai. lekin yeh jo lafz mein bolta hoon, aap chahein ke wahi lafz wahan maujood ho to to yeh bahut mushkil kaam hai.</w:t>
      </w:r>
      <w:r>
        <w:br/>
      </w:r>
      <w:r>
        <w:rPr>
          <w:sz w:val="20"/>
        </w:rPr>
        <w:t>45:39  kyunke bahut si cheezain aisi hain jo quran mein bin satoor hoti hain. jaisa quran hadees mein aaya hai ke: "wo</w:t>
      </w:r>
      <w:r>
        <w:br/>
      </w:r>
      <w:r>
        <w:rPr>
          <w:sz w:val="20"/>
        </w:rPr>
        <w:t>45:50  quran ke kuch mafhoom is ke satoor mein hain, kuch is ke bin satoor mein hain."</w:t>
      </w:r>
      <w:r>
        <w:br/>
      </w:r>
      <w:r>
        <w:rPr>
          <w:sz w:val="20"/>
        </w:rPr>
        <w:t>46:00  kya is ko phir se parhiye is ko?</w:t>
      </w:r>
      <w:r>
        <w:br/>
      </w:r>
      <w:r>
        <w:rPr>
          <w:sz w:val="20"/>
        </w:rPr>
        <w:t>46:03  insan ko selective reporting se bachte hue complete reporting karni chahiye. dekhiye, doosri baat yeh hai ke fitrat khud kafi hai samajhne ke liye ke selective reporting jo hai bohat hi tabah kun hai.</w:t>
      </w:r>
      <w:r>
        <w:br/>
      </w:r>
      <w:r>
        <w:rPr>
          <w:sz w:val="20"/>
        </w:rPr>
        <w:t>46:18  selective reporting se sari kharabian paida hoti hain.</w:t>
      </w:r>
      <w:r>
        <w:br/>
      </w:r>
      <w:r>
        <w:rPr>
          <w:sz w:val="20"/>
        </w:rPr>
        <w:t>46:21  isi se nafrat aati hai, isi se ghussa aata hai, isi se doosre ko dushman samajh lete hain aap. yeh sab isi se hota hai. to is ka result hi kafi hai batane ke liye ke yeh galat tareeqa hai.</w:t>
      </w:r>
      <w:r>
        <w:br/>
      </w:r>
      <w:r>
        <w:rPr>
          <w:sz w:val="20"/>
        </w:rPr>
        <w:t>46:39  to is mein koi shaq nahi ke selective reporting galat hai. aur is se galat yeh hai ke aap is ko maan lain.</w:t>
      </w:r>
      <w:r>
        <w:br/>
      </w:r>
      <w:r>
        <w:rPr>
          <w:sz w:val="20"/>
        </w:rPr>
        <w:t>46:49  mein yaani mera daawa yeh nahi hai ke media kabhi bhi aisa kar sakta hai ke woh selective reporting na karay. mein kabhi aisa nahi kaha ke media ko is se bachna chahiye.</w:t>
      </w:r>
      <w:r>
        <w:br/>
      </w:r>
      <w:r>
        <w:rPr>
          <w:sz w:val="20"/>
        </w:rPr>
        <w:t>46:58  mein kabhi aisa nahi kehta.</w:t>
      </w:r>
      <w:r>
        <w:br/>
      </w:r>
      <w:r>
        <w:rPr>
          <w:sz w:val="20"/>
        </w:rPr>
        <w:t>47:01  kyunke media aik industry hai. woh selective reporting hi karay ga. woh is ki industry band ho jaye gi. mein kehta hoon ke aap khud itna samajhdar hon ke media ki report bura na banain.</w:t>
      </w:r>
      <w:r>
        <w:br/>
      </w:r>
      <w:r>
        <w:rPr>
          <w:sz w:val="20"/>
        </w:rPr>
        <w:t>47:15  dekhiye, mein in logon mein se nahi hoon jo bohat hi nadani ke sath mutalba karte hain ke media jo hai sahi report karay. yeh bilkul galat hai. media koi mission nahi hai.</w:t>
      </w:r>
      <w:r>
        <w:br/>
      </w:r>
      <w:r>
        <w:rPr>
          <w:sz w:val="20"/>
        </w:rPr>
        <w:t>47:24  media aik industry hai. aur industry apne faiday ke lehaz se karay gi. is ko aap ne news sell karna hai. aur news jab market mein wohi khabrein bikti hon jis mein sensation hai to woh sensation laye ga woh.</w:t>
      </w:r>
      <w:r>
        <w:br/>
      </w:r>
      <w:r>
        <w:rPr>
          <w:sz w:val="20"/>
        </w:rPr>
        <w:t>47:39  to mein aisa kabhi mutalba nahi karta media se. mujhe media se koi shikayat nahi. mujhe shikayat un logon se hai jo media ko parh kar ke, media ki reporton ko parh kar ke aur rai banate hain.</w:t>
      </w:r>
      <w:r>
        <w:br/>
      </w:r>
      <w:r>
        <w:rPr>
          <w:sz w:val="20"/>
        </w:rPr>
        <w:t>47:51  rai kyun banate hain aap? aap mazeed tehqeeq kijiye. ya to rai na banaiye ya mazeed tehqeeq kijiye. do mein ka option hai.</w:t>
      </w:r>
      <w:r>
        <w:br/>
      </w:r>
      <w:r>
        <w:rPr>
          <w:sz w:val="20"/>
        </w:rPr>
        <w:t>48:01  ya to rai na banaiye ya mazeed tehqeeq kijiye.</w:t>
      </w:r>
      <w:r>
        <w:br/>
      </w:r>
      <w:r>
        <w:rPr>
          <w:sz w:val="20"/>
        </w:rPr>
        <w:t>48:04  mister ejaz ahmed ne bangalore se likha hai: "there are several passages in the quran that mention rizq, such as God gives without measure rizq to whom He wills.</w:t>
      </w:r>
      <w:r>
        <w:br/>
      </w:r>
      <w:r>
        <w:rPr>
          <w:sz w:val="20"/>
        </w:rPr>
        <w:t>48:19  that rizq is given by God as a test, etc. Maulana, what is the true meaning of rizq?"</w:t>
      </w:r>
      <w:r>
        <w:br/>
      </w:r>
      <w:r>
        <w:rPr>
          <w:sz w:val="20"/>
        </w:rPr>
        <w:t>48:33  dekhiye, rizq aam tor par rozi ke maani mein liya jata hai. yaani maadi maani mein. lekin rizq aik waseela hai.</w:t>
      </w:r>
      <w:r>
        <w:br/>
      </w:r>
      <w:r>
        <w:rPr>
          <w:sz w:val="20"/>
        </w:rPr>
        <w:t>48:42  rizq mein sab cheezain aati hain. matlab rizq rohani, rizq zehni, rizq maadi har cheez aati hai.</w:t>
      </w:r>
      <w:r>
        <w:br/>
      </w:r>
      <w:r>
        <w:rPr>
          <w:sz w:val="20"/>
        </w:rPr>
        <w:t>48:50  to allah taala mukhtalif qism ke rizq dete hain insan ko. matlab kisi ko maadi aitbar se farawani milti hai, kisi ko kam milta hai.</w:t>
      </w:r>
      <w:r>
        <w:br/>
      </w:r>
      <w:r>
        <w:rPr>
          <w:sz w:val="20"/>
        </w:rPr>
        <w:t>49:02  kisi ko ziyada zahiin bana diya jata hai, kisi ko koi kam zahiin hota hai nisbatan. koi ziyada healthy hota hai, koi kam healthy hota hai.</w:t>
      </w:r>
      <w:r>
        <w:br/>
      </w:r>
      <w:r>
        <w:rPr>
          <w:sz w:val="20"/>
        </w:rPr>
        <w:t>49:11  yeh sab farq hai. lekin is ka matlab yeh nahi ke khuda mansif nahi hai. khuda justice nahi karta.</w:t>
      </w:r>
      <w:r>
        <w:br/>
      </w:r>
      <w:r>
        <w:rPr>
          <w:sz w:val="20"/>
        </w:rPr>
        <w:t>49:20  aik hadees mein hai dekhiye ke: "al momin al qawi khair" yaani qawi insan</w:t>
      </w:r>
      <w:r>
        <w:br/>
      </w:r>
      <w:r>
        <w:rPr>
          <w:sz w:val="20"/>
        </w:rPr>
        <w:t>49:35  allah ke nazdeek ziyada qawi khair hai is mein ba muqabla yaani kamzor insan ke. lekin har aik ke liye behtari hai.</w:t>
      </w:r>
      <w:r>
        <w:br/>
      </w:r>
      <w:r>
        <w:rPr>
          <w:sz w:val="20"/>
        </w:rPr>
        <w:t>49:46  dekhiye, yeh jo hai khair jo hai bohat aham hai. kyunke</w:t>
      </w:r>
      <w:r>
        <w:br/>
      </w:r>
      <w:r>
        <w:rPr>
          <w:sz w:val="20"/>
        </w:rPr>
        <w:t>49:52  ek insan ko khuda ne qawi banaya, bohat mazboot aɹsaab is ke hain, bohat zaheen hai. To aksar dekha ke woh foran is ko naaz aa jata hai, naaz.</w:t>
      </w:r>
      <w:r>
        <w:br/>
      </w:r>
      <w:r>
        <w:rPr>
          <w:sz w:val="20"/>
        </w:rPr>
        <w:t>50:02  To woh tabah ho jata hai. Is ke muqable mein jis ko ke kuch relatively kam mila ho to use modesty aati hai.</w:t>
      </w:r>
      <w:r>
        <w:br/>
      </w:r>
      <w:r>
        <w:rPr>
          <w:sz w:val="20"/>
        </w:rPr>
        <w:t>50:11  To modesty to bohat bari qeemti cheez hai. To dono mein plus point aur minus point hai. Aap yeh nahi keh sakte ke is ko zyada, is ko kam mila.</w:t>
      </w:r>
      <w:r>
        <w:br/>
      </w:r>
      <w:r>
        <w:rPr>
          <w:sz w:val="20"/>
        </w:rPr>
        <w:t>50:25  Kyunke har ek ka plus point hai, har ek ka minus point hai.</w:t>
      </w:r>
      <w:r>
        <w:br/>
      </w:r>
      <w:r>
        <w:rPr>
          <w:sz w:val="20"/>
        </w:rPr>
        <w:t>50:28  Maulana Shariq Hussain ne Dilli se likha hai: "Insan apni family, apni qaum ya apne mazhab se bepanah mohabbat hone ki wajah se un ki himayat mein selective reporting karta hai.</w:t>
      </w:r>
      <w:r>
        <w:br/>
      </w:r>
      <w:r>
        <w:rPr>
          <w:sz w:val="20"/>
        </w:rPr>
        <w:t>50:43  Aisi halat mein insan khud ko selective reporting se kaise bachaye?"</w:t>
      </w:r>
      <w:r>
        <w:br/>
      </w:r>
      <w:r>
        <w:rPr>
          <w:sz w:val="20"/>
        </w:rPr>
        <w:t>50:49  Isi ko taɹassub kehte hain. Isi ko quran mein jahiliyat kaha gaya hai. To bachane ki baat ki hai to test rahe ga.</w:t>
      </w:r>
      <w:r>
        <w:br/>
      </w:r>
      <w:r>
        <w:rPr>
          <w:sz w:val="20"/>
        </w:rPr>
        <w:t>50:59  Yeh dunya to test ke liye bani hai, dar-ul-imtaan. To yeh to rahe ga, agar na rahe to phir zaroorat hi kya hai dunya ki? Agar test na ho to phir insan ko paida karne ki zaroorat hi kya hai?</w:t>
      </w:r>
      <w:r>
        <w:br/>
      </w:r>
      <w:r>
        <w:rPr>
          <w:sz w:val="20"/>
        </w:rPr>
        <w:t>51:16  To aap ko to test ko face karna hi karna hai. Ta➚ssub se apne ko bachana hi bachana hai. ɹasabiyat se bachana hi bachana hai. Apne ko, yaani apni, apne ko read karna hai.</w:t>
      </w:r>
      <w:r>
        <w:br/>
      </w:r>
      <w:r>
        <w:rPr>
          <w:sz w:val="20"/>
        </w:rPr>
        <w:t>51:32  Khud apne aap ko read karna hai ke main kahan bhatak raha hoon, kahan main ɹasabiyat ka shikar ho raha hoon. Yeh to karna hai, is se to koi mufarr nahi hai.</w:t>
      </w:r>
      <w:r>
        <w:br/>
      </w:r>
      <w:r>
        <w:rPr>
          <w:sz w:val="20"/>
        </w:rPr>
        <w:t>51:44  Miss Naghma Siddiqui ne Dilli se likha hai: "People generally have a confused idea of peace. As a result, when the ideology of peace is explained to them, they do not understand.</w:t>
      </w:r>
      <w:r>
        <w:br/>
      </w:r>
      <w:r>
        <w:rPr>
          <w:sz w:val="20"/>
        </w:rPr>
        <w:t>52:00  How can be explained clearly to them?"</w:t>
      </w:r>
      <w:r>
        <w:br/>
      </w:r>
      <w:r>
        <w:rPr>
          <w:sz w:val="20"/>
        </w:rPr>
        <w:t>52:04  Dekhiye, baat sirf ek hai. Woh yeh hai ke log law of nature ko le kar nahi sochte. Apne khwahishon ko le kar sochte hain.</w:t>
      </w:r>
      <w:r>
        <w:br/>
      </w:r>
      <w:r>
        <w:rPr>
          <w:sz w:val="20"/>
        </w:rPr>
        <w:t>52:16  Dunya mein aap ki khwahish nahi chalegi. Aap ki dildar nahi chalegi. Law of nature chalegi.</w:t>
      </w:r>
      <w:r>
        <w:br/>
      </w:r>
      <w:r>
        <w:rPr>
          <w:sz w:val="20"/>
        </w:rPr>
        <w:t>52:23  Log chahte hain ke mere sath injustice na ho. To aap ke chahne se thori aisa hota hai ke dunya mein injustice na ho. Law of nature kya hai?</w:t>
      </w:r>
      <w:r>
        <w:br/>
      </w:r>
      <w:r>
        <w:rPr>
          <w:sz w:val="20"/>
        </w:rPr>
        <w:t>52:32  Law of nature yeh hai ke Allah taala ne har insan ko azadi di hai, azadi. To azadi di hai to misuse bhi kare ga woh. To kaun hai is ka hath baandh de ke woh misuse na kare?</w:t>
      </w:r>
      <w:r>
        <w:br/>
      </w:r>
      <w:r>
        <w:rPr>
          <w:sz w:val="20"/>
        </w:rPr>
        <w:t>52:43  To injustice kya hai? Kisi insan ka apni azadi ko misuse karna. Isi ka result ka naam hai injustice. Yeh hoga.</w:t>
      </w:r>
      <w:r>
        <w:br/>
      </w:r>
      <w:r>
        <w:rPr>
          <w:sz w:val="20"/>
        </w:rPr>
        <w:t>52:53  Aap ko manage karna hai. Aap ko patient planning karni hai. Aap ko face karna hai is ko, challenge lena hai is ko.</w:t>
      </w:r>
      <w:r>
        <w:br/>
      </w:r>
      <w:r>
        <w:rPr>
          <w:sz w:val="20"/>
        </w:rPr>
        <w:t>53:00  Jis cheez ko shikayat ke taur par lete hain, us ko challenge ke taur par lena hai. To chunke log yeh nahi sochte ke plan of God kya hai, law of nature kya hai, bas apne desire ko jante hain.</w:t>
      </w:r>
      <w:r>
        <w:br/>
      </w:r>
      <w:r>
        <w:rPr>
          <w:sz w:val="20"/>
        </w:rPr>
        <w:t>53:14  Isi desire ko le kar ke woh chahte hain ke aisa justice ho, waisa injustice hai. To woh woh soch, un ki, un ko correction karna pare ga un ko.</w:t>
      </w:r>
      <w:r>
        <w:br/>
      </w:r>
      <w:r>
        <w:rPr>
          <w:sz w:val="20"/>
        </w:rPr>
        <w:t>53:22  Ke aap ka zaati desire hai, woh nahi chalegi dunya mein.</w:t>
      </w:r>
      <w:r>
        <w:br/>
      </w:r>
      <w:r>
        <w:rPr>
          <w:sz w:val="20"/>
        </w:rPr>
        <w:t>53:27  First of all, you have to know what is the creation plan of God.</w:t>
      </w:r>
      <w:r>
        <w:br/>
      </w:r>
      <w:r>
        <w:rPr>
          <w:sz w:val="20"/>
        </w:rPr>
        <w:t>53:30  Why is the law of nature? Us ko le kar ke sochiye. Us ko chhod kar na sochiye.</w:t>
      </w:r>
      <w:r>
        <w:br/>
      </w:r>
      <w:r>
        <w:rPr>
          <w:sz w:val="20"/>
        </w:rPr>
        <w:t>53:43  Mr Arshad Jamal ne Dilli se likha hai: "Quran ke chapter number twenty five mein ek dua aai hai. Us mein bataya gaya hai ke khuda ya, tu mujh ko mutaqiòn ka imam bana.</w:t>
      </w:r>
      <w:r>
        <w:br/>
      </w:r>
      <w:r>
        <w:rPr>
          <w:sz w:val="20"/>
        </w:rPr>
        <w:t>53:58  Us ka matlab kya hai?"</w:t>
      </w:r>
      <w:r>
        <w:br/>
      </w:r>
      <w:r>
        <w:rPr>
          <w:sz w:val="20"/>
        </w:rPr>
        <w:t>54:00  yeh</w:t>
      </w:r>
      <w:r>
        <w:br/>
      </w:r>
      <w:r>
        <w:rPr>
          <w:sz w:val="20"/>
        </w:rPr>
        <w:t>54:05  aulad ke bare mein aaya hai. Family ke bare mein. Family ka bara jo hai woh yeh keh raha hai. To is ko aap extended sense mein le sakte hain, society ke bare mein bhi.</w:t>
      </w:r>
      <w:r>
        <w:br/>
      </w:r>
      <w:r>
        <w:rPr>
          <w:sz w:val="20"/>
        </w:rPr>
        <w:t>54:18  To mein jahan tak samjha hoon, is ayat ka matlab woh yeh hai ke aap doosron ko jo lead dein, to aap logon ko achhi lead dein.</w:t>
      </w:r>
    </w:p>
    <w:p>
      <w:pPr>
        <w:pStyle w:val="Heading2"/>
      </w:pPr>
      <w:r>
        <w:t>Quranic mention of Jews for all time</w:t>
      </w:r>
    </w:p>
    <w:p>
      <w:r>
        <w:rPr>
          <w:color w:val="666666"/>
          <w:sz w:val="18"/>
        </w:rPr>
        <w:t>Quran &amp; Tafsir · Realistic Approach 30 March, 2014 · 4m 03s · at 1:05:07 · https://youtu.be/HIFxmWWiEG4?t=3907</w:t>
      </w:r>
    </w:p>
    <w:p>
      <w:r>
        <w:rPr>
          <w:i/>
        </w:rPr>
        <w:t>“Jews are enemies of Islam and will always remain. The summary of most books is this. In the Quran, is the mention of Jews only for the Jews of the Prophet's time? Please clarify.”</w:t>
      </w:r>
    </w:p>
    <w:p>
      <w:r>
        <w:rPr>
          <w:sz w:val="20"/>
        </w:rPr>
        <w:t>1:05:07  Maulana, agla sawal Delhi se hai Jameel Akhtar sahib ne kiya hai.</w:t>
      </w:r>
      <w:r>
        <w:br/>
      </w:r>
      <w:r>
        <w:rPr>
          <w:sz w:val="20"/>
        </w:rPr>
        <w:t>1:05:11  Unhon ne likha hai: "Yahoodi Islam ke dushman hain aur hamesha rahenge. Zyada tar kitabon ka khulasa yahi hai.</w:t>
      </w:r>
      <w:r>
        <w:br/>
      </w:r>
      <w:r>
        <w:rPr>
          <w:sz w:val="20"/>
        </w:rPr>
        <w:t>1:05:21  Quran mein Yahood ka zikr kiya sirf Huzoor ke daur ke Yahood ke liye hi hai? Is ko wazeh karein." Bhai, Yahoodi ki baat nahi hai.</w:t>
      </w:r>
      <w:r>
        <w:br/>
      </w:r>
      <w:r>
        <w:rPr>
          <w:sz w:val="20"/>
        </w:rPr>
        <w:t>1:05:31  Aap ki kitab mein likha rehta hai, sari kitab mein kuffar-e-Makkah, mushrikeen-e-Makkah. To kya woh aaj ke liye hai? Sab kitabon mein likha rehta hai:</w:t>
      </w:r>
      <w:r>
        <w:br/>
      </w:r>
      <w:r>
        <w:rPr>
          <w:sz w:val="20"/>
        </w:rPr>
        <w:t>1:05:40  "Kuffar-e-Makkah, mushrikeen-e-Makkah, Qulil Kafiroon." Quran Majeed mein kya aaj ke liye hai? Yeh Qulil Kafiroon jo hai, yeh Makkah walon ke liye hai.</w:t>
      </w:r>
      <w:r>
        <w:br/>
      </w:r>
      <w:r>
        <w:rPr>
          <w:sz w:val="20"/>
        </w:rPr>
        <w:t>1:05:49  yeh</w:t>
      </w:r>
      <w:r>
        <w:br/>
      </w:r>
      <w:r>
        <w:rPr>
          <w:sz w:val="20"/>
        </w:rPr>
        <w:t>1:05:53  yeh Qulil Kafiroon jo hai, Makkah walon ke liye hai. Yeh hamari kitab mein likha rehta hai: "Kuffar-e-Makkah, mushrikeen-e-Makkah." Woh qadi Makkah ke liye hota hai.</w:t>
      </w:r>
      <w:r>
        <w:br/>
      </w:r>
      <w:r>
        <w:rPr>
          <w:sz w:val="20"/>
        </w:rPr>
        <w:t>1:06:02  To yeh yeh farq to har jis tarah doosron ke bare mein, is tarah Yahood ke bare mein bhi hai.</w:t>
      </w:r>
      <w:r>
        <w:br/>
      </w:r>
      <w:r>
        <w:rPr>
          <w:sz w:val="20"/>
        </w:rPr>
        <w:t>1:06:10  Jaise doosron ke bare mein, is tarah Yahood ke bare mein bhi hai. Asal mein dekhiye, hua yeh aisa kya hua ke Yahood ko jab marpeet hui Falasteen mein to chale gaye.</w:t>
      </w:r>
      <w:r>
        <w:br/>
      </w:r>
      <w:r>
        <w:rPr>
          <w:sz w:val="20"/>
        </w:rPr>
        <w:t>1:06:24  Is ko kehte hain diaspora, yani Hindu Yahoodi diaspora mein chale gaye. Yani doosre mulkon mein un ki badi tadad Western countries mein chali gayi, Europe mein aur America mein.</w:t>
      </w:r>
      <w:r>
        <w:br/>
      </w:r>
      <w:r>
        <w:rPr>
          <w:sz w:val="20"/>
        </w:rPr>
        <w:t>1:06:38  To wahan unhon ne English parhi, wahan unhon ne science parhi. To diaspora un ke liye woh ban gaya, nemat ban gaya. Diaspora un ke liye nemat ban gaya aur parh parh ke, parh parh ke woh education mein aage badhte chale gaye.</w:t>
      </w:r>
      <w:r>
        <w:br/>
      </w:r>
      <w:r>
        <w:rPr>
          <w:sz w:val="20"/>
        </w:rPr>
        <w:t>1:06:56  mein aap ko aik misaal deta hoon, mein teen baar gaya hoon falasteen aur israel.</w:t>
      </w:r>
      <w:r>
        <w:br/>
      </w:r>
      <w:r>
        <w:rPr>
          <w:sz w:val="20"/>
        </w:rPr>
        <w:t>1:07:03  to aik baar to aap mujhe maloom hua ke jo yahoodi rehte hain america mein, unhon ne aik fund ikhatta kiya, aik billion dollar, billion b se.</w:t>
      </w:r>
      <w:r>
        <w:br/>
      </w:r>
      <w:r>
        <w:rPr>
          <w:sz w:val="20"/>
        </w:rPr>
        <w:t>1:07:18  aik billion dollar ikhatta kar ke gaye woh yerushalaym. wahan ka jo bara rubai tha, chief rubai, us se mile.</w:t>
      </w:r>
      <w:r>
        <w:br/>
      </w:r>
      <w:r>
        <w:rPr>
          <w:sz w:val="20"/>
        </w:rPr>
        <w:t>1:07:26  unhon ne kaha ke yerushalaym mein bohat bara synagogue banaiye.</w:t>
      </w:r>
      <w:r>
        <w:br/>
      </w:r>
      <w:r>
        <w:rPr>
          <w:sz w:val="20"/>
        </w:rPr>
        <w:t>1:07:30  synagogue kehte hain yahoodi ibadat khane ko. yerushalaym mein bohat hi bara synagogue banaiye aap. to chief rubai jo tha, us ne kaha ke khuda ko bohat bare synagogue ki zaroorat nahi hai, us ko education mein lagao.</w:t>
      </w:r>
      <w:r>
        <w:br/>
      </w:r>
      <w:r>
        <w:rPr>
          <w:sz w:val="20"/>
        </w:rPr>
        <w:t>1:07:46  to aik billion dollar ka fund wahan par qaim hua education ke liye aur woh dhoom se lage, yaani parhne lage. yahoodi larkay</w:t>
      </w:r>
      <w:r>
        <w:br/>
      </w:r>
      <w:r>
        <w:rPr>
          <w:sz w:val="20"/>
        </w:rPr>
        <w:t>1:07:55  is tarah se wahan aaya hai. yeh education ka jo daur aaya hai, hamare haan badqismati se aisay log paida hi nahi hotay kyunke society itni kharab hai, itni kharab hai.</w:t>
      </w:r>
      <w:r>
        <w:br/>
      </w:r>
      <w:r>
        <w:rPr>
          <w:sz w:val="20"/>
        </w:rPr>
        <w:t>1:08:08  koi achi baat kahe to us ko daba dete hain. syed ko aap jante hain ke aaj aap syed ko bara darja dete hain, lekin syed ke zamane mein kya hua?</w:t>
      </w:r>
      <w:r>
        <w:br/>
      </w:r>
      <w:r>
        <w:rPr>
          <w:sz w:val="20"/>
        </w:rPr>
        <w:t>1:08:18  un ko fatway lage, un ko mukhalifaten ki gaeen.</w:t>
      </w:r>
      <w:r>
        <w:br/>
      </w:r>
      <w:r>
        <w:rPr>
          <w:sz w:val="20"/>
        </w:rPr>
        <w:t>1:08:24  is syed ke muasreen jo thay, zabardast mukhalifaten ki gaeen. un ki un ko sab kuch kaha: munafiq, kafir, fasiq, pata nahi kya kya kar dala.</w:t>
      </w:r>
      <w:r>
        <w:br/>
      </w:r>
      <w:r>
        <w:rPr>
          <w:sz w:val="20"/>
        </w:rPr>
        <w:t>1:08:35  to koi bhi kaam kar paye taajab jab jab us ko, yaani supporter mile ya supporter na mile to kuch nahi kaam ho sakta. rasool Allah ko bhi kaam mila ke jab supporter mile, aap ko pichle nabiyon ko support nahi mile to koi bara kaam bhi nahi ho saka.</w:t>
      </w:r>
      <w:r>
        <w:br/>
      </w:r>
      <w:r>
        <w:rPr>
          <w:sz w:val="20"/>
        </w:rPr>
        <w:t>1:08:51  to musalmanon ke mizaj ko badliye taake jo kaam karne ke liye utha hai to us ko, us ko supporter mile. yeh bhi is ka aik pehlu hai. jab aap musalmanon ke mizaj ko badlenge to kisi kaam karne wale ko support denge,</w:t>
      </w:r>
      <w:r>
        <w:br/>
      </w:r>
      <w:r>
        <w:rPr>
          <w:sz w:val="20"/>
        </w:rPr>
        <w:t>1:09:04  tab ja ke bara kaam hoga.</w:t>
      </w:r>
    </w:p>
    <w:p>
      <w:pPr>
        <w:pStyle w:val="Heading2"/>
      </w:pPr>
      <w:r>
        <w:t>Quranic mindset before distributing translations?</w:t>
      </w:r>
    </w:p>
    <w:p>
      <w:r>
        <w:rPr>
          <w:color w:val="666666"/>
          <w:sz w:val="18"/>
        </w:rPr>
        <w:t>Quran &amp; Tafsir · The Expression of Faith (Izhar e Deen) September 1, 2013 · 3m 25s · at 1:10:30 · https://youtu.be/muBDJ8a_8-0?t=4230</w:t>
      </w:r>
    </w:p>
    <w:p>
      <w:r>
        <w:rPr>
          <w:i/>
        </w:rPr>
        <w:t>“CPS and other organizations are distributing translations of the Quran everywhere in the world, but as you say, having a Quranic mindset is necessary to understand the Quran. In such a situation, should we stop the distribution work and first create a Quranic mindset among people? What is the practical way to create a Quranic mindset according to you?”</w:t>
      </w:r>
    </w:p>
    <w:p>
      <w:r>
        <w:rPr>
          <w:sz w:val="20"/>
        </w:rPr>
        <w:t>1:10:30  maulana agla sawal dilli se hai, maulana zakwan nadvi ka. unhon ne likha hai: "cps aur doosre idaron ki taraf se duniya mein har jagah quran ka translation distribute kiya ja raha hai,</w:t>
      </w:r>
      <w:r>
        <w:br/>
      </w:r>
      <w:r>
        <w:rPr>
          <w:sz w:val="20"/>
        </w:rPr>
        <w:t>1:10:44  magar jaisa ke aap farmate hain, quran ko samajhne ke liye quranic mindset ka hona zaroori hai.</w:t>
      </w:r>
      <w:r>
        <w:br/>
      </w:r>
      <w:r>
        <w:rPr>
          <w:sz w:val="20"/>
        </w:rPr>
        <w:t>1:10:52  aisi halat mein kya distribution ke kaam ko rok kar logon ke andar pehle quranic mindset paida kiya jaye? aap ke nazdeek quranic mindset banane ka practical tareeqa kya hai?" nahi, dekhein, ek hai apni tabligh ki zimmedari ko poora karna.</w:t>
      </w:r>
      <w:r>
        <w:br/>
      </w:r>
      <w:r>
        <w:rPr>
          <w:sz w:val="20"/>
        </w:rPr>
        <w:t>1:11:14  ek hai insaan saazi.</w:t>
      </w:r>
      <w:r>
        <w:br/>
      </w:r>
      <w:r>
        <w:rPr>
          <w:sz w:val="20"/>
        </w:rPr>
        <w:t>1:11:18  to tabligh ki zimmedari ke liye hum sari duniya mein quran ki taleem phailayenge. is mein, yani is mein, koi bhi</w:t>
      </w:r>
      <w:r>
        <w:br/>
      </w:r>
      <w:r>
        <w:rPr>
          <w:sz w:val="20"/>
        </w:rPr>
        <w:t>1:11:33  kisi cheez ko record nahi banne denge. kyunke woh tabligh hai, pahunchana hai.</w:t>
      </w:r>
      <w:r>
        <w:br/>
      </w:r>
      <w:r>
        <w:rPr>
          <w:sz w:val="20"/>
        </w:rPr>
        <w:t>1:11:40  ab is ke baad doosra kaam yeh hai ke jo insaan mazeed, hum mehsoos karte hain ke us ko mazeed bhi janne ka shauq hai, us ko to us ko phir hum aur aage badhayenge.</w:t>
      </w:r>
      <w:r>
        <w:br/>
      </w:r>
      <w:r>
        <w:rPr>
          <w:sz w:val="20"/>
        </w:rPr>
        <w:t>1:11:57  isi ke sath mein aksar yeh bhi kehta hoon ke quran ke sath sath hamein doosri jo kitabein chhapi hain, us ko bhi dena chahiye. kyunke woh hai supporting literature</w:t>
      </w:r>
      <w:r>
        <w:br/>
      </w:r>
      <w:r>
        <w:rPr>
          <w:sz w:val="20"/>
        </w:rPr>
        <w:t>1:12:07  hum quran bhi dein aur supporting literature bhi dein. tab zyada sahi tareeqa hoga. sirf quran ka tarjuma aap hum logon ko dein aur supporting literature na dein to mere khayal se woh kafi nahi hoga.</w:t>
      </w:r>
      <w:r>
        <w:br/>
      </w:r>
      <w:r>
        <w:rPr>
          <w:sz w:val="20"/>
        </w:rPr>
        <w:t>1:12:19  jo chote chote pamphlet chappe hain, krishan plan of god aur is tarah ki jo hain, woh supporting literature hain. to quran ka tarjuma bhi phailana hai aur supporting literature bhi logon ko dena hai.</w:t>
      </w:r>
      <w:r>
        <w:br/>
      </w:r>
      <w:r>
        <w:rPr>
          <w:sz w:val="20"/>
        </w:rPr>
        <w:t>1:12:31  aur phir jo log, jo afraad aise milein ke un mein mazeed aap paayein ke un mein un mein chahat hai, mazeed woh shauq hai, to un ko aap mazeed push kijiye un ke upar aur un ki tarbiyat kijiye.</w:t>
      </w:r>
      <w:r>
        <w:br/>
      </w:r>
      <w:r>
        <w:rPr>
          <w:sz w:val="20"/>
        </w:rPr>
        <w:t>1:12:47  jo dawat ka kaam, yaani aisa nahi hai ke ek kaam karein, doosre kaam ko na karein. quran bhi phailana hai, supporting literature bhi dena hai, logon ki zehan saazi bhi karni hai.</w:t>
      </w:r>
      <w:r>
        <w:br/>
      </w:r>
      <w:r>
        <w:rPr>
          <w:sz w:val="20"/>
        </w:rPr>
        <w:t>1:12:58  ab kuch nahi pata hum ko ke kaun aadmi kahan mil jayega.</w:t>
      </w:r>
      <w:r>
        <w:br/>
      </w:r>
      <w:r>
        <w:rPr>
          <w:sz w:val="20"/>
        </w:rPr>
        <w:t>1:13:02  kaun aadmi kahan se, yaani nikal aayega, woh hamein, woh woh hamara matloob insaan hoga.</w:t>
      </w:r>
      <w:r>
        <w:br/>
      </w:r>
      <w:r>
        <w:rPr>
          <w:sz w:val="20"/>
        </w:rPr>
        <w:t>1:13:11  kisi ne bohat ek ek sher mujhe bohat pasand hai kisi ka ke: "khabar nahi ke gire hain kahan kahan aansu, kidhar kidhar se uthega dhuan nahi maloom."</w:t>
      </w:r>
      <w:r>
        <w:br/>
      </w:r>
      <w:r>
        <w:rPr>
          <w:sz w:val="20"/>
        </w:rPr>
        <w:t>1:13:27  " "khabar nahi ke gire hain kahan kahan aansu, kidhar kidhar se uthega dhuan nahi maloom." yaani kuch nahi pata ke kaun sa woh insaan hai jis ke dil mein dard hai, jis ke andar yaani sachai ki talash ka jazba hai,</w:t>
      </w:r>
      <w:r>
        <w:br/>
      </w:r>
      <w:r>
        <w:rPr>
          <w:sz w:val="20"/>
        </w:rPr>
        <w:t>1:13:42  us ke andar kuch chingari hai, woh hamein pata nahi pesh ayegi. jab bohat sare logon ka kaam kiya jayega, usay woh insaan bhi hamein mil jayega.</w:t>
      </w:r>
      <w:r>
        <w:br/>
      </w:r>
      <w:r>
        <w:rPr>
          <w:sz w:val="20"/>
        </w:rPr>
        <w:t>1:13:50  phir hamein is pe poori taqat kharch karna chahiye.</w:t>
      </w:r>
    </w:p>
    <w:p>
      <w:pPr>
        <w:pStyle w:val="Heading2"/>
      </w:pPr>
      <w:r>
        <w:t>Quranic or Hadith Reference for Intellectual Development and Peace</w:t>
      </w:r>
    </w:p>
    <w:p>
      <w:r>
        <w:rPr>
          <w:color w:val="666666"/>
          <w:sz w:val="18"/>
        </w:rPr>
        <w:t>Quran &amp; Tafsir · Revival of Islam March 23, 2014 · 4m 03s · at 58:54 · https://youtu.be/Wc4Vsc4u1JI?t=3534</w:t>
      </w:r>
    </w:p>
    <w:p>
      <w:r>
        <w:rPr>
          <w:i/>
        </w:rPr>
        <w:t>“Maulana, please tell if there is any reference in the Quran or Hadith which says that the goal for the individual is intellectual development and for society it is peace.”</w:t>
      </w:r>
    </w:p>
    <w:p>
      <w:r>
        <w:rPr>
          <w:sz w:val="20"/>
        </w:rPr>
        <w:t>58:54  Maulana, agla sawal Ajmer se hai. Doctor Safeena Tabassum ka</w:t>
      </w:r>
      <w:r>
        <w:br/>
      </w:r>
      <w:r>
        <w:rPr>
          <w:sz w:val="20"/>
        </w:rPr>
        <w:t>58:59  . Unhon ne likha hai: "Moulana sahib, please tell if there is any reference in the Quran or Hadith which says that goal for individual is intellectual development and for the society it is peace." Dekhiye, intellectual development ka lafz Quran mein nahi milega.</w:t>
      </w:r>
      <w:r>
        <w:br/>
      </w:r>
      <w:r>
        <w:rPr>
          <w:sz w:val="20"/>
        </w:rPr>
        <w:t>59:20  lekin tazkiya yahi to hai.</w:t>
      </w:r>
      <w:r>
        <w:br/>
      </w:r>
      <w:r>
        <w:rPr>
          <w:sz w:val="20"/>
        </w:rPr>
        <w:t>59:24  Quran mein saaf saaf hai ke jo tazkiya karega, usi ke liye kamyabi hai. To tazkiya kya hai? Isi ko hum ne naya lafz diya hai.</w:t>
      </w:r>
      <w:r>
        <w:br/>
      </w:r>
      <w:r>
        <w:rPr>
          <w:sz w:val="20"/>
        </w:rPr>
        <w:t>59:34  Tazkiya koi yani mysterious cheez nahi hai. Log is ko mysterious banaye hue thay. To hum ne is ki mysteriousness ko nikala hai.</w:t>
      </w:r>
      <w:r>
        <w:br/>
      </w:r>
      <w:r>
        <w:rPr>
          <w:sz w:val="20"/>
        </w:rPr>
        <w:t>59:44  Aur isi ka naam hai intellectual development. Koi alag cheez nahi hai.</w:t>
      </w:r>
      <w:r>
        <w:br/>
      </w:r>
      <w:r>
        <w:rPr>
          <w:sz w:val="20"/>
        </w:rPr>
        <w:t>59:50  Same cheez hai. Aur doosra sawal kya hai? Ah, society mein jo target hai woh peace hai. Baqi yeh jo hai ke ke society goal hai, yeh to kahin Quran mein hai hi nahi.</w:t>
      </w:r>
      <w:r>
        <w:br/>
      </w:r>
      <w:r>
        <w:rPr>
          <w:sz w:val="20"/>
        </w:rPr>
        <w:t>1:00:04  Yeh to khud sakhta hai, banawati hai. Goal jo hai fard hai. Apne aap ko apne andar maarifat paida karna.</w:t>
      </w:r>
      <w:r>
        <w:br/>
      </w:r>
      <w:r>
        <w:rPr>
          <w:sz w:val="20"/>
        </w:rPr>
        <w:t>1:00:14  To yani yeh to bohat hi wazeh baat hai ke fard target hai Islam mein.</w:t>
      </w:r>
      <w:r>
        <w:br/>
      </w:r>
      <w:r>
        <w:rPr>
          <w:sz w:val="20"/>
        </w:rPr>
        <w:t>1:00:21  System ya hukoomat ya society target nahi hai. Yeh to is par bohat aap likha aap parh lijiye. Hamari kitabein Idara Deen jo kitaab chhap rahi hai, us mein bhi is par bahasein hain ke Islam mein jo target hai woh fard hai.</w:t>
      </w:r>
      <w:r>
        <w:br/>
      </w:r>
      <w:r>
        <w:rPr>
          <w:sz w:val="20"/>
        </w:rPr>
        <w:t>1:00:37  Society ya hukoomat ya system yeh yeh target nahi hai. Aur doosri baat likhi hai ke system hai kya? Society hai kya? Woh to fard ke majmoo'ay ka naam hai society.</w:t>
      </w:r>
      <w:r>
        <w:br/>
      </w:r>
      <w:r>
        <w:rPr>
          <w:sz w:val="20"/>
        </w:rPr>
        <w:t>1:00:48  Alag se aap society ko address karein to koi kuch kuch bhi nahi kaam ho sakta. Kyun ke society ka alag koi entity nahi hai. Society ki apni koi alag entity nahi hai jis ko aap address karein to us ko baat pahunch jaye.</w:t>
      </w:r>
      <w:r>
        <w:br/>
      </w:r>
      <w:r>
        <w:rPr>
          <w:sz w:val="20"/>
        </w:rPr>
        <w:t>1:01:04  Is ka jo unit unit hai, usi ko address karna parega. Aur individual society ka unit hai. Bohat se afraad ke milne se society banti hai.</w:t>
      </w:r>
      <w:r>
        <w:br/>
      </w:r>
      <w:r>
        <w:rPr>
          <w:sz w:val="20"/>
        </w:rPr>
        <w:t>1:01:16  Aise hi sab se bhi hai. System ka system ki apni koi entity nahi hai. Woh bhi afraad banate hain. Hukoomat ki alag koi entity nahi hai. Is ko afraad banate hain.</w:t>
      </w:r>
      <w:r>
        <w:br/>
      </w:r>
      <w:r>
        <w:rPr>
          <w:sz w:val="20"/>
        </w:rPr>
        <w:t>1:01:26  To chahe hukoomat ho, chahe system ho ya society ho, sab yani in the last result woh fardi to hain, individually to hain.</w:t>
      </w:r>
      <w:r>
        <w:br/>
      </w:r>
      <w:r>
        <w:rPr>
          <w:sz w:val="20"/>
        </w:rPr>
        <w:t>1:01:39  individual theek hoga to woh theek hoga. Nahi to kuch bhi theek nahi hoga.</w:t>
      </w:r>
      <w:r>
        <w:br/>
      </w:r>
      <w:r>
        <w:rPr>
          <w:sz w:val="20"/>
        </w:rPr>
        <w:t>1:01:46  to individual ko target banana jo hai, yeh bohat wisdom ki baat hai. wisdom ki baat hai. yeh koi yani aisa nahi hai ke social problem ko chhodna hai.</w:t>
      </w:r>
      <w:r>
        <w:br/>
      </w:r>
      <w:r>
        <w:rPr>
          <w:sz w:val="20"/>
        </w:rPr>
        <w:t>1:02:00  social problem jo hal honge to is ka starting point hai individual. chahe hukumat ki islaah ho, system ki islaah ho, society ki islaah ho, sab ka starting point yeh hai ke aap individual mein islaah laaen.</w:t>
      </w:r>
      <w:r>
        <w:br/>
      </w:r>
      <w:r>
        <w:rPr>
          <w:sz w:val="20"/>
        </w:rPr>
        <w:t>1:02:14  individual mein reform laaen.</w:t>
      </w:r>
      <w:r>
        <w:br/>
      </w:r>
      <w:r>
        <w:rPr>
          <w:sz w:val="20"/>
        </w:rPr>
        <w:t>1:02:17  hadees mein aata hai ke qumma taqooloona qadhalika yu'alla 'alaykum yani jaise individual honge, wahi society hogi. jaise individual individual honge, waise government hogi.</w:t>
      </w:r>
      <w:r>
        <w:br/>
      </w:r>
      <w:r>
        <w:rPr>
          <w:sz w:val="20"/>
        </w:rPr>
        <w:t>1:02:26  jaise individual honge, waise waise system system hoga.</w:t>
      </w:r>
      <w:r>
        <w:br/>
      </w:r>
      <w:r>
        <w:rPr>
          <w:sz w:val="20"/>
        </w:rPr>
        <w:t>1:02:33  to yeh to bohat hi wazeh hai Quran o hadees mein ke individual yani fard ke banne se majmooa banta hai.</w:t>
      </w:r>
      <w:r>
        <w:br/>
      </w:r>
      <w:r>
        <w:rPr>
          <w:sz w:val="20"/>
        </w:rPr>
        <w:t>1:02:43  society ya system mein hukumat durust hoti hai. fard theek na ho to sab cheez bigad, sab cheez buri rahegi. yani fard se alag kisi cheez ka koi wajood nahi hai.</w:t>
      </w:r>
    </w:p>
    <w:p>
      <w:pPr>
        <w:pStyle w:val="Heading2"/>
      </w:pPr>
      <w:r>
        <w:t>Quranic ruling on beard</w:t>
      </w:r>
    </w:p>
    <w:p>
      <w:r>
        <w:rPr>
          <w:color w:val="666666"/>
          <w:sz w:val="18"/>
        </w:rPr>
        <w:t>Quran &amp; Tafsir · Materialism and Intellectual Dwarfism 29th April 2012 · 2m 17s · at 1:40:58 · https://youtu.be/qHzARL_r3I4?t=6058</w:t>
      </w:r>
    </w:p>
    <w:p>
      <w:r>
        <w:rPr>
          <w:i/>
        </w:rPr>
        <w:t>“What command has been given in the Quran regarding the beard?”</w:t>
      </w:r>
    </w:p>
    <w:p>
      <w:r>
        <w:rPr>
          <w:sz w:val="20"/>
        </w:rPr>
        <w:t>1:40:58  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r>
        <w:br/>
      </w:r>
      <w:r>
        <w:rPr>
          <w:sz w:val="20"/>
        </w:rPr>
        <w:t>1:41:22  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r>
        <w:br/>
      </w:r>
      <w:r>
        <w:rPr>
          <w:sz w:val="20"/>
        </w:rPr>
        <w:t>1:41:49  ji hain ji haan to theek jawab hai theek jawab diya</w:t>
      </w:r>
      <w:r>
        <w:br/>
      </w:r>
      <w:r>
        <w:rPr>
          <w:sz w:val="20"/>
        </w:rPr>
        <w:t>1:41:56  bhai yeh yehin se yani islam ki beginning jo hai dadi se nahi hoti yeh to ek maloom baat hai ke islam ki beginning dadi se nahi hoti hai islam ki beginning hoti hai marifat se yani intellectual development se</w:t>
      </w:r>
      <w:r>
        <w:br/>
      </w:r>
      <w:r>
        <w:rPr>
          <w:sz w:val="20"/>
        </w:rPr>
        <w:t>1:42:15  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pStyle w:val="Heading2"/>
      </w:pPr>
      <w:r>
        <w:t>Reading Quran in Hindi vs Arabic for reward</w:t>
      </w:r>
    </w:p>
    <w:p>
      <w:r>
        <w:rPr>
          <w:color w:val="666666"/>
          <w:sz w:val="18"/>
        </w:rPr>
        <w:t>Quran &amp; Tafsir · Quran A Miracle June 01, 2014 · 1m 40s · at 1:11:05 · https://youtu.be/8KM3lDsj4PY?t=4265</w:t>
      </w:r>
    </w:p>
    <w:p>
      <w:r>
        <w:rPr>
          <w:i/>
        </w:rPr>
        <w:t>“Once I was discussing with my family members about my reading of Quran in Hindi. I like reading Hindi Quran with the commentary. However, they told me that I should read it in Arabic only if I want the reward.”</w:t>
      </w:r>
    </w:p>
    <w:p>
      <w:r>
        <w:rPr>
          <w:sz w:val="20"/>
        </w:rPr>
        <w:t>1:11:05  sahi bilkul sahi. hundred percent sahi. molana yeh aakhri sawal hai jo naseeb ansari sahib ne kiya hai dilli se. unhon ne likha hai ke once i was discussing with my family members about my reading of quran in hindi.</w:t>
      </w:r>
      <w:r>
        <w:br/>
      </w:r>
      <w:r>
        <w:rPr>
          <w:sz w:val="20"/>
        </w:rPr>
        <w:t>1:11:24  i i like reading hindi quran with the commentary. however they told me that i should read it in arabic only.</w:t>
      </w:r>
      <w:r>
        <w:br/>
      </w:r>
      <w:r>
        <w:rPr>
          <w:sz w:val="20"/>
        </w:rPr>
        <w:t>1:11:33  if i want the sawab.</w:t>
      </w:r>
      <w:r>
        <w:br/>
      </w:r>
      <w:r>
        <w:rPr>
          <w:sz w:val="20"/>
        </w:rPr>
        <w:t>1:11:35  molana i would want to know your comment on this. nahin nahin bilkul galat baat hai. sawab ke liye nahin hai quran hota. rehnumai ke liye quran hai. okay we we will end the session now.</w:t>
      </w:r>
      <w:r>
        <w:br/>
      </w:r>
      <w:r>
        <w:rPr>
          <w:sz w:val="20"/>
        </w:rPr>
        <w:t>1:11:45  thank you.</w:t>
      </w:r>
    </w:p>
    <w:p>
      <w:pPr>
        <w:pStyle w:val="Heading2"/>
      </w:pPr>
      <w:r>
        <w:t>Reading Quran with Contemplative Insight</w:t>
      </w:r>
    </w:p>
    <w:p>
      <w:r>
        <w:rPr>
          <w:color w:val="666666"/>
          <w:sz w:val="18"/>
        </w:rPr>
        <w:t>Quran &amp; Tafsir · Concept of Jihad in Islam September 7, 2014 · 1m 11s · at 52:12 · https://youtu.be/GnKBYM8HbuQ?t=3132</w:t>
      </w:r>
    </w:p>
    <w:p>
      <w:r>
        <w:rPr>
          <w:i/>
        </w:rPr>
        <w:t>“How can we train ourselves to read the Quran and Hadith with Tawassum (contemplative insight)? We have been conditioned to read them with a preoccupied mind that leads to undesirable consequences.”</w:t>
      </w:r>
    </w:p>
    <w:p>
      <w:r>
        <w:rPr>
          <w:sz w:val="20"/>
        </w:rPr>
        <w:t>52:12  Maulana, agla sawal Kashmir se kiya hai Gohar Qadir Wani sahib ne, aur unhon ne likha hai ke</w:t>
      </w:r>
      <w:r>
        <w:br/>
      </w:r>
      <w:r>
        <w:rPr>
          <w:sz w:val="20"/>
        </w:rPr>
        <w:t>52:17  How can we train ourselves to read Quran and Hadith with Tawassum?</w:t>
      </w:r>
      <w:r>
        <w:br/>
      </w:r>
      <w:r>
        <w:rPr>
          <w:sz w:val="20"/>
        </w:rPr>
        <w:t>52:23  We have been conditioned to read the same with a preoccupied mind that leads to undesirable consequences.</w:t>
      </w:r>
      <w:r>
        <w:br/>
      </w:r>
      <w:r>
        <w:rPr>
          <w:sz w:val="20"/>
        </w:rPr>
        <w:t>52:28  Maulana sahib, please mashwara dein.</w:t>
      </w:r>
      <w:r>
        <w:br/>
      </w:r>
      <w:r>
        <w:rPr>
          <w:sz w:val="20"/>
        </w:rPr>
        <w:t>52:33  mashwara yeh hai ke hamari kitabein parhiye, ek baar nahi, baar baar parhiye.</w:t>
      </w:r>
      <w:r>
        <w:br/>
      </w:r>
      <w:r>
        <w:rPr>
          <w:sz w:val="20"/>
        </w:rPr>
        <w:t>52:39  maulana shibli nomani ko likhna tha ek kitab jis ka naam hai "sharh ul ajam".</w:t>
      </w:r>
      <w:r>
        <w:br/>
      </w:r>
      <w:r>
        <w:rPr>
          <w:sz w:val="20"/>
        </w:rPr>
        <w:t>52:44  "sharh ul ajam" ko likhne se pehle unhon ne muhammad hussain azad ki kitab hai "aab e hayat".</w:t>
      </w:r>
      <w:r>
        <w:br/>
      </w:r>
      <w:r>
        <w:rPr>
          <w:sz w:val="20"/>
        </w:rPr>
        <w:t>52:50  isi mozu par is ko chouda baar parha tha.</w:t>
      </w:r>
      <w:r>
        <w:br/>
      </w:r>
      <w:r>
        <w:rPr>
          <w:sz w:val="20"/>
        </w:rPr>
        <w:t>52:55  baar hamare ek saathi the arab mein, un ki wafat ho gayi, sheikh muhammad sulaiman al qaid.</w:t>
      </w:r>
      <w:r>
        <w:br/>
      </w:r>
      <w:r>
        <w:rPr>
          <w:sz w:val="20"/>
        </w:rPr>
        <w:t>53:01  wo alaihi assalam pe atdaa ko unhon ne pachas baar parha tha.</w:t>
      </w:r>
      <w:r>
        <w:br/>
      </w:r>
      <w:r>
        <w:rPr>
          <w:sz w:val="20"/>
        </w:rPr>
        <w:t>53:06  to aap yeh sab kijiye.</w:t>
      </w:r>
      <w:r>
        <w:br/>
      </w:r>
      <w:r>
        <w:rPr>
          <w:sz w:val="20"/>
        </w:rPr>
        <w:t>53:12  sawal kyun karte hain? jab pehle hi ek literature paida ho chuka hai to us ko baar baar parhiye.</w:t>
      </w:r>
      <w:r>
        <w:br/>
      </w:r>
      <w:r>
        <w:rPr>
          <w:sz w:val="20"/>
        </w:rPr>
        <w:t>53:17  sab kuch apne aap ho jayega.</w:t>
      </w:r>
    </w:p>
    <w:p>
      <w:pPr>
        <w:pStyle w:val="Heading2"/>
      </w:pPr>
      <w:r>
        <w:t>Reading Quran without converting</w:t>
      </w:r>
    </w:p>
    <w:p>
      <w:r>
        <w:rPr>
          <w:color w:val="666666"/>
          <w:sz w:val="18"/>
        </w:rPr>
        <w:t>Quran &amp; Tafsir · Quran for All Mankind June 3, 2012 · 1m 23s · at 1:04:55 · https://youtu.be/Gp-53Zjugcg?t=3895</w:t>
      </w:r>
    </w:p>
    <w:p>
      <w:r>
        <w:rPr>
          <w:i/>
        </w:rPr>
        <w:t>“I am a non-Muslim, but I believe in truth, and so I want to read Quran. But is it right to read Quran without converting to Muslim religion? Kindly comment.”</w:t>
      </w:r>
    </w:p>
    <w:p>
      <w:r>
        <w:rPr>
          <w:sz w:val="20"/>
        </w:rPr>
        <w:t>1:04:55  Maulana, agla sawal Delhi se hai, Mr. Kundan Thak</w:t>
      </w:r>
      <w:r>
        <w:br/>
      </w:r>
      <w:r>
        <w:rPr>
          <w:sz w:val="20"/>
        </w:rPr>
        <w:t>1:04:59  ur ka. unhon ne likha hai: "I am a non-Muslim, but I believe in truth, and so I want to read Quran. But is it right to read Quran without converting to Muslim religion?</w:t>
      </w:r>
      <w:r>
        <w:br/>
      </w:r>
      <w:r>
        <w:rPr>
          <w:sz w:val="20"/>
        </w:rPr>
        <w:t>1:05:12  kindly comment." nahi, conversion se koi talluq nahi. yeh to aik book hai, aap parhiye is ko. conversion aik alag cheez hai, is se koi is ka talluq nahi hai.</w:t>
      </w:r>
      <w:r>
        <w:br/>
      </w:r>
      <w:r>
        <w:rPr>
          <w:sz w:val="20"/>
        </w:rPr>
        <w:t>1:05:27  yeh to aik seeking spirit jo hai, is ke tehat parhna chahiye. har kitaab seeking spirit. mein ne khud har kitaab parhi hai, har mazhab ki kitaab hai.</w:t>
      </w:r>
      <w:r>
        <w:br/>
      </w:r>
      <w:r>
        <w:rPr>
          <w:sz w:val="20"/>
        </w:rPr>
        <w:t>1:05:39  to yeh conversion aik alag masla hai, is se koi is ka talluq nahi hai. lekin har aadmi ko har baat ko jaanna chahiye aur soch samajh kar aik faisla karna chahiye.</w:t>
      </w:r>
      <w:r>
        <w:br/>
      </w:r>
      <w:r>
        <w:rPr>
          <w:sz w:val="20"/>
        </w:rPr>
        <w:t>1:05:51  jab</w:t>
      </w:r>
      <w:r>
        <w:br/>
      </w:r>
      <w:r>
        <w:rPr>
          <w:sz w:val="20"/>
        </w:rPr>
        <w:t>1:05:52  tak aap har baat ko janen ge nahin, tab tak aap ka faisla socha samjha faisla nahin hoga. to main main khud isi par qaim hoon ke main har cheez parta hoon,</w:t>
      </w:r>
      <w:r>
        <w:br/>
      </w:r>
      <w:r>
        <w:rPr>
          <w:sz w:val="20"/>
        </w:rPr>
        <w:t>1:06:07  har cheez parta hoon. aap ko mashwara doon ga ke har cheez parhiye aur phir khud faisla kijiye ke kya kya baat kaisi hai, kya baat kaisi hai.</w:t>
      </w:r>
    </w:p>
    <w:p>
      <w:pPr>
        <w:pStyle w:val="Heading2"/>
      </w:pPr>
      <w:r>
        <w:t>Reading Quranic verses between the lines</w:t>
      </w:r>
    </w:p>
    <w:p>
      <w:r>
        <w:rPr>
          <w:color w:val="666666"/>
          <w:sz w:val="18"/>
        </w:rPr>
        <w:t>Quran &amp; Tafsir · Angle of Vision February 28, 2016 · 7m 45s · at 47:55 · https://youtu.be/dFZ7_x1Ul7A?t=2875</w:t>
      </w:r>
    </w:p>
    <w:p>
      <w:r>
        <w:rPr>
          <w:i/>
        </w:rPr>
        <w:t>“What do we need to do to read the Quranic verses between the lines?”</w:t>
      </w:r>
    </w:p>
    <w:p>
      <w:r>
        <w:rPr>
          <w:sz w:val="20"/>
        </w:rPr>
        <w:t>47:55  maulana, agla sawal miss naghma siddiqui ka hai, dilli se, aur unhon ne aap se poocha hai ke</w:t>
      </w:r>
      <w:r>
        <w:br/>
      </w:r>
      <w:r>
        <w:rPr>
          <w:sz w:val="20"/>
        </w:rPr>
        <w:t>48:01  what do we need to do to read the Quranic verses between the lines دیکھیے، ایک ایک hadith</w:t>
      </w:r>
      <w:r>
        <w:br/>
      </w:r>
      <w:r>
        <w:rPr>
          <w:sz w:val="20"/>
        </w:rPr>
        <w:t>48:07  mein arz karunga.</w:t>
      </w:r>
      <w:r>
        <w:br/>
      </w:r>
      <w:r>
        <w:rPr>
          <w:sz w:val="20"/>
        </w:rPr>
        <w:t>48:14  aik hadith hai ke ta'ahhadu al-quran wa in ashadd al-tafassim min labil fi aqlihi yahan lafz ta'ahhad istemal hua hai.</w:t>
      </w:r>
      <w:r>
        <w:br/>
      </w:r>
      <w:r>
        <w:rPr>
          <w:sz w:val="20"/>
        </w:rPr>
        <w:t>48:20  ta'ahhad ka matlab hota hai pakde rehna, pakde rehna, pakde rehna.</w:t>
      </w:r>
      <w:r>
        <w:br/>
      </w:r>
      <w:r>
        <w:rPr>
          <w:sz w:val="20"/>
        </w:rPr>
        <w:t>48:26  quran ko pakde raho to log, aap to log to is ko ke jab hafiza karo to khoob</w:t>
      </w:r>
      <w:r>
        <w:br/>
      </w:r>
      <w:r>
        <w:rPr>
          <w:sz w:val="20"/>
        </w:rPr>
        <w:t>48:33  yaad karte raho, warna bhool jayega.</w:t>
      </w:r>
      <w:r>
        <w:br/>
      </w:r>
      <w:r>
        <w:rPr>
          <w:sz w:val="20"/>
        </w:rPr>
        <w:t>48:39  yeh matlab nahi hai is ka, hargiz nahi.</w:t>
      </w:r>
      <w:r>
        <w:br/>
      </w:r>
      <w:r>
        <w:rPr>
          <w:sz w:val="20"/>
        </w:rPr>
        <w:t>48:45  is ka yeh matlab hai nahi.</w:t>
      </w:r>
      <w:r>
        <w:br/>
      </w:r>
      <w:r>
        <w:rPr>
          <w:sz w:val="20"/>
        </w:rPr>
        <w:t>48:51  quran ki aayaton ko sochte raho, sochte raho, sochte raho.</w:t>
      </w:r>
      <w:r>
        <w:br/>
      </w:r>
      <w:r>
        <w:rPr>
          <w:sz w:val="20"/>
        </w:rPr>
        <w:t>48:58  misalan aap padha alhamdulillah rabb al-alameen to sochiye ke kyun pehli ayat rakhi gayi? Yani quran ki pehli</w:t>
      </w:r>
      <w:r>
        <w:br/>
      </w:r>
      <w:r>
        <w:rPr>
          <w:sz w:val="20"/>
        </w:rPr>
        <w:t>49:04  ayat ko bana diya gaya, is ko alhamdulillah rabb al-alameen sochiye.</w:t>
      </w:r>
      <w:r>
        <w:br/>
      </w:r>
      <w:r>
        <w:rPr>
          <w:sz w:val="20"/>
        </w:rPr>
        <w:t>49:10  phir aap aakhri ayat jo hai alladhi yuwaswisu fi sudur al-nas min al-jinnati wa al-nas is ko sochiye ke</w:t>
      </w:r>
      <w:r>
        <w:br/>
      </w:r>
      <w:r>
        <w:rPr>
          <w:sz w:val="20"/>
        </w:rPr>
        <w:t>49:17  is ka is par quran ko khatm kyun kiya gaya? Is yeh khatme ki ayat kyun ban gayi?</w:t>
      </w:r>
      <w:r>
        <w:br/>
      </w:r>
      <w:r>
        <w:rPr>
          <w:sz w:val="20"/>
        </w:rPr>
        <w:t>49:23  sochiye to har ayat ke bare mein sochiye.</w:t>
      </w:r>
      <w:r>
        <w:br/>
      </w:r>
      <w:r>
        <w:rPr>
          <w:sz w:val="20"/>
        </w:rPr>
        <w:t>49:29  dekhiye, jo direct matlab hai, woh to text mein hota hai, text mein.</w:t>
      </w:r>
      <w:r>
        <w:br/>
      </w:r>
      <w:r>
        <w:rPr>
          <w:sz w:val="20"/>
        </w:rPr>
        <w:t>49:35  لیکن جو جو wisdom ہے، وہ ہمیشہ ہوتی ہے between the line.</w:t>
      </w:r>
      <w:r>
        <w:br/>
      </w:r>
      <w:r>
        <w:rPr>
          <w:sz w:val="20"/>
        </w:rPr>
        <w:t>49:42  is par sochna padta hai.</w:t>
      </w:r>
      <w:r>
        <w:br/>
      </w:r>
      <w:r>
        <w:rPr>
          <w:sz w:val="20"/>
        </w:rPr>
        <w:t>49:48  to tadabbur, jo quran mein aaya hai, aik tadabbur karo, tadabbur karo, tadabbur karo.</w:t>
      </w:r>
      <w:r>
        <w:br/>
      </w:r>
      <w:r>
        <w:rPr>
          <w:sz w:val="20"/>
        </w:rPr>
        <w:t>49:54  اس کا مطلب یہی ہے کہ تدبر کر کے اس وزڈم کو دریافت کرو جو between the line ہے۔</w:t>
      </w:r>
      <w:r>
        <w:br/>
      </w:r>
      <w:r>
        <w:rPr>
          <w:sz w:val="20"/>
        </w:rPr>
        <w:t>50:01  aur koi is ka doosra tareeqa nahi hai.</w:t>
      </w:r>
      <w:r>
        <w:br/>
      </w:r>
      <w:r>
        <w:rPr>
          <w:sz w:val="20"/>
        </w:rPr>
        <w:t>50:07  yani tadabbur ke zariye se hum is ke pahunch sakte hain, aur koi doosra zariya nahi.</w:t>
      </w:r>
      <w:r>
        <w:br/>
      </w:r>
      <w:r>
        <w:rPr>
          <w:sz w:val="20"/>
        </w:rPr>
        <w:t>50:13  jaise yeh maine misal di aap ko ward al-fajr ward al-fajr mein pata nahi kitne barson sooch</w:t>
      </w:r>
      <w:r>
        <w:br/>
      </w:r>
      <w:r>
        <w:rPr>
          <w:sz w:val="20"/>
        </w:rPr>
        <w:t>50:19  raha hoon, kyunke tafsiron mein jo likha hua hai ke woh yeh hai ke but parasti ko chhod do.</w:t>
      </w:r>
      <w:r>
        <w:br/>
      </w:r>
      <w:r>
        <w:rPr>
          <w:sz w:val="20"/>
        </w:rPr>
        <w:t>50:26  تو اب مجھے Dizziness معلوم ہوتا تھا کہ اگر رسول اللہ بت پرستی کرتے تھے تو ان کو</w:t>
      </w:r>
      <w:r>
        <w:br/>
      </w:r>
      <w:r>
        <w:rPr>
          <w:sz w:val="20"/>
        </w:rPr>
        <w:t>50:32  allah taala pak baat hai hi nahi.</w:t>
      </w:r>
      <w:r>
        <w:br/>
      </w:r>
      <w:r>
        <w:rPr>
          <w:sz w:val="20"/>
        </w:rPr>
        <w:t>50:38  kyunke hadith mein aata hai ke allah taala ne poori dunya par nazar dali, poori dunya par, quraish</w:t>
      </w:r>
      <w:r>
        <w:br/>
      </w:r>
      <w:r>
        <w:rPr>
          <w:sz w:val="20"/>
        </w:rPr>
        <w:t>50:45  ko muntakhib kiya, phir quraish par nazar dali, phir banu hashim ko muntakhib kiya, phir banu hashim par</w:t>
      </w:r>
      <w:r>
        <w:br/>
      </w:r>
      <w:r>
        <w:rPr>
          <w:sz w:val="20"/>
        </w:rPr>
        <w:t>50:51  nazar dali, phir muhammad ko muntakhib kiya.</w:t>
      </w:r>
      <w:r>
        <w:br/>
      </w:r>
      <w:r>
        <w:rPr>
          <w:sz w:val="20"/>
        </w:rPr>
        <w:t>50:57  to naoozubillah, naoozubillah, yeh to allah ke intikhab par shak karna ho jayega.</w:t>
      </w:r>
      <w:r>
        <w:br/>
      </w:r>
      <w:r>
        <w:rPr>
          <w:sz w:val="20"/>
        </w:rPr>
        <w:t>51:03  yeh to ghalat intekhab tha Allah taala ka, naoozubillah, ke ek aadmi jo but parasti mein pada</w:t>
      </w:r>
      <w:r>
        <w:br/>
      </w:r>
      <w:r>
        <w:rPr>
          <w:sz w:val="20"/>
        </w:rPr>
        <w:t>51:10  hua tha, is ka ek nabuwat karo.</w:t>
      </w:r>
      <w:r>
        <w:br/>
      </w:r>
      <w:r>
        <w:rPr>
          <w:sz w:val="20"/>
        </w:rPr>
        <w:t>51:16  تو between the line جو ہے، وہ معلوم ہوتا ہے تدبر کے ذریعے سے۔</w:t>
      </w:r>
      <w:r>
        <w:br/>
      </w:r>
      <w:r>
        <w:rPr>
          <w:sz w:val="20"/>
        </w:rPr>
        <w:t>51:22  to main nahin, is ka koi doosra alternative nahin hai.</w:t>
      </w:r>
      <w:r>
        <w:br/>
      </w:r>
      <w:r>
        <w:rPr>
          <w:sz w:val="20"/>
        </w:rPr>
        <w:t>51:29  تدبر کرنا پڑے گا، تب between the line معلوم ہوگا۔</w:t>
      </w:r>
      <w:r>
        <w:br/>
      </w:r>
      <w:r>
        <w:rPr>
          <w:sz w:val="20"/>
        </w:rPr>
        <w:t>51:35  Maulana, agla ek comment aur sawal aaya hai Chennai se, Maulana Abdul, Maulana Iqbal Umri ka.</w:t>
      </w:r>
      <w:r>
        <w:br/>
      </w:r>
      <w:r>
        <w:rPr>
          <w:sz w:val="20"/>
        </w:rPr>
        <w:t>51:41  ان کا کمنٹ مولانا پہلے پڑھتے ہیں، انہوں نے لکھا ہے کہ آج ہی پتہ چلا کہ right</w:t>
      </w:r>
      <w:r>
        <w:br/>
      </w:r>
      <w:r>
        <w:rPr>
          <w:sz w:val="20"/>
        </w:rPr>
        <w:t>51:47  angle se cheezon ko dekhna hi wisdom full option hai, aur dawat ke liye aur life ke liye</w:t>
      </w:r>
      <w:r>
        <w:br/>
      </w:r>
      <w:r>
        <w:rPr>
          <w:sz w:val="20"/>
        </w:rPr>
        <w:t>51:54  yeh super formula hai. Jazak Allah.</w:t>
      </w:r>
      <w:r>
        <w:br/>
      </w:r>
      <w:r>
        <w:rPr>
          <w:sz w:val="20"/>
        </w:rPr>
        <w:t>52:00  ان کا سوال یہ ہے مولانا کہ کسی چیز کو برا سمجھنا اور wrong angle میں نہیں لینا۔</w:t>
      </w:r>
      <w:r>
        <w:br/>
      </w:r>
      <w:r>
        <w:rPr>
          <w:sz w:val="20"/>
        </w:rPr>
        <w:t>52:06  is mein kaise farq karen, is ki wazahat karen.</w:t>
      </w:r>
      <w:r>
        <w:br/>
      </w:r>
      <w:r>
        <w:rPr>
          <w:sz w:val="20"/>
        </w:rPr>
        <w:t>52:13  dekhiye, farq jo hai, woh result ko le kar samjha samajh mein aata hai.</w:t>
      </w:r>
      <w:r>
        <w:br/>
      </w:r>
      <w:r>
        <w:rPr>
          <w:sz w:val="20"/>
        </w:rPr>
        <w:t>52:19  result ko le kar, jaise ek mission aap chala rahe hain, is ka ek hissa hain.</w:t>
      </w:r>
      <w:r>
        <w:br/>
      </w:r>
      <w:r>
        <w:rPr>
          <w:sz w:val="20"/>
        </w:rPr>
        <w:t>52:25  aap aap ke mind mein ek sawal hai, ek ek masla paida hua hai, ek issue.</w:t>
      </w:r>
      <w:r>
        <w:br/>
      </w:r>
      <w:r>
        <w:rPr>
          <w:sz w:val="20"/>
        </w:rPr>
        <w:t>52:31  is issue mein aap ne ek stand le liya.</w:t>
      </w:r>
      <w:r>
        <w:br/>
      </w:r>
      <w:r>
        <w:rPr>
          <w:sz w:val="20"/>
        </w:rPr>
        <w:t>52:38  وہ اسٹینڈ جو ہے، اگر کام کو jeopardize کر رہا ہے تو اس معنی کا غلط آپ کا</w:t>
      </w:r>
      <w:r>
        <w:br/>
      </w:r>
      <w:r>
        <w:rPr>
          <w:sz w:val="20"/>
        </w:rPr>
        <w:t>52:44  phans jata hai.</w:t>
      </w:r>
      <w:r>
        <w:br/>
      </w:r>
      <w:r>
        <w:rPr>
          <w:sz w:val="20"/>
        </w:rPr>
        <w:t>52:50  agar kaam ko woh, yaani yaani kaam par koi asar nahin dalta, kaam achhe tareeqe se badhta rahe</w:t>
      </w:r>
      <w:r>
        <w:br/>
      </w:r>
      <w:r>
        <w:rPr>
          <w:sz w:val="20"/>
        </w:rPr>
        <w:t>52:57  گا، اس کے باوجود تب آپ نے اس کو right angle دیکھا۔</w:t>
      </w:r>
      <w:r>
        <w:br/>
      </w:r>
      <w:r>
        <w:rPr>
          <w:sz w:val="20"/>
        </w:rPr>
        <w:t>53:03  agar kaam mein farq aa jaye, matlab aap aap kaam ko chhod den, aap kaam aap ke saathiوں</w:t>
      </w:r>
      <w:r>
        <w:br/>
      </w:r>
      <w:r>
        <w:rPr>
          <w:sz w:val="20"/>
        </w:rPr>
        <w:t>53:09  se rift paida ho jaye, kaam ki ahmiyat ghat jaye aap ke andar, aap is ko jannat ka</w:t>
      </w:r>
      <w:r>
        <w:br/>
      </w:r>
      <w:r>
        <w:rPr>
          <w:sz w:val="20"/>
        </w:rPr>
        <w:t>53:15  kaam samjhe hue the, ab tak aap samjhen ke bhai yeh sahi hai, koi jannat ka mamla nahin hai.</w:t>
      </w:r>
      <w:r>
        <w:br/>
      </w:r>
      <w:r>
        <w:rPr>
          <w:sz w:val="20"/>
        </w:rPr>
        <w:t>53:22  تو you have to see the result difference کی پیشانی پر آپ نے جو اسٹینڈ لیا، جو موقع</w:t>
      </w:r>
      <w:r>
        <w:br/>
      </w:r>
      <w:r>
        <w:rPr>
          <w:sz w:val="20"/>
        </w:rPr>
        <w:t>53:28  ko ikhtiyar kiya, sochen ke yeh is ka result kya nikalta hai.</w:t>
      </w:r>
      <w:r>
        <w:br/>
      </w:r>
      <w:r>
        <w:rPr>
          <w:sz w:val="20"/>
        </w:rPr>
        <w:t>53:34  is ka result kya nikalta hai to result decide karega ke aap ka stand sahi tha ya galat tha.</w:t>
      </w:r>
      <w:r>
        <w:br/>
      </w:r>
      <w:r>
        <w:rPr>
          <w:sz w:val="20"/>
        </w:rPr>
        <w:t>53:41  jaise ek misaal mein deta hoon ke Madine mein Islam ki pehli hukumat bani thi to wahan yeh</w:t>
      </w:r>
      <w:r>
        <w:br/>
      </w:r>
      <w:r>
        <w:rPr>
          <w:sz w:val="20"/>
        </w:rPr>
        <w:t>53:47  sawal tha ke khaleefa jo hai, amirul momineen jo hai, woh muhajireen mein se ho ya ansar mein se ho.</w:t>
      </w:r>
      <w:r>
        <w:br/>
      </w:r>
      <w:r>
        <w:rPr>
          <w:sz w:val="20"/>
        </w:rPr>
        <w:t>53:53  to amalan yeh hua ke char khaleefa, charon ke charon muhajireen mein se hue, yaani Abu Bakr, Umar, Usman,</w:t>
      </w:r>
      <w:r>
        <w:br/>
      </w:r>
      <w:r>
        <w:rPr>
          <w:sz w:val="20"/>
        </w:rPr>
        <w:t>53:59  Ali, charon ansar mein se nahin hua koi.</w:t>
      </w:r>
      <w:r>
        <w:br/>
      </w:r>
      <w:r>
        <w:rPr>
          <w:sz w:val="20"/>
        </w:rPr>
        <w:t>54:06  to wahan ek group tha, is mein is ke khaas the Saad ibn Ubadah, un ka is se</w:t>
      </w:r>
      <w:r>
        <w:br/>
      </w:r>
      <w:r>
        <w:rPr>
          <w:sz w:val="20"/>
        </w:rPr>
        <w:t>54:12  ikhtilaf tha ke nahin, ansar mein se hona chahiye.</w:t>
      </w:r>
      <w:r>
        <w:br/>
      </w:r>
      <w:r>
        <w:rPr>
          <w:sz w:val="20"/>
        </w:rPr>
        <w:t>54:18  lekin kis un ka saath nahin diya, kisi ne, woh akele akele reh gaye.</w:t>
      </w:r>
      <w:r>
        <w:br/>
      </w:r>
      <w:r>
        <w:rPr>
          <w:sz w:val="20"/>
        </w:rPr>
        <w:t>54:25  kyun akele? kyun reh gaye? aap kitabon mein padhen to is ka jawab mil jayega aap ko</w:t>
      </w:r>
      <w:r>
        <w:br/>
      </w:r>
      <w:r>
        <w:rPr>
          <w:sz w:val="20"/>
        </w:rPr>
        <w:t>54:31  keh logon ne socha keh muhajreen jo hain, history historially un ko leadership ka darja hasil hai, yani</w:t>
      </w:r>
      <w:r>
        <w:br/>
      </w:r>
      <w:r>
        <w:rPr>
          <w:sz w:val="20"/>
        </w:rPr>
        <w:t>54:37  Makkah walon ko, Quraish ko.</w:t>
      </w:r>
      <w:r>
        <w:br/>
      </w:r>
      <w:r>
        <w:rPr>
          <w:sz w:val="20"/>
        </w:rPr>
        <w:t>54:43  Muhajreen jo thay, woh Quraish ke log thay, to unhon ne socha keh historically Quraish ko Arab mein</w:t>
      </w:r>
      <w:r>
        <w:br/>
      </w:r>
      <w:r>
        <w:rPr>
          <w:sz w:val="20"/>
        </w:rPr>
        <w:t>54:50  darja mil gaya hai leadership ka, to woh khilafat par khalifa banay to chalay ga.</w:t>
      </w:r>
      <w:r>
        <w:br/>
      </w:r>
      <w:r>
        <w:rPr>
          <w:sz w:val="20"/>
        </w:rPr>
        <w:t>54:56  Aur jo Madine ke log jo thay, Aus o Khazraj, un ko historically leadership ka darja nahi mila,</w:t>
      </w:r>
      <w:r>
        <w:br/>
      </w:r>
      <w:r>
        <w:rPr>
          <w:sz w:val="20"/>
        </w:rPr>
        <w:t>55:02  to un ka khalifa bana diya jaye ga to un ki pakar mazboot nahi hogi.</w:t>
      </w:r>
      <w:r>
        <w:br/>
      </w:r>
      <w:r>
        <w:rPr>
          <w:sz w:val="20"/>
        </w:rPr>
        <w:t>55:09  To is result ke aitbar se is mein koi aqeedah nahi banaya unhon ne.</w:t>
      </w:r>
      <w:r>
        <w:br/>
      </w:r>
      <w:r>
        <w:rPr>
          <w:sz w:val="20"/>
        </w:rPr>
        <w:t>55:15  Result ko dekha, result ke aitbar se jab majority thi Ansar ki, unhon ne is ko ab Saad</w:t>
      </w:r>
      <w:r>
        <w:br/>
      </w:r>
      <w:r>
        <w:rPr>
          <w:sz w:val="20"/>
        </w:rPr>
        <w:t>55:21  Ubadah ke sath nahi diya.</w:t>
      </w:r>
      <w:r>
        <w:br/>
      </w:r>
      <w:r>
        <w:rPr>
          <w:sz w:val="20"/>
        </w:rPr>
        <w:t>55:27  Yahi aaj bhi karna hai keh result ko dekh kar aap ko judge karna hai keh aap ka</w:t>
      </w:r>
      <w:r>
        <w:br/>
      </w:r>
      <w:r>
        <w:rPr>
          <w:sz w:val="20"/>
        </w:rPr>
        <w:t>55:34  nuqta nazar sahi tha ya galat tha.</w:t>
      </w:r>
    </w:p>
    <w:p>
      <w:pPr>
        <w:pStyle w:val="Heading2"/>
      </w:pPr>
      <w:r>
        <w:t>Reason for prohibition of pork and alcohol</w:t>
      </w:r>
    </w:p>
    <w:p>
      <w:r>
        <w:rPr>
          <w:color w:val="666666"/>
          <w:sz w:val="18"/>
        </w:rPr>
        <w:t>Quran &amp; Tafsir · The Problem of Conditioning 22 April 2012 - Maulana Wahiduddin Khan · 1m 11s · at 1:03:04 · https://youtu.be/v4QLXjeTK9s?t=3784</w:t>
      </w:r>
    </w:p>
    <w:p>
      <w:r>
        <w:rPr>
          <w:i/>
        </w:rPr>
        <w:t>“Why are pork and alcohol prohibited in the Quran? For thousands of years, people have consumed pork without any ill effects, and there is no scientific proof that pork is bad for health.”</w:t>
      </w:r>
    </w:p>
    <w:p>
      <w:r>
        <w:rPr>
          <w:sz w:val="20"/>
        </w:rPr>
        <w:t>1:03:04  maulana, agla sawal up se aya hai mister rahul sharma ka. unhon ne likha hai: "Why is pork and alcohol prohibited in Quran?</w:t>
      </w:r>
      <w:r>
        <w:br/>
      </w:r>
      <w:r>
        <w:rPr>
          <w:sz w:val="20"/>
        </w:rPr>
        <w:t>1:03:15  For thousands of years, people are consuming pork without any ill effects. There is no scientific proof that pork is bad for health.</w:t>
      </w:r>
    </w:p>
    <w:p>
      <w:pPr>
        <w:pStyle w:val="Heading2"/>
      </w:pPr>
      <w:r>
        <w:t>Reason for unequal witnesses in Islamic law</w:t>
      </w:r>
    </w:p>
    <w:p>
      <w:r>
        <w:rPr>
          <w:color w:val="666666"/>
          <w:sz w:val="18"/>
        </w:rPr>
        <w:t>Quran &amp; Tafsir · Age of Alternatives April 05, 2015 · 4m 12s · at 1:14:25 · https://youtu.be/4v0uCM2BZuA?t=4465</w:t>
      </w:r>
    </w:p>
    <w:p>
      <w:r>
        <w:rPr>
          <w:i/>
        </w:rPr>
        <w:t>“One of my friends asked me about the use of witness law in Islam. For example, in Islam it is said that one man's witness is equal to two women's witnesses. What is the reason behind this?”</w:t>
      </w:r>
    </w:p>
    <w:p>
      <w:r>
        <w:rPr>
          <w:sz w:val="20"/>
        </w:rPr>
        <w:t>1:14:25  Maulana, agla sawal delhi se kiya hai? likhne wale ne apna naam nahi diya hai, aur sawal hai: "one of my friend asked me about the use of witness law in islam.</w:t>
      </w:r>
      <w:r>
        <w:br/>
      </w:r>
      <w:r>
        <w:rPr>
          <w:sz w:val="20"/>
        </w:rPr>
        <w:t>1:14:38  for example, in islam it is said that one witness of man is equal to two witnesses of women." Maulana, what is the reason behind this?</w:t>
      </w:r>
      <w:r>
        <w:br/>
      </w:r>
      <w:r>
        <w:rPr>
          <w:sz w:val="20"/>
        </w:rPr>
        <w:t>1:14:51  dekhein, is par maine likha hai, yeh ek is par research hui hai, aur research chapi thi america ke magazine jo time hai, us mein.</w:t>
      </w:r>
      <w:r>
        <w:br/>
      </w:r>
      <w:r>
        <w:rPr>
          <w:sz w:val="20"/>
        </w:rPr>
        <w:t>1:15:01  is ko maine naqal kiya tha. to research yeh hui hai ke mind ka mind, aurat ka mind jo hai, bilkul do, yani yani yani takhleeq ke aitbar se different hota hai.</w:t>
      </w:r>
      <w:r>
        <w:br/>
      </w:r>
      <w:r>
        <w:rPr>
          <w:sz w:val="20"/>
        </w:rPr>
        <w:t>1:15:20  bilkul ke banawat hi is ki different hoti hai. aur is ka ek khas baat yeh hai ke mind ka mind jo hai, focused mind, thinking mind, insan ke pas focused thinking hoti hai.</w:t>
      </w:r>
      <w:r>
        <w:br/>
      </w:r>
      <w:r>
        <w:rPr>
          <w:sz w:val="20"/>
        </w:rPr>
        <w:t>1:15:31  ek cheez pe focus karna, aur auraton ke mind mein mein focused thinking nahi hoti, un ki scattered rehti hai.</w:t>
      </w:r>
      <w:r>
        <w:br/>
      </w:r>
      <w:r>
        <w:rPr>
          <w:sz w:val="20"/>
        </w:rPr>
        <w:t>1:15:39  un ki thinking scattered rehti hai, yani ek ek sath kai cheezon ko le ke sochte hain.</w:t>
      </w:r>
      <w:r>
        <w:br/>
      </w:r>
      <w:r>
        <w:rPr>
          <w:sz w:val="20"/>
        </w:rPr>
        <w:t>1:15:45  yeh ghar mein hai to kahin bachcha ro raha hai, koi kaam, kahin pani nal se gir raha hai, kahin gas jal rahi hai, doodh jal ubal raha hai.</w:t>
      </w:r>
      <w:r>
        <w:br/>
      </w:r>
      <w:r>
        <w:rPr>
          <w:sz w:val="20"/>
        </w:rPr>
        <w:t>1:15:55  yeh bohat se masail hain, in ko woh ek sath apne mind mein la sakti hai, lekin mard nahi aisa kar sakta. mard ke andar focused thinking hoti hai.</w:t>
      </w:r>
      <w:r>
        <w:br/>
      </w:r>
      <w:r>
        <w:rPr>
          <w:sz w:val="20"/>
        </w:rPr>
        <w:t>1:16:06  to ab ab ab witness ke mamle ko dekhen, ek waqea hua, us ko ek aurat bhi dekh rahi hai, mard bhi dekh raha hai.</w:t>
      </w:r>
      <w:r>
        <w:br/>
      </w:r>
      <w:r>
        <w:rPr>
          <w:sz w:val="20"/>
        </w:rPr>
        <w:t>1:16:15  to mard jo hai, us ko focused way mein dekhega, wahi uska dhyan laga rahega. Aurat ko dhyan focused way mein dekhega, uska dhyan chala kabhi ladke ki taraf, kabhi apne bachche ki taraf, kabhi kisi aur cheez ki taraf.</w:t>
      </w:r>
      <w:r>
        <w:br/>
      </w:r>
      <w:r>
        <w:rPr>
          <w:sz w:val="20"/>
        </w:rPr>
        <w:t>1:16:28  to wo focused way mein aurat nahi dekh payegi. Is liye aisa kiya gaya ke jab do aurtein hongi to do mil kar compensation compensation ho jayega.</w:t>
      </w:r>
      <w:r>
        <w:br/>
      </w:r>
      <w:r>
        <w:rPr>
          <w:sz w:val="20"/>
        </w:rPr>
        <w:t>1:16:42  ek mard kafi hai, is liye ke wo focused way mein dekhta hai. Ek aurat kafi nahi to ek focused way mein by nature nahi dekh sakti. To ye Allah taala ne do qism ke insan banaye hain, wo unki bhi zarurat hai, unki bhi zarurat hai.</w:t>
      </w:r>
      <w:r>
        <w:br/>
      </w:r>
      <w:r>
        <w:rPr>
          <w:sz w:val="20"/>
        </w:rPr>
        <w:t>1:16:58  aisa nahi ke koi afzal hai aur ghair afzal hai. Yani aisa is duniya mein kaam karne ke liye focused mind bhi zaruri hai, aur wo mind bhi zaruri hai jo kai sachon ko dhyan mein rakh sake.</w:t>
      </w:r>
      <w:r>
        <w:br/>
      </w:r>
      <w:r>
        <w:rPr>
          <w:sz w:val="20"/>
        </w:rPr>
        <w:t>1:17:16  to main apna kai kai bar ka mera tajurba hai ke main maslan apne kamre mein baitha hoon, apne office mein, ab wahan meri biwi hain ya apa wahan hain, to wo ghanti baji bahar,</w:t>
      </w:r>
      <w:r>
        <w:br/>
      </w:r>
      <w:r>
        <w:rPr>
          <w:sz w:val="20"/>
        </w:rPr>
        <w:t>1:17:37  jo door khol hua hai, har us mein us ki ghanti ek hai. Koi aata hai to baj</w:t>
      </w:r>
      <w:r>
        <w:br/>
      </w:r>
      <w:r>
        <w:rPr>
          <w:sz w:val="20"/>
        </w:rPr>
        <w:t>1:17:43  ata hai us ko, to main nahi sunta, aur apa sun leti hain, meri biwi sun leti thi. To kyunke unka mind dono taraf chalta tha, idhar bhi, idhar bhi, mera mind focus hota tha, to main sunte hi nahi, sunte hi nahi tha.</w:t>
      </w:r>
      <w:r>
        <w:br/>
      </w:r>
      <w:r>
        <w:rPr>
          <w:sz w:val="20"/>
        </w:rPr>
        <w:t>1:17:58  to ye yani natural banawat ki wajah se ye ye hai, is mein koi ye nahi ke wo inferior hai aur wo superior hai. Is mein inferiority aur superiority ki baat nahi hai,</w:t>
      </w:r>
      <w:r>
        <w:br/>
      </w:r>
      <w:r>
        <w:rPr>
          <w:sz w:val="20"/>
        </w:rPr>
        <w:t>1:18:10  balke nature ka jo law hai, us ko follow karne ki baat hai. Maulana, hamein yaad aa raha hai, aap ne jo lafz istemal kiya tha, aap ne kaha tha ke women mein multitasking qualities hoti hain jo men mein nahi hoti.</w:t>
      </w:r>
      <w:r>
        <w:br/>
      </w:r>
      <w:r>
        <w:rPr>
          <w:sz w:val="20"/>
        </w:rPr>
        <w:t>1:18:25  haan, ye sahi kaha aap ne, ji sahi hai. Yani wo multi focused hain, wo single focused hain, ji aurtein multi focused hain, mard sing</w:t>
      </w:r>
    </w:p>
    <w:p>
      <w:pPr>
        <w:pStyle w:val="Heading2"/>
      </w:pPr>
      <w:r>
        <w:t>Recommend modern tafsir for spirituality</w:t>
      </w:r>
    </w:p>
    <w:p>
      <w:r>
        <w:rPr>
          <w:color w:val="666666"/>
          <w:sz w:val="18"/>
        </w:rPr>
        <w:t>Quran &amp; Tafsir · Study of The Quran November 30, 2014 · 55s · at 47:02 · https://youtu.be/x3fcJ2nlDow?t=2822</w:t>
      </w:r>
    </w:p>
    <w:p>
      <w:r>
        <w:rPr>
          <w:i/>
        </w:rPr>
        <w:t>“Could you suggest a tafsir of the Quran by a scholar which also addresses the issues you raised today about Quran's interpretation in modern times? I am specifically interested in issues like spirituality, character building, humanity.”</w:t>
      </w:r>
    </w:p>
    <w:p>
      <w:r>
        <w:rPr>
          <w:sz w:val="20"/>
        </w:rPr>
        <w:t>47:02  Maulana, agla sawal Dilli se hai Danish Sahab ka, aur unhon ne likha hai: "Could you suggest a tafseer of Quran by a scholar which also addresses the issue that you raise today about Quran's interpretation in modern times?</w:t>
      </w:r>
      <w:r>
        <w:br/>
      </w:r>
      <w:r>
        <w:rPr>
          <w:sz w:val="20"/>
        </w:rPr>
        <w:t>47:22  I am specifically interested in issues like spirituality, character building, humanity."</w:t>
      </w:r>
      <w:r>
        <w:br/>
      </w:r>
      <w:r>
        <w:rPr>
          <w:sz w:val="20"/>
        </w:rPr>
        <w:t>47:30  bhai, main kisi ki tafseer ka naam nahi le sakta. aap khud study kar ke janiye. jis tafseer ko aap samjhen, us ko apnaie. main kisi tafseer ka naam nahi le sakta.</w:t>
      </w:r>
      <w:r>
        <w:br/>
      </w:r>
      <w:r>
        <w:rPr>
          <w:sz w:val="20"/>
        </w:rPr>
        <w:t>47:42  kyunke main to ghair mutma'in hoon. to main kya naam loon ga? main to in tafseeron se ghair mutma'in hoon. aap khud daryaft kijiye.</w:t>
      </w:r>
      <w:r>
        <w:br/>
      </w:r>
      <w:r>
        <w:rPr>
          <w:sz w:val="20"/>
        </w:rPr>
        <w:t>47:52  main to tafseer se ghair mutma'in hoon.</w:t>
      </w:r>
    </w:p>
    <w:p>
      <w:pPr>
        <w:pStyle w:val="Heading2"/>
      </w:pPr>
      <w:r>
        <w:t>Reconciling immediate afterlife with resurrection judgment</w:t>
      </w:r>
    </w:p>
    <w:p>
      <w:r>
        <w:rPr>
          <w:color w:val="666666"/>
          <w:sz w:val="18"/>
        </w:rPr>
        <w:t>Quran &amp; Tafsir · Freedom of Expression in Islam 30 Sept 2012 - Maulana Wahiduddin Khan · 1m 34s · at 1:02:38 · https://youtu.be/WLlXSyxX8Q4?t=3758</w:t>
      </w:r>
    </w:p>
    <w:p>
      <w:r>
        <w:rPr>
          <w:i/>
        </w:rPr>
        <w:t>“From the study of Quran and Hadith, it appears that every human being faces his fate immediately at death. On the other hand, from Quran and Hadith it is also clear that after passing through various states of the field of Resurrection, every human will enter either Paradise or Hell. How should this issue be understood? Please clarify.”</w:t>
      </w:r>
    </w:p>
    <w:p>
      <w:r>
        <w:rPr>
          <w:sz w:val="20"/>
        </w:rPr>
        <w:t>1:02:38  Maulana, agla sawal Karachi Pakistan se aya hai Abdul Latif sahib ka. Unhone likha hai: "Quran o Hadees ke mutale se yeh baat maloom hoti hai ke har insan maut aate hi apne anjam se dochar ho jata hai.</w:t>
      </w:r>
      <w:r>
        <w:br/>
      </w:r>
      <w:r>
        <w:rPr>
          <w:sz w:val="20"/>
        </w:rPr>
        <w:t>1:02:55  doosri taraf Quran o Hadees se hi yeh baat wazeh hai ke maidan e mahshar ki mukhtalif halaton se guzar guzarne ke baad har insan ya jannat mein dakhil hoga ya jahannum mein.</w:t>
      </w:r>
      <w:r>
        <w:br/>
      </w:r>
      <w:r>
        <w:rPr>
          <w:sz w:val="20"/>
        </w:rPr>
        <w:t>1:03:10  Maulana sahib, is masle ko kis tarah samjha jaye? Is ko wazeh karen." Dekhiye, yeh masla hai time and space ka masla.</w:t>
      </w:r>
      <w:r>
        <w:br/>
      </w:r>
      <w:r>
        <w:rPr>
          <w:sz w:val="20"/>
        </w:rPr>
        <w:t>1:03:21  To hum aap time time and space ki duniya mein jeete hain aur woh daur jo hai akhirat ka, woh bayan time and space hai.</w:t>
      </w:r>
      <w:r>
        <w:br/>
      </w:r>
      <w:r>
        <w:rPr>
          <w:sz w:val="20"/>
        </w:rPr>
        <w:t>1:03:33  bayan time and space ke jab tak aap is daur mein na pahunchein, aap samajh nahin sakte. Aap ko sirf ijbarri taur par hi is pe iman rakh sakte hain. Aap</w:t>
      </w:r>
      <w:r>
        <w:br/>
      </w:r>
      <w:r>
        <w:rPr>
          <w:sz w:val="20"/>
        </w:rPr>
        <w:t>1:03:44  bayan space and time ki jo duniya hai, us ko ijbarri iman hi ke zareeye aap samajh sakte hain. Us ko reason out nahin kar sakte aap, kyunke aap reason out karenge to time space ke andar karenge aur time time space ki language se us ko explain nahin kar sakta.</w:t>
      </w:r>
      <w:r>
        <w:br/>
      </w:r>
      <w:r>
        <w:rPr>
          <w:sz w:val="20"/>
        </w:rPr>
        <w:t>1:04:05  ek yeh mamla jo hai Einstein ne ke jo theory hai, theory of negativity, us ke upar isi tarah yeh cheez clear hoti hai. Yeh</w:t>
      </w:r>
    </w:p>
    <w:p>
      <w:pPr>
        <w:pStyle w:val="Heading2"/>
      </w:pPr>
      <w:r>
        <w:t>References for Shab-e-Barat in Quran and Hadith</w:t>
      </w:r>
    </w:p>
    <w:p>
      <w:r>
        <w:rPr>
          <w:color w:val="666666"/>
          <w:sz w:val="18"/>
        </w:rPr>
        <w:t>Quran &amp; Tafsir · God Particle July 8, 2012 · 1m 08s · at 1:04:48 · https://youtu.be/30Ulu10c2nA?t=3888</w:t>
      </w:r>
    </w:p>
    <w:p>
      <w:r>
        <w:rPr>
          <w:i/>
        </w:rPr>
        <w:t>“Please give me the reference of the Surah and the Ayah number from which one school of thought derives the meaning about Shab-e-Barat, and also tell me of those relevant Hadith.”</w:t>
      </w:r>
    </w:p>
    <w:p>
      <w:r>
        <w:rPr>
          <w:sz w:val="20"/>
        </w:rPr>
        <w:t>1:04:48  Maulana, agla sawal hai Azad Shah Sahab ka. unhon ne apni location nahi batai hai. un ka sawal yeh hai: "Please give me the reference of the surah and the ayat number from which one school of thought derives the meaning about Shab-e-Barat, and also tell me if those relevant hadith." Dekhein, Shab-e-Barat jo hai woh Quran mein hargiz nahi hai.</w:t>
      </w:r>
      <w:r>
        <w:br/>
      </w:r>
      <w:r>
        <w:rPr>
          <w:sz w:val="20"/>
        </w:rPr>
        <w:t>1:05:14  ek ayat ko khwah makhwah is se Shab-e-Barat nikalte hain,</w:t>
      </w:r>
      <w:r>
        <w:br/>
      </w:r>
      <w:r>
        <w:rPr>
          <w:sz w:val="20"/>
        </w:rPr>
        <w:t>1:05:18  yeh bilkul galat hai. is ayat ka Shab-e-Barat se koi talluq nahi, bilkul talluq nahi. yeh bilkul yaani baseless baat hai.</w:t>
      </w:r>
      <w:r>
        <w:br/>
      </w:r>
      <w:r>
        <w:rPr>
          <w:sz w:val="20"/>
        </w:rPr>
        <w:t>1:05:30  Shab-e-Barat na to hadith se sabit hai, na Quran se sabit hai. kuch bohat hi zaeef qism ki riwayatein hain is ke baray mein, koi ek bhi qawi riwayat nahi hai.</w:t>
      </w:r>
      <w:r>
        <w:br/>
      </w:r>
      <w:r>
        <w:rPr>
          <w:sz w:val="20"/>
        </w:rPr>
        <w:t>1:05:42  aur Quran se is ko nikalna ho to aur bhi zyada galat hai.</w:t>
      </w:r>
      <w:r>
        <w:br/>
      </w:r>
      <w:r>
        <w:rPr>
          <w:sz w:val="20"/>
        </w:rPr>
        <w:t>1:05:45  Quran mein ek ayat hai: "Inna anzalnahu fi fi mubarakah". Ji hmm, yeh is ka koi bhi talluq Shab-e-Barat se nahi hai.</w:t>
      </w:r>
    </w:p>
    <w:p>
      <w:pPr>
        <w:pStyle w:val="Heading2"/>
      </w:pPr>
      <w:r>
        <w:t>Relation of Spending to Guidance in Quran</w:t>
      </w:r>
    </w:p>
    <w:p>
      <w:r>
        <w:rPr>
          <w:color w:val="666666"/>
          <w:sz w:val="18"/>
        </w:rPr>
        <w:t>Quran &amp; Tafsir · Man and Angels April 27, 2014 · 44s · at 53:48 · https://youtu.be/b3fk1cakPeo?t=3228</w:t>
      </w:r>
    </w:p>
    <w:p>
      <w:r>
        <w:rPr>
          <w:i/>
        </w:rPr>
        <w:t>“What is the relation of spending from what God has provided with the guidance?”</w:t>
      </w:r>
    </w:p>
    <w:p>
      <w:r>
        <w:rPr>
          <w:sz w:val="20"/>
        </w:rPr>
        <w:t>53:48  Maulana, un ka ek aur sawal hai. Unhon ne refer karaya hai Al-Baqarah ki teesri ayat ko aur unhon ne likha hai ke is mein criteria of guidance diya gaya hai.</w:t>
      </w:r>
      <w:r>
        <w:br/>
      </w:r>
      <w:r>
        <w:rPr>
          <w:sz w:val="20"/>
        </w:rPr>
        <w:t>53:59  Where it is mentioned that who believe in the unseen and are steadfast in prayer and spend out of what we have provided them with۔</w:t>
      </w:r>
      <w:r>
        <w:br/>
      </w:r>
      <w:r>
        <w:rPr>
          <w:sz w:val="20"/>
        </w:rPr>
        <w:t>54:10  to wo aap se ye janna chahte hain ke what is the relation of spending from what God has provided with the guidance</w:t>
      </w:r>
      <w:r>
        <w:br/>
      </w:r>
      <w:r>
        <w:rPr>
          <w:sz w:val="20"/>
        </w:rPr>
        <w:t>54:18  ؟ in dono mein kya relation hai? bhai, aap tazkir ul quran pehle parh lijiye. ji. is mein ye baat kam az kam do baar parh lijiye, is ko phir sawal kijiye.</w:t>
      </w:r>
    </w:p>
    <w:p>
      <w:pPr>
        <w:pStyle w:val="Heading2"/>
      </w:pPr>
      <w:r>
        <w:t>Relationship between qalb and mind in Quran</w:t>
      </w:r>
    </w:p>
    <w:p>
      <w:r>
        <w:rPr>
          <w:color w:val="666666"/>
          <w:sz w:val="18"/>
        </w:rPr>
        <w:t>Quran &amp; Tafsir · Spiritual Goal January 15, 2017 · 1m 29s · at 48:59 · https://youtu.be/D3JYu4p_P34?t=2939</w:t>
      </w:r>
    </w:p>
    <w:p>
      <w:r>
        <w:rPr>
          <w:i/>
        </w:rPr>
        <w:t>“While talking to one person, I told him that we must work on our intellect, and qalb mentioned in Quran has a direct reference with mind. What is your view?”</w:t>
      </w:r>
    </w:p>
    <w:p>
      <w:r>
        <w:rPr>
          <w:sz w:val="20"/>
        </w:rPr>
        <w:t>48:59  ji, maulana sahab, agla sawal bhi isi se related hai jo srinagar se hi bheja hai aamir</w:t>
      </w:r>
      <w:r>
        <w:br/>
      </w:r>
      <w:r>
        <w:rPr>
          <w:sz w:val="20"/>
        </w:rPr>
        <w:t>49:05  mori sahab ne, aur unhon ne likha hai: "maulana sahab, while talking to one person, i told him</w:t>
      </w:r>
      <w:r>
        <w:br/>
      </w:r>
      <w:r>
        <w:rPr>
          <w:sz w:val="20"/>
        </w:rPr>
        <w:t>49:12  that we must work on our intellect, and qalb mentioned in quran has a direct reference with mind.</w:t>
      </w:r>
      <w:r>
        <w:br/>
      </w:r>
      <w:r>
        <w:rPr>
          <w:sz w:val="20"/>
        </w:rPr>
        <w:t>49:19  he insisted that starting point is heart, and if our heart is not pure, we cannot achieve spirituality.</w:t>
      </w:r>
      <w:r>
        <w:br/>
      </w:r>
      <w:r>
        <w:rPr>
          <w:sz w:val="20"/>
        </w:rPr>
        <w:t>49:25  maulana sahab, kindly guide us as to how we should address such questions." dekhen, yeh awaaz sahi hai.</w:t>
      </w:r>
      <w:r>
        <w:br/>
      </w:r>
      <w:r>
        <w:rPr>
          <w:sz w:val="20"/>
        </w:rPr>
        <w:t>49:32  aise insaan hamesha se samajhta tha ke suraj jo hai, woh zameen ke gird ghoom raha hai.</w:t>
      </w:r>
      <w:r>
        <w:br/>
      </w:r>
      <w:r>
        <w:rPr>
          <w:sz w:val="20"/>
        </w:rPr>
        <w:t>49:39  hazaron saal se insaan yeh manta tha ke yeh pre-science door jo tha, is ka phenomena hai.</w:t>
      </w:r>
      <w:r>
        <w:br/>
      </w:r>
      <w:r>
        <w:rPr>
          <w:sz w:val="20"/>
        </w:rPr>
        <w:t>49:46  yeh ab is ka koi matlab hi nahi, koi sense nahi hai, kyunke heart ke liye sabit ho</w:t>
      </w:r>
      <w:r>
        <w:br/>
      </w:r>
      <w:r>
        <w:rPr>
          <w:sz w:val="20"/>
        </w:rPr>
        <w:t>49:53  chuka hai ke woh circulation of blood kar karta hai aur kuch nahin.</w:t>
      </w:r>
      <w:r>
        <w:br/>
      </w:r>
      <w:r>
        <w:rPr>
          <w:sz w:val="20"/>
        </w:rPr>
        <w:t>50:00  yani thinking heart ka concept khatm ho chuka hai.</w:t>
      </w:r>
      <w:r>
        <w:br/>
      </w:r>
      <w:r>
        <w:rPr>
          <w:sz w:val="20"/>
        </w:rPr>
        <w:t>50:07  jo log science ki se jo haqeeqatein maloom hui, us ko nahin jante, woh yeh sab baatein karte hain.</w:t>
      </w:r>
      <w:r>
        <w:br/>
      </w:r>
      <w:r>
        <w:rPr>
          <w:sz w:val="20"/>
        </w:rPr>
        <w:t>50:14  unawareness, yeh baatein jo hain, due to unawareness hain.</w:t>
      </w:r>
      <w:r>
        <w:br/>
      </w:r>
      <w:r>
        <w:rPr>
          <w:sz w:val="20"/>
        </w:rPr>
        <w:t>50:21  un ki unawareness ko khatm kijiye.</w:t>
      </w:r>
    </w:p>
    <w:p>
      <w:pPr>
        <w:pStyle w:val="Heading2"/>
      </w:pPr>
      <w:r>
        <w:t>Request for Quran tafsir circle</w:t>
      </w:r>
    </w:p>
    <w:p>
      <w:r>
        <w:rPr>
          <w:color w:val="666666"/>
          <w:sz w:val="18"/>
        </w:rPr>
        <w:t>Quran &amp; Tafsir · Revival of Muslim Ummah, February 4, 2013 · 55s · at 1:09:42 · https://youtu.be/xB3MfWhLHoM?t=4182</w:t>
      </w:r>
    </w:p>
    <w:p>
      <w:r>
        <w:rPr>
          <w:i/>
        </w:rPr>
        <w:t>“Alhamdulillah, the class was informative. Can we have a Quran circle where we are taught Quran tafsir?”</w:t>
      </w:r>
    </w:p>
    <w:p>
      <w:r>
        <w:rPr>
          <w:sz w:val="20"/>
        </w:rPr>
        <w:t>1:09:42  maulana, agla ek comment aur sawal hai jo dilli se aaya hai miss nuzhat ameen ka. unhon ne likha hai: "alhamdulillah, the class was informative.</w:t>
      </w:r>
      <w:r>
        <w:br/>
      </w:r>
      <w:r>
        <w:rPr>
          <w:sz w:val="20"/>
        </w:rPr>
        <w:t>1:09:54  can we have quran circle where we are taught quran tafsir?" also, ab parhiye. parhana kya hai? aap khud pa</w:t>
      </w:r>
      <w:r>
        <w:br/>
      </w:r>
      <w:r>
        <w:rPr>
          <w:sz w:val="20"/>
        </w:rPr>
        <w:t>1:10:03  dhiye. har aadmi khud parhe. parhane ka to hamara silsila hai hi nahin. hamara silsila parhane ka nahin, hamara silsila parhne ka hai.</w:t>
      </w:r>
      <w:r>
        <w:br/>
      </w:r>
      <w:r>
        <w:rPr>
          <w:sz w:val="20"/>
        </w:rPr>
        <w:t>1:10:12  yeh quran mein hai, quran parho. yeh nahin ke parhwao. aap aap khud study kijiye quran ka. hamare paas urdu mein, english mein maujood hai commentary.</w:t>
      </w:r>
      <w:r>
        <w:br/>
      </w:r>
      <w:r>
        <w:rPr>
          <w:sz w:val="20"/>
        </w:rPr>
        <w:t>1:10:23  aap is ko parhiye, study kijiye, aur phir doosron se aap discuss kar sakte hain. discussion to bohat achhi cheez hai,</w:t>
      </w:r>
      <w:r>
        <w:br/>
      </w:r>
      <w:r>
        <w:rPr>
          <w:sz w:val="20"/>
        </w:rPr>
        <w:t>1:10:33  lekin khud pehle parhna parhe ga.</w:t>
      </w:r>
    </w:p>
    <w:p>
      <w:pPr>
        <w:pStyle w:val="Heading2"/>
      </w:pPr>
      <w:r>
        <w:t>Responding to Call for Quran Revision</w:t>
      </w:r>
    </w:p>
    <w:p>
      <w:r>
        <w:rPr>
          <w:color w:val="666666"/>
          <w:sz w:val="18"/>
        </w:rPr>
        <w:t>Quran &amp; Tafsir · Message of the Quran August 20, 2017 · 1m 43s · at 22:27 · https://youtu.be/BrbrZxP37pk?t=1347</w:t>
      </w:r>
    </w:p>
    <w:p>
      <w:r>
        <w:rPr>
          <w:i/>
        </w:rPr>
        <w:t>“I have many non-Muslim friends. When news about triple talaq and jihad comes, my friends often tell me that the Quran needs revision as it was revealed some 1400 years ago and therefore has become outdated. This is the reason they say there are so many problems. How should I address this question of revision of the Quran?”</w:t>
      </w:r>
    </w:p>
    <w:p>
      <w:r>
        <w:rPr>
          <w:sz w:val="20"/>
        </w:rPr>
        <w:t>22:27  Masha Allah! Maulana, agla sawal lete hain jo Guffran sahib ne bheja hai Bhopal se. unhone likha hai: "Maulana, I have many non-Muslim friends.</w:t>
      </w:r>
      <w:r>
        <w:br/>
      </w:r>
      <w:r>
        <w:rPr>
          <w:sz w:val="20"/>
        </w:rPr>
        <w:t>22:39  when news about triple talaq and jihad comes, my friends often tell me that Quran needs revision as it was revealed some 1400 years ago and therefore has become out dated.</w:t>
      </w:r>
      <w:r>
        <w:br/>
      </w:r>
      <w:r>
        <w:rPr>
          <w:sz w:val="20"/>
        </w:rPr>
        <w:t>22:55  this is the reason they say that there are so many problems." Maulana sahib, how should I address this question on revision of Quran?</w:t>
      </w:r>
      <w:r>
        <w:br/>
      </w:r>
      <w:r>
        <w:rPr>
          <w:sz w:val="20"/>
        </w:rPr>
        <w:t>23:05  please advise me. dekhiye, Quran ko revise karne ki baat to nahi hai, main is ko nahi manunga, lekin Musalmanon ka jo behavior hai,</w:t>
      </w:r>
      <w:r>
        <w:br/>
      </w:r>
      <w:r>
        <w:rPr>
          <w:sz w:val="20"/>
        </w:rPr>
        <w:t>23:18  is ko revise karna hai. you have to differentiate between Islam and Muslims. you have to judge Muslims in the light of Islamic teachings and not vice versa.</w:t>
      </w:r>
      <w:r>
        <w:br/>
      </w:r>
      <w:r>
        <w:rPr>
          <w:sz w:val="20"/>
        </w:rPr>
        <w:t>23:31  to sahi baat yahi hai ke Quran to ek eternal kitab hai, is mein revise ka mauqa nahi hai.</w:t>
      </w:r>
      <w:r>
        <w:br/>
      </w:r>
      <w:r>
        <w:rPr>
          <w:sz w:val="20"/>
        </w:rPr>
        <w:t>23:41  jo kuch ho raha hai triple talaq ke silsile mein, woh na Quran mein likha hai na Hadith mein likha hai.</w:t>
      </w:r>
      <w:r>
        <w:br/>
      </w:r>
      <w:r>
        <w:rPr>
          <w:sz w:val="20"/>
        </w:rPr>
        <w:t>23:50  yeh Musalmanon ka apna tareeqa hai. hum is ki Musalmanon ko koshish karen ke Musalmanon ko samajh aaye aur woh sahi rastay par chalne lagen.</w:t>
      </w:r>
    </w:p>
    <w:p>
      <w:pPr>
        <w:pStyle w:val="Heading2"/>
      </w:pPr>
      <w:r>
        <w:t>Sanskrit's preservation compared to Arabic</w:t>
      </w:r>
    </w:p>
    <w:p>
      <w:r>
        <w:rPr>
          <w:color w:val="666666"/>
          <w:sz w:val="18"/>
        </w:rPr>
        <w:t>Quran &amp; Tafsir · The Deeper Meaning of The Quran 18 Aug 2019 - Maulana Wahiduddin Khan · 1m 56s · at 45:23 · https://youtu.be/EYyhbiR_ZIQ?t=2723</w:t>
      </w:r>
    </w:p>
    <w:p>
      <w:r>
        <w:rPr>
          <w:i/>
        </w:rPr>
        <w:t>“Maulana, Arabic language is an exception in the history of languages. That it is as it is as it was at the time of revelation of the Quran fourteen hundred years ago. What is the case of Sanskrit language as it is also an ancient language?”</w:t>
      </w:r>
    </w:p>
    <w:p>
      <w:r>
        <w:rPr>
          <w:sz w:val="20"/>
        </w:rPr>
        <w:t>45:23  Maulana, agla sawal kiya hai abdulsalam siddiqui sahib ne. unhon ne location nahi likhi hai.</w:t>
      </w:r>
      <w:r>
        <w:br/>
      </w:r>
      <w:r>
        <w:rPr>
          <w:sz w:val="20"/>
        </w:rPr>
        <w:t>45:32  un ka sawal hai: "Maulana, Arabic language is an exception in the history of languages. That it is as it is as it was at the time of revelation of the Quran fourteen hundred years ago.</w:t>
      </w:r>
      <w:r>
        <w:br/>
      </w:r>
      <w:r>
        <w:rPr>
          <w:sz w:val="20"/>
        </w:rPr>
        <w:t>45:48  What is the case of Sanskrit language as it is also an ancient language?</w:t>
      </w:r>
      <w:r>
        <w:br/>
      </w:r>
      <w:r>
        <w:rPr>
          <w:sz w:val="20"/>
        </w:rPr>
        <w:t>45:54  Please throw some light on it." keh woh doosri zabaanein zinda zabaan nahi hain.</w:t>
      </w:r>
      <w:r>
        <w:br/>
      </w:r>
      <w:r>
        <w:rPr>
          <w:sz w:val="20"/>
        </w:rPr>
        <w:t>46:04  woh toh kuch scholars parhte hain is ko. jo doosri zabaanein jaise qadeem Greek, Sanskrit, yeh sab historical zabaanein hain aur bohat hi khaas kuch scholar log parhte hain is ko.</w:t>
      </w:r>
      <w:r>
        <w:br/>
      </w:r>
      <w:r>
        <w:rPr>
          <w:sz w:val="20"/>
        </w:rPr>
        <w:t>46:20  Arabi zabaan jo mehfooz hai, woh is maani mein keh bohat saare log, beshumaar log is ko parhte hain, samajhte hain, namazon mein parhte hain, taraweeh mein parhte hain,</w:t>
      </w:r>
      <w:r>
        <w:br/>
      </w:r>
      <w:r>
        <w:rPr>
          <w:sz w:val="20"/>
        </w:rPr>
        <w:t>46:34  madarson mein parhte hain. toh ek living language hai woh aaj bhi.</w:t>
      </w:r>
      <w:r>
        <w:br/>
      </w:r>
      <w:r>
        <w:rPr>
          <w:sz w:val="20"/>
        </w:rPr>
        <w:t>46:45  Doctor Junaid Sheikh ne Mumbai se likha hai: "Maulana, today I learned that to understand the Quran it is very important to be open-minded and have a spirit of inquiry.</w:t>
      </w:r>
      <w:r>
        <w:br/>
      </w:r>
      <w:r>
        <w:rPr>
          <w:sz w:val="20"/>
        </w:rPr>
        <w:t>46:59  Jazak Allah Maulana. Today I realized that before reading your books and listening to your lecture, what I believed in the name of religion was nothing but a degenerated version."</w:t>
      </w:r>
    </w:p>
    <w:p>
      <w:pPr>
        <w:pStyle w:val="Heading2"/>
      </w:pPr>
      <w:r>
        <w:t>Scope of Quran: God, afterlife, or all issues?</w:t>
      </w:r>
    </w:p>
    <w:p>
      <w:r>
        <w:rPr>
          <w:color w:val="666666"/>
          <w:sz w:val="18"/>
        </w:rPr>
        <w:t>Quran &amp; Tafsir · Dars-e-Quran, Chapter 25, V. 1 (Spreading Quran) September 9, 2018 · 1m 25s · at 51:29 · https://youtu.be/zf3V6LP2Qg0?t=3089</w:t>
      </w:r>
    </w:p>
    <w:p>
      <w:r>
        <w:rPr>
          <w:i/>
        </w:rPr>
        <w:t>“Quran focuses mostly on God and afterlife. If we say that, then in response they say that Quran discusses every issue of life. Maulana, what is the misunderstanding in this? Please clarify.”</w:t>
      </w:r>
    </w:p>
    <w:p>
      <w:r>
        <w:rPr>
          <w:sz w:val="20"/>
        </w:rPr>
        <w:t>51:29  maulana, agla sawal bheja hai maulana iqbal umri ne chennai se. unhon ne likha hai:</w:t>
      </w:r>
      <w:r>
        <w:br/>
      </w:r>
      <w:r>
        <w:rPr>
          <w:sz w:val="20"/>
        </w:rPr>
        <w:t>51:42  quran khuda aur akhirat ke bare mein hi zyada focus karti hai. agar hum aisa kehte hain to jawab mein woh kehte hain ke quran zindagi ke har masle mein guftagu karta hai.</w:t>
      </w:r>
      <w:r>
        <w:br/>
      </w:r>
      <w:r>
        <w:rPr>
          <w:sz w:val="20"/>
        </w:rPr>
        <w:t>51:57  maulana, is mein kya maghalta hai? is ko wazeh karen. mujh se misaal puchiye, har masle ke har masle ka lafz bhi ek bid'at hai.</w:t>
      </w:r>
      <w:r>
        <w:br/>
      </w:r>
      <w:r>
        <w:rPr>
          <w:sz w:val="20"/>
        </w:rPr>
        <w:t>52:07  har masla kya hai? akhirat ka masla, khuda ka masla, har masla nikal rakha hai. mukammal mukammal nizam, yeh sab bid'ati alfaaz hain.</w:t>
      </w:r>
      <w:r>
        <w:br/>
      </w:r>
      <w:r>
        <w:rPr>
          <w:sz w:val="20"/>
        </w:rPr>
        <w:t>52:23  quran ka mauzu yeh hai ke insaan Allah ko jaane aur woh kaam kare jis se us ko jannat mein dakhla mile.</w:t>
      </w:r>
      <w:r>
        <w:br/>
      </w:r>
      <w:r>
        <w:rPr>
          <w:sz w:val="20"/>
        </w:rPr>
        <w:t>52:37  yeh har mukammal nizam aur har masla, yeh sab logon ke apne khud sakhta alfaaz hain. jo aisa kehta hai, us se pucho ke kahan kahan hai woh ayat?</w:t>
      </w:r>
      <w:r>
        <w:br/>
      </w:r>
      <w:r>
        <w:rPr>
          <w:sz w:val="20"/>
        </w:rPr>
        <w:t>52:47  woh ayat batao.</w:t>
      </w:r>
    </w:p>
    <w:p>
      <w:pPr>
        <w:pStyle w:val="Heading2"/>
      </w:pPr>
      <w:r>
        <w:t>Secret behind making Ibrahim's station a prayer place</w:t>
      </w:r>
    </w:p>
    <w:p>
      <w:r>
        <w:rPr>
          <w:color w:val="666666"/>
          <w:sz w:val="18"/>
        </w:rPr>
        <w:t>Quran &amp; Tafsir · Story of the Prophet Yusuf May 11, 2014 Maulana Wahiduddin Khan · 33s · at 1:03:32 · https://youtu.be/2alsBthUWhw?t=3812</w:t>
      </w:r>
    </w:p>
    <w:p>
      <w:r>
        <w:rPr>
          <w:i/>
        </w:rPr>
        <w:t>“Allah Ta'ala mentioned the best story about Yusuf (peace be upon him), but regarding Ibrahim (peace be upon him) He said to make Ibrahim's station as a place of prayer. What is the secret in this?”</w:t>
      </w:r>
    </w:p>
    <w:p>
      <w:r>
        <w:rPr>
          <w:sz w:val="20"/>
        </w:rPr>
        <w:t>1:03:32  maulana agla sawal hapur se hai habib razi sahib ne kiya hai</w:t>
      </w:r>
      <w:r>
        <w:br/>
      </w:r>
      <w:r>
        <w:rPr>
          <w:sz w:val="20"/>
        </w:rPr>
        <w:t>1:03:37  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pStyle w:val="Heading2"/>
      </w:pPr>
      <w:r>
        <w:t>Seeking forgiveness for polytheists in Quran 9:113</w:t>
      </w:r>
    </w:p>
    <w:p>
      <w:r>
        <w:rPr>
          <w:color w:val="666666"/>
          <w:sz w:val="18"/>
        </w:rPr>
        <w:t>Quran &amp; Tafsir · Freedom of Thought in Islam 23 October, 2011 · 4m 04s · at 1:31:55 · https://youtu.be/aGbxRNNOKzo?t=5515</w:t>
      </w:r>
    </w:p>
    <w:p>
      <w:r>
        <w:rPr>
          <w:i/>
        </w:rPr>
        <w:t>“In Quran Chapter 9 Verse Number 113 the translation says it is not proper for the Prophet and those who believe to seek forgiveness for polytheists even though they are close relatives after it has become clear to them that they have earned the punishment of hell. Kindly explain.”</w:t>
      </w:r>
    </w:p>
    <w:p>
      <w:r>
        <w:rPr>
          <w:sz w:val="20"/>
        </w:rPr>
        <w:t>1:31:55  to yeh hai farq insaan ke maamle mein aur Khuda ke maamle mein. Maulana, agla sawal Mr. Ahmed Anwat ne dilli se kiya hai, unhon</w:t>
      </w:r>
      <w:r>
        <w:br/>
      </w:r>
      <w:r>
        <w:rPr>
          <w:sz w:val="20"/>
        </w:rPr>
        <w:t>1:32:07  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r>
        <w:br/>
      </w:r>
      <w:r>
        <w:rPr>
          <w:sz w:val="20"/>
        </w:rPr>
        <w:t>1:32:33  Kindly expla</w:t>
      </w:r>
      <w:r>
        <w:br/>
      </w:r>
      <w:r>
        <w:rPr>
          <w:sz w:val="20"/>
        </w:rPr>
        <w:t>1:32:34  in this verse." Dekhiye, yeh jang ke baare mein hai, aap haalaat ke baare mein nahin hai. Jang-i haalaat ka yeh qanoon hai. Is ke context se alag kar ke aap parhenge to kuch samajh nahin aayega.</w:t>
      </w:r>
      <w:r>
        <w:br/>
      </w:r>
      <w:r>
        <w:rPr>
          <w:sz w:val="20"/>
        </w:rPr>
        <w:t>1:32:46  to har ek ko aap nafrat karenge, har ek ko dushman bana lenge apna. Jab Muslim aur doosre jo the, un ke mukhalifeen at war the, tab ka yeh qanoon hai.</w:t>
      </w:r>
      <w:r>
        <w:br/>
      </w:r>
      <w:r>
        <w:rPr>
          <w:sz w:val="20"/>
        </w:rPr>
        <w:t>1:32:59  Is ko is ke context hata kar mat dekhiye,</w:t>
      </w:r>
      <w:r>
        <w:br/>
      </w:r>
      <w:r>
        <w:rPr>
          <w:sz w:val="20"/>
        </w:rPr>
        <w:t>1:33:02  is ko. Aap tafseer mein parhiye is ke shaan-e nuzool ko to aap yeh baat clear ho jayegi aap ke upar. Is is is aayat ka shaan-e nuzool aap tafseer mein mil jayega aap ko.</w:t>
      </w:r>
      <w:r>
        <w:br/>
      </w:r>
      <w:r>
        <w:rPr>
          <w:sz w:val="20"/>
        </w:rPr>
        <w:t>1:33:13  Dr. Owais ne dilli se likha hai: "Of the two, thought crime or social crime, which is more severe and why?"</w:t>
      </w:r>
      <w:r>
        <w:br/>
      </w:r>
      <w:r>
        <w:rPr>
          <w:sz w:val="20"/>
        </w:rPr>
        <w:t>1:33:28  Bhai, ek insaan ke aitbaar se sakht hai, doosra Khuda ke aitbaar se sakht hai. Sakht dono hain. Yaani shirk jo hai, woh Allah Ta'ala maaf nahin farmayenge, lekin woh woh Allah ke haan punishable hai, duniya mein nahin.</w:t>
      </w:r>
      <w:r>
        <w:br/>
      </w:r>
      <w:r>
        <w:rPr>
          <w:sz w:val="20"/>
        </w:rPr>
        <w:t>1:33:41  To sakhti mein dono mein aisa nahin ke koi kam sakht ho. Lekin insaan ke baare mein aap crime karenge to duniya mein woh punishable hai.</w:t>
      </w:r>
      <w:r>
        <w:br/>
      </w:r>
      <w:r>
        <w:rPr>
          <w:sz w:val="20"/>
        </w:rPr>
        <w:t>1:33:52  Khuda ke baare mein karenge to aakhirat mein punishable hai. Bhai, yeh farq hai bas.</w:t>
      </w:r>
      <w:r>
        <w:br/>
      </w:r>
      <w:r>
        <w:rPr>
          <w:sz w:val="20"/>
        </w:rPr>
        <w:t>1:33:59  Mr. Mazhar ne dilli se likha hai: "Kya Quran ko parhne ki koi khaas shariyat hai? Paaki napaki ka masla hai ya nahin?"</w:t>
      </w:r>
      <w:r>
        <w:br/>
      </w:r>
      <w:r>
        <w:rPr>
          <w:sz w:val="20"/>
        </w:rPr>
        <w:t>1:34:14  Quran ko parhne ke liye ek hi shart hai, woh Quran mein hai: "Ittqullah wa yu'allimukumullah". Allah se daro to Allah tum ko Quran ke mazameen samjhayega.</w:t>
      </w:r>
      <w:r>
        <w:br/>
      </w:r>
      <w:r>
        <w:rPr>
          <w:sz w:val="20"/>
        </w:rPr>
        <w:t>1:34:28  Asal shart yeh hai, baqi zahiri shartein hain woh sab. Log zahiri sharton ko jaante hain, asal shart se bekhabar hain. Jitna zyada aap ke andar taqwa hoga, Khuda tarsi hogi, sanjeedgi hogi, honesty hogi,</w:t>
      </w:r>
      <w:r>
        <w:br/>
      </w:r>
      <w:r>
        <w:rPr>
          <w:sz w:val="20"/>
        </w:rPr>
        <w:t>1:34:43  sincerity hogi, utni Quran ki samajh mein aap ko aayega. Asal shart yeh hai. Logon ka haal yeh hai ke jo asal shart hai, is is ka to zikr nahin karte aur jo jo zahiri shart hai, usi ka zikr karte hain.</w:t>
      </w:r>
      <w:r>
        <w:br/>
      </w:r>
      <w:r>
        <w:rPr>
          <w:sz w:val="20"/>
        </w:rPr>
        <w:t>1:34:59  Behaal, Quran mein jo likha hua hai, woh yahi hai: "Ittqullah wa yu'allimukumullah". Is aayat ko aap ja kar tafseer mein dekhiye.</w:t>
      </w:r>
    </w:p>
    <w:p>
      <w:pPr>
        <w:pStyle w:val="Heading2"/>
      </w:pPr>
      <w:r>
        <w:t>Separating history from Quran understanding</w:t>
      </w:r>
    </w:p>
    <w:p>
      <w:r>
        <w:rPr>
          <w:color w:val="666666"/>
          <w:sz w:val="18"/>
        </w:rPr>
        <w:t>Quran &amp; Tafsir · The Importance of the Quran May 15, 2016 Maulana Wahiduddin Khan · 1m 03s · at 54:30 · https://youtu.be/9a-OOUR_bLg?t=3270</w:t>
      </w:r>
    </w:p>
    <w:p>
      <w:r>
        <w:rPr>
          <w:i/>
        </w:rPr>
        <w:t>“What does it mean to separate history in the understanding of the Quran?”</w:t>
      </w:r>
    </w:p>
    <w:p>
      <w:r>
        <w:rPr>
          <w:sz w:val="20"/>
        </w:rPr>
        <w:t>54:30  Maulana, agla sawal Atef Rafiq sahib ne bheja hai USA se. Unhone aap se poocha hai: "That what does it mean to separate history in the understanding of the Quran?</w:t>
      </w:r>
      <w:r>
        <w:br/>
      </w:r>
      <w:r>
        <w:rPr>
          <w:sz w:val="20"/>
        </w:rPr>
        <w:t>54:43  ?" is ke bare mein bataein. maine to misalein di hain aap ko, itni sari misalein ke nasb al-imam jo hai, woh histree ka part hai, woh quran ka part nahi hai.</w:t>
      </w:r>
      <w:r>
        <w:br/>
      </w:r>
      <w:r>
        <w:rPr>
          <w:sz w:val="20"/>
        </w:rPr>
        <w:t>54:56  kyun? quran mein kahin likha hua nahi ke hamesha tumhare andar ek imam hona chahiye. imam nahi rahega to jahiliyat jaldi ho jayegi.</w:t>
      </w:r>
      <w:r>
        <w:br/>
      </w:r>
      <w:r>
        <w:rPr>
          <w:sz w:val="20"/>
        </w:rPr>
        <w:t>55:07  baad ke zamane mein shatb rasool, baad ke zamane mein bana qata' murtad, baad ke zamane mein bana.</w:t>
      </w:r>
      <w:r>
        <w:br/>
      </w:r>
      <w:r>
        <w:rPr>
          <w:sz w:val="20"/>
        </w:rPr>
        <w:t>55:16  to jo cheez rasool Allah, jo cheez baad ke zamane mein bani, woh part of histree hai aur jo quran mein hai ya rasool Allah ke zamane mein bani, woh part of islam hai.</w:t>
      </w:r>
    </w:p>
    <w:p>
      <w:pPr>
        <w:pStyle w:val="Heading2"/>
      </w:pPr>
      <w:r>
        <w:t>Starting point for Tadabbur in Quran</w:t>
      </w:r>
    </w:p>
    <w:p>
      <w:r>
        <w:rPr>
          <w:color w:val="666666"/>
          <w:sz w:val="18"/>
        </w:rPr>
        <w:t>Quran &amp; Tafsir · Angle of Vision February 28, 2016 · 58s · at 55:40 · https://youtu.be/dFZ7_x1Ul7A?t=3340</w:t>
      </w:r>
    </w:p>
    <w:p>
      <w:r>
        <w:rPr>
          <w:i/>
        </w:rPr>
        <w:t>“I am not able to understand how to do Tadabbur. What is the starting point for doing Tadabbur in Quran?”</w:t>
      </w:r>
    </w:p>
    <w:p>
      <w:r>
        <w:rPr>
          <w:sz w:val="20"/>
        </w:rPr>
        <w:t>55:40  Maulana, agla sawal kiya hai Dr. Safeena Tabassum ne Ajmer se, aur unhon ne poocha hai aap se</w:t>
      </w:r>
      <w:r>
        <w:br/>
      </w:r>
      <w:r>
        <w:rPr>
          <w:sz w:val="20"/>
        </w:rPr>
        <w:t>55:46  keh Maulana sahib I am not able to understand how to do tadabbur.</w:t>
      </w:r>
      <w:r>
        <w:br/>
      </w:r>
      <w:r>
        <w:rPr>
          <w:sz w:val="20"/>
        </w:rPr>
        <w:t>55:53  What is the starting point for doing tadabbur in Quran?</w:t>
      </w:r>
      <w:r>
        <w:br/>
      </w:r>
      <w:r>
        <w:rPr>
          <w:sz w:val="20"/>
        </w:rPr>
        <w:t>55:58  Bhai aap doctor hain, aap history parhiye, medical science ki history parhiye.</w:t>
      </w:r>
      <w:r>
        <w:br/>
      </w:r>
      <w:r>
        <w:rPr>
          <w:sz w:val="20"/>
        </w:rPr>
        <w:t>56:04  Jitni dawaiyan hain, woh sab tadabbur se taseer hoti hain.</w:t>
      </w:r>
      <w:r>
        <w:br/>
      </w:r>
      <w:r>
        <w:rPr>
          <w:sz w:val="20"/>
        </w:rPr>
        <w:t>56:10  جتنی دوائیں ہیں، کوئی effect کسی چیز کے سامنے آیا، effect وہاں پر scientist نے سوچنا شروع کیا۔</w:t>
      </w:r>
      <w:r>
        <w:br/>
      </w:r>
      <w:r>
        <w:rPr>
          <w:sz w:val="20"/>
        </w:rPr>
        <w:t>56:16  Phir maloom hua keh yeh yeh cheez to falan marz mein mufeed hai, is ke liye yeh dawa</w:t>
      </w:r>
      <w:r>
        <w:br/>
      </w:r>
      <w:r>
        <w:rPr>
          <w:sz w:val="20"/>
        </w:rPr>
        <w:t>56:21  ban sakti hai.</w:t>
      </w:r>
      <w:r>
        <w:br/>
      </w:r>
      <w:r>
        <w:rPr>
          <w:sz w:val="20"/>
        </w:rPr>
        <w:t>56:27  Puri medical history jo hai, tadabbur ki history hai, wahi aap bhi kijiye.</w:t>
      </w:r>
      <w:r>
        <w:br/>
      </w:r>
      <w:r>
        <w:rPr>
          <w:sz w:val="20"/>
        </w:rPr>
        <w:t>56:33  Aap doctor hain, aap is ko samajh sakte hain.</w:t>
      </w:r>
    </w:p>
    <w:p>
      <w:pPr>
        <w:pStyle w:val="Heading2"/>
      </w:pPr>
      <w:r>
        <w:t>Suggestions for Supportive Quran Literature</w:t>
      </w:r>
    </w:p>
    <w:p>
      <w:r>
        <w:rPr>
          <w:color w:val="666666"/>
          <w:sz w:val="18"/>
        </w:rPr>
        <w:t>Quran &amp; Tafsir · The Straight Path October 30, 2011 Maulana Wahiduddin Khan · 1m 03s · at 1:37:29 · https://youtu.be/PKFHe82Jz58?t=5849</w:t>
      </w:r>
    </w:p>
    <w:p>
      <w:r>
        <w:rPr>
          <w:i/>
        </w:rPr>
        <w:t>“You have mentioned that together with Quran one should also provide supportive literature. Kindly suggest names of a few such supportive literature.”</w:t>
      </w:r>
    </w:p>
    <w:p>
      <w:r>
        <w:rPr>
          <w:sz w:val="20"/>
        </w:rPr>
        <w:t>1:37:29  iska theek. maulana, mister idrees ne raipur se phir se sawal kiya hai. unhone likha hai ke: "you have mentioned today that together with quran one should also provide supportive literature.</w:t>
      </w:r>
      <w:r>
        <w:br/>
      </w:r>
      <w:r>
        <w:rPr>
          <w:sz w:val="20"/>
        </w:rPr>
        <w:t>1:37:45  maulana, kindly suggest names of this few supportive literature."</w:t>
      </w:r>
      <w:r>
        <w:br/>
      </w:r>
      <w:r>
        <w:rPr>
          <w:sz w:val="20"/>
        </w:rPr>
        <w:t>1:37:51  main to apni kitaab bataunga ke doctor ke paas jayenge to doctor apne hi apne hi nuskhe batayega na ke doosre ko bhi batayega.</w:t>
      </w:r>
      <w:r>
        <w:br/>
      </w:r>
      <w:r>
        <w:rPr>
          <w:sz w:val="20"/>
        </w:rPr>
        <w:t>1:38:00  woh koi doctor aisa nahi milega jo jiske haan aap jayein to bataye doosre ki nuskhe batane lage.</w:t>
      </w:r>
      <w:r>
        <w:br/>
      </w:r>
      <w:r>
        <w:rPr>
          <w:sz w:val="20"/>
        </w:rPr>
        <w:t>1:38:09  to main to apni literature bataunga ke meri kitabein padhiye. baqi aap jaanein, baqi aur kitabein agar aap ke nazdeek hain to aap woh aap ka.</w:t>
      </w:r>
      <w:r>
        <w:br/>
      </w:r>
      <w:r>
        <w:rPr>
          <w:sz w:val="20"/>
        </w:rPr>
        <w:t>1:38:18  that is your domain,</w:t>
      </w:r>
      <w:r>
        <w:br/>
      </w:r>
      <w:r>
        <w:rPr>
          <w:sz w:val="20"/>
        </w:rPr>
        <w:t>1:38:20  that not my domain.</w:t>
      </w:r>
      <w:r>
        <w:br/>
      </w:r>
      <w:r>
        <w:rPr>
          <w:sz w:val="20"/>
        </w:rPr>
        <w:t>1:38:27  ki sahib, theek hai.</w:t>
      </w:r>
    </w:p>
    <w:p>
      <w:pPr>
        <w:pStyle w:val="Heading2"/>
      </w:pPr>
      <w:r>
        <w:t>Suggestions for first-time Quran readers</w:t>
      </w:r>
    </w:p>
    <w:p>
      <w:r>
        <w:rPr>
          <w:color w:val="666666"/>
          <w:sz w:val="18"/>
        </w:rPr>
        <w:t>Quran &amp; Tafsir · Dars-e-Quran, Chapter 25, V. 1 (Spreading Quran) September 9, 2018 · 1m 40s · at 53:40 · https://youtu.be/zf3V6LP2Qg0?t=3220</w:t>
      </w:r>
    </w:p>
    <w:p>
      <w:r>
        <w:rPr>
          <w:i/>
        </w:rPr>
        <w:t>“When a reader reads Quran for the first time, his heart and mind gets flooded with curiosity and that how he should start it, because Quran is not in a story format, it is present in verses. What is your suggestion for reading the Quran by non-Muslims and those who are reading the Quran for the first time?”</w:t>
      </w:r>
    </w:p>
    <w:p>
      <w:r>
        <w:rPr>
          <w:sz w:val="20"/>
        </w:rPr>
        <w:t>53:40  maulana, agla sawal bheja hai ek srinagar se aamir mori sahab ne. unhon ne likha hai:</w:t>
      </w:r>
      <w:r>
        <w:br/>
      </w:r>
      <w:r>
        <w:rPr>
          <w:sz w:val="20"/>
        </w:rPr>
        <w:t>53:49  when a reader reads quran for the first time, his heart and mind gets filled with curiosity and that how he should start it, because quran is not in a story format, it is present in verses.</w:t>
      </w:r>
      <w:r>
        <w:br/>
      </w:r>
      <w:r>
        <w:rPr>
          <w:sz w:val="20"/>
        </w:rPr>
        <w:t>54:07  maulana sahab, what is your suggestion of reading the quran by non muslims or those who are reading quran for the first time?</w:t>
      </w:r>
      <w:r>
        <w:br/>
      </w:r>
      <w:r>
        <w:rPr>
          <w:sz w:val="20"/>
        </w:rPr>
        <w:t>54:20  main bar bar samajhta hoon ke koi is ka formula nahi hai. quran ka tarjuma un ki understandable language mein dijiye, bas woh apne aap hi padhenge.</w:t>
      </w:r>
      <w:r>
        <w:br/>
      </w:r>
      <w:r>
        <w:rPr>
          <w:sz w:val="20"/>
        </w:rPr>
        <w:t>54:31  sari duniya mein log chahte hain padhna, yahi kafi hai. aap jahan bhi jaiye, jahan bhi jaiye, log chahte hain quran ko padhna.</w:t>
      </w:r>
      <w:r>
        <w:br/>
      </w:r>
      <w:r>
        <w:rPr>
          <w:sz w:val="20"/>
        </w:rPr>
        <w:t>54:42  aap denge, woh woh padhega. is ke siwa kisi aur cheez ki zaroorat hi nahi hai.</w:t>
      </w:r>
      <w:r>
        <w:br/>
      </w:r>
      <w:r>
        <w:rPr>
          <w:sz w:val="20"/>
        </w:rPr>
        <w:t>54:53  khwaja kaleemuddin sahab ne pennsylvania se comment likha hai: maulana sahab, you have unfolded islamic wisdom to us so much, but we are falling short in disseminating it.</w:t>
      </w:r>
      <w:r>
        <w:br/>
      </w:r>
      <w:r>
        <w:rPr>
          <w:sz w:val="20"/>
        </w:rPr>
        <w:t>55:07  please make dua for us that allah strengthen us in this task. inshallah, inshallah.</w:t>
      </w:r>
    </w:p>
    <w:p>
      <w:pPr>
        <w:pStyle w:val="Heading2"/>
      </w:pPr>
      <w:r>
        <w:t>Ta'lif al-qulub and Surah Al-Kafirun</w:t>
      </w:r>
    </w:p>
    <w:p>
      <w:r>
        <w:rPr>
          <w:color w:val="666666"/>
          <w:sz w:val="18"/>
        </w:rPr>
        <w:t>Quran &amp; Tafsir · Lessons from My Journey to Canada II January 10, 2016 · 1m 41s · at 58:54 · https://youtu.be/GHF2Ph3GW7A?t=3534</w:t>
      </w:r>
    </w:p>
    <w:p>
      <w:r>
        <w:rPr>
          <w:i/>
        </w:rPr>
        <w:t>“You wrote in an issue of Al-Risala that there is no limit to ta'lif al-qulub (reconciliation of hearts). Please tell me why Surah Al-Kafirun was revealed? Is there any difference between the two?”</w:t>
      </w:r>
    </w:p>
    <w:p>
      <w:r>
        <w:rPr>
          <w:sz w:val="20"/>
        </w:rPr>
        <w:t>58:54  maulana, agla sawal thane se aya hai mansoor sardar sahab ne kiya hai, aur unhone likha hai</w:t>
      </w:r>
      <w:r>
        <w:br/>
      </w:r>
      <w:r>
        <w:rPr>
          <w:sz w:val="20"/>
        </w:rPr>
        <w:t>59:00  ke "maulana, aap ne al risala ke ek issue mein likha hai ke talif e qalb ki koi had nahi,</w:t>
      </w:r>
      <w:r>
        <w:br/>
      </w:r>
      <w:r>
        <w:rPr>
          <w:sz w:val="20"/>
        </w:rPr>
        <w:t>59:08  to mujhe yeh batayen ke surah al kafiroon kyun nazil hua? kya dono ke darmiyan koi farq hai?" is</w:t>
      </w:r>
      <w:r>
        <w:br/>
      </w:r>
      <w:r>
        <w:rPr>
          <w:sz w:val="20"/>
        </w:rPr>
        <w:t>59:16  ko wazeh karen.</w:t>
      </w:r>
      <w:r>
        <w:br/>
      </w:r>
      <w:r>
        <w:rPr>
          <w:sz w:val="20"/>
        </w:rPr>
        <w:t>59:18  surah al kafiroon se talif e qalb ka koi talluq nahi.</w:t>
      </w:r>
      <w:r>
        <w:br/>
      </w:r>
      <w:r>
        <w:rPr>
          <w:sz w:val="20"/>
        </w:rPr>
        <w:t>59:23  is mein aisi koi baat to hai nahi.</w:t>
      </w:r>
      <w:r>
        <w:br/>
      </w:r>
      <w:r>
        <w:rPr>
          <w:sz w:val="20"/>
        </w:rPr>
        <w:t>59:26  talif e qalb karo ya talif e qalb na karo, yeh to is mein kahin hai nahi.</w:t>
      </w:r>
      <w:r>
        <w:br/>
      </w:r>
      <w:r>
        <w:rPr>
          <w:sz w:val="20"/>
        </w:rPr>
        <w:t>59:32  talif e qalb ka masla to surah at tubah mein hai.</w:t>
      </w:r>
      <w:r>
        <w:br/>
      </w:r>
      <w:r>
        <w:rPr>
          <w:sz w:val="20"/>
        </w:rPr>
        <w:t>59:39  to mein nahi samajh saka ke surah al kafiroon se is ka kya talluq hai.</w:t>
      </w:r>
      <w:r>
        <w:br/>
      </w:r>
      <w:r>
        <w:rPr>
          <w:sz w:val="20"/>
        </w:rPr>
        <w:t>59:46  yeh dawat ka, talif e qalb ka mozu, dawat ka mozu hai, aur woh surah at tubah mein bataya gaya</w:t>
      </w:r>
      <w:r>
        <w:br/>
      </w:r>
      <w:r>
        <w:rPr>
          <w:sz w:val="20"/>
        </w:rPr>
        <w:t>59:53  hai. Aur yeh fitrat ka qanoon hai.</w:t>
      </w:r>
      <w:r>
        <w:br/>
      </w:r>
      <w:r>
        <w:rPr>
          <w:sz w:val="20"/>
        </w:rPr>
        <w:t>59:57  Jaise jo business man hotay hain, un ka haq aata hai customer behaviour, customer friendly behaviour.</w:t>
      </w:r>
      <w:r>
        <w:br/>
      </w:r>
      <w:r>
        <w:rPr>
          <w:sz w:val="20"/>
        </w:rPr>
        <w:t>1:00:06  Yaani business world mein bola jata hai customer friendly behaviour.</w:t>
      </w:r>
      <w:r>
        <w:br/>
      </w:r>
      <w:r>
        <w:rPr>
          <w:sz w:val="20"/>
        </w:rPr>
        <w:t>1:00:11  Yahi to hai talif-e-qalb.</w:t>
      </w:r>
      <w:r>
        <w:br/>
      </w:r>
      <w:r>
        <w:rPr>
          <w:sz w:val="20"/>
        </w:rPr>
        <w:t>1:00:13  To talif-e-qalb aik aik aam baat hai, aik laaf nature hai.</w:t>
      </w:r>
      <w:r>
        <w:br/>
      </w:r>
      <w:r>
        <w:rPr>
          <w:sz w:val="20"/>
        </w:rPr>
        <w:t>1:00:17  Woh koi mushir cheez nahi hai.</w:t>
      </w:r>
      <w:r>
        <w:br/>
      </w:r>
      <w:r>
        <w:rPr>
          <w:sz w:val="20"/>
        </w:rPr>
        <w:t>1:00:20  Jis cheez ko business world mein kehtay hain customer friendly behaviour, wahi daai ke liye hai madu friendly</w:t>
      </w:r>
      <w:r>
        <w:br/>
      </w:r>
      <w:r>
        <w:rPr>
          <w:sz w:val="20"/>
        </w:rPr>
        <w:t>1:00:28  behaviour. Bas madu friendly behaviour ka naam hai talif-e-qalb.</w:t>
      </w:r>
    </w:p>
    <w:p>
      <w:pPr>
        <w:pStyle w:val="Heading2"/>
      </w:pPr>
      <w:r>
        <w:t>Teaching Quran to objective minds</w:t>
      </w:r>
    </w:p>
    <w:p>
      <w:r>
        <w:rPr>
          <w:color w:val="666666"/>
          <w:sz w:val="18"/>
        </w:rPr>
        <w:t>Quran &amp; Tafsir · The Straight Path October 30, 2011 Maulana Wahiduddin Khan · 47s · at 1:36:42 · https://youtu.be/PKFHe82Jz58?t=5802</w:t>
      </w:r>
    </w:p>
    <w:p>
      <w:r>
        <w:rPr>
          <w:i/>
        </w:rPr>
        <w:t>“We are having Quran classes every Friday in our college. How can we teach and learn Quran in a way that is fruitful for shaping our life and at the same time seems reasonable to objective minds?”</w:t>
      </w:r>
    </w:p>
    <w:p>
      <w:r>
        <w:rPr>
          <w:sz w:val="20"/>
        </w:rPr>
        <w:t>1:36:42  mister riyaz bhat ne kashmir se sawal kiya hai. unhone likha hai: "we are having quran classes every friday in our college.</w:t>
      </w:r>
      <w:r>
        <w:br/>
      </w:r>
      <w:r>
        <w:rPr>
          <w:sz w:val="20"/>
        </w:rPr>
        <w:t>1:36:51  how can we teach or learn quran? which can be fruitful for us in shaping our life and at the same time same reasonable to our objective minds?" kindly comment.</w:t>
      </w:r>
      <w:r>
        <w:br/>
      </w:r>
      <w:r>
        <w:rPr>
          <w:sz w:val="20"/>
        </w:rPr>
        <w:t>1:37:07  bhai, iska koi mechanical tareeqa to hai nahi.</w:t>
      </w:r>
      <w:r>
        <w:br/>
      </w:r>
      <w:r>
        <w:rPr>
          <w:sz w:val="20"/>
        </w:rPr>
        <w:t>1:37:12  koi aisa, yani aap padhiye, dua kijiye,</w:t>
      </w:r>
      <w:r>
        <w:br/>
      </w:r>
      <w:r>
        <w:rPr>
          <w:sz w:val="20"/>
        </w:rPr>
        <w:t>1:37:21  logon ke mind ko samjhiye, uske mutabiq baatein kahiye. iska koi, yani hard and fast rule nahi hai.</w:t>
      </w:r>
    </w:p>
    <w:p>
      <w:pPr>
        <w:pStyle w:val="Heading2"/>
      </w:pPr>
      <w:r>
        <w:t>Terrorists' misinterpretation of Quran</w:t>
      </w:r>
    </w:p>
    <w:p>
      <w:r>
        <w:rPr>
          <w:color w:val="666666"/>
          <w:sz w:val="18"/>
        </w:rPr>
        <w:t>Quran &amp; Tafsir · How to Manage Controversy 10 Nov 2019 - Maulana Wahiduddin Khan · 2m 44s · at 56:37 · https://youtu.be/UafTzJXHrSA?t=3397</w:t>
      </w:r>
    </w:p>
    <w:p>
      <w:r>
        <w:rPr>
          <w:i/>
        </w:rPr>
        <w:t>“Which Quran do terrorists read that makes them intent on killing everyone? What wrong teachings are they given? Please clarify.”</w:t>
      </w:r>
    </w:p>
    <w:p>
      <w:r>
        <w:rPr>
          <w:sz w:val="20"/>
        </w:rPr>
        <w:t>56:37  hyderabad se rishi chaurasiya sahib ne sawal kiya hai. unhone aapse poocha hai: "maulana sahib, yeh sare terrorist kon si kitab, kon si quran padhte hain jo sab ko maarne par tul jaate hain?</w:t>
      </w:r>
      <w:r>
        <w:br/>
      </w:r>
      <w:r>
        <w:rPr>
          <w:sz w:val="20"/>
        </w:rPr>
        <w:t>56:52  unhe kon si galat shisha di jati hai? is ko clarify karen."</w:t>
      </w:r>
      <w:r>
        <w:br/>
      </w:r>
      <w:r>
        <w:rPr>
          <w:sz w:val="20"/>
        </w:rPr>
        <w:t>57:01  woh ek lafz mein yeh hai ke hamare jitne bhi likhne aur bolne wale log hain, unhone quran se</w:t>
      </w:r>
      <w:r>
        <w:br/>
      </w:r>
      <w:r>
        <w:rPr>
          <w:sz w:val="20"/>
        </w:rPr>
        <w:t>57:16  har jagah quran mein bas</w:t>
      </w:r>
      <w:r>
        <w:br/>
      </w:r>
      <w:r>
        <w:rPr>
          <w:sz w:val="20"/>
        </w:rPr>
        <w:t>57:22  jihad likh rakha hai aur</w:t>
      </w:r>
      <w:r>
        <w:br/>
      </w:r>
      <w:r>
        <w:rPr>
          <w:sz w:val="20"/>
        </w:rPr>
        <w:t>57:29  peace ko hadaf kar rakha hai. aap kisi bhi tafsir ko padhiye, har har tafsir mein yahi milega aap ko. ab main kya karun?</w:t>
      </w:r>
      <w:r>
        <w:br/>
      </w:r>
      <w:r>
        <w:rPr>
          <w:sz w:val="20"/>
        </w:rPr>
        <w:t>57:39  yeh waqia hai ke tafsiron mein yahi ho gaya hai jo ke islam nahi hai. to aap mujh se mat poochhiye, aap in kitabon ko padhiye, in tafsiron ko padhiye aur dekhiye kya yeh baat hai ke nahi hai.</w:t>
      </w:r>
      <w:r>
        <w:br/>
      </w:r>
      <w:r>
        <w:rPr>
          <w:sz w:val="20"/>
        </w:rPr>
        <w:t>57:59  musalli jihad jo karte hain, log is ko bara darja de rakha hai</w:t>
      </w:r>
      <w:r>
        <w:br/>
      </w:r>
      <w:r>
        <w:rPr>
          <w:sz w:val="20"/>
        </w:rPr>
        <w:t>58:09  aur mere paas koi doosra jawab nahi hai. aap khud in kitabon ko, in tafsiron ko dekhiye.</w:t>
      </w:r>
      <w:r>
        <w:br/>
      </w:r>
      <w:r>
        <w:rPr>
          <w:sz w:val="20"/>
        </w:rPr>
        <w:t>58:24  maulana, agla comment bheja hai sajid anwar sahib ne mumbai se. unhone likha hai: "maulana, from today lecture, i have learned a completely new aspect of hudaybiyah treaty, that not to make a problem into controversy.</w:t>
      </w:r>
      <w:r>
        <w:br/>
      </w:r>
      <w:r>
        <w:rPr>
          <w:sz w:val="20"/>
        </w:rPr>
        <w:t>58:41  this is a great learning. i will follow this principle in all aspects of life. jazak allah maulana." masha allah.</w:t>
      </w:r>
      <w:r>
        <w:br/>
      </w:r>
      <w:r>
        <w:rPr>
          <w:sz w:val="20"/>
        </w:rPr>
        <w:t>58:51  professor farida khanoom ne delhi se likha hai: "it is exactly true that muslims have no fear of god.</w:t>
      </w:r>
      <w:r>
        <w:br/>
      </w:r>
      <w:r>
        <w:rPr>
          <w:sz w:val="20"/>
        </w:rPr>
        <w:t>58:59  i had been associated with the muslim institution for 25 years, but i never heard any of them engaged in serious conversation about god, paradise and the hereafter.</w:t>
      </w:r>
      <w:r>
        <w:br/>
      </w:r>
      <w:r>
        <w:rPr>
          <w:sz w:val="20"/>
        </w:rPr>
        <w:t>59:14  their material concerns are their only focus."</w:t>
      </w:r>
    </w:p>
    <w:p>
      <w:pPr>
        <w:pStyle w:val="Heading2"/>
      </w:pPr>
      <w:r>
        <w:t>Thematic Quran study for desired results</w:t>
      </w:r>
    </w:p>
    <w:p>
      <w:r>
        <w:rPr>
          <w:color w:val="666666"/>
          <w:sz w:val="18"/>
        </w:rPr>
        <w:t>Quran &amp; Tafsir · The Quran September 20, 2020 Maulana Wahiduddin Khan · 7m 10s · at 11:19 · https://youtu.be/yQZGg2A0-Tk?t=679</w:t>
      </w:r>
    </w:p>
    <w:p>
      <w:r>
        <w:rPr>
          <w:i/>
        </w:rPr>
        <w:t>“Does studying the Quran thematically give the desired result, or what is the method to know the desired?”</w:t>
      </w:r>
    </w:p>
    <w:p>
      <w:r>
        <w:rPr>
          <w:sz w:val="20"/>
        </w:rPr>
        <w:t>11:19  Maulana, yeh sawal Maulana Iqbal Umri ne bheja hai: "quran ka mawzuati mutalea karne se matlab milta hai ya kya tareeqa hai matlab janne ka?"</w:t>
      </w:r>
      <w:r>
        <w:br/>
      </w:r>
      <w:r>
        <w:rPr>
          <w:sz w:val="20"/>
        </w:rPr>
        <w:t>11:39  bas quran ko tadabbur ke sath parhen aur dua karte rahen.</w:t>
      </w:r>
      <w:r>
        <w:br/>
      </w:r>
      <w:r>
        <w:rPr>
          <w:sz w:val="20"/>
        </w:rPr>
        <w:t>11:46  quran ko tadabbur ke sath parhen aur dua karte rahen. yahi tareeqa hai.</w:t>
      </w:r>
      <w:r>
        <w:br/>
      </w:r>
      <w:r>
        <w:rPr>
          <w:sz w:val="20"/>
        </w:rPr>
        <w:t>11:58  unhon ne ek aur cheez poochhi hai Maulana aap se, woh yeh janna chahte hain. unhon ne likha hai: "Maulana, aap ne quran ki woh kaun si ayat pai jis mein quran ka matloob mil gaya?"</w:t>
      </w:r>
      <w:r>
        <w:br/>
      </w:r>
      <w:r>
        <w:rPr>
          <w:sz w:val="20"/>
        </w:rPr>
        <w:t>12:18  yeh to bohat hi, bohat aam sawal hai.</w:t>
      </w:r>
      <w:r>
        <w:br/>
      </w:r>
      <w:r>
        <w:rPr>
          <w:sz w:val="20"/>
        </w:rPr>
        <w:t>12:33  main arz karta hoon ke mujhe is quloob al hadees se, is quloob al hadees se, mislan jab maine yeh hadees padhi ke "ittqoo firasat al momin Allah"</w:t>
      </w:r>
      <w:r>
        <w:br/>
      </w:r>
      <w:r>
        <w:rPr>
          <w:sz w:val="20"/>
        </w:rPr>
        <w:t>12:53  to is se maine jana ke</w:t>
      </w:r>
      <w:r>
        <w:br/>
      </w:r>
      <w:r>
        <w:rPr>
          <w:sz w:val="20"/>
        </w:rPr>
        <w:t>12:59  ke is zindagi ke bare mein Allah rab al alameen ka ek planning hai, uska ek uski thing hai.</w:t>
      </w:r>
      <w:r>
        <w:br/>
      </w:r>
      <w:r>
        <w:rPr>
          <w:sz w:val="20"/>
        </w:rPr>
        <w:t>13:10  to hamein is ke lihaaz se parhna chahiye quran ko</w:t>
      </w:r>
      <w:r>
        <w:br/>
      </w:r>
      <w:r>
        <w:rPr>
          <w:sz w:val="20"/>
        </w:rPr>
        <w:t>13:15  ke Allah rab al alameen ki isi hum thing ko daryaft karen, Khuda ki planning ko janen.</w:t>
      </w:r>
      <w:r>
        <w:br/>
      </w:r>
      <w:r>
        <w:rPr>
          <w:sz w:val="20"/>
        </w:rPr>
        <w:t>13:26  to aap jab daryaft karen ge to woh aap ke mind ko pakad lega.</w:t>
      </w:r>
      <w:r>
        <w:br/>
      </w:r>
      <w:r>
        <w:rPr>
          <w:sz w:val="20"/>
        </w:rPr>
        <w:t>13:33  yeh jo hai ke "ittqoo firasat al momin" to yeh kisi doosre ke bare mein nahi, khud apne bare mein hai.</w:t>
      </w:r>
      <w:r>
        <w:br/>
      </w:r>
      <w:r>
        <w:rPr>
          <w:sz w:val="20"/>
        </w:rPr>
        <w:t>13:49  quran ki daryaft apne aap hi aap ko pakad legi, apne aap pakad legi.</w:t>
      </w:r>
      <w:r>
        <w:br/>
      </w:r>
      <w:r>
        <w:rPr>
          <w:sz w:val="20"/>
        </w:rPr>
        <w:t>14:04  Maulana, yeh sawal Doctor Sani Hasnain Khan sahib ka hai. logon ka kehna hai ke arabi zaban miftah al quran hai.</w:t>
      </w:r>
      <w:r>
        <w:br/>
      </w:r>
      <w:r>
        <w:rPr>
          <w:sz w:val="20"/>
        </w:rPr>
        <w:t>14:14  arabi seekhe baghair quran ko samajhna mumkin nahi. lekin agar aisa ho to arab hazraat quran ke gehre maani samajh lete hain.</w:t>
      </w:r>
      <w:r>
        <w:br/>
      </w:r>
      <w:r>
        <w:rPr>
          <w:sz w:val="20"/>
        </w:rPr>
        <w:t>14:23  lekin aksar arab hazraat materialistic lifestyle guzarte hain aur rituals ko follow karte hain.</w:t>
      </w:r>
      <w:r>
        <w:br/>
      </w:r>
      <w:r>
        <w:rPr>
          <w:sz w:val="20"/>
        </w:rPr>
        <w:t>14:32  mere khayal se yeh bilkul hi baseless baat hai</w:t>
      </w:r>
      <w:r>
        <w:br/>
      </w:r>
      <w:r>
        <w:rPr>
          <w:sz w:val="20"/>
        </w:rPr>
        <w:t>14:39  ke quran aur arabi zaban aap khud expert hon to aap quran ko samajh len ge.</w:t>
      </w:r>
      <w:r>
        <w:br/>
      </w:r>
      <w:r>
        <w:rPr>
          <w:sz w:val="20"/>
        </w:rPr>
        <w:t>14:48  yeh bilkul sahi nahi hai.</w:t>
      </w:r>
      <w:r>
        <w:br/>
      </w:r>
      <w:r>
        <w:rPr>
          <w:sz w:val="20"/>
        </w:rPr>
        <w:t>14:54  quran ke bare mein wahi jo hadees aayi hai, uski zaroorat hai. "</w:t>
      </w:r>
      <w:r>
        <w:br/>
      </w:r>
      <w:r>
        <w:rPr>
          <w:sz w:val="20"/>
        </w:rPr>
        <w:t>15:02  taahud bil quran". haan, yahi yahi. taahud ke bare mein liptna, quran se liapte raho.</w:t>
      </w:r>
      <w:r>
        <w:br/>
      </w:r>
      <w:r>
        <w:rPr>
          <w:sz w:val="20"/>
        </w:rPr>
        <w:t>15:16  kehta hai aap ka matlab hai</w:t>
      </w:r>
      <w:r>
        <w:br/>
      </w:r>
      <w:r>
        <w:rPr>
          <w:sz w:val="20"/>
        </w:rPr>
        <w:t>15:17  quran? Maulana, taahud ka matlab hai barabar uski nigrani karte raho, uske paas lage raho, uske paas</w:t>
      </w:r>
      <w:r>
        <w:br/>
      </w:r>
      <w:r>
        <w:rPr>
          <w:sz w:val="20"/>
        </w:rPr>
        <w:t>15:26  barabar lage raho. maine ek aadmi ko padha hai, dekha hai, woh Taybah Ustad Maulana Abdullah to</w:t>
      </w:r>
      <w:r>
        <w:br/>
      </w:r>
      <w:r>
        <w:rPr>
          <w:sz w:val="20"/>
        </w:rPr>
        <w:t>15:44  un ke sirhane hamesha ek kitaab, dictionary rakhi rehti thi.</w:t>
      </w:r>
      <w:r>
        <w:br/>
      </w:r>
      <w:r>
        <w:rPr>
          <w:sz w:val="20"/>
        </w:rPr>
        <w:t>15:54  do jild mein ya teen jild mein thi kitaab mein</w:t>
      </w:r>
      <w:r>
        <w:br/>
      </w:r>
      <w:r>
        <w:rPr>
          <w:sz w:val="20"/>
        </w:rPr>
        <w:t>16:02  quran ki</w:t>
      </w:r>
      <w:r>
        <w:br/>
      </w:r>
      <w:r>
        <w:rPr>
          <w:sz w:val="20"/>
        </w:rPr>
        <w:t>16:05  jo dictionary thi, woh arabi zaban ki. to woh barabar usi ke sochte rehte the, alfaaz nikalte rehte the bar bar bar.</w:t>
      </w:r>
      <w:r>
        <w:br/>
      </w:r>
      <w:r>
        <w:rPr>
          <w:sz w:val="20"/>
        </w:rPr>
        <w:t>16:23  to un ko main ne paya hai.</w:t>
      </w:r>
      <w:r>
        <w:br/>
      </w:r>
      <w:r>
        <w:rPr>
          <w:sz w:val="20"/>
        </w:rPr>
        <w:t>16:28  aur tumhari kisi ko paya nahi. to quran se jitna zyada aap lapte rahenge, utne zyada aap par quran ki maani khulenge.</w:t>
      </w:r>
      <w:r>
        <w:br/>
      </w:r>
      <w:r>
        <w:rPr>
          <w:sz w:val="20"/>
        </w:rPr>
        <w:t>16:42  maulana, yeh mu'jam to nahi hai?</w:t>
      </w:r>
      <w:r>
        <w:br/>
      </w:r>
      <w:r>
        <w:rPr>
          <w:sz w:val="20"/>
        </w:rPr>
        <w:t>16:46  nahi. mu'jam? nahi, nahi. mu'jam teen jildon mein hai. lughat.</w:t>
      </w:r>
      <w:r>
        <w:br/>
      </w:r>
      <w:r>
        <w:rPr>
          <w:sz w:val="20"/>
        </w:rPr>
        <w:t>17:08  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r>
        <w:br/>
      </w:r>
      <w:r>
        <w:rPr>
          <w:sz w:val="20"/>
        </w:rPr>
        <w:t>17:36  chunanche woh raat mein is mein tadabbur karte the aur din mein is ke baray mein ghor o fikr karte the, is ko khojte the.</w:t>
      </w:r>
      <w:r>
        <w:br/>
      </w:r>
      <w:r>
        <w:rPr>
          <w:sz w:val="20"/>
        </w:rPr>
        <w:t>17:46  bas is ka matlab yahi hai ke woh quran se lapte rehte the. main soch raha hoon yeh baat.</w:t>
      </w:r>
      <w:r>
        <w:br/>
      </w:r>
      <w:r>
        <w:rPr>
          <w:sz w:val="20"/>
        </w:rPr>
        <w:t>17:58  maulana, aap kisi sahib ka hawala dete hain, woh quran mein kisi doosre hawale se jo jis se hum lapte rehne ka matlab samajh sakte hain ke ghalib ke ashaar ke baray mein woh kehte the ke un ke zehn mein ghoomta rehta hai.</w:t>
      </w:r>
      <w:r>
        <w:br/>
      </w:r>
      <w:r>
        <w:rPr>
          <w:sz w:val="20"/>
        </w:rPr>
        <w:t>18:12  haan, main ne dekha hai sahib ko. to wohi quran ke baray mein hona chahiye ke quran ke mutabiq ghoomte rahen aap ke.</w:t>
      </w:r>
      <w:r>
        <w:br/>
      </w:r>
      <w:r>
        <w:rPr>
          <w:sz w:val="20"/>
        </w:rPr>
        <w:t>18:23  to aap dua mein.</w:t>
      </w:r>
    </w:p>
    <w:p>
      <w:pPr>
        <w:pStyle w:val="Heading2"/>
      </w:pPr>
      <w:r>
        <w:t>Things to Avoid for a Deep Quran Connection</w:t>
      </w:r>
    </w:p>
    <w:p>
      <w:r>
        <w:rPr>
          <w:color w:val="666666"/>
          <w:sz w:val="18"/>
        </w:rPr>
        <w:t>Quran &amp; Tafsir · The Quran September 20, 2020 Maulana Wahiduddin Khan · 56s · at 32:05 · https://youtu.be/yQZGg2A0-Tk?t=1925</w:t>
      </w:r>
    </w:p>
    <w:p>
      <w:r>
        <w:rPr>
          <w:i/>
        </w:rPr>
        <w:t>“What are the things we will have to avoid so that we can build a deep connection with the Quran? Please tell us about this.”</w:t>
      </w:r>
    </w:p>
    <w:p>
      <w:r>
        <w:rPr>
          <w:sz w:val="20"/>
        </w:rPr>
        <w:t>32:05  Maulana, agla sawal lete hain. Yeh Mahboob bhai ne bheja hai Mumbai se. Unhon ne likha hai: "Maulana, aisi kaun si baaten hain jo hamein avoid karni hongi jis se hamein Quran se gehra ta'alluq bana rahe?</w:t>
      </w:r>
      <w:r>
        <w:br/>
      </w:r>
      <w:r>
        <w:rPr>
          <w:sz w:val="20"/>
        </w:rPr>
        <w:t>32:22  Is ke bare mein bataen."</w:t>
      </w:r>
      <w:r>
        <w:br/>
      </w:r>
      <w:r>
        <w:rPr>
          <w:sz w:val="20"/>
        </w:rPr>
        <w:t>32:24  Main to samajhta hoon ke ek hi shart hai: woh hai distraction. Distraction se apne ko bachana hoga.</w:t>
      </w:r>
      <w:r>
        <w:br/>
      </w:r>
      <w:r>
        <w:rPr>
          <w:sz w:val="20"/>
        </w:rPr>
        <w:t>32:35  Distraction, theek hai? Distraction bhi kya cheezen woh hain jo aap ko disturb karti hain? To is ke liye aap ko ghaur fikr karna hoga, muta'ala karna hoga.</w:t>
      </w:r>
      <w:r>
        <w:br/>
      </w:r>
      <w:r>
        <w:rPr>
          <w:sz w:val="20"/>
        </w:rPr>
        <w:t>32:51  Kyunke fehrist koi nahin hai. Fehrist nahin koi hai.</w:t>
      </w:r>
    </w:p>
    <w:p>
      <w:pPr>
        <w:pStyle w:val="Heading2"/>
      </w:pPr>
      <w:r>
        <w:t>Translating Allah's name as God in Quran</w:t>
      </w:r>
    </w:p>
    <w:p>
      <w:r>
        <w:rPr>
          <w:color w:val="666666"/>
          <w:sz w:val="18"/>
        </w:rPr>
        <w:t>Quran &amp; Tafsir · Hadith Prediction November 3, 2013 · 1m 49s · at 1:09:14 · https://youtu.be/cb5Lzw9c8aE?t=4154</w:t>
      </w:r>
    </w:p>
    <w:p>
      <w:r>
        <w:rPr>
          <w:i/>
        </w:rPr>
        <w:t>“Can we translate the name of Allah in the regional interpretations of Quran of Telugu, Tamil and English with the word God? What is your advice?”</w:t>
      </w:r>
    </w:p>
    <w:p>
      <w:r>
        <w:rPr>
          <w:sz w:val="20"/>
        </w:rPr>
        <w:t>1:09:14  woh shosha hai. Maulana, agla sawal Hyderabad se hai Mr. Jainat ka. unhone likha hai Maulana sahab Can we translate the name of Allah in the regional interpretations of Quran of Telugu, Tamil and English with the word God</w:t>
      </w:r>
      <w:r>
        <w:br/>
      </w:r>
      <w:r>
        <w:rPr>
          <w:sz w:val="20"/>
        </w:rPr>
        <w:t>1:09:33  ? What is your advice? dekhein, main tarjume ke haq mein nahi hoon. yeh yeh tarjuma connect cheez nahi hoti hai.</w:t>
      </w:r>
      <w:r>
        <w:br/>
      </w:r>
      <w:r>
        <w:rPr>
          <w:sz w:val="20"/>
        </w:rPr>
        <w:t>1:09:43  yeh yeh is ke baad is baat, is ka talluq is baat se hai ke logon mein aam taur par konsa lafz raaj ho chuka hai.</w:t>
      </w:r>
      <w:r>
        <w:br/>
      </w:r>
      <w:r>
        <w:rPr>
          <w:sz w:val="20"/>
        </w:rPr>
        <w:t>1:09:52  is mein lafz Allah bhi dekhiye, pehle mushrikeen ka lafz tha. yeh is par amal bhi karna, koi Jibrael ka diya hua lafz nahi hai. yeh mushrikeen yeh lafz bolte thay.</w:t>
      </w:r>
      <w:r>
        <w:br/>
      </w:r>
      <w:r>
        <w:rPr>
          <w:sz w:val="20"/>
        </w:rPr>
        <w:t>1:10:02  Allah</w:t>
      </w:r>
      <w:r>
        <w:br/>
      </w:r>
      <w:r>
        <w:rPr>
          <w:sz w:val="20"/>
        </w:rPr>
        <w:t>1:10:04  Quran se sabit hai. yeh baat isi tarah se dekhiye, musalman jab Iran mein gaye to Iran mein Farsi zaban thi.</w:t>
      </w:r>
      <w:r>
        <w:br/>
      </w:r>
      <w:r>
        <w:rPr>
          <w:sz w:val="20"/>
        </w:rPr>
        <w:t>1:10:16  wahan par Khuda ka lafz bola jata tha. to musalmanon ne Khuda ka lafz adopt kar liya. ab bare peymane par Khuda ka lafz bola jane laga.</w:t>
      </w:r>
      <w:r>
        <w:br/>
      </w:r>
      <w:r>
        <w:rPr>
          <w:sz w:val="20"/>
        </w:rPr>
        <w:t>1:10:26  to jo lafz is tarah se raaij ho jaye, wohi lafz humein istemal karna hai.</w:t>
      </w:r>
      <w:r>
        <w:br/>
      </w:r>
      <w:r>
        <w:rPr>
          <w:sz w:val="20"/>
        </w:rPr>
        <w:t>1:10:30  koi naya lafz hum tarjume ke taur par shamil karein, yeh woh sahi nahi hoga. yeh baat tarjume ki nahi, balkeh riwaj ki hai. yaad rakhiye, yeh masla tarjume, yeh muamla tarjume ka muamla nahi hai,</w:t>
      </w:r>
      <w:r>
        <w:br/>
      </w:r>
      <w:r>
        <w:rPr>
          <w:sz w:val="20"/>
        </w:rPr>
        <w:t>1:10:43  balkeh aam riwaj ka muamla hai. aam riwaj Khuda ka ho chuka hai, to Khuda hum istemal kar sakte hain.</w:t>
      </w:r>
      <w:r>
        <w:br/>
      </w:r>
      <w:r>
        <w:rPr>
          <w:sz w:val="20"/>
        </w:rPr>
        <w:t>1:10:51  lekin jin alfaz ka aam riwaj nahi hua hai, hum tarjuma kar ke us ko chhapen apni kitabon mein, main us ko sahi nahi samajhta.</w:t>
      </w:r>
    </w:p>
    <w:p>
      <w:pPr>
        <w:pStyle w:val="Heading2"/>
      </w:pPr>
      <w:r>
        <w:t>Unanswered prayers and the promise of God</w:t>
      </w:r>
    </w:p>
    <w:p>
      <w:r>
        <w:rPr>
          <w:color w:val="666666"/>
          <w:sz w:val="18"/>
        </w:rPr>
        <w:t>Quran &amp; Tafsir · How God Manages Human History December 23, 2018 · 1m 25s · at 1:00:40 · https://youtu.be/j_yxigrCl5U?t=3640</w:t>
      </w:r>
    </w:p>
    <w:p>
      <w:r>
        <w:rPr>
          <w:i/>
        </w:rPr>
        <w:t>“Referring to your yesterday's lecture, I have a question: there are many things which people ask in dua but they don't receive them in this world. Then what does this ayat mean which says we have given everything you asked for?”</w:t>
      </w:r>
    </w:p>
    <w:p>
      <w:r>
        <w:rPr>
          <w:sz w:val="20"/>
        </w:rPr>
        <w:t>1:00:40  Maulana, agla sawal Pakistan se Miss Dania Mustafa ne kiya hai. unhone likha hai: "Maulana sahib, referring to your yesterday's lecture, I have a question that there are many things which people ask in dua but they don't receive them in this dunya.</w:t>
      </w:r>
      <w:r>
        <w:br/>
      </w:r>
      <w:r>
        <w:rPr>
          <w:sz w:val="20"/>
        </w:rPr>
        <w:t>1:01:01  Then what does this ayat means which says we have given everything you asked for?"</w:t>
      </w:r>
      <w:r>
        <w:br/>
      </w:r>
      <w:r>
        <w:rPr>
          <w:sz w:val="20"/>
        </w:rPr>
        <w:t>1:01:14  bhai, woh potential sense mein hai, potential. actual sense mein to actualize to aap ko karna hai. ka hota hai iske apni aql ko istemal kijiye, art of measurement seekhiye.</w:t>
      </w:r>
      <w:r>
        <w:br/>
      </w:r>
      <w:r>
        <w:rPr>
          <w:sz w:val="20"/>
        </w:rPr>
        <w:t>1:01:28  woh potential sense mein hai,</w:t>
      </w:r>
      <w:r>
        <w:br/>
      </w:r>
      <w:r>
        <w:rPr>
          <w:sz w:val="20"/>
        </w:rPr>
        <w:t>1:01:33  hata ke pani itni aam cheez hai. subah ko main jab is mein gaya bathroom mein to main socha ke pani ko istemal karne ke liye mujhe ek system lagana parega.</w:t>
      </w:r>
      <w:r>
        <w:br/>
      </w:r>
      <w:r>
        <w:rPr>
          <w:sz w:val="20"/>
        </w:rPr>
        <w:t>1:01:48  to kal hi hum ne ek plumber ko bulaya. to Allah taala ne sab kuch diya hai, including pani.</w:t>
      </w:r>
      <w:r>
        <w:br/>
      </w:r>
      <w:r>
        <w:rPr>
          <w:sz w:val="20"/>
        </w:rPr>
        <w:t>1:01:56  lekin manage to aap ko karna hai, isko actualize to aap ko karna hai.</w:t>
      </w:r>
    </w:p>
    <w:p>
      <w:pPr>
        <w:pStyle w:val="Heading2"/>
      </w:pPr>
      <w:r>
        <w:t>Understanding Kitab and Hikmah in Quran</w:t>
      </w:r>
    </w:p>
    <w:p>
      <w:r>
        <w:rPr>
          <w:color w:val="666666"/>
          <w:sz w:val="18"/>
        </w:rPr>
        <w:t>Quran &amp; Tafsir · Studying The Quran with Open Mind October 20, 2019 Maulana Wahiduddin Khan · 1m 00s · at 51:15 · https://youtu.be/OPyJO5TP_wI?t=3075</w:t>
      </w:r>
    </w:p>
    <w:p>
      <w:r>
        <w:rPr>
          <w:i/>
        </w:rPr>
        <w:t>“If I could correctly understand the explanation of Kitab and Hikmah, it is that the Quran is a divine message which addresses the mankind in hints and quotes and...”</w:t>
      </w:r>
    </w:p>
    <w:p>
      <w:r>
        <w:rPr>
          <w:sz w:val="20"/>
        </w:rPr>
        <w:t>51:15  thank you so much Maulana for this concept either to unknown to me jazak Allah Maulana agla sawal bheja hai Riyaz Bhatt sahib ne</w:t>
      </w:r>
      <w:r>
        <w:br/>
      </w:r>
      <w:r>
        <w:rPr>
          <w:sz w:val="20"/>
        </w:rPr>
        <w:t>51:31  bangalore se unho ne likha hai molana sahib if i could correctly understand the explanation of kitab and</w:t>
      </w:r>
      <w:r>
        <w:br/>
      </w:r>
      <w:r>
        <w:rPr>
          <w:sz w:val="20"/>
        </w:rPr>
        <w:t>51:38  hikmah it is that the quran is divine message which addresses the mankind in hints and quotes and</w:t>
      </w:r>
      <w:r>
        <w:br/>
      </w:r>
      <w:r>
        <w:rPr>
          <w:sz w:val="20"/>
        </w:rPr>
        <w:t>51:48  the human intellect has to explore the messages given in these hints and quotes for application in given</w:t>
      </w:r>
      <w:r>
        <w:br/>
      </w:r>
      <w:r>
        <w:rPr>
          <w:sz w:val="20"/>
        </w:rPr>
        <w:t>51:56  circumstances molana sahib have i got this correct</w:t>
      </w:r>
      <w:r>
        <w:br/>
      </w:r>
      <w:r>
        <w:rPr>
          <w:sz w:val="20"/>
        </w:rPr>
        <w:t>52:06  haan theek hai mere khayal mein is mein koi be theek baat to hai nahi</w:t>
      </w:r>
    </w:p>
    <w:p>
      <w:pPr>
        <w:pStyle w:val="Heading2"/>
      </w:pPr>
      <w:r>
        <w:t>Understanding Quran 3:103 on brotherhood</w:t>
      </w:r>
    </w:p>
    <w:p>
      <w:r>
        <w:rPr>
          <w:color w:val="666666"/>
          <w:sz w:val="18"/>
        </w:rPr>
        <w:t>Quran &amp; Tafsir · Importance of Peace August 17, 2014 · 1m 55s · at 58:57 · https://youtu.be/ifxSwh2Jckw?t=3537</w:t>
      </w:r>
    </w:p>
    <w:p>
      <w:r>
        <w:rPr>
          <w:i/>
        </w:rPr>
        <w:t>“In chapter three, verse number one zero three of Quran, it is mentioned: when you were enemies and He brought your hearts together and you became by His favor brothers, and you were on the edge of a pit of the fire and He saved you from it. As I understand this verse, I have understood that Arabs were in a chain of wars, but Islam changed this system.”</w:t>
      </w:r>
    </w:p>
    <w:p>
      <w:r>
        <w:rPr>
          <w:sz w:val="20"/>
        </w:rPr>
        <w:t>58:57  maulana, agla sawal chennai se Maulana Iqbal Umri ne kiya hai. aur unhone likha hai: Maulana, in chapter three, verse number one zero three of Quran, it is mentioned: when you were enemies and he brought your hearts together and you became by his favor brothers,</w:t>
      </w:r>
      <w:r>
        <w:br/>
      </w:r>
      <w:r>
        <w:rPr>
          <w:sz w:val="20"/>
        </w:rPr>
        <w:t>59:19  and you were on the edge of a pit of the fire and he saved you from it.</w:t>
      </w:r>
      <w:r>
        <w:br/>
      </w:r>
      <w:r>
        <w:rPr>
          <w:sz w:val="20"/>
        </w:rPr>
        <w:t>59:26  Maulana, as I understand this verse, I have understood that Arabs were in a chain of wars, but Islam changed this system.</w:t>
      </w:r>
      <w:r>
        <w:br/>
      </w:r>
      <w:r>
        <w:rPr>
          <w:sz w:val="20"/>
        </w:rPr>
        <w:t>59:36  Am Iright? Please clarify. dekhiye, yeh aayat jo hai kuntu ala shafah hubritim minan nar</w:t>
      </w:r>
      <w:r>
        <w:br/>
      </w:r>
      <w:r>
        <w:rPr>
          <w:sz w:val="20"/>
        </w:rPr>
        <w:t>59:44  i aayat ke jo alfaaz hain kuntu ala shafah hubritim minan nar aag ke kinare khade thay.</w:t>
      </w:r>
      <w:r>
        <w:br/>
      </w:r>
      <w:r>
        <w:rPr>
          <w:sz w:val="20"/>
        </w:rPr>
        <w:t>59:53  to yeh mufassireen samajh nahi paaye ke aag ke kinare ka kya matlab hai. aag ke kinare ka matlab yeh hai ke chain war tumhare jaari thi. woh jo haal hi mein kaha hai ke abubakar aur taghlab ki baham ladai, sadi ek unhone gawahi.</w:t>
      </w:r>
      <w:r>
        <w:br/>
      </w:r>
      <w:r>
        <w:rPr>
          <w:sz w:val="20"/>
        </w:rPr>
        <w:t>1:00:12  yaani laday chal rahe hain, laday chal rahe hain.</w:t>
      </w:r>
      <w:r>
        <w:br/>
      </w:r>
      <w:r>
        <w:rPr>
          <w:sz w:val="20"/>
        </w:rPr>
        <w:t>1:00:15  kyun? har war ke baad phir intiqami war. har war ke baad ek intiqami war. isi ko kehte hain chain war. to wahan jis aag ka zikr hai Quran majeed mein, woh is chain war murad hai is se.</w:t>
      </w:r>
      <w:r>
        <w:br/>
      </w:r>
      <w:r>
        <w:rPr>
          <w:sz w:val="20"/>
        </w:rPr>
        <w:t>1:00:31  aur Islam ne formula diya hai ke chain war ko khatam karne ke liye yaktarfa sulah ek fareeq apne aap ko sulah par raazi kar le to fareeq aasani se apne aap raazi ho jayega.</w:t>
      </w:r>
      <w:r>
        <w:br/>
      </w:r>
      <w:r>
        <w:rPr>
          <w:sz w:val="20"/>
        </w:rPr>
        <w:t>1:00:44  is mein yahi chain war murad hai.</w:t>
      </w:r>
    </w:p>
    <w:p>
      <w:pPr>
        <w:pStyle w:val="Heading2"/>
      </w:pPr>
      <w:r>
        <w:t>Understanding Quran and Hadith Principles</w:t>
      </w:r>
    </w:p>
    <w:p>
      <w:r>
        <w:rPr>
          <w:color w:val="666666"/>
          <w:sz w:val="18"/>
        </w:rPr>
        <w:t>Quran &amp; Tafsir · The Secret of Divine Wisdom September 2, 2012 · 4m 08s · at 1:36:09 · https://youtu.be/ZXQlrW7PqAE?t=5769</w:t>
      </w:r>
    </w:p>
    <w:p>
      <w:r>
        <w:rPr>
          <w:i/>
        </w:rPr>
        <w:t>“You say that the Quran and Hadith have general principles. How can we understand these principles? Kindly comment.”</w:t>
      </w:r>
    </w:p>
    <w:p>
      <w:r>
        <w:rPr>
          <w:sz w:val="20"/>
        </w:rPr>
        <w:t>1:36:09  yahi kahengay baqi jo hai woh Allah ka mu'amla hai woh Allah hi kar sakta hai hum nahi kar sakte maulana agla sawal dilli se hai miss naghma siddiqui ka unho'n ne likha hai maulana you say all quran verses hadith have a general principle how can we understand these principles kindly comment</w:t>
      </w:r>
      <w:r>
        <w:br/>
      </w:r>
      <w:r>
        <w:rPr>
          <w:sz w:val="20"/>
        </w:rPr>
        <w:t>1:36:36  ek hi tareeqa hai ap ab apni aql ko bachayen aql ko bachana jo hai asal ahmiyat is ki hai dekhiye bachana kya cheez hai main ap ko do qissay batata hoon dilli mein ek hakeem thay aj kal ke hakeem nahi is zamanay ke hakeem jo bohat hi doosray dhang ke log hotay thay</w:t>
      </w:r>
      <w:r>
        <w:br/>
      </w:r>
      <w:r>
        <w:rPr>
          <w:sz w:val="20"/>
        </w:rPr>
        <w:t>1:37:05  to wo yani qalam ko istemal nahi kartay thay yani aj ap jab bhi ap jab ap wo likhtay hain yani ek mareez ko dekha ap ne to mareez ko dekhnay ke baad nuskhah likhtay hain to qalam istemal kartay hain qalam se likha ap ne to wo munh se boltay thay wo qalam istemal nahi kartay thay wo</w:t>
      </w:r>
      <w:r>
        <w:br/>
      </w:r>
      <w:r>
        <w:rPr>
          <w:sz w:val="20"/>
        </w:rPr>
        <w:t>1:37:29  kisi ne poocha ke aap sab log qalam istemal karte hain is se nuskhah likhne ke liye aap</w:t>
      </w:r>
      <w:r>
        <w:br/>
      </w:r>
      <w:r>
        <w:rPr>
          <w:sz w:val="20"/>
        </w:rPr>
        <w:t>1:37:34  istemal nahi karte aap bolte hain halanke aap ka hath jo hai theek jo hai istemal karte hain</w:t>
      </w:r>
      <w:r>
        <w:br/>
      </w:r>
      <w:r>
        <w:rPr>
          <w:sz w:val="20"/>
        </w:rPr>
        <w:t>1:37:39  qalam aap to unhon ne jawab diya ke mein apne hath ko mehfooz rakhne ke liye aisa karta</w:t>
      </w:r>
      <w:r>
        <w:br/>
      </w:r>
      <w:r>
        <w:rPr>
          <w:sz w:val="20"/>
        </w:rPr>
        <w:t>1:37:45  hoon kyunke hath se mein nafs dekhta hoon mein hath mein bohat ziyada sensitivity honi chahiye sensitivity</w:t>
      </w:r>
      <w:r>
        <w:br/>
      </w:r>
      <w:r>
        <w:rPr>
          <w:sz w:val="20"/>
        </w:rPr>
        <w:t>1:37:54  jitni ziyada sensitivity hogi utni mein nafs ko pakar paunga</w:t>
      </w:r>
      <w:r>
        <w:br/>
      </w:r>
      <w:r>
        <w:rPr>
          <w:sz w:val="20"/>
        </w:rPr>
        <w:t>1:37:59  to hath ki sensitive sensitivity ko bagh rakhnay ke liye wo qalam nahi pakartay thay wo aur ek misaal main doonga ap ko ke deoband ke maulana anwar shah kashmiri thay un ko aam pasand tha lekin wo aam kaise khatay thay un ka nazariya tha ke khatay aam se hafza kharab hota hai</w:t>
      </w:r>
      <w:r>
        <w:br/>
      </w:r>
      <w:r>
        <w:rPr>
          <w:sz w:val="20"/>
        </w:rPr>
        <w:t>1:38:22  apne hafze ko bohat bachate thay woh to jahan am khana hota tha to aik aadmi bithate thay</w:t>
      </w:r>
      <w:r>
        <w:br/>
      </w:r>
      <w:r>
        <w:rPr>
          <w:sz w:val="20"/>
        </w:rPr>
        <w:t>1:38:27  woh ke pehle chak ke deta batata tha ke am meetha hai khatta hai to khatte wala chhod</w:t>
      </w:r>
      <w:r>
        <w:br/>
      </w:r>
      <w:r>
        <w:rPr>
          <w:sz w:val="20"/>
        </w:rPr>
        <w:t>1:38:34  dete the wo sirf meetha wala lete the wo kyunke un ko wo samajhte hain ke khata am</w:t>
      </w:r>
      <w:r>
        <w:br/>
      </w:r>
      <w:r>
        <w:rPr>
          <w:sz w:val="20"/>
        </w:rPr>
        <w:t>1:38:38  khaunga to mera hafza kharab ho jayega</w:t>
      </w:r>
      <w:r>
        <w:br/>
      </w:r>
      <w:r>
        <w:rPr>
          <w:sz w:val="20"/>
        </w:rPr>
        <w:t>1:38:42  to apni aql ko bachana hai aql to allah ne di har admi ko lekin log bacha nahi</w:t>
      </w:r>
      <w:r>
        <w:br/>
      </w:r>
      <w:r>
        <w:rPr>
          <w:sz w:val="20"/>
        </w:rPr>
        <w:t>1:38:47  pate bachane ke mani kya hain</w:t>
      </w:r>
      <w:r>
        <w:br/>
      </w:r>
      <w:r>
        <w:rPr>
          <w:sz w:val="20"/>
        </w:rPr>
        <w:t>1:38:53  aql mein negative thought dalna aql mein intiqam ke jazbat dalna aur aql mein yani intolerance dalna aql mein yeh sab batain dalna hai ke zalim hai wo sadi si hai yeh sari batain aql ko</w:t>
      </w:r>
      <w:r>
        <w:br/>
      </w:r>
      <w:r>
        <w:rPr>
          <w:sz w:val="20"/>
        </w:rPr>
        <w:t>1:39:16  maaf kar deti hain parda</w:t>
      </w:r>
      <w:r>
        <w:br/>
      </w:r>
      <w:r>
        <w:rPr>
          <w:sz w:val="20"/>
        </w:rPr>
        <w:t>1:39:18  dal deti hain to agar ap apni aql ko bacha saken to is ke baad is ka result yaqeeni tor par milta hai naam ke liye result na milay to sara jo hamein dhiyan dena hai tawajjuh aql ke is khuda ki di hui aql ko mehfooz rakhna bas mehfooz rakhnay ki koshish kijiye baqi aql to apna kaam khud kare gi apna kaam khud kare gi</w:t>
      </w:r>
    </w:p>
    <w:p>
      <w:pPr>
        <w:pStyle w:val="Heading2"/>
      </w:pPr>
      <w:r>
        <w:t>Understanding Quran beyond Arabic language</w:t>
      </w:r>
    </w:p>
    <w:p>
      <w:r>
        <w:rPr>
          <w:color w:val="666666"/>
          <w:sz w:val="18"/>
        </w:rPr>
        <w:t>Quran &amp; Tafsir · The Problem of Evil December 4, 2011 · 3m 19s · at 1:15:16 · https://youtu.be/SMqtVjaGHfw?t=4516</w:t>
      </w:r>
    </w:p>
    <w:p>
      <w:r>
        <w:rPr>
          <w:i/>
        </w:rPr>
        <w:t>“We have been hearing from the beginning that it is necessary to understand the Quran through the Arabic language. But nowadays when we see the people living in Mecca and Medina, it seems that something else is also needed to understand the Quran.”</w:t>
      </w:r>
    </w:p>
    <w:p>
      <w:r>
        <w:rPr>
          <w:sz w:val="20"/>
        </w:rPr>
        <w:t>1:15:16  maulana, agla sawal aaya hai Mr. Amir bin Yusuf ka, Karachi Pakistan se.</w:t>
      </w:r>
      <w:r>
        <w:br/>
      </w:r>
      <w:r>
        <w:rPr>
          <w:sz w:val="20"/>
        </w:rPr>
        <w:t>1:15:21  unhon ne likha hai: "hum shuru se yeh sunte chale aaye hain ke Arabic language se humein quran ko samajhna zaroori hai.</w:t>
      </w:r>
      <w:r>
        <w:br/>
      </w:r>
      <w:r>
        <w:rPr>
          <w:sz w:val="20"/>
        </w:rPr>
        <w:t>1:15:31  magar aaj kal hum jo Makkah aur Madinah mein rehne wale logon ko jab dekhte hain toh aisa lagta hai ke quran ko samajhne ke liye kuch aur bhi chahiye." is ke bare mein bataein.</w:t>
      </w:r>
      <w:r>
        <w:br/>
      </w:r>
      <w:r>
        <w:rPr>
          <w:sz w:val="20"/>
        </w:rPr>
        <w:t>1:15:45  dekhein, quran mein yeh nahin bataya gaya ke tum agar Arabic jaano ge toh quran ko samajh lo ge. yeh toh logon ka khayal hai.</w:t>
      </w:r>
      <w:r>
        <w:br/>
      </w:r>
      <w:r>
        <w:rPr>
          <w:sz w:val="20"/>
        </w:rPr>
        <w:t>1:15:52  yeh kahin bhi nahin bataya quran mein. agar tum Arabic jaano ge toh quran ko samajh lo ge. quran mein hai ke tadabbur karoge toh samjhoge. tadabbur, contemplation.</w:t>
      </w:r>
      <w:r>
        <w:br/>
      </w:r>
      <w:r>
        <w:rPr>
          <w:sz w:val="20"/>
        </w:rPr>
        <w:t>1:16:04  toh Arabic jaanna bhi zaroori hai lekin tarjuma bhi kafi ho sakta hai kisi ke liye agar woh is ke andar tadabbur ki salahiyat ho. tadabbur ka matlab kya hai?</w:t>
      </w:r>
      <w:r>
        <w:br/>
      </w:r>
      <w:r>
        <w:rPr>
          <w:sz w:val="20"/>
        </w:rPr>
        <w:t>1:16:16  tadabbur ka matlab yeh hai ke ek khule zehan ke sath aadmi parhe, kisi bhi complex ke baghair parhe, baais se free ho kar parhe, jazbaat se alag ho kar parhe quran ko to samjhega woh.</w:t>
      </w:r>
      <w:r>
        <w:br/>
      </w:r>
      <w:r>
        <w:rPr>
          <w:sz w:val="20"/>
        </w:rPr>
        <w:t>1:16:34  lekin log jeete hain baais mein, tarah tarah ke ta'assubaat mein, nafrat mein, jazbaat mein. to kya samjhenge aap?</w:t>
      </w:r>
      <w:r>
        <w:br/>
      </w:r>
      <w:r>
        <w:rPr>
          <w:sz w:val="20"/>
        </w:rPr>
        <w:t>1:16:42  jaise misaal ke taur par log jeete hain yahudiyon se nafrat mein to jab parhte hain woh quran majeed ki surah fatiha to ghair al maghzoob likhte hote hain ke is se murad yahudi hain.</w:t>
      </w:r>
      <w:r>
        <w:br/>
      </w:r>
      <w:r>
        <w:rPr>
          <w:sz w:val="20"/>
        </w:rPr>
        <w:t>1:16:54  un ke jeete hain isaiyon se nafrat mein jab parhte hain ghair wal dhalleen to samajhte hain is se murad isai hain. yeh quran ko samajhna nahi hai, yeh ya apne mind ko quran mein parhna hai.</w:t>
      </w:r>
      <w:r>
        <w:br/>
      </w:r>
      <w:r>
        <w:rPr>
          <w:sz w:val="20"/>
        </w:rPr>
        <w:t>1:17:09  to aap nafratein liye hue hon, ta'assubaat liye hue hon aur khud sakhta jazbaat pe jeete hon to wohi quran mein parhenge jo aap mind mein hai.</w:t>
      </w:r>
      <w:r>
        <w:br/>
      </w:r>
      <w:r>
        <w:rPr>
          <w:sz w:val="20"/>
        </w:rPr>
        <w:t>1:17:22  sab se pehle apne mind ko free karna parega, tab quran ko samjhenge aap. arabi janna hargiz hargiz laazmi shart nahi hai.</w:t>
      </w:r>
      <w:r>
        <w:br/>
      </w:r>
      <w:r>
        <w:rPr>
          <w:sz w:val="20"/>
        </w:rPr>
        <w:t>1:17:35  laazmi shart hai apne mind ko free banana,</w:t>
      </w:r>
      <w:r>
        <w:br/>
      </w:r>
      <w:r>
        <w:rPr>
          <w:sz w:val="20"/>
        </w:rPr>
        <w:t>1:17:39  apne mind ko har qism ke ta'assubaat, nafrat aur tarah tarah ke yani khud sakhta soch se apne ko free karna.</w:t>
      </w:r>
      <w:r>
        <w:br/>
      </w:r>
      <w:r>
        <w:rPr>
          <w:sz w:val="20"/>
        </w:rPr>
        <w:t>1:17:50  tab dekhen, arabi zaban ki zaroori is ke liye hai jo scholar banna chahta ho. scholar to ek hai quran ko samajhna, ek hai quran ka scholar banna.</w:t>
      </w:r>
      <w:r>
        <w:br/>
      </w:r>
      <w:r>
        <w:rPr>
          <w:sz w:val="20"/>
        </w:rPr>
        <w:t>1:18:01  scholar yani quran ki buniyad par koi mashal chalana chahte hon aap, tab zaroori hai ke aap arabi janiyen.</w:t>
      </w:r>
      <w:r>
        <w:br/>
      </w:r>
      <w:r>
        <w:rPr>
          <w:sz w:val="20"/>
        </w:rPr>
        <w:t>1:18:09  yani quran ki buniyad par ek mashal uthana chahte hon aap to zaroori hai ke aap arabi janiyen. lekin aap simply follow karne ke liye ke saada taur par apni zindagi mein quran ko lane ke liye to bas quran ko parhiye,</w:t>
      </w:r>
      <w:r>
        <w:br/>
      </w:r>
      <w:r>
        <w:rPr>
          <w:sz w:val="20"/>
        </w:rPr>
        <w:t>1:18:24  woh ta'assubaat se khali ho kar ke to zaroor quran samajh mein aayega aap ke.</w:t>
      </w:r>
    </w:p>
    <w:p>
      <w:pPr>
        <w:pStyle w:val="Heading2"/>
      </w:pPr>
      <w:r>
        <w:t>Understanding Quran through reading</w:t>
      </w:r>
    </w:p>
    <w:p>
      <w:r>
        <w:rPr>
          <w:color w:val="666666"/>
          <w:sz w:val="18"/>
        </w:rPr>
        <w:t>Quran &amp; Tafsir · Freedom of Expression in Islam 30 Sept 2012 - Maulana Wahiduddin Khan · 2m 27s · at 1:12:55 · https://youtu.be/WLlXSyxX8Q4?t=4375</w:t>
      </w:r>
    </w:p>
    <w:p>
      <w:r>
        <w:rPr>
          <w:i/>
        </w:rPr>
        <w:t>“Do you think most people can understand the Quran by simply reading it? Further, would they be able to relate it to Muslims' reactions and demonstrations as in Islam? And we need straightforward articles written explaining with specific Quran surahs. What is your opinion?”</w:t>
      </w:r>
    </w:p>
    <w:p>
      <w:r>
        <w:rPr>
          <w:sz w:val="20"/>
        </w:rPr>
        <w:t>1:12:55  maulana, yeh sawal aaya hai doctor najma siddiqui ka dilli se. unhon ne likha hai: "maulana sahib, do you think that most people can understand quran by simply reading it?</w:t>
      </w:r>
      <w:r>
        <w:br/>
      </w:r>
      <w:r>
        <w:rPr>
          <w:sz w:val="20"/>
        </w:rPr>
        <w:t>1:13:09  further, would they be able to relate it to muslims reactions or demonstrations as in islamic? or we need to have straight forward articles written explaining with specific quran surah.</w:t>
      </w:r>
      <w:r>
        <w:br/>
      </w:r>
      <w:r>
        <w:rPr>
          <w:sz w:val="20"/>
        </w:rPr>
        <w:t>1:13:24  waT iz yor opinion?" dekhiye, aaj mein do level hain. ek to yeh hai ke quran ki jo teaching hai, woh saada tor par is ko janiye, is ko amal kijiye.</w:t>
      </w:r>
      <w:r>
        <w:br/>
      </w:r>
      <w:r>
        <w:rPr>
          <w:sz w:val="20"/>
        </w:rPr>
        <w:t>1:13:42  jaise quran mein aqim-us-salat, hum namaz ada karne lage, is tarah ka aur bohat si teaching hai. to quran ko saada tor par samajhna aur apni daily life mein is par is ko follow karna, yeh to sirf translation parh kar ho jata hai.</w:t>
      </w:r>
      <w:r>
        <w:br/>
      </w:r>
      <w:r>
        <w:rPr>
          <w:sz w:val="20"/>
        </w:rPr>
        <w:t>1:14:03  translation kafi hai is ke liye, lekin deeper meaning jo quran ki hai, to woh to is ke liye baqayda arabi janna chahiye aur bohat garam study karni paregi.</w:t>
      </w:r>
      <w:r>
        <w:br/>
      </w:r>
      <w:r>
        <w:rPr>
          <w:sz w:val="20"/>
        </w:rPr>
        <w:t>1:14:16  to woh woh woh ulama ka kaam hai, woh har ek ka kaam nahi hai. har ek ki yeh zaroorat nahi hai ke woh deeper meaning tak pohnche.</w:t>
      </w:r>
      <w:r>
        <w:br/>
      </w:r>
      <w:r>
        <w:rPr>
          <w:sz w:val="20"/>
        </w:rPr>
        <w:t>1:14:26  aam logon ko itna hi kafi hai ke woh tarjuma parh lein aur is se jo saada tor par jo meaning samajh mein aa rahi hai, us ko follow karein.</w:t>
      </w:r>
      <w:r>
        <w:br/>
      </w:r>
      <w:r>
        <w:rPr>
          <w:sz w:val="20"/>
        </w:rPr>
        <w:t>1:14:36  baqi ulama ka kaam hai ke woh is ko, is ka modern application daryaft karein, is ko redefine karein, is ko aaj ke lehaz se interpretation dein.</w:t>
      </w:r>
      <w:r>
        <w:br/>
      </w:r>
      <w:r>
        <w:rPr>
          <w:sz w:val="20"/>
        </w:rPr>
        <w:t>1:14:49  is ka yeh ulama ka kaam hai. agarche ulama yeh kaam kar nahi rahe hain, lekin behal yeh ulama ki zimmedari hai ke unhein ada karna chahiye.</w:t>
      </w:r>
      <w:r>
        <w:br/>
      </w:r>
      <w:r>
        <w:rPr>
          <w:sz w:val="20"/>
        </w:rPr>
        <w:t>1:14:57  hadith mein aata hai ke ulama-e-ummat kamyab bani israel hain, jo pichle zamane mein yeh kaam na anbiya karte the, ab ulama-e-ummat ko yeh kaam karna hai.</w:t>
      </w:r>
      <w:r>
        <w:br/>
      </w:r>
      <w:r>
        <w:rPr>
          <w:sz w:val="20"/>
        </w:rPr>
        <w:t>1:15:12  to ab woh apni zimmedari ada karein ya na karein, alag baat hai, lekin usoolan yeh ulama ka kaam hai, awam ka kaam nahi hai.</w:t>
      </w:r>
    </w:p>
    <w:p>
      <w:pPr>
        <w:pStyle w:val="Heading2"/>
      </w:pPr>
      <w:r>
        <w:t>Understanding tadabbur formula</w:t>
      </w:r>
    </w:p>
    <w:p>
      <w:r>
        <w:rPr>
          <w:color w:val="666666"/>
          <w:sz w:val="18"/>
        </w:rPr>
        <w:t>Quran &amp; Tafsir · Contemplation on The Quran December 16, 2018 Maulana Wahiduddin Khan · 26s · at 48:48 · https://youtu.be/bSOe1_KKEYk?t=2928</w:t>
      </w:r>
    </w:p>
    <w:p>
      <w:r>
        <w:rPr>
          <w:i/>
        </w:rPr>
        <w:t>“Today I learned the formula of tadabbur. It means right comparison and using common sense. Maulana sahib, please let me know if my understanding is right.”</w:t>
      </w:r>
    </w:p>
    <w:p>
      <w:r>
        <w:rPr>
          <w:sz w:val="20"/>
        </w:rPr>
        <w:t>48:48  doctor junaid shaikh ne molana mumbai se comment aur sawal bheja hai. unhon ne likha hai ke "today i learn the formula of tadabbur" it means right comparison and using common sense.</w:t>
      </w:r>
      <w:r>
        <w:br/>
      </w:r>
      <w:r>
        <w:rPr>
          <w:sz w:val="20"/>
        </w:rPr>
        <w:t>49:03  molana sahib, please let me know if my understanding is right. haan, bilkul sahi hai, is mein koi shaq nahin, bilkul sahi hai aap ki soch.</w:t>
      </w:r>
    </w:p>
    <w:p>
      <w:pPr>
        <w:pStyle w:val="Heading2"/>
      </w:pPr>
      <w:r>
        <w:t>Uniformity in Transactions from Longest Quranic Verse</w:t>
      </w:r>
    </w:p>
    <w:p>
      <w:r>
        <w:rPr>
          <w:color w:val="666666"/>
          <w:sz w:val="18"/>
        </w:rPr>
        <w:t>Quran &amp; Tafsir · Art of Thinking November 02, 2014 Maulana Wahiduddin Khan · 3m 03s · at 55:07 · https://youtu.be/jxGjv30RG1Q?t=3307</w:t>
      </w:r>
    </w:p>
    <w:p>
      <w:r>
        <w:rPr>
          <w:i/>
        </w:rPr>
        <w:t>“You have said that Al-Baqarah verse 282, the longest verse of the Quran, shows an important aspect of transactions: there should be uniformity in dealings. Please elaborate on this.”</w:t>
      </w:r>
    </w:p>
    <w:p>
      <w:r>
        <w:rPr>
          <w:sz w:val="20"/>
        </w:rPr>
        <w:t>55:07  molana, agla sawal Dilli se hai molana farhad ahmad sahib ka aur unhone likha hai: "molana, aap ne yeh kaha hai ke Quran ki Al-Baqarah ayat number 282 sab se lambi ayat hai.</w:t>
      </w:r>
      <w:r>
        <w:br/>
      </w:r>
      <w:r>
        <w:rPr>
          <w:sz w:val="20"/>
        </w:rPr>
        <w:t>55:23  is se mamlat ka ek bohat hi important aspect maloom hota hai. woh yeh hai ke mamlat mein tawad yani uniformity honi chahiye." molana, is ko please elaborate karein.</w:t>
      </w:r>
      <w:r>
        <w:br/>
      </w:r>
      <w:r>
        <w:rPr>
          <w:sz w:val="20"/>
        </w:rPr>
        <w:t>55:40  is ko kehte hain ayat e ma'amla. ma'amla matlab dealing. to dealing jo hai ya ma'amla jo hai is ke bare mein yeh ayat hai, yeh bohat lambi ayat hai ke is ko kehte hain ke jab koi dealing kare to likh lo.</w:t>
      </w:r>
      <w:r>
        <w:br/>
      </w:r>
      <w:r>
        <w:rPr>
          <w:sz w:val="20"/>
        </w:rPr>
        <w:t>55:58  to sirf itna hi nahin kaha ke likh lo balkeh likhne ki bohat detailed hai, is mein bataya gaya hai kaise, aise, aise, aise, ese.</w:t>
      </w:r>
      <w:r>
        <w:br/>
      </w:r>
      <w:r>
        <w:rPr>
          <w:sz w:val="20"/>
        </w:rPr>
        <w:t>56:11  to is se maloom hota hai ke Allah ki nazar mein jo dealing ki baat hai, muamle ki baat hai, woh bohat hi specific tor par well defined honi chahiye taake baad ko koi is mein ek aur interpretation na de sake.</w:t>
      </w:r>
      <w:r>
        <w:br/>
      </w:r>
      <w:r>
        <w:rPr>
          <w:sz w:val="20"/>
        </w:rPr>
        <w:t>56:30  to agar likha hua na ho, zahir hai ke baat ko zabani ho, zabani ho, likha hua na ho to baad ko aadmi woh kahe, woh kuch kahega, woh kuch kahega, woh kuch kahega.</w:t>
      </w:r>
      <w:r>
        <w:br/>
      </w:r>
      <w:r>
        <w:rPr>
          <w:sz w:val="20"/>
        </w:rPr>
        <w:t>56:42  to baad ko kaise yaani determine kiya jaye ke dealing hui thi to kya hui thi? Kya baat tay hui thi?</w:t>
      </w:r>
      <w:r>
        <w:br/>
      </w:r>
      <w:r>
        <w:rPr>
          <w:sz w:val="20"/>
        </w:rPr>
        <w:t>56:51  to woh likha hua wahi kaam ayega. To dealing ya muamla jo aisi cheez hai ke is mein mauqa yeh nahin dena chahiye ke kai qism ki interpretation ho.</w:t>
      </w:r>
      <w:r>
        <w:br/>
      </w:r>
      <w:r>
        <w:rPr>
          <w:sz w:val="20"/>
        </w:rPr>
        <w:t>57:06  is mein matlab tadad interpretation mein tadad na ho balkeh wahdat ho, yaani ek hi interpretation nikle. Jab aap zabani kahenge to jab zabani batata hai aadmi to kuch na kuch alfaaz badal jate hain.</w:t>
      </w:r>
      <w:r>
        <w:br/>
      </w:r>
      <w:r>
        <w:rPr>
          <w:sz w:val="20"/>
        </w:rPr>
        <w:t>57:23  asal asal lafz jo bola gaya tha wahi aap nahin bolte, kuch lafz badal jata hai. Lafz badalne se is ka emphasis badalta hai, is ke angle badalte hain, is ka pehlu badal jata hai.</w:t>
      </w:r>
      <w:r>
        <w:br/>
      </w:r>
      <w:r>
        <w:rPr>
          <w:sz w:val="20"/>
        </w:rPr>
        <w:t>57:34  to phir interpretation naye naye nikalte rehte hain. To dealing ke muamle mein Allah taala chahte hain wahdat, tadad rahe, yaani jab bhi is ko parha jaye aur janne ki koshish ki jaye ke dealing kya hui thi to ek hi rai bane.</w:t>
      </w:r>
      <w:r>
        <w:br/>
      </w:r>
      <w:r>
        <w:rPr>
          <w:sz w:val="20"/>
        </w:rPr>
        <w:t>57:53  aur ek hi rai jab ban payegi jab ke is ko likha jayega, zabani rahega to rai kai ho jayegi. Rai mein jo hai diversity aa jayegi.</w:t>
      </w:r>
      <w:r>
        <w:br/>
      </w:r>
      <w:r>
        <w:rPr>
          <w:sz w:val="20"/>
        </w:rPr>
        <w:t>58:03  taddud yeh mein is ayat se samjha raha tha.</w:t>
      </w:r>
    </w:p>
    <w:p>
      <w:pPr>
        <w:pStyle w:val="Heading2"/>
      </w:pPr>
      <w:r>
        <w:t>Using Quran as a Means of Dawah</w:t>
      </w:r>
    </w:p>
    <w:p>
      <w:r>
        <w:rPr>
          <w:color w:val="666666"/>
          <w:sz w:val="18"/>
        </w:rPr>
        <w:t>Quran &amp; Tafsir · Example of the Prophet March 20, 2016 · 1m 02s · at 1:31:12 · https://youtu.be/79HmhzXU41w?t=5472</w:t>
      </w:r>
    </w:p>
    <w:p>
      <w:r>
        <w:rPr>
          <w:i/>
        </w:rPr>
        <w:t>“How can a Da'ee (one who invites to Islam) use the Quran as a means of Dawah? Please explain.”</w:t>
      </w:r>
    </w:p>
    <w:p>
      <w:r>
        <w:rPr>
          <w:sz w:val="20"/>
        </w:rPr>
        <w:t>1:31:12  maulana, agla sawal lahore se doctor tanveer ahmed sahab ne kiya hai, aur unhon ne aap se poocha</w:t>
      </w:r>
      <w:r>
        <w:br/>
      </w:r>
      <w:r>
        <w:rPr>
          <w:sz w:val="20"/>
        </w:rPr>
        <w:t>1:31:18  hai ke ek daai kis tarah quran ko bator dawat istemal kare, us ke bare mein batayen.</w:t>
      </w:r>
      <w:r>
        <w:br/>
      </w:r>
      <w:r>
        <w:rPr>
          <w:sz w:val="20"/>
        </w:rPr>
        <w:t>1:31:29  bhai, hum to yeh kar rahe hain ke is ka har zaban mein tayyar kar rahe hain, is</w:t>
      </w:r>
      <w:r>
        <w:br/>
      </w:r>
      <w:r>
        <w:rPr>
          <w:sz w:val="20"/>
        </w:rPr>
        <w:t>1:31:33  ko phailate hain.</w:t>
      </w:r>
      <w:r>
        <w:br/>
      </w:r>
      <w:r>
        <w:rPr>
          <w:sz w:val="20"/>
        </w:rPr>
        <w:t>1:31:36  to pehli kitab jo dawat ki quraani hai,</w:t>
      </w:r>
      <w:r>
        <w:br/>
      </w:r>
      <w:r>
        <w:rPr>
          <w:sz w:val="20"/>
        </w:rPr>
        <w:t>1:31:41  hum do cheezen phailate hain: ek quran jo asal kitab dawat hai, doosre literature jis ko hum supporting</w:t>
      </w:r>
      <w:r>
        <w:br/>
      </w:r>
      <w:r>
        <w:rPr>
          <w:sz w:val="20"/>
        </w:rPr>
        <w:t>1:31:50  literature kehte hain.</w:t>
      </w:r>
      <w:r>
        <w:br/>
      </w:r>
      <w:r>
        <w:rPr>
          <w:sz w:val="20"/>
        </w:rPr>
        <w:t>1:31:51  yeh aap bhi kijiye,</w:t>
      </w:r>
      <w:r>
        <w:br/>
      </w:r>
      <w:r>
        <w:rPr>
          <w:sz w:val="20"/>
        </w:rPr>
        <w:t>1:31:54  quran ke tarjume phailaiye, kyunke quran jo hai wohi kitab dawat hai, aur doosri kitab hai phailaiye jis</w:t>
      </w:r>
      <w:r>
        <w:br/>
      </w:r>
      <w:r>
        <w:rPr>
          <w:sz w:val="20"/>
        </w:rPr>
        <w:t>1:32:02  ko hum kehte hain supporting literature.</w:t>
      </w:r>
      <w:r>
        <w:br/>
      </w:r>
      <w:r>
        <w:rPr>
          <w:sz w:val="20"/>
        </w:rPr>
        <w:t>1:32:05  yeh aap bhi kijiye,</w:t>
      </w:r>
      <w:r>
        <w:br/>
      </w:r>
      <w:r>
        <w:rPr>
          <w:sz w:val="20"/>
        </w:rPr>
        <w:t>1:32:08  yeh is ka fitri tareeqa yahi hai.</w:t>
      </w:r>
    </w:p>
    <w:p>
      <w:pPr>
        <w:pStyle w:val="Heading2"/>
      </w:pPr>
      <w:r>
        <w:t>Verse Forbidding Extremism and Fanaticism in Quran</w:t>
      </w:r>
    </w:p>
    <w:p>
      <w:r>
        <w:rPr>
          <w:color w:val="666666"/>
          <w:sz w:val="18"/>
        </w:rPr>
        <w:t>Quran &amp; Tafsir · Realization of God September 15, 2013 · 49s · at 1:14:49 · https://youtu.be/CNEEeM5uyi8?t=4489</w:t>
      </w:r>
    </w:p>
    <w:p>
      <w:r>
        <w:rPr>
          <w:i/>
        </w:rPr>
        <w:t>“Is there any verse in the Quran which says that extremism and fanaticism is not permitted?”</w:t>
      </w:r>
    </w:p>
    <w:p>
      <w:r>
        <w:rPr>
          <w:sz w:val="20"/>
        </w:rPr>
        <w:t>1:14:49  maulana, agla sawal ahmad abad se aya hai, fawad sahib</w:t>
      </w:r>
      <w:r>
        <w:br/>
      </w:r>
      <w:r>
        <w:rPr>
          <w:sz w:val="20"/>
        </w:rPr>
        <w:t>1:14:52  ka. unhon ne ap se poocha hai: "is there any verse in the quran which says that extremism or fanaticism is not permitted?" haan, bilkul hai.</w:t>
      </w:r>
      <w:r>
        <w:br/>
      </w:r>
      <w:r>
        <w:rPr>
          <w:sz w:val="20"/>
        </w:rPr>
        <w:t>1:15:06  la taghlu fi deenikum quran mein hai. ghulu mani extremism. hadith mein bhi hai, quran mein bhi hai.</w:t>
      </w:r>
      <w:r>
        <w:br/>
      </w:r>
      <w:r>
        <w:rPr>
          <w:sz w:val="20"/>
        </w:rPr>
        <w:t>1:15:14  ghulu jo hai, mana hai quran mein aur hadith mein. to ghulu extremism hi ko to ghulu kehte hain. jis cheez ko aaj kal extremism kaha jata hai, wohi hai.</w:t>
      </w:r>
      <w:r>
        <w:br/>
      </w:r>
      <w:r>
        <w:rPr>
          <w:sz w:val="20"/>
        </w:rPr>
        <w:t>1:15:23  ghulu hai, woh woh islam mein nahi hai. yeh jo fundamentalism aur extremism, yeh sari cheezein yahi to ghulu hain.</w:t>
      </w:r>
      <w:r>
        <w:br/>
      </w:r>
      <w:r>
        <w:rPr>
          <w:sz w:val="20"/>
        </w:rPr>
        <w:t>1:15:33  surah nisa mein yeh ayat hai: "la taghlu fi deenikum".</w:t>
      </w:r>
    </w:p>
    <w:p>
      <w:pPr>
        <w:pStyle w:val="Heading2"/>
      </w:pPr>
      <w:r>
        <w:t>Was no compulsion verse abrogated?</w:t>
      </w:r>
    </w:p>
    <w:p>
      <w:r>
        <w:rPr>
          <w:color w:val="666666"/>
          <w:sz w:val="18"/>
        </w:rPr>
        <w:t>Quran &amp; Tafsir · The Prophet An Example of Modesty August 27, 2017 · 2m 06s · at 1:09:11 · https://youtu.be/aR3V4c8fQC4?t=4151</w:t>
      </w:r>
    </w:p>
    <w:p>
      <w:r>
        <w:rPr>
          <w:i/>
        </w:rPr>
        <w:t>“In Quran Allah said there is no compulsion in religion, and after some time it was abrogated by chapter nine verse number twenty-nine, which said, 'Fight those from among the people of the book who believe neither in God nor in the last day, nor hold as unlawful what God and His messengers have declared to be unlawful, nor follow the true religion until they pay the tax willingly and agree to submit.'”</w:t>
      </w:r>
    </w:p>
    <w:p>
      <w:r>
        <w:rPr>
          <w:sz w:val="20"/>
        </w:rPr>
        <w:t>1:09:11  molana, agla sawal bheja hai muhammad tauseef sahib ne, unhon ne location nahi likhi hai. un ka sawal is tarah hai, "In Quran Allah said there is no compulsion in religion,</w:t>
      </w:r>
      <w:r>
        <w:br/>
      </w:r>
      <w:r>
        <w:rPr>
          <w:sz w:val="20"/>
        </w:rPr>
        <w:t>1:09:26  and after some time it was abrogated by chapter nine verse number twenty-nine, which said, 'Fight those from among the people of the book who believe neither in God nor in the last day,</w:t>
      </w:r>
      <w:r>
        <w:br/>
      </w:r>
      <w:r>
        <w:rPr>
          <w:sz w:val="20"/>
        </w:rPr>
        <w:t>1:09:42  nor hold as unlawful what God and His messengers have declared to be unlawful, nor follow the true religion until they pay the tax willingly and agree to sub</w:t>
      </w:r>
      <w:r>
        <w:br/>
      </w:r>
      <w:r>
        <w:rPr>
          <w:sz w:val="20"/>
        </w:rPr>
        <w:t>1:09:55  mit.'" molana sahib, if this verse is correct, then are we to forcibly convert non-Muslims to Islam?</w:t>
      </w:r>
      <w:r>
        <w:br/>
      </w:r>
      <w:r>
        <w:rPr>
          <w:sz w:val="20"/>
        </w:rPr>
        <w:t>1:10:04  What is your answer to this</w:t>
      </w:r>
      <w:r>
        <w:br/>
      </w:r>
      <w:r>
        <w:rPr>
          <w:sz w:val="20"/>
        </w:rPr>
        <w:t>1:10:06  ؟ hargiz nahi, islam mein forcible conversion hai hi nahi. aur yeh jo aap ne farmaya, woh naskh kaise nahi hai?</w:t>
      </w:r>
      <w:r>
        <w:br/>
      </w:r>
      <w:r>
        <w:rPr>
          <w:sz w:val="20"/>
        </w:rPr>
        <w:t>1:10:17  woh jo aap ne ayat padhi, aap aisa kijiye ke aap tazkir ul quran ko padhiye, mutaliq ayaton ko gehrai ke sath padhiye, ghor ke sath to aap ko is mein aap ko jawab mil jayega.</w:t>
      </w:r>
    </w:p>
    <w:p>
      <w:pPr>
        <w:pStyle w:val="Heading2"/>
      </w:pPr>
      <w:r>
        <w:t>What Is Quran's Eternity If Jews Are Not Enemies</w:t>
      </w:r>
    </w:p>
    <w:p>
      <w:r>
        <w:rPr>
          <w:color w:val="666666"/>
          <w:sz w:val="18"/>
        </w:rPr>
        <w:t>Quran &amp; Tafsir · Study of The Quran November 30, 2014 · 2m 39s · at 1:23:15 · https://youtu.be/x3fcJ2nlDow?t=4995</w:t>
      </w:r>
    </w:p>
    <w:p>
      <w:r>
        <w:rPr>
          <w:i/>
        </w:rPr>
        <w:t>“If the Quran is an eternal book and, according to you, the Jewish disbelievers are not our enemies, then what is the eternity of the Quran?”</w:t>
      </w:r>
    </w:p>
    <w:p>
      <w:r>
        <w:rPr>
          <w:sz w:val="20"/>
        </w:rPr>
        <w:t>1:23:15  maulana, agla sawal dilli se kya hai muhammad khizr sahab ne. unhone likha hai: "quran agar ek abadi kitab hai aur aap ke mutabiq kuffar yahood hamare dushman nahi hain to phir quran ki abadit kya hai?" is ke bare mein.</w:t>
      </w:r>
      <w:r>
        <w:br/>
      </w:r>
      <w:r>
        <w:rPr>
          <w:sz w:val="20"/>
        </w:rPr>
        <w:t>1:23:34  ye kaise kaise sawal karte hain log bhai.</w:t>
      </w:r>
      <w:r>
        <w:br/>
      </w:r>
      <w:r>
        <w:rPr>
          <w:sz w:val="20"/>
        </w:rPr>
        <w:t>1:23:39  abadit yahi quran ki? in ko kafir samajhna hai? isi ke liye quran utra tha?</w:t>
      </w:r>
      <w:r>
        <w:br/>
      </w:r>
      <w:r>
        <w:rPr>
          <w:sz w:val="20"/>
        </w:rPr>
        <w:t>1:23:46  hain? dekhiye, makkah ke jo log the un ke bare mein quran mein kufr ka lafz aya.</w:t>
      </w:r>
      <w:r>
        <w:br/>
      </w:r>
      <w:r>
        <w:rPr>
          <w:sz w:val="20"/>
        </w:rPr>
        <w:t>1:23:54  Qul ya ayyuhal kafirun quran mein jo ye ayat hai Qul ya ayyuhal kafirun ye makkah ke bare mein hai.</w:t>
      </w:r>
      <w:r>
        <w:br/>
      </w:r>
      <w:r>
        <w:rPr>
          <w:sz w:val="20"/>
        </w:rPr>
        <w:t>1:24:03  quraish ke bare mein. achha, wahi jo muslim ban gaye sab ke sab. wahi makkah ke log jo hain is ke top ke log sahabi bane.</w:t>
      </w:r>
      <w:r>
        <w:br/>
      </w:r>
      <w:r>
        <w:rPr>
          <w:sz w:val="20"/>
        </w:rPr>
        <w:t>1:24:13  to kya quran ki abadit khatam ho gayi? bas yahood se nafrat aap ko hai, bas yahood se marna hai aap ko ye. to ab sahaba ko mariye naozubillah.</w:t>
      </w:r>
      <w:r>
        <w:br/>
      </w:r>
      <w:r>
        <w:rPr>
          <w:sz w:val="20"/>
        </w:rPr>
        <w:t>1:24:22  kyun ke jin ko quran mein kaha gaya tha kafir, wahi to musalman ho gaye, wahi to sahabi bane.</w:t>
      </w:r>
      <w:r>
        <w:br/>
      </w:r>
      <w:r>
        <w:rPr>
          <w:sz w:val="20"/>
        </w:rPr>
        <w:t>1:24:32  wahi to ahl-e-makkah ke log jo is islam mein dakhil hue the, wahi to sahaba kehelate hain. to quran mein kaha gaya tha in ko kafirun.</w:t>
      </w:r>
      <w:r>
        <w:br/>
      </w:r>
      <w:r>
        <w:rPr>
          <w:sz w:val="20"/>
        </w:rPr>
        <w:t>1:24:42  Qul ya ayyuhal kafirun aur phir isi doosri surah hai ke ya rajjaa nasulil lahe wal fath wa raa tan naaso yad khuluna fi deenil la</w:t>
      </w:r>
      <w:r>
        <w:br/>
      </w:r>
      <w:r>
        <w:rPr>
          <w:sz w:val="20"/>
        </w:rPr>
        <w:t>1:24:53  illahi foujan unhi ke bare mein hai ke jin ko quran ne kafar kaha tha woh fouj dar fouj islam mein dakhil hue. yeh koi tareeqa nahi hai is quran ko samajhne ka.</w:t>
      </w:r>
      <w:r>
        <w:br/>
      </w:r>
      <w:r>
        <w:rPr>
          <w:sz w:val="20"/>
        </w:rPr>
        <w:t>1:25:03  ke aap bas yahood se nafrat hai to yahood se marna hai aap ko. nafrat ki nafsiyat, shaitan ki nafsiyat yaad rakhiye. shaitan, shaitan allah ke is ke bhi nahi samajh saka.</w:t>
      </w:r>
      <w:r>
        <w:br/>
      </w:r>
      <w:r>
        <w:rPr>
          <w:sz w:val="20"/>
        </w:rPr>
        <w:t>1:25:15  shaitan jo hai mubtala hoga nafrat ki nafsiyat mein to allah ke is ke bhi nahi samajh saka</w:t>
      </w:r>
      <w:r>
        <w:br/>
      </w:r>
      <w:r>
        <w:rPr>
          <w:sz w:val="20"/>
        </w:rPr>
        <w:t>1:25:22  . musalman bhi agar nafsiyat, nafrat ki nafsiyat se bahar nahi ayenge to quran ko nahi samajh sakte woh. quran ko samajhne ke liye shart hai ke aap hate, hate psychology se bahar ayen.</w:t>
      </w:r>
      <w:r>
        <w:br/>
      </w:r>
      <w:r>
        <w:rPr>
          <w:sz w:val="20"/>
        </w:rPr>
        <w:t>1:25:37  hate itni buri cheez hai ke shaitan ke dil mein hate aa gaya to allah ke is ke koi nahi samjha woh. is ka mukhalif ho gaya. to musalmanon mein hate ki nafsiyat aa gayi hai.</w:t>
      </w:r>
      <w:r>
        <w:br/>
      </w:r>
      <w:r>
        <w:rPr>
          <w:sz w:val="20"/>
        </w:rPr>
        <w:t>1:25:47  to quran kya samjhenge woh? quran nahi samajh sakte woh.</w:t>
      </w:r>
    </w:p>
    <w:p>
      <w:pPr>
        <w:pStyle w:val="Heading2"/>
      </w:pPr>
      <w:r>
        <w:t>What does stones speaking signify?</w:t>
      </w:r>
    </w:p>
    <w:p>
      <w:r>
        <w:rPr>
          <w:color w:val="666666"/>
          <w:sz w:val="18"/>
        </w:rPr>
        <w:t>Quran &amp; Tafsir · Importance of Wisdom | August 24, 2014 · 43s · at 1:12:46 · https://youtu.be/ZVPLm7fV0t0?t=4366</w:t>
      </w:r>
    </w:p>
    <w:p>
      <w:r>
        <w:rPr>
          <w:i/>
        </w:rPr>
        <w:t>“It is mentioned that if men will not, if people will not speak, then stones will...”</w:t>
      </w:r>
    </w:p>
    <w:p>
      <w:r>
        <w:rPr>
          <w:sz w:val="20"/>
        </w:rPr>
        <w:t>1:12:46  maulana, agla sawal dilli se hai miss sathi malhotra ka.</w:t>
      </w:r>
      <w:r>
        <w:br/>
      </w:r>
      <w:r>
        <w:rPr>
          <w:sz w:val="20"/>
        </w:rPr>
        <w:t>1:12:50  Aur unhone aapse pucha hai ke: It is mentioned that if man will not, if people</w:t>
      </w:r>
      <w:r>
        <w:br/>
      </w:r>
      <w:r>
        <w:rPr>
          <w:sz w:val="20"/>
        </w:rPr>
        <w:t>1:12:55  will not speak, then stones will</w:t>
      </w:r>
      <w:r>
        <w:br/>
      </w:r>
      <w:r>
        <w:rPr>
          <w:sz w:val="20"/>
        </w:rPr>
        <w:t>1:12:59  speak.</w:t>
      </w:r>
      <w:r>
        <w:br/>
      </w:r>
      <w:r>
        <w:rPr>
          <w:sz w:val="20"/>
        </w:rPr>
        <w:t>1:13:03  maulana, can you elaborate on this? dekhen, yeh allegorical language hai, yani tamseel ki zaban hai.</w:t>
      </w:r>
      <w:r>
        <w:br/>
      </w:r>
      <w:r>
        <w:rPr>
          <w:sz w:val="20"/>
        </w:rPr>
        <w:t>1:13:08  yani woh bolne wale pathar nahi honge, woh bhi insan hi honge.</w:t>
      </w:r>
      <w:r>
        <w:br/>
      </w:r>
      <w:r>
        <w:rPr>
          <w:sz w:val="20"/>
        </w:rPr>
        <w:t>1:13:12  matlab jin logon ko samjha jata hai ke yeh to barhe log hain, woh na bolen to chote</w:t>
      </w:r>
      <w:r>
        <w:br/>
      </w:r>
      <w:r>
        <w:rPr>
          <w:sz w:val="20"/>
        </w:rPr>
        <w:t>1:13:16  log bolenge.</w:t>
      </w:r>
      <w:r>
        <w:br/>
      </w:r>
      <w:r>
        <w:rPr>
          <w:sz w:val="20"/>
        </w:rPr>
        <w:t>1:13:21  Allah unhein tofeeq dega bolne ki.</w:t>
      </w:r>
      <w:r>
        <w:br/>
      </w:r>
      <w:r>
        <w:rPr>
          <w:sz w:val="20"/>
        </w:rPr>
        <w:t>1:13:25  Yeh matlab hai is ka.</w:t>
      </w:r>
    </w:p>
    <w:p>
      <w:pPr>
        <w:pStyle w:val="Heading2"/>
      </w:pPr>
      <w:r>
        <w:t>What is tazkiyah (purification) for paradise?</w:t>
      </w:r>
    </w:p>
    <w:p>
      <w:r>
        <w:rPr>
          <w:color w:val="666666"/>
          <w:sz w:val="18"/>
        </w:rPr>
        <w:t>Quran &amp; Tafsir · Materialism and Intellectual Dwarfism 29th April 2012 · 47s · at 1:38:58 · https://youtu.be/qHzARL_r3I4?t=5938</w:t>
      </w:r>
    </w:p>
    <w:p>
      <w:r>
        <w:rPr>
          <w:i/>
        </w:rPr>
        <w:t>“In Quran chapter 20 verse 76, it is stated that paradise is only for those who do tazkiyah. What is tazkiyah? Please clarify clearly.”</w:t>
      </w:r>
    </w:p>
    <w:p>
      <w:r>
        <w:rPr>
          <w:sz w:val="20"/>
        </w:rPr>
        <w:t>1:38:58  agla sawal maulana lucknow se hai mister muhammad mouns sa</w:t>
      </w:r>
      <w:r>
        <w:br/>
      </w:r>
      <w:r>
        <w:rPr>
          <w:sz w:val="20"/>
        </w:rPr>
        <w:t>1:39:03  hab ka unhon ne likha hai ke quran ke chapter 20 verse number 76 mein bataya gaya hai ke paradise sirf un logon ke liye hai jo apna tazkiya karein yeh tazkiya kya hai is ko wazeh wazeh karein bhai is pe to poori kitab hai hamari padhiye is ko tazkiya ke naam se bhi hai aur kitab marifat ke naam se hai</w:t>
      </w:r>
      <w:r>
        <w:br/>
      </w:r>
      <w:r>
        <w:rPr>
          <w:sz w:val="20"/>
        </w:rPr>
        <w:t>1:39:29  tazkiya jo hai agar aap waqai janna chahte hain to choti kitab agar padhna hai aap ko to tazkiya ke naam se chhapi hai woh 50 safhe ki zyada tafseel se padhna chahte hon to kitab marifat padhiye</w:t>
      </w:r>
    </w:p>
    <w:p>
      <w:pPr>
        <w:pStyle w:val="Heading2"/>
      </w:pPr>
      <w:r>
        <w:t>What is the meaning of God's dye in Quran?</w:t>
      </w:r>
    </w:p>
    <w:p>
      <w:r>
        <w:rPr>
          <w:color w:val="666666"/>
          <w:sz w:val="18"/>
        </w:rPr>
        <w:t>Quran &amp; Tafsir · Sahaba and Muhaddithin 24th June 2012 - Maulana Wahiduddin Khan · 3m 02s · at 1:02:19 · https://youtu.be/tUPo7MI0Bdo?t=3739</w:t>
      </w:r>
    </w:p>
    <w:p>
      <w:r>
        <w:rPr>
          <w:i/>
        </w:rPr>
        <w:t>“Maulana, in Quran chapter 2, verse 138 it says: 'We take God's own dye, who is better than God's dye?' Maulana, what is the meaning of God's dye? That is sibghatallah.”</w:t>
      </w:r>
    </w:p>
    <w:p>
      <w:r>
        <w:rPr>
          <w:sz w:val="20"/>
        </w:rPr>
        <w:t>1:02:19  maulana, yeh sawal aaya hai dilli se maulana zakwan nadvi sahab ka. unhon ne likha hai ke quran ke chapter number two, verse number 138 mein aaya hai:</w:t>
      </w:r>
      <w:r>
        <w:br/>
      </w:r>
      <w:r>
        <w:rPr>
          <w:sz w:val="20"/>
        </w:rPr>
        <w:t>1:02:33  "wa nattakhidhu billahi ghayrahu".</w:t>
      </w:r>
      <w:r>
        <w:br/>
      </w:r>
      <w:r>
        <w:rPr>
          <w:sz w:val="20"/>
        </w:rPr>
        <w:t>1:02:36  who is a better dye than God's dye. Maulana, what is the meaning of God's dye? That is sabqat Allah.</w:t>
      </w:r>
      <w:r>
        <w:br/>
      </w:r>
      <w:r>
        <w:rPr>
          <w:sz w:val="20"/>
        </w:rPr>
        <w:t>1:02:46  is ke bare mein bataein.</w:t>
      </w:r>
      <w:r>
        <w:br/>
      </w:r>
      <w:r>
        <w:rPr>
          <w:sz w:val="20"/>
        </w:rPr>
        <w:t>1:02:54  sabqat allah, is mein dekhein, woh aik is ka aik background hai, yeh jis ko kehte hain istibaq eesai logon ke haan.</w:t>
      </w:r>
      <w:r>
        <w:br/>
      </w:r>
      <w:r>
        <w:rPr>
          <w:sz w:val="20"/>
        </w:rPr>
        <w:t>1:03:07  to un ke haan aik rasam thi ke jab woh kisi ko christian banate thay</w:t>
      </w:r>
      <w:r>
        <w:br/>
      </w:r>
      <w:r>
        <w:rPr>
          <w:sz w:val="20"/>
        </w:rPr>
        <w:t>1:03:13  to istibaq karte thay.</w:t>
      </w:r>
      <w:r>
        <w:br/>
      </w:r>
      <w:r>
        <w:rPr>
          <w:sz w:val="20"/>
        </w:rPr>
        <w:t>1:03:18  yani pehle zamanay mein kuch rang, koi khaas rang ka kapra pehnana, ab to shayad pani sakte hain sirf.</w:t>
      </w:r>
      <w:r>
        <w:br/>
      </w:r>
      <w:r>
        <w:rPr>
          <w:sz w:val="20"/>
        </w:rPr>
        <w:t>1:03:29  to is ke background mein yeh alfaaz aaye hain, matlab yeh nahi ke koi rang hota hai allah taala ka.</w:t>
      </w:r>
      <w:r>
        <w:br/>
      </w:r>
      <w:r>
        <w:rPr>
          <w:sz w:val="20"/>
        </w:rPr>
        <w:t>1:03:38  is ka matlab yeh hai ke</w:t>
      </w:r>
      <w:r>
        <w:br/>
      </w:r>
      <w:r>
        <w:rPr>
          <w:sz w:val="20"/>
        </w:rPr>
        <w:t>1:03:43  allah ko, yani allah ki following ke maani mein, allah ko ikhtiyar karo, sirf rang ke maani mein nahi. woh log sirf rang ke maani mein samajh rahe thay ke khaas rang ka kapra ho to woh deendar ban gaya.</w:t>
      </w:r>
      <w:r>
        <w:br/>
      </w:r>
      <w:r>
        <w:rPr>
          <w:sz w:val="20"/>
        </w:rPr>
        <w:t>1:04:00  abhi bhi un ke haan yeh hai, mukhtalif rang ke kapre un ke hotay hain jo batate hain un ke deeni darjay ko.</w:t>
      </w:r>
      <w:r>
        <w:br/>
      </w:r>
      <w:r>
        <w:rPr>
          <w:sz w:val="20"/>
        </w:rPr>
        <w:t>1:04:07  to har mazhab mein aisa hua hai, mazhabi tabqay ne rang ke sath mazhab jor rakha hai. to yahan par bataya gaya ke asli rang woh nahi hai, maadi rang.</w:t>
      </w:r>
      <w:r>
        <w:br/>
      </w:r>
      <w:r>
        <w:rPr>
          <w:sz w:val="20"/>
        </w:rPr>
        <w:t>1:04:19  asli rang yeh hai ke allah ki tabedari.</w:t>
      </w:r>
      <w:r>
        <w:br/>
      </w:r>
      <w:r>
        <w:rPr>
          <w:sz w:val="20"/>
        </w:rPr>
        <w:t>1:04:26  yeh is maani mein mein samajhta hoon kaha gaya hai. doosri baat yeh hai ke rang ki tamseel bohat ba-maani hai. dekhein, yeh pani hai, is mein agar aap pathar ka tukra dalen to alag aa kar wahan par jaye ga, woh pani mein ghule ga nahi.</w:t>
      </w:r>
      <w:r>
        <w:br/>
      </w:r>
      <w:r>
        <w:rPr>
          <w:sz w:val="20"/>
        </w:rPr>
        <w:t>1:04:43  lekin jab rang dalte hain to poore pani mein ghul jata hai. woh</w:t>
      </w:r>
      <w:r>
        <w:br/>
      </w:r>
      <w:r>
        <w:rPr>
          <w:sz w:val="20"/>
        </w:rPr>
        <w:t>1:04:48  to yeh matlab hai ke jis tarah se rang pani mein ghul kar ke poora is mein sarayat kar jata hai, to allah ke deen ko is tarah ikhtiyar karo ke poori shakhsiyat ka hissa ban jaye.</w:t>
      </w:r>
      <w:r>
        <w:br/>
      </w:r>
      <w:r>
        <w:rPr>
          <w:sz w:val="20"/>
        </w:rPr>
        <w:t>1:05:04  aisa na ho ke tumhari shakhsiyat alag hai aur deen alag hai,</w:t>
      </w:r>
      <w:r>
        <w:br/>
      </w:r>
      <w:r>
        <w:rPr>
          <w:sz w:val="20"/>
        </w:rPr>
        <w:t>1:05:09  woh zamima ke tor par na rahe, balkeh tumhari shakhsiyat poori ki poori se woh dhal jaye. yeh matlab hai is ka.</w:t>
      </w:r>
    </w:p>
    <w:p>
      <w:pPr>
        <w:pStyle w:val="Heading2"/>
      </w:pPr>
      <w:r>
        <w:t>What is the required piety in Quran 21:37?</w:t>
      </w:r>
    </w:p>
    <w:p>
      <w:r>
        <w:rPr>
          <w:color w:val="666666"/>
          <w:sz w:val="18"/>
        </w:rPr>
        <w:t>Quran &amp; Tafsir · Eid-al-Azha I October 13, 2013 · 2m 42s · at 1:03:57 · https://youtu.be/oy7zn-uODcU?t=3837</w:t>
      </w:r>
    </w:p>
    <w:p>
      <w:r>
        <w:rPr>
          <w:i/>
        </w:rPr>
        <w:t>“Chapter 21, verse number 37 of the Quran, it is mentioned: 'It is not their flesh nor their blood that reaches Allah, but it is piety from you that reaches Him.' Maulana, what is the required piety in this verse?”</w:t>
      </w:r>
    </w:p>
    <w:p>
      <w:r>
        <w:rPr>
          <w:sz w:val="20"/>
        </w:rPr>
        <w:t>1:03:57  samne aai molana agla sawal chennai se aya hai molana iqbal umri ka unho ne likha hai chapter</w:t>
      </w:r>
      <w:r>
        <w:br/>
      </w:r>
      <w:r>
        <w:rPr>
          <w:sz w:val="20"/>
        </w:rPr>
        <w:t>1:04:05  21 verse number 37 of quran it is mentioned learn yina la yilah lahum wa la damwoha walakin</w:t>
      </w:r>
      <w:r>
        <w:br/>
      </w:r>
      <w:r>
        <w:rPr>
          <w:sz w:val="20"/>
        </w:rPr>
        <w:t>1:04:12  yina al-taqwa minkum molana is ayat mein matloob taqwa kya hai hadith ke woh ayat ke alfaaz yeh</w:t>
      </w:r>
      <w:r>
        <w:br/>
      </w:r>
      <w:r>
        <w:rPr>
          <w:sz w:val="20"/>
        </w:rPr>
        <w:t>1:04:20  hain ke allah minkum yeh is ke zehn mein hai yani qurbani ke zehn mein ke is ka</w:t>
      </w:r>
      <w:r>
        <w:br/>
      </w:r>
      <w:r>
        <w:rPr>
          <w:sz w:val="20"/>
        </w:rPr>
        <w:t>1:04:28  jo khoon aur gosht hai woh allah ko nahi pahunchta balke balke tumhara tumhare dil ka taqwa wahan</w:t>
      </w:r>
      <w:r>
        <w:br/>
      </w:r>
      <w:r>
        <w:rPr>
          <w:sz w:val="20"/>
        </w:rPr>
        <w:t>1:04:36  tak pahunchta hai taqwa ke mani hain yani jis ko kehte hain niyat intention aap ki spirit kis</w:t>
      </w:r>
      <w:r>
        <w:br/>
      </w:r>
      <w:r>
        <w:rPr>
          <w:sz w:val="20"/>
        </w:rPr>
        <w:t>1:04:43  spirit se kaam kiya hai aap ne aap ka lafz badal dijiye aap to baat wazeh ho jaye</w:t>
      </w:r>
      <w:r>
        <w:br/>
      </w:r>
      <w:r>
        <w:rPr>
          <w:sz w:val="20"/>
        </w:rPr>
        <w:t>1:04:51  gi ke aap ne kis spirit se woh kaam kiya hai woh allah dekhta hai yeh nahi ke</w:t>
      </w:r>
      <w:r>
        <w:br/>
      </w:r>
      <w:r>
        <w:rPr>
          <w:sz w:val="20"/>
        </w:rPr>
        <w:t>1:04:59  kitna bara janwar kiya hai kitna chota janwar kiya hai kitna farbe tha kitna kala tha ke safed</w:t>
      </w:r>
      <w:r>
        <w:br/>
      </w:r>
      <w:r>
        <w:rPr>
          <w:sz w:val="20"/>
        </w:rPr>
        <w:t>1:05:06  tha yeh nahi dekhta aap kis spirit se koi kaam kar rahe hain woh dekhta hai allah taala</w:t>
      </w:r>
      <w:r>
        <w:br/>
      </w:r>
      <w:r>
        <w:rPr>
          <w:sz w:val="20"/>
        </w:rPr>
        <w:t>1:05:14  to agar taqwa ki bajaye aap lafz spirit wahan kar dein to baat bilkul wazeh ho jati hai</w:t>
      </w:r>
      <w:r>
        <w:br/>
      </w:r>
      <w:r>
        <w:rPr>
          <w:sz w:val="20"/>
        </w:rPr>
        <w:t>1:05:22  ke zahiri taur par aap ne kiya kiya woh nahi allah ko ahmiyat deta hai allah is ko</w:t>
      </w:r>
      <w:r>
        <w:br/>
      </w:r>
      <w:r>
        <w:rPr>
          <w:sz w:val="20"/>
        </w:rPr>
        <w:t>1:05:30  kis spirit se aap ne kaam kiya hai is ki ahmiyat hai allah taala ko maslan spirit ka</w:t>
      </w:r>
      <w:r>
        <w:br/>
      </w:r>
      <w:r>
        <w:rPr>
          <w:sz w:val="20"/>
        </w:rPr>
        <w:t>1:05:37  matlab yeh hai ke woh aap symbolic tor par aap ne yani janwar ka zibha jo tha woh</w:t>
      </w:r>
      <w:r>
        <w:br/>
      </w:r>
      <w:r>
        <w:rPr>
          <w:sz w:val="20"/>
        </w:rPr>
        <w:t>1:05:45  aap ke liye ek ek symbolic kaam tha symbolic alamaat asal cheez to wohi thi ke maya o</w:t>
      </w:r>
      <w:r>
        <w:br/>
      </w:r>
      <w:r>
        <w:rPr>
          <w:sz w:val="20"/>
        </w:rPr>
        <w:t>1:05:53  mowati allah rabb al-alameen mein mein apni life time ke sath mein aap ko allah ke mission ke</w:t>
      </w:r>
      <w:r>
        <w:br/>
      </w:r>
      <w:r>
        <w:rPr>
          <w:sz w:val="20"/>
        </w:rPr>
        <w:t>1:06:00  liye dedicate karta hoon yeh hai spirit yani poori life poori zindagi sab kuch mein allah ke liye</w:t>
      </w:r>
      <w:r>
        <w:br/>
      </w:r>
      <w:r>
        <w:rPr>
          <w:sz w:val="20"/>
        </w:rPr>
        <w:t>1:06:08  lagata hoon mera jaan mera maal jaan ke mani nahi ke ja ke ladna khwamkhwah is ke mani</w:t>
      </w:r>
      <w:r>
        <w:br/>
      </w:r>
      <w:r>
        <w:rPr>
          <w:sz w:val="20"/>
        </w:rPr>
        <w:t>1:06:16  hain ke zindagi hai apni apna apni energy apni taqat yeh matlab hai is ka isi ko mein</w:t>
      </w:r>
      <w:r>
        <w:br/>
      </w:r>
      <w:r>
        <w:rPr>
          <w:sz w:val="20"/>
        </w:rPr>
        <w:t>1:06:24  spirit keh raha hoon to aap ka aap ke dil mein kon se jazba hai kon si spirit</w:t>
      </w:r>
      <w:r>
        <w:br/>
      </w:r>
      <w:r>
        <w:rPr>
          <w:sz w:val="20"/>
        </w:rPr>
        <w:t>1:06:31  hai aur kya apna kis cheez ko aap ne apna goal bana rakha hai kis cheez ko aap</w:t>
      </w:r>
    </w:p>
    <w:p>
      <w:pPr>
        <w:pStyle w:val="Heading2"/>
      </w:pPr>
      <w:r>
        <w:t>What kind of rizq in Quran 11:6?</w:t>
      </w:r>
    </w:p>
    <w:p>
      <w:r>
        <w:rPr>
          <w:color w:val="666666"/>
          <w:sz w:val="18"/>
        </w:rPr>
        <w:t>Quran &amp; Tafsir · The Secret of Divine Wisdom September 2, 2012 · 5m 02s · at 59:03 · https://youtu.be/ZXQlrW7PqAE?t=3543</w:t>
      </w:r>
    </w:p>
    <w:p>
      <w:r>
        <w:rPr>
          <w:i/>
        </w:rPr>
        <w:t>“In Quran 11:6, what kind of rizq (sustenance) is meant: necessary or comfort? Comfort sustenance is satanic; the rizq refers to provisions for the test of life.”</w:t>
      </w:r>
    </w:p>
    <w:p>
      <w:r>
        <w:rPr>
          <w:sz w:val="20"/>
        </w:rPr>
        <w:t>59:03  maulana yeh sawal aaya hai karachi pakistan se miss samia latif ka unhone likha hai ke quran ke chapter number 11 verse number 6 mein aaya hai allah rizqah is ayat mein rizq se kaun sa rizq murad hai zaroorat wala rizq ya aish wala rizq aish wala durust rizq hi</w:t>
      </w:r>
      <w:r>
        <w:br/>
      </w:r>
      <w:r>
        <w:rPr>
          <w:sz w:val="20"/>
        </w:rPr>
        <w:t>59:29  nahi hai woh to shaitani cheez hai yeh dunya mein insan bheja hi nahi ke aise aish kare woh aish ka mizaj to shaitani mizaj hai rizq ka matlab yeh hai yahan par ke allah ne dunya mein bheja hai imtehan ke liye to imtehan ka saman bhi allah ki taraf se diya jata hai is ko</w:t>
      </w:r>
      <w:r>
        <w:br/>
      </w:r>
      <w:r>
        <w:rPr>
          <w:sz w:val="20"/>
        </w:rPr>
        <w:t>59:58  yeh aisi hi baat hai jaise ke ek student ko examination hall mein jab bulaya jata hai to wahan par us ke liye table hota hai wahan par us ke liye kursi hoti hai wahan par us ke liye chaprasi hota hai yani jo bhi imtehan dene ke liye jo cheezein zaroori hain woh sab maujood hota hai wahan par</w:t>
      </w:r>
      <w:r>
        <w:br/>
      </w:r>
      <w:r>
        <w:rPr>
          <w:sz w:val="20"/>
        </w:rPr>
        <w:t>1:00:25  baqi aish karne ke liye wahan koi sofa set nahi rahega to yahi mamla hai ke allah ne dunya mein bheja hai insan ko test ke liye yeh testing ground hai</w:t>
      </w:r>
      <w:r>
        <w:br/>
      </w:r>
      <w:r>
        <w:rPr>
          <w:sz w:val="20"/>
        </w:rPr>
        <w:t>1:00:40  to allah ke ilm ke mutabiq test ke liye jo cheezein zaroori theen woh sab de diya hai baqi to shaitani cheezein hain jis cheez ke peeche log daud rahe hain</w:t>
      </w:r>
      <w:r>
        <w:br/>
      </w:r>
      <w:r>
        <w:rPr>
          <w:sz w:val="20"/>
        </w:rPr>
        <w:t>1:00:57  kalma sun raha tha radio par to india mein</w:t>
      </w:r>
      <w:r>
        <w:br/>
      </w:r>
      <w:r>
        <w:rPr>
          <w:sz w:val="20"/>
        </w:rPr>
        <w:t>1:01:03  logon ki jo per capita income hai per capita income woh hai 1000 dollar per year aur america mein per capita per capita income jo hai 40 thousand dollar per year chalis hazar chalis hazar dollar per year</w:t>
      </w:r>
      <w:r>
        <w:br/>
      </w:r>
      <w:r>
        <w:rPr>
          <w:sz w:val="20"/>
        </w:rPr>
        <w:t>1:01:24  to america mein kya karte hain log itni itni badi raqam hai mein bahut america mein gaya hoon maslan abhi mein gaya to ek sahab ne apne ghar mein mujhe thahraya to mein jab is mein gaya un ka jo bedroom tha to bed jo tha itna zyada is mein yani woh tha itna naram tha ke mein isi mein jaise daldal mein dhans jaye koi aisa lage dhans gaya hoon mein is ke andar</w:t>
      </w:r>
      <w:r>
        <w:br/>
      </w:r>
      <w:r>
        <w:rPr>
          <w:sz w:val="20"/>
        </w:rPr>
        <w:t>1:01:54  maine kaha astaghfirullah yeh yeh koi uncomfort and luxury yeh to museebat hai yani itna zabardast qism ka double gadha tha is mein aur bahut hi naram qism ka ke apna balance sambhalna mushkil tha mere liye yeh to jhooti yeh to jhootha taish hai jhootha taish hai isi mein jeete hain log</w:t>
      </w:r>
      <w:r>
        <w:br/>
      </w:r>
      <w:r>
        <w:rPr>
          <w:sz w:val="20"/>
        </w:rPr>
        <w:t>1:02:19  har muamle mein logon ne jhooti luxury jhoota comfort bana rakha hai</w:t>
      </w:r>
      <w:r>
        <w:br/>
      </w:r>
      <w:r>
        <w:rPr>
          <w:sz w:val="20"/>
        </w:rPr>
        <w:t>1:02:26  mein samajhta hoon ke jo asal zaroorat haqeeqi zaroorat</w:t>
      </w:r>
      <w:r>
        <w:br/>
      </w:r>
      <w:r>
        <w:rPr>
          <w:sz w:val="20"/>
        </w:rPr>
        <w:t>1:02:30  is ke liye Allah Ta'ala ne zimma liya hai baqi agar aadmi karta hai to woh woh woh</w:t>
      </w:r>
      <w:r>
        <w:br/>
      </w:r>
      <w:r>
        <w:rPr>
          <w:sz w:val="20"/>
        </w:rPr>
        <w:t>1:02:36  woh is ko woh shaitani kaam hai mere nazdeek kyunke woh woh aadmi ko is se distraction hoga</w:t>
      </w:r>
      <w:r>
        <w:br/>
      </w:r>
      <w:r>
        <w:rPr>
          <w:sz w:val="20"/>
        </w:rPr>
        <w:t>1:02:44  lazman distraction hoga aur phir aqal chhin jayegi is se</w:t>
      </w:r>
      <w:r>
        <w:br/>
      </w:r>
      <w:r>
        <w:rPr>
          <w:sz w:val="20"/>
        </w:rPr>
        <w:t>1:02:51  maslan yeh pani mein pi raha hoon sheeshe glass ab agar mein farz kiye ke sone ke glass banwaoon to kaha sone ke glass se pani peene se woh zyada bel faida karega woh woh ek shaitani kaam hoga ek badshah ke bare mein mein ne suna ke un ke haan jo jitne bhi bartan thay sone ke thay sab glass bhi sone ka plate bhi sone ki to mein is ko shaitani kaam samajhta hoon</w:t>
      </w:r>
      <w:r>
        <w:br/>
      </w:r>
      <w:r>
        <w:rPr>
          <w:sz w:val="20"/>
        </w:rPr>
        <w:t>1:03:18  bhai sone ka glass ki zaroorat hi kya hai sone ke bartan ki zaroorat hi kya hai hatta ke unka maine padha tha ke unka jo bathroom tha us mein tap bhi sone ke the to yeh sab cheezein is murad nahi hai rizq se rizq murad hai woh haqeeqi zaroorat jis ke baghair aap apna test na de sakein</w:t>
      </w:r>
      <w:r>
        <w:br/>
      </w:r>
      <w:r>
        <w:rPr>
          <w:sz w:val="20"/>
        </w:rPr>
        <w:t>1:03:47  to test dene ke liye jitni bhi zaroori item hai us ka Allah taala ne zimma le rakha hai bas is ke siwa jo hai woh insan yani shaitan ka behkawa hai</w:t>
      </w:r>
    </w:p>
    <w:p>
      <w:pPr>
        <w:pStyle w:val="Heading2"/>
      </w:pPr>
      <w:r>
        <w:t>What to do when God seals hearts</w:t>
      </w:r>
    </w:p>
    <w:p>
      <w:r>
        <w:rPr>
          <w:color w:val="666666"/>
          <w:sz w:val="18"/>
        </w:rPr>
        <w:t>Quran &amp; Tafsir · Islam in Daily Life May 26, 2013 · 3m 24s · at 58:06 · https://youtu.be/iNyWPrbyyhA?t=3486</w:t>
      </w:r>
    </w:p>
    <w:p>
      <w:r>
        <w:rPr>
          <w:i/>
        </w:rPr>
        <w:t>“In Chapter 2, verses 6-7, Allah says that He has set a seal on their hearts, so no matter how much good is said to them, it will not affect them. If Allah Himself has sealed their hearts, what should we do?”</w:t>
      </w:r>
    </w:p>
    <w:p>
      <w:r>
        <w:rPr>
          <w:sz w:val="20"/>
        </w:rPr>
        <w:t>58:06  Maulana agla sawal Dilli se hai, Nasir Hussain Qureshi Sahab ka. Unhon ne likha hai: "Chapter number two, verse number 67 mein aaya hai mein Allah Quran mein Allah ne farmaya hai ke hum ne un ke dil par mohar laga di,</w:t>
      </w:r>
      <w:r>
        <w:br/>
      </w:r>
      <w:r>
        <w:rPr>
          <w:sz w:val="20"/>
        </w:rPr>
        <w:t>58:25  unhein kitni hi khair ki baatein batao, un ke dil par asar nahi hoga. Sawal yeh hai ke jab Allah hi ne dil par mohar laga di toh kya karein?" Nahi nahi, dekhiye mohar lagane ka matlab "Khatamallahu 'ala qulubihim" .</w:t>
      </w:r>
      <w:r>
        <w:br/>
      </w:r>
      <w:r>
        <w:rPr>
          <w:sz w:val="20"/>
        </w:rPr>
        <w:t>58:43  Yeh is ka matlab yeh nahi hai jo aap le rahe hain. Yeh wahi cheez hai jis ko aaj kal kaha jata hai conditioning. Yaani un ki conditioning kehti hai badh gayi hai ke ab un ki baat koi samajh mein nahi aayegi.</w:t>
      </w:r>
      <w:r>
        <w:br/>
      </w:r>
      <w:r>
        <w:rPr>
          <w:sz w:val="20"/>
        </w:rPr>
        <w:t>58:55  Aur yeh aap samajhte hain ke yeh Yahudiyon ka hai. Aaj toh saare Musalman isi ke case banenge. Log samajhte hain ke Yahudiyon ke dil pe toh mohar lagi hui hai.</w:t>
      </w:r>
      <w:r>
        <w:br/>
      </w:r>
      <w:r>
        <w:rPr>
          <w:sz w:val="20"/>
        </w:rPr>
        <w:t>59:04  is waqt to musalmanon ki mohar pe lagi hui hai. koi baat kaho samajh mein nahi aati. matlab yahi baat jo maine kahi abhi ke jab Allah ne farmaya ke tum apni hi koshish se paoge, is duniya mein jo kuch paoge to kyon sachar committee?</w:t>
      </w:r>
      <w:r>
        <w:br/>
      </w:r>
      <w:r>
        <w:rPr>
          <w:sz w:val="20"/>
        </w:rPr>
        <w:t>59:16  kyon? yeh to hai mohar lagna. yahi mohar lagna hai.</w:t>
      </w:r>
      <w:r>
        <w:br/>
      </w:r>
      <w:r>
        <w:rPr>
          <w:sz w:val="20"/>
        </w:rPr>
        <w:t>59:23  jab Quran ka saaf saaf ayatein bata rahe hain aap ko to kyon aap sachar committee, sachar committee kar rahe hain? yeh kaho ke aap apni apne apne aap ko unfold karo, apni salahiyaton ko bedaar karo.</w:t>
      </w:r>
      <w:r>
        <w:br/>
      </w:r>
      <w:r>
        <w:rPr>
          <w:sz w:val="20"/>
        </w:rPr>
        <w:t>59:38  koi bhi baat Quran o Hadees ko le kar kahi jaye, ab musalmanon ki samajh mein kuch nahi aata. yeh conditioning kehti hai pakki ho chuki hai. is ayat ka matlab hai conditioning aur woh case jo Yahudiyon ka tha, wahi aaj musalmanon ka hai.</w:t>
      </w:r>
      <w:r>
        <w:br/>
      </w:r>
      <w:r>
        <w:rPr>
          <w:sz w:val="20"/>
        </w:rPr>
        <w:t>59:51  kuch bhi kaho Quran o Hadees ko le kar.</w:t>
      </w:r>
      <w:r>
        <w:br/>
      </w:r>
      <w:r>
        <w:rPr>
          <w:sz w:val="20"/>
        </w:rPr>
        <w:t>59:54  misalan dekhiye, main aap ko ek misal deta hoon. main pachas baras se ek baat kar raha hoon. aaj tak musalmanon ki taraf se yeh thode se log mile hain jo yahan baithe hue hain ke sare musalman zulm ki shikayat karte hain, sazish ki shikayat karte hain.</w:t>
      </w:r>
      <w:r>
        <w:br/>
      </w:r>
      <w:r>
        <w:rPr>
          <w:sz w:val="20"/>
        </w:rPr>
        <w:t>1:00:09  One to all . yahan se le kar Arab tak. main bar bar logon ko yaad dilata hoon ke Quran mein hai ke do ayatein hain:</w:t>
      </w:r>
      <w:r>
        <w:br/>
      </w:r>
      <w:r>
        <w:rPr>
          <w:sz w:val="20"/>
        </w:rPr>
        <w:t>1:00:21  "Wa ma asabakum min musibatin fa hiya ma kasabat aydikum" . jo musibat padti hai tumhare upar, woh tumhare apne hi kiye ka nateeja hoti hai.</w:t>
      </w:r>
      <w:r>
        <w:br/>
      </w:r>
      <w:r>
        <w:rPr>
          <w:sz w:val="20"/>
        </w:rPr>
        <w:t>1:00:32  jo musibat tum par padti hai, woh tumhare apne hi kiye ka nateeja hoti hai. doosri ayat hai: "Wa in tasbiru wa tattaqu la yadrikum khayrun shai'un" .</w:t>
      </w:r>
      <w:r>
        <w:br/>
      </w:r>
      <w:r>
        <w:rPr>
          <w:sz w:val="20"/>
        </w:rPr>
        <w:t>1:00:43  agar tum sabr karo aur taqwa ikhtiyar karo to kisi ki sazish tum ko koi nuksan nahi pahunchayegi.</w:t>
      </w:r>
      <w:r>
        <w:br/>
      </w:r>
      <w:r>
        <w:rPr>
          <w:sz w:val="20"/>
        </w:rPr>
        <w:t>1:00:50  yeh ayatein main pachas baras se musalmanon ko yaad dila raha hoon. thode logon ne is ko mana aur majority to nahi maan payi kyunke mohar lagi hui hai.</w:t>
      </w:r>
      <w:r>
        <w:br/>
      </w:r>
      <w:r>
        <w:rPr>
          <w:sz w:val="20"/>
        </w:rPr>
        <w:t>1:00:59  matlab itna condition ho gaye hain ke ek aur soch mein ke is tarah is line par apni soch ko lagate nahi. log samajhte hain ke Yahudiyon ka mamla yeh hai.</w:t>
      </w:r>
      <w:r>
        <w:br/>
      </w:r>
      <w:r>
        <w:rPr>
          <w:sz w:val="20"/>
        </w:rPr>
        <w:t>1:01:10  yeh to aaj ek taraf se musalmanon ka mamla ho gaya hai ke Quran sunao, Hadees sunao, lekin woh apni jagah par wahi qaim rehte hain. p</w:t>
      </w:r>
      <w:r>
        <w:br/>
      </w:r>
      <w:r>
        <w:rPr>
          <w:sz w:val="20"/>
        </w:rPr>
        <w:t>1:01:20  har se aap log sochiye is baat ko ke jo waqea Yahudiyon ko, jis cheez ko aap Yahudiyon ke sath mansoob kar rahe hain, woh hamare upar apna to nahi ho gaya?</w:t>
      </w:r>
    </w:p>
    <w:p>
      <w:pPr>
        <w:pStyle w:val="Heading2"/>
      </w:pPr>
      <w:r>
        <w:t>Where is peace mentioned in Quran?</w:t>
      </w:r>
    </w:p>
    <w:p>
      <w:r>
        <w:rPr>
          <w:color w:val="666666"/>
          <w:sz w:val="18"/>
        </w:rPr>
        <w:t>Quran &amp; Tafsir · Communal Harmony October 16, 2022 · 5m 25s · at 51:29 · https://youtu.be/Ob4BVozf3KY?t=3089</w:t>
      </w:r>
    </w:p>
    <w:p>
      <w:r>
        <w:rPr>
          <w:i/>
        </w:rPr>
        <w:t>“You said the biggest problem is to establish peace. Where in the Quran is peace mentioned? Please explain.”</w:t>
      </w:r>
    </w:p>
    <w:p>
      <w:r>
        <w:rPr>
          <w:sz w:val="20"/>
        </w:rPr>
        <w:t>51:29  aap apa se alag se bhi mil sakti hain. apa, main agla sawal lena chahunga. ye sawal bheja hai Indore se, Yogesh Sharma ji ne jo program dekh rahe hain, unhone likha hai ke aap ne kaha sab se bada ah masla peace qaim karna hai.</w:t>
      </w:r>
      <w:r>
        <w:br/>
      </w:r>
      <w:r>
        <w:rPr>
          <w:sz w:val="20"/>
        </w:rPr>
        <w:t>51:45  aaj apne apne taak mein</w:t>
      </w:r>
      <w:r>
        <w:br/>
      </w:r>
      <w:r>
        <w:rPr>
          <w:sz w:val="20"/>
        </w:rPr>
        <w:t>51:47  yeh kaha to quran mein kahan hai peace? aah, is ke bare mein aap bataein. quran mein to bohat ziyada hai.</w:t>
      </w:r>
      <w:r>
        <w:br/>
      </w:r>
      <w:r>
        <w:rPr>
          <w:sz w:val="20"/>
        </w:rPr>
        <w:t>51:56  peace sab se ek jagah hai surah nisa mein, "alsalato khair". hmm, peace aur reconciliation is the best aur jannat ko home of peace kaha gaya hai.</w:t>
      </w:r>
      <w:r>
        <w:br/>
      </w:r>
      <w:r>
        <w:rPr>
          <w:sz w:val="20"/>
        </w:rPr>
        <w:t>52:08  khud Allah ka naam "Assalam" hai.</w:t>
      </w:r>
      <w:r>
        <w:br/>
      </w:r>
      <w:r>
        <w:rPr>
          <w:sz w:val="20"/>
        </w:rPr>
        <w:t>52:12  jo jo hum logon ka jo greeting hai, "Assalam o Alaikum". peace be upon you. aur yahi greeting jo hai woh jannati logon ke liye bhi hai.</w:t>
      </w:r>
      <w:r>
        <w:br/>
      </w:r>
      <w:r>
        <w:rPr>
          <w:sz w:val="20"/>
        </w:rPr>
        <w:t>52:20  wahan log peace peace kahengay. to jannat jo ke ek eternal life hai, wahan peaceful culture hai. to wahi Allah chahta hai ke dunya mein bhi peaceful culture qaim ho.</w:t>
      </w:r>
      <w:r>
        <w:br/>
      </w:r>
      <w:r>
        <w:rPr>
          <w:sz w:val="20"/>
        </w:rPr>
        <w:t>52:31  aur sab se bari cheez jo hai ke Rasool Allah Prophet ki jo poori life hai, woh peace ke usool par hai. poori life hamare liye example hai.</w:t>
      </w:r>
      <w:r>
        <w:br/>
      </w:r>
      <w:r>
        <w:rPr>
          <w:sz w:val="20"/>
        </w:rPr>
        <w:t>52:41  aap ne kabhi bhi retaliate nahi kiya, kabhi bhi jawab nahi diya, hamesha avoid kiya aur hamesha sabr kiya, kabhi bad dua nahi ki, sab ke liye duaein dete rahe.</w:t>
      </w:r>
      <w:r>
        <w:br/>
      </w:r>
      <w:r>
        <w:rPr>
          <w:sz w:val="20"/>
        </w:rPr>
        <w:t>52:53  to poori life jo Prophet ki hai. to woh ek baar Hazrat Aisha se poocha ke Rasool Allah ka character kaisa tha?</w:t>
      </w:r>
      <w:r>
        <w:br/>
      </w:r>
      <w:r>
        <w:rPr>
          <w:sz w:val="20"/>
        </w:rPr>
        <w:t>53:02  to unhon ne kaha ke bilkul jo woh jo quran ki teachings hain, bilkul isi ke mutabiq un ka character tha.</w:t>
      </w:r>
      <w:r>
        <w:br/>
      </w:r>
      <w:r>
        <w:rPr>
          <w:sz w:val="20"/>
        </w:rPr>
        <w:t>53:10  to Prophet ka jo character hai, woh hamare liye ek example hai. to peace hi hai. yeh baad mein asal mein is zamane mein kya hua ke religious persecution ki wajah se kuch jangain huin.</w:t>
      </w:r>
      <w:r>
        <w:br/>
      </w:r>
      <w:r>
        <w:rPr>
          <w:sz w:val="20"/>
        </w:rPr>
        <w:t>53:25  woh jang is liye nahi hui ke Islam mein jang ke bare mein aah kuch bataya gaya hai ke jang karni chahiye, lekin religious persecution tha.</w:t>
      </w:r>
      <w:r>
        <w:br/>
      </w:r>
      <w:r>
        <w:rPr>
          <w:sz w:val="20"/>
        </w:rPr>
        <w:t>53:34  wahan to sirf itna kehna ke ek Khuda ki ki parastish k</w:t>
      </w:r>
      <w:r>
        <w:br/>
      </w:r>
      <w:r>
        <w:rPr>
          <w:sz w:val="20"/>
        </w:rPr>
        <w:t>53:39  ro, itne mein bhi log marte thay. Kaaba mein peaceful tareeqay se Prophet aur aap ke saathi jatay thay namaz parhnay, to woh marte thay.</w:t>
      </w:r>
      <w:r>
        <w:br/>
      </w:r>
      <w:r>
        <w:rPr>
          <w:sz w:val="20"/>
        </w:rPr>
        <w:t>53:47  to is wajah se jangain huin hain. to woh woh peaceful, woh religious persecution ka dour hi khatam ho gaya. to Maulana kehtay thay ab jihad ka dour hi khatam ho gaya.</w:t>
      </w:r>
      <w:r>
        <w:br/>
      </w:r>
      <w:r>
        <w:rPr>
          <w:sz w:val="20"/>
        </w:rPr>
        <w:t>53:59  jihad in the sense of qital. jihad ke literal maani to hain ke struggle. kisi bhi achay kaam ke liye struggle karna.</w:t>
      </w:r>
      <w:r>
        <w:br/>
      </w:r>
      <w:r>
        <w:rPr>
          <w:sz w:val="20"/>
        </w:rPr>
        <w:t>54:07  to woh to hamesha jaari rahega.</w:t>
      </w:r>
      <w:r>
        <w:br/>
      </w:r>
      <w:r>
        <w:rPr>
          <w:sz w:val="20"/>
        </w:rPr>
        <w:t>54:09  lekin qital yani jang ka woh dour khatam ho gaya kyunke woh halaat hi khatam ho gaye. ji, apa aap ne bilkul bohat achay se is ko wazeh kiya.</w:t>
      </w:r>
      <w:r>
        <w:br/>
      </w:r>
      <w:r>
        <w:rPr>
          <w:sz w:val="20"/>
        </w:rPr>
        <w:t>54:19  in fact, quran mein hi chapter 10 mein main Yogesh ji ko kehna chahunga ke aaya hai he and God calls to the home of peace. jo aap ne abhi jis ka zikr kiya.</w:t>
      </w:r>
      <w:r>
        <w:br/>
      </w:r>
      <w:r>
        <w:rPr>
          <w:sz w:val="20"/>
        </w:rPr>
        <w:t>54:28  to according to Islam, paradise is the ideal and the ultimate abode of every human being. and the jaise apa ne kaha ke aah social culture of paradise is peace, because everyone will wish peace to one another in paradise.</w:t>
      </w:r>
      <w:r>
        <w:br/>
      </w:r>
      <w:r>
        <w:rPr>
          <w:sz w:val="20"/>
        </w:rPr>
        <w:t>54:44  to is se hi pata chalta hai ke aah peace aah ki ahmiyat sab se ziyada hai Islam mein. aur isi liye Rasool Allah ne ek dafa, ek martaba yeh bhi kaha ke a Muslim is one by whose hands and tongue people are safe.</w:t>
      </w:r>
      <w:r>
        <w:br/>
      </w:r>
      <w:r>
        <w:rPr>
          <w:sz w:val="20"/>
        </w:rPr>
        <w:t>54:59  aah main samajhta hoon is mein sari baatein aa gayeen. to aah aah aap zaroor quran parhein. agar aap ko quran ki free copy chahiye to aap hamein likhein at info info at cpsglobal</w:t>
      </w:r>
      <w:r>
        <w:br/>
      </w:r>
      <w:r>
        <w:rPr>
          <w:sz w:val="20"/>
        </w:rPr>
        <w:t>55:13  dot org. hum aap ko ek free quran copy aap ki language mein zaroor bhejengay. aur woh jo usool Hudaybiyyah jo Prophet ne peace treaty kiya, to aisa kabhi nahi hota ke aap ne tamam enemy ki tamam conditions ko accept kar ke peace treaty kar li taake peace qaim ho jaye.</w:t>
      </w:r>
      <w:r>
        <w:br/>
      </w:r>
      <w:r>
        <w:rPr>
          <w:sz w:val="20"/>
        </w:rPr>
        <w:t>55:34  to aisa kabhi nahi hua. koi na koi apni shart aadmi rakhta hai. to aap ne har haalat mein peace qaim karna aap ka mission tha.</w:t>
      </w:r>
      <w:r>
        <w:br/>
      </w:r>
      <w:r>
        <w:rPr>
          <w:sz w:val="20"/>
        </w:rPr>
        <w:t>55:42  ji, to woh aap Prophet ki life bhi parhenge, tab bhi aap ko samajh mein aa jayega. ji, apa Shad Hussain sahib ne Srinagar se likha hai comment: "the minority is possessing an advantageous position, a great incentive for positivity." Abdul Razzaq Huntgi sahib ne likha hai Mumbai se: "value of a person lies in his excellence." aah a</w:t>
      </w:r>
      <w:r>
        <w:br/>
      </w:r>
      <w:r>
        <w:rPr>
          <w:sz w:val="20"/>
        </w:rPr>
        <w:t>56:07  h, das waz the advice given by Maulana sahib during his Mumbai visit, and since then the life changed better and better.</w:t>
      </w:r>
      <w:r>
        <w:br/>
      </w:r>
      <w:r>
        <w:rPr>
          <w:sz w:val="20"/>
        </w:rPr>
        <w:t>56:16  aah,</w:t>
      </w:r>
      <w:r>
        <w:br/>
      </w:r>
      <w:r>
        <w:rPr>
          <w:sz w:val="20"/>
        </w:rPr>
        <w:t>56:20  kuch aur bhi comments aur sawal aaye hain. fasadat khatam nahi hue Maulana ke effort se.</w:t>
      </w:r>
      <w:r>
        <w:br/>
      </w:r>
      <w:r>
        <w:rPr>
          <w:sz w:val="20"/>
        </w:rPr>
        <w:t>56:25  ji, kyunke hum log pehle purani Dilli mein rehte the aur har hafte ek do fasad ho jaate the. itna tang aa gaye the log fasad se, saari dukaanen band rehti thi, saare raaste band rehte the.</w:t>
      </w:r>
      <w:r>
        <w:br/>
      </w:r>
      <w:r>
        <w:rPr>
          <w:sz w:val="20"/>
        </w:rPr>
        <w:t>56:36  is zamane mein bahut logon ne chhod chhod ke purani Dilli se chhod chhod kar nayi Dilli aa gaye. to itna zyada kaam kiya, logon se mulaqaten ki, tehreerein hain, articles hain.</w:t>
      </w:r>
      <w:r>
        <w:br/>
      </w:r>
      <w:r>
        <w:rPr>
          <w:sz w:val="20"/>
        </w:rPr>
        <w:t>56:48  phir aah, itna zyada in logon ko samjhaya ke kis tarike se fasadat khatam ho sakte hain. j</w:t>
      </w:r>
    </w:p>
    <w:p>
      <w:pPr>
        <w:pStyle w:val="Heading2"/>
      </w:pPr>
      <w:r>
        <w:t>Which Quran verse was politically misinterpreted by scholars?</w:t>
      </w:r>
    </w:p>
    <w:p>
      <w:r>
        <w:rPr>
          <w:color w:val="666666"/>
          <w:sz w:val="18"/>
        </w:rPr>
        <w:t>Quran &amp; Tafsir · Islam and Politics November 17, 2013 · 3m 18s · at 1:14:46 · https://youtu.be/LgKA8wg4NPc?t=4486</w:t>
      </w:r>
    </w:p>
    <w:p>
      <w:r>
        <w:rPr>
          <w:i/>
        </w:rPr>
        <w:t>“Maulana, if there is no system being given in the Quran, how come all over the Muslim world there is so much noise about creating the Islamic system? Please tell us which verse of the Quran has been misinterpreted by the so-called scholars who have given the political interpretation.”</w:t>
      </w:r>
    </w:p>
    <w:p>
      <w:r>
        <w:rPr>
          <w:sz w:val="20"/>
        </w:rPr>
        <w:t>1:14:46  maulana agla sawal jaipur se kya hai firoz sahab ne unhon ne likha hai maulana if there is no system being given in quran then how come all over the muslim world there is so much noise about creating the islamic system plea</w:t>
      </w:r>
      <w:r>
        <w:br/>
      </w:r>
      <w:r>
        <w:rPr>
          <w:sz w:val="20"/>
        </w:rPr>
        <w:t>1:15:04  ze tell us which verse of the quran has been misinterpreted by the so called scholars who have given the political interpretation ek to yahi hai aqeemuddin ki ayat jo hai quran mein ayat hai ke deen ko qaim karo aqeemuddin</w:t>
      </w:r>
      <w:r>
        <w:br/>
      </w:r>
      <w:r>
        <w:rPr>
          <w:sz w:val="20"/>
        </w:rPr>
        <w:t>1:15:23  to maine is par bohat tafseeli behas ki apni kitaab mein ke saare mufassireen is ke maani yeh lete hain aur lafz se yeh nikalta hai ke yeh is ka taalluq personal deen se hai yani ek ek fard se quran keh raha hai ke tum allah ke hukumon ke peeru bano yani aqeemuddin ke maani hain deen ki pairvi banna deen ko follow karna lekin is ko kya kiya unhon ne deen ko qaim karna yani lazim ko mutaddi kar diya</w:t>
      </w:r>
      <w:r>
        <w:br/>
      </w:r>
      <w:r>
        <w:rPr>
          <w:sz w:val="20"/>
        </w:rPr>
        <w:t>1:15:52  us ko kahin ke lazim ko mutaddi kar diya is ayat ka kuch bhi taalluq system se nahi hai na hukoomat se bhi nahi hai aap ko is mein jaanna chahiye tafseel to meri kitaab hai taabeer e ghalat fehmi is mein maine saare mufassireen ke hawale diye hain is mein koi mufassir is ko nahi leta is maani mein jis maani mein le rakha hai logon ne</w:t>
      </w:r>
      <w:r>
        <w:br/>
      </w:r>
      <w:r>
        <w:rPr>
          <w:sz w:val="20"/>
        </w:rPr>
        <w:t>1:16:16  is tarah ki aayat hain jab mislan ek ayat hai quran majeed mein konoo qawwam bil qist to is ka matlab hai ke qist par yani qist par qaim hone wale bano qist maani justice insaaf yani a yani a musalmano tum apni zindagi mein insaaf ka tareeqa ikhtiyar karo</w:t>
      </w:r>
      <w:r>
        <w:br/>
      </w:r>
      <w:r>
        <w:rPr>
          <w:sz w:val="20"/>
        </w:rPr>
        <w:t>1:16:40  to yeh hai lazim ka seigha lekin kar diya unhon ne mutaddi yani a musalmano tum par farz hai ke tum qist ke nizaam ko dunya mein qaim karo yeh to bilkul yani ghair ilmi bilkul baseless baatein hain lekin awam chunke tajziya nahi kar sakte to bohat se log is mein aa jate hain is ke fareb mein samajhte hain ke is baat quran mein likhi hui hai yeh</w:t>
      </w:r>
      <w:r>
        <w:br/>
      </w:r>
      <w:r>
        <w:rPr>
          <w:sz w:val="20"/>
        </w:rPr>
        <w:t>1:17:04  halanke ilmi tor par yeh bilkul baseless hai ilmi aitbaar se is ki koi haqeeqat nahi hai is istidlal ki.</w:t>
      </w:r>
    </w:p>
    <w:p>
      <w:pPr>
        <w:pStyle w:val="Heading2"/>
      </w:pPr>
      <w:r>
        <w:t>Who Are the Reward Recipients in Quran?</w:t>
      </w:r>
    </w:p>
    <w:p>
      <w:r>
        <w:rPr>
          <w:color w:val="666666"/>
          <w:sz w:val="18"/>
        </w:rPr>
        <w:t>Quran &amp; Tafsir · Divine Help September 22, 2015 · 4m 38s · at 1:04:36 · https://youtu.be/sozrNCif0Gg?t=3876</w:t>
      </w:r>
    </w:p>
    <w:p>
      <w:r>
        <w:rPr>
          <w:i/>
        </w:rPr>
        <w:t>“Who are the people who have been rewarded, as mentioned in the Quran? Please clarify.”</w:t>
      </w:r>
    </w:p>
    <w:p>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r>
        <w:br/>
      </w:r>
      <w:r>
        <w:rPr>
          <w:sz w:val="20"/>
        </w:rPr>
        <w:t>1:07:30  maulana saif anwar sahib ka sawal hai dilli se. unhon</w:t>
      </w:r>
      <w:r>
        <w:br/>
      </w:r>
      <w:r>
        <w:rPr>
          <w:sz w:val="20"/>
        </w:rPr>
        <w:t>1:07:35  ne likha hai: "quran ka bani israel ke bare mein jo bayan hai, kya woh sirf hazrat musa ke zamane ke yahudiyon ke liye tha ya madine ke yahudiyon ke liye khaas tha?</w:t>
      </w:r>
      <w:r>
        <w:br/>
      </w:r>
      <w:r>
        <w:rPr>
          <w:sz w:val="20"/>
        </w:rPr>
        <w:t>1:07:50  kya baad ke yahudiyon par in ayat ka itlaq nahi ho sakta hai? ji sir, aaj ke daur mein in ayat ki manawiyat kya hai?" jis zamane mein woh aayatein utri hain, us zamane ke yahudiyon ke bare mein hai.</w:t>
      </w:r>
      <w:r>
        <w:br/>
      </w:r>
      <w:r>
        <w:rPr>
          <w:sz w:val="20"/>
        </w:rPr>
        <w:t>1:08:05  agar musa ke bare mein utri hain to musa ke bare mein, rasool Allah ke bare mein utri hain, rasool Allah ke zamane mein. jis zamane mein woh aayatein utri hain, us zamane ke yahudiyon ko is mein padhiye.</w:t>
      </w:r>
      <w:r>
        <w:br/>
      </w:r>
      <w:r>
        <w:rPr>
          <w:sz w:val="20"/>
        </w:rPr>
        <w:t>1:08:18  utri to hain woh yani saatvi sadi mein, aur aap is ko padhein ikkeesvi sadi mein, yeh galat galat hai.</w:t>
      </w:r>
      <w:r>
        <w:br/>
      </w:r>
      <w:r>
        <w:rPr>
          <w:sz w:val="20"/>
        </w:rPr>
        <w:t>1:08:28  aap kuch bhi na quran ko paayenge, na yahud ko samjhenge.</w:t>
      </w:r>
      <w:r>
        <w:br/>
      </w:r>
      <w:r>
        <w:rPr>
          <w:sz w:val="20"/>
        </w:rPr>
        <w:t>1:08:35  aap sochiye, main misaal deta hoon aap ko. misaal deta hoon ke quran mein hai ke oonton par sawar ho kar hajj ke liye aao.</w:t>
      </w:r>
      <w:r>
        <w:br/>
      </w:r>
      <w:r>
        <w:rPr>
          <w:sz w:val="20"/>
        </w:rPr>
        <w:t>1:08:47  to is ko ayat ko lena padega aap ko is is daur se mutalliq jab ke oont par sawari hoti thi. aaj nahi lena padega.</w:t>
      </w:r>
      <w:r>
        <w:br/>
      </w:r>
      <w:r>
        <w:rPr>
          <w:sz w:val="20"/>
        </w:rPr>
        <w:t>1:08:56  warna aaj bhi aap oont pe pat ke j</w:t>
      </w:r>
      <w:r>
        <w:br/>
      </w:r>
      <w:r>
        <w:rPr>
          <w:sz w:val="20"/>
        </w:rPr>
        <w:t>1:08:58  aayenge. aaj kyun aap jaate hain hawajat par? kyunke is ko aap is daur ki cheez samajhte hain jab ke duniya mein oont ki sawari hua karti thi.</w:t>
      </w:r>
      <w:r>
        <w:br/>
      </w:r>
      <w:r>
        <w:rPr>
          <w:sz w:val="20"/>
        </w:rPr>
        <w:t>1:09:07  to is ko padhiye, is ko kyun nahi maante aap?</w:t>
      </w:r>
    </w:p>
    <w:p>
      <w:pPr>
        <w:pStyle w:val="Heading2"/>
      </w:pPr>
      <w:r>
        <w:t>Who are the near ones to Allah?</w:t>
      </w:r>
    </w:p>
    <w:p>
      <w:r>
        <w:rPr>
          <w:color w:val="666666"/>
          <w:sz w:val="18"/>
        </w:rPr>
        <w:t>Quran &amp; Tafsir · The Existence of God October 7, 2012 · 1m 43s · at 1:14:20 · https://youtu.be/Hm0ybuokQ8s?t=4460</w:t>
      </w:r>
    </w:p>
    <w:p>
      <w:r>
        <w:rPr>
          <w:i/>
        </w:rPr>
        <w:t>“In Surah Al-Waqi'ah, three groups are defined. In that, one group will be near to Allah and they will be more from earlier generations and less from later generations. Could you please explain who comes under this group and how can we be part of that group?”</w:t>
      </w:r>
    </w:p>
    <w:p>
      <w:r>
        <w:rPr>
          <w:sz w:val="20"/>
        </w:rPr>
        <w:t>1:14:20  Maulana, agla sawal America se aaya hai Ali Sahab ka. Unhon ne likha hai: "In Surah Waqiah three groups are defined.</w:t>
      </w:r>
      <w:r>
        <w:br/>
      </w:r>
      <w:r>
        <w:rPr>
          <w:sz w:val="20"/>
        </w:rPr>
        <w:t>1:14:30  in this one group will be near to Allah and they will be more from earlier generation and less from later generation.</w:t>
      </w:r>
      <w:r>
        <w:br/>
      </w:r>
      <w:r>
        <w:rPr>
          <w:sz w:val="20"/>
        </w:rPr>
        <w:t>1:14:40  could you please explain who will come under this group and how can we be part of that group?" Dekhiye, koi group ke naam le kar nahi bata sakta ke naam le kar ke yeh group, woh group.</w:t>
      </w:r>
      <w:r>
        <w:br/>
      </w:r>
      <w:r>
        <w:rPr>
          <w:sz w:val="20"/>
        </w:rPr>
        <w:t>1:14:57  dekhiye, yeh is is mein jo lafz hai "salah" ka lafz hai wahan par, lekin murad hai afraad, individuals.</w:t>
      </w:r>
      <w:r>
        <w:br/>
      </w:r>
      <w:r>
        <w:rPr>
          <w:sz w:val="20"/>
        </w:rPr>
        <w:t>1:15:08  to is tarah ke afraad pehle, yaani aise individuals pehle zyada the, baad ke zamane mein kam ho gaye.</w:t>
      </w:r>
      <w:r>
        <w:br/>
      </w:r>
      <w:r>
        <w:rPr>
          <w:sz w:val="20"/>
        </w:rPr>
        <w:t>1:15:18  is ka bohat hi obvious reason hai, kyunke din bad din duniya mein distraction barh raha hai. Distraction mere bachpan mein, main gaon mein rehta tha, wahan koi distraction hi nahi.</w:t>
      </w:r>
      <w:r>
        <w:br/>
      </w:r>
      <w:r>
        <w:rPr>
          <w:sz w:val="20"/>
        </w:rPr>
        <w:t>1:15:31  zindagi bohat mukhtasar thi,</w:t>
      </w:r>
      <w:r>
        <w:br/>
      </w:r>
      <w:r>
        <w:rPr>
          <w:sz w:val="20"/>
        </w:rPr>
        <w:t>1:15:34  bohat thode cheezon ke darmiyan apni zindagi guzarta tha, to us waqt distraction tha hi nahi. Ab hazaron distraction hain, 24 ghante.</w:t>
      </w:r>
      <w:r>
        <w:br/>
      </w:r>
      <w:r>
        <w:rPr>
          <w:sz w:val="20"/>
        </w:rPr>
        <w:t>1:15:45  to sab se bara jo farq hua hai, woh distraction ka farq hua. Isi liye farmaya ke baad ke zamane mein aise individual, aise afraad kam milenge jo sachai mein aage badhein.</w:t>
      </w:r>
      <w:r>
        <w:br/>
      </w:r>
      <w:r>
        <w:rPr>
          <w:sz w:val="20"/>
        </w:rPr>
        <w:t>1:15:57  yeh matlab hai is ka, koi bhi serious baat nahi hai, yeh bohat hi saada si baat hai.</w:t>
      </w:r>
    </w:p>
    <w:p>
      <w:pPr>
        <w:pStyle w:val="Heading2"/>
      </w:pPr>
      <w:r>
        <w:t>Who can derive applied meaning of Quran?</w:t>
      </w:r>
    </w:p>
    <w:p>
      <w:r>
        <w:rPr>
          <w:color w:val="666666"/>
          <w:sz w:val="18"/>
        </w:rPr>
        <w:t>Quran &amp; Tafsir · Dars e Quran, Ch 2 Vs 80 82, July 01, 2018 · 47s · at 52:07 · https://youtu.be/BuLkoCE6j18?t=3127</w:t>
      </w:r>
    </w:p>
    <w:p>
      <w:r>
        <w:rPr>
          <w:i/>
        </w:rPr>
        <w:t>“If every word of the Quran has an applied meaning, is it the responsibility of scholars to derive the applied meaning of the Quran? And can an individual also derive it as per his or her own understanding? Kindly guide us in this matter.”</w:t>
      </w:r>
    </w:p>
    <w:p>
      <w:r>
        <w:rPr>
          <w:sz w:val="20"/>
        </w:rPr>
        <w:t>52:07  maulana, agla sawal srinagar se bheja hai aamir mori sahib ne. unhone likha hai: "maulana, if every words of the quran has an applied meaning, is it the responsibility of scholars then to derive the applied meaning of the quran?</w:t>
      </w:r>
      <w:r>
        <w:br/>
      </w:r>
      <w:r>
        <w:rPr>
          <w:sz w:val="20"/>
        </w:rPr>
        <w:t>52:25  or can an individual also derive it as per his or her own understanding? kindly guide us in this matter." haan, aap ne khud hi jo baat hai woh kar diya.</w:t>
      </w:r>
      <w:r>
        <w:br/>
      </w:r>
      <w:r>
        <w:rPr>
          <w:sz w:val="20"/>
        </w:rPr>
        <w:t>52:41  yeh isi ki zaroorat hai. aap ki baat se mujhe ittefaq hai. main is pe agree karta hoon.</w:t>
      </w:r>
    </w:p>
    <w:p>
      <w:pPr>
        <w:pStyle w:val="Heading2"/>
      </w:pPr>
      <w:r>
        <w:t>Who preserves the commentaries of Quran</w:t>
      </w:r>
    </w:p>
    <w:p>
      <w:r>
        <w:rPr>
          <w:color w:val="666666"/>
          <w:sz w:val="18"/>
        </w:rPr>
        <w:t>Quran &amp; Tafsir · The Issues of Islam in the Present World November 11, 2012 · 1m 07s · at 1:05:18 · https://youtu.be/COoaUbCCi1c?t=3918</w:t>
      </w:r>
    </w:p>
    <w:p>
      <w:r>
        <w:rPr>
          <w:i/>
        </w:rPr>
        <w:t>“God Himself took the responsibility of preserving the Quran and Hadith, but who took the responsibility of preserving the commentaries (explanations)?”</w:t>
      </w:r>
    </w:p>
    <w:p>
      <w:r>
        <w:rPr>
          <w:sz w:val="20"/>
        </w:rPr>
        <w:t>1:05:18  in logon ko phir se sochna chahiye. Maulana, agla sawal aaya hai tamil nadu se Maulana Iqbal Umri Sah</w:t>
      </w:r>
      <w:r>
        <w:br/>
      </w:r>
      <w:r>
        <w:rPr>
          <w:sz w:val="20"/>
        </w:rPr>
        <w:t>1:05:27  b ka. unhon ne aapse poocha hai ke Quran aur hadith ki hifazat ka zimma Khuda ne khud liya, magar tashrihat ki hifazat ka zimma kis ne liya hai?</w:t>
      </w:r>
      <w:r>
        <w:br/>
      </w:r>
      <w:r>
        <w:rPr>
          <w:sz w:val="20"/>
        </w:rPr>
        <w:t>1:05:38  tashrihat? achha, kis ne liya hai? Allah ne liya hai. tashrihat mani commentary. to commentary ki hifazat Allah taala kaise lenge?</w:t>
      </w:r>
      <w:r>
        <w:br/>
      </w:r>
      <w:r>
        <w:rPr>
          <w:sz w:val="20"/>
        </w:rPr>
        <w:t>1:05:50  yeh to insaan ki azadi ka mamla hai.</w:t>
      </w:r>
      <w:r>
        <w:br/>
      </w:r>
      <w:r>
        <w:rPr>
          <w:sz w:val="20"/>
        </w:rPr>
        <w:t>1:05:54  insaan ki azadi ka phailao hai. commentary</w:t>
      </w:r>
      <w:r>
        <w:br/>
      </w:r>
      <w:r>
        <w:rPr>
          <w:sz w:val="20"/>
        </w:rPr>
        <w:t>1:05:59  text ka Allah taala ne mehfooz rakha hai. Quran ko commentary to aap ki azadi ka istemal hai. aap sahi bhi karen, galat bhi karenge. to tashrihat jo hain, jo commentaries hain,</w:t>
      </w:r>
      <w:r>
        <w:br/>
      </w:r>
      <w:r>
        <w:rPr>
          <w:sz w:val="20"/>
        </w:rPr>
        <w:t>1:06:13  jo tafaseer hain, jo kitabein likhenge, baad ko woh insaan ka apna amal hai.</w:t>
      </w:r>
      <w:r>
        <w:br/>
      </w:r>
      <w:r>
        <w:rPr>
          <w:sz w:val="20"/>
        </w:rPr>
        <w:t>1:06:20  woh iski hesiyat Quran ki nahin hai.</w:t>
      </w:r>
    </w:p>
    <w:p>
      <w:pPr>
        <w:pStyle w:val="Heading2"/>
      </w:pPr>
      <w:r>
        <w:t>Why Did Solomon Threaten War Against Saba?</w:t>
      </w:r>
    </w:p>
    <w:p>
      <w:r>
        <w:rPr>
          <w:color w:val="666666"/>
          <w:sz w:val="18"/>
        </w:rPr>
        <w:t>Quran &amp; Tafsir · Dars-e-Quran, Chapter 2, Verses 55-57 | March 25, 2018 · 4m 14s · at 59:37 · https://youtu.be/2MykDXfNV_w?t=3577</w:t>
      </w:r>
    </w:p>
    <w:p>
      <w:r>
        <w:rPr>
          <w:i/>
        </w:rPr>
        <w:t>“If there is no war against a non-Muslim government in Islam, then referring to Surah Naml, verse number three, why did Hazrat Suleiman threaten war against the nation of Saba, that is, Queen Bilqis's government?”</w:t>
      </w:r>
    </w:p>
    <w:p>
      <w:r>
        <w:rPr>
          <w:sz w:val="20"/>
        </w:rPr>
        <w:t>59:37  bhai, is ke liye main kya jawab doon? Aap Quran ko parhiye ke Quran mein kya likha hai? Jo khaliq hai, jis ne khalq kiya hai, usi ne kitab bheji hai. Ab dekhiye, is mein kya likha hua hai, usi ka mutalia kijiye. Ji, molana, agla sawal lete hain jo ameer qureshi sahab ne bheja hai abu dhabi se. Unhon ne likha hai: "af der is no war against non muslim</w:t>
      </w:r>
      <w:r>
        <w:br/>
      </w:r>
      <w:r>
        <w:rPr>
          <w:sz w:val="20"/>
        </w:rPr>
        <w:t>1:00:07  government in Islam, then referring to Surah Naml, verse number three, I would like to ask that why</w:t>
      </w:r>
      <w:r>
        <w:br/>
      </w:r>
      <w:r>
        <w:rPr>
          <w:sz w:val="20"/>
        </w:rPr>
        <w:t>1:00:14  حضرت سلیمان threatened a war to قوم صبا? That is Queen Bilquis government." دیکھیے، آپ نے اس آیت</w:t>
      </w:r>
      <w:r>
        <w:br/>
      </w:r>
      <w:r>
        <w:rPr>
          <w:sz w:val="20"/>
        </w:rPr>
        <w:t>1:00:22  ko apne mindset se padha hai, aap ka mindset nahi hai is ayat mein, woh to</w:t>
      </w:r>
      <w:r>
        <w:br/>
      </w:r>
      <w:r>
        <w:rPr>
          <w:sz w:val="20"/>
        </w:rPr>
        <w:t>1:00:30  aap ke against mein hai.</w:t>
      </w:r>
      <w:r>
        <w:br/>
      </w:r>
      <w:r>
        <w:rPr>
          <w:sz w:val="20"/>
        </w:rPr>
        <w:t>1:00:38  is ayat ko phir se padhiye, is mein yeh hai ke hazrat suleman is zamane mein sham aur</w:t>
      </w:r>
      <w:r>
        <w:br/>
      </w:r>
      <w:r>
        <w:rPr>
          <w:sz w:val="20"/>
        </w:rPr>
        <w:t>1:00:48  falasteen ke ilaqe ke king the, to unhon ne is ko challenge bheja, malika saba ko.</w:t>
      </w:r>
      <w:r>
        <w:br/>
      </w:r>
      <w:r>
        <w:rPr>
          <w:sz w:val="20"/>
        </w:rPr>
        <w:t>1:00:59  to quran mein khud likha hua hai ke woh ayat hai</w:t>
      </w:r>
      <w:r>
        <w:br/>
      </w:r>
      <w:r>
        <w:rPr>
          <w:sz w:val="20"/>
        </w:rPr>
        <w:t>1:01:10  ke ke apne darbaariyon se kaha qaum saba ne ke hamein chahiye ke hum sulaiman ke is challenge ko qabool karein, is ko surrender karein us ke aage, kyunke is waqt jo lafz hai us ke baad ke woh jab dakhil ho gaye hamare ilaqe mein to kya karein ge? Is mein yeh hai ke "in al muluk ka dakhlu qaryatan afsadoha wajalu azzat</w:t>
      </w:r>
      <w:r>
        <w:br/>
      </w:r>
      <w:r>
        <w:rPr>
          <w:sz w:val="20"/>
        </w:rPr>
        <w:t>1:01:40  ila azlata wa kadhalika yafaloon".</w:t>
      </w:r>
      <w:r>
        <w:br/>
      </w:r>
      <w:r>
        <w:rPr>
          <w:sz w:val="20"/>
        </w:rPr>
        <w:t>1:01:46  kadhalika yafaloon ke maani hain ke yeh bhi wahi karenge.</w:t>
      </w:r>
      <w:r>
        <w:br/>
      </w:r>
      <w:r>
        <w:rPr>
          <w:sz w:val="20"/>
        </w:rPr>
        <w:t>1:01:52  to is mein to yeh hai ke us waqt diya gaya hai ke taqatwar se lado mat, jo</w:t>
      </w:r>
      <w:r>
        <w:br/>
      </w:r>
      <w:r>
        <w:rPr>
          <w:sz w:val="20"/>
        </w:rPr>
        <w:t>1:01:58  musalman karte hain na, bomb marte hain, isi ko haram bataya hai is is ayat mein.</w:t>
      </w:r>
      <w:r>
        <w:br/>
      </w:r>
      <w:r>
        <w:rPr>
          <w:sz w:val="20"/>
        </w:rPr>
        <w:t>1:02:04  "wa kadhalika yafaloon" ke maani hain ke yeh bhi wahi karenge, agarche woh paighambar hain</w:t>
      </w:r>
      <w:r>
        <w:br/>
      </w:r>
      <w:r>
        <w:rPr>
          <w:sz w:val="20"/>
        </w:rPr>
        <w:t>1:02:10  ya nahi hain.</w:t>
      </w:r>
      <w:r>
        <w:br/>
      </w:r>
      <w:r>
        <w:rPr>
          <w:sz w:val="20"/>
        </w:rPr>
        <w:t>1:02:15  to is mein yeh hai ke jo taqwa, jo jis ke paas political power hai, us se takrao</w:t>
      </w:r>
      <w:r>
        <w:br/>
      </w:r>
      <w:r>
        <w:rPr>
          <w:sz w:val="20"/>
        </w:rPr>
        <w:t>1:02:20  mat karo, us se adjust karo, us se guftagu karo, us se baat cheet karo, peace</w:t>
      </w:r>
      <w:r>
        <w:br/>
      </w:r>
      <w:r>
        <w:rPr>
          <w:sz w:val="20"/>
        </w:rPr>
        <w:t>1:02:25  ful andaz mein maslay ko deal karo.</w:t>
      </w:r>
      <w:r>
        <w:br/>
      </w:r>
      <w:r>
        <w:rPr>
          <w:sz w:val="20"/>
        </w:rPr>
        <w:t>1:02:30  to is mein yeh sabaq hai, yeh yeh sabaq nahi hai ke aap hamla kar do.</w:t>
      </w:r>
      <w:r>
        <w:br/>
      </w:r>
      <w:r>
        <w:rPr>
          <w:sz w:val="20"/>
        </w:rPr>
        <w:t>1:02:35  hamla to hua hi nahi, hamla to kabhi hua nahi.</w:t>
      </w:r>
      <w:r>
        <w:br/>
      </w:r>
      <w:r>
        <w:rPr>
          <w:sz w:val="20"/>
        </w:rPr>
        <w:t>1:02:40  kese ajeeb hain log, apna matlab nikalne ke liye quran ko tor mor karte hain.</w:t>
      </w:r>
      <w:r>
        <w:br/>
      </w:r>
      <w:r>
        <w:rPr>
          <w:sz w:val="20"/>
        </w:rPr>
        <w:t>1:02:46  jis ayat mein quran yeh yeh sabaq de raha hai ke taqat se mat lado, jaise falastini jo</w:t>
      </w:r>
      <w:r>
        <w:br/>
      </w:r>
      <w:r>
        <w:rPr>
          <w:sz w:val="20"/>
        </w:rPr>
        <w:t>1:02:51  hain ladte hain israel se, un se zyada taqatwar hai.</w:t>
      </w:r>
      <w:r>
        <w:br/>
      </w:r>
      <w:r>
        <w:rPr>
          <w:sz w:val="20"/>
        </w:rPr>
        <w:t>1:02:56  kashmiri ladte hain india se, zyada taqatwar hai.</w:t>
      </w:r>
      <w:r>
        <w:br/>
      </w:r>
      <w:r>
        <w:rPr>
          <w:sz w:val="20"/>
        </w:rPr>
        <w:t>1:03:01  misr mein ladte hain faujiyon se zyada taqatwar hai.</w:t>
      </w:r>
      <w:r>
        <w:br/>
      </w:r>
      <w:r>
        <w:rPr>
          <w:sz w:val="20"/>
        </w:rPr>
        <w:t>1:03:06  to masihiyon ko,</w:t>
      </w:r>
      <w:r>
        <w:br/>
      </w:r>
      <w:r>
        <w:rPr>
          <w:sz w:val="20"/>
        </w:rPr>
        <w:t>1:03:11  falastiniyon ko, kashmiriye ko, sab ko yeh ayat batati hai ke peaceful negotiation, peaceful strategy ikhtiyar karo, ladai mat karo. Is se aap ladai nikaal rahe hain, kaisi ajeeb baat hai! Jahan ladai hui hi nahi, qaum saba aur sulaiman ke darmiyan kabhi ladai hui hi nahi, unhon ne to peaceful negotiation kiya. To yeh nikaliye is se jo ayat mein hai, apna</w:t>
      </w:r>
      <w:r>
        <w:br/>
      </w:r>
      <w:r>
        <w:rPr>
          <w:sz w:val="20"/>
        </w:rPr>
        <w:t>1:03:41  تو mind کوئی نکالتے ہیں اس سے۔</w:t>
      </w:r>
      <w:r>
        <w:br/>
      </w:r>
      <w:r>
        <w:rPr>
          <w:sz w:val="20"/>
        </w:rPr>
        <w:t>1:03:46  hmm ji, maulana, kuch comments lena chahenge.</w:t>
      </w:r>
    </w:p>
    <w:p>
      <w:pPr>
        <w:pStyle w:val="Heading2"/>
      </w:pPr>
      <w:r>
        <w:t>Why Gabriel squeezed the Prophet during revelation</w:t>
      </w:r>
    </w:p>
    <w:p>
      <w:r>
        <w:rPr>
          <w:color w:val="666666"/>
          <w:sz w:val="18"/>
        </w:rPr>
        <w:t>Quran &amp; Tafsir · Life After Death January 22, 2012 · 1m 04s · at 1:06:12 · https://youtu.be/5hVH1BLKBF4?t=3972</w:t>
      </w:r>
    </w:p>
    <w:p>
      <w:r>
        <w:rPr>
          <w:i/>
        </w:rPr>
        <w:t>“جب رسول اللہ پر پہلی وحی نازل ہوئی تو جبریل نے رسول کو کیوں دبوچا؟ وضاحت فرمائیں۔”</w:t>
      </w:r>
    </w:p>
    <w:p>
      <w:r>
        <w:rPr>
          <w:sz w:val="20"/>
        </w:rPr>
        <w:t>1:06:12  maulana, agla sawal bangloor se aya hai. maulana naseerullah qureshi sahab ka,</w:t>
      </w:r>
      <w:r>
        <w:br/>
      </w:r>
      <w:r>
        <w:rPr>
          <w:sz w:val="20"/>
        </w:rPr>
        <w:t>1:06:17  unhon ne likha hai: "jab rasool Allah par pehli wahi nazil hui to jibril ne rasool ko kyun dabaucha?</w:t>
      </w:r>
      <w:r>
        <w:br/>
      </w:r>
      <w:r>
        <w:rPr>
          <w:sz w:val="20"/>
        </w:rPr>
        <w:t>1:06:26  wazahat farmayen."</w:t>
      </w:r>
      <w:r>
        <w:br/>
      </w:r>
      <w:r>
        <w:rPr>
          <w:sz w:val="20"/>
        </w:rPr>
        <w:t>1:06:30  dabaucha nahi hai, embrace kiya. dabaucha matlab nahi, embrace kiya. matlab sine se lagaya.</w:t>
      </w:r>
      <w:r>
        <w:br/>
      </w:r>
      <w:r>
        <w:rPr>
          <w:sz w:val="20"/>
        </w:rPr>
        <w:t>1:06:41  to pehla tajurba tha rasool Allah sal Allah alaihi wasallam ko. to embrace kar ke unhon ne is is dehshat ko khatm kiya. bas.</w:t>
      </w:r>
      <w:r>
        <w:br/>
      </w:r>
      <w:r>
        <w:rPr>
          <w:sz w:val="20"/>
        </w:rPr>
        <w:t>1:06:51  aur koi is mein koi mysterious baat nahi hai. aap bhi kisi dost se achaanak milen, pachas saal ke baad, to woh shakk se dekhega aap ko.</w:t>
      </w:r>
      <w:r>
        <w:br/>
      </w:r>
      <w:r>
        <w:rPr>
          <w:sz w:val="20"/>
        </w:rPr>
        <w:t>1:07:01  ke pata nahi yeh wahi koi doosra aadmi hai. to aap us ko gale mil jayenge, embrace karenge. taake us ki dehshat khatm ho. us ki ajnabiyat khatm</w:t>
      </w:r>
      <w:r>
        <w:br/>
      </w:r>
      <w:r>
        <w:rPr>
          <w:sz w:val="20"/>
        </w:rPr>
        <w:t>1:07:11  ho. bas itni si baat hai, koi is mein mystery nahi hai.</w:t>
      </w:r>
    </w:p>
    <w:p>
      <w:pPr>
        <w:pStyle w:val="Heading2"/>
      </w:pPr>
      <w:r>
        <w:t>Why Muslim Thinkers Missed Quranic Meaning for So Long</w:t>
      </w:r>
    </w:p>
    <w:p>
      <w:r>
        <w:rPr>
          <w:color w:val="666666"/>
          <w:sz w:val="18"/>
        </w:rPr>
        <w:t>Quran &amp; Tafsir · Discovery of Modern Age February 10, 2013 · 2m 58s · at 1:18:48 · https://youtu.be/qYGA53ii7E4?t=4728</w:t>
      </w:r>
    </w:p>
    <w:p>
      <w:r>
        <w:rPr>
          <w:i/>
        </w:rPr>
        <w:t>“Maulana, you have unfolded the meaning of the Quranic word 'Leader of Mankind'. Your explanation provides a key to understanding the divine plan of contemporary developments. Why have Muslim thinkers remained ignorant of this for so long?”</w:t>
      </w:r>
    </w:p>
    <w:p>
      <w:r>
        <w:rPr>
          <w:sz w:val="20"/>
        </w:rPr>
        <w:t>1:18:47  baqi is ko g</w:t>
      </w:r>
      <w:r>
        <w:br/>
      </w:r>
      <w:r>
        <w:rPr>
          <w:sz w:val="20"/>
        </w:rPr>
        <w:t>1:18:48  ol banana aur ladai chhodna aur logon ko maar kaat karna, yeh to bilkul sarkashi ki baat hai. Maulana, agla sawal Kashmir se hai Shad Hussain sahib ka.</w:t>
      </w:r>
      <w:r>
        <w:br/>
      </w:r>
      <w:r>
        <w:rPr>
          <w:sz w:val="20"/>
        </w:rPr>
        <w:t>1:18:58  unhon ne likha hai: "Maulana, you have unfolded the meaning of the Quranic word 'leader of mankind'. Your explanation provides a key to understand the divine plan of contemporary developments."</w:t>
      </w:r>
      <w:r>
        <w:br/>
      </w:r>
      <w:r>
        <w:rPr>
          <w:sz w:val="20"/>
        </w:rPr>
        <w:t>1:19:14  Why Muslim thinkers remained ignorant from this for so long? Dekhiye, yeh yeh kuch din sitarit ko incidents do baat ek saath aai,</w:t>
      </w:r>
      <w:r>
        <w:br/>
      </w:r>
      <w:r>
        <w:rPr>
          <w:sz w:val="20"/>
        </w:rPr>
        <w:t>1:19:30  yani modern modern jo age hai, woh ayat usi ke saath saath colonialism aa gaya.</w:t>
      </w:r>
      <w:r>
        <w:br/>
      </w:r>
      <w:r>
        <w:rPr>
          <w:sz w:val="20"/>
        </w:rPr>
        <w:t>1:19:40  saath saath, yani musalmanon ne is waqt empire dunya mein thi 28 sadi tak, jagah jagah mughal empire, yani ottoman empire.</w:t>
      </w:r>
      <w:r>
        <w:br/>
      </w:r>
      <w:r>
        <w:rPr>
          <w:sz w:val="20"/>
        </w:rPr>
        <w:t>1:19:52  to yeh sari empire jo thi, woh tod diya hai logon ne.</w:t>
      </w:r>
      <w:r>
        <w:br/>
      </w:r>
      <w:r>
        <w:rPr>
          <w:sz w:val="20"/>
        </w:rPr>
        <w:t>1:19:57  to ek yeh questions tha, woh alag cheez thi, woh alag cheez thi. modern jo age aaya tha, woh ek alag age tha.</w:t>
      </w:r>
      <w:r>
        <w:br/>
      </w:r>
      <w:r>
        <w:rPr>
          <w:sz w:val="20"/>
        </w:rPr>
        <w:t>1:20:07  usi ke saath saath yeh ek naya phenomena aaya ke kuch logon ne, yani woh ubre europe se ubhar kar ke asia aur africa mein apni hukumatain qaim kar lin, to negative ho gaye.</w:t>
      </w:r>
      <w:r>
        <w:br/>
      </w:r>
      <w:r>
        <w:rPr>
          <w:sz w:val="20"/>
        </w:rPr>
        <w:t>1:20:21  log soch nahi paye ke ek doosra pul hua hai, woh ek alag cheez hai, yeh alag cheez hai. dono ko alag kar ke nahi dekh sake,</w:t>
      </w:r>
      <w:r>
        <w:br/>
      </w:r>
      <w:r>
        <w:rPr>
          <w:sz w:val="20"/>
        </w:rPr>
        <w:t>1:20:32  dono ko alag kar ke nahi dekh sake. woh, yani they fail to differentiate between the two. yeh hai basic wajah.</w:t>
      </w:r>
      <w:r>
        <w:br/>
      </w:r>
      <w:r>
        <w:rPr>
          <w:sz w:val="20"/>
        </w:rPr>
        <w:t>1:20:43  is obsession mein jinhein lage ke hamari hukumaton ko tod diya, unhon ne hamare empire ko tod diya, unhein ladna hai, un se ladna hai, nateeja hai ke is se unhein ghafil ho gaye ke modern age ek blessing laya hai, opportunity laya hai, mawaqe laya gaya, is ko hum avail karna hai.</w:t>
      </w:r>
      <w:r>
        <w:br/>
      </w:r>
      <w:r>
        <w:rPr>
          <w:sz w:val="20"/>
        </w:rPr>
        <w:t>1:20:57  is se bekhabar ho gaye.</w:t>
      </w:r>
      <w:r>
        <w:br/>
      </w:r>
      <w:r>
        <w:rPr>
          <w:sz w:val="20"/>
        </w:rPr>
        <w:t>1:20:59  wohi hua jo japan mein hua. japan wale bekhabar the to japan mein aise leader paida hue. khud jo hero heater tha, hero heater bohat zabardast parha likha aadmi tha,</w:t>
      </w:r>
      <w:r>
        <w:br/>
      </w:r>
      <w:r>
        <w:rPr>
          <w:sz w:val="20"/>
        </w:rPr>
        <w:t>1:21:13  jo king of japan is waqt tha. us ki speech aap dekhein, usi kitaab mein us ki speech di hui hai. us ne lead di the muslim dunya mein.</w:t>
      </w:r>
      <w:r>
        <w:br/>
      </w:r>
      <w:r>
        <w:rPr>
          <w:sz w:val="20"/>
        </w:rPr>
        <w:t>1:21:22  koi hero jaisa aadmi pata nahi jo lead diya, lead usay lead diya. bohat time par lead diya ke dekho, karne ka woh nahi hai.</w:t>
      </w:r>
      <w:r>
        <w:br/>
      </w:r>
      <w:r>
        <w:rPr>
          <w:sz w:val="20"/>
        </w:rPr>
        <w:t>1:21:32  yeh hai to hamare haan koi aisa paida nahi hua jo lead de, kyun ke sab obsession mein jeete rahe. wohi haye hukumat, haye hukumat, haye hukumat.</w:t>
      </w:r>
    </w:p>
    <w:p>
      <w:pPr>
        <w:pStyle w:val="Heading2"/>
      </w:pPr>
      <w:r>
        <w:t>Why Muslims claim Quran only for themselves?</w:t>
      </w:r>
    </w:p>
    <w:p>
      <w:r>
        <w:rPr>
          <w:color w:val="666666"/>
          <w:sz w:val="18"/>
        </w:rPr>
        <w:t>Quran &amp; Tafsir · God's Management of History 23 Feb 2020 - Maulana Wahiduddin Khan · 9m 15s · at 1:08:08 · https://youtu.be/NeNadnD-0KE?t=4088</w:t>
      </w:r>
    </w:p>
    <w:p>
      <w:r>
        <w:rPr>
          <w:i/>
        </w:rPr>
        <w:t>“If Quran came for entire mankind, then why is it that Muslims claim Quran to be only their book? Such claims limit the book of God to only one community and keeps other communities away from it.”</w:t>
      </w:r>
    </w:p>
    <w:p>
      <w:r>
        <w:rPr>
          <w:sz w:val="20"/>
        </w:rPr>
        <w:t>1:08:08  maulana, agla sawal ahmedabad se muhammad yaqoob sahab ne bheja hai. unhon ne likha hai: "maulana, if quran came for entire mankind, then why is it that muslims claim quran to be only their book?</w:t>
      </w:r>
      <w:r>
        <w:br/>
      </w:r>
      <w:r>
        <w:rPr>
          <w:sz w:val="20"/>
        </w:rPr>
        <w:t>1:08:25  such claims limit the book of god to only one community and keeps other communities away from it."</w:t>
      </w:r>
      <w:r>
        <w:br/>
      </w:r>
      <w:r>
        <w:rPr>
          <w:sz w:val="20"/>
        </w:rPr>
        <w:t>1:08:33  bhai, musalmanon ka claim to false claim hai, false claim hai. to false claim to zahir hai ke invalid hai, is ko aap refer,</w:t>
      </w:r>
      <w:r>
        <w:br/>
      </w:r>
      <w:r>
        <w:rPr>
          <w:sz w:val="20"/>
        </w:rPr>
        <w:t>1:08:49  is ko aap refer nahin kar sakte.</w:t>
      </w:r>
      <w:r>
        <w:br/>
      </w:r>
      <w:r>
        <w:rPr>
          <w:sz w:val="20"/>
        </w:rPr>
        <w:t>1:08:51  aap quran ko dekhiye ke sare alam ke liye hai, woh to musalmanon ke claim ko aap radd kar dijiye aur jo quran ka ailan hai, us ko le lijiye.</w:t>
      </w:r>
      <w:r>
        <w:br/>
      </w:r>
      <w:r>
        <w:rPr>
          <w:sz w:val="20"/>
        </w:rPr>
        <w:t>1:09:09  lucknow se irshad hussain sahab ne likha hai: "maulana, your lecture was amazing and i am watching with my entire family.</w:t>
      </w:r>
      <w:r>
        <w:br/>
      </w:r>
      <w:r>
        <w:rPr>
          <w:sz w:val="20"/>
        </w:rPr>
        <w:t>1:09:20  i want to know from you in simple guidance that how can we apply quran in our daily life.</w:t>
      </w:r>
      <w:r>
        <w:br/>
      </w:r>
      <w:r>
        <w:rPr>
          <w:sz w:val="20"/>
        </w:rPr>
        <w:t>1:09:27  once again, thank you for guiding the entire humanity with your wisdom." bas seedhi baat hai ke rozana aap quran ka ek hissa zaroor parhiye, maslan adha</w:t>
      </w:r>
      <w:r>
        <w:br/>
      </w:r>
      <w:r>
        <w:rPr>
          <w:sz w:val="20"/>
        </w:rPr>
        <w:t>1:09:44  para</w:t>
      </w:r>
      <w:r>
        <w:br/>
      </w:r>
      <w:r>
        <w:rPr>
          <w:sz w:val="20"/>
        </w:rPr>
        <w:t>1:09:47  zaroor parhiye aur tarjume ke sath. bas is ke baad sab kuch apne aap hota chala jayega.</w:t>
      </w:r>
      <w:r>
        <w:br/>
      </w:r>
      <w:r>
        <w:rPr>
          <w:sz w:val="20"/>
        </w:rPr>
        <w:t>1:10:04  anwar siddiqui sahab ne gujarat se likha hai: "maulana sahab, if i distribute quran, then will god forgive my sins?</w:t>
      </w:r>
      <w:r>
        <w:br/>
      </w:r>
      <w:r>
        <w:rPr>
          <w:sz w:val="20"/>
        </w:rPr>
        <w:t>1:10:13  i have done bad deeds in my life, which were unpardonable. i have started distributing quran after listening to your talks.</w:t>
      </w:r>
      <w:r>
        <w:br/>
      </w:r>
      <w:r>
        <w:rPr>
          <w:sz w:val="20"/>
        </w:rPr>
        <w:t>1:10:23  please tell me, will god forgive my sins if i continue to distribute quran till the end of my life?"</w:t>
      </w:r>
      <w:r>
        <w:br/>
      </w:r>
      <w:r>
        <w:rPr>
          <w:sz w:val="20"/>
        </w:rPr>
        <w:t>1:10:31  dekhen, jab aap quran ko parhenge to quran mein ek ayat milegi aap ko.</w:t>
      </w:r>
      <w:r>
        <w:br/>
      </w:r>
      <w:r>
        <w:rPr>
          <w:sz w:val="20"/>
        </w:rPr>
        <w:t>1:10:40  ek ayat</w:t>
      </w:r>
      <w:r>
        <w:br/>
      </w:r>
      <w:r>
        <w:rPr>
          <w:sz w:val="20"/>
        </w:rPr>
        <w:t>1:10:44  woh ayat parh dijiye: "sahib, jameea</w:t>
      </w:r>
      <w:r>
        <w:br/>
      </w:r>
      <w:r>
        <w:rPr>
          <w:sz w:val="20"/>
        </w:rPr>
        <w:t>1:10:51  yaghfir zunub." qul ya ibadi allazina asrafu ala anfusihim la taqnatu min rahmatillah, innallaha yaghfiru zunuba jameea, innahu huwal ghafurur rahim.</w:t>
      </w:r>
      <w:r>
        <w:br/>
      </w:r>
      <w:r>
        <w:rPr>
          <w:sz w:val="20"/>
        </w:rPr>
        <w:t>1:11:08  surah zumar ayat number 53. logon ko, ah, tum keh do ke: "ae mere bando jinho ne apni janon par zulm kiya hai, allah ki rehmat se mayoos na ho.</w:t>
      </w:r>
      <w:r>
        <w:br/>
      </w:r>
      <w:r>
        <w:rPr>
          <w:sz w:val="20"/>
        </w:rPr>
        <w:t>1:11:20  beshak allah taala tamam gunahon ko bakhsh deta hai."</w:t>
      </w:r>
      <w:r>
        <w:br/>
      </w:r>
      <w:r>
        <w:rPr>
          <w:sz w:val="20"/>
        </w:rPr>
        <w:t>1:11:24  beshak woh bakhshne wala, reham karne wala hai. is mein dekhen, jami'a ka lafz jo hai,</w:t>
      </w:r>
      <w:r>
        <w:br/>
      </w:r>
      <w:r>
        <w:rPr>
          <w:sz w:val="20"/>
        </w:rPr>
        <w:t>1:11:34  jami'a yani saare gunahon ka mukhtasar. agar aadmi toba kare, toba nasho kare to is se bari khushkhabri, khushkhabri kya ho sakti hai?</w:t>
      </w:r>
      <w:r>
        <w:br/>
      </w:r>
      <w:r>
        <w:rPr>
          <w:sz w:val="20"/>
        </w:rPr>
        <w:t>1:11:48  dil se toba karna</w:t>
      </w:r>
      <w:r>
        <w:br/>
      </w:r>
      <w:r>
        <w:rPr>
          <w:sz w:val="20"/>
        </w:rPr>
        <w:t>1:11:50  aur sach much Allah se rujoo karna aur toba ki sharton ko poora karna, bas yahi kaafi hai.</w:t>
      </w:r>
      <w:r>
        <w:br/>
      </w:r>
      <w:r>
        <w:rPr>
          <w:sz w:val="20"/>
        </w:rPr>
        <w:t>1:12:02  is is ayat ke mutabiq aap tafseeron mein parhen to aap janenge</w:t>
      </w:r>
      <w:r>
        <w:br/>
      </w:r>
      <w:r>
        <w:rPr>
          <w:sz w:val="20"/>
        </w:rPr>
        <w:t>1:12:09  ke saari tareekh mein sahaba se le kar baad ke ali iman is ko parh kar yeh kehte rahe hain ke yeh ayat Quran mein jo hai, sab se hopeful, sab se zyada hopeful ayat hai</w:t>
      </w:r>
      <w:r>
        <w:br/>
      </w:r>
      <w:r>
        <w:rPr>
          <w:sz w:val="20"/>
        </w:rPr>
        <w:t>1:12:28  un ke nazdeek. sab se zyada hopeful ayat hai.</w:t>
      </w:r>
      <w:r>
        <w:br/>
      </w:r>
      <w:r>
        <w:rPr>
          <w:sz w:val="20"/>
        </w:rPr>
        <w:t>1:12:37  Miss Daniya Mustafa ne Karachi se likha hai: "Maulana sahib, you are the one from whom I learned how to live a positive life and make God the focus of my life." Thank you Maulana.</w:t>
      </w:r>
      <w:r>
        <w:br/>
      </w:r>
      <w:r>
        <w:rPr>
          <w:sz w:val="20"/>
        </w:rPr>
        <w:t>1:12:54  Masha Allah. Mahboob bhai ne,</w:t>
      </w:r>
      <w:r>
        <w:br/>
      </w:r>
      <w:r>
        <w:rPr>
          <w:sz w:val="20"/>
        </w:rPr>
        <w:t>1:12:57  Mahboob bhai jo class mein maujood hain, Mumbai se hain, unhon ne likha hai: "Maulana, aaj ka lecture se Khuda ke azeem plan ke hisse mein shamil hone ki majeed himmat aayi.</w:t>
      </w:r>
      <w:r>
        <w:br/>
      </w:r>
      <w:r>
        <w:rPr>
          <w:sz w:val="20"/>
        </w:rPr>
        <w:t>1:13:10  Doosri baat yeh hai, Dr. Saniya Sanien Khan sahib ka safar ki roodad se mere andar ek nayi energy daud padi.</w:t>
      </w:r>
      <w:r>
        <w:br/>
      </w:r>
      <w:r>
        <w:rPr>
          <w:sz w:val="20"/>
        </w:rPr>
        <w:t>1:13:20  unki saada andaaz baat mein is ke peeche ki sincerity, mehnat saaf saaf mujhe mehsoos ho rahi thi.</w:t>
      </w:r>
      <w:r>
        <w:br/>
      </w:r>
      <w:r>
        <w:rPr>
          <w:sz w:val="20"/>
        </w:rPr>
        <w:t>1:13:29  Allah Dr. Saniya Sanien Khan sahib, Khwaja Kaleemuddin sahib aur Haroon Sheikh sahib ko</w:t>
      </w:r>
      <w:r>
        <w:br/>
      </w:r>
      <w:r>
        <w:rPr>
          <w:sz w:val="20"/>
        </w:rPr>
        <w:t>1:13:36  aala darje ka jaza ata farmaye." Masha Allah, Masha Allah. Dr. Junaid Sheikh sahib ne Delhi se likha hai: "Maulana, today's lecture was very encouraging.</w:t>
      </w:r>
      <w:r>
        <w:br/>
      </w:r>
      <w:r>
        <w:rPr>
          <w:sz w:val="20"/>
        </w:rPr>
        <w:t>1:13:52  I rediscovered the story of God</w:t>
      </w:r>
      <w:r>
        <w:br/>
      </w:r>
      <w:r>
        <w:rPr>
          <w:sz w:val="20"/>
        </w:rPr>
        <w:t>1:13:56  and the seriousness of His mission. God has blessed great blessings in the form of printing press, single international language, age of peace and age of technology,</w:t>
      </w:r>
      <w:r>
        <w:br/>
      </w:r>
      <w:r>
        <w:rPr>
          <w:sz w:val="20"/>
        </w:rPr>
        <w:t>1:14:11  so that word of God reaches every home.</w:t>
      </w:r>
      <w:r>
        <w:br/>
      </w:r>
      <w:r>
        <w:rPr>
          <w:sz w:val="20"/>
        </w:rPr>
        <w:t>1:14:15  And I can say with full conviction that your literature and translation of Quran is special provision by God for this divine cause." Jazak Allah.</w:t>
      </w:r>
      <w:r>
        <w:br/>
      </w:r>
      <w:r>
        <w:rPr>
          <w:sz w:val="20"/>
        </w:rPr>
        <w:t>1:14:29  Sajid Anwar sahib ne Delhi se likha hai,</w:t>
      </w:r>
      <w:r>
        <w:br/>
      </w:r>
      <w:r>
        <w:rPr>
          <w:sz w:val="20"/>
        </w:rPr>
        <w:t>1:14:32  un ka comment aur question hai, unhon ne likha hai:</w:t>
      </w:r>
      <w:r>
        <w:br/>
      </w:r>
      <w:r>
        <w:rPr>
          <w:sz w:val="20"/>
        </w:rPr>
        <w:t>1:14:39  "Both the lecture as well as the da'wah journey brief by Dr. Saniya Sanien sahib were extremely thrilling.</w:t>
      </w:r>
      <w:r>
        <w:br/>
      </w:r>
      <w:r>
        <w:rPr>
          <w:sz w:val="20"/>
        </w:rPr>
        <w:t>1:14:49  I rededicate myself and my resources to this divine mission."</w:t>
      </w:r>
      <w:r>
        <w:br/>
      </w:r>
      <w:r>
        <w:rPr>
          <w:sz w:val="20"/>
        </w:rPr>
        <w:t>1:14:55  Maulana, I have a question: "My question is, is there any hindrance that is now there for da'wah work?</w:t>
      </w:r>
      <w:r>
        <w:br/>
      </w:r>
      <w:r>
        <w:rPr>
          <w:sz w:val="20"/>
        </w:rPr>
        <w:t>1:15:06  If yes, then how to overcome that? Please guide all of us."</w:t>
      </w:r>
      <w:r>
        <w:br/>
      </w:r>
      <w:r>
        <w:rPr>
          <w:sz w:val="20"/>
        </w:rPr>
        <w:t>1:15:12  dekhen, yahi to khaas baat hai ke agar koi rukawat thi to pehle zamaney mein thi. aaj koi rukawat hi nahi hai, koi rukawat hi nahi hai.</w:t>
      </w:r>
      <w:r>
        <w:br/>
      </w:r>
      <w:r>
        <w:rPr>
          <w:sz w:val="20"/>
        </w:rPr>
        <w:t>1:15:26  musalmanon ne khud se daal rakhi to daal rakhi ho,</w:t>
      </w:r>
      <w:r>
        <w:br/>
      </w:r>
      <w:r>
        <w:rPr>
          <w:sz w:val="20"/>
        </w:rPr>
        <w:t>1:15:30  musalmanon ka apna feal hai. woh Allah ne saare raaste saaf kar diye hain, ek process chalaya jis mein saare raaste saaf ho gaye.</w:t>
      </w:r>
      <w:r>
        <w:br/>
      </w:r>
      <w:r>
        <w:rPr>
          <w:sz w:val="20"/>
        </w:rPr>
        <w:t>1:15:48  mein pehli baar jab gaya tha Hazrat Haiderabad, bohat pehle ki baat hai, to mein paidal chal raha tha yeh road par Haiderabad mein.</w:t>
      </w:r>
      <w:r>
        <w:br/>
      </w:r>
      <w:r>
        <w:rPr>
          <w:sz w:val="20"/>
        </w:rPr>
        <w:t>1:16:00  to achaanak seeti bajne lagi. seeti police wale charon taraf khade hue the,</w:t>
      </w:r>
      <w:r>
        <w:br/>
      </w:r>
      <w:r>
        <w:rPr>
          <w:sz w:val="20"/>
        </w:rPr>
        <w:t>1:16:05  sadak ke dono taraf, aur seeti bajaye the, seeti bajaye the. to maine kaha ke kya seeti ka matlab hai?</w:t>
      </w:r>
      <w:r>
        <w:br/>
      </w:r>
      <w:r>
        <w:rPr>
          <w:sz w:val="20"/>
        </w:rPr>
        <w:t>1:16:14  kisi se poocha. unhon ne kaha ke road ke kinare ho jaiye. to mein road kinare ho kar ke khada ho kar dekhne laga.</w:t>
      </w:r>
      <w:r>
        <w:br/>
      </w:r>
      <w:r>
        <w:rPr>
          <w:sz w:val="20"/>
        </w:rPr>
        <w:t>1:16:24  to itne mein teen car aayin, teen car. beech mein Nawab Haiderabad ki car thi, aur aage peeche security ke log the.</w:t>
      </w:r>
      <w:r>
        <w:br/>
      </w:r>
      <w:r>
        <w:rPr>
          <w:sz w:val="20"/>
        </w:rPr>
        <w:t>1:16:39  to</w:t>
      </w:r>
      <w:r>
        <w:br/>
      </w:r>
      <w:r>
        <w:rPr>
          <w:sz w:val="20"/>
        </w:rPr>
        <w:t>1:16:40  poori road ko khaali kar ke woh teeno car guzar gayi hain. to yaqeen kijiye ke Allah taala ne seeti baja di.</w:t>
      </w:r>
      <w:r>
        <w:br/>
      </w:r>
      <w:r>
        <w:rPr>
          <w:sz w:val="20"/>
        </w:rPr>
        <w:t>1:16:51  ae logon, hat jao, hat jao!</w:t>
      </w:r>
      <w:r>
        <w:br/>
      </w:r>
      <w:r>
        <w:rPr>
          <w:sz w:val="20"/>
        </w:rPr>
        <w:t>1:16:53  Allah qafila aa raha hai.</w:t>
      </w:r>
      <w:r>
        <w:br/>
      </w:r>
      <w:r>
        <w:rPr>
          <w:sz w:val="20"/>
        </w:rPr>
        <w:t>1:16:59  mujhe sach much dikhai deta hai apni aankh se ke farishte seetiyan baja rahe hain, logon, hat jao!</w:t>
      </w:r>
      <w:r>
        <w:br/>
      </w:r>
      <w:r>
        <w:rPr>
          <w:sz w:val="20"/>
        </w:rPr>
        <w:t>1:17:09  quran phailane walon ka qafila aa raha hai. jhooton ko ibadat na dikhai dein to andhe beh rahe hain. mere nazdeek</w:t>
      </w:r>
    </w:p>
    <w:p>
      <w:pPr>
        <w:pStyle w:val="Heading2"/>
      </w:pPr>
      <w:r>
        <w:t>Why Muslims derive violence from Quran?</w:t>
      </w:r>
    </w:p>
    <w:p>
      <w:r>
        <w:rPr>
          <w:color w:val="666666"/>
          <w:sz w:val="18"/>
        </w:rPr>
        <w:t>Quran &amp; Tafsir · Nation Building On India's Republic Day Jan 26, 2020 Maulana Wahiduddin Khan · 1m 18s · at 56:53 · https://youtu.be/58CVocbLAb8?t=3413</w:t>
      </w:r>
    </w:p>
    <w:p>
      <w:r>
        <w:rPr>
          <w:i/>
        </w:rPr>
        <w:t>“In the Quran there is so clear guidance about peaceful struggle. Then how is it that so many Muslims have derived violence from the Quran?”</w:t>
      </w:r>
    </w:p>
    <w:p>
      <w:r>
        <w:rPr>
          <w:sz w:val="20"/>
        </w:rPr>
        <w:t>56:53  maulana agla sawal sajid anwar sahib ka hai mumbai se. unhon ne likha hai: "maulana in the quran there is so clear guidance about peaceful struggle.</w:t>
      </w:r>
      <w:r>
        <w:br/>
      </w:r>
      <w:r>
        <w:rPr>
          <w:sz w:val="20"/>
        </w:rPr>
        <w:t>57:06  then how is it that so many muslims have derived the violence from</w:t>
      </w:r>
      <w:r>
        <w:br/>
      </w:r>
      <w:r>
        <w:rPr>
          <w:sz w:val="20"/>
        </w:rPr>
        <w:t>57:10  the quran?"</w:t>
      </w:r>
      <w:r>
        <w:br/>
      </w:r>
      <w:r>
        <w:rPr>
          <w:sz w:val="20"/>
        </w:rPr>
        <w:t>57:13  yeh to aaj se nahi rasool allah peghambar ke zamane se isi dunya mein hai. misaal ke taur par dekhiye abhi sahaba zinda the rasool allah ke baad jo daur aaya us mein kuch logon ne ladiyan aapas mein ladhe woh.</w:t>
      </w:r>
      <w:r>
        <w:br/>
      </w:r>
      <w:r>
        <w:rPr>
          <w:sz w:val="20"/>
        </w:rPr>
        <w:t>57:34  aapas mein ladhe woh. aap jante hain kis naam par ladte hain? huzoor ne hasbana kitab allah. ek ek hasbana kitab quran ko upar kiya unhon ne.</w:t>
      </w:r>
      <w:r>
        <w:br/>
      </w:r>
      <w:r>
        <w:rPr>
          <w:sz w:val="20"/>
        </w:rPr>
        <w:t>57:48  aur naara lagaya hasbana hasbana kitab allah. yani allah ki kitab ke naam par ladai. to yeh aaj aaj agar hai to yeh to hamesha rahi hai hamesha rahegi.</w:t>
      </w:r>
      <w:r>
        <w:br/>
      </w:r>
      <w:r>
        <w:rPr>
          <w:sz w:val="20"/>
        </w:rPr>
        <w:t>58:01  aap apne apne apne ko apne ko lagaiye quran ke kaam mein.</w:t>
      </w:r>
    </w:p>
    <w:p>
      <w:pPr>
        <w:pStyle w:val="Heading2"/>
      </w:pPr>
      <w:r>
        <w:t>Why Muslims misinterpret Quran on blasphemy</w:t>
      </w:r>
    </w:p>
    <w:p>
      <w:r>
        <w:rPr>
          <w:color w:val="666666"/>
          <w:sz w:val="18"/>
        </w:rPr>
        <w:t>Quran &amp; Tafsir · Freedom of Expression in Islam 30 Sept 2012 - Maulana Wahiduddin Khan · 58s · at 1:11:57 · https://youtu.be/WLlXSyxX8Q4?t=4317</w:t>
      </w:r>
    </w:p>
    <w:p>
      <w:r>
        <w:rPr>
          <w:i/>
        </w:rPr>
        <w:t>“I met a group of people who wanted to know my opinion on blasphemy. I said that the Quran does not prescribe any punishment for blasphemy. In reply to this, they quoted a verse from the Quran which says: 'May his hands, that is Abu Lahab's hands, perish.' Maulana, why do Muslims misinterpret Quran? Please comment.”</w:t>
      </w:r>
    </w:p>
    <w:p>
      <w:r>
        <w:rPr>
          <w:sz w:val="20"/>
        </w:rPr>
        <w:t>1:11:57  maulana, agla sawal mister ramesh siddiqui ka dilli se hai. unhon ne likha hai: "i meet a group of people who wanted to know my opinion in blasphemy.</w:t>
      </w:r>
      <w:r>
        <w:br/>
      </w:r>
      <w:r>
        <w:rPr>
          <w:sz w:val="20"/>
        </w:rPr>
        <w:t>1:12:08  i said that the quran does not prescribe any punishment for blasphemy. in reply to this, they quoted a verse from the quran which says: 'may his hands, that is abu lahab's hands, perish</w:t>
      </w:r>
      <w:r>
        <w:br/>
      </w:r>
      <w:r>
        <w:rPr>
          <w:sz w:val="20"/>
        </w:rPr>
        <w:t>1:12:24  .' maulana, why do muslims misinterpret quran? please comment." yeh to aise hi hai jaise koi kahe ke main dilli mein hoon, is ka matlab hai ke jo sach par iktal kar raha hoon.</w:t>
      </w:r>
      <w:r>
        <w:br/>
      </w:r>
      <w:r>
        <w:rPr>
          <w:sz w:val="20"/>
        </w:rPr>
        <w:t>1:12:38  to aise to koi baat sabit nahi hoti. tibbat hai, tibbat ya aap ke lehaz se koi talluq khatam rasool se, masjid se nahi hai.</w:t>
      </w:r>
      <w:r>
        <w:br/>
      </w:r>
      <w:r>
        <w:rPr>
          <w:sz w:val="20"/>
        </w:rPr>
        <w:t>1:12:51  yeh to bilkul zabardasti ki gandhari ki baat hai.</w:t>
      </w:r>
    </w:p>
    <w:p>
      <w:pPr>
        <w:pStyle w:val="Heading2"/>
      </w:pPr>
      <w:r>
        <w:t>Why Quran not in revelation order?</w:t>
      </w:r>
    </w:p>
    <w:p>
      <w:r>
        <w:rPr>
          <w:color w:val="666666"/>
          <w:sz w:val="18"/>
        </w:rPr>
        <w:t>Quran &amp; Tafsir · The Quran September 20, 2020 Maulana Wahiduddin Khan · 1m 22s · at 28:29 · https://youtu.be/yQZGg2A0-Tk?t=1709</w:t>
      </w:r>
    </w:p>
    <w:p>
      <w:r>
        <w:rPr>
          <w:i/>
        </w:rPr>
        <w:t>“Why was the Quran not kept in the order of revelation? Please clarify this.”</w:t>
      </w:r>
    </w:p>
    <w:p>
      <w:r>
        <w:rPr>
          <w:sz w:val="20"/>
        </w:rPr>
        <w:t>28:29  maulana faiz qadri sahib ne coimbatore se sawal bheja hai. unhon ne likha hai: "maulana, quran ki tarteeb nuzooli ko kyun barqarar nahin rakha gaya?</w:t>
      </w:r>
      <w:r>
        <w:br/>
      </w:r>
      <w:r>
        <w:rPr>
          <w:sz w:val="20"/>
        </w:rPr>
        <w:t>28:41  is ko wazeh karein."</w:t>
      </w:r>
      <w:r>
        <w:br/>
      </w:r>
      <w:r>
        <w:rPr>
          <w:sz w:val="20"/>
        </w:rPr>
        <w:t>28:46  dekhein, tarteeb jo nuzooli hai, woh halaat ke lehaz se ayi hai. lekin halaat ke lehaz se ise nahin parhna hai aap ko.</w:t>
      </w:r>
      <w:r>
        <w:br/>
      </w:r>
      <w:r>
        <w:rPr>
          <w:sz w:val="20"/>
        </w:rPr>
        <w:t>29:00  tarteeb nuzooli ka matlab yeh nahin ke jab tarteeb nuzooli aap janen ge, tabhi aap quran ko samjhen ge. mein sochta hoon ke quran shajarat ki surat mein hai.</w:t>
      </w:r>
      <w:r>
        <w:br/>
      </w:r>
      <w:r>
        <w:rPr>
          <w:sz w:val="20"/>
        </w:rPr>
        <w:t>29:15  shajarat</w:t>
      </w:r>
      <w:r>
        <w:br/>
      </w:r>
      <w:r>
        <w:rPr>
          <w:sz w:val="20"/>
        </w:rPr>
        <w:t>29:20  to</w:t>
      </w:r>
      <w:r>
        <w:br/>
      </w:r>
      <w:r>
        <w:rPr>
          <w:sz w:val="20"/>
        </w:rPr>
        <w:t>29:25  tartib-e-nuzooli se aap nawaqif hon, tab bhi Quran ke maani aap par khul sakte hain. To asal cheez yeh hai.</w:t>
      </w:r>
      <w:r>
        <w:br/>
      </w:r>
      <w:r>
        <w:rPr>
          <w:sz w:val="20"/>
        </w:rPr>
        <w:t>29:37  asal cheez yeh nahin ke aap tartib-e-nuzooli ko jaanen. Asal cheez yeh hai ke aap tadabbur karen.</w:t>
      </w:r>
      <w:r>
        <w:br/>
      </w:r>
      <w:r>
        <w:rPr>
          <w:sz w:val="20"/>
        </w:rPr>
        <w:t>29:43  tadabbur se maani khulte hain.</w:t>
      </w:r>
    </w:p>
    <w:p>
      <w:pPr>
        <w:pStyle w:val="Heading2"/>
      </w:pPr>
      <w:r>
        <w:t>Why Quran reading yields no guidance</w:t>
      </w:r>
    </w:p>
    <w:p>
      <w:r>
        <w:rPr>
          <w:color w:val="666666"/>
          <w:sz w:val="18"/>
        </w:rPr>
        <w:t>Quran &amp; Tafsir · Quran A Miracle June 01, 2014 · 1m 02s · at 1:07:34 · https://youtu.be/8KM3lDsj4PY?t=4054</w:t>
      </w:r>
    </w:p>
    <w:p>
      <w:r>
        <w:rPr>
          <w:i/>
        </w:rPr>
        <w:t>“Some people read the Quran with its meaning and tafsir but they do not get anything from it as guidance. Why is this so?”</w:t>
      </w:r>
    </w:p>
    <w:p>
      <w:r>
        <w:rPr>
          <w:sz w:val="20"/>
        </w:rPr>
        <w:t>1:07:34  molana agla sawal dilli se kiya hai ans sahib ne. unhon ne likha hai ke molana some people read quran with its meaning and tafsir but they do not get anything from it as guidance.</w:t>
      </w:r>
      <w:r>
        <w:br/>
      </w:r>
      <w:r>
        <w:rPr>
          <w:sz w:val="20"/>
        </w:rPr>
        <w:t>1:07:49  why is this so? ab bhi mein yeh keh sakta hoon ke bhai bar bar parha jaye bar bar parha jaye. aur jo supportive literature hai wahi parha jaye.</w:t>
      </w:r>
      <w:r>
        <w:br/>
      </w:r>
      <w:r>
        <w:rPr>
          <w:sz w:val="20"/>
        </w:rPr>
        <w:t>1:08:00  dekhiye sirf quran ka tarjuma parhna kafi nahin hai. supportive literature bhi zaroori hai ke logon ko parhaya jaye. dono sath sath hona chahiye.</w:t>
      </w:r>
      <w:r>
        <w:br/>
      </w:r>
      <w:r>
        <w:rPr>
          <w:sz w:val="20"/>
        </w:rPr>
        <w:t>1:08:10  jaise hamare haan se tarjume chhap rahe hain har zaban mein. to woh tabligh aam ke liye bohat acha kaam hai. lekin sath sath zaroori hai ke supportive literature jo hai hamare haan se is ko bhi logon ko diya jaye.</w:t>
      </w:r>
      <w:r>
        <w:br/>
      </w:r>
      <w:r>
        <w:rPr>
          <w:sz w:val="20"/>
        </w:rPr>
        <w:t>1:08:24  tab ja kar is ka sahi andaz mein woh samajh payein ge quran ko.</w:t>
      </w:r>
    </w:p>
    <w:p>
      <w:pPr>
        <w:pStyle w:val="Heading2"/>
      </w:pPr>
      <w:r>
        <w:t>Why Scholars Avoid Positive Interpretation of Gog and Magog</w:t>
      </w:r>
    </w:p>
    <w:p>
      <w:r>
        <w:rPr>
          <w:color w:val="666666"/>
          <w:sz w:val="18"/>
        </w:rPr>
        <w:t>Quran &amp; Tafsir · Dars-e-Quran, Chapter 2, Verses 55-57 | March 25, 2018 · 54s · at 47:25 · https://youtu.be/2MykDXfNV_w?t=2845</w:t>
      </w:r>
    </w:p>
    <w:p>
      <w:r>
        <w:rPr>
          <w:i/>
        </w:rPr>
        <w:t>“Why do scholars not give a positive interpretation of Gog and Magog? Please explain this.”</w:t>
      </w:r>
    </w:p>
    <w:p>
      <w:r>
        <w:rPr>
          <w:sz w:val="20"/>
        </w:rPr>
        <w:t>47:25  maulana iqbal umri ne sawal bheja hai chennai se.</w:t>
      </w:r>
      <w:r>
        <w:br/>
      </w:r>
      <w:r>
        <w:rPr>
          <w:sz w:val="20"/>
        </w:rPr>
        <w:t>47:31  unhone Maulana aap se poocha hai ke "yajuj majuj ki misbat tojihat ulama kyun nahi karte hain?</w:t>
      </w:r>
      <w:r>
        <w:br/>
      </w:r>
      <w:r>
        <w:rPr>
          <w:sz w:val="20"/>
        </w:rPr>
        <w:t>47:37  iski wazahat karen." isi ko ulama ka to nafrat karna hai.</w:t>
      </w:r>
      <w:r>
        <w:br/>
      </w:r>
      <w:r>
        <w:rPr>
          <w:sz w:val="20"/>
        </w:rPr>
        <w:t>47:43  agar woh manen unki to unka ek bahut bada role samne aa jayega.</w:t>
      </w:r>
      <w:r>
        <w:br/>
      </w:r>
      <w:r>
        <w:rPr>
          <w:sz w:val="20"/>
        </w:rPr>
        <w:t>47:50  to main ek hi mujhe maloom hai Allama Anwar Shah Kashmiri</w:t>
      </w:r>
      <w:r>
        <w:br/>
      </w:r>
      <w:r>
        <w:rPr>
          <w:sz w:val="20"/>
        </w:rPr>
        <w:t>47:56  jinhone yeh baat likhi hai.</w:t>
      </w:r>
      <w:r>
        <w:br/>
      </w:r>
      <w:r>
        <w:rPr>
          <w:sz w:val="20"/>
        </w:rPr>
        <w:t>48:02  baqi log to bas nafrat, nafrat, nafrat.</w:t>
      </w:r>
      <w:r>
        <w:br/>
      </w:r>
      <w:r>
        <w:rPr>
          <w:sz w:val="20"/>
        </w:rPr>
        <w:t>48:08  to nafrat jo hai hamare maujooda zamane ke logon ke liye record ban rahi hai, ban gayi hai</w:t>
      </w:r>
      <w:r>
        <w:br/>
      </w:r>
      <w:r>
        <w:rPr>
          <w:sz w:val="20"/>
        </w:rPr>
        <w:t>48:14  ke woh sachai ko daryaft karne wale logon ki qadar karen, unse mohabbat karen, unse istifada karen.</w:t>
      </w:r>
    </w:p>
    <w:p>
      <w:pPr>
        <w:pStyle w:val="Heading2"/>
      </w:pPr>
      <w:r>
        <w:t>Why Usuli Tafsir lacks contemporary application</w:t>
      </w:r>
    </w:p>
    <w:p>
      <w:r>
        <w:rPr>
          <w:color w:val="666666"/>
          <w:sz w:val="18"/>
        </w:rPr>
        <w:t>Quran &amp; Tafsir · Study of The Quran November 30, 2014 · 1m 10s · at 45:51 · https://youtu.be/x3fcJ2nlDow?t=2751</w:t>
      </w:r>
    </w:p>
    <w:p>
      <w:r>
        <w:rPr>
          <w:i/>
        </w:rPr>
        <w:t>“In the books of Usuli Tafsir, why is there not more emphasis on contemporary application?”</w:t>
      </w:r>
    </w:p>
    <w:p>
      <w:r>
        <w:rPr>
          <w:sz w:val="20"/>
        </w:rPr>
        <w:t>45:51  main to yahi samajhta hoon. Maulana, in ka aik aur sawal hai. unhon ne aap se poocha hai ke usooli tafseer ki kitabon mein contemporary application par ziyada zor kyun nahi diya gaya, is ke baray mein.</w:t>
      </w:r>
      <w:r>
        <w:br/>
      </w:r>
      <w:r>
        <w:rPr>
          <w:sz w:val="20"/>
        </w:rPr>
        <w:t>46:05  haan, kon sa? usooli tafseer. usooli tafseer. usooli tafseer. haan ji. bhai, is ka ab is ka to bohat mushkil hai jawab dena.</w:t>
      </w:r>
      <w:r>
        <w:br/>
      </w:r>
      <w:r>
        <w:rPr>
          <w:sz w:val="20"/>
        </w:rPr>
        <w:t>46:16  magar bazahir mera khayal yeh hai ke logon ne shan e nuzool ya asbab e nuzool ki riwayaton hi ko asal samajh liya. halankeh woh background bata di thi.</w:t>
      </w:r>
      <w:r>
        <w:br/>
      </w:r>
      <w:r>
        <w:rPr>
          <w:sz w:val="20"/>
        </w:rPr>
        <w:t>46:29  yani jis ko kehte hain tafseer e ma'soor, usi ko asal samajh liya gaya.</w:t>
      </w:r>
      <w:r>
        <w:br/>
      </w:r>
      <w:r>
        <w:rPr>
          <w:sz w:val="20"/>
        </w:rPr>
        <w:t>46:34  bas jo shan e nuzool ki riwayaton mein hai, jo asbab e nuzool ki riwayaton mein hai, bas wohi asal hai tafseer ka maada. halankeh woh asal tafseer ka maada nahi tha.</w:t>
      </w:r>
      <w:r>
        <w:br/>
      </w:r>
      <w:r>
        <w:rPr>
          <w:sz w:val="20"/>
        </w:rPr>
        <w:t>46:47  woh woh hum ko historical background batane ke liye tha. is se hum is ko le kar phir humein re-apply karna tha.</w:t>
      </w:r>
      <w:r>
        <w:br/>
      </w:r>
      <w:r>
        <w:rPr>
          <w:sz w:val="20"/>
        </w:rPr>
        <w:t>46:58  yeh main samajhta hoon ke yeh zehan nahi bana logon ke andar.</w:t>
      </w:r>
    </w:p>
    <w:p>
      <w:pPr>
        <w:pStyle w:val="Heading2"/>
      </w:pPr>
      <w:r>
        <w:t>Why different interpretations of Quran verses?</w:t>
      </w:r>
    </w:p>
    <w:p>
      <w:r>
        <w:rPr>
          <w:color w:val="666666"/>
          <w:sz w:val="18"/>
        </w:rPr>
        <w:t>Quran &amp; Tafsir · Lessons from My Journey to Agra October 27, 2013 · 6m 43s · at 1:16:31 · https://youtu.be/Gg2N0h4ETH8?t=4591</w:t>
      </w:r>
    </w:p>
    <w:p>
      <w:r>
        <w:rPr>
          <w:i/>
        </w:rPr>
        <w:t>“My question for this morning is that we all have been delivered a message of God through Quran, which is the book of God. This book has no other meaning other than that has been stated. Then why are the verses being interpreted in different manner? Is this a twenty-first century phenomenon?”</w:t>
      </w:r>
    </w:p>
    <w:p>
      <w:r>
        <w:rPr>
          <w:sz w:val="20"/>
        </w:rPr>
        <w:t>1:16:31  maulana, agla sawal singapore se hai mr. slish malhotra ka. unhon ne likha hai: "maulana, my question for this morning is that we all have been delivered a message of god through quran, which is the book of god.</w:t>
      </w:r>
      <w:r>
        <w:br/>
      </w:r>
      <w:r>
        <w:rPr>
          <w:sz w:val="20"/>
        </w:rPr>
        <w:t>1:16:48  this book has no other meaning other than that has been stated</w:t>
      </w:r>
      <w:r>
        <w:br/>
      </w:r>
      <w:r>
        <w:rPr>
          <w:sz w:val="20"/>
        </w:rPr>
        <w:t>1:16:53  . then why are the verses being interpreted in different manner? is this a twenty first century phenomena?</w:t>
      </w:r>
      <w:r>
        <w:br/>
      </w:r>
      <w:r>
        <w:rPr>
          <w:sz w:val="20"/>
        </w:rPr>
        <w:t>1:17:03  is this because there are too many distractions in the world today as compared to before? given below are two reasons why i am asking this from you.</w:t>
      </w:r>
      <w:r>
        <w:br/>
      </w:r>
      <w:r>
        <w:rPr>
          <w:sz w:val="20"/>
        </w:rPr>
        <w:t>1:17:15  my first reason is from a common person view</w:t>
      </w:r>
      <w:r>
        <w:br/>
      </w:r>
      <w:r>
        <w:rPr>
          <w:sz w:val="20"/>
        </w:rPr>
        <w:t>1:17:18  . when i speak to my muslim friends, i often remind them that they should not drink wine or smoke as this is forbidden.</w:t>
      </w:r>
      <w:r>
        <w:br/>
      </w:r>
      <w:r>
        <w:rPr>
          <w:sz w:val="20"/>
        </w:rPr>
        <w:t>1:17:28  and i am often told that my interpretation is wrong as the verse says that you may not drink and not you must not drink.</w:t>
      </w:r>
      <w:r>
        <w:br/>
      </w:r>
      <w:r>
        <w:rPr>
          <w:sz w:val="20"/>
        </w:rPr>
        <w:t>1:17:39  this is a clear example of misinterpretation.</w:t>
      </w:r>
      <w:r>
        <w:br/>
      </w:r>
      <w:r>
        <w:rPr>
          <w:sz w:val="20"/>
        </w:rPr>
        <w:t>1:17:43  secondly, the reason from my muslim friends, second reason from my muslim friends who often debate and justify their actions taken by extremists in palestine, afghanistan and hell osama bin laden as a true representative of muslims who dare to challenge the powerful countries.</w:t>
      </w:r>
      <w:r>
        <w:br/>
      </w:r>
      <w:r>
        <w:rPr>
          <w:sz w:val="20"/>
        </w:rPr>
        <w:t>1:18:04  this again is a misinterpretation by very educated people who have several degrees to their names.</w:t>
      </w:r>
      <w:r>
        <w:br/>
      </w:r>
      <w:r>
        <w:rPr>
          <w:sz w:val="20"/>
        </w:rPr>
        <w:t>1:18:12  please throw some light on this."</w:t>
      </w:r>
      <w:r>
        <w:br/>
      </w:r>
      <w:r>
        <w:rPr>
          <w:sz w:val="20"/>
        </w:rPr>
        <w:t>1:18:18  dekhen, ilm ki do bari branches hain: humanities aur physical sciences. physical sciences jo hain, woh mathematics par base karti hain.</w:t>
      </w:r>
      <w:r>
        <w:br/>
      </w:r>
      <w:r>
        <w:rPr>
          <w:sz w:val="20"/>
        </w:rPr>
        <w:t>1:18:33  lekin humanities mein aap mathematics nahin chala sakte.</w:t>
      </w:r>
      <w:r>
        <w:br/>
      </w:r>
      <w:r>
        <w:rPr>
          <w:sz w:val="20"/>
        </w:rPr>
        <w:t>1:18:38  yahan par to yani philosophy, philosophical thinking chalti hai. to physical science mein option sirf ek rehta hai.</w:t>
      </w:r>
      <w:r>
        <w:br/>
      </w:r>
      <w:r>
        <w:rPr>
          <w:sz w:val="20"/>
        </w:rPr>
        <w:t>1:18:53  kyunke do aur do char hi banenge. do aur do mil kar na paanch banenge, na teen banenge.</w:t>
      </w:r>
      <w:r>
        <w:br/>
      </w:r>
      <w:r>
        <w:rPr>
          <w:sz w:val="20"/>
        </w:rPr>
        <w:t>1:19:00  to physical science mein aap ke liye option sirf ek rehta hai ke jo mathematical calculations hain, jo baat nikal rahi hai, us ko maan len. lekin humanities mein aisa nahin ho sakta.</w:t>
      </w:r>
      <w:r>
        <w:br/>
      </w:r>
      <w:r>
        <w:rPr>
          <w:sz w:val="20"/>
        </w:rPr>
        <w:t>1:19:12  dawat ka kaam jo hai, woh is ka ta'alluq humanities se hai. humanities to humanities mein hamesha mis interpretation ka mauqa baqi rahe</w:t>
      </w:r>
      <w:r>
        <w:br/>
      </w:r>
      <w:r>
        <w:rPr>
          <w:sz w:val="20"/>
        </w:rPr>
        <w:t>1:19:22  ga. aap kuch bhi kahiye, kuch bhi kahiye, aadmi ke liye mauqa rahega ke us ko ek aur angle se dekhe, ek aur baat us mein mila de.</w:t>
      </w:r>
      <w:r>
        <w:br/>
      </w:r>
      <w:r>
        <w:rPr>
          <w:sz w:val="20"/>
        </w:rPr>
        <w:t>1:19:32  to mis interpretation jo hai, woh humanities mein hamesha rehta hai. to yahan par kya cheez bachati hai aadmi ko?</w:t>
      </w:r>
      <w:r>
        <w:br/>
      </w:r>
      <w:r>
        <w:rPr>
          <w:sz w:val="20"/>
        </w:rPr>
        <w:t>1:19:43  woh hai sincerity. yani text nahin bacha sakta.</w:t>
      </w:r>
      <w:r>
        <w:br/>
      </w:r>
      <w:r>
        <w:rPr>
          <w:sz w:val="20"/>
        </w:rPr>
        <w:t>1:19:49  yaad rakhiye, physical science mein text hi kafi hai ke aap ko bachaye mis interpretation se. khud text kafi hai.</w:t>
      </w:r>
      <w:r>
        <w:br/>
      </w:r>
      <w:r>
        <w:rPr>
          <w:sz w:val="20"/>
        </w:rPr>
        <w:t>1:19:58  humanities mein jis ko, jis ka mazhab se ta'alluq hai, rohaniyat se ta'alluq hai, wahan par khud text kabhi bhi nahin bacha sakta aap ko mis interpretation se.</w:t>
      </w:r>
      <w:r>
        <w:br/>
      </w:r>
      <w:r>
        <w:rPr>
          <w:sz w:val="20"/>
        </w:rPr>
        <w:t>1:20:11  woh to yeh hai ke aadmi sincere ho, aadmi waqai honest ho aur waqatan is ke andar objective thinking ho.</w:t>
      </w:r>
      <w:r>
        <w:br/>
      </w:r>
      <w:r>
        <w:rPr>
          <w:sz w:val="20"/>
        </w:rPr>
        <w:t>1:20:21  tab bach payega. woh nahin bachega nahin. hamesha kuch ko kuch keh dega. mujhe ek bohat hi ajeeb waqia yaad aaya.</w:t>
      </w:r>
      <w:r>
        <w:br/>
      </w:r>
      <w:r>
        <w:rPr>
          <w:sz w:val="20"/>
        </w:rPr>
        <w:t>1:20:31  main lucknow mein ek baar road pe chal raha tha paidal to maine dekha ke ek ek naujawan cycle daudata hua aa</w:t>
      </w:r>
      <w:r>
        <w:br/>
      </w:r>
      <w:r>
        <w:rPr>
          <w:sz w:val="20"/>
        </w:rPr>
        <w:t>1:20:40  ya. bohat tez dorata hua. to wahan par mor tha. to mor par jab woh mara to aage ek bechara dehati boodha koi tha, us se takra gaya.</w:t>
      </w:r>
      <w:r>
        <w:br/>
      </w:r>
      <w:r>
        <w:rPr>
          <w:sz w:val="20"/>
        </w:rPr>
        <w:t>1:20:52  to woh gir ke gir pada hua. woh cycle bhi ruk gayi. to jo aadmi gir gaya tha road par, us ne kaha ke is ladke se kaha ke ghanti kyun nahi bajai?</w:t>
      </w:r>
      <w:r>
        <w:br/>
      </w:r>
      <w:r>
        <w:rPr>
          <w:sz w:val="20"/>
        </w:rPr>
        <w:t>1:21:08  to ladka kehta hai ke ghanti na ho to? to us ne kaha ke break kyun nahi lagaya? to ladka kehta hai ke break na ho to?</w:t>
      </w:r>
      <w:r>
        <w:br/>
      </w:r>
      <w:r>
        <w:rPr>
          <w:sz w:val="20"/>
        </w:rPr>
        <w:t>1:21:20  to us bechare ne kaha ke tumhare paas ghanti bhi nahi, break bhi nahi, to tez kyun dorate ho? phir kya kehta hai? kya tum se push ko daudaun?</w:t>
      </w:r>
      <w:r>
        <w:br/>
      </w:r>
      <w:r>
        <w:rPr>
          <w:sz w:val="20"/>
        </w:rPr>
        <w:t>1:21:31  yeh hai insaan. insaan se kuch bhi kahiye, kuch bhi kahiye,</w:t>
      </w:r>
      <w:r>
        <w:br/>
      </w:r>
      <w:r>
        <w:rPr>
          <w:sz w:val="20"/>
        </w:rPr>
        <w:t>1:21:37  ek baat nahi nikal lega is mein. yaani humanities mein sirf physics mein aadmi ka munh band kar sakte hain aap calculation ke zariye, mathematical calculation ke zariye.</w:t>
      </w:r>
      <w:r>
        <w:br/>
      </w:r>
      <w:r>
        <w:rPr>
          <w:sz w:val="20"/>
        </w:rPr>
        <w:t>1:21:48  humanities mein nahi band kar sakte aap. kuch bhi woh kehta rahega woh. to misinterpretation ka imkan to khatm nahi ho sakta.</w:t>
      </w:r>
      <w:r>
        <w:br/>
      </w:r>
      <w:r>
        <w:rPr>
          <w:sz w:val="20"/>
        </w:rPr>
        <w:t>1:21:57  sirf yeh mumkin hai ke hum aadmi ko samjha bujha kar us ko sincere banayein,</w:t>
      </w:r>
      <w:r>
        <w:br/>
      </w:r>
      <w:r>
        <w:rPr>
          <w:sz w:val="20"/>
        </w:rPr>
        <w:t>1:22:02  seriousness paida karein us ke andar, honesty layein us ke andar, Allah ka dar paida karein us ke andar, aakhirat ka khauf paida karein. tabhi woh bachega warna warna is ka darwaza band hone wala nahi.</w:t>
      </w:r>
      <w:r>
        <w:br/>
      </w:r>
      <w:r>
        <w:rPr>
          <w:sz w:val="20"/>
        </w:rPr>
        <w:t>1:22:15  yaani Allah ka khauf band kar sakta hai darwaza warna apne aap woh band hone wala darwaza band hone wala nahi.</w:t>
      </w:r>
    </w:p>
    <w:p>
      <w:pPr>
        <w:pStyle w:val="Heading2"/>
      </w:pPr>
      <w:r>
        <w:t>Why does God emphasize mercy and grace in Quran?</w:t>
      </w:r>
    </w:p>
    <w:p>
      <w:r>
        <w:rPr>
          <w:color w:val="666666"/>
          <w:sz w:val="18"/>
        </w:rPr>
        <w:t>Quran &amp; Tafsir · God Particle July 8, 2012 · 1m 18s · at 1:17:28 · https://youtu.be/30Ulu10c2nA?t=4648</w:t>
      </w:r>
    </w:p>
    <w:p>
      <w:r>
        <w:rPr>
          <w:i/>
        </w:rPr>
        <w:t>“The opening words of the Quran for 113 chapters refer to God as being merciful and gracious. Why out of all the qualities would God choose to single out these two?”</w:t>
      </w:r>
    </w:p>
    <w:p>
      <w:r>
        <w:rPr>
          <w:sz w:val="20"/>
        </w:rPr>
        <w:t>1:17:28  Phir se padhiye aur agle hafte phir sahi sawal kijiye. Mere alfaaz jo hain, us ko le kar ke. Maulana, agla sawal Delhi se hai Miss Saadia Khan ka.</w:t>
      </w:r>
      <w:r>
        <w:br/>
      </w:r>
      <w:r>
        <w:rPr>
          <w:sz w:val="20"/>
        </w:rPr>
        <w:t>1:17:39  Unhone likha hai: "The opening words of the Quran for 113 chapters refers to God as being merciful and gracious.</w:t>
      </w:r>
      <w:r>
        <w:br/>
      </w:r>
      <w:r>
        <w:rPr>
          <w:sz w:val="20"/>
        </w:rPr>
        <w:t>1:17:50  Why out of all the qualities would God choose to single out these two?" Kindly comment</w:t>
      </w:r>
      <w:r>
        <w:br/>
      </w:r>
      <w:r>
        <w:rPr>
          <w:sz w:val="20"/>
        </w:rPr>
        <w:t>1:17:57  Aur nahi toh Quran mein aur doosre jo Khuda ke doosre jo attributes woh bayan kiye gaye hain, yahan par yaani is ko highlight kiya gaya hai kyunke insaan ka yeh bahut bada concern hai ke Khuda mujh par reham kare, mere saath blessing kare.</w:t>
      </w:r>
      <w:r>
        <w:br/>
      </w:r>
      <w:r>
        <w:rPr>
          <w:sz w:val="20"/>
        </w:rPr>
        <w:t>1:18:16  Yeh toh bahut bada yaani wajood toh de chuka Khuda. Ab mujhe dua thodi karna hai ke Khuda mujhe wajood de de, mujhe paida kar de</w:t>
      </w:r>
      <w:r>
        <w:br/>
      </w:r>
      <w:r>
        <w:rPr>
          <w:sz w:val="20"/>
        </w:rPr>
        <w:t>1:18:24  Main toh paida ho chuka, paida ho chuka hoon. Main toh ab jo doosra concern mera hai ke mere saath Khuda basic mamla mamla kare.</w:t>
      </w:r>
      <w:r>
        <w:br/>
      </w:r>
      <w:r>
        <w:rPr>
          <w:sz w:val="20"/>
        </w:rPr>
        <w:t>1:18:34  Is liye is ko highlight kiya gaya hai, warna Quran mein aur doosre jo Allah Ta'ala ke attributes hain, uska bhi zikr hai.</w:t>
      </w:r>
    </w:p>
    <w:p>
      <w:pPr>
        <w:pStyle w:val="Heading2"/>
      </w:pPr>
      <w:r>
        <w:t>Why does Quran describe God as surprised and angered?</w:t>
      </w:r>
    </w:p>
    <w:p>
      <w:r>
        <w:rPr>
          <w:color w:val="666666"/>
          <w:sz w:val="18"/>
        </w:rPr>
        <w:t>Quran &amp; Tafsir · On Atheism | May 22, 2016 · 1m 30s · at 52:29 · https://youtu.be/tzJmfYnSleo?t=3149</w:t>
      </w:r>
    </w:p>
    <w:p>
      <w:r>
        <w:rPr>
          <w:i/>
        </w:rPr>
        <w:t>“God is closer to us than our jugular vein, says the Quran. One of my friends after hearing me said to me: 'Why does your holy book describe God at some places as surprised and angered by the actions of humans?'”</w:t>
      </w:r>
    </w:p>
    <w:p>
      <w:r>
        <w:rPr>
          <w:sz w:val="20"/>
        </w:rPr>
        <w:t>52:29  sawal karne wale ne likha hai ke god is closer to us dein aur jugular wen sees quran.</w:t>
      </w:r>
      <w:r>
        <w:br/>
      </w:r>
      <w:r>
        <w:rPr>
          <w:sz w:val="20"/>
        </w:rPr>
        <w:t>52:34  one of my friend after hearing me said to me</w:t>
      </w:r>
      <w:r>
        <w:br/>
      </w:r>
      <w:r>
        <w:rPr>
          <w:sz w:val="20"/>
        </w:rPr>
        <w:t>52:39  that why then your holy book describe god at some places as surprised or angered by the actions of humans.</w:t>
      </w:r>
      <w:r>
        <w:br/>
      </w:r>
      <w:r>
        <w:rPr>
          <w:sz w:val="20"/>
        </w:rPr>
        <w:t>52:45  being god he already is aware about our inner thoughts or our likely actions.</w:t>
      </w:r>
      <w:r>
        <w:br/>
      </w:r>
      <w:r>
        <w:rPr>
          <w:sz w:val="20"/>
        </w:rPr>
        <w:t>52:51  why this so? kya matlab hai? molana woh yeh janna chah rahe hain ke quran mein jo ayat</w:t>
      </w:r>
      <w:r>
        <w:br/>
      </w:r>
      <w:r>
        <w:rPr>
          <w:sz w:val="20"/>
        </w:rPr>
        <w:t>52:57  hai ke khuda jugular vein se bhi close hai to is lehaz se khuda har action har thought</w:t>
      </w:r>
      <w:r>
        <w:br/>
      </w:r>
      <w:r>
        <w:rPr>
          <w:sz w:val="20"/>
        </w:rPr>
        <w:t>53:03  ko janta hai.</w:t>
      </w:r>
      <w:r>
        <w:br/>
      </w:r>
      <w:r>
        <w:rPr>
          <w:sz w:val="20"/>
        </w:rPr>
        <w:t>53:09  to phir kyun kai ayaton mein yeh aya hai ke ke khuda ghussa ho gaya ya khuda surprised</w:t>
      </w:r>
      <w:r>
        <w:br/>
      </w:r>
      <w:r>
        <w:rPr>
          <w:sz w:val="20"/>
        </w:rPr>
        <w:t>53:13  hai? kyunke khuda sab janta hai to phir why god is being mentioned as surprised or angry? is</w:t>
      </w:r>
      <w:r>
        <w:br/>
      </w:r>
      <w:r>
        <w:rPr>
          <w:sz w:val="20"/>
        </w:rPr>
        <w:t>53:18  ka door ya qareeb se kya taluq hai? bhai door ho kar bhi ho sakta hai, qareeb ho</w:t>
      </w:r>
      <w:r>
        <w:br/>
      </w:r>
      <w:r>
        <w:rPr>
          <w:sz w:val="20"/>
        </w:rPr>
        <w:t>53:22  kar bhi ho sakta hai.</w:t>
      </w:r>
      <w:r>
        <w:br/>
      </w:r>
      <w:r>
        <w:rPr>
          <w:sz w:val="20"/>
        </w:rPr>
        <w:t>53:26  ji yani khuda ke bare mein yeh baat to keh rahe hain woh is ka door qareeb se</w:t>
      </w:r>
      <w:r>
        <w:br/>
      </w:r>
      <w:r>
        <w:rPr>
          <w:sz w:val="20"/>
        </w:rPr>
        <w:t>53:30  kya taluq hai? yeh meri samajh nahi aayi.</w:t>
      </w:r>
      <w:r>
        <w:br/>
      </w:r>
      <w:r>
        <w:rPr>
          <w:sz w:val="20"/>
        </w:rPr>
        <w:t>53:35  woh shayad molana yeh janna chah rahe hain ke kyunke khuda</w:t>
      </w:r>
      <w:r>
        <w:br/>
      </w:r>
      <w:r>
        <w:rPr>
          <w:sz w:val="20"/>
        </w:rPr>
        <w:t>53:39  sab jante hain to nahi to door qareeb koi jo ayat pesh ki hai unhon ne ke allah</w:t>
      </w:r>
      <w:r>
        <w:br/>
      </w:r>
      <w:r>
        <w:rPr>
          <w:sz w:val="20"/>
        </w:rPr>
        <w:t>53:44  insan ke hal al-wali se bhi qareeb hai is se kya taluq is ka hai? ji is baat</w:t>
      </w:r>
      <w:r>
        <w:br/>
      </w:r>
      <w:r>
        <w:rPr>
          <w:sz w:val="20"/>
        </w:rPr>
        <w:t>53:49  ko mein to nahi samjha.</w:t>
      </w:r>
      <w:r>
        <w:br/>
      </w:r>
      <w:r>
        <w:rPr>
          <w:sz w:val="20"/>
        </w:rPr>
        <w:t>53:54  phir se woh ji agle sunday ko clear kar ke phir se sawal karenge.</w:t>
      </w:r>
    </w:p>
    <w:p>
      <w:pPr>
        <w:pStyle w:val="Heading2"/>
      </w:pPr>
      <w:r>
        <w:t>Why does Quran use 'We' and 'He' for God?</w:t>
      </w:r>
    </w:p>
    <w:p>
      <w:r>
        <w:rPr>
          <w:color w:val="666666"/>
          <w:sz w:val="18"/>
        </w:rPr>
        <w:t>Quran &amp; Tafsir · Message of The Quran March 29, 2015 · 4m 11s · at 48:23 · https://youtu.be/61ANCBxSPHs?t=2903</w:t>
      </w:r>
    </w:p>
    <w:p>
      <w:r>
        <w:rPr>
          <w:i/>
        </w:rPr>
        <w:t>“In the Quran, God Almighty is referred to as 'We' and sometimes as 'He'. Non-Muslims often ask why the gender is sometimes plural and sometimes male for God. Please guide us on how to address this question during our dawah interaction.”</w:t>
      </w:r>
    </w:p>
    <w:p>
      <w:r>
        <w:rPr>
          <w:sz w:val="20"/>
        </w:rPr>
        <w:t>48:23  Maulana, yeh sawal aaya hai Muradabad se Fawad Sahab ka. aur unhon ne likha hai ke: "Maulana, In the Quran, God Almighty is being referred as 'We' and sometimes as 'He'.</w:t>
      </w:r>
      <w:r>
        <w:br/>
      </w:r>
      <w:r>
        <w:rPr>
          <w:sz w:val="20"/>
        </w:rPr>
        <w:t>48:39  Non-Muslims often ask us why the gender is sometimes plural and sometimes male for God. Please guide us how to address this question during our dawah interaction."</w:t>
      </w:r>
      <w:r>
        <w:br/>
      </w:r>
      <w:r>
        <w:rPr>
          <w:sz w:val="20"/>
        </w:rPr>
        <w:t>48:52  yeh koi sawal hi nahin hai. yeh to insani zaban mein yeh ka usloob ki baat hai. insani zaban ka usloob hai.</w:t>
      </w:r>
      <w:r>
        <w:br/>
      </w:r>
      <w:r>
        <w:rPr>
          <w:sz w:val="20"/>
        </w:rPr>
        <w:t>49:05  yani jab tak aap yani ginti mein na hon ke Quran mein kahin likha hua hai Khuda ek hai, kahin likha hua hai Khuda kai hai.</w:t>
      </w:r>
      <w:r>
        <w:br/>
      </w:r>
      <w:r>
        <w:rPr>
          <w:sz w:val="20"/>
        </w:rPr>
        <w:t>49:14  to sirf is tarah ki baaton se aap koi to shosha hai, is se koi masla nahin paida hota.</w:t>
      </w:r>
      <w:r>
        <w:br/>
      </w:r>
      <w:r>
        <w:rPr>
          <w:sz w:val="20"/>
        </w:rPr>
        <w:t>49:21  yeh usloob-e-kalam hai. kabhi hum kehte hain main, kabhi hum kehte hain hum, kabhi hum kehte hain hum log. yeh usloob-e-kalam hai. jo cheez aap sabit karna chahte hain us ke liye us ko yani ginti ke zaban mein hona chahiye.</w:t>
      </w:r>
      <w:r>
        <w:br/>
      </w:r>
      <w:r>
        <w:rPr>
          <w:sz w:val="20"/>
        </w:rPr>
        <w:t>49:35  yani kahin Quran mein yeh ho ke Khuda ek hai, kahin yeh ho ke Khuda kai hai. tab yeh sawal paida hota hai. warna yeh usloob-e-kalam kaha jayega is ko aur</w:t>
      </w:r>
      <w:r>
        <w:br/>
      </w:r>
      <w:r>
        <w:rPr>
          <w:sz w:val="20"/>
        </w:rPr>
        <w:t>49:44  kuch nahin. Maulana, agla ek Comment hai aur sawal hai. jo Tauseef Sahab ne kiya hai Pune se. aur un ka pehle Comment parhte hain.</w:t>
      </w:r>
      <w:r>
        <w:br/>
      </w:r>
      <w:r>
        <w:rPr>
          <w:sz w:val="20"/>
        </w:rPr>
        <w:t>49:54  unhon ne likha hai: "Maulana, Today's talk was wonderful. Many ulemas don't let us think or question the understanding behind verses of the Quran.</w:t>
      </w:r>
      <w:r>
        <w:br/>
      </w:r>
      <w:r>
        <w:rPr>
          <w:sz w:val="20"/>
        </w:rPr>
        <w:t>50:06  Whereas you explain Quran as a book which wants mankind to think, contemplate and question.</w:t>
      </w:r>
      <w:r>
        <w:br/>
      </w:r>
      <w:r>
        <w:rPr>
          <w:sz w:val="20"/>
        </w:rPr>
        <w:t>50:14  This is the right way and fits in the framework. Maulana, my question is: Can these ulemas be changed so that they stop promoting closed-mindedness?</w:t>
      </w:r>
      <w:r>
        <w:br/>
      </w:r>
      <w:r>
        <w:rPr>
          <w:sz w:val="20"/>
        </w:rPr>
        <w:t>50:25  Should we all take it as a task to give all the madrasas and the so-called leaders your books including 'Al-Risalah' and 'Spirit of Islam'?" dekhiye, main bhi ek aalim hoon.</w:t>
      </w:r>
      <w:r>
        <w:br/>
      </w:r>
      <w:r>
        <w:rPr>
          <w:sz w:val="20"/>
        </w:rPr>
        <w:t>50:38  main bhi madrasay ka Product hoon.</w:t>
      </w:r>
      <w:r>
        <w:br/>
      </w:r>
      <w:r>
        <w:rPr>
          <w:sz w:val="20"/>
        </w:rPr>
        <w:t>50:42  to yeh main samajhta hoon ke har har aalim isi tarah se samajh sakta hai baaton ko jaise ke maine samjha.</w:t>
      </w:r>
      <w:r>
        <w:br/>
      </w:r>
      <w:r>
        <w:rPr>
          <w:sz w:val="20"/>
        </w:rPr>
        <w:t>50:53  to aap hamari kitabon logon ko pahunchaiye. aur logon ke liye duayen ki jiye. aur bahut se ulama hamare mission mein lage hue hain.</w:t>
      </w:r>
      <w:r>
        <w:br/>
      </w:r>
      <w:r>
        <w:rPr>
          <w:sz w:val="20"/>
        </w:rPr>
        <w:t>51:03  aisa nahin ke ulama nahin lage hue hain. bahut se ulama lage hue hain jinhon ne mutala kiya.</w:t>
      </w:r>
      <w:r>
        <w:br/>
      </w:r>
      <w:r>
        <w:rPr>
          <w:sz w:val="20"/>
        </w:rPr>
        <w:t>51:12  asal cheez kya hai ke madrason mein sirf mazi ki baat padhai jati hai. aaj ki baat nahin padhai jati.</w:t>
      </w:r>
      <w:r>
        <w:br/>
      </w:r>
      <w:r>
        <w:rPr>
          <w:sz w:val="20"/>
        </w:rPr>
        <w:t>51:23  Hadees mein aata hai ke: "An yakuna basiran bizamanih." yani apne zamanay se apne zamanay ko janna.</w:t>
      </w:r>
      <w:r>
        <w:br/>
      </w:r>
      <w:r>
        <w:rPr>
          <w:sz w:val="20"/>
        </w:rPr>
        <w:t>51:33  to main madrasay walon se kehta hoon ke aap ne yani qadeem ko bharpoor taur par jaan liya madrasay mein.</w:t>
      </w:r>
      <w:r>
        <w:br/>
      </w:r>
      <w:r>
        <w:rPr>
          <w:sz w:val="20"/>
        </w:rPr>
        <w:t>51:45  ab daur-e-jadeed ko samajhne ke liye hamari kitaben padhen. dono mein koi takrao nahin hai. madrasa aap ko qadeem se ba-khabar karta hai. aur hamari kitaben jo hain woh jadeed se ba-khabar karti hain.</w:t>
      </w:r>
      <w:r>
        <w:br/>
      </w:r>
      <w:r>
        <w:rPr>
          <w:sz w:val="20"/>
        </w:rPr>
        <w:t>51:57  aur yeh wohi Hadees ki ta'meel hai is mein ke: "An yakuna basiran bizamanih."</w:t>
      </w:r>
      <w:r>
        <w:br/>
      </w:r>
      <w:r>
        <w:rPr>
          <w:sz w:val="20"/>
        </w:rPr>
        <w:t>52:03  to aap pure yani Hope ke sath. logon ke parhwaiye kitaben. kyunke madrason mein fanniyat paai jati hain.</w:t>
      </w:r>
      <w:r>
        <w:br/>
      </w:r>
      <w:r>
        <w:rPr>
          <w:sz w:val="20"/>
        </w:rPr>
        <w:t>52:14  dursiyat paai jati hain. daur-e-jadeed wahan nahin padhaya jata. to yeh un ko alag se aap batana padega ke daur-e-jadeed kiya hai.</w:t>
      </w:r>
      <w:r>
        <w:br/>
      </w:r>
      <w:r>
        <w:rPr>
          <w:sz w:val="20"/>
        </w:rPr>
        <w:t>52:25  yahi hum kar rahe hain. aur inshallah bohat se ulma hamare mission mein jud chuke hain.</w:t>
      </w:r>
    </w:p>
    <w:p>
      <w:pPr>
        <w:pStyle w:val="Heading2"/>
      </w:pPr>
      <w:r>
        <w:t>Why has system become prevalent despite Quranic creativity?</w:t>
      </w:r>
    </w:p>
    <w:p>
      <w:r>
        <w:rPr>
          <w:color w:val="666666"/>
          <w:sz w:val="18"/>
        </w:rPr>
        <w:t>Quran &amp; Tafsir · Message of The Quran March 29, 2015 · 2m 13s · at 54:42 · https://youtu.be/61ANCBxSPHs?t=3282</w:t>
      </w:r>
    </w:p>
    <w:p>
      <w:r>
        <w:rPr>
          <w:i/>
        </w:rPr>
        <w:t>“It is quite reasonable that Quran addresses individuals to develop their mind towards creativity. Then why has the system become so prevalent? What is your comment on this?”</w:t>
      </w:r>
    </w:p>
    <w:p>
      <w:r>
        <w:rPr>
          <w:sz w:val="20"/>
        </w:rPr>
        <w:t>54:42  molana, agla sawal dilli se kiya hai miss naghma siddiqui ne. aur unhon ne likha hai: "It is quite reasonable that quran addresses individuals to develop their mind towards creativity.</w:t>
      </w:r>
      <w:r>
        <w:br/>
      </w:r>
      <w:r>
        <w:rPr>
          <w:sz w:val="20"/>
        </w:rPr>
        <w:t>54:58  Then why has the system become so prevalent? What is your comment on this?" dekhiye, yeh wahi cheez hai jis ko quran mein muzahamat kaha gaya hai.</w:t>
      </w:r>
      <w:r>
        <w:br/>
      </w:r>
      <w:r>
        <w:rPr>
          <w:sz w:val="20"/>
        </w:rPr>
        <w:t>55:09  muzahamat kehte hain Imitate karna.</w:t>
      </w:r>
      <w:r>
        <w:br/>
      </w:r>
      <w:r>
        <w:rPr>
          <w:sz w:val="20"/>
        </w:rPr>
        <w:t>55:14  to pehle zamane mein log Imitate karte the yahood o nasara ki. ab Imitate karte hain door jadeed ke philosophers ki.</w:t>
      </w:r>
      <w:r>
        <w:br/>
      </w:r>
      <w:r>
        <w:rPr>
          <w:sz w:val="20"/>
        </w:rPr>
        <w:t>55:24  yeh system ka jo yeh nazariya hai yeh buniyadi taur par aaya hai Democracy aur Socialism ki tareekhon ke baad.</w:t>
      </w:r>
      <w:r>
        <w:br/>
      </w:r>
      <w:r>
        <w:rPr>
          <w:sz w:val="20"/>
        </w:rPr>
        <w:t>55:34  is se pehle system ko le kar sochta nahi tha insan. yeh Democracy aur Socialism ka phenomenon hai.</w:t>
      </w:r>
      <w:r>
        <w:br/>
      </w:r>
      <w:r>
        <w:rPr>
          <w:sz w:val="20"/>
        </w:rPr>
        <w:t>55:44  to is ki muzahamat mein musalmanon ne bhi kehna shuru kiya ke Islam ek system hai. system ka System Based Thinking pehle thi hi nahi.</w:t>
      </w:r>
      <w:r>
        <w:br/>
      </w:r>
      <w:r>
        <w:rPr>
          <w:sz w:val="20"/>
        </w:rPr>
        <w:t>55:57  duniya hi mein nahi thi System Based Thinking. yeh to Democracy aur Socialism ka jo nazariyat phailay.</w:t>
      </w:r>
      <w:r>
        <w:br/>
      </w:r>
      <w:r>
        <w:rPr>
          <w:sz w:val="20"/>
        </w:rPr>
        <w:t>56:07  to System Based Thinking shuru hui.</w:t>
      </w:r>
      <w:r>
        <w:br/>
      </w:r>
      <w:r>
        <w:rPr>
          <w:sz w:val="20"/>
        </w:rPr>
        <w:t>56:11  to musalmanon ne samjha ke yaani hamare quran mein bhi yeh hona chahiye. to unhon ne sabit karna shuru kiya ke quran bhi ek system deta hai.</w:t>
      </w:r>
      <w:r>
        <w:br/>
      </w:r>
      <w:r>
        <w:rPr>
          <w:sz w:val="20"/>
        </w:rPr>
        <w:t>56:22  halankeh quran ka maqsad system dena hi nahi hai. is par hum ne bohat likha hai apni kitabon mein. aap is ko parh sakte hain.</w:t>
      </w:r>
      <w:r>
        <w:br/>
      </w:r>
      <w:r>
        <w:rPr>
          <w:sz w:val="20"/>
        </w:rPr>
        <w:t>56:34  maulana, yeh daur jadeed ki maslahat hai.</w:t>
      </w:r>
      <w:r>
        <w:br/>
      </w:r>
      <w:r>
        <w:rPr>
          <w:sz w:val="20"/>
        </w:rPr>
        <w:t>56:37  woh maslahat jo pehle kiya tha logon ne. woh daur qadeem ki maslahat thi. yeh daur jadeed ki maslahat hai.</w:t>
      </w:r>
      <w:r>
        <w:br/>
      </w:r>
      <w:r>
        <w:rPr>
          <w:sz w:val="20"/>
        </w:rPr>
        <w:t>56:47  System Based Islam pesh karna.</w:t>
      </w:r>
    </w:p>
    <w:p>
      <w:pPr>
        <w:pStyle w:val="Heading2"/>
      </w:pPr>
      <w:r>
        <w:t>Why has the system become so prevalent?</w:t>
      </w:r>
    </w:p>
    <w:p>
      <w:r>
        <w:rPr>
          <w:color w:val="666666"/>
          <w:sz w:val="18"/>
        </w:rPr>
        <w:t>Quran &amp; Tafsir · Message of The Quran March 29, 2015 · 2m 13s · at 54:31 · https://youtu.be/u57TpiO8A7Y?t=3271</w:t>
      </w:r>
    </w:p>
    <w:p>
      <w:r>
        <w:rPr>
          <w:i/>
        </w:rPr>
        <w:t>“It is quite reasonable that the Quran addresses individuals to develop their mind towards creativity. Then why has the system become so prevalent?”</w:t>
      </w:r>
    </w:p>
    <w:p>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p>
    <w:p>
      <w:pPr>
        <w:pStyle w:val="Heading2"/>
      </w:pPr>
      <w:r>
        <w:t>Why is God referred as 'We' and 'He'?</w:t>
      </w:r>
    </w:p>
    <w:p>
      <w:r>
        <w:rPr>
          <w:color w:val="666666"/>
          <w:sz w:val="18"/>
        </w:rPr>
        <w:t>Quran &amp; Tafsir · Message of The Quran March 29, 2015 · 4m 15s · at 48:08 · https://youtu.be/u57TpiO8A7Y?t=2888</w:t>
      </w:r>
    </w:p>
    <w:p>
      <w:r>
        <w:rPr>
          <w:i/>
        </w:rPr>
        <w:t>“In the Quran, God Almighty is referred to as 'We' and sometimes as 'He'. Non-Muslims often ask us why the gender is sometimes plural and sometimes male for God.”</w:t>
      </w:r>
    </w:p>
    <w:p>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p>
    <w:p>
      <w:pPr>
        <w:pStyle w:val="Heading2"/>
      </w:pPr>
      <w:r>
        <w:t>Why is hopelessness condemned in Quran?</w:t>
      </w:r>
    </w:p>
    <w:p>
      <w:r>
        <w:rPr>
          <w:color w:val="666666"/>
          <w:sz w:val="18"/>
        </w:rPr>
        <w:t>Quran &amp; Tafsir · Deeper Meaning of The Quran May 17, 2015 · 2m 13s · at 51:11 · https://youtu.be/CoTUNYxSRiI?t=3071</w:t>
      </w:r>
    </w:p>
    <w:p>
      <w:r>
        <w:rPr>
          <w:i/>
        </w:rPr>
        <w:t>“Why is hopelessness condemned in the Quran? Please clarify.”</w:t>
      </w:r>
    </w:p>
    <w:p>
      <w:r>
        <w:rPr>
          <w:sz w:val="20"/>
        </w:rPr>
        <w:t>51:11  maulana, agla sawal doctor safina tabassum ne kiya hai ajmair se. aur unhon ne likha hai: "maulana sahib, na umidi ko quran mein kyun condemn kiya gaya hai?</w:t>
      </w:r>
      <w:r>
        <w:br/>
      </w:r>
      <w:r>
        <w:rPr>
          <w:sz w:val="20"/>
        </w:rPr>
        <w:t>51:23  is ko wazeh karen."</w:t>
      </w:r>
      <w:r>
        <w:br/>
      </w:r>
      <w:r>
        <w:rPr>
          <w:sz w:val="20"/>
        </w:rPr>
        <w:t>51:33  dekhiye jo aadmi mayoos hota hai woh khuda ke bare mein mistrust ka, be-etemadi ka izhar karta hai.</w:t>
      </w:r>
      <w:r>
        <w:br/>
      </w:r>
      <w:r>
        <w:rPr>
          <w:sz w:val="20"/>
        </w:rPr>
        <w:t>51:50  kyun ke khuda ka jab aelan hai ke kainat is ki rehmaton se bhari hui hai.</w:t>
      </w:r>
      <w:r>
        <w:br/>
      </w:r>
      <w:r>
        <w:rPr>
          <w:sz w:val="20"/>
        </w:rPr>
        <w:t>51:59  is ki rehmaton se bhari hui hai.</w:t>
      </w:r>
      <w:r>
        <w:br/>
      </w:r>
      <w:r>
        <w:rPr>
          <w:sz w:val="20"/>
        </w:rPr>
        <w:t>52:01  pure insaan ke liye allah ne apni rehmaten udal rakhi hain. to aap bataiye ke aap mayoos ho to is mani ke aap ne khuda par mistrust kiya?</w:t>
      </w:r>
      <w:r>
        <w:br/>
      </w:r>
      <w:r>
        <w:rPr>
          <w:sz w:val="20"/>
        </w:rPr>
        <w:t>52:13  aetemad nahi kiya khuda par? doosri baat yeh hai ke khuda ki jo rehmaten bhari hui hain to woh aisa nahi jaise ke kankar pathar bharay woh dikhai den.</w:t>
      </w:r>
      <w:r>
        <w:br/>
      </w:r>
      <w:r>
        <w:rPr>
          <w:sz w:val="20"/>
        </w:rPr>
        <w:t>52:31  kabhi aisa hota hai ke aap khuda ki rehmat milne wale hote hain kal chahte hain aaj aap to aap ko mayoos ho jati hai.</w:t>
      </w:r>
      <w:r>
        <w:br/>
      </w:r>
      <w:r>
        <w:rPr>
          <w:sz w:val="20"/>
        </w:rPr>
        <w:t>52:44  to yaad rakhiye khuda ki rehmaten jo hain kabhi foran ayengi kabhi der mein ayengi. kabhi to aisa hoga ke dunya mein ayengi nahi akhirat mein milengi.</w:t>
      </w:r>
      <w:r>
        <w:br/>
      </w:r>
      <w:r>
        <w:rPr>
          <w:sz w:val="20"/>
        </w:rPr>
        <w:t>52:56  to in sab baton ko jo na soche to woh mayoos ho jayega.</w:t>
      </w:r>
      <w:r>
        <w:br/>
      </w:r>
      <w:r>
        <w:rPr>
          <w:sz w:val="20"/>
        </w:rPr>
        <w:t>53:01  to is ka mani hai ke jo aadmi mayoos hota hai woh allah ki rehmat par shak karta hai. allah ki qudrat par shak karta hai. zahir hai ke woh jaiz nahi ho sakta.</w:t>
      </w:r>
      <w:r>
        <w:br/>
      </w:r>
      <w:r>
        <w:rPr>
          <w:sz w:val="20"/>
        </w:rPr>
        <w:t>53:16  aisa phir jaiz nahi ho sakta.</w:t>
      </w:r>
    </w:p>
    <w:p>
      <w:pPr>
        <w:pStyle w:val="Heading2"/>
      </w:pPr>
      <w:r>
        <w:t>Why is hopelessness condemned in Quran?</w:t>
      </w:r>
    </w:p>
    <w:p>
      <w:r>
        <w:rPr>
          <w:color w:val="666666"/>
          <w:sz w:val="18"/>
        </w:rPr>
        <w:t>Quran &amp; Tafsir · Deeper Meaning of Quran 17 05 2015 · 1m 33s · at 50:48 · https://youtu.be/_Cj6gds7nWI?t=3048</w:t>
      </w:r>
    </w:p>
    <w:p>
      <w:r>
        <w:rPr>
          <w:i/>
        </w:rPr>
        <w:t>“Why is hopelessness condemned in the Quran? Please clarify.”</w:t>
      </w:r>
    </w:p>
    <w:p>
      <w:r>
        <w:rPr>
          <w:sz w:val="20"/>
        </w:rPr>
        <w:t>50:48  maulana, agla sawal doctor safina tabassum ne kiya hai ajmer se aur unhon ne likha hai: "maulana sahib,</w:t>
      </w:r>
      <w:r>
        <w:br/>
      </w:r>
      <w:r>
        <w:rPr>
          <w:sz w:val="20"/>
        </w:rPr>
        <w:t>50:54  na umidi ko quran mein kyun condemn kiya gaya hai? is ko wazeh karen." dekhen, jo aadmi mayoos</w:t>
      </w:r>
      <w:r>
        <w:br/>
      </w:r>
      <w:r>
        <w:rPr>
          <w:sz w:val="20"/>
        </w:rPr>
        <w:t>50:59  hota hai, woh khuda ke bare mein mistrust ka, be aitimadi ka izhaar karta hai.</w:t>
      </w:r>
      <w:r>
        <w:br/>
      </w:r>
      <w:r>
        <w:rPr>
          <w:sz w:val="20"/>
        </w:rPr>
        <w:t>51:05  kyun ke khuda ka jab ailaan hai ke kainat is ki rehmaton se bhari hui hai, is ki rehmaton</w:t>
      </w:r>
      <w:r>
        <w:br/>
      </w:r>
      <w:r>
        <w:rPr>
          <w:sz w:val="20"/>
        </w:rPr>
        <w:t>51:10  se bhari hui hai, pura insaan ke liye allah ne apni rehmaten udal rakhi hain.</w:t>
      </w:r>
      <w:r>
        <w:br/>
      </w:r>
      <w:r>
        <w:rPr>
          <w:sz w:val="20"/>
        </w:rPr>
        <w:t>51:16  to aap bataiye ke aap mayoos ho to is ka mani hai ke aap ne khuda par mistrust</w:t>
      </w:r>
      <w:r>
        <w:br/>
      </w:r>
      <w:r>
        <w:rPr>
          <w:sz w:val="20"/>
        </w:rPr>
        <w:t>51:21  kiya, aitimad nahi kiya khuda par.</w:t>
      </w:r>
      <w:r>
        <w:br/>
      </w:r>
      <w:r>
        <w:rPr>
          <w:sz w:val="20"/>
        </w:rPr>
        <w:t>51:27  dosri baat yeh hai ke khuda ki jo rehmaten bhari hui hain, to woh aisa nahi hai jaise</w:t>
      </w:r>
      <w:r>
        <w:br/>
      </w:r>
      <w:r>
        <w:rPr>
          <w:sz w:val="20"/>
        </w:rPr>
        <w:t>51:32  ke kankar pathar bhare hue dikhai den.</w:t>
      </w:r>
      <w:r>
        <w:br/>
      </w:r>
      <w:r>
        <w:rPr>
          <w:sz w:val="20"/>
        </w:rPr>
        <w:t>51:38  kabhi aisa hota hai ke aap khuda ki rehmat milne wale hote hain, kal chahte hain, aaj aap</w:t>
      </w:r>
      <w:r>
        <w:br/>
      </w:r>
      <w:r>
        <w:rPr>
          <w:sz w:val="20"/>
        </w:rPr>
        <w:t>51:43  to aap ko mayoos ho jati hai.</w:t>
      </w:r>
      <w:r>
        <w:br/>
      </w:r>
      <w:r>
        <w:rPr>
          <w:sz w:val="20"/>
        </w:rPr>
        <w:t>51:49  to yaad rakhiye, khuda ki rehmaten jo hain, kabhi foran ayengi, kabhi der mein ayengi.</w:t>
      </w:r>
      <w:r>
        <w:br/>
      </w:r>
      <w:r>
        <w:rPr>
          <w:sz w:val="20"/>
        </w:rPr>
        <w:t>51:54  kabhi to aisa hoga ke dunya mein ayengi nahi, akhirat mein milengi.</w:t>
      </w:r>
      <w:r>
        <w:br/>
      </w:r>
      <w:r>
        <w:rPr>
          <w:sz w:val="20"/>
        </w:rPr>
        <w:t>52:00  to in sab baton ko jo na soche, to woh mayoos ho jayega.</w:t>
      </w:r>
      <w:r>
        <w:br/>
      </w:r>
      <w:r>
        <w:rPr>
          <w:sz w:val="20"/>
        </w:rPr>
        <w:t>52:05  to is ka mani hai ke jo aadmi mayoos hota hai, woh allah ki rehmat par shak karta</w:t>
      </w:r>
      <w:r>
        <w:br/>
      </w:r>
      <w:r>
        <w:rPr>
          <w:sz w:val="20"/>
        </w:rPr>
        <w:t>52:11  hai, allah ki qudrat par shak karta hai.</w:t>
      </w:r>
      <w:r>
        <w:br/>
      </w:r>
      <w:r>
        <w:rPr>
          <w:sz w:val="20"/>
        </w:rPr>
        <w:t>52:16  to zahir hai ke woh jaiz nahi ho sakta, ahista ahista phir jaiz nahi ho sakta.</w:t>
      </w:r>
    </w:p>
    <w:p>
      <w:pPr>
        <w:pStyle w:val="Heading2"/>
      </w:pPr>
      <w:r>
        <w:t>Why living in falsehood forgetting Quran</w:t>
      </w:r>
    </w:p>
    <w:p>
      <w:r>
        <w:rPr>
          <w:color w:val="666666"/>
          <w:sz w:val="18"/>
        </w:rPr>
        <w:t>Quran &amp; Tafsir · Living in Falsehood December 15, 2013 · 2m 31s · at 1:07:15 · https://youtu.be/UvboK59uF6s?t=4035</w:t>
      </w:r>
    </w:p>
    <w:p>
      <w:r>
        <w:rPr>
          <w:i/>
        </w:rPr>
        <w:t>“Your thought-provoking speeches inspire us. Why is it that we are living in falsehood? Is it because we have forgotten the Holy Quran? What is your comment?”</w:t>
      </w:r>
    </w:p>
    <w:p>
      <w:r>
        <w:rPr>
          <w:sz w:val="20"/>
        </w:rPr>
        <w:t>1:07:15  maulana, agla sawal Chennai se hai. Khalil ur Rehman sahib ka. unhone likha hai: "Molana, your thought-provoking speeches inspire us.</w:t>
      </w:r>
      <w:r>
        <w:br/>
      </w:r>
      <w:r>
        <w:rPr>
          <w:sz w:val="20"/>
        </w:rPr>
        <w:t>1:07:27  Why is it that we are living in falsehood? Is it because that we have forgotten the Holy Quran? What is your comment?" nahi dekhein yeh sahi nahi hai.</w:t>
      </w:r>
      <w:r>
        <w:br/>
      </w:r>
      <w:r>
        <w:rPr>
          <w:sz w:val="20"/>
        </w:rPr>
        <w:t>1:07:41  forget kahan kiya, Quran to har ghar mein hai, har aadmi Quran ki tilawat kar raha hai, aur Quran ki dhoom machi hui hai har jagah. yeh zawal ka phenomenon hai.</w:t>
      </w:r>
      <w:r>
        <w:br/>
      </w:r>
      <w:r>
        <w:rPr>
          <w:sz w:val="20"/>
        </w:rPr>
        <w:t>1:07:54  yeh cheez jo hai woh har ummat par zawal aata hai, aur yeh zawal ka phenomenon</w:t>
      </w:r>
      <w:r>
        <w:br/>
      </w:r>
      <w:r>
        <w:rPr>
          <w:sz w:val="20"/>
        </w:rPr>
        <w:t>1:08:00  hai. Dekhein woh jo hadithain hain jo hain is mafhoom ki ke "latatba'un sarra man kana qablakum" .</w:t>
      </w:r>
      <w:r>
        <w:br/>
      </w:r>
      <w:r>
        <w:rPr>
          <w:sz w:val="20"/>
        </w:rPr>
        <w:t>1:08:09  Tum pichli ummaton ko follow karoge. Is ko bhi hamare ulama samajh nahi paye. Is ka matlab hai ke jis tarah pichli ummaton par zawal aaya, tumhare upar zawal ayega.</w:t>
      </w:r>
      <w:r>
        <w:br/>
      </w:r>
      <w:r>
        <w:rPr>
          <w:sz w:val="20"/>
        </w:rPr>
        <w:t>1:08:20  The law of nature. To jab zawal ayega to yeh sab se achi siftain paida hongi.</w:t>
      </w:r>
      <w:r>
        <w:br/>
      </w:r>
      <w:r>
        <w:rPr>
          <w:sz w:val="20"/>
        </w:rPr>
        <w:t>1:08:27  Musalman yeh samajhte hain, yani hamare ulama ne yeh in ko samjha rakha hai ke tum khair ummat ho, tum khair ummat ho, tum khair ummat ho. Yeh bohat zyada is cheez ne logon ko Mislead kiya hai.</w:t>
      </w:r>
      <w:r>
        <w:br/>
      </w:r>
      <w:r>
        <w:rPr>
          <w:sz w:val="20"/>
        </w:rPr>
        <w:t>1:08:41  Bohat zyada Mislead kiya hai. Kyun ke is ki wajah se yeh bhool gaya musalman ke hum par zawal ayega.</w:t>
      </w:r>
      <w:r>
        <w:br/>
      </w:r>
      <w:r>
        <w:rPr>
          <w:sz w:val="20"/>
        </w:rPr>
        <w:t>1:08:47  Yeh jo woh ummat laqab jis ko khair ul umum tha, yeh jo zehan hai ke hum khair ummat hain, is ne musalmanon ko is Reality se bekhabar kar diya ke zawal har ummat par aata hai aur musalmanon pe bhi ayega.</w:t>
      </w:r>
      <w:r>
        <w:br/>
      </w:r>
      <w:r>
        <w:rPr>
          <w:sz w:val="20"/>
        </w:rPr>
        <w:t>1:09:03  To aaj musalman apne daur zawal mein hain. Sirf Quran ki tilawat karne se masla hal nahi hoga. Quran ka tarjuma parhne se masla hal nahi hua.</w:t>
      </w:r>
      <w:r>
        <w:br/>
      </w:r>
      <w:r>
        <w:rPr>
          <w:sz w:val="20"/>
        </w:rPr>
        <w:t>1:09:12  Balke in ki Deconditioning karni padegi.</w:t>
      </w:r>
      <w:r>
        <w:br/>
      </w:r>
      <w:r>
        <w:rPr>
          <w:sz w:val="20"/>
        </w:rPr>
        <w:t>1:09:16  In ko in ko aik aik cheez ko Analysis kar ke batana padega ke yahan ghalti, yahan ghalti, yahan ghalti. Is ko Point Out karna padega.</w:t>
      </w:r>
      <w:r>
        <w:br/>
      </w:r>
      <w:r>
        <w:rPr>
          <w:sz w:val="20"/>
        </w:rPr>
        <w:t>1:09:26  Sirf yeh ke tarjuma parha dein aap, yeh kafi nahi hai. Isi liye main Quran ke sath Supportive Literature ki shart lagata hoon. Aap Quran ka tarjuma phailayen logon ko.</w:t>
      </w:r>
      <w:r>
        <w:br/>
      </w:r>
      <w:r>
        <w:rPr>
          <w:sz w:val="20"/>
        </w:rPr>
        <w:t>1:09:37  That is not enough. Supportive Literature bhi dena hai aap ko. Tab ja kar ke woh faida hasil hoga.</w:t>
      </w:r>
    </w:p>
    <w:p>
      <w:pPr>
        <w:pStyle w:val="Heading2"/>
      </w:pPr>
      <w:r>
        <w:t>Why neglect replacement of nations principle?</w:t>
      </w:r>
    </w:p>
    <w:p>
      <w:r>
        <w:rPr>
          <w:color w:val="666666"/>
          <w:sz w:val="18"/>
        </w:rPr>
        <w:t>Quran &amp; Tafsir · Importance of Patience October 26, 2014 · 2m 50s · at 1:14:53 · https://youtu.be/XdOlp9-fPG0?t=4493</w:t>
      </w:r>
    </w:p>
    <w:p>
      <w:r>
        <w:rPr>
          <w:i/>
        </w:rPr>
        <w:t>“The principle of replacement of nations is clearly mentioned in the Quran. Why have commentators failed to highlight the importance of this eternal principle in operation in this world? What is your comment?”</w:t>
      </w:r>
    </w:p>
    <w:p>
      <w:r>
        <w:rPr>
          <w:sz w:val="20"/>
        </w:rPr>
        <w:t>1:14:53  Maulana, agla sawal kya hai Delhi se Dr. Farida Khanam ne, aur unhon ne likha hai: "The principle of replacement of nations is clearly mentioned in the Quran.</w:t>
      </w:r>
      <w:r>
        <w:br/>
      </w:r>
      <w:r>
        <w:rPr>
          <w:sz w:val="20"/>
        </w:rPr>
        <w:t>1:15:06  why is it that our commentators of the quran have failed to highlight the importance of such an eternal principle in operation in this world?</w:t>
      </w:r>
      <w:r>
        <w:br/>
      </w:r>
      <w:r>
        <w:rPr>
          <w:sz w:val="20"/>
        </w:rPr>
        <w:t>1:15:17  what is your comment</w:t>
      </w:r>
      <w:r>
        <w:br/>
      </w:r>
      <w:r>
        <w:rPr>
          <w:sz w:val="20"/>
        </w:rPr>
        <w:t>1:15:18  on this? dekhiye, quran ki tafseeron mein ek bahut badi ghalati hui hai ke is ko woh shan-e-nazool tak mehdood kar diya gaya.</w:t>
      </w:r>
      <w:r>
        <w:br/>
      </w:r>
      <w:r>
        <w:rPr>
          <w:sz w:val="20"/>
        </w:rPr>
        <w:t>1:15:33  shan-e-nazool se jo nikle, wohi is ka matlab hai.</w:t>
      </w:r>
      <w:r>
        <w:br/>
      </w:r>
      <w:r>
        <w:rPr>
          <w:sz w:val="20"/>
        </w:rPr>
        <w:t>1:15:40  aise hi is zamane mein koi log paida hue to woh kehte hain ke nazm sab se badi cheez hai, yaani aayaton ke do aayaton ke beech mein nazm, do suraton ke beech mein nazm, woh woh bhi mere khayal se ek ek parda dalna hai.</w:t>
      </w:r>
      <w:r>
        <w:br/>
      </w:r>
      <w:r>
        <w:rPr>
          <w:sz w:val="20"/>
        </w:rPr>
        <w:t>1:15:56  kyunki aap aayaton ke nazm se aap kya samjhenge? samjhenge, is ko applied mein nahi samajh sakte. aap</w:t>
      </w:r>
      <w:r>
        <w:br/>
      </w:r>
      <w:r>
        <w:rPr>
          <w:sz w:val="20"/>
        </w:rPr>
        <w:t>1:16:06  quran ke silsile mein abhi maine ek article likha hai ke ek hai quran, ek hai applied quran.</w:t>
      </w:r>
      <w:r>
        <w:br/>
      </w:r>
      <w:r>
        <w:rPr>
          <w:sz w:val="20"/>
        </w:rPr>
        <w:t>1:16:13  to yeh nazm ka tareeqa ya shan-e-nazool ka tareeqa, yeh aap ko quran ka ilm de sakta hai kuch, lekin applied quran se bekhabar rahenge aap.</w:t>
      </w:r>
      <w:r>
        <w:br/>
      </w:r>
      <w:r>
        <w:rPr>
          <w:sz w:val="20"/>
        </w:rPr>
        <w:t>1:16:25  aur jab tak aap applied way mein quran ko</w:t>
      </w:r>
      <w:r>
        <w:br/>
      </w:r>
      <w:r>
        <w:rPr>
          <w:sz w:val="20"/>
        </w:rPr>
        <w:t>1:16:31  is ki tashreeh na kar saken, tab tak yeh quran aap ke liye irrelevant bana rahega.</w:t>
      </w:r>
      <w:r>
        <w:br/>
      </w:r>
      <w:r>
        <w:rPr>
          <w:sz w:val="20"/>
        </w:rPr>
        <w:t>1:16:38  to chahe pichhla tareeqa jo tafseeron ka tha, woh ho ya maujooda zamane mein jo nazm ka tareeqa hai, quran mein order dhoondhna aur nazm talash kar ke is ki tafseer karna, yeh dono hi tareeqe jo hain, hamein applied quran se bekhabar rakhte hain,</w:t>
      </w:r>
      <w:r>
        <w:br/>
      </w:r>
      <w:r>
        <w:rPr>
          <w:sz w:val="20"/>
        </w:rPr>
        <w:t>1:16:57  quran ka applied meaning se bekhabar rakhte hain. to</w:t>
      </w:r>
      <w:r>
        <w:br/>
      </w:r>
      <w:r>
        <w:rPr>
          <w:sz w:val="20"/>
        </w:rPr>
        <w:t>1:17:01  asal cheez yeh hai quran ki applied meaning, aur woh jitne bhi logon ne tareeqe ikhtiyar kiye hain tafseer karne ke liye, is mein applied meaning un ka concern hi nahi hota.</w:t>
      </w:r>
      <w:r>
        <w:br/>
      </w:r>
      <w:r>
        <w:rPr>
          <w:sz w:val="20"/>
        </w:rPr>
        <w:t>1:17:15  un ka ek concern nahi hota ke woh applied meaning ko daryaft karen, to phir woh woh hamare liye quran se koi rahnumai nahi de paate.</w:t>
      </w:r>
      <w:r>
        <w:br/>
      </w:r>
      <w:r>
        <w:rPr>
          <w:sz w:val="20"/>
        </w:rPr>
        <w:t>1:17:24  kuch technical andaaz mein baaten keh paate hain, woh</w:t>
      </w:r>
      <w:r>
        <w:br/>
      </w:r>
      <w:r>
        <w:rPr>
          <w:sz w:val="20"/>
        </w:rPr>
        <w:t>1:17:28  fanni tashreeh, technical kuch point nikal ke us ko wazahat karte hain. lekin jab tak quran ko aap applied way mein na bataen logon ko, tab tak un ka mind address nahi hoga, aur koi baat bhi un ki samajh mein nahi aayegi</w:t>
      </w:r>
    </w:p>
    <w:p>
      <w:pPr>
        <w:pStyle w:val="Heading2"/>
      </w:pPr>
      <w:r>
        <w:t>Why six days for creation</w:t>
      </w:r>
    </w:p>
    <w:p>
      <w:r>
        <w:rPr>
          <w:color w:val="666666"/>
          <w:sz w:val="18"/>
        </w:rPr>
        <w:t>Quran &amp; Tafsir · Realization of God May 5, 2019 · 3m 43s · at 41:55 · https://youtu.be/5X-vCFqiR4U?t=2515</w:t>
      </w:r>
    </w:p>
    <w:p>
      <w:r>
        <w:rPr>
          <w:i/>
        </w:rPr>
        <w:t>“If Allah is 'Kun fayakun' (Be and it is), meaning He intends something and it happens, then why did it take six days to create the heavens and the earth? Explain.”</w:t>
      </w:r>
    </w:p>
    <w:p>
      <w:r>
        <w:rPr>
          <w:sz w:val="20"/>
        </w:rPr>
        <w:t>41:55  maulana, agla sawal yeh bheja hai</w:t>
      </w:r>
      <w:r>
        <w:br/>
      </w:r>
      <w:r>
        <w:rPr>
          <w:sz w:val="20"/>
        </w:rPr>
        <w:t>42:02  idrees qamar sahib ne, muhammad idrees qamar sahib ne kashmir se. unhon ne likha hai: "mera sawal hai ke agar Allah kun faya kun hai, yani kisi cheez ka irada hi farmate hain to woh ho jata hai, lekin zameen aur aasman ko banane mein chhe din kyun lage?</w:t>
      </w:r>
      <w:r>
        <w:br/>
      </w:r>
      <w:r>
        <w:rPr>
          <w:sz w:val="20"/>
        </w:rPr>
        <w:t>42:22  is ki wazahat karen."</w:t>
      </w:r>
      <w:r>
        <w:br/>
      </w:r>
      <w:r>
        <w:rPr>
          <w:sz w:val="20"/>
        </w:rPr>
        <w:t>42:25  dekhen, yeh yeh Allah ki rehmat ka muamla hai. rehmat</w:t>
      </w:r>
      <w:r>
        <w:br/>
      </w:r>
      <w:r>
        <w:rPr>
          <w:sz w:val="20"/>
        </w:rPr>
        <w:t>42:35  yeh is liye aisa hua ke insan creation ka study kar sake. agar kun faya kun hota to insan study kaise karta?</w:t>
      </w:r>
      <w:r>
        <w:br/>
      </w:r>
      <w:r>
        <w:rPr>
          <w:sz w:val="20"/>
        </w:rPr>
        <w:t>42:48  phir to logon ko jadoo lagta. jadoo ek scientific process jab hua, tab insan study kar paya.</w:t>
      </w:r>
      <w:r>
        <w:br/>
      </w:r>
      <w:r>
        <w:rPr>
          <w:sz w:val="20"/>
        </w:rPr>
        <w:t>42:57  tab insan ne telescope discover ki, microscope discover ki. to yeh Allah ki bohat bari rehmat hai ke us ne cheezon ko jo paida kiya, woh ek process ke through taake insan is ki study kar sake aur phir marifat hasil kar sake.</w:t>
      </w:r>
      <w:r>
        <w:br/>
      </w:r>
      <w:r>
        <w:rPr>
          <w:sz w:val="20"/>
        </w:rPr>
        <w:t>43:15  marifat yeh bhai woh subhana sahiba ka jo hai, woh kuch batate hain. aap</w:t>
      </w:r>
      <w:r>
        <w:br/>
      </w:r>
      <w:r>
        <w:rPr>
          <w:sz w:val="20"/>
        </w:rPr>
        <w:t>43:23  maulana, un ka comment parha tha hum ne, miss shabana ansari ka. woh bataiye is ko. okay, so in the morning, i was just sharing with maulana sahib about some of the activities that are happening, and there is one development or one activity which is a monthly based activity,</w:t>
      </w:r>
      <w:r>
        <w:br/>
      </w:r>
      <w:r>
        <w:rPr>
          <w:sz w:val="20"/>
        </w:rPr>
        <w:t>43:47  which is done by the pakistan team member, miss shabana ansari. she is been religiously doing a fabulous job of recording urdu risala, the audio file which are then uploaded and made available to the urdu understanding people all over the world.</w:t>
      </w:r>
      <w:r>
        <w:br/>
      </w:r>
      <w:r>
        <w:rPr>
          <w:sz w:val="20"/>
        </w:rPr>
        <w:t>44:07  in fact, har efforts has made it possible for people who cannot understand or who cannot read urdu to understand urdu al risala of Maulana sahib very easily.</w:t>
      </w:r>
      <w:r>
        <w:br/>
      </w:r>
      <w:r>
        <w:rPr>
          <w:sz w:val="20"/>
        </w:rPr>
        <w:t>44:21  she is also worked in radio some time back, and her voice is very soul full, and her effort has really made urdu al risala available to a larger audience now.</w:t>
      </w:r>
      <w:r>
        <w:br/>
      </w:r>
      <w:r>
        <w:rPr>
          <w:sz w:val="20"/>
        </w:rPr>
        <w:t>44:35  and doctor waqar alam, who is another important member of US team. he is presently visiting Pakistan to further, you know, do more activities, plan out the future course of action.</w:t>
      </w:r>
      <w:r>
        <w:br/>
      </w:r>
      <w:r>
        <w:rPr>
          <w:sz w:val="20"/>
        </w:rPr>
        <w:t>44:51  and yesterday, there was an interview which was recorded between miss shabana ansari and doctor waqar alam sahib, which is also available now on the facebook.</w:t>
      </w:r>
      <w:r>
        <w:br/>
      </w:r>
      <w:r>
        <w:rPr>
          <w:sz w:val="20"/>
        </w:rPr>
        <w:t>45:04  so this was the development which i was sharing with Maulana sahib in the morning, and he wanted me to share with all of you. we pray for sister shabana ansari and doctor waqar alam, that may Allah bless them abundantly and continue, make them continue do this amazing task of dawa work in their life.</w:t>
      </w:r>
      <w:r>
        <w:br/>
      </w:r>
      <w:r>
        <w:rPr>
          <w:sz w:val="20"/>
        </w:rPr>
        <w:t>45:29  masha Allah. Maulana, agla ek aur sawal tha unka Idrees Qamar sahib ka.</w:t>
      </w:r>
    </w:p>
    <w:p>
      <w:pPr>
        <w:pStyle w:val="Heading2"/>
      </w:pPr>
      <w:r>
        <w:t>Will Huffaz forget Quran near Judgment Day?</w:t>
      </w:r>
    </w:p>
    <w:p>
      <w:r>
        <w:rPr>
          <w:color w:val="666666"/>
          <w:sz w:val="18"/>
        </w:rPr>
        <w:t>Quran &amp; Tafsir · Signs of Doomsday November 7, 2021 Prof. Farida Khanam · 2m 35s · at 50:27 · https://youtu.be/RQZchtP6uRg?t=3027</w:t>
      </w:r>
    </w:p>
    <w:p>
      <w:r>
        <w:rPr>
          <w:i/>
        </w:rPr>
        <w:t>“My question is that near the Day of Judgment, the words of the Quran will be erased. Will those who have memorized the Quran also forget it? Please explain about this.”</w:t>
      </w:r>
    </w:p>
    <w:p>
      <w:r>
        <w:rPr>
          <w:sz w:val="20"/>
        </w:rPr>
        <w:t>50:27  apa, agla sawal lena chahunga. yeh sawal bheja hai miss halima ne. unhone likha hai ke mera sawal hai ke qyamat ke qareeb quran pak ke alfaaz mita diye jayenge to kya jinhone quran hifz kiya hai,</w:t>
      </w:r>
      <w:r>
        <w:br/>
      </w:r>
      <w:r>
        <w:rPr>
          <w:sz w:val="20"/>
        </w:rPr>
        <w:t>50:46  woh bhi woh bhi usko bhool jayenge? iske bare mein batayein. woh mita diye jayenge yeh nahi ke ab jo print edition hota hai ya jo seenon mein logon ko woh mit jayega, balke iska matlab yeh hai ke jo uski spirit nadarad hogi.</w:t>
      </w:r>
      <w:r>
        <w:br/>
      </w:r>
      <w:r>
        <w:rPr>
          <w:sz w:val="20"/>
        </w:rPr>
        <w:t>51:04  log spirit se mehroom ho jayenge. sirf alfaaz padhenge, usko to yeh yaad karenge, usko namazon mein dohraenge, lekin uske, uski jo hai, uske jo maani aur matlab hain aur tadabbur, yeh sab nahi karenge.</w:t>
      </w:r>
      <w:r>
        <w:br/>
      </w:r>
      <w:r>
        <w:rPr>
          <w:sz w:val="20"/>
        </w:rPr>
        <w:t>51:20  sirf sirf is ko dohra lena, is ko kafi samjhenge. aaj kal yahi ho hi raha hai. abhi qayamat to qareeb hai hi, yeh sab to ho hi raha hai.</w:t>
      </w:r>
      <w:r>
        <w:br/>
      </w:r>
      <w:r>
        <w:rPr>
          <w:sz w:val="20"/>
        </w:rPr>
        <w:t>51:30  aap dekhiye ke jo log jo hain, paanch waqt namaz padhte hain, namaz ke baad kya karte hain? namaz ke baad thori der ke liye bhi woh yaad nahi karte ke namaz mein kya padh kar aaye hain.</w:t>
      </w:r>
      <w:r>
        <w:br/>
      </w:r>
      <w:r>
        <w:rPr>
          <w:sz w:val="20"/>
        </w:rPr>
        <w:t>51:41  to pehle aisa nahi hota tha. pehle log jo hain, saara saara din jo hain, woh jo chand aayaton par ghaur karte rehte the. rasool Allah sal Allah alaih wasallam jab raat ko quran padhte the to ek ek aayat par woh ghanta ghanta bhar sochte rehte the.</w:t>
      </w:r>
      <w:r>
        <w:br/>
      </w:r>
      <w:r>
        <w:rPr>
          <w:sz w:val="20"/>
        </w:rPr>
        <w:t>51:58  to aaj aisa kaun karta hai? yeh matlab hai ke mita dena. to is par woh arabi mein aap bata dijiye jo hadith mein aaya hai: "lam yabqa min al-islami illa ismuhu wa lam yabqa min al-qurani illa rasmuhu.</w:t>
      </w:r>
      <w:r>
        <w:br/>
      </w:r>
      <w:r>
        <w:rPr>
          <w:sz w:val="20"/>
        </w:rPr>
        <w:t>52:10  masajid aamira wa hi kharab min al-huda. ulama sharr taht min adim al-samaa." shuab al-iman ki hadith hai ke islam ke naam par sirf uska naam rahega, quran ke naam par sirf uske alfaaz rahenge.</w:t>
      </w:r>
      <w:r>
        <w:br/>
      </w:r>
      <w:r>
        <w:rPr>
          <w:sz w:val="20"/>
        </w:rPr>
        <w:t>52:26  masajid to khoob abad honge lekin woh hidayat se khali honge. in ko ulama, ulama aasman ke neeche sab se bure makhlooq honge. to yahi matlab hai iska ke ulama jo rahenge, jis ko aalim kehna chahiye, woh to khatam ho jayenge.</w:t>
      </w:r>
      <w:r>
        <w:br/>
      </w:r>
      <w:r>
        <w:rPr>
          <w:sz w:val="20"/>
        </w:rPr>
        <w:t>52:43  bas woh log rahenge jinka maqsad hoga dunya kamana, jinka maqsad hoga dunya mein kuch hasil karna. aise log rahenge jo manne wale bhi rahenge aur bas rasam ke taur par manenge.</w:t>
      </w:r>
      <w:r>
        <w:br/>
      </w:r>
      <w:r>
        <w:rPr>
          <w:sz w:val="20"/>
        </w:rPr>
        <w:t>52:54  jo is musalman ghar mein paida ho gaye the, woh log rahenge. islam ko daryaft kar ke Khuda ko daryaft karne wale musalman nahi rahenge.</w:t>
      </w:r>
    </w:p>
    <w:p>
      <w:pPr>
        <w:pStyle w:val="Heading2"/>
      </w:pPr>
      <w:r>
        <w:t>Wisdom versus sharia in Quran</w:t>
      </w:r>
    </w:p>
    <w:p>
      <w:r>
        <w:rPr>
          <w:color w:val="666666"/>
          <w:sz w:val="18"/>
        </w:rPr>
        <w:t>Quran &amp; Tafsir · How to Lead a Life of Fulfilment September 24, 2017 · 7m 04s · at 1:09:06 · https://youtu.be/WUoQOo2_zd8?t=4146</w:t>
      </w:r>
    </w:p>
    <w:p>
      <w:r>
        <w:rPr>
          <w:i/>
        </w:rPr>
        <w:t>“How much of the Quran is wisdom and how much is sharia? Please explain. (The asker adds: Sharia is not in the Quran, only wisdom; sharia is in fiqh.)”</w:t>
      </w:r>
    </w:p>
    <w:p>
      <w:r>
        <w:rPr>
          <w:sz w:val="20"/>
        </w:rPr>
        <w:t>1:09:06  to main samajhta hoon ke modern education in real sense musalmanon ka wahid musalmanon ke maslay ka wahid hal hai molana agla sawal UK se bheja hai doctor hina khan ne aur unhon ne aap se poocha hai ke how much of quran is wisdom and how much of it is sh</w:t>
      </w:r>
      <w:r>
        <w:br/>
      </w:r>
      <w:r>
        <w:rPr>
          <w:sz w:val="20"/>
        </w:rPr>
        <w:t>1:09:31  aria is ke baray mein batayein</w:t>
      </w:r>
      <w:r>
        <w:br/>
      </w:r>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r>
        <w:br/>
      </w:r>
      <w:r>
        <w:rPr>
          <w:sz w:val="20"/>
        </w:rPr>
        <w:t>1:15:11  rg thank you for watching cps international.</w:t>
      </w:r>
    </w:p>
    <w:p>
      <w:pPr>
        <w:pStyle w:val="Heading2"/>
      </w:pPr>
      <w:r>
        <w:t>Woman's witness half of man's in Quran</w:t>
      </w:r>
    </w:p>
    <w:p>
      <w:r>
        <w:rPr>
          <w:color w:val="666666"/>
          <w:sz w:val="18"/>
        </w:rPr>
        <w:t>Quran &amp; Tafsir · Living in a World of Competition October 24, 2010 · 1m 52s · at 1:23:52 · https://youtu.be/0DRVM8YxM5U?t=5032</w:t>
      </w:r>
    </w:p>
    <w:p>
      <w:r>
        <w:rPr>
          <w:i/>
        </w:rPr>
        <w:t>“Why is it that a woman's witness is regarded as half to a man? According to Chapter 2, verse number 282 of the Quran, is this command limited to a financial transaction, and is it for every case of witness?”</w:t>
      </w:r>
    </w:p>
    <w:p>
      <w:r>
        <w:rPr>
          <w:sz w:val="20"/>
        </w:rPr>
        <w:t>1:23:52  maulana, agla sawal kya hai? mister ramish siddiqui ne dilli se, unhon ne likha hai: "why is it that a woman witness is regarded as half to a man?</w:t>
      </w:r>
      <w:r>
        <w:br/>
      </w:r>
      <w:r>
        <w:rPr>
          <w:sz w:val="20"/>
        </w:rPr>
        <w:t>1:24:04  according to chapter 2, verse number 282 of the quran, is this command limited to a financial transaction, or it is for every case of witness?</w:t>
      </w:r>
      <w:r>
        <w:br/>
      </w:r>
      <w:r>
        <w:rPr>
          <w:sz w:val="20"/>
        </w:rPr>
        <w:t>1:24:17  " is par maine likha hai, bilkul scientific, yani is ka proof diya hai maine ke theek, yeh scientific, yani science ki daryafton ke mutabiq hai.</w:t>
      </w:r>
      <w:r>
        <w:br/>
      </w:r>
      <w:r>
        <w:rPr>
          <w:sz w:val="20"/>
        </w:rPr>
        <w:t>1:24:29  yeh, aur yeh is par maine article mein chhap chuka hai. jo sahab is ko parhna chahein, woh maulana zikwan sahab se is ka reference pooch lein, aur sahab is ko parh lein.</w:t>
      </w:r>
      <w:r>
        <w:br/>
      </w:r>
      <w:r>
        <w:rPr>
          <w:sz w:val="20"/>
        </w:rPr>
        <w:t>1:24:40  theek, isi mauzu par, isi, isi ayat ko le kar ke</w:t>
      </w:r>
      <w:r>
        <w:br/>
      </w:r>
      <w:r>
        <w:rPr>
          <w:sz w:val="20"/>
        </w:rPr>
        <w:t>1:24:44  maine science ki jo discoveries hain, is ka reference diya hai. is mein to yeh ek lambi baat hai, jo log samajhna chahein to maulana zikwan sahab is ka reference bata dein ge, is ko risalay mein parh lein.</w:t>
      </w:r>
    </w:p>
    <w:p>
      <w:pPr>
        <w:pStyle w:val="Heading2"/>
      </w:pPr>
      <w:r>
        <w:t>Word to word Quran study method</w:t>
      </w:r>
    </w:p>
    <w:p>
      <w:r>
        <w:rPr>
          <w:color w:val="666666"/>
          <w:sz w:val="18"/>
        </w:rPr>
        <w:t>Quran &amp; Tafsir · Islam in A New Age March 18, 2012 · 1m 22s · at 1:02:09 · https://youtu.be/P5hzq_NheY0?t=3729</w:t>
      </w:r>
    </w:p>
    <w:p>
      <w:r>
        <w:rPr>
          <w:i/>
        </w:rPr>
        <w:t>“Is word to word study of the Quran the best way of understanding the Quran? Please comment.”</w:t>
      </w:r>
    </w:p>
    <w:p>
      <w:r>
        <w:rPr>
          <w:sz w:val="20"/>
        </w:rPr>
        <w:t>1:02:09  Maulana, agla sawal aya hai Bihar se Maulana Farhad Salfi sahib ka. unhon ne aap se poocha hai ke is word to word study of the Quran the best way of understanding the Quran?</w:t>
      </w:r>
      <w:r>
        <w:br/>
      </w:r>
      <w:r>
        <w:rPr>
          <w:sz w:val="20"/>
        </w:rPr>
        <w:t>1:02:22  Please comment. koi best way nahi hai, ghor karna aur dua karna, aur koi doosra nahi hai.</w:t>
      </w:r>
      <w:r>
        <w:br/>
      </w:r>
      <w:r>
        <w:rPr>
          <w:sz w:val="20"/>
        </w:rPr>
        <w:t>1:02:33  ek tareeqa nikla tha bahut pehle ke taht ul lafz tarjuma ye kuch nahi, ye sab bekar baaten hain. technique, technique se kuch samajh nahi aa sakte aap Quran ko.</w:t>
      </w:r>
      <w:r>
        <w:br/>
      </w:r>
      <w:r>
        <w:rPr>
          <w:sz w:val="20"/>
        </w:rPr>
        <w:t>1:02:45  tarah tarah ki technique nikalte hain log, kuch nahi. sochiye aur dua kijiye, sochiye aur</w:t>
      </w:r>
      <w:r>
        <w:br/>
      </w:r>
      <w:r>
        <w:rPr>
          <w:sz w:val="20"/>
        </w:rPr>
        <w:t>1:02:51  dua kijiye, yani tadabbur aur dua, bas koi technique nahi hai Quran ko samajhne ke liye. ek chhapa gaya, ek pata hai, chhapa gaya tha, tarjuma chhapa chhapa gaya tha.</w:t>
      </w:r>
      <w:r>
        <w:br/>
      </w:r>
      <w:r>
        <w:rPr>
          <w:sz w:val="20"/>
        </w:rPr>
        <w:t>1:03:02  har lafz ke neeche tarjuma, har lafz ke neeche wahi tarjuma. is tarah ki technique bilkul be faida hai. koi bhi technique aap ko fehm e Quran mein madadgar nahi ban sakti.</w:t>
      </w:r>
      <w:r>
        <w:br/>
      </w:r>
      <w:r>
        <w:rPr>
          <w:sz w:val="20"/>
        </w:rPr>
        <w:t>1:03:19  sirf tadabbur karna aur aur dua karna, bas apni taraf se, apni taraf se tadabbur, Allah ki taraf se dua. ye wahid tareeqa hai aur koi tareeqa nahi hai.</w:t>
      </w:r>
    </w:p>
    <w:p>
      <w:pPr>
        <w:pStyle w:val="Heading2"/>
      </w:pPr>
      <w:r>
        <w:t>Wrong Application of Quran for Jihad</w:t>
      </w:r>
    </w:p>
    <w:p>
      <w:r>
        <w:rPr>
          <w:color w:val="666666"/>
          <w:sz w:val="18"/>
        </w:rPr>
        <w:t>Quran &amp; Tafsir · Study of The Quran November 30, 2014 · 9m 05s · at 53:04 · https://youtu.be/x3fcJ2nlDow?t=3184</w:t>
      </w:r>
    </w:p>
    <w:p>
      <w:r>
        <w:rPr>
          <w:i/>
        </w:rPr>
        <w:t>“Today, Muslim organizations worldwide are perpetrating violence and chaos, calling it jihad for the sake of Allah, establishment of deen, Islamic government, etc. Is this a wrong application of the Quran? And if so, what is the correct way to exit from this?”</w:t>
      </w:r>
    </w:p>
    <w:p>
      <w:r>
        <w:rPr>
          <w:sz w:val="20"/>
        </w:rPr>
        <w:t>53:04  maulana, agla sawal adeel abad se kiya hai muhammad mehmood sahab ne, aur unhon ne likha hai ke aaj poori dunya mein muslim tanzeemein har jagah tashaddud aur fasad barpa kiye hue hain, aur isi ko woh naam dete hain jihad fi sabilillah ya iqamat deen ya islami hukumat ya islami nizam ka qaim waghera.</w:t>
      </w:r>
      <w:r>
        <w:br/>
      </w:r>
      <w:r>
        <w:rPr>
          <w:sz w:val="20"/>
        </w:rPr>
        <w:t>53:29  kya yeh quran ka wrong application hai? aur</w:t>
      </w:r>
      <w:r>
        <w:br/>
      </w:r>
      <w:r>
        <w:rPr>
          <w:sz w:val="20"/>
        </w:rPr>
        <w:t>53:33  agar hai to is se bahar nikalna, bahar nikalne ka durust tareeqa kya hai? is ke bare mein bataein. mein to kehta hoon wrong application hai, lafz halka hai.</w:t>
      </w:r>
      <w:r>
        <w:br/>
      </w:r>
      <w:r>
        <w:rPr>
          <w:sz w:val="20"/>
        </w:rPr>
        <w:t>53:43  yeh to distortion hai. yeh quran ka wrong application aap kahein, tab bhi us ko halka halka lafz hi hai. distortion hai.</w:t>
      </w:r>
      <w:r>
        <w:br/>
      </w:r>
      <w:r>
        <w:rPr>
          <w:sz w:val="20"/>
        </w:rPr>
        <w:t>53:53  yeh log, mein in logon ko bohat janta hoon, kitne logon se mila hoon, in ki kitabein parhi hain. intehai had tak in senior hote hain yeh</w:t>
      </w:r>
      <w:r>
        <w:br/>
      </w:r>
      <w:r>
        <w:rPr>
          <w:sz w:val="20"/>
        </w:rPr>
        <w:t>54:00  log. inhe ladna bhadna hai, aur yeh aaj kal zamaney mein agar pata ho aap ko, yeh bohat bara business ban gaya hai. yeh poora jo idhar udhar chal rahi hai militancy, yeh bohat bara business hai.</w:t>
      </w:r>
      <w:r>
        <w:br/>
      </w:r>
      <w:r>
        <w:rPr>
          <w:sz w:val="20"/>
        </w:rPr>
        <w:t>54:16  aap gehrai ke sath mutalliq rahein to aap jaan lenge. bohat bara business hai. yeh jihad, yeh jihad nahin hai, yeh jihad hai na islam hai.</w:t>
      </w:r>
      <w:r>
        <w:br/>
      </w:r>
      <w:r>
        <w:rPr>
          <w:sz w:val="20"/>
        </w:rPr>
        <w:t>54:27  yeh naye daur ka business hai. yeh naye daur ka business hai. misaal ke tor par dekhiye, aik sathi se mein mila, jo leader hain militancy ke.</w:t>
      </w:r>
      <w:r>
        <w:br/>
      </w:r>
      <w:r>
        <w:rPr>
          <w:sz w:val="20"/>
        </w:rPr>
        <w:t>54:42  aik yeh, yani yeh jihad ke naam par jo tehreek chal rahi hai, is ke is ke leader hain woh.</w:t>
      </w:r>
      <w:r>
        <w:br/>
      </w:r>
      <w:r>
        <w:rPr>
          <w:sz w:val="20"/>
        </w:rPr>
        <w:t>54:47  un ke do larkay thay, do larkay arab mein parh rahay thay, aur khud logon ko jihad ke naam par larwa rahay thay, woh woh sahib.</w:t>
      </w:r>
      <w:r>
        <w:br/>
      </w:r>
      <w:r>
        <w:rPr>
          <w:sz w:val="20"/>
        </w:rPr>
        <w:t>54:59  yeh sab ka haal hai. aik aur saathi se mein mila to woh mustaqil tehreek chalai hui hain amreeka ke khilaaf, aur khud apnay bachon ko amreeka mein bhej settle kiye hue hain.</w:t>
      </w:r>
      <w:r>
        <w:br/>
      </w:r>
      <w:r>
        <w:rPr>
          <w:sz w:val="20"/>
        </w:rPr>
        <w:t>55:12  yeh to business hai, is ka islam se koi talluq hai na quran se koi talluq.</w:t>
      </w:r>
      <w:r>
        <w:br/>
      </w:r>
      <w:r>
        <w:rPr>
          <w:sz w:val="20"/>
        </w:rPr>
        <w:t>55:19  aap gehrai se study karen, tab aap mujh se ittifaq karen ge.</w:t>
      </w:r>
      <w:r>
        <w:br/>
      </w:r>
      <w:r>
        <w:rPr>
          <w:sz w:val="20"/>
        </w:rPr>
        <w:t>55:27  maulana, agla aik comment aur sawal aaya hai doctor safeena tabassum ka ajmer se. un ka comment</w:t>
      </w:r>
      <w:r>
        <w:br/>
      </w:r>
      <w:r>
        <w:rPr>
          <w:sz w:val="20"/>
        </w:rPr>
        <w:t>55:36  pehlay parhtay hain. unhon ne likha hai ke maulana sahib, first of all, I must acknowledge that your last class on Surah Al-Asr has set me thinking for the whole week, and it has really cleared my thoughts.</w:t>
      </w:r>
      <w:r>
        <w:br/>
      </w:r>
      <w:r>
        <w:rPr>
          <w:sz w:val="20"/>
        </w:rPr>
        <w:t>55:52  My question for today is kya yeh kehna durust hoga ke qital aur jang ki ayaten sirf aik khaas daur ke liye theen aur aaj in ka koi significance nahi?</w:t>
      </w:r>
      <w:r>
        <w:br/>
      </w:r>
      <w:r>
        <w:rPr>
          <w:sz w:val="20"/>
        </w:rPr>
        <w:t>56:06  dekhiye, mein aap ko aik bohat hi usooli baat arz karta hoon. tamam fuqaha jo hain, aik baat mantay hain, fuqaha yeh islam ke scholars ke qital jo hai woh husn li zati hi nahi hai, husn li ghairi hai.</w:t>
      </w:r>
      <w:r>
        <w:br/>
      </w:r>
      <w:r>
        <w:rPr>
          <w:sz w:val="20"/>
        </w:rPr>
        <w:t>56:23  yeh mein aap ko fiqhi term arz kar raha hoon, ethical term mein ke tamam islamic scholars without exception yeh mantay hain ke qital husn li zati nahi hai, husn li ghairi hai.</w:t>
      </w:r>
      <w:r>
        <w:br/>
      </w:r>
      <w:r>
        <w:rPr>
          <w:sz w:val="20"/>
        </w:rPr>
        <w:t>56:39  yani is ka matlab kya hua? ke jang jo hai kisi positive result ke liye hoti hai, kham khwah nahi hoti.</w:t>
      </w:r>
      <w:r>
        <w:br/>
      </w:r>
      <w:r>
        <w:rPr>
          <w:sz w:val="20"/>
        </w:rPr>
        <w:t>56:51  yeh mantay hain sab log ke larai jo hai woh sirf maar kaat ke liye nahi hoti. yani violence, fateh se violence nahi hai yeh, balkay kisi positive result ke liye hoti hai.</w:t>
      </w:r>
      <w:r>
        <w:br/>
      </w:r>
      <w:r>
        <w:rPr>
          <w:sz w:val="20"/>
        </w:rPr>
        <w:t>57:07  to ab aap dekhiye, do so saal se musalman لڑ rahay hain jihad ke naam par. mujhe bataiye ke positive result kahan hai? kya kashmir mein hai?</w:t>
      </w:r>
      <w:r>
        <w:br/>
      </w:r>
      <w:r>
        <w:rPr>
          <w:sz w:val="20"/>
        </w:rPr>
        <w:t>57:17  kya falasteen mein hai? kya india mein musalman lade</w:t>
      </w:r>
      <w:r>
        <w:br/>
      </w:r>
      <w:r>
        <w:rPr>
          <w:sz w:val="20"/>
        </w:rPr>
        <w:t>57:21  britishon se? is mein kuch tha? afreeqa mein lade francision se? is mein koi positive result nikla? kuch bhi nahi. log thak haar kar ke apnay bachon ko angrezi parha rahay hain aaj kal.</w:t>
      </w:r>
      <w:r>
        <w:br/>
      </w:r>
      <w:r>
        <w:rPr>
          <w:sz w:val="20"/>
        </w:rPr>
        <w:t>57:34  sab ko mein jaanta hoon ke asia se aik afreeqa tha jo lade, ab in ke betay aur potay jo hain modern schoolon mein parh rahay hain.</w:t>
      </w:r>
      <w:r>
        <w:br/>
      </w:r>
      <w:r>
        <w:rPr>
          <w:sz w:val="20"/>
        </w:rPr>
        <w:t>57:45  So where is the result?</w:t>
      </w:r>
      <w:r>
        <w:br/>
      </w:r>
      <w:r>
        <w:rPr>
          <w:sz w:val="20"/>
        </w:rPr>
        <w:t>57:47  jo result nahi nikla to husn li zati to nahi hua yeh, yeh to husn li ghairi ho gaya. to aap khud yeh fuqaha ke apnay usool ke mutabiq yeh jo jihad ke naam par jo riaya ho rahi hai, is ko bilkul dust stop kar dena chahiye ke band karo is ko, yeh to husn li ghairi ho raha hai,</w:t>
      </w:r>
      <w:r>
        <w:br/>
      </w:r>
      <w:r>
        <w:rPr>
          <w:sz w:val="20"/>
        </w:rPr>
        <w:t>58:07  husn li zati nahi ho raha. koi bhi shakhs bataye ke jahan jahan musalman lade hain, wahan koi positive result mujhe bataiye kahan hua?</w:t>
      </w:r>
      <w:r>
        <w:br/>
      </w:r>
      <w:r>
        <w:rPr>
          <w:sz w:val="20"/>
        </w:rPr>
        <w:t>58:17  kahin bhi nahi hua. iraq mein, afghanistan mein, pakistan mein, kahin bhi aap dekhiye, jahan jahan musalman lade hain, sirf tabahi, sirf tabahi, sirf tabahi.</w:t>
      </w:r>
      <w:r>
        <w:br/>
      </w:r>
      <w:r>
        <w:rPr>
          <w:sz w:val="20"/>
        </w:rPr>
        <w:t>58:30  sab se bari misaal falasteen hai, saath baras se lade rahay hain arab wahan par, aur siwa nuqsan ke kuch nahi hua. tabahi, tabahi, tabahi, tabahi.</w:t>
      </w:r>
      <w:r>
        <w:br/>
      </w:r>
      <w:r>
        <w:rPr>
          <w:sz w:val="20"/>
        </w:rPr>
        <w:t>58:41  to tabahi ke baad aap dekhiye, jab aap ka yani jihad ke naam par jo larai aap ki ulta result de, yani jis ko kehtay hain yani counter productive,</w:t>
      </w:r>
      <w:r>
        <w:br/>
      </w:r>
      <w:r>
        <w:rPr>
          <w:sz w:val="20"/>
        </w:rPr>
        <w:t>58:57  to aap ko jang band karne ka option hai. yeh nahi ke aap shor karen ke zulm ho raha hai, zulm ho raha hai, zulm ho raha hai. aaj kal saaray musalman kya keh rahay hain ke fals</w:t>
      </w:r>
      <w:r>
        <w:br/>
      </w:r>
      <w:r>
        <w:rPr>
          <w:sz w:val="20"/>
        </w:rPr>
        <w:t>59:06  teen mein zulm ho raha hai? nahi, yeh kaho ke falasteen mein jang ko band karo kyun ke result nahi nikal raha. yeh bohat serious baat hai, yeh bohat serious baat hai.</w:t>
      </w:r>
      <w:r>
        <w:br/>
      </w:r>
      <w:r>
        <w:rPr>
          <w:sz w:val="20"/>
        </w:rPr>
        <w:t>59:17  yeh</w:t>
      </w:r>
      <w:r>
        <w:br/>
      </w:r>
      <w:r>
        <w:rPr>
          <w:sz w:val="20"/>
        </w:rPr>
        <w:t>59:22  mahatma gandhi ne aik bohat sanjeeda aadmi thay, mein bataoon ke hamaray leaderon se ziyada sanjeeda thay ke unhon ne tehreek chalai civil disobedience.</w:t>
      </w:r>
      <w:r>
        <w:br/>
      </w:r>
      <w:r>
        <w:rPr>
          <w:sz w:val="20"/>
        </w:rPr>
        <w:t>59:35  to un ke jo volunteers the barodoli mein, un ka jhadap ho gayi police se to unhon ne aag laga diya police station mein.</w:t>
      </w:r>
      <w:r>
        <w:br/>
      </w:r>
      <w:r>
        <w:rPr>
          <w:sz w:val="20"/>
        </w:rPr>
        <w:t>59:47  wahan bohat se police wale jal gae. isi waqt aelan kar diya mahatma gandhi ke band karo is is movement ko kyunke hum is ke liye competent nahi hain.</w:t>
      </w:r>
      <w:r>
        <w:br/>
      </w:r>
      <w:r>
        <w:rPr>
          <w:sz w:val="20"/>
        </w:rPr>
        <w:t>1:00:01  to hamare leader jo hain, jo duniya bhar mein jahan jahan larai chhide hue hain, sab log manenge ke is ka koi positive result nahi nikla.</w:t>
      </w:r>
      <w:r>
        <w:br/>
      </w:r>
      <w:r>
        <w:rPr>
          <w:sz w:val="20"/>
        </w:rPr>
        <w:t>1:00:13  to aap par aap kya kar rahe hain? complaint ke zulm kar rahe hain, zulm ho raha hai, zulm nahi ho raha. tum apne yeh mano ke hum ghalati par thay ke hum ne ek aisi larai chhed di jo jihad nahi thi.</w:t>
      </w:r>
      <w:r>
        <w:br/>
      </w:r>
      <w:r>
        <w:rPr>
          <w:sz w:val="20"/>
        </w:rPr>
        <w:t>1:00:27  woh toh band karo is ko, dead! har jagah talwaron ko tod dalo, banduqon ko samandar mein daal do, aur bomb ko zameen mein gaar do kyunke hum positive result nahi le sake.</w:t>
      </w:r>
      <w:r>
        <w:br/>
      </w:r>
      <w:r>
        <w:rPr>
          <w:sz w:val="20"/>
        </w:rPr>
        <w:t>1:00:42  to tamam fuqaha yeh mante hain ke qital hasan lizati hai to qital hai, warna hasan laghari hai to qital nahi hai.</w:t>
      </w:r>
      <w:r>
        <w:br/>
      </w:r>
      <w:r>
        <w:rPr>
          <w:sz w:val="20"/>
        </w:rPr>
        <w:t>1:00:53  yani maqsad jo maqsad hai, woh hasil ho tab qital hai,</w:t>
      </w:r>
      <w:r>
        <w:br/>
      </w:r>
      <w:r>
        <w:rPr>
          <w:sz w:val="20"/>
        </w:rPr>
        <w:t>1:00:57  nahi toh qital hi nahi hai. woh toh kahan maqsad hasil ho raha hai? is ki wajah kya hai? is ki wajah yeh hai ke yeh daur jo hai, yeh peaceful activism ka daur hai.</w:t>
      </w:r>
      <w:r>
        <w:br/>
      </w:r>
      <w:r>
        <w:rPr>
          <w:sz w:val="20"/>
        </w:rPr>
        <w:t>1:01:09  violent activism ka daur hi khatam ho gaya.</w:t>
      </w:r>
      <w:r>
        <w:br/>
      </w:r>
      <w:r>
        <w:rPr>
          <w:sz w:val="20"/>
        </w:rPr>
        <w:t>1:01:15  ab jo taraqqiyat duniya mein hui hain, freedom, democracy, aur secularism, un sab ke nateejay mein naya daur jo hai, peaceful activism ka daur ban gaya hai.</w:t>
      </w:r>
      <w:r>
        <w:br/>
      </w:r>
      <w:r>
        <w:rPr>
          <w:sz w:val="20"/>
        </w:rPr>
        <w:t>1:01:28  ab violent violent activism ka daur hi khatam. to is zamane ki is awaz ko samjhiye. hadith mein aata hai ke momin ke bare mein ke in yakoon baseeran bizamani momin woh hai jo apni zamani ko pehchane.</w:t>
      </w:r>
      <w:r>
        <w:br/>
      </w:r>
      <w:r>
        <w:rPr>
          <w:sz w:val="20"/>
        </w:rPr>
        <w:t>1:01:46  to saboot dijiye apni apne momin hone ka ke aap zamani ki pehchaniye ke yeh yeh zamana peaceful activism ka hai, violent activism ka zamana hi nahi hai.</w:t>
      </w:r>
      <w:r>
        <w:br/>
      </w:r>
      <w:r>
        <w:rPr>
          <w:sz w:val="20"/>
        </w:rPr>
        <w:t>1:02:00  to yeh sab jo ho raha hai, is ka quran hadith se koi talluq nahi hai. yeh logon ki apni khud sakhta karrawaiyan hain.</w:t>
      </w:r>
    </w:p>
    <w:p>
      <w:pPr>
        <w:pStyle w:val="Heading2"/>
      </w:pPr>
      <w:r>
        <w:t>کیا قرآن سمجھنے کے لیے عربی ضروری ہے؟</w:t>
      </w:r>
    </w:p>
    <w:p>
      <w:r>
        <w:rPr>
          <w:color w:val="666666"/>
          <w:sz w:val="18"/>
        </w:rPr>
        <w:t>Quran &amp; Tafsir · Realization of God March 16, 2014 Maulana Wahiduddin Khan · 3m 29s · at 49:51 · https://youtu.be/OA8Apjhruag?t=2991</w:t>
      </w:r>
    </w:p>
    <w:p>
      <w:r>
        <w:rPr>
          <w:i/>
        </w:rPr>
        <w:t>“کیا قرآن کے گہرے meaning تک پہنچنے کے لیے عربی زبان پر عبور حاصل کرنا ضروری ہے؟ اس کو واضح کریں۔”</w:t>
      </w:r>
    </w:p>
    <w:p>
      <w:r>
        <w:rPr>
          <w:sz w:val="20"/>
        </w:rPr>
        <w:t>49:51  maulana, agla sawal kya hai pakistan se sajjad nawaz sahib ne. unhone likha hai: "kya quran ke gehre meaning tak pohnchne ke liye arabi zaban par aboor hasil karna zaroori hai?</w:t>
      </w:r>
      <w:r>
        <w:br/>
      </w:r>
      <w:r>
        <w:rPr>
          <w:sz w:val="20"/>
        </w:rPr>
        <w:t>50:06  isko wazeh karein." kisi zaban par aboor se koi talluq nahi. be be aboor rakhne wale un ki tasweerein padhiye.</w:t>
      </w:r>
      <w:r>
        <w:br/>
      </w:r>
      <w:r>
        <w:rPr>
          <w:sz w:val="20"/>
        </w:rPr>
        <w:t>50:17  tasweeron mein kuch bhi nahi milega aap ko. abhi jo ayat maine padhi hai surah al anbiya ki sari tasweeron mein dekh daaliye. kuch bhi nahi milega.</w:t>
      </w:r>
      <w:r>
        <w:br/>
      </w:r>
      <w:r>
        <w:rPr>
          <w:sz w:val="20"/>
        </w:rPr>
        <w:t>50:28  surah anbiya ki ayat number 42 maine padhi hai, abhi is ki sharah ki hai. jitni bhi tafaseer hain, jis zaban mein likhi gayi hon, sab tafaseer dekh daaliye.</w:t>
      </w:r>
      <w:r>
        <w:br/>
      </w:r>
      <w:r>
        <w:rPr>
          <w:sz w:val="20"/>
        </w:rPr>
        <w:t>50:40  yeh bilkul myth hai ke arabi zaban mein عبور ho to samajh mein aa jayega.</w:t>
      </w:r>
      <w:r>
        <w:br/>
      </w:r>
      <w:r>
        <w:rPr>
          <w:sz w:val="20"/>
        </w:rPr>
        <w:t>50:46  yeh kyun nahi logon ko samajh mein aya? dekhiye, sab se bari cheez jo hai woh yeh hai ke quran ka jo author hai, us author se aap is position mein ho saken ke aap us se consult kar saken.</w:t>
      </w:r>
      <w:r>
        <w:br/>
      </w:r>
      <w:r>
        <w:rPr>
          <w:sz w:val="20"/>
        </w:rPr>
        <w:t>51:07  yeh sab bari condition hai. quran ka author jab aap jante hain ke god almighty hai to aap itna zyada apne aap ko elevate karen ke aap quran ke author se consult kar saken.</w:t>
      </w:r>
      <w:r>
        <w:br/>
      </w:r>
      <w:r>
        <w:rPr>
          <w:sz w:val="20"/>
        </w:rPr>
        <w:t>51:23  tab aap ko bari bari baaten samajh mein ayengi.</w:t>
      </w:r>
      <w:r>
        <w:br/>
      </w:r>
      <w:r>
        <w:rPr>
          <w:sz w:val="20"/>
        </w:rPr>
        <w:t>51:28  consultation ka matlab yeh nahi hai ke koi yani former sense mein. mein aap ko ek waqia batata hoon. ibn taimiya hamare tareekh ke bohat hi bari bada naam unka hai.</w:t>
      </w:r>
      <w:r>
        <w:br/>
      </w:r>
      <w:r>
        <w:rPr>
          <w:sz w:val="20"/>
        </w:rPr>
        <w:t>51:44  top most scholar maney jate hain woh. to unki samajh mein koi ayat nahi aa rahi thi quran ki. to unhon ne kya kiya?</w:t>
      </w:r>
      <w:r>
        <w:br/>
      </w:r>
      <w:r>
        <w:rPr>
          <w:sz w:val="20"/>
        </w:rPr>
        <w:t>51:54  ke wuzu kiya aur do rak'at namaz parhi. aur uske baad dua kiya ke: "ya muallim ibrahim allimni." "ya muallim ibrahim allimni." aye ibrahim ko batane wale, mujhe bhi bata de.</w:t>
      </w:r>
      <w:r>
        <w:br/>
      </w:r>
      <w:r>
        <w:rPr>
          <w:sz w:val="20"/>
        </w:rPr>
        <w:t>52:12  yeh hai consult karna.</w:t>
      </w:r>
      <w:r>
        <w:br/>
      </w:r>
      <w:r>
        <w:rPr>
          <w:sz w:val="20"/>
        </w:rPr>
        <w:t>52:17  to ibn taimiya itne zyada ilm mein mashghool the ke unhon ne kaha, unhon ne shadi nahi ki thi. unhon ne kaha ke meri shadi jo hai ilm se ho chuki hai. itna zyada aap ne aap ko involve kiya is ko unhon ne.</w:t>
      </w:r>
      <w:r>
        <w:br/>
      </w:r>
      <w:r>
        <w:rPr>
          <w:sz w:val="20"/>
        </w:rPr>
        <w:t>52:31  to mein samajhta hoon ke yeh bilkul myth hai ke quran arabi zaban jis ko عبور hoga, woh quran khoob samjhega. to samaji ke sahib tafsir to arabi zaban mein عبور rakhne wale the hi.</w:t>
      </w:r>
      <w:r>
        <w:br/>
      </w:r>
      <w:r>
        <w:rPr>
          <w:sz w:val="20"/>
        </w:rPr>
        <w:t>52:42  kyun nahi unhon ne in baaton ko keh paye? kuch nahi, sirf yeh hai ke aap ko allah par jitna zyada yani arabi zaban janna bas zarori hai.</w:t>
      </w:r>
      <w:r>
        <w:br/>
      </w:r>
      <w:r>
        <w:rPr>
          <w:sz w:val="20"/>
        </w:rPr>
        <w:t>52:53  yeh mein manta hoon. baghair arabi zaban jaane hue kaise samjhenge aap?</w:t>
      </w:r>
      <w:r>
        <w:br/>
      </w:r>
      <w:r>
        <w:rPr>
          <w:sz w:val="20"/>
        </w:rPr>
        <w:t>53:01  lekin asal cheez yeh nahi hai. asal cheez yeh hai ke allah se woh taluq ke aap allah se consult karne lagen. yeh keh payen ke: "ya muallim ibrahim allimni." tab aap ko quran ki gehri baaten samajh mein ayengi.</w:t>
      </w:r>
    </w:p>
    <w:p>
      <w:pPr>
        <w:pStyle w:val="Heading2"/>
      </w:pPr>
      <w:r>
        <w:t>کیا قرآن کو سائنسی ثبوت کی ضرورت نہیں؟</w:t>
      </w:r>
    </w:p>
    <w:p>
      <w:r>
        <w:rPr>
          <w:color w:val="666666"/>
          <w:sz w:val="18"/>
        </w:rPr>
        <w:t>Quran &amp; Tafsir · Dars-e-Quran, Ch. 12, V. 105 ; Ch. 10 V. 61 (Study of Nature) | July 15, 2018 · 1m 42s · at 57:19 · https://youtu.be/5d-qNvpMg4k?t=3439</w:t>
      </w:r>
    </w:p>
    <w:p>
      <w:r>
        <w:rPr>
          <w:i/>
        </w:rPr>
        <w:t>“Some scholars say that Quran does not need scientific proof and therefore why should we use science? My question is: is this the right attitude?”</w:t>
      </w:r>
    </w:p>
    <w:p>
      <w:r>
        <w:rPr>
          <w:sz w:val="20"/>
        </w:rPr>
        <w:t>57:19  maulana agla sawal bhi</w:t>
      </w:r>
      <w:r>
        <w:br/>
      </w:r>
      <w:r>
        <w:rPr>
          <w:sz w:val="20"/>
        </w:rPr>
        <w:t>57:29  ja hai miss shabana ansari ne pakistan se. unhon ne likha hai, "maulana some ulema say that quran does not need scientific proof and therefore why should we use science? my question is is this the right attitude?" hargiz nahi, hargiz nahi. quran agar is ka talluq quran se nahi hai to is references kyun hain</w:t>
      </w:r>
      <w:r>
        <w:br/>
      </w:r>
      <w:r>
        <w:rPr>
          <w:sz w:val="20"/>
        </w:rPr>
        <w:t>57:59  ؟ ke dekho ke dekho ke kaha quran mein. yeh to bilkul yaani ek baseless baat hai. quran khud keh raha hai ke dekho, dekho, dekho. hum ne khud ab is ko nahi discover kiya. unhon ne discover kiya to un ko le kar dekhein ge. hum misaalan telescope, microscope hum ne nahi</w:t>
      </w:r>
      <w:r>
        <w:br/>
      </w:r>
      <w:r>
        <w:rPr>
          <w:sz w:val="20"/>
        </w:rPr>
        <w:t>58:29  to discover kiya.</w:t>
      </w:r>
      <w:r>
        <w:br/>
      </w:r>
      <w:r>
        <w:rPr>
          <w:sz w:val="20"/>
        </w:rPr>
        <w:t>58:35  aur quran kehta hai ke quran ke kainat mein choti cheezein hain, badi cheezein hain.</w:t>
      </w:r>
      <w:r>
        <w:br/>
      </w:r>
      <w:r>
        <w:rPr>
          <w:sz w:val="20"/>
        </w:rPr>
        <w:t>58:40  yani microworld bhi hai aur macroworld bhi hai.</w:t>
      </w:r>
      <w:r>
        <w:br/>
      </w:r>
      <w:r>
        <w:rPr>
          <w:sz w:val="20"/>
        </w:rPr>
        <w:t>58:46  to is ko hum hum ne koi daryaft nahi kiya.</w:t>
      </w:r>
      <w:r>
        <w:br/>
      </w:r>
      <w:r>
        <w:rPr>
          <w:sz w:val="20"/>
        </w:rPr>
        <w:t>58:51  hum kaise janen? to agar unhon ne jaane daryaft kiya to hum is ko istemal karenge.</w:t>
      </w:r>
      <w:r>
        <w:br/>
      </w:r>
      <w:r>
        <w:rPr>
          <w:sz w:val="20"/>
        </w:rPr>
        <w:t>58:57  is mein istemal karne mein keh rahe hain yeh soch bilkul galat hai, baseless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