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103 questions · category Quran &amp; Tafsir · full transcripts with timestamps · exported 2026-09-21</w:t>
      </w:r>
    </w:p>
    <w:p>
      <w:pPr>
        <w:pStyle w:val="Heading2"/>
      </w:pPr>
      <w:r>
        <w:t>Addressing translation errors in Quran distribution</w:t>
      </w:r>
    </w:p>
    <w:p>
      <w:r>
        <w:rPr>
          <w:color w:val="666666"/>
          <w:sz w:val="18"/>
        </w:rPr>
        <w:t>Quran &amp; Tafsir · Roza (Fasting) Shock May 26, 2019 · 2m 58s · at 28:21 · https://youtu.be/GXYhGriFRpM?t=1701</w:t>
      </w:r>
    </w:p>
    <w:p>
      <w:r>
        <w:rPr>
          <w:i/>
        </w:rPr>
        <w:t>“When we print Quran translations, if somewhere there is a mistake due to human error in the translation due to following a certain interpretation, because of that, the people who take Quran from us for distribution leave us. How can we address them? Tell about this.”</w:t>
      </w:r>
    </w:p>
    <w:p>
      <w:r>
        <w:rPr>
          <w:sz w:val="20"/>
        </w:rPr>
        <w:t>28:21  Allah." Maulana, agla sawal bheja hai Bilal Shafee Sahab ne Itanagar se. Unhone likha hai: "Hum jo Quran translation print karte hain, is mein agar kahin koi translation mein human error ki wajah se mistake pai jati hai,</w:t>
      </w:r>
      <w:r>
        <w:br/>
      </w:r>
      <w:r>
        <w:rPr>
          <w:sz w:val="20"/>
        </w:rPr>
        <w:t>28:38  due to following a certain interpretation, to is ki wajah se log jo hum se Quran le kar distribute karte hain, woh humara saath chhod dete hain.</w:t>
      </w:r>
      <w:r>
        <w:br/>
      </w:r>
      <w:r>
        <w:rPr>
          <w:sz w:val="20"/>
        </w:rPr>
        <w:t>28:49  Hum un ko kaise address kar sakte hain? Is ke bare mein bata</w:t>
      </w:r>
      <w:r>
        <w:br/>
      </w:r>
      <w:r>
        <w:rPr>
          <w:sz w:val="20"/>
        </w:rPr>
        <w:t>28:54  ayein. Bhai, koi ghalati ab tak to mere ilm mein nahi aayi hai. Yeh log shosha shosha ko ghalati samajh lete hain. To shosha to har cheez mein Quran mein, present Quran mein bhi shosha maujood hai.</w:t>
      </w:r>
      <w:r>
        <w:br/>
      </w:r>
      <w:r>
        <w:rPr>
          <w:sz w:val="20"/>
        </w:rPr>
        <w:t>29:06  In ko logon ne istemal kiya hai. Har cheez mein shosha hai. To shosha aur ghalati mein farq hai. Mere nazdeek hamara jo Quran chhap raha hai, to koi ghalati ki baat nahi hai,</w:t>
      </w:r>
      <w:r>
        <w:br/>
      </w:r>
      <w:r>
        <w:rPr>
          <w:sz w:val="20"/>
        </w:rPr>
        <w:t>29:20  sirf jhoota propaganda hai.</w:t>
      </w:r>
      <w:r>
        <w:br/>
      </w:r>
      <w:r>
        <w:rPr>
          <w:sz w:val="20"/>
        </w:rPr>
        <w:t>29:25  Ab tak mere ilm mein to koi aisi ghalati aayi nahi hai.</w:t>
      </w:r>
      <w:r>
        <w:br/>
      </w:r>
      <w:r>
        <w:rPr>
          <w:sz w:val="20"/>
        </w:rPr>
        <w:t>29:31  Misal ke taur par, ek samne nikala tha ke kisi tarjume mein</w:t>
      </w:r>
      <w:r>
        <w:br/>
      </w:r>
      <w:r>
        <w:rPr>
          <w:sz w:val="20"/>
        </w:rPr>
        <w:t>29:40  wa ki jagah comma likh gaya tha, to bas ghalati. Yeh ghalati koi hai? Yeh koi ghalati hai? Aisi ghalati to is mein bhi nikal aayegi jo sabit aur jo Sahabi ne jama kiya tha aur nikale yeh logon ne.</w:t>
      </w:r>
      <w:r>
        <w:br/>
      </w:r>
      <w:r>
        <w:rPr>
          <w:sz w:val="20"/>
        </w:rPr>
        <w:t>29:55  Yeh sab bekar baatein hain. Jab tak positive soch na ho, aadmi jaan hi nahi sakta kya ghalati hai, kya sahi hai.</w:t>
      </w:r>
      <w:r>
        <w:br/>
      </w:r>
      <w:r>
        <w:rPr>
          <w:sz w:val="20"/>
        </w:rPr>
        <w:t>30:06  Haan, yeh aasan kaam nahi hai ke yeh jaan jaan na ke kya kya ghalat hai, kya sahi. Is se pehle ek ek cheez honi chahiye, woh hai positive thinking, Allah ka darr.</w:t>
      </w:r>
      <w:r>
        <w:br/>
      </w:r>
      <w:r>
        <w:rPr>
          <w:sz w:val="20"/>
        </w:rPr>
        <w:t>30:18  Allah ka darr na ho to aap har cheez mein, misal ke taur par, ek ek Sahab ne jaante hain, Allah mein ghalati kya nikali hai? Khaliq ki ke Khaliq ne cheezon ke andar kuch zyada bojh rakh diya.</w:t>
      </w:r>
      <w:r>
        <w:br/>
      </w:r>
      <w:r>
        <w:rPr>
          <w:sz w:val="20"/>
        </w:rPr>
        <w:t>30:38  Hum das pound ka bojh le kar chalte hain, thak jate hain to gravity zyada hai. Gravity kam hoti to aisa na hota.</w:t>
      </w:r>
      <w:r>
        <w:br/>
      </w:r>
      <w:r>
        <w:rPr>
          <w:sz w:val="20"/>
        </w:rPr>
        <w:t>30:48  To Khuda ki takhleeq mein ghalati nikal rakhi hai. To yeh is ka matlab nahi ke jo ghalati ka lafz bol de to ghalati pa liya.</w:t>
      </w:r>
      <w:r>
        <w:br/>
      </w:r>
      <w:r>
        <w:rPr>
          <w:sz w:val="20"/>
        </w:rPr>
        <w:t>30:58  Us ne shoshe ko log samajhte hain. Aasan kaam nahi hai keh kar kehna ke yeh ghalat hai, yeh sahi hai. Kisi ne agar hamare tarajum mein koi ghalati nikali hai to woh mere paas bhejein.</w:t>
      </w:r>
      <w:r>
        <w:br/>
      </w:r>
      <w:r>
        <w:rPr>
          <w:sz w:val="20"/>
        </w:rPr>
        <w:t>31:12  woh</w:t>
      </w:r>
    </w:p>
    <w:p>
      <w:pPr>
        <w:pStyle w:val="Heading2"/>
      </w:pPr>
      <w:r>
        <w:t>Are Quranic mentions of Jews time-bound?</w:t>
      </w:r>
    </w:p>
    <w:p>
      <w:r>
        <w:rPr>
          <w:color w:val="666666"/>
          <w:sz w:val="18"/>
        </w:rPr>
        <w:t>Quran &amp; Tafsir · Realistic Approach March 30, 2014 Maulana Wahiduddin Khan · 4m 03s · at 1:04:53 · https://youtu.be/K36UonBsGlA?t=3893</w:t>
      </w:r>
    </w:p>
    <w:p>
      <w:r>
        <w:rPr>
          <w:i/>
        </w:rPr>
        <w:t>“Jews are enemies of Islam and always will be; this is the summary of most books. Does the mention of Jews in the Quran refer only to the Jews of the Prophet's time? Please clarify.”</w:t>
      </w:r>
    </w:p>
    <w:p>
      <w:r>
        <w:rPr>
          <w:sz w:val="20"/>
        </w:rPr>
        <w:t>1:04:53  maulana, agla sawal dilli se hai jameel akhtar sahib ne kiya hai. unhon ne likha hai: "yahoodi islam ke dushman hain aur hamesha rahenge.</w:t>
      </w:r>
      <w:r>
        <w:br/>
      </w:r>
      <w:r>
        <w:rPr>
          <w:sz w:val="20"/>
        </w:rPr>
        <w:t>1:05:04  zyadatar kitabon ka khulasa yahi hai. quran mein yahood ka zikr kiya sirf huzoor ke daur ke yahood ke liye hi hai?</w:t>
      </w:r>
      <w:r>
        <w:br/>
      </w:r>
      <w:r>
        <w:rPr>
          <w:sz w:val="20"/>
        </w:rPr>
        <w:t>1:05:12  is ko wazeh karen." bhai, yahoodi ki baat nahi hai. aap ki kitabon mein likha rehta hai, sari kitabon mein: "kuffar-e-makka, mushrikeen-e-makka." to kya wo aaj ke liye hai?</w:t>
      </w:r>
      <w:r>
        <w:br/>
      </w:r>
      <w:r>
        <w:rPr>
          <w:sz w:val="20"/>
        </w:rPr>
        <w:t>1:05:23  sab kitabon mein likha rehta hai. "kuffar-e-makka, mushrikeen-e-makka." "qul ya ayyuhal kafirun" quran majeed mein. to kya aaj ke liye hai? ye "qul ya ayyuhal kafirun" jo hai, ye makka walon ke liye hai ye.</w:t>
      </w:r>
      <w:r>
        <w:br/>
      </w:r>
      <w:r>
        <w:rPr>
          <w:sz w:val="20"/>
        </w:rPr>
        <w:t>1:05:39  ye "qul ya ayyuhal kafirun" jo hai, makka walon ke liye hai ye. hamari kitabon mein likha rehta hai: "kuffar-e-makka, mushrikeen-e-makka." wo qadi makka ke liye hota hai.</w:t>
      </w:r>
      <w:r>
        <w:br/>
      </w:r>
      <w:r>
        <w:rPr>
          <w:sz w:val="20"/>
        </w:rPr>
        <w:t>1:05:47  to ye farq to har jis tarah doosron ke bare mein, is tarah yahood ke bare mein bhi hai.</w:t>
      </w:r>
      <w:r>
        <w:br/>
      </w:r>
      <w:r>
        <w:rPr>
          <w:sz w:val="20"/>
        </w:rPr>
        <w:t>1:05:56  jaise doosron ke bare mein, is tarah yahood ke bare mein bhi hai. asal mein dekhiye, hua ye hai. qissa kya hua? ke yahood ko jab maar peet hui falasteen mein to chale gaye, jis ko kehte hain Diaspora.</w:t>
      </w:r>
      <w:r>
        <w:br/>
      </w:r>
      <w:r>
        <w:rPr>
          <w:sz w:val="20"/>
        </w:rPr>
        <w:t>1:06:13  yani yahoodi Diaspora mein chale gaye. yani doosre mulkon mein. un ki badi tadad Western countries mein chali gayi. Europe mein aur America mein.</w:t>
      </w:r>
      <w:r>
        <w:br/>
      </w:r>
      <w:r>
        <w:rPr>
          <w:sz w:val="20"/>
        </w:rPr>
        <w:t>1:06:23  to wahan unhon ne English padhi, wahan unhon ne science padhi. to Diaspora un ke liye wo nemat ban gaya. Diaspora un ke liye nemat ban gaya.</w:t>
      </w:r>
      <w:r>
        <w:br/>
      </w:r>
      <w:r>
        <w:rPr>
          <w:sz w:val="20"/>
        </w:rPr>
        <w:t>1:06:35  aur padh padh ke, padh padh ke wo Education mein aage badhte chale gaye. main aap ko ek misaal deta hoon ke main teen baar gaya hoon falasteen aur israel.</w:t>
      </w:r>
      <w:r>
        <w:br/>
      </w:r>
      <w:r>
        <w:rPr>
          <w:sz w:val="20"/>
        </w:rPr>
        <w:t>1:06:49  to ek baar to aap ko ye maloom hua ke jo yahoodi rehte hain America mein, unhon ne ek Fund ikattha kiya.</w:t>
      </w:r>
      <w:r>
        <w:br/>
      </w:r>
      <w:r>
        <w:rPr>
          <w:sz w:val="20"/>
        </w:rPr>
        <w:t>1:06:58  ek billion dollar. billion B se. ek billion dollar ikattha kar ke gaye wo yerushalayim.</w:t>
      </w:r>
      <w:r>
        <w:br/>
      </w:r>
      <w:r>
        <w:rPr>
          <w:sz w:val="20"/>
        </w:rPr>
        <w:t>1:07:07  wahan ka jo bada rabai tha, Chief rabai, us se mile. unhon ne kaha ke yerushalayim mein bohat bara Synagogue banaiye.</w:t>
      </w:r>
      <w:r>
        <w:br/>
      </w:r>
      <w:r>
        <w:rPr>
          <w:sz w:val="20"/>
        </w:rPr>
        <w:t>1:07:16  Synagogue kehte hain yahoodi ibadat khane ko. ke yerushalayim mein bohat hi bara Synagogue banaiye aap. to Chief rabai jo tha, us ne kaha ke Khuda ko bohat bare Synagogue ki zaroorat nahi hai.</w:t>
      </w:r>
      <w:r>
        <w:br/>
      </w:r>
      <w:r>
        <w:rPr>
          <w:sz w:val="20"/>
        </w:rPr>
        <w:t>1:07:29  us ko Education mein lagao. to ek billion dollar ka Fund wahan par qaim hua Education ke liye. aur wo dhoom se lage, yani parhne lage yahoodi ladke.</w:t>
      </w:r>
      <w:r>
        <w:br/>
      </w:r>
      <w:r>
        <w:rPr>
          <w:sz w:val="20"/>
        </w:rPr>
        <w:t>1:07:41  is tarah se wahan aaya hai ye Education ka jo daur aaya hai. hamare haan badqismati se aise log paida hi nahi hote.</w:t>
      </w:r>
      <w:r>
        <w:br/>
      </w:r>
      <w:r>
        <w:rPr>
          <w:sz w:val="20"/>
        </w:rPr>
        <w:t>1:07:50  kyun ke Society itni kharab hai, itni kharab hai. koi achhi baat kahe to us ko daba dete hain. sarsrit ko aap jante hain ke aaj aap sarsrit ko bara darja dete hain.</w:t>
      </w:r>
      <w:r>
        <w:br/>
      </w:r>
      <w:r>
        <w:rPr>
          <w:sz w:val="20"/>
        </w:rPr>
        <w:t>1:08:02  lekin sarsrit ke zamane mein kya hua? un par fatwe lage. un ko mukhalifaten ki gayeen. yani sarsrit ke moaserin jo the, zabardast mukhalifaten ki gayeen un ki.</w:t>
      </w:r>
      <w:r>
        <w:br/>
      </w:r>
      <w:r>
        <w:rPr>
          <w:sz w:val="20"/>
        </w:rPr>
        <w:t>1:08:13  un ko sab kuch kaha: munafiq, kafir, fasiq, pata nahi kya kya kar dala.</w:t>
      </w:r>
      <w:r>
        <w:br/>
      </w:r>
      <w:r>
        <w:rPr>
          <w:sz w:val="20"/>
        </w:rPr>
        <w:t>1:08:21  to koi bhi kaam kar paye taajjub jab us ko yani Supporter mile. jab Supporter na mile to kuch nahi kaam ho sakta. Rasool Allah ko bhi kaam mila ke jab Supporter mile aap ko.</w:t>
      </w:r>
      <w:r>
        <w:br/>
      </w:r>
      <w:r>
        <w:rPr>
          <w:sz w:val="20"/>
        </w:rPr>
        <w:t>1:08:32  pehlay nabiyon ko Support nahi mile to koi bara kaam bhi nahi ho saka. to musalmanon ke mizaj ko badlie taake jo kaam karne ke liye utha hai to us ko Supporter mile.</w:t>
      </w:r>
      <w:r>
        <w:br/>
      </w:r>
      <w:r>
        <w:rPr>
          <w:sz w:val="20"/>
        </w:rPr>
        <w:t>1:08:42  ye bhi is ka ek pehlu hai. jab aap musalmanon ke mizaj ko badlenge to kisi kaam karne wale ko Support denge. tab ja kar bara kaam hoga.</w:t>
      </w:r>
    </w:p>
    <w:p>
      <w:pPr>
        <w:pStyle w:val="Heading2"/>
      </w:pPr>
      <w:r>
        <w:t>Categories in Paradise and qualifying for highest</w:t>
      </w:r>
    </w:p>
    <w:p>
      <w:r>
        <w:rPr>
          <w:color w:val="666666"/>
          <w:sz w:val="18"/>
        </w:rPr>
        <w:t>Quran &amp; Tafsir · Man and The Paradise August 11, 2013 Maulana Wahiduddin Khan · 3m 48s · at 45:56 · https://youtu.be/m8XdpnaS95U?t=2756</w:t>
      </w:r>
    </w:p>
    <w:p>
      <w:r>
        <w:rPr>
          <w:i/>
        </w:rPr>
        <w:t>“It is mentioned in the Quran that there are various categories in Paradise. Please tell us what are these categories and how one can qualify for the highest category?”</w:t>
      </w:r>
    </w:p>
    <w:p>
      <w:r>
        <w:rPr>
          <w:sz w:val="20"/>
        </w:rPr>
        <w:t>45:56  Maulana, yeh sawal Mumbai se aya hai Fawad sahab ka aur unhone likha hai: "Maulana sahib, it is mentioned in the Quran that there are various categories in paradise.</w:t>
      </w:r>
      <w:r>
        <w:br/>
      </w:r>
      <w:r>
        <w:rPr>
          <w:sz w:val="20"/>
        </w:rPr>
        <w:t>46:09  Please tell us what are these categories and how one can qualify for the highest category?"</w:t>
      </w:r>
      <w:r>
        <w:br/>
      </w:r>
      <w:r>
        <w:rPr>
          <w:sz w:val="20"/>
        </w:rPr>
        <w:t>46:20  meri samajh se do hi category hain.</w:t>
      </w:r>
      <w:r>
        <w:br/>
      </w:r>
      <w:r>
        <w:rPr>
          <w:sz w:val="20"/>
        </w:rPr>
        <w:t>46:25  quran mein hai jannatan, yaani do jannatein hain. sab category ho sakti hai lekin basically do darje hain jannat ke: min doonihima jannatan, yaani do jannatein hain.</w:t>
      </w:r>
      <w:r>
        <w:br/>
      </w:r>
      <w:r>
        <w:rPr>
          <w:sz w:val="20"/>
        </w:rPr>
        <w:t>46:43  to quran mein doosri jo ayat hai us se maloom hota hai ke jannat wale jo hain ek hain as-sabiqun aur ek hain muqtisad.</w:t>
      </w:r>
      <w:r>
        <w:br/>
      </w:r>
      <w:r>
        <w:rPr>
          <w:sz w:val="20"/>
        </w:rPr>
        <w:t>46:58  do title diye gaye hain.</w:t>
      </w:r>
      <w:r>
        <w:br/>
      </w:r>
      <w:r>
        <w:rPr>
          <w:sz w:val="20"/>
        </w:rPr>
        <w:t>47:03  as-sabiqun ka lafzi matlab hai aage badh kar allah ke raaste mein aage badhne wale aur muqtisad ka matlab hota hai darmiyan darmiyani darje ke log.</w:t>
      </w:r>
      <w:r>
        <w:br/>
      </w:r>
      <w:r>
        <w:rPr>
          <w:sz w:val="20"/>
        </w:rPr>
        <w:t>47:16  yaani ek hai forward group aur ek hai right group.</w:t>
      </w:r>
      <w:r>
        <w:br/>
      </w:r>
      <w:r>
        <w:rPr>
          <w:sz w:val="20"/>
        </w:rPr>
        <w:t>47:24  to forward group mein woh hai jo badh badh kar ke deen mein hissa le.</w:t>
      </w:r>
      <w:r>
        <w:br/>
      </w:r>
      <w:r>
        <w:rPr>
          <w:sz w:val="20"/>
        </w:rPr>
        <w:t>47:32  aap ka tajurba kya hoga ke do qism ke log hote hain: ek woh hain jo darmiyani darje ke log hote hain aur woh kuch soch samajh kar chalte hain, kuch doosre taqaze bhi hote hain un ke saamne, kuch jannat ke aur khuda ke taqaze bhi.</w:t>
      </w:r>
      <w:r>
        <w:br/>
      </w:r>
      <w:r>
        <w:rPr>
          <w:sz w:val="20"/>
        </w:rPr>
        <w:t>47:52  to woh</w:t>
      </w:r>
      <w:r>
        <w:br/>
      </w:r>
      <w:r>
        <w:rPr>
          <w:sz w:val="20"/>
        </w:rPr>
        <w:t>47:56  ga muqtisad hain. to muqtisad ke liye bhi jannat hai lekin woh log jo jannat ke aala darjon mein jagah payenge woh as-sabiqun hain, badh badh kar.</w:t>
      </w:r>
      <w:r>
        <w:br/>
      </w:r>
      <w:r>
        <w:rPr>
          <w:sz w:val="20"/>
        </w:rPr>
        <w:t>48:11  yaani koi reservation nahi, koi doosra consideration nahi, koi distraction nahi, koi aur interest nahi.</w:t>
      </w:r>
      <w:r>
        <w:br/>
      </w:r>
      <w:r>
        <w:rPr>
          <w:sz w:val="20"/>
        </w:rPr>
        <w:t>48:23  sab kuch jhonk dein apne aap ko.</w:t>
      </w:r>
      <w:r>
        <w:br/>
      </w:r>
      <w:r>
        <w:rPr>
          <w:sz w:val="20"/>
        </w:rPr>
        <w:t>48:27  jis ko main kahoon ke apne aap ko allah ke liye jhonk dene wale.</w:t>
      </w:r>
      <w:r>
        <w:br/>
      </w:r>
      <w:r>
        <w:rPr>
          <w:sz w:val="20"/>
        </w:rPr>
        <w:t>48:36  aur ek woh hain ke woh kuch family ke taqaze hain, kuch business ke taqaze hain, kuch job ke taqaze hain. is ko bhi poora karte hain aur saath saath woh allah ke taqaze bhi poora karte hain.</w:t>
      </w:r>
      <w:r>
        <w:br/>
      </w:r>
      <w:r>
        <w:rPr>
          <w:sz w:val="20"/>
        </w:rPr>
        <w:t>48:48  to kaha main kahunga ke fifty fifty ka maamla jinka ho, yaani fifty percent doosre taqaze, fifty percent allah ke taqaze aur hundred percent.</w:t>
      </w:r>
      <w:r>
        <w:br/>
      </w:r>
      <w:r>
        <w:rPr>
          <w:sz w:val="20"/>
        </w:rPr>
        <w:t>49:01  to kaha do group hoga: ek woh jo fifty fifty ka formula ikhtiyar kare, chalo bhai fifty percent allah ko dena hai aur fifty percent doosre jo hamari zimmedariyan hain is ko lena hai,</w:t>
      </w:r>
      <w:r>
        <w:br/>
      </w:r>
      <w:r>
        <w:rPr>
          <w:sz w:val="20"/>
        </w:rPr>
        <w:t>49:15  family hai, bachche hain aur doosre worldly interest hain. to jo fifty fifty wale formula par chalein, un ke liye darmiyani jannat hai aur jo hundred percent apne ko jhonk dein allah ke raaste mein, un ke liye firdous se aala jannat hai.</w:t>
      </w:r>
      <w:r>
        <w:br/>
      </w:r>
      <w:r>
        <w:rPr>
          <w:sz w:val="20"/>
        </w:rPr>
        <w:t>49:37  un ko as-sabiqun kaha gaya hai.</w:t>
      </w:r>
    </w:p>
    <w:p>
      <w:pPr>
        <w:pStyle w:val="Heading2"/>
      </w:pPr>
      <w:r>
        <w:t>Cause and cure for despair in Quran</w:t>
      </w:r>
    </w:p>
    <w:p>
      <w:r>
        <w:rPr>
          <w:color w:val="666666"/>
          <w:sz w:val="18"/>
        </w:rPr>
        <w:t>Quran &amp; Tafsir · Example of the Prophet March 20, 2016 · 3m 53s · at 1:18:36 · https://youtu.be/79HmhzXU41w?t=4716</w:t>
      </w:r>
    </w:p>
    <w:p>
      <w:r>
        <w:rPr>
          <w:i/>
        </w:rPr>
        <w:t>“Please suggest the cause and cure for despair from the spirit of the Quran. The first thing is that despair is forbidden in Islam; the Quran says 'do not despair'...”</w:t>
      </w:r>
    </w:p>
    <w:p>
      <w:r>
        <w:rPr>
          <w:sz w:val="20"/>
        </w:rPr>
        <w:t>1:18:36  Maulana, agla sawal kia hai Tariq Badar Sahab ne Lahore Pakistan se, aur unhon ne likha hai Quran</w:t>
      </w:r>
      <w:r>
        <w:br/>
      </w:r>
      <w:r>
        <w:rPr>
          <w:sz w:val="20"/>
        </w:rPr>
        <w:t>1:18:44  ki rooh se mayusi ki waja aur ilaj tajweez farmayen.</w:t>
      </w:r>
      <w:r>
        <w:br/>
      </w:r>
      <w:r>
        <w:rPr>
          <w:sz w:val="20"/>
        </w:rPr>
        <w:t>1:18:52  pehli baat to yeh hai ke islam mein mayusi haram hai, quran mein hai ke la ta'yasu min</w:t>
      </w:r>
      <w:r>
        <w:br/>
      </w:r>
      <w:r>
        <w:rPr>
          <w:sz w:val="20"/>
        </w:rPr>
        <w:t>1:18:58  rah allah, allah ki rehmat se mayus na ho, yeh hukum ke taur par.</w:t>
      </w:r>
      <w:r>
        <w:br/>
      </w:r>
      <w:r>
        <w:rPr>
          <w:sz w:val="20"/>
        </w:rPr>
        <w:t>1:19:05  to mayusi to siray se islam mein jaiz hi nahi hai,</w:t>
      </w:r>
      <w:r>
        <w:br/>
      </w:r>
      <w:r>
        <w:rPr>
          <w:sz w:val="20"/>
        </w:rPr>
        <w:t>1:19:12  dosri baat yeh hai ke mayusi kyun hoti hai</w:t>
      </w:r>
      <w:r>
        <w:br/>
      </w:r>
      <w:r>
        <w:rPr>
          <w:sz w:val="20"/>
        </w:rPr>
        <w:t>1:19:16  aur is ka ilaj kya hai?</w:t>
      </w:r>
      <w:r>
        <w:br/>
      </w:r>
      <w:r>
        <w:rPr>
          <w:sz w:val="20"/>
        </w:rPr>
        <w:t>1:19:19  to dekhiye, mayusi hoti hai asal mein</w:t>
      </w:r>
      <w:r>
        <w:br/>
      </w:r>
      <w:r>
        <w:rPr>
          <w:sz w:val="20"/>
        </w:rPr>
        <w:t>1:19:23  jahan tak mein samajh paya hoon,</w:t>
      </w:r>
      <w:r>
        <w:br/>
      </w:r>
      <w:r>
        <w:rPr>
          <w:sz w:val="20"/>
        </w:rPr>
        <w:t>1:19:27  yani deep thinking na hone ki waja se,</w:t>
      </w:r>
      <w:r>
        <w:br/>
      </w:r>
      <w:r>
        <w:rPr>
          <w:sz w:val="20"/>
        </w:rPr>
        <w:t>1:19:35  deep thinking na hone ki waja se</w:t>
      </w:r>
      <w:r>
        <w:br/>
      </w:r>
      <w:r>
        <w:rPr>
          <w:sz w:val="20"/>
        </w:rPr>
        <w:t>1:19:39  mayusi aati hai.</w:t>
      </w:r>
      <w:r>
        <w:br/>
      </w:r>
      <w:r>
        <w:rPr>
          <w:sz w:val="20"/>
        </w:rPr>
        <w:t>1:19:42  misal ke taur par mein apna case batata hoon aap ko ke itni lambi meri umar ho gayi</w:t>
      </w:r>
      <w:r>
        <w:br/>
      </w:r>
      <w:r>
        <w:rPr>
          <w:sz w:val="20"/>
        </w:rPr>
        <w:t>1:19:48  aur zindagi bhar mujhe bhi yeh daura pada ke falan waqea hoga, is se mayusi, falan waqea hoga,</w:t>
      </w:r>
      <w:r>
        <w:br/>
      </w:r>
      <w:r>
        <w:rPr>
          <w:sz w:val="20"/>
        </w:rPr>
        <w:t>1:19:54  is se mayusi.</w:t>
      </w:r>
      <w:r>
        <w:br/>
      </w:r>
      <w:r>
        <w:rPr>
          <w:sz w:val="20"/>
        </w:rPr>
        <w:t>1:19:55  ek do nahi,</w:t>
      </w:r>
      <w:r>
        <w:br/>
      </w:r>
      <w:r>
        <w:rPr>
          <w:sz w:val="20"/>
        </w:rPr>
        <w:t>1:19:58  aaj mein sochta hoon to woh sab jo hua tha, wahi mere liye best tha.</w:t>
      </w:r>
      <w:r>
        <w:br/>
      </w:r>
      <w:r>
        <w:rPr>
          <w:sz w:val="20"/>
        </w:rPr>
        <w:t>1:20:04  yahan se wahan tak jitne bhi waqeat mein ne sochta hoon, woh jo hua, wahi best tha.</w:t>
      </w:r>
      <w:r>
        <w:br/>
      </w:r>
      <w:r>
        <w:rPr>
          <w:sz w:val="20"/>
        </w:rPr>
        <w:t>1:20:09  koi mujh se mulaqat kisi ko to mein aap ko ek sau ek qisse bataunga.</w:t>
      </w:r>
      <w:r>
        <w:br/>
      </w:r>
      <w:r>
        <w:rPr>
          <w:sz w:val="20"/>
        </w:rPr>
        <w:t>1:20:14  kyun hota kya hai? insan ki limitations hain, aur sab se bari baat yeh hai ke insan future</w:t>
      </w:r>
      <w:r>
        <w:br/>
      </w:r>
      <w:r>
        <w:rPr>
          <w:sz w:val="20"/>
        </w:rPr>
        <w:t>1:20:23  ko nahi janta,</w:t>
      </w:r>
      <w:r>
        <w:br/>
      </w:r>
      <w:r>
        <w:rPr>
          <w:sz w:val="20"/>
        </w:rPr>
        <w:t>1:20:25  future ko nahi janta.</w:t>
      </w:r>
      <w:r>
        <w:br/>
      </w:r>
      <w:r>
        <w:rPr>
          <w:sz w:val="20"/>
        </w:rPr>
        <w:t>1:20:27  to jis waqey ko mein ne ek kisi waqt samjhaya tha ke mere</w:t>
      </w:r>
      <w:r>
        <w:br/>
      </w:r>
      <w:r>
        <w:rPr>
          <w:sz w:val="20"/>
        </w:rPr>
        <w:t>1:20:34  yeh mera kaam nahi hua, mera kaam bigad gaya,</w:t>
      </w:r>
      <w:r>
        <w:br/>
      </w:r>
      <w:r>
        <w:rPr>
          <w:sz w:val="20"/>
        </w:rPr>
        <w:t>1:20:39  lekin baad ko mila, wahi to, wahi to, isi mein to meri kamyabi ka raaz tha, wahi mere</w:t>
      </w:r>
      <w:r>
        <w:br/>
      </w:r>
      <w:r>
        <w:rPr>
          <w:sz w:val="20"/>
        </w:rPr>
        <w:t>1:20:45  liye best tha.</w:t>
      </w:r>
      <w:r>
        <w:br/>
      </w:r>
      <w:r>
        <w:rPr>
          <w:sz w:val="20"/>
        </w:rPr>
        <w:t>1:20:48  to sab se,</w:t>
      </w:r>
      <w:r>
        <w:br/>
      </w:r>
      <w:r>
        <w:rPr>
          <w:sz w:val="20"/>
        </w:rPr>
        <w:t>1:20:50  yani sab se zyada effective tareeqa yeh hai ke aadmi Allah par yaqeen rakhe ke jo ho raha</w:t>
      </w:r>
      <w:r>
        <w:br/>
      </w:r>
      <w:r>
        <w:rPr>
          <w:sz w:val="20"/>
        </w:rPr>
        <w:t>1:20:57  hai, woh yani woh jo kaha Hazrat Ali ne, al khair fi ma waqa, yani what happened happened</w:t>
      </w:r>
      <w:r>
        <w:br/>
      </w:r>
      <w:r>
        <w:rPr>
          <w:sz w:val="20"/>
        </w:rPr>
        <w:t>1:21:05  for my, for my betterment,</w:t>
      </w:r>
      <w:r>
        <w:br/>
      </w:r>
      <w:r>
        <w:rPr>
          <w:sz w:val="20"/>
        </w:rPr>
        <w:t>1:21:10  jo hua mere, mere, aur chounke bohat se insaanon ki misalein milein gi aap ko, insaanon ki bohat</w:t>
      </w:r>
      <w:r>
        <w:br/>
      </w:r>
      <w:r>
        <w:rPr>
          <w:sz w:val="20"/>
        </w:rPr>
        <w:t>1:21:17  se insaanon ki misalein milein gi ke jo kisi cheez ko le kar mayoos ho gaye thay, aur</w:t>
      </w:r>
      <w:r>
        <w:br/>
      </w:r>
      <w:r>
        <w:rPr>
          <w:sz w:val="20"/>
        </w:rPr>
        <w:t>1:21:21  baad ke un ke betterment mein tha, woh</w:t>
      </w:r>
      <w:r>
        <w:br/>
      </w:r>
      <w:r>
        <w:rPr>
          <w:sz w:val="20"/>
        </w:rPr>
        <w:t>1:21:26  to khud apne baray mein aap sochein.</w:t>
      </w:r>
      <w:r>
        <w:br/>
      </w:r>
      <w:r>
        <w:rPr>
          <w:sz w:val="20"/>
        </w:rPr>
        <w:t>1:21:29  har aadmi mein sochta hoon ke agar soche to kabhi kisi cheez ko le kar woh jahan mayoos</w:t>
      </w:r>
      <w:r>
        <w:br/>
      </w:r>
      <w:r>
        <w:rPr>
          <w:sz w:val="20"/>
        </w:rPr>
        <w:t>1:21:35  ho gaya tha, aaj jo dekha to lage ga ke woh to bohat acha tha mere liye.</w:t>
      </w:r>
      <w:r>
        <w:br/>
      </w:r>
      <w:r>
        <w:rPr>
          <w:sz w:val="20"/>
        </w:rPr>
        <w:t>1:21:41  to yeh jo qoul hai, al khair fi ma waqa, what happened happened for my betterment, bohat hi sahih</w:t>
      </w:r>
      <w:r>
        <w:br/>
      </w:r>
      <w:r>
        <w:rPr>
          <w:sz w:val="20"/>
        </w:rPr>
        <w:t>1:21:49  hai, is ko hamesha yaad rakhna chahiye aadmi ko.</w:t>
      </w:r>
      <w:r>
        <w:br/>
      </w:r>
      <w:r>
        <w:rPr>
          <w:sz w:val="20"/>
        </w:rPr>
        <w:t>1:21:53  to wajah yeh hai ke aadmi mustaqbil ko, future ko nahi janta,</w:t>
      </w:r>
      <w:r>
        <w:br/>
      </w:r>
      <w:r>
        <w:rPr>
          <w:sz w:val="20"/>
        </w:rPr>
        <w:t>1:22:01  kal kya hone wala hai, is ko nahi janta, is liye aaj woh samajhta hai ke mera baat,</w:t>
      </w:r>
      <w:r>
        <w:br/>
      </w:r>
      <w:r>
        <w:rPr>
          <w:sz w:val="20"/>
        </w:rPr>
        <w:t>1:22:06  mera kaam bigar gaya.</w:t>
      </w:r>
      <w:r>
        <w:br/>
      </w:r>
      <w:r>
        <w:rPr>
          <w:sz w:val="20"/>
        </w:rPr>
        <w:t>1:22:09  to wajah to hoti hai future ko na janna,</w:t>
      </w:r>
      <w:r>
        <w:br/>
      </w:r>
      <w:r>
        <w:rPr>
          <w:sz w:val="20"/>
        </w:rPr>
        <w:t>1:22:13  aur ilaaj yeh hai ke is is jo sahabi ka yeh qoul hai, al khair fi ma waqa, what</w:t>
      </w:r>
      <w:r>
        <w:br/>
      </w:r>
      <w:r>
        <w:rPr>
          <w:sz w:val="20"/>
        </w:rPr>
        <w:t>1:22:19  happened happened for my betterment, is par yaqeen karna,</w:t>
      </w:r>
      <w:r>
        <w:br/>
      </w:r>
      <w:r>
        <w:rPr>
          <w:sz w:val="20"/>
        </w:rPr>
        <w:t>1:22:23  is par yaqeen karna.</w:t>
      </w:r>
      <w:r>
        <w:br/>
      </w:r>
      <w:r>
        <w:rPr>
          <w:sz w:val="20"/>
        </w:rPr>
        <w:t>1:22:26  mein samajhta hoon ke yeh two point formula hai.</w:t>
      </w:r>
    </w:p>
    <w:p>
      <w:pPr>
        <w:pStyle w:val="Heading2"/>
      </w:pPr>
      <w:r>
        <w:t>Connecting cultural speeches to Quran</w:t>
      </w:r>
    </w:p>
    <w:p>
      <w:r>
        <w:rPr>
          <w:color w:val="666666"/>
          <w:sz w:val="18"/>
        </w:rPr>
        <w:t>Quran &amp; Tafsir · Question &amp; Answer Jan 6th 2013 - Maulana Wahiduddin Kahn · 2m 58s · at 33:29 · https://youtu.be/1FAK1QuHEpw?t=2009</w:t>
      </w:r>
    </w:p>
    <w:p>
      <w:r>
        <w:rPr>
          <w:i/>
        </w:rPr>
        <w:t>“I heard a speech by a great scholar about Muslim culture. At the end, he quoted Prophet Ibrahim saying: 'O my people! I ask no reward from you; my reward is with Allah.' My question is: after such a cultural speech, how is it to connect it to the Quran?”</w:t>
      </w:r>
    </w:p>
    <w:p>
      <w:r>
        <w:rPr>
          <w:sz w:val="20"/>
        </w:rPr>
        <w:t>33:29  molana, yeh sawal dilli se hai, shah imran hasan sahab ka. unhon ne likha hai: "ek bare aalim e deen ki maine taqreer suni.</w:t>
      </w:r>
      <w:r>
        <w:br/>
      </w:r>
      <w:r>
        <w:rPr>
          <w:sz w:val="20"/>
        </w:rPr>
        <w:t>33:39  yeh taqreer muslim culture ke upar thi. aakhir mein unhon ne Hazrat Ibrahim ki yeh baat kahi ke aye</w:t>
      </w:r>
      <w:r>
        <w:br/>
      </w:r>
      <w:r>
        <w:rPr>
          <w:sz w:val="20"/>
        </w:rPr>
        <w:t>33:49  meri qaum! main tum se koi ajr nahi mangta. mera ajr to Allah ke paas hai." molana sahib, mera sawal yeh hai ke is tarah ki cultural taqreer ke baad is ko quran se jodna kaisa hai?</w:t>
      </w:r>
      <w:r>
        <w:br/>
      </w:r>
      <w:r>
        <w:rPr>
          <w:sz w:val="20"/>
        </w:rPr>
        <w:t>34:11  cultural jo musalmanon ka zehan hai, cultural identity yani shanakht woh to ek milli yani milli mamla hai, millat ka mamla hai.</w:t>
      </w:r>
      <w:r>
        <w:br/>
      </w:r>
      <w:r>
        <w:rPr>
          <w:sz w:val="20"/>
        </w:rPr>
        <w:t>34:26  musalman is zamane mein bohat zyada baatein karte hain shanakht ki, identity ki. woh ek milli masla hai. woh Hazrat Ibrahim ka jo waqia hai ya doosre paighambaron ka woh da'i ka culture hai ke da'i jin logon mein daryaaon mein kaam karta hai, un se un se chanda mangna, un se faida uthana yeh is ka mizaj nahi hota hai.</w:t>
      </w:r>
      <w:r>
        <w:br/>
      </w:r>
      <w:r>
        <w:rPr>
          <w:sz w:val="20"/>
        </w:rPr>
        <w:t>34:50  woh woh to yak tarafah tor par apni baat un tak pohnchanay ki koshish karta hai. woh us ko jo us ko lena hai, woh Allah se umeed rakhta hai.</w:t>
      </w:r>
      <w:r>
        <w:br/>
      </w:r>
      <w:r>
        <w:rPr>
          <w:sz w:val="20"/>
        </w:rPr>
        <w:t>34:59  is ke liye woh baqi jo mad'u log hain, un se is kisi maadi cheez ki umeed de kar nahi kaam karta. woh kuch nahi.</w:t>
      </w:r>
      <w:r>
        <w:br/>
      </w:r>
      <w:r>
        <w:rPr>
          <w:sz w:val="20"/>
        </w:rPr>
        <w:t>35:10  to woh woh wahan par da'wa culture ki baat hai, woh milli culture ki baat nahi hai. dono alag cheezein hain. milli culture to ek qaumi cheez hai, qaumi.</w:t>
      </w:r>
      <w:r>
        <w:br/>
      </w:r>
      <w:r>
        <w:rPr>
          <w:sz w:val="20"/>
        </w:rPr>
        <w:t>35:20  ab woh to ek da'wati cheezein, bohat oonchi oonchi baat hai. woh woh alag hai, woh alag hai.</w:t>
      </w:r>
      <w:r>
        <w:br/>
      </w:r>
      <w:r>
        <w:rPr>
          <w:sz w:val="20"/>
        </w:rPr>
        <w:t>35:28  okay, we will end the session now. thank you.</w:t>
      </w:r>
    </w:p>
    <w:p>
      <w:pPr>
        <w:pStyle w:val="Heading2"/>
      </w:pPr>
      <w:r>
        <w:t>Contextual interpretation of fighting verses</w:t>
      </w:r>
    </w:p>
    <w:p>
      <w:r>
        <w:rPr>
          <w:color w:val="666666"/>
          <w:sz w:val="18"/>
        </w:rPr>
        <w:t>Quran &amp; Tafsir · Study of The Quran November 30, 2014 · 3m 47s · at 1:10:31 · https://youtu.be/x3fcJ2nlDow?t=4231</w:t>
      </w:r>
    </w:p>
    <w:p>
      <w:r>
        <w:rPr>
          <w:i/>
        </w:rPr>
        <w:t>“Moulana, you always say that we have to see the verses in the context of their background when they were revealed. And therefore those verses like fighting and kafir related were meant for the time when they were revealed. When should we apply them today?”</w:t>
      </w:r>
    </w:p>
    <w:p>
      <w:r>
        <w:rPr>
          <w:sz w:val="20"/>
        </w:rPr>
        <w:t>1:10:31  Moulana, agla sawal Mumbai se kiya hai Ahmed Sahab ne, aur unhon ne likha hai: "Moulana you always say that we have to see the verses in the context of its background when they were revealed.</w:t>
      </w:r>
      <w:r>
        <w:br/>
      </w:r>
      <w:r>
        <w:rPr>
          <w:sz w:val="20"/>
        </w:rPr>
        <w:t>1:10:44  And therefore those verses like fighting aur kafir related were meant for the time when they were revealed.</w:t>
      </w:r>
      <w:r>
        <w:br/>
      </w:r>
      <w:r>
        <w:rPr>
          <w:sz w:val="20"/>
        </w:rPr>
        <w:t>1:10:54  When</w:t>
      </w:r>
      <w:r>
        <w:br/>
      </w:r>
      <w:r>
        <w:rPr>
          <w:sz w:val="20"/>
        </w:rPr>
        <w:t>1:10:55  we say this to people, they tell us what is the basis of your argument that those verses were not meant for future.</w:t>
      </w:r>
      <w:r>
        <w:br/>
      </w:r>
      <w:r>
        <w:rPr>
          <w:sz w:val="20"/>
        </w:rPr>
        <w:t>1:11:04  They say that all the verses were meant for future as well. Moulana how can we address such issues on a rational level?" To main to jawab de diya aap ko ke sare Islam is cards mante hain ke qital ki ayat hai woh hasan li-zati nahin, hasan li-ghairi</w:t>
      </w:r>
      <w:r>
        <w:br/>
      </w:r>
      <w:r>
        <w:rPr>
          <w:sz w:val="20"/>
        </w:rPr>
        <w:t>1:11:23  hai. Hasan hasan li-zati hain, hasan li-ghairi nahin. Yani hasan li-zati aur hasan li-ghairi ka matlab yeh hai ke violence fateh ka violence ke liye nahin hai, kisi positive end ke liye hai.</w:t>
      </w:r>
      <w:r>
        <w:br/>
      </w:r>
      <w:r>
        <w:rPr>
          <w:sz w:val="20"/>
        </w:rPr>
        <w:t>1:11:38  Woh positive end nahin ho to ladai bhi nahin ki jayegi. Yeh to sare log mante hain,</w:t>
      </w:r>
      <w:r>
        <w:br/>
      </w:r>
      <w:r>
        <w:rPr>
          <w:sz w:val="20"/>
        </w:rPr>
        <w:t>1:11:46  Yeh sare log mante hain.</w:t>
      </w:r>
      <w:r>
        <w:br/>
      </w:r>
      <w:r>
        <w:rPr>
          <w:sz w:val="20"/>
        </w:rPr>
        <w:t>1:11:48  Na mare to yani bohat ajeeb baat hai ke agar koi na mare, us ko kiya khaas ladna ban raha hai? Laren, maren hain aap.</w:t>
      </w:r>
      <w:r>
        <w:br/>
      </w:r>
      <w:r>
        <w:rPr>
          <w:sz w:val="20"/>
        </w:rPr>
        <w:t>1:11:57  Yeh Islam hai, yeh koi maqsad nahin hai, koi koi koi positive end nahin hai. Khwah makhwah badhen, lad ke maren.</w:t>
      </w:r>
      <w:r>
        <w:br/>
      </w:r>
      <w:r>
        <w:rPr>
          <w:sz w:val="20"/>
        </w:rPr>
        <w:t>1:12:06  Yeh koi Islam hua?</w:t>
      </w:r>
      <w:r>
        <w:br/>
      </w:r>
      <w:r>
        <w:rPr>
          <w:sz w:val="20"/>
        </w:rPr>
        <w:t>1:12:11  Quran mein dekhen ayat hai ke qaatiloohum hatta la tuqro fitnatun</w:t>
      </w:r>
      <w:r>
        <w:br/>
      </w:r>
      <w:r>
        <w:rPr>
          <w:sz w:val="20"/>
        </w:rPr>
        <w:t>1:12:16  Jab fitna ko khatam karne ke liye laro. Fitna nahin to ladai bhi nahin. Yani fitna khatam karne ke liye laro.</w:t>
      </w:r>
      <w:r>
        <w:br/>
      </w:r>
      <w:r>
        <w:rPr>
          <w:sz w:val="20"/>
        </w:rPr>
        <w:t>1:12:27  To ab fitna kahan hai? Fitna ka matlab hai religious persecution. Jab religious persecution nahin to ladna kis liye? Jab religious persecution nahin hai to ladna kis liye?</w:t>
      </w:r>
      <w:r>
        <w:br/>
      </w:r>
      <w:r>
        <w:rPr>
          <w:sz w:val="20"/>
        </w:rPr>
        <w:t>1:12:42  Dekhen is mein koi. Yani yani kuch cheezon ke bare mein yahi ulma mante bhi hain. Misal ke taur par dekhiye Quran mein hai ke a'idduhum masaddatakum bil quwwati yani quwwat quwwat faraham karo.</w:t>
      </w:r>
      <w:r>
        <w:br/>
      </w:r>
      <w:r>
        <w:rPr>
          <w:sz w:val="20"/>
        </w:rPr>
        <w:t>1:13:01  Apne rival jo tumhare hain un ke liye muqable mein quwwat faraham karo. Quwwat ka matlab kiya hai?</w:t>
      </w:r>
      <w:r>
        <w:br/>
      </w:r>
      <w:r>
        <w:rPr>
          <w:sz w:val="20"/>
        </w:rPr>
        <w:t>1:13:10  hadis mein aata hai ke ala ind al quwwata aram</w:t>
      </w:r>
      <w:r>
        <w:br/>
      </w:r>
      <w:r>
        <w:rPr>
          <w:sz w:val="20"/>
        </w:rPr>
        <w:t>1:13:15  ke sun lo ke quwwat se murad hai teer marna.</w:t>
      </w:r>
      <w:r>
        <w:br/>
      </w:r>
      <w:r>
        <w:rPr>
          <w:sz w:val="20"/>
        </w:rPr>
        <w:t>1:13:21  to kya aap aaj koi muslim state teer kaman ki fauj banayegi? koi banati hai? koi koi fauj?</w:t>
      </w:r>
      <w:r>
        <w:br/>
      </w:r>
      <w:r>
        <w:rPr>
          <w:sz w:val="20"/>
        </w:rPr>
        <w:t>1:13:31  koi muslim fauj? koi dunya mein koi muslim mulk aisa hai jo kahe ke adad quwwat ka matlab hai teer kaman par raho?</w:t>
      </w:r>
      <w:r>
        <w:br/>
      </w:r>
      <w:r>
        <w:rPr>
          <w:sz w:val="20"/>
        </w:rPr>
        <w:t>1:13:41  yahan par sab logon ne, sare ulama ne yeh maan liya ke teer kaman ki baat is zamane ke lihaz se thi, aaj ke lihaz se nahi hai.</w:t>
      </w:r>
      <w:r>
        <w:br/>
      </w:r>
      <w:r>
        <w:rPr>
          <w:sz w:val="20"/>
        </w:rPr>
        <w:t>1:13:50  aaj adad quwwat aaj ke lihaz se hoga. aaj jo jis cheez ko quwwat samjha, jo cheez quwwat hogi, us ke lihaz se hum tayari karenge.</w:t>
      </w:r>
      <w:r>
        <w:br/>
      </w:r>
      <w:r>
        <w:rPr>
          <w:sz w:val="20"/>
        </w:rPr>
        <w:t>1:14:00  to yahan to log mante hain, log adad quwwat ka matlab teer kaman nahi hai. aur doosre cheezon mein nahi mante.</w:t>
      </w:r>
      <w:r>
        <w:br/>
      </w:r>
      <w:r>
        <w:rPr>
          <w:sz w:val="20"/>
        </w:rPr>
        <w:t>1:14:08  yeh to bilkul hi mein samajhta hoon ke sare log jo double standard ho gaye hain. sab ke sab double standard ho gaye hain.</w:t>
      </w:r>
    </w:p>
    <w:p>
      <w:pPr>
        <w:pStyle w:val="Heading2"/>
      </w:pPr>
      <w:r>
        <w:t>Conveying Quran understanding to conditioned minds</w:t>
      </w:r>
    </w:p>
    <w:p>
      <w:r>
        <w:rPr>
          <w:color w:val="666666"/>
          <w:sz w:val="18"/>
        </w:rPr>
        <w:t>Quran &amp; Tafsir · Roza and Quran July 18, 2010 · 4m 56s · at 1:01:55 · https://youtu.be/TSjqSQEb0EQ?t=3715</w:t>
      </w:r>
    </w:p>
    <w:p>
      <w:r>
        <w:rPr>
          <w:i/>
        </w:rPr>
        <w:t>“I have visited almost every village of India. Muslims living in the villages read Quran, retain it in memory, but without understanding. How can the importance of understanding Quran be conveyed to such conditioned minds?”</w:t>
      </w:r>
    </w:p>
    <w:p>
      <w:r>
        <w:rPr>
          <w:sz w:val="20"/>
        </w:rPr>
        <w:t>1:01:55  Maulana, agla sawal Mr. Chaudhry Akbar ka hai, Haryana se. He has written: "I have visited almost every village of India.</w:t>
      </w:r>
      <w:r>
        <w:br/>
      </w:r>
      <w:r>
        <w:rPr>
          <w:sz w:val="20"/>
        </w:rPr>
        <w:t>1:02:06  Muslims living in the villages read Quran, retain it in their memory, but without any understanding."</w:t>
      </w:r>
      <w:r>
        <w:br/>
      </w:r>
      <w:r>
        <w:rPr>
          <w:sz w:val="20"/>
        </w:rPr>
        <w:t>1:02:14  Maulana sahib, my question is: how can the importance of understanding Quran be conveyed to such conditioned minds?</w:t>
      </w:r>
      <w:r>
        <w:br/>
      </w:r>
      <w:r>
        <w:rPr>
          <w:sz w:val="20"/>
        </w:rPr>
        <w:t>1:02:25  Abhi mein ne bataya na ke ayat Aisha se kaha gaya hai kuch logon ke bare mein ke is tarah se far far far far Quran padhte hain. Baghair samjhe jab padhenge toh aap far far padhenge.</w:t>
      </w:r>
      <w:r>
        <w:br/>
      </w:r>
      <w:r>
        <w:rPr>
          <w:sz w:val="20"/>
        </w:rPr>
        <w:t>1:02:34  Aap toh unhon ne kaha ke ulahaka qara'uhu wa lam yaqra'u unhon ne padha magar nahi padha. Yeh jab hadithain sunai jayen,</w:t>
      </w:r>
      <w:r>
        <w:br/>
      </w:r>
      <w:r>
        <w:rPr>
          <w:sz w:val="20"/>
        </w:rPr>
        <w:t>1:02:44  Sahaba ke waqiat sunaye jayen ke woh ek Sahabi teen saal tak Surah Al-Baqarah pe sochte rahe, sirf Surah Al-Baqarah pe teen saal tak ghor karte rahe.</w:t>
      </w:r>
      <w:r>
        <w:br/>
      </w:r>
      <w:r>
        <w:rPr>
          <w:sz w:val="20"/>
        </w:rPr>
        <w:t>1:02:57  Yeh bataya jaye ke Quran utra hai tadabbur ke liye liyadabbaru ayatihi aaj kal hota kya hai ke kuch log ja ke fazail sunate hain.</w:t>
      </w:r>
      <w:r>
        <w:br/>
      </w:r>
      <w:r>
        <w:rPr>
          <w:sz w:val="20"/>
        </w:rPr>
        <w:t>1:03:07  Fazail jo hain woh banawati kahaniyan hoti hain. Yaani yeh jo padhte hain baghair soche samjhe aur yaad karte hain is ko toh us ki kahaniyan banayi gayi hain.</w:t>
      </w:r>
      <w:r>
        <w:br/>
      </w:r>
      <w:r>
        <w:rPr>
          <w:sz w:val="20"/>
        </w:rPr>
        <w:t>1:03:19  Woh khoob sunate hain ja kar un ko. Woh sab bilkul baseless kahaniyan hoti hain.</w:t>
      </w:r>
      <w:r>
        <w:br/>
      </w:r>
      <w:r>
        <w:rPr>
          <w:sz w:val="20"/>
        </w:rPr>
        <w:t>1:03:24  Un ko bataya jaye Quran utra hai tadabbur ke liye. Un ko bataya jaye ke Sahaba kis tarah se padhte the, study kar ke padhte the. Aur bataya jaye ke unhon ne kis tarah se kaha ke jo bila ghor o fikr padhe, use padha hi nahi Quran majeed ko.</w:t>
      </w:r>
      <w:r>
        <w:br/>
      </w:r>
      <w:r>
        <w:rPr>
          <w:sz w:val="20"/>
        </w:rPr>
        <w:t>1:03:40  Jitna zyada yeh baatein batayi jayengi, utni zyada un ke samne baat ayegi. Abhi toh kya hai? Abhi toh sirf fazail ki kahaniyan sunate hain log. Log jate hain masjidon mein aur aur wahan taqreerein karte hain, kahaniyan sunate hain.</w:t>
      </w:r>
      <w:r>
        <w:br/>
      </w:r>
      <w:r>
        <w:rPr>
          <w:sz w:val="20"/>
        </w:rPr>
        <w:t>1:03:54  Log samajhte hain ke sach much yeh baat sahi hai. Toh zaroorat hai ke ek ek movement chalayi jaye jin logon ko bataye sahi baat.</w:t>
      </w:r>
      <w:r>
        <w:br/>
      </w:r>
      <w:r>
        <w:rPr>
          <w:sz w:val="20"/>
        </w:rPr>
        <w:t>1:04:06  Toh inshallah is ka asar hoga. Zaroor asar hoga.</w:t>
      </w:r>
      <w:r>
        <w:br/>
      </w:r>
      <w:r>
        <w:rPr>
          <w:sz w:val="20"/>
        </w:rPr>
        <w:t>1:04:13  Maulana, yeh sawal hai Maulana Abdul Basit Omri ka, Doha, Qatar se</w:t>
      </w:r>
      <w:r>
        <w:br/>
      </w:r>
      <w:r>
        <w:rPr>
          <w:sz w:val="20"/>
        </w:rPr>
        <w:t>1:04:19  . unhon ne likha hai ke "ajz" ko bator usool daryaft karna, is ka matlab kya hai?</w:t>
      </w:r>
      <w:r>
        <w:br/>
      </w:r>
      <w:r>
        <w:rPr>
          <w:sz w:val="20"/>
        </w:rPr>
        <w:t>1:04:37  is ka matlab yeh hai ke insaan ke paas khud koi taqat nahi hai, khud koi qudrat nahi hai. insaan ke bas mein kuch bhi nahi hai.</w:t>
      </w:r>
      <w:r>
        <w:br/>
      </w:r>
      <w:r>
        <w:rPr>
          <w:sz w:val="20"/>
        </w:rPr>
        <w:t>1:04:48  jaise mein bol raha hoon, yeh bhi mere bas mein nahi hai. mein alwar gaya ek baar to wahan par ek thay molana ibrahim sahib, bade zabardast speaker thay.</w:t>
      </w:r>
      <w:r>
        <w:br/>
      </w:r>
      <w:r>
        <w:rPr>
          <w:sz w:val="20"/>
        </w:rPr>
        <w:t>1:04:58  woh bohat speaker bade thay. ek din bol rahe thay, woh is stage par bolte bolte gir gaye.</w:t>
      </w:r>
      <w:r>
        <w:br/>
      </w:r>
      <w:r>
        <w:rPr>
          <w:sz w:val="20"/>
        </w:rPr>
        <w:t>1:05:09  zuban band ho gayi. is ke baad mein ne dekha hai un ko kursi par baithe rehte thay wahan par</w:t>
      </w:r>
      <w:r>
        <w:br/>
      </w:r>
      <w:r>
        <w:rPr>
          <w:sz w:val="20"/>
        </w:rPr>
        <w:t>1:05:15  , ek tooti hui kursi par masjid mein. aise hi bol nahi paate thay. woh to hum hamare ikhtiyar mein kya hai? is baat ko discover karna.</w:t>
      </w:r>
      <w:r>
        <w:br/>
      </w:r>
      <w:r>
        <w:rPr>
          <w:sz w:val="20"/>
        </w:rPr>
        <w:t>1:05:28  is baat ko discover karna ke jo kuch hai, woh Allah ki madad se ho raha hai. Allah ki madad uth jaye to sab khatam. to log is se bekhabar hain.</w:t>
      </w:r>
      <w:r>
        <w:br/>
      </w:r>
      <w:r>
        <w:rPr>
          <w:sz w:val="20"/>
        </w:rPr>
        <w:t>1:05:40  yani log har cheezon cheez ko guaranteed lete rehte hain.</w:t>
      </w:r>
      <w:r>
        <w:br/>
      </w:r>
      <w:r>
        <w:rPr>
          <w:sz w:val="20"/>
        </w:rPr>
        <w:t>1:05:45  jo ho raha hai to aise hi hota rahega. aas paas aise waqiat hote hain ke jo ho raha hai, waise hi nahi ho raha hai. to yeh mizaj khatam agar ho jaye ke cheezon ko guaranteed na liya jaye, balke socha jaye, socha jaye, socha jaye.</w:t>
      </w:r>
      <w:r>
        <w:br/>
      </w:r>
      <w:r>
        <w:rPr>
          <w:sz w:val="20"/>
        </w:rPr>
        <w:t>1:06:04  aur is cheez ko matlab discovery daryaft kiya jaye ke Allah taala ki is se madad hai, tab hum is kaam kar paate hain.</w:t>
      </w:r>
      <w:r>
        <w:br/>
      </w:r>
      <w:r>
        <w:rPr>
          <w:sz w:val="20"/>
        </w:rPr>
        <w:t>1:06:14  to insaan harkat mein paida hua, ajiz hi paida hua hai.</w:t>
      </w:r>
      <w:r>
        <w:br/>
      </w:r>
      <w:r>
        <w:rPr>
          <w:sz w:val="20"/>
        </w:rPr>
        <w:t>1:06:19  yani apni harkat ke aitbar se ajiz hi, helpless hai. yeh to Khuda ke life support system hai, Khuda ki madad hai, yeh zameen hai, yeh sari cheezein hain.</w:t>
      </w:r>
      <w:r>
        <w:br/>
      </w:r>
      <w:r>
        <w:rPr>
          <w:sz w:val="20"/>
        </w:rPr>
        <w:t>1:06:29  tab hum yahan par zinda hain aur jee rahe hain. agar Khuda is ko wapas le le to ek dafa achaanak khatam sara maamla. to haqeeqat aitbar se hum ajiz hi hain.</w:t>
      </w:r>
      <w:r>
        <w:br/>
      </w:r>
      <w:r>
        <w:rPr>
          <w:sz w:val="20"/>
        </w:rPr>
        <w:t>1:06:42  yeh to ek farzi baat hai ke hum apne ko ajiz nahi samajhte. cheezon ko guaranteed le rahe hote hain.</w:t>
      </w:r>
    </w:p>
    <w:p>
      <w:pPr>
        <w:pStyle w:val="Heading2"/>
      </w:pPr>
      <w:r>
        <w:t>Dealing with Quranists Denying Hadith</w:t>
      </w:r>
    </w:p>
    <w:p>
      <w:r>
        <w:rPr>
          <w:color w:val="666666"/>
          <w:sz w:val="18"/>
        </w:rPr>
        <w:t>Quran &amp; Tafsir · An Intellectual Journey May 1, 2011 · 3m 03s · at 1:24:13 · https://youtu.be/AqjjyimoIqw?t=5053</w:t>
      </w:r>
    </w:p>
    <w:p>
      <w:r>
        <w:rPr>
          <w:i/>
        </w:rPr>
        <w:t>“We are living in a society occupied by the Quranists, that is those people who deny the authenticity of Hadith and Prophetic traditions. These people are gradually getting wide acceptance. Kindly suggest how to cope with this problem so that we can stand against this satanic delusion.”</w:t>
      </w:r>
    </w:p>
    <w:p>
      <w:r>
        <w:rPr>
          <w:sz w:val="20"/>
        </w:rPr>
        <w:t>1:24:13  Mr Firdous Nazir ne Delhi se sawal kiya hai, unhon ne likha hai: "We are living in a society occupied by the Quranists, that is those people by the Quranists." Quranist Maulana, woh un ko unhon ne explain kiya hai ke "those people who deny the authenticity of Hadith or prophetic traditions." These people are gradually getting wide acceptance.</w:t>
      </w:r>
      <w:r>
        <w:br/>
      </w:r>
      <w:r>
        <w:rPr>
          <w:sz w:val="20"/>
        </w:rPr>
        <w:t>1:24:42  Kindly suggest how to cope with this problem so that we can stand against this satanic delusion. dekhen, cope ka nazariya hi batil hai, yeh jo nazariya hai ke how to cope, cope ka karna hai,</w:t>
      </w:r>
      <w:r>
        <w:br/>
      </w:r>
      <w:r>
        <w:rPr>
          <w:sz w:val="20"/>
        </w:rPr>
        <w:t>1:24:56  khair khwahi ke sath un ko se miliye, kitaaben dijiye, un ke liye dua kijiye. yeh cope ko jo lafz hai, woh mujhe pasand nahi hai.</w:t>
      </w:r>
      <w:r>
        <w:br/>
      </w:r>
      <w:r>
        <w:rPr>
          <w:sz w:val="20"/>
        </w:rPr>
        <w:t>1:25:07  aisa koi bhi shakhs jo aap ke ilm mein aata hai, us se miliye, us se baat kijiye. agar woh sincere hai aur waqai baat karta hai to baat chalaie, warna us ko kitaab dijiye.</w:t>
      </w:r>
      <w:r>
        <w:br/>
      </w:r>
      <w:r>
        <w:rPr>
          <w:sz w:val="20"/>
        </w:rPr>
        <w:t>1:25:19  is se bhi nahi kaam chalta, dua kijiye. bas un se na to nafrat paida kijiye, na un ko bura samjhiye, kuch nahi.</w:t>
      </w:r>
      <w:r>
        <w:br/>
      </w:r>
      <w:r>
        <w:rPr>
          <w:sz w:val="20"/>
        </w:rPr>
        <w:t>1:25:28  un ko samjhiye ke deviation ka case hai. deviation</w:t>
      </w:r>
      <w:r>
        <w:br/>
      </w:r>
      <w:r>
        <w:rPr>
          <w:sz w:val="20"/>
        </w:rPr>
        <w:t>1:25:33  yeh matlab hai ke bas ek koi saazish hai, yahudiyon ki saazish hai, aur yahudiyon ne saazish kar ke group khara kar rakha. yeh sab yeh soch bilkul galat hai.</w:t>
      </w:r>
      <w:r>
        <w:br/>
      </w:r>
      <w:r>
        <w:rPr>
          <w:sz w:val="20"/>
        </w:rPr>
        <w:t>1:25:42  aksar log yahi karte hain, yeh saazish ke alfaaz mein bayan karte hain, yeh saazish hai. ajeeb ghareeb qism ke tasawwurat musalmanon mein bane hue hain. har cheez ko saazish, har cheez ko saazish, koi saazish nahin.</w:t>
      </w:r>
      <w:r>
        <w:br/>
      </w:r>
      <w:r>
        <w:rPr>
          <w:sz w:val="20"/>
        </w:rPr>
        <w:t>1:25:54  un ki samajh mein nahin baat aa rahi, aap ko samjhaiye aur kitabein dijiye. nahin bhi kaam banta hai to dua kijiye</w:t>
      </w:r>
      <w:r>
        <w:br/>
      </w:r>
      <w:r>
        <w:rPr>
          <w:sz w:val="20"/>
        </w:rPr>
        <w:t>1:26:01  ye. bas yeh mat sochein ke yeh saazish hai, yeh satanic, yeh satanic hain. yeh log yeh sab alfaaz bolne ke maani hain ke aap un ki islaah nahin kar sakte.</w:t>
      </w:r>
      <w:r>
        <w:br/>
      </w:r>
      <w:r>
        <w:rPr>
          <w:sz w:val="20"/>
        </w:rPr>
        <w:t>1:26:10  aap ke dil mein un ke liye khair khwahi nahin hai. yeh tareeqa mein dekh, har islaah dil se shuru hoti hai. yaad rakhiye, har islaah dil se shuru hoti hai.</w:t>
      </w:r>
      <w:r>
        <w:br/>
      </w:r>
      <w:r>
        <w:rPr>
          <w:sz w:val="20"/>
        </w:rPr>
        <w:t>1:26:25  yeh dil mein khair khwahi, dil mein mohabbat, dil mein islaah ka jazba yahan se shuru hota hai. woh to logon ko to hai nahin, bas chahte hain ke bahar ja ke muqabla karein aur takrao karein, fatwa dein ke sahib yeh gumrah hain ya batil hain, yeh jahannum mein jayenge.</w:t>
      </w:r>
      <w:r>
        <w:br/>
      </w:r>
      <w:r>
        <w:rPr>
          <w:sz w:val="20"/>
        </w:rPr>
        <w:t>1:26:42  yeh koi tareeqa nahin hai.</w:t>
      </w:r>
      <w:r>
        <w:br/>
      </w:r>
      <w:r>
        <w:rPr>
          <w:sz w:val="20"/>
        </w:rPr>
        <w:t>1:26:45  to dawat ya islaah shuru hoti hai aap ke dil se, aur aap ke dil se shuru hone ka matlab yeh hai ke sab se pehle un ke khair khwah baniye, un se mohabbat karna seekhiye, un se, un ke,</w:t>
      </w:r>
      <w:r>
        <w:br/>
      </w:r>
      <w:r>
        <w:rPr>
          <w:sz w:val="20"/>
        </w:rPr>
        <w:t>1:27:02  un ke bare mein sanjeedgi ke sath sochiye ke kahan un ka dimagh atka hua hai, kis tarah hum un ke dimagh ko address kar sakte hain. is tarah se kaam hota hai.</w:t>
      </w:r>
    </w:p>
    <w:p>
      <w:pPr>
        <w:pStyle w:val="Heading2"/>
      </w:pPr>
      <w:r>
        <w:t>Deeper meaning of charity in Quran</w:t>
      </w:r>
    </w:p>
    <w:p>
      <w:r>
        <w:rPr>
          <w:color w:val="666666"/>
          <w:sz w:val="18"/>
        </w:rPr>
        <w:t>Quran &amp; Tafsir · The Concept of Help Feb 9, 2020—Maulana Wahiduddin Khan · 3m 17s · at 56:17 · https://youtu.be/WScXmduh1AQ?t=3377</w:t>
      </w:r>
    </w:p>
    <w:p>
      <w:r>
        <w:rPr>
          <w:i/>
        </w:rPr>
        <w:t>“As per God's creation plan, there will always be a section of people who will be underprivileged and weak. People who are blessed have been asked to help weaker section of society. The concept of zakat is based on the same concept. Allah too has endorsed charity in Quran at many places. Maulana, kindly help us to know the deeper meaning of such Quranic injunction.”</w:t>
      </w:r>
    </w:p>
    <w:p>
      <w:r>
        <w:rPr>
          <w:sz w:val="20"/>
        </w:rPr>
        <w:t>56:17  ek sawal yeh sawal aamir mori sahib ne kiya hai goa se. unhon ne likha hai: "as per god's creation plan, there would always be a section of people who will be under privileged and weak.</w:t>
      </w:r>
      <w:r>
        <w:br/>
      </w:r>
      <w:r>
        <w:rPr>
          <w:sz w:val="20"/>
        </w:rPr>
        <w:t>56:33  people who are blessed have been asked to help weaker section of society. the concept of zakat is based on the same concept.</w:t>
      </w:r>
      <w:r>
        <w:br/>
      </w:r>
      <w:r>
        <w:rPr>
          <w:sz w:val="20"/>
        </w:rPr>
        <w:t>56:45  allah to his endorse charity in quran at many places. maulana sahib, kindly help us to know the deeper meaning of such quranic injunction." aisa hi ek aur sawal maulana dilli se miss falak areeba ne bheja hai.</w:t>
      </w:r>
      <w:r>
        <w:br/>
      </w:r>
      <w:r>
        <w:rPr>
          <w:sz w:val="20"/>
        </w:rPr>
        <w:t>57:02  unhon ne likha hai: "giving people things for free is not real help. sharing wisdom is real help. thank you for explaining this maulana, but most of us give alms to poor in the form of zakat, thinking we are helping the needy.</w:t>
      </w:r>
      <w:r>
        <w:br/>
      </w:r>
      <w:r>
        <w:rPr>
          <w:sz w:val="20"/>
        </w:rPr>
        <w:t>57:19  so is there a better way we can use zakat to impart knowledge and wisdom? please guide us." dekhiye, weaker section society ka lafz hi galat hai.</w:t>
      </w:r>
      <w:r>
        <w:br/>
      </w:r>
      <w:r>
        <w:rPr>
          <w:sz w:val="20"/>
        </w:rPr>
        <w:t>57:32  isi lafz se log</w:t>
      </w:r>
      <w:r>
        <w:br/>
      </w:r>
      <w:r>
        <w:rPr>
          <w:sz w:val="20"/>
        </w:rPr>
        <w:t>57:37  mis lead hue hain. weaker section society is nothing. jin ko aap weaker kehte hain, wo leader hain.</w:t>
      </w:r>
      <w:r>
        <w:br/>
      </w:r>
      <w:r>
        <w:rPr>
          <w:sz w:val="20"/>
        </w:rPr>
        <w:t>57:46  leader are ic str. yeh dekhiye, in ke andar incentive incentive hai. aap dekh lijiye, jo jin ko aap weaker kehte the, un ke andar incentive hota hai.</w:t>
      </w:r>
      <w:r>
        <w:br/>
      </w:r>
      <w:r>
        <w:rPr>
          <w:sz w:val="20"/>
        </w:rPr>
        <w:t>57:58  incentive zyada bari dolat hai,</w:t>
      </w:r>
      <w:r>
        <w:br/>
      </w:r>
      <w:r>
        <w:rPr>
          <w:sz w:val="20"/>
        </w:rPr>
        <w:t>58:03  yani paise se zyada bari dolat hai. incentive.</w:t>
      </w:r>
      <w:r>
        <w:br/>
      </w:r>
      <w:r>
        <w:rPr>
          <w:sz w:val="20"/>
        </w:rPr>
        <w:t>58:09  aur main samajhta hoon ke yahan main ek baat kahunga, ek bohat bari baat kahunga jo shayad log jante nahi, wo yeh hai ke allah taala ne is zamane mein dolat ki bharmar kar di hai.</w:t>
      </w:r>
      <w:r>
        <w:br/>
      </w:r>
      <w:r>
        <w:rPr>
          <w:sz w:val="20"/>
        </w:rPr>
        <w:t>58:26  ab aap har aadmi ke liye moqa hai ke wo paisa kamaye, paisa kamaye,</w:t>
      </w:r>
      <w:r>
        <w:br/>
      </w:r>
      <w:r>
        <w:rPr>
          <w:sz w:val="20"/>
        </w:rPr>
        <w:t>58:35  har aadmi ke liye moqa hai ke wo paisa kamaye,</w:t>
      </w:r>
    </w:p>
    <w:p>
      <w:pPr>
        <w:pStyle w:val="Heading2"/>
      </w:pPr>
      <w:r>
        <w:t>Define meaning of guest in Quran and Hadith</w:t>
      </w:r>
    </w:p>
    <w:p>
      <w:r>
        <w:rPr>
          <w:color w:val="666666"/>
          <w:sz w:val="18"/>
        </w:rPr>
        <w:t>Quran &amp; Tafsir · Degeneration of Ummah October 16, 2016 · 3m 20s · at 56:43 · https://youtu.be/W8nafLKMQes?t=3403</w:t>
      </w:r>
    </w:p>
    <w:p>
      <w:r>
        <w:rPr>
          <w:i/>
        </w:rPr>
        <w:t>“Kindly define what is the meaning of 'guest' in the light of Quran and Hadith?”</w:t>
      </w:r>
    </w:p>
    <w:p>
      <w:r>
        <w:rPr>
          <w:sz w:val="20"/>
        </w:rPr>
        <w:t>56:43  maulana, agla sawal sajid ahmed sahib ne kiya hai maharashtra se aur unhon ne aap se poocha hai</w:t>
      </w:r>
      <w:r>
        <w:br/>
      </w:r>
      <w:r>
        <w:rPr>
          <w:sz w:val="20"/>
        </w:rPr>
        <w:t>56:50  کہ: "Kindly define what is the meaning of guest in the light of Quran and Hadith?" قرآن و</w:t>
      </w:r>
      <w:r>
        <w:br/>
      </w:r>
      <w:r>
        <w:rPr>
          <w:sz w:val="20"/>
        </w:rPr>
        <w:t>56:58  hadees ke mutabiq guest ka matlab hai zaroorat mand, needy, needy, zaroorat mand.</w:t>
      </w:r>
      <w:r>
        <w:br/>
      </w:r>
      <w:r>
        <w:rPr>
          <w:sz w:val="20"/>
        </w:rPr>
        <w:t>57:04  yani ek aadmi bahar se aata hai to pehle zamanay mein riwaj tha ke bahar se aata hai</w:t>
      </w:r>
      <w:r>
        <w:br/>
      </w:r>
      <w:r>
        <w:rPr>
          <w:sz w:val="20"/>
        </w:rPr>
        <w:t>57:11  to pehle zamanay mein hotel nahi hua karte thay.</w:t>
      </w:r>
      <w:r>
        <w:br/>
      </w:r>
      <w:r>
        <w:rPr>
          <w:sz w:val="20"/>
        </w:rPr>
        <w:t>57:15  kisi kisi basti mein pohancha woh to kisi se kahe ga ke: "bhai, main fraaj ghar se aaya</w:t>
      </w:r>
      <w:r>
        <w:br/>
      </w:r>
      <w:r>
        <w:rPr>
          <w:sz w:val="20"/>
        </w:rPr>
        <w:t>57:23  hoon, mujhe yahan theharnay ka moqa do." to yeh riwaj tha ke teen din woh apne haan rakhe</w:t>
      </w:r>
      <w:r>
        <w:br/>
      </w:r>
      <w:r>
        <w:rPr>
          <w:sz w:val="20"/>
        </w:rPr>
        <w:t>57:31  ga, jo khaye ga woh khilaye ga, jo khaye ga woh khilaye ga aur teen din apnay haan</w:t>
      </w:r>
      <w:r>
        <w:br/>
      </w:r>
      <w:r>
        <w:rPr>
          <w:sz w:val="20"/>
        </w:rPr>
        <w:t>57:38  rakhe ga.</w:t>
      </w:r>
      <w:r>
        <w:br/>
      </w:r>
      <w:r>
        <w:rPr>
          <w:sz w:val="20"/>
        </w:rPr>
        <w:t>57:40  yeh yahi sahi maano mein yani guest culture hai.</w:t>
      </w:r>
      <w:r>
        <w:br/>
      </w:r>
      <w:r>
        <w:rPr>
          <w:sz w:val="20"/>
        </w:rPr>
        <w:t>57:44  aaj kal jo hai woh dhoom dhaam tamasha, woh to aik is ka Islam se koi talluq nahi</w:t>
      </w:r>
      <w:r>
        <w:br/>
      </w:r>
      <w:r>
        <w:rPr>
          <w:sz w:val="20"/>
        </w:rPr>
        <w:t>57:51  hai.</w:t>
      </w:r>
      <w:r>
        <w:br/>
      </w:r>
      <w:r>
        <w:rPr>
          <w:sz w:val="20"/>
        </w:rPr>
        <w:t>57:53  yani is is aadmi ko jab kisi basti mein pohancha jata tha to us zamane ka dastoor tha,</w:t>
      </w:r>
      <w:r>
        <w:br/>
      </w:r>
      <w:r>
        <w:rPr>
          <w:sz w:val="20"/>
        </w:rPr>
        <w:t>58:01  riwaj tha ke agar woh aa kar kahe ke: "bhai, mein firaaj ghar se aaya hoon, mujhe yahan</w:t>
      </w:r>
      <w:r>
        <w:br/>
      </w:r>
      <w:r>
        <w:rPr>
          <w:sz w:val="20"/>
        </w:rPr>
        <w:t>58:08  thehrna hai" to jis se bhi keh de, woh basti kisi se aadmi se bhi, to us par</w:t>
      </w:r>
      <w:r>
        <w:br/>
      </w:r>
      <w:r>
        <w:rPr>
          <w:sz w:val="20"/>
        </w:rPr>
        <w:t>58:16  yeh zaroori ho jata tha ke woh kahe ke: "tum teen din mere haan thehr sakte ho, raho."</w:t>
      </w:r>
      <w:r>
        <w:br/>
      </w:r>
      <w:r>
        <w:rPr>
          <w:sz w:val="20"/>
        </w:rPr>
        <w:t>58:24  to thehrne ka aur jo roz khata hai, woh khilane ka zimmedari us ki ho jati thi.</w:t>
      </w:r>
      <w:r>
        <w:br/>
      </w:r>
      <w:r>
        <w:rPr>
          <w:sz w:val="20"/>
        </w:rPr>
        <w:t>58:32  bas yahi yahi itna hi hai.</w:t>
      </w:r>
      <w:r>
        <w:br/>
      </w:r>
      <w:r>
        <w:rPr>
          <w:sz w:val="20"/>
        </w:rPr>
        <w:t>58:34  aur aaj kal jo guest ka concept hai, woh to dhoom dhaam hai, shaan shaukat hai, woh Islam</w:t>
      </w:r>
      <w:r>
        <w:br/>
      </w:r>
      <w:r>
        <w:rPr>
          <w:sz w:val="20"/>
        </w:rPr>
        <w:t>58:42  mein nahi hai.</w:t>
      </w:r>
      <w:r>
        <w:br/>
      </w:r>
      <w:r>
        <w:rPr>
          <w:sz w:val="20"/>
        </w:rPr>
        <w:t>58:43  okay, so we we'll end the session.</w:t>
      </w:r>
      <w:r>
        <w:br/>
      </w:r>
      <w:r>
        <w:rPr>
          <w:sz w:val="20"/>
        </w:rPr>
        <w:t>58:46  If you want to join CPS or have some feedback or suggestion for us, then</w:t>
      </w:r>
      <w:r>
        <w:br/>
      </w:r>
      <w:r>
        <w:rPr>
          <w:sz w:val="20"/>
        </w:rPr>
        <w:t>58:54  write to us in info at cps global.org.</w:t>
      </w:r>
      <w:r>
        <w:br/>
      </w:r>
      <w:r>
        <w:rPr>
          <w:sz w:val="20"/>
        </w:rPr>
        <w:t>59:00  we'll be back next Sunday same time.</w:t>
      </w:r>
      <w:r>
        <w:br/>
      </w:r>
      <w:r>
        <w:rPr>
          <w:sz w:val="20"/>
        </w:rPr>
        <w:t>59:03  thank you.</w:t>
      </w:r>
    </w:p>
    <w:p>
      <w:pPr>
        <w:pStyle w:val="Heading2"/>
      </w:pPr>
      <w:r>
        <w:t>Detail of Yusuf's Story in Quran</w:t>
      </w:r>
    </w:p>
    <w:p>
      <w:r>
        <w:rPr>
          <w:color w:val="666666"/>
          <w:sz w:val="18"/>
        </w:rPr>
        <w:t>Quran &amp; Tafsir · Divine Love July 31, 2016 · 2m 30s · at 58:00 · https://youtu.be/-gQiWX3l6J4?t=3480</w:t>
      </w:r>
    </w:p>
    <w:p>
      <w:r>
        <w:rPr>
          <w:i/>
        </w:rPr>
        <w:t>“In Surah Yusuf, the story of Prophet Yusuf (peace be upon him) is given in such great detail. Why is it so detailed?”</w:t>
      </w:r>
    </w:p>
    <w:p>
      <w:r>
        <w:rPr>
          <w:sz w:val="20"/>
        </w:rPr>
        <w:t>58:00  ji Maulana agla sawal lete hain jo Pakistan se Kashif Nadeem sahib ne bheja hai.</w:t>
      </w:r>
      <w:r>
        <w:br/>
      </w:r>
      <w:r>
        <w:rPr>
          <w:sz w:val="20"/>
        </w:rPr>
        <w:t>58:06  unhone likha hai Surah Yusuf mein Hazrat Yusuf Alaihissalam ka waqia itni detail ke sath maujood</w:t>
      </w:r>
      <w:r>
        <w:br/>
      </w:r>
      <w:r>
        <w:rPr>
          <w:sz w:val="20"/>
        </w:rPr>
        <w:t>58:14  hai.</w:t>
      </w:r>
      <w:r>
        <w:br/>
      </w:r>
      <w:r>
        <w:rPr>
          <w:sz w:val="20"/>
        </w:rPr>
        <w:t>58:15  Maulana sahib I would request you to elaborate the unsaid, untold and hidden lessons from the complete story</w:t>
      </w:r>
      <w:r>
        <w:br/>
      </w:r>
      <w:r>
        <w:rPr>
          <w:sz w:val="20"/>
        </w:rPr>
        <w:t>58:23  of Prophet Yusuf.</w:t>
      </w:r>
      <w:r>
        <w:br/>
      </w:r>
      <w:r>
        <w:rPr>
          <w:sz w:val="20"/>
        </w:rPr>
        <w:t>58:25  bhai aap ne parha nahi.</w:t>
      </w:r>
      <w:r>
        <w:br/>
      </w:r>
      <w:r>
        <w:rPr>
          <w:sz w:val="20"/>
        </w:rPr>
        <w:t>58:27  hum ne to bohat tafseel se likha hai Ahsan al-Qasas.</w:t>
      </w:r>
      <w:r>
        <w:br/>
      </w:r>
      <w:r>
        <w:rPr>
          <w:sz w:val="20"/>
        </w:rPr>
        <w:t>58:31  Quran mein Hazrat Yusuf Alaihissalam ko Ahsan al-Qasas kaha gaya hai.</w:t>
      </w:r>
      <w:r>
        <w:br/>
      </w:r>
      <w:r>
        <w:rPr>
          <w:sz w:val="20"/>
        </w:rPr>
        <w:t>58:36  Best story.</w:t>
      </w:r>
      <w:r>
        <w:br/>
      </w:r>
      <w:r>
        <w:rPr>
          <w:sz w:val="20"/>
        </w:rPr>
        <w:t>58:38  is par to hum ne bohat tafseel se likha hai.</w:t>
      </w:r>
      <w:r>
        <w:br/>
      </w:r>
      <w:r>
        <w:rPr>
          <w:sz w:val="20"/>
        </w:rPr>
        <w:t>58:42  kai baar likha hai.</w:t>
      </w:r>
      <w:r>
        <w:br/>
      </w:r>
      <w:r>
        <w:rPr>
          <w:sz w:val="20"/>
        </w:rPr>
        <w:t>58:44  aap aap ne parha nahi ab mein kya karoon.</w:t>
      </w:r>
      <w:r>
        <w:br/>
      </w:r>
      <w:r>
        <w:rPr>
          <w:sz w:val="20"/>
        </w:rPr>
        <w:t>58:47  is ko parh kar phir sawal kijiye.</w:t>
      </w:r>
      <w:r>
        <w:br/>
      </w:r>
      <w:r>
        <w:rPr>
          <w:sz w:val="20"/>
        </w:rPr>
        <w:t>58:50  Maulana agla comment Khwaja Kaleemuddin sahib ne bheja hai Pennsylvania se.</w:t>
      </w:r>
      <w:r>
        <w:br/>
      </w:r>
      <w:r>
        <w:rPr>
          <w:sz w:val="20"/>
        </w:rPr>
        <w:t>58:56  He has forwarded a comment of a lecturer whom he had sent your books.</w:t>
      </w:r>
      <w:r>
        <w:br/>
      </w:r>
      <w:r>
        <w:rPr>
          <w:sz w:val="20"/>
        </w:rPr>
        <w:t>59:02  The person is Dr. Craig Considine lecturer department of sociology Rice University.</w:t>
      </w:r>
      <w:r>
        <w:br/>
      </w:r>
      <w:r>
        <w:rPr>
          <w:sz w:val="20"/>
        </w:rPr>
        <w:t>59:07  He wrote to Kaleem sahib that thank you for sending Maulana sahib's books.</w:t>
      </w:r>
      <w:r>
        <w:br/>
      </w:r>
      <w:r>
        <w:rPr>
          <w:sz w:val="20"/>
        </w:rPr>
        <w:t>59:12  God bless you for your kind deed.</w:t>
      </w:r>
      <w:r>
        <w:br/>
      </w:r>
      <w:r>
        <w:rPr>
          <w:sz w:val="20"/>
        </w:rPr>
        <w:t>59:15  It is very much appreciated because knowledge fuels me and nourishes my soul.</w:t>
      </w:r>
      <w:r>
        <w:br/>
      </w:r>
      <w:r>
        <w:rPr>
          <w:sz w:val="20"/>
        </w:rPr>
        <w:t>59:21  Masha Allah.</w:t>
      </w:r>
      <w:r>
        <w:br/>
      </w:r>
      <w:r>
        <w:rPr>
          <w:sz w:val="20"/>
        </w:rPr>
        <w:t>59:22  Okay so we will end this session now.</w:t>
      </w:r>
      <w:r>
        <w:br/>
      </w:r>
      <w:r>
        <w:rPr>
          <w:sz w:val="20"/>
        </w:rPr>
        <w:t>59:26  We will be back next Sunday same time at 10:30 AM.</w:t>
      </w:r>
      <w:r>
        <w:br/>
      </w:r>
      <w:r>
        <w:rPr>
          <w:sz w:val="20"/>
        </w:rPr>
        <w:t>59:31  Thank you.</w:t>
      </w:r>
    </w:p>
    <w:p>
      <w:pPr>
        <w:pStyle w:val="Heading2"/>
      </w:pPr>
      <w:r>
        <w:t>Difference between tadabbur and tafsir</w:t>
      </w:r>
    </w:p>
    <w:p>
      <w:r>
        <w:rPr>
          <w:color w:val="666666"/>
          <w:sz w:val="18"/>
        </w:rPr>
        <w:t>Quran &amp; Tafsir · Importance of Creative Thinking December 11, 2011 · 3m 12s · at 1:21:58 · https://youtu.be/jfML9Arb0S4?t=4918</w:t>
      </w:r>
    </w:p>
    <w:p>
      <w:r>
        <w:rPr>
          <w:i/>
        </w:rPr>
        <w:t>“Maulana, what is the difference between tadabbur (contemplation) and tafsir (exegesis)? Please explain.”</w:t>
      </w:r>
    </w:p>
    <w:p>
      <w:r>
        <w:rPr>
          <w:sz w:val="20"/>
        </w:rPr>
        <w:t>1:21:58  un natural way ko agar follow karein ge aap toh sirf nakami hogi. is mein koi kuch milne wala nahi aap ko. Maulana, agla sawal hai Mr Sultan Kashmiri ka.</w:t>
      </w:r>
      <w:r>
        <w:br/>
      </w:r>
      <w:r>
        <w:rPr>
          <w:sz w:val="20"/>
        </w:rPr>
        <w:t>1:22:12  unhon ne likha hai: "Maulana sahib, tadabbur aur tafsir baraye mein kya farq hai? is ke baray mein batayein." bhai, tadabbur ke maani toh contemplation, sochna.</w:t>
      </w:r>
      <w:r>
        <w:br/>
      </w:r>
      <w:r>
        <w:rPr>
          <w:sz w:val="20"/>
        </w:rPr>
        <w:t>1:22:25  bohat achi cheez cheez hai. aap sochein, aap toh dono alag alag cheezein hain. yani Quran ko parhne ka ek matlab yeh hai ke aap is ko jo alfaaz hain, us ke baghair samjhe hue, us ki tilawat karein.</w:t>
      </w:r>
      <w:r>
        <w:br/>
      </w:r>
      <w:r>
        <w:rPr>
          <w:sz w:val="20"/>
        </w:rPr>
        <w:t>1:22:40  toh woh kaha tadabbur ke baghair Quran ko parhna hai. ek yeh hai ke Quran ko aap parhein toh sochein. Arabic jante hain toh Arabic class samjhein, nahi toh translation parhein.</w:t>
      </w:r>
      <w:r>
        <w:br/>
      </w:r>
      <w:r>
        <w:rPr>
          <w:sz w:val="20"/>
        </w:rPr>
        <w:t>1:22:50  toh parh kar sochein ke kya matlab hai is ka.</w:t>
      </w:r>
      <w:r>
        <w:br/>
      </w:r>
      <w:r>
        <w:rPr>
          <w:sz w:val="20"/>
        </w:rPr>
        <w:t>1:22:55  jaise kal mein ek sahib se baat kar raha tha ke "Alhamdulillah Rabbil Alameen" yeh pehli ayat hai Quran Majeed ki. toh maine kaha "Alhamdulillah" bas sochte sochte maloom hua ke "Alhamdulillah Rabb" jo hai, woh result hai, woh nateeja hai, asal nahi hai.</w:t>
      </w:r>
      <w:r>
        <w:br/>
      </w:r>
      <w:r>
        <w:rPr>
          <w:sz w:val="20"/>
        </w:rPr>
        <w:t>1:23:11  asal jo hai, marifat. pehle marifat aati hai, phir "Alhamdulillah" niklta hai munh se. yeh hai sochna.</w:t>
      </w:r>
      <w:r>
        <w:br/>
      </w:r>
      <w:r>
        <w:rPr>
          <w:sz w:val="20"/>
        </w:rPr>
        <w:t>1:23:19  aap batayein, kaise aap kahein ke "Alhamdulillah" jab tak aap is se pehle aap ke mind mein ek ek inqilab na aa chuka ho, ek intellectual revolution ke aap ne socha, aap ne Allah ko daryaft kiya, Allah ki glory ko jana, aap ne Allah ki boundaries ko jana, aap ne Allah ki blessings ko jana, aap ne yeh sab baatein aap ne jani, phir aap kahan parhein ge "Alhamdulillah Rabbil Alameen"?</w:t>
      </w:r>
      <w:r>
        <w:br/>
      </w:r>
      <w:r>
        <w:rPr>
          <w:sz w:val="20"/>
        </w:rPr>
        <w:t>1:23:44  toh "Alhamdulillah" se pehle marifat darkar</w:t>
      </w:r>
      <w:r>
        <w:br/>
      </w:r>
      <w:r>
        <w:rPr>
          <w:sz w:val="20"/>
        </w:rPr>
        <w:t>1:23:47  hai. marifat nahi toh sacha "Alhamdulillah" bhi nahi. yeh hai sochna. baqi jo tafsir baraye hai, woh toh aise hai ke yani aap na Arabic jaanein, na Arabic ko follow karein, na Quran ke jo shan e nazool hai, us ko follow karein.</w:t>
      </w:r>
      <w:r>
        <w:br/>
      </w:r>
      <w:r>
        <w:rPr>
          <w:sz w:val="20"/>
        </w:rPr>
        <w:t>1:24:04  bas yun hi ult pult kuch kahein. jaise kuch log kehte hain ke imaan ka matlab aman hai, aman ka nizam qaim karo, salat ka matlab hai social nizam, social nizam qaim k</w:t>
      </w:r>
      <w:r>
        <w:br/>
      </w:r>
      <w:r>
        <w:rPr>
          <w:sz w:val="20"/>
        </w:rPr>
        <w:t>1:24:17  ro. aisi ulti pulti baatein hain. is ka koi talluq na siwaq se hota, na lughat se hota, na doosri jo mufassireen hain un se hota, na shan e nazool se hota.</w:t>
      </w:r>
      <w:r>
        <w:br/>
      </w:r>
      <w:r>
        <w:rPr>
          <w:sz w:val="20"/>
        </w:rPr>
        <w:t>1:24:28  toh tafsir baraye ka matlab hai ke bas apni rai yun hi dena, aur jabke yani baghair gehrai se baat ko samjhe hue, toh tafsir baraye toh bilashuba galat baat hai.</w:t>
      </w:r>
      <w:r>
        <w:br/>
      </w:r>
      <w:r>
        <w:rPr>
          <w:sz w:val="20"/>
        </w:rPr>
        <w:t>1:24:41  woh toh galat hai, bilkul is mein koi shaq nahi hai. lekin</w:t>
      </w:r>
      <w:r>
        <w:br/>
      </w:r>
      <w:r>
        <w:rPr>
          <w:sz w:val="20"/>
        </w:rPr>
        <w:t>1:24:44  sochna jo hai, bohat bari cheez hai. agar tadabbur nahi karein ge aap toh Quran ki gehri baaton ko aap pakar nahi paein ge. toh tadabbur bohat hi zaroori hai, aur tafsir baraye jo hai,</w:t>
      </w:r>
      <w:r>
        <w:br/>
      </w:r>
      <w:r>
        <w:rPr>
          <w:sz w:val="20"/>
        </w:rPr>
        <w:t>1:24:57  woh apni rai par chalana hai. kuch bhi baatein karna hai apne apni rai ke mutabiq. yani yeh yeh nahi sochna ke Quran ke alfaaz se woh baat nikalti hai ke nahi nikalti hai.</w:t>
      </w:r>
    </w:p>
    <w:p>
      <w:pPr>
        <w:pStyle w:val="Heading2"/>
      </w:pPr>
      <w:r>
        <w:t>Does Addressing Prophet by Titles Indicate Greater Honor?</w:t>
      </w:r>
    </w:p>
    <w:p>
      <w:r>
        <w:rPr>
          <w:color w:val="666666"/>
          <w:sz w:val="18"/>
        </w:rPr>
        <w:t>Quran &amp; Tafsir · Hadith Prediction November 3, 2013 · 3m 25s · at 1:01:27 · https://youtu.be/cb5Lzw9c8aE?t=3687</w:t>
      </w:r>
    </w:p>
    <w:p>
      <w:r>
        <w:rPr>
          <w:i/>
        </w:rPr>
        <w:t>“In the Quran, Allah mentions other prophets by name, such as O Ibrahim, O Musa, and O Dawood, but never addresses the Prophet as O Muhammad; rather He addresses him as O Muddaththir and O Muzzammil. Does this mean that Allah honored him more than the other prophets by not calling him by name?”</w:t>
      </w:r>
    </w:p>
    <w:p>
      <w:r>
        <w:rPr>
          <w:sz w:val="20"/>
        </w:rPr>
        <w:t>1:01:27  maulana, agla sawal iqbal sahab ka hai bangalore se. unhon ne likha hai: "saare quran mein allah ne doosre paighambaron ko naam se yaad kiya jaise ya ibrahim, ya musa, ya dawood,</w:t>
      </w:r>
      <w:r>
        <w:br/>
      </w:r>
      <w:r>
        <w:rPr>
          <w:sz w:val="20"/>
        </w:rPr>
        <w:t>1:01:43  magar ek martaba bhi ya muhammad nahi keh ke balkeh aap ko al-kabe se yaad kiya jaise ya ayyuhal mudathir, ya ayyuhal muzammil</w:t>
      </w:r>
      <w:r>
        <w:br/>
      </w:r>
      <w:r>
        <w:rPr>
          <w:sz w:val="20"/>
        </w:rPr>
        <w:t>1:01:54  . kya is se yeh baat nikalti hai ke allah ne huzoor ki ta'zeem zyada ki doosre nabiyon ke muqable mein, is liye ya muhammad keh kar nahi khitab kiya?" yeh bilkul absurd baat hai, koi is ka sarpar nahi hai.</w:t>
      </w:r>
      <w:r>
        <w:br/>
      </w:r>
      <w:r>
        <w:rPr>
          <w:sz w:val="20"/>
        </w:rPr>
        <w:t>1:02:09  itni baaton ka is tarah se agar shoshe nikale jayen to aaj hi ghareeb qism shoshe niklenge, nikalte rehte hain log. yeh yeh shoshe hain, yeh koi daleel nahi hai.</w:t>
      </w:r>
      <w:r>
        <w:br/>
      </w:r>
      <w:r>
        <w:rPr>
          <w:sz w:val="20"/>
        </w:rPr>
        <w:t>1:02:25  daleel kya hai? quran ki doosri ayat la nu farriqu baina ahadin min rusulih yeh daleel hai is ka naam. yeh koi daleel hai ke ya ya hai ke nahi, yeh to shosha hai.</w:t>
      </w:r>
      <w:r>
        <w:br/>
      </w:r>
      <w:r>
        <w:rPr>
          <w:sz w:val="20"/>
        </w:rPr>
        <w:t>1:02:37  daleel hi is ka naam hai ke is ayat ko padhein aap la nu farriqu baina ahadin min rusulih hum ek rasool doosre mein farq nahi karte.</w:t>
      </w:r>
      <w:r>
        <w:br/>
      </w:r>
      <w:r>
        <w:rPr>
          <w:sz w:val="20"/>
        </w:rPr>
        <w:t>1:02:48  yeh yeh is ka naam daleel hai. yeh to shoshe</w:t>
      </w:r>
      <w:r>
        <w:br/>
      </w:r>
      <w:r>
        <w:rPr>
          <w:sz w:val="20"/>
        </w:rPr>
        <w:t>1:02:50  ki baatein hain. shoshe jo chahein nikalte rahiye aap, shoshe ki koi had nahi hai. hazaron shoshe nikal sakte hain aap.</w:t>
      </w:r>
      <w:r>
        <w:br/>
      </w:r>
      <w:r>
        <w:rPr>
          <w:sz w:val="20"/>
        </w:rPr>
        <w:t>1:03:02  ab misaal, misaal ki taraf main kahoon ke mere ek bete ka naam hai saistain, to main kahoon ke dekho bhai, mera mera beta to allah ko takht par yaad aaya, us ne us ko naam wahan se mujhe bataya ke is ka naam yeh rakho.</w:t>
      </w:r>
      <w:r>
        <w:br/>
      </w:r>
      <w:r>
        <w:rPr>
          <w:sz w:val="20"/>
        </w:rPr>
        <w:t>1:03:16  to shosha nikal lenge bhai,</w:t>
      </w:r>
      <w:r>
        <w:br/>
      </w:r>
      <w:r>
        <w:rPr>
          <w:sz w:val="20"/>
        </w:rPr>
        <w:t>1:03:18  to allah ka diya hua naam hai. yeh naam to allah ka diya hua hai, yeh allah ko bohat bohat mehboob hai. yeh shoshe nikalne se koi baat banti hai?</w:t>
      </w:r>
      <w:r>
        <w:br/>
      </w:r>
      <w:r>
        <w:rPr>
          <w:sz w:val="20"/>
        </w:rPr>
        <w:t>1:03:28  shoshon se kuch sabit nahi hota. itni bari ayat hai yeh ke la nu farriqu baina ahadin min rusulih hum rasoolon ke darmiyan farq nahi karte.</w:t>
      </w:r>
      <w:r>
        <w:br/>
      </w:r>
      <w:r>
        <w:rPr>
          <w:sz w:val="20"/>
        </w:rPr>
        <w:t>1:03:40  aur quran mein dekhein, is se bhi bari baat main aap se arz karta hoon.</w:t>
      </w:r>
      <w:r>
        <w:br/>
      </w:r>
      <w:r>
        <w:rPr>
          <w:sz w:val="20"/>
        </w:rPr>
        <w:t>1:03:45  quran mein ek ayat hai jis mein mukhtalif nabiyon ka zikr hai naam ke sath, aur us ke baad rasool Allah ko khitab kar ke kaha gaya hai ke olai'kal ladhina hada Allah fabihdih mqtdeh yeh rasool Allah ko khitab hi hai ke yeh hain woh peghambar jin ko hum ne hidayat di, to tum un ki pairwi karo.</w:t>
      </w:r>
      <w:r>
        <w:br/>
      </w:r>
      <w:r>
        <w:rPr>
          <w:sz w:val="20"/>
        </w:rPr>
        <w:t>1:04:07  rasool Allah ko follower bana diya, follower</w:t>
      </w:r>
      <w:r>
        <w:br/>
      </w:r>
      <w:r>
        <w:rPr>
          <w:sz w:val="20"/>
        </w:rPr>
        <w:t>1:04:13  fabihdih mqtdeh,</w:t>
      </w:r>
      <w:r>
        <w:br/>
      </w:r>
      <w:r>
        <w:rPr>
          <w:sz w:val="20"/>
        </w:rPr>
        <w:t>1:04:15  to tum pairwi karo in rasoolon ki. ab dekhiye, rasool Allah ko peero ki jagah par rakh diya, follower ki jagah par. to dekhiye, shoshon ki koi had nahin hoti.</w:t>
      </w:r>
      <w:r>
        <w:br/>
      </w:r>
      <w:r>
        <w:rPr>
          <w:sz w:val="20"/>
        </w:rPr>
        <w:t>1:04:26  shoshe jo chahen nikalte rahiye, lekin aap ko dekhna chahiye ke ke haqeeqi ma'non mein mudallal baat kaun si hai.</w:t>
      </w:r>
      <w:r>
        <w:br/>
      </w:r>
      <w:r>
        <w:rPr>
          <w:sz w:val="20"/>
        </w:rPr>
        <w:t>1:04:36  mudallal baat yeh hai ke Allah ke nazdeek tamam peghambar barabar hain.</w:t>
      </w:r>
      <w:r>
        <w:br/>
      </w:r>
      <w:r>
        <w:rPr>
          <w:sz w:val="20"/>
        </w:rPr>
        <w:t>1:04:42  kisi Allah ka apne khud ailan ke mutabiq tamam peghambar barabar hain, aur peghambaron mein tafrīq karna yeh bilashubah Allah ke ke khilaf sarkashi karna hai.</w:t>
      </w:r>
    </w:p>
    <w:p>
      <w:pPr>
        <w:pStyle w:val="Heading2"/>
      </w:pPr>
      <w:r>
        <w:t>Essence of Alhamdulillah Rabbil Alameen</w:t>
      </w:r>
    </w:p>
    <w:p>
      <w:r>
        <w:rPr>
          <w:color w:val="666666"/>
          <w:sz w:val="18"/>
        </w:rPr>
        <w:t>Quran &amp; Tafsir · The Quran September 20, 2020 Maulana Wahiduddin Khan · 2m 13s · at 19:39 · https://youtu.be/yQZGg2A0-Tk?t=1179</w:t>
      </w:r>
    </w:p>
    <w:p>
      <w:r>
        <w:rPr>
          <w:i/>
        </w:rPr>
        <w:t>“What is the essence of 'Alhamdulillah Rabbil Alameen'?”</w:t>
      </w:r>
    </w:p>
    <w:p>
      <w:r>
        <w:rPr>
          <w:sz w:val="20"/>
        </w:rPr>
        <w:t>19:39  maulana, agla sawal dilli se faraz khan sahib ne kiya hai. unho ne aap se poocha hai: "maulana, what is the essence of Alhamdulillah Rabbil Alameen?"</w:t>
      </w:r>
      <w:r>
        <w:br/>
      </w:r>
      <w:r>
        <w:rPr>
          <w:sz w:val="20"/>
        </w:rPr>
        <w:t>20:00  alhamdulillah rabb ul alameen ka tarjuma hai</w:t>
      </w:r>
      <w:r>
        <w:br/>
      </w:r>
      <w:r>
        <w:rPr>
          <w:sz w:val="20"/>
        </w:rPr>
        <w:t>20:07  ke sare hamd allah ke liye hain.</w:t>
      </w:r>
      <w:r>
        <w:br/>
      </w:r>
      <w:r>
        <w:rPr>
          <w:sz w:val="20"/>
        </w:rPr>
        <w:t>20:14  sare hamd allah ke liye. main samajhta hoon ke yeh wasee ek cheez hai. jaise greek philosopher ke baray mein aata hai ke</w:t>
      </w:r>
      <w:r>
        <w:br/>
      </w:r>
      <w:r>
        <w:rPr>
          <w:sz w:val="20"/>
        </w:rPr>
        <w:t>20:30  kya kehta hai usay? main ne pa liya.</w:t>
      </w:r>
      <w:r>
        <w:br/>
      </w:r>
      <w:r>
        <w:rPr>
          <w:sz w:val="20"/>
        </w:rPr>
        <w:t>20:33  eureka? eureka, eureka</w:t>
      </w:r>
      <w:r>
        <w:br/>
      </w:r>
      <w:r>
        <w:rPr>
          <w:sz w:val="20"/>
        </w:rPr>
        <w:t>20:39  ke quran ko jab aap bohat ghor karenge to allah ke tofeeq se aap par badan khulenge.</w:t>
      </w:r>
      <w:r>
        <w:br/>
      </w:r>
      <w:r>
        <w:rPr>
          <w:sz w:val="20"/>
        </w:rPr>
        <w:t>20:49  phir aap kahan padhenge ke wallah wajadt, wallah wajadt?</w:t>
      </w:r>
      <w:r>
        <w:br/>
      </w:r>
      <w:r>
        <w:rPr>
          <w:sz w:val="20"/>
        </w:rPr>
        <w:t>20:56  yahi tareeqa hai.</w:t>
      </w:r>
      <w:r>
        <w:br/>
      </w:r>
      <w:r>
        <w:rPr>
          <w:sz w:val="20"/>
        </w:rPr>
        <w:t>21:03  misalan yeh jo maine kaha ke alhamdulillah rabbul alameen, woh sahi hai jaise ke is ne kaha tha: eureka, eureka.</w:t>
      </w:r>
      <w:r>
        <w:br/>
      </w:r>
      <w:r>
        <w:rPr>
          <w:sz w:val="20"/>
        </w:rPr>
        <w:t>21:14  toh abhi kal mujhe samajh mein aayi yeh baat kal ke yeh eureka jaisi</w:t>
      </w:r>
      <w:r>
        <w:br/>
      </w:r>
      <w:r>
        <w:rPr>
          <w:sz w:val="20"/>
        </w:rPr>
        <w:t>21:22  ek cheez hai.</w:t>
      </w:r>
      <w:r>
        <w:br/>
      </w:r>
      <w:r>
        <w:rPr>
          <w:sz w:val="20"/>
        </w:rPr>
        <w:t>21:26  toh wallah wajadt, wallah wajadt ya eureka, eureka yaani quran ki</w:t>
      </w:r>
      <w:r>
        <w:br/>
      </w:r>
      <w:r>
        <w:rPr>
          <w:sz w:val="20"/>
        </w:rPr>
        <w:t>21:38  quran ki form ka</w:t>
      </w:r>
      <w:r>
        <w:br/>
      </w:r>
      <w:r>
        <w:rPr>
          <w:sz w:val="20"/>
        </w:rPr>
        <w:t>21:42  raaz maine daryaft kar liya.</w:t>
      </w:r>
    </w:p>
    <w:p>
      <w:pPr>
        <w:pStyle w:val="Heading2"/>
      </w:pPr>
      <w:r>
        <w:t>Explain Quran 5:82 about affection to faithful</w:t>
      </w:r>
    </w:p>
    <w:p>
      <w:r>
        <w:rPr>
          <w:color w:val="666666"/>
          <w:sz w:val="18"/>
        </w:rPr>
        <w:t>Quran &amp; Tafsir · Building A Creative Personality | 20 Nov 2011 · 3m 57s · at 1:22:34 · https://youtu.be/jdfhpwfEvKg?t=4954</w:t>
      </w:r>
    </w:p>
    <w:p>
      <w:r>
        <w:rPr>
          <w:i/>
        </w:rPr>
        <w:t>“Kindly explain Chapter 5, Verse 82 of the Quran, where it says: 'You will find that the nearest in affection to the faithful are...'”</w:t>
      </w:r>
    </w:p>
    <w:p>
      <w:r>
        <w:rPr>
          <w:sz w:val="20"/>
        </w:rPr>
        <w:t>1:22:34  Maulana, agla sawal kya hai? Maulana Zakwan Nadvi ne Delhi se.</w:t>
      </w:r>
      <w:r>
        <w:br/>
      </w:r>
      <w:r>
        <w:rPr>
          <w:sz w:val="20"/>
        </w:rPr>
        <w:t>1:22:39  unhon ne likha hai: "Kindly explain the chapter five verse number 82 of Quran, where it says: you</w:t>
      </w:r>
      <w:r>
        <w:br/>
      </w:r>
      <w:r>
        <w:rPr>
          <w:sz w:val="20"/>
        </w:rPr>
        <w:t>1:22:43  will find that the nearest in affection to the faithful are</w:t>
      </w:r>
      <w:r>
        <w:br/>
      </w:r>
      <w:r>
        <w:rPr>
          <w:sz w:val="20"/>
        </w:rPr>
        <w:t>1:22:47  those who say we are Christians.</w:t>
      </w:r>
      <w:r>
        <w:br/>
      </w:r>
      <w:r>
        <w:rPr>
          <w:sz w:val="20"/>
        </w:rPr>
        <w:t>1:22:53  that is because their priest and monks among them, and because they are free from pride." haan, Christian</w:t>
      </w:r>
      <w:r>
        <w:br/>
      </w:r>
      <w:r>
        <w:rPr>
          <w:sz w:val="20"/>
        </w:rPr>
        <w:t>1:23:00  ke baray mein jo ayat hai, woh hadith mein bhi aaya hai.</w:t>
      </w:r>
      <w:r>
        <w:br/>
      </w:r>
      <w:r>
        <w:rPr>
          <w:sz w:val="20"/>
        </w:rPr>
        <w:t>1:23:06  to yeh aap sab ka tajurba hai ke Christian mein nermi hoti hai aur yani unhein cooperation ka</w:t>
      </w:r>
      <w:r>
        <w:br/>
      </w:r>
      <w:r>
        <w:rPr>
          <w:sz w:val="20"/>
        </w:rPr>
        <w:t>1:23:12  madah hota hai,</w:t>
      </w:r>
      <w:r>
        <w:br/>
      </w:r>
      <w:r>
        <w:rPr>
          <w:sz w:val="20"/>
        </w:rPr>
        <w:t>1:23:18  sakhti nahi hoti hai.</w:t>
      </w:r>
      <w:r>
        <w:br/>
      </w:r>
      <w:r>
        <w:rPr>
          <w:sz w:val="20"/>
        </w:rPr>
        <w:t>1:23:23  ab yeh kyun aisa hai? yeh yeh yeh sochne ki baat hai, lekin yeh baat hai apni jagah par sahi.</w:t>
      </w:r>
      <w:r>
        <w:br/>
      </w:r>
      <w:r>
        <w:rPr>
          <w:sz w:val="20"/>
        </w:rPr>
        <w:t>1:23:27  abhi mein ne qissa bataya aap ko christian ka ke unhon ne seminar kiya, sara kharcha unhon ne</w:t>
      </w:r>
      <w:r>
        <w:br/>
      </w:r>
      <w:r>
        <w:rPr>
          <w:sz w:val="20"/>
        </w:rPr>
        <w:t>1:23:31  uthaya, sab kuch.</w:t>
      </w:r>
      <w:r>
        <w:br/>
      </w:r>
      <w:r>
        <w:rPr>
          <w:sz w:val="20"/>
        </w:rPr>
        <w:t>1:23:36  aur hamare log jo gaye apni kitabein le kar ke wahan taqseem kiya, is ka bhi paisa loota</w:t>
      </w:r>
      <w:r>
        <w:br/>
      </w:r>
      <w:r>
        <w:rPr>
          <w:sz w:val="20"/>
        </w:rPr>
        <w:t>1:23:40  diya unhon ne.</w:t>
      </w:r>
      <w:r>
        <w:br/>
      </w:r>
      <w:r>
        <w:rPr>
          <w:sz w:val="20"/>
        </w:rPr>
        <w:t>1:23:45  mein to samajhta hoon ke christian logon ke andar bohat hi ajeeb sifaat hain,</w:t>
      </w:r>
      <w:r>
        <w:br/>
      </w:r>
      <w:r>
        <w:rPr>
          <w:sz w:val="20"/>
        </w:rPr>
        <w:t>1:23:49  bohat ajeeb sifaat hain: narmi, modesty, openness, aur help karna.</w:t>
      </w:r>
      <w:r>
        <w:br/>
      </w:r>
      <w:r>
        <w:rPr>
          <w:sz w:val="20"/>
        </w:rPr>
        <w:t>1:23:55  is ka waja kya hai? yeh mein nahi jaanta, mujhe nahi maloom, lekin waqea hai, aaj bhi yeh</w:t>
      </w:r>
      <w:r>
        <w:br/>
      </w:r>
      <w:r>
        <w:rPr>
          <w:sz w:val="20"/>
        </w:rPr>
        <w:t>1:24:01  waqea hai ke christian logon mein yeh sab baatein pai jati hain.</w:t>
      </w:r>
      <w:r>
        <w:br/>
      </w:r>
      <w:r>
        <w:rPr>
          <w:sz w:val="20"/>
        </w:rPr>
        <w:t>1:24:07  maulana sharq hussain ne dilli se sawal kiya hai: aap ne farmaya ke positive thinking ke zariye hi</w:t>
      </w:r>
      <w:r>
        <w:br/>
      </w:r>
      <w:r>
        <w:rPr>
          <w:sz w:val="20"/>
        </w:rPr>
        <w:t>1:24:13  insan ke liye</w:t>
      </w:r>
      <w:r>
        <w:br/>
      </w:r>
      <w:r>
        <w:rPr>
          <w:sz w:val="20"/>
        </w:rPr>
        <w:t>1:24:19  یہ پوسیبل ہو سکتا ہے کہ اس کے اندر creative thinking آئے۔</w:t>
      </w:r>
      <w:r>
        <w:br/>
      </w:r>
      <w:r>
        <w:rPr>
          <w:sz w:val="20"/>
        </w:rPr>
        <w:t>1:24:24  is ko thora sa aur wazeh karein.</w:t>
      </w:r>
      <w:r>
        <w:br/>
      </w:r>
      <w:r>
        <w:rPr>
          <w:sz w:val="20"/>
        </w:rPr>
        <w:t>1:24:29  dekhein, creative thinking ke liye zaroori hai ke aap aap ka mind free ho, ghair zaroori masail se.</w:t>
      </w:r>
      <w:r>
        <w:br/>
      </w:r>
      <w:r>
        <w:rPr>
          <w:sz w:val="20"/>
        </w:rPr>
        <w:t>1:24:35  beshtar log, kya sare log, mein pata hoon logon ke andar ghair zaroori masail mein uljhe rehte hain.</w:t>
      </w:r>
      <w:r>
        <w:br/>
      </w:r>
      <w:r>
        <w:rPr>
          <w:sz w:val="20"/>
        </w:rPr>
        <w:t>1:24:40  is liye woh kehte hain ke creativity barhti nahi.</w:t>
      </w:r>
      <w:r>
        <w:br/>
      </w:r>
      <w:r>
        <w:rPr>
          <w:sz w:val="20"/>
        </w:rPr>
        <w:t>1:24:45  to creative thinking</w:t>
      </w:r>
      <w:r>
        <w:br/>
      </w:r>
      <w:r>
        <w:rPr>
          <w:sz w:val="20"/>
        </w:rPr>
        <w:t>1:24:50  ki pehli shart yeh hai ke aap ka zehan jo hai, manfi sawalat mein na uljhe, ghair zaroori</w:t>
      </w:r>
      <w:r>
        <w:br/>
      </w:r>
      <w:r>
        <w:rPr>
          <w:sz w:val="20"/>
        </w:rPr>
        <w:t>1:24:53  qism ke sawalat mein na uljhe.</w:t>
      </w:r>
      <w:r>
        <w:br/>
      </w:r>
      <w:r>
        <w:rPr>
          <w:sz w:val="20"/>
        </w:rPr>
        <w:t>1:24:57  yeh sab na ho, tab woh woh woh woh positivity aye gi.</w:t>
      </w:r>
      <w:r>
        <w:br/>
      </w:r>
      <w:r>
        <w:rPr>
          <w:sz w:val="20"/>
        </w:rPr>
        <w:t>1:25:01  positivity is tarah kabhi nahi aa sakti hai ke aap negative jo hai, uljhe hue hon aur aur</w:t>
      </w:r>
      <w:r>
        <w:br/>
      </w:r>
      <w:r>
        <w:rPr>
          <w:sz w:val="20"/>
        </w:rPr>
        <w:t>1:25:05  positivity bhi taraqqi kare.</w:t>
      </w:r>
      <w:r>
        <w:br/>
      </w:r>
      <w:r>
        <w:rPr>
          <w:sz w:val="20"/>
        </w:rPr>
        <w:t>1:25:09  aisa nahi ho sakta.</w:t>
      </w:r>
      <w:r>
        <w:br/>
      </w:r>
      <w:r>
        <w:rPr>
          <w:sz w:val="20"/>
        </w:rPr>
        <w:t>1:25:12  to jis aadmi ko banna hai positive thinker, us ko aik price deni pare gi.</w:t>
      </w:r>
      <w:r>
        <w:br/>
      </w:r>
      <w:r>
        <w:rPr>
          <w:sz w:val="20"/>
        </w:rPr>
        <w:t>1:25:16  woh price yeh hai ke negative thinking se</w:t>
      </w:r>
      <w:r>
        <w:br/>
      </w:r>
      <w:r>
        <w:rPr>
          <w:sz w:val="20"/>
        </w:rPr>
        <w:t>1:25:20  mukammal taur par apne ko azaad karna. maslan aaj hi subah main kisi se keh raha tha, peeche ki baat ko le kar ke unhone kuch shikayati baat ki, barson pehle ki baat. main ne kaha, barson ke pehle baat jo ho gayi, woh woh aap lota to sakte nahi. woh jo ho gaya, woh ho gaya. ab us ko kyun yaad karte hain? woh yaad kar ke kyun apne zehn ko negative banate hain? to jis aadmi ko ban</w:t>
      </w:r>
      <w:r>
        <w:br/>
      </w:r>
      <w:r>
        <w:rPr>
          <w:sz w:val="20"/>
        </w:rPr>
        <w:t>1:25:50  na hai creative thinking ki ahmiyat maloom ho, jo apne aap ko positive thinker banana chahta ho, us ko ek price deni padegi. woh price yeh hai ke ghair zaroori sawalat se apne ko bachana. do cheezon se bachana padega, teen cheezon se: distraction se, unnecessary questions se, aur negative sentiment se. nahi to kabhi bhi development nahi hoga. yaad rakhiye, creative thinking ya positive thinking ki ek price hai. woh price kya hai? ke aap in</w:t>
      </w:r>
      <w:r>
        <w:br/>
      </w:r>
      <w:r>
        <w:rPr>
          <w:sz w:val="20"/>
        </w:rPr>
        <w:t>1:26:20  necessary question se apne ko bachayein, distraction se bachayein, aur negativity se bachayein.</w:t>
      </w:r>
      <w:r>
        <w:br/>
      </w:r>
      <w:r>
        <w:rPr>
          <w:sz w:val="20"/>
        </w:rPr>
        <w:t>1:26:26  tab ja kar ke yeh development hoga, warna nahi hoga.</w:t>
      </w:r>
    </w:p>
    <w:p>
      <w:pPr>
        <w:pStyle w:val="Heading2"/>
      </w:pPr>
      <w:r>
        <w:t>Explain the concept of Quranic omissions</w:t>
      </w:r>
    </w:p>
    <w:p>
      <w:r>
        <w:rPr>
          <w:color w:val="666666"/>
          <w:sz w:val="18"/>
        </w:rPr>
        <w:t>Quran &amp; Tafsir · Replanning | February 26, 2017 · 3m 33s · at 53:32 · https://youtu.be/E120hwMH9x8?t=3212</w:t>
      </w:r>
    </w:p>
    <w:p>
      <w:r>
        <w:rPr>
          <w:i/>
        </w:rPr>
        <w:t>“You said that people write books on the topic of 'problems of the Quran', but according to you the real thing is to discover the 'omissions of the Quran'. Please explain this.”</w:t>
      </w:r>
    </w:p>
    <w:p>
      <w:r>
        <w:rPr>
          <w:sz w:val="20"/>
        </w:rPr>
        <w:t>53:32  allab hai is ka Maulana un ka aik aur sawal hai unhon ne likha hai Maulana aap ne kaha hai ke log mushkilat Quran ke topic par book likhte hain magar aap ke mutabiq asal hai mahzufat e Quran ko daryaft karna is ke baray mein bataein dekhiye Quran ki apni aik aik style hai</w:t>
      </w:r>
      <w:r>
        <w:br/>
      </w:r>
      <w:r>
        <w:rPr>
          <w:sz w:val="20"/>
        </w:rPr>
        <w:t>54:02  is ka quran mein history ki zaban nahi hai novel ki afsane ki zaban nahi hai wisdom ki</w:t>
      </w:r>
      <w:r>
        <w:br/>
      </w:r>
      <w:r>
        <w:rPr>
          <w:sz w:val="20"/>
        </w:rPr>
        <w:t>54:10  zaban hai wisdom ki zaban jo hoti hai us mein hamesha kuch cheezein ghair mazkoor hoti hain yani</w:t>
      </w:r>
      <w:r>
        <w:br/>
      </w:r>
      <w:r>
        <w:rPr>
          <w:sz w:val="20"/>
        </w:rPr>
        <w:t>54:17  aap ko soch kar janna parta hai to isi ko mein kehta hoon mahzufuat e quran yani quran mein</w:t>
      </w:r>
      <w:r>
        <w:br/>
      </w:r>
      <w:r>
        <w:rPr>
          <w:sz w:val="20"/>
        </w:rPr>
        <w:t>54:25  hamesha kuch cheezein mahzoof rehti hain un</w:t>
      </w:r>
      <w:r>
        <w:br/>
      </w:r>
      <w:r>
        <w:rPr>
          <w:sz w:val="20"/>
        </w:rPr>
        <w:t>54:32  declared jaise misaal ke taur par lijiye uhud ke mauqe par is zamane mein jo jang hui thi</w:t>
      </w:r>
      <w:r>
        <w:br/>
      </w:r>
      <w:r>
        <w:rPr>
          <w:sz w:val="20"/>
        </w:rPr>
        <w:t>54:43  to 70 sahaba mare gaye the to is ke baad jo ayat utri wo yeh nahi thi ke</w:t>
      </w:r>
      <w:r>
        <w:br/>
      </w:r>
      <w:r>
        <w:rPr>
          <w:sz w:val="20"/>
        </w:rPr>
        <w:t>54:54  wo dushman hain un ki dushmani par laanat bhejo bad duaayein karo</w:t>
      </w:r>
      <w:r>
        <w:br/>
      </w:r>
      <w:r>
        <w:rPr>
          <w:sz w:val="20"/>
        </w:rPr>
        <w:t>55:05  is ke baad yeh kaha gaya ke fasabakum ghamun bigham likala ta'su ala mafatikum yani yeh jo gham</w:t>
      </w:r>
      <w:r>
        <w:br/>
      </w:r>
      <w:r>
        <w:rPr>
          <w:sz w:val="20"/>
        </w:rPr>
        <w:t>55:13  pada hai tumhare upar use nahi ke tum mayoos ho jao likala ta'su ala mafatikum jo tum par</w:t>
      </w:r>
      <w:r>
        <w:br/>
      </w:r>
      <w:r>
        <w:rPr>
          <w:sz w:val="20"/>
        </w:rPr>
        <w:t>55:20  musibat pada hai jo tumhe khoya gaya hai us par mayoos ho jao yeh allah ki iskeep nahi</w:t>
      </w:r>
      <w:r>
        <w:br/>
      </w:r>
      <w:r>
        <w:rPr>
          <w:sz w:val="20"/>
        </w:rPr>
        <w:t>55:28  hai lekin yeh zikr nahi hai ke kya karo</w:t>
      </w:r>
      <w:r>
        <w:br/>
      </w:r>
      <w:r>
        <w:rPr>
          <w:sz w:val="20"/>
        </w:rPr>
        <w:t>55:35  mayoos na ho to kya karo aap is ayat ko padhiye quran majeed mein yeh to kaha gaya</w:t>
      </w:r>
      <w:r>
        <w:br/>
      </w:r>
      <w:r>
        <w:rPr>
          <w:sz w:val="20"/>
        </w:rPr>
        <w:t>55:41  hai ke ahad mein jo tum ko nuqsan hua us par mayoos na ho to sawal hai ke</w:t>
      </w:r>
      <w:r>
        <w:br/>
      </w:r>
      <w:r>
        <w:rPr>
          <w:sz w:val="20"/>
        </w:rPr>
        <w:t>55:47  mayoos na ho to kya karo is ke baad kya karo to wahan implicit hai ek cheez woh</w:t>
      </w:r>
      <w:r>
        <w:br/>
      </w:r>
      <w:r>
        <w:rPr>
          <w:sz w:val="20"/>
        </w:rPr>
        <w:t>55:54  hai ke re planning karo mayoos hone ke bajaye halaat ka jaiza lo apni taqat ka mukhalif ki</w:t>
      </w:r>
      <w:r>
        <w:br/>
      </w:r>
      <w:r>
        <w:rPr>
          <w:sz w:val="20"/>
        </w:rPr>
        <w:t>56:00  taqat ka andaza karo</w:t>
      </w:r>
      <w:r>
        <w:br/>
      </w:r>
      <w:r>
        <w:rPr>
          <w:sz w:val="20"/>
        </w:rPr>
        <w:t>56:06  halaat ko samjho aqal ko istemal karo aur re planning karo ab re planning ka wahan par zikr</w:t>
      </w:r>
      <w:r>
        <w:br/>
      </w:r>
      <w:r>
        <w:rPr>
          <w:sz w:val="20"/>
        </w:rPr>
        <w:t>56:13  nahi hai woh cheez mahzoof hai undeclared hai to quran mein aisa bohat zyada hai jab tak aap</w:t>
      </w:r>
      <w:r>
        <w:br/>
      </w:r>
      <w:r>
        <w:rPr>
          <w:sz w:val="20"/>
        </w:rPr>
        <w:t>56:21  quran ke mahzoofat ko nahi samjhenge aap quran ki wisdom ko nahi samajh sakte pehle hi ayat</w:t>
      </w:r>
      <w:r>
        <w:br/>
      </w:r>
      <w:r>
        <w:rPr>
          <w:sz w:val="20"/>
        </w:rPr>
        <w:t>56:28  dekhiye alhamdulillah rabbil alameen shukr hai allah rabb</w:t>
      </w:r>
      <w:r>
        <w:br/>
      </w:r>
      <w:r>
        <w:rPr>
          <w:sz w:val="20"/>
        </w:rPr>
        <w:t>56:36  il alameen ka is mein ek cheez mahzoof hai ke dunya mein jab koi unwanted situation aati hai us</w:t>
      </w:r>
      <w:r>
        <w:br/>
      </w:r>
      <w:r>
        <w:rPr>
          <w:sz w:val="20"/>
        </w:rPr>
        <w:t>56:43  ko bhulao tab ilm kar paoge tab shukr ada kar paoge to sare quran mein jo</w:t>
      </w:r>
      <w:r>
        <w:br/>
      </w:r>
      <w:r>
        <w:rPr>
          <w:sz w:val="20"/>
        </w:rPr>
        <w:t>56:51  wisdom jo hai woh mahzoofat mein hai agar mahzoofat aap ko nahi padhna aata to aap wisdom se</w:t>
      </w:r>
      <w:r>
        <w:br/>
      </w:r>
      <w:r>
        <w:rPr>
          <w:sz w:val="20"/>
        </w:rPr>
        <w:t>56:58  be khabar rahenge yani between the lines jo hai us ko janna padega aap ko</w:t>
      </w:r>
    </w:p>
    <w:p>
      <w:pPr>
        <w:pStyle w:val="Heading2"/>
      </w:pPr>
      <w:r>
        <w:t>Explain the meaning of Tabat yada Abi Lahab</w:t>
      </w:r>
    </w:p>
    <w:p>
      <w:r>
        <w:rPr>
          <w:color w:val="666666"/>
          <w:sz w:val="18"/>
        </w:rPr>
        <w:t>Quran &amp; Tafsir · Q&amp;A 04 Mar 2012 Maulana Wahiduddin Khan · 3m 56s · at 10:19 · https://youtu.be/txRmutuvWQI?t=619</w:t>
      </w:r>
    </w:p>
    <w:p>
      <w:r>
        <w:rPr>
          <w:i/>
        </w:rPr>
        <w:t>“Kindly comment on the reference and the meaning of 'Tabat yada Abi Lahab'.”</w:t>
      </w:r>
    </w:p>
    <w:p>
      <w:r>
        <w:rPr>
          <w:sz w:val="20"/>
        </w:rPr>
        <w:t>10:19  maulana, agla sawal hai doctor pajhma siddiqi ka dilli se. unhon ne aap se poocha hai: "kindly comment on the reference and the meaning of tabadida abilahab."</w:t>
      </w:r>
      <w:r>
        <w:br/>
      </w:r>
      <w:r>
        <w:rPr>
          <w:sz w:val="20"/>
        </w:rPr>
        <w:t>10:32  tabtida abilahab.</w:t>
      </w:r>
      <w:r>
        <w:br/>
      </w:r>
      <w:r>
        <w:rPr>
          <w:sz w:val="20"/>
        </w:rPr>
        <w:t>10:46  dekhiye, makkah mein</w:t>
      </w:r>
      <w:r>
        <w:br/>
      </w:r>
      <w:r>
        <w:rPr>
          <w:sz w:val="20"/>
        </w:rPr>
        <w:t>10:52  jis ko kehte hain yaani kamina pan, kamina pan ka kirdaar sirf aik hi tha, abu lahab ka tha. woh to aur log jo thay, jaise abujahal hai, woh sarkashi ki thi us ne.</w:t>
      </w:r>
      <w:r>
        <w:br/>
      </w:r>
      <w:r>
        <w:rPr>
          <w:sz w:val="20"/>
        </w:rPr>
        <w:t>11:05  lekin aik hai sarkashi karna, aik hai kamina pan,</w:t>
      </w:r>
      <w:r>
        <w:br/>
      </w:r>
      <w:r>
        <w:rPr>
          <w:sz w:val="20"/>
        </w:rPr>
        <w:t>11:09  kamina ban jana mukhalifat mein. to sarkashi bhi buri cheez hai, lekin abujahal ka naam le kar kahin quran majeed mein nahi aaya hai.</w:t>
      </w:r>
      <w:r>
        <w:br/>
      </w:r>
      <w:r>
        <w:rPr>
          <w:sz w:val="20"/>
        </w:rPr>
        <w:t>11:21  lekin abu abu lahab ke bare mein naam le kar bura bataya gaya hai is ko.</w:t>
      </w:r>
      <w:r>
        <w:br/>
      </w:r>
      <w:r>
        <w:rPr>
          <w:sz w:val="20"/>
        </w:rPr>
        <w:t>11:27  to is se main jo nateeja pahuncha hoon woh yeh hai ke allah ki nazar mein kamina pan bohat hi buri cheez hai.</w:t>
      </w:r>
      <w:r>
        <w:br/>
      </w:r>
      <w:r>
        <w:rPr>
          <w:sz w:val="20"/>
        </w:rPr>
        <w:t>11:36  sarkashi bhi buri hai, lekin kamina pan is se zyada bura hai. kamina pan kya hai? aib lagana, ilzaam lagana, badnaam karna,</w:t>
      </w:r>
      <w:r>
        <w:br/>
      </w:r>
      <w:r>
        <w:rPr>
          <w:sz w:val="20"/>
        </w:rPr>
        <w:t>11:45  yaani kisi ki ko jo character assistant karna waghera. main aik misaal deta hoon aap ko ke rasool allah sallallahu alaihi wasallam ne abu lahab bhi aap ka chacha tha, abu talib bhi aap ke chacha thay.</w:t>
      </w:r>
      <w:r>
        <w:br/>
      </w:r>
      <w:r>
        <w:rPr>
          <w:sz w:val="20"/>
        </w:rPr>
        <w:t>12:00  to rasool allah sallallahu alaihi wasallam ne jab nabuwat mili to aap ne wahan par bulaya logon ko.</w:t>
      </w:r>
      <w:r>
        <w:br/>
      </w:r>
      <w:r>
        <w:rPr>
          <w:sz w:val="20"/>
        </w:rPr>
        <w:t>12:04  safah jo jo aik chattan thi, wahan par log akhatta hue to aap ne dawat di.</w:t>
      </w:r>
      <w:r>
        <w:br/>
      </w:r>
      <w:r>
        <w:rPr>
          <w:sz w:val="20"/>
        </w:rPr>
        <w:t>12:14  dawat dene ke baad log khamoshi se uth uth ke chale gaye. kisi ne maana nahi, khamoshi se chale gaye. lekin abu talib,</w:t>
      </w:r>
      <w:r>
        <w:br/>
      </w:r>
      <w:r>
        <w:rPr>
          <w:sz w:val="20"/>
        </w:rPr>
        <w:t>12:21  woh abu lahab jo tha, abu lahab khada ho ke kya kehta hai? tablak saram saram ama jamaatna ila hadha tera bura ho sara din, isi liye hum ko akhatta kiya tha.</w:t>
      </w:r>
      <w:r>
        <w:br/>
      </w:r>
      <w:r>
        <w:rPr>
          <w:sz w:val="20"/>
        </w:rPr>
        <w:t>12:33  yeh jo hai, yeh yeh kamina pan hai, jhooti mukhalifat.</w:t>
      </w:r>
      <w:r>
        <w:br/>
      </w:r>
      <w:r>
        <w:rPr>
          <w:sz w:val="20"/>
        </w:rPr>
        <w:t>12:39  to aik hai sarkashi, aik hai jhooti mukhalifat. to ab yeh surah batati hai ke allah ki nazar mein jhooti mukhalifat bohat hi buri cheez hai.</w:t>
      </w:r>
      <w:r>
        <w:br/>
      </w:r>
      <w:r>
        <w:rPr>
          <w:sz w:val="20"/>
        </w:rPr>
        <w:t>12:53  kamina pan, jhooti mukhalifat, ilzaam lagana, aib aib lagana,</w:t>
      </w:r>
      <w:r>
        <w:br/>
      </w:r>
      <w:r>
        <w:rPr>
          <w:sz w:val="20"/>
        </w:rPr>
        <w:t>12:57  be buniyad aik character association karna, character assassination. to is surah mein yeh paigham hai, jahan tak main samajhta hoon ke allah ki nazar mein sarkash bilashuba bura hai, lekin</w:t>
      </w:r>
      <w:r>
        <w:br/>
      </w:r>
      <w:r>
        <w:rPr>
          <w:sz w:val="20"/>
        </w:rPr>
        <w:t>13:14  kamina insan is se bhi zyada bura hai. kamina insan ki tareef yeh hai ke aap ki mukhalifat mein jhooti baatein kehne lage. yaani dekhiye, abujahal jo tha, mukhalif tha aap ka, kabhi us ne rasool allah par koi jhoota ilzaam nahi lagaya,</w:t>
      </w:r>
      <w:r>
        <w:br/>
      </w:r>
      <w:r>
        <w:rPr>
          <w:sz w:val="20"/>
        </w:rPr>
        <w:t>13:32  kabhi nahi. maine kitabon mein kabhi nahi padha ke us ne abujahal, abujahal ne rasool allah par koi jhoota ilzaam lagaya ho. lekin abu abu talib jo tha, yeh abu lahab jo tha, woh kamina pan dikhata tha, jhooti baatein aap ke khilaf, ilzaam tarashi, character assassination waghera.</w:t>
      </w:r>
      <w:r>
        <w:br/>
      </w:r>
      <w:r>
        <w:rPr>
          <w:sz w:val="20"/>
        </w:rPr>
        <w:t>13:52  to yeh bohat hi bara kirdaar hota hai. to yeh is is is is is is surah mein yahi sabak, isi baat ka sabak diya gaya hai ke is se daro ke tumhara anjaam abu lahab ka na ho jaye kahin, agar tum</w:t>
      </w:r>
      <w:r>
        <w:br/>
      </w:r>
      <w:r>
        <w:rPr>
          <w:sz w:val="20"/>
        </w:rPr>
        <w:t>14:09  woh tareeqa ikhtiyar karo jo abu lahab ne ikhtiyar kiya tha.</w:t>
      </w:r>
    </w:p>
    <w:p>
      <w:pPr>
        <w:pStyle w:val="Heading2"/>
      </w:pPr>
      <w:r>
        <w:t>Explain verse on political system</w:t>
      </w:r>
    </w:p>
    <w:p>
      <w:r>
        <w:rPr>
          <w:color w:val="666666"/>
          <w:sz w:val="18"/>
        </w:rPr>
        <w:t>Quran &amp; Tafsir · Sahaba and Muhaddithin 24th June 2012 - Maulana Wahiduddin Khan · 3m 22s · at 1:30:03 · https://youtu.be/tUPo7MI0Bdo?t=5403</w:t>
      </w:r>
    </w:p>
    <w:p>
      <w:r>
        <w:rPr>
          <w:i/>
        </w:rPr>
        <w:t>“A great scholar who is a leader of the political interpretation of Islam, I asked him: where in the Quran is it said that you should establish a political system in the world? He cited the verse 'Hukm al-Din'. Maulana, please explain this verse.”</w:t>
      </w:r>
    </w:p>
    <w:p>
      <w:r>
        <w:rPr>
          <w:sz w:val="20"/>
        </w:rPr>
        <w:t>1:30:03  Maulana, un ka ek aur sawal hai. unhon ne likha hai ke ek baray aalim jo Islam ke political interpretation ke leader hain, mein ne un se poocha ke Quran ki ayat mein kahan</w:t>
      </w:r>
      <w:r>
        <w:br/>
      </w:r>
      <w:r>
        <w:rPr>
          <w:sz w:val="20"/>
        </w:rPr>
        <w:t>1:30:15  kaha gaya hai ke tum dunya mein political system ko qaim karo? unhon ne ayat Hakeemuddin ka hawala diya. Maulana, is ayat ko aap explain karen.</w:t>
      </w:r>
      <w:r>
        <w:br/>
      </w:r>
      <w:r>
        <w:rPr>
          <w:sz w:val="20"/>
        </w:rPr>
        <w:t>1:30:27  dekhen, yeh bohat bari, mein is ko gunah samajhta hoon</w:t>
      </w:r>
      <w:r>
        <w:br/>
      </w:r>
      <w:r>
        <w:rPr>
          <w:sz w:val="20"/>
        </w:rPr>
        <w:t>1:30:32  ke Hakeemuddin ko iqamat-e-hukumat ke ma'ni mein liya jaye. kuch aur log hain jo Hakeem-us-Salat ke ma'ni lete hain, iqamat-e-nizam, yani social nizam qaim karna samajhte hain ke is mein Hakeem-us-Salat ka alfaaz hukum diya gaya hai.</w:t>
      </w:r>
      <w:r>
        <w:br/>
      </w:r>
      <w:r>
        <w:rPr>
          <w:sz w:val="20"/>
        </w:rPr>
        <w:t>1:30:50  Hakeemuddin ke ma'ni har giz yeh nahin hain ke iqamat-e-hukumat. is par mein ne likhi hai Ta'beer Ghalati hai, bohat lambi behas ki hai, is ko aap parh lijiyey. Hakeemuddin ke ma'ni hain ghair siyasi daire mein deen ke jo taqazay hain, jis ko ke har fard</w:t>
      </w:r>
      <w:r>
        <w:br/>
      </w:r>
      <w:r>
        <w:rPr>
          <w:sz w:val="20"/>
        </w:rPr>
        <w:t>1:31:07  bila rukawat ikhtiyar kar sakta hai, is ko, is is par qaim hona, yani tauheed, ikhlas, ibadat, akhlaq aur Allah se mohabbat, Allah se khauf, yeh sab cheezen is se murad hain.</w:t>
      </w:r>
      <w:r>
        <w:br/>
      </w:r>
      <w:r>
        <w:rPr>
          <w:sz w:val="20"/>
        </w:rPr>
        <w:t>1:31:27  is ka hukumat se kuch bhi talluq nahin hai.</w:t>
      </w:r>
      <w:r>
        <w:br/>
      </w:r>
      <w:r>
        <w:rPr>
          <w:sz w:val="20"/>
        </w:rPr>
        <w:t>1:31:30  is par mein ne likha hua hai, mein ne yeh bhi likha hai is mein ke saaray hi mufassireen mutafiq hain ke is mein siyasat shamil nahin hai.</w:t>
      </w:r>
      <w:r>
        <w:br/>
      </w:r>
      <w:r>
        <w:rPr>
          <w:sz w:val="20"/>
        </w:rPr>
        <w:t>1:31:42  yeh jo aaj kal ke nikle hain siyasi ta'beer karne walay, yeh to bohat hi ziyada جسارت karte hain</w:t>
      </w:r>
      <w:r>
        <w:br/>
      </w:r>
      <w:r>
        <w:rPr>
          <w:sz w:val="20"/>
        </w:rPr>
        <w:t>1:31:49  aur ke koi saboot nahin hai, aur phir bhi is ko dohrata chale ja rahe hain. yani na to lughat mein saboot hai, na Quran mein saboot hai, na tafseeron mein se koi aik bhi mufassir is ke haq mein hai.</w:t>
      </w:r>
      <w:r>
        <w:br/>
      </w:r>
      <w:r>
        <w:rPr>
          <w:sz w:val="20"/>
        </w:rPr>
        <w:t>1:32:06  mein aap ko aik waqia arz karta hoon ke jab mein ne kitab likhi "Ta'beer Ghalati" to is fiqh ke jo a'imma hain, baray baray top ke log, un ko mein ne chhapnay se pehle aik kitab di thi.</w:t>
      </w:r>
      <w:r>
        <w:br/>
      </w:r>
      <w:r>
        <w:rPr>
          <w:sz w:val="20"/>
        </w:rPr>
        <w:t>1:32:19  to is mein yeh likha hua tha ke kisi bhi mufassir ne Hakeemuddin ke a'maal nahin liye.</w:t>
      </w:r>
      <w:r>
        <w:br/>
      </w:r>
      <w:r>
        <w:rPr>
          <w:sz w:val="20"/>
        </w:rPr>
        <w:t>1:32:27  to unhon ne aik hawala diya ke falan mufassir ne liya hai, halankay hawala bilkul ghalat tha. yani woh is mein idhar udhar kar ke sabit kiya gaya tha ke mufassir ne liya hai.</w:t>
      </w:r>
      <w:r>
        <w:br/>
      </w:r>
      <w:r>
        <w:rPr>
          <w:sz w:val="20"/>
        </w:rPr>
        <w:t>1:32:39  phir is ka tajziya kiya mein ne, aap parh lijiyey, bay kitab tha, bay Ghalati mein. yeh top ke aalim thay is halqay ke jinhon ne yeh kaam kiya tha</w:t>
      </w:r>
      <w:r>
        <w:br/>
      </w:r>
      <w:r>
        <w:rPr>
          <w:sz w:val="20"/>
        </w:rPr>
        <w:t>1:32:49  ke ghalat hawala de kar ke sabit karna chaha tha ke aik mufassir is ko manta hai, halankay aur bhi bhi nahin manta. woh bhi nahin manta. hatta ke mein ne likha tha ke "Sawat-ul-Ilham" jo hai, bay nuqtay tafseer hai.</w:t>
      </w:r>
      <w:r>
        <w:br/>
      </w:r>
      <w:r>
        <w:rPr>
          <w:sz w:val="20"/>
        </w:rPr>
        <w:t>1:33:04  aik aik tafseer hai jo poori tafseer hai, is mein nuqtay walay lafz nahin, yeh sawal kiye gaye hain. is tafseer ka naam hai "Sawat-ul-Ilham".</w:t>
      </w:r>
      <w:r>
        <w:br/>
      </w:r>
      <w:r>
        <w:rPr>
          <w:sz w:val="20"/>
        </w:rPr>
        <w:t>1:33:14  to mein ne kaha tha ke is mein bhi yeh mafhoom nahin hai jo aap lete hain. to aap is ko dekh lijiyey meri kitab mein "Ta'beer Ghalati" mein.</w:t>
      </w:r>
    </w:p>
    <w:p>
      <w:pPr>
        <w:pStyle w:val="Heading2"/>
      </w:pPr>
      <w:r>
        <w:t>Explanation of Quran 2:208 wholeheartedly</w:t>
      </w:r>
    </w:p>
    <w:p>
      <w:r>
        <w:rPr>
          <w:color w:val="666666"/>
          <w:sz w:val="18"/>
        </w:rPr>
        <w:t>Quran &amp; Tafsir · God Oriented Life (In Conversation with Maulana) 23 10 11 · 2m 58s · at 0:11 · https://youtu.be/E_LWwsWww2U?t=11</w:t>
      </w:r>
    </w:p>
    <w:p>
      <w:r>
        <w:rPr>
          <w:i/>
        </w:rPr>
        <w:t>“It is urged in the Quran, chapter 2, verse 208: 'O you who believe, enter into Islam wholeheartedly.' Moulana, kindly explain this verse. What does 'wholeheartedly' mean? Does it mean we must adopt the entire system of Islam?”</w:t>
      </w:r>
    </w:p>
    <w:p>
      <w:r>
        <w:rPr>
          <w:sz w:val="20"/>
        </w:rPr>
        <w:t>0:11  maulana yeh sawal misster shoaib khan ne kiya hai lucknow se unhone likha hai "it is urged in the quran chapter number 2 verse number 208 o ye who believe enter into islam wholeheartedly" maulana kindly explain this verse.</w:t>
      </w:r>
      <w:r>
        <w:br/>
      </w:r>
      <w:r>
        <w:rPr>
          <w:sz w:val="20"/>
        </w:rPr>
        <w:t>0:36  wholeheartedly is ka tarjuma nahi hoga yani is ka tarjuma hoga poore ke poore islam mein dakhil ho jao khud khuloos fasl mein kaf poore ke poore</w:t>
      </w:r>
      <w:r>
        <w:br/>
      </w:r>
      <w:r>
        <w:rPr>
          <w:sz w:val="20"/>
        </w:rPr>
        <w:t>0:51  to dekhen poore ke poore ka matlab yeh nahi ke sara nizam dakhil karo islam mein yeh bilkul</w:t>
      </w:r>
      <w:r>
        <w:br/>
      </w:r>
      <w:r>
        <w:rPr>
          <w:sz w:val="20"/>
        </w:rPr>
        <w:t>0:56  hi baseless baat hai yeh qisse nikala jaye nazariya</w:t>
      </w:r>
      <w:r>
        <w:br/>
      </w:r>
      <w:r>
        <w:rPr>
          <w:sz w:val="20"/>
        </w:rPr>
        <w:t>0:59  ke siyasi nizam samaji nizam iqtisadi nizam falan nizam yeh nizam nahi nahi yeh ayat individual ko mukhatib</w:t>
      </w:r>
      <w:r>
        <w:br/>
      </w:r>
      <w:r>
        <w:rPr>
          <w:sz w:val="20"/>
        </w:rPr>
        <w:t>1:08  kar rahi hai ek fard ko ek shakhs apne aap ko</w:t>
      </w:r>
      <w:r>
        <w:br/>
      </w:r>
      <w:r>
        <w:rPr>
          <w:sz w:val="20"/>
        </w:rPr>
        <w:t>1:15  apne jo bas mein hai us ke aitbar se poore ke poore islam mein dakhil ho yani</w:t>
      </w:r>
      <w:r>
        <w:br/>
      </w:r>
      <w:r>
        <w:rPr>
          <w:sz w:val="20"/>
        </w:rPr>
        <w:t>1:22  poori zindagi us ki god oriented zindagi ban jaye</w:t>
      </w:r>
      <w:r>
        <w:br/>
      </w:r>
      <w:r>
        <w:rPr>
          <w:sz w:val="20"/>
        </w:rPr>
        <w:t>1:27  uski sochna</w:t>
      </w:r>
      <w:r>
        <w:br/>
      </w:r>
      <w:r>
        <w:rPr>
          <w:sz w:val="20"/>
        </w:rPr>
        <w:t>1:29  uska bolna uska behavior uski dealing yeh matlab hai iska yeh harghiz matlab nahi</w:t>
      </w:r>
      <w:r>
        <w:br/>
      </w:r>
      <w:r>
        <w:rPr>
          <w:sz w:val="20"/>
        </w:rPr>
        <w:t>1:36  hai ke</w:t>
      </w:r>
      <w:r>
        <w:br/>
      </w:r>
      <w:r>
        <w:rPr>
          <w:sz w:val="20"/>
        </w:rPr>
        <w:t>1:37  sare nizam hayat ko woh karo</w:t>
      </w:r>
      <w:r>
        <w:br/>
      </w:r>
      <w:r>
        <w:rPr>
          <w:sz w:val="20"/>
        </w:rPr>
        <w:t>1:41  lad kar logon se qabza karo aur har jagah islam nafiz karo iska koi taluq</w:t>
      </w:r>
      <w:r>
        <w:br/>
      </w:r>
      <w:r>
        <w:rPr>
          <w:sz w:val="20"/>
        </w:rPr>
        <w:t>1:48  is khud sakhta mafhoom ka is ayat se nahi kyunke kai log is se yeh matlab nikalte hain</w:t>
      </w:r>
      <w:r>
        <w:br/>
      </w:r>
      <w:r>
        <w:rPr>
          <w:sz w:val="20"/>
        </w:rPr>
        <w:t>1:56  is ka tarjuma yeh hai ke</w:t>
      </w:r>
      <w:r>
        <w:br/>
      </w:r>
      <w:r>
        <w:rPr>
          <w:sz w:val="20"/>
        </w:rPr>
        <w:t>1:59  ae iman lane walon tum</w:t>
      </w:r>
      <w:r>
        <w:br/>
      </w:r>
      <w:r>
        <w:rPr>
          <w:sz w:val="20"/>
        </w:rPr>
        <w:t>2:05  poore ke poore islam mein dakhil ho jao</w:t>
      </w:r>
      <w:r>
        <w:br/>
      </w:r>
      <w:r>
        <w:rPr>
          <w:sz w:val="20"/>
        </w:rPr>
        <w:t>2:11  yeh nahi kaha ke ae logon logon tum munazzam ho kar</w:t>
      </w:r>
      <w:r>
        <w:br/>
      </w:r>
      <w:r>
        <w:rPr>
          <w:sz w:val="20"/>
        </w:rPr>
        <w:t>2:16  logon se ittedar chheeno yeh kahan is mein hai</w:t>
      </w:r>
      <w:r>
        <w:br/>
      </w:r>
      <w:r>
        <w:rPr>
          <w:sz w:val="20"/>
        </w:rPr>
        <w:t>2:19  ke iqtidaar chheen kar ke sare mamlaat hayat par islam par qanoon naafiz karo yeh kahan hai is mein</w:t>
      </w:r>
      <w:r>
        <w:br/>
      </w:r>
      <w:r>
        <w:rPr>
          <w:sz w:val="20"/>
        </w:rPr>
        <w:t>2:28  is is woh woh shakhs jo islam laya hai us shakhs ko khitab kar rahi hai ayat</w:t>
      </w:r>
      <w:r>
        <w:br/>
      </w:r>
      <w:r>
        <w:rPr>
          <w:sz w:val="20"/>
        </w:rPr>
        <w:t>2:34  ke ae ae shakhs jo tu islam laya hai tu dawah kar raha hai momin hone ka tu</w:t>
      </w:r>
      <w:r>
        <w:br/>
      </w:r>
      <w:r>
        <w:rPr>
          <w:sz w:val="20"/>
        </w:rPr>
        <w:t>2:40  apni poori zindagi ko islam mein rang rang le</w:t>
      </w:r>
      <w:r>
        <w:br/>
      </w:r>
      <w:r>
        <w:rPr>
          <w:sz w:val="20"/>
        </w:rPr>
        <w:t>2:43  woh jo doosri jagah hai sabqat</w:t>
      </w:r>
      <w:r>
        <w:br/>
      </w:r>
      <w:r>
        <w:rPr>
          <w:sz w:val="20"/>
        </w:rPr>
        <w:t>2:47  allah allah apni zaati zindagi ko tumhare aitbar se</w:t>
      </w:r>
      <w:r>
        <w:br/>
      </w:r>
      <w:r>
        <w:rPr>
          <w:sz w:val="20"/>
        </w:rPr>
        <w:t>2:53  islam ke rang mein rang do yani poori tarah ins ban jao poori tarah sachche ban jao mamlaat</w:t>
      </w:r>
      <w:r>
        <w:br/>
      </w:r>
      <w:r>
        <w:rPr>
          <w:sz w:val="20"/>
        </w:rPr>
        <w:t>3:00  mein poori tarike se sahi dealing karo yeh matlab hai is ka</w:t>
      </w:r>
    </w:p>
    <w:p>
      <w:pPr>
        <w:pStyle w:val="Heading2"/>
      </w:pPr>
      <w:r>
        <w:t>Explanation of Quran 2:258 about Abraham</w:t>
      </w:r>
    </w:p>
    <w:p>
      <w:r>
        <w:rPr>
          <w:color w:val="666666"/>
          <w:sz w:val="18"/>
        </w:rPr>
        <w:t>Quran &amp; Tafsir · Reason and Faith July 10, 2016 · 3m 12s · at 1:11:15 · https://youtu.be/axR4I5yv29E?t=4275</w:t>
      </w:r>
    </w:p>
    <w:p>
      <w:r>
        <w:rPr>
          <w:i/>
        </w:rPr>
        <w:t>“Please explain the verse in Quran 2:258 where Abraham says 'My Lord is the one who gives life and causes death' and the other says 'I give life and cause death'.”</w:t>
      </w:r>
    </w:p>
    <w:p>
      <w:r>
        <w:rPr>
          <w:sz w:val="20"/>
        </w:rPr>
        <w:t>1:11:15  Maulana, agla sawal Chogle Sahab ne kiya hai, Mumbai se, aur unhon ne Quran ka reference diya hai,</w:t>
      </w:r>
      <w:r>
        <w:br/>
      </w:r>
      <w:r>
        <w:rPr>
          <w:sz w:val="20"/>
        </w:rPr>
        <w:t>1:11:21  chapter 2, verse number 258, jis mein aaya hai when Abraham said my Lord is the one who</w:t>
      </w:r>
      <w:r>
        <w:br/>
      </w:r>
      <w:r>
        <w:rPr>
          <w:sz w:val="20"/>
        </w:rPr>
        <w:t>1:11:27  gives life and causes death he said I give life and cause death Abraham said indeed Allah brings</w:t>
      </w:r>
      <w:r>
        <w:br/>
      </w:r>
      <w:r>
        <w:rPr>
          <w:sz w:val="20"/>
        </w:rPr>
        <w:t>1:11:34  up the sun from the east so bring it up from the west so the disbeliever was overwhelmed</w:t>
      </w:r>
      <w:r>
        <w:br/>
      </w:r>
      <w:r>
        <w:rPr>
          <w:sz w:val="20"/>
        </w:rPr>
        <w:t>1:11:40  Maulana Sahab doesn't this suggest that debate is also a type of da'wa jab adopted peacefully mein is</w:t>
      </w:r>
      <w:r>
        <w:br/>
      </w:r>
      <w:r>
        <w:rPr>
          <w:sz w:val="20"/>
        </w:rPr>
        <w:t>1:11:46  ko gunah samajhta hoon ke paighambar ko debater kaha jaye.</w:t>
      </w:r>
      <w:r>
        <w:br/>
      </w:r>
      <w:r>
        <w:rPr>
          <w:sz w:val="20"/>
        </w:rPr>
        <w:t>1:11:52  Logon ko darna chahiye ke Allah Ta'ala ki pakar na jayein.</w:t>
      </w:r>
      <w:r>
        <w:br/>
      </w:r>
      <w:r>
        <w:rPr>
          <w:sz w:val="20"/>
        </w:rPr>
        <w:t>1:11:59  Woh yeh to da'wati baat cheet hai.</w:t>
      </w:r>
      <w:r>
        <w:br/>
      </w:r>
      <w:r>
        <w:rPr>
          <w:sz w:val="20"/>
        </w:rPr>
        <w:t>1:12:05  Yeh debate kahan se hai? Yeh da'wati baat cheet hai, da'wati dialogue hai.</w:t>
      </w:r>
      <w:r>
        <w:br/>
      </w:r>
      <w:r>
        <w:rPr>
          <w:sz w:val="20"/>
        </w:rPr>
        <w:t>1:12:11  Debate ko jo log samajhte hain ke da'wat, mujhe shakk andaza hai ke woh Allah ka pakre jayein ge.</w:t>
      </w:r>
      <w:r>
        <w:br/>
      </w:r>
      <w:r>
        <w:rPr>
          <w:sz w:val="20"/>
        </w:rPr>
        <w:t>1:12:17  Maulana, Dhampur se Ahmad Fouad Sahab ne sawal kiya hai.</w:t>
      </w:r>
      <w:r>
        <w:br/>
      </w:r>
      <w:r>
        <w:rPr>
          <w:sz w:val="20"/>
        </w:rPr>
        <w:t>1:12:24  Unhon ne kaha hai ke in Quran it is mentioned and whoever desires other than Islam as religion</w:t>
      </w:r>
      <w:r>
        <w:br/>
      </w:r>
      <w:r>
        <w:rPr>
          <w:sz w:val="20"/>
        </w:rPr>
        <w:t>1:12:30  never will it be accepted from him and he in the hereafter will be among the losers Maulana</w:t>
      </w:r>
      <w:r>
        <w:br/>
      </w:r>
      <w:r>
        <w:rPr>
          <w:sz w:val="20"/>
        </w:rPr>
        <w:t>1:12:36  Sahab doesn't this آیت reflect the supremacy of Islam over other religions?</w:t>
      </w:r>
      <w:r>
        <w:br/>
      </w:r>
      <w:r>
        <w:rPr>
          <w:sz w:val="20"/>
        </w:rPr>
        <w:t>1:12:43  How to understand this verse better dekhein, supremacy ek alag cheez hai aur jo baat is mein hai</w:t>
      </w:r>
      <w:r>
        <w:br/>
      </w:r>
      <w:r>
        <w:rPr>
          <w:sz w:val="20"/>
        </w:rPr>
        <w:t>1:12:48  woh alag cheez hai.</w:t>
      </w:r>
      <w:r>
        <w:br/>
      </w:r>
      <w:r>
        <w:rPr>
          <w:sz w:val="20"/>
        </w:rPr>
        <w:t>1:12:54  Is ka ta'alluq salvation se hai, nijat.</w:t>
      </w:r>
      <w:r>
        <w:br/>
      </w:r>
      <w:r>
        <w:rPr>
          <w:sz w:val="20"/>
        </w:rPr>
        <w:t>1:12:59  Aap dictionary mein dekh lijiye ke salvation ke kya ma'ni hote hain aur superiority ke kya ma'ni hote hain.</w:t>
      </w:r>
      <w:r>
        <w:br/>
      </w:r>
      <w:r>
        <w:rPr>
          <w:sz w:val="20"/>
        </w:rPr>
        <w:t>1:13:05  aap yahood ke haan yeh lafz tha Jewish supremacism ab wahi ho gaya hai Muslim supremacy.</w:t>
      </w:r>
      <w:r>
        <w:br/>
      </w:r>
      <w:r>
        <w:rPr>
          <w:sz w:val="20"/>
        </w:rPr>
        <w:t>1:13:11  aap kitabon mein parhiye, internet par dekhiye to aap ko mil jayegi is ki detail.</w:t>
      </w:r>
      <w:r>
        <w:br/>
      </w:r>
      <w:r>
        <w:rPr>
          <w:sz w:val="20"/>
        </w:rPr>
        <w:t>1:13:16  woh alag cheez hai, woh alag cheez hai.</w:t>
      </w:r>
      <w:r>
        <w:br/>
      </w:r>
      <w:r>
        <w:rPr>
          <w:sz w:val="20"/>
        </w:rPr>
        <w:t>1:13:22  Okay, so we will end this session now.</w:t>
      </w:r>
      <w:r>
        <w:br/>
      </w:r>
      <w:r>
        <w:rPr>
          <w:sz w:val="20"/>
        </w:rPr>
        <w:t>1:13:28  We will be back next Sunday same time. Keep watching CPS International. Thank you.</w:t>
      </w:r>
    </w:p>
    <w:p>
      <w:pPr>
        <w:pStyle w:val="Heading2"/>
      </w:pPr>
      <w:r>
        <w:t>Explanation of Quran 41:30</w:t>
      </w:r>
    </w:p>
    <w:p>
      <w:r>
        <w:rPr>
          <w:color w:val="666666"/>
          <w:sz w:val="18"/>
        </w:rPr>
        <w:t>Quran &amp; Tafsir · Wisdom of Hadith Maulana Wahiduddin Khan February 23, 2014 · 3m 54s · at 1:31:56 · https://youtu.be/5E_MIQpToK4?t=5516</w:t>
      </w:r>
    </w:p>
    <w:p>
      <w:r>
        <w:rPr>
          <w:i/>
        </w:rPr>
        <w:t>“In chapter 41, verse number 30 of Quran, it is mentioned as for those who affirm: 'Our Lord is God' and then remain steadfast.”</w:t>
      </w:r>
    </w:p>
    <w:p>
      <w:r>
        <w:rPr>
          <w:sz w:val="20"/>
        </w:rPr>
        <w:t>1:31:56  Maulana, agla sawal Ramish Siddiqui sahib ka hai Dilli se.</w:t>
      </w:r>
      <w:r>
        <w:br/>
      </w:r>
      <w:r>
        <w:rPr>
          <w:sz w:val="20"/>
        </w:rPr>
        <w:t>1:32:00  انہوں نے لکھا ہے: "In chapter 41, verse number 30 of Quran, it is mentioned as for those</w:t>
      </w:r>
      <w:r>
        <w:br/>
      </w:r>
      <w:r>
        <w:rPr>
          <w:sz w:val="20"/>
        </w:rPr>
        <w:t>1:32:08  who affirm: 'Our Lord is God' and then remain steadfast.</w:t>
      </w:r>
      <w:r>
        <w:br/>
      </w:r>
      <w:r>
        <w:rPr>
          <w:sz w:val="20"/>
        </w:rPr>
        <w:t>1:32:13  The angels will descend on them, saying: 'Have no fear and do not grieve'.</w:t>
      </w:r>
      <w:r>
        <w:br/>
      </w:r>
      <w:r>
        <w:rPr>
          <w:sz w:val="20"/>
        </w:rPr>
        <w:t>1:32:19  Maulana, please explain fear and grief in this verse.</w:t>
      </w:r>
      <w:r>
        <w:br/>
      </w:r>
      <w:r>
        <w:rPr>
          <w:sz w:val="20"/>
        </w:rPr>
        <w:t>1:32:23  Hmm, yeh Quran mein ayat hai ke: "Innal lazina qalu Rabbun Allah tummastakhifuna tatanaazalu alam malaikatu Allah takhaf</w:t>
      </w:r>
      <w:r>
        <w:br/>
      </w:r>
      <w:r>
        <w:rPr>
          <w:sz w:val="20"/>
        </w:rPr>
        <w:t>1:32:30  wala tahzan".</w:t>
      </w:r>
      <w:r>
        <w:br/>
      </w:r>
      <w:r>
        <w:rPr>
          <w:sz w:val="20"/>
        </w:rPr>
        <w:t>1:32:32  to is par ghor karte hue yeh baat samajh aati hai ke iman laane ke baad jab aadmi</w:t>
      </w:r>
      <w:r>
        <w:br/>
      </w:r>
      <w:r>
        <w:rPr>
          <w:sz w:val="20"/>
        </w:rPr>
        <w:t>1:32:40  isko mission banata hai, ek hai ke aap iman laayein aur namaz padhein to khauf is mein</w:t>
      </w:r>
      <w:r>
        <w:br/>
      </w:r>
      <w:r>
        <w:rPr>
          <w:sz w:val="20"/>
        </w:rPr>
        <w:t>1:32:47  khauf ki koi baat hi nahin hogi.</w:t>
      </w:r>
      <w:r>
        <w:br/>
      </w:r>
      <w:r>
        <w:rPr>
          <w:sz w:val="20"/>
        </w:rPr>
        <w:t>1:32:50  yeh farishtay aa kar kehte hain ke: "Daro mat, hum tumhare saath hain".</w:t>
      </w:r>
      <w:r>
        <w:br/>
      </w:r>
      <w:r>
        <w:rPr>
          <w:sz w:val="20"/>
        </w:rPr>
        <w:t>1:32:56  to kab kahenge? Agar aap iman laaye aur namaz padh rahe hain aur apne kaam mein lage</w:t>
      </w:r>
      <w:r>
        <w:br/>
      </w:r>
      <w:r>
        <w:rPr>
          <w:sz w:val="20"/>
        </w:rPr>
        <w:t>1:33:04  hue hain to is mein khauf ki baat to koi hai nahin.</w:t>
      </w:r>
      <w:r>
        <w:br/>
      </w:r>
      <w:r>
        <w:rPr>
          <w:sz w:val="20"/>
        </w:rPr>
        <w:t>1:33:09  khauf ki baat yeh hai ke jab aap iman ko Islam ka mission banayein to log jaana padta</w:t>
      </w:r>
      <w:r>
        <w:br/>
      </w:r>
      <w:r>
        <w:rPr>
          <w:sz w:val="20"/>
        </w:rPr>
        <w:t>1:33:16  hai aap ko doosron ke darmiyan.</w:t>
      </w:r>
      <w:r>
        <w:br/>
      </w:r>
      <w:r>
        <w:rPr>
          <w:sz w:val="20"/>
        </w:rPr>
        <w:t>1:33:19  wahan koi police khadi hui hai, wahan koi mukhalif khada hua hai, wahan koi tarah tarah ke is</w:t>
      </w:r>
      <w:r>
        <w:br/>
      </w:r>
      <w:r>
        <w:rPr>
          <w:sz w:val="20"/>
        </w:rPr>
        <w:t>1:33:27  mein masail paida hote hain.</w:t>
      </w:r>
      <w:r>
        <w:br/>
      </w:r>
      <w:r>
        <w:rPr>
          <w:sz w:val="20"/>
        </w:rPr>
        <w:t>1:33:29  koi kehta hai ke: "Hum yeh karenge, koi kehta hai woh karenge".</w:t>
      </w:r>
      <w:r>
        <w:br/>
      </w:r>
      <w:r>
        <w:rPr>
          <w:sz w:val="20"/>
        </w:rPr>
        <w:t>1:33:35  woh woh hai khauf ke mawaqe.</w:t>
      </w:r>
      <w:r>
        <w:br/>
      </w:r>
      <w:r>
        <w:rPr>
          <w:sz w:val="20"/>
        </w:rPr>
        <w:t>1:33:37  to wahan par farishtay aap ka saath dete hain.</w:t>
      </w:r>
      <w:r>
        <w:br/>
      </w:r>
      <w:r>
        <w:rPr>
          <w:sz w:val="20"/>
        </w:rPr>
        <w:t>1:33:41  aur hamare jo log distribution kar rahe hain, un se poochhiye aap ke kis tarah se ghareeb tor</w:t>
      </w:r>
      <w:r>
        <w:br/>
      </w:r>
      <w:r>
        <w:rPr>
          <w:sz w:val="20"/>
        </w:rPr>
        <w:t>1:33:49  par un ke kaam bante rehte hain.</w:t>
      </w:r>
      <w:r>
        <w:br/>
      </w:r>
      <w:r>
        <w:rPr>
          <w:sz w:val="20"/>
        </w:rPr>
        <w:t>1:33:52  misal ke taur par ek ek bahut bada function tha, main sathiyon ne bataya ke wahan wo gaye,</w:t>
      </w:r>
      <w:r>
        <w:br/>
      </w:r>
      <w:r>
        <w:rPr>
          <w:sz w:val="20"/>
        </w:rPr>
        <w:t>1:34:00  wahan police bahut thi aur aur wahan par yeh qanoon tha ke koi yahan distribute nahi kar sakta.</w:t>
      </w:r>
      <w:r>
        <w:br/>
      </w:r>
      <w:r>
        <w:rPr>
          <w:sz w:val="20"/>
        </w:rPr>
        <w:t>1:34:07  to aapas mein unhon ne mashwara kiya ke: "phir yahan to yeh qanoon hai ke distribute nahi kar</w:t>
      </w:r>
      <w:r>
        <w:br/>
      </w:r>
      <w:r>
        <w:rPr>
          <w:sz w:val="20"/>
        </w:rPr>
        <w:t>1:34:15  sakte, police wale pakad lenge hum ko".</w:t>
      </w:r>
      <w:r>
        <w:br/>
      </w:r>
      <w:r>
        <w:rPr>
          <w:sz w:val="20"/>
        </w:rPr>
        <w:t>1:34:19  to unhon ne kaha: "khush rahen, dua karo, dua karo, ghus jao".</w:t>
      </w:r>
      <w:r>
        <w:br/>
      </w:r>
      <w:r>
        <w:rPr>
          <w:sz w:val="20"/>
        </w:rPr>
        <w:t>1:34:24  aur waqea to aise hi hua, dua kiya aur ghus gaye to wahan par police wale ne poocha</w:t>
      </w:r>
      <w:r>
        <w:br/>
      </w:r>
      <w:r>
        <w:rPr>
          <w:sz w:val="20"/>
        </w:rPr>
        <w:t>1:34:31  bhi nahi aur khoob distribute karte rahe wo.</w:t>
      </w:r>
      <w:r>
        <w:br/>
      </w:r>
      <w:r>
        <w:rPr>
          <w:sz w:val="20"/>
        </w:rPr>
        <w:t>1:34:35  to wahi to hai ke jab aap apne iman ko mission banayenge, tab logon ke darmiyan dakhil</w:t>
      </w:r>
      <w:r>
        <w:br/>
      </w:r>
      <w:r>
        <w:rPr>
          <w:sz w:val="20"/>
        </w:rPr>
        <w:t>1:34:43  hona padega aap ko.</w:t>
      </w:r>
      <w:r>
        <w:br/>
      </w:r>
      <w:r>
        <w:rPr>
          <w:sz w:val="20"/>
        </w:rPr>
        <w:t>1:34:45  jab jab dakhil honge logon ke darmiyan to tarah tarah ki mukhalifaten hongi, tarah tarah ke</w:t>
      </w:r>
      <w:r>
        <w:br/>
      </w:r>
      <w:r>
        <w:rPr>
          <w:sz w:val="20"/>
        </w:rPr>
        <w:t>1:34:52  masail paida honge.</w:t>
      </w:r>
      <w:r>
        <w:br/>
      </w:r>
      <w:r>
        <w:rPr>
          <w:sz w:val="20"/>
        </w:rPr>
        <w:t>1:34:54  wahan par agar aap sach sachay, aap ka iman sacha iman hai, aap ka Allah par bharosa hai,</w:t>
      </w:r>
      <w:r>
        <w:br/>
      </w:r>
      <w:r>
        <w:rPr>
          <w:sz w:val="20"/>
        </w:rPr>
        <w:t>1:35:02  aap dua kar rahe hain, Allah ko yaad kar rahe hain to farishte utrenge aur aap ke</w:t>
      </w:r>
      <w:r>
        <w:br/>
      </w:r>
      <w:r>
        <w:rPr>
          <w:sz w:val="20"/>
        </w:rPr>
        <w:t>1:35:10  masle ko hal kar denge.</w:t>
      </w:r>
      <w:r>
        <w:br/>
      </w:r>
      <w:r>
        <w:rPr>
          <w:sz w:val="20"/>
        </w:rPr>
        <w:t>1:35:12  to main samajhta hoon ke yeh ayat jo hai bahut badi ayat hai in in logon ke liye</w:t>
      </w:r>
      <w:r>
        <w:br/>
      </w:r>
      <w:r>
        <w:rPr>
          <w:sz w:val="20"/>
        </w:rPr>
        <w:t>1:35:20  jo ba taur mission ke Islam ko ikhtiyar karte hain ke ke baghair yani yani koi khauf karne ki</w:t>
      </w:r>
      <w:r>
        <w:br/>
      </w:r>
      <w:r>
        <w:rPr>
          <w:sz w:val="20"/>
        </w:rPr>
        <w:t>1:35:28  zarurat nahi hai.</w:t>
      </w:r>
      <w:r>
        <w:br/>
      </w:r>
      <w:r>
        <w:rPr>
          <w:sz w:val="20"/>
        </w:rPr>
        <w:t>1:35:29  har mauqe par jao aur peaceful raho, tum khud peaceful raho, apni taraf se koi muqawamat</w:t>
      </w:r>
      <w:r>
        <w:br/>
      </w:r>
      <w:r>
        <w:rPr>
          <w:sz w:val="20"/>
        </w:rPr>
        <w:t>1:35:37  do, bas tum khud peaceful raho to sare kaam wahan par aa kar eagle kar denge.</w:t>
      </w:r>
      <w:r>
        <w:br/>
      </w:r>
      <w:r>
        <w:rPr>
          <w:sz w:val="20"/>
        </w:rPr>
        <w:t>1:35:44  yeh is ayat bhi ek bahut badi good tiling hai, bahut badi basharat hai.</w:t>
      </w:r>
    </w:p>
    <w:p>
      <w:pPr>
        <w:pStyle w:val="Heading2"/>
      </w:pPr>
      <w:r>
        <w:t>Explanation of Quran 5:82 on Christians</w:t>
      </w:r>
    </w:p>
    <w:p>
      <w:r>
        <w:rPr>
          <w:color w:val="666666"/>
          <w:sz w:val="18"/>
        </w:rPr>
        <w:t>Quran &amp; Tafsir · Q&amp;A 20 Nov 2011 Maulana Wahiduddin Khan · 4m 04s · at 21:01 · https://youtu.be/7sNDn8Y6jUc?t=1261</w:t>
      </w:r>
    </w:p>
    <w:p>
      <w:r>
        <w:rPr>
          <w:i/>
        </w:rPr>
        <w:t>“Kindly explain chapter 5, verse 82 of the Quran, where it says: 'You will find that the nearest in affection to the faithful are those who say, "We are Christians." That is because there are priests and monks among them and because they are free from pride.'”</w:t>
      </w:r>
    </w:p>
    <w:p>
      <w:r>
        <w:rPr>
          <w:sz w:val="20"/>
        </w:rPr>
        <w:t>21:01  maulana, agla sawal kya hai maulana zakwan nadvi ne dilli se. unhon ne likha hai: "kindly explain the chapter 5, verse number 82 of quran, where it says:</w:t>
      </w:r>
      <w:r>
        <w:br/>
      </w:r>
      <w:r>
        <w:rPr>
          <w:sz w:val="20"/>
        </w:rPr>
        <w:t>21:14  'you will find that the nearest in affection to the faithful are those who say, 'we are christians.' that is because there are priests and monks among them and because they are free from pride.'"</w:t>
      </w:r>
      <w:r>
        <w:br/>
      </w:r>
      <w:r>
        <w:rPr>
          <w:sz w:val="20"/>
        </w:rPr>
        <w:t>21:32  haan, christian ke bare mein jo ayat hai woh hadith mein bhi aya hai. toh yeh aap sab ka tajurba hai ke christian mein narmi hoti hai aur</w:t>
      </w:r>
      <w:r>
        <w:br/>
      </w:r>
      <w:r>
        <w:rPr>
          <w:sz w:val="20"/>
        </w:rPr>
        <w:t>21:47  yani unhein cooperation ka madah hota hai. sakhti nahi hoti hai. ab yeh kyun aisa hai yeh yeh sochne ki baat hai lekin yeh baat hai apni jagah par sahi.</w:t>
      </w:r>
      <w:r>
        <w:br/>
      </w:r>
      <w:r>
        <w:rPr>
          <w:sz w:val="20"/>
        </w:rPr>
        <w:t>21:58  abhi mein ne qissa bataya aap ko Christian ka ke unhon ne</w:t>
      </w:r>
      <w:r>
        <w:br/>
      </w:r>
      <w:r>
        <w:rPr>
          <w:sz w:val="20"/>
        </w:rPr>
        <w:t>22:03  seminar kiya sara kharcha unhon ne uthaya sab kuch aur hamare log jo gaye apni kitabein le kar ke wahan taqseem kiya is ka bhi paisa lota diya unhon ne.</w:t>
      </w:r>
      <w:r>
        <w:br/>
      </w:r>
      <w:r>
        <w:rPr>
          <w:sz w:val="20"/>
        </w:rPr>
        <w:t>22:15  mein to samajhta hoon ke Christian logon ke andar bohat hi ajeeb sifat hain.</w:t>
      </w:r>
      <w:r>
        <w:br/>
      </w:r>
      <w:r>
        <w:rPr>
          <w:sz w:val="20"/>
        </w:rPr>
        <w:t>22:20  bohat ajeeb sifat hain. narmi, modesty, openness aur help karna.</w:t>
      </w:r>
      <w:r>
        <w:br/>
      </w:r>
      <w:r>
        <w:rPr>
          <w:sz w:val="20"/>
        </w:rPr>
        <w:t>22:31  is ka waja kya hai yeh mein nahi janta. mujhe nahi maloom ke lekin waqia hai, aaj bhi yeh waqia hai ke Christian logon mein yeh sab baatein pai jati hain.</w:t>
      </w:r>
      <w:r>
        <w:br/>
      </w:r>
      <w:r>
        <w:rPr>
          <w:sz w:val="20"/>
        </w:rPr>
        <w:t>22:42  Maulana Shariq Hussain ne Dilli se sawal kiya hai. aap ne farmaya ke positive thinking ke zariye hi insan ke liye yeh possible ho sakta hai ke us ke andar creative thinking aaye.</w:t>
      </w:r>
      <w:r>
        <w:br/>
      </w:r>
      <w:r>
        <w:rPr>
          <w:sz w:val="20"/>
        </w:rPr>
        <w:t>22:56  is ko thora sa aur wazeh karein.</w:t>
      </w:r>
      <w:r>
        <w:br/>
      </w:r>
      <w:r>
        <w:rPr>
          <w:sz w:val="20"/>
        </w:rPr>
        <w:t>23:00  dekhein, creative thinking ke liye zaroori hai ke aap ka mind free ho. ghair zaroori masail se. beshtar log, kya sare log, mein pata hoon logon ke andar, ghair zaroori masail mein uljhe rehte hain.</w:t>
      </w:r>
      <w:r>
        <w:br/>
      </w:r>
      <w:r>
        <w:rPr>
          <w:sz w:val="20"/>
        </w:rPr>
        <w:t>23:16  is liye woh kehte hain creativity barhti nahi.</w:t>
      </w:r>
      <w:r>
        <w:br/>
      </w:r>
      <w:r>
        <w:rPr>
          <w:sz w:val="20"/>
        </w:rPr>
        <w:t>23:19  to creative thinking ki pehli shart yeh hai ke aap ka zehan jo hai manfi sawalat mein na uljhe. ghair zaroori qism ke sawalat mein na uljhe.</w:t>
      </w:r>
      <w:r>
        <w:br/>
      </w:r>
      <w:r>
        <w:rPr>
          <w:sz w:val="20"/>
        </w:rPr>
        <w:t>23:28  yeh sab na ho. tab woh woh woh woh positivity aaye gi. Positivity</w:t>
      </w:r>
      <w:r>
        <w:br/>
      </w:r>
      <w:r>
        <w:rPr>
          <w:sz w:val="20"/>
        </w:rPr>
        <w:t>23:37  is tarah kabhi nahi aa sakti hai ke aap negative jo hain woh uljhe hue hon aur aur positivity bhi taraqqi kare, aisa nahi ho sakta. to jis aadmi ko banna hai positive thinker us ko ek price deni pare gi.</w:t>
      </w:r>
      <w:r>
        <w:br/>
      </w:r>
      <w:r>
        <w:rPr>
          <w:sz w:val="20"/>
        </w:rPr>
        <w:t>23:49  woh price yeh hai ke negative thinking se mukammal taur par apne ko azaad karna.</w:t>
      </w:r>
      <w:r>
        <w:br/>
      </w:r>
      <w:r>
        <w:rPr>
          <w:sz w:val="20"/>
        </w:rPr>
        <w:t>23:56  misal ke taur par aaj hi subah mein kisi se keh raha tha peechay ki baat ko le kar ke unhon ne kuch shikayati baat ki barson pehle ki baat.</w:t>
      </w:r>
      <w:r>
        <w:br/>
      </w:r>
      <w:r>
        <w:rPr>
          <w:sz w:val="20"/>
        </w:rPr>
        <w:t>24:07  mein ne kaha barson ke pehle baat jo ho gayi woh woh aap luta sakte nahi.</w:t>
      </w:r>
      <w:r>
        <w:br/>
      </w:r>
      <w:r>
        <w:rPr>
          <w:sz w:val="20"/>
        </w:rPr>
        <w:t>24:13  woh jo ho gaya woh ho gaya. ab is ko kyun yaad karte hain? woh yaad kar ke kyun apne zehan ko negative banate hain? to jis aadmi ko creative thinking ki ahmiyat maloom ho jo apne aap ko positive thinker banana chahta ho us ko ek price deni pare gi.</w:t>
      </w:r>
      <w:r>
        <w:br/>
      </w:r>
      <w:r>
        <w:rPr>
          <w:sz w:val="20"/>
        </w:rPr>
        <w:t>24:28  woh price yeh hai ke ghair zaroori sawalat se apne ko bachana. do cheezon se bachana pare ga. teen cheezon se. Distraction se,</w:t>
      </w:r>
      <w:r>
        <w:br/>
      </w:r>
      <w:r>
        <w:rPr>
          <w:sz w:val="20"/>
        </w:rPr>
        <w:t>24:36  unnecessary questions se aur negative sentiments se. nahi to kabhi bhi development nahi hoga. yaad rakhiye.</w:t>
      </w:r>
      <w:r>
        <w:br/>
      </w:r>
      <w:r>
        <w:rPr>
          <w:sz w:val="20"/>
        </w:rPr>
        <w:t>24:45  Creative thinking ya positive thinking ki ek price hai. woh price kya hai? ke aap unnecessary questions se apne ko bachayein.</w:t>
      </w:r>
      <w:r>
        <w:br/>
      </w:r>
      <w:r>
        <w:rPr>
          <w:sz w:val="20"/>
        </w:rPr>
        <w:t>24:55  Distraction se bachayein. aur negativity se bachayein. tab ja kar ke yeh development hoga warna nahi hoga.</w:t>
      </w:r>
    </w:p>
    <w:p>
      <w:pPr>
        <w:pStyle w:val="Heading2"/>
      </w:pPr>
      <w:r>
        <w:t>Explanation of Quran 9:113 on seeking forgiveness</w:t>
      </w:r>
    </w:p>
    <w:p>
      <w:r>
        <w:rPr>
          <w:color w:val="666666"/>
          <w:sz w:val="18"/>
        </w:rPr>
        <w:t>Quran &amp; Tafsir · God Oriented Life (In Conversation with Maulana) 23 10 11 · 3m 05s · at 34:02 · https://youtu.be/E_LWwsWww2U?t=2042</w:t>
      </w:r>
    </w:p>
    <w:p>
      <w:r>
        <w:rPr>
          <w:i/>
        </w:rPr>
        <w:t>“In Quran chapter 9 verse 113, the translation says it is not proper for the Prophet and those who believe to seek forgiveness for the polytheists. Please explain this verse.”</w:t>
      </w:r>
    </w:p>
    <w:p>
      <w:r>
        <w:rPr>
          <w:sz w:val="20"/>
        </w:rPr>
        <w:t>34:02  مولانا اگلا سوال مسٹر احمد انوت نے دلی سے کیا ہے انہوں نے لکھا ہے in Quran chapter</w:t>
      </w:r>
      <w:r>
        <w:br/>
      </w:r>
      <w:r>
        <w:rPr>
          <w:sz w:val="20"/>
        </w:rPr>
        <w:t>34:09  nine verse number 113</w:t>
      </w:r>
      <w:r>
        <w:br/>
      </w:r>
      <w:r>
        <w:rPr>
          <w:sz w:val="20"/>
        </w:rPr>
        <w:t>34:12  The translation says it is not proper for the prophet and those who believe to seek forgiveness for</w:t>
      </w:r>
      <w:r>
        <w:br/>
      </w:r>
      <w:r>
        <w:rPr>
          <w:sz w:val="20"/>
        </w:rPr>
        <w:t>34:21  polytheist even though they are close relatives</w:t>
      </w:r>
      <w:r>
        <w:br/>
      </w:r>
      <w:r>
        <w:rPr>
          <w:sz w:val="20"/>
        </w:rPr>
        <w:t>34:26  after it has become clear to them that they have earned the punishment of hell</w:t>
      </w:r>
      <w:r>
        <w:br/>
      </w:r>
      <w:r>
        <w:rPr>
          <w:sz w:val="20"/>
        </w:rPr>
        <w:t>34:32  kindly explain</w:t>
      </w:r>
      <w:r>
        <w:br/>
      </w:r>
      <w:r>
        <w:rPr>
          <w:sz w:val="20"/>
        </w:rPr>
        <w:t>34:33  this verse dekhein yeh jang ke bare mein hai aap halaat ke bare mein nahi hai jangy</w:t>
      </w:r>
      <w:r>
        <w:br/>
      </w:r>
      <w:r>
        <w:rPr>
          <w:sz w:val="20"/>
        </w:rPr>
        <w:t>34:39  halat ka yeh qanoon hai is ke context se alag kar ke ap parhein ge to kuch samajh</w:t>
      </w:r>
      <w:r>
        <w:br/>
      </w:r>
      <w:r>
        <w:rPr>
          <w:sz w:val="20"/>
        </w:rPr>
        <w:t>34:45  nahin gaye to har ek ko ap nafrat karein ge har ek ko dushman bana lein ge apna</w:t>
      </w:r>
      <w:r>
        <w:br/>
      </w:r>
      <w:r>
        <w:rPr>
          <w:sz w:val="20"/>
        </w:rPr>
        <w:t>34:49  jab musalma muslim aur doosre jo thay un ke mukhalifeen at war thay tab ka yeh qanoon hai</w:t>
      </w:r>
      <w:r>
        <w:br/>
      </w:r>
      <w:r>
        <w:rPr>
          <w:sz w:val="20"/>
        </w:rPr>
        <w:t>34:58  is ko is ke context hata kar mat dekhiye is ko ap tafseeron mein parhiye is ke shan</w:t>
      </w:r>
      <w:r>
        <w:br/>
      </w:r>
      <w:r>
        <w:rPr>
          <w:sz w:val="20"/>
        </w:rPr>
        <w:t>35:04  nuzool ko to ap yeh baat clear ho jaye gi ap ke upar is is is ayat ka</w:t>
      </w:r>
      <w:r>
        <w:br/>
      </w:r>
      <w:r>
        <w:rPr>
          <w:sz w:val="20"/>
        </w:rPr>
        <w:t>35:09  shan nuzool ap tasawwur mil jaye ga ap ko</w:t>
      </w:r>
      <w:r>
        <w:br/>
      </w:r>
      <w:r>
        <w:rPr>
          <w:sz w:val="20"/>
        </w:rPr>
        <w:t>35:13  Dr Owais ne Delhi se likha hai if the two thought crime or social crime which is more severe and why</w:t>
      </w:r>
      <w:r>
        <w:br/>
      </w:r>
      <w:r>
        <w:rPr>
          <w:sz w:val="20"/>
        </w:rPr>
        <w:t>35:27  bhai ek insan ke aitbar se sakht hai doosra khuda ke aitbar se sakht hai sakht dono hain</w:t>
      </w:r>
      <w:r>
        <w:br/>
      </w:r>
      <w:r>
        <w:rPr>
          <w:sz w:val="20"/>
        </w:rPr>
        <w:t>35:33  yani shirk jo hai woh Allah taala maaf nahin farmayein ge lekin woh woh Allah ke haan punishable</w:t>
      </w:r>
      <w:r>
        <w:br/>
      </w:r>
      <w:r>
        <w:rPr>
          <w:sz w:val="20"/>
        </w:rPr>
        <w:t>35:37  hai duniya mein nahin</w:t>
      </w:r>
      <w:r>
        <w:br/>
      </w:r>
      <w:r>
        <w:rPr>
          <w:sz w:val="20"/>
        </w:rPr>
        <w:t>35:40  to sakhti mein dono mein aisa nahin koi kam sakht ho lekin insan ke bare mein ap crime</w:t>
      </w:r>
      <w:r>
        <w:br/>
      </w:r>
      <w:r>
        <w:rPr>
          <w:sz w:val="20"/>
        </w:rPr>
        <w:t>35:49  karein ge to duniya mein woh punishable hai khuda ke bare mein karein ge to akhirat mein punishable</w:t>
      </w:r>
      <w:r>
        <w:br/>
      </w:r>
      <w:r>
        <w:rPr>
          <w:sz w:val="20"/>
        </w:rPr>
        <w:t>35:53  hai bhai yeh farq hai bas</w:t>
      </w:r>
      <w:r>
        <w:br/>
      </w:r>
      <w:r>
        <w:rPr>
          <w:sz w:val="20"/>
        </w:rPr>
        <w:t>35:59  Mr Mazhar ne Delhi se likha hai kya Quran ko padhne ki koi khaas shariyat hai pakki napakki ka masla hai ya nahi</w:t>
      </w:r>
      <w:r>
        <w:br/>
      </w:r>
      <w:r>
        <w:rPr>
          <w:sz w:val="20"/>
        </w:rPr>
        <w:t>36:13  quran ko parhne ke liye ek hi shart hai woh quran mein hai</w:t>
      </w:r>
      <w:r>
        <w:br/>
      </w:r>
      <w:r>
        <w:rPr>
          <w:sz w:val="20"/>
        </w:rPr>
        <w:t>36:18  attaqullah wa yualimkumullah Allah se daro to Allah tum ko quran ke mazameen samjhaye ga asal</w:t>
      </w:r>
      <w:r>
        <w:br/>
      </w:r>
      <w:r>
        <w:rPr>
          <w:sz w:val="20"/>
        </w:rPr>
        <w:t>36:27  shart yeh hai baqi zahiri shartein hain woh sab log zahiri sharton ko jante hain asal shart se</w:t>
      </w:r>
      <w:r>
        <w:br/>
      </w:r>
      <w:r>
        <w:rPr>
          <w:sz w:val="20"/>
        </w:rPr>
        <w:t>36:32  be khabar hain jitna zyada ap ke andar taqwa hoga khuda tesi hogi sanjidgi hogi</w:t>
      </w:r>
      <w:r>
        <w:br/>
      </w:r>
      <w:r>
        <w:rPr>
          <w:sz w:val="20"/>
        </w:rPr>
        <w:t>36:40  honesty hogi sincerity hogi itni quran ki samajh mein ap ka aye ga asal shart yeh hai</w:t>
      </w:r>
      <w:r>
        <w:br/>
      </w:r>
      <w:r>
        <w:rPr>
          <w:sz w:val="20"/>
        </w:rPr>
        <w:t>36:48  logon ka haal yeh hai ke jo asal shart hai is is ka to zikr nahin karte aur</w:t>
      </w:r>
      <w:r>
        <w:br/>
      </w:r>
      <w:r>
        <w:rPr>
          <w:sz w:val="20"/>
        </w:rPr>
        <w:t>36:53  jo jo zahiri shart hai usi ka zikr karte hain</w:t>
      </w:r>
      <w:r>
        <w:br/>
      </w:r>
      <w:r>
        <w:rPr>
          <w:sz w:val="20"/>
        </w:rPr>
        <w:t>36:58  beh-haal</w:t>
      </w:r>
      <w:r>
        <w:br/>
      </w:r>
      <w:r>
        <w:rPr>
          <w:sz w:val="20"/>
        </w:rPr>
        <w:t>36:58  Quran mein jo likha hua hai woh yahi hai ittaqullah wa yualimkumullah is ayat ko aap ja kar tafseer mein bhi likhiye</w:t>
      </w:r>
    </w:p>
    <w:p>
      <w:pPr>
        <w:pStyle w:val="Heading2"/>
      </w:pPr>
      <w:r>
        <w:t>Explanation of Surah Al-Furqan 30</w:t>
      </w:r>
    </w:p>
    <w:p>
      <w:r>
        <w:rPr>
          <w:color w:val="666666"/>
          <w:sz w:val="18"/>
        </w:rPr>
        <w:t>Quran &amp; Tafsir · Islah e Ummat August 10, 2014 · 2m 30s · at 48:30 · https://youtu.be/a7ohKq4Xf0Y?t=2910</w:t>
      </w:r>
    </w:p>
    <w:p>
      <w:r>
        <w:rPr>
          <w:i/>
        </w:rPr>
        <w:t>“In Surah Al-Furqan verse 30, Allah says: 'And thus We have made for every prophet an enemy from among the criminals.' What is the explanation of this verse?”</w:t>
      </w:r>
    </w:p>
    <w:p>
      <w:r>
        <w:rPr>
          <w:sz w:val="20"/>
        </w:rPr>
        <w:t>48:30  maulana agla sawal dilli se kya hai shah nawaz zafar sahib ne aur unhon ne likha hai surah</w:t>
      </w:r>
      <w:r>
        <w:br/>
      </w:r>
      <w:r>
        <w:rPr>
          <w:sz w:val="20"/>
        </w:rPr>
        <w:t>48:38  furqan ki ayat number 30 mein Allah pak farmate hain aur isi tarah hum ne mujrimon mein se</w:t>
      </w:r>
      <w:r>
        <w:br/>
      </w:r>
      <w:r>
        <w:rPr>
          <w:sz w:val="20"/>
        </w:rPr>
        <w:t>48:46  har nabi ka dushman banaya</w:t>
      </w:r>
      <w:r>
        <w:br/>
      </w:r>
      <w:r>
        <w:rPr>
          <w:sz w:val="20"/>
        </w:rPr>
        <w:t>48:49  tazkir-ul-quran mein is ayat ke liye koi khusoosi comment nahi hai meharbani kar ke wazahat karein ke</w:t>
      </w:r>
      <w:r>
        <w:br/>
      </w:r>
      <w:r>
        <w:rPr>
          <w:sz w:val="20"/>
        </w:rPr>
        <w:t>48:56  is ayat mein Allah kya kehna chah rahe hain</w:t>
      </w:r>
      <w:r>
        <w:br/>
      </w:r>
      <w:r>
        <w:rPr>
          <w:sz w:val="20"/>
        </w:rPr>
        <w:t>49:04  dekhiye is ka matlab yeh hai ke jab bhi koi shakhs</w:t>
      </w:r>
      <w:r>
        <w:br/>
      </w:r>
      <w:r>
        <w:rPr>
          <w:sz w:val="20"/>
        </w:rPr>
        <w:t>49:11  be-amez dawat le kar uthta hai Allah ki</w:t>
      </w:r>
      <w:r>
        <w:br/>
      </w:r>
      <w:r>
        <w:rPr>
          <w:sz w:val="20"/>
        </w:rPr>
        <w:t>49:16  Allah ki jo be-amez dawat hai</w:t>
      </w:r>
      <w:r>
        <w:br/>
      </w:r>
      <w:r>
        <w:rPr>
          <w:sz w:val="20"/>
        </w:rPr>
        <w:t>49:21  to hamesha shaitan ko log khada karte hain is ko mukhalifat karne ke liye hum aap ho tab</w:t>
      </w:r>
      <w:r>
        <w:br/>
      </w:r>
      <w:r>
        <w:rPr>
          <w:sz w:val="20"/>
        </w:rPr>
        <w:t>49:26  bhi khada karega aur peghambar ho tab bhi khada karega</w:t>
      </w:r>
      <w:r>
        <w:br/>
      </w:r>
      <w:r>
        <w:rPr>
          <w:sz w:val="20"/>
        </w:rPr>
        <w:t>49:31  shaitan jo hai agar log</w:t>
      </w:r>
      <w:r>
        <w:br/>
      </w:r>
      <w:r>
        <w:rPr>
          <w:sz w:val="20"/>
        </w:rPr>
        <w:t>49:34  shirk par hon log milawat mazhab par hon logon ne gustakhana ka version bana rakha ho Islam ka</w:t>
      </w:r>
      <w:r>
        <w:br/>
      </w:r>
      <w:r>
        <w:rPr>
          <w:sz w:val="20"/>
        </w:rPr>
        <w:t>49:42  to shaitan aap ke peeche nahi padega</w:t>
      </w:r>
      <w:r>
        <w:br/>
      </w:r>
      <w:r>
        <w:rPr>
          <w:sz w:val="20"/>
        </w:rPr>
        <w:t>49:48  lekin jab aap</w:t>
      </w:r>
      <w:r>
        <w:br/>
      </w:r>
      <w:r>
        <w:rPr>
          <w:sz w:val="20"/>
        </w:rPr>
        <w:t>49:51  jo asli Islam hai jo Allah ka utara hua Islam hai</w:t>
      </w:r>
      <w:r>
        <w:br/>
      </w:r>
      <w:r>
        <w:rPr>
          <w:sz w:val="20"/>
        </w:rPr>
        <w:t>49:56  ya'ni jo jis mein koi milawat nahi hai is Islam ko le kar khada honge to zaroor</w:t>
      </w:r>
      <w:r>
        <w:br/>
      </w:r>
      <w:r>
        <w:rPr>
          <w:sz w:val="20"/>
        </w:rPr>
        <w:t>50:03  shaitan is ka dushman ban jayega to shaitan khud to samne aata nahi</w:t>
      </w:r>
      <w:r>
        <w:br/>
      </w:r>
      <w:r>
        <w:rPr>
          <w:sz w:val="20"/>
        </w:rPr>
        <w:t>50:10  kuch logon ko khada kar deta hai</w:t>
      </w:r>
      <w:r>
        <w:br/>
      </w:r>
      <w:r>
        <w:rPr>
          <w:sz w:val="20"/>
        </w:rPr>
        <w:t>50:14  woh wahi mukhalifana baatein karte hain badnaam karte hain ilzam lagate hain</w:t>
      </w:r>
      <w:r>
        <w:br/>
      </w:r>
      <w:r>
        <w:rPr>
          <w:sz w:val="20"/>
        </w:rPr>
        <w:t>50:22  tarah tarah se is ko character association karte hain</w:t>
      </w:r>
      <w:r>
        <w:br/>
      </w:r>
      <w:r>
        <w:rPr>
          <w:sz w:val="20"/>
        </w:rPr>
        <w:t>50:27  taake woh down karna chahte hain is mission ko yeh yeh bhi peghambar</w:t>
      </w:r>
      <w:r>
        <w:br/>
      </w:r>
      <w:r>
        <w:rPr>
          <w:sz w:val="20"/>
        </w:rPr>
        <w:t>50:34  ki yeh cheez hi nazdeek paighambar ki sunnat hai jo insan bhi paighambar ke namune par dawat Allah ke kaam khaas andaaz mein le kar uthega zaroor us ke dushman ban jayenge log shaitan log kuch logon ke dimagh mein daalega ke is ko down karo bas yeh matlab hai is ayat ka</w:t>
      </w:r>
    </w:p>
    <w:p>
      <w:pPr>
        <w:pStyle w:val="Heading2"/>
      </w:pPr>
      <w:r>
        <w:t>Explanation of Surah Baqarah verse 214</w:t>
      </w:r>
    </w:p>
    <w:p>
      <w:r>
        <w:rPr>
          <w:color w:val="666666"/>
          <w:sz w:val="18"/>
        </w:rPr>
        <w:t>Quran &amp; Tafsir · Brilliant Personality November 27, 2016 · 2m 58s · at 54:17 · https://youtu.be/268O3sgnjC0?t=3257</w:t>
      </w:r>
    </w:p>
    <w:p>
      <w:r>
        <w:rPr>
          <w:i/>
        </w:rPr>
        <w:t>“Kindly explain the verse of Surah Al-Baqarah, Chapter 2, Verse Number 214. It says, 'Or do you think that you will enter Paradise while such trial has not yet come to you as it came to those who passed on before you? They were touched by poverty and hardship and were shaken until even their messenger and those who believed with him said, "When is the help of Allah?"'”</w:t>
      </w:r>
    </w:p>
    <w:p>
      <w:r>
        <w:rPr>
          <w:sz w:val="20"/>
        </w:rPr>
        <w:t>54:17  Maulana, agla sawal Mumbai se kya hai Muhammad Rafeeq Choghale sahib ne aur unhon ne likha hai "Moulana</w:t>
      </w:r>
      <w:r>
        <w:br/>
      </w:r>
      <w:r>
        <w:rPr>
          <w:sz w:val="20"/>
        </w:rPr>
        <w:t>54:25  Sahib, kindly explain the verse of Surah Al-Baqarah of Chapter 2, Verse Number 214.</w:t>
      </w:r>
      <w:r>
        <w:br/>
      </w:r>
      <w:r>
        <w:rPr>
          <w:sz w:val="20"/>
        </w:rPr>
        <w:t>54:34  It says, 'Or do you think that you will enter Paradise while such trial has not yet come to you as it came to those who passed on before you? They were touched by poverty and hardship and were shaken until even their messenger and those who believed with him said, 'When is the help of Allah?'</w:t>
      </w:r>
      <w:r>
        <w:br/>
      </w:r>
      <w:r>
        <w:rPr>
          <w:sz w:val="20"/>
        </w:rPr>
        <w:t>54:58  '" Maulana sahib, kindly explain this ayat for us.</w:t>
      </w:r>
      <w:r>
        <w:br/>
      </w:r>
      <w:r>
        <w:rPr>
          <w:sz w:val="20"/>
        </w:rPr>
        <w:t>55:04  dekhen, is tarah ki aur bhi aayatein Quran mein hain, Hadees mein bhi hain ke museebat ka pesh</w:t>
      </w:r>
      <w:r>
        <w:br/>
      </w:r>
      <w:r>
        <w:rPr>
          <w:sz w:val="20"/>
        </w:rPr>
        <w:t>55:11  aana, difficulty ka pesh aana, yahan tak ke zalzale ki کیفیت pehchana, yeh aisi aayatein aur Hadeesein aur bhi hain.</w:t>
      </w:r>
      <w:r>
        <w:br/>
      </w:r>
      <w:r>
        <w:rPr>
          <w:sz w:val="20"/>
        </w:rPr>
        <w:t>55:18  is par ghaur karne se main yeh samjha hai ke museebat ya difficulties ka ek bahut hi bada</w:t>
      </w:r>
      <w:r>
        <w:br/>
      </w:r>
      <w:r>
        <w:rPr>
          <w:sz w:val="20"/>
        </w:rPr>
        <w:t>55:25  contribution hai, woh aap ko hassas banata hai, aap ki sensitivity ko badhata hai.</w:t>
      </w:r>
      <w:r>
        <w:br/>
      </w:r>
      <w:r>
        <w:rPr>
          <w:sz w:val="20"/>
        </w:rPr>
        <w:t>55:32  جب آپ sensitive ہوتے ہیں تو آپ کے اندر عکس کی طاقت آتی ہے، grasp، G-R-A-S-P-E۔</w:t>
      </w:r>
      <w:r>
        <w:br/>
      </w:r>
      <w:r>
        <w:rPr>
          <w:sz w:val="20"/>
        </w:rPr>
        <w:t>55:39  museebat, phir sensitivity, phir grass, is ke baad aap wisdom ko pehchan paate hain.</w:t>
      </w:r>
      <w:r>
        <w:br/>
      </w:r>
      <w:r>
        <w:rPr>
          <w:sz w:val="20"/>
        </w:rPr>
        <w:t>55:46  Victim, woh jo main ne kaha tha, har jagah woh item hai noor ke, woh bhi hidden hote</w:t>
      </w:r>
      <w:r>
        <w:br/>
      </w:r>
      <w:r>
        <w:rPr>
          <w:sz w:val="20"/>
        </w:rPr>
        <w:t>55:53  hain, hidden hote hain.</w:t>
      </w:r>
      <w:r>
        <w:br/>
      </w:r>
      <w:r>
        <w:rPr>
          <w:sz w:val="20"/>
        </w:rPr>
        <w:t>56:00  yeh phool mein nectar hai, chupa hua hota hai, dikhai nahin deta lekin shehad ki makhi is ko</w:t>
      </w:r>
      <w:r>
        <w:br/>
      </w:r>
      <w:r>
        <w:rPr>
          <w:sz w:val="20"/>
        </w:rPr>
        <w:t>56:07  jaan leti hai.</w:t>
      </w:r>
      <w:r>
        <w:br/>
      </w:r>
      <w:r>
        <w:rPr>
          <w:sz w:val="20"/>
        </w:rPr>
        <w:t>56:14  shehad ki makhi ke andar aisi halat hoti hai, baatein kuch jise woh jaan leti hai.</w:t>
      </w:r>
      <w:r>
        <w:br/>
      </w:r>
      <w:r>
        <w:rPr>
          <w:sz w:val="20"/>
        </w:rPr>
        <w:t>56:20  toh sensitivity se aap discover kar paate hain, yeh hai noor-e-ma'rifat ka item.</w:t>
      </w:r>
      <w:r>
        <w:br/>
      </w:r>
      <w:r>
        <w:rPr>
          <w:sz w:val="20"/>
        </w:rPr>
        <w:t>56:27  toh Quran mein aur Hadees mein aisi aayatein bohat si, aayatein aur hadeesein bohat si hain ke ahl</w:t>
      </w:r>
      <w:r>
        <w:br/>
      </w:r>
      <w:r>
        <w:rPr>
          <w:sz w:val="20"/>
        </w:rPr>
        <w:t>56:34  jo sachche ahl-e-imaan hain, un par Allah museebat daalta hai, mushkilon mein daalta hai un ko.</w:t>
      </w:r>
      <w:r>
        <w:br/>
      </w:r>
      <w:r>
        <w:rPr>
          <w:sz w:val="20"/>
        </w:rPr>
        <w:t>56:41  toh is par ghaur karne se meri samajh mein yeh aayi thi ke museebat aap ko sensitive banati</w:t>
      </w:r>
      <w:r>
        <w:br/>
      </w:r>
      <w:r>
        <w:rPr>
          <w:sz w:val="20"/>
        </w:rPr>
        <w:t>56:48  ہے اور sensitive جب بنتے ہیں آپ تو آپ اخاذ بنتے ہیں، یعنی grasp بڑھتا ہے آپ کا۔</w:t>
      </w:r>
      <w:r>
        <w:br/>
      </w:r>
      <w:r>
        <w:rPr>
          <w:sz w:val="20"/>
        </w:rPr>
        <w:t>56:55  tab aap is qabil hote hain ke jo nectar hai ma'rifat ka, us ko extract karein aur phir</w:t>
      </w:r>
      <w:r>
        <w:br/>
      </w:r>
      <w:r>
        <w:rPr>
          <w:sz w:val="20"/>
        </w:rPr>
        <w:t>57:02  aap brilliant personalities banein aap ke andar.</w:t>
      </w:r>
      <w:r>
        <w:br/>
      </w:r>
      <w:r>
        <w:rPr>
          <w:sz w:val="20"/>
        </w:rPr>
        <w:t>57:09  yeh ek process hai jo is tarah se chalta hai.</w:t>
      </w:r>
    </w:p>
    <w:p>
      <w:pPr>
        <w:pStyle w:val="Heading2"/>
      </w:pPr>
      <w:r>
        <w:t>Help Allah and He will help you</w:t>
      </w:r>
    </w:p>
    <w:p>
      <w:r>
        <w:rPr>
          <w:color w:val="666666"/>
          <w:sz w:val="18"/>
        </w:rPr>
        <w:t>Quran &amp; Tafsir · The Purpose of Existence-9th September 2012 · 3m 04s · at 1:18:37 · https://youtu.be/KxCy8m6k_MQ?t=4717</w:t>
      </w:r>
    </w:p>
    <w:p>
      <w:r>
        <w:rPr>
          <w:i/>
        </w:rPr>
        <w:t>“It is said in the Quran: 'O you who believe! If you help Allah, He will help you.' This is chapter 47, verse number...”</w:t>
      </w:r>
    </w:p>
    <w:p>
      <w:r>
        <w:rPr>
          <w:sz w:val="20"/>
        </w:rPr>
        <w:t>1:18:37  molana, agla sawal dilli se hai molana zakwan nadvi sahib ka.</w:t>
      </w:r>
      <w:r>
        <w:br/>
      </w:r>
      <w:r>
        <w:rPr>
          <w:sz w:val="20"/>
        </w:rPr>
        <w:t>1:18:43  unhon ne likha hai: "quran mein kaha gaya hai ke aye iman walo!</w:t>
      </w:r>
      <w:r>
        <w:br/>
      </w:r>
      <w:r>
        <w:rPr>
          <w:sz w:val="20"/>
        </w:rPr>
        <w:t>1:18:50  agar tum Allah ki madad karoge to Allah tumhari madad karega." yeh chapter 47, verse number</w:t>
      </w:r>
      <w:r>
        <w:br/>
      </w:r>
      <w:r>
        <w:rPr>
          <w:sz w:val="20"/>
        </w:rPr>
        <w:t>1:18:57  seven mein aaya hai.</w:t>
      </w:r>
      <w:r>
        <w:br/>
      </w:r>
      <w:r>
        <w:rPr>
          <w:sz w:val="20"/>
        </w:rPr>
        <w:t>1:18:59  is aayat mein Allah ki madad karne ka matlab kya hai? is tarah aayat mein bande ko Allah</w:t>
      </w:r>
      <w:r>
        <w:br/>
      </w:r>
      <w:r>
        <w:rPr>
          <w:sz w:val="20"/>
        </w:rPr>
        <w:t>1:19:07  ki madad milne ka matlab kya hai? is ke bare mein bataein.</w:t>
      </w:r>
      <w:r>
        <w:br/>
      </w:r>
      <w:r>
        <w:rPr>
          <w:sz w:val="20"/>
        </w:rPr>
        <w:t>1:19:12  dekhein, yahan madad se ek sirf ek cheez murad hai yani Allah ki madad se.</w:t>
      </w:r>
      <w:r>
        <w:br/>
      </w:r>
      <w:r>
        <w:rPr>
          <w:sz w:val="20"/>
        </w:rPr>
        <w:t>1:19:18  woh hai da'wat Allah yani Allah ke message ko duniya walon tak pahunchana.</w:t>
      </w:r>
      <w:r>
        <w:br/>
      </w:r>
      <w:r>
        <w:rPr>
          <w:sz w:val="20"/>
        </w:rPr>
        <w:t>1:19:24  dekhein, Allah taala ko yeh matloob hai ke duniya yeh jaane ke kyun paida kiya Allah taala ne</w:t>
      </w:r>
      <w:r>
        <w:br/>
      </w:r>
      <w:r>
        <w:rPr>
          <w:sz w:val="20"/>
        </w:rPr>
        <w:t>1:19:31  انسان کو یعنی "What is the Christian plan of God?" ان باتوں کو بتانے کے لیے خدا خود</w:t>
      </w:r>
      <w:r>
        <w:br/>
      </w:r>
      <w:r>
        <w:rPr>
          <w:sz w:val="20"/>
        </w:rPr>
        <w:t>1:19:39  nahin aayega.</w:t>
      </w:r>
      <w:r>
        <w:br/>
      </w:r>
      <w:r>
        <w:rPr>
          <w:sz w:val="20"/>
        </w:rPr>
        <w:t>1:19:41  woh concept galat hai ke Khuda khud aata hai.</w:t>
      </w:r>
      <w:r>
        <w:br/>
      </w:r>
      <w:r>
        <w:rPr>
          <w:sz w:val="20"/>
        </w:rPr>
        <w:t>1:19:45  woh woh sahi nahin hai.</w:t>
      </w:r>
      <w:r>
        <w:br/>
      </w:r>
      <w:r>
        <w:rPr>
          <w:sz w:val="20"/>
        </w:rPr>
        <w:t>1:19:47  woh toh ek ek ek philosophy hai bas.</w:t>
      </w:r>
      <w:r>
        <w:br/>
      </w:r>
      <w:r>
        <w:rPr>
          <w:sz w:val="20"/>
        </w:rPr>
        <w:t>1:19:50  to Allah ne paighambaron ke zariye yeh ilm bhej diya.</w:t>
      </w:r>
      <w:r>
        <w:br/>
      </w:r>
      <w:r>
        <w:rPr>
          <w:sz w:val="20"/>
        </w:rPr>
        <w:t>1:19:54  ilm, is ilm ko aap har generation mein, har zamane mein logon tak pahunchate rehna hai.</w:t>
      </w:r>
      <w:r>
        <w:br/>
      </w:r>
      <w:r>
        <w:rPr>
          <w:sz w:val="20"/>
        </w:rPr>
        <w:t>1:20:01  is ko kaha jata hai da'wat il Allah.</w:t>
      </w:r>
      <w:r>
        <w:br/>
      </w:r>
      <w:r>
        <w:rPr>
          <w:sz w:val="20"/>
        </w:rPr>
        <w:t>1:20:05  to da'wat il Allah se murad hai woh aur koi doosri murad nahin hai aur koi cheez murad</w:t>
      </w:r>
      <w:r>
        <w:br/>
      </w:r>
      <w:r>
        <w:rPr>
          <w:sz w:val="20"/>
        </w:rPr>
        <w:t>1:20:12  nahin hai.</w:t>
      </w:r>
      <w:r>
        <w:br/>
      </w:r>
      <w:r>
        <w:rPr>
          <w:sz w:val="20"/>
        </w:rPr>
        <w:t>1:20:14  aaj kal jo qaumi ladaiyan hain musalmanon ki, woh hargiz murad nahin hain.</w:t>
      </w:r>
      <w:r>
        <w:br/>
      </w:r>
      <w:r>
        <w:rPr>
          <w:sz w:val="20"/>
        </w:rPr>
        <w:t>1:20:19  agar hoti to do sau saal se lad rahe hain musalman, ab tak jeet chuke ho, woh chuke</w:t>
      </w:r>
      <w:r>
        <w:br/>
      </w:r>
      <w:r>
        <w:rPr>
          <w:sz w:val="20"/>
        </w:rPr>
        <w:t>1:20:27  ho.</w:t>
      </w:r>
      <w:r>
        <w:br/>
      </w:r>
      <w:r>
        <w:rPr>
          <w:sz w:val="20"/>
        </w:rPr>
        <w:t>1:20:29  kahan jeete hain? woh tabaah ho rahe hain sirf.</w:t>
      </w:r>
      <w:r>
        <w:br/>
      </w:r>
      <w:r>
        <w:rPr>
          <w:sz w:val="20"/>
        </w:rPr>
        <w:t>1:20:33  to da'wat il Allah ka kaam karne ke liye jo log uthein ge, un ki hesiyat yeh hogi</w:t>
      </w:r>
      <w:r>
        <w:br/>
      </w:r>
      <w:r>
        <w:rPr>
          <w:sz w:val="20"/>
        </w:rPr>
        <w:t>1:20:40  ke woh Khuda ka kaam woh kar rahe hain.</w:t>
      </w:r>
      <w:r>
        <w:br/>
      </w:r>
      <w:r>
        <w:rPr>
          <w:sz w:val="20"/>
        </w:rPr>
        <w:t>1:20:44  to is mein woh zaroor kamyabi hogi.</w:t>
      </w:r>
      <w:r>
        <w:br/>
      </w:r>
      <w:r>
        <w:rPr>
          <w:sz w:val="20"/>
        </w:rPr>
        <w:t>1:20:47  un ko kamyabi is sense mein nahi ke hukoomat banayen ge.</w:t>
      </w:r>
      <w:r>
        <w:br/>
      </w:r>
      <w:r>
        <w:rPr>
          <w:sz w:val="20"/>
        </w:rPr>
        <w:t>1:20:52  woh yeh bhi samajh lijiye, har giz har giz is ka matlab yeh nahi ke un ki hukoomaten ban jayen</w:t>
      </w:r>
      <w:r>
        <w:br/>
      </w:r>
      <w:r>
        <w:rPr>
          <w:sz w:val="20"/>
        </w:rPr>
        <w:t>1:21:00  gi.</w:t>
      </w:r>
      <w:r>
        <w:br/>
      </w:r>
      <w:r>
        <w:rPr>
          <w:sz w:val="20"/>
        </w:rPr>
        <w:t>1:21:01  nahi, baat jo asal target hai, us ko achieve karne mein kamyabi hai.</w:t>
      </w:r>
      <w:r>
        <w:br/>
      </w:r>
      <w:r>
        <w:rPr>
          <w:sz w:val="20"/>
        </w:rPr>
        <w:t>1:21:07  target kiya hai? pohnchana.</w:t>
      </w:r>
      <w:r>
        <w:br/>
      </w:r>
      <w:r>
        <w:rPr>
          <w:sz w:val="20"/>
        </w:rPr>
        <w:t>1:21:08  "wama alaina illal balagh." to pohnchanay mein unhein Allah ki madad se woh kamyab ho jayen ge.</w:t>
      </w:r>
      <w:r>
        <w:br/>
      </w:r>
      <w:r>
        <w:rPr>
          <w:sz w:val="20"/>
        </w:rPr>
        <w:t>1:21:16  koi un ko rok nahi paye ga.</w:t>
      </w:r>
      <w:r>
        <w:br/>
      </w:r>
      <w:r>
        <w:rPr>
          <w:sz w:val="20"/>
        </w:rPr>
        <w:t>1:21:19  to Allah ki madad se murad hai dawat Allah aur is mamle mein Allah ki nusrat se murad</w:t>
      </w:r>
      <w:r>
        <w:br/>
      </w:r>
      <w:r>
        <w:rPr>
          <w:sz w:val="20"/>
        </w:rPr>
        <w:t>1:21:26  yeh hai ke woh apne target ko yani baat ko pohnchanay ke mamle mein koi bhi un ka</w:t>
      </w:r>
      <w:r>
        <w:br/>
      </w:r>
      <w:r>
        <w:rPr>
          <w:sz w:val="20"/>
        </w:rPr>
        <w:t>1:21:34  rasta rok nahi paye ga.</w:t>
      </w:r>
      <w:r>
        <w:br/>
      </w:r>
      <w:r>
        <w:rPr>
          <w:sz w:val="20"/>
        </w:rPr>
        <w:t>1:21:36  woh zaroor is target ko achieve kar payen ge.</w:t>
      </w:r>
      <w:r>
        <w:br/>
      </w:r>
      <w:r>
        <w:rPr>
          <w:sz w:val="20"/>
        </w:rPr>
        <w:t>1:21:40  yeh matlab hai is ka.</w:t>
      </w:r>
    </w:p>
    <w:p>
      <w:pPr>
        <w:pStyle w:val="Heading2"/>
      </w:pPr>
      <w:r>
        <w:t>Hifz at twelve vs daily recitation with translation</w:t>
      </w:r>
    </w:p>
    <w:p>
      <w:r>
        <w:rPr>
          <w:color w:val="666666"/>
          <w:sz w:val="18"/>
        </w:rPr>
        <w:t>Quran &amp; Tafsir · Divine Ideology of Life I 11 July 2010 · 3m 23s · at 1:23:10 · https://youtu.be/wOmHVfyjMJY?t=4990</w:t>
      </w:r>
    </w:p>
    <w:p>
      <w:r>
        <w:rPr>
          <w:i/>
        </w:rPr>
        <w:t>“In the West, many Muslims have their children memorize the Quran at a young age. I personally make my son recite three ruku with English translation daily, and it has a good effect. Is it better for a child to do hifz at twelve or to continue what I am doing?”</w:t>
      </w:r>
    </w:p>
    <w:p>
      <w:r>
        <w:rPr>
          <w:sz w:val="20"/>
        </w:rPr>
        <w:t>1:23:10  baqi sab to bilkul baseless baatein hain. Maulana, un ka ek aur sawal hai. unhon ne likha hai: "Maulana, here in the West, many Muslims want their children to memorize the Quran at a very young age.</w:t>
      </w:r>
      <w:r>
        <w:br/>
      </w:r>
      <w:r>
        <w:rPr>
          <w:sz w:val="20"/>
        </w:rPr>
        <w:t>1:23:27  I personally make my son recite three ruku with English translation of the Quran every day. I have noticed that it has very good effect on him.</w:t>
      </w:r>
      <w:r>
        <w:br/>
      </w:r>
      <w:r>
        <w:rPr>
          <w:sz w:val="20"/>
        </w:rPr>
        <w:t>1:23:39  Maulana, my question to you is that is it better for a child to do hifz at the age of twelve or to do what I am doing with my son?" aap theek kar rahi hain, yeh karna chahiye.</w:t>
      </w:r>
      <w:r>
        <w:br/>
      </w:r>
      <w:r>
        <w:rPr>
          <w:sz w:val="20"/>
        </w:rPr>
        <w:t>1:23:52  hifz to main samajhta hoon ke purane zamane ki baat hai. ab to hifz kuch logon ko karna chahiye taake taraveeh padhane ke liye.</w:t>
      </w:r>
      <w:r>
        <w:br/>
      </w:r>
      <w:r>
        <w:rPr>
          <w:sz w:val="20"/>
        </w:rPr>
        <w:t>1:24:01  bas. aur jo hai woh den dead index maujood hai.</w:t>
      </w:r>
      <w:r>
        <w:br/>
      </w:r>
      <w:r>
        <w:rPr>
          <w:sz w:val="20"/>
        </w:rPr>
        <w:t>1:24:05  mere paas quran ka index hai. jab chahun ayat nikal leta hoon. bas. printing press jab nai aaya tha, quran jab mehfooz hone mein shakk hota tha, kahin mehfooz na rahe.</w:t>
      </w:r>
      <w:r>
        <w:br/>
      </w:r>
      <w:r>
        <w:rPr>
          <w:sz w:val="20"/>
        </w:rPr>
        <w:t>1:24:19  ab kya, ab to kuch bhi nahi, quran mehfooz ho gaya. ab yeh nahi ke har aadmi hifz kare, har aadmi hifz kare. ek ek bohat hi ghalat aqeedah baitha hai logon ko ke ek haafiz jo hai poori family ko bakhshwayega.</w:t>
      </w:r>
      <w:r>
        <w:br/>
      </w:r>
      <w:r>
        <w:rPr>
          <w:sz w:val="20"/>
        </w:rPr>
        <w:t>1:24:32  yeh bilkul baseless baat hai</w:t>
      </w:r>
      <w:r>
        <w:br/>
      </w:r>
      <w:r>
        <w:rPr>
          <w:sz w:val="20"/>
        </w:rPr>
        <w:t>1:24:35  ke ek family mein agar ek haafiz ban jaye to poori family ko bakhshwayega. woh khud hi iski bakhshish doubtfull hai, woh doosron ke paas bakhshwayega. to yeh sab bilkul ghalat baatein hain.</w:t>
      </w:r>
      <w:r>
        <w:br/>
      </w:r>
      <w:r>
        <w:rPr>
          <w:sz w:val="20"/>
        </w:rPr>
        <w:t>1:24:47  aap jo kar rahi hain, woh theek kar rahi hain. quran ki study karna hai, hifz karna nahi hai. yeh to musalmanon ne ek ek bid'at nikal rakhi hai.</w:t>
      </w:r>
      <w:r>
        <w:br/>
      </w:r>
      <w:r>
        <w:rPr>
          <w:sz w:val="20"/>
        </w:rPr>
        <w:t>1:24:59  pehlay jab ke quran mehfooz nahi tha, printing press se pehlay, to bohat zaroori tha ke bohat saare logon ka quran yaad rahe. ab to printing press ke zamanay mein quran mehfooz ho chuka hai, bilkul hi mehfooz hai.</w:t>
      </w:r>
      <w:r>
        <w:br/>
      </w:r>
      <w:r>
        <w:rPr>
          <w:sz w:val="20"/>
        </w:rPr>
        <w:t>1:25:13  dekhein farq kya hai? pehlay har quran ka ek copy alag se banani parti thi. yaani ek copy bananay mein aap ko poora time lagta tha, woh ek hi copy aap bana paate thay.</w:t>
      </w:r>
      <w:r>
        <w:br/>
      </w:r>
      <w:r>
        <w:rPr>
          <w:sz w:val="20"/>
        </w:rPr>
        <w:t>1:25:28  woh b</w:t>
      </w:r>
      <w:r>
        <w:br/>
      </w:r>
      <w:r>
        <w:rPr>
          <w:sz w:val="20"/>
        </w:rPr>
        <w:t>1:25:29  s. ab woh chahe is mein mahina lage, aaye saal bhar lagay. ab kya hai? ek copy tayyar kar lijiye, aap iski verify kar lijiye, khoob khoob aalimoon ko dikha kar, dikha kar ke.</w:t>
      </w:r>
      <w:r>
        <w:br/>
      </w:r>
      <w:r>
        <w:rPr>
          <w:sz w:val="20"/>
        </w:rPr>
        <w:t>1:25:42  jab pata chala ke iska farishta sab theek hai, ek dam durust hai, us ko daal diye press mein, aap ko billion copy nikal aayegi iski. yaani ek corrected copy ki billion copy nikal aayegi.</w:t>
      </w:r>
      <w:r>
        <w:br/>
      </w:r>
      <w:r>
        <w:rPr>
          <w:sz w:val="20"/>
        </w:rPr>
        <w:t>1:25:55  to quran mehfooz ho gaya.</w:t>
      </w:r>
      <w:r>
        <w:br/>
      </w:r>
      <w:r>
        <w:rPr>
          <w:sz w:val="20"/>
        </w:rPr>
        <w:t>1:25:58  ab to sirf tarawih ke liye ya quran ki tarah namaz parhanay ke liye zaroorat hai. to individual level par aadmi kuch suratain is ko yaad hon.</w:t>
      </w:r>
      <w:r>
        <w:br/>
      </w:r>
      <w:r>
        <w:rPr>
          <w:sz w:val="20"/>
        </w:rPr>
        <w:t>1:26:08  jaise mujhe mein ne part paanch parah akhir ka mein yaad kiya tha, mein ne namaz parhnay ke liye. namaz parhnay ke liye bas. unhon ne jahan tak quran ki aayaton ko dhoondnay ki baat hai, to ab index mojood hai.</w:t>
      </w:r>
      <w:r>
        <w:br/>
      </w:r>
      <w:r>
        <w:rPr>
          <w:sz w:val="20"/>
        </w:rPr>
        <w:t>1:26:22  warna aap jo kar rahe hain, bilkul sahi kar rahi hain. aur doosray log jo ek rasam bana rakhi hai hifz karwanay ki, bilkul baseless hai.</w:t>
      </w:r>
    </w:p>
    <w:p>
      <w:pPr>
        <w:pStyle w:val="Heading2"/>
      </w:pPr>
      <w:r>
        <w:t>How can a common person understand religion</w:t>
      </w:r>
    </w:p>
    <w:p>
      <w:r>
        <w:rPr>
          <w:color w:val="666666"/>
          <w:sz w:val="18"/>
        </w:rPr>
        <w:t>Quran &amp; Tafsir · Realization of God May 5, 2019 · 2m 38s · at 45:38 · https://youtu.be/5X-vCFqiR4U?t=2738</w:t>
      </w:r>
    </w:p>
    <w:p>
      <w:r>
        <w:rPr>
          <w:i/>
        </w:rPr>
        <w:t>“My another question is that what should a common person do to understand the religion? Tell about this. Whether common person or special person, for everyone there is a verse in the Quran: 'Read this verse, give its translation.' 'Nay, but it is clear revelations in the hearts of those who have been given knowledge.'”</w:t>
      </w:r>
    </w:p>
    <w:p>
      <w:r>
        <w:rPr>
          <w:sz w:val="20"/>
        </w:rPr>
        <w:t>45:38  unhon ne likha hai: "mera ek aur sawal hai ke ek aam aadmi ko deen samajhne ke liye kya karna chahiye?" is ke bare mein bataein.</w:t>
      </w:r>
      <w:r>
        <w:br/>
      </w:r>
      <w:r>
        <w:rPr>
          <w:sz w:val="20"/>
        </w:rPr>
        <w:t>45:51  chahe aam aadmi ho, chahe khaas aadmi, sab ke liye Quran mein ek ayat hai:</w:t>
      </w:r>
      <w:r>
        <w:br/>
      </w:r>
      <w:r>
        <w:rPr>
          <w:sz w:val="20"/>
        </w:rPr>
        <w:t>45:59  "is ayat ko parhiye, is ka tarjuma bataiye." بل هو آیات بینات فی صدور الذین أوتوا العلم balkeh yeh khuli ayatain hain in logon ke seene mein jin ko ilm ata hua hai.</w:t>
      </w:r>
      <w:r>
        <w:br/>
      </w:r>
      <w:r>
        <w:rPr>
          <w:sz w:val="20"/>
        </w:rPr>
        <w:t>46:17  surah al ankabut ayat number 49.</w:t>
      </w:r>
      <w:r>
        <w:br/>
      </w:r>
      <w:r>
        <w:rPr>
          <w:sz w:val="20"/>
        </w:rPr>
        <w:t>46:22  yeh is ka tarjuma parhiye. balkeh yeh khuli hui ayatain hain in logon ke seenon mein jin ko ilm ata hua hai.</w:t>
      </w:r>
      <w:r>
        <w:br/>
      </w:r>
      <w:r>
        <w:rPr>
          <w:sz w:val="20"/>
        </w:rPr>
        <w:t>46:32  dekhiye, Quran ki ayatain jaise arabi zaban mein hum jante hain ke hain, woh fitrat mein maujood hain.</w:t>
      </w:r>
      <w:r>
        <w:br/>
      </w:r>
      <w:r>
        <w:rPr>
          <w:sz w:val="20"/>
        </w:rPr>
        <w:t>46:42  har aadmi ke dil mein hain. to aam aadmi paida hota hai le kar in ayaton ko. to aam aadmi aur khaas aadmi ka farq hi nahi hai.</w:t>
      </w:r>
      <w:r>
        <w:br/>
      </w:r>
      <w:r>
        <w:rPr>
          <w:sz w:val="20"/>
        </w:rPr>
        <w:t>46:54  Quran har aadmi ke seene mein hai.</w:t>
      </w:r>
      <w:r>
        <w:br/>
      </w:r>
      <w:r>
        <w:rPr>
          <w:sz w:val="20"/>
        </w:rPr>
        <w:t>47:00  sirf hafiz ke seene mein nahi hai, har aadmi ke seene mein hai. to yeh yeh yeh yeh koi excuse nahi hai.</w:t>
      </w:r>
      <w:r>
        <w:br/>
      </w:r>
      <w:r>
        <w:rPr>
          <w:sz w:val="20"/>
        </w:rPr>
        <w:t>47:09  har aadmi agar aap bhi apna koi deconditioning se bachaye, ek hi cheez hai. conditioning se bachaiye to Quran khuli hui kitab aap ke samne hai, understandable language mein.</w:t>
      </w:r>
      <w:r>
        <w:br/>
      </w:r>
      <w:r>
        <w:rPr>
          <w:sz w:val="20"/>
        </w:rPr>
        <w:t>47:27  Maulana, agla comment Chennai se bheja hai Um Ashad sahibah ne. unhon ne likha hai: "Today I understood clearly what is conditioning and deconditioning." Jazak Allah Maulana.</w:t>
      </w:r>
      <w:r>
        <w:br/>
      </w:r>
      <w:r>
        <w:rPr>
          <w:sz w:val="20"/>
        </w:rPr>
        <w:t>47:40  Miss Sahar Saleem ne Delhi se likha hai: "Molana sahib, today's lecture gave me the idea about the art of introspection, about the self and the creation which leads to realization of God.</w:t>
      </w:r>
      <w:r>
        <w:br/>
      </w:r>
      <w:r>
        <w:rPr>
          <w:sz w:val="20"/>
        </w:rPr>
        <w:t>47:55  Self and rediscovery functions as a mirror." Thank you Maulana sahib. Professor Najma Siddiqui ne Delhi se likha hai: "Molana, you have beautifully described the ways of God realization by giving such meaningful examples in such a practical way." Jazak Allah.</w:t>
      </w:r>
    </w:p>
    <w:p>
      <w:pPr>
        <w:pStyle w:val="Heading2"/>
      </w:pPr>
      <w:r>
        <w:t>How to understand Quran 9:5 on killing polytheists?</w:t>
      </w:r>
    </w:p>
    <w:p>
      <w:r>
        <w:rPr>
          <w:color w:val="666666"/>
          <w:sz w:val="18"/>
        </w:rPr>
        <w:t>Quran &amp; Tafsir · Quran A Miracle June 01, 2014 · 3m 18s · at 47:26 · https://youtu.be/8KM3lDsj4PY?t=2846</w:t>
      </w:r>
    </w:p>
    <w:p>
      <w:r>
        <w:rPr>
          <w:i/>
        </w:rPr>
        <w:t>“Moulana, Dr. Aslam is involved in distributing the Quran and I also got one copy from him which I am presently studying. However, there is one verse in the Quran which I am not able to understand. It is in Surah At-Tawbah, chapter nine verse number five. It says: 'When the forbidden months have passed, kill the polytheists who are at war with you wherever you find them, take them captive, and besiege them, and lie in wait for them at every place of ambush. But if they repent and take to prayer regularly and pay the zakat...'”</w:t>
      </w:r>
    </w:p>
    <w:p>
      <w:r>
        <w:rPr>
          <w:sz w:val="20"/>
        </w:rPr>
        <w:t>47:26  maulana yeh sawal saharanpur se aya hai swami amar pal singh ji ka unhon ne likha hai ke maulana sahib doctor aslam is involved in distributing the quran and i also got one copy from him which i am presently studying however there is one verse in the quran which i am not able to understand</w:t>
      </w:r>
      <w:r>
        <w:br/>
      </w:r>
      <w:r>
        <w:rPr>
          <w:sz w:val="20"/>
        </w:rPr>
        <w:t>47:53  it is in surah altaubah that is chapter nine verse number five it says when the forbidden months have passed kill the polytheists who are at war with you wherever you find them take them captive and beseech them and lie in wait for them at every place of ambush</w:t>
      </w:r>
      <w:r>
        <w:br/>
      </w:r>
      <w:r>
        <w:rPr>
          <w:sz w:val="20"/>
        </w:rPr>
        <w:t>48:18  but if they repent and take to namaz regularly and pay the arms then let them go their way god is forgiving and merciful my question is that why such a verse which supports violence is mentioned in the quran</w:t>
      </w:r>
      <w:r>
        <w:br/>
      </w:r>
      <w:r>
        <w:rPr>
          <w:sz w:val="20"/>
        </w:rPr>
        <w:t>48:37  I want to understand the correct meaning of the verse and don't want to be misguided it could be that quran is saying something and I am understanding something else kindly clarify my doubt with respect to the above verse.</w:t>
      </w:r>
      <w:r>
        <w:br/>
      </w:r>
      <w:r>
        <w:rPr>
          <w:sz w:val="20"/>
        </w:rPr>
        <w:t>48:54  dekhiye khud verse hi mein is ka jawab maujood hai. Kyun ke is mein hai at war aap ne khud parha abhi.</w:t>
      </w:r>
      <w:r>
        <w:br/>
      </w:r>
      <w:r>
        <w:rPr>
          <w:sz w:val="20"/>
        </w:rPr>
        <w:t>49:04  ke jo log at war hain jo maidan e jang mein hain woh</w:t>
      </w:r>
      <w:r>
        <w:br/>
      </w:r>
      <w:r>
        <w:rPr>
          <w:sz w:val="20"/>
        </w:rPr>
        <w:t>49:12  hamla karne ke liye nikal pade hain. Un ke bare mein yeh ayat hai. To sari dunya ka yeh bilkul usool hai ke jo at war hon un ko to yani un ki taqat ko todna parta hai.</w:t>
      </w:r>
      <w:r>
        <w:br/>
      </w:r>
      <w:r>
        <w:rPr>
          <w:sz w:val="20"/>
        </w:rPr>
        <w:t>49:27  lekin quran mein doosri jagah yeh bhi hai ke jang is waqt tak hai jab tak ke fareeq e sani hathiyar uthaye hue hain.</w:t>
      </w:r>
      <w:r>
        <w:br/>
      </w:r>
      <w:r>
        <w:rPr>
          <w:sz w:val="20"/>
        </w:rPr>
        <w:t>49:37  aur jang ki halat paida ki hui hai. Jaise hi jang khatam to hathiyar ka istemal bhi khatam. To woh waqti cheez thi.</w:t>
      </w:r>
      <w:r>
        <w:br/>
      </w:r>
      <w:r>
        <w:rPr>
          <w:sz w:val="20"/>
        </w:rPr>
        <w:t>49:46  ya aaj nahi ke aaj ladein musalman talwar le le kar ke. Is waqti soorat e haal mein ek temporary period mein yeh is mein dekh li jiye ke do baatein shart hain.</w:t>
      </w:r>
      <w:r>
        <w:br/>
      </w:r>
      <w:r>
        <w:rPr>
          <w:sz w:val="20"/>
        </w:rPr>
        <w:t>49:58  ek hai temporary period aur doosri yeh ke woh hai un logon se jo at war hon. Bas ab is ka ab is ayat ka koi application nahi hai.</w:t>
      </w:r>
      <w:r>
        <w:br/>
      </w:r>
      <w:r>
        <w:rPr>
          <w:sz w:val="20"/>
        </w:rPr>
        <w:t>50:08  woh ek tareekh ka hissa hai. Woh ek tareekh ka hissa hai.</w:t>
      </w:r>
      <w:r>
        <w:br/>
      </w:r>
      <w:r>
        <w:rPr>
          <w:sz w:val="20"/>
        </w:rPr>
        <w:t>50:15  to to jo log is ko yeh samajhte hain ke hamein hukum hai ke rozana lad lad ke marein logon ko to yeh bilkul galat matlab nikalte hain.</w:t>
      </w:r>
      <w:r>
        <w:br/>
      </w:r>
      <w:r>
        <w:rPr>
          <w:sz w:val="20"/>
        </w:rPr>
        <w:t>50:25  sirf ek temporary situation jis ko hum kehte hain ke at war hona us ke bare mein yeh hai. Bas is yeh to yeh universal norm hai ke aise logon ke sath un ko khatam karne ke liye muqabla karna parta hai.</w:t>
      </w:r>
    </w:p>
    <w:p>
      <w:pPr>
        <w:pStyle w:val="Heading2"/>
      </w:pPr>
      <w:r>
        <w:t>Ideal system vs ideal human in Quran</w:t>
      </w:r>
    </w:p>
    <w:p>
      <w:r>
        <w:rPr>
          <w:color w:val="666666"/>
          <w:sz w:val="18"/>
        </w:rPr>
        <w:t>Quran &amp; Tafsir · Message of The Quran March 29, 2015 · 2m 10s · at 44:33 · https://youtu.be/61ANCBxSPHs?t=2673</w:t>
      </w:r>
    </w:p>
    <w:p>
      <w:r>
        <w:rPr>
          <w:i/>
        </w:rPr>
        <w:t>“People say that not talking about the system is to make Islam landless. At one time you were also a proponent of the ideal system. But how did you realize that creating an ideal human is the purpose of the Quran? Clarify the confusion.”</w:t>
      </w:r>
    </w:p>
    <w:p>
      <w:r>
        <w:rPr>
          <w:sz w:val="20"/>
        </w:rPr>
        <w:t>44:33  Maulana, yeh sawal aaya hai Tamil Nadu se Maulana Iqbal Omri ka. aur unhon ne likha hai: "Maulana, log kehte hain ke system ki baat na karna Islam ko be zameen karna hai.</w:t>
      </w:r>
      <w:r>
        <w:br/>
      </w:r>
      <w:r>
        <w:rPr>
          <w:sz w:val="20"/>
        </w:rPr>
        <w:t>44:49  aik zamanay mein aap bhi ideal system ke daai thay. lekin aap ne kaisay jana ke ideal insan banana hi Quran ka maqsad hai?</w:t>
      </w:r>
      <w:r>
        <w:br/>
      </w:r>
      <w:r>
        <w:rPr>
          <w:sz w:val="20"/>
        </w:rPr>
        <w:t>45:00  Maulana, is mein jo mughalta hai us ko wazeh karen." dekhiye, mein kabhi bhi ideal system ka daai nahi tha.</w:t>
      </w:r>
      <w:r>
        <w:br/>
      </w:r>
      <w:r>
        <w:rPr>
          <w:sz w:val="20"/>
        </w:rPr>
        <w:t>45:09  aap meri kitab</w:t>
      </w:r>
      <w:r>
        <w:br/>
      </w:r>
      <w:r>
        <w:rPr>
          <w:sz w:val="20"/>
        </w:rPr>
        <w:t>45:13  sab chhapi hui parh sakte hain. aur is zamanay mein jab ke mein yani yeh alaihi al salam mission shuru nahi kiya tha. is zamanay ke jo mere mazameen thay us ko mein ne chhap diya hai.</w:t>
      </w:r>
      <w:r>
        <w:br/>
      </w:r>
      <w:r>
        <w:rPr>
          <w:sz w:val="20"/>
        </w:rPr>
        <w:t>45:25  is ka naam hai "Quran ka matloob insan</w:t>
      </w:r>
      <w:r>
        <w:br/>
      </w:r>
      <w:r>
        <w:rPr>
          <w:sz w:val="20"/>
        </w:rPr>
        <w:t>45:29  " is mein aap parh lijiyay. jo baaten aaj mein kehta hoon wahi baat us mein bhi kehta tha. is mein tareekh likhi hui hai kab kab woh likha aur kab kab chhap.</w:t>
      </w:r>
      <w:r>
        <w:br/>
      </w:r>
      <w:r>
        <w:rPr>
          <w:sz w:val="20"/>
        </w:rPr>
        <w:t>45:40  to mere pichlay mazameen aap parhen aur aaj ke mazameen parhen. to dono mein koi farq nahi dikhai dega aap ko. doosri baat yeh hai ke system ko jo ahmiyat dete hain log to apnay dimagh se dete hain.</w:t>
      </w:r>
      <w:r>
        <w:br/>
      </w:r>
      <w:r>
        <w:rPr>
          <w:sz w:val="20"/>
        </w:rPr>
        <w:t>45:58  unhein Quran se sabit karna paray ga.</w:t>
      </w:r>
      <w:r>
        <w:br/>
      </w:r>
      <w:r>
        <w:rPr>
          <w:sz w:val="20"/>
        </w:rPr>
        <w:t>46:03  Quran mein kahin aik koi ayat bataiye ke Quran mein yeh kaha gaya ke: "Ae Musalmano! tumhara farz yeh hai ke tum system ko qaim karo. nizam ko qaim karo." yeh kahan Quran mein hai?</w:t>
      </w:r>
      <w:r>
        <w:br/>
      </w:r>
      <w:r>
        <w:rPr>
          <w:sz w:val="20"/>
        </w:rPr>
        <w:t>46:13  to kahin bhi nahi hai. Quran mein to yeh hai ke Allah se daro, Allah se mohabbat karo, Allah ke oopar ghor o fikr karo.</w:t>
      </w:r>
      <w:r>
        <w:br/>
      </w:r>
      <w:r>
        <w:rPr>
          <w:sz w:val="20"/>
        </w:rPr>
        <w:t>46:22  yani sab spirit ki baaten hain, tadabbur ki baaten hain.</w:t>
      </w:r>
      <w:r>
        <w:br/>
      </w:r>
      <w:r>
        <w:rPr>
          <w:sz w:val="20"/>
        </w:rPr>
        <w:t>46:26  to jab tak aap Quran se koi daleel na dein yeh baat qabil e ghor nahi hogi. apnay apnay mind se jo baat kahain woh Quran ki baat kaisay ho sakti hai?</w:t>
      </w:r>
    </w:p>
    <w:p>
      <w:pPr>
        <w:pStyle w:val="Heading2"/>
      </w:pPr>
      <w:r>
        <w:t>Ijtihad as a Sunnah besides Quran and Hadith</w:t>
      </w:r>
    </w:p>
    <w:p>
      <w:r>
        <w:rPr>
          <w:color w:val="666666"/>
          <w:sz w:val="18"/>
        </w:rPr>
        <w:t>Quran &amp; Tafsir · Importance of Ijtihad December 21,2014 · 2m 47s · at 1:00:29 · https://youtu.be/6AgisKQ8V7s?t=3629</w:t>
      </w:r>
    </w:p>
    <w:p>
      <w:r>
        <w:rPr>
          <w:i/>
        </w:rPr>
        <w:t>“Today I learned that merely citing Quran and Hadith is not enough; rather, ijtihad is also a Sunnah.”</w:t>
      </w:r>
    </w:p>
    <w:p>
      <w:r>
        <w:rPr>
          <w:sz w:val="20"/>
        </w:rPr>
        <w:t>1:00:29  maulana, agla sawal maulana iqbal umri ne bheja hai chennai se aur unhon ne likha hai ke maulana,</w:t>
      </w:r>
      <w:r>
        <w:br/>
      </w:r>
      <w:r>
        <w:rPr>
          <w:sz w:val="20"/>
        </w:rPr>
        <w:t>1:00:35  aaj hi pata chala ke sirf quran aur hadith ka naam lena kafi nahin hai, balkeh ijtihad bhi</w:t>
      </w:r>
      <w:r>
        <w:br/>
      </w:r>
      <w:r>
        <w:rPr>
          <w:sz w:val="20"/>
        </w:rPr>
        <w:t>1:00:41  ek sunnat hai.</w:t>
      </w:r>
      <w:r>
        <w:br/>
      </w:r>
      <w:r>
        <w:rPr>
          <w:sz w:val="20"/>
        </w:rPr>
        <w:t>1:00:46  aur aur yeh third option hai.</w:t>
      </w:r>
      <w:r>
        <w:br/>
      </w:r>
      <w:r>
        <w:rPr>
          <w:sz w:val="20"/>
        </w:rPr>
        <w:t>1:00:52  maulana, ijtihad kis bare mein hoga? ibadat ya mamlat mein? jab mamlat hi se is ka talluq hai</w:t>
      </w:r>
      <w:r>
        <w:br/>
      </w:r>
      <w:r>
        <w:rPr>
          <w:sz w:val="20"/>
        </w:rPr>
        <w:t>1:00:58  to darne ki kya baat hai? jo behtar ho zamane ki nisbat se, usi ko ikhtiyar karna hoga.</w:t>
      </w:r>
      <w:r>
        <w:br/>
      </w:r>
      <w:r>
        <w:rPr>
          <w:sz w:val="20"/>
        </w:rPr>
        <w:t>1:01:04  maulana, is ki wazahat karen.</w:t>
      </w:r>
      <w:r>
        <w:br/>
      </w:r>
      <w:r>
        <w:rPr>
          <w:sz w:val="20"/>
        </w:rPr>
        <w:t>1:01:09  dekhiye, ijtihad log karte rahe juz'i mani mein, yani juz'iyati masail, ibadat aur mamlat ke jo juz'iyati masail</w:t>
      </w:r>
      <w:r>
        <w:br/>
      </w:r>
      <w:r>
        <w:rPr>
          <w:sz w:val="20"/>
        </w:rPr>
        <w:t>1:01:15  hain, is pe ijtihad karte rahe.</w:t>
      </w:r>
      <w:r>
        <w:br/>
      </w:r>
      <w:r>
        <w:rPr>
          <w:sz w:val="20"/>
        </w:rPr>
        <w:t>1:01:21  main is ko kuch nahin samajhta, woh to baghair mufti na ho, ulma na hon, tab bhi aadmi</w:t>
      </w:r>
      <w:r>
        <w:br/>
      </w:r>
      <w:r>
        <w:rPr>
          <w:sz w:val="20"/>
        </w:rPr>
        <w:t>1:01:27  khud hi khud soch ke jaan lega.</w:t>
      </w:r>
      <w:r>
        <w:br/>
      </w:r>
      <w:r>
        <w:rPr>
          <w:sz w:val="20"/>
        </w:rPr>
        <w:t>1:01:33  jaise hadith mein aata hai ke ijtihad qalbik, apne dil se fateh pooch lo.</w:t>
      </w:r>
      <w:r>
        <w:br/>
      </w:r>
      <w:r>
        <w:rPr>
          <w:sz w:val="20"/>
        </w:rPr>
        <w:t>1:01:38  ijtihad qalbik, main samajhta hoon ke itni behtar jo ke mufti sahebhan ne aur fuqaha ne, is ki</w:t>
      </w:r>
      <w:r>
        <w:br/>
      </w:r>
      <w:r>
        <w:rPr>
          <w:sz w:val="20"/>
        </w:rPr>
        <w:t>1:01:44  koi zaroorat hi nahin thi.</w:t>
      </w:r>
      <w:r>
        <w:br/>
      </w:r>
      <w:r>
        <w:rPr>
          <w:sz w:val="20"/>
        </w:rPr>
        <w:t>1:01:50  ijtihad qalbik kafi tha, aadmi apne dil se pooch kar ke chal sakta tha.</w:t>
      </w:r>
      <w:r>
        <w:br/>
      </w:r>
      <w:r>
        <w:rPr>
          <w:sz w:val="20"/>
        </w:rPr>
        <w:t>1:01:56  is ko itna hungama hazar saal se bacha hua hai juz'iyati masail mein.</w:t>
      </w:r>
      <w:r>
        <w:br/>
      </w:r>
      <w:r>
        <w:rPr>
          <w:sz w:val="20"/>
        </w:rPr>
        <w:t>1:02:01  to juz'iyati masail mein khoob khoob ijtihad kiya logon ne, lekin jahan tak kulliyati masail hain, is mein</w:t>
      </w:r>
      <w:r>
        <w:br/>
      </w:r>
      <w:r>
        <w:rPr>
          <w:sz w:val="20"/>
        </w:rPr>
        <w:t>1:02:07  ijtihad hi nahin kiya gaya.</w:t>
      </w:r>
      <w:r>
        <w:br/>
      </w:r>
      <w:r>
        <w:rPr>
          <w:sz w:val="20"/>
        </w:rPr>
        <w:t>1:02:13  siray se ijtihad nahin kiya gaya.</w:t>
      </w:r>
      <w:r>
        <w:br/>
      </w:r>
      <w:r>
        <w:rPr>
          <w:sz w:val="20"/>
        </w:rPr>
        <w:t>1:02:19  aisa nahin ke kam kiya gaya, ijtihad hi nahin kiya gaya.</w:t>
      </w:r>
      <w:r>
        <w:br/>
      </w:r>
      <w:r>
        <w:rPr>
          <w:sz w:val="20"/>
        </w:rPr>
        <w:t>1:02:24  juz'iyati masail sab aur jo juz'iyati masail hain, woh to ijtihad qalbik ke tehat aate hain.</w:t>
      </w:r>
      <w:r>
        <w:br/>
      </w:r>
      <w:r>
        <w:rPr>
          <w:sz w:val="20"/>
        </w:rPr>
        <w:t>1:02:30  mein ne bhi misaal ke taur par deta hoon aap ko ke bari bahas hai, yaani woh hanfiyon</w:t>
      </w:r>
      <w:r>
        <w:br/>
      </w:r>
      <w:r>
        <w:rPr>
          <w:sz w:val="20"/>
        </w:rPr>
        <w:t>1:02:36  aur salafiyon ke darmiyan ke woh qirat fatiha khalaf al imam, imam qirat kar raha hai to mein fatiha</w:t>
      </w:r>
      <w:r>
        <w:br/>
      </w:r>
      <w:r>
        <w:rPr>
          <w:sz w:val="20"/>
        </w:rPr>
        <w:t>1:02:42  parhoon ke na parhoon.</w:t>
      </w:r>
      <w:r>
        <w:br/>
      </w:r>
      <w:r>
        <w:rPr>
          <w:sz w:val="20"/>
        </w:rPr>
        <w:t>1:02:48  yeh aadmi khud hi samajh lega ke woh parh raha hai to mein sunoon, yeh kafi hai.</w:t>
      </w:r>
      <w:r>
        <w:br/>
      </w:r>
      <w:r>
        <w:rPr>
          <w:sz w:val="20"/>
        </w:rPr>
        <w:t>1:02:53  nahi parh raha to mein parh doon, common sense kafi hai.</w:t>
      </w:r>
      <w:r>
        <w:br/>
      </w:r>
      <w:r>
        <w:rPr>
          <w:sz w:val="20"/>
        </w:rPr>
        <w:t>1:02:59  ijtehad qulbika ka matlab common sense, jo cheez common sense se maloom ho sakti thi, us par logon</w:t>
      </w:r>
      <w:r>
        <w:br/>
      </w:r>
      <w:r>
        <w:rPr>
          <w:sz w:val="20"/>
        </w:rPr>
        <w:t>1:03:05  ne bari baheshein keen, hazaron kitabein likh dalien.</w:t>
      </w:r>
      <w:r>
        <w:br/>
      </w:r>
      <w:r>
        <w:rPr>
          <w:sz w:val="20"/>
        </w:rPr>
        <w:t>1:03:11  mein nahi samajhta ke yeh koi koi koi positive khidmat thi Islam ki.</w:t>
      </w:r>
    </w:p>
    <w:p>
      <w:pPr>
        <w:pStyle w:val="Heading2"/>
      </w:pPr>
      <w:r>
        <w:t>Implementing verse 15:94 in modern times</w:t>
      </w:r>
    </w:p>
    <w:p>
      <w:r>
        <w:rPr>
          <w:color w:val="666666"/>
          <w:sz w:val="18"/>
        </w:rPr>
        <w:t>Quran &amp; Tafsir · Collective Repentance I Feb 24, 2013 Maulana Wahiduddin Khan · 2m 16s · at 1:06:01 · https://youtu.be/lkkolxAL38c?t=3961</w:t>
      </w:r>
    </w:p>
    <w:p>
      <w:r>
        <w:rPr>
          <w:i/>
        </w:rPr>
        <w:t>“How can one implement in today's time the verse number 94 of Al-Hijr which says: 'Proclaim openly all that you have been commanded and leave alone those who ascribe divinity to anyone besides God?' Kindly comment.”</w:t>
      </w:r>
    </w:p>
    <w:p>
      <w:r>
        <w:rPr>
          <w:sz w:val="20"/>
        </w:rPr>
        <w:t>1:06:01  maulana, ab agla sawal mumbai se aya hai farhan naseem khan sahib ka. unhon ne likha hai: "maulana, how can one implement in today time the verse number 94 of al hijr which says</w:t>
      </w:r>
      <w:r>
        <w:br/>
      </w:r>
      <w:r>
        <w:rPr>
          <w:sz w:val="20"/>
        </w:rPr>
        <w:t>1:06:19  hence proclaim openly all that you have been bidden and leave alone and leave alone all those who ascribe divinity to anyone beside the god?" kindly comment.</w:t>
      </w:r>
      <w:r>
        <w:br/>
      </w:r>
      <w:r>
        <w:rPr>
          <w:sz w:val="20"/>
        </w:rPr>
        <w:t>1:06:33  aaj to azadi azadi hai,</w:t>
      </w:r>
      <w:r>
        <w:br/>
      </w:r>
      <w:r>
        <w:rPr>
          <w:sz w:val="20"/>
        </w:rPr>
        <w:t>1:06:36  aaj to sab se zyada dunya mein yeh kaam ho sakta hai.</w:t>
      </w:r>
      <w:r>
        <w:br/>
      </w:r>
      <w:r>
        <w:rPr>
          <w:sz w:val="20"/>
        </w:rPr>
        <w:t>1:06:42  fardah baat umar ko maane hain, khule taur par kaho. to pehle zamane mein to yani khule taur par karne ke liye pathar yani ki maar parti thi.</w:t>
      </w:r>
      <w:r>
        <w:br/>
      </w:r>
      <w:r>
        <w:rPr>
          <w:sz w:val="20"/>
        </w:rPr>
        <w:t>1:06:53  ab kya hai? ab to freedom hai, ab koi rukawat hi nahi hai.</w:t>
      </w:r>
      <w:r>
        <w:br/>
      </w:r>
      <w:r>
        <w:rPr>
          <w:sz w:val="20"/>
        </w:rPr>
        <w:t>1:06:58  ab to kuch bhi rukawat nahi hai. ab rukawat jo hai us waqt hai jab ke aap hamakat karen. aap pehle mujhe maar ki policy chalayen. musalmanon ne sari dunya mein aap pehle mujhe maar ki policy chala rakhi hai.</w:t>
      </w:r>
      <w:r>
        <w:br/>
      </w:r>
      <w:r>
        <w:rPr>
          <w:sz w:val="20"/>
        </w:rPr>
        <w:t>1:07:10  is ki wajah se masail paida hote hain. to kehte hain ke dawat ka kaam kaise karen?</w:t>
      </w:r>
      <w:r>
        <w:br/>
      </w:r>
      <w:r>
        <w:rPr>
          <w:sz w:val="20"/>
        </w:rPr>
        <w:t>1:07:15  apne aap pehle mujhe maar ki policy band karo, phir dawat ke sare mawaqe khulenge tumhare liye.</w:t>
      </w:r>
      <w:r>
        <w:br/>
      </w:r>
      <w:r>
        <w:rPr>
          <w:sz w:val="20"/>
        </w:rPr>
        <w:t>1:07:25  aap pehle mujhe maar ki, mujhe nahi ke aap samajhte nahi samajhte is ko ke ek bail khada hua hai, seengh wala. to hum ne gaon mein dekha hai, apna bail khada hua, aap is ko koi matlab nahi kisi cheez se.</w:t>
      </w:r>
      <w:r>
        <w:br/>
      </w:r>
      <w:r>
        <w:rPr>
          <w:sz w:val="20"/>
        </w:rPr>
        <w:t>1:07:37  ab bachche kahin pathar marte hain is ko to is ko seengh marta hai. woh</w:t>
      </w:r>
      <w:r>
        <w:br/>
      </w:r>
      <w:r>
        <w:rPr>
          <w:sz w:val="20"/>
        </w:rPr>
        <w:t>1:07:42  agar aap pathar na maren to seengh bhi nahi marega. woh khamkhwah nahi marta seengh kabhi bail. to musalman shayad dunya mein chalate hain, aap pehle mujhe maar ki ki siyasat.</w:t>
      </w:r>
      <w:r>
        <w:br/>
      </w:r>
      <w:r>
        <w:rPr>
          <w:sz w:val="20"/>
        </w:rPr>
        <w:t>1:07:55  aur phir jab masail paida hote hain to kehte hain hum da'wati kaam kaise karen?</w:t>
      </w:r>
      <w:r>
        <w:br/>
      </w:r>
      <w:r>
        <w:rPr>
          <w:sz w:val="20"/>
        </w:rPr>
        <w:t>1:08:01  to mera jawab yeh hai ke pehle khatm karo, aap pehle mujhe maar ki siyasat aur is ke baad dawat ke mauqe sab khule hue hain.</w:t>
      </w:r>
      <w:r>
        <w:br/>
      </w:r>
      <w:r>
        <w:rPr>
          <w:sz w:val="20"/>
        </w:rPr>
        <w:t>1:08:09  in ko faraham kar sakte ho, koi rukawat hi nahi hai is zamane mein.</w:t>
      </w:r>
    </w:p>
    <w:p>
      <w:pPr>
        <w:pStyle w:val="Heading2"/>
      </w:pPr>
      <w:r>
        <w:t>Interpretation of Quran 56:79 on Purity</w:t>
      </w:r>
    </w:p>
    <w:p>
      <w:r>
        <w:rPr>
          <w:color w:val="666666"/>
          <w:sz w:val="18"/>
        </w:rPr>
        <w:t>Quran &amp; Tafsir · Q&amp;A 20 Nov 2011 Maulana Wahiduddin Khan · 3m 41s · at 0:13 · https://youtu.be/7sNDn8Y6jUc?t=13</w:t>
      </w:r>
    </w:p>
    <w:p>
      <w:r>
        <w:rPr>
          <w:i/>
        </w:rPr>
        <w:t>“In chapter 56, verse 79, Allah says: 'None shall touch it except the purified.' Does it mean that only those who are clean can touch the Holy Quran? Does it imply that unbelievers who do not maintain cleanliness and women during their period are not allowed to touch or recite the Holy Quran? Please guide me.”</w:t>
      </w:r>
    </w:p>
    <w:p>
      <w:r>
        <w:rPr>
          <w:sz w:val="20"/>
        </w:rPr>
        <w:t>0:13  molana, yeh sawal aaya hai mr. shahnawaz zafar ka, new delhi se. unhon ne likha hai: "In chapter 56, verse number 79, allah kehta hai: 'la yamassuhu illa al mutahharun'." Which means: "Which one shall touch but those who are clean?" Does it mean those who are paak aur clean can only touch the holy quran?</w:t>
      </w:r>
      <w:r>
        <w:br/>
      </w:r>
      <w:r>
        <w:rPr>
          <w:sz w:val="20"/>
        </w:rPr>
        <w:t>0:41  in this way, the unbelievers who do not maintain cleanliness and women during their period are not allowed to touch or recite the holy quran.</w:t>
      </w:r>
      <w:r>
        <w:br/>
      </w:r>
      <w:r>
        <w:rPr>
          <w:sz w:val="20"/>
        </w:rPr>
        <w:t>0:52  please guide me with your answer.</w:t>
      </w:r>
      <w:r>
        <w:br/>
      </w:r>
      <w:r>
        <w:rPr>
          <w:sz w:val="20"/>
        </w:rPr>
        <w:t>0:57  dekhein, yeh is ayat ka koi taluq</w:t>
      </w:r>
      <w:r>
        <w:br/>
      </w:r>
      <w:r>
        <w:rPr>
          <w:sz w:val="20"/>
        </w:rPr>
        <w:t>1:02  is taharat aur pakizgi se nahi hai jis ko hum samajhte hain. yeh ayat farishton ke baray mein hai. yahan insan ka zikr hi nahi hai.</w:t>
      </w:r>
      <w:r>
        <w:br/>
      </w:r>
      <w:r>
        <w:rPr>
          <w:sz w:val="20"/>
        </w:rPr>
        <w:t>1:15  aur yeh, aap dekhen is ke alfaaz hain</w:t>
      </w:r>
      <w:r>
        <w:br/>
      </w:r>
      <w:r>
        <w:rPr>
          <w:sz w:val="20"/>
        </w:rPr>
        <w:t>1:19  ke "is ko nahi mas karte lekin tahir log". yani aik waqey ka zikr hai, yeh nahi hai ke jab tum quran ko choro to ja kar apne aap ko pak karo.</w:t>
      </w:r>
      <w:r>
        <w:br/>
      </w:r>
      <w:r>
        <w:rPr>
          <w:sz w:val="20"/>
        </w:rPr>
        <w:t>1:33  yeh amar ka seigha nahi hai yahan par.</w:t>
      </w:r>
      <w:r>
        <w:br/>
      </w:r>
      <w:r>
        <w:rPr>
          <w:sz w:val="20"/>
        </w:rPr>
        <w:t>1:36  yeh to khabar di gayi hai. is ke alfaaz yeh nahi hain ke "ae musalmano! jab tum quran ko chho to pehle ja kar wuzu karo".</w:t>
      </w:r>
      <w:r>
        <w:br/>
      </w:r>
      <w:r>
        <w:rPr>
          <w:sz w:val="20"/>
        </w:rPr>
        <w:t>1:45  yeh to hai hi nahi is mein. yeh khud sakhta bana liya gaya hai. is ka tarjuma ayat ka yeh hai ke "nahi</w:t>
      </w:r>
      <w:r>
        <w:br/>
      </w:r>
      <w:r>
        <w:rPr>
          <w:sz w:val="20"/>
        </w:rPr>
        <w:t>1:54  touch karte is ko magar woh log jo ke pak hain". yani already pak hain woh.</w:t>
      </w:r>
      <w:r>
        <w:br/>
      </w:r>
      <w:r>
        <w:rPr>
          <w:sz w:val="20"/>
        </w:rPr>
        <w:t>2:03  aisa nahi ke wuzu kar ke apne aap ko pak banate hain woh. yeh sath kuch bhi taaluq is masle se hai jo bana liya gaya hai.</w:t>
      </w:r>
      <w:r>
        <w:br/>
      </w:r>
      <w:r>
        <w:rPr>
          <w:sz w:val="20"/>
        </w:rPr>
        <w:t>2:14  to farishte 24 ghante har waqt pak hi rehte hain, un ke haan napaki koi tasawwur nahi logon mein. to yaad rakhen ke is mein aik khabar di gayi hai, koi hukum nahi diya gaya hai.</w:t>
      </w:r>
      <w:r>
        <w:br/>
      </w:r>
      <w:r>
        <w:rPr>
          <w:sz w:val="20"/>
        </w:rPr>
        <w:t>2:28  agar hukum hota to is ke alfaaz doosre hote</w:t>
      </w:r>
      <w:r>
        <w:br/>
      </w:r>
      <w:r>
        <w:rPr>
          <w:sz w:val="20"/>
        </w:rPr>
        <w:t>2:31  ke "ae musalmano!" to wohi yahan hota: "ae iman walo! jab tum quran ko chhoona ho, tum ko touch karna ho to pehle ja kar wuzu karo".</w:t>
      </w:r>
      <w:r>
        <w:br/>
      </w:r>
      <w:r>
        <w:rPr>
          <w:sz w:val="20"/>
        </w:rPr>
        <w:t>2:47  ya nahao, kuch bhi jo hota. yeh to hai hi nahi is mein.</w:t>
      </w:r>
      <w:r>
        <w:br/>
      </w:r>
      <w:r>
        <w:rPr>
          <w:sz w:val="20"/>
        </w:rPr>
        <w:t>2:51  aap kisi bhi quran ka le lijiye, is ka tarjuma parhiye. tarjume mein kya hai? tarjume mein aik khabar ki baat ki gayi hai, aik waqea jo ho raha hai us ko bataya gaya ke yeh jo quran utarta hai Allah ki taraf se,</w:t>
      </w:r>
      <w:r>
        <w:br/>
      </w:r>
      <w:r>
        <w:rPr>
          <w:sz w:val="20"/>
        </w:rPr>
        <w:t>3:05  to farishta lata tha is ko.</w:t>
      </w:r>
      <w:r>
        <w:br/>
      </w:r>
      <w:r>
        <w:rPr>
          <w:sz w:val="20"/>
        </w:rPr>
        <w:t>3:08  rasool Allah ke pas quran aata tha farishte ke zariye se. to is mein sirf yeh bataya ke Allah se le kar jo farishte is quran ko nabi tak pohnchte hain, woh bohat hi pak log hain.</w:t>
      </w:r>
      <w:r>
        <w:br/>
      </w:r>
      <w:r>
        <w:rPr>
          <w:sz w:val="20"/>
        </w:rPr>
        <w:t>3:25  yani baqi yahan pak wuzu karne ke silsile mein nahi hai. matlab woh</w:t>
      </w:r>
      <w:r>
        <w:br/>
      </w:r>
      <w:r>
        <w:rPr>
          <w:sz w:val="20"/>
        </w:rPr>
        <w:t>3:32  un ke andar nafarmani nahi hai, un ke andar inhiraf nahi hai, Allah ke hukum se khilaf nahi jate woh. woh har lihaz se pakiza log hain.</w:t>
      </w:r>
      <w:r>
        <w:br/>
      </w:r>
      <w:r>
        <w:rPr>
          <w:sz w:val="20"/>
        </w:rPr>
        <w:t>3:43  to yeh farishton ke baray mein hai aur is ka tarjuma khud batata hai ke yeh insan ke baray mein nahi hai, farishton ke baray mein hai. isi tarah aap ja kar is ka tarjuma parhiye aap.</w:t>
      </w:r>
    </w:p>
    <w:p>
      <w:pPr>
        <w:pStyle w:val="Heading2"/>
      </w:pPr>
      <w:r>
        <w:t>Interpretation of Quran 74:3 about government</w:t>
      </w:r>
    </w:p>
    <w:p>
      <w:r>
        <w:rPr>
          <w:color w:val="666666"/>
          <w:sz w:val="18"/>
        </w:rPr>
        <w:t>Quran &amp; Tafsir · Revival of Muslims March 08, 2015 · 3m 19s · at 1:12:54 · https://youtu.be/8ShFcr8YozI?t=4374</w:t>
      </w:r>
    </w:p>
    <w:p>
      <w:r>
        <w:rPr>
          <w:i/>
        </w:rPr>
        <w:t>“In Quran chapter 74 verse 3, it says 'Wa rabbaka fakabbir'. My colleague says that this verse means establishing a government. Please clarify this verse.”</w:t>
      </w:r>
    </w:p>
    <w:p>
      <w:r>
        <w:rPr>
          <w:sz w:val="20"/>
        </w:rPr>
        <w:t>1:12:54  maulana, agla sawal allahabad se aaya hai abrar sahib ka aur unhon ne likha hai ke quran ke chapter seventy-four verse number three mein aaya hai وَرَبَّكَ فَكَبِّرْ</w:t>
      </w:r>
      <w:r>
        <w:br/>
      </w:r>
      <w:r>
        <w:rPr>
          <w:sz w:val="20"/>
        </w:rPr>
        <w:t>1:13:09  maulana, mere ek saathi ka kehna hai ke is aayat se murad hukoomat qaim karna hai. maulana, is aayat ko wazeh karein.</w:t>
      </w:r>
      <w:r>
        <w:br/>
      </w:r>
      <w:r>
        <w:rPr>
          <w:sz w:val="20"/>
        </w:rPr>
        <w:t>1:13:19  haan, woh ek sahib thay pakistan ke, un ka death ho gayi</w:t>
      </w:r>
      <w:r>
        <w:br/>
      </w:r>
      <w:r>
        <w:rPr>
          <w:sz w:val="20"/>
        </w:rPr>
        <w:t>1:13:23  woh is ka tarjuma karte thay ke "apne rab ko bada karo". وَرَبَّكَ فَكَبِّرْ ke mani hote hain ke apne rab ki barhai bayan karo.</w:t>
      </w:r>
      <w:r>
        <w:br/>
      </w:r>
      <w:r>
        <w:rPr>
          <w:sz w:val="20"/>
        </w:rPr>
        <w:t>1:13:35  apne rab ki barhai bayan karo. woh is ka tarjuma karte thay ke "apne rab ko bada karo". to mein to is ko bilkul jahilana tarjuma samajhta hoon. na is ka talluq grammar se hai, na lughat se hai, na sachai se.</w:t>
      </w:r>
      <w:r>
        <w:br/>
      </w:r>
      <w:r>
        <w:rPr>
          <w:sz w:val="20"/>
        </w:rPr>
        <w:t>1:13:49  ab hum khuda ko bada karein ge?</w:t>
      </w:r>
      <w:r>
        <w:br/>
      </w:r>
      <w:r>
        <w:rPr>
          <w:sz w:val="20"/>
        </w:rPr>
        <w:t>1:13:52  aap ghore kijiye to yeh to badtar az kufr hai ke hum samjhein ke hum khuda ko bada karein ge. hum ne apne rab ko bada karo aur hukoomat qaim karo.</w:t>
      </w:r>
      <w:r>
        <w:br/>
      </w:r>
      <w:r>
        <w:rPr>
          <w:sz w:val="20"/>
        </w:rPr>
        <w:t>1:14:02  yeh to bilkul yani stupid qism ki baatein hain. is ka koi yani is ki koi base nahi hai.</w:t>
      </w:r>
      <w:r>
        <w:br/>
      </w:r>
      <w:r>
        <w:rPr>
          <w:sz w:val="20"/>
        </w:rPr>
        <w:t>1:14:14  maulana, unhon ne ek aur isi se related ek comment bheja hai aur likha hai ke mere ek dost hain jo kehte hain ke agar quran is waqt bhi is waqt bhi distribute ki ki jaati jis tarah aaj hoti hai to log khushi khushi accept karte jaise ke aaj kar rahe hain.</w:t>
      </w:r>
      <w:r>
        <w:br/>
      </w:r>
      <w:r>
        <w:rPr>
          <w:sz w:val="20"/>
        </w:rPr>
        <w:t>1:14:35  koi pareshani sahaba ko bhi nahi aati lekin unhon ne nizaam par aitraaz kiya tab unhein pareshani ka saamna karna</w:t>
      </w:r>
      <w:r>
        <w:br/>
      </w:r>
      <w:r>
        <w:rPr>
          <w:sz w:val="20"/>
        </w:rPr>
        <w:t>1:14:43  pada. yeh to baseless baat hai. kahan nizaam par aitraaz? koi koi batao, reference batao. reference batao, kahan nizaam par aitraaz sabit hota hai?</w:t>
      </w:r>
      <w:r>
        <w:br/>
      </w:r>
      <w:r>
        <w:rPr>
          <w:sz w:val="20"/>
        </w:rPr>
        <w:t>1:14:56  yeh to khud sakhta baat hai. khud hi garh liya, khud hi khud. khud hi garh liya ke nizaam. nizaam ka koi concept nahi tha na quran mein na hadees mein aap sab sabit kar sakte.</w:t>
      </w:r>
      <w:r>
        <w:br/>
      </w:r>
      <w:r>
        <w:rPr>
          <w:sz w:val="20"/>
        </w:rPr>
        <w:t>1:15:08  khud hi khud garh liya.</w:t>
      </w:r>
      <w:r>
        <w:br/>
      </w:r>
      <w:r>
        <w:rPr>
          <w:sz w:val="20"/>
        </w:rPr>
        <w:t>1:15:14  okay, so we will end this session now. thank you.</w:t>
      </w:r>
    </w:p>
    <w:p>
      <w:pPr>
        <w:pStyle w:val="Heading2"/>
      </w:pPr>
      <w:r>
        <w:t>Interpreting Quranic verse on human haste</w:t>
      </w:r>
    </w:p>
    <w:p>
      <w:r>
        <w:rPr>
          <w:color w:val="666666"/>
          <w:sz w:val="18"/>
        </w:rPr>
        <w:t>Quran &amp; Tafsir · Model of Paradise June 22, 2014 · 2m 08s · at 52:02 · https://youtu.be/7jXD8E_dN-E?t=3122</w:t>
      </w:r>
    </w:p>
    <w:p>
      <w:r>
        <w:rPr>
          <w:i/>
        </w:rPr>
        <w:t>“What is your comment on the Quranic verse 'Khuliqa al-insanu 'ajula'? Is it a negative term or is there any positivity in it? Please comment.”</w:t>
      </w:r>
    </w:p>
    <w:p>
      <w:r>
        <w:rPr>
          <w:sz w:val="20"/>
        </w:rPr>
        <w:t>52:02  maulana, agla sawal mehtab sahab ne kiya hai, dhampur se. aur unhon ne likha hai ke maulana sahib What is your comment on the Quranic ayat khuliqal insana ajula Is it a negative term or is there any positivity in it?</w:t>
      </w:r>
      <w:r>
        <w:br/>
      </w:r>
      <w:r>
        <w:rPr>
          <w:sz w:val="20"/>
        </w:rPr>
        <w:t>52:21  please comment. jab Allah ki takhleeq ka muamla yeh hai to zahir hai ke positive lena padega is ko.</w:t>
      </w:r>
      <w:r>
        <w:br/>
      </w:r>
      <w:r>
        <w:rPr>
          <w:sz w:val="20"/>
        </w:rPr>
        <w:t>52:29  hum negative term nahin le sakte. ke kyunke Allah ki jo takhleeq hai woh sab ki sab positive takhleeq hai.</w:t>
      </w:r>
      <w:r>
        <w:br/>
      </w:r>
      <w:r>
        <w:rPr>
          <w:sz w:val="20"/>
        </w:rPr>
        <w:t>52:40  negative takhleeq koi bhi nahin hai. hum apne istemal ke aitbar se is ko negative banate hain. khud takhleeq ke aitbar se koi cheez negative nahin hai.</w:t>
      </w:r>
      <w:r>
        <w:br/>
      </w:r>
      <w:r>
        <w:rPr>
          <w:sz w:val="20"/>
        </w:rPr>
        <w:t>52:52  to is ayat ka matlab hai ke insan ko paida kiya gaya hai, is ke andar jald bazi ka zehn hai. jaldi kaam ko jaldi karna.</w:t>
      </w:r>
      <w:r>
        <w:br/>
      </w:r>
      <w:r>
        <w:rPr>
          <w:sz w:val="20"/>
        </w:rPr>
        <w:t>53:01  to main samajhta hoon ke yeh jaldi ka jo muamla hai, yeh is ka ta'alluq hai incentive se. incentive se, motivation se.</w:t>
      </w:r>
      <w:r>
        <w:br/>
      </w:r>
      <w:r>
        <w:rPr>
          <w:sz w:val="20"/>
        </w:rPr>
        <w:t>53:12  to agar insan ke andar bohat zyada shauq na ho to bara kaam bhi woh nahin kar sakta.</w:t>
      </w:r>
      <w:r>
        <w:br/>
      </w:r>
      <w:r>
        <w:rPr>
          <w:sz w:val="20"/>
        </w:rPr>
        <w:t>53:19  to insan ka bohat zyada shauq aur bohat zyada is ke andar jazba hona, is ka ek phenomena hai ajal.</w:t>
      </w:r>
      <w:r>
        <w:br/>
      </w:r>
      <w:r>
        <w:rPr>
          <w:sz w:val="20"/>
        </w:rPr>
        <w:t>53:30  ajal is ka ek phenomena hai. lekin insan ko chahiye ke woh transfunction karta rahe aur apne aap ko criticize karta rahe.</w:t>
      </w:r>
      <w:r>
        <w:br/>
      </w:r>
      <w:r>
        <w:rPr>
          <w:sz w:val="20"/>
        </w:rPr>
        <w:t>53:41  jaise sarkon par speed breaker hote hain to aap apne aap ko criticize karta rahe.</w:t>
      </w:r>
      <w:r>
        <w:br/>
      </w:r>
      <w:r>
        <w:rPr>
          <w:sz w:val="20"/>
        </w:rPr>
        <w:t>53:50  woh muaddal banata rahe. to insan ka ajal pasand hona, main samajhta hoon ke yeh apne aap mein mein negative nahin hai.</w:t>
      </w:r>
      <w:r>
        <w:br/>
      </w:r>
      <w:r>
        <w:rPr>
          <w:sz w:val="20"/>
        </w:rPr>
        <w:t>53:59  albata agar koi aadmi apna introspection na ho to woh negative result is mein aa sakta hai.</w:t>
      </w:r>
    </w:p>
    <w:p>
      <w:pPr>
        <w:pStyle w:val="Heading2"/>
      </w:pPr>
      <w:r>
        <w:t>Is Arabic alone enough to understand Quran?</w:t>
      </w:r>
    </w:p>
    <w:p>
      <w:r>
        <w:rPr>
          <w:color w:val="666666"/>
          <w:sz w:val="18"/>
        </w:rPr>
        <w:t>Quran &amp; Tafsir · Q&amp;A 04 DEC 2011 Maulana Wahiduddin Khan · 3m 28s · at 15:52 · https://youtu.be/KIMNmuUZoGo?t=952</w:t>
      </w:r>
    </w:p>
    <w:p>
      <w:r>
        <w:rPr>
          <w:i/>
        </w:rPr>
        <w:t>“We have always heard that understanding Arabic is necessary to understand the Quran. But when we see people living in Makkah and Madinah, it seems that something else is also needed. Please explain.”</w:t>
      </w:r>
    </w:p>
    <w:p>
      <w:r>
        <w:rPr>
          <w:sz w:val="20"/>
        </w:rPr>
        <w:t>15:52  maulana, agla sawal aaya hai mister amir bin yusuf ka, karachi pakistan se. unhone likha hai: "hum shuru se yeh sunte chale aaye hain ke arabic language se humein quran ko samajhna zaroori hai.</w:t>
      </w:r>
      <w:r>
        <w:br/>
      </w:r>
      <w:r>
        <w:rPr>
          <w:sz w:val="20"/>
        </w:rPr>
        <w:t>16:08  magar aaj kal hum jo makkah aur madinah mein rehne wale logon ko jab dekhte hain to aisa lagta hai ke quran ko samajhne ke liye kuch aur bhi chahiye." is ke baray mein batayein.</w:t>
      </w:r>
      <w:r>
        <w:br/>
      </w:r>
      <w:r>
        <w:rPr>
          <w:sz w:val="20"/>
        </w:rPr>
        <w:t>16:23  dekhein, quran mein yeh nahi bataya gaya ke tum agar arabi jaano ge to quran ko samajh lo ge. yeh to logon ka khayal hai. yeh kahin bhi nahi bataya quran majeed mein.</w:t>
      </w:r>
      <w:r>
        <w:br/>
      </w:r>
      <w:r>
        <w:rPr>
          <w:sz w:val="20"/>
        </w:rPr>
        <w:t>16:32  agar tum arabi jaano ge to quran ko samajh lo ge. quran mein hai ke tadabbur karo ge to samjho ge. tadabbur, contemplation.</w:t>
      </w:r>
      <w:r>
        <w:br/>
      </w:r>
      <w:r>
        <w:rPr>
          <w:sz w:val="20"/>
        </w:rPr>
        <w:t>16:43  to arabi janna bhi zaroori hai. lekin tarjuma bhi kafi ho sakta hai kisi ke liye. agar woh is ke andar tadabbur ki salahiyat ho.</w:t>
      </w:r>
      <w:r>
        <w:br/>
      </w:r>
      <w:r>
        <w:rPr>
          <w:sz w:val="20"/>
        </w:rPr>
        <w:t>16:52  tadabbur ka matlab kya hai? tadabbur ka matlab yeh hai ke ek khule zehan ke sath aadmi parhe.</w:t>
      </w:r>
      <w:r>
        <w:br/>
      </w:r>
      <w:r>
        <w:rPr>
          <w:sz w:val="20"/>
        </w:rPr>
        <w:t>17:01  kisi bhi complex ke baghair parhe. baais se free ho kar parhe. jazbat se alag ho kar parhe quran ko.</w:t>
      </w:r>
      <w:r>
        <w:br/>
      </w:r>
      <w:r>
        <w:rPr>
          <w:sz w:val="20"/>
        </w:rPr>
        <w:t>17:12  to samajh jaye ga woh. lekin log jeete hain baais mein. tarah tarah ke ta'assubat mein, nafrat mein, jazbat mein. to kya samjhein ge aap?</w:t>
      </w:r>
      <w:r>
        <w:br/>
      </w:r>
      <w:r>
        <w:rPr>
          <w:sz w:val="20"/>
        </w:rPr>
        <w:t>17:22  jaise misal ke tor par log jeete hain yahudiyon se nafrat mein. to jab parhte hain woh quran majeed ki surah fatiha to ghair al maghdoob likhte hote hain ke is se murad yahudi hain.</w:t>
      </w:r>
      <w:r>
        <w:br/>
      </w:r>
      <w:r>
        <w:rPr>
          <w:sz w:val="20"/>
        </w:rPr>
        <w:t>17:35  un ke jeete hain isaiyon se nafrat mein. jab parhte hain ghair</w:t>
      </w:r>
      <w:r>
        <w:br/>
      </w:r>
      <w:r>
        <w:rPr>
          <w:sz w:val="20"/>
        </w:rPr>
        <w:t>17:41  alzalimeen to samajhte hain is se murad isai hain. yeh quran ko samajhna nahi hai yeh. ya apne mind ko quran mein parhna hai. to aap nafraten liye hue hon, ta'assubat liye hue hon,</w:t>
      </w:r>
      <w:r>
        <w:br/>
      </w:r>
      <w:r>
        <w:rPr>
          <w:sz w:val="20"/>
        </w:rPr>
        <w:t>17:57  aur</w:t>
      </w:r>
      <w:r>
        <w:br/>
      </w:r>
      <w:r>
        <w:rPr>
          <w:sz w:val="20"/>
        </w:rPr>
        <w:t>17:58  khud sakhta jazbat mein jeete hon to wohi quran mein parhen ge jo aap mind mein hai. sab se pehle apne mind ko free karna pare ga.</w:t>
      </w:r>
      <w:r>
        <w:br/>
      </w:r>
      <w:r>
        <w:rPr>
          <w:sz w:val="20"/>
        </w:rPr>
        <w:t>18:08  tab quran ko samjhen ge aap. arabi janna hergiz hergiz</w:t>
      </w:r>
      <w:r>
        <w:br/>
      </w:r>
      <w:r>
        <w:rPr>
          <w:sz w:val="20"/>
        </w:rPr>
        <w:t>18:15  lazmi shart nahi hai. lazmi shart hai apne mind ko free banana. apne mind ko her qism ke ta'assubat, nafrat, aur tarah tarah ke yani khud sakhta soch se apne ko free karna.</w:t>
      </w:r>
      <w:r>
        <w:br/>
      </w:r>
      <w:r>
        <w:rPr>
          <w:sz w:val="20"/>
        </w:rPr>
        <w:t>18:33  tab dekhiye arabi zaban ki zaroori is ke liye hai jo scholar banna chahta ho. scholar. to ek hai quran ko samajhna.</w:t>
      </w:r>
      <w:r>
        <w:br/>
      </w:r>
      <w:r>
        <w:rPr>
          <w:sz w:val="20"/>
        </w:rPr>
        <w:t>18:43  ek hai quran ka scholar banna. scholar. yani quran ki buniyad par koi mission chalana chahte hon aap. tab zaroori hai ke aap arabi janiye.</w:t>
      </w:r>
      <w:r>
        <w:br/>
      </w:r>
      <w:r>
        <w:rPr>
          <w:sz w:val="20"/>
        </w:rPr>
        <w:t>18:53  yani quran ki buniyad par ek mission uthana chahte hon aap to zaroori hai ke aap arabi janiye. lekin aap simply follow karne ke liye ke saada taur par apni zindagi mein quran ko lane ke liye to bas quran ko parhiye woh</w:t>
      </w:r>
      <w:r>
        <w:br/>
      </w:r>
      <w:r>
        <w:rPr>
          <w:sz w:val="20"/>
        </w:rPr>
        <w:t>19:10  ta'assubat se khali ho kar ke. to zaroor quran samajh mein ayega aap ke.</w:t>
      </w:r>
    </w:p>
    <w:p>
      <w:pPr>
        <w:pStyle w:val="Heading2"/>
      </w:pPr>
      <w:r>
        <w:t>Is Quran law and its difference from law</w:t>
      </w:r>
    </w:p>
    <w:p>
      <w:r>
        <w:rPr>
          <w:color w:val="666666"/>
          <w:sz w:val="18"/>
        </w:rPr>
        <w:t>Quran &amp; Tafsir · Eid-al-Azha I October 13, 2013 · 2m 03s · at 58:56 · https://youtu.be/oy7zn-uODcU?t=3536</w:t>
      </w:r>
    </w:p>
    <w:p>
      <w:r>
        <w:rPr>
          <w:i/>
        </w:rPr>
        <w:t>“Is the Quran law? How is it different from law? What is your opinion? If you read the definition of law in any dictionary or book, you will see...”</w:t>
      </w:r>
    </w:p>
    <w:p>
      <w:r>
        <w:rPr>
          <w:sz w:val="20"/>
        </w:rPr>
        <w:t>58:56  aata hai maulana agla sawal aaya hai jammu kashmir se muhammad yunus sahib ka unhone aap se</w:t>
      </w:r>
      <w:r>
        <w:br/>
      </w:r>
      <w:r>
        <w:rPr>
          <w:sz w:val="20"/>
        </w:rPr>
        <w:t>59:04  poochha hai is the quran law or is it different from law what is your opinion main aap</w:t>
      </w:r>
      <w:r>
        <w:br/>
      </w:r>
      <w:r>
        <w:rPr>
          <w:sz w:val="20"/>
        </w:rPr>
        <w:t>59:12  kisi bhi dictionary mein kisi kitaab mein law ki definition padhiye aur phir dekhiye toh aap ko definition</w:t>
      </w:r>
      <w:r>
        <w:br/>
      </w:r>
      <w:r>
        <w:rPr>
          <w:sz w:val="20"/>
        </w:rPr>
        <w:t>59:19  law ki milegi woh is par quran poora nahi utar raha hai toh quran book of law</w:t>
      </w:r>
      <w:r>
        <w:br/>
      </w:r>
      <w:r>
        <w:rPr>
          <w:sz w:val="20"/>
        </w:rPr>
        <w:t>59:27  hai hi nahi dekhein quran ke bare mein main yeh kahoon ga ke ek lafz mein agar main</w:t>
      </w:r>
      <w:r>
        <w:br/>
      </w:r>
      <w:r>
        <w:rPr>
          <w:sz w:val="20"/>
        </w:rPr>
        <w:t>59:35  kahoon toh kahoon ga ke woh creation plan of god ko batane ke liye hai what is the</w:t>
      </w:r>
      <w:r>
        <w:br/>
      </w:r>
      <w:r>
        <w:rPr>
          <w:sz w:val="20"/>
        </w:rPr>
        <w:t>59:42  creation plan of god yeh batane ke liye hai woh law ki kitaab hai hi nahi woh yeh</w:t>
      </w:r>
      <w:r>
        <w:br/>
      </w:r>
      <w:r>
        <w:rPr>
          <w:sz w:val="20"/>
        </w:rPr>
        <w:t>59:50  toh aap bahut aasani se aap soch sakte hain kisi bhi dictionary mein padhiye ek law ki definition</w:t>
      </w:r>
      <w:r>
        <w:br/>
      </w:r>
      <w:r>
        <w:rPr>
          <w:sz w:val="20"/>
        </w:rPr>
        <w:t>59:58  is ko le kar ke apply kijiye quran par toh lagega ke is is is maene mein</w:t>
      </w:r>
      <w:r>
        <w:br/>
      </w:r>
      <w:r>
        <w:rPr>
          <w:sz w:val="20"/>
        </w:rPr>
        <w:t>1:00:06  toh quran book of law hai hi nahi quran mein toh marifat ki baatein hain aur jannat dozakh</w:t>
      </w:r>
      <w:r>
        <w:br/>
      </w:r>
      <w:r>
        <w:rPr>
          <w:sz w:val="20"/>
        </w:rPr>
        <w:t>1:00:13  ki baatein hain Allah ki baatein hain aur Allah ka jo takhleeqi plan hai us ki baatein hain</w:t>
      </w:r>
      <w:r>
        <w:br/>
      </w:r>
      <w:r>
        <w:rPr>
          <w:sz w:val="20"/>
        </w:rPr>
        <w:t>1:00:21  yahi sab baatein hain is pe ek ek lafz mein kahoon ke quran kitaab marifat hai kitaab qanoon</w:t>
      </w:r>
      <w:r>
        <w:br/>
      </w:r>
      <w:r>
        <w:rPr>
          <w:sz w:val="20"/>
        </w:rPr>
        <w:t>1:00:29  nahi hai aur bahut aasani se koi bhi shakhs samajh sakta hai is ko yani yeh koi koi</w:t>
      </w:r>
      <w:r>
        <w:br/>
      </w:r>
      <w:r>
        <w:rPr>
          <w:sz w:val="20"/>
        </w:rPr>
        <w:t>1:00:36  filsfe ki baat nahi hai translation ka jo muqadma hai maulana ka us mein tafseel se likha hai</w:t>
      </w:r>
      <w:r>
        <w:br/>
      </w:r>
      <w:r>
        <w:rPr>
          <w:sz w:val="20"/>
        </w:rPr>
        <w:t>1:00:44  is mein translation quran ka jo translation hai na uska jo preface hai us mein tafseel se</w:t>
      </w:r>
      <w:r>
        <w:br/>
      </w:r>
      <w:r>
        <w:rPr>
          <w:sz w:val="20"/>
        </w:rPr>
        <w:t>1:00:52  likha hai maulana ne if you want to know the details you can read the preface of the</w:t>
      </w:r>
    </w:p>
    <w:p>
      <w:pPr>
        <w:pStyle w:val="Heading2"/>
      </w:pPr>
      <w:r>
        <w:t>Is memorizing Quran still important?</w:t>
      </w:r>
    </w:p>
    <w:p>
      <w:r>
        <w:rPr>
          <w:color w:val="666666"/>
          <w:sz w:val="18"/>
        </w:rPr>
        <w:t>Quran &amp; Tafsir · Universal outlook April 09, 2017 · 2m 00s · at 56:50 · https://youtu.be/n3HAPCpom5c?t=3410</w:t>
      </w:r>
    </w:p>
    <w:p>
      <w:r>
        <w:rPr>
          <w:i/>
        </w:rPr>
        <w:t>“Is memorizing the Quran no more important today because Quran is a preserved book? Maulana, what is your opinion on this?”</w:t>
      </w:r>
    </w:p>
    <w:p>
      <w:r>
        <w:rPr>
          <w:sz w:val="20"/>
        </w:rPr>
        <w:t>56:50  miss mariya amir ne karachi se sawal bheja hai unhone aapse poocha hai is memorizing the quran no more important today because quran is a preserved book</w:t>
      </w:r>
      <w:r>
        <w:br/>
      </w:r>
      <w:r>
        <w:rPr>
          <w:sz w:val="20"/>
        </w:rPr>
        <w:t>57:04  maulana sahab what is your opinion on this</w:t>
      </w:r>
      <w:r>
        <w:br/>
      </w:r>
      <w:r>
        <w:rPr>
          <w:sz w:val="20"/>
        </w:rPr>
        <w:t>57:11  theek hai yeh yani</w:t>
      </w:r>
      <w:r>
        <w:br/>
      </w:r>
      <w:r>
        <w:rPr>
          <w:sz w:val="20"/>
        </w:rPr>
        <w:t>57:14  jahan tak Quran ki mehfooz ki mehfooziyat ki baat hai to is ke liye to zaroorat nahi hai</w:t>
      </w:r>
      <w:r>
        <w:br/>
      </w:r>
      <w:r>
        <w:rPr>
          <w:sz w:val="20"/>
        </w:rPr>
        <w:t>57:20  kyunkeh woh mehfooz ho chuka</w:t>
      </w:r>
      <w:r>
        <w:br/>
      </w:r>
      <w:r>
        <w:rPr>
          <w:sz w:val="20"/>
        </w:rPr>
        <w:t>57:24  Quran jo hai mehfooz ho chuka to pehle mehfooz karta tha insan</w:t>
      </w:r>
      <w:r>
        <w:br/>
      </w:r>
      <w:r>
        <w:rPr>
          <w:sz w:val="20"/>
        </w:rPr>
        <w:t>57:31  yani printing press se pehle printing press se pehle insan mehfooz karta tha is ko memorize kar ke</w:t>
      </w:r>
      <w:r>
        <w:br/>
      </w:r>
      <w:r>
        <w:rPr>
          <w:sz w:val="20"/>
        </w:rPr>
        <w:t>57:38  to woh woh daur khatm ho gaya lekin Quran ke</w:t>
      </w:r>
      <w:r>
        <w:br/>
      </w:r>
      <w:r>
        <w:rPr>
          <w:sz w:val="20"/>
        </w:rPr>
        <w:t>57:44  hifz ki aik zaroorat phir bhi baqi hai keh Quran namaz mein padhaya jata hai</w:t>
      </w:r>
      <w:r>
        <w:br/>
      </w:r>
      <w:r>
        <w:rPr>
          <w:sz w:val="20"/>
        </w:rPr>
        <w:t>57:50  aur namaz ke ilawa jab aap safar mein hon aap car drive kar rahe hain tab bhi Quran</w:t>
      </w:r>
      <w:r>
        <w:br/>
      </w:r>
      <w:r>
        <w:rPr>
          <w:sz w:val="20"/>
        </w:rPr>
        <w:t>57:56  ko sochte hain to agar yaad rahega tab hi sochenge</w:t>
      </w:r>
      <w:r>
        <w:br/>
      </w:r>
      <w:r>
        <w:rPr>
          <w:sz w:val="20"/>
        </w:rPr>
        <w:t>58:00  to Quran mein jo tadabbur karna hai ghaur o fikr karna hai woh to baqi hai</w:t>
      </w:r>
      <w:r>
        <w:br/>
      </w:r>
      <w:r>
        <w:rPr>
          <w:sz w:val="20"/>
        </w:rPr>
        <w:t>58:07  to ab jab hawai jahaz mein aap fly kar rahe hain car safar kar rahe hain to wahan</w:t>
      </w:r>
      <w:r>
        <w:br/>
      </w:r>
      <w:r>
        <w:rPr>
          <w:sz w:val="20"/>
        </w:rPr>
        <w:t>58:12  to quran ka nuskhah aap ke paas khol ke parhein woh nahi hota to aap ke mind mein</w:t>
      </w:r>
      <w:r>
        <w:br/>
      </w:r>
      <w:r>
        <w:rPr>
          <w:sz w:val="20"/>
        </w:rPr>
        <w:t>58:17  jo hai quran isi ko le kar aap sochte hain sochte hain sochte hain to quran ke tahaffuz</w:t>
      </w:r>
      <w:r>
        <w:br/>
      </w:r>
      <w:r>
        <w:rPr>
          <w:sz w:val="20"/>
        </w:rPr>
        <w:t>58:24  ke liye ab zaroorat nahi hai lekin quran ke tadabbur ke liye zaroorat hai</w:t>
      </w:r>
      <w:r>
        <w:br/>
      </w:r>
      <w:r>
        <w:rPr>
          <w:sz w:val="20"/>
        </w:rPr>
        <w:t>58:33  quran ke tahaffuz ke liye to allah taala ne intezam kar diya printing press ke zariye lekin quran ke tadabbur ke liye to yeh zarurat hai aur baqi rahegi namaz mein padhne ki zarurat hai aur baqi rahegi</w:t>
      </w:r>
    </w:p>
    <w:p>
      <w:pPr>
        <w:pStyle w:val="Heading2"/>
      </w:pPr>
      <w:r>
        <w:t>Is secular knowledge important for understanding revelation?</w:t>
      </w:r>
    </w:p>
    <w:p>
      <w:r>
        <w:rPr>
          <w:color w:val="666666"/>
          <w:sz w:val="18"/>
        </w:rPr>
        <w:t>Quran &amp; Tafsir · God Particle July 8, 2012 · 2m 53s · at 1:01:54 · https://youtu.be/30Ulu10c2nA?t=3714</w:t>
      </w:r>
    </w:p>
    <w:p>
      <w:r>
        <w:rPr>
          <w:i/>
        </w:rPr>
        <w:t>“I have seen a lecture on TV channel given by one of the Maulana who said according to Islam, getting knowledge is compulsory to every Muslim. He emphasized that it is applied in religious knowledge only, that is the knowledge taken from the revelation of Allah. But I think that the secular knowledge is also very important to understand revelation of Allah.”</w:t>
      </w:r>
    </w:p>
    <w:p>
      <w:r>
        <w:rPr>
          <w:sz w:val="20"/>
        </w:rPr>
        <w:t>1:01:54  maulana, agla sawal delhi se hai mr. shahnawaz zafar sah</w:t>
      </w:r>
      <w:r>
        <w:br/>
      </w:r>
      <w:r>
        <w:rPr>
          <w:sz w:val="20"/>
        </w:rPr>
        <w:t>1:01:58  b ka. unhone likha hai: "I have seen a lecture on TV channel given by one of the maulana who said according to Islam, getting knowledge is compulsory to every Muslim.</w:t>
      </w:r>
      <w:r>
        <w:br/>
      </w:r>
      <w:r>
        <w:rPr>
          <w:sz w:val="20"/>
        </w:rPr>
        <w:t>1:02:11  he emphasized that it is applied in religious knowledge only, that is the knowledge taken from the wahy of Allah. but I think that the secular knowledge is also very important to understand wahy of Allah.</w:t>
      </w:r>
      <w:r>
        <w:br/>
      </w:r>
      <w:r>
        <w:rPr>
          <w:sz w:val="20"/>
        </w:rPr>
        <w:t>1:02:27  secular knowledge is the study of this world and universe, which belongs to almighty Allah only. everything in this universe belongs to almighty Allah, and that study will definitely give us that vision, which is required to see the creation miracle of almighty Allah.</w:t>
      </w:r>
      <w:r>
        <w:br/>
      </w:r>
      <w:r>
        <w:rPr>
          <w:sz w:val="20"/>
        </w:rPr>
        <w:t>1:02:46  and then also one can be mature enough to understand the wahy of Allah.</w:t>
      </w:r>
      <w:r>
        <w:br/>
      </w:r>
      <w:r>
        <w:rPr>
          <w:sz w:val="20"/>
        </w:rPr>
        <w:t>1:02:52  in short, we can say that Islam says all the knowledge with wisdom is compulsory to every Muslim. Maulana Sahib, please correct me if I am wrong.</w:t>
      </w:r>
      <w:r>
        <w:br/>
      </w:r>
      <w:r>
        <w:rPr>
          <w:sz w:val="20"/>
        </w:rPr>
        <w:t>1:03:04  aap ne sahi kaha, mujhe is se ittefaq hai. jo hadith hai ke "talab al-ilm farizah, talab al-ilm farizah wala kull muslim"</w:t>
      </w:r>
      <w:r>
        <w:br/>
      </w:r>
      <w:r>
        <w:rPr>
          <w:sz w:val="20"/>
        </w:rPr>
        <w:t>1:03:16  , ilm seekhna har muslim par farz hai. toh logon ne khud se is mein deen badha diya. dekhein, hadith mein deen nahi hai.</w:t>
      </w:r>
      <w:r>
        <w:br/>
      </w:r>
      <w:r>
        <w:rPr>
          <w:sz w:val="20"/>
        </w:rPr>
        <w:t>1:03:27  ismein sirf yeh batayein ke ilm ko seekhna har muslim par farz hai. apni taraf se isko badha diya. ilm se murad hai deen.</w:t>
      </w:r>
      <w:r>
        <w:br/>
      </w:r>
      <w:r>
        <w:rPr>
          <w:sz w:val="20"/>
        </w:rPr>
        <w:t>1:03:38  mein samajhta hoon ke yeh hargiz izafa sahi nahi hai.</w:t>
      </w:r>
      <w:r>
        <w:br/>
      </w:r>
      <w:r>
        <w:rPr>
          <w:sz w:val="20"/>
        </w:rPr>
        <w:t>1:03:45  quran mein itna zyada tadabbur ke liye kaha gaya hai, sochne ke liye kaha gaya hai: "kainat par ghaur karo" toh kya woh ilm nahi hai? woh yaani quran mein bhara hua hai, aisi ayat bhari hui hain jis mein ke "zameen aasman par ghaur karo" toh woh wohi toh ilm hai, aur kya ilm hai?</w:t>
      </w:r>
      <w:r>
        <w:br/>
      </w:r>
      <w:r>
        <w:rPr>
          <w:sz w:val="20"/>
        </w:rPr>
        <w:t>1:04:04  to mein samajhta hoon ke ilm yaani is hadith mein yeh kehna ke use ilm deen murad hai, yeh galat hai.</w:t>
      </w:r>
      <w:r>
        <w:br/>
      </w:r>
      <w:r>
        <w:rPr>
          <w:sz w:val="20"/>
        </w:rPr>
        <w:t>1:04:13  har ilm Allah ka ilm hai, har ilm ka talluq</w:t>
      </w:r>
      <w:r>
        <w:br/>
      </w:r>
      <w:r>
        <w:rPr>
          <w:sz w:val="20"/>
        </w:rPr>
        <w:t>1:04:19  har har ilm se hum ko zehni irtaqa mein mufeed faida hota hai. aur jab tak ke yaani jab tak hamara ilm wasee na ho,</w:t>
      </w:r>
      <w:r>
        <w:br/>
      </w:r>
      <w:r>
        <w:rPr>
          <w:sz w:val="20"/>
        </w:rPr>
        <w:t>1:04:35  jab tak hamara ilm wasee na ho, hum na Quran ko samajh sakte hain, na hadith ko samajh sakte hain. to mein aap se bilkul ittefaq karta hoon, aur bilkul sahi aap ne kaha.</w:t>
      </w:r>
    </w:p>
    <w:p>
      <w:pPr>
        <w:pStyle w:val="Heading2"/>
      </w:pPr>
      <w:r>
        <w:t>Linking Science with Quran and Hadith</w:t>
      </w:r>
    </w:p>
    <w:p>
      <w:r>
        <w:rPr>
          <w:color w:val="666666"/>
          <w:sz w:val="18"/>
        </w:rPr>
        <w:t>Quran &amp; Tafsir · Deeper Meaning of Quran 17 05 2015 · 4m 01s · at 1:05:52 · https://youtu.be/_Cj6gds7nWI?t=3952</w:t>
      </w:r>
    </w:p>
    <w:p>
      <w:r>
        <w:rPr>
          <w:i/>
        </w:rPr>
        <w:t>“To what extent is it correct to link modern scientific discoveries with the Quran and Hadith, given that the Quran is a book of guidance?”</w:t>
      </w:r>
    </w:p>
    <w:p>
      <w:r>
        <w:rPr>
          <w:sz w:val="20"/>
        </w:rPr>
        <w:t>1:05:52  maulana, in ka ek aur sawal hai, unhon ne aap se poocha hai ke maujooda scientific discoveries ko</w:t>
      </w:r>
      <w:r>
        <w:br/>
      </w:r>
      <w:r>
        <w:rPr>
          <w:sz w:val="20"/>
        </w:rPr>
        <w:t>1:05:57  quran aur hadith se jodna kahan tak durust hai, jabke quran kitaab-e-hidayat hai? dekhen, yeh bohat bari</w:t>
      </w:r>
      <w:r>
        <w:br/>
      </w:r>
      <w:r>
        <w:rPr>
          <w:sz w:val="20"/>
        </w:rPr>
        <w:t>1:06:03  ghalatfehmi hai.</w:t>
      </w:r>
      <w:r>
        <w:br/>
      </w:r>
      <w:r>
        <w:rPr>
          <w:sz w:val="20"/>
        </w:rPr>
        <w:t>1:06:09  scientific discovery ke log to hote hain ke maghrib ki discovery hai.</w:t>
      </w:r>
      <w:r>
        <w:br/>
      </w:r>
      <w:r>
        <w:rPr>
          <w:sz w:val="20"/>
        </w:rPr>
        <w:t>1:06:15  scientific discovery kya hai? laf ko daryaft karna, jo Khuda ka jo qanoon hai, usi ko daryaft karne</w:t>
      </w:r>
      <w:r>
        <w:br/>
      </w:r>
      <w:r>
        <w:rPr>
          <w:sz w:val="20"/>
        </w:rPr>
        <w:t>1:06:20  ka naam hai scientific discovery.</w:t>
      </w:r>
      <w:r>
        <w:br/>
      </w:r>
      <w:r>
        <w:rPr>
          <w:sz w:val="20"/>
        </w:rPr>
        <w:t>1:06:26  misalan dekhen, pehle zamanay mein insaan yeh samajhta tha ke zameen beech mein hai, suraj ke gird ghoom raha hai.</w:t>
      </w:r>
      <w:r>
        <w:br/>
      </w:r>
      <w:r>
        <w:rPr>
          <w:sz w:val="20"/>
        </w:rPr>
        <w:t>1:06:32  ab science ne daryaft kiya ke aisa nahi hai, balkay suraj beech mein hai, zameen ghoom rahi hai.</w:t>
      </w:r>
      <w:r>
        <w:br/>
      </w:r>
      <w:r>
        <w:rPr>
          <w:sz w:val="20"/>
        </w:rPr>
        <w:t>1:06:37  to yeh scientific discovery Khuda ke qanoon ko daryaft karna hai.</w:t>
      </w:r>
      <w:r>
        <w:br/>
      </w:r>
      <w:r>
        <w:rPr>
          <w:sz w:val="20"/>
        </w:rPr>
        <w:t>1:06:43  scientific discovery kisi aur cheez ka naam nahi hai, Khuda hi ke qanoon ko daryaft karne ka naam hai.</w:t>
      </w:r>
      <w:r>
        <w:br/>
      </w:r>
      <w:r>
        <w:rPr>
          <w:sz w:val="20"/>
        </w:rPr>
        <w:t>1:06:49  yeh bohat bari ghalatfehmi hai, log samajhte hain ke scientific discovery koi aur cheez hai.</w:t>
      </w:r>
      <w:r>
        <w:br/>
      </w:r>
      <w:r>
        <w:rPr>
          <w:sz w:val="20"/>
        </w:rPr>
        <w:t>1:06:54  misalan, main jab chhota tha to main samajhta tha ke khane ka matlab pet bharna hai.</w:t>
      </w:r>
      <w:r>
        <w:br/>
      </w:r>
      <w:r>
        <w:rPr>
          <w:sz w:val="20"/>
        </w:rPr>
        <w:t>1:07:00  mere bachpan mein khane ka matlab do hi hua karta tha: pet bharna aur taste.</w:t>
      </w:r>
      <w:r>
        <w:br/>
      </w:r>
      <w:r>
        <w:rPr>
          <w:sz w:val="20"/>
        </w:rPr>
        <w:t>1:07:06  bas baat ko jab maine mutala kiya to maloom hua ke science ne jo daryaft kiya hai,</w:t>
      </w:r>
      <w:r>
        <w:br/>
      </w:r>
      <w:r>
        <w:rPr>
          <w:sz w:val="20"/>
        </w:rPr>
        <w:t>1:07:11  wo teesri cheez jo chhooti hui thi, wo sab se bari cheez hai.</w:t>
      </w:r>
      <w:r>
        <w:br/>
      </w:r>
      <w:r>
        <w:rPr>
          <w:sz w:val="20"/>
        </w:rPr>
        <w:t>1:07:17  wo hai nutrition, nutritive value jo hai, us ki wo sab se bari cheez hai.</w:t>
      </w:r>
      <w:r>
        <w:br/>
      </w:r>
      <w:r>
        <w:rPr>
          <w:sz w:val="20"/>
        </w:rPr>
        <w:t>1:07:23  yeh to Allah ka qanoon hai, yeh koi aisa nahi ke kisi Misr, kisi Europe ne daryaft kar liya hai.</w:t>
      </w:r>
      <w:r>
        <w:br/>
      </w:r>
      <w:r>
        <w:rPr>
          <w:sz w:val="20"/>
        </w:rPr>
        <w:t>1:07:28  har woh cheez jo science mein, science ki wajah se, exact sciences mein, waise to log social science</w:t>
      </w:r>
      <w:r>
        <w:br/>
      </w:r>
      <w:r>
        <w:rPr>
          <w:sz w:val="20"/>
        </w:rPr>
        <w:t>1:07:34  ko bhi science kehte hain, wo main is ko science nahi manta.</w:t>
      </w:r>
      <w:r>
        <w:br/>
      </w:r>
      <w:r>
        <w:rPr>
          <w:sz w:val="20"/>
        </w:rPr>
        <w:t>1:07:40  political science ko bhi science kehte hain, wo main science nahi manta.</w:t>
      </w:r>
      <w:r>
        <w:br/>
      </w:r>
      <w:r>
        <w:rPr>
          <w:sz w:val="20"/>
        </w:rPr>
        <w:t>1:07:45  main sirf physical science ki baat karta hoon.</w:t>
      </w:r>
      <w:r>
        <w:br/>
      </w:r>
      <w:r>
        <w:rPr>
          <w:sz w:val="20"/>
        </w:rPr>
        <w:t>1:07:51  to physical science Khuda ke qanoon ki daryaft ka naam hai, kisi aur cheez ka naam nahi hai.</w:t>
      </w:r>
      <w:r>
        <w:br/>
      </w:r>
      <w:r>
        <w:rPr>
          <w:sz w:val="20"/>
        </w:rPr>
        <w:t>1:07:57  woh toh is mein koi, koi, koi takrao ki baat hi nahi hai.</w:t>
      </w:r>
      <w:r>
        <w:br/>
      </w:r>
      <w:r>
        <w:rPr>
          <w:sz w:val="20"/>
        </w:rPr>
        <w:t>1:08:02  wohi, wohi jo quran mein hai, wohi is mein hai.</w:t>
      </w:r>
      <w:r>
        <w:br/>
      </w:r>
      <w:r>
        <w:rPr>
          <w:sz w:val="20"/>
        </w:rPr>
        <w:t>1:08:08  is ko aap is pe kafi likha hai, aap parhiye apni kitabon ko.</w:t>
      </w:r>
      <w:r>
        <w:br/>
      </w:r>
      <w:r>
        <w:rPr>
          <w:sz w:val="20"/>
        </w:rPr>
        <w:t>1:08:14  maulana, unhon ne yeh bhi likha hai, aap se janna chahte hain ke haroon yahya ki kitabein aap</w:t>
      </w:r>
      <w:r>
        <w:br/>
      </w:r>
      <w:r>
        <w:rPr>
          <w:sz w:val="20"/>
        </w:rPr>
        <w:t>1:08:19  ke khayal se kis had tak quran aur sunnat ko samjhane mein support kar sakti hain? dekhiye, mein</w:t>
      </w:r>
      <w:r>
        <w:br/>
      </w:r>
      <w:r>
        <w:rPr>
          <w:sz w:val="20"/>
        </w:rPr>
        <w:t>1:08:25  kisi ki kitab par koi tabsarah nahi karunga.</w:t>
      </w:r>
      <w:r>
        <w:br/>
      </w:r>
      <w:r>
        <w:rPr>
          <w:sz w:val="20"/>
        </w:rPr>
        <w:t>1:08:31  aap parhiye, aap parh kar khud rai banaiye.</w:t>
      </w:r>
      <w:r>
        <w:br/>
      </w:r>
      <w:r>
        <w:rPr>
          <w:sz w:val="20"/>
        </w:rPr>
        <w:t>1:08:36  khud parhiye, khud ko rai banaiye.</w:t>
      </w:r>
      <w:r>
        <w:br/>
      </w:r>
      <w:r>
        <w:rPr>
          <w:sz w:val="20"/>
        </w:rPr>
        <w:t>1:08:42  mein is par koi remark nahi dunga.</w:t>
      </w:r>
      <w:r>
        <w:br/>
      </w:r>
      <w:r>
        <w:rPr>
          <w:sz w:val="20"/>
        </w:rPr>
        <w:t>1:08:48  Okay, so we will end this session now.</w:t>
      </w:r>
      <w:r>
        <w:br/>
      </w:r>
      <w:r>
        <w:rPr>
          <w:sz w:val="20"/>
        </w:rPr>
        <w:t>1:08:54  Thank you.</w:t>
      </w:r>
    </w:p>
    <w:p>
      <w:pPr>
        <w:pStyle w:val="Heading2"/>
      </w:pPr>
      <w:r>
        <w:t>Linking scientific discoveries with Quran</w:t>
      </w:r>
    </w:p>
    <w:p>
      <w:r>
        <w:rPr>
          <w:color w:val="666666"/>
          <w:sz w:val="18"/>
        </w:rPr>
        <w:t>Quran &amp; Tafsir · Deeper Meaning of The Quran May 17, 2015 · 3m 52s · at 1:07:52 · https://youtu.be/CoTUNYxSRiI?t=4072</w:t>
      </w:r>
    </w:p>
    <w:p>
      <w:r>
        <w:rPr>
          <w:i/>
        </w:rPr>
        <w:t>“To what extent is it correct to link current scientific discoveries with the Quran and Hadith, whereas the Quran is a book of guidance?”</w:t>
      </w:r>
    </w:p>
    <w:p>
      <w:r>
        <w:rPr>
          <w:sz w:val="20"/>
        </w:rPr>
        <w:t>1:07:52  maulana, in ka ek aur sawal hai. unhon ne aap se poocha hai ke: "maujooda scientific discoveries ko quran aur hadees se jorna kahan tak durust hai jabke quran kitab-e-hidayaat hai?"</w:t>
      </w:r>
      <w:r>
        <w:br/>
      </w:r>
      <w:r>
        <w:rPr>
          <w:sz w:val="20"/>
        </w:rPr>
        <w:t>1:08:06  dekhiye bohat bari galatfehmi hai. scientific discovery to hota hai ke. maghrib ki discovery hai. scientific discovery kya hai?</w:t>
      </w:r>
      <w:r>
        <w:br/>
      </w:r>
      <w:r>
        <w:rPr>
          <w:sz w:val="20"/>
        </w:rPr>
        <w:t>1:08:15  love jaise ko daryaft karna. jo khuda ka jo qanoon hai usi ko daryaft karne ka naam hai scientific discovery.</w:t>
      </w:r>
      <w:r>
        <w:br/>
      </w:r>
      <w:r>
        <w:rPr>
          <w:sz w:val="20"/>
        </w:rPr>
        <w:t>1:08:24  misalan dekhiye pehle zamanay mein insan yeh samajhta tha ke zameen</w:t>
      </w:r>
      <w:r>
        <w:br/>
      </w:r>
      <w:r>
        <w:rPr>
          <w:sz w:val="20"/>
        </w:rPr>
        <w:t>1:08:35  beech mein hai suraj ke gird ghoom raha hai. ab science ne daryaft kiya ke aisa nahin hai balkay suraj beech mein hai zameen ghoom rahi hai. to yeh scientific discovery khuda ke qanoon ko daryaft karna hai.</w:t>
      </w:r>
      <w:r>
        <w:br/>
      </w:r>
      <w:r>
        <w:rPr>
          <w:sz w:val="20"/>
        </w:rPr>
        <w:t>1:08:47  scientific discovery kisi aur cheez ka naam nahin hai. khudai qanoon ko daryaft karne ka naam hai.</w:t>
      </w:r>
      <w:r>
        <w:br/>
      </w:r>
      <w:r>
        <w:rPr>
          <w:sz w:val="20"/>
        </w:rPr>
        <w:t>1:08:55  yeh bohat bari galatfehmi hai log samajhte hain ke scientific discovery koi aur cheez hai. misalan main jab chota tha to mujhe samajhta tha ke khane ka matlab pet bharna.</w:t>
      </w:r>
      <w:r>
        <w:br/>
      </w:r>
      <w:r>
        <w:rPr>
          <w:sz w:val="20"/>
        </w:rPr>
        <w:t>1:09:06  mere bachpan mein do khane ka matlab do hi hua karta tha.</w:t>
      </w:r>
      <w:r>
        <w:br/>
      </w:r>
      <w:r>
        <w:rPr>
          <w:sz w:val="20"/>
        </w:rPr>
        <w:t>1:09:10  pet bharna aur taste. bas. baad ko jab maine mutala kiya to maloom hua ke science ne jo daryaft kiya hai woh teesri cheez jo choti hui thi woh sab se bari cheez hai.</w:t>
      </w:r>
      <w:r>
        <w:br/>
      </w:r>
      <w:r>
        <w:rPr>
          <w:sz w:val="20"/>
        </w:rPr>
        <w:t>1:09:27  woh hai nutrition. nutritive value jo hai us ki woh sab se bari cheez hai. yeh to Allah ka qanoon hai.</w:t>
      </w:r>
      <w:r>
        <w:br/>
      </w:r>
      <w:r>
        <w:rPr>
          <w:sz w:val="20"/>
        </w:rPr>
        <w:t>1:09:34  yeh koi aisa nahin ke kisi mister kisi europe ne daryaft kar liya hai. har woh cheez jo science mein science se murad hai exact sciences mein.</w:t>
      </w:r>
      <w:r>
        <w:br/>
      </w:r>
      <w:r>
        <w:rPr>
          <w:sz w:val="20"/>
        </w:rPr>
        <w:t>1:09:48  waise to log social science ko bhi science kehte hain woh main is ko science nahin manta. political science ko bhi science kehte hain woh main science nahin manta.</w:t>
      </w:r>
      <w:r>
        <w:br/>
      </w:r>
      <w:r>
        <w:rPr>
          <w:sz w:val="20"/>
        </w:rPr>
        <w:t>1:09:57  mein sirf Physical Science ki baat karta hoon. to Physical Science Khuda ke qanoon ki daryaft ka naam</w:t>
      </w:r>
      <w:r>
        <w:br/>
      </w:r>
      <w:r>
        <w:rPr>
          <w:sz w:val="20"/>
        </w:rPr>
        <w:t>1:10:03  hai. kisi aur cheez ka naam nahi hai woh. to is mein koi koi nahi koi takrao ki baat hi nahi hai. wahi wahi jo Quran mein hai wahi is mein hai.</w:t>
      </w:r>
      <w:r>
        <w:br/>
      </w:r>
      <w:r>
        <w:rPr>
          <w:sz w:val="20"/>
        </w:rPr>
        <w:t>1:10:14  jis ko aap is par kaafi likha hai aap parhiye meri kitabon ko.</w:t>
      </w:r>
      <w:r>
        <w:br/>
      </w:r>
      <w:r>
        <w:rPr>
          <w:sz w:val="20"/>
        </w:rPr>
        <w:t>1:10:23  Maulana, unhon ne</w:t>
      </w:r>
      <w:r>
        <w:br/>
      </w:r>
      <w:r>
        <w:rPr>
          <w:sz w:val="20"/>
        </w:rPr>
        <w:t>1:10:24  yeh bhi likha hai aap se janna chahte hain ke: "Haroon Yahya ki kitabein aap ke khayal se kis had tak Quran aur Sunnat ko samajhane mein Support kar sakti hain?" Dekhiye mein kisi ki kitab par koi tabsarah nahi karunga.</w:t>
      </w:r>
      <w:r>
        <w:br/>
      </w:r>
      <w:r>
        <w:rPr>
          <w:sz w:val="20"/>
        </w:rPr>
        <w:t>1:10:38  aap parhiye aur parh kar khud rai banaiye.</w:t>
      </w:r>
      <w:r>
        <w:br/>
      </w:r>
      <w:r>
        <w:rPr>
          <w:sz w:val="20"/>
        </w:rPr>
        <w:t>1:10:45  khud parhiye khud ko rai banaiye. mein is par koi Remark nahi dunga. okay So we will end this session now. Thank you.</w:t>
      </w:r>
    </w:p>
    <w:p>
      <w:pPr>
        <w:pStyle w:val="Heading2"/>
      </w:pPr>
      <w:r>
        <w:t>Low importance of Quran propagation</w:t>
      </w:r>
    </w:p>
    <w:p>
      <w:r>
        <w:rPr>
          <w:color w:val="666666"/>
          <w:sz w:val="18"/>
        </w:rPr>
        <w:t>Quran &amp; Tafsir · Dars-e-Quran, Ch. 2 Verse 54 | March 18, 2018 · 4m 01s · at 50:24 · https://youtu.be/xQ2LXsz1oTw?t=3024</w:t>
      </w:r>
    </w:p>
    <w:p>
      <w:r>
        <w:rPr>
          <w:i/>
        </w:rPr>
        <w:t>“Why does the importance of spreading the Quran seem so low among Muslims? What is the reason for this?”</w:t>
      </w:r>
    </w:p>
    <w:p>
      <w:r>
        <w:rPr>
          <w:sz w:val="20"/>
        </w:rPr>
        <w:t>50:24  to propagation of Islam and its and its implementation in the contemporary times." Maulana sawal lete hain. Maulana Iqbal Umri ne sawal kiya hai Chennai se. unhon ne aap se poocha hai ke quran ko phailane ki ahmiyat kyun bohat kam maloom hoti hai musalmanon mein? is ki kya wajah hai? is ki sab se bari wajah jo</w:t>
      </w:r>
      <w:r>
        <w:br/>
      </w:r>
      <w:r>
        <w:rPr>
          <w:sz w:val="20"/>
        </w:rPr>
        <w:t>50:54  hai woh quran ki be-hurmati ka sab se bara be-hurmati ka tasawwur hai.</w:t>
      </w:r>
      <w:r>
        <w:br/>
      </w:r>
      <w:r>
        <w:rPr>
          <w:sz w:val="20"/>
        </w:rPr>
        <w:t>51:01  pata nahi kyun chhaya hua hai, aaj se nahi, shuru se be-hurmati, be-hurmati na ho, be-</w:t>
      </w:r>
      <w:r>
        <w:br/>
      </w:r>
      <w:r>
        <w:rPr>
          <w:sz w:val="20"/>
        </w:rPr>
        <w:t>51:09  hurmati na ho, be-hurmati na ho.</w:t>
      </w:r>
      <w:r>
        <w:br/>
      </w:r>
      <w:r>
        <w:rPr>
          <w:sz w:val="20"/>
        </w:rPr>
        <w:t>51:17  toh main jo mujhe jo himmat jo hui, yeh ke wajah kya ke ah jab</w:t>
      </w:r>
      <w:r>
        <w:br/>
      </w:r>
      <w:r>
        <w:rPr>
          <w:sz w:val="20"/>
        </w:rPr>
        <w:t>51:25  shirk jali maaf ho sakta hai to aitraz ijtihadi khata maaf nahin hogi maqsad ke liye. to maine kaha ke dhoom se quran phailao, ijtihadi khata ko hote hone do. Allah woh hai jo shirk jali ko maaf kar deta hai, to ehteraam ah yani is ijtihadi khata ko maaf nahin karega. ajeeb ghareeb masla bana hua tha</w:t>
      </w:r>
      <w:r>
        <w:br/>
      </w:r>
      <w:r>
        <w:rPr>
          <w:sz w:val="20"/>
        </w:rPr>
        <w:t>51:55  jab maine shuru kiya is kaam ko to ke agar aap quran ko tarjume ke sath chhapen to be hurmati ka masla, be hurmati ka masla. aur sirf tarjuma, har ehteraam matan ko nikal ke chhapen to woh jaiz hi nahin. yani matan ke baghair sirf tarjuma chhapen to woh jaiz nahin.</w:t>
      </w:r>
      <w:r>
        <w:br/>
      </w:r>
      <w:r>
        <w:rPr>
          <w:sz w:val="20"/>
        </w:rPr>
        <w:t>52:25  aur agar dono ko mila kar chhapen toh be-hurmati ka masla.</w:t>
      </w:r>
      <w:r>
        <w:br/>
      </w:r>
      <w:r>
        <w:rPr>
          <w:sz w:val="20"/>
        </w:rPr>
        <w:t>52:30  toh main ne jab main ne is pe socha toh main ne kaha ke Allah ki shan ke</w:t>
      </w:r>
      <w:r>
        <w:br/>
      </w:r>
      <w:r>
        <w:rPr>
          <w:sz w:val="20"/>
        </w:rPr>
        <w:t>52:35  khilaf hai ke woh shirk jali ko toh maaf kar de aur ehtiram ke khud sakhta tasawwur ko</w:t>
      </w:r>
      <w:r>
        <w:br/>
      </w:r>
      <w:r>
        <w:rPr>
          <w:sz w:val="20"/>
        </w:rPr>
        <w:t>52:40  maaf na kare jo ke ek na quran mein na hadith mein.</w:t>
      </w:r>
      <w:r>
        <w:br/>
      </w:r>
      <w:r>
        <w:rPr>
          <w:sz w:val="20"/>
        </w:rPr>
        <w:t>52:45  tab mujhe himmat hui.</w:t>
      </w:r>
      <w:r>
        <w:br/>
      </w:r>
      <w:r>
        <w:rPr>
          <w:sz w:val="20"/>
        </w:rPr>
        <w:t>52:50  yahi sab se bara</w:t>
      </w:r>
      <w:r>
        <w:br/>
      </w:r>
      <w:r>
        <w:rPr>
          <w:sz w:val="20"/>
        </w:rPr>
        <w:t>52:55  bara masla hai.</w:t>
      </w:r>
      <w:r>
        <w:br/>
      </w:r>
      <w:r>
        <w:rPr>
          <w:sz w:val="20"/>
        </w:rPr>
        <w:t>53:01  har masjid mein, har masjid mein, har jagah.</w:t>
      </w:r>
      <w:r>
        <w:br/>
      </w:r>
      <w:r>
        <w:rPr>
          <w:sz w:val="20"/>
        </w:rPr>
        <w:t>53:07  ek jagah main gaya ek baar ek masjid mein toh us ke imam sahab aalim the.</w:t>
      </w:r>
      <w:r>
        <w:br/>
      </w:r>
      <w:r>
        <w:rPr>
          <w:sz w:val="20"/>
        </w:rPr>
        <w:t>53:13  woh toh imam sahab se ek masla poochna tha, ek quran ki ayat ko le kar ke.</w:t>
      </w:r>
      <w:r>
        <w:br/>
      </w:r>
      <w:r>
        <w:rPr>
          <w:sz w:val="20"/>
        </w:rPr>
        <w:t>53:19  toh quran ki woh jo chha-pa hua quran jo hota hai, mushaf woh laya gaya.</w:t>
      </w:r>
      <w:r>
        <w:br/>
      </w:r>
      <w:r>
        <w:rPr>
          <w:sz w:val="20"/>
        </w:rPr>
        <w:t>53:26  to woh imam sahib jo thay, woh chadar orhay hue thay. to chadar ke zariye unhon ne quran ke warq ko ulta, yani ungliyon mein chadar thi, ungliyan un ke touch nahin karti theen quran ko. to kaha ungliyon ke aur quran ke kaghaz ke beech mein chadar aa gayi to kaha be hurmati nahin hui is ki. isi qism ke bane hue thay jab hum ne shuru kiya. to mujh ko jis</w:t>
      </w:r>
      <w:r>
        <w:br/>
      </w:r>
      <w:r>
        <w:rPr>
          <w:sz w:val="20"/>
        </w:rPr>
        <w:t>53:56  jis himmat hui, woh yahi yahi baat thi ke jab Allah taala shirk jali ko maaf kar de,</w:t>
      </w:r>
      <w:r>
        <w:br/>
      </w:r>
      <w:r>
        <w:rPr>
          <w:sz w:val="20"/>
        </w:rPr>
        <w:t>54:02  karne ka ailan kar raha hai toh bohat.</w:t>
      </w:r>
      <w:r>
        <w:br/>
      </w:r>
      <w:r>
        <w:rPr>
          <w:sz w:val="20"/>
        </w:rPr>
        <w:t>54:08  toh ijtihadi khata toh bohat choti cheez hai, woh koi woh koi nahi maaf hoga.</w:t>
      </w:r>
      <w:r>
        <w:br/>
      </w:r>
      <w:r>
        <w:rPr>
          <w:sz w:val="20"/>
        </w:rPr>
        <w:t>54:14  تب میں نے لوگوں سے کہنا شروع کیا: "Palat karo Quran ko, Quran ke tarjume ko palat karo,</w:t>
      </w:r>
      <w:r>
        <w:br/>
      </w:r>
      <w:r>
        <w:rPr>
          <w:sz w:val="20"/>
        </w:rPr>
        <w:t>54:20  palat!" ji Maulana, kuch comments aur parhna chahein g</w:t>
      </w:r>
    </w:p>
    <w:p>
      <w:pPr>
        <w:pStyle w:val="Heading2"/>
      </w:pPr>
      <w:r>
        <w:t>Meaning of 'Leader of Mankind' in Quran</w:t>
      </w:r>
    </w:p>
    <w:p>
      <w:r>
        <w:rPr>
          <w:color w:val="666666"/>
          <w:sz w:val="18"/>
        </w:rPr>
        <w:t>Quran &amp; Tafsir · Discovery of Modern Age I 10th Feb. 13 · 2m 53s · at 1:22:09 · https://youtu.be/Yp5T0KacY84?t=4929</w:t>
      </w:r>
    </w:p>
    <w:p>
      <w:r>
        <w:rPr>
          <w:i/>
        </w:rPr>
        <w:t>“You have unfolded the meaning of the Quranic word 'Leader of mankind'. Please explain further.”</w:t>
      </w:r>
    </w:p>
    <w:p>
      <w:r>
        <w:rPr>
          <w:sz w:val="20"/>
        </w:rPr>
        <w:t>1:22:09  maulana, agla sawal kashmir se hai shad hussain sahab ka.</w:t>
      </w:r>
      <w:r>
        <w:br/>
      </w:r>
      <w:r>
        <w:rPr>
          <w:sz w:val="20"/>
        </w:rPr>
        <w:t>1:22:13  انہوں نے لکھا ہے: "مولانا، you have unfolded the meaning of the Quranic word leader of men</w:t>
      </w:r>
      <w:r>
        <w:br/>
      </w:r>
      <w:r>
        <w:rPr>
          <w:sz w:val="20"/>
        </w:rPr>
        <w:t>1:22:21  kind.</w:t>
      </w:r>
      <w:r>
        <w:br/>
      </w:r>
      <w:r>
        <w:rPr>
          <w:sz w:val="20"/>
        </w:rPr>
        <w:t>1:22:22  Your explanation provides a key to understand the divine plan of contemporary developments.</w:t>
      </w:r>
      <w:r>
        <w:br/>
      </w:r>
      <w:r>
        <w:rPr>
          <w:sz w:val="20"/>
        </w:rPr>
        <w:t>1:22:28  "Why Muslim thinkers remained ignorant from this for so long?" دیکھیے، یہ ایک کوسٹ ڈزنس تھا تاریخ میں۔</w:t>
      </w:r>
      <w:r>
        <w:br/>
      </w:r>
      <w:r>
        <w:rPr>
          <w:sz w:val="20"/>
        </w:rPr>
        <w:t>1:22:36  cost incidents do baat ek saath aai.</w:t>
      </w:r>
      <w:r>
        <w:br/>
      </w:r>
      <w:r>
        <w:rPr>
          <w:sz w:val="20"/>
        </w:rPr>
        <w:t>1:22:39  یعنی ماڈرن ماڈرن جو ایج ہے، وہ آیا اسی کے ساتھ ساتھ کلonialism آ گیا۔</w:t>
      </w:r>
      <w:r>
        <w:br/>
      </w:r>
      <w:r>
        <w:rPr>
          <w:sz w:val="20"/>
        </w:rPr>
        <w:t>1:22:45  saath saath yani musalman is waqt empire dunya mein thi 18veen sadi tak.</w:t>
      </w:r>
      <w:r>
        <w:br/>
      </w:r>
      <w:r>
        <w:rPr>
          <w:sz w:val="20"/>
        </w:rPr>
        <w:t>1:22:51  جگہ جگہ مغل ایمپائر یعنی Ottoman Empire۔</w:t>
      </w:r>
      <w:r>
        <w:br/>
      </w:r>
      <w:r>
        <w:rPr>
          <w:sz w:val="20"/>
        </w:rPr>
        <w:t>1:22:54  to yeh sari empires jo thin, woh tod diya in logon ne.</w:t>
      </w:r>
      <w:r>
        <w:br/>
      </w:r>
      <w:r>
        <w:rPr>
          <w:sz w:val="20"/>
        </w:rPr>
        <w:t>1:22:59  تو ایک یہ کویسچن تھا، وہ الگ چیز تھی، وہ الگ چیز تھی۔</w:t>
      </w:r>
      <w:r>
        <w:br/>
      </w:r>
      <w:r>
        <w:rPr>
          <w:sz w:val="20"/>
        </w:rPr>
        <w:t>1:23:04  modern jo age aaya tha, woh ek alag age tha.</w:t>
      </w:r>
      <w:r>
        <w:br/>
      </w:r>
      <w:r>
        <w:rPr>
          <w:sz w:val="20"/>
        </w:rPr>
        <w:t>1:23:09  isi ke saath saath yeh ek naya faragh aaya ke kuch logon ne yani woh ubhre europe se,</w:t>
      </w:r>
      <w:r>
        <w:br/>
      </w:r>
      <w:r>
        <w:rPr>
          <w:sz w:val="20"/>
        </w:rPr>
        <w:t>1:23:16  ubhar kar ke asia aur africa mein apni hukumatain qaim kar lin.</w:t>
      </w:r>
      <w:r>
        <w:br/>
      </w:r>
      <w:r>
        <w:rPr>
          <w:sz w:val="20"/>
        </w:rPr>
        <w:t>1:23:21  تو negative ہو گئے لوگ، سوچ نہیں پائے کہ ایک دوسرا پہلو ہوا ہے۔</w:t>
      </w:r>
      <w:r>
        <w:br/>
      </w:r>
      <w:r>
        <w:rPr>
          <w:sz w:val="20"/>
        </w:rPr>
        <w:t>1:23:27  woh ek alag cheez hai, yeh alag cheez hai.</w:t>
      </w:r>
      <w:r>
        <w:br/>
      </w:r>
      <w:r>
        <w:rPr>
          <w:sz w:val="20"/>
        </w:rPr>
        <w:t>1:23:31  donon ko alag kar ke nahi de sakte the.</w:t>
      </w:r>
      <w:r>
        <w:br/>
      </w:r>
      <w:r>
        <w:rPr>
          <w:sz w:val="20"/>
        </w:rPr>
        <w:t>1:23:35  donon ko alag kar ke nahi de sakte the.</w:t>
      </w:r>
      <w:r>
        <w:br/>
      </w:r>
      <w:r>
        <w:rPr>
          <w:sz w:val="20"/>
        </w:rPr>
        <w:t>1:23:39  وہ یعنی they failed to differentiate between the two.</w:t>
      </w:r>
      <w:r>
        <w:br/>
      </w:r>
      <w:r>
        <w:rPr>
          <w:sz w:val="20"/>
        </w:rPr>
        <w:t>1:23:43  yeh hai basic wajah.</w:t>
      </w:r>
      <w:r>
        <w:br/>
      </w:r>
      <w:r>
        <w:rPr>
          <w:sz w:val="20"/>
        </w:rPr>
        <w:t>1:23:45  is afsar sahab yeh nahi lage ke hamari hukumaton ko tod diya unhon ne, hamare empire khatam kar</w:t>
      </w:r>
      <w:r>
        <w:br/>
      </w:r>
      <w:r>
        <w:rPr>
          <w:sz w:val="20"/>
        </w:rPr>
        <w:t>1:23:52  diya, hamein ladna hai in se ladna hai.</w:t>
      </w:r>
      <w:r>
        <w:br/>
      </w:r>
      <w:r>
        <w:rPr>
          <w:sz w:val="20"/>
        </w:rPr>
        <w:t>1:23:56  lagte hain ke is se unhein ghafil ho gaye ke modern age ek basic laya hai, opportunity laya</w:t>
      </w:r>
      <w:r>
        <w:br/>
      </w:r>
      <w:r>
        <w:rPr>
          <w:sz w:val="20"/>
        </w:rPr>
        <w:t>1:24:03  hai, mawaqe laya hai ke is ka hum avail karna hai.</w:t>
      </w:r>
      <w:r>
        <w:br/>
      </w:r>
      <w:r>
        <w:rPr>
          <w:sz w:val="20"/>
        </w:rPr>
        <w:t>1:24:08  is se be khabar ho gaye.</w:t>
      </w:r>
      <w:r>
        <w:br/>
      </w:r>
      <w:r>
        <w:rPr>
          <w:sz w:val="20"/>
        </w:rPr>
        <w:t>1:24:11  wohi to hua jo japan mein hua.</w:t>
      </w:r>
      <w:r>
        <w:br/>
      </w:r>
      <w:r>
        <w:rPr>
          <w:sz w:val="20"/>
        </w:rPr>
        <w:t>1:24:14  japan wale be khabar thay.</w:t>
      </w:r>
      <w:r>
        <w:br/>
      </w:r>
      <w:r>
        <w:rPr>
          <w:sz w:val="20"/>
        </w:rPr>
        <w:t>1:24:16  to japan mein aisay leader paida hue.</w:t>
      </w:r>
      <w:r>
        <w:br/>
      </w:r>
      <w:r>
        <w:rPr>
          <w:sz w:val="20"/>
        </w:rPr>
        <w:t>1:24:19  khud jo hero heitel tha, hero heitel bohat zabardast parha likha aadmi tha jo king of japan is</w:t>
      </w:r>
      <w:r>
        <w:br/>
      </w:r>
      <w:r>
        <w:rPr>
          <w:sz w:val="20"/>
        </w:rPr>
        <w:t>1:24:27  waqt tha.</w:t>
      </w:r>
      <w:r>
        <w:br/>
      </w:r>
      <w:r>
        <w:rPr>
          <w:sz w:val="20"/>
        </w:rPr>
        <w:t>1:24:28  is ki speech aap dekhen, isi kitaab mein is ki speech di hui hai.</w:t>
      </w:r>
      <w:r>
        <w:br/>
      </w:r>
      <w:r>
        <w:rPr>
          <w:sz w:val="20"/>
        </w:rPr>
        <w:t>1:24:34  is ne lead ki.</w:t>
      </w:r>
      <w:r>
        <w:br/>
      </w:r>
      <w:r>
        <w:rPr>
          <w:sz w:val="20"/>
        </w:rPr>
        <w:t>1:24:36  muslim dunya mein koi hero heitel jaisa aadmi paida nahi jo lead de.</w:t>
      </w:r>
      <w:r>
        <w:br/>
      </w:r>
      <w:r>
        <w:rPr>
          <w:sz w:val="20"/>
        </w:rPr>
        <w:t>1:24:41  lead usay lead diya, bohat time par lead diya ke dekho karne ka kaam woh nahi hai, yeh</w:t>
      </w:r>
      <w:r>
        <w:br/>
      </w:r>
      <w:r>
        <w:rPr>
          <w:sz w:val="20"/>
        </w:rPr>
        <w:t>1:24:49  hai.</w:t>
      </w:r>
      <w:r>
        <w:br/>
      </w:r>
      <w:r>
        <w:rPr>
          <w:sz w:val="20"/>
        </w:rPr>
        <w:t>1:24:51  to hamara koi aisa paida nahi hua jo lead de kyunke sab obsession jeetay rahay.</w:t>
      </w:r>
      <w:r>
        <w:br/>
      </w:r>
      <w:r>
        <w:rPr>
          <w:sz w:val="20"/>
        </w:rPr>
        <w:t>1:24:57  wohi hay hukoomat, hay hukoomat, hay hukoomat.</w:t>
      </w:r>
      <w:r>
        <w:br/>
      </w:r>
      <w:r>
        <w:rPr>
          <w:sz w:val="20"/>
        </w:rPr>
        <w:t>1:25:00  to yeh wajah thi mere liye.</w:t>
      </w:r>
    </w:p>
    <w:p>
      <w:pPr>
        <w:pStyle w:val="Heading2"/>
      </w:pPr>
      <w:r>
        <w:t>Meaning of 'Qulub' in Quran</w:t>
      </w:r>
    </w:p>
    <w:p>
      <w:r>
        <w:rPr>
          <w:color w:val="666666"/>
          <w:sz w:val="18"/>
        </w:rPr>
        <w:t>Quran &amp; Tafsir · Three levels of Realization 4 July 2010 - Maulana Wahiduddin Khan · 3m 41s · at 1:16:53 · https://youtu.be/H-kx5TldzfQ?t=4613</w:t>
      </w:r>
    </w:p>
    <w:p>
      <w:r>
        <w:rPr>
          <w:i/>
        </w:rPr>
        <w:t>“Every thought originates in the mind, even emotion. What does the reference of 'Qulub' in Arabic as mentioned in the Quran mean? What does the reference of 'Qulub' in Arabic as mentioned in the Quran in Surah Baqarah where it is said: 'Allah has stamped their hearts'?”</w:t>
      </w:r>
    </w:p>
    <w:p>
      <w:r>
        <w:rPr>
          <w:sz w:val="20"/>
        </w:rPr>
        <w:t>1:16:53  molana agla sawal hai mister muhammad intekhab dehli se. unhon ne likha hai: "every thought originates in the mind, even emotion.</w:t>
      </w:r>
      <w:r>
        <w:br/>
      </w:r>
      <w:r>
        <w:rPr>
          <w:sz w:val="20"/>
        </w:rPr>
        <w:t>1:17:06  what does the reference of quloob in arabic as mentioned in quran?</w:t>
      </w:r>
      <w:r>
        <w:br/>
      </w:r>
      <w:r>
        <w:rPr>
          <w:sz w:val="20"/>
        </w:rPr>
        <w:t>1:17:15  what does the reference of quloob in arabic as mentioned in quran in surah baqarah where it is said: 'allah has stamped their heart'?" main college mein quloob jo hai wahan par literally maeni mein hai,</w:t>
      </w:r>
      <w:r>
        <w:br/>
      </w:r>
      <w:r>
        <w:rPr>
          <w:sz w:val="20"/>
        </w:rPr>
        <w:t>1:17:33  literally maeni mein,</w:t>
      </w:r>
      <w:r>
        <w:br/>
      </w:r>
      <w:r>
        <w:rPr>
          <w:sz w:val="20"/>
        </w:rPr>
        <w:t>1:17:39  literally meaning banti hai sankron saal se har har har zaban mein. jaise angrez angrezi zaban mein science paida hui,</w:t>
      </w:r>
      <w:r>
        <w:br/>
      </w:r>
      <w:r>
        <w:rPr>
          <w:sz w:val="20"/>
        </w:rPr>
        <w:t>1:17:50  sir woh jante hain ke moon mein koi light nahi hai. abhi moonlight kehte hain woh,</w:t>
      </w:r>
      <w:r>
        <w:br/>
      </w:r>
      <w:r>
        <w:rPr>
          <w:sz w:val="20"/>
        </w:rPr>
        <w:t>1:17:58  yani abhi bhi literature mein moonlight hi chalti hai. moonlight, moonlight, moonlight, halanke moon mein koi light hi nahi hai. aise hi dekhiye, english mein kaha jata hai "wholeheartedly".</w:t>
      </w:r>
      <w:r>
        <w:br/>
      </w:r>
      <w:r>
        <w:rPr>
          <w:sz w:val="20"/>
        </w:rPr>
        <w:t>1:18:12  to jab science ne discover kiya to aisa nahi hua ke wahan badal dein literature ko, kahin ke nahi nahi, kaho "whole mindedly".</w:t>
      </w:r>
      <w:r>
        <w:br/>
      </w:r>
      <w:r>
        <w:rPr>
          <w:sz w:val="20"/>
        </w:rPr>
        <w:t>1:18:20  yani abhi bhi english literature mein "whole mindedly" koi nahi bolta, sab bolte hain "wholeheartedly", halanke woh jante hain ke dil se kuch nahi hota.</w:t>
      </w:r>
      <w:r>
        <w:br/>
      </w:r>
      <w:r>
        <w:rPr>
          <w:sz w:val="20"/>
        </w:rPr>
        <w:t>1:18:30  to dekhiye, yeh maamla literature ka maamla hai, yeh science ka maamla nahi hai,</w:t>
      </w:r>
      <w:r>
        <w:br/>
      </w:r>
      <w:r>
        <w:rPr>
          <w:sz w:val="20"/>
        </w:rPr>
        <w:t>1:18:37  science ka maamla nahi hai. isko aap galat criteria judge kar rahe hain, isko "does not a scientific statement", yeh literary statement hai.</w:t>
      </w:r>
      <w:r>
        <w:br/>
      </w:r>
      <w:r>
        <w:rPr>
          <w:sz w:val="20"/>
        </w:rPr>
        <w:t>1:18:49  ab yeh har zaban</w:t>
      </w:r>
      <w:r>
        <w:br/>
      </w:r>
      <w:r>
        <w:rPr>
          <w:sz w:val="20"/>
        </w:rPr>
        <w:t>1:18:50  mein hota hai, arabi mein kya, har zaban mein hota hai.</w:t>
      </w:r>
      <w:r>
        <w:br/>
      </w:r>
      <w:r>
        <w:rPr>
          <w:sz w:val="20"/>
        </w:rPr>
        <w:t>1:18:56  zaban banti hai sankron saal ke tradition se, aap kaise badal denge isko? woh to rahegi.</w:t>
      </w:r>
      <w:r>
        <w:br/>
      </w:r>
      <w:r>
        <w:rPr>
          <w:sz w:val="20"/>
        </w:rPr>
        <w:t>1:19:07  to alfaaz symbol hote hain, symbol. linguistics parh</w:t>
      </w:r>
      <w:r>
        <w:br/>
      </w:r>
      <w:r>
        <w:rPr>
          <w:sz w:val="20"/>
        </w:rPr>
        <w:t>1:19:11  ein, agar aap linguistic jo ek mustaqil discipline hai, linguistics, unhein bataya jata hai ke koi bhi shabd jo hai woh ek symbol hai.</w:t>
      </w:r>
      <w:r>
        <w:br/>
      </w:r>
      <w:r>
        <w:rPr>
          <w:sz w:val="20"/>
        </w:rPr>
        <w:t>1:19:24  jaise aap bolte hain "car" to lafz "car" jo hai, c a r "car" ka matlab nahi hai, wahi motor. c a r "car" ek symbol, symbolic word hai.</w:t>
      </w:r>
      <w:r>
        <w:br/>
      </w:r>
      <w:r>
        <w:rPr>
          <w:sz w:val="20"/>
        </w:rPr>
        <w:t>1:19:36  aap bolte hain "glass" to "glass" bhi ek symbolic word hai.</w:t>
      </w:r>
      <w:r>
        <w:br/>
      </w:r>
      <w:r>
        <w:rPr>
          <w:sz w:val="20"/>
        </w:rPr>
        <w:t>1:19:42  to woh symbol agar chal pada ho qalb ke liye to wahi rahega, wahi rahega, wahi rahega, wahi rahega.</w:t>
      </w:r>
      <w:r>
        <w:br/>
      </w:r>
      <w:r>
        <w:rPr>
          <w:sz w:val="20"/>
        </w:rPr>
        <w:t>1:19:52  isi liye jin jin qomon mein bilkul hi science aa gayi hai, bilkul badal gaya hai unka sara yani scientific kitabein badal gayi hain, tab bhi lit</w:t>
      </w:r>
      <w:r>
        <w:br/>
      </w:r>
      <w:r>
        <w:rPr>
          <w:sz w:val="20"/>
        </w:rPr>
        <w:t>1:20:04  erature koi bolata hai. abhi bhi</w:t>
      </w:r>
      <w:r>
        <w:br/>
      </w:r>
      <w:r>
        <w:rPr>
          <w:sz w:val="20"/>
        </w:rPr>
        <w:t>1:20:10  yani aisa nahi kahenge "sunlight", woh "moonlight", aisa nahi kahenge "light", "moonlight", "reflected by sun", aisa nahi bolenge.</w:t>
      </w:r>
      <w:r>
        <w:br/>
      </w:r>
      <w:r>
        <w:rPr>
          <w:sz w:val="20"/>
        </w:rPr>
        <w:t>1:20:22  halanke woh isi ka reflection hota hai, suraj ki roshni ka. to yeh literally maeni mein hai, isko aap scientific maeni mein na lijie.</w:t>
      </w:r>
    </w:p>
    <w:p>
      <w:pPr>
        <w:pStyle w:val="Heading2"/>
      </w:pPr>
      <w:r>
        <w:t>Meaning of 'Qulub' in Surah Baqarah</w:t>
      </w:r>
    </w:p>
    <w:p>
      <w:r>
        <w:rPr>
          <w:color w:val="666666"/>
          <w:sz w:val="18"/>
        </w:rPr>
        <w:t>Quran &amp; Tafsir · Three levels of Realization July 4, 2010 · 3m 19s · at 1:16:47 · https://youtu.be/NtCTVVov3Nw?t=4607</w:t>
      </w:r>
    </w:p>
    <w:p>
      <w:r>
        <w:rPr>
          <w:i/>
        </w:rPr>
        <w:t>“Every thought originates in the mind, even emotion. What does the reference of 'qulub' in Arabic as mentioned in the Quran in Surah Al-Baqarah, where it is said Allah has stamped their hearts?”</w:t>
      </w:r>
    </w:p>
    <w:p>
      <w:r>
        <w:rPr>
          <w:sz w:val="20"/>
        </w:rPr>
        <w:t>1:16:47  maulana agla sawal hai mister muhammad intikhab dilli se unhon ne likha hai every thought originates in the mind even emotion</w:t>
      </w:r>
      <w:r>
        <w:br/>
      </w:r>
      <w:r>
        <w:rPr>
          <w:sz w:val="20"/>
        </w:rPr>
        <w:t>1:17:00  what does the reference of quloob in arabic as mentioned in quran in surah baqarah where it is said allah has stamped their heart mean dekhen qalb ya quloob jo hai wahan par literally meaning mein hai literally meaning mein hai</w:t>
      </w:r>
      <w:r>
        <w:br/>
      </w:r>
      <w:r>
        <w:rPr>
          <w:sz w:val="20"/>
        </w:rPr>
        <w:t>1:17:24  literally meaning banti hai sankaron saal se har har har zaban mein</w:t>
      </w:r>
      <w:r>
        <w:br/>
      </w:r>
      <w:r>
        <w:rPr>
          <w:sz w:val="20"/>
        </w:rPr>
        <w:t>1:17:30  jaise angrezi angrezi zaban mein science paida hui phir woh jante hain ke moon mein koi light nahi hai abhi bhi moonlight kehte hain woh</w:t>
      </w:r>
      <w:r>
        <w:br/>
      </w:r>
      <w:r>
        <w:rPr>
          <w:sz w:val="20"/>
        </w:rPr>
        <w:t>1:17:42  yani abhi bhi literature mein moonlight hi chalti hai moonlight moonlight moonlight halankeh moon mein koi light hi nahi aise hi dekhiye english mein kaha jata hai whole heartedly</w:t>
      </w:r>
      <w:r>
        <w:br/>
      </w:r>
      <w:r>
        <w:rPr>
          <w:sz w:val="20"/>
        </w:rPr>
        <w:t>1:17:55  to jab science ne discover kiya to aasani ho ke wahan badal dein literature ko kahein ke nahi nahi kaho whole mindedly yani abhi bhi english literature mein whole mindedly koi nahi bolta sab bolte hain whole heartedly halankeh woh jante hain ke dil se kuch nahi hota to dekhiye yeh mamla literature ka mamla hai yeh science ka mamla nahi hai</w:t>
      </w:r>
      <w:r>
        <w:br/>
      </w:r>
      <w:r>
        <w:rPr>
          <w:sz w:val="20"/>
        </w:rPr>
        <w:t>1:18:19  science ka mamla nahi hai is ko aap galat criteria judge kar rahe hain is ko</w:t>
      </w:r>
      <w:r>
        <w:br/>
      </w:r>
      <w:r>
        <w:rPr>
          <w:sz w:val="20"/>
        </w:rPr>
        <w:t>1:18:24  does not a scientific statement yeh literary statement hai aur yeh har zaban mein hota hai arabi mein kya har zaban mein hota hai</w:t>
      </w:r>
      <w:r>
        <w:br/>
      </w:r>
      <w:r>
        <w:rPr>
          <w:sz w:val="20"/>
        </w:rPr>
        <w:t>1:18:37  zaban banti hai sankaron saal ke tradition se aap kaise badal denge is ko woh to rahegi to alfaaz symbol hote hain symbol</w:t>
      </w:r>
      <w:r>
        <w:br/>
      </w:r>
      <w:r>
        <w:rPr>
          <w:sz w:val="20"/>
        </w:rPr>
        <w:t>1:18:51  linguistics padhein agar aap linguistic jo ek mustaqil discipline hai linguistics unhein bataya jata hai koi bhi shab jo hai woh ek symbol hai</w:t>
      </w:r>
      <w:r>
        <w:br/>
      </w:r>
      <w:r>
        <w:rPr>
          <w:sz w:val="20"/>
        </w:rPr>
        <w:t>1:19:04  jaise aap bolte hain car to lafz car jo hai c a r car ka matlab nahi hai wahi motor c a r car ek symbol symbolic word hai aap bolte hain glass glass bhi ek symbolic word hai</w:t>
      </w:r>
      <w:r>
        <w:br/>
      </w:r>
      <w:r>
        <w:rPr>
          <w:sz w:val="20"/>
        </w:rPr>
        <w:t>1:19:22  to woh symbol agar chal pada ho qalb ke liye to wahi rahega wahi rahega wahi rahega wahi rahega isi liye jin jin qomon mein bilkul hi science aa gayi hai bilkul badal gaya hai un ka sara yani scientific kitabein badal gayi hain tab bhi literature koi bolata hai abhi bhi</w:t>
      </w:r>
      <w:r>
        <w:br/>
      </w:r>
      <w:r>
        <w:rPr>
          <w:sz w:val="20"/>
        </w:rPr>
        <w:t>1:19:49  yani aisa nahi kahenge moonlight reflected by sun aisa nahi bolenge halankeh woh isi ka reflection hota hai suraj ki roshni ka to yeh literally maene mein hai is ko aap scientific maene mein na lijiye</w:t>
      </w:r>
    </w:p>
    <w:p>
      <w:pPr>
        <w:pStyle w:val="Heading2"/>
      </w:pPr>
      <w:r>
        <w:t>Meaning of 'hablillah' in Quranic verse</w:t>
      </w:r>
    </w:p>
    <w:p>
      <w:r>
        <w:rPr>
          <w:color w:val="666666"/>
          <w:sz w:val="18"/>
        </w:rPr>
        <w:t>Quran &amp; Tafsir · Personality Building January 05, 2014 · 4m 41s · at 1:22:00 · https://youtu.be/3Zppdm2K4ug?t=4920</w:t>
      </w:r>
    </w:p>
    <w:p>
      <w:r>
        <w:rPr>
          <w:i/>
        </w:rPr>
        <w:t>“In the Quranic words: 'Wa'tasimu bi hablillahi jami'an wa la tafarraqu.' What is meant by the word 'hablillah'?”</w:t>
      </w:r>
    </w:p>
    <w:p>
      <w:r>
        <w:rPr>
          <w:sz w:val="20"/>
        </w:rPr>
        <w:t>1:22:00  maulana, agla sawal Raichur se kya hai zaheeruddin sahib</w:t>
      </w:r>
      <w:r>
        <w:br/>
      </w:r>
      <w:r>
        <w:rPr>
          <w:sz w:val="20"/>
        </w:rPr>
        <w:t>1:22:05  ne. unhon ne likha hai: "in the quranic words wata'simu bi hablillah jamee'an wala tafarraqoo.</w:t>
      </w:r>
      <w:r>
        <w:br/>
      </w:r>
      <w:r>
        <w:rPr>
          <w:sz w:val="20"/>
        </w:rPr>
        <w:t>1:22:14  what is meant by the word hablillah?"</w:t>
      </w:r>
      <w:r>
        <w:br/>
      </w:r>
      <w:r>
        <w:rPr>
          <w:sz w:val="20"/>
        </w:rPr>
        <w:t>1:22:22  is ka mufassireen ne likha hai ke is se murad hai quran. yani quran jo hai hablullah hai.</w:t>
      </w:r>
      <w:r>
        <w:br/>
      </w:r>
      <w:r>
        <w:rPr>
          <w:sz w:val="20"/>
        </w:rPr>
        <w:t>1:22:32  is ka matlab yeh hai ke ijtimai zindagi mein, social life mein quran ko central banao. yani ek cheez quran se nikal aaye to bas sab log us ko maan len.</w:t>
      </w:r>
      <w:r>
        <w:br/>
      </w:r>
      <w:r>
        <w:rPr>
          <w:sz w:val="20"/>
        </w:rPr>
        <w:t>1:22:45  ijtimai zindagi ya social life ke liye zaroori hota hai ke aap ki ek cheez aisi ho jis par sab ko agreement ho jaye, sab log maan len us ko.</w:t>
      </w:r>
      <w:r>
        <w:br/>
      </w:r>
      <w:r>
        <w:rPr>
          <w:sz w:val="20"/>
        </w:rPr>
        <w:t>1:22:54  koi central cheez ho to quran ko central cheez banao.</w:t>
      </w:r>
      <w:r>
        <w:br/>
      </w:r>
      <w:r>
        <w:rPr>
          <w:sz w:val="20"/>
        </w:rPr>
        <w:t>1:23:01  koi baat ho, differences hon ya koi difference of opinion hai, kisi baat mein koi kai raaye ban rahi hain to kaise decide kiya jaye?</w:t>
      </w:r>
      <w:r>
        <w:br/>
      </w:r>
      <w:r>
        <w:rPr>
          <w:sz w:val="20"/>
        </w:rPr>
        <w:t>1:23:13  to decide karne ka tareeqa yeh hai ke quran ko dekho, us mein jo baat mile us ko sab log maan len. jaise ek misaal mein deta hoon aap ko ke hindustan mein saare musalman ek hi boli bolte hain ke hum par zulm ho raha hai.</w:t>
      </w:r>
      <w:r>
        <w:br/>
      </w:r>
      <w:r>
        <w:rPr>
          <w:sz w:val="20"/>
        </w:rPr>
        <w:t>1:23:27  hindustan ki baat nahi, saari duniya ki baat hai.</w:t>
      </w:r>
      <w:r>
        <w:br/>
      </w:r>
      <w:r>
        <w:rPr>
          <w:sz w:val="20"/>
        </w:rPr>
        <w:t>1:23:30  saari duniya ke musalman ek hi boli bolte hain ke hum par zulm ho raha hai. ab hum aap baithe hain to hum sochte hain ke bhai humara mind to yeh kar raha hai ke zulm ho raha hai, lekin quran kya kehta hai?</w:t>
      </w:r>
      <w:r>
        <w:br/>
      </w:r>
      <w:r>
        <w:rPr>
          <w:sz w:val="20"/>
        </w:rPr>
        <w:t>1:23:42  us ko dekho to quran mein hai: "wama asabakum min musibatin illa bima kasabat aydikum". yani tum par jo kuch guzarta hai woh sab tumhare apne hi kiye ki wajah se hota hai.</w:t>
      </w:r>
      <w:r>
        <w:br/>
      </w:r>
      <w:r>
        <w:rPr>
          <w:sz w:val="20"/>
        </w:rPr>
        <w:t>1:23:57  yani "you are paying the price". "you are paying the price of your own wrong policies".</w:t>
      </w:r>
      <w:r>
        <w:br/>
      </w:r>
      <w:r>
        <w:rPr>
          <w:sz w:val="20"/>
        </w:rPr>
        <w:t>1:24:06  yeh quran batayega aap ko. "you are paying the price of your own wrong policies". to sab log maan len us ko. phir haan bhai theek hai ji.</w:t>
      </w:r>
      <w:r>
        <w:br/>
      </w:r>
      <w:r>
        <w:rPr>
          <w:sz w:val="20"/>
        </w:rPr>
        <w:t>1:24:14  aur phir sochen, phir kya hoga? introspection aayega, apni apni galtiyon ko dhoond dhoond dhoondne lagenge log.</w:t>
      </w:r>
      <w:r>
        <w:br/>
      </w:r>
      <w:r>
        <w:rPr>
          <w:sz w:val="20"/>
        </w:rPr>
        <w:t>1:24:23  yani sab ko mind mein yeh aa raha hai ke hum par zulm ho raha hai, zulm ho raha hai, zulm ho raha hai. Ab sab mil kar agar Quran ko parhein aur yeh ayat samne aa jaye to sab ko surrender karna chahiye.</w:t>
      </w:r>
      <w:r>
        <w:br/>
      </w:r>
      <w:r>
        <w:rPr>
          <w:sz w:val="20"/>
        </w:rPr>
        <w:t>1:24:34  Surrender ke bhai ab jawab mil gaya, ab introspection karo, khud apni ghaltiyon ko nikalo, kahan kahan hum ne ghalt policy ikhtiyar ki, is ko pata karo, is ko correct karo.</w:t>
      </w:r>
      <w:r>
        <w:br/>
      </w:r>
      <w:r>
        <w:rPr>
          <w:sz w:val="20"/>
        </w:rPr>
        <w:t>1:24:47  Is tarah se ittehad ayega.</w:t>
      </w:r>
      <w:r>
        <w:br/>
      </w:r>
      <w:r>
        <w:rPr>
          <w:sz w:val="20"/>
        </w:rPr>
        <w:t>1:24:50  To Quran ko hablullah banana, yeh Quran ko yeh hasiyat dena ke jo is mein nikal aaye, wahi wahi hamara hum hamein is ko maan lena hai.</w:t>
      </w:r>
      <w:r>
        <w:br/>
      </w:r>
      <w:r>
        <w:rPr>
          <w:sz w:val="20"/>
        </w:rPr>
        <w:t>1:25:01  Is se unity aati hai aur is se sab kuch durust hota hai. Maulana, yeh sawal Chennai se aya hai Maulana Ilyas ka.</w:t>
      </w:r>
      <w:r>
        <w:br/>
      </w:r>
      <w:r>
        <w:rPr>
          <w:sz w:val="20"/>
        </w:rPr>
        <w:t>1:25:12  Unhon ne likha hai: "Fard ko naik banane ke liye hukumat ki zaroorat hai ya nahi?</w:t>
      </w:r>
      <w:r>
        <w:br/>
      </w:r>
      <w:r>
        <w:rPr>
          <w:sz w:val="20"/>
        </w:rPr>
        <w:t>1:25:19  Isi tarah qom ki taraqqi ke liye hukumat ki zaroorat hai." Is ke bare mein batayein. Yeh to bilkul yani fard ko hukumat keh deti hai, theek kar degi.</w:t>
      </w:r>
      <w:r>
        <w:br/>
      </w:r>
      <w:r>
        <w:rPr>
          <w:sz w:val="20"/>
        </w:rPr>
        <w:t>1:25:30  Fard ko hukumat keh deti hai, theek kar degi. Jaise India mein dekhein, government aayi to 60 baras se zyada beet gaye to kya afraad jo hain sab hukumat theek kar diya?</w:t>
      </w:r>
      <w:r>
        <w:br/>
      </w:r>
      <w:r>
        <w:rPr>
          <w:sz w:val="20"/>
        </w:rPr>
        <w:t>1:25:42  Corruption kyun? Corruption India mein hai. Yani sare hukumat ke log bolte hain ke hum corruption nahi chahte. To phir corruption kyun hai? Agar hukumat ke qabze mein ho fard ko badalna to India mein corruption nahi hona chahiye.</w:t>
      </w:r>
      <w:r>
        <w:br/>
      </w:r>
      <w:r>
        <w:rPr>
          <w:sz w:val="20"/>
        </w:rPr>
        <w:t>1:25:57  To yeh secular rule ho ya Musalmanon ka rule ho, hukumat fard nahi badalti, fard ko ideology badalti hai. Yani individual jo hai wo is ko ideology badalti hai.</w:t>
      </w:r>
      <w:r>
        <w:br/>
      </w:r>
      <w:r>
        <w:rPr>
          <w:sz w:val="20"/>
        </w:rPr>
        <w:t>1:26:13  Apne apna khud aadmi ke andar ek soch develop karti hai, khud aadmi ke andar ek determination aata hai, khud aadmi ke andar ek ek process jari hota hai aadmi ke mind mein.</w:t>
      </w:r>
      <w:r>
        <w:br/>
      </w:r>
      <w:r>
        <w:rPr>
          <w:sz w:val="20"/>
        </w:rPr>
        <w:t>1:26:24  Tab insaan badalta hai, hukumat se kehta hai log is ka. Yeh to bilkul hi yani childish thinking hai ke hukumat badal degi afraad ko.</w:t>
      </w:r>
      <w:r>
        <w:br/>
      </w:r>
      <w:r>
        <w:rPr>
          <w:sz w:val="20"/>
        </w:rPr>
        <w:t>1:26:34  Childish thinking hai is ka taluq naqil se hai ya Islam se hai.</w:t>
      </w:r>
    </w:p>
    <w:p>
      <w:pPr>
        <w:pStyle w:val="Heading2"/>
      </w:pPr>
      <w:r>
        <w:t>Meaning of 'imāmā' for home guardian in Quran</w:t>
      </w:r>
    </w:p>
    <w:p>
      <w:r>
        <w:rPr>
          <w:color w:val="666666"/>
          <w:sz w:val="18"/>
        </w:rPr>
        <w:t>Quran &amp; Tafsir · Present Day Muslims Jan 13, 2013 · 2m 29s · at 1:31:23 · https://youtu.be/CVcbWVYitog?t=5483</w:t>
      </w:r>
    </w:p>
    <w:p>
      <w:r>
        <w:rPr>
          <w:i/>
        </w:rPr>
        <w:t>“In this prayer of the Quran (Rabbanā hab lanā min azwājinā wa dhurriyyātinā qurrata a'yunin waj'alnā lil-muttaqīna imāmā), what role does 'imāmā' indicate of the guardian of a home?”</w:t>
      </w:r>
    </w:p>
    <w:p>
      <w:r>
        <w:rPr>
          <w:sz w:val="20"/>
        </w:rPr>
        <w:t>1:31:23  maulana, agla sawal roorkee se hai, sajid anwar sahib ka. unhon ne ek quran ki ayat ka reference diya hai jo is tarah hai:</w:t>
      </w:r>
      <w:r>
        <w:br/>
      </w:r>
      <w:r>
        <w:rPr>
          <w:sz w:val="20"/>
        </w:rPr>
        <w:t>1:31:33  rabbana hablana min azwajina wa zurriyatina qurrata ayunin waj alna lilmuttaqina imama.</w:t>
      </w:r>
      <w:r>
        <w:br/>
      </w:r>
      <w:r>
        <w:rPr>
          <w:sz w:val="20"/>
        </w:rPr>
        <w:t>1:31:44  maulana, woh yeh likh rahe hain ke in this prayer of the quran, what role the muttaqina imama indicates of the guardian of a home?</w:t>
      </w:r>
      <w:r>
        <w:br/>
      </w:r>
      <w:r>
        <w:rPr>
          <w:sz w:val="20"/>
        </w:rPr>
        <w:t>1:31:53  is ke bare mein bataein. dekhiye, is mein yeh hai ke dua ke jo alfaaz hain waj alna lilmuttaqina imama</w:t>
      </w:r>
      <w:r>
        <w:br/>
      </w:r>
      <w:r>
        <w:rPr>
          <w:sz w:val="20"/>
        </w:rPr>
        <w:t>1:32:02  . yani apni family ko yahan par diya gaya reference. to hum ko apni family ke logon ka, yani koi muttaqi family ho, hum us ke leader hon, imam hon.</w:t>
      </w:r>
      <w:r>
        <w:br/>
      </w:r>
      <w:r>
        <w:rPr>
          <w:sz w:val="20"/>
        </w:rPr>
        <w:t>1:32:18  to is ka yeh matlab nahi ke ke allah taala farmaye ke tumhari family ko muttaqi family hona chahiye. yeh matlab nahi hai.</w:t>
      </w:r>
      <w:r>
        <w:br/>
      </w:r>
      <w:r>
        <w:rPr>
          <w:sz w:val="20"/>
        </w:rPr>
        <w:t>1:32:27  yeh jo khandan ka jo sarparast hai, us ke us ke dil ki yeh tamanna honi chahiye ke mere ghar wale allah se darne wale hon, allah se ta'alluq rakhne wale hon,</w:t>
      </w:r>
      <w:r>
        <w:br/>
      </w:r>
      <w:r>
        <w:rPr>
          <w:sz w:val="20"/>
        </w:rPr>
        <w:t>1:32:40  deeni mizaj un ke andar ho. to yeh yani yeh baat family wise nahi hai balke sarparast wise hai. ek sarparast ka jazba kya hona chahiye?</w:t>
      </w:r>
      <w:r>
        <w:br/>
      </w:r>
      <w:r>
        <w:rPr>
          <w:sz w:val="20"/>
        </w:rPr>
        <w:t>1:32:52  aaj kal kya hai, un ka jazba kya hota hai</w:t>
      </w:r>
      <w:r>
        <w:br/>
      </w:r>
      <w:r>
        <w:rPr>
          <w:sz w:val="20"/>
        </w:rPr>
        <w:t>1:32:55  ke main apne bachon ko khoob paisa doon, khoob building doon, khoob car doon? yeh nahi hona chahiye aap ka jazba. aap ka jazba yeh hona chahiye ke aap ke aankhein is par khush hon ke aap ke ghar ke log allah wale ban jaein.</w:t>
      </w:r>
      <w:r>
        <w:br/>
      </w:r>
      <w:r>
        <w:rPr>
          <w:sz w:val="20"/>
        </w:rPr>
        <w:t>1:33:10  yani aankh ki thandak yeh ho aap ki. nahi, yeh thandak nahi ho ke aap woh shandar maadi zindagi kyun ban rahi hai in ki. social status acha ban raha hai in ka.</w:t>
      </w:r>
      <w:r>
        <w:br/>
      </w:r>
      <w:r>
        <w:rPr>
          <w:sz w:val="20"/>
        </w:rPr>
        <w:t>1:33:22  to sarparast ki aankhon ki thandak is mein honi chahiye ke woh logon ko muttaqi dekhna chahe. yeh matlab hai is ka.</w:t>
      </w:r>
      <w:r>
        <w:br/>
      </w:r>
      <w:r>
        <w:rPr>
          <w:sz w:val="20"/>
        </w:rPr>
        <w:t>1:33:34  kyun ke woh to bas mein nahi hai. aap kaise badal dalen kisi ko? apne ko badal sakte hain aap. to yeh is mein jo baat kahi gayi, woh family wise nahi hai balke sarparast wise hai.</w:t>
      </w:r>
    </w:p>
    <w:p>
      <w:pPr>
        <w:pStyle w:val="Heading2"/>
      </w:pPr>
      <w:r>
        <w:t>Meaning of Allah being Noor</w:t>
      </w:r>
    </w:p>
    <w:p>
      <w:r>
        <w:rPr>
          <w:color w:val="666666"/>
          <w:sz w:val="18"/>
        </w:rPr>
        <w:t>Quran &amp; Tafsir · The Road to Paradise December 11, 2016 · 2m 11s · at 52:56 · https://youtu.be/iW2QmcY1_yU?t=3176</w:t>
      </w:r>
    </w:p>
    <w:p>
      <w:r>
        <w:rPr>
          <w:i/>
        </w:rPr>
        <w:t>“Moulana, Allah is Noor, what does that mean? Explain.”</w:t>
      </w:r>
    </w:p>
    <w:p>
      <w:r>
        <w:rPr>
          <w:sz w:val="20"/>
        </w:rPr>
        <w:t>52:56  ji, Maulana sahib, agla sawal Bihar se bheja hai Farooq Abdullah Fiza sahib ne.</w:t>
      </w:r>
      <w:r>
        <w:br/>
      </w:r>
      <w:r>
        <w:rPr>
          <w:sz w:val="20"/>
        </w:rPr>
        <w:t>53:02  unhon ne aap se poocha hai ke: "Maulana sahib, Allah noor hai, is ka kya matlab hai? Is</w:t>
      </w:r>
      <w:r>
        <w:br/>
      </w:r>
      <w:r>
        <w:rPr>
          <w:sz w:val="20"/>
        </w:rPr>
        <w:t>53:09  ke bare mein batayen." Allah khud noor nahi hai, yahan noor ke mani hain hidayat, yani Allah ke</w:t>
      </w:r>
      <w:r>
        <w:br/>
      </w:r>
      <w:r>
        <w:rPr>
          <w:sz w:val="20"/>
        </w:rPr>
        <w:t>53:15  zariye hidayat milti hai.</w:t>
      </w:r>
      <w:r>
        <w:br/>
      </w:r>
      <w:r>
        <w:rPr>
          <w:sz w:val="20"/>
        </w:rPr>
        <w:t>53:22  Allah kya hai, yeh hum ne dekha nahi hai, kisi insan ne dekha nahi hai.</w:t>
      </w:r>
      <w:r>
        <w:br/>
      </w:r>
      <w:r>
        <w:rPr>
          <w:sz w:val="20"/>
        </w:rPr>
        <w:t>53:28  to aap yeh nahi keh sakte ke jaise bijli ka bulb hota hai, aise Allah hai, yeh sahi</w:t>
      </w:r>
      <w:r>
        <w:br/>
      </w:r>
      <w:r>
        <w:rPr>
          <w:sz w:val="20"/>
        </w:rPr>
        <w:t>53:35  nahi hoga kehna.</w:t>
      </w:r>
      <w:r>
        <w:br/>
      </w:r>
      <w:r>
        <w:rPr>
          <w:sz w:val="20"/>
        </w:rPr>
        <w:t>53:42  Allah bayan aur material perception hai.</w:t>
      </w:r>
      <w:r>
        <w:br/>
      </w:r>
      <w:r>
        <w:rPr>
          <w:sz w:val="20"/>
        </w:rPr>
        <w:t>53:48  to jo Quran mein aaya hai ke: Allah noor al samawat wa al arz Allah zameen o aasman ki roshni hai.</w:t>
      </w:r>
      <w:r>
        <w:br/>
      </w:r>
      <w:r>
        <w:rPr>
          <w:sz w:val="20"/>
        </w:rPr>
        <w:t>53:55  yeh nahi ke Allah ka wajood noor hai, yeh nahi kaha Quran majeed mein.</w:t>
      </w:r>
      <w:r>
        <w:br/>
      </w:r>
      <w:r>
        <w:rPr>
          <w:sz w:val="20"/>
        </w:rPr>
        <w:t>54:01  Allah noor al samawat wa al arz, Allah zameen o aasman ki roshni hai, yani Allah hi se milta hai jo</w:t>
      </w:r>
      <w:r>
        <w:br/>
      </w:r>
      <w:r>
        <w:rPr>
          <w:sz w:val="20"/>
        </w:rPr>
        <w:t>54:08  kuch kisi ko milta hai.</w:t>
      </w:r>
      <w:r>
        <w:br/>
      </w:r>
      <w:r>
        <w:rPr>
          <w:sz w:val="20"/>
        </w:rPr>
        <w:t>54:14  wohi soul giver hai, koi doosra giver nahi hai.</w:t>
      </w:r>
      <w:r>
        <w:br/>
      </w:r>
      <w:r>
        <w:rPr>
          <w:sz w:val="20"/>
        </w:rPr>
        <w:t>54:21  yeh matlab hai.</w:t>
      </w:r>
      <w:r>
        <w:br/>
      </w:r>
      <w:r>
        <w:rPr>
          <w:sz w:val="20"/>
        </w:rPr>
        <w:t>54:27  yeh samajhna galat hai ke Allah koi roshni hai bulb ki tarike se, yeh matlab nahi hai.</w:t>
      </w:r>
      <w:r>
        <w:br/>
      </w:r>
      <w:r>
        <w:rPr>
          <w:sz w:val="20"/>
        </w:rPr>
        <w:t>54:34  kyun ke Quran mein jo alfaaz hain, woh yeh hain ke: Allah noor al samawat wa al arz Allah zameen o aasman</w:t>
      </w:r>
      <w:r>
        <w:br/>
      </w:r>
      <w:r>
        <w:rPr>
          <w:sz w:val="20"/>
        </w:rPr>
        <w:t>54:40  ki roshni hai.</w:t>
      </w:r>
      <w:r>
        <w:br/>
      </w:r>
      <w:r>
        <w:rPr>
          <w:sz w:val="20"/>
        </w:rPr>
        <w:t>54:47  duniya mein, is poori universe mein, wohi aik giver hai jis ko kuch bhi kisi ko jo milta</w:t>
      </w:r>
      <w:r>
        <w:br/>
      </w:r>
      <w:r>
        <w:rPr>
          <w:sz w:val="20"/>
        </w:rPr>
        <w:t>54:54  hai, woh Allah se milta hai.</w:t>
      </w:r>
      <w:r>
        <w:br/>
      </w:r>
      <w:r>
        <w:rPr>
          <w:sz w:val="20"/>
        </w:rPr>
        <w:t>55:00  koi aur doosra giver hai nahi.</w:t>
      </w:r>
    </w:p>
    <w:p>
      <w:pPr>
        <w:pStyle w:val="Heading2"/>
      </w:pPr>
      <w:r>
        <w:t>Meaning of God's Dye (Sibghah Allah)</w:t>
      </w:r>
    </w:p>
    <w:p>
      <w:r>
        <w:rPr>
          <w:color w:val="666666"/>
          <w:sz w:val="18"/>
        </w:rPr>
        <w:t>Quran &amp; Tafsir · The Companions and the Hadith Scholars June 24, 2012 · 2m 53s · at 59:38 · https://youtu.be/Dj4QiYnxgBs?t=3578</w:t>
      </w:r>
    </w:p>
    <w:p>
      <w:r>
        <w:rPr>
          <w:i/>
        </w:rPr>
        <w:t>“In Quran chapter 2, verse 138 it says: 'We take God's own dye, who has a better dye than God's dye.' What is the meaning of God's dye, that is 'Sibghah Allah'?”</w:t>
      </w:r>
    </w:p>
    <w:p>
      <w:r>
        <w:rPr>
          <w:sz w:val="20"/>
        </w:rPr>
        <w:t>59:38  okay, we'll start the question and session now. Maulana, yeh sawal aaya hai dilli se, Maulana Zakwan Nadvi sahab ka. Unhon ne likha hai ke quran ke chapter number two, verse number 138 mein aaya hai:</w:t>
      </w:r>
      <w:r>
        <w:br/>
      </w:r>
      <w:r>
        <w:rPr>
          <w:sz w:val="20"/>
        </w:rPr>
        <w:t>59:54  "and we take on god's own dye, who has a better dye than god's dye." Maulana, what is the meaning of god's dye?</w:t>
      </w:r>
      <w:r>
        <w:br/>
      </w:r>
      <w:r>
        <w:rPr>
          <w:sz w:val="20"/>
        </w:rPr>
        <w:t>1:00:05  diet is sibghatullah.</w:t>
      </w:r>
      <w:r>
        <w:br/>
      </w:r>
      <w:r>
        <w:rPr>
          <w:sz w:val="20"/>
        </w:rPr>
        <w:t>1:00:07  is ke bare mein bataein. sibghatullah, is mein dekhein, woh aik is ka aik background hai, yeh jis ko kehte hain ijtiba.</w:t>
      </w:r>
      <w:r>
        <w:br/>
      </w:r>
      <w:r>
        <w:rPr>
          <w:sz w:val="20"/>
        </w:rPr>
        <w:t>1:00:20  isai logon ke haan to un ke haan aik rasam thi ke jab woh kisi ko christian banate thay to ijtiba karte thay.</w:t>
      </w:r>
      <w:r>
        <w:br/>
      </w:r>
      <w:r>
        <w:rPr>
          <w:sz w:val="20"/>
        </w:rPr>
        <w:t>1:00:33  yani pehle zamanay mein kuch rang, koi khaas rang ka kapra pehnana, ab to shayad pani sakte hain sirf.</w:t>
      </w:r>
      <w:r>
        <w:br/>
      </w:r>
      <w:r>
        <w:rPr>
          <w:sz w:val="20"/>
        </w:rPr>
        <w:t>1:00:43  to is ke background mein yeh alfaaz aaye hain. matlab yeh nahi ke koi rang hota hai Allah taala ka, is ka matlab yeh hai ke</w:t>
      </w:r>
      <w:r>
        <w:br/>
      </w:r>
      <w:r>
        <w:rPr>
          <w:sz w:val="20"/>
        </w:rPr>
        <w:t>1:00:56  Allah ko, yani Allah ki following ke maani mein, Allah ko ikhtiyar karo, sirf rang ke maani mein nahi.</w:t>
      </w:r>
      <w:r>
        <w:br/>
      </w:r>
      <w:r>
        <w:rPr>
          <w:sz w:val="20"/>
        </w:rPr>
        <w:t>1:01:05  woh log sirf rang ke maani mein samajh rahe thay ke khaas rang ka kapra ho to woh deendar ban gaya. abhi bhi un ke haan yeh hai, mukhtalif rang ke kapre un ke hotay hain jo batate hain un ke deeni darjay ko.</w:t>
      </w:r>
      <w:r>
        <w:br/>
      </w:r>
      <w:r>
        <w:rPr>
          <w:sz w:val="20"/>
        </w:rPr>
        <w:t>1:01:20  to har mazhab mein aisa hua hai, mazhabi tabqay ne rang ke sath mazhab jor rakha hai. to yahan par bataya gaya ke asli rang woh nahi hai, maadi rang.</w:t>
      </w:r>
      <w:r>
        <w:br/>
      </w:r>
      <w:r>
        <w:rPr>
          <w:sz w:val="20"/>
        </w:rPr>
        <w:t>1:01:31  asli rang yeh hai ke Allah ki tabedari.</w:t>
      </w:r>
      <w:r>
        <w:br/>
      </w:r>
      <w:r>
        <w:rPr>
          <w:sz w:val="20"/>
        </w:rPr>
        <w:t>1:01:37  yeh is maani mein mein samajhta hoon kaha gaya hai. doosri baat yeh hai ke rang ki tamseel bohat mehmana hai. dekhein, yeh pani hai, is mein agar aap pathar ka tukra dalen to alag aa kar par jaye ga, woh pani mein ghule ga nahi.</w:t>
      </w:r>
      <w:r>
        <w:br/>
      </w:r>
      <w:r>
        <w:rPr>
          <w:sz w:val="20"/>
        </w:rPr>
        <w:t>1:01:54  kyun ke jab rang dalte hain to pure pani mein ghul jata hai. woh</w:t>
      </w:r>
      <w:r>
        <w:br/>
      </w:r>
      <w:r>
        <w:rPr>
          <w:sz w:val="20"/>
        </w:rPr>
        <w:t>1:01:59  to yeh matlab hai ke jis tarah se rang pani mein ghul kar ke pura us mein sarayat kar jata hai, to Allah ke deen ko is tarah ikhtiyar karo ke puri shakhsiyat ka hissa ban jaye.</w:t>
      </w:r>
      <w:r>
        <w:br/>
      </w:r>
      <w:r>
        <w:rPr>
          <w:sz w:val="20"/>
        </w:rPr>
        <w:t>1:02:15  aisa na ho ke tumhari shakhsiyat alag hai aur deen alag hai, woh zaimay ke tor par na rahe, balkay tumhari shakhsiyat puri ki puri se woh dhal jaye.</w:t>
      </w:r>
      <w:r>
        <w:br/>
      </w:r>
      <w:r>
        <w:rPr>
          <w:sz w:val="20"/>
        </w:rPr>
        <w:t>1:02:27  yeh matlab hai is ka.</w:t>
      </w:r>
    </w:p>
    <w:p>
      <w:pPr>
        <w:pStyle w:val="Heading2"/>
      </w:pPr>
      <w:r>
        <w:t>Meaning of Ijtihadi power and its use</w:t>
      </w:r>
    </w:p>
    <w:p>
      <w:r>
        <w:rPr>
          <w:color w:val="666666"/>
          <w:sz w:val="18"/>
        </w:rPr>
        <w:t>Quran &amp; Tafsir · Dars-e-Quran, Ch. 2 Verse 54 | March 18, 2018 · 2m 32s · at 1:00:41 · https://youtu.be/xQ2LXsz1oTw?t=3641</w:t>
      </w:r>
    </w:p>
    <w:p>
      <w:r>
        <w:rPr>
          <w:i/>
        </w:rPr>
        <w:t>“What is meant by Ijtihadi power and who decides to use it?”</w:t>
      </w:r>
    </w:p>
    <w:p>
      <w:r>
        <w:rPr>
          <w:sz w:val="20"/>
        </w:rPr>
        <w:t>1:00:41  Maulana, agla sawal Kolkata se Aftab Alam sahib ne bheja hai.</w:t>
      </w:r>
      <w:r>
        <w:br/>
      </w:r>
      <w:r>
        <w:rPr>
          <w:sz w:val="20"/>
        </w:rPr>
        <w:t>1:00:47  unhon ne likha hai: "bahut bahut shukriya Maulana, aaj ke lecture se Quran ko samajhne ka ek naya darwaza khula.</w:t>
      </w:r>
      <w:r>
        <w:br/>
      </w:r>
      <w:r>
        <w:rPr>
          <w:sz w:val="20"/>
        </w:rPr>
        <w:t>1:00:53  mera sawal hai ke ijtihadi taqat se murad kya hai aur is ka istemal karne ka faisla kaun</w:t>
      </w:r>
      <w:r>
        <w:br/>
      </w:r>
      <w:r>
        <w:rPr>
          <w:sz w:val="20"/>
        </w:rPr>
        <w:t>1:00:59  karega? is</w:t>
      </w:r>
      <w:r>
        <w:br/>
      </w:r>
      <w:r>
        <w:rPr>
          <w:sz w:val="20"/>
        </w:rPr>
        <w:t>1:01:05  ko wazeh karen." har aadmi yeh jhooti baat hai ke koi agar kahega ijtihad ki shart laga</w:t>
      </w:r>
      <w:r>
        <w:br/>
      </w:r>
      <w:r>
        <w:rPr>
          <w:sz w:val="20"/>
        </w:rPr>
        <w:t>1:01:13  hua hai, ek hi shart hai niyat.</w:t>
      </w:r>
      <w:r>
        <w:br/>
      </w:r>
      <w:r>
        <w:rPr>
          <w:sz w:val="20"/>
        </w:rPr>
        <w:t>1:01:20  aap ki niyat agar sachi hai to chahe aap madrasay ke certificate na hon, aap ijtihad ka nikah rakhte hain.</w:t>
      </w:r>
      <w:r>
        <w:br/>
      </w:r>
      <w:r>
        <w:rPr>
          <w:sz w:val="20"/>
        </w:rPr>
        <w:t>1:01:28  Ali, kyunke yeh sabit shuda Hadees hai ke "Innamal a'malu binniyat"</w:t>
      </w:r>
      <w:r>
        <w:br/>
      </w:r>
      <w:r>
        <w:rPr>
          <w:sz w:val="20"/>
        </w:rPr>
        <w:t>1:01:36  har amal depend karta hai niyat par.</w:t>
      </w:r>
      <w:r>
        <w:br/>
      </w:r>
      <w:r>
        <w:rPr>
          <w:sz w:val="20"/>
        </w:rPr>
        <w:t>1:01:42  aap ko ijtihad karna hai, niyat ko pak kijiye, do rak'at namaz padhiye, Allah se dua kijiye.</w:t>
      </w:r>
      <w:r>
        <w:br/>
      </w:r>
      <w:r>
        <w:rPr>
          <w:sz w:val="20"/>
        </w:rPr>
        <w:t>1:01:48  is ke baad aap ko haq hai ke ijtihad karen.</w:t>
      </w:r>
      <w:r>
        <w:br/>
      </w:r>
      <w:r>
        <w:rPr>
          <w:sz w:val="20"/>
        </w:rPr>
        <w:t>1:01:54  aap koi nahi hai ijtihad ko rokne wala.</w:t>
      </w:r>
      <w:r>
        <w:br/>
      </w:r>
      <w:r>
        <w:rPr>
          <w:sz w:val="20"/>
        </w:rPr>
        <w:t>1:02:00  is is tasawwur ne ke ijtihad ko aisa bana diya hai ke ijtihad koi</w:t>
      </w:r>
      <w:r>
        <w:br/>
      </w:r>
      <w:r>
        <w:rPr>
          <w:sz w:val="20"/>
        </w:rPr>
        <w:t>1:02:06  ya'ni woh hai kaat kaatne wali cheez hai.</w:t>
      </w:r>
      <w:r>
        <w:br/>
      </w:r>
      <w:r>
        <w:rPr>
          <w:sz w:val="20"/>
        </w:rPr>
        <w:t>1:02:12  is ko dehati zuban mein kehte hain "katao".</w:t>
      </w:r>
      <w:r>
        <w:br/>
      </w:r>
      <w:r>
        <w:rPr>
          <w:sz w:val="20"/>
        </w:rPr>
        <w:t>1:02:18  ijtihad ka darwaza khula hua hai, sirf niyat ka darwaza band na rakhen.</w:t>
      </w:r>
      <w:r>
        <w:br/>
      </w:r>
      <w:r>
        <w:rPr>
          <w:sz w:val="20"/>
        </w:rPr>
        <w:t>1:02:24  aap khalis niyat, allah se dar, allah ke liye ijtihad.</w:t>
      </w:r>
      <w:r>
        <w:br/>
      </w:r>
      <w:r>
        <w:rPr>
          <w:sz w:val="20"/>
        </w:rPr>
        <w:t>1:02:30  to aap ijtihad ki ghalti agar karen ge tab bhi allah maaf kare ga.</w:t>
      </w:r>
      <w:r>
        <w:br/>
      </w:r>
      <w:r>
        <w:rPr>
          <w:sz w:val="20"/>
        </w:rPr>
        <w:t>1:02:36  agar yeh ijtihad ka darwaza kholna zaroori hai dawat ko aam karne ke liye, hamare log jo is</w:t>
      </w:r>
      <w:r>
        <w:br/>
      </w:r>
      <w:r>
        <w:rPr>
          <w:sz w:val="20"/>
        </w:rPr>
        <w:t>1:02:41  ko phaila rahe hain idhar udhar quran majeed, to sab se bari rukawat yeh aa rahi hai.</w:t>
      </w:r>
      <w:r>
        <w:br/>
      </w:r>
      <w:r>
        <w:rPr>
          <w:sz w:val="20"/>
        </w:rPr>
        <w:t>1:02:46  arey bhai, be-hurmati ho jaye gi!</w:t>
      </w:r>
      <w:r>
        <w:br/>
      </w:r>
      <w:r>
        <w:rPr>
          <w:sz w:val="20"/>
        </w:rPr>
        <w:t>1:02:51  arey bhai, yeh ho jaye ga!</w:t>
      </w:r>
      <w:r>
        <w:br/>
      </w:r>
      <w:r>
        <w:rPr>
          <w:sz w:val="20"/>
        </w:rPr>
        <w:t>1:02:56  arey bhai, woh ho jaye ga!</w:t>
      </w:r>
      <w:r>
        <w:br/>
      </w:r>
      <w:r>
        <w:rPr>
          <w:sz w:val="20"/>
        </w:rPr>
        <w:t>1:03:01  yeh sab bilkul batil hai aur aap ko allah ne wada</w:t>
      </w:r>
      <w:r>
        <w:br/>
      </w:r>
      <w:r>
        <w:rPr>
          <w:sz w:val="20"/>
        </w:rPr>
        <w:t>1:03:06  kiya hai ke " aye bande, teri har ghalti ko maaf karon ga agar tu toba kare to".</w:t>
      </w:r>
    </w:p>
    <w:p>
      <w:pPr>
        <w:pStyle w:val="Heading2"/>
      </w:pPr>
      <w:r>
        <w:t>Meaning of Shura in Islam</w:t>
      </w:r>
    </w:p>
    <w:p>
      <w:r>
        <w:rPr>
          <w:color w:val="666666"/>
          <w:sz w:val="18"/>
        </w:rPr>
        <w:t>Quran &amp; Tafsir · Islam and Politics November 17, 2013 · 2m 03s · at 57:09 · https://youtu.be/LgKA8wg4NPc?t=3429</w:t>
      </w:r>
    </w:p>
    <w:p>
      <w:r>
        <w:rPr>
          <w:i/>
        </w:rPr>
        <w:t>“What is the meaning of the Shura system in Islam? Please explain it to us. The Quranic verse in Surah Ash-Shura says: 'Their affair is decided by mutual consultation.' Is this a general statement that Muslims should work by consulting each other? It is said that the Prophet consulted in every matter. So consultation means a culture of consultation, not a political system. Does this verse have any connection with politics? It teaches us to make consultation our culture, whether at home or when traveling.”</w:t>
      </w:r>
    </w:p>
    <w:p>
      <w:r>
        <w:rPr>
          <w:sz w:val="20"/>
        </w:rPr>
        <w:t>57:09  maulana agla sawal tamil nadu se aya hai maulana ilyas ka</w:t>
      </w:r>
      <w:r>
        <w:br/>
      </w:r>
      <w:r>
        <w:rPr>
          <w:sz w:val="20"/>
        </w:rPr>
        <w:t>57:14  unhon ne likha hai maulana islam ka shura nizam ke kya mani hain is ke bare mein hamein batayen yeh quran ki shura jo hai al-shura is mein yeh ayat aayi hai amruhum shura baynahum yeh ek aam general baat hai general ke musalman jo hai is tarah kaam karte hain ke apas mein mashwara karke karte hain</w:t>
      </w:r>
      <w:r>
        <w:br/>
      </w:r>
      <w:r>
        <w:rPr>
          <w:sz w:val="20"/>
        </w:rPr>
        <w:t>57:42  rasool allah ke bare mein hai ke aap har mamle mein mashwara karte the to mashwara yani is mein mashwara culture mashwara politics nahin is ayat ka koi taalluq politics se nahin hai is mein bataya gaya hai ke mashwara ko apna culture banao ghar mein ho tabhi mashwara karo safar karna hai tabhi mashwara karo</w:t>
      </w:r>
      <w:r>
        <w:br/>
      </w:r>
      <w:r>
        <w:rPr>
          <w:sz w:val="20"/>
        </w:rPr>
        <w:t>58:05  is mein jis cheez ki baat kahi gayi hai woh yani mashwara ki politics nahin hai mashwara ka culture hai jisko hamein apne rozmarra ke deen mein ikhtiyar karna chahiye ikhtiyar kyun jab do aadmi mashwara karte hain to exchange hota hai do aadmi apne apne point of view jo hai us ko samne rakhte hain to us ke baad discussion hota hai discussion se baat khulti hai</w:t>
      </w:r>
      <w:r>
        <w:br/>
      </w:r>
      <w:r>
        <w:rPr>
          <w:sz w:val="20"/>
        </w:rPr>
        <w:t>58:34  jab do aadmi char aadmi mil kar ke apni apni rai den aur kisi baais ke baghair wahan par mashwara par ghor o fikr ho raha ho to to hamesha is mein koi nayi nayi baaten samne aati hain koi naya idea emerge karta hai to mashwara ek non political culture hai mashwara koi political system nahin hai</w:t>
      </w:r>
      <w:r>
        <w:br/>
      </w:r>
      <w:r>
        <w:rPr>
          <w:sz w:val="20"/>
        </w:rPr>
        <w:t>59:01  yeh ek non political culture hai jo hamein har mamle mein rozana ki zindagi mein ghar ke andar bhi ghar ke bahar bhi ikhtiyar karna chahiye</w:t>
      </w:r>
    </w:p>
    <w:p>
      <w:pPr>
        <w:pStyle w:val="Heading2"/>
      </w:pPr>
      <w:r>
        <w:t>Meaning of Tabat yada Abi Lahab</w:t>
      </w:r>
    </w:p>
    <w:p>
      <w:r>
        <w:rPr>
          <w:color w:val="666666"/>
          <w:sz w:val="18"/>
        </w:rPr>
        <w:t>Quran &amp; Tafsir · The Character of a Dayee 4 March 2012 - Maulana Wahiduddin Khan · 4m 14s · at 1:13:10 · https://youtu.be/YtavJpVNbEM?t=4390</w:t>
      </w:r>
    </w:p>
    <w:p>
      <w:r>
        <w:rPr>
          <w:i/>
        </w:rPr>
        <w:t>“Kindly comment on the reference and the meaning of 'Tabat yada Abi Lahab'.”</w:t>
      </w:r>
    </w:p>
    <w:p>
      <w:r>
        <w:rPr>
          <w:sz w:val="20"/>
        </w:rPr>
        <w:t>1:13:10  molana, agla sawal hai doctor beejma siddiqi ka dilli se. unhon ne aap se poocha hai: "kindly comment on the reference and the meaning of tabtida abee lahab."</w:t>
      </w:r>
      <w:r>
        <w:br/>
      </w:r>
      <w:r>
        <w:rPr>
          <w:sz w:val="20"/>
        </w:rPr>
        <w:t>1:13:31  tabtida abee lahab.</w:t>
      </w:r>
      <w:r>
        <w:br/>
      </w:r>
      <w:r>
        <w:rPr>
          <w:sz w:val="20"/>
        </w:rPr>
        <w:t>1:13:46  dekhiye, makkah mein</w:t>
      </w:r>
      <w:r>
        <w:br/>
      </w:r>
      <w:r>
        <w:rPr>
          <w:sz w:val="20"/>
        </w:rPr>
        <w:t>1:13:52  jis ko kehte hain yani kamina pan, kamina pan ka kirdaar sirf ek hi tha, abu lahab ka tha.</w:t>
      </w:r>
      <w:r>
        <w:br/>
      </w:r>
      <w:r>
        <w:rPr>
          <w:sz w:val="20"/>
        </w:rPr>
        <w:t>1:14:00  wo to aur log jo the, jaise abu jahal hai, wo sarkashi ki thi. is ne dekhiye, ek ka sarkashi karna,</w:t>
      </w:r>
      <w:r>
        <w:br/>
      </w:r>
      <w:r>
        <w:rPr>
          <w:sz w:val="20"/>
        </w:rPr>
        <w:t>1:14:09  ek ka kamina pan, kamina ban jana mukhalifat mein. to sarkashi bhi buri cheez hai, lekin abu jahal ka naam le kar kahin quran mein bhi nahi aaya hai.</w:t>
      </w:r>
      <w:r>
        <w:br/>
      </w:r>
      <w:r>
        <w:rPr>
          <w:sz w:val="20"/>
        </w:rPr>
        <w:t>1:14:23  dekhiye, abu abu lahab ke bare mein naam le kar</w:t>
      </w:r>
      <w:r>
        <w:br/>
      </w:r>
      <w:r>
        <w:rPr>
          <w:sz w:val="20"/>
        </w:rPr>
        <w:t>1:14:27  bara bataya gaya hai is ko. to is se main jo nateeja pohancha hoon, wo yeh hai ke Allah ki nazar mein kamina pan bohat hi buri cheez hai.</w:t>
      </w:r>
      <w:r>
        <w:br/>
      </w:r>
      <w:r>
        <w:rPr>
          <w:sz w:val="20"/>
        </w:rPr>
        <w:t>1:14:38  sarkashi bhi buri hai, lekin kamina pan is tarah bura hai. kamina pan kya hai? aib lagana, ilzaam lagana, badnaam karna, yani kisi ki ko jo uska character assess karna waghera.</w:t>
      </w:r>
      <w:r>
        <w:br/>
      </w:r>
      <w:r>
        <w:rPr>
          <w:sz w:val="20"/>
        </w:rPr>
        <w:t>1:14:55  main ek misaal deta hoon aap ko: rasool Allah sal Allah alaih wasallam ne abu lahab bhi aap ka chacha tha, abu talib bhi aap ke chacha thay. to rasool Allah sal Allah alaih wasallam ne jab nabuwat mili to aap ne wahan par bulaya logon ko.</w:t>
      </w:r>
      <w:r>
        <w:br/>
      </w:r>
      <w:r>
        <w:rPr>
          <w:sz w:val="20"/>
        </w:rPr>
        <w:t>1:15:08  safa jo jo ek chattan thi, wahan par log ikhatta hue</w:t>
      </w:r>
      <w:r>
        <w:br/>
      </w:r>
      <w:r>
        <w:rPr>
          <w:sz w:val="20"/>
        </w:rPr>
        <w:t>1:15:14  to aap ne dawat di. dawat dene ke baad log khamosh ho gaye, chale gaye. kisi ne mana nahi, khamosh chale gaye.</w:t>
      </w:r>
      <w:r>
        <w:br/>
      </w:r>
      <w:r>
        <w:rPr>
          <w:sz w:val="20"/>
        </w:rPr>
        <w:t>1:15:23  lekin abu talib, wo abu lahab jo tha, abu lahab khara ho ke kya kehta hai? rabb saar saar Allah ama jama'atna ila hadha</w:t>
      </w:r>
      <w:r>
        <w:br/>
      </w:r>
      <w:r>
        <w:rPr>
          <w:sz w:val="20"/>
        </w:rPr>
        <w:t>1:15:34  tera bura ho sara din. isi liye hum ko ikhatta kiya tha. yeh jo hai, yeh yeh kamina pan hai, jhooti mukhalifat. to ek hai sarkashi, ek hai jhooti mukhalifat.</w:t>
      </w:r>
      <w:r>
        <w:br/>
      </w:r>
      <w:r>
        <w:rPr>
          <w:sz w:val="20"/>
        </w:rPr>
        <w:t>1:15:49  to</w:t>
      </w:r>
      <w:r>
        <w:br/>
      </w:r>
      <w:r>
        <w:rPr>
          <w:sz w:val="20"/>
        </w:rPr>
        <w:t>1:15:50  ab yeh surah batati hai ke Allah ki nazar mein jhooti mukhalifat bohat hi buri cheez hai. kamina pan, jhooti mukhalifat, ilzaam lagana, aib aib lagana,</w:t>
      </w:r>
      <w:r>
        <w:br/>
      </w:r>
      <w:r>
        <w:rPr>
          <w:sz w:val="20"/>
        </w:rPr>
        <w:t>1:16:03  be buniyad ek to character assess karna,</w:t>
      </w:r>
      <w:r>
        <w:br/>
      </w:r>
      <w:r>
        <w:rPr>
          <w:sz w:val="20"/>
        </w:rPr>
        <w:t>1:16:08  character assassination. to is surah mein yeh paigham hai, jahan tak main samajhta hoon ke Allah ki nazar mein sarkash bilashuba bura hai, lekin kamina insan is se bhi zyada bura hai.</w:t>
      </w:r>
      <w:r>
        <w:br/>
      </w:r>
      <w:r>
        <w:rPr>
          <w:sz w:val="20"/>
        </w:rPr>
        <w:t>1:16:23  kamina insan ki tareef yeh hai</w:t>
      </w:r>
      <w:r>
        <w:br/>
      </w:r>
      <w:r>
        <w:rPr>
          <w:sz w:val="20"/>
        </w:rPr>
        <w:t>1:16:25  ke aap ki mukhalifat mein jhooti baatein karne lage. yani dekhiye, abu jahal jo tha, mukhalif tha aap ka, kabhi is ne rasool Allah par koi jhoota ilzaam nahi lagaya,</w:t>
      </w:r>
      <w:r>
        <w:br/>
      </w:r>
      <w:r>
        <w:rPr>
          <w:sz w:val="20"/>
        </w:rPr>
        <w:t>1:16:39  kabhi nahi. main ne kitabon mein kabhi nahi parha ke is ne abu jahal, abu jahal ne rasool Allah par koi jhoota ilzaam lagaya ho. lekin abu abu talib jo tha, yeh abu lahab jo tha, wo kamina pan dikhata tha, jhooti baatein aap ke khilaf, ilzaam</w:t>
      </w:r>
      <w:r>
        <w:br/>
      </w:r>
      <w:r>
        <w:rPr>
          <w:sz w:val="20"/>
        </w:rPr>
        <w:t>1:16:56  tarashi, character assassination waghera. to yeh bohat hi bara kirdaar hota hai. to yeh is is is is is is surah mein yahi sabak, isi baat ka sabak diya gaya hai ke is se daro ke tumhara anjam</w:t>
      </w:r>
      <w:r>
        <w:br/>
      </w:r>
      <w:r>
        <w:rPr>
          <w:sz w:val="20"/>
        </w:rPr>
        <w:t>1:17:15  abu lahab ka na ho jaye kahin, agar tum wo tareeqa ikhtiyar karo jo abu lahab ne ikhtiyar kiya tha.</w:t>
      </w:r>
    </w:p>
    <w:p>
      <w:pPr>
        <w:pStyle w:val="Heading2"/>
      </w:pPr>
      <w:r>
        <w:t>Meaning of completed religion verse</w:t>
      </w:r>
    </w:p>
    <w:p>
      <w:r>
        <w:rPr>
          <w:color w:val="666666"/>
          <w:sz w:val="18"/>
        </w:rPr>
        <w:t>Quran &amp; Tafsir · Islam and Science (In Conversation with Maulana) · 2m 27s · at 13:37 · https://youtu.be/pKS94tSXlT4?t=817</w:t>
      </w:r>
    </w:p>
    <w:p>
      <w:r>
        <w:rPr>
          <w:i/>
        </w:rPr>
        <w:t>“Maulana, what is the meaning of 'Al-Yawma akmaltu lakum dinakum'? Is it correct to derive from this verse that Islam is a complete religion?”</w:t>
      </w:r>
    </w:p>
    <w:p>
      <w:r>
        <w:rPr>
          <w:sz w:val="20"/>
        </w:rPr>
        <w:t>13:37  Maulana, agla sawal Tamil Nadu se aaya hai, Mr. Farah Ahmed ka. unhon ne likha hai: "Maulana, alyawm akmalt lakum dinakum ka kya matlab hai?</w:t>
      </w:r>
      <w:r>
        <w:br/>
      </w:r>
      <w:r>
        <w:rPr>
          <w:sz w:val="20"/>
        </w:rPr>
        <w:t>13:50  kya is aayat se yeh matlab lena sahi hai ke Islam mukammal deen hai?"</w:t>
      </w:r>
      <w:r>
        <w:br/>
      </w:r>
      <w:r>
        <w:rPr>
          <w:sz w:val="20"/>
        </w:rPr>
        <w:t>13:56  is mein hai kahan? aayat mein yeh kahan hai? is mein yeh lafz kahan hai ke Islam mukammal deen hai? aap mujhe bataiye ke is aayat ka kaun se lafz ka yeh tarjuma hai ke Islam mukammal deen hai?</w:t>
      </w:r>
      <w:r>
        <w:br/>
      </w:r>
      <w:r>
        <w:rPr>
          <w:sz w:val="20"/>
        </w:rPr>
        <w:t>14:09  yeh to khud sakhta matlab nikala gaya hai. is ka tarjuma kijiye, tarjuma lafzi kijiye. tarjuma yeh hoga: "aaj maine tumhare deen ko tumhare liye poora kar diya, kaamil kar diya." yeh to nahi ke aaj maine Islam ko mukammal kar ke tumhein is ka mukammal edition de diya.</w:t>
      </w:r>
      <w:r>
        <w:br/>
      </w:r>
      <w:r>
        <w:rPr>
          <w:sz w:val="20"/>
        </w:rPr>
        <w:t>14:31  kahan is mein? is ke mani yeh nikle ke jo ahkam tumhare upar utarne wale the, woh utar utar utar chuke.</w:t>
      </w:r>
      <w:r>
        <w:br/>
      </w:r>
      <w:r>
        <w:rPr>
          <w:sz w:val="20"/>
        </w:rPr>
        <w:t>14:40  yani jo Quran ka jo hissa, jo aayaten aur suratain utarne wali thin, tumhare upar woh utar chuki hain. ab aage kuch nahi utarne wala hai. lafzi tarjuma mein yeh kahan nikalta hai ke ke ke aaj tum ko hum ne is deen ka mukammal edition de diya?</w:t>
      </w:r>
      <w:r>
        <w:br/>
      </w:r>
      <w:r>
        <w:rPr>
          <w:sz w:val="20"/>
        </w:rPr>
        <w:t>14:59  aaj tum ko hum ne deen ka yani mukammal zabta de diya jo pehle mukammal nahi tha. lafzi tarjuma sirf itna hi hai ke: "alyawm akmalt lakum dinakum".</w:t>
      </w:r>
      <w:r>
        <w:br/>
      </w:r>
      <w:r>
        <w:rPr>
          <w:sz w:val="20"/>
        </w:rPr>
        <w:t>15:12  aaj maine kaamil kar diya tumhare deen ko, tumhare liye, tumhare deen ko, tumhare liye. yani Quran ka isi liye Hazrat Umar ne jab yeh aayat suni thi to aap rone lage.</w:t>
      </w:r>
      <w:r>
        <w:br/>
      </w:r>
      <w:r>
        <w:rPr>
          <w:sz w:val="20"/>
        </w:rPr>
        <w:t>15:27  aap samjhen ke Rasool Allah ki wafat hone wali hai kyunke jo aayaten utarne wali thin, utar chuki hain. jo hisse Quran ke utarne wale the, utar chuke.</w:t>
      </w:r>
      <w:r>
        <w:br/>
      </w:r>
      <w:r>
        <w:rPr>
          <w:sz w:val="20"/>
        </w:rPr>
        <w:t>15:36  yeh mani liya unhon ne to yeh bilkul farzi hai. is aayat mein kabhi bhi yeh nahi hai aur Islam ka koi naqis edition hai, na koi kaamil edition hai.</w:t>
      </w:r>
      <w:r>
        <w:br/>
      </w:r>
      <w:r>
        <w:rPr>
          <w:sz w:val="20"/>
        </w:rPr>
        <w:t>15:45  islam bas islam hai. yani deen ka na koi kamil edition hai, na koi na ghair kamil edition hai. jo deen pehle tha, wahi deen aaj bhi hai.</w:t>
      </w:r>
      <w:r>
        <w:br/>
      </w:r>
      <w:r>
        <w:rPr>
          <w:sz w:val="20"/>
        </w:rPr>
        <w:t>15:54  har nabbi par yeh tasawwur bilkul hi be asal hai. quran o hadith mein iska koi saboot nahi hai.</w:t>
      </w:r>
    </w:p>
    <w:p>
      <w:pPr>
        <w:pStyle w:val="Heading2"/>
      </w:pPr>
      <w:r>
        <w:t>Meaning of fitrat as a guide</w:t>
      </w:r>
    </w:p>
    <w:p>
      <w:r>
        <w:rPr>
          <w:color w:val="666666"/>
          <w:sz w:val="18"/>
        </w:rPr>
        <w:t>Quran &amp; Tafsir · The Straight Path October 30, 2011 Maulana Wahiduddin Khan · 2m 40s · at 1:31:36 · https://youtu.be/PKFHe82Jz58?t=5496</w:t>
      </w:r>
    </w:p>
    <w:p>
      <w:r>
        <w:rPr>
          <w:i/>
        </w:rPr>
        <w:t>“In Tazkirul Quran introduction page number 8, the last line of the first paragraph you have mentioned: 'Fitrat and universe are silent guides for man, while Quran is a verbal guide.' It is easy to understand that universe and Quran are guides, but I am confused about fitrat. Please explain what is the meaning of fitrat and how it can be a guide.”</w:t>
      </w:r>
    </w:p>
    <w:p>
      <w:r>
        <w:rPr>
          <w:sz w:val="20"/>
        </w:rPr>
        <w:t>1:31:36  maulana, yeh sawal aaya hai Mr. Idrees ka Raipur se. unho ne likha hai ke in Tazkir-ul-Quran introduction page number eight, the last line of the first para you have mentioned, fitrat aur kainat agar aadmi ki khamosh rehnuma hai to Quran ek shabdi rehnuma.</w:t>
      </w:r>
      <w:r>
        <w:br/>
      </w:r>
      <w:r>
        <w:rPr>
          <w:sz w:val="20"/>
        </w:rPr>
        <w:t>1:31:58  maulana, it is easy to understand that kainat and Quran are rehnuma, but I am confused about fitrat.</w:t>
      </w:r>
      <w:r>
        <w:br/>
      </w:r>
      <w:r>
        <w:rPr>
          <w:sz w:val="20"/>
        </w:rPr>
        <w:t>1:32:06  please explain what is the meaning of the fitrat and how it could be rehnuma.</w:t>
      </w:r>
      <w:r>
        <w:br/>
      </w:r>
      <w:r>
        <w:rPr>
          <w:sz w:val="20"/>
        </w:rPr>
        <w:t>1:32:15  fitrat se murad wahi hai, is ko hum kehte hain intuition. wahi jo har aadmi is ka tajurba hota hai, jis aadmi ko intuition.</w:t>
      </w:r>
      <w:r>
        <w:br/>
      </w:r>
      <w:r>
        <w:rPr>
          <w:sz w:val="20"/>
        </w:rPr>
        <w:t>1:32:25  to yeh, yani ilm-ul-nafs ki tareekh, tareekh tehqeeq ke mutabiq, yani khud jo jo science of mind hai, is ki jinho ne tehqeeq ki hai, woh khud mante hain ke mind mein, yani fitrat aur mind alag cheez nahi hai.</w:t>
      </w:r>
      <w:r>
        <w:br/>
      </w:r>
      <w:r>
        <w:rPr>
          <w:sz w:val="20"/>
        </w:rPr>
        <w:t>1:32:43  yani hum mazhabi zaban mein fitrat bolte hain, nafs bolte hain, rooh bolte hain, lekin scientific zaban mein har cheez ek hi hai. dimagh, brain.</w:t>
      </w:r>
      <w:r>
        <w:br/>
      </w:r>
      <w:r>
        <w:rPr>
          <w:sz w:val="20"/>
        </w:rPr>
        <w:t>1:32:54  samjhane ke liye hum alfaaz bolte hain, alag alag ke zamir aur rooh aur fitrat waghera, wajdan.</w:t>
      </w:r>
      <w:r>
        <w:br/>
      </w:r>
      <w:r>
        <w:rPr>
          <w:sz w:val="20"/>
        </w:rPr>
        <w:t>1:33:02  lekin yeh sab ka sab ka ta'alluq dimagh se hai. scientific zaban mein is ko sirf ek hi baat, yani sirf mind bola jayega.</w:t>
      </w:r>
      <w:r>
        <w:br/>
      </w:r>
      <w:r>
        <w:rPr>
          <w:sz w:val="20"/>
        </w:rPr>
        <w:t>1:33:13  hum apni language mein is ko mukhtalif alfaaz bolte hain. woh mind ke mukhtalif manifestations hain.</w:t>
      </w:r>
      <w:r>
        <w:br/>
      </w:r>
      <w:r>
        <w:rPr>
          <w:sz w:val="20"/>
        </w:rPr>
        <w:t>1:33:21  to mind mein bohat zyada bhara hua hai.</w:t>
      </w:r>
      <w:r>
        <w:br/>
      </w:r>
      <w:r>
        <w:rPr>
          <w:sz w:val="20"/>
        </w:rPr>
        <w:t>1:33:27  aur yeh ulama yeh kehte hain ke jo kuch hum daryaft karte hain, woh kehte hain mind ko unfold karte hain. mind ko unfold karte hain.</w:t>
      </w:r>
      <w:r>
        <w:br/>
      </w:r>
      <w:r>
        <w:rPr>
          <w:sz w:val="20"/>
        </w:rPr>
        <w:t>1:33:36  pehlay se maujood maujood hai mind mein. to yeh koi nai baat nahi hai.</w:t>
      </w:r>
      <w:r>
        <w:br/>
      </w:r>
      <w:r>
        <w:rPr>
          <w:sz w:val="20"/>
        </w:rPr>
        <w:t>1:33:41  yeh yeh khud jo psychology ke jo experts hain, woh is ko baat mante hain ke mind mein bhara hua hai sab kuch. aur isi ko unfold karne ka naam hai daryaft.</w:t>
      </w:r>
      <w:r>
        <w:br/>
      </w:r>
      <w:r>
        <w:rPr>
          <w:sz w:val="20"/>
        </w:rPr>
        <w:t>1:33:54  to aap in alfaaz se confuse na hon ke ke kahin fitrat bulata hai, kahin shaoor bulata hai, kahin rooh bulata hai, kahin zamir bulata hai.</w:t>
      </w:r>
      <w:r>
        <w:br/>
      </w:r>
      <w:r>
        <w:rPr>
          <w:sz w:val="20"/>
        </w:rPr>
        <w:t>1:34:03  zamir hai, woh sab mind hi ka phenomenon hai, wahi ki manifestation hai.</w:t>
      </w:r>
      <w:r>
        <w:br/>
      </w:r>
      <w:r>
        <w:rPr>
          <w:sz w:val="20"/>
        </w:rPr>
        <w:t>1:34:08  ek hi lafz science mein bulata hai mind, hum is ko mazhab ki zaban mein kai lafz bolte hain.</w:t>
      </w:r>
    </w:p>
    <w:p>
      <w:pPr>
        <w:pStyle w:val="Heading2"/>
      </w:pPr>
      <w:r>
        <w:t>Meaning of hikmah in Quran verse</w:t>
      </w:r>
    </w:p>
    <w:p>
      <w:r>
        <w:rPr>
          <w:color w:val="666666"/>
          <w:sz w:val="18"/>
        </w:rPr>
        <w:t>Quran &amp; Tafsir · God and Man February 19, 2012 · 2m 43s · at 1:16:23 · https://youtu.be/rL4g0LOU3wo?t=4583</w:t>
      </w:r>
    </w:p>
    <w:p>
      <w:r>
        <w:rPr>
          <w:i/>
        </w:rPr>
        <w:t>“There is a verse in the Quran, Chapter 16, Verse 125, where it says, 'Call to God with hikmah.' May I know the meaning and explanation of the word 'hikmah'?”</w:t>
      </w:r>
    </w:p>
    <w:p>
      <w:r>
        <w:rPr>
          <w:sz w:val="20"/>
        </w:rPr>
        <w:t>1:16:23  maulana, agla sawal dilli se hai mister hassan sharif ka. unhon ne likha hai: "There is an ayat in Quran, Chapter 16, Verse number 125, where it is said, 'Call to the God with hikmah.'" maulana, May I know the meaning and explanation of the word 'hikmah' h</w:t>
      </w:r>
      <w:r>
        <w:br/>
      </w:r>
      <w:r>
        <w:rPr>
          <w:sz w:val="20"/>
        </w:rPr>
        <w:t>1:16:45  ere? hikmah jo hai, hikmah se murad wahi cheez ko hum kehte hain wisdom. hikmat koi mysterious cheez, asrar cheez nahi hai.</w:t>
      </w:r>
      <w:r>
        <w:br/>
      </w:r>
      <w:r>
        <w:rPr>
          <w:sz w:val="20"/>
        </w:rPr>
        <w:t>1:17:00  wisdom behtareen lafz hai hikmat ke liye. to yani deen ka ek bada juz hai wisdom hai.</w:t>
      </w:r>
      <w:r>
        <w:br/>
      </w:r>
      <w:r>
        <w:rPr>
          <w:sz w:val="20"/>
        </w:rPr>
        <w:t>1:17:10  dekhiye, wisdom kya cheez hai?</w:t>
      </w:r>
      <w:r>
        <w:br/>
      </w:r>
      <w:r>
        <w:rPr>
          <w:sz w:val="20"/>
        </w:rPr>
        <w:t>1:17:13  ek hai usool. usool ko hum kehte hain aqida ya taleem. jo lafzon mein hoti hai.</w:t>
      </w:r>
      <w:r>
        <w:br/>
      </w:r>
      <w:r>
        <w:rPr>
          <w:sz w:val="20"/>
        </w:rPr>
        <w:t>1:17:24  yani ek hai taleem ya qanoon ya aqida, wo sab lafzon mein hota hai. aur wisdom jo hai, is ka talluq jo hota hai is mein, yani jo between the line jo hota hai, wo wo wisdom hota hai.</w:t>
      </w:r>
      <w:r>
        <w:br/>
      </w:r>
      <w:r>
        <w:rPr>
          <w:sz w:val="20"/>
        </w:rPr>
        <w:t>1:17:41  jo ghaur o fikr se samajh mein aata hai.</w:t>
      </w:r>
      <w:r>
        <w:br/>
      </w:r>
      <w:r>
        <w:rPr>
          <w:sz w:val="20"/>
        </w:rPr>
        <w:t>1:17:44  wisdom ke liye aap ko sochna padta hai. to yahan par wisdom ka matlab yeh hai ke kisi ko tum dawat de rahe ho to us ne pehle socho kis tarah dawat di jaye.</w:t>
      </w:r>
      <w:r>
        <w:br/>
      </w:r>
      <w:r>
        <w:rPr>
          <w:sz w:val="20"/>
        </w:rPr>
        <w:t>1:17:57  kis tarah mein kahun ke is ka mind address ho, is ka meri baat ko dhyan de, wo meri baat par ghaur kare, wo aur is ka zehan badle.</w:t>
      </w:r>
      <w:r>
        <w:br/>
      </w:r>
      <w:r>
        <w:rPr>
          <w:sz w:val="20"/>
        </w:rPr>
        <w:t>1:18:07  in sab baaton ko le kar jab sochenge to is ko hikmat kaha jayega.</w:t>
      </w:r>
      <w:r>
        <w:br/>
      </w:r>
      <w:r>
        <w:rPr>
          <w:sz w:val="20"/>
        </w:rPr>
        <w:t>1:18:13  yani dawat ka matlab yeh nahi ke kuch bol dein, bas khali. baghair kisi wisdom ke, baghair kisi is mein</w:t>
      </w:r>
      <w:r>
        <w:br/>
      </w:r>
      <w:r>
        <w:rPr>
          <w:sz w:val="20"/>
        </w:rPr>
        <w:t>1:18:23  sochay samjhe hue. to khulasa yeh hai ke dawat do logon ko hikmat ke sath.</w:t>
      </w:r>
      <w:r>
        <w:br/>
      </w:r>
      <w:r>
        <w:rPr>
          <w:sz w:val="20"/>
        </w:rPr>
        <w:t>1:18:32  ka matlab yeh hai ke is tarah jo logon ke liye understandable ho, is tarah dawat do.</w:t>
      </w:r>
      <w:r>
        <w:br/>
      </w:r>
      <w:r>
        <w:rPr>
          <w:sz w:val="20"/>
        </w:rPr>
        <w:t>1:18:38  hudoo ila sabeelika bil-hikmah Allah ke raaste ki taraf logon ko bulao hikmat ke sath. to yani doosre lafzon mein agar hum badle mein hum kahenge, yeh keh sakte hain ke Allah ke raaste ki taraf bulao logon ko is tarah jo un ke liye understandable ho,</w:t>
      </w:r>
      <w:r>
        <w:br/>
      </w:r>
      <w:r>
        <w:rPr>
          <w:sz w:val="20"/>
        </w:rPr>
        <w:t>1:18:57  jo un ki reason ko appeal kare, jis se un ka mind address hota ho, is tarah dawat do.</w:t>
      </w:r>
    </w:p>
    <w:p>
      <w:pPr>
        <w:pStyle w:val="Heading2"/>
      </w:pPr>
      <w:r>
        <w:t>Meaning of ulul albab in Quran</w:t>
      </w:r>
    </w:p>
    <w:p>
      <w:r>
        <w:rPr>
          <w:color w:val="666666"/>
          <w:sz w:val="18"/>
        </w:rPr>
        <w:t>Quran &amp; Tafsir · Lessons from My Journey to Canada II January 10, 2016 · 2m 55s · at 44:58 · https://youtu.be/GHF2Ph3GW7A?t=2698</w:t>
      </w:r>
    </w:p>
    <w:p>
      <w:r>
        <w:rPr>
          <w:i/>
        </w:rPr>
        <w:t>“What is the meaning of 'ulul albab' that is mentioned in the Quran more than once?”</w:t>
      </w:r>
    </w:p>
    <w:p>
      <w:r>
        <w:rPr>
          <w:sz w:val="20"/>
        </w:rPr>
        <w:t>44:58  مولانا، ان کا ایک اور سوال ہے، انہوں نے آپ سے یہ بھی پوچھا ہے کہ "What is</w:t>
      </w:r>
      <w:r>
        <w:br/>
      </w:r>
      <w:r>
        <w:rPr>
          <w:sz w:val="20"/>
        </w:rPr>
        <w:t>45:03  The meaning of Ulul Albab that is mentioned in the Quran more than once</w:t>
      </w:r>
      <w:r>
        <w:br/>
      </w:r>
      <w:r>
        <w:rPr>
          <w:sz w:val="20"/>
        </w:rPr>
        <w:t>45:10  ?" dekhein, ulul albab ka matlab aqal wale,</w:t>
      </w:r>
      <w:r>
        <w:br/>
      </w:r>
      <w:r>
        <w:rPr>
          <w:sz w:val="20"/>
        </w:rPr>
        <w:t>45:15  jis ko hum kehte hain urdu arbab e aqal.</w:t>
      </w:r>
      <w:r>
        <w:br/>
      </w:r>
      <w:r>
        <w:rPr>
          <w:sz w:val="20"/>
        </w:rPr>
        <w:t>45:20  to abhi kal parson ki baat hai, mujh se ek sahab ne kaha ke woh gaye Europe, wahan</w:t>
      </w:r>
      <w:r>
        <w:br/>
      </w:r>
      <w:r>
        <w:rPr>
          <w:sz w:val="20"/>
        </w:rPr>
        <w:t>45:28  unhon ne ek taqreer suni kisi Muslim scholar ki.</w:t>
      </w:r>
      <w:r>
        <w:br/>
      </w:r>
      <w:r>
        <w:rPr>
          <w:sz w:val="20"/>
        </w:rPr>
        <w:t>45:32  to unhon ne kaha ke Quran ko samajhna ulul albab ka kaam hai.</w:t>
      </w:r>
      <w:r>
        <w:br/>
      </w:r>
      <w:r>
        <w:rPr>
          <w:sz w:val="20"/>
        </w:rPr>
        <w:t>45:40  Quran mein aaya hai ke "inma ulul albab</w:t>
      </w:r>
      <w:r>
        <w:br/>
      </w:r>
      <w:r>
        <w:rPr>
          <w:sz w:val="20"/>
        </w:rPr>
        <w:t>45:48  aqal wale samajhte hain".</w:t>
      </w:r>
      <w:r>
        <w:br/>
      </w:r>
      <w:r>
        <w:rPr>
          <w:sz w:val="20"/>
        </w:rPr>
        <w:t>45:50  to yahan aqal wale professional wale mein nahi hai ke degree wale aur</w:t>
      </w:r>
      <w:r>
        <w:br/>
      </w:r>
      <w:r>
        <w:rPr>
          <w:sz w:val="20"/>
        </w:rPr>
        <w:t>45:55  sanad wale. Aql se murad hai fitri aqal,</w:t>
      </w:r>
      <w:r>
        <w:br/>
      </w:r>
      <w:r>
        <w:rPr>
          <w:sz w:val="20"/>
        </w:rPr>
        <w:t>46:01  yani fitrat ne jo aqal aap ko di hai,</w:t>
      </w:r>
      <w:r>
        <w:br/>
      </w:r>
      <w:r>
        <w:rPr>
          <w:sz w:val="20"/>
        </w:rPr>
        <w:t>46:05  jo Allah ki takhleeq se jo aap ko aqal mili hai, us ko aap active karein, us ko</w:t>
      </w:r>
      <w:r>
        <w:br/>
      </w:r>
      <w:r>
        <w:rPr>
          <w:sz w:val="20"/>
        </w:rPr>
        <w:t>46:12  aap istemal karein,</w:t>
      </w:r>
      <w:r>
        <w:br/>
      </w:r>
      <w:r>
        <w:rPr>
          <w:sz w:val="20"/>
        </w:rPr>
        <w:t>46:14  tab aap Quran ki gehrai ko samajh payenge.</w:t>
      </w:r>
      <w:r>
        <w:br/>
      </w:r>
      <w:r>
        <w:rPr>
          <w:sz w:val="20"/>
        </w:rPr>
        <w:t>46:18  to Quran ka ek saada mafhoom hai</w:t>
      </w:r>
      <w:r>
        <w:br/>
      </w:r>
      <w:r>
        <w:rPr>
          <w:sz w:val="20"/>
        </w:rPr>
        <w:t>46:23  aur ek hai is ka gehra mafhoom.</w:t>
      </w:r>
      <w:r>
        <w:br/>
      </w:r>
      <w:r>
        <w:rPr>
          <w:sz w:val="20"/>
        </w:rPr>
        <w:t>46:26  to gehra mafhoom samajhne ke liye apni aqal ko istemal karna padega.</w:t>
      </w:r>
      <w:r>
        <w:br/>
      </w:r>
      <w:r>
        <w:rPr>
          <w:sz w:val="20"/>
        </w:rPr>
        <w:t>46:30  misal ke taur par main ek misal deta hoon, Quran ki pehli ayat hai "Alhamdolillah Rabbil Alameen".</w:t>
      </w:r>
      <w:r>
        <w:br/>
      </w:r>
      <w:r>
        <w:rPr>
          <w:sz w:val="20"/>
        </w:rPr>
        <w:t>46:37  to is ka ek matlab yeh hai ke mukhtalif mauqe par jab koi baat ho to aap keh</w:t>
      </w:r>
      <w:r>
        <w:br/>
      </w:r>
      <w:r>
        <w:rPr>
          <w:sz w:val="20"/>
        </w:rPr>
        <w:t>46:41  dein "Alhamdolillah".</w:t>
      </w:r>
      <w:r>
        <w:br/>
      </w:r>
      <w:r>
        <w:rPr>
          <w:sz w:val="20"/>
        </w:rPr>
        <w:t>46:49  phir "Alhamdolillah" ka matlab hai Allah ka shukr hai.</w:t>
      </w:r>
      <w:r>
        <w:br/>
      </w:r>
      <w:r>
        <w:rPr>
          <w:sz w:val="20"/>
        </w:rPr>
        <w:t>46:51  to aap jab sochen ge, is sochene ke liye kisi degree ki zaroorat nahi hai.</w:t>
      </w:r>
      <w:r>
        <w:br/>
      </w:r>
      <w:r>
        <w:rPr>
          <w:sz w:val="20"/>
        </w:rPr>
        <w:t>46:57  aap sochen ge ke dunya mein to evil hai, dunya mein problem hai,</w:t>
      </w:r>
      <w:r>
        <w:br/>
      </w:r>
      <w:r>
        <w:rPr>
          <w:sz w:val="20"/>
        </w:rPr>
        <w:t>47:02  to hum kaise "Alhamdulillah"</w:t>
      </w:r>
      <w:r>
        <w:br/>
      </w:r>
      <w:r>
        <w:rPr>
          <w:sz w:val="20"/>
        </w:rPr>
        <w:t>47:05  gehri speed ke sath kar payen ge?</w:t>
      </w:r>
      <w:r>
        <w:br/>
      </w:r>
      <w:r>
        <w:rPr>
          <w:sz w:val="20"/>
        </w:rPr>
        <w:t>47:08  dil mein to negative thought honge, shikayaten hongi, protest hoga,</w:t>
      </w:r>
      <w:r>
        <w:br/>
      </w:r>
      <w:r>
        <w:rPr>
          <w:sz w:val="20"/>
        </w:rPr>
        <w:t>47:15  kaise kahen ge? to ghor karte hue aap ko samajh mein ayega ke is ka matlab yeh</w:t>
      </w:r>
      <w:r>
        <w:br/>
      </w:r>
      <w:r>
        <w:rPr>
          <w:sz w:val="20"/>
        </w:rPr>
        <w:t>47:20  hua ke shikayaton ko radd karo,</w:t>
      </w:r>
      <w:r>
        <w:br/>
      </w:r>
      <w:r>
        <w:rPr>
          <w:sz w:val="20"/>
        </w:rPr>
        <w:t>47:25  problem ko ignore karo,</w:t>
      </w:r>
      <w:r>
        <w:br/>
      </w:r>
      <w:r>
        <w:rPr>
          <w:sz w:val="20"/>
        </w:rPr>
        <w:t>47:28  apne andar positive spirit ko zinda rakho, tab tum achhe tarike se "Alhamdulillah" keh paoge.</w:t>
      </w:r>
      <w:r>
        <w:br/>
      </w:r>
      <w:r>
        <w:rPr>
          <w:sz w:val="20"/>
        </w:rPr>
        <w:t>47:37  yeh hai soch ka janna.</w:t>
      </w:r>
      <w:r>
        <w:br/>
      </w:r>
      <w:r>
        <w:rPr>
          <w:sz w:val="20"/>
        </w:rPr>
        <w:t>47:40  to ek hai saada mafhoom, ek hai woh mafhoom jo tadabbur ke zariye maloom hota hai.</w:t>
      </w:r>
      <w:r>
        <w:br/>
      </w:r>
      <w:r>
        <w:rPr>
          <w:sz w:val="20"/>
        </w:rPr>
        <w:t>47:47  bas is maani mein hai "Al-Abab".</w:t>
      </w:r>
      <w:r>
        <w:br/>
      </w:r>
      <w:r>
        <w:rPr>
          <w:sz w:val="20"/>
        </w:rPr>
        <w:t>47:49  yeh nahi ke is ke liye koi degree ho, tab aap samjhen Quran ko.</w:t>
      </w:r>
    </w:p>
    <w:p>
      <w:pPr>
        <w:pStyle w:val="Heading2"/>
      </w:pPr>
      <w:r>
        <w:t>Minimum qualification for Quran tadabbur</w:t>
      </w:r>
    </w:p>
    <w:p>
      <w:r>
        <w:rPr>
          <w:color w:val="666666"/>
          <w:sz w:val="18"/>
        </w:rPr>
        <w:t>Quran &amp; Tafsir · Three levels of Realization July 4, 2010 · 2m 09s · at 1:40:33 · https://youtu.be/NtCTVVov3Nw?t=6033</w:t>
      </w:r>
    </w:p>
    <w:p>
      <w:r>
        <w:rPr>
          <w:i/>
        </w:rPr>
        <w:t>“What is the minimum qualification for a person to do tadabbur (reflection) and contemplation in the Quran? Can a person do tadabbur using translations due to lack of knowledge of Arabic?”</w:t>
      </w:r>
    </w:p>
    <w:p>
      <w:r>
        <w:rPr>
          <w:sz w:val="20"/>
        </w:rPr>
        <w:t>1:40:33  maulana agla sawal mister khwaja kaleemuddin ne kiya hai pennsylvania se he has written maulana sahib what is the minimum qualification for a person to do tadabbur or contemplation in quran</w:t>
      </w:r>
      <w:r>
        <w:br/>
      </w:r>
      <w:r>
        <w:rPr>
          <w:sz w:val="20"/>
        </w:rPr>
        <w:t>1:40:49  can a person do tadabbur in quran using translations due to lack of knowledge of arabic language</w:t>
      </w:r>
      <w:r>
        <w:br/>
      </w:r>
      <w:r>
        <w:rPr>
          <w:sz w:val="20"/>
        </w:rPr>
        <w:t>1:40:59  haan mein samajhta hoon ke translation kafi hai sab se bari jo condition hai woh yeh hai ke</w:t>
      </w:r>
      <w:r>
        <w:br/>
      </w:r>
      <w:r>
        <w:rPr>
          <w:sz w:val="20"/>
        </w:rPr>
        <w:t>1:41:06  apne aap ko is texture se bachana</w:t>
      </w:r>
      <w:r>
        <w:br/>
      </w:r>
      <w:r>
        <w:rPr>
          <w:sz w:val="20"/>
        </w:rPr>
        <w:t>1:41:10  jo aadmi destruction mein jee raha ho to chahe kitna hi expert ho arabi zuban ka woh ise</w:t>
      </w:r>
      <w:r>
        <w:br/>
      </w:r>
      <w:r>
        <w:rPr>
          <w:sz w:val="20"/>
        </w:rPr>
        <w:t>1:41:16  samajh payega quran majeed mein</w:t>
      </w:r>
      <w:r>
        <w:br/>
      </w:r>
      <w:r>
        <w:rPr>
          <w:sz w:val="20"/>
        </w:rPr>
        <w:t>1:41:20  to log aam taur par main ne paya hai ke log jeete hain is distraction mein koi beta bete ki distraction hai kisi ko fame ka hai kisi ko political interest ka hai kisi ko business ka hai kisi ko yeh hai kisi ko woh hai to chahe woh arabi zaban jaane chahe woh parhe subah shaam tab bhi concentration nahi hoga isko</w:t>
      </w:r>
      <w:r>
        <w:br/>
      </w:r>
      <w:r>
        <w:rPr>
          <w:sz w:val="20"/>
        </w:rPr>
        <w:t>1:41:40  to main manta hoon ke sab se bari shart jo hai concentration hai aur concentration jo hota hai us ko hota hai jo apne ko distance se bachaye</w:t>
      </w:r>
      <w:r>
        <w:br/>
      </w:r>
      <w:r>
        <w:rPr>
          <w:sz w:val="20"/>
        </w:rPr>
        <w:t>1:41:52  nahi to translation bhi kafi hai</w:t>
      </w:r>
      <w:r>
        <w:br/>
      </w:r>
      <w:r>
        <w:rPr>
          <w:sz w:val="20"/>
        </w:rPr>
        <w:t>1:41:57  aur sincerity sincerity</w:t>
      </w:r>
      <w:r>
        <w:br/>
      </w:r>
      <w:r>
        <w:rPr>
          <w:sz w:val="20"/>
        </w:rPr>
        <w:t>1:42:03  yani arabi zuban mein agar koi expert ho to woh zahir hai ke woh ziyada achi tarah soch</w:t>
      </w:r>
      <w:r>
        <w:br/>
      </w:r>
      <w:r>
        <w:rPr>
          <w:sz w:val="20"/>
        </w:rPr>
        <w:t>1:42:09  sakta hai lekin mein yeh keh sakta hoon ke arabi zuban mein expert hone ka matlab yeh nahi</w:t>
      </w:r>
      <w:r>
        <w:br/>
      </w:r>
      <w:r>
        <w:rPr>
          <w:sz w:val="20"/>
        </w:rPr>
        <w:t>1:42:14  hai ke woh quran ko samajh lega</w:t>
      </w:r>
      <w:r>
        <w:br/>
      </w:r>
      <w:r>
        <w:rPr>
          <w:sz w:val="20"/>
        </w:rPr>
        <w:t>1:42:17  agar woh sincere na ho agar woh distraction se bacha hua na ho agar woh bias zehn ke</w:t>
      </w:r>
      <w:r>
        <w:br/>
      </w:r>
      <w:r>
        <w:rPr>
          <w:sz w:val="20"/>
        </w:rPr>
        <w:t>1:42:24  saath jeeta ho agar woh compress free na ho to arabi mein expert hone ke baad bhi woh</w:t>
      </w:r>
      <w:r>
        <w:br/>
      </w:r>
      <w:r>
        <w:rPr>
          <w:sz w:val="20"/>
        </w:rPr>
        <w:t>1:42:30  quran ko samjhega nahin</w:t>
      </w:r>
      <w:r>
        <w:br/>
      </w:r>
      <w:r>
        <w:rPr>
          <w:sz w:val="20"/>
        </w:rPr>
        <w:t>1:42:34  sincerity aur concentration main samajhta hoon ke yeh bohat hi basic condition hai</w:t>
      </w:r>
    </w:p>
    <w:p>
      <w:pPr>
        <w:pStyle w:val="Heading2"/>
      </w:pPr>
      <w:r>
        <w:t>Modern manna and quail explained</w:t>
      </w:r>
    </w:p>
    <w:p>
      <w:r>
        <w:rPr>
          <w:color w:val="666666"/>
          <w:sz w:val="18"/>
        </w:rPr>
        <w:t>Quran &amp; Tafsir · Dars-e-Quran, Chapter 2, Verse 61 February 11, 2018 · 4m 24s · at 47:09 · https://youtu.be/rgoE0nvFJJI?t=2829</w:t>
      </w:r>
    </w:p>
    <w:p>
      <w:r>
        <w:rPr>
          <w:i/>
        </w:rPr>
        <w:t>“The concept of man and salwa (manna and quail) was an ancient event, but today's man and salwa is much greater. Please explain this feeling.”</w:t>
      </w:r>
    </w:p>
    <w:p>
      <w:r>
        <w:rPr>
          <w:sz w:val="20"/>
        </w:rPr>
        <w:t>47:09  iqbal umri sahib maulana iqbal umri ne chennai se comment aur sawal bheja hai inka comment hai</w:t>
      </w:r>
      <w:r>
        <w:br/>
      </w:r>
      <w:r>
        <w:rPr>
          <w:sz w:val="20"/>
        </w:rPr>
        <w:t>47:18  mun o salwa ke bare mein aisa tasawwur tha ke woh ek qadeem waqea tha magar aaj ka</w:t>
      </w:r>
      <w:r>
        <w:br/>
      </w:r>
      <w:r>
        <w:rPr>
          <w:sz w:val="20"/>
        </w:rPr>
        <w:t>47:28  mun o salwa is se bada mila hua hai ise is ka ehsas</w:t>
      </w:r>
      <w:r>
        <w:br/>
      </w:r>
      <w:r>
        <w:rPr>
          <w:sz w:val="20"/>
        </w:rPr>
        <w:t>47:33  aaj hi hua jazaak allah maulana mera sawal yeh hai ke aksar log khuda ki blessing ko dawat se jod kar kyun nahi dekhte is ke bare mein bataein</w:t>
      </w:r>
      <w:r>
        <w:br/>
      </w:r>
      <w:r>
        <w:rPr>
          <w:sz w:val="20"/>
        </w:rPr>
        <w:t>47:53  asal mein is zamane ke jo musalman hain un par defensive</w:t>
      </w:r>
      <w:r>
        <w:br/>
      </w:r>
      <w:r>
        <w:rPr>
          <w:sz w:val="20"/>
        </w:rPr>
        <w:t>48:05  yani defensive mode mein hain woh, woh samajhte hain ke you are under siege, you are under attack.</w:t>
      </w:r>
      <w:r>
        <w:br/>
      </w:r>
      <w:r>
        <w:rPr>
          <w:sz w:val="20"/>
        </w:rPr>
        <w:t>48:13  تو ہمیں defense کرنا ہے ان سے لڑنا ہے</w:t>
      </w:r>
      <w:r>
        <w:br/>
      </w:r>
      <w:r>
        <w:rPr>
          <w:sz w:val="20"/>
        </w:rPr>
        <w:t>48:19  sare musalmanon mein yeh mizaj agaya hai</w:t>
      </w:r>
      <w:r>
        <w:br/>
      </w:r>
      <w:r>
        <w:rPr>
          <w:sz w:val="20"/>
        </w:rPr>
        <w:t>48:23  hamare rehnamaon ki ghalati se</w:t>
      </w:r>
      <w:r>
        <w:br/>
      </w:r>
      <w:r>
        <w:rPr>
          <w:sz w:val="20"/>
        </w:rPr>
        <w:t>48:29  ke unhon ne maujooda zamane ko</w:t>
      </w:r>
      <w:r>
        <w:br/>
      </w:r>
      <w:r>
        <w:rPr>
          <w:sz w:val="20"/>
        </w:rPr>
        <w:t>48:32  yeh bana diya ke qaumein hum hamare upar attack kar rahi hain hamein in se ladna hai halanke</w:t>
      </w:r>
      <w:r>
        <w:br/>
      </w:r>
      <w:r>
        <w:rPr>
          <w:sz w:val="20"/>
        </w:rPr>
        <w:t>48:40  asal baat yeh thi ke woh jante</w:t>
      </w:r>
      <w:r>
        <w:br/>
      </w:r>
      <w:r>
        <w:rPr>
          <w:sz w:val="20"/>
        </w:rPr>
        <w:t>48:43  ke qaumon ne yeh modern</w:t>
      </w:r>
      <w:r>
        <w:br/>
      </w:r>
      <w:r>
        <w:rPr>
          <w:sz w:val="20"/>
        </w:rPr>
        <w:t>48:46  age ne dawat ki possibility</w:t>
      </w:r>
      <w:r>
        <w:br/>
      </w:r>
      <w:r>
        <w:rPr>
          <w:sz w:val="20"/>
        </w:rPr>
        <w:t>48:50  khol di hai dawat ke mawaqe khol diye hain</w:t>
      </w:r>
      <w:r>
        <w:br/>
      </w:r>
      <w:r>
        <w:rPr>
          <w:sz w:val="20"/>
        </w:rPr>
        <w:t>48:55  humein is ko avail karna hai</w:t>
      </w:r>
      <w:r>
        <w:br/>
      </w:r>
      <w:r>
        <w:rPr>
          <w:sz w:val="20"/>
        </w:rPr>
        <w:t>48:57  ulta ulti guidance diya logon ne ke qaumein hamare upar attack kar rahi hain hamein in se ladna</w:t>
      </w:r>
      <w:r>
        <w:br/>
      </w:r>
      <w:r>
        <w:rPr>
          <w:sz w:val="20"/>
        </w:rPr>
        <w:t>49:06  hai yeh tha hi nahi</w:t>
      </w:r>
      <w:r>
        <w:br/>
      </w:r>
      <w:r>
        <w:rPr>
          <w:sz w:val="20"/>
        </w:rPr>
        <w:t>49:09  balkeh qaumein hamare liye dawat ki opportunity khol rahi thin dawat ke mawaqe khol rahi thin hamein in</w:t>
      </w:r>
      <w:r>
        <w:br/>
      </w:r>
      <w:r>
        <w:rPr>
          <w:sz w:val="20"/>
        </w:rPr>
        <w:t>49:18  ke mutabiq planning karna tha aur is ko avail karna tha</w:t>
      </w:r>
      <w:r>
        <w:br/>
      </w:r>
      <w:r>
        <w:rPr>
          <w:sz w:val="20"/>
        </w:rPr>
        <w:t>49:23  yahan par ghalati hui</w:t>
      </w:r>
      <w:r>
        <w:br/>
      </w:r>
      <w:r>
        <w:rPr>
          <w:sz w:val="20"/>
        </w:rPr>
        <w:t>49:25  aur yeh ghalati sab se zyada hamare rehnamaon ki hum ulama ki ghalati thi</w:t>
      </w:r>
      <w:r>
        <w:br/>
      </w:r>
      <w:r>
        <w:rPr>
          <w:sz w:val="20"/>
        </w:rPr>
        <w:t>49:35  maulana agla comment bheja hai doctor naghma siddiqui ne delhi se unhon ne likha hai my biggest learning</w:t>
      </w:r>
      <w:r>
        <w:br/>
      </w:r>
      <w:r>
        <w:rPr>
          <w:sz w:val="20"/>
        </w:rPr>
        <w:t>49:42  from today lecture was that if we limit our self to need based we will obtain peace of</w:t>
      </w:r>
      <w:r>
        <w:br/>
      </w:r>
      <w:r>
        <w:rPr>
          <w:sz w:val="20"/>
        </w:rPr>
        <w:t>49:50  mind but if we desire more and more than our peace of mind will be taken away this</w:t>
      </w:r>
      <w:r>
        <w:br/>
      </w:r>
      <w:r>
        <w:rPr>
          <w:sz w:val="20"/>
        </w:rPr>
        <w:t>49:58  was a totally this was a totally interpretation in this quranic verse jazak Allah Maulana for giving us</w:t>
      </w:r>
      <w:r>
        <w:br/>
      </w:r>
      <w:r>
        <w:rPr>
          <w:sz w:val="20"/>
        </w:rPr>
        <w:t>50:06  this lesson inshallah i will limit myself to need based</w:t>
      </w:r>
      <w:r>
        <w:br/>
      </w:r>
      <w:r>
        <w:rPr>
          <w:sz w:val="20"/>
        </w:rPr>
        <w:t>50:14  doctor safina tabassum ne saharanpur se likha hai aaj ke zamane ka man o salwa aaj bohat</w:t>
      </w:r>
      <w:r>
        <w:br/>
      </w:r>
      <w:r>
        <w:rPr>
          <w:sz w:val="20"/>
        </w:rPr>
        <w:t>50:23  he nai cheez samajh mein aai Maulana sahib jis ayat ko hum sirf yahood ke liye samajhte the</w:t>
      </w:r>
      <w:r>
        <w:br/>
      </w:r>
      <w:r>
        <w:rPr>
          <w:sz w:val="20"/>
        </w:rPr>
        <w:t>50:31  woh toh ain ummat e muhammadi ke liye hai hamein more and more culture mein nahi jeena hai dawah</w:t>
      </w:r>
      <w:r>
        <w:br/>
      </w:r>
      <w:r>
        <w:rPr>
          <w:sz w:val="20"/>
        </w:rPr>
        <w:t>50:38  ko hi aim of life banana hai mashallah mashallah miss shabina ali ne kolkata se likha hai today</w:t>
      </w:r>
      <w:r>
        <w:br/>
      </w:r>
      <w:r>
        <w:rPr>
          <w:sz w:val="20"/>
        </w:rPr>
        <w:t>50:49  is today age is a global age economic explosion and hence it is pro islam</w:t>
      </w:r>
      <w:r>
        <w:br/>
      </w:r>
      <w:r>
        <w:rPr>
          <w:sz w:val="20"/>
        </w:rPr>
        <w:t>50:56  democracy printing press freedom</w:t>
      </w:r>
      <w:r>
        <w:br/>
      </w:r>
      <w:r>
        <w:rPr>
          <w:sz w:val="20"/>
        </w:rPr>
        <w:t>50:59  of expression are all favorable conditions where dawah work can flourish and survive</w:t>
      </w:r>
      <w:r>
        <w:br/>
      </w:r>
      <w:r>
        <w:rPr>
          <w:sz w:val="20"/>
        </w:rPr>
        <w:t>51:07  it is high time ummat e muslema become need based and devote the entire resources to spread the words</w:t>
      </w:r>
      <w:r>
        <w:br/>
      </w:r>
      <w:r>
        <w:rPr>
          <w:sz w:val="20"/>
        </w:rPr>
        <w:t>51:15  of god to entire mankind and not resort resort to hatred violence and bombing jazak Allah Maulana</w:t>
      </w:r>
      <w:r>
        <w:br/>
      </w:r>
      <w:r>
        <w:rPr>
          <w:sz w:val="20"/>
        </w:rPr>
        <w:t>51:25  for making us realize the importance of dawah work</w:t>
      </w:r>
    </w:p>
    <w:p>
      <w:pPr>
        <w:pStyle w:val="Heading2"/>
      </w:pPr>
      <w:r>
        <w:t>Muslims not seeking Quranic guidance</w:t>
      </w:r>
    </w:p>
    <w:p>
      <w:r>
        <w:rPr>
          <w:color w:val="666666"/>
          <w:sz w:val="18"/>
        </w:rPr>
        <w:t>Quran &amp; Tafsir · Islam and Violence October 12, 2014 · 2m 58s · at 1:17:20 · https://youtu.be/KmpXYZjPlj8?t=4640</w:t>
      </w:r>
    </w:p>
    <w:p>
      <w:r>
        <w:rPr>
          <w:i/>
        </w:rPr>
        <w:t>“Muslims think Islam is a complete system of life, yet they do not seek guidance from the Quran and Hadith in their affairs. The Partition is a case in point. What is your opinion?”</w:t>
      </w:r>
    </w:p>
    <w:p>
      <w:r>
        <w:rPr>
          <w:sz w:val="20"/>
        </w:rPr>
        <w:t>1:17:20  maulana, agla sawal dilli se hai, doctor farida khanoom ka, aur unhon ne likha hai: "muslims think that Islam is a complete system of life, but it is strange that in their affairs they do not seek guidance from the Quran and Hadith.</w:t>
      </w:r>
      <w:r>
        <w:br/>
      </w:r>
      <w:r>
        <w:rPr>
          <w:sz w:val="20"/>
        </w:rPr>
        <w:t>1:17:40  the partition is a case in point." Maulana, what is your opinion on this?</w:t>
      </w:r>
      <w:r>
        <w:br/>
      </w:r>
      <w:r>
        <w:rPr>
          <w:sz w:val="20"/>
        </w:rPr>
        <w:t>1:17:46  haan, mera experience yahi hai keh musalman dar se ek baat keh denge, aur jab poochhen kahan se keh rahe ho, to us par koi Quran o Hadith se koi daleel nahin hogi. mislan, ek Islam mukammal nizam hai.</w:t>
      </w:r>
      <w:r>
        <w:br/>
      </w:r>
      <w:r>
        <w:rPr>
          <w:sz w:val="20"/>
        </w:rPr>
        <w:t>1:17:57  kon si aayat hai Quran o Hadith ki aayaten bhi istemal ki gayi hain? mukammal nizam par kahan hai? na koi aayat hai, na koi hadith hai.</w:t>
      </w:r>
      <w:r>
        <w:br/>
      </w:r>
      <w:r>
        <w:rPr>
          <w:sz w:val="20"/>
        </w:rPr>
        <w:t>1:18:07  yeh yeh jo taabeer hai mukammal nizam ki, to Quran o Hadith mein ajnabi hai.</w:t>
      </w:r>
      <w:r>
        <w:br/>
      </w:r>
      <w:r>
        <w:rPr>
          <w:sz w:val="20"/>
        </w:rPr>
        <w:t>1:18:14  aise hi partition ka mamla Quran o Hadith mein kahan hai? kahin nahin hai keh partition karvao. Quran mein to "ae naas" bola, "ae naas, ae naas, ae logon, ae insano, saare insaan sab ek hain, sari dunya ek hai." to mein aap sab logon se kahoon keh jab bhi koi baat kahe, koi shakhs, us se full full Quran ka reference poochhen, Hadith ka reference poochhen.</w:t>
      </w:r>
      <w:r>
        <w:br/>
      </w:r>
      <w:r>
        <w:rPr>
          <w:sz w:val="20"/>
        </w:rPr>
        <w:t>1:18:44  yeh hum Allah taala ka fazl hai keh hamare paas mehfooz Quran maujood hai, mehfooz Hadith ki kitaben mehfooz hain, sab ke paas se chhipi hui hain.</w:t>
      </w:r>
      <w:r>
        <w:br/>
      </w:r>
      <w:r>
        <w:rPr>
          <w:sz w:val="20"/>
        </w:rPr>
        <w:t>1:18:54  to jab bhi koi shakhs koi baat kahe, to foran us se poochhen keh batao, koi Quran ki kis aayat se yeh baat nikalti hai? kaun si Hadith hai jo is se yeh baat nikalti hai?</w:t>
      </w:r>
      <w:r>
        <w:br/>
      </w:r>
      <w:r>
        <w:rPr>
          <w:sz w:val="20"/>
        </w:rPr>
        <w:t>1:19:03  yeh zaroor poochhen us se. apne dimagh se agar bol raha hai to bataye keh us ko bataiye keh tumhare dimagh se, apne dimagh se tum keh rahe ho, to is se koi sabit nahin hota.</w:t>
      </w:r>
      <w:r>
        <w:br/>
      </w:r>
      <w:r>
        <w:rPr>
          <w:sz w:val="20"/>
        </w:rPr>
        <w:t>1:19:15  sabit to jab hoga jab koi Quran Hadith se woh cheez</w:t>
      </w:r>
      <w:r>
        <w:br/>
      </w:r>
      <w:r>
        <w:rPr>
          <w:sz w:val="20"/>
        </w:rPr>
        <w:t>1:19:18  nikle.</w:t>
      </w:r>
    </w:p>
    <w:p>
      <w:pPr>
        <w:pStyle w:val="Heading2"/>
      </w:pPr>
      <w:r>
        <w:t>Muslims' universe research and Quranic scholars</w:t>
      </w:r>
    </w:p>
    <w:p>
      <w:r>
        <w:rPr>
          <w:color w:val="666666"/>
          <w:sz w:val="18"/>
        </w:rPr>
        <w:t>Quran &amp; Tafsir · Dars-e-Quran, Ch. 12, V. 105 ; Ch. 10 V. 61 (Study of Nature) | July 15, 2018 · 2m 20s · at 59:02 · https://youtu.be/5d-qNvpMg4k?t=3542</w:t>
      </w:r>
    </w:p>
    <w:p>
      <w:r>
        <w:rPr>
          <w:i/>
        </w:rPr>
        <w:t>“Your statement that research on the universe did not begin among Muslims: was the first group of Quranic scholars also unaware of this?”</w:t>
      </w:r>
    </w:p>
    <w:p>
      <w:r>
        <w:rPr>
          <w:sz w:val="20"/>
        </w:rPr>
        <w:t>59:02  maulana agla sawal mumbai se aya hai javed hayat sahab ne kiya hai.</w:t>
      </w:r>
      <w:r>
        <w:br/>
      </w:r>
      <w:r>
        <w:rPr>
          <w:sz w:val="20"/>
        </w:rPr>
        <w:t>59:08  unhon ne likha hai, "maulana aap ka yeh kehna ke kainat ki research ka talluq se musalmanon mein</w:t>
      </w:r>
      <w:r>
        <w:br/>
      </w:r>
      <w:r>
        <w:rPr>
          <w:sz w:val="20"/>
        </w:rPr>
        <w:t>59:14  beginning tak nahi hui, kya Quran ka awwal makatib groh bhi is se bekhabar raha? Is ke</w:t>
      </w:r>
      <w:r>
        <w:br/>
      </w:r>
      <w:r>
        <w:rPr>
          <w:sz w:val="20"/>
        </w:rPr>
        <w:t>59:20  bare mein batayen." bhai aap kya kya kyun kehte hain? aap mujhe misaal dijiye.</w:t>
      </w:r>
      <w:r>
        <w:br/>
      </w:r>
      <w:r>
        <w:rPr>
          <w:sz w:val="20"/>
        </w:rPr>
        <w:t>59:26  sawal kyun karte hain mujh se? aap</w:t>
      </w:r>
      <w:r>
        <w:br/>
      </w:r>
      <w:r>
        <w:rPr>
          <w:sz w:val="20"/>
        </w:rPr>
        <w:t>59:33  aap nahi mante? aap to aap misaal dijiye.</w:t>
      </w:r>
      <w:r>
        <w:br/>
      </w:r>
      <w:r>
        <w:rPr>
          <w:sz w:val="20"/>
        </w:rPr>
        <w:t>59:40  meri baat ko aap nahi mante to aap misaal dijiye.</w:t>
      </w:r>
      <w:r>
        <w:br/>
      </w:r>
      <w:r>
        <w:rPr>
          <w:sz w:val="20"/>
        </w:rPr>
        <w:t>59:48  meri baat to misaal hai ke quran mein misaal ke taur par hai ke yani woh ayat padhi</w:t>
      </w:r>
      <w:r>
        <w:br/>
      </w:r>
      <w:r>
        <w:rPr>
          <w:sz w:val="20"/>
        </w:rPr>
        <w:t>59:55  thi, "firaun ki lash baqi rahe gi." fi al-yawm</w:t>
      </w:r>
      <w:r>
        <w:br/>
      </w:r>
      <w:r>
        <w:rPr>
          <w:sz w:val="20"/>
        </w:rPr>
        <w:t>1:00:03  ka ibadat nahi kar li. haan.</w:t>
      </w:r>
      <w:r>
        <w:br/>
      </w:r>
      <w:r>
        <w:rPr>
          <w:sz w:val="20"/>
        </w:rPr>
        <w:t>1:00:09  is ka tarjuma padhiye.</w:t>
      </w:r>
      <w:r>
        <w:br/>
      </w:r>
      <w:r>
        <w:rPr>
          <w:sz w:val="20"/>
        </w:rPr>
        <w:t>1:00:15  pas aaj hum tumhare badan ko, tumhari body ko bacha kar rakhenge taake yeh tumhare baad walon</w:t>
      </w:r>
      <w:r>
        <w:br/>
      </w:r>
      <w:r>
        <w:rPr>
          <w:sz w:val="20"/>
        </w:rPr>
        <w:t>1:00:21  ke liye nishani ho.</w:t>
      </w:r>
      <w:r>
        <w:br/>
      </w:r>
      <w:r>
        <w:rPr>
          <w:sz w:val="20"/>
        </w:rPr>
        <w:t>1:00:27  ab dekhen ke baad walon</w:t>
      </w:r>
      <w:r>
        <w:br/>
      </w:r>
      <w:r>
        <w:rPr>
          <w:sz w:val="20"/>
        </w:rPr>
        <w:t>1:00:33  ke liye nishani to yeh nishani kab zahir hui? Na amiat period mein, na bast period mein, na</w:t>
      </w:r>
      <w:r>
        <w:br/>
      </w:r>
      <w:r>
        <w:rPr>
          <w:sz w:val="20"/>
        </w:rPr>
        <w:t>1:00:41  uathman period mein.</w:t>
      </w:r>
      <w:r>
        <w:br/>
      </w:r>
      <w:r>
        <w:rPr>
          <w:sz w:val="20"/>
        </w:rPr>
        <w:t>1:00:48  yeh to zahir hui yani Muslim period ke khatme ke baad kuch yani France ke aur Germany ke</w:t>
      </w:r>
      <w:r>
        <w:br/>
      </w:r>
      <w:r>
        <w:rPr>
          <w:sz w:val="20"/>
        </w:rPr>
        <w:t>1:00:56  kuch researchers ne</w:t>
      </w:r>
      <w:r>
        <w:br/>
      </w:r>
      <w:r>
        <w:rPr>
          <w:sz w:val="20"/>
        </w:rPr>
        <w:t>1:01:04  woh gaye wahan par qahira aur wahan bohat dinon tak unhon ne tehqeeq ki to unhon ne ailan</w:t>
      </w:r>
      <w:r>
        <w:br/>
      </w:r>
      <w:r>
        <w:rPr>
          <w:sz w:val="20"/>
        </w:rPr>
        <w:t>1:01:10  kiya ke yahan maujood hai.</w:t>
      </w:r>
      <w:r>
        <w:br/>
      </w:r>
      <w:r>
        <w:rPr>
          <w:sz w:val="20"/>
        </w:rPr>
        <w:t>1:01:16  yeh to waqea hai.</w:t>
      </w:r>
    </w:p>
    <w:p>
      <w:pPr>
        <w:pStyle w:val="Heading2"/>
      </w:pPr>
      <w:r>
        <w:t>Need for a Guide to Rediscover Quran</w:t>
      </w:r>
    </w:p>
    <w:p>
      <w:r>
        <w:rPr>
          <w:color w:val="666666"/>
          <w:sz w:val="18"/>
        </w:rPr>
        <w:t>Quran &amp; Tafsir · The Straight Path October 30, 2011 Maulana Wahiduddin Khan · 2m 00s · at 1:03:52 · https://youtu.be/PKFHe82Jz58?t=3832</w:t>
      </w:r>
    </w:p>
    <w:p>
      <w:r>
        <w:rPr>
          <w:i/>
        </w:rPr>
        <w:t>“Is a guide needed to rediscover the Quran, or can it be rediscovered without a guide?”</w:t>
      </w:r>
    </w:p>
    <w:p>
      <w:r>
        <w:rPr>
          <w:sz w:val="20"/>
        </w:rPr>
        <w:t>1:03:52  maulana, yeh sawal aaya hai mr muhammad bashir ka kashmir se. unhone likha hai: "quran ko rediscover karne ke liye rehnuma ki zaroorat hai ya baghair rehnuma ke quran ki rediscovery ho jayegi?"</w:t>
      </w:r>
      <w:r>
        <w:br/>
      </w:r>
      <w:r>
        <w:rPr>
          <w:sz w:val="20"/>
        </w:rPr>
        <w:t>1:04:11  is ka rehnuma insaan nahi hai, khud uska author hai, quran ka author.</w:t>
      </w:r>
      <w:r>
        <w:br/>
      </w:r>
      <w:r>
        <w:rPr>
          <w:sz w:val="20"/>
        </w:rPr>
        <w:t>1:04:21  dekhiye, quran hi ek aisi kitab hai jis ka author har waqt consult karne ke liye available hai.</w:t>
      </w:r>
      <w:r>
        <w:br/>
      </w:r>
      <w:r>
        <w:rPr>
          <w:sz w:val="20"/>
        </w:rPr>
        <w:t>1:04:31  ilm e teemiyah ke bare mein kaha jata hai ke un ki samajh mein koi ayat nahi aayi to wuzu kar ke salat ul haajah parhi, unhon ne phir dua ki: "ya muallimah ibrahim allimni", yaani unhon ne khud quran ke musannif se consult kiya gaya ke aap is tarah parhiye quran ko.</w:t>
      </w:r>
      <w:r>
        <w:br/>
      </w:r>
      <w:r>
        <w:rPr>
          <w:sz w:val="20"/>
        </w:rPr>
        <w:t>1:04:52  to consult karne mein yahi bhi shamil hai ke aap baais e khatm kijiye, baais ke mein to falan ki tafsir nahi parhu ga, mein to falan tafsir parhu ga sirf.</w:t>
      </w:r>
      <w:r>
        <w:br/>
      </w:r>
      <w:r>
        <w:rPr>
          <w:sz w:val="20"/>
        </w:rPr>
        <w:t>1:05:02  to ke aap aap ka zehn nahi khule ga. yeh jo baais hota hai, arey bhai, falan ki tafsir mat parhna, nahi, khule zehn ke sath parhiye tafsir hai aur dua kijiye.</w:t>
      </w:r>
      <w:r>
        <w:br/>
      </w:r>
      <w:r>
        <w:rPr>
          <w:sz w:val="20"/>
        </w:rPr>
        <w:t>1:05:17  to quran isi liye aaya hai ke aap samjhein is ko. isi tarah koi mumareh, woh isi liye nahi aaya, woh lekin quran ko samajhne ke liye aik opened mind chahiye, ta'assub se khali zehn chahiye.</w:t>
      </w:r>
      <w:r>
        <w:br/>
      </w:r>
      <w:r>
        <w:rPr>
          <w:sz w:val="20"/>
        </w:rPr>
        <w:t>1:05:34  aur yeh zehn nahi ke hum falan ki tafsir to parhein ge nahi, falan ki kitab to parhein ge nahi, nahi, khule zehn se har cheez parhiye aur dua karte rahiye, dua karte rahiye, dua karte rahiye</w:t>
      </w:r>
      <w:r>
        <w:br/>
      </w:r>
      <w:r>
        <w:rPr>
          <w:sz w:val="20"/>
        </w:rPr>
        <w:t>1:05:46  to zaroor darwaze khulen ge aap ke liye.</w:t>
      </w:r>
    </w:p>
    <w:p>
      <w:pPr>
        <w:pStyle w:val="Heading2"/>
      </w:pPr>
      <w:r>
        <w:t>Obligatory knowledge for success in both worlds</w:t>
      </w:r>
    </w:p>
    <w:p>
      <w:r>
        <w:rPr>
          <w:color w:val="666666"/>
          <w:sz w:val="18"/>
        </w:rPr>
        <w:t>Quran &amp; Tafsir · From The Spiritual Tree August 8, 2010 · 2m 21s · at 1:09:06 · https://youtu.be/H6e9NOrqgHI?t=4146</w:t>
      </w:r>
    </w:p>
    <w:p>
      <w:r>
        <w:rPr>
          <w:i/>
        </w:rPr>
        <w:t>“Sir, first tell us how many types of knowledge are there. Which knowledge has God made obligatory upon man—curricular knowledge or Quranic knowledge? What knowledge should a person acquire so that both this world and the Hereafter are set right?”</w:t>
      </w:r>
    </w:p>
    <w:p>
      <w:r>
        <w:rPr>
          <w:sz w:val="20"/>
        </w:rPr>
        <w:t>1:09:06  maulana, agla sawal mister nafees shiraz ne kiya hai dilli se.</w:t>
      </w:r>
      <w:r>
        <w:br/>
      </w:r>
      <w:r>
        <w:rPr>
          <w:sz w:val="20"/>
        </w:rPr>
        <w:t>1:09:11  unhon ne likha hai ke "sir, pehle to bataen ilm kitne prakar ke hote hain? allah ne kaun sa ilm hasil karne ki zimmedari insan par aaid ki hai?</w:t>
      </w:r>
      <w:r>
        <w:br/>
      </w:r>
      <w:r>
        <w:rPr>
          <w:sz w:val="20"/>
        </w:rPr>
        <w:t>1:09:23  nisabi ilm ya quran ka ilm? insan kaun sa ilm hasil kare ke jis se uski dunya o akhirat dono sanwar jayen?"</w:t>
      </w:r>
      <w:r>
        <w:br/>
      </w:r>
      <w:r>
        <w:rPr>
          <w:sz w:val="20"/>
        </w:rPr>
        <w:t>1:09:34  yeh toh sawal ko, yani yeh koi is tarah ke jo sawal yahan hote hain, iski ek koi limitations hoti hain. samjhe aap?</w:t>
      </w:r>
      <w:r>
        <w:br/>
      </w:r>
      <w:r>
        <w:rPr>
          <w:sz w:val="20"/>
        </w:rPr>
        <w:t>1:09:45  to main toh yeh kahunga ke aap study karna shuru kar dijiye. aap ko maloom ho jaye ke ilm kya hai. ji,</w:t>
      </w:r>
      <w:r>
        <w:br/>
      </w:r>
      <w:r>
        <w:rPr>
          <w:sz w:val="20"/>
        </w:rPr>
        <w:t>1:09:56  study karna shuru kar dijiye. maloom ho jaye ilm kya hai. doosri baat yeh hai ke sawal karne ka tareeqa kya hai? woh bhi sun lijiye.</w:t>
      </w:r>
      <w:r>
        <w:br/>
      </w:r>
      <w:r>
        <w:rPr>
          <w:sz w:val="20"/>
        </w:rPr>
        <w:t>1:10:04  hadith mein aata hai ke "nauhana inqasat sawal wal aqeel wal qaal". "nauhana inqasat sawal" hamein zyada sawal karne se mana kiya gaya hai.</w:t>
      </w:r>
      <w:r>
        <w:br/>
      </w:r>
      <w:r>
        <w:rPr>
          <w:sz w:val="20"/>
        </w:rPr>
        <w:t>1:10:14  zyada sawal kya hai? dekhen, sahi sawal woh hai jo mera apna masla ho, uske bare mein pooche aadmi. aur masla kahin iran turan ka hai, us par hum poochen to woh sawal nahi hai.</w:t>
      </w:r>
      <w:r>
        <w:br/>
      </w:r>
      <w:r>
        <w:rPr>
          <w:sz w:val="20"/>
        </w:rPr>
        <w:t>1:10:29  woh toh ek intellectual luxury hai.</w:t>
      </w:r>
      <w:r>
        <w:br/>
      </w:r>
      <w:r>
        <w:rPr>
          <w:sz w:val="20"/>
        </w:rPr>
        <w:t>1:10:34  isi liye hadith ek sahabi kehte hain, ek sahabi ke "nauhana inqasat sawal" hamein mana kiya gaya hai zyada sawal karne se. zyada sawal ka matlab kya hai?</w:t>
      </w:r>
      <w:r>
        <w:br/>
      </w:r>
      <w:r>
        <w:rPr>
          <w:sz w:val="20"/>
        </w:rPr>
        <w:t>1:10:43  mera personal matter hai, mera zaati masla hai to sawal karoon main. aur bas yun hi hawaai sawal karna, iran turan ki baaten karna, "there is not question".</w:t>
      </w:r>
      <w:r>
        <w:br/>
      </w:r>
      <w:r>
        <w:rPr>
          <w:sz w:val="20"/>
        </w:rPr>
        <w:t>1:10:54  "there is intellectual luxury".</w:t>
      </w:r>
      <w:r>
        <w:br/>
      </w:r>
      <w:r>
        <w:rPr>
          <w:sz w:val="20"/>
        </w:rPr>
        <w:t>1:10:59  to main yeh kahunga ke aadmi ko chahiye ke sab se pehle study kare, mutala kare, aur aur woh apne aap ko prepare kare, apne ko tayyar kare.</w:t>
      </w:r>
      <w:r>
        <w:br/>
      </w:r>
      <w:r>
        <w:rPr>
          <w:sz w:val="20"/>
        </w:rPr>
        <w:t>1:11:11  sab sawal se pehle apne aap ko prepare karna parta hai. agar un prepared mind jo hoga, woh yeh bhi nahi jayega ke kya sawal kare, kya sawal na kare.</w:t>
      </w:r>
      <w:r>
        <w:br/>
      </w:r>
      <w:r>
        <w:rPr>
          <w:sz w:val="20"/>
        </w:rPr>
        <w:t>1:11:22  un prepared mind jo hai, usko uski uski khabar nahi hoti.</w:t>
      </w:r>
    </w:p>
    <w:p>
      <w:pPr>
        <w:pStyle w:val="Heading2"/>
      </w:pPr>
      <w:r>
        <w:t>Overcoming negative feelings using Quran</w:t>
      </w:r>
    </w:p>
    <w:p>
      <w:r>
        <w:rPr>
          <w:color w:val="666666"/>
          <w:sz w:val="18"/>
        </w:rPr>
        <w:t>Quran &amp; Tafsir · Politics and Nation Building May 19, 2013 · 2m 08s · at 52:15 · https://youtu.be/kmiMGq0Ki2Q?t=3135</w:t>
      </w:r>
    </w:p>
    <w:p>
      <w:r>
        <w:rPr>
          <w:i/>
        </w:rPr>
        <w:t>“Please tell me, in the light of Quran, how to overcome negative feelings and develop positive attitude?”</w:t>
      </w:r>
    </w:p>
    <w:p>
      <w:r>
        <w:rPr>
          <w:sz w:val="20"/>
        </w:rPr>
        <w:t>52:15  Maulana agla sawal Dhampur se hai Ahmad Fawad Sahab ka unhone likha hai Maulana Sahab please tell me that in the light of Quran how to overcome our negative feelings and develop positive attitude</w:t>
      </w:r>
      <w:r>
        <w:br/>
      </w:r>
      <w:r>
        <w:rPr>
          <w:sz w:val="20"/>
        </w:rPr>
        <w:t>52:33  dekhiye Quran ka jo maine mutala kiya hai to maine samjha hai yeh baat ke Quran jo hai woh aap ke andar result oriented thinking paida karta hai natija khez soch natija ko dekh kar bolna natija ko dekh kar amal karna natija dekh ko dekh kar sab kuch karna</w:t>
      </w:r>
      <w:r>
        <w:br/>
      </w:r>
      <w:r>
        <w:rPr>
          <w:sz w:val="20"/>
        </w:rPr>
        <w:t>53:01  to natija yani result is the criterion jo natija hai usi se faisla hoga kaun si baat sahi thi kaun si baat galat thi to jab aap aisa karein to sochein aap ke negative thinking jo hai in terms of result kya hai baat natija kya hai to aap foran us natije pahunchenge ke negative thinking to</w:t>
      </w:r>
      <w:r>
        <w:br/>
      </w:r>
      <w:r>
        <w:rPr>
          <w:sz w:val="20"/>
        </w:rPr>
        <w:t>53:31  halakat hai woh to self killing hai to aap usko chhod denge to sara khulasa yeh hai ke aap ki soch result oriented soch ho jaye</w:t>
      </w:r>
      <w:r>
        <w:br/>
      </w:r>
      <w:r>
        <w:rPr>
          <w:sz w:val="20"/>
        </w:rPr>
        <w:t>53:51  jaise Quran mein hai ke la khaira fi kaseerin min najwah un logon ki baaton mein aksar baatein aisi hoti hain jis mein koi khair nahi hoti</w:t>
      </w:r>
      <w:r>
        <w:br/>
      </w:r>
      <w:r>
        <w:rPr>
          <w:sz w:val="20"/>
        </w:rPr>
        <w:t>54:01  matlab iska koi natija nahi to chahe bolna ho chahe amal karna ho sab se pehle yeh socheye ke iska result kya hoga agar aap yeh sochenge to apne aap negative thought khatam ho jayenge apne aap negative soch khatam ho jayegi</w:t>
      </w:r>
    </w:p>
    <w:p>
      <w:pPr>
        <w:pStyle w:val="Heading2"/>
      </w:pPr>
      <w:r>
        <w:t>Parameters of right criteria for judgment</w:t>
      </w:r>
    </w:p>
    <w:p>
      <w:r>
        <w:rPr>
          <w:color w:val="666666"/>
          <w:sz w:val="18"/>
        </w:rPr>
        <w:t>Quran &amp; Tafsir · Eid-al-Azha I October 13, 2013 · 2m 03s · at 47:30 · https://youtu.be/oy7zn-uODcU?t=2850</w:t>
      </w:r>
    </w:p>
    <w:p>
      <w:r>
        <w:rPr>
          <w:i/>
        </w:rPr>
        <w:t>“What are the parameters of right criteria to judge something? Please guide.”</w:t>
      </w:r>
    </w:p>
    <w:p>
      <w:r>
        <w:rPr>
          <w:sz w:val="20"/>
        </w:rPr>
        <w:t>47:30  maulana agla sawal ajmer se aaya hai doctor safeena tabassum ka unhon ne likha hai maulana sahib in</w:t>
      </w:r>
      <w:r>
        <w:br/>
      </w:r>
      <w:r>
        <w:rPr>
          <w:sz w:val="20"/>
        </w:rPr>
        <w:t>47:37  one of your daily lectures this week you mentioned how we should not adopt a wrong criteria to</w:t>
      </w:r>
      <w:r>
        <w:br/>
      </w:r>
      <w:r>
        <w:rPr>
          <w:sz w:val="20"/>
        </w:rPr>
        <w:t>47:45  Just something my question is what are the parameters of right criteria please guide us. Dekhiye Quran ko</w:t>
      </w:r>
      <w:r>
        <w:br/>
      </w:r>
      <w:r>
        <w:rPr>
          <w:sz w:val="20"/>
        </w:rPr>
        <w:t>47:53  furqan kaha gaya hai yahi to hai right criteria aap quran ko gehrai ke sath padhiye to aap</w:t>
      </w:r>
      <w:r>
        <w:br/>
      </w:r>
      <w:r>
        <w:rPr>
          <w:sz w:val="20"/>
        </w:rPr>
        <w:t>48:00  ko sahih meyar maloom ho jayega to bohat asan hai yani quran ko kaha gaya hai ke</w:t>
      </w:r>
      <w:r>
        <w:br/>
      </w:r>
      <w:r>
        <w:rPr>
          <w:sz w:val="20"/>
        </w:rPr>
        <w:t>48:08  woh right criteria deta hai kyunke hamare pas maujood hai right criteria hamare pas maujood hai ab mein</w:t>
      </w:r>
      <w:r>
        <w:br/>
      </w:r>
      <w:r>
        <w:rPr>
          <w:sz w:val="20"/>
        </w:rPr>
        <w:t>48:16  ne meri sari kitaben sach puchhen to quran ki tafsir hain aap hamari kitabon ko padhiye to aap</w:t>
      </w:r>
      <w:r>
        <w:br/>
      </w:r>
      <w:r>
        <w:rPr>
          <w:sz w:val="20"/>
        </w:rPr>
        <w:t>48:24  dekhenge ke har masle mein har masle mein har masle mein aap ko sahih meyar milta hai</w:t>
      </w:r>
      <w:r>
        <w:br/>
      </w:r>
      <w:r>
        <w:rPr>
          <w:sz w:val="20"/>
        </w:rPr>
        <w:t>48:31  kaise aap judge karen cheezon ko cheezon ko kaise judge karen woh milta hai aap ko misal ke</w:t>
      </w:r>
      <w:r>
        <w:br/>
      </w:r>
      <w:r>
        <w:rPr>
          <w:sz w:val="20"/>
        </w:rPr>
        <w:t>48:39  tor par aaj kal jo hai log samjhe hain sab yeh samajh rahe hain ke gun culture aur</w:t>
      </w:r>
      <w:r>
        <w:br/>
      </w:r>
      <w:r>
        <w:rPr>
          <w:sz w:val="20"/>
        </w:rPr>
        <w:t>48:47  bomb culture se woh islam ko ghalib karenge aur us quran mein likha hua hai ke asal</w:t>
      </w:r>
      <w:r>
        <w:br/>
      </w:r>
      <w:r>
        <w:rPr>
          <w:sz w:val="20"/>
        </w:rPr>
        <w:t>48:54  woh khair yani peace ke zariye kamyabi hasil hoti hai ab dekhen ulta logon ne samajh rakha hai</w:t>
      </w:r>
      <w:r>
        <w:br/>
      </w:r>
      <w:r>
        <w:rPr>
          <w:sz w:val="20"/>
        </w:rPr>
        <w:t>49:02  log samajhte hain ke violence kar ke aur jang kar ke aur society bombing kar ke woh jeet</w:t>
      </w:r>
      <w:r>
        <w:br/>
      </w:r>
      <w:r>
        <w:rPr>
          <w:sz w:val="20"/>
        </w:rPr>
        <w:t>49:10  sakte hain aur quran batata hai ke nahin peace peaceful bathr se jeet hasil hogi to har</w:t>
      </w:r>
      <w:r>
        <w:br/>
      </w:r>
      <w:r>
        <w:rPr>
          <w:sz w:val="20"/>
        </w:rPr>
        <w:t>49:18  معاملے میں آپ کو قرآن جواب دے دے گا تو Quran is the only criterion to judge things.</w:t>
      </w:r>
      <w:r>
        <w:br/>
      </w:r>
      <w:r>
        <w:rPr>
          <w:sz w:val="20"/>
        </w:rPr>
        <w:t>49:25  bas aap quran ko padhiye tadabbur ke sath aap ko sab bat maloom ho jayegi maulana agla</w:t>
      </w:r>
    </w:p>
    <w:p>
      <w:pPr>
        <w:pStyle w:val="Heading2"/>
      </w:pPr>
      <w:r>
        <w:t>Patience Versus Jihad in the Quran</w:t>
      </w:r>
    </w:p>
    <w:p>
      <w:r>
        <w:rPr>
          <w:color w:val="666666"/>
          <w:sz w:val="18"/>
        </w:rPr>
        <w:t>Quran &amp; Tafsir · Divine Help March 31, 2019 Maulana Wahiduddin Khan · 2m 07s · at 45:21 · https://youtu.be/o5-R5Rjs5Cw?t=2721</w:t>
      </w:r>
    </w:p>
    <w:p>
      <w:r>
        <w:rPr>
          <w:i/>
        </w:rPr>
        <w:t>“Moulana, some people say that you always speak of patience, while the Quran also mentions fighting, jihad, and defense. Is emphasizing only patience a rejection of a part of the Quran? What would you say about this?”</w:t>
      </w:r>
    </w:p>
    <w:p>
      <w:r>
        <w:rPr>
          <w:sz w:val="20"/>
        </w:rPr>
        <w:t>45:21  maulana, agla comment bheja hai asrar khateeb sahib ne aur un ka sawal bhi hai. unhon ne likha hai "Today I knew a new principle of understanding of the Quran.</w:t>
      </w:r>
      <w:r>
        <w:br/>
      </w:r>
      <w:r>
        <w:rPr>
          <w:sz w:val="20"/>
        </w:rPr>
        <w:t>45:33  that is, when we change the word, then we can understand the meaning of the Quran." maulana, phir un ka sawal hai, unhon ne likha hai maulana baaz log kehte hain ke aap hamesha sabr ki baat karte hain jabke quran mein qital, jihad aur difa ki bhi baat kahi gayi hai.</w:t>
      </w:r>
      <w:r>
        <w:br/>
      </w:r>
      <w:r>
        <w:rPr>
          <w:sz w:val="20"/>
        </w:rPr>
        <w:t>45:55  sirf sabr par zor dena quran ke ek hisse ko na manna hai. maulana, is par aap kya kahenge?</w:t>
      </w:r>
      <w:r>
        <w:br/>
      </w:r>
      <w:r>
        <w:rPr>
          <w:sz w:val="20"/>
        </w:rPr>
        <w:t>46:04  is ka jawab fuqaha de chuke hain ke</w:t>
      </w:r>
      <w:r>
        <w:br/>
      </w:r>
      <w:r>
        <w:rPr>
          <w:sz w:val="20"/>
        </w:rPr>
        <w:t>46:12  qital islam mein husn li ghair hai, husn li zatah nahi hai. fuqaha de chuke hain jawab ke qital islam mein husn li ghair hai, husn li zatah nahi hai.</w:t>
      </w:r>
      <w:r>
        <w:br/>
      </w:r>
      <w:r>
        <w:rPr>
          <w:sz w:val="20"/>
        </w:rPr>
        <w:t>46:28  aaj kal ki zaban mein mein kahunga ke woh temporary hai, permanent nahi hai.</w:t>
      </w:r>
    </w:p>
    <w:p>
      <w:pPr>
        <w:pStyle w:val="Heading2"/>
      </w:pPr>
      <w:r>
        <w:t>Political Interpretation of Hukm ad-Din</w:t>
      </w:r>
    </w:p>
    <w:p>
      <w:r>
        <w:rPr>
          <w:color w:val="666666"/>
          <w:sz w:val="18"/>
        </w:rPr>
        <w:t>Quran &amp; Tafsir · The Companions and the Hadith Scholars June 24, 2012 · 3m 14s · at 1:24:00 · https://youtu.be/Dj4QiYnxgBs?t=5040</w:t>
      </w:r>
    </w:p>
    <w:p>
      <w:r>
        <w:rPr>
          <w:i/>
        </w:rPr>
        <w:t>“A great scholar who is a leader of the political interpretation of Islam, I asked him: Where in the Quran is it said that you should establish a political system in the world? He referred to the verse 'Hukm ad-Din'. Please explain this verse. I consider it a sin to interpret 'Hukm ad-Din' in the sense of establishing a government.”</w:t>
      </w:r>
    </w:p>
    <w:p>
      <w:r>
        <w:rPr>
          <w:sz w:val="20"/>
        </w:rPr>
        <w:t>1:24:00  Maulana, in ka aik aur sawal hai. unhon ne likha hai ke aik baray aalim jo Islam ke political interpretation ke leader hain, mein ne un se poocha ke Quran ki ayat mein kahan kaha gaya hai ke tum duniya mein political system ko qaim karo?</w:t>
      </w:r>
      <w:r>
        <w:br/>
      </w:r>
      <w:r>
        <w:rPr>
          <w:sz w:val="20"/>
        </w:rPr>
        <w:t>1:24:17  unhon ne ayat Hakeemuddin ka hawala diya. Maulana, is ayat ko aap explain k</w:t>
      </w:r>
      <w:r>
        <w:br/>
      </w:r>
      <w:r>
        <w:rPr>
          <w:sz w:val="20"/>
        </w:rPr>
        <w:t>1:24:23  arein. dekhen, yeh bohat bari, mein is ko gunah samajhta hoon ke Hakeemuddin ko iqamat-e-hukumat ke mani mein liya jaye.</w:t>
      </w:r>
      <w:r>
        <w:br/>
      </w:r>
      <w:r>
        <w:rPr>
          <w:sz w:val="20"/>
        </w:rPr>
        <w:t>1:24:33  kuch aur log hain jo Hakeem-us-Salah ke mani lete hain, iqamat-e-nizam. ya'ni social nizam qaim karna samajhte hain ke is mein Hakeem-us-Salah ka alfaaz hukum diya gaya hai.</w:t>
      </w:r>
      <w:r>
        <w:br/>
      </w:r>
      <w:r>
        <w:rPr>
          <w:sz w:val="20"/>
        </w:rPr>
        <w:t>1:24:45  Hakeemuddin ke mani har giz yeh nahin hain ke iqamat-e-hukumat. is par mein ne likhi hai Ta'beeri Ghalti, bohat lambi bahs ki hai, us ko aap parh lijiyey. Hakeemuddin ke mani hain ghair siyasi dayray mein deen ke jo taqazay hain, jis ko ke har fard bila rukawat ikhtiyar kar sakta hai,</w:t>
      </w:r>
      <w:r>
        <w:br/>
      </w:r>
      <w:r>
        <w:rPr>
          <w:sz w:val="20"/>
        </w:rPr>
        <w:t>1:25:04  us ko, us ko is par qaim hona. ya'ni tauheed, ikhlas, ibadat, akhlaq, aur Allah se mohabbat, Allah se khauf, yeh sab cheezen is se murad hain.</w:t>
      </w:r>
      <w:r>
        <w:br/>
      </w:r>
      <w:r>
        <w:rPr>
          <w:sz w:val="20"/>
        </w:rPr>
        <w:t>1:25:21  is ka hukumat se kuch bhi talluq nahin hai. is par mein ne likha hua hai, mein ne yeh bhi likha hai is mein ke sare hi mufassireen mutafiq hain ke is mani mein siyasat shamil nahin hai.</w:t>
      </w:r>
      <w:r>
        <w:br/>
      </w:r>
      <w:r>
        <w:rPr>
          <w:sz w:val="20"/>
        </w:rPr>
        <w:t>1:25:35  yeh jo aaj kal ke nikle hain siyasi ta'beer karne walay, yeh to bohat hi ziyada jisarat karte hain aur ke koi saboot nahin hai, aur phir bhi is ko dohrata chale ja rahe hain.</w:t>
      </w:r>
      <w:r>
        <w:br/>
      </w:r>
      <w:r>
        <w:rPr>
          <w:sz w:val="20"/>
        </w:rPr>
        <w:t>1:25:48  ya'ni na to lughat mein saboot hai, na Quran mein saboot hai, na tafseeron mein se koi aik bhi mufassir is ke haq mein hai.</w:t>
      </w:r>
      <w:r>
        <w:br/>
      </w:r>
      <w:r>
        <w:rPr>
          <w:sz w:val="20"/>
        </w:rPr>
        <w:t>1:25:58  mein aap ko aik waqia arz karta hoon ke jab mein ne kitab likhi, Ta'beeri Ghalti, to is fiqh ke jo aima hain, baray baray top ke log, un ko mein ne chhapnay se pehle yeh kitab di thi.</w:t>
      </w:r>
      <w:r>
        <w:br/>
      </w:r>
      <w:r>
        <w:rPr>
          <w:sz w:val="20"/>
        </w:rPr>
        <w:t>1:26:11  to is mein yeh likha hua tha ke kisi bhi mufassir ne Hakeemuddin ke amal nahin liye.</w:t>
      </w:r>
      <w:r>
        <w:br/>
      </w:r>
      <w:r>
        <w:rPr>
          <w:sz w:val="20"/>
        </w:rPr>
        <w:t>1:26:17  to unhon ne aik hawala diya ke falan mufassir ne liya hai. halankay hawala bilkul galat tha. ya'ni woh is mein idhar udhar kar ke sabit kiya gaya tha ke mufassir ne liya hai.</w:t>
      </w:r>
      <w:r>
        <w:br/>
      </w:r>
      <w:r>
        <w:rPr>
          <w:sz w:val="20"/>
        </w:rPr>
        <w:t>1:26:30  phir is ko tajziya kiya mein ne. aap parh lijiyey, be-kitab tha, be-Ghalti mein. yeh top ke aalim thay is halqay ke jinhon ne yeh kaam kiya tha ke galat hawala de kar ke sabit karna chaha tha ke aik mufassir is ko manta hai.</w:t>
      </w:r>
      <w:r>
        <w:br/>
      </w:r>
      <w:r>
        <w:rPr>
          <w:sz w:val="20"/>
        </w:rPr>
        <w:t>1:26:43  halankay aur yeh bhi nahin manta. woh bhi nahin manta.</w:t>
      </w:r>
      <w:r>
        <w:br/>
      </w:r>
      <w:r>
        <w:rPr>
          <w:sz w:val="20"/>
        </w:rPr>
        <w:t>1:26:47  hata ke mein ne likha tha ke Sawat-ul-Ilham jo hai, be-nuqtah tafseer hai. aik aik tafseer hai jo poori tafseer hai, jis mein nuqtah walay lafz nahin istemal kiye gaye hain.</w:t>
      </w:r>
      <w:r>
        <w:br/>
      </w:r>
      <w:r>
        <w:rPr>
          <w:sz w:val="20"/>
        </w:rPr>
        <w:t>1:26:59  is tafseer ke naam hai Sawat-ul-Ilham. to mein ne kaha tha ke is mein bhi yeh mafhoom nahin hai jo aap lete hain. to aap is ko dekh lijiyey meri kitab mein, Ta'beeri Ghalti mein.</w:t>
      </w:r>
      <w:r>
        <w:br/>
      </w:r>
      <w:r>
        <w:rPr>
          <w:sz w:val="20"/>
        </w:rPr>
        <w:t>1:27:15  Maulana, agla sawal Karachi Pakistan se hai, Miss Saira Latif ka. unhon ne likha hai: "aik Muslim khatoon scholar hain jo parde par bohat ziyada zor deti hain.</w:t>
      </w:r>
    </w:p>
    <w:p>
      <w:pPr>
        <w:pStyle w:val="Heading2"/>
      </w:pPr>
      <w:r>
        <w:t>Purpose of prophet stories in Quran</w:t>
      </w:r>
    </w:p>
    <w:p>
      <w:r>
        <w:rPr>
          <w:color w:val="666666"/>
          <w:sz w:val="18"/>
        </w:rPr>
        <w:t>Quran &amp; Tafsir · The Purpose of Existence-9th September 2012 · 2m 55s · at 1:21:42 · https://youtu.be/KxCy8m6k_MQ?t=4902</w:t>
      </w:r>
    </w:p>
    <w:p>
      <w:r>
        <w:rPr>
          <w:i/>
        </w:rPr>
        <w:t>“In the Quran, God has mentioned many incidents related to the life of the prophets like Adam, Noah, David, Solomon, etc. What is the purpose of mentioning these stories?”</w:t>
      </w:r>
    </w:p>
    <w:p>
      <w:r>
        <w:rPr>
          <w:sz w:val="20"/>
        </w:rPr>
        <w:t>1:21:42  maulana, agla sawal roorkee se hai sajid anwar sahab ka.</w:t>
      </w:r>
      <w:r>
        <w:br/>
      </w:r>
      <w:r>
        <w:rPr>
          <w:sz w:val="20"/>
        </w:rPr>
        <w:t>1:21:46  انہوں نے لکھا ہے: "مولانا، in the Quran God has mentioned many incidents related to the life of</w:t>
      </w:r>
      <w:r>
        <w:br/>
      </w:r>
      <w:r>
        <w:rPr>
          <w:sz w:val="20"/>
        </w:rPr>
        <w:t>1:21:54  The prophets like Adam, Noah, David, Solomon, etc.</w:t>
      </w:r>
      <w:r>
        <w:br/>
      </w:r>
      <w:r>
        <w:rPr>
          <w:sz w:val="20"/>
        </w:rPr>
        <w:t>1:21:58  These incidents clearly indicate that these prophets also realized their mistakes and turned towards God Almighty in repentance.</w:t>
      </w:r>
      <w:r>
        <w:br/>
      </w:r>
      <w:r>
        <w:rPr>
          <w:sz w:val="20"/>
        </w:rPr>
        <w:t>1:22:05  However, attitude of today's Muslims are in absolute contrast to the examples of these prophets as they</w:t>
      </w:r>
      <w:r>
        <w:br/>
      </w:r>
      <w:r>
        <w:rPr>
          <w:sz w:val="20"/>
        </w:rPr>
        <w:t>1:22:13  Do not retract from their violent culture.</w:t>
      </w:r>
      <w:r>
        <w:br/>
      </w:r>
      <w:r>
        <w:rPr>
          <w:sz w:val="20"/>
        </w:rPr>
        <w:t>1:22:16  Is it not a clear proof that today Muslims derive their ideology from somewhere other than the</w:t>
      </w:r>
      <w:r>
        <w:br/>
      </w:r>
      <w:r>
        <w:rPr>
          <w:sz w:val="20"/>
        </w:rPr>
        <w:t>1:22:24  quran? kindly comment.</w:t>
      </w:r>
      <w:r>
        <w:br/>
      </w:r>
      <w:r>
        <w:rPr>
          <w:sz w:val="20"/>
        </w:rPr>
        <w:t>1:22:25  kya matlab hai? maulana, woh yeh keh rahe hain ke jo prophets ki zindagi se dekha gaya hai</w:t>
      </w:r>
      <w:r>
        <w:br/>
      </w:r>
      <w:r>
        <w:rPr>
          <w:sz w:val="20"/>
        </w:rPr>
        <w:t>1:22:33  ke unhon ne bhi kuch ghaltiyan keen lekin unhon ne woh repentance ki.</w:t>
      </w:r>
      <w:r>
        <w:br/>
      </w:r>
      <w:r>
        <w:rPr>
          <w:sz w:val="20"/>
        </w:rPr>
        <w:t>1:22:39  unhon ne is ke baad lekin agar un se aaj ke muslims ko compare kiya jaye to aaj</w:t>
      </w:r>
      <w:r>
        <w:br/>
      </w:r>
      <w:r>
        <w:rPr>
          <w:sz w:val="20"/>
        </w:rPr>
        <w:t>1:22:46  ke muslims jo hain woh apni aik to maulana ghalti nahi mante aur violent culture ko ikhtiyar kiya</w:t>
      </w:r>
      <w:r>
        <w:br/>
      </w:r>
      <w:r>
        <w:rPr>
          <w:sz w:val="20"/>
        </w:rPr>
        <w:t>1:22:54  hua hai unhon ne.</w:t>
      </w:r>
      <w:r>
        <w:br/>
      </w:r>
      <w:r>
        <w:rPr>
          <w:sz w:val="20"/>
        </w:rPr>
        <w:t>1:22:56  to kya yeh kaha ja sakta hai ke un ki jo ideology hai woh un ko quran se</w:t>
      </w:r>
      <w:r>
        <w:br/>
      </w:r>
      <w:r>
        <w:rPr>
          <w:sz w:val="20"/>
        </w:rPr>
        <w:t>1:23:03  nahi, kahin aur se mil rahi hai? is se yeh matlab lagta hai.</w:t>
      </w:r>
      <w:r>
        <w:br/>
      </w:r>
      <w:r>
        <w:rPr>
          <w:sz w:val="20"/>
        </w:rPr>
        <w:t>1:23:09  nahi, dekhen, woh ghalti wali baat alag hai, woh baat alag hai.</w:t>
      </w:r>
      <w:r>
        <w:br/>
      </w:r>
      <w:r>
        <w:rPr>
          <w:sz w:val="20"/>
        </w:rPr>
        <w:t>1:23:14  donon ko woh nahi karna chahiye.</w:t>
      </w:r>
      <w:r>
        <w:br/>
      </w:r>
      <w:r>
        <w:rPr>
          <w:sz w:val="20"/>
        </w:rPr>
        <w:t>1:23:17  ji haan, abhi jo musalman jo ladai bhadai kar rahe hain, us ko jihad kehte hain.</w:t>
      </w:r>
      <w:r>
        <w:br/>
      </w:r>
      <w:r>
        <w:rPr>
          <w:sz w:val="20"/>
        </w:rPr>
        <w:t>1:23:24  yeh to bilkul baseless hai yani is ka talluq kuch bhi quran se nahi hai.</w:t>
      </w:r>
      <w:r>
        <w:br/>
      </w:r>
      <w:r>
        <w:rPr>
          <w:sz w:val="20"/>
        </w:rPr>
        <w:t>1:23:30  kahin quran mein is tarah ki ladaaiyon ka zikr nahi hai.</w:t>
      </w:r>
      <w:r>
        <w:br/>
      </w:r>
      <w:r>
        <w:rPr>
          <w:sz w:val="20"/>
        </w:rPr>
        <w:t>1:23:35  yeh to quran in ko disown kar raha hai.</w:t>
      </w:r>
      <w:r>
        <w:br/>
      </w:r>
      <w:r>
        <w:rPr>
          <w:sz w:val="20"/>
        </w:rPr>
        <w:t>1:23:39  disown karne ki wajah se har jagah woh haar rahe hain.</w:t>
      </w:r>
      <w:r>
        <w:br/>
      </w:r>
      <w:r>
        <w:rPr>
          <w:sz w:val="20"/>
        </w:rPr>
        <w:t>1:23:44  to woh alag masla hai yani woh is ko kehte hain ijtihadi khata.</w:t>
      </w:r>
      <w:r>
        <w:br/>
      </w:r>
      <w:r>
        <w:rPr>
          <w:sz w:val="20"/>
        </w:rPr>
        <w:t>1:23:50  ji, paighambaron se ijtihadi khata hoti hai, woh ek alag masla hai.</w:t>
      </w:r>
      <w:r>
        <w:br/>
      </w:r>
      <w:r>
        <w:rPr>
          <w:sz w:val="20"/>
        </w:rPr>
        <w:t>1:23:55  ji, lekin yeh jo musalman ladaaiyan lad rahe hain, yeh to koi shaq nahi ke hargiz na to</w:t>
      </w:r>
      <w:r>
        <w:br/>
      </w:r>
      <w:r>
        <w:rPr>
          <w:sz w:val="20"/>
        </w:rPr>
        <w:t>1:24:03  jihad hai na islam hai.</w:t>
      </w:r>
      <w:r>
        <w:br/>
      </w:r>
      <w:r>
        <w:rPr>
          <w:sz w:val="20"/>
        </w:rPr>
        <w:t>1:24:05  yeh baseless activities hain jin ka faida na dunya mein hai na akhirat mein.</w:t>
      </w:r>
      <w:r>
        <w:br/>
      </w:r>
      <w:r>
        <w:rPr>
          <w:sz w:val="20"/>
        </w:rPr>
        <w:t>1:24:11  is mein to koi shaq nahi hai, na in ko dunya mein koi faida milne wala hai na</w:t>
      </w:r>
      <w:r>
        <w:br/>
      </w:r>
      <w:r>
        <w:rPr>
          <w:sz w:val="20"/>
        </w:rPr>
        <w:t>1:24:18  akhirat mein in ko kuch faida milne wala hai.</w:t>
      </w:r>
      <w:r>
        <w:br/>
      </w:r>
      <w:r>
        <w:rPr>
          <w:sz w:val="20"/>
        </w:rPr>
        <w:t>1:24:22  koi talluq in ka islam se nahi hai, deen se nahi hai, kuch bhi nahi hai.</w:t>
      </w:r>
      <w:r>
        <w:br/>
      </w:r>
      <w:r>
        <w:rPr>
          <w:sz w:val="20"/>
        </w:rPr>
        <w:t>1:24:29  is par to bohat likha hai aap ne.</w:t>
      </w:r>
      <w:r>
        <w:br/>
      </w:r>
      <w:r>
        <w:rPr>
          <w:sz w:val="20"/>
        </w:rPr>
        <w:t>1:24:33  aap yani kafi literature maujood hai is ke is ke baray mein.</w:t>
      </w:r>
    </w:p>
    <w:p>
      <w:pPr>
        <w:pStyle w:val="Heading2"/>
      </w:pPr>
      <w:r>
        <w:t>Qital Verse Recitation or Practical Application</w:t>
      </w:r>
    </w:p>
    <w:p>
      <w:r>
        <w:rPr>
          <w:color w:val="666666"/>
          <w:sz w:val="18"/>
        </w:rPr>
        <w:t>Quran &amp; Tafsir · Hadith Prediction November 3, 2013 · 2m 39s · at 1:11:04 · https://youtu.be/cb5Lzw9c8aE?t=4264</w:t>
      </w:r>
    </w:p>
    <w:p>
      <w:r>
        <w:rPr>
          <w:i/>
        </w:rPr>
        <w:t>“A person said that the entire verse of qital is only for recitation until Qiyamah, or can some action also be done upon it? Please explain.”</w:t>
      </w:r>
    </w:p>
    <w:p>
      <w:r>
        <w:rPr>
          <w:sz w:val="20"/>
        </w:rPr>
        <w:t>1:11:04  Maulana, agla sawal Maulana Iqbal Umri ka hai Tamil Nadu se.</w:t>
      </w:r>
      <w:r>
        <w:br/>
      </w:r>
      <w:r>
        <w:rPr>
          <w:sz w:val="20"/>
        </w:rPr>
        <w:t>1:11:09  unhone likha hai Maulana ek sahab ne farmaya ke ayat-e-qital sara ka sara sirf tilawat ke liye hai qayamat tak, ya is ya is par kuch amal bhi ho sakta hai.</w:t>
      </w:r>
      <w:r>
        <w:br/>
      </w:r>
      <w:r>
        <w:rPr>
          <w:sz w:val="20"/>
        </w:rPr>
        <w:t>1:11:23  is ke bare mein batayein</w:t>
      </w:r>
      <w:r>
        <w:br/>
      </w:r>
      <w:r>
        <w:rPr>
          <w:sz w:val="20"/>
        </w:rPr>
        <w:t>1:11:27  bhai, qital ki ayatein Rasool Allah ki zaban mein bhi namaz roze ki tarah nahi thi.</w:t>
      </w:r>
      <w:r>
        <w:br/>
      </w:r>
      <w:r>
        <w:rPr>
          <w:sz w:val="20"/>
        </w:rPr>
        <w:t>1:11:35  yeh aisa koi aalim nahi manta</w:t>
      </w:r>
      <w:r>
        <w:br/>
      </w:r>
      <w:r>
        <w:rPr>
          <w:sz w:val="20"/>
        </w:rPr>
        <w:t>1:11:42  ke namaz roza, namaz jaise rozana panch waqt, rozana panch waqt, rozana aise qital thi, rozana karna tha,</w:t>
      </w:r>
      <w:r>
        <w:br/>
      </w:r>
      <w:r>
        <w:rPr>
          <w:sz w:val="20"/>
        </w:rPr>
        <w:t>1:11:51  rozana qital nahi karna tha. qital boqt zaroorat hota hai, namaz ki tarah nahi hai is ka muamla.</w:t>
      </w:r>
      <w:r>
        <w:br/>
      </w:r>
      <w:r>
        <w:rPr>
          <w:sz w:val="20"/>
        </w:rPr>
        <w:t>1:12:01  to agar woh sari shartein agar koi paida ho jayein to qital kiya jayega.</w:t>
      </w:r>
      <w:r>
        <w:br/>
      </w:r>
      <w:r>
        <w:rPr>
          <w:sz w:val="20"/>
        </w:rPr>
        <w:t>1:12:10  lekin maujooda zamane mein to bachta hoon, woh shartein paai nahin jaati hain.</w:t>
      </w:r>
      <w:r>
        <w:br/>
      </w:r>
      <w:r>
        <w:rPr>
          <w:sz w:val="20"/>
        </w:rPr>
        <w:t>1:12:17  to rasool Allah ki zabaan mein bhi jab shartein maujood hoti hain to qitaal kiya gaya, jaise hudaybiyah mein qitaal nahin kiya gaya, khandak mein qitaal nahin kiya gaya, kyunke woh shartein maujood nahin theen.</w:t>
      </w:r>
      <w:r>
        <w:br/>
      </w:r>
      <w:r>
        <w:rPr>
          <w:sz w:val="20"/>
        </w:rPr>
        <w:t>1:12:29  to qitaal koi namaz roze ki tarah, koi abadi taleem to nahin hai.</w:t>
      </w:r>
      <w:r>
        <w:br/>
      </w:r>
      <w:r>
        <w:rPr>
          <w:sz w:val="20"/>
        </w:rPr>
        <w:t>1:12:34  woh in sharaait ke saath is ka maamla hai ke woh shartein paida hon, woh condition paai jaayen to qitaal kiya jayega.</w:t>
      </w:r>
      <w:r>
        <w:br/>
      </w:r>
      <w:r>
        <w:rPr>
          <w:sz w:val="20"/>
        </w:rPr>
        <w:t>1:12:45  to us waqt mein samajhta hoon ke yaani qitaal ka ke kis tarah haalat nahin hai. Yeh to hudaybiyah ki haalat hai. Yaani us waqt jo hai, hamein hudaybiyah ka pattern ikhtiyar karna hai, qitaal ka pattern nahin.</w:t>
      </w:r>
      <w:r>
        <w:br/>
      </w:r>
      <w:r>
        <w:rPr>
          <w:sz w:val="20"/>
        </w:rPr>
        <w:t>1:12:58  us waqt jo halaat hain duniya ke,</w:t>
      </w:r>
      <w:r>
        <w:br/>
      </w:r>
      <w:r>
        <w:rPr>
          <w:sz w:val="20"/>
        </w:rPr>
        <w:t>1:13:00  to hudaybiyah ke pattern ko ko ikhtiyar karne ki</w:t>
      </w:r>
      <w:r>
        <w:br/>
      </w:r>
      <w:r>
        <w:rPr>
          <w:sz w:val="20"/>
        </w:rPr>
        <w:t>1:13:07  ko bata rahe hain, qitaal ke pattern ko nahin. Khud rasool Allah ki zindgim bhi besaar maujood hai ke jab qitaal ke halaat the to aap ne badr ki ladai ki.</w:t>
      </w:r>
      <w:r>
        <w:br/>
      </w:r>
      <w:r>
        <w:rPr>
          <w:sz w:val="20"/>
        </w:rPr>
        <w:t>1:13:18  qitaal ke halaat nahin the to aap ne hudaybiyah ka muahida kar liya. To us waqt hamein dekhna padega ke us waqt hum jin halaat mein hain, wahan par kaun sa pattern applicable hai?</w:t>
      </w:r>
      <w:r>
        <w:br/>
      </w:r>
      <w:r>
        <w:rPr>
          <w:sz w:val="20"/>
        </w:rPr>
        <w:t>1:13:28  badr ka pattern ya hudaybiyah ka pattern?</w:t>
      </w:r>
      <w:r>
        <w:br/>
      </w:r>
      <w:r>
        <w:rPr>
          <w:sz w:val="20"/>
        </w:rPr>
        <w:t>1:13:31  us waqt badr ka pattern applicable nahin hai, hudaybiyah ka pattern applicable hai. To isi par amal kijiye.</w:t>
      </w:r>
    </w:p>
    <w:p>
      <w:pPr>
        <w:pStyle w:val="Heading2"/>
      </w:pPr>
      <w:r>
        <w:t>Qualitative vs quantitative interpretation of religion</w:t>
      </w:r>
    </w:p>
    <w:p>
      <w:r>
        <w:rPr>
          <w:color w:val="666666"/>
          <w:sz w:val="18"/>
        </w:rPr>
        <w:t>Quran &amp; Tafsir · Islam and Science (In Conversation with Maulana) · 3m 28s · at 27:39 · https://youtu.be/pKS94tSXlT4?t=1659</w:t>
      </w:r>
    </w:p>
    <w:p>
      <w:r>
        <w:rPr>
          <w:i/>
        </w:rPr>
        <w:t>“Please explain the difference between the qualitative and quantitative interpretation of religion.”</w:t>
      </w:r>
    </w:p>
    <w:p>
      <w:r>
        <w:rPr>
          <w:sz w:val="20"/>
        </w:rPr>
        <w:t>27:39  maulana, agla sawal maulana khateeb asrar ul hassan ka hai umra abad se. unhon ne aap se poocha hai ke deen ki kaifiati aur kamiyati taabeer ke farq ki wazahat kijiye.</w:t>
      </w:r>
      <w:r>
        <w:br/>
      </w:r>
      <w:r>
        <w:rPr>
          <w:sz w:val="20"/>
        </w:rPr>
        <w:t>27:53  kaifiyat aur kamiyat ko angrezi mein kehte hain. yani woh quality aur quantity. yani ek hai qualitative aspect, ek hai quantitative aspect.</w:t>
      </w:r>
      <w:r>
        <w:br/>
      </w:r>
      <w:r>
        <w:rPr>
          <w:sz w:val="20"/>
        </w:rPr>
        <w:t>28:07  to jaise aap ne farz kiya ke tahajjud ki namaz aath rakkat padhi to kamiyat yeh hui ke aap ne aath rakkat padh dali.</w:t>
      </w:r>
      <w:r>
        <w:br/>
      </w:r>
      <w:r>
        <w:rPr>
          <w:sz w:val="20"/>
        </w:rPr>
        <w:t>28:18  yeh is ka quantitative aspect hua. aur kitna khushu tha is ke baray mein, kitna Allah ki taraf rujoo tha, woh is ka qualitative aspect hai.</w:t>
      </w:r>
      <w:r>
        <w:br/>
      </w:r>
      <w:r>
        <w:rPr>
          <w:sz w:val="20"/>
        </w:rPr>
        <w:t>28:32  yani kaifiati aspect. to yeh yani quran o hadith ke mutale se maloom hota hai ke Allah taala ko yani kamiyat se dilchaspi nahi hai, kaifiyat dilchaspi hai.</w:t>
      </w:r>
      <w:r>
        <w:br/>
      </w:r>
      <w:r>
        <w:rPr>
          <w:sz w:val="20"/>
        </w:rPr>
        <w:t>28:46  yani miqdar se nahi hai, balkeh spirit se dilchaspi hai. koi koi bohat bara aap aath rakkat, aath hazar rakkat padh dain lekin is mein kaifiyat na ho, yani khushu na ho,</w:t>
      </w:r>
      <w:r>
        <w:br/>
      </w:r>
      <w:r>
        <w:rPr>
          <w:sz w:val="20"/>
        </w:rPr>
        <w:t>28:59  khuzu na ho, taqwa na ho, mohabbat ilahi na ho, khauf khuda na ho to is ki koi value nahi hogi Allah ki nazar mein. to dakhli spirit ka naam hai kaifiyat aur kharji form ka naam hai kamiyat.</w:t>
      </w:r>
      <w:r>
        <w:br/>
      </w:r>
      <w:r>
        <w:rPr>
          <w:sz w:val="20"/>
        </w:rPr>
        <w:t>29:21  jaise misaal ke tor par ek mashhoor hadith hai ke rasool Allah madina masjid ke madine ke masjid mein thay aur ek shakhs aata hai aur us ne do rakkat namaz padhi, phir aap ke paas aaya,</w:t>
      </w:r>
      <w:r>
        <w:br/>
      </w:r>
      <w:r>
        <w:rPr>
          <w:sz w:val="20"/>
        </w:rPr>
        <w:t>29:39  salam kiya to aap ne farmaya ke "arj fasal fainka lam tusal" jao phir se namaz padho kyunke tum ne namaz nahi padhi.</w:t>
      </w:r>
      <w:r>
        <w:br/>
      </w:r>
      <w:r>
        <w:rPr>
          <w:sz w:val="20"/>
        </w:rPr>
        <w:t>29:50  matlab kamiyati maano mein to padh liya tha us ne lekin kaifiyat maano mein nahi padha tha. us ne adad poora kar liya aur khushu se ghayab thi woh namaz us ki.</w:t>
      </w:r>
      <w:r>
        <w:br/>
      </w:r>
      <w:r>
        <w:rPr>
          <w:sz w:val="20"/>
        </w:rPr>
        <w:t>30:01  to yeh farq hai kamiyat mein aur kaifiyat mein.</w:t>
      </w:r>
      <w:r>
        <w:br/>
      </w:r>
      <w:r>
        <w:rPr>
          <w:sz w:val="20"/>
        </w:rPr>
        <w:t>30:07  okay, we will end the session now. thank you.</w:t>
      </w:r>
    </w:p>
    <w:p>
      <w:pPr>
        <w:pStyle w:val="Heading2"/>
      </w:pPr>
      <w:r>
        <w:t>Questioning Qur'anic basis for Jewish right to Palestine</w:t>
      </w:r>
    </w:p>
    <w:p>
      <w:r>
        <w:rPr>
          <w:color w:val="666666"/>
          <w:sz w:val="18"/>
        </w:rPr>
        <w:t>Quran &amp; Tafsir · The Crises Management September 18, 2011 · 2m 50s · at 1:10:48 · https://youtu.be/s3cYFtQZwzw?t=4248</w:t>
      </w:r>
    </w:p>
    <w:p>
      <w:r>
        <w:rPr>
          <w:i/>
        </w:rPr>
        <w:t>“As far as the solution of the Palestine issue is concerned, I completely agree with your views that we Muslims have nothing but to accept the present status quo and should try to stabilize peace. But you wrote in your book The Prophet of Peace that it is the divine and natural right of the exiled Jews of the second diaspora to settle in the land of Palestine; which verse of the Quran gives them this right? The verse you quoted, 'O my people, enter the holy land' (Quran 5:21) — was it not related only to the contemporaries of Prophet Moses?”</w:t>
      </w:r>
    </w:p>
    <w:p>
      <w:r>
        <w:rPr>
          <w:sz w:val="20"/>
        </w:rPr>
        <w:t>1:10:48  mister muhammad yaseen khan ne bhopal se sawal kiya hai unhon ne likha hai as far as the solution of palestine issue is concerned i completely agree with your views that we muslims have nothing but to accept the present status quo and should try to stabilize peace</w:t>
      </w:r>
      <w:r>
        <w:br/>
      </w:r>
      <w:r>
        <w:rPr>
          <w:sz w:val="20"/>
        </w:rPr>
        <w:t>1:11:10  but you wrote in your book the prophet of peace that it is the divine right or natural right of the exiled jews of the second diaspora to settle in the land of palestine which verse of the quran gives them this right ah</w:t>
      </w:r>
      <w:r>
        <w:br/>
      </w:r>
      <w:r>
        <w:rPr>
          <w:sz w:val="20"/>
        </w:rPr>
        <w:t>1:11:31  you are the verse that you quoted oh my people enter enter the holy land that is chapter five verse number 21 was it not related only to the contemporaries of the prophet moses</w:t>
      </w:r>
      <w:r>
        <w:br/>
      </w:r>
      <w:r>
        <w:rPr>
          <w:sz w:val="20"/>
        </w:rPr>
        <w:t>1:11:48  dekhiye</w:t>
      </w:r>
      <w:r>
        <w:br/>
      </w:r>
      <w:r>
        <w:rPr>
          <w:sz w:val="20"/>
        </w:rPr>
        <w:t>1:11:51  quran ka usool yeh hai ke aik cheez quran mein kahi gayi hai aur isi mein ailan nahi kiya gaya hai ke yeh yani mansookh hai ya baad ke zamane par apply nahi ki jayegi tab tak woh applicable rahegi woh yeh kaun hai is ko aik kehne wala hai ke hazrat musa ke zamane ke liye thay aaj ke liye nahi hai yeh kaun kehne wala hai kis ko haq hai is ko koi nahi ke</w:t>
      </w:r>
      <w:r>
        <w:br/>
      </w:r>
      <w:r>
        <w:rPr>
          <w:sz w:val="20"/>
        </w:rPr>
        <w:t>1:12:14  ne ka haq rakhta hazrat musa ne kaha tha ke yani hazrat musa ke zamane mein Allah taala ne farmaya tha un ki zuban se yeh naqal hua hai ke woh un ke</w:t>
      </w:r>
      <w:r>
        <w:br/>
      </w:r>
      <w:r>
        <w:rPr>
          <w:sz w:val="20"/>
        </w:rPr>
        <w:t>1:12:31  aap kahein ke yeh musa ke liye tha aaj ke liye nahi hai yeh hazrat musa ne dua ki thi rab i inni lima anzalta min khair faqir to yeh musa ke liye tha aaj ke liye nahi tha</w:t>
      </w:r>
      <w:r>
        <w:br/>
      </w:r>
      <w:r>
        <w:rPr>
          <w:sz w:val="20"/>
        </w:rPr>
        <w:t>1:12:43  is qism ki daleelein bilkul hi illogical hain illogical ghair ilmi dekhein asal baat yeh hai ke hazrat ibrahim ke do bete thay aik bete ko yani ismail ko settle kiya unhon ne hijaz mein to hijaz un ke liye yani assigned land ban gaya doosre bete ko settle kiya unhon ne palestine mein woh ilaqa un ke liye promised land ban gaya assigned land</w:t>
      </w:r>
      <w:r>
        <w:br/>
      </w:r>
      <w:r>
        <w:rPr>
          <w:sz w:val="20"/>
        </w:rPr>
        <w:t>1:13:12  us waqt se yeh chala aa raha hai jab tak aap yeh na quran ki koi ayat pesh karein ke yeh nahi falasteen se falasteen jo diya gaya tha un ko woh sirf hazrat musa ke zamane ke liye tha baad ke liye nahi tha tab tak woh prevail karega is ki daleel nahi koi daleel nahi hai illogical baatein hain yeh</w:t>
      </w:r>
    </w:p>
    <w:p>
      <w:pPr>
        <w:pStyle w:val="Heading2"/>
      </w:pPr>
      <w:r>
        <w:t>Quran emphasizes patience over retaliation</w:t>
      </w:r>
    </w:p>
    <w:p>
      <w:r>
        <w:rPr>
          <w:color w:val="666666"/>
          <w:sz w:val="18"/>
        </w:rPr>
        <w:t>Quran &amp; Tafsir · Divine Law of Success 14th October 2012 Slow · 3m 09s · at 1:34:55 · https://youtu.be/2zXfZhIf1jA?t=5695</w:t>
      </w:r>
    </w:p>
    <w:p>
      <w:r>
        <w:rPr>
          <w:i/>
        </w:rPr>
        <w:t>“In the Quran, repeatedly addressing the Prophet and his companions, it says 'And be patient over what they say.' In the Quran, nowhere is it said 'And kill over...'”</w:t>
      </w:r>
    </w:p>
    <w:p>
      <w:r>
        <w:rPr>
          <w:sz w:val="20"/>
        </w:rPr>
        <w:t>1:34:55  Maulana, agla sawal Delhi se hai Mr. Rashid sahib ka.</w:t>
      </w:r>
      <w:r>
        <w:br/>
      </w:r>
      <w:r>
        <w:rPr>
          <w:sz w:val="20"/>
        </w:rPr>
        <w:t>1:35:00  unhon ne likha hai: Quran mein bar bar Rasool aur Ashab Rasool ko mukhatib karte hue kaha gaya</w:t>
      </w:r>
      <w:r>
        <w:br/>
      </w:r>
      <w:r>
        <w:rPr>
          <w:sz w:val="20"/>
        </w:rPr>
        <w:t>1:35:05  hai ke WASBIR ALA MA YAQULOON Quran mein kahin bhi yeh nahin kaha gaya hai ke WAQTUL ALA</w:t>
      </w:r>
      <w:r>
        <w:br/>
      </w:r>
      <w:r>
        <w:rPr>
          <w:sz w:val="20"/>
        </w:rPr>
        <w:t>1:35:11  MA YAQULOON is ko aap clarify karen.</w:t>
      </w:r>
      <w:r>
        <w:br/>
      </w:r>
      <w:r>
        <w:rPr>
          <w:sz w:val="20"/>
        </w:rPr>
        <w:t>1:35:16  bahut sahih kaha unhon ne, bahut sahih kaha hai.</w:t>
      </w:r>
      <w:r>
        <w:br/>
      </w:r>
      <w:r>
        <w:rPr>
          <w:sz w:val="20"/>
        </w:rPr>
        <w:t>1:35:21  Yaqool se murad hai satane wali baaten, wahi gustakhi karna, satana aisi baaten.</w:t>
      </w:r>
      <w:r>
        <w:br/>
      </w:r>
      <w:r>
        <w:rPr>
          <w:sz w:val="20"/>
        </w:rPr>
        <w:t>1:35:26  yeh bohat achi baat hai unhon ne kahi ke jis waqe par aaj hangama kar rahe hain, hum</w:t>
      </w:r>
      <w:r>
        <w:br/>
      </w:r>
      <w:r>
        <w:rPr>
          <w:sz w:val="20"/>
        </w:rPr>
        <w:t>1:35:31  aise waqe wahan musalsal ho rahe the.</w:t>
      </w:r>
      <w:r>
        <w:br/>
      </w:r>
      <w:r>
        <w:rPr>
          <w:sz w:val="20"/>
        </w:rPr>
        <w:t>1:35:36  bas yeh nahi kaha gaya ke aise logon ko qatal kar dalo jo aisi boli bol rahe hain.</w:t>
      </w:r>
      <w:r>
        <w:br/>
      </w:r>
      <w:r>
        <w:rPr>
          <w:sz w:val="20"/>
        </w:rPr>
        <w:t>1:35:41  bas kaha ke sabar karo.</w:t>
      </w:r>
      <w:r>
        <w:br/>
      </w:r>
      <w:r>
        <w:rPr>
          <w:sz w:val="20"/>
        </w:rPr>
        <w:t>1:35:46  sabar ke mani kya hain? sabar ke mani hain positive option lena.</w:t>
      </w:r>
      <w:r>
        <w:br/>
      </w:r>
      <w:r>
        <w:rPr>
          <w:sz w:val="20"/>
        </w:rPr>
        <w:t>1:35:52  sabar ka matlab yeh nahi ke positive attitude.</w:t>
      </w:r>
      <w:r>
        <w:br/>
      </w:r>
      <w:r>
        <w:rPr>
          <w:sz w:val="20"/>
        </w:rPr>
        <w:t>1:35:57  sabar ka matlab positive option lena hai, yani bajaye yeh ke aap react karen, ghussa hon, in</w:t>
      </w:r>
      <w:r>
        <w:br/>
      </w:r>
      <w:r>
        <w:rPr>
          <w:sz w:val="20"/>
        </w:rPr>
        <w:t>1:36:02  ke khilaf hangama karen, nahi.</w:t>
      </w:r>
      <w:r>
        <w:br/>
      </w:r>
      <w:r>
        <w:rPr>
          <w:sz w:val="20"/>
        </w:rPr>
        <w:t>1:36:07  khamoshi se apne aap ko tayyar karen dawat ke liye.</w:t>
      </w:r>
      <w:r>
        <w:br/>
      </w:r>
      <w:r>
        <w:rPr>
          <w:sz w:val="20"/>
        </w:rPr>
        <w:t>1:36:12  khamoshi se tayyar karen ke un ko kis tarah se address kiya jaye, kis tarah un ke mind</w:t>
      </w:r>
      <w:r>
        <w:br/>
      </w:r>
      <w:r>
        <w:rPr>
          <w:sz w:val="20"/>
        </w:rPr>
        <w:t>1:36:17  ko badla jaye.</w:t>
      </w:r>
      <w:r>
        <w:br/>
      </w:r>
      <w:r>
        <w:rPr>
          <w:sz w:val="20"/>
        </w:rPr>
        <w:t>1:36:22  yeh sabar ka matlab hai.</w:t>
      </w:r>
      <w:r>
        <w:br/>
      </w:r>
      <w:r>
        <w:rPr>
          <w:sz w:val="20"/>
        </w:rPr>
        <w:t>1:36:27  sabar haqeeqat mein positive planning ka doosra naam hai.</w:t>
      </w:r>
      <w:r>
        <w:br/>
      </w:r>
      <w:r>
        <w:rPr>
          <w:sz w:val="20"/>
        </w:rPr>
        <w:t>1:36:33  sabar jo hai, woh is baat ka naam hai ke aap negative aspect ko nazar andaz kar ke</w:t>
      </w:r>
      <w:r>
        <w:br/>
      </w:r>
      <w:r>
        <w:rPr>
          <w:sz w:val="20"/>
        </w:rPr>
        <w:t>1:36:38  positive planning karen.</w:t>
      </w:r>
      <w:r>
        <w:br/>
      </w:r>
      <w:r>
        <w:rPr>
          <w:sz w:val="20"/>
        </w:rPr>
        <w:t>1:36:43  isi ka naam sabar hai.</w:t>
      </w:r>
      <w:r>
        <w:br/>
      </w:r>
      <w:r>
        <w:rPr>
          <w:sz w:val="20"/>
        </w:rPr>
        <w:t>1:36:48  maulana, un ka ek aur sawal hai.</w:t>
      </w:r>
      <w:r>
        <w:br/>
      </w:r>
      <w:r>
        <w:rPr>
          <w:sz w:val="20"/>
        </w:rPr>
        <w:t>1:36:53  انہوں نے لکھا ہے: Protest کرنے والے لوگ یہ کہتے ہیں کہ ہم کو peaceful protest کرنا چاہیے۔</w:t>
      </w:r>
      <w:r>
        <w:br/>
      </w:r>
      <w:r>
        <w:rPr>
          <w:sz w:val="20"/>
        </w:rPr>
        <w:t>1:36:58  protest ka right hum ko democracy ne diya hai.</w:t>
      </w:r>
      <w:r>
        <w:br/>
      </w:r>
      <w:r>
        <w:rPr>
          <w:sz w:val="20"/>
        </w:rPr>
        <w:t>1:37:03  is ke bare mein aap kya kahenge? dekhen, yahan par main kahunga ke result dekho.</w:t>
      </w:r>
      <w:r>
        <w:br/>
      </w:r>
      <w:r>
        <w:rPr>
          <w:sz w:val="20"/>
        </w:rPr>
        <w:t>1:37:09  result protest ka result kabhi positive nahi nikalta.</w:t>
      </w:r>
      <w:r>
        <w:br/>
      </w:r>
      <w:r>
        <w:rPr>
          <w:sz w:val="20"/>
        </w:rPr>
        <w:t>1:37:14  agar bil farz tashaddud na bhi ho, tab bhi negativity to aa jati hai.</w:t>
      </w:r>
      <w:r>
        <w:br/>
      </w:r>
      <w:r>
        <w:rPr>
          <w:sz w:val="20"/>
        </w:rPr>
        <w:t>1:37:19  kyun ke koi aadmi aap farz kar lete hain ke woh hamara dushman hai, aap dushman ke khilaf protest</w:t>
      </w:r>
      <w:r>
        <w:br/>
      </w:r>
      <w:r>
        <w:rPr>
          <w:sz w:val="20"/>
        </w:rPr>
        <w:t>1:37:24  کر رہے ہیں تو اس کے معنی ہیں کہ آپ من نفرت کو بڑھا رہے ہیں، hatred کو</w:t>
      </w:r>
      <w:r>
        <w:br/>
      </w:r>
      <w:r>
        <w:rPr>
          <w:sz w:val="20"/>
        </w:rPr>
        <w:t>1:37:29  بڑھا رہے ہیں، we and they concept کو بڑھا رہے ہیں۔</w:t>
      </w:r>
      <w:r>
        <w:br/>
      </w:r>
      <w:r>
        <w:rPr>
          <w:sz w:val="20"/>
        </w:rPr>
        <w:t>1:37:34  to protest har haal mein evil hai, chahe woh tashaddud na ho, tab bhi.</w:t>
      </w:r>
      <w:r>
        <w:br/>
      </w:r>
      <w:r>
        <w:rPr>
          <w:sz w:val="20"/>
        </w:rPr>
        <w:t>1:37:39  kyun ke dawat ka kaam jo hai, woh chahta hai ke we and they ka concept khatam ho, balke</w:t>
      </w:r>
      <w:r>
        <w:br/>
      </w:r>
      <w:r>
        <w:rPr>
          <w:sz w:val="20"/>
        </w:rPr>
        <w:t>1:37:44  khair khwahi ka mahaul bane, nafraten khatam hon, normal situation bane.</w:t>
      </w:r>
      <w:r>
        <w:br/>
      </w:r>
      <w:r>
        <w:rPr>
          <w:sz w:val="20"/>
        </w:rPr>
        <w:t>1:37:50  tabhi to dawat work ho sakta hai.</w:t>
      </w:r>
      <w:r>
        <w:br/>
      </w:r>
      <w:r>
        <w:rPr>
          <w:sz w:val="20"/>
        </w:rPr>
        <w:t>1:37:55  to protest har haal mein galat hai, chahe woh tashaddud is mein ho ya na ho.</w:t>
      </w:r>
      <w:r>
        <w:br/>
      </w:r>
      <w:r>
        <w:rPr>
          <w:sz w:val="20"/>
        </w:rPr>
        <w:t>1:38:00  kyunke dawat ke mahol ko woh kill karta hai.</w:t>
      </w:r>
    </w:p>
    <w:p>
      <w:pPr>
        <w:pStyle w:val="Heading2"/>
      </w:pPr>
      <w:r>
        <w:t>Quran translation or commentary for understanding</w:t>
      </w:r>
    </w:p>
    <w:p>
      <w:r>
        <w:rPr>
          <w:color w:val="666666"/>
          <w:sz w:val="18"/>
        </w:rPr>
        <w:t>Quran &amp; Tafsir · The Quran September 20, 2020 Maulana Wahiduddin Khan · 2m 18s · at 33:01 · https://youtu.be/yQZGg2A0-Tk?t=1981</w:t>
      </w:r>
    </w:p>
    <w:p>
      <w:r>
        <w:rPr>
          <w:i/>
        </w:rPr>
        <w:t>“Should one read a translation of the Quran or a commentary? Which is more beneficial for understanding?”</w:t>
      </w:r>
    </w:p>
    <w:p>
      <w:r>
        <w:rPr>
          <w:sz w:val="20"/>
        </w:rPr>
        <w:t>33:01  Muhammad Rafiq Tesse wale sahab ne sawal bheja hai. Woh aap se jaanna chahte hain ke Quran ka tarjuma padhna chahiye ya tafseer padhni chahiye?</w:t>
      </w:r>
      <w:r>
        <w:br/>
      </w:r>
      <w:r>
        <w:rPr>
          <w:sz w:val="20"/>
        </w:rPr>
        <w:t>33:14  Bhai, na tafseer kaafi hai, na tarjuma kaafi hai. Asal cheez to tadabbur hai. Tadabbur ke baghair aap Quran ki aap par Quran ke maani nahin khulenge.</w:t>
      </w:r>
      <w:r>
        <w:br/>
      </w:r>
      <w:r>
        <w:rPr>
          <w:sz w:val="20"/>
        </w:rPr>
        <w:t>33:35  Maulana, Uzair Afzal sahab ne sawal bheja hai. Unhon ne likha hai: "Quran padhne mein dil kaise lag sakta hai aur samajhne ke liye kya zaroori baaten hain?"</w:t>
      </w:r>
      <w:r>
        <w:br/>
      </w:r>
      <w:r>
        <w:rPr>
          <w:sz w:val="20"/>
        </w:rPr>
        <w:t>33:55  Kya phir se padhiye? Quran padhne mein dil kaise lag sakta hai aur samajhne ke liye kya zaroori baaten hain?</w:t>
      </w:r>
      <w:r>
        <w:br/>
      </w:r>
      <w:r>
        <w:rPr>
          <w:sz w:val="20"/>
        </w:rPr>
        <w:t>34:07  bas do cheezen: tadabbur aur dua. tadabbur aur dua.</w:t>
      </w:r>
      <w:r>
        <w:br/>
      </w:r>
      <w:r>
        <w:rPr>
          <w:sz w:val="20"/>
        </w:rPr>
        <w:t>34:20  okay, we we'll end the session now. thank you.</w:t>
      </w:r>
    </w:p>
    <w:p>
      <w:pPr>
        <w:pStyle w:val="Heading2"/>
      </w:pPr>
      <w:r>
        <w:t>Quranic and Hadith term for personality</w:t>
      </w:r>
    </w:p>
    <w:p>
      <w:r>
        <w:rPr>
          <w:color w:val="666666"/>
          <w:sz w:val="18"/>
        </w:rPr>
        <w:t>Quran &amp; Tafsir · Materialism and Intellectual Dwarfism 29th April 2012 · 2m 03s · at 1:09:06 · https://youtu.be/qHzARL_r3I4?t=4146</w:t>
      </w:r>
    </w:p>
    <w:p>
      <w:r>
        <w:rPr>
          <w:i/>
        </w:rPr>
        <w:t>“Personality is a term of modern language. What was the term used in Hadith and Quran for personality?”</w:t>
      </w:r>
    </w:p>
    <w:p>
      <w:r>
        <w:rPr>
          <w:sz w:val="20"/>
        </w:rPr>
        <w:t>1:09:06  jab aadmi in cheezon ko allah ke siwa kisi aur ke liye kare to shirk khafi use kehte hain shirk khafi maulana agla sawal raipur se hai mister idrees sahab ka unhon ne likha hai Personality is a term of modern language.</w:t>
      </w:r>
      <w:r>
        <w:br/>
      </w:r>
      <w:r>
        <w:rPr>
          <w:sz w:val="20"/>
        </w:rPr>
        <w:t>1:09:24  What was the term used in Hadith and Quran for personality?</w:t>
      </w:r>
      <w:r>
        <w:br/>
      </w:r>
      <w:r>
        <w:rPr>
          <w:sz w:val="20"/>
        </w:rPr>
        <w:t>1:09:31  dekhen aaj kal personality development ka lafz bolta jo bole aata hota hai physical sense mein</w:t>
      </w:r>
      <w:r>
        <w:br/>
      </w:r>
      <w:r>
        <w:rPr>
          <w:sz w:val="20"/>
        </w:rPr>
        <w:t>1:09:38  aam taur par jo istemal hota hai personality development ka lafz to us physical sense mein bola jata</w:t>
      </w:r>
      <w:r>
        <w:br/>
      </w:r>
      <w:r>
        <w:rPr>
          <w:sz w:val="20"/>
        </w:rPr>
        <w:t>1:09:44  hai lekin quran mein wo spiritual sense mein hai zalik jaza o mutzakka jo hai wo spiritual sense</w:t>
      </w:r>
      <w:r>
        <w:br/>
      </w:r>
      <w:r>
        <w:rPr>
          <w:sz w:val="20"/>
        </w:rPr>
        <w:t>1:09:51  mein hai yani apni soch ko positive banana apni khwahishon ko positive banana apne jo</w:t>
      </w:r>
      <w:r>
        <w:br/>
      </w:r>
      <w:r>
        <w:rPr>
          <w:sz w:val="20"/>
        </w:rPr>
        <w:t>1:10:02  jo intellectual faculty hai us ko spiritualize karna</w:t>
      </w:r>
      <w:r>
        <w:br/>
      </w:r>
      <w:r>
        <w:rPr>
          <w:sz w:val="20"/>
        </w:rPr>
        <w:t>1:10:09  yeh hai personal development quran ke etbaar se to aaj kal chunke sara zor aadmi ke physical haysiyat par diya jata hai is liye personal development lafz ke etbaar se to nahi hai isi sense mein dictionary ke mani yeh nahi ke sirf body ko aap develop karen yeh matlab nahi hai lekin amalan jo hai is ka matlab personal development ka matlab abrah yeh ban gaya hai ke physical development</w:t>
      </w:r>
      <w:r>
        <w:br/>
      </w:r>
      <w:r>
        <w:rPr>
          <w:sz w:val="20"/>
        </w:rPr>
        <w:t>1:10:38  lekin main samajhta hoon ke quran zyada ahmiyat deta hai yani spiritual taraqqi ko zehni taraqqi ko is</w:t>
      </w:r>
      <w:r>
        <w:br/>
      </w:r>
      <w:r>
        <w:rPr>
          <w:sz w:val="20"/>
        </w:rPr>
        <w:t>1:10:45  wajah se hum is ko extended sense mein ya is ko real sense mein lete hue kahenge</w:t>
      </w:r>
      <w:r>
        <w:br/>
      </w:r>
      <w:r>
        <w:rPr>
          <w:sz w:val="20"/>
        </w:rPr>
        <w:t>1:10:49  ke islami nuqta nazar se</w:t>
      </w:r>
      <w:r>
        <w:br/>
      </w:r>
      <w:r>
        <w:rPr>
          <w:sz w:val="20"/>
        </w:rPr>
        <w:t>1:10:53  personality development ka matlab hai rohani taraqqi zehni taraqqi</w:t>
      </w:r>
      <w:r>
        <w:br/>
      </w:r>
      <w:r>
        <w:rPr>
          <w:sz w:val="20"/>
        </w:rPr>
        <w:t>1:10:58  shakhsiyat ki taraqqi</w:t>
      </w:r>
      <w:r>
        <w:br/>
      </w:r>
      <w:r>
        <w:rPr>
          <w:sz w:val="20"/>
        </w:rPr>
        <w:t>1:11:02  jisko hum jiske liye quran mein tazkiya ka lafz istemal kiya gaya hai</w:t>
      </w:r>
    </w:p>
    <w:p>
      <w:pPr>
        <w:pStyle w:val="Heading2"/>
      </w:pPr>
      <w:r>
        <w:t>Quranic mention of Jews for all time</w:t>
      </w:r>
    </w:p>
    <w:p>
      <w:r>
        <w:rPr>
          <w:color w:val="666666"/>
          <w:sz w:val="18"/>
        </w:rPr>
        <w:t>Quran &amp; Tafsir · Realistic Approach 30 March, 2014 · 4m 03s · at 1:05:07 · https://youtu.be/HIFxmWWiEG4?t=3907</w:t>
      </w:r>
    </w:p>
    <w:p>
      <w:r>
        <w:rPr>
          <w:i/>
        </w:rPr>
        <w:t>“Jews are enemies of Islam and will always remain. The summary of most books is this. In the Quran, is the mention of Jews only for the Jews of the Prophet's time? Please clarify.”</w:t>
      </w:r>
    </w:p>
    <w:p>
      <w:r>
        <w:rPr>
          <w:sz w:val="20"/>
        </w:rPr>
        <w:t>1:05:07  Maulana, agla sawal Delhi se hai Jameel Akhtar sahib ne kiya hai.</w:t>
      </w:r>
      <w:r>
        <w:br/>
      </w:r>
      <w:r>
        <w:rPr>
          <w:sz w:val="20"/>
        </w:rPr>
        <w:t>1:05:11  Unhon ne likha hai: "Yahoodi Islam ke dushman hain aur hamesha rahenge. Zyada tar kitabon ka khulasa yahi hai.</w:t>
      </w:r>
      <w:r>
        <w:br/>
      </w:r>
      <w:r>
        <w:rPr>
          <w:sz w:val="20"/>
        </w:rPr>
        <w:t>1:05:21  Quran mein Yahood ka zikr kiya sirf Huzoor ke daur ke Yahood ke liye hi hai? Is ko wazeh karein." Bhai, Yahoodi ki baat nahi hai.</w:t>
      </w:r>
      <w:r>
        <w:br/>
      </w:r>
      <w:r>
        <w:rPr>
          <w:sz w:val="20"/>
        </w:rPr>
        <w:t>1:05:31  Aap ki kitab mein likha rehta hai, sari kitab mein kuffar-e-Makkah, mushrikeen-e-Makkah. To kya woh aaj ke liye hai? Sab kitabon mein likha rehta hai:</w:t>
      </w:r>
      <w:r>
        <w:br/>
      </w:r>
      <w:r>
        <w:rPr>
          <w:sz w:val="20"/>
        </w:rPr>
        <w:t>1:05:40  "Kuffar-e-Makkah, mushrikeen-e-Makkah, Qulil Kafiroon." Quran Majeed mein kya aaj ke liye hai? Yeh Qulil Kafiroon jo hai, yeh Makkah walon ke liye hai.</w:t>
      </w:r>
      <w:r>
        <w:br/>
      </w:r>
      <w:r>
        <w:rPr>
          <w:sz w:val="20"/>
        </w:rPr>
        <w:t>1:05:49  yeh</w:t>
      </w:r>
      <w:r>
        <w:br/>
      </w:r>
      <w:r>
        <w:rPr>
          <w:sz w:val="20"/>
        </w:rPr>
        <w:t>1:05:53  yeh Qulil Kafiroon jo hai, Makkah walon ke liye hai. Yeh hamari kitab mein likha rehta hai: "Kuffar-e-Makkah, mushrikeen-e-Makkah." Woh qadi Makkah ke liye hota hai.</w:t>
      </w:r>
      <w:r>
        <w:br/>
      </w:r>
      <w:r>
        <w:rPr>
          <w:sz w:val="20"/>
        </w:rPr>
        <w:t>1:06:02  To yeh yeh farq to har jis tarah doosron ke bare mein, is tarah Yahood ke bare mein bhi hai.</w:t>
      </w:r>
      <w:r>
        <w:br/>
      </w:r>
      <w:r>
        <w:rPr>
          <w:sz w:val="20"/>
        </w:rPr>
        <w:t>1:06:10  Jaise doosron ke bare mein, is tarah Yahood ke bare mein bhi hai. Asal mein dekhiye, hua yeh aisa kya hua ke Yahood ko jab marpeet hui Falasteen mein to chale gaye.</w:t>
      </w:r>
      <w:r>
        <w:br/>
      </w:r>
      <w:r>
        <w:rPr>
          <w:sz w:val="20"/>
        </w:rPr>
        <w:t>1:06:24  Is ko kehte hain diaspora, yani Hindu Yahoodi diaspora mein chale gaye. Yani doosre mulkon mein un ki badi tadad Western countries mein chali gayi, Europe mein aur America mein.</w:t>
      </w:r>
      <w:r>
        <w:br/>
      </w:r>
      <w:r>
        <w:rPr>
          <w:sz w:val="20"/>
        </w:rPr>
        <w:t>1:06:38  To wahan unhon ne English parhi, wahan unhon ne science parhi. To diaspora un ke liye woh ban gaya, nemat ban gaya. Diaspora un ke liye nemat ban gaya aur parh parh ke, parh parh ke woh education mein aage badhte chale gaye.</w:t>
      </w:r>
      <w:r>
        <w:br/>
      </w:r>
      <w:r>
        <w:rPr>
          <w:sz w:val="20"/>
        </w:rPr>
        <w:t>1:06:56  mein aap ko aik misaal deta hoon, mein teen baar gaya hoon falasteen aur israel.</w:t>
      </w:r>
      <w:r>
        <w:br/>
      </w:r>
      <w:r>
        <w:rPr>
          <w:sz w:val="20"/>
        </w:rPr>
        <w:t>1:07:03  to aik baar to aap mujhe maloom hua ke jo yahoodi rehte hain america mein, unhon ne aik fund ikhatta kiya, aik billion dollar, billion b se.</w:t>
      </w:r>
      <w:r>
        <w:br/>
      </w:r>
      <w:r>
        <w:rPr>
          <w:sz w:val="20"/>
        </w:rPr>
        <w:t>1:07:18  aik billion dollar ikhatta kar ke gaye woh yerushalaym. wahan ka jo bara rubai tha, chief rubai, us se mile.</w:t>
      </w:r>
      <w:r>
        <w:br/>
      </w:r>
      <w:r>
        <w:rPr>
          <w:sz w:val="20"/>
        </w:rPr>
        <w:t>1:07:26  unhon ne kaha ke yerushalaym mein bohat bara synagogue banaiye.</w:t>
      </w:r>
      <w:r>
        <w:br/>
      </w:r>
      <w:r>
        <w:rPr>
          <w:sz w:val="20"/>
        </w:rPr>
        <w:t>1:07:30  synagogue kehte hain yahoodi ibadat khane ko. yerushalaym mein bohat hi bara synagogue banaiye aap. to chief rubai jo tha, us ne kaha ke khuda ko bohat bare synagogue ki zaroorat nahi hai, us ko education mein lagao.</w:t>
      </w:r>
      <w:r>
        <w:br/>
      </w:r>
      <w:r>
        <w:rPr>
          <w:sz w:val="20"/>
        </w:rPr>
        <w:t>1:07:46  to aik billion dollar ka fund wahan par qaim hua education ke liye aur woh dhoom se lage, yaani parhne lage. yahoodi larkay</w:t>
      </w:r>
      <w:r>
        <w:br/>
      </w:r>
      <w:r>
        <w:rPr>
          <w:sz w:val="20"/>
        </w:rPr>
        <w:t>1:07:55  is tarah se wahan aaya hai. yeh education ka jo daur aaya hai, hamare haan badqismati se aisay log paida hi nahi hotay kyunke society itni kharab hai, itni kharab hai.</w:t>
      </w:r>
      <w:r>
        <w:br/>
      </w:r>
      <w:r>
        <w:rPr>
          <w:sz w:val="20"/>
        </w:rPr>
        <w:t>1:08:08  koi achi baat kahe to us ko daba dete hain. syed ko aap jante hain ke aaj aap syed ko bara darja dete hain, lekin syed ke zamane mein kya hua?</w:t>
      </w:r>
      <w:r>
        <w:br/>
      </w:r>
      <w:r>
        <w:rPr>
          <w:sz w:val="20"/>
        </w:rPr>
        <w:t>1:08:18  un ko fatway lage, un ko mukhalifaten ki gaeen.</w:t>
      </w:r>
      <w:r>
        <w:br/>
      </w:r>
      <w:r>
        <w:rPr>
          <w:sz w:val="20"/>
        </w:rPr>
        <w:t>1:08:24  is syed ke muasreen jo thay, zabardast mukhalifaten ki gaeen. un ki un ko sab kuch kaha: munafiq, kafir, fasiq, pata nahi kya kya kar dala.</w:t>
      </w:r>
      <w:r>
        <w:br/>
      </w:r>
      <w:r>
        <w:rPr>
          <w:sz w:val="20"/>
        </w:rPr>
        <w:t>1:08:35  to koi bhi kaam kar paye taajab jab jab us ko, yaani supporter mile ya supporter na mile to kuch nahi kaam ho sakta. rasool Allah ko bhi kaam mila ke jab supporter mile, aap ko pichle nabiyon ko support nahi mile to koi bara kaam bhi nahi ho saka.</w:t>
      </w:r>
      <w:r>
        <w:br/>
      </w:r>
      <w:r>
        <w:rPr>
          <w:sz w:val="20"/>
        </w:rPr>
        <w:t>1:08:51  to musalmanon ke mizaj ko badliye taake jo kaam karne ke liye utha hai to us ko, us ko supporter mile. yeh bhi is ka aik pehlu hai. jab aap musalmanon ke mizaj ko badlenge to kisi kaam karne wale ko support denge,</w:t>
      </w:r>
      <w:r>
        <w:br/>
      </w:r>
      <w:r>
        <w:rPr>
          <w:sz w:val="20"/>
        </w:rPr>
        <w:t>1:09:04  tab ja ke bara kaam hoga.</w:t>
      </w:r>
    </w:p>
    <w:p>
      <w:pPr>
        <w:pStyle w:val="Heading2"/>
      </w:pPr>
      <w:r>
        <w:t>Quranic mindset before distributing translations?</w:t>
      </w:r>
    </w:p>
    <w:p>
      <w:r>
        <w:rPr>
          <w:color w:val="666666"/>
          <w:sz w:val="18"/>
        </w:rPr>
        <w:t>Quran &amp; Tafsir · The Expression of Faith (Izhar e Deen) September 1, 2013 · 3m 25s · at 1:10:30 · https://youtu.be/muBDJ8a_8-0?t=4230</w:t>
      </w:r>
    </w:p>
    <w:p>
      <w:r>
        <w:rPr>
          <w:i/>
        </w:rPr>
        <w:t>“CPS and other organizations are distributing translations of the Quran everywhere in the world, but as you say, having a Quranic mindset is necessary to understand the Quran. In such a situation, should we stop the distribution work and first create a Quranic mindset among people? What is the practical way to create a Quranic mindset according to you?”</w:t>
      </w:r>
    </w:p>
    <w:p>
      <w:r>
        <w:rPr>
          <w:sz w:val="20"/>
        </w:rPr>
        <w:t>1:10:30  maulana agla sawal dilli se hai, maulana zakwan nadvi ka. unhon ne likha hai: "cps aur doosre idaron ki taraf se duniya mein har jagah quran ka translation distribute kiya ja raha hai,</w:t>
      </w:r>
      <w:r>
        <w:br/>
      </w:r>
      <w:r>
        <w:rPr>
          <w:sz w:val="20"/>
        </w:rPr>
        <w:t>1:10:44  magar jaisa ke aap farmate hain, quran ko samajhne ke liye quranic mindset ka hona zaroori hai.</w:t>
      </w:r>
      <w:r>
        <w:br/>
      </w:r>
      <w:r>
        <w:rPr>
          <w:sz w:val="20"/>
        </w:rPr>
        <w:t>1:10:52  aisi halat mein kya distribution ke kaam ko rok kar logon ke andar pehle quranic mindset paida kiya jaye? aap ke nazdeek quranic mindset banane ka practical tareeqa kya hai?" nahi, dekhein, ek hai apni tabligh ki zimmedari ko poora karna.</w:t>
      </w:r>
      <w:r>
        <w:br/>
      </w:r>
      <w:r>
        <w:rPr>
          <w:sz w:val="20"/>
        </w:rPr>
        <w:t>1:11:14  ek hai insaan saazi.</w:t>
      </w:r>
      <w:r>
        <w:br/>
      </w:r>
      <w:r>
        <w:rPr>
          <w:sz w:val="20"/>
        </w:rPr>
        <w:t>1:11:18  to tabligh ki zimmedari ke liye hum sari duniya mein quran ki taleem phailayenge. is mein, yani is mein, koi bhi</w:t>
      </w:r>
      <w:r>
        <w:br/>
      </w:r>
      <w:r>
        <w:rPr>
          <w:sz w:val="20"/>
        </w:rPr>
        <w:t>1:11:33  kisi cheez ko record nahi banne denge. kyunke woh tabligh hai, pahunchana hai.</w:t>
      </w:r>
      <w:r>
        <w:br/>
      </w:r>
      <w:r>
        <w:rPr>
          <w:sz w:val="20"/>
        </w:rPr>
        <w:t>1:11:40  ab is ke baad doosra kaam yeh hai ke jo insaan mazeed, hum mehsoos karte hain ke us ko mazeed bhi janne ka shauq hai, us ko to us ko phir hum aur aage badhayenge.</w:t>
      </w:r>
      <w:r>
        <w:br/>
      </w:r>
      <w:r>
        <w:rPr>
          <w:sz w:val="20"/>
        </w:rPr>
        <w:t>1:11:57  isi ke sath mein aksar yeh bhi kehta hoon ke quran ke sath sath hamein doosri jo kitabein chhapi hain, us ko bhi dena chahiye. kyunke woh hai supporting literature</w:t>
      </w:r>
      <w:r>
        <w:br/>
      </w:r>
      <w:r>
        <w:rPr>
          <w:sz w:val="20"/>
        </w:rPr>
        <w:t>1:12:07  hum quran bhi dein aur supporting literature bhi dein. tab zyada sahi tareeqa hoga. sirf quran ka tarjuma aap hum logon ko dein aur supporting literature na dein to mere khayal se woh kafi nahi hoga.</w:t>
      </w:r>
      <w:r>
        <w:br/>
      </w:r>
      <w:r>
        <w:rPr>
          <w:sz w:val="20"/>
        </w:rPr>
        <w:t>1:12:19  jo chote chote pamphlet chappe hain, krishan plan of god aur is tarah ki jo hain, woh supporting literature hain. to quran ka tarjuma bhi phailana hai aur supporting literature bhi logon ko dena hai.</w:t>
      </w:r>
      <w:r>
        <w:br/>
      </w:r>
      <w:r>
        <w:rPr>
          <w:sz w:val="20"/>
        </w:rPr>
        <w:t>1:12:31  aur phir jo log, jo afraad aise milein ke un mein mazeed aap paayein ke un mein un mein chahat hai, mazeed woh shauq hai, to un ko aap mazeed push kijiye un ke upar aur un ki tarbiyat kijiye.</w:t>
      </w:r>
      <w:r>
        <w:br/>
      </w:r>
      <w:r>
        <w:rPr>
          <w:sz w:val="20"/>
        </w:rPr>
        <w:t>1:12:47  jo dawat ka kaam, yaani aisa nahi hai ke ek kaam karein, doosre kaam ko na karein. quran bhi phailana hai, supporting literature bhi dena hai, logon ki zehan saazi bhi karni hai.</w:t>
      </w:r>
      <w:r>
        <w:br/>
      </w:r>
      <w:r>
        <w:rPr>
          <w:sz w:val="20"/>
        </w:rPr>
        <w:t>1:12:58  ab kuch nahi pata hum ko ke kaun aadmi kahan mil jayega.</w:t>
      </w:r>
      <w:r>
        <w:br/>
      </w:r>
      <w:r>
        <w:rPr>
          <w:sz w:val="20"/>
        </w:rPr>
        <w:t>1:13:02  kaun aadmi kahan se, yaani nikal aayega, woh hamein, woh woh hamara matloob insaan hoga.</w:t>
      </w:r>
      <w:r>
        <w:br/>
      </w:r>
      <w:r>
        <w:rPr>
          <w:sz w:val="20"/>
        </w:rPr>
        <w:t>1:13:11  kisi ne bohat ek ek sher mujhe bohat pasand hai kisi ka ke: "khabar nahi ke gire hain kahan kahan aansu, kidhar kidhar se uthega dhuan nahi maloom."</w:t>
      </w:r>
      <w:r>
        <w:br/>
      </w:r>
      <w:r>
        <w:rPr>
          <w:sz w:val="20"/>
        </w:rPr>
        <w:t>1:13:27  " "khabar nahi ke gire hain kahan kahan aansu, kidhar kidhar se uthega dhuan nahi maloom." yaani kuch nahi pata ke kaun sa woh insaan hai jis ke dil mein dard hai, jis ke andar yaani sachai ki talash ka jazba hai,</w:t>
      </w:r>
      <w:r>
        <w:br/>
      </w:r>
      <w:r>
        <w:rPr>
          <w:sz w:val="20"/>
        </w:rPr>
        <w:t>1:13:42  us ke andar kuch chingari hai, woh hamein pata nahi pesh ayegi. jab bohat sare logon ka kaam kiya jayega, usay woh insaan bhi hamein mil jayega.</w:t>
      </w:r>
      <w:r>
        <w:br/>
      </w:r>
      <w:r>
        <w:rPr>
          <w:sz w:val="20"/>
        </w:rPr>
        <w:t>1:13:50  phir hamein is pe poori taqat kharch karna chahiye.</w:t>
      </w:r>
    </w:p>
    <w:p>
      <w:pPr>
        <w:pStyle w:val="Heading2"/>
      </w:pPr>
      <w:r>
        <w:t>Quranic or Hadith Reference for Intellectual Development and Peace</w:t>
      </w:r>
    </w:p>
    <w:p>
      <w:r>
        <w:rPr>
          <w:color w:val="666666"/>
          <w:sz w:val="18"/>
        </w:rPr>
        <w:t>Quran &amp; Tafsir · Revival of Islam March 23, 2014 · 4m 03s · at 58:54 · https://youtu.be/Wc4Vsc4u1JI?t=3534</w:t>
      </w:r>
    </w:p>
    <w:p>
      <w:r>
        <w:rPr>
          <w:i/>
        </w:rPr>
        <w:t>“Maulana, please tell if there is any reference in the Quran or Hadith which says that the goal for the individual is intellectual development and for society it is peace.”</w:t>
      </w:r>
    </w:p>
    <w:p>
      <w:r>
        <w:rPr>
          <w:sz w:val="20"/>
        </w:rPr>
        <w:t>58:54  Maulana, agla sawal Ajmer se hai. Doctor Safeena Tabassum ka</w:t>
      </w:r>
      <w:r>
        <w:br/>
      </w:r>
      <w:r>
        <w:rPr>
          <w:sz w:val="20"/>
        </w:rPr>
        <w:t>58:59  . Unhon ne likha hai: "Moulana sahib, please tell if there is any reference in the Quran or Hadith which says that goal for individual is intellectual development and for the society it is peace." Dekhiye, intellectual development ka lafz Quran mein nahi milega.</w:t>
      </w:r>
      <w:r>
        <w:br/>
      </w:r>
      <w:r>
        <w:rPr>
          <w:sz w:val="20"/>
        </w:rPr>
        <w:t>59:20  lekin tazkiya yahi to hai.</w:t>
      </w:r>
      <w:r>
        <w:br/>
      </w:r>
      <w:r>
        <w:rPr>
          <w:sz w:val="20"/>
        </w:rPr>
        <w:t>59:24  Quran mein saaf saaf hai ke jo tazkiya karega, usi ke liye kamyabi hai. To tazkiya kya hai? Isi ko hum ne naya lafz diya hai.</w:t>
      </w:r>
      <w:r>
        <w:br/>
      </w:r>
      <w:r>
        <w:rPr>
          <w:sz w:val="20"/>
        </w:rPr>
        <w:t>59:34  Tazkiya koi yani mysterious cheez nahi hai. Log is ko mysterious banaye hue thay. To hum ne is ki mysteriousness ko nikala hai.</w:t>
      </w:r>
      <w:r>
        <w:br/>
      </w:r>
      <w:r>
        <w:rPr>
          <w:sz w:val="20"/>
        </w:rPr>
        <w:t>59:44  Aur isi ka naam hai intellectual development. Koi alag cheez nahi hai.</w:t>
      </w:r>
      <w:r>
        <w:br/>
      </w:r>
      <w:r>
        <w:rPr>
          <w:sz w:val="20"/>
        </w:rPr>
        <w:t>59:50  Same cheez hai. Aur doosra sawal kya hai? Ah, society mein jo target hai woh peace hai. Baqi yeh jo hai ke ke society goal hai, yeh to kahin Quran mein hai hi nahi.</w:t>
      </w:r>
      <w:r>
        <w:br/>
      </w:r>
      <w:r>
        <w:rPr>
          <w:sz w:val="20"/>
        </w:rPr>
        <w:t>1:00:04  Yeh to khud sakhta hai, banawati hai. Goal jo hai fard hai. Apne aap ko apne andar maarifat paida karna.</w:t>
      </w:r>
      <w:r>
        <w:br/>
      </w:r>
      <w:r>
        <w:rPr>
          <w:sz w:val="20"/>
        </w:rPr>
        <w:t>1:00:14  To yani yeh to bohat hi wazeh baat hai ke fard target hai Islam mein.</w:t>
      </w:r>
      <w:r>
        <w:br/>
      </w:r>
      <w:r>
        <w:rPr>
          <w:sz w:val="20"/>
        </w:rPr>
        <w:t>1:00:21  System ya hukoomat ya society target nahi hai. Yeh to is par bohat aap likha aap parh lijiye. Hamari kitabein Idara Deen jo kitaab chhap rahi hai, us mein bhi is par bahasein hain ke Islam mein jo target hai woh fard hai.</w:t>
      </w:r>
      <w:r>
        <w:br/>
      </w:r>
      <w:r>
        <w:rPr>
          <w:sz w:val="20"/>
        </w:rPr>
        <w:t>1:00:37  Society ya hukoomat ya system yeh yeh target nahi hai. Aur doosri baat likhi hai ke system hai kya? Society hai kya? Woh to fard ke majmoo'ay ka naam hai society.</w:t>
      </w:r>
      <w:r>
        <w:br/>
      </w:r>
      <w:r>
        <w:rPr>
          <w:sz w:val="20"/>
        </w:rPr>
        <w:t>1:00:48  Alag se aap society ko address karein to koi kuch kuch bhi nahi kaam ho sakta. Kyun ke society ka alag koi entity nahi hai. Society ki apni koi alag entity nahi hai jis ko aap address karein to us ko baat pahunch jaye.</w:t>
      </w:r>
      <w:r>
        <w:br/>
      </w:r>
      <w:r>
        <w:rPr>
          <w:sz w:val="20"/>
        </w:rPr>
        <w:t>1:01:04  Is ka jo unit unit hai, usi ko address karna parega. Aur individual society ka unit hai. Bohat se afraad ke milne se society banti hai.</w:t>
      </w:r>
      <w:r>
        <w:br/>
      </w:r>
      <w:r>
        <w:rPr>
          <w:sz w:val="20"/>
        </w:rPr>
        <w:t>1:01:16  Aise hi sab se bhi hai. System ka system ki apni koi entity nahi hai. Woh bhi afraad banate hain. Hukoomat ki alag koi entity nahi hai. Is ko afraad banate hain.</w:t>
      </w:r>
      <w:r>
        <w:br/>
      </w:r>
      <w:r>
        <w:rPr>
          <w:sz w:val="20"/>
        </w:rPr>
        <w:t>1:01:26  To chahe hukoomat ho, chahe system ho ya society ho, sab yani in the last result woh fardi to hain, individually to hain.</w:t>
      </w:r>
      <w:r>
        <w:br/>
      </w:r>
      <w:r>
        <w:rPr>
          <w:sz w:val="20"/>
        </w:rPr>
        <w:t>1:01:39  individual theek hoga to woh theek hoga. Nahi to kuch bhi theek nahi hoga.</w:t>
      </w:r>
      <w:r>
        <w:br/>
      </w:r>
      <w:r>
        <w:rPr>
          <w:sz w:val="20"/>
        </w:rPr>
        <w:t>1:01:46  to individual ko target banana jo hai, yeh bohat wisdom ki baat hai. wisdom ki baat hai. yeh koi yani aisa nahi hai ke social problem ko chhodna hai.</w:t>
      </w:r>
      <w:r>
        <w:br/>
      </w:r>
      <w:r>
        <w:rPr>
          <w:sz w:val="20"/>
        </w:rPr>
        <w:t>1:02:00  social problem jo hal honge to is ka starting point hai individual. chahe hukumat ki islaah ho, system ki islaah ho, society ki islaah ho, sab ka starting point yeh hai ke aap individual mein islaah laaen.</w:t>
      </w:r>
      <w:r>
        <w:br/>
      </w:r>
      <w:r>
        <w:rPr>
          <w:sz w:val="20"/>
        </w:rPr>
        <w:t>1:02:14  individual mein reform laaen.</w:t>
      </w:r>
      <w:r>
        <w:br/>
      </w:r>
      <w:r>
        <w:rPr>
          <w:sz w:val="20"/>
        </w:rPr>
        <w:t>1:02:17  hadees mein aata hai ke qumma taqooloona qadhalika yu'alla 'alaykum yani jaise individual honge, wahi society hogi. jaise individual individual honge, waise government hogi.</w:t>
      </w:r>
      <w:r>
        <w:br/>
      </w:r>
      <w:r>
        <w:rPr>
          <w:sz w:val="20"/>
        </w:rPr>
        <w:t>1:02:26  jaise individual honge, waise waise system system hoga.</w:t>
      </w:r>
      <w:r>
        <w:br/>
      </w:r>
      <w:r>
        <w:rPr>
          <w:sz w:val="20"/>
        </w:rPr>
        <w:t>1:02:33  to yeh to bohat hi wazeh hai Quran o hadees mein ke individual yani fard ke banne se majmooa banta hai.</w:t>
      </w:r>
      <w:r>
        <w:br/>
      </w:r>
      <w:r>
        <w:rPr>
          <w:sz w:val="20"/>
        </w:rPr>
        <w:t>1:02:43  society ya system mein hukumat durust hoti hai. fard theek na ho to sab cheez bigad, sab cheez buri rahegi. yani fard se alag kisi cheez ka koi wajood nahi hai.</w:t>
      </w:r>
    </w:p>
    <w:p>
      <w:pPr>
        <w:pStyle w:val="Heading2"/>
      </w:pPr>
      <w:r>
        <w:t>Quranic ruling on beard</w:t>
      </w:r>
    </w:p>
    <w:p>
      <w:r>
        <w:rPr>
          <w:color w:val="666666"/>
          <w:sz w:val="18"/>
        </w:rPr>
        <w:t>Quran &amp; Tafsir · Materialism and Intellectual Dwarfism 29th April 2012 · 2m 17s · at 1:40:58 · https://youtu.be/qHzARL_r3I4?t=6058</w:t>
      </w:r>
    </w:p>
    <w:p>
      <w:r>
        <w:rPr>
          <w:i/>
        </w:rPr>
        <w:t>“What command has been given in the Quran regarding the beard?”</w:t>
      </w:r>
    </w:p>
    <w:p>
      <w:r>
        <w:rPr>
          <w:sz w:val="20"/>
        </w:rPr>
        <w:t>1:40:58  ah maulana yeh sawal aaya hai maulana zakwan nadvi ka dilli se unhon ne likha hai kal raat ko ek sahib ka phone aaya unhon ne kaha ke is waqt yahan mere sath kai log baithe hue hain in ka sawal yeh hai ke quran mein dadi ke baray mein kya hukum diya gaya hai maine kaha ke is tarah ka sawal durust nahi</w:t>
      </w:r>
      <w:r>
        <w:br/>
      </w:r>
      <w:r>
        <w:rPr>
          <w:sz w:val="20"/>
        </w:rPr>
        <w:t>1:41:22  koi shakhs jab ek poda lagata hai to pehle woh apni apna sara focus jar par deta hai na ke patiyon par is tarah hum ko quran ke baray mein sochna chahiye ke kya hum quran ki basic teachings par qaim hain ya nahi mislan allah ka khauf aur insaan se mohabbat waghera is sawal ke baray mein aap kya farmayenge dadi ke baray mein ji</w:t>
      </w:r>
      <w:r>
        <w:br/>
      </w:r>
      <w:r>
        <w:rPr>
          <w:sz w:val="20"/>
        </w:rPr>
        <w:t>1:41:49  ji hain ji haan to theek jawab hai theek jawab diya</w:t>
      </w:r>
      <w:r>
        <w:br/>
      </w:r>
      <w:r>
        <w:rPr>
          <w:sz w:val="20"/>
        </w:rPr>
        <w:t>1:41:56  bhai yeh yehin se yani islam ki beginning jo hai dadi se nahi hoti yeh to ek maloom baat hai ke islam ki beginning dadi se nahi hoti hai islam ki beginning hoti hai marifat se yani intellectual development se</w:t>
      </w:r>
      <w:r>
        <w:br/>
      </w:r>
      <w:r>
        <w:rPr>
          <w:sz w:val="20"/>
        </w:rPr>
        <w:t>1:42:15  to pehli agar aap kahein ke dadi rakho to yeh to yeh aap ka apna tareeqa hoga yeh quran o hadees ka tareeqa nahi hoga baqi dadi dadi mein bhi koi dadi rakhi hai aap dekh lijiye dadi ko main yani agar na manta to main koi dadi rakhe hue hota hoon okay we we'll end the session now thank you.</w:t>
      </w:r>
    </w:p>
    <w:p>
      <w:pPr>
        <w:pStyle w:val="Heading2"/>
      </w:pPr>
      <w:r>
        <w:t>Reason for unequal witnesses in Islamic law</w:t>
      </w:r>
    </w:p>
    <w:p>
      <w:r>
        <w:rPr>
          <w:color w:val="666666"/>
          <w:sz w:val="18"/>
        </w:rPr>
        <w:t>Quran &amp; Tafsir · Age of Alternatives April 05, 2015 · 4m 12s · at 1:14:25 · https://youtu.be/4v0uCM2BZuA?t=4465</w:t>
      </w:r>
    </w:p>
    <w:p>
      <w:r>
        <w:rPr>
          <w:i/>
        </w:rPr>
        <w:t>“One of my friends asked me about the use of witness law in Islam. For example, in Islam it is said that one man's witness is equal to two women's witnesses. What is the reason behind this?”</w:t>
      </w:r>
    </w:p>
    <w:p>
      <w:r>
        <w:rPr>
          <w:sz w:val="20"/>
        </w:rPr>
        <w:t>1:14:25  Maulana, agla sawal delhi se kiya hai? likhne wale ne apna naam nahi diya hai, aur sawal hai: "one of my friend asked me about the use of witness law in islam.</w:t>
      </w:r>
      <w:r>
        <w:br/>
      </w:r>
      <w:r>
        <w:rPr>
          <w:sz w:val="20"/>
        </w:rPr>
        <w:t>1:14:38  for example, in islam it is said that one witness of man is equal to two witnesses of women." Maulana, what is the reason behind this?</w:t>
      </w:r>
      <w:r>
        <w:br/>
      </w:r>
      <w:r>
        <w:rPr>
          <w:sz w:val="20"/>
        </w:rPr>
        <w:t>1:14:51  dekhein, is par maine likha hai, yeh ek is par research hui hai, aur research chapi thi america ke magazine jo time hai, us mein.</w:t>
      </w:r>
      <w:r>
        <w:br/>
      </w:r>
      <w:r>
        <w:rPr>
          <w:sz w:val="20"/>
        </w:rPr>
        <w:t>1:15:01  is ko maine naqal kiya tha. to research yeh hui hai ke mind ka mind, aurat ka mind jo hai, bilkul do, yani yani yani takhleeq ke aitbar se different hota hai.</w:t>
      </w:r>
      <w:r>
        <w:br/>
      </w:r>
      <w:r>
        <w:rPr>
          <w:sz w:val="20"/>
        </w:rPr>
        <w:t>1:15:20  bilkul ke banawat hi is ki different hoti hai. aur is ka ek khas baat yeh hai ke mind ka mind jo hai, focused mind, thinking mind, insan ke pas focused thinking hoti hai.</w:t>
      </w:r>
      <w:r>
        <w:br/>
      </w:r>
      <w:r>
        <w:rPr>
          <w:sz w:val="20"/>
        </w:rPr>
        <w:t>1:15:31  ek cheez pe focus karna, aur auraton ke mind mein mein focused thinking nahi hoti, un ki scattered rehti hai.</w:t>
      </w:r>
      <w:r>
        <w:br/>
      </w:r>
      <w:r>
        <w:rPr>
          <w:sz w:val="20"/>
        </w:rPr>
        <w:t>1:15:39  un ki thinking scattered rehti hai, yani ek ek sath kai cheezon ko le ke sochte hain.</w:t>
      </w:r>
      <w:r>
        <w:br/>
      </w:r>
      <w:r>
        <w:rPr>
          <w:sz w:val="20"/>
        </w:rPr>
        <w:t>1:15:45  yeh ghar mein hai to kahin bachcha ro raha hai, koi kaam, kahin pani nal se gir raha hai, kahin gas jal rahi hai, doodh jal ubal raha hai.</w:t>
      </w:r>
      <w:r>
        <w:br/>
      </w:r>
      <w:r>
        <w:rPr>
          <w:sz w:val="20"/>
        </w:rPr>
        <w:t>1:15:55  yeh bohat se masail hain, in ko woh ek sath apne mind mein la sakti hai, lekin mard nahi aisa kar sakta. mard ke andar focused thinking hoti hai.</w:t>
      </w:r>
      <w:r>
        <w:br/>
      </w:r>
      <w:r>
        <w:rPr>
          <w:sz w:val="20"/>
        </w:rPr>
        <w:t>1:16:06  to ab ab ab witness ke mamle ko dekhen, ek waqea hua, us ko ek aurat bhi dekh rahi hai, mard bhi dekh raha hai.</w:t>
      </w:r>
      <w:r>
        <w:br/>
      </w:r>
      <w:r>
        <w:rPr>
          <w:sz w:val="20"/>
        </w:rPr>
        <w:t>1:16:15  to mard jo hai, us ko focused way mein dekhega, wahi uska dhyan laga rahega. Aurat ko dhyan focused way mein dekhega, uska dhyan chala kabhi ladke ki taraf, kabhi apne bachche ki taraf, kabhi kisi aur cheez ki taraf.</w:t>
      </w:r>
      <w:r>
        <w:br/>
      </w:r>
      <w:r>
        <w:rPr>
          <w:sz w:val="20"/>
        </w:rPr>
        <w:t>1:16:28  to wo focused way mein aurat nahi dekh payegi. Is liye aisa kiya gaya ke jab do aurtein hongi to do mil kar compensation compensation ho jayega.</w:t>
      </w:r>
      <w:r>
        <w:br/>
      </w:r>
      <w:r>
        <w:rPr>
          <w:sz w:val="20"/>
        </w:rPr>
        <w:t>1:16:42  ek mard kafi hai, is liye ke wo focused way mein dekhta hai. Ek aurat kafi nahi to ek focused way mein by nature nahi dekh sakti. To ye Allah taala ne do qism ke insan banaye hain, wo unki bhi zarurat hai, unki bhi zarurat hai.</w:t>
      </w:r>
      <w:r>
        <w:br/>
      </w:r>
      <w:r>
        <w:rPr>
          <w:sz w:val="20"/>
        </w:rPr>
        <w:t>1:16:58  aisa nahi ke koi afzal hai aur ghair afzal hai. Yani aisa is duniya mein kaam karne ke liye focused mind bhi zaruri hai, aur wo mind bhi zaruri hai jo kai sachon ko dhyan mein rakh sake.</w:t>
      </w:r>
      <w:r>
        <w:br/>
      </w:r>
      <w:r>
        <w:rPr>
          <w:sz w:val="20"/>
        </w:rPr>
        <w:t>1:17:16  to main apna kai kai bar ka mera tajurba hai ke main maslan apne kamre mein baitha hoon, apne office mein, ab wahan meri biwi hain ya apa wahan hain, to wo ghanti baji bahar,</w:t>
      </w:r>
      <w:r>
        <w:br/>
      </w:r>
      <w:r>
        <w:rPr>
          <w:sz w:val="20"/>
        </w:rPr>
        <w:t>1:17:37  jo door khol hua hai, har us mein us ki ghanti ek hai. Koi aata hai to baj</w:t>
      </w:r>
      <w:r>
        <w:br/>
      </w:r>
      <w:r>
        <w:rPr>
          <w:sz w:val="20"/>
        </w:rPr>
        <w:t>1:17:43  ata hai us ko, to main nahi sunta, aur apa sun leti hain, meri biwi sun leti thi. To kyunke unka mind dono taraf chalta tha, idhar bhi, idhar bhi, mera mind focus hota tha, to main sunte hi nahi, sunte hi nahi tha.</w:t>
      </w:r>
      <w:r>
        <w:br/>
      </w:r>
      <w:r>
        <w:rPr>
          <w:sz w:val="20"/>
        </w:rPr>
        <w:t>1:17:58  to ye yani natural banawat ki wajah se ye ye hai, is mein koi ye nahi ke wo inferior hai aur wo superior hai. Is mein inferiority aur superiority ki baat nahi hai,</w:t>
      </w:r>
      <w:r>
        <w:br/>
      </w:r>
      <w:r>
        <w:rPr>
          <w:sz w:val="20"/>
        </w:rPr>
        <w:t>1:18:10  balke nature ka jo law hai, us ko follow karne ki baat hai. Maulana, hamein yaad aa raha hai, aap ne jo lafz istemal kiya tha, aap ne kaha tha ke women mein multitasking qualities hoti hain jo men mein nahi hoti.</w:t>
      </w:r>
      <w:r>
        <w:br/>
      </w:r>
      <w:r>
        <w:rPr>
          <w:sz w:val="20"/>
        </w:rPr>
        <w:t>1:18:25  haan, ye sahi kaha aap ne, ji sahi hai. Yani wo multi focused hain, wo single focused hain, ji aurtein multi focused hain, mard sing</w:t>
      </w:r>
    </w:p>
    <w:p>
      <w:pPr>
        <w:pStyle w:val="Heading2"/>
      </w:pPr>
      <w:r>
        <w:t>Seeking forgiveness for polytheists in Quran 9:113</w:t>
      </w:r>
    </w:p>
    <w:p>
      <w:r>
        <w:rPr>
          <w:color w:val="666666"/>
          <w:sz w:val="18"/>
        </w:rPr>
        <w:t>Quran &amp; Tafsir · Freedom of Thought in Islam 23 October, 2011 · 4m 04s · at 1:31:55 · https://youtu.be/aGbxRNNOKzo?t=5515</w:t>
      </w:r>
    </w:p>
    <w:p>
      <w:r>
        <w:rPr>
          <w:i/>
        </w:rPr>
        <w:t>“In Quran Chapter 9 Verse Number 113 the translation says it is not proper for the Prophet and those who believe to seek forgiveness for polytheists even though they are close relatives after it has become clear to them that they have earned the punishment of hell. Kindly explain.”</w:t>
      </w:r>
    </w:p>
    <w:p>
      <w:r>
        <w:rPr>
          <w:sz w:val="20"/>
        </w:rPr>
        <w:t>1:31:55  to yeh hai farq insaan ke maamle mein aur Khuda ke maamle mein. Maulana, agla sawal Mr. Ahmed Anwat ne dilli se kiya hai, unhon</w:t>
      </w:r>
      <w:r>
        <w:br/>
      </w:r>
      <w:r>
        <w:rPr>
          <w:sz w:val="20"/>
        </w:rPr>
        <w:t>1:32:07  ne likha hai: "In Quran Chapter 9 Verse Number 113 the translation says it is not proper for the Prophet and those who believe to seek forgiveness for polytheists even though they are close relatives after it has become clear to them that they have earned the punishment of hell.</w:t>
      </w:r>
      <w:r>
        <w:br/>
      </w:r>
      <w:r>
        <w:rPr>
          <w:sz w:val="20"/>
        </w:rPr>
        <w:t>1:32:33  Kindly expla</w:t>
      </w:r>
      <w:r>
        <w:br/>
      </w:r>
      <w:r>
        <w:rPr>
          <w:sz w:val="20"/>
        </w:rPr>
        <w:t>1:32:34  in this verse." Dekhiye, yeh jang ke baare mein hai, aap haalaat ke baare mein nahin hai. Jang-i haalaat ka yeh qanoon hai. Is ke context se alag kar ke aap parhenge to kuch samajh nahin aayega.</w:t>
      </w:r>
      <w:r>
        <w:br/>
      </w:r>
      <w:r>
        <w:rPr>
          <w:sz w:val="20"/>
        </w:rPr>
        <w:t>1:32:46  to har ek ko aap nafrat karenge, har ek ko dushman bana lenge apna. Jab Muslim aur doosre jo the, un ke mukhalifeen at war the, tab ka yeh qanoon hai.</w:t>
      </w:r>
      <w:r>
        <w:br/>
      </w:r>
      <w:r>
        <w:rPr>
          <w:sz w:val="20"/>
        </w:rPr>
        <w:t>1:32:59  Is ko is ke context hata kar mat dekhiye,</w:t>
      </w:r>
      <w:r>
        <w:br/>
      </w:r>
      <w:r>
        <w:rPr>
          <w:sz w:val="20"/>
        </w:rPr>
        <w:t>1:33:02  is ko. Aap tafseer mein parhiye is ke shaan-e nuzool ko to aap yeh baat clear ho jayegi aap ke upar. Is is is aayat ka shaan-e nuzool aap tafseer mein mil jayega aap ko.</w:t>
      </w:r>
      <w:r>
        <w:br/>
      </w:r>
      <w:r>
        <w:rPr>
          <w:sz w:val="20"/>
        </w:rPr>
        <w:t>1:33:13  Dr. Owais ne dilli se likha hai: "Of the two, thought crime or social crime, which is more severe and why?"</w:t>
      </w:r>
      <w:r>
        <w:br/>
      </w:r>
      <w:r>
        <w:rPr>
          <w:sz w:val="20"/>
        </w:rPr>
        <w:t>1:33:28  Bhai, ek insaan ke aitbaar se sakht hai, doosra Khuda ke aitbaar se sakht hai. Sakht dono hain. Yaani shirk jo hai, woh Allah Ta'ala maaf nahin farmayenge, lekin woh woh Allah ke haan punishable hai, duniya mein nahin.</w:t>
      </w:r>
      <w:r>
        <w:br/>
      </w:r>
      <w:r>
        <w:rPr>
          <w:sz w:val="20"/>
        </w:rPr>
        <w:t>1:33:41  To sakhti mein dono mein aisa nahin ke koi kam sakht ho. Lekin insaan ke baare mein aap crime karenge to duniya mein woh punishable hai.</w:t>
      </w:r>
      <w:r>
        <w:br/>
      </w:r>
      <w:r>
        <w:rPr>
          <w:sz w:val="20"/>
        </w:rPr>
        <w:t>1:33:52  Khuda ke baare mein karenge to aakhirat mein punishable hai. Bhai, yeh farq hai bas.</w:t>
      </w:r>
      <w:r>
        <w:br/>
      </w:r>
      <w:r>
        <w:rPr>
          <w:sz w:val="20"/>
        </w:rPr>
        <w:t>1:33:59  Mr. Mazhar ne dilli se likha hai: "Kya Quran ko parhne ki koi khaas shariyat hai? Paaki napaki ka masla hai ya nahin?"</w:t>
      </w:r>
      <w:r>
        <w:br/>
      </w:r>
      <w:r>
        <w:rPr>
          <w:sz w:val="20"/>
        </w:rPr>
        <w:t>1:34:14  Quran ko parhne ke liye ek hi shart hai, woh Quran mein hai: "Ittqullah wa yu'allimukumullah". Allah se daro to Allah tum ko Quran ke mazameen samjhayega.</w:t>
      </w:r>
      <w:r>
        <w:br/>
      </w:r>
      <w:r>
        <w:rPr>
          <w:sz w:val="20"/>
        </w:rPr>
        <w:t>1:34:28  Asal shart yeh hai, baqi zahiri shartein hain woh sab. Log zahiri sharton ko jaante hain, asal shart se bekhabar hain. Jitna zyada aap ke andar taqwa hoga, Khuda tarsi hogi, sanjeedgi hogi, honesty hogi,</w:t>
      </w:r>
      <w:r>
        <w:br/>
      </w:r>
      <w:r>
        <w:rPr>
          <w:sz w:val="20"/>
        </w:rPr>
        <w:t>1:34:43  sincerity hogi, utni Quran ki samajh mein aap ko aayega. Asal shart yeh hai. Logon ka haal yeh hai ke jo asal shart hai, is is ka to zikr nahin karte aur jo jo zahiri shart hai, usi ka zikr karte hain.</w:t>
      </w:r>
      <w:r>
        <w:br/>
      </w:r>
      <w:r>
        <w:rPr>
          <w:sz w:val="20"/>
        </w:rPr>
        <w:t>1:34:59  Behaal, Quran mein jo likha hua hai, woh yahi hai: "Ittqullah wa yu'allimukumullah". Is aayat ko aap ja kar tafseer mein dekhiye.</w:t>
      </w:r>
    </w:p>
    <w:p>
      <w:pPr>
        <w:pStyle w:val="Heading2"/>
      </w:pPr>
      <w:r>
        <w:t>Terrorists' misinterpretation of Quran</w:t>
      </w:r>
    </w:p>
    <w:p>
      <w:r>
        <w:rPr>
          <w:color w:val="666666"/>
          <w:sz w:val="18"/>
        </w:rPr>
        <w:t>Quran &amp; Tafsir · How to Manage Controversy 10 Nov 2019 - Maulana Wahiduddin Khan · 2m 44s · at 56:37 · https://youtu.be/UafTzJXHrSA?t=3397</w:t>
      </w:r>
    </w:p>
    <w:p>
      <w:r>
        <w:rPr>
          <w:i/>
        </w:rPr>
        <w:t>“Which Quran do terrorists read that makes them intent on killing everyone? What wrong teachings are they given? Please clarify.”</w:t>
      </w:r>
    </w:p>
    <w:p>
      <w:r>
        <w:rPr>
          <w:sz w:val="20"/>
        </w:rPr>
        <w:t>56:37  hyderabad se rishi chaurasiya sahib ne sawal kiya hai. unhone aapse poocha hai: "maulana sahib, yeh sare terrorist kon si kitab, kon si quran padhte hain jo sab ko maarne par tul jaate hain?</w:t>
      </w:r>
      <w:r>
        <w:br/>
      </w:r>
      <w:r>
        <w:rPr>
          <w:sz w:val="20"/>
        </w:rPr>
        <w:t>56:52  unhe kon si galat shisha di jati hai? is ko clarify karen."</w:t>
      </w:r>
      <w:r>
        <w:br/>
      </w:r>
      <w:r>
        <w:rPr>
          <w:sz w:val="20"/>
        </w:rPr>
        <w:t>57:01  woh ek lafz mein yeh hai ke hamare jitne bhi likhne aur bolne wale log hain, unhone quran se</w:t>
      </w:r>
      <w:r>
        <w:br/>
      </w:r>
      <w:r>
        <w:rPr>
          <w:sz w:val="20"/>
        </w:rPr>
        <w:t>57:16  har jagah quran mein bas</w:t>
      </w:r>
      <w:r>
        <w:br/>
      </w:r>
      <w:r>
        <w:rPr>
          <w:sz w:val="20"/>
        </w:rPr>
        <w:t>57:22  jihad likh rakha hai aur</w:t>
      </w:r>
      <w:r>
        <w:br/>
      </w:r>
      <w:r>
        <w:rPr>
          <w:sz w:val="20"/>
        </w:rPr>
        <w:t>57:29  peace ko hadaf kar rakha hai. aap kisi bhi tafsir ko padhiye, har har tafsir mein yahi milega aap ko. ab main kya karun?</w:t>
      </w:r>
      <w:r>
        <w:br/>
      </w:r>
      <w:r>
        <w:rPr>
          <w:sz w:val="20"/>
        </w:rPr>
        <w:t>57:39  yeh waqia hai ke tafsiron mein yahi ho gaya hai jo ke islam nahi hai. to aap mujh se mat poochhiye, aap in kitabon ko padhiye, in tafsiron ko padhiye aur dekhiye kya yeh baat hai ke nahi hai.</w:t>
      </w:r>
      <w:r>
        <w:br/>
      </w:r>
      <w:r>
        <w:rPr>
          <w:sz w:val="20"/>
        </w:rPr>
        <w:t>57:59  musalli jihad jo karte hain, log is ko bara darja de rakha hai</w:t>
      </w:r>
      <w:r>
        <w:br/>
      </w:r>
      <w:r>
        <w:rPr>
          <w:sz w:val="20"/>
        </w:rPr>
        <w:t>58:09  aur mere paas koi doosra jawab nahi hai. aap khud in kitabon ko, in tafsiron ko dekhiye.</w:t>
      </w:r>
      <w:r>
        <w:br/>
      </w:r>
      <w:r>
        <w:rPr>
          <w:sz w:val="20"/>
        </w:rPr>
        <w:t>58:24  maulana, agla comment bheja hai sajid anwar sahib ne mumbai se. unhone likha hai: "maulana, from today lecture, i have learned a completely new aspect of hudaybiyah treaty, that not to make a problem into controversy.</w:t>
      </w:r>
      <w:r>
        <w:br/>
      </w:r>
      <w:r>
        <w:rPr>
          <w:sz w:val="20"/>
        </w:rPr>
        <w:t>58:41  this is a great learning. i will follow this principle in all aspects of life. jazak allah maulana." masha allah.</w:t>
      </w:r>
      <w:r>
        <w:br/>
      </w:r>
      <w:r>
        <w:rPr>
          <w:sz w:val="20"/>
        </w:rPr>
        <w:t>58:51  professor farida khanoom ne delhi se likha hai: "it is exactly true that muslims have no fear of god.</w:t>
      </w:r>
      <w:r>
        <w:br/>
      </w:r>
      <w:r>
        <w:rPr>
          <w:sz w:val="20"/>
        </w:rPr>
        <w:t>58:59  i had been associated with the muslim institution for 25 years, but i never heard any of them engaged in serious conversation about god, paradise and the hereafter.</w:t>
      </w:r>
      <w:r>
        <w:br/>
      </w:r>
      <w:r>
        <w:rPr>
          <w:sz w:val="20"/>
        </w:rPr>
        <w:t>59:14  their material concerns are their only focus."</w:t>
      </w:r>
    </w:p>
    <w:p>
      <w:pPr>
        <w:pStyle w:val="Heading2"/>
      </w:pPr>
      <w:r>
        <w:t>Understanding Quran and Hadith Principles</w:t>
      </w:r>
    </w:p>
    <w:p>
      <w:r>
        <w:rPr>
          <w:color w:val="666666"/>
          <w:sz w:val="18"/>
        </w:rPr>
        <w:t>Quran &amp; Tafsir · The Secret of Divine Wisdom September 2, 2012 · 4m 08s · at 1:36:09 · https://youtu.be/ZXQlrW7PqAE?t=5769</w:t>
      </w:r>
    </w:p>
    <w:p>
      <w:r>
        <w:rPr>
          <w:i/>
        </w:rPr>
        <w:t>“You say that the Quran and Hadith have general principles. How can we understand these principles? Kindly comment.”</w:t>
      </w:r>
    </w:p>
    <w:p>
      <w:r>
        <w:rPr>
          <w:sz w:val="20"/>
        </w:rPr>
        <w:t>1:36:09  yahi kahengay baqi jo hai woh Allah ka mu'amla hai woh Allah hi kar sakta hai hum nahi kar sakte maulana agla sawal dilli se hai miss naghma siddiqui ka unho'n ne likha hai maulana you say all quran verses hadith have a general principle how can we understand these principles kindly comment</w:t>
      </w:r>
      <w:r>
        <w:br/>
      </w:r>
      <w:r>
        <w:rPr>
          <w:sz w:val="20"/>
        </w:rPr>
        <w:t>1:36:36  ek hi tareeqa hai ap ab apni aql ko bachayen aql ko bachana jo hai asal ahmiyat is ki hai dekhiye bachana kya cheez hai main ap ko do qissay batata hoon dilli mein ek hakeem thay aj kal ke hakeem nahi is zamanay ke hakeem jo bohat hi doosray dhang ke log hotay thay</w:t>
      </w:r>
      <w:r>
        <w:br/>
      </w:r>
      <w:r>
        <w:rPr>
          <w:sz w:val="20"/>
        </w:rPr>
        <w:t>1:37:05  to wo yani qalam ko istemal nahi kartay thay yani aj ap jab bhi ap jab ap wo likhtay hain yani ek mareez ko dekha ap ne to mareez ko dekhnay ke baad nuskhah likhtay hain to qalam istemal kartay hain qalam se likha ap ne to wo munh se boltay thay wo qalam istemal nahi kartay thay wo</w:t>
      </w:r>
      <w:r>
        <w:br/>
      </w:r>
      <w:r>
        <w:rPr>
          <w:sz w:val="20"/>
        </w:rPr>
        <w:t>1:37:29  kisi ne poocha ke aap sab log qalam istemal karte hain is se nuskhah likhne ke liye aap</w:t>
      </w:r>
      <w:r>
        <w:br/>
      </w:r>
      <w:r>
        <w:rPr>
          <w:sz w:val="20"/>
        </w:rPr>
        <w:t>1:37:34  istemal nahi karte aap bolte hain halanke aap ka hath jo hai theek jo hai istemal karte hain</w:t>
      </w:r>
      <w:r>
        <w:br/>
      </w:r>
      <w:r>
        <w:rPr>
          <w:sz w:val="20"/>
        </w:rPr>
        <w:t>1:37:39  qalam aap to unhon ne jawab diya ke mein apne hath ko mehfooz rakhne ke liye aisa karta</w:t>
      </w:r>
      <w:r>
        <w:br/>
      </w:r>
      <w:r>
        <w:rPr>
          <w:sz w:val="20"/>
        </w:rPr>
        <w:t>1:37:45  hoon kyunke hath se mein nafs dekhta hoon mein hath mein bohat ziyada sensitivity honi chahiye sensitivity</w:t>
      </w:r>
      <w:r>
        <w:br/>
      </w:r>
      <w:r>
        <w:rPr>
          <w:sz w:val="20"/>
        </w:rPr>
        <w:t>1:37:54  jitni ziyada sensitivity hogi utni mein nafs ko pakar paunga</w:t>
      </w:r>
      <w:r>
        <w:br/>
      </w:r>
      <w:r>
        <w:rPr>
          <w:sz w:val="20"/>
        </w:rPr>
        <w:t>1:37:59  to hath ki sensitive sensitivity ko bagh rakhnay ke liye wo qalam nahi pakartay thay wo aur ek misaal main doonga ap ko ke deoband ke maulana anwar shah kashmiri thay un ko aam pasand tha lekin wo aam kaise khatay thay un ka nazariya tha ke khatay aam se hafza kharab hota hai</w:t>
      </w:r>
      <w:r>
        <w:br/>
      </w:r>
      <w:r>
        <w:rPr>
          <w:sz w:val="20"/>
        </w:rPr>
        <w:t>1:38:22  apne hafze ko bohat bachate thay woh to jahan am khana hota tha to aik aadmi bithate thay</w:t>
      </w:r>
      <w:r>
        <w:br/>
      </w:r>
      <w:r>
        <w:rPr>
          <w:sz w:val="20"/>
        </w:rPr>
        <w:t>1:38:27  woh ke pehle chak ke deta batata tha ke am meetha hai khatta hai to khatte wala chhod</w:t>
      </w:r>
      <w:r>
        <w:br/>
      </w:r>
      <w:r>
        <w:rPr>
          <w:sz w:val="20"/>
        </w:rPr>
        <w:t>1:38:34  dete the wo sirf meetha wala lete the wo kyunke un ko wo samajhte hain ke khata am</w:t>
      </w:r>
      <w:r>
        <w:br/>
      </w:r>
      <w:r>
        <w:rPr>
          <w:sz w:val="20"/>
        </w:rPr>
        <w:t>1:38:38  khaunga to mera hafza kharab ho jayega</w:t>
      </w:r>
      <w:r>
        <w:br/>
      </w:r>
      <w:r>
        <w:rPr>
          <w:sz w:val="20"/>
        </w:rPr>
        <w:t>1:38:42  to apni aql ko bachana hai aql to allah ne di har admi ko lekin log bacha nahi</w:t>
      </w:r>
      <w:r>
        <w:br/>
      </w:r>
      <w:r>
        <w:rPr>
          <w:sz w:val="20"/>
        </w:rPr>
        <w:t>1:38:47  pate bachane ke mani kya hain</w:t>
      </w:r>
      <w:r>
        <w:br/>
      </w:r>
      <w:r>
        <w:rPr>
          <w:sz w:val="20"/>
        </w:rPr>
        <w:t>1:38:53  aql mein negative thought dalna aql mein intiqam ke jazbat dalna aur aql mein yani intolerance dalna aql mein yeh sab batain dalna hai ke zalim hai wo sadi si hai yeh sari batain aql ko</w:t>
      </w:r>
      <w:r>
        <w:br/>
      </w:r>
      <w:r>
        <w:rPr>
          <w:sz w:val="20"/>
        </w:rPr>
        <w:t>1:39:16  maaf kar deti hain parda</w:t>
      </w:r>
      <w:r>
        <w:br/>
      </w:r>
      <w:r>
        <w:rPr>
          <w:sz w:val="20"/>
        </w:rPr>
        <w:t>1:39:18  dal deti hain to agar ap apni aql ko bacha saken to is ke baad is ka result yaqeeni tor par milta hai naam ke liye result na milay to sara jo hamein dhiyan dena hai tawajjuh aql ke is khuda ki di hui aql ko mehfooz rakhna bas mehfooz rakhnay ki koshish kijiye baqi aql to apna kaam khud kare gi apna kaam khud kare gi</w:t>
      </w:r>
    </w:p>
    <w:p>
      <w:pPr>
        <w:pStyle w:val="Heading2"/>
      </w:pPr>
      <w:r>
        <w:t>Understanding Quran beyond Arabic language</w:t>
      </w:r>
    </w:p>
    <w:p>
      <w:r>
        <w:rPr>
          <w:color w:val="666666"/>
          <w:sz w:val="18"/>
        </w:rPr>
        <w:t>Quran &amp; Tafsir · The Problem of Evil December 4, 2011 · 3m 19s · at 1:15:16 · https://youtu.be/SMqtVjaGHfw?t=4516</w:t>
      </w:r>
    </w:p>
    <w:p>
      <w:r>
        <w:rPr>
          <w:i/>
        </w:rPr>
        <w:t>“We have been hearing from the beginning that it is necessary to understand the Quran through the Arabic language. But nowadays when we see the people living in Mecca and Medina, it seems that something else is also needed to understand the Quran.”</w:t>
      </w:r>
    </w:p>
    <w:p>
      <w:r>
        <w:rPr>
          <w:sz w:val="20"/>
        </w:rPr>
        <w:t>1:15:16  maulana, agla sawal aaya hai Mr. Amir bin Yusuf ka, Karachi Pakistan se.</w:t>
      </w:r>
      <w:r>
        <w:br/>
      </w:r>
      <w:r>
        <w:rPr>
          <w:sz w:val="20"/>
        </w:rPr>
        <w:t>1:15:21  unhon ne likha hai: "hum shuru se yeh sunte chale aaye hain ke Arabic language se humein quran ko samajhna zaroori hai.</w:t>
      </w:r>
      <w:r>
        <w:br/>
      </w:r>
      <w:r>
        <w:rPr>
          <w:sz w:val="20"/>
        </w:rPr>
        <w:t>1:15:31  magar aaj kal hum jo Makkah aur Madinah mein rehne wale logon ko jab dekhte hain toh aisa lagta hai ke quran ko samajhne ke liye kuch aur bhi chahiye." is ke bare mein bataein.</w:t>
      </w:r>
      <w:r>
        <w:br/>
      </w:r>
      <w:r>
        <w:rPr>
          <w:sz w:val="20"/>
        </w:rPr>
        <w:t>1:15:45  dekhein, quran mein yeh nahin bataya gaya ke tum agar Arabic jaano ge toh quran ko samajh lo ge. yeh toh logon ka khayal hai.</w:t>
      </w:r>
      <w:r>
        <w:br/>
      </w:r>
      <w:r>
        <w:rPr>
          <w:sz w:val="20"/>
        </w:rPr>
        <w:t>1:15:52  yeh kahin bhi nahin bataya quran mein. agar tum Arabic jaano ge toh quran ko samajh lo ge. quran mein hai ke tadabbur karoge toh samjhoge. tadabbur, contemplation.</w:t>
      </w:r>
      <w:r>
        <w:br/>
      </w:r>
      <w:r>
        <w:rPr>
          <w:sz w:val="20"/>
        </w:rPr>
        <w:t>1:16:04  toh Arabic jaanna bhi zaroori hai lekin tarjuma bhi kafi ho sakta hai kisi ke liye agar woh is ke andar tadabbur ki salahiyat ho. tadabbur ka matlab kya hai?</w:t>
      </w:r>
      <w:r>
        <w:br/>
      </w:r>
      <w:r>
        <w:rPr>
          <w:sz w:val="20"/>
        </w:rPr>
        <w:t>1:16:16  tadabbur ka matlab yeh hai ke ek khule zehan ke sath aadmi parhe, kisi bhi complex ke baghair parhe, baais se free ho kar parhe, jazbaat se alag ho kar parhe quran ko to samjhega woh.</w:t>
      </w:r>
      <w:r>
        <w:br/>
      </w:r>
      <w:r>
        <w:rPr>
          <w:sz w:val="20"/>
        </w:rPr>
        <w:t>1:16:34  lekin log jeete hain baais mein, tarah tarah ke ta'assubaat mein, nafrat mein, jazbaat mein. to kya samjhenge aap?</w:t>
      </w:r>
      <w:r>
        <w:br/>
      </w:r>
      <w:r>
        <w:rPr>
          <w:sz w:val="20"/>
        </w:rPr>
        <w:t>1:16:42  jaise misaal ke taur par log jeete hain yahudiyon se nafrat mein to jab parhte hain woh quran majeed ki surah fatiha to ghair al maghzoob likhte hote hain ke is se murad yahudi hain.</w:t>
      </w:r>
      <w:r>
        <w:br/>
      </w:r>
      <w:r>
        <w:rPr>
          <w:sz w:val="20"/>
        </w:rPr>
        <w:t>1:16:54  un ke jeete hain isaiyon se nafrat mein jab parhte hain ghair wal dhalleen to samajhte hain is se murad isai hain. yeh quran ko samajhna nahi hai, yeh ya apne mind ko quran mein parhna hai.</w:t>
      </w:r>
      <w:r>
        <w:br/>
      </w:r>
      <w:r>
        <w:rPr>
          <w:sz w:val="20"/>
        </w:rPr>
        <w:t>1:17:09  to aap nafratein liye hue hon, ta'assubaat liye hue hon aur khud sakhta jazbaat pe jeete hon to wohi quran mein parhenge jo aap mind mein hai.</w:t>
      </w:r>
      <w:r>
        <w:br/>
      </w:r>
      <w:r>
        <w:rPr>
          <w:sz w:val="20"/>
        </w:rPr>
        <w:t>1:17:22  sab se pehle apne mind ko free karna parega, tab quran ko samjhenge aap. arabi janna hargiz hargiz laazmi shart nahi hai.</w:t>
      </w:r>
      <w:r>
        <w:br/>
      </w:r>
      <w:r>
        <w:rPr>
          <w:sz w:val="20"/>
        </w:rPr>
        <w:t>1:17:35  laazmi shart hai apne mind ko free banana,</w:t>
      </w:r>
      <w:r>
        <w:br/>
      </w:r>
      <w:r>
        <w:rPr>
          <w:sz w:val="20"/>
        </w:rPr>
        <w:t>1:17:39  apne mind ko har qism ke ta'assubaat, nafrat aur tarah tarah ke yani khud sakhta soch se apne ko free karna.</w:t>
      </w:r>
      <w:r>
        <w:br/>
      </w:r>
      <w:r>
        <w:rPr>
          <w:sz w:val="20"/>
        </w:rPr>
        <w:t>1:17:50  tab dekhen, arabi zaban ki zaroori is ke liye hai jo scholar banna chahta ho. scholar to ek hai quran ko samajhna, ek hai quran ka scholar banna.</w:t>
      </w:r>
      <w:r>
        <w:br/>
      </w:r>
      <w:r>
        <w:rPr>
          <w:sz w:val="20"/>
        </w:rPr>
        <w:t>1:18:01  scholar yani quran ki buniyad par koi mashal chalana chahte hon aap, tab zaroori hai ke aap arabi janiyen.</w:t>
      </w:r>
      <w:r>
        <w:br/>
      </w:r>
      <w:r>
        <w:rPr>
          <w:sz w:val="20"/>
        </w:rPr>
        <w:t>1:18:09  yani quran ki buniyad par ek mashal uthana chahte hon aap to zaroori hai ke aap arabi janiyen. lekin aap simply follow karne ke liye ke saada taur par apni zindagi mein quran ko lane ke liye to bas quran ko parhiye,</w:t>
      </w:r>
      <w:r>
        <w:br/>
      </w:r>
      <w:r>
        <w:rPr>
          <w:sz w:val="20"/>
        </w:rPr>
        <w:t>1:18:24  woh ta'assubaat se khali ho kar ke to zaroor quran samajh mein aayega aap ke.</w:t>
      </w:r>
    </w:p>
    <w:p>
      <w:pPr>
        <w:pStyle w:val="Heading2"/>
      </w:pPr>
      <w:r>
        <w:t>Understanding Quran through reading</w:t>
      </w:r>
    </w:p>
    <w:p>
      <w:r>
        <w:rPr>
          <w:color w:val="666666"/>
          <w:sz w:val="18"/>
        </w:rPr>
        <w:t>Quran &amp; Tafsir · Freedom of Expression in Islam 30 Sept 2012 - Maulana Wahiduddin Khan · 2m 27s · at 1:12:55 · https://youtu.be/WLlXSyxX8Q4?t=4375</w:t>
      </w:r>
    </w:p>
    <w:p>
      <w:r>
        <w:rPr>
          <w:i/>
        </w:rPr>
        <w:t>“Do you think most people can understand the Quran by simply reading it? Further, would they be able to relate it to Muslims' reactions and demonstrations as in Islam? And we need straightforward articles written explaining with specific Quran surahs. What is your opinion?”</w:t>
      </w:r>
    </w:p>
    <w:p>
      <w:r>
        <w:rPr>
          <w:sz w:val="20"/>
        </w:rPr>
        <w:t>1:12:55  maulana, yeh sawal aaya hai doctor najma siddiqui ka dilli se. unhon ne likha hai: "maulana sahib, do you think that most people can understand quran by simply reading it?</w:t>
      </w:r>
      <w:r>
        <w:br/>
      </w:r>
      <w:r>
        <w:rPr>
          <w:sz w:val="20"/>
        </w:rPr>
        <w:t>1:13:09  further, would they be able to relate it to muslims reactions or demonstrations as in islamic? or we need to have straight forward articles written explaining with specific quran surah.</w:t>
      </w:r>
      <w:r>
        <w:br/>
      </w:r>
      <w:r>
        <w:rPr>
          <w:sz w:val="20"/>
        </w:rPr>
        <w:t>1:13:24  waT iz yor opinion?" dekhiye, aaj mein do level hain. ek to yeh hai ke quran ki jo teaching hai, woh saada tor par is ko janiye, is ko amal kijiye.</w:t>
      </w:r>
      <w:r>
        <w:br/>
      </w:r>
      <w:r>
        <w:rPr>
          <w:sz w:val="20"/>
        </w:rPr>
        <w:t>1:13:42  jaise quran mein aqim-us-salat, hum namaz ada karne lage, is tarah ka aur bohat si teaching hai. to quran ko saada tor par samajhna aur apni daily life mein is par is ko follow karna, yeh to sirf translation parh kar ho jata hai.</w:t>
      </w:r>
      <w:r>
        <w:br/>
      </w:r>
      <w:r>
        <w:rPr>
          <w:sz w:val="20"/>
        </w:rPr>
        <w:t>1:14:03  translation kafi hai is ke liye, lekin deeper meaning jo quran ki hai, to woh to is ke liye baqayda arabi janna chahiye aur bohat garam study karni paregi.</w:t>
      </w:r>
      <w:r>
        <w:br/>
      </w:r>
      <w:r>
        <w:rPr>
          <w:sz w:val="20"/>
        </w:rPr>
        <w:t>1:14:16  to woh woh woh ulama ka kaam hai, woh har ek ka kaam nahi hai. har ek ki yeh zaroorat nahi hai ke woh deeper meaning tak pohnche.</w:t>
      </w:r>
      <w:r>
        <w:br/>
      </w:r>
      <w:r>
        <w:rPr>
          <w:sz w:val="20"/>
        </w:rPr>
        <w:t>1:14:26  aam logon ko itna hi kafi hai ke woh tarjuma parh lein aur is se jo saada tor par jo meaning samajh mein aa rahi hai, us ko follow karein.</w:t>
      </w:r>
      <w:r>
        <w:br/>
      </w:r>
      <w:r>
        <w:rPr>
          <w:sz w:val="20"/>
        </w:rPr>
        <w:t>1:14:36  baqi ulama ka kaam hai ke woh is ko, is ka modern application daryaft karein, is ko redefine karein, is ko aaj ke lehaz se interpretation dein.</w:t>
      </w:r>
      <w:r>
        <w:br/>
      </w:r>
      <w:r>
        <w:rPr>
          <w:sz w:val="20"/>
        </w:rPr>
        <w:t>1:14:49  is ka yeh ulama ka kaam hai. agarche ulama yeh kaam kar nahi rahe hain, lekin behal yeh ulama ki zimmedari hai ke unhein ada karna chahiye.</w:t>
      </w:r>
      <w:r>
        <w:br/>
      </w:r>
      <w:r>
        <w:rPr>
          <w:sz w:val="20"/>
        </w:rPr>
        <w:t>1:14:57  hadith mein aata hai ke ulama-e-ummat kamyab bani israel hain, jo pichle zamane mein yeh kaam na anbiya karte the, ab ulama-e-ummat ko yeh kaam karna hai.</w:t>
      </w:r>
      <w:r>
        <w:br/>
      </w:r>
      <w:r>
        <w:rPr>
          <w:sz w:val="20"/>
        </w:rPr>
        <w:t>1:15:12  to ab woh apni zimmedari ada karein ya na karein, alag baat hai, lekin usoolan yeh ulama ka kaam hai, awam ka kaam nahi hai.</w:t>
      </w:r>
    </w:p>
    <w:p>
      <w:pPr>
        <w:pStyle w:val="Heading2"/>
      </w:pPr>
      <w:r>
        <w:t>Uniformity in Transactions from Longest Quranic Verse</w:t>
      </w:r>
    </w:p>
    <w:p>
      <w:r>
        <w:rPr>
          <w:color w:val="666666"/>
          <w:sz w:val="18"/>
        </w:rPr>
        <w:t>Quran &amp; Tafsir · Art of Thinking November 02, 2014 Maulana Wahiduddin Khan · 3m 03s · at 55:07 · https://youtu.be/jxGjv30RG1Q?t=3307</w:t>
      </w:r>
    </w:p>
    <w:p>
      <w:r>
        <w:rPr>
          <w:i/>
        </w:rPr>
        <w:t>“You have said that Al-Baqarah verse 282, the longest verse of the Quran, shows an important aspect of transactions: there should be uniformity in dealings. Please elaborate on this.”</w:t>
      </w:r>
    </w:p>
    <w:p>
      <w:r>
        <w:rPr>
          <w:sz w:val="20"/>
        </w:rPr>
        <w:t>55:07  molana, agla sawal Dilli se hai molana farhad ahmad sahib ka aur unhone likha hai: "molana, aap ne yeh kaha hai ke Quran ki Al-Baqarah ayat number 282 sab se lambi ayat hai.</w:t>
      </w:r>
      <w:r>
        <w:br/>
      </w:r>
      <w:r>
        <w:rPr>
          <w:sz w:val="20"/>
        </w:rPr>
        <w:t>55:23  is se mamlat ka ek bohat hi important aspect maloom hota hai. woh yeh hai ke mamlat mein tawad yani uniformity honi chahiye." molana, is ko please elaborate karein.</w:t>
      </w:r>
      <w:r>
        <w:br/>
      </w:r>
      <w:r>
        <w:rPr>
          <w:sz w:val="20"/>
        </w:rPr>
        <w:t>55:40  is ko kehte hain ayat e ma'amla. ma'amla matlab dealing. to dealing jo hai ya ma'amla jo hai is ke bare mein yeh ayat hai, yeh bohat lambi ayat hai ke is ko kehte hain ke jab koi dealing kare to likh lo.</w:t>
      </w:r>
      <w:r>
        <w:br/>
      </w:r>
      <w:r>
        <w:rPr>
          <w:sz w:val="20"/>
        </w:rPr>
        <w:t>55:58  to sirf itna hi nahin kaha ke likh lo balkeh likhne ki bohat detailed hai, is mein bataya gaya hai kaise, aise, aise, aise, ese.</w:t>
      </w:r>
      <w:r>
        <w:br/>
      </w:r>
      <w:r>
        <w:rPr>
          <w:sz w:val="20"/>
        </w:rPr>
        <w:t>56:11  to is se maloom hota hai ke Allah ki nazar mein jo dealing ki baat hai, muamle ki baat hai, woh bohat hi specific tor par well defined honi chahiye taake baad ko koi is mein ek aur interpretation na de sake.</w:t>
      </w:r>
      <w:r>
        <w:br/>
      </w:r>
      <w:r>
        <w:rPr>
          <w:sz w:val="20"/>
        </w:rPr>
        <w:t>56:30  to agar likha hua na ho, zahir hai ke baat ko zabani ho, zabani ho, likha hua na ho to baad ko aadmi woh kahe, woh kuch kahega, woh kuch kahega, woh kuch kahega.</w:t>
      </w:r>
      <w:r>
        <w:br/>
      </w:r>
      <w:r>
        <w:rPr>
          <w:sz w:val="20"/>
        </w:rPr>
        <w:t>56:42  to baad ko kaise yaani determine kiya jaye ke dealing hui thi to kya hui thi? Kya baat tay hui thi?</w:t>
      </w:r>
      <w:r>
        <w:br/>
      </w:r>
      <w:r>
        <w:rPr>
          <w:sz w:val="20"/>
        </w:rPr>
        <w:t>56:51  to woh likha hua wahi kaam ayega. To dealing ya muamla jo aisi cheez hai ke is mein mauqa yeh nahin dena chahiye ke kai qism ki interpretation ho.</w:t>
      </w:r>
      <w:r>
        <w:br/>
      </w:r>
      <w:r>
        <w:rPr>
          <w:sz w:val="20"/>
        </w:rPr>
        <w:t>57:06  is mein matlab tadad interpretation mein tadad na ho balkeh wahdat ho, yaani ek hi interpretation nikle. Jab aap zabani kahenge to jab zabani batata hai aadmi to kuch na kuch alfaaz badal jate hain.</w:t>
      </w:r>
      <w:r>
        <w:br/>
      </w:r>
      <w:r>
        <w:rPr>
          <w:sz w:val="20"/>
        </w:rPr>
        <w:t>57:23  asal asal lafz jo bola gaya tha wahi aap nahin bolte, kuch lafz badal jata hai. Lafz badalne se is ka emphasis badalta hai, is ke angle badalte hain, is ka pehlu badal jata hai.</w:t>
      </w:r>
      <w:r>
        <w:br/>
      </w:r>
      <w:r>
        <w:rPr>
          <w:sz w:val="20"/>
        </w:rPr>
        <w:t>57:34  to phir interpretation naye naye nikalte rehte hain. To dealing ke muamle mein Allah taala chahte hain wahdat, tadad rahe, yaani jab bhi is ko parha jaye aur janne ki koshish ki jaye ke dealing kya hui thi to ek hi rai bane.</w:t>
      </w:r>
      <w:r>
        <w:br/>
      </w:r>
      <w:r>
        <w:rPr>
          <w:sz w:val="20"/>
        </w:rPr>
        <w:t>57:53  aur ek hi rai jab ban payegi jab ke is ko likha jayega, zabani rahega to rai kai ho jayegi. Rai mein jo hai diversity aa jayegi.</w:t>
      </w:r>
      <w:r>
        <w:br/>
      </w:r>
      <w:r>
        <w:rPr>
          <w:sz w:val="20"/>
        </w:rPr>
        <w:t>58:03  taddud yeh mein is ayat se samjha raha tha.</w:t>
      </w:r>
    </w:p>
    <w:p>
      <w:pPr>
        <w:pStyle w:val="Heading2"/>
      </w:pPr>
      <w:r>
        <w:t>Was no compulsion verse abrogated?</w:t>
      </w:r>
    </w:p>
    <w:p>
      <w:r>
        <w:rPr>
          <w:color w:val="666666"/>
          <w:sz w:val="18"/>
        </w:rPr>
        <w:t>Quran &amp; Tafsir · The Prophet An Example of Modesty August 27, 2017 · 2m 06s · at 1:09:11 · https://youtu.be/aR3V4c8fQC4?t=4151</w:t>
      </w:r>
    </w:p>
    <w:p>
      <w:r>
        <w:rPr>
          <w:i/>
        </w:rPr>
        <w:t>“In Quran Allah said there is no compulsion in religion, and after some time it was abrogated by chapter nine verse number twenty-nine, which said, 'Fight those from among the people of the book who believe neither in God nor in the last day, nor hold as unlawful what God and His messengers have declared to be unlawful, nor follow the true religion until they pay the tax willingly and agree to submit.'”</w:t>
      </w:r>
    </w:p>
    <w:p>
      <w:r>
        <w:rPr>
          <w:sz w:val="20"/>
        </w:rPr>
        <w:t>1:09:11  molana, agla sawal bheja hai muhammad tauseef sahib ne, unhon ne location nahi likhi hai. un ka sawal is tarah hai, "In Quran Allah said there is no compulsion in religion,</w:t>
      </w:r>
      <w:r>
        <w:br/>
      </w:r>
      <w:r>
        <w:rPr>
          <w:sz w:val="20"/>
        </w:rPr>
        <w:t>1:09:26  and after some time it was abrogated by chapter nine verse number twenty-nine, which said, 'Fight those from among the people of the book who believe neither in God nor in the last day,</w:t>
      </w:r>
      <w:r>
        <w:br/>
      </w:r>
      <w:r>
        <w:rPr>
          <w:sz w:val="20"/>
        </w:rPr>
        <w:t>1:09:42  nor hold as unlawful what God and His messengers have declared to be unlawful, nor follow the true religion until they pay the tax willingly and agree to sub</w:t>
      </w:r>
      <w:r>
        <w:br/>
      </w:r>
      <w:r>
        <w:rPr>
          <w:sz w:val="20"/>
        </w:rPr>
        <w:t>1:09:55  mit.'" molana sahib, if this verse is correct, then are we to forcibly convert non-Muslims to Islam?</w:t>
      </w:r>
      <w:r>
        <w:br/>
      </w:r>
      <w:r>
        <w:rPr>
          <w:sz w:val="20"/>
        </w:rPr>
        <w:t>1:10:04  What is your answer to this</w:t>
      </w:r>
      <w:r>
        <w:br/>
      </w:r>
      <w:r>
        <w:rPr>
          <w:sz w:val="20"/>
        </w:rPr>
        <w:t>1:10:06  ؟ hargiz nahi, islam mein forcible conversion hai hi nahi. aur yeh jo aap ne farmaya, woh naskh kaise nahi hai?</w:t>
      </w:r>
      <w:r>
        <w:br/>
      </w:r>
      <w:r>
        <w:rPr>
          <w:sz w:val="20"/>
        </w:rPr>
        <w:t>1:10:17  woh jo aap ne ayat padhi, aap aisa kijiye ke aap tazkir ul quran ko padhiye, mutaliq ayaton ko gehrai ke sath padhiye, ghor ke sath to aap ko is mein aap ko jawab mil jayega.</w:t>
      </w:r>
    </w:p>
    <w:p>
      <w:pPr>
        <w:pStyle w:val="Heading2"/>
      </w:pPr>
      <w:r>
        <w:t>What Is Quran's Eternity If Jews Are Not Enemies</w:t>
      </w:r>
    </w:p>
    <w:p>
      <w:r>
        <w:rPr>
          <w:color w:val="666666"/>
          <w:sz w:val="18"/>
        </w:rPr>
        <w:t>Quran &amp; Tafsir · Study of The Quran November 30, 2014 · 2m 39s · at 1:23:15 · https://youtu.be/x3fcJ2nlDow?t=4995</w:t>
      </w:r>
    </w:p>
    <w:p>
      <w:r>
        <w:rPr>
          <w:i/>
        </w:rPr>
        <w:t>“If the Quran is an eternal book and, according to you, the Jewish disbelievers are not our enemies, then what is the eternity of the Quran?”</w:t>
      </w:r>
    </w:p>
    <w:p>
      <w:r>
        <w:rPr>
          <w:sz w:val="20"/>
        </w:rPr>
        <w:t>1:23:15  maulana, agla sawal dilli se kya hai muhammad khizr sahab ne. unhone likha hai: "quran agar ek abadi kitab hai aur aap ke mutabiq kuffar yahood hamare dushman nahi hain to phir quran ki abadit kya hai?" is ke bare mein.</w:t>
      </w:r>
      <w:r>
        <w:br/>
      </w:r>
      <w:r>
        <w:rPr>
          <w:sz w:val="20"/>
        </w:rPr>
        <w:t>1:23:34  ye kaise kaise sawal karte hain log bhai.</w:t>
      </w:r>
      <w:r>
        <w:br/>
      </w:r>
      <w:r>
        <w:rPr>
          <w:sz w:val="20"/>
        </w:rPr>
        <w:t>1:23:39  abadit yahi quran ki? in ko kafir samajhna hai? isi ke liye quran utra tha?</w:t>
      </w:r>
      <w:r>
        <w:br/>
      </w:r>
      <w:r>
        <w:rPr>
          <w:sz w:val="20"/>
        </w:rPr>
        <w:t>1:23:46  hain? dekhiye, makkah ke jo log the un ke bare mein quran mein kufr ka lafz aya.</w:t>
      </w:r>
      <w:r>
        <w:br/>
      </w:r>
      <w:r>
        <w:rPr>
          <w:sz w:val="20"/>
        </w:rPr>
        <w:t>1:23:54  Qul ya ayyuhal kafirun quran mein jo ye ayat hai Qul ya ayyuhal kafirun ye makkah ke bare mein hai.</w:t>
      </w:r>
      <w:r>
        <w:br/>
      </w:r>
      <w:r>
        <w:rPr>
          <w:sz w:val="20"/>
        </w:rPr>
        <w:t>1:24:03  quraish ke bare mein. achha, wahi jo muslim ban gaye sab ke sab. wahi makkah ke log jo hain is ke top ke log sahabi bane.</w:t>
      </w:r>
      <w:r>
        <w:br/>
      </w:r>
      <w:r>
        <w:rPr>
          <w:sz w:val="20"/>
        </w:rPr>
        <w:t>1:24:13  to kya quran ki abadit khatam ho gayi? bas yahood se nafrat aap ko hai, bas yahood se marna hai aap ko ye. to ab sahaba ko mariye naozubillah.</w:t>
      </w:r>
      <w:r>
        <w:br/>
      </w:r>
      <w:r>
        <w:rPr>
          <w:sz w:val="20"/>
        </w:rPr>
        <w:t>1:24:22  kyun ke jin ko quran mein kaha gaya tha kafir, wahi to musalman ho gaye, wahi to sahabi bane.</w:t>
      </w:r>
      <w:r>
        <w:br/>
      </w:r>
      <w:r>
        <w:rPr>
          <w:sz w:val="20"/>
        </w:rPr>
        <w:t>1:24:32  wahi to ahl-e-makkah ke log jo is islam mein dakhil hue the, wahi to sahaba kehelate hain. to quran mein kaha gaya tha in ko kafirun.</w:t>
      </w:r>
      <w:r>
        <w:br/>
      </w:r>
      <w:r>
        <w:rPr>
          <w:sz w:val="20"/>
        </w:rPr>
        <w:t>1:24:42  Qul ya ayyuhal kafirun aur phir isi doosri surah hai ke ya rajjaa nasulil lahe wal fath wa raa tan naaso yad khuluna fi deenil la</w:t>
      </w:r>
      <w:r>
        <w:br/>
      </w:r>
      <w:r>
        <w:rPr>
          <w:sz w:val="20"/>
        </w:rPr>
        <w:t>1:24:53  illahi foujan unhi ke bare mein hai ke jin ko quran ne kafar kaha tha woh fouj dar fouj islam mein dakhil hue. yeh koi tareeqa nahi hai is quran ko samajhne ka.</w:t>
      </w:r>
      <w:r>
        <w:br/>
      </w:r>
      <w:r>
        <w:rPr>
          <w:sz w:val="20"/>
        </w:rPr>
        <w:t>1:25:03  ke aap bas yahood se nafrat hai to yahood se marna hai aap ko. nafrat ki nafsiyat, shaitan ki nafsiyat yaad rakhiye. shaitan, shaitan allah ke is ke bhi nahi samajh saka.</w:t>
      </w:r>
      <w:r>
        <w:br/>
      </w:r>
      <w:r>
        <w:rPr>
          <w:sz w:val="20"/>
        </w:rPr>
        <w:t>1:25:15  shaitan jo hai mubtala hoga nafrat ki nafsiyat mein to allah ke is ke bhi nahi samajh saka</w:t>
      </w:r>
      <w:r>
        <w:br/>
      </w:r>
      <w:r>
        <w:rPr>
          <w:sz w:val="20"/>
        </w:rPr>
        <w:t>1:25:22  . musalman bhi agar nafsiyat, nafrat ki nafsiyat se bahar nahi ayenge to quran ko nahi samajh sakte woh. quran ko samajhne ke liye shart hai ke aap hate, hate psychology se bahar ayen.</w:t>
      </w:r>
      <w:r>
        <w:br/>
      </w:r>
      <w:r>
        <w:rPr>
          <w:sz w:val="20"/>
        </w:rPr>
        <w:t>1:25:37  hate itni buri cheez hai ke shaitan ke dil mein hate aa gaya to allah ke is ke koi nahi samjha woh. is ka mukhalif ho gaya. to musalmanon mein hate ki nafsiyat aa gayi hai.</w:t>
      </w:r>
      <w:r>
        <w:br/>
      </w:r>
      <w:r>
        <w:rPr>
          <w:sz w:val="20"/>
        </w:rPr>
        <w:t>1:25:47  to quran kya samjhenge woh? quran nahi samajh sakte woh.</w:t>
      </w:r>
    </w:p>
    <w:p>
      <w:pPr>
        <w:pStyle w:val="Heading2"/>
      </w:pPr>
      <w:r>
        <w:t>What is the meaning of God's dye in Quran?</w:t>
      </w:r>
    </w:p>
    <w:p>
      <w:r>
        <w:rPr>
          <w:color w:val="666666"/>
          <w:sz w:val="18"/>
        </w:rPr>
        <w:t>Quran &amp; Tafsir · Sahaba and Muhaddithin 24th June 2012 - Maulana Wahiduddin Khan · 3m 02s · at 1:02:19 · https://youtu.be/tUPo7MI0Bdo?t=3739</w:t>
      </w:r>
    </w:p>
    <w:p>
      <w:r>
        <w:rPr>
          <w:i/>
        </w:rPr>
        <w:t>“Maulana, in Quran chapter 2, verse 138 it says: 'We take God's own dye, who is better than God's dye?' Maulana, what is the meaning of God's dye? That is sibghatallah.”</w:t>
      </w:r>
    </w:p>
    <w:p>
      <w:r>
        <w:rPr>
          <w:sz w:val="20"/>
        </w:rPr>
        <w:t>1:02:19  maulana, yeh sawal aaya hai dilli se maulana zakwan nadvi sahab ka. unhon ne likha hai ke quran ke chapter number two, verse number 138 mein aaya hai:</w:t>
      </w:r>
      <w:r>
        <w:br/>
      </w:r>
      <w:r>
        <w:rPr>
          <w:sz w:val="20"/>
        </w:rPr>
        <w:t>1:02:33  "wa nattakhidhu billahi ghayrahu".</w:t>
      </w:r>
      <w:r>
        <w:br/>
      </w:r>
      <w:r>
        <w:rPr>
          <w:sz w:val="20"/>
        </w:rPr>
        <w:t>1:02:36  who is a better dye than God's dye. Maulana, what is the meaning of God's dye? That is sabqat Allah.</w:t>
      </w:r>
      <w:r>
        <w:br/>
      </w:r>
      <w:r>
        <w:rPr>
          <w:sz w:val="20"/>
        </w:rPr>
        <w:t>1:02:46  is ke bare mein bataein.</w:t>
      </w:r>
      <w:r>
        <w:br/>
      </w:r>
      <w:r>
        <w:rPr>
          <w:sz w:val="20"/>
        </w:rPr>
        <w:t>1:02:54  sabqat allah, is mein dekhein, woh aik is ka aik background hai, yeh jis ko kehte hain istibaq eesai logon ke haan.</w:t>
      </w:r>
      <w:r>
        <w:br/>
      </w:r>
      <w:r>
        <w:rPr>
          <w:sz w:val="20"/>
        </w:rPr>
        <w:t>1:03:07  to un ke haan aik rasam thi ke jab woh kisi ko christian banate thay</w:t>
      </w:r>
      <w:r>
        <w:br/>
      </w:r>
      <w:r>
        <w:rPr>
          <w:sz w:val="20"/>
        </w:rPr>
        <w:t>1:03:13  to istibaq karte thay.</w:t>
      </w:r>
      <w:r>
        <w:br/>
      </w:r>
      <w:r>
        <w:rPr>
          <w:sz w:val="20"/>
        </w:rPr>
        <w:t>1:03:18  yani pehle zamanay mein kuch rang, koi khaas rang ka kapra pehnana, ab to shayad pani sakte hain sirf.</w:t>
      </w:r>
      <w:r>
        <w:br/>
      </w:r>
      <w:r>
        <w:rPr>
          <w:sz w:val="20"/>
        </w:rPr>
        <w:t>1:03:29  to is ke background mein yeh alfaaz aaye hain, matlab yeh nahi ke koi rang hota hai allah taala ka.</w:t>
      </w:r>
      <w:r>
        <w:br/>
      </w:r>
      <w:r>
        <w:rPr>
          <w:sz w:val="20"/>
        </w:rPr>
        <w:t>1:03:38  is ka matlab yeh hai ke</w:t>
      </w:r>
      <w:r>
        <w:br/>
      </w:r>
      <w:r>
        <w:rPr>
          <w:sz w:val="20"/>
        </w:rPr>
        <w:t>1:03:43  allah ko, yani allah ki following ke maani mein, allah ko ikhtiyar karo, sirf rang ke maani mein nahi. woh log sirf rang ke maani mein samajh rahe thay ke khaas rang ka kapra ho to woh deendar ban gaya.</w:t>
      </w:r>
      <w:r>
        <w:br/>
      </w:r>
      <w:r>
        <w:rPr>
          <w:sz w:val="20"/>
        </w:rPr>
        <w:t>1:04:00  abhi bhi un ke haan yeh hai, mukhtalif rang ke kapre un ke hotay hain jo batate hain un ke deeni darjay ko.</w:t>
      </w:r>
      <w:r>
        <w:br/>
      </w:r>
      <w:r>
        <w:rPr>
          <w:sz w:val="20"/>
        </w:rPr>
        <w:t>1:04:07  to har mazhab mein aisa hua hai, mazhabi tabqay ne rang ke sath mazhab jor rakha hai. to yahan par bataya gaya ke asli rang woh nahi hai, maadi rang.</w:t>
      </w:r>
      <w:r>
        <w:br/>
      </w:r>
      <w:r>
        <w:rPr>
          <w:sz w:val="20"/>
        </w:rPr>
        <w:t>1:04:19  asli rang yeh hai ke allah ki tabedari.</w:t>
      </w:r>
      <w:r>
        <w:br/>
      </w:r>
      <w:r>
        <w:rPr>
          <w:sz w:val="20"/>
        </w:rPr>
        <w:t>1:04:26  yeh is maani mein mein samajhta hoon kaha gaya hai. doosri baat yeh hai ke rang ki tamseel bohat ba-maani hai. dekhein, yeh pani hai, is mein agar aap pathar ka tukra dalen to alag aa kar wahan par jaye ga, woh pani mein ghule ga nahi.</w:t>
      </w:r>
      <w:r>
        <w:br/>
      </w:r>
      <w:r>
        <w:rPr>
          <w:sz w:val="20"/>
        </w:rPr>
        <w:t>1:04:43  lekin jab rang dalte hain to poore pani mein ghul jata hai. woh</w:t>
      </w:r>
      <w:r>
        <w:br/>
      </w:r>
      <w:r>
        <w:rPr>
          <w:sz w:val="20"/>
        </w:rPr>
        <w:t>1:04:48  to yeh matlab hai ke jis tarah se rang pani mein ghul kar ke poora is mein sarayat kar jata hai, to allah ke deen ko is tarah ikhtiyar karo ke poori shakhsiyat ka hissa ban jaye.</w:t>
      </w:r>
      <w:r>
        <w:br/>
      </w:r>
      <w:r>
        <w:rPr>
          <w:sz w:val="20"/>
        </w:rPr>
        <w:t>1:05:04  aisa na ho ke tumhari shakhsiyat alag hai aur deen alag hai,</w:t>
      </w:r>
      <w:r>
        <w:br/>
      </w:r>
      <w:r>
        <w:rPr>
          <w:sz w:val="20"/>
        </w:rPr>
        <w:t>1:05:09  woh zamima ke tor par na rahe, balkeh tumhari shakhsiyat poori ki poori se woh dhal jaye. yeh matlab hai is ka.</w:t>
      </w:r>
    </w:p>
    <w:p>
      <w:pPr>
        <w:pStyle w:val="Heading2"/>
      </w:pPr>
      <w:r>
        <w:t>What is the required piety in Quran 21:37?</w:t>
      </w:r>
    </w:p>
    <w:p>
      <w:r>
        <w:rPr>
          <w:color w:val="666666"/>
          <w:sz w:val="18"/>
        </w:rPr>
        <w:t>Quran &amp; Tafsir · Eid-al-Azha I October 13, 2013 · 2m 42s · at 1:03:57 · https://youtu.be/oy7zn-uODcU?t=3837</w:t>
      </w:r>
    </w:p>
    <w:p>
      <w:r>
        <w:rPr>
          <w:i/>
        </w:rPr>
        <w:t>“Chapter 21, verse number 37 of the Quran, it is mentioned: 'It is not their flesh nor their blood that reaches Allah, but it is piety from you that reaches Him.' Maulana, what is the required piety in this verse?”</w:t>
      </w:r>
    </w:p>
    <w:p>
      <w:r>
        <w:rPr>
          <w:sz w:val="20"/>
        </w:rPr>
        <w:t>1:03:57  samne aai molana agla sawal chennai se aya hai molana iqbal umri ka unho ne likha hai chapter</w:t>
      </w:r>
      <w:r>
        <w:br/>
      </w:r>
      <w:r>
        <w:rPr>
          <w:sz w:val="20"/>
        </w:rPr>
        <w:t>1:04:05  21 verse number 37 of quran it is mentioned learn yina la yilah lahum wa la damwoha walakin</w:t>
      </w:r>
      <w:r>
        <w:br/>
      </w:r>
      <w:r>
        <w:rPr>
          <w:sz w:val="20"/>
        </w:rPr>
        <w:t>1:04:12  yina al-taqwa minkum molana is ayat mein matloob taqwa kya hai hadith ke woh ayat ke alfaaz yeh</w:t>
      </w:r>
      <w:r>
        <w:br/>
      </w:r>
      <w:r>
        <w:rPr>
          <w:sz w:val="20"/>
        </w:rPr>
        <w:t>1:04:20  hain ke allah minkum yeh is ke zehn mein hai yani qurbani ke zehn mein ke is ka</w:t>
      </w:r>
      <w:r>
        <w:br/>
      </w:r>
      <w:r>
        <w:rPr>
          <w:sz w:val="20"/>
        </w:rPr>
        <w:t>1:04:28  jo khoon aur gosht hai woh allah ko nahi pahunchta balke balke tumhara tumhare dil ka taqwa wahan</w:t>
      </w:r>
      <w:r>
        <w:br/>
      </w:r>
      <w:r>
        <w:rPr>
          <w:sz w:val="20"/>
        </w:rPr>
        <w:t>1:04:36  tak pahunchta hai taqwa ke mani hain yani jis ko kehte hain niyat intention aap ki spirit kis</w:t>
      </w:r>
      <w:r>
        <w:br/>
      </w:r>
      <w:r>
        <w:rPr>
          <w:sz w:val="20"/>
        </w:rPr>
        <w:t>1:04:43  spirit se kaam kiya hai aap ne aap ka lafz badal dijiye aap to baat wazeh ho jaye</w:t>
      </w:r>
      <w:r>
        <w:br/>
      </w:r>
      <w:r>
        <w:rPr>
          <w:sz w:val="20"/>
        </w:rPr>
        <w:t>1:04:51  gi ke aap ne kis spirit se woh kaam kiya hai woh allah dekhta hai yeh nahi ke</w:t>
      </w:r>
      <w:r>
        <w:br/>
      </w:r>
      <w:r>
        <w:rPr>
          <w:sz w:val="20"/>
        </w:rPr>
        <w:t>1:04:59  kitna bara janwar kiya hai kitna chota janwar kiya hai kitna farbe tha kitna kala tha ke safed</w:t>
      </w:r>
      <w:r>
        <w:br/>
      </w:r>
      <w:r>
        <w:rPr>
          <w:sz w:val="20"/>
        </w:rPr>
        <w:t>1:05:06  tha yeh nahi dekhta aap kis spirit se koi kaam kar rahe hain woh dekhta hai allah taala</w:t>
      </w:r>
      <w:r>
        <w:br/>
      </w:r>
      <w:r>
        <w:rPr>
          <w:sz w:val="20"/>
        </w:rPr>
        <w:t>1:05:14  to agar taqwa ki bajaye aap lafz spirit wahan kar dein to baat bilkul wazeh ho jati hai</w:t>
      </w:r>
      <w:r>
        <w:br/>
      </w:r>
      <w:r>
        <w:rPr>
          <w:sz w:val="20"/>
        </w:rPr>
        <w:t>1:05:22  ke zahiri taur par aap ne kiya kiya woh nahi allah ko ahmiyat deta hai allah is ko</w:t>
      </w:r>
      <w:r>
        <w:br/>
      </w:r>
      <w:r>
        <w:rPr>
          <w:sz w:val="20"/>
        </w:rPr>
        <w:t>1:05:30  kis spirit se aap ne kaam kiya hai is ki ahmiyat hai allah taala ko maslan spirit ka</w:t>
      </w:r>
      <w:r>
        <w:br/>
      </w:r>
      <w:r>
        <w:rPr>
          <w:sz w:val="20"/>
        </w:rPr>
        <w:t>1:05:37  matlab yeh hai ke woh aap symbolic tor par aap ne yani janwar ka zibha jo tha woh</w:t>
      </w:r>
      <w:r>
        <w:br/>
      </w:r>
      <w:r>
        <w:rPr>
          <w:sz w:val="20"/>
        </w:rPr>
        <w:t>1:05:45  aap ke liye ek ek symbolic kaam tha symbolic alamaat asal cheez to wohi thi ke maya o</w:t>
      </w:r>
      <w:r>
        <w:br/>
      </w:r>
      <w:r>
        <w:rPr>
          <w:sz w:val="20"/>
        </w:rPr>
        <w:t>1:05:53  mowati allah rabb al-alameen mein mein apni life time ke sath mein aap ko allah ke mission ke</w:t>
      </w:r>
      <w:r>
        <w:br/>
      </w:r>
      <w:r>
        <w:rPr>
          <w:sz w:val="20"/>
        </w:rPr>
        <w:t>1:06:00  liye dedicate karta hoon yeh hai spirit yani poori life poori zindagi sab kuch mein allah ke liye</w:t>
      </w:r>
      <w:r>
        <w:br/>
      </w:r>
      <w:r>
        <w:rPr>
          <w:sz w:val="20"/>
        </w:rPr>
        <w:t>1:06:08  lagata hoon mera jaan mera maal jaan ke mani nahi ke ja ke ladna khwamkhwah is ke mani</w:t>
      </w:r>
      <w:r>
        <w:br/>
      </w:r>
      <w:r>
        <w:rPr>
          <w:sz w:val="20"/>
        </w:rPr>
        <w:t>1:06:16  hain ke zindagi hai apni apna apni energy apni taqat yeh matlab hai is ka isi ko mein</w:t>
      </w:r>
      <w:r>
        <w:br/>
      </w:r>
      <w:r>
        <w:rPr>
          <w:sz w:val="20"/>
        </w:rPr>
        <w:t>1:06:24  spirit keh raha hoon to aap ka aap ke dil mein kon se jazba hai kon si spirit</w:t>
      </w:r>
      <w:r>
        <w:br/>
      </w:r>
      <w:r>
        <w:rPr>
          <w:sz w:val="20"/>
        </w:rPr>
        <w:t>1:06:31  hai aur kya apna kis cheez ko aap ne apna goal bana rakha hai kis cheez ko aap</w:t>
      </w:r>
    </w:p>
    <w:p>
      <w:pPr>
        <w:pStyle w:val="Heading2"/>
      </w:pPr>
      <w:r>
        <w:t>What to do when God seals hearts</w:t>
      </w:r>
    </w:p>
    <w:p>
      <w:r>
        <w:rPr>
          <w:color w:val="666666"/>
          <w:sz w:val="18"/>
        </w:rPr>
        <w:t>Quran &amp; Tafsir · Islam in Daily Life May 26, 2013 · 3m 24s · at 58:06 · https://youtu.be/iNyWPrbyyhA?t=3486</w:t>
      </w:r>
    </w:p>
    <w:p>
      <w:r>
        <w:rPr>
          <w:i/>
        </w:rPr>
        <w:t>“In Chapter 2, verses 6-7, Allah says that He has set a seal on their hearts, so no matter how much good is said to them, it will not affect them. If Allah Himself has sealed their hearts, what should we do?”</w:t>
      </w:r>
    </w:p>
    <w:p>
      <w:r>
        <w:rPr>
          <w:sz w:val="20"/>
        </w:rPr>
        <w:t>58:06  Maulana agla sawal Dilli se hai, Nasir Hussain Qureshi Sahab ka. Unhon ne likha hai: "Chapter number two, verse number 67 mein aaya hai mein Allah Quran mein Allah ne farmaya hai ke hum ne un ke dil par mohar laga di,</w:t>
      </w:r>
      <w:r>
        <w:br/>
      </w:r>
      <w:r>
        <w:rPr>
          <w:sz w:val="20"/>
        </w:rPr>
        <w:t>58:25  unhein kitni hi khair ki baatein batao, un ke dil par asar nahi hoga. Sawal yeh hai ke jab Allah hi ne dil par mohar laga di toh kya karein?" Nahi nahi, dekhiye mohar lagane ka matlab "Khatamallahu 'ala qulubihim" .</w:t>
      </w:r>
      <w:r>
        <w:br/>
      </w:r>
      <w:r>
        <w:rPr>
          <w:sz w:val="20"/>
        </w:rPr>
        <w:t>58:43  Yeh is ka matlab yeh nahi hai jo aap le rahe hain. Yeh wahi cheez hai jis ko aaj kal kaha jata hai conditioning. Yaani un ki conditioning kehti hai badh gayi hai ke ab un ki baat koi samajh mein nahi aayegi.</w:t>
      </w:r>
      <w:r>
        <w:br/>
      </w:r>
      <w:r>
        <w:rPr>
          <w:sz w:val="20"/>
        </w:rPr>
        <w:t>58:55  Aur yeh aap samajhte hain ke yeh Yahudiyon ka hai. Aaj toh saare Musalman isi ke case banenge. Log samajhte hain ke Yahudiyon ke dil pe toh mohar lagi hui hai.</w:t>
      </w:r>
      <w:r>
        <w:br/>
      </w:r>
      <w:r>
        <w:rPr>
          <w:sz w:val="20"/>
        </w:rPr>
        <w:t>59:04  is waqt to musalmanon ki mohar pe lagi hui hai. koi baat kaho samajh mein nahi aati. matlab yahi baat jo maine kahi abhi ke jab Allah ne farmaya ke tum apni hi koshish se paoge, is duniya mein jo kuch paoge to kyon sachar committee?</w:t>
      </w:r>
      <w:r>
        <w:br/>
      </w:r>
      <w:r>
        <w:rPr>
          <w:sz w:val="20"/>
        </w:rPr>
        <w:t>59:16  kyon? yeh to hai mohar lagna. yahi mohar lagna hai.</w:t>
      </w:r>
      <w:r>
        <w:br/>
      </w:r>
      <w:r>
        <w:rPr>
          <w:sz w:val="20"/>
        </w:rPr>
        <w:t>59:23  jab Quran ka saaf saaf ayatein bata rahe hain aap ko to kyon aap sachar committee, sachar committee kar rahe hain? yeh kaho ke aap apni apne apne aap ko unfold karo, apni salahiyaton ko bedaar karo.</w:t>
      </w:r>
      <w:r>
        <w:br/>
      </w:r>
      <w:r>
        <w:rPr>
          <w:sz w:val="20"/>
        </w:rPr>
        <w:t>59:38  koi bhi baat Quran o Hadees ko le kar kahi jaye, ab musalmanon ki samajh mein kuch nahi aata. yeh conditioning kehti hai pakki ho chuki hai. is ayat ka matlab hai conditioning aur woh case jo Yahudiyon ka tha, wahi aaj musalmanon ka hai.</w:t>
      </w:r>
      <w:r>
        <w:br/>
      </w:r>
      <w:r>
        <w:rPr>
          <w:sz w:val="20"/>
        </w:rPr>
        <w:t>59:51  kuch bhi kaho Quran o Hadees ko le kar.</w:t>
      </w:r>
      <w:r>
        <w:br/>
      </w:r>
      <w:r>
        <w:rPr>
          <w:sz w:val="20"/>
        </w:rPr>
        <w:t>59:54  misalan dekhiye, main aap ko ek misal deta hoon. main pachas baras se ek baat kar raha hoon. aaj tak musalmanon ki taraf se yeh thode se log mile hain jo yahan baithe hue hain ke sare musalman zulm ki shikayat karte hain, sazish ki shikayat karte hain.</w:t>
      </w:r>
      <w:r>
        <w:br/>
      </w:r>
      <w:r>
        <w:rPr>
          <w:sz w:val="20"/>
        </w:rPr>
        <w:t>1:00:09  One to all . yahan se le kar Arab tak. main bar bar logon ko yaad dilata hoon ke Quran mein hai ke do ayatein hain:</w:t>
      </w:r>
      <w:r>
        <w:br/>
      </w:r>
      <w:r>
        <w:rPr>
          <w:sz w:val="20"/>
        </w:rPr>
        <w:t>1:00:21  "Wa ma asabakum min musibatin fa hiya ma kasabat aydikum" . jo musibat padti hai tumhare upar, woh tumhare apne hi kiye ka nateeja hoti hai.</w:t>
      </w:r>
      <w:r>
        <w:br/>
      </w:r>
      <w:r>
        <w:rPr>
          <w:sz w:val="20"/>
        </w:rPr>
        <w:t>1:00:32  jo musibat tum par padti hai, woh tumhare apne hi kiye ka nateeja hoti hai. doosri ayat hai: "Wa in tasbiru wa tattaqu la yadrikum khayrun shai'un" .</w:t>
      </w:r>
      <w:r>
        <w:br/>
      </w:r>
      <w:r>
        <w:rPr>
          <w:sz w:val="20"/>
        </w:rPr>
        <w:t>1:00:43  agar tum sabr karo aur taqwa ikhtiyar karo to kisi ki sazish tum ko koi nuksan nahi pahunchayegi.</w:t>
      </w:r>
      <w:r>
        <w:br/>
      </w:r>
      <w:r>
        <w:rPr>
          <w:sz w:val="20"/>
        </w:rPr>
        <w:t>1:00:50  yeh ayatein main pachas baras se musalmanon ko yaad dila raha hoon. thode logon ne is ko mana aur majority to nahi maan payi kyunke mohar lagi hui hai.</w:t>
      </w:r>
      <w:r>
        <w:br/>
      </w:r>
      <w:r>
        <w:rPr>
          <w:sz w:val="20"/>
        </w:rPr>
        <w:t>1:00:59  matlab itna condition ho gaye hain ke ek aur soch mein ke is tarah is line par apni soch ko lagate nahi. log samajhte hain ke Yahudiyon ka mamla yeh hai.</w:t>
      </w:r>
      <w:r>
        <w:br/>
      </w:r>
      <w:r>
        <w:rPr>
          <w:sz w:val="20"/>
        </w:rPr>
        <w:t>1:01:10  yeh to aaj ek taraf se musalmanon ka mamla ho gaya hai ke Quran sunao, Hadees sunao, lekin woh apni jagah par wahi qaim rehte hain. p</w:t>
      </w:r>
      <w:r>
        <w:br/>
      </w:r>
      <w:r>
        <w:rPr>
          <w:sz w:val="20"/>
        </w:rPr>
        <w:t>1:01:20  har se aap log sochiye is baat ko ke jo waqea Yahudiyon ko, jis cheez ko aap Yahudiyon ke sath mansoob kar rahe hain, woh hamare upar apna to nahi ho gaya?</w:t>
      </w:r>
    </w:p>
    <w:p>
      <w:pPr>
        <w:pStyle w:val="Heading2"/>
      </w:pPr>
      <w:r>
        <w:t>Which Quran verse was politically misinterpreted by scholars?</w:t>
      </w:r>
    </w:p>
    <w:p>
      <w:r>
        <w:rPr>
          <w:color w:val="666666"/>
          <w:sz w:val="18"/>
        </w:rPr>
        <w:t>Quran &amp; Tafsir · Islam and Politics November 17, 2013 · 3m 18s · at 1:14:46 · https://youtu.be/LgKA8wg4NPc?t=4486</w:t>
      </w:r>
    </w:p>
    <w:p>
      <w:r>
        <w:rPr>
          <w:i/>
        </w:rPr>
        <w:t>“Maulana, if there is no system being given in the Quran, how come all over the Muslim world there is so much noise about creating the Islamic system? Please tell us which verse of the Quran has been misinterpreted by the so-called scholars who have given the political interpretation.”</w:t>
      </w:r>
    </w:p>
    <w:p>
      <w:r>
        <w:rPr>
          <w:sz w:val="20"/>
        </w:rPr>
        <w:t>1:14:46  maulana agla sawal jaipur se kya hai firoz sahab ne unhon ne likha hai maulana if there is no system being given in quran then how come all over the muslim world there is so much noise about creating the islamic system plea</w:t>
      </w:r>
      <w:r>
        <w:br/>
      </w:r>
      <w:r>
        <w:rPr>
          <w:sz w:val="20"/>
        </w:rPr>
        <w:t>1:15:04  ze tell us which verse of the quran has been misinterpreted by the so called scholars who have given the political interpretation ek to yahi hai aqeemuddin ki ayat jo hai quran mein ayat hai ke deen ko qaim karo aqeemuddin</w:t>
      </w:r>
      <w:r>
        <w:br/>
      </w:r>
      <w:r>
        <w:rPr>
          <w:sz w:val="20"/>
        </w:rPr>
        <w:t>1:15:23  to maine is par bohat tafseeli behas ki apni kitaab mein ke saare mufassireen is ke maani yeh lete hain aur lafz se yeh nikalta hai ke yeh is ka taalluq personal deen se hai yani ek ek fard se quran keh raha hai ke tum allah ke hukumon ke peeru bano yani aqeemuddin ke maani hain deen ki pairvi banna deen ko follow karna lekin is ko kya kiya unhon ne deen ko qaim karna yani lazim ko mutaddi kar diya</w:t>
      </w:r>
      <w:r>
        <w:br/>
      </w:r>
      <w:r>
        <w:rPr>
          <w:sz w:val="20"/>
        </w:rPr>
        <w:t>1:15:52  us ko kahin ke lazim ko mutaddi kar diya is ayat ka kuch bhi taalluq system se nahi hai na hukoomat se bhi nahi hai aap ko is mein jaanna chahiye tafseel to meri kitaab hai taabeer e ghalat fehmi is mein maine saare mufassireen ke hawale diye hain is mein koi mufassir is ko nahi leta is maani mein jis maani mein le rakha hai logon ne</w:t>
      </w:r>
      <w:r>
        <w:br/>
      </w:r>
      <w:r>
        <w:rPr>
          <w:sz w:val="20"/>
        </w:rPr>
        <w:t>1:16:16  is tarah ki aayat hain jab mislan ek ayat hai quran majeed mein konoo qawwam bil qist to is ka matlab hai ke qist par yani qist par qaim hone wale bano qist maani justice insaaf yani a yani a musalmano tum apni zindagi mein insaaf ka tareeqa ikhtiyar karo</w:t>
      </w:r>
      <w:r>
        <w:br/>
      </w:r>
      <w:r>
        <w:rPr>
          <w:sz w:val="20"/>
        </w:rPr>
        <w:t>1:16:40  to yeh hai lazim ka seigha lekin kar diya unhon ne mutaddi yani a musalmano tum par farz hai ke tum qist ke nizaam ko dunya mein qaim karo yeh to bilkul yani ghair ilmi bilkul baseless baatein hain lekin awam chunke tajziya nahi kar sakte to bohat se log is mein aa jate hain is ke fareb mein samajhte hain ke is baat quran mein likhi hui hai yeh</w:t>
      </w:r>
      <w:r>
        <w:br/>
      </w:r>
      <w:r>
        <w:rPr>
          <w:sz w:val="20"/>
        </w:rPr>
        <w:t>1:17:04  halanke ilmi tor par yeh bilkul baseless hai ilmi aitbaar se is ki koi haqeeqat nahi hai is istidlal ki.</w:t>
      </w:r>
    </w:p>
    <w:p>
      <w:pPr>
        <w:pStyle w:val="Heading2"/>
      </w:pPr>
      <w:r>
        <w:t>Who Are the Reward Recipients in Quran?</w:t>
      </w:r>
    </w:p>
    <w:p>
      <w:r>
        <w:rPr>
          <w:color w:val="666666"/>
          <w:sz w:val="18"/>
        </w:rPr>
        <w:t>Quran &amp; Tafsir · Divine Help September 22, 2015 · 4m 38s · at 1:04:36 · https://youtu.be/sozrNCif0Gg?t=3876</w:t>
      </w:r>
    </w:p>
    <w:p>
      <w:r>
        <w:rPr>
          <w:i/>
        </w:rPr>
        <w:t>“Who are the people who have been rewarded, as mentioned in the Quran? Please clarify.”</w:t>
      </w:r>
    </w:p>
    <w:p>
      <w:r>
        <w:rPr>
          <w:sz w:val="20"/>
        </w:rPr>
        <w:t>1:04:36  maulana peshawar se wasal ali khan sahib ka sawal hai. unhon ne likha hai ke main pehli dafa Maulana sahib ka talk sun raha hoon aur mera yeh sawal hai ke inaam yafta log kaun hain jis ke baray mein Quran pak mein aaya hai?</w:t>
      </w:r>
      <w:r>
        <w:br/>
      </w:r>
      <w:r>
        <w:rPr>
          <w:sz w:val="20"/>
        </w:rPr>
        <w:t>1:04:56  maulana, is ko wazeh karein.</w:t>
      </w:r>
      <w:r>
        <w:br/>
      </w:r>
      <w:r>
        <w:rPr>
          <w:sz w:val="20"/>
        </w:rPr>
        <w:t>1:05:01  abhi abhi isi ke sawal ka unhon ne jawab diya hai</w:t>
      </w:r>
      <w:r>
        <w:br/>
      </w:r>
      <w:r>
        <w:rPr>
          <w:sz w:val="20"/>
        </w:rPr>
        <w:t>1:05:06  ke cheezon ko right angle se dekhna, jis ko aata hai, woh inaam yafta hai. sare log jo hain, cheezon ko right angle se nahi dekhte.</w:t>
      </w:r>
      <w:r>
        <w:br/>
      </w:r>
      <w:r>
        <w:rPr>
          <w:sz w:val="20"/>
        </w:rPr>
        <w:t>1:05:18  yahi ghalati karte hain. jaise maine aap ko zam zam ki misaal di. jo zam zam ko kya samajhte hain? muqaddas, muqaddas, muqaddas. woh right angle se dekhna hi hai.</w:t>
      </w:r>
      <w:r>
        <w:br/>
      </w:r>
      <w:r>
        <w:rPr>
          <w:sz w:val="20"/>
        </w:rPr>
        <w:t>1:05:29  maine aap ko bataya ke zam zam ko Allah ki help ki taraf dekhiye. Allah ki ke jahan bhi aap hon, yahan tak ke desert mein aap hon, tab bhi Allah ki madad aap ko pohnchegi.</w:t>
      </w:r>
      <w:r>
        <w:br/>
      </w:r>
      <w:r>
        <w:rPr>
          <w:sz w:val="20"/>
        </w:rPr>
        <w:t>1:05:44  to Allah</w:t>
      </w:r>
      <w:r>
        <w:br/>
      </w:r>
      <w:r>
        <w:rPr>
          <w:sz w:val="20"/>
        </w:rPr>
        <w:t>1:05:47  ki help har jagah milegi aap ko. is yaqeen ke saath Allah ke mission ke liye khade ho jaiye. yeh hai zam zam.</w:t>
      </w:r>
      <w:r>
        <w:br/>
      </w:r>
      <w:r>
        <w:rPr>
          <w:sz w:val="20"/>
        </w:rPr>
        <w:t>1:05:58  aur taqaddus kya?</w:t>
      </w:r>
      <w:r>
        <w:br/>
      </w:r>
      <w:r>
        <w:rPr>
          <w:sz w:val="20"/>
        </w:rPr>
        <w:t>1:06:02  musalman bas use muqaddas samajhte hain. to unhon ne zam zam ki jo asal hai, woh is ko jaana hi nahi. zam zam ka asal yeh hai ke Allah ke kaam ke liye jab jahan bhi ho, uth jao, khade ho jao.</w:t>
      </w:r>
      <w:r>
        <w:br/>
      </w:r>
      <w:r>
        <w:rPr>
          <w:sz w:val="20"/>
        </w:rPr>
        <w:t>1:06:21  wohin jahan tum ho, wahin tum ko Allah ki madad mil jayegi. bashart hai ke tum tashaddud na karo. tashaddud haram hai. saare musalman jo hain, ya to tashaddud karte hain ya tashaddud ka sochte hain.</w:t>
      </w:r>
      <w:r>
        <w:br/>
      </w:r>
      <w:r>
        <w:rPr>
          <w:sz w:val="20"/>
        </w:rPr>
        <w:t>1:06:35  nafrat, ya to nafrat ya tashaddud. nafrat ya tashaddud. is ke saath koi zam zam kaam nahi karne ka karega. nafrat aur tashaddud ko khatam karna padega, tab zam zam ka kaam shuru hoga.</w:t>
      </w:r>
      <w:r>
        <w:br/>
      </w:r>
      <w:r>
        <w:rPr>
          <w:sz w:val="20"/>
        </w:rPr>
        <w:t>1:06:53  warna zam zam aap rakh ke rahenge, bohat hi apne bag mein, aur kuch milega nahi zam zam se. zam zam se pehle aap ko apne sine ko nafrat se aur tashaddud se kharch ke nikalna hoga.</w:t>
      </w:r>
      <w:r>
        <w:br/>
      </w:r>
      <w:r>
        <w:rPr>
          <w:sz w:val="20"/>
        </w:rPr>
        <w:t>1:07:12  yeh jaanna hoga ke nafrat haram hai, tashaddud haram hai.</w:t>
      </w:r>
      <w:r>
        <w:br/>
      </w:r>
      <w:r>
        <w:rPr>
          <w:sz w:val="20"/>
        </w:rPr>
        <w:t>1:07:19  tab ja kar ke aap ko zam zam ka faida milega.</w:t>
      </w:r>
      <w:r>
        <w:br/>
      </w:r>
      <w:r>
        <w:rPr>
          <w:sz w:val="20"/>
        </w:rPr>
        <w:t>1:07:30  maulana saif anwar sahib ka sawal hai dilli se. unhon</w:t>
      </w:r>
      <w:r>
        <w:br/>
      </w:r>
      <w:r>
        <w:rPr>
          <w:sz w:val="20"/>
        </w:rPr>
        <w:t>1:07:35  ne likha hai: "quran ka bani israel ke bare mein jo bayan hai, kya woh sirf hazrat musa ke zamane ke yahudiyon ke liye tha ya madine ke yahudiyon ke liye khaas tha?</w:t>
      </w:r>
      <w:r>
        <w:br/>
      </w:r>
      <w:r>
        <w:rPr>
          <w:sz w:val="20"/>
        </w:rPr>
        <w:t>1:07:50  kya baad ke yahudiyon par in ayat ka itlaq nahi ho sakta hai? ji sir, aaj ke daur mein in ayat ki manawiyat kya hai?" jis zamane mein woh aayatein utri hain, us zamane ke yahudiyon ke bare mein hai.</w:t>
      </w:r>
      <w:r>
        <w:br/>
      </w:r>
      <w:r>
        <w:rPr>
          <w:sz w:val="20"/>
        </w:rPr>
        <w:t>1:08:05  agar musa ke bare mein utri hain to musa ke bare mein, rasool Allah ke bare mein utri hain, rasool Allah ke zamane mein. jis zamane mein woh aayatein utri hain, us zamane ke yahudiyon ko is mein padhiye.</w:t>
      </w:r>
      <w:r>
        <w:br/>
      </w:r>
      <w:r>
        <w:rPr>
          <w:sz w:val="20"/>
        </w:rPr>
        <w:t>1:08:18  utri to hain woh yani saatvi sadi mein, aur aap is ko padhein ikkeesvi sadi mein, yeh galat galat hai.</w:t>
      </w:r>
      <w:r>
        <w:br/>
      </w:r>
      <w:r>
        <w:rPr>
          <w:sz w:val="20"/>
        </w:rPr>
        <w:t>1:08:28  aap kuch bhi na quran ko paayenge, na yahud ko samjhenge.</w:t>
      </w:r>
      <w:r>
        <w:br/>
      </w:r>
      <w:r>
        <w:rPr>
          <w:sz w:val="20"/>
        </w:rPr>
        <w:t>1:08:35  aap sochiye, main misaal deta hoon aap ko. misaal deta hoon ke quran mein hai ke oonton par sawar ho kar hajj ke liye aao.</w:t>
      </w:r>
      <w:r>
        <w:br/>
      </w:r>
      <w:r>
        <w:rPr>
          <w:sz w:val="20"/>
        </w:rPr>
        <w:t>1:08:47  to is ko ayat ko lena padega aap ko is is daur se mutalliq jab ke oont par sawari hoti thi. aaj nahi lena padega.</w:t>
      </w:r>
      <w:r>
        <w:br/>
      </w:r>
      <w:r>
        <w:rPr>
          <w:sz w:val="20"/>
        </w:rPr>
        <w:t>1:08:56  warna aaj bhi aap oont pe pat ke j</w:t>
      </w:r>
      <w:r>
        <w:br/>
      </w:r>
      <w:r>
        <w:rPr>
          <w:sz w:val="20"/>
        </w:rPr>
        <w:t>1:08:58  aayenge. aaj kyun aap jaate hain hawajat par? kyunke is ko aap is daur ki cheez samajhte hain jab ke duniya mein oont ki sawari hua karti thi.</w:t>
      </w:r>
      <w:r>
        <w:br/>
      </w:r>
      <w:r>
        <w:rPr>
          <w:sz w:val="20"/>
        </w:rPr>
        <w:t>1:09:07  to is ko padhiye, is ko kyun nahi maante aap?</w:t>
      </w:r>
    </w:p>
    <w:p>
      <w:pPr>
        <w:pStyle w:val="Heading2"/>
      </w:pPr>
      <w:r>
        <w:t>Why Did Solomon Threaten War Against Saba?</w:t>
      </w:r>
    </w:p>
    <w:p>
      <w:r>
        <w:rPr>
          <w:color w:val="666666"/>
          <w:sz w:val="18"/>
        </w:rPr>
        <w:t>Quran &amp; Tafsir · Dars-e-Quran, Chapter 2, Verses 55-57 | March 25, 2018 · 4m 14s · at 59:37 · https://youtu.be/2MykDXfNV_w?t=3577</w:t>
      </w:r>
    </w:p>
    <w:p>
      <w:r>
        <w:rPr>
          <w:i/>
        </w:rPr>
        <w:t>“If there is no war against a non-Muslim government in Islam, then referring to Surah Naml, verse number three, why did Hazrat Suleiman threaten war against the nation of Saba, that is, Queen Bilqis's government?”</w:t>
      </w:r>
    </w:p>
    <w:p>
      <w:r>
        <w:rPr>
          <w:sz w:val="20"/>
        </w:rPr>
        <w:t>59:37  bhai, is ke liye main kya jawab doon? Aap Quran ko parhiye ke Quran mein kya likha hai? Jo khaliq hai, jis ne khalq kiya hai, usi ne kitab bheji hai. Ab dekhiye, is mein kya likha hua hai, usi ka mutalia kijiye. Ji, molana, agla sawal lete hain jo ameer qureshi sahab ne bheja hai abu dhabi se. Unhon ne likha hai: "af der is no war against non muslim</w:t>
      </w:r>
      <w:r>
        <w:br/>
      </w:r>
      <w:r>
        <w:rPr>
          <w:sz w:val="20"/>
        </w:rPr>
        <w:t>1:00:07  government in Islam, then referring to Surah Naml, verse number three, I would like to ask that why</w:t>
      </w:r>
      <w:r>
        <w:br/>
      </w:r>
      <w:r>
        <w:rPr>
          <w:sz w:val="20"/>
        </w:rPr>
        <w:t>1:00:14  حضرت سلیمان threatened a war to قوم صبا? That is Queen Bilquis government." دیکھیے، آپ نے اس آیت</w:t>
      </w:r>
      <w:r>
        <w:br/>
      </w:r>
      <w:r>
        <w:rPr>
          <w:sz w:val="20"/>
        </w:rPr>
        <w:t>1:00:22  ko apne mindset se padha hai, aap ka mindset nahi hai is ayat mein, woh to</w:t>
      </w:r>
      <w:r>
        <w:br/>
      </w:r>
      <w:r>
        <w:rPr>
          <w:sz w:val="20"/>
        </w:rPr>
        <w:t>1:00:30  aap ke against mein hai.</w:t>
      </w:r>
      <w:r>
        <w:br/>
      </w:r>
      <w:r>
        <w:rPr>
          <w:sz w:val="20"/>
        </w:rPr>
        <w:t>1:00:38  is ayat ko phir se padhiye, is mein yeh hai ke hazrat suleman is zamane mein sham aur</w:t>
      </w:r>
      <w:r>
        <w:br/>
      </w:r>
      <w:r>
        <w:rPr>
          <w:sz w:val="20"/>
        </w:rPr>
        <w:t>1:00:48  falasteen ke ilaqe ke king the, to unhon ne is ko challenge bheja, malika saba ko.</w:t>
      </w:r>
      <w:r>
        <w:br/>
      </w:r>
      <w:r>
        <w:rPr>
          <w:sz w:val="20"/>
        </w:rPr>
        <w:t>1:00:59  to quran mein khud likha hua hai ke woh ayat hai</w:t>
      </w:r>
      <w:r>
        <w:br/>
      </w:r>
      <w:r>
        <w:rPr>
          <w:sz w:val="20"/>
        </w:rPr>
        <w:t>1:01:10  ke ke apne darbaariyon se kaha qaum saba ne ke hamein chahiye ke hum sulaiman ke is challenge ko qabool karein, is ko surrender karein us ke aage, kyunke is waqt jo lafz hai us ke baad ke woh jab dakhil ho gaye hamare ilaqe mein to kya karein ge? Is mein yeh hai ke "in al muluk ka dakhlu qaryatan afsadoha wajalu azzat</w:t>
      </w:r>
      <w:r>
        <w:br/>
      </w:r>
      <w:r>
        <w:rPr>
          <w:sz w:val="20"/>
        </w:rPr>
        <w:t>1:01:40  ila azlata wa kadhalika yafaloon".</w:t>
      </w:r>
      <w:r>
        <w:br/>
      </w:r>
      <w:r>
        <w:rPr>
          <w:sz w:val="20"/>
        </w:rPr>
        <w:t>1:01:46  kadhalika yafaloon ke maani hain ke yeh bhi wahi karenge.</w:t>
      </w:r>
      <w:r>
        <w:br/>
      </w:r>
      <w:r>
        <w:rPr>
          <w:sz w:val="20"/>
        </w:rPr>
        <w:t>1:01:52  to is mein to yeh hai ke us waqt diya gaya hai ke taqatwar se lado mat, jo</w:t>
      </w:r>
      <w:r>
        <w:br/>
      </w:r>
      <w:r>
        <w:rPr>
          <w:sz w:val="20"/>
        </w:rPr>
        <w:t>1:01:58  musalman karte hain na, bomb marte hain, isi ko haram bataya hai is is ayat mein.</w:t>
      </w:r>
      <w:r>
        <w:br/>
      </w:r>
      <w:r>
        <w:rPr>
          <w:sz w:val="20"/>
        </w:rPr>
        <w:t>1:02:04  "wa kadhalika yafaloon" ke maani hain ke yeh bhi wahi karenge, agarche woh paighambar hain</w:t>
      </w:r>
      <w:r>
        <w:br/>
      </w:r>
      <w:r>
        <w:rPr>
          <w:sz w:val="20"/>
        </w:rPr>
        <w:t>1:02:10  ya nahi hain.</w:t>
      </w:r>
      <w:r>
        <w:br/>
      </w:r>
      <w:r>
        <w:rPr>
          <w:sz w:val="20"/>
        </w:rPr>
        <w:t>1:02:15  to is mein yeh hai ke jo taqwa, jo jis ke paas political power hai, us se takrao</w:t>
      </w:r>
      <w:r>
        <w:br/>
      </w:r>
      <w:r>
        <w:rPr>
          <w:sz w:val="20"/>
        </w:rPr>
        <w:t>1:02:20  mat karo, us se adjust karo, us se guftagu karo, us se baat cheet karo, peace</w:t>
      </w:r>
      <w:r>
        <w:br/>
      </w:r>
      <w:r>
        <w:rPr>
          <w:sz w:val="20"/>
        </w:rPr>
        <w:t>1:02:25  ful andaz mein maslay ko deal karo.</w:t>
      </w:r>
      <w:r>
        <w:br/>
      </w:r>
      <w:r>
        <w:rPr>
          <w:sz w:val="20"/>
        </w:rPr>
        <w:t>1:02:30  to is mein yeh sabaq hai, yeh yeh sabaq nahi hai ke aap hamla kar do.</w:t>
      </w:r>
      <w:r>
        <w:br/>
      </w:r>
      <w:r>
        <w:rPr>
          <w:sz w:val="20"/>
        </w:rPr>
        <w:t>1:02:35  hamla to hua hi nahi, hamla to kabhi hua nahi.</w:t>
      </w:r>
      <w:r>
        <w:br/>
      </w:r>
      <w:r>
        <w:rPr>
          <w:sz w:val="20"/>
        </w:rPr>
        <w:t>1:02:40  kese ajeeb hain log, apna matlab nikalne ke liye quran ko tor mor karte hain.</w:t>
      </w:r>
      <w:r>
        <w:br/>
      </w:r>
      <w:r>
        <w:rPr>
          <w:sz w:val="20"/>
        </w:rPr>
        <w:t>1:02:46  jis ayat mein quran yeh yeh sabaq de raha hai ke taqat se mat lado, jaise falastini jo</w:t>
      </w:r>
      <w:r>
        <w:br/>
      </w:r>
      <w:r>
        <w:rPr>
          <w:sz w:val="20"/>
        </w:rPr>
        <w:t>1:02:51  hain ladte hain israel se, un se zyada taqatwar hai.</w:t>
      </w:r>
      <w:r>
        <w:br/>
      </w:r>
      <w:r>
        <w:rPr>
          <w:sz w:val="20"/>
        </w:rPr>
        <w:t>1:02:56  kashmiri ladte hain india se, zyada taqatwar hai.</w:t>
      </w:r>
      <w:r>
        <w:br/>
      </w:r>
      <w:r>
        <w:rPr>
          <w:sz w:val="20"/>
        </w:rPr>
        <w:t>1:03:01  misr mein ladte hain faujiyon se zyada taqatwar hai.</w:t>
      </w:r>
      <w:r>
        <w:br/>
      </w:r>
      <w:r>
        <w:rPr>
          <w:sz w:val="20"/>
        </w:rPr>
        <w:t>1:03:06  to masihiyon ko,</w:t>
      </w:r>
      <w:r>
        <w:br/>
      </w:r>
      <w:r>
        <w:rPr>
          <w:sz w:val="20"/>
        </w:rPr>
        <w:t>1:03:11  falastiniyon ko, kashmiriye ko, sab ko yeh ayat batati hai ke peaceful negotiation, peaceful strategy ikhtiyar karo, ladai mat karo. Is se aap ladai nikaal rahe hain, kaisi ajeeb baat hai! Jahan ladai hui hi nahi, qaum saba aur sulaiman ke darmiyan kabhi ladai hui hi nahi, unhon ne to peaceful negotiation kiya. To yeh nikaliye is se jo ayat mein hai, apna</w:t>
      </w:r>
      <w:r>
        <w:br/>
      </w:r>
      <w:r>
        <w:rPr>
          <w:sz w:val="20"/>
        </w:rPr>
        <w:t>1:03:41  تو mind کوئی نکالتے ہیں اس سے۔</w:t>
      </w:r>
      <w:r>
        <w:br/>
      </w:r>
      <w:r>
        <w:rPr>
          <w:sz w:val="20"/>
        </w:rPr>
        <w:t>1:03:46  hmm ji, maulana, kuch comments lena chahenge.</w:t>
      </w:r>
    </w:p>
    <w:p>
      <w:pPr>
        <w:pStyle w:val="Heading2"/>
      </w:pPr>
      <w:r>
        <w:t>Why Muslim Thinkers Missed Quranic Meaning for So Long</w:t>
      </w:r>
    </w:p>
    <w:p>
      <w:r>
        <w:rPr>
          <w:color w:val="666666"/>
          <w:sz w:val="18"/>
        </w:rPr>
        <w:t>Quran &amp; Tafsir · Discovery of Modern Age February 10, 2013 · 2m 58s · at 1:18:48 · https://youtu.be/qYGA53ii7E4?t=4728</w:t>
      </w:r>
    </w:p>
    <w:p>
      <w:r>
        <w:rPr>
          <w:i/>
        </w:rPr>
        <w:t>“Maulana, you have unfolded the meaning of the Quranic word 'Leader of Mankind'. Your explanation provides a key to understanding the divine plan of contemporary developments. Why have Muslim thinkers remained ignorant of this for so long?”</w:t>
      </w:r>
    </w:p>
    <w:p>
      <w:r>
        <w:rPr>
          <w:sz w:val="20"/>
        </w:rPr>
        <w:t>1:18:47  baqi is ko g</w:t>
      </w:r>
      <w:r>
        <w:br/>
      </w:r>
      <w:r>
        <w:rPr>
          <w:sz w:val="20"/>
        </w:rPr>
        <w:t>1:18:48  ol banana aur ladai chhodna aur logon ko maar kaat karna, yeh to bilkul sarkashi ki baat hai. Maulana, agla sawal Kashmir se hai Shad Hussain sahib ka.</w:t>
      </w:r>
      <w:r>
        <w:br/>
      </w:r>
      <w:r>
        <w:rPr>
          <w:sz w:val="20"/>
        </w:rPr>
        <w:t>1:18:58  unhon ne likha hai: "Maulana, you have unfolded the meaning of the Quranic word 'leader of mankind'. Your explanation provides a key to understand the divine plan of contemporary developments."</w:t>
      </w:r>
      <w:r>
        <w:br/>
      </w:r>
      <w:r>
        <w:rPr>
          <w:sz w:val="20"/>
        </w:rPr>
        <w:t>1:19:14  Why Muslim thinkers remained ignorant from this for so long? Dekhiye, yeh yeh kuch din sitarit ko incidents do baat ek saath aai,</w:t>
      </w:r>
      <w:r>
        <w:br/>
      </w:r>
      <w:r>
        <w:rPr>
          <w:sz w:val="20"/>
        </w:rPr>
        <w:t>1:19:30  yani modern modern jo age hai, woh ayat usi ke saath saath colonialism aa gaya.</w:t>
      </w:r>
      <w:r>
        <w:br/>
      </w:r>
      <w:r>
        <w:rPr>
          <w:sz w:val="20"/>
        </w:rPr>
        <w:t>1:19:40  saath saath, yani musalmanon ne is waqt empire dunya mein thi 28 sadi tak, jagah jagah mughal empire, yani ottoman empire.</w:t>
      </w:r>
      <w:r>
        <w:br/>
      </w:r>
      <w:r>
        <w:rPr>
          <w:sz w:val="20"/>
        </w:rPr>
        <w:t>1:19:52  to yeh sari empire jo thi, woh tod diya hai logon ne.</w:t>
      </w:r>
      <w:r>
        <w:br/>
      </w:r>
      <w:r>
        <w:rPr>
          <w:sz w:val="20"/>
        </w:rPr>
        <w:t>1:19:57  to ek yeh questions tha, woh alag cheez thi, woh alag cheez thi. modern jo age aaya tha, woh ek alag age tha.</w:t>
      </w:r>
      <w:r>
        <w:br/>
      </w:r>
      <w:r>
        <w:rPr>
          <w:sz w:val="20"/>
        </w:rPr>
        <w:t>1:20:07  usi ke saath saath yeh ek naya phenomena aaya ke kuch logon ne, yani woh ubre europe se ubhar kar ke asia aur africa mein apni hukumatain qaim kar lin, to negative ho gaye.</w:t>
      </w:r>
      <w:r>
        <w:br/>
      </w:r>
      <w:r>
        <w:rPr>
          <w:sz w:val="20"/>
        </w:rPr>
        <w:t>1:20:21  log soch nahi paye ke ek doosra pul hua hai, woh ek alag cheez hai, yeh alag cheez hai. dono ko alag kar ke nahi dekh sake,</w:t>
      </w:r>
      <w:r>
        <w:br/>
      </w:r>
      <w:r>
        <w:rPr>
          <w:sz w:val="20"/>
        </w:rPr>
        <w:t>1:20:32  dono ko alag kar ke nahi dekh sake. woh, yani they fail to differentiate between the two. yeh hai basic wajah.</w:t>
      </w:r>
      <w:r>
        <w:br/>
      </w:r>
      <w:r>
        <w:rPr>
          <w:sz w:val="20"/>
        </w:rPr>
        <w:t>1:20:43  is obsession mein jinhein lage ke hamari hukumaton ko tod diya, unhon ne hamare empire ko tod diya, unhein ladna hai, un se ladna hai, nateeja hai ke is se unhein ghafil ho gaye ke modern age ek blessing laya hai, opportunity laya hai, mawaqe laya gaya, is ko hum avail karna hai.</w:t>
      </w:r>
      <w:r>
        <w:br/>
      </w:r>
      <w:r>
        <w:rPr>
          <w:sz w:val="20"/>
        </w:rPr>
        <w:t>1:20:57  is se bekhabar ho gaye.</w:t>
      </w:r>
      <w:r>
        <w:br/>
      </w:r>
      <w:r>
        <w:rPr>
          <w:sz w:val="20"/>
        </w:rPr>
        <w:t>1:20:59  wohi hua jo japan mein hua. japan wale bekhabar the to japan mein aise leader paida hue. khud jo hero heater tha, hero heater bohat zabardast parha likha aadmi tha,</w:t>
      </w:r>
      <w:r>
        <w:br/>
      </w:r>
      <w:r>
        <w:rPr>
          <w:sz w:val="20"/>
        </w:rPr>
        <w:t>1:21:13  jo king of japan is waqt tha. us ki speech aap dekhein, usi kitaab mein us ki speech di hui hai. us ne lead di the muslim dunya mein.</w:t>
      </w:r>
      <w:r>
        <w:br/>
      </w:r>
      <w:r>
        <w:rPr>
          <w:sz w:val="20"/>
        </w:rPr>
        <w:t>1:21:22  koi hero jaisa aadmi pata nahi jo lead diya, lead usay lead diya. bohat time par lead diya ke dekho, karne ka woh nahi hai.</w:t>
      </w:r>
      <w:r>
        <w:br/>
      </w:r>
      <w:r>
        <w:rPr>
          <w:sz w:val="20"/>
        </w:rPr>
        <w:t>1:21:32  yeh hai to hamare haan koi aisa paida nahi hua jo lead de, kyun ke sab obsession mein jeete rahe. wohi haye hukumat, haye hukumat, haye hukumat.</w:t>
      </w:r>
    </w:p>
    <w:p>
      <w:pPr>
        <w:pStyle w:val="Heading2"/>
      </w:pPr>
      <w:r>
        <w:t>Why does Quran use 'We' and 'He' for God?</w:t>
      </w:r>
    </w:p>
    <w:p>
      <w:r>
        <w:rPr>
          <w:color w:val="666666"/>
          <w:sz w:val="18"/>
        </w:rPr>
        <w:t>Quran &amp; Tafsir · Message of The Quran March 29, 2015 · 4m 11s · at 48:23 · https://youtu.be/61ANCBxSPHs?t=2903</w:t>
      </w:r>
    </w:p>
    <w:p>
      <w:r>
        <w:rPr>
          <w:i/>
        </w:rPr>
        <w:t>“In the Quran, God Almighty is referred to as 'We' and sometimes as 'He'. Non-Muslims often ask why the gender is sometimes plural and sometimes male for God. Please guide us on how to address this question during our dawah interaction.”</w:t>
      </w:r>
    </w:p>
    <w:p>
      <w:r>
        <w:rPr>
          <w:sz w:val="20"/>
        </w:rPr>
        <w:t>48:23  Maulana, yeh sawal aaya hai Muradabad se Fawad Sahab ka. aur unhon ne likha hai ke: "Maulana, In the Quran, God Almighty is being referred as 'We' and sometimes as 'He'.</w:t>
      </w:r>
      <w:r>
        <w:br/>
      </w:r>
      <w:r>
        <w:rPr>
          <w:sz w:val="20"/>
        </w:rPr>
        <w:t>48:39  Non-Muslims often ask us why the gender is sometimes plural and sometimes male for God. Please guide us how to address this question during our dawah interaction."</w:t>
      </w:r>
      <w:r>
        <w:br/>
      </w:r>
      <w:r>
        <w:rPr>
          <w:sz w:val="20"/>
        </w:rPr>
        <w:t>48:52  yeh koi sawal hi nahin hai. yeh to insani zaban mein yeh ka usloob ki baat hai. insani zaban ka usloob hai.</w:t>
      </w:r>
      <w:r>
        <w:br/>
      </w:r>
      <w:r>
        <w:rPr>
          <w:sz w:val="20"/>
        </w:rPr>
        <w:t>49:05  yani jab tak aap yani ginti mein na hon ke Quran mein kahin likha hua hai Khuda ek hai, kahin likha hua hai Khuda kai hai.</w:t>
      </w:r>
      <w:r>
        <w:br/>
      </w:r>
      <w:r>
        <w:rPr>
          <w:sz w:val="20"/>
        </w:rPr>
        <w:t>49:14  to sirf is tarah ki baaton se aap koi to shosha hai, is se koi masla nahin paida hota.</w:t>
      </w:r>
      <w:r>
        <w:br/>
      </w:r>
      <w:r>
        <w:rPr>
          <w:sz w:val="20"/>
        </w:rPr>
        <w:t>49:21  yeh usloob-e-kalam hai. kabhi hum kehte hain main, kabhi hum kehte hain hum, kabhi hum kehte hain hum log. yeh usloob-e-kalam hai. jo cheez aap sabit karna chahte hain us ke liye us ko yani ginti ke zaban mein hona chahiye.</w:t>
      </w:r>
      <w:r>
        <w:br/>
      </w:r>
      <w:r>
        <w:rPr>
          <w:sz w:val="20"/>
        </w:rPr>
        <w:t>49:35  yani kahin Quran mein yeh ho ke Khuda ek hai, kahin yeh ho ke Khuda kai hai. tab yeh sawal paida hota hai. warna yeh usloob-e-kalam kaha jayega is ko aur</w:t>
      </w:r>
      <w:r>
        <w:br/>
      </w:r>
      <w:r>
        <w:rPr>
          <w:sz w:val="20"/>
        </w:rPr>
        <w:t>49:44  kuch nahin. Maulana, agla ek Comment hai aur sawal hai. jo Tauseef Sahab ne kiya hai Pune se. aur un ka pehle Comment parhte hain.</w:t>
      </w:r>
      <w:r>
        <w:br/>
      </w:r>
      <w:r>
        <w:rPr>
          <w:sz w:val="20"/>
        </w:rPr>
        <w:t>49:54  unhon ne likha hai: "Maulana, Today's talk was wonderful. Many ulemas don't let us think or question the understanding behind verses of the Quran.</w:t>
      </w:r>
      <w:r>
        <w:br/>
      </w:r>
      <w:r>
        <w:rPr>
          <w:sz w:val="20"/>
        </w:rPr>
        <w:t>50:06  Whereas you explain Quran as a book which wants mankind to think, contemplate and question.</w:t>
      </w:r>
      <w:r>
        <w:br/>
      </w:r>
      <w:r>
        <w:rPr>
          <w:sz w:val="20"/>
        </w:rPr>
        <w:t>50:14  This is the right way and fits in the framework. Maulana, my question is: Can these ulemas be changed so that they stop promoting closed-mindedness?</w:t>
      </w:r>
      <w:r>
        <w:br/>
      </w:r>
      <w:r>
        <w:rPr>
          <w:sz w:val="20"/>
        </w:rPr>
        <w:t>50:25  Should we all take it as a task to give all the madrasas and the so-called leaders your books including 'Al-Risalah' and 'Spirit of Islam'?" dekhiye, main bhi ek aalim hoon.</w:t>
      </w:r>
      <w:r>
        <w:br/>
      </w:r>
      <w:r>
        <w:rPr>
          <w:sz w:val="20"/>
        </w:rPr>
        <w:t>50:38  main bhi madrasay ka Product hoon.</w:t>
      </w:r>
      <w:r>
        <w:br/>
      </w:r>
      <w:r>
        <w:rPr>
          <w:sz w:val="20"/>
        </w:rPr>
        <w:t>50:42  to yeh main samajhta hoon ke har har aalim isi tarah se samajh sakta hai baaton ko jaise ke maine samjha.</w:t>
      </w:r>
      <w:r>
        <w:br/>
      </w:r>
      <w:r>
        <w:rPr>
          <w:sz w:val="20"/>
        </w:rPr>
        <w:t>50:53  to aap hamari kitabon logon ko pahunchaiye. aur logon ke liye duayen ki jiye. aur bahut se ulama hamare mission mein lage hue hain.</w:t>
      </w:r>
      <w:r>
        <w:br/>
      </w:r>
      <w:r>
        <w:rPr>
          <w:sz w:val="20"/>
        </w:rPr>
        <w:t>51:03  aisa nahin ke ulama nahin lage hue hain. bahut se ulama lage hue hain jinhon ne mutala kiya.</w:t>
      </w:r>
      <w:r>
        <w:br/>
      </w:r>
      <w:r>
        <w:rPr>
          <w:sz w:val="20"/>
        </w:rPr>
        <w:t>51:12  asal cheez kya hai ke madrason mein sirf mazi ki baat padhai jati hai. aaj ki baat nahin padhai jati.</w:t>
      </w:r>
      <w:r>
        <w:br/>
      </w:r>
      <w:r>
        <w:rPr>
          <w:sz w:val="20"/>
        </w:rPr>
        <w:t>51:23  Hadees mein aata hai ke: "An yakuna basiran bizamanih." yani apne zamanay se apne zamanay ko janna.</w:t>
      </w:r>
      <w:r>
        <w:br/>
      </w:r>
      <w:r>
        <w:rPr>
          <w:sz w:val="20"/>
        </w:rPr>
        <w:t>51:33  to main madrasay walon se kehta hoon ke aap ne yani qadeem ko bharpoor taur par jaan liya madrasay mein.</w:t>
      </w:r>
      <w:r>
        <w:br/>
      </w:r>
      <w:r>
        <w:rPr>
          <w:sz w:val="20"/>
        </w:rPr>
        <w:t>51:45  ab daur-e-jadeed ko samajhne ke liye hamari kitaben padhen. dono mein koi takrao nahin hai. madrasa aap ko qadeem se ba-khabar karta hai. aur hamari kitaben jo hain woh jadeed se ba-khabar karti hain.</w:t>
      </w:r>
      <w:r>
        <w:br/>
      </w:r>
      <w:r>
        <w:rPr>
          <w:sz w:val="20"/>
        </w:rPr>
        <w:t>51:57  aur yeh wohi Hadees ki ta'meel hai is mein ke: "An yakuna basiran bizamanih."</w:t>
      </w:r>
      <w:r>
        <w:br/>
      </w:r>
      <w:r>
        <w:rPr>
          <w:sz w:val="20"/>
        </w:rPr>
        <w:t>52:03  to aap pure yani Hope ke sath. logon ke parhwaiye kitaben. kyunke madrason mein fanniyat paai jati hain.</w:t>
      </w:r>
      <w:r>
        <w:br/>
      </w:r>
      <w:r>
        <w:rPr>
          <w:sz w:val="20"/>
        </w:rPr>
        <w:t>52:14  dursiyat paai jati hain. daur-e-jadeed wahan nahin padhaya jata. to yeh un ko alag se aap batana padega ke daur-e-jadeed kiya hai.</w:t>
      </w:r>
      <w:r>
        <w:br/>
      </w:r>
      <w:r>
        <w:rPr>
          <w:sz w:val="20"/>
        </w:rPr>
        <w:t>52:25  yahi hum kar rahe hain. aur inshallah bohat se ulma hamare mission mein jud chuke hain.</w:t>
      </w:r>
    </w:p>
    <w:p>
      <w:pPr>
        <w:pStyle w:val="Heading2"/>
      </w:pPr>
      <w:r>
        <w:t>Why has system become prevalent despite Quranic creativity?</w:t>
      </w:r>
    </w:p>
    <w:p>
      <w:r>
        <w:rPr>
          <w:color w:val="666666"/>
          <w:sz w:val="18"/>
        </w:rPr>
        <w:t>Quran &amp; Tafsir · Message of The Quran March 29, 2015 · 2m 13s · at 54:42 · https://youtu.be/61ANCBxSPHs?t=3282</w:t>
      </w:r>
    </w:p>
    <w:p>
      <w:r>
        <w:rPr>
          <w:i/>
        </w:rPr>
        <w:t>“It is quite reasonable that Quran addresses individuals to develop their mind towards creativity. Then why has the system become so prevalent? What is your comment on this?”</w:t>
      </w:r>
    </w:p>
    <w:p>
      <w:r>
        <w:rPr>
          <w:sz w:val="20"/>
        </w:rPr>
        <w:t>54:42  molana, agla sawal dilli se kiya hai miss naghma siddiqui ne. aur unhon ne likha hai: "It is quite reasonable that quran addresses individuals to develop their mind towards creativity.</w:t>
      </w:r>
      <w:r>
        <w:br/>
      </w:r>
      <w:r>
        <w:rPr>
          <w:sz w:val="20"/>
        </w:rPr>
        <w:t>54:58  Then why has the system become so prevalent? What is your comment on this?" dekhiye, yeh wahi cheez hai jis ko quran mein muzahamat kaha gaya hai.</w:t>
      </w:r>
      <w:r>
        <w:br/>
      </w:r>
      <w:r>
        <w:rPr>
          <w:sz w:val="20"/>
        </w:rPr>
        <w:t>55:09  muzahamat kehte hain Imitate karna.</w:t>
      </w:r>
      <w:r>
        <w:br/>
      </w:r>
      <w:r>
        <w:rPr>
          <w:sz w:val="20"/>
        </w:rPr>
        <w:t>55:14  to pehle zamane mein log Imitate karte the yahood o nasara ki. ab Imitate karte hain door jadeed ke philosophers ki.</w:t>
      </w:r>
      <w:r>
        <w:br/>
      </w:r>
      <w:r>
        <w:rPr>
          <w:sz w:val="20"/>
        </w:rPr>
        <w:t>55:24  yeh system ka jo yeh nazariya hai yeh buniyadi taur par aaya hai Democracy aur Socialism ki tareekhon ke baad.</w:t>
      </w:r>
      <w:r>
        <w:br/>
      </w:r>
      <w:r>
        <w:rPr>
          <w:sz w:val="20"/>
        </w:rPr>
        <w:t>55:34  is se pehle system ko le kar sochta nahi tha insan. yeh Democracy aur Socialism ka phenomenon hai.</w:t>
      </w:r>
      <w:r>
        <w:br/>
      </w:r>
      <w:r>
        <w:rPr>
          <w:sz w:val="20"/>
        </w:rPr>
        <w:t>55:44  to is ki muzahamat mein musalmanon ne bhi kehna shuru kiya ke Islam ek system hai. system ka System Based Thinking pehle thi hi nahi.</w:t>
      </w:r>
      <w:r>
        <w:br/>
      </w:r>
      <w:r>
        <w:rPr>
          <w:sz w:val="20"/>
        </w:rPr>
        <w:t>55:57  duniya hi mein nahi thi System Based Thinking. yeh to Democracy aur Socialism ka jo nazariyat phailay.</w:t>
      </w:r>
      <w:r>
        <w:br/>
      </w:r>
      <w:r>
        <w:rPr>
          <w:sz w:val="20"/>
        </w:rPr>
        <w:t>56:07  to System Based Thinking shuru hui.</w:t>
      </w:r>
      <w:r>
        <w:br/>
      </w:r>
      <w:r>
        <w:rPr>
          <w:sz w:val="20"/>
        </w:rPr>
        <w:t>56:11  to musalmanon ne samjha ke yaani hamare quran mein bhi yeh hona chahiye. to unhon ne sabit karna shuru kiya ke quran bhi ek system deta hai.</w:t>
      </w:r>
      <w:r>
        <w:br/>
      </w:r>
      <w:r>
        <w:rPr>
          <w:sz w:val="20"/>
        </w:rPr>
        <w:t>56:22  halankeh quran ka maqsad system dena hi nahi hai. is par hum ne bohat likha hai apni kitabon mein. aap is ko parh sakte hain.</w:t>
      </w:r>
      <w:r>
        <w:br/>
      </w:r>
      <w:r>
        <w:rPr>
          <w:sz w:val="20"/>
        </w:rPr>
        <w:t>56:34  maulana, yeh daur jadeed ki maslahat hai.</w:t>
      </w:r>
      <w:r>
        <w:br/>
      </w:r>
      <w:r>
        <w:rPr>
          <w:sz w:val="20"/>
        </w:rPr>
        <w:t>56:37  woh maslahat jo pehle kiya tha logon ne. woh daur qadeem ki maslahat thi. yeh daur jadeed ki maslahat hai.</w:t>
      </w:r>
      <w:r>
        <w:br/>
      </w:r>
      <w:r>
        <w:rPr>
          <w:sz w:val="20"/>
        </w:rPr>
        <w:t>56:47  System Based Islam pesh karna.</w:t>
      </w:r>
    </w:p>
    <w:p>
      <w:pPr>
        <w:pStyle w:val="Heading2"/>
      </w:pPr>
      <w:r>
        <w:t>Why has the system become so prevalent?</w:t>
      </w:r>
    </w:p>
    <w:p>
      <w:r>
        <w:rPr>
          <w:color w:val="666666"/>
          <w:sz w:val="18"/>
        </w:rPr>
        <w:t>Quran &amp; Tafsir · Message of The Quran March 29, 2015 · 2m 13s · at 54:31 · https://youtu.be/u57TpiO8A7Y?t=3271</w:t>
      </w:r>
    </w:p>
    <w:p>
      <w:r>
        <w:rPr>
          <w:i/>
        </w:rPr>
        <w:t>“It is quite reasonable that the Quran addresses individuals to develop their mind towards creativity. Then why has the system become so prevalent?”</w:t>
      </w:r>
    </w:p>
    <w:p>
      <w:r>
        <w:rPr>
          <w:sz w:val="20"/>
        </w:rPr>
        <w:t>54:31  molana agla sawal dilli se kia hai miss naghma siddiqui ne aur unhon ne likha hai it is</w:t>
      </w:r>
      <w:r>
        <w:br/>
      </w:r>
      <w:r>
        <w:rPr>
          <w:sz w:val="20"/>
        </w:rPr>
        <w:t>54:38  quite reasonable that قرآن addresses individuals to develop their mind towards creativity</w:t>
      </w:r>
      <w:r>
        <w:br/>
      </w:r>
      <w:r>
        <w:rPr>
          <w:sz w:val="20"/>
        </w:rPr>
        <w:t>54:47  then why has the system become so prevalent</w:t>
      </w:r>
      <w:r>
        <w:br/>
      </w:r>
      <w:r>
        <w:rPr>
          <w:sz w:val="20"/>
        </w:rPr>
        <w:t>54:51  what is your comment on this dekhiye yeh wahi cheez hai jisko قرآن mein mazahamat kaha gaya</w:t>
      </w:r>
      <w:r>
        <w:br/>
      </w:r>
      <w:r>
        <w:rPr>
          <w:sz w:val="20"/>
        </w:rPr>
        <w:t>54:56  hai mazahamat kehte hain</w:t>
      </w:r>
      <w:r>
        <w:br/>
      </w:r>
      <w:r>
        <w:rPr>
          <w:sz w:val="20"/>
        </w:rPr>
        <w:t>55:00  imitate karna to pehle zamane mein log imitate karte the yahood o nasara ki ab imitate karte hain</w:t>
      </w:r>
      <w:r>
        <w:br/>
      </w:r>
      <w:r>
        <w:rPr>
          <w:sz w:val="20"/>
        </w:rPr>
        <w:t>55:10  door jadeed ke philosopher ki yeh system ka jo yeh</w:t>
      </w:r>
      <w:r>
        <w:br/>
      </w:r>
      <w:r>
        <w:rPr>
          <w:sz w:val="20"/>
        </w:rPr>
        <w:t>55:17  nazariya hai yeh basically aaya hai democracy aur socialism ki tehreekon ke baad is se pehle system ko</w:t>
      </w:r>
      <w:r>
        <w:br/>
      </w:r>
      <w:r>
        <w:rPr>
          <w:sz w:val="20"/>
        </w:rPr>
        <w:t>55:25  le kar sochta tha nahi tha insan</w:t>
      </w:r>
      <w:r>
        <w:br/>
      </w:r>
      <w:r>
        <w:rPr>
          <w:sz w:val="20"/>
        </w:rPr>
        <w:t>55:28  yeh democracy aur socialism ka naam banaya</w:t>
      </w:r>
      <w:r>
        <w:br/>
      </w:r>
      <w:r>
        <w:rPr>
          <w:sz w:val="20"/>
        </w:rPr>
        <w:t>55:33  to is ki wazahat mein musalmanon ne bhi kehna shuru kiya ke islam ek system hai</w:t>
      </w:r>
      <w:r>
        <w:br/>
      </w:r>
      <w:r>
        <w:rPr>
          <w:sz w:val="20"/>
        </w:rPr>
        <w:t>55:39  system ka system based thinking</w:t>
      </w:r>
      <w:r>
        <w:br/>
      </w:r>
      <w:r>
        <w:rPr>
          <w:sz w:val="20"/>
        </w:rPr>
        <w:t>55:44  system based thinking pehle thi hi nahi dunya mein nahi thi system based thinking yeh to democracy aur</w:t>
      </w:r>
      <w:r>
        <w:br/>
      </w:r>
      <w:r>
        <w:rPr>
          <w:sz w:val="20"/>
        </w:rPr>
        <w:t>55:52  socialism ka jo</w:t>
      </w:r>
      <w:r>
        <w:br/>
      </w:r>
      <w:r>
        <w:rPr>
          <w:sz w:val="20"/>
        </w:rPr>
        <w:t>55:54  jo nazariyat phailay to system based thinking shuru hui</w:t>
      </w:r>
      <w:r>
        <w:br/>
      </w:r>
      <w:r>
        <w:rPr>
          <w:sz w:val="20"/>
        </w:rPr>
        <w:t>56:00  to musalmanon ne samjha ke yani</w:t>
      </w:r>
      <w:r>
        <w:br/>
      </w:r>
      <w:r>
        <w:rPr>
          <w:sz w:val="20"/>
        </w:rPr>
        <w:t>56:06  hamare قرآن mein bhi yeh hona chahiye to unhon ne sabit karna shuru kiya ke قرآن bhi ek</w:t>
      </w:r>
      <w:r>
        <w:br/>
      </w:r>
      <w:r>
        <w:rPr>
          <w:sz w:val="20"/>
        </w:rPr>
        <w:t>56:10  system deta hai halanke قرآن ka maqsad system dena hi nahi hai</w:t>
      </w:r>
      <w:r>
        <w:br/>
      </w:r>
      <w:r>
        <w:rPr>
          <w:sz w:val="20"/>
        </w:rPr>
        <w:t>56:17  is par maine bohat likha hai apni kitabon mein aap is ko parh sakte hain</w:t>
      </w:r>
      <w:r>
        <w:br/>
      </w:r>
      <w:r>
        <w:rPr>
          <w:sz w:val="20"/>
        </w:rPr>
        <w:t>56:24  yeh door jadeed ki wazahat hai woh wazahat jo pehle kiya tha logon ne woh door qadeem ki</w:t>
      </w:r>
      <w:r>
        <w:br/>
      </w:r>
      <w:r>
        <w:rPr>
          <w:sz w:val="20"/>
        </w:rPr>
        <w:t>56:32  wazahat thi yeh door jadeed ki wazahat hai system based</w:t>
      </w:r>
      <w:r>
        <w:br/>
      </w:r>
      <w:r>
        <w:rPr>
          <w:sz w:val="20"/>
        </w:rPr>
        <w:t>56:39  islam pesh karna</w:t>
      </w:r>
    </w:p>
    <w:p>
      <w:pPr>
        <w:pStyle w:val="Heading2"/>
      </w:pPr>
      <w:r>
        <w:t>Why is God referred as 'We' and 'He'?</w:t>
      </w:r>
    </w:p>
    <w:p>
      <w:r>
        <w:rPr>
          <w:color w:val="666666"/>
          <w:sz w:val="18"/>
        </w:rPr>
        <w:t>Quran &amp; Tafsir · Message of The Quran March 29, 2015 · 4m 15s · at 48:08 · https://youtu.be/u57TpiO8A7Y?t=2888</w:t>
      </w:r>
    </w:p>
    <w:p>
      <w:r>
        <w:rPr>
          <w:i/>
        </w:rPr>
        <w:t>“In the Quran, God Almighty is referred to as 'We' and sometimes as 'He'. Non-Muslims often ask us why the gender is sometimes plural and sometimes male for God.”</w:t>
      </w:r>
    </w:p>
    <w:p>
      <w:r>
        <w:rPr>
          <w:sz w:val="20"/>
        </w:rPr>
        <w:t>48:08  koi nahin molana yeh sawal aaya hai moradabad se fawad sahab ka aur unhon ne likha hai</w:t>
      </w:r>
      <w:r>
        <w:br/>
      </w:r>
      <w:r>
        <w:rPr>
          <w:sz w:val="20"/>
        </w:rPr>
        <w:t>48:18  کہ مولانا in the Quran God Almighty is being referred as we and sometimes as he. Non-Muslims</w:t>
      </w:r>
      <w:r>
        <w:br/>
      </w:r>
      <w:r>
        <w:rPr>
          <w:sz w:val="20"/>
        </w:rPr>
        <w:t>48:29  often ask us why the gender is sometimes plural and sometimes male for God</w:t>
      </w:r>
      <w:r>
        <w:br/>
      </w:r>
      <w:r>
        <w:rPr>
          <w:sz w:val="20"/>
        </w:rPr>
        <w:t>48:36  please guide us how to address this question during our daawa interaction</w:t>
      </w:r>
      <w:r>
        <w:br/>
      </w:r>
      <w:r>
        <w:rPr>
          <w:sz w:val="20"/>
        </w:rPr>
        <w:t>48:41  yeh koi sawal hi nahin hai yeh to insani zaban mein yeh usloob ki baat hai</w:t>
      </w:r>
      <w:r>
        <w:br/>
      </w:r>
      <w:r>
        <w:rPr>
          <w:sz w:val="20"/>
        </w:rPr>
        <w:t>48:50  insani zaban ka usloob hai</w:t>
      </w:r>
      <w:r>
        <w:br/>
      </w:r>
      <w:r>
        <w:rPr>
          <w:sz w:val="20"/>
        </w:rPr>
        <w:t>48:54  yani jab tak aap yani ginti mein na ho ke quran mein kahin likha hua khuda ek hai</w:t>
      </w:r>
      <w:r>
        <w:br/>
      </w:r>
      <w:r>
        <w:rPr>
          <w:sz w:val="20"/>
        </w:rPr>
        <w:t>49:01  kahin likha hua khuda kai hai to sirf is tarah ki baaton se aap koi to shosha hai</w:t>
      </w:r>
      <w:r>
        <w:br/>
      </w:r>
      <w:r>
        <w:rPr>
          <w:sz w:val="20"/>
        </w:rPr>
        <w:t>49:07  is se koi masla nahi paida hota ye usloob e kalam hai kabhi hum kehte hain main kabhi hum</w:t>
      </w:r>
      <w:r>
        <w:br/>
      </w:r>
      <w:r>
        <w:rPr>
          <w:sz w:val="20"/>
        </w:rPr>
        <w:t>49:13  kehte hain hum kabhi kehte hain hum log ye usloob e kalam hai jo cheez aap sabit karna chahte</w:t>
      </w:r>
      <w:r>
        <w:br/>
      </w:r>
      <w:r>
        <w:rPr>
          <w:sz w:val="20"/>
        </w:rPr>
        <w:t>49:20  hain us ke liye us ko yani ginti ke zaban mein hona chahiye yani kahin quran mein ye</w:t>
      </w:r>
      <w:r>
        <w:br/>
      </w:r>
      <w:r>
        <w:rPr>
          <w:sz w:val="20"/>
        </w:rPr>
        <w:t>49:26  ho ke khuda ek hai kahin ho ke khuda kai hai tab ye sawal paida hota hai warna</w:t>
      </w:r>
      <w:r>
        <w:br/>
      </w:r>
      <w:r>
        <w:rPr>
          <w:sz w:val="20"/>
        </w:rPr>
        <w:t>49:31  ye usloob e kalam kaha jaye ga is ko aur kuch nahi maulana agla ek comment hai aur sawal</w:t>
      </w:r>
      <w:r>
        <w:br/>
      </w:r>
      <w:r>
        <w:rPr>
          <w:sz w:val="20"/>
        </w:rPr>
        <w:t>49:36  hai jo toseef sahab ne kiya hai pune se aur un ka pehle comment parhte hain unho ne</w:t>
      </w:r>
      <w:r>
        <w:br/>
      </w:r>
      <w:r>
        <w:rPr>
          <w:sz w:val="20"/>
        </w:rPr>
        <w:t>49:44  likha hai maulana today's talk was wonderful</w:t>
      </w:r>
      <w:r>
        <w:br/>
      </w:r>
      <w:r>
        <w:rPr>
          <w:sz w:val="20"/>
        </w:rPr>
        <w:t>49:48  Many ulemas don't let us think or question the understanding behind verses of the Quran, whereas you explain Quran as a book which wants mankind to think, contemplate, and question. This is the right way and fits in the framework. Maulana, my question is: can these ulemas be changed so that they stop promoting closed-mindedness?</w:t>
      </w:r>
      <w:r>
        <w:br/>
      </w:r>
      <w:r>
        <w:rPr>
          <w:sz w:val="20"/>
        </w:rPr>
        <w:t>50:14  Should we all take it as a task to give all the madrasas and the so-called leaders your books, including Al-Risalah and Spirit of Islam?</w:t>
      </w:r>
      <w:r>
        <w:br/>
      </w:r>
      <w:r>
        <w:rPr>
          <w:sz w:val="20"/>
        </w:rPr>
        <w:t>50:23  of islam dekhiye main bhi ek aalim hoon main bhi madrase ka product hoon</w:t>
      </w:r>
      <w:r>
        <w:br/>
      </w:r>
      <w:r>
        <w:rPr>
          <w:sz w:val="20"/>
        </w:rPr>
        <w:t>50:31  to ye main kehta hoon ke har har aalim</w:t>
      </w:r>
      <w:r>
        <w:br/>
      </w:r>
      <w:r>
        <w:rPr>
          <w:sz w:val="20"/>
        </w:rPr>
        <w:t>50:35  isi tarah se</w:t>
      </w:r>
      <w:r>
        <w:br/>
      </w:r>
      <w:r>
        <w:rPr>
          <w:sz w:val="20"/>
        </w:rPr>
        <w:t>50:39  samajh sakta hai baaton ko jis ko maine samjha</w:t>
      </w:r>
      <w:r>
        <w:br/>
      </w:r>
      <w:r>
        <w:rPr>
          <w:sz w:val="20"/>
        </w:rPr>
        <w:t>50:42  to aap hamari kitabon mein logon ko pahunchaiye</w:t>
      </w:r>
      <w:r>
        <w:br/>
      </w:r>
      <w:r>
        <w:rPr>
          <w:sz w:val="20"/>
        </w:rPr>
        <w:t>50:46  aur logon ke liye duaen kijiye</w:t>
      </w:r>
      <w:r>
        <w:br/>
      </w:r>
      <w:r>
        <w:rPr>
          <w:sz w:val="20"/>
        </w:rPr>
        <w:t>50:49  aur bohat se ulama hamare mission mein lage hue hain aisa nahi ke ulama nahi lage hue hain</w:t>
      </w:r>
      <w:r>
        <w:br/>
      </w:r>
      <w:r>
        <w:rPr>
          <w:sz w:val="20"/>
        </w:rPr>
        <w:t>50:57  bohat se ulama lage hue hain jinho ne mutala kiya</w:t>
      </w:r>
      <w:r>
        <w:br/>
      </w:r>
      <w:r>
        <w:rPr>
          <w:sz w:val="20"/>
        </w:rPr>
        <w:t>51:01  asal cheez kya hai ke madarison mein</w:t>
      </w:r>
      <w:r>
        <w:br/>
      </w:r>
      <w:r>
        <w:rPr>
          <w:sz w:val="20"/>
        </w:rPr>
        <w:t>51:05  sirf mazi ki baat padhai jati hai aaj ki baat nahi padhai jati</w:t>
      </w:r>
      <w:r>
        <w:br/>
      </w:r>
      <w:r>
        <w:rPr>
          <w:sz w:val="20"/>
        </w:rPr>
        <w:t>51:12  hadith mein aata hai ke yani</w:t>
      </w:r>
      <w:r>
        <w:br/>
      </w:r>
      <w:r>
        <w:rPr>
          <w:sz w:val="20"/>
        </w:rPr>
        <w:t>51:16  apne zamane se apne zamane ko janna</w:t>
      </w:r>
      <w:r>
        <w:br/>
      </w:r>
      <w:r>
        <w:rPr>
          <w:sz w:val="20"/>
        </w:rPr>
        <w:t>51:22  to main madrase walon se kehta hoon ke aap ne</w:t>
      </w:r>
      <w:r>
        <w:br/>
      </w:r>
      <w:r>
        <w:rPr>
          <w:sz w:val="20"/>
        </w:rPr>
        <w:t>51:28  yani qadeem ko bharpoor tor par jaan liya madrase mein ab daur jadeed ko samajhne ke liye hamari</w:t>
      </w:r>
      <w:r>
        <w:br/>
      </w:r>
      <w:r>
        <w:rPr>
          <w:sz w:val="20"/>
        </w:rPr>
        <w:t>51:36  kitaben padhiye dono mein koi takrao nahi hai madrase aap ko qadeem se ba khabar karta hai aur hamari</w:t>
      </w:r>
      <w:r>
        <w:br/>
      </w:r>
      <w:r>
        <w:rPr>
          <w:sz w:val="20"/>
        </w:rPr>
        <w:t>51:43  kitaben jo hain wo jadeed se ba khabar karti hain aur ye wahi hadith ki taameel hai is mein</w:t>
      </w:r>
      <w:r>
        <w:br/>
      </w:r>
      <w:r>
        <w:rPr>
          <w:sz w:val="20"/>
        </w:rPr>
        <w:t>51:49  keh to aap</w:t>
      </w:r>
      <w:r>
        <w:br/>
      </w:r>
      <w:r>
        <w:rPr>
          <w:sz w:val="20"/>
        </w:rPr>
        <w:t>51:54  purey hope ke sath logon ke parhwai kitaben kyunke madarson mein fanniyat pai jati hain darsiyat pai jati</w:t>
      </w:r>
      <w:r>
        <w:br/>
      </w:r>
      <w:r>
        <w:rPr>
          <w:sz w:val="20"/>
        </w:rPr>
        <w:t>52:04  hain door jadeed wahan nahi parha jata to ye</w:t>
      </w:r>
      <w:r>
        <w:br/>
      </w:r>
      <w:r>
        <w:rPr>
          <w:sz w:val="20"/>
        </w:rPr>
        <w:t>52:09  in ko alag se aap batana parega ke door jadeed hai kia</w:t>
      </w:r>
      <w:r>
        <w:br/>
      </w:r>
      <w:r>
        <w:rPr>
          <w:sz w:val="20"/>
        </w:rPr>
        <w:t>52:14  yehi hum kar rahe hain aur inshallah bohat se ulama hamare mishre mein jud chuke hain</w:t>
      </w:r>
    </w:p>
    <w:p>
      <w:pPr>
        <w:pStyle w:val="Heading2"/>
      </w:pPr>
      <w:r>
        <w:t>Why is hopelessness condemned in Quran?</w:t>
      </w:r>
    </w:p>
    <w:p>
      <w:r>
        <w:rPr>
          <w:color w:val="666666"/>
          <w:sz w:val="18"/>
        </w:rPr>
        <w:t>Quran &amp; Tafsir · Deeper Meaning of The Quran May 17, 2015 · 2m 13s · at 51:11 · https://youtu.be/CoTUNYxSRiI?t=3071</w:t>
      </w:r>
    </w:p>
    <w:p>
      <w:r>
        <w:rPr>
          <w:i/>
        </w:rPr>
        <w:t>“Why is hopelessness condemned in the Quran? Please clarify.”</w:t>
      </w:r>
    </w:p>
    <w:p>
      <w:r>
        <w:rPr>
          <w:sz w:val="20"/>
        </w:rPr>
        <w:t>51:11  maulana, agla sawal doctor safina tabassum ne kiya hai ajmair se. aur unhon ne likha hai: "maulana sahib, na umidi ko quran mein kyun condemn kiya gaya hai?</w:t>
      </w:r>
      <w:r>
        <w:br/>
      </w:r>
      <w:r>
        <w:rPr>
          <w:sz w:val="20"/>
        </w:rPr>
        <w:t>51:23  is ko wazeh karen."</w:t>
      </w:r>
      <w:r>
        <w:br/>
      </w:r>
      <w:r>
        <w:rPr>
          <w:sz w:val="20"/>
        </w:rPr>
        <w:t>51:33  dekhiye jo aadmi mayoos hota hai woh khuda ke bare mein mistrust ka, be-etemadi ka izhar karta hai.</w:t>
      </w:r>
      <w:r>
        <w:br/>
      </w:r>
      <w:r>
        <w:rPr>
          <w:sz w:val="20"/>
        </w:rPr>
        <w:t>51:50  kyun ke khuda ka jab aelan hai ke kainat is ki rehmaton se bhari hui hai.</w:t>
      </w:r>
      <w:r>
        <w:br/>
      </w:r>
      <w:r>
        <w:rPr>
          <w:sz w:val="20"/>
        </w:rPr>
        <w:t>51:59  is ki rehmaton se bhari hui hai.</w:t>
      </w:r>
      <w:r>
        <w:br/>
      </w:r>
      <w:r>
        <w:rPr>
          <w:sz w:val="20"/>
        </w:rPr>
        <w:t>52:01  pure insaan ke liye allah ne apni rehmaten udal rakhi hain. to aap bataiye ke aap mayoos ho to is mani ke aap ne khuda par mistrust kiya?</w:t>
      </w:r>
      <w:r>
        <w:br/>
      </w:r>
      <w:r>
        <w:rPr>
          <w:sz w:val="20"/>
        </w:rPr>
        <w:t>52:13  aetemad nahi kiya khuda par? doosri baat yeh hai ke khuda ki jo rehmaten bhari hui hain to woh aisa nahi jaise ke kankar pathar bharay woh dikhai den.</w:t>
      </w:r>
      <w:r>
        <w:br/>
      </w:r>
      <w:r>
        <w:rPr>
          <w:sz w:val="20"/>
        </w:rPr>
        <w:t>52:31  kabhi aisa hota hai ke aap khuda ki rehmat milne wale hote hain kal chahte hain aaj aap to aap ko mayoos ho jati hai.</w:t>
      </w:r>
      <w:r>
        <w:br/>
      </w:r>
      <w:r>
        <w:rPr>
          <w:sz w:val="20"/>
        </w:rPr>
        <w:t>52:44  to yaad rakhiye khuda ki rehmaten jo hain kabhi foran ayengi kabhi der mein ayengi. kabhi to aisa hoga ke dunya mein ayengi nahi akhirat mein milengi.</w:t>
      </w:r>
      <w:r>
        <w:br/>
      </w:r>
      <w:r>
        <w:rPr>
          <w:sz w:val="20"/>
        </w:rPr>
        <w:t>52:56  to in sab baton ko jo na soche to woh mayoos ho jayega.</w:t>
      </w:r>
      <w:r>
        <w:br/>
      </w:r>
      <w:r>
        <w:rPr>
          <w:sz w:val="20"/>
        </w:rPr>
        <w:t>53:01  to is ka mani hai ke jo aadmi mayoos hota hai woh allah ki rehmat par shak karta hai. allah ki qudrat par shak karta hai. zahir hai ke woh jaiz nahi ho sakta.</w:t>
      </w:r>
      <w:r>
        <w:br/>
      </w:r>
      <w:r>
        <w:rPr>
          <w:sz w:val="20"/>
        </w:rPr>
        <w:t>53:16  aisa phir jaiz nahi ho sakta.</w:t>
      </w:r>
    </w:p>
    <w:p>
      <w:pPr>
        <w:pStyle w:val="Heading2"/>
      </w:pPr>
      <w:r>
        <w:t>Why living in falsehood forgetting Quran</w:t>
      </w:r>
    </w:p>
    <w:p>
      <w:r>
        <w:rPr>
          <w:color w:val="666666"/>
          <w:sz w:val="18"/>
        </w:rPr>
        <w:t>Quran &amp; Tafsir · Living in Falsehood December 15, 2013 · 2m 31s · at 1:07:15 · https://youtu.be/UvboK59uF6s?t=4035</w:t>
      </w:r>
    </w:p>
    <w:p>
      <w:r>
        <w:rPr>
          <w:i/>
        </w:rPr>
        <w:t>“Your thought-provoking speeches inspire us. Why is it that we are living in falsehood? Is it because we have forgotten the Holy Quran? What is your comment?”</w:t>
      </w:r>
    </w:p>
    <w:p>
      <w:r>
        <w:rPr>
          <w:sz w:val="20"/>
        </w:rPr>
        <w:t>1:07:15  maulana, agla sawal Chennai se hai. Khalil ur Rehman sahib ka. unhone likha hai: "Molana, your thought-provoking speeches inspire us.</w:t>
      </w:r>
      <w:r>
        <w:br/>
      </w:r>
      <w:r>
        <w:rPr>
          <w:sz w:val="20"/>
        </w:rPr>
        <w:t>1:07:27  Why is it that we are living in falsehood? Is it because that we have forgotten the Holy Quran? What is your comment?" nahi dekhein yeh sahi nahi hai.</w:t>
      </w:r>
      <w:r>
        <w:br/>
      </w:r>
      <w:r>
        <w:rPr>
          <w:sz w:val="20"/>
        </w:rPr>
        <w:t>1:07:41  forget kahan kiya, Quran to har ghar mein hai, har aadmi Quran ki tilawat kar raha hai, aur Quran ki dhoom machi hui hai har jagah. yeh zawal ka phenomenon hai.</w:t>
      </w:r>
      <w:r>
        <w:br/>
      </w:r>
      <w:r>
        <w:rPr>
          <w:sz w:val="20"/>
        </w:rPr>
        <w:t>1:07:54  yeh cheez jo hai woh har ummat par zawal aata hai, aur yeh zawal ka phenomenon</w:t>
      </w:r>
      <w:r>
        <w:br/>
      </w:r>
      <w:r>
        <w:rPr>
          <w:sz w:val="20"/>
        </w:rPr>
        <w:t>1:08:00  hai. Dekhein woh jo hadithain hain jo hain is mafhoom ki ke "latatba'un sarra man kana qablakum" .</w:t>
      </w:r>
      <w:r>
        <w:br/>
      </w:r>
      <w:r>
        <w:rPr>
          <w:sz w:val="20"/>
        </w:rPr>
        <w:t>1:08:09  Tum pichli ummaton ko follow karoge. Is ko bhi hamare ulama samajh nahi paye. Is ka matlab hai ke jis tarah pichli ummaton par zawal aaya, tumhare upar zawal ayega.</w:t>
      </w:r>
      <w:r>
        <w:br/>
      </w:r>
      <w:r>
        <w:rPr>
          <w:sz w:val="20"/>
        </w:rPr>
        <w:t>1:08:20  The law of nature. To jab zawal ayega to yeh sab se achi siftain paida hongi.</w:t>
      </w:r>
      <w:r>
        <w:br/>
      </w:r>
      <w:r>
        <w:rPr>
          <w:sz w:val="20"/>
        </w:rPr>
        <w:t>1:08:27  Musalman yeh samajhte hain, yani hamare ulama ne yeh in ko samjha rakha hai ke tum khair ummat ho, tum khair ummat ho, tum khair ummat ho. Yeh bohat zyada is cheez ne logon ko Mislead kiya hai.</w:t>
      </w:r>
      <w:r>
        <w:br/>
      </w:r>
      <w:r>
        <w:rPr>
          <w:sz w:val="20"/>
        </w:rPr>
        <w:t>1:08:41  Bohat zyada Mislead kiya hai. Kyun ke is ki wajah se yeh bhool gaya musalman ke hum par zawal ayega.</w:t>
      </w:r>
      <w:r>
        <w:br/>
      </w:r>
      <w:r>
        <w:rPr>
          <w:sz w:val="20"/>
        </w:rPr>
        <w:t>1:08:47  Yeh jo woh ummat laqab jis ko khair ul umum tha, yeh jo zehan hai ke hum khair ummat hain, is ne musalmanon ko is Reality se bekhabar kar diya ke zawal har ummat par aata hai aur musalmanon pe bhi ayega.</w:t>
      </w:r>
      <w:r>
        <w:br/>
      </w:r>
      <w:r>
        <w:rPr>
          <w:sz w:val="20"/>
        </w:rPr>
        <w:t>1:09:03  To aaj musalman apne daur zawal mein hain. Sirf Quran ki tilawat karne se masla hal nahi hoga. Quran ka tarjuma parhne se masla hal nahi hua.</w:t>
      </w:r>
      <w:r>
        <w:br/>
      </w:r>
      <w:r>
        <w:rPr>
          <w:sz w:val="20"/>
        </w:rPr>
        <w:t>1:09:12  Balke in ki Deconditioning karni padegi.</w:t>
      </w:r>
      <w:r>
        <w:br/>
      </w:r>
      <w:r>
        <w:rPr>
          <w:sz w:val="20"/>
        </w:rPr>
        <w:t>1:09:16  In ko in ko aik aik cheez ko Analysis kar ke batana padega ke yahan ghalti, yahan ghalti, yahan ghalti. Is ko Point Out karna padega.</w:t>
      </w:r>
      <w:r>
        <w:br/>
      </w:r>
      <w:r>
        <w:rPr>
          <w:sz w:val="20"/>
        </w:rPr>
        <w:t>1:09:26  Sirf yeh ke tarjuma parha dein aap, yeh kafi nahi hai. Isi liye main Quran ke sath Supportive Literature ki shart lagata hoon. Aap Quran ka tarjuma phailayen logon ko.</w:t>
      </w:r>
      <w:r>
        <w:br/>
      </w:r>
      <w:r>
        <w:rPr>
          <w:sz w:val="20"/>
        </w:rPr>
        <w:t>1:09:37  That is not enough. Supportive Literature bhi dena hai aap ko. Tab ja kar ke woh faida hasil hoga.</w:t>
      </w:r>
    </w:p>
    <w:p>
      <w:pPr>
        <w:pStyle w:val="Heading2"/>
      </w:pPr>
      <w:r>
        <w:t>Why neglect replacement of nations principle?</w:t>
      </w:r>
    </w:p>
    <w:p>
      <w:r>
        <w:rPr>
          <w:color w:val="666666"/>
          <w:sz w:val="18"/>
        </w:rPr>
        <w:t>Quran &amp; Tafsir · Importance of Patience October 26, 2014 · 2m 50s · at 1:14:53 · https://youtu.be/XdOlp9-fPG0?t=4493</w:t>
      </w:r>
    </w:p>
    <w:p>
      <w:r>
        <w:rPr>
          <w:i/>
        </w:rPr>
        <w:t>“The principle of replacement of nations is clearly mentioned in the Quran. Why have commentators failed to highlight the importance of this eternal principle in operation in this world? What is your comment?”</w:t>
      </w:r>
    </w:p>
    <w:p>
      <w:r>
        <w:rPr>
          <w:sz w:val="20"/>
        </w:rPr>
        <w:t>1:14:53  Maulana, agla sawal kya hai Delhi se Dr. Farida Khanam ne, aur unhon ne likha hai: "The principle of replacement of nations is clearly mentioned in the Quran.</w:t>
      </w:r>
      <w:r>
        <w:br/>
      </w:r>
      <w:r>
        <w:rPr>
          <w:sz w:val="20"/>
        </w:rPr>
        <w:t>1:15:06  why is it that our commentators of the quran have failed to highlight the importance of such an eternal principle in operation in this world?</w:t>
      </w:r>
      <w:r>
        <w:br/>
      </w:r>
      <w:r>
        <w:rPr>
          <w:sz w:val="20"/>
        </w:rPr>
        <w:t>1:15:17  what is your comment</w:t>
      </w:r>
      <w:r>
        <w:br/>
      </w:r>
      <w:r>
        <w:rPr>
          <w:sz w:val="20"/>
        </w:rPr>
        <w:t>1:15:18  on this? dekhiye, quran ki tafseeron mein ek bahut badi ghalati hui hai ke is ko woh shan-e-nazool tak mehdood kar diya gaya.</w:t>
      </w:r>
      <w:r>
        <w:br/>
      </w:r>
      <w:r>
        <w:rPr>
          <w:sz w:val="20"/>
        </w:rPr>
        <w:t>1:15:33  shan-e-nazool se jo nikle, wohi is ka matlab hai.</w:t>
      </w:r>
      <w:r>
        <w:br/>
      </w:r>
      <w:r>
        <w:rPr>
          <w:sz w:val="20"/>
        </w:rPr>
        <w:t>1:15:40  aise hi is zamane mein koi log paida hue to woh kehte hain ke nazm sab se badi cheez hai, yaani aayaton ke do aayaton ke beech mein nazm, do suraton ke beech mein nazm, woh woh bhi mere khayal se ek ek parda dalna hai.</w:t>
      </w:r>
      <w:r>
        <w:br/>
      </w:r>
      <w:r>
        <w:rPr>
          <w:sz w:val="20"/>
        </w:rPr>
        <w:t>1:15:56  kyunki aap aayaton ke nazm se aap kya samjhenge? samjhenge, is ko applied mein nahi samajh sakte. aap</w:t>
      </w:r>
      <w:r>
        <w:br/>
      </w:r>
      <w:r>
        <w:rPr>
          <w:sz w:val="20"/>
        </w:rPr>
        <w:t>1:16:06  quran ke silsile mein abhi maine ek article likha hai ke ek hai quran, ek hai applied quran.</w:t>
      </w:r>
      <w:r>
        <w:br/>
      </w:r>
      <w:r>
        <w:rPr>
          <w:sz w:val="20"/>
        </w:rPr>
        <w:t>1:16:13  to yeh nazm ka tareeqa ya shan-e-nazool ka tareeqa, yeh aap ko quran ka ilm de sakta hai kuch, lekin applied quran se bekhabar rahenge aap.</w:t>
      </w:r>
      <w:r>
        <w:br/>
      </w:r>
      <w:r>
        <w:rPr>
          <w:sz w:val="20"/>
        </w:rPr>
        <w:t>1:16:25  aur jab tak aap applied way mein quran ko</w:t>
      </w:r>
      <w:r>
        <w:br/>
      </w:r>
      <w:r>
        <w:rPr>
          <w:sz w:val="20"/>
        </w:rPr>
        <w:t>1:16:31  is ki tashreeh na kar saken, tab tak yeh quran aap ke liye irrelevant bana rahega.</w:t>
      </w:r>
      <w:r>
        <w:br/>
      </w:r>
      <w:r>
        <w:rPr>
          <w:sz w:val="20"/>
        </w:rPr>
        <w:t>1:16:38  to chahe pichhla tareeqa jo tafseeron ka tha, woh ho ya maujooda zamane mein jo nazm ka tareeqa hai, quran mein order dhoondhna aur nazm talash kar ke is ki tafseer karna, yeh dono hi tareeqe jo hain, hamein applied quran se bekhabar rakhte hain,</w:t>
      </w:r>
      <w:r>
        <w:br/>
      </w:r>
      <w:r>
        <w:rPr>
          <w:sz w:val="20"/>
        </w:rPr>
        <w:t>1:16:57  quran ka applied meaning se bekhabar rakhte hain. to</w:t>
      </w:r>
      <w:r>
        <w:br/>
      </w:r>
      <w:r>
        <w:rPr>
          <w:sz w:val="20"/>
        </w:rPr>
        <w:t>1:17:01  asal cheez yeh hai quran ki applied meaning, aur woh jitne bhi logon ne tareeqe ikhtiyar kiye hain tafseer karne ke liye, is mein applied meaning un ka concern hi nahi hota.</w:t>
      </w:r>
      <w:r>
        <w:br/>
      </w:r>
      <w:r>
        <w:rPr>
          <w:sz w:val="20"/>
        </w:rPr>
        <w:t>1:17:15  un ka ek concern nahi hota ke woh applied meaning ko daryaft karen, to phir woh woh hamare liye quran se koi rahnumai nahi de paate.</w:t>
      </w:r>
      <w:r>
        <w:br/>
      </w:r>
      <w:r>
        <w:rPr>
          <w:sz w:val="20"/>
        </w:rPr>
        <w:t>1:17:24  kuch technical andaaz mein baaten keh paate hain, woh</w:t>
      </w:r>
      <w:r>
        <w:br/>
      </w:r>
      <w:r>
        <w:rPr>
          <w:sz w:val="20"/>
        </w:rPr>
        <w:t>1:17:28  fanni tashreeh, technical kuch point nikal ke us ko wazahat karte hain. lekin jab tak quran ko aap applied way mein na bataen logon ko, tab tak un ka mind address nahi hoga, aur koi baat bhi un ki samajh mein nahi aayegi</w:t>
      </w:r>
    </w:p>
    <w:p>
      <w:pPr>
        <w:pStyle w:val="Heading2"/>
      </w:pPr>
      <w:r>
        <w:t>Why six days for creation</w:t>
      </w:r>
    </w:p>
    <w:p>
      <w:r>
        <w:rPr>
          <w:color w:val="666666"/>
          <w:sz w:val="18"/>
        </w:rPr>
        <w:t>Quran &amp; Tafsir · Realization of God May 5, 2019 · 3m 43s · at 41:55 · https://youtu.be/5X-vCFqiR4U?t=2515</w:t>
      </w:r>
    </w:p>
    <w:p>
      <w:r>
        <w:rPr>
          <w:i/>
        </w:rPr>
        <w:t>“If Allah is 'Kun fayakun' (Be and it is), meaning He intends something and it happens, then why did it take six days to create the heavens and the earth? Explain.”</w:t>
      </w:r>
    </w:p>
    <w:p>
      <w:r>
        <w:rPr>
          <w:sz w:val="20"/>
        </w:rPr>
        <w:t>41:55  maulana, agla sawal yeh bheja hai</w:t>
      </w:r>
      <w:r>
        <w:br/>
      </w:r>
      <w:r>
        <w:rPr>
          <w:sz w:val="20"/>
        </w:rPr>
        <w:t>42:02  idrees qamar sahib ne, muhammad idrees qamar sahib ne kashmir se. unhon ne likha hai: "mera sawal hai ke agar Allah kun faya kun hai, yani kisi cheez ka irada hi farmate hain to woh ho jata hai, lekin zameen aur aasman ko banane mein chhe din kyun lage?</w:t>
      </w:r>
      <w:r>
        <w:br/>
      </w:r>
      <w:r>
        <w:rPr>
          <w:sz w:val="20"/>
        </w:rPr>
        <w:t>42:22  is ki wazahat karen."</w:t>
      </w:r>
      <w:r>
        <w:br/>
      </w:r>
      <w:r>
        <w:rPr>
          <w:sz w:val="20"/>
        </w:rPr>
        <w:t>42:25  dekhen, yeh yeh Allah ki rehmat ka muamla hai. rehmat</w:t>
      </w:r>
      <w:r>
        <w:br/>
      </w:r>
      <w:r>
        <w:rPr>
          <w:sz w:val="20"/>
        </w:rPr>
        <w:t>42:35  yeh is liye aisa hua ke insan creation ka study kar sake. agar kun faya kun hota to insan study kaise karta?</w:t>
      </w:r>
      <w:r>
        <w:br/>
      </w:r>
      <w:r>
        <w:rPr>
          <w:sz w:val="20"/>
        </w:rPr>
        <w:t>42:48  phir to logon ko jadoo lagta. jadoo ek scientific process jab hua, tab insan study kar paya.</w:t>
      </w:r>
      <w:r>
        <w:br/>
      </w:r>
      <w:r>
        <w:rPr>
          <w:sz w:val="20"/>
        </w:rPr>
        <w:t>42:57  tab insan ne telescope discover ki, microscope discover ki. to yeh Allah ki bohat bari rehmat hai ke us ne cheezon ko jo paida kiya, woh ek process ke through taake insan is ki study kar sake aur phir marifat hasil kar sake.</w:t>
      </w:r>
      <w:r>
        <w:br/>
      </w:r>
      <w:r>
        <w:rPr>
          <w:sz w:val="20"/>
        </w:rPr>
        <w:t>43:15  marifat yeh bhai woh subhana sahiba ka jo hai, woh kuch batate hain. aap</w:t>
      </w:r>
      <w:r>
        <w:br/>
      </w:r>
      <w:r>
        <w:rPr>
          <w:sz w:val="20"/>
        </w:rPr>
        <w:t>43:23  maulana, un ka comment parha tha hum ne, miss shabana ansari ka. woh bataiye is ko. okay, so in the morning, i was just sharing with maulana sahib about some of the activities that are happening, and there is one development or one activity which is a monthly based activity,</w:t>
      </w:r>
      <w:r>
        <w:br/>
      </w:r>
      <w:r>
        <w:rPr>
          <w:sz w:val="20"/>
        </w:rPr>
        <w:t>43:47  which is done by the pakistan team member, miss shabana ansari. she is been religiously doing a fabulous job of recording urdu risala, the audio file which are then uploaded and made available to the urdu understanding people all over the world.</w:t>
      </w:r>
      <w:r>
        <w:br/>
      </w:r>
      <w:r>
        <w:rPr>
          <w:sz w:val="20"/>
        </w:rPr>
        <w:t>44:07  in fact, har efforts has made it possible for people who cannot understand or who cannot read urdu to understand urdu al risala of Maulana sahib very easily.</w:t>
      </w:r>
      <w:r>
        <w:br/>
      </w:r>
      <w:r>
        <w:rPr>
          <w:sz w:val="20"/>
        </w:rPr>
        <w:t>44:21  she is also worked in radio some time back, and her voice is very soul full, and her effort has really made urdu al risala available to a larger audience now.</w:t>
      </w:r>
      <w:r>
        <w:br/>
      </w:r>
      <w:r>
        <w:rPr>
          <w:sz w:val="20"/>
        </w:rPr>
        <w:t>44:35  and doctor waqar alam, who is another important member of US team. he is presently visiting Pakistan to further, you know, do more activities, plan out the future course of action.</w:t>
      </w:r>
      <w:r>
        <w:br/>
      </w:r>
      <w:r>
        <w:rPr>
          <w:sz w:val="20"/>
        </w:rPr>
        <w:t>44:51  and yesterday, there was an interview which was recorded between miss shabana ansari and doctor waqar alam sahib, which is also available now on the facebook.</w:t>
      </w:r>
      <w:r>
        <w:br/>
      </w:r>
      <w:r>
        <w:rPr>
          <w:sz w:val="20"/>
        </w:rPr>
        <w:t>45:04  so this was the development which i was sharing with Maulana sahib in the morning, and he wanted me to share with all of you. we pray for sister shabana ansari and doctor waqar alam, that may Allah bless them abundantly and continue, make them continue do this amazing task of dawa work in their life.</w:t>
      </w:r>
      <w:r>
        <w:br/>
      </w:r>
      <w:r>
        <w:rPr>
          <w:sz w:val="20"/>
        </w:rPr>
        <w:t>45:29  masha Allah. Maulana, agla ek aur sawal tha unka Idrees Qamar sahib ka.</w:t>
      </w:r>
    </w:p>
    <w:p>
      <w:pPr>
        <w:pStyle w:val="Heading2"/>
      </w:pPr>
      <w:r>
        <w:t>Will Huffaz forget Quran near Judgment Day?</w:t>
      </w:r>
    </w:p>
    <w:p>
      <w:r>
        <w:rPr>
          <w:color w:val="666666"/>
          <w:sz w:val="18"/>
        </w:rPr>
        <w:t>Quran &amp; Tafsir · Signs of Doomsday November 7, 2021 Prof. Farida Khanam · 2m 35s · at 50:27 · https://youtu.be/RQZchtP6uRg?t=3027</w:t>
      </w:r>
    </w:p>
    <w:p>
      <w:r>
        <w:rPr>
          <w:i/>
        </w:rPr>
        <w:t>“My question is that near the Day of Judgment, the words of the Quran will be erased. Will those who have memorized the Quran also forget it? Please explain about this.”</w:t>
      </w:r>
    </w:p>
    <w:p>
      <w:r>
        <w:rPr>
          <w:sz w:val="20"/>
        </w:rPr>
        <w:t>50:27  apa, agla sawal lena chahunga. yeh sawal bheja hai miss halima ne. unhone likha hai ke mera sawal hai ke qyamat ke qareeb quran pak ke alfaaz mita diye jayenge to kya jinhone quran hifz kiya hai,</w:t>
      </w:r>
      <w:r>
        <w:br/>
      </w:r>
      <w:r>
        <w:rPr>
          <w:sz w:val="20"/>
        </w:rPr>
        <w:t>50:46  woh bhi woh bhi usko bhool jayenge? iske bare mein batayein. woh mita diye jayenge yeh nahi ke ab jo print edition hota hai ya jo seenon mein logon ko woh mit jayega, balke iska matlab yeh hai ke jo uski spirit nadarad hogi.</w:t>
      </w:r>
      <w:r>
        <w:br/>
      </w:r>
      <w:r>
        <w:rPr>
          <w:sz w:val="20"/>
        </w:rPr>
        <w:t>51:04  log spirit se mehroom ho jayenge. sirf alfaaz padhenge, usko to yeh yaad karenge, usko namazon mein dohraenge, lekin uske, uski jo hai, uske jo maani aur matlab hain aur tadabbur, yeh sab nahi karenge.</w:t>
      </w:r>
      <w:r>
        <w:br/>
      </w:r>
      <w:r>
        <w:rPr>
          <w:sz w:val="20"/>
        </w:rPr>
        <w:t>51:20  sirf sirf is ko dohra lena, is ko kafi samjhenge. aaj kal yahi ho hi raha hai. abhi qayamat to qareeb hai hi, yeh sab to ho hi raha hai.</w:t>
      </w:r>
      <w:r>
        <w:br/>
      </w:r>
      <w:r>
        <w:rPr>
          <w:sz w:val="20"/>
        </w:rPr>
        <w:t>51:30  aap dekhiye ke jo log jo hain, paanch waqt namaz padhte hain, namaz ke baad kya karte hain? namaz ke baad thori der ke liye bhi woh yaad nahi karte ke namaz mein kya padh kar aaye hain.</w:t>
      </w:r>
      <w:r>
        <w:br/>
      </w:r>
      <w:r>
        <w:rPr>
          <w:sz w:val="20"/>
        </w:rPr>
        <w:t>51:41  to pehle aisa nahi hota tha. pehle log jo hain, saara saara din jo hain, woh jo chand aayaton par ghaur karte rehte the. rasool Allah sal Allah alaih wasallam jab raat ko quran padhte the to ek ek aayat par woh ghanta ghanta bhar sochte rehte the.</w:t>
      </w:r>
      <w:r>
        <w:br/>
      </w:r>
      <w:r>
        <w:rPr>
          <w:sz w:val="20"/>
        </w:rPr>
        <w:t>51:58  to aaj aisa kaun karta hai? yeh matlab hai ke mita dena. to is par woh arabi mein aap bata dijiye jo hadith mein aaya hai: "lam yabqa min al-islami illa ismuhu wa lam yabqa min al-qurani illa rasmuhu.</w:t>
      </w:r>
      <w:r>
        <w:br/>
      </w:r>
      <w:r>
        <w:rPr>
          <w:sz w:val="20"/>
        </w:rPr>
        <w:t>52:10  masajid aamira wa hi kharab min al-huda. ulama sharr taht min adim al-samaa." shuab al-iman ki hadith hai ke islam ke naam par sirf uska naam rahega, quran ke naam par sirf uske alfaaz rahenge.</w:t>
      </w:r>
      <w:r>
        <w:br/>
      </w:r>
      <w:r>
        <w:rPr>
          <w:sz w:val="20"/>
        </w:rPr>
        <w:t>52:26  masajid to khoob abad honge lekin woh hidayat se khali honge. in ko ulama, ulama aasman ke neeche sab se bure makhlooq honge. to yahi matlab hai iska ke ulama jo rahenge, jis ko aalim kehna chahiye, woh to khatam ho jayenge.</w:t>
      </w:r>
      <w:r>
        <w:br/>
      </w:r>
      <w:r>
        <w:rPr>
          <w:sz w:val="20"/>
        </w:rPr>
        <w:t>52:43  bas woh log rahenge jinka maqsad hoga dunya kamana, jinka maqsad hoga dunya mein kuch hasil karna. aise log rahenge jo manne wale bhi rahenge aur bas rasam ke taur par manenge.</w:t>
      </w:r>
      <w:r>
        <w:br/>
      </w:r>
      <w:r>
        <w:rPr>
          <w:sz w:val="20"/>
        </w:rPr>
        <w:t>52:54  jo is musalman ghar mein paida ho gaye the, woh log rahenge. islam ko daryaft kar ke Khuda ko daryaft karne wale musalman nahi rahenge.</w:t>
      </w:r>
    </w:p>
    <w:p>
      <w:pPr>
        <w:pStyle w:val="Heading2"/>
      </w:pPr>
      <w:r>
        <w:t>کیا قرآن سمجھنے کے لیے عربی ضروری ہے؟</w:t>
      </w:r>
    </w:p>
    <w:p>
      <w:r>
        <w:rPr>
          <w:color w:val="666666"/>
          <w:sz w:val="18"/>
        </w:rPr>
        <w:t>Quran &amp; Tafsir · Realization of God March 16, 2014 Maulana Wahiduddin Khan · 3m 29s · at 49:51 · https://youtu.be/OA8Apjhruag?t=2991</w:t>
      </w:r>
    </w:p>
    <w:p>
      <w:r>
        <w:rPr>
          <w:i/>
        </w:rPr>
        <w:t>“کیا قرآن کے گہرے meaning تک پہنچنے کے لیے عربی زبان پر عبور حاصل کرنا ضروری ہے؟ اس کو واضح کریں۔”</w:t>
      </w:r>
    </w:p>
    <w:p>
      <w:r>
        <w:rPr>
          <w:sz w:val="20"/>
        </w:rPr>
        <w:t>49:51  maulana, agla sawal kya hai pakistan se sajjad nawaz sahib ne. unhone likha hai: "kya quran ke gehre meaning tak pohnchne ke liye arabi zaban par aboor hasil karna zaroori hai?</w:t>
      </w:r>
      <w:r>
        <w:br/>
      </w:r>
      <w:r>
        <w:rPr>
          <w:sz w:val="20"/>
        </w:rPr>
        <w:t>50:06  isko wazeh karein." kisi zaban par aboor se koi talluq nahi. be be aboor rakhne wale un ki tasweerein padhiye.</w:t>
      </w:r>
      <w:r>
        <w:br/>
      </w:r>
      <w:r>
        <w:rPr>
          <w:sz w:val="20"/>
        </w:rPr>
        <w:t>50:17  tasweeron mein kuch bhi nahi milega aap ko. abhi jo ayat maine padhi hai surah al anbiya ki sari tasweeron mein dekh daaliye. kuch bhi nahi milega.</w:t>
      </w:r>
      <w:r>
        <w:br/>
      </w:r>
      <w:r>
        <w:rPr>
          <w:sz w:val="20"/>
        </w:rPr>
        <w:t>50:28  surah anbiya ki ayat number 42 maine padhi hai, abhi is ki sharah ki hai. jitni bhi tafaseer hain, jis zaban mein likhi gayi hon, sab tafaseer dekh daaliye.</w:t>
      </w:r>
      <w:r>
        <w:br/>
      </w:r>
      <w:r>
        <w:rPr>
          <w:sz w:val="20"/>
        </w:rPr>
        <w:t>50:40  yeh bilkul myth hai ke arabi zaban mein عبور ho to samajh mein aa jayega.</w:t>
      </w:r>
      <w:r>
        <w:br/>
      </w:r>
      <w:r>
        <w:rPr>
          <w:sz w:val="20"/>
        </w:rPr>
        <w:t>50:46  yeh kyun nahi logon ko samajh mein aya? dekhiye, sab se bari cheez jo hai woh yeh hai ke quran ka jo author hai, us author se aap is position mein ho saken ke aap us se consult kar saken.</w:t>
      </w:r>
      <w:r>
        <w:br/>
      </w:r>
      <w:r>
        <w:rPr>
          <w:sz w:val="20"/>
        </w:rPr>
        <w:t>51:07  yeh sab bari condition hai. quran ka author jab aap jante hain ke god almighty hai to aap itna zyada apne aap ko elevate karen ke aap quran ke author se consult kar saken.</w:t>
      </w:r>
      <w:r>
        <w:br/>
      </w:r>
      <w:r>
        <w:rPr>
          <w:sz w:val="20"/>
        </w:rPr>
        <w:t>51:23  tab aap ko bari bari baaten samajh mein ayengi.</w:t>
      </w:r>
      <w:r>
        <w:br/>
      </w:r>
      <w:r>
        <w:rPr>
          <w:sz w:val="20"/>
        </w:rPr>
        <w:t>51:28  consultation ka matlab yeh nahi hai ke koi yani former sense mein. mein aap ko ek waqia batata hoon. ibn taimiya hamare tareekh ke bohat hi bari bada naam unka hai.</w:t>
      </w:r>
      <w:r>
        <w:br/>
      </w:r>
      <w:r>
        <w:rPr>
          <w:sz w:val="20"/>
        </w:rPr>
        <w:t>51:44  top most scholar maney jate hain woh. to unki samajh mein koi ayat nahi aa rahi thi quran ki. to unhon ne kya kiya?</w:t>
      </w:r>
      <w:r>
        <w:br/>
      </w:r>
      <w:r>
        <w:rPr>
          <w:sz w:val="20"/>
        </w:rPr>
        <w:t>51:54  ke wuzu kiya aur do rak'at namaz parhi. aur uske baad dua kiya ke: "ya muallim ibrahim allimni." "ya muallim ibrahim allimni." aye ibrahim ko batane wale, mujhe bhi bata de.</w:t>
      </w:r>
      <w:r>
        <w:br/>
      </w:r>
      <w:r>
        <w:rPr>
          <w:sz w:val="20"/>
        </w:rPr>
        <w:t>52:12  yeh hai consult karna.</w:t>
      </w:r>
      <w:r>
        <w:br/>
      </w:r>
      <w:r>
        <w:rPr>
          <w:sz w:val="20"/>
        </w:rPr>
        <w:t>52:17  to ibn taimiya itne zyada ilm mein mashghool the ke unhon ne kaha, unhon ne shadi nahi ki thi. unhon ne kaha ke meri shadi jo hai ilm se ho chuki hai. itna zyada aap ne aap ko involve kiya is ko unhon ne.</w:t>
      </w:r>
      <w:r>
        <w:br/>
      </w:r>
      <w:r>
        <w:rPr>
          <w:sz w:val="20"/>
        </w:rPr>
        <w:t>52:31  to mein samajhta hoon ke yeh bilkul myth hai ke quran arabi zaban jis ko عبور hoga, woh quran khoob samjhega. to samaji ke sahib tafsir to arabi zaban mein عبور rakhne wale the hi.</w:t>
      </w:r>
      <w:r>
        <w:br/>
      </w:r>
      <w:r>
        <w:rPr>
          <w:sz w:val="20"/>
        </w:rPr>
        <w:t>52:42  kyun nahi unhon ne in baaton ko keh paye? kuch nahi, sirf yeh hai ke aap ko allah par jitna zyada yani arabi zaban janna bas zarori hai.</w:t>
      </w:r>
      <w:r>
        <w:br/>
      </w:r>
      <w:r>
        <w:rPr>
          <w:sz w:val="20"/>
        </w:rPr>
        <w:t>52:53  yeh mein manta hoon. baghair arabi zaban jaane hue kaise samjhenge aap?</w:t>
      </w:r>
      <w:r>
        <w:br/>
      </w:r>
      <w:r>
        <w:rPr>
          <w:sz w:val="20"/>
        </w:rPr>
        <w:t>53:01  lekin asal cheez yeh nahi hai. asal cheez yeh hai ke allah se woh taluq ke aap allah se consult karne lagen. yeh keh payen ke: "ya muallim ibrahim allimni." tab aap ko quran ki gehri baaten samajh mein ayengi.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