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32 questions · category Quran &amp; Tafsir · full transcripts with timestamps · exported 2026-09-21</w:t>
      </w:r>
    </w:p>
    <w:p>
      <w:pPr>
        <w:pStyle w:val="Heading2"/>
      </w:pPr>
      <w:r>
        <w:t>Changing reference of fighting verse for peace</w:t>
      </w:r>
    </w:p>
    <w:p>
      <w:r>
        <w:rPr>
          <w:color w:val="666666"/>
          <w:sz w:val="18"/>
        </w:rPr>
        <w:t>Quran &amp; Tafsir · Changing Reference from War to Peace 10 Aug, 2019 - Maulana Wahiduddin Khan · 13m 13s · at 31:52 · https://youtu.be/gHKpwaSy1Ec?t=1912</w:t>
      </w:r>
    </w:p>
    <w:p>
      <w:r>
        <w:rPr>
          <w:i/>
        </w:rPr>
        <w:t>“There is an ayat: 'Allah loves those who fight in the way of Allah.' How can we change its reference for peace?”</w:t>
      </w:r>
    </w:p>
    <w:p>
      <w:r>
        <w:rPr>
          <w:sz w:val="20"/>
        </w:rPr>
        <w:t>31:52  Maulana, agla sawal kya hai? Maulana Iqbal Umri ne Chennai se, unhone likha hai, ek ayat hai.</w:t>
      </w:r>
      <w:r>
        <w:br/>
      </w:r>
      <w:r>
        <w:rPr>
          <w:sz w:val="20"/>
        </w:rPr>
        <w:t>32:01  Maulana,</w:t>
      </w:r>
      <w:r>
        <w:br/>
      </w:r>
      <w:r>
        <w:rPr>
          <w:sz w:val="20"/>
        </w:rPr>
        <w:t>32:05  Allah mohabbat karta hai un se jo jang karte hain Allah ke raste mein. Maulana, is ayat ka reference aman ke liye kaise is ko badlein?</w:t>
      </w:r>
      <w:r>
        <w:br/>
      </w:r>
      <w:r>
        <w:rPr>
          <w:sz w:val="20"/>
        </w:rPr>
        <w:t>32:16  nahi, dekhiye, bohat bari ghalat fehmi hai ke ke is ko generalize karna, general banana.</w:t>
      </w:r>
      <w:r>
        <w:br/>
      </w:r>
      <w:r>
        <w:rPr>
          <w:sz w:val="20"/>
        </w:rPr>
        <w:t>32:26  us waqt ki yeh ayat us waqt ki hai jab ke duniya mein jang ka zamana tha, daur jang tha. Duniya mein jang</w:t>
      </w:r>
      <w:r>
        <w:br/>
      </w:r>
      <w:r>
        <w:rPr>
          <w:sz w:val="20"/>
        </w:rPr>
        <w:t>32:39  ke magar chare hi nahi tha. Yani woh jo</w:t>
      </w:r>
      <w:r>
        <w:br/>
      </w:r>
      <w:r>
        <w:rPr>
          <w:sz w:val="20"/>
        </w:rPr>
        <w:t>32:49  jang pe itna yaqeen karte the ke</w:t>
      </w:r>
      <w:r>
        <w:br/>
      </w:r>
      <w:r>
        <w:rPr>
          <w:sz w:val="20"/>
        </w:rPr>
        <w:t>32:55  ke is zamane mein kaha jata tha, ek shayar ne kaha hai ke woh ahyaanan ala bakrin akhina alam al khana.</w:t>
      </w:r>
      <w:r>
        <w:br/>
      </w:r>
      <w:r>
        <w:rPr>
          <w:sz w:val="20"/>
        </w:rPr>
        <w:t>33:05  to jang to un ka kal culture tha, jis zamane mein jang culture bana hua tha, us zamane ki baat hai. Woh yeh nahi ke aam hai, woh harghiz nahi.</w:t>
      </w:r>
      <w:r>
        <w:br/>
      </w:r>
      <w:r>
        <w:rPr>
          <w:sz w:val="20"/>
        </w:rPr>
        <w:t>33:17  aaj aaj jang ke koi matlab nahi hai. Aaj jang ka koi matlab nahi hai.</w:t>
      </w:r>
      <w:r>
        <w:br/>
      </w:r>
      <w:r>
        <w:rPr>
          <w:sz w:val="20"/>
        </w:rPr>
        <w:t>33:23  to Maulana, unhone likha hai ke kya yeh keh sakte hain ke aaj pur aman dawat jo karta hai, Allah un se mohabbat karega?</w:t>
      </w:r>
      <w:r>
        <w:br/>
      </w:r>
      <w:r>
        <w:rPr>
          <w:sz w:val="20"/>
        </w:rPr>
        <w:t>33:33  aaj Allah mohabbat karega jab aman ki buniyad par manage karen. Aaj yani dawat ka kaam karen, aman ke usool par manage karen,</w:t>
      </w:r>
      <w:r>
        <w:br/>
      </w:r>
      <w:r>
        <w:rPr>
          <w:sz w:val="20"/>
        </w:rPr>
        <w:t>33:47  planning karen. Aaj harghiz harghiz is ka matlab yeh nahi ke lado to Allah madad kare, mohabbat karega. Harghiz nahi. Pur aman planning karen to Allah madad karega.</w:t>
      </w:r>
      <w:r>
        <w:br/>
      </w:r>
      <w:r>
        <w:rPr>
          <w:sz w:val="20"/>
        </w:rPr>
        <w:t>33:59  aaj ke lehaz se is ka matlab hai ke tum pur aman planning karo to Allah tum se madad karega. Woh zamane ke baad jang culture bana hua tha.</w:t>
      </w:r>
      <w:r>
        <w:br/>
      </w:r>
      <w:r>
        <w:rPr>
          <w:sz w:val="20"/>
        </w:rPr>
        <w:t>34:12  chunanche ek shayar ne kaha ke woh ahyaanan ala bakrin akhina Allah khana.</w:t>
      </w:r>
      <w:r>
        <w:br/>
      </w:r>
      <w:r>
        <w:rPr>
          <w:sz w:val="20"/>
        </w:rPr>
        <w:t>34:22  yani apne hi logon se ladne lagte hain jab koi dushman ladne ke liye na ho. To yeh tha jab jang culture bani hui thi.</w:t>
      </w:r>
      <w:r>
        <w:br/>
      </w:r>
      <w:r>
        <w:rPr>
          <w:sz w:val="20"/>
        </w:rPr>
        <w:t>34:33  ab to koi jang sirf nadan log karte hain. Ab koi aqal mand aadmi jang nahi karega. To aap pur aman planning kijiye.</w:t>
      </w:r>
      <w:r>
        <w:br/>
      </w:r>
      <w:r>
        <w:rPr>
          <w:sz w:val="20"/>
        </w:rPr>
        <w:t>34:43  hum jang ki baat hi karna chhod deejiye. aur unhi se Allah mohabbat karega.</w:t>
      </w:r>
      <w:r>
        <w:br/>
      </w:r>
      <w:r>
        <w:rPr>
          <w:sz w:val="20"/>
        </w:rPr>
        <w:t>34:53  maulana, comment bheja hai miss daniya mustafa ne pakistan se. unhone likha hai, "replacing the reference with our life and our times makes the life of sahaba more practical and applicable for us." jazak Allah maulana sahib.</w:t>
      </w:r>
      <w:r>
        <w:br/>
      </w:r>
      <w:r>
        <w:rPr>
          <w:sz w:val="20"/>
        </w:rPr>
        <w:t>35:12  masha Allah.</w:t>
      </w:r>
      <w:r>
        <w:br/>
      </w:r>
      <w:r>
        <w:rPr>
          <w:sz w:val="20"/>
        </w:rPr>
        <w:t>35:13  sajid anwar sahib ne mumbai se ek comment aur question bheja hai. unhone likha hai, "maulana, your point of changing the reference is very relevant.</w:t>
      </w:r>
      <w:r>
        <w:br/>
      </w:r>
      <w:r>
        <w:rPr>
          <w:sz w:val="20"/>
        </w:rPr>
        <w:t>35:23  my question is how to change the existing reference to the right reference?" i am apprehensive that in this process i may land up in wrong reference.</w:t>
      </w:r>
      <w:r>
        <w:br/>
      </w:r>
      <w:r>
        <w:rPr>
          <w:sz w:val="20"/>
        </w:rPr>
        <w:t>35:37  please advise</w:t>
      </w:r>
      <w:r>
        <w:br/>
      </w:r>
      <w:r>
        <w:rPr>
          <w:sz w:val="20"/>
        </w:rPr>
        <w:t>35:38  . nahin, sincerity shart hai. sincerity shart hai. agar kisi ka aadmi ka agar sincerity na ho to woh to kuch nahin kar sakta.</w:t>
      </w:r>
      <w:r>
        <w:br/>
      </w:r>
      <w:r>
        <w:rPr>
          <w:sz w:val="20"/>
        </w:rPr>
        <w:t>35:51  sincerity to shart hai.</w:t>
      </w:r>
      <w:r>
        <w:br/>
      </w:r>
      <w:r>
        <w:rPr>
          <w:sz w:val="20"/>
        </w:rPr>
        <w:t>35:56  aadmi ke andar itna to hona chahiye ke woh sincere ho jaye is maamle mein.</w:t>
      </w:r>
      <w:r>
        <w:br/>
      </w:r>
      <w:r>
        <w:rPr>
          <w:sz w:val="20"/>
        </w:rPr>
        <w:t>36:10  fayyaz sahib ne ek comment bheja hai hyderabad se. unhone likha hai, "applying war reference in peaceful situation is a unique idea that potentially could make great development in a belief in God." jazak Allah maulana.</w:t>
      </w:r>
      <w:r>
        <w:br/>
      </w:r>
      <w:r>
        <w:rPr>
          <w:sz w:val="20"/>
        </w:rPr>
        <w:t>36:32  maulana, unka sawal yeh hai ke aap ne jo hazrat umar ke hawale se jo jawab diya ke unhone namaz padhte waqt jang ki planning ki to lekin woh ek war wali situation thi.</w:t>
      </w:r>
      <w:r>
        <w:br/>
      </w:r>
      <w:r>
        <w:rPr>
          <w:sz w:val="20"/>
        </w:rPr>
        <w:t>36:47  lekin aap ne yeh bhi bataya h</w:t>
      </w:r>
      <w:r>
        <w:br/>
      </w:r>
      <w:r>
        <w:rPr>
          <w:sz w:val="20"/>
        </w:rPr>
        <w:t>36:49  m se, dekhiye, woh ek waqea hai. ji ji, kyunke us waqt koi doosra option nahin tha. jab doosra option na ho to aap ko sochna padega jang mein.</w:t>
      </w:r>
      <w:r>
        <w:br/>
      </w:r>
      <w:r>
        <w:rPr>
          <w:sz w:val="20"/>
        </w:rPr>
        <w:t>37:02  aap hain tab bhi sochna padega. koi option to nahin. yeh matlab nahin ke jab jang ho rahi hai to khade hogaye namaz padhne ke liye. yeh matlab nahin hai. jab doosra option nahin tha to aap ne yeh kiya.</w:t>
      </w:r>
      <w:r>
        <w:br/>
      </w:r>
      <w:r>
        <w:rPr>
          <w:sz w:val="20"/>
        </w:rPr>
        <w:t>37:14  to maulana, unka yeh sawal hai ke aap ne yeh bhi bataya ke namaz padhte waqt khayal jo hain woh to aate rahenge. woh involuntary hain.</w:t>
      </w:r>
      <w:r>
        <w:br/>
      </w:r>
      <w:r>
        <w:rPr>
          <w:sz w:val="20"/>
        </w:rPr>
        <w:t>37:23  to aksar aisa hi hota hai ke insaan ke zehen mein khayal aate hain aur is khayal ke basis pe woh koi action le leta hai.</w:t>
      </w:r>
      <w:r>
        <w:br/>
      </w:r>
      <w:r>
        <w:rPr>
          <w:sz w:val="20"/>
        </w:rPr>
        <w:t>37:33  to</w:t>
      </w:r>
      <w:r>
        <w:br/>
      </w:r>
      <w:r>
        <w:rPr>
          <w:sz w:val="20"/>
        </w:rPr>
        <w:t>37:34  aane deejiye, khayal aane deejiye. is se pehle main ne ek baat batai thi. ek ek philosopher tha, british philosopher.</w:t>
      </w:r>
      <w:r>
        <w:br/>
      </w:r>
      <w:r>
        <w:rPr>
          <w:sz w:val="20"/>
        </w:rPr>
        <w:t>37:43  us ne kaha tha, bahut badi baat kahi thi us ne ke "i am large enough to contain all these contradictions." "i am large enough to contain all these contradictions." mutazad, contradictory soch ko bhi aadmi jama kar sakta hai apne dimagh mein.</w:t>
      </w:r>
      <w:r>
        <w:br/>
      </w:r>
      <w:r>
        <w:rPr>
          <w:sz w:val="20"/>
        </w:rPr>
        <w:t>38:07  yeh to koi baat nahin hai. yeh Allah ki jo deen hai, mind ki shakal mein, us ko aap us ko aap underestimate kar rahe hain.</w:t>
      </w:r>
      <w:r>
        <w:br/>
      </w:r>
      <w:r>
        <w:rPr>
          <w:sz w:val="20"/>
        </w:rPr>
        <w:t>38:22  maulana, unka question yeh hai ke jab yeh thoughts jis jis ke upar hamara koi ikhtiyar nahin, koi control nahin, aur woh jab ab mind mein aate hain aur us ke basis pe hum koi action karte hain to is action ka gunah hamare upar kyun aata hai?</w:t>
      </w:r>
      <w:r>
        <w:br/>
      </w:r>
      <w:r>
        <w:rPr>
          <w:sz w:val="20"/>
        </w:rPr>
        <w:t>38:37  kyunke woh nahin, aap manage kar sakte hain. manage kyun nahin kiya aap ne? aap aap ki pakad us par hui ke jab tum manage kar sakte ho to manage kyun nahin karte</w:t>
      </w:r>
      <w:r>
        <w:br/>
      </w:r>
      <w:r>
        <w:rPr>
          <w:sz w:val="20"/>
        </w:rPr>
        <w:t>38:49  the? maulana, ek naghma aap ne ek comment bheja hai gurgaon se. unhone likha hai, "i realize today that we are not well.</w:t>
      </w:r>
      <w:r>
        <w:br/>
      </w:r>
      <w:r>
        <w:rPr>
          <w:sz w:val="20"/>
        </w:rPr>
        <w:t>39:00  we should think that it is an opportunity for our body to get refreshed." i also understood that if we depend solely on God, then then only our dua will be fulfilled.</w:t>
      </w:r>
      <w:r>
        <w:br/>
      </w:r>
      <w:r>
        <w:rPr>
          <w:sz w:val="20"/>
        </w:rPr>
        <w:t>39:19  bhai, dekhiye, aap ke mind mein jab</w:t>
      </w:r>
      <w:r>
        <w:br/>
      </w:r>
      <w:r>
        <w:rPr>
          <w:sz w:val="20"/>
        </w:rPr>
        <w:t>39:30  yeh capacity hai ke woh do cheezon par soch sake, woh do contradictory ayat par soch sake, to aap ko aisa karna chahiye.</w:t>
      </w:r>
      <w:r>
        <w:br/>
      </w:r>
      <w:r>
        <w:rPr>
          <w:sz w:val="20"/>
        </w:rPr>
        <w:t>39:41  is mind ki is capacity ko istemal karna chahiye. kyun nahi istemal karte aap? "I am large enough to contain all this contradictions." yeh kijiye.</w:t>
      </w:r>
      <w:r>
        <w:br/>
      </w:r>
      <w:r>
        <w:rPr>
          <w:sz w:val="20"/>
        </w:rPr>
        <w:t>40:00  Maulana, ek basic question yeh zehn mein aata hai ke jo Islamic history hai, woh har ek musalman jaanta hai.</w:t>
      </w:r>
      <w:r>
        <w:br/>
      </w:r>
      <w:r>
        <w:rPr>
          <w:sz w:val="20"/>
        </w:rPr>
        <w:t>40:09  jaise is daur pe to Maulana ek ayat sunane par par bhi kode pade maare jaate thay. Lekin aaj yeh bhi zamana hai, yeh generalize kar diya aap ne.</w:t>
      </w:r>
      <w:r>
        <w:br/>
      </w:r>
      <w:r>
        <w:rPr>
          <w:sz w:val="20"/>
        </w:rPr>
        <w:t>40:19  ji, maare jaate thay? nahi, mara gaya. ji haan, yeh mat kahein ke maare jaate thay to mara gaya. kode generalize, generalize</w:t>
      </w:r>
      <w:r>
        <w:br/>
      </w:r>
      <w:r>
        <w:rPr>
          <w:sz w:val="20"/>
        </w:rPr>
        <w:t>40:28  kyun karte hain? ji, kode maare gaye Maulana. Lekin aaj to free Quran distribution hum log khud hi karte hain Maulana aur poori ki poori Quran distribute karte hain.</w:t>
      </w:r>
      <w:r>
        <w:br/>
      </w:r>
      <w:r>
        <w:rPr>
          <w:sz w:val="20"/>
        </w:rPr>
        <w:t>40:37  to koi masla nahi hai. to kyun kyun nahi woh reference ko change kar paate? Muslim is time pe war ka daur tha lekin ab woh khatam ho gaya.</w:t>
      </w:r>
      <w:r>
        <w:br/>
      </w:r>
      <w:r>
        <w:rPr>
          <w:sz w:val="20"/>
        </w:rPr>
        <w:t>40:48  tab ek ayat sunane par kode maare jaate thay. ab ab poori ki poori Quran distribute kar sakte hain Mol</w:t>
      </w:r>
      <w:r>
        <w:br/>
      </w:r>
      <w:r>
        <w:rPr>
          <w:sz w:val="20"/>
        </w:rPr>
        <w:t>40:55  ana. ab dekhein, kal hum log gaye thay yahood ke jalse mein. jis zamane mein Quran utra tha, yahudiyon ne inkar kiya ke yeh Quran Allah ki taraf se hai.</w:t>
      </w:r>
      <w:r>
        <w:br/>
      </w:r>
      <w:r>
        <w:rPr>
          <w:sz w:val="20"/>
        </w:rPr>
        <w:t>41:07  inkar kiya tha unhon ne. lekin kal wahan free liya Quran distribute kiya gaya. yeh hai zamane ki baat. is zamane mein tolerance bohat bari cheez ban gayi hai.</w:t>
      </w:r>
      <w:r>
        <w:br/>
      </w:r>
      <w:r>
        <w:rPr>
          <w:sz w:val="20"/>
        </w:rPr>
        <w:t>41:21  ab aap woh nahi kar sakte. aap ko tolerate karna parta hai. yaani mein bhi sacha, tum bhi sache, yeh manna parta hai.</w:t>
      </w:r>
      <w:r>
        <w:br/>
      </w:r>
      <w:r>
        <w:rPr>
          <w:sz w:val="20"/>
        </w:rPr>
        <w:t>41:34  aur is ka is ka namuna kal kal kal tha.</w:t>
      </w:r>
      <w:r>
        <w:br/>
      </w:r>
      <w:r>
        <w:rPr>
          <w:sz w:val="20"/>
        </w:rPr>
        <w:t>41:38  Maulana, ek aur jo bohat zabardast demonstration kal hua, woh yeh tha ke Hebrew mein Quran jo hai, woh abhi good world mein doctor Saniya ne samne publish karai.</w:t>
      </w:r>
      <w:r>
        <w:br/>
      </w:r>
      <w:r>
        <w:rPr>
          <w:sz w:val="20"/>
        </w:rPr>
        <w:t>41:53  aur woh Hebrew Quran unhon ne itni khushi se li aur us ke sath photo bhi khinchwai. unhon ne Rubal Malgar ne aur kai copies di gayi wahan pe.</w:t>
      </w:r>
      <w:r>
        <w:br/>
      </w:r>
      <w:r>
        <w:rPr>
          <w:sz w:val="20"/>
        </w:rPr>
        <w:t>42:04  to unhon ne khud apne community ke logon ko Hebrew Quran jo hai, woh dilwaya aap ke hathon se. to yeh ek bohat bara demonstration tha</w:t>
      </w:r>
      <w:r>
        <w:br/>
      </w:r>
      <w:r>
        <w:rPr>
          <w:sz w:val="20"/>
        </w:rPr>
        <w:t>42:14  Maulana. ji haan, ji haan, yeh zamana hi hai ke aap chahe apne ko sacha maanein, tab bhi doosre ko manna parega aap ko.</w:t>
      </w:r>
      <w:r>
        <w:br/>
      </w:r>
      <w:r>
        <w:rPr>
          <w:sz w:val="20"/>
        </w:rPr>
        <w:t>42:23  nahi to aap backward shumar honge.</w:t>
      </w:r>
      <w:r>
        <w:br/>
      </w:r>
      <w:r>
        <w:rPr>
          <w:sz w:val="20"/>
        </w:rPr>
        <w:t>42:28  Maulana, ek question bheja hai Islamabad Pakistan se Muhammad Tufail sahib ne. unhon ne likha hai, "I am an IT professional working in an educational institution.</w:t>
      </w:r>
      <w:r>
        <w:br/>
      </w:r>
      <w:r>
        <w:rPr>
          <w:sz w:val="20"/>
        </w:rPr>
        <w:t>42:41  I am willing to work for dawah, but don't know how IT information technology should be used for this purpose." is ke bare mein batayein.</w:t>
      </w:r>
      <w:r>
        <w:br/>
      </w:r>
      <w:r>
        <w:rPr>
          <w:sz w:val="20"/>
        </w:rPr>
        <w:t>42:53  hum to rozana istemal kar rahe hain. kaise aap ko batlaiye? hamare saathi sari duniya mein modern technology ko istemal kar rahe hain.</w:t>
      </w:r>
      <w:r>
        <w:br/>
      </w:r>
      <w:r>
        <w:rPr>
          <w:sz w:val="20"/>
        </w:rPr>
        <w:t>43:05  ab woh aata rehta hai barabar khabron mein.</w:t>
      </w:r>
      <w:r>
        <w:br/>
      </w:r>
      <w:r>
        <w:rPr>
          <w:sz w:val="20"/>
        </w:rPr>
        <w:t>43:13  woh to zamana hi khatam ho gaya jab yeh is tareeqe se masla hoti thi. ab yeh is tareeqe se masla nahi hai.</w:t>
      </w:r>
      <w:r>
        <w:br/>
      </w:r>
      <w:r>
        <w:rPr>
          <w:sz w:val="20"/>
        </w:rPr>
        <w:t>43:20  Maulana, ek comment bheja hai Irshad Ali sahib ne Rampur se. unhon ne likha hai, "Maulana, do saal pehle jab mein haq ki talash mein nikla to mein ne bohat sare Islamic scholars ko suna.</w:t>
      </w:r>
      <w:r>
        <w:br/>
      </w:r>
      <w:r>
        <w:rPr>
          <w:sz w:val="20"/>
        </w:rPr>
        <w:t>43:35  lekin maine kisi bhi scholars ke followers ke andar positivity nahi paai siwaye aap ke aur javed</w:t>
      </w:r>
      <w:r>
        <w:br/>
      </w:r>
      <w:r>
        <w:rPr>
          <w:sz w:val="20"/>
        </w:rPr>
        <w:t>43:44  ahmad gamdi sahib ke.</w:t>
      </w:r>
      <w:r>
        <w:br/>
      </w:r>
      <w:r>
        <w:rPr>
          <w:sz w:val="20"/>
        </w:rPr>
        <w:t>43:46  maulana, main samajhta hoon ke in logon ko ruk jana chahiye aur sochna chahiye ke kahin hum kuch</w:t>
      </w:r>
      <w:r>
        <w:br/>
      </w:r>
      <w:r>
        <w:rPr>
          <w:sz w:val="20"/>
        </w:rPr>
        <w:t>43:54  ghalat to promote nahi kar rahe jis se hamare followers ka intellectual development nahi ho raha.</w:t>
      </w:r>
      <w:r>
        <w:br/>
      </w:r>
      <w:r>
        <w:rPr>
          <w:sz w:val="20"/>
        </w:rPr>
        <w:t>44:05  acha, theek hai, dua kijiye.</w:t>
      </w:r>
    </w:p>
    <w:p>
      <w:pPr>
        <w:pStyle w:val="Heading2"/>
      </w:pPr>
      <w:r>
        <w:t>Clarification of Quran 2:201</w:t>
      </w:r>
    </w:p>
    <w:p>
      <w:r>
        <w:rPr>
          <w:color w:val="666666"/>
          <w:sz w:val="18"/>
        </w:rPr>
        <w:t>Quran &amp; Tafsir · Material Science Vs Spiritual Science 20th May 12 SLOW · 5m 03s · at 1:34:22 · https://youtu.be/qYwFExG7cyM?t=5662</w:t>
      </w:r>
    </w:p>
    <w:p>
      <w:r>
        <w:rPr>
          <w:i/>
        </w:rPr>
        <w:t>“Maulana, I ask you to clarify two Quranic verses. The first is Chapter 2, verse 201: 'And Lord grant us...'”</w:t>
      </w:r>
    </w:p>
    <w:p>
      <w:r>
        <w:rPr>
          <w:sz w:val="20"/>
        </w:rPr>
        <w:t>1:34:21  mein.</w:t>
      </w:r>
      <w:r>
        <w:br/>
      </w:r>
      <w:r>
        <w:rPr>
          <w:sz w:val="20"/>
        </w:rPr>
        <w:t>1:34:22  Maulana, agla sawal Delhi se Maulana Zakwan Nadvi sahib ka hai.</w:t>
      </w:r>
      <w:r>
        <w:br/>
      </w:r>
      <w:r>
        <w:rPr>
          <w:sz w:val="20"/>
        </w:rPr>
        <w:t>1:34:27  unhon ne aapse do Quran ki ayaton ko wazeh karne ke liye kaha hai.</w:t>
      </w:r>
      <w:r>
        <w:br/>
      </w:r>
      <w:r>
        <w:rPr>
          <w:sz w:val="20"/>
        </w:rPr>
        <w:t>1:34:33  pehli ayat chapter two of Quran, words number 201 hai, jis mein aya hai: "aur Lord grant is</w:t>
      </w:r>
      <w:r>
        <w:br/>
      </w:r>
      <w:r>
        <w:rPr>
          <w:sz w:val="20"/>
        </w:rPr>
        <w:t>1:34:41  good in this world as well as good in the world here after. second jo hai, woh chapter</w:t>
      </w:r>
      <w:r>
        <w:br/>
      </w:r>
      <w:r>
        <w:rPr>
          <w:sz w:val="20"/>
        </w:rPr>
        <w:t>1:34:49  28, words number 77 hai, jis mein aaya hai: "seek the home of the here after by means</w:t>
      </w:r>
      <w:r>
        <w:br/>
      </w:r>
      <w:r>
        <w:rPr>
          <w:sz w:val="20"/>
        </w:rPr>
        <w:t>1:34:56  of that which God has bestowed on you, and do not forget to take your portion in this</w:t>
      </w:r>
      <w:r>
        <w:br/>
      </w:r>
      <w:r>
        <w:rPr>
          <w:sz w:val="20"/>
        </w:rPr>
        <w:t>1:35:04  world." sir, is ka sorry, pehla ayat bhi nahi aaya? nahi ji, dekhein pehli ayat toh woh hai:</w:t>
      </w:r>
      <w:r>
        <w:br/>
      </w:r>
      <w:r>
        <w:rPr>
          <w:sz w:val="20"/>
        </w:rPr>
        <w:t>1:35:12  "rabbana atina fid dunya hasana wa fi al-akhirat wa qina azab an-nar." ji ji, is pe bhi bai'at karoon ke</w:t>
      </w:r>
      <w:r>
        <w:br/>
      </w:r>
      <w:r>
        <w:rPr>
          <w:sz w:val="20"/>
        </w:rPr>
        <w:t>1:35:19  mujhe is mein bhi ek discovery hai, aur bohat ajeeb discovery hai: "rabbana atina fid dunya hasana wa fi</w:t>
      </w:r>
      <w:r>
        <w:br/>
      </w:r>
      <w:r>
        <w:rPr>
          <w:sz w:val="20"/>
        </w:rPr>
        <w:t>1:35:27  al-akhirat hasana wa qina azab an-nar." tarjuma is ka yeh hai ke: "ae hamare rab, de hum ko dunya</w:t>
      </w:r>
      <w:r>
        <w:br/>
      </w:r>
      <w:r>
        <w:rPr>
          <w:sz w:val="20"/>
        </w:rPr>
        <w:t>1:35:35  ka hasana aur de hum ko akhirat ka hasana, hum ko bacha akhirat ke azab se." toh main</w:t>
      </w:r>
      <w:r>
        <w:br/>
      </w:r>
      <w:r>
        <w:rPr>
          <w:sz w:val="20"/>
        </w:rPr>
        <w:t>1:35:43  ne socha ke dunya ka hasana toh Allah ne de rakha hai, already hamari dua ke baghair hi.</w:t>
      </w:r>
      <w:r>
        <w:br/>
      </w:r>
      <w:r>
        <w:rPr>
          <w:sz w:val="20"/>
        </w:rPr>
        <w:t>1:35:50  yeh bohat ek ajeeb baat mujhe daryaft hui is mein, kyunke dekhein Quran mein hai ke: "wa atakum min</w:t>
      </w:r>
      <w:r>
        <w:br/>
      </w:r>
      <w:r>
        <w:rPr>
          <w:sz w:val="20"/>
        </w:rPr>
        <w:t>1:35:58  kulli ma saltamoo" hum paida hote nahi hain, aur dunya mein sab kuch peshgi taur par woh maujood</w:t>
      </w:r>
      <w:r>
        <w:br/>
      </w:r>
      <w:r>
        <w:rPr>
          <w:sz w:val="20"/>
        </w:rPr>
        <w:t>1:36:06  hai.</w:t>
      </w:r>
      <w:r>
        <w:br/>
      </w:r>
      <w:r>
        <w:rPr>
          <w:sz w:val="20"/>
        </w:rPr>
        <w:t>1:36:07  yahan suraj hai, yahan pani hai, yahan oxygen hai, yahan zameen se ghale nikal rahe hain, yaani sari</w:t>
      </w:r>
      <w:r>
        <w:br/>
      </w:r>
      <w:r>
        <w:rPr>
          <w:sz w:val="20"/>
        </w:rPr>
        <w:t>1:36:15  cheezein jo hum chahte hain, woh peshgi maujood hain yahan par.</w:t>
      </w:r>
      <w:r>
        <w:br/>
      </w:r>
      <w:r>
        <w:rPr>
          <w:sz w:val="20"/>
        </w:rPr>
        <w:t>1:36:20  toh yahan kyun kaha gaya: "rabbana atina fid dunya hasana"? ae hum, ae Allah, hamein de dunya ka</w:t>
      </w:r>
      <w:r>
        <w:br/>
      </w:r>
      <w:r>
        <w:rPr>
          <w:sz w:val="20"/>
        </w:rPr>
        <w:t>1:36:27  hasana, woh toh already mila hua hai.</w:t>
      </w:r>
      <w:r>
        <w:br/>
      </w:r>
      <w:r>
        <w:rPr>
          <w:sz w:val="20"/>
        </w:rPr>
        <w:t>1:36:30  toh main ne is ayat ko is tareeqe se padha ke: "rabbana qad atina fid dunya hasana, fatina</w:t>
      </w:r>
      <w:r>
        <w:br/>
      </w:r>
      <w:r>
        <w:rPr>
          <w:sz w:val="20"/>
        </w:rPr>
        <w:t>1:36:38  fil akhirat hasana".</w:t>
      </w:r>
      <w:r>
        <w:br/>
      </w:r>
      <w:r>
        <w:rPr>
          <w:sz w:val="20"/>
        </w:rPr>
        <w:t>1:36:40  ae Allah, tu ne dunya mein hamein de diya hasana, toh akhirat ka hasana bhi de de, already</w:t>
      </w:r>
      <w:r>
        <w:br/>
      </w:r>
      <w:r>
        <w:rPr>
          <w:sz w:val="20"/>
        </w:rPr>
        <w:t>1:36:47  de diya tu ne.</w:t>
      </w:r>
      <w:r>
        <w:br/>
      </w:r>
      <w:r>
        <w:rPr>
          <w:sz w:val="20"/>
        </w:rPr>
        <w:t>1:36:49  yaani is mein ek ek hidden mafhoom hai is ayat mein ke aap sochein ke main mang raha</w:t>
      </w:r>
      <w:r>
        <w:br/>
      </w:r>
      <w:r>
        <w:rPr>
          <w:sz w:val="20"/>
        </w:rPr>
        <w:t>1:36:57  hoon Allah taala se dunya ka hasana, woh toh already mila hua hai.</w:t>
      </w:r>
      <w:r>
        <w:br/>
      </w:r>
      <w:r>
        <w:rPr>
          <w:sz w:val="20"/>
        </w:rPr>
        <w:t>1:37:02  Quran khud Quran se sabit hai ke: "wa atakum min kulli ma saltamoo" sab kuch de diya tum ko</w:t>
      </w:r>
      <w:r>
        <w:br/>
      </w:r>
      <w:r>
        <w:rPr>
          <w:sz w:val="20"/>
        </w:rPr>
        <w:t>1:37:10  jo jo tum ko darkar tha dunya mein.</w:t>
      </w:r>
      <w:r>
        <w:br/>
      </w:r>
      <w:r>
        <w:rPr>
          <w:sz w:val="20"/>
        </w:rPr>
        <w:t>1:37:13  toh main ne yeh dua is mein se paayi ke: "khudaya, tu ne dunya mein sab kuch de</w:t>
      </w:r>
      <w:r>
        <w:br/>
      </w:r>
      <w:r>
        <w:rPr>
          <w:sz w:val="20"/>
        </w:rPr>
        <w:t>1:37:21  diya jo mujhe chahiye tha, ab akhirat mein bhi de de jo mujhe darkaar hai." "rabbana qad atana</w:t>
      </w:r>
      <w:r>
        <w:br/>
      </w:r>
      <w:r>
        <w:rPr>
          <w:sz w:val="20"/>
        </w:rPr>
        <w:t>1:37:29  fi ad-dunya hasana, fatna fi al-akhirat hasana" to ek ajeeb is ke andar ek ek ek dua ka</w:t>
      </w:r>
      <w:r>
        <w:br/>
      </w:r>
      <w:r>
        <w:rPr>
          <w:sz w:val="20"/>
        </w:rPr>
        <w:t>1:37:37  mazmoon chupa hua hai, bohat ajeeb.</w:t>
      </w:r>
      <w:r>
        <w:br/>
      </w:r>
      <w:r>
        <w:rPr>
          <w:sz w:val="20"/>
        </w:rPr>
        <w:t>1:37:39  aur doosri jo aayat hai, woh is aayat mein: "wa ratan sanusibuka" kya hai? woh alfaaz: "wa ratan sanusibuka min</w:t>
      </w:r>
      <w:r>
        <w:br/>
      </w:r>
      <w:r>
        <w:rPr>
          <w:sz w:val="20"/>
        </w:rPr>
        <w:t>1:37:47  ad-dunya".</w:t>
      </w:r>
      <w:r>
        <w:br/>
      </w:r>
      <w:r>
        <w:rPr>
          <w:sz w:val="20"/>
        </w:rPr>
        <w:t>1:37:48  "wa ratan sanusibuka min ad-dunya" to is ko log samajhte hain ke dunya mein jo khana kama raha hai,</w:t>
      </w:r>
      <w:r>
        <w:br/>
      </w:r>
      <w:r>
        <w:rPr>
          <w:sz w:val="20"/>
        </w:rPr>
        <w:t>1:37:56  woh bhi haasil kar lo.</w:t>
      </w:r>
      <w:r>
        <w:br/>
      </w:r>
      <w:r>
        <w:rPr>
          <w:sz w:val="20"/>
        </w:rPr>
        <w:t>1:37:58  yeh matlab hargiz nahi hai.</w:t>
      </w:r>
      <w:r>
        <w:br/>
      </w:r>
      <w:r>
        <w:rPr>
          <w:sz w:val="20"/>
        </w:rPr>
        <w:t>1:38:00  is ka matlab yeh hai ke dunya mein Allah taala ne aap ko bheja hai, yahan yahan settle</w:t>
      </w:r>
      <w:r>
        <w:br/>
      </w:r>
      <w:r>
        <w:rPr>
          <w:sz w:val="20"/>
        </w:rPr>
        <w:t>1:38:08  kiya hai.</w:t>
      </w:r>
      <w:r>
        <w:br/>
      </w:r>
      <w:r>
        <w:rPr>
          <w:sz w:val="20"/>
        </w:rPr>
        <w:t>1:38:10  to dunya se jo le ke jaana hai akhirat ke liye, woh is ko na bhool, is ko</w:t>
      </w:r>
      <w:r>
        <w:br/>
      </w:r>
      <w:r>
        <w:rPr>
          <w:sz w:val="20"/>
        </w:rPr>
        <w:t>1:38:17  haasil kar, aur is ko le kar akhirat mein ja.</w:t>
      </w:r>
      <w:r>
        <w:br/>
      </w:r>
      <w:r>
        <w:rPr>
          <w:sz w:val="20"/>
        </w:rPr>
        <w:t>1:38:22  yeh matlab hai is ka.</w:t>
      </w:r>
      <w:r>
        <w:br/>
      </w:r>
      <w:r>
        <w:rPr>
          <w:sz w:val="20"/>
        </w:rPr>
        <w:t>1:38:24  yaani aayat ka tarjuma yeh hai ke: "na bhool dunya se apna hissa".</w:t>
      </w:r>
      <w:r>
        <w:br/>
      </w:r>
      <w:r>
        <w:rPr>
          <w:sz w:val="20"/>
        </w:rPr>
        <w:t>1:38:29  yaani hissa ka matlab hissa akhirat.</w:t>
      </w:r>
      <w:r>
        <w:br/>
      </w:r>
      <w:r>
        <w:rPr>
          <w:sz w:val="20"/>
        </w:rPr>
        <w:t>1:38:32  "na bhool dunya se apna hissa akhirat".</w:t>
      </w:r>
      <w:r>
        <w:br/>
      </w:r>
      <w:r>
        <w:rPr>
          <w:sz w:val="20"/>
        </w:rPr>
        <w:t>1:38:35  yeh matlab hai ke ke dunya mein khoob khoob taraqqi karo, khoob dunya banao.</w:t>
      </w:r>
      <w:r>
        <w:br/>
      </w:r>
      <w:r>
        <w:rPr>
          <w:sz w:val="20"/>
        </w:rPr>
        <w:t>1:38:41  yeh matlab hargiz nahi hai is ka.</w:t>
      </w:r>
      <w:r>
        <w:br/>
      </w:r>
      <w:r>
        <w:rPr>
          <w:sz w:val="20"/>
        </w:rPr>
        <w:t>1:38:44  "wa ratan sanusibuka min ad-dunya" na bhool dunya se hissa akhirat.</w:t>
      </w:r>
      <w:r>
        <w:br/>
      </w:r>
      <w:r>
        <w:rPr>
          <w:sz w:val="20"/>
        </w:rPr>
        <w:t>1:38:48  yaani dunya mein aisi zindagi guzaar guzaaro jo akhirat tumhare kaam aaye.</w:t>
      </w:r>
      <w:r>
        <w:br/>
      </w:r>
      <w:r>
        <w:rPr>
          <w:sz w:val="20"/>
        </w:rPr>
        <w:t>1:38:53  yaani wohi cheez hai yeh jo hadees mein in alfaaz mein hai: "ad-dunya mazrat al-akhirat".</w:t>
      </w:r>
      <w:r>
        <w:br/>
      </w:r>
      <w:r>
        <w:rPr>
          <w:sz w:val="20"/>
        </w:rPr>
        <w:t>1:39:00  yaani isi hadees ki isi aayat ki tashreeh hai: "yeh ad-dunya mazrat al-akhirat".</w:t>
      </w:r>
      <w:r>
        <w:br/>
      </w:r>
      <w:r>
        <w:rPr>
          <w:sz w:val="20"/>
        </w:rPr>
        <w:t>1:39:05  dunya akhirat ki kheti hai, yaani fasal yahan bona hai, aur wahan ka is ka is ka phal</w:t>
      </w:r>
      <w:r>
        <w:br/>
      </w:r>
      <w:r>
        <w:rPr>
          <w:sz w:val="20"/>
        </w:rPr>
        <w:t>1:39:13  wahan paana hai.</w:t>
      </w:r>
      <w:r>
        <w:br/>
      </w:r>
      <w:r>
        <w:rPr>
          <w:sz w:val="20"/>
        </w:rPr>
        <w:t>1:39:15  yeh matlab is aayat ka hai.</w:t>
      </w:r>
      <w:r>
        <w:br/>
      </w:r>
      <w:r>
        <w:rPr>
          <w:sz w:val="20"/>
        </w:rPr>
        <w:t>1:39:17  hargiz is ka matlab nahin ke dunya mein khoob hasil karo.</w:t>
      </w:r>
      <w:r>
        <w:br/>
      </w:r>
      <w:r>
        <w:rPr>
          <w:sz w:val="20"/>
        </w:rPr>
        <w:t>1:39:22  yeh yeh is aayat ka matlab nahin hai.</w:t>
      </w:r>
    </w:p>
    <w:p>
      <w:pPr>
        <w:pStyle w:val="Heading2"/>
      </w:pPr>
      <w:r>
        <w:t>Clarify two verses on this world and hereafter</w:t>
      </w:r>
    </w:p>
    <w:p>
      <w:r>
        <w:rPr>
          <w:color w:val="666666"/>
          <w:sz w:val="18"/>
        </w:rPr>
        <w:t>Quran &amp; Tafsir · Materialism and Intellectual Dwarfism 29th April 2012 · 5m 13s · at 1:28:34 · https://youtu.be/qHzARL_r3I4?t=5314</w:t>
      </w:r>
    </w:p>
    <w:p>
      <w:r>
        <w:rPr>
          <w:i/>
        </w:rPr>
        <w:t>“Please clarify two Quranic verses: first, Chapter 2, Verse 201: 'Our Lord, grant us good in this world and good in the hereafter.' Second, Chapter 28, Verse 77: 'Seek the home of the hereafter by means of that which God has bestowed on you, and do not forget to take your portion in this world.'”</w:t>
      </w:r>
    </w:p>
    <w:p>
      <w:r>
        <w:rPr>
          <w:sz w:val="20"/>
        </w:rPr>
        <w:t>1:28:34  maulana agla sawal dilli se maulana zakwan nadvi sahib ka hai unhon ne aap se do quran ki ayaton ko wazeh karne ke liye kaha hai pehli ayat chapter 2 of quran verse number 201 hai jis mein aya hai Our Lord grants us good in this world as well as good in the world hereafter.</w:t>
      </w:r>
      <w:r>
        <w:br/>
      </w:r>
      <w:r>
        <w:rPr>
          <w:sz w:val="20"/>
        </w:rPr>
        <w:t>1:28:56  second jo hai wo chapter 28 verse number 77 hai jis mein aya hai Seek the home of the hereafter by means of that which God has bestowed on you, and do not forget to take your portion in this world.</w:t>
      </w:r>
      <w:r>
        <w:br/>
      </w:r>
      <w:r>
        <w:rPr>
          <w:sz w:val="20"/>
        </w:rPr>
        <w:t>1:29:13  dekhen pehli ayat to wo hai rabbana atina fid dunya hasanah wa fil akhirati hasanah wa qina azabannar is mein bhi baat kahoon ke mujhe is mein bhi aik discovery hai aur bohat ajib discovery hai rabbana atina fid dunya hasanah wa fil akhirati hasanah wa qina azabannar tarjuma is ka ye hai ke aye hamare rabb de hum ko dunya ka hasanah aur de hum ko akhirat ka hasanah</w:t>
      </w:r>
      <w:r>
        <w:br/>
      </w:r>
      <w:r>
        <w:rPr>
          <w:sz w:val="20"/>
        </w:rPr>
        <w:t>1:29:42  hum ko bacha akhirat ke azab se to mein ne socha ke dunya ka hasanah to allah ne de rakha hai already hamari dua ke baghair hi</w:t>
      </w:r>
      <w:r>
        <w:br/>
      </w:r>
      <w:r>
        <w:rPr>
          <w:sz w:val="20"/>
        </w:rPr>
        <w:t>1:29:57  ye bohat aik ajib baat mujhe daryaft hui is mein kyunke dekhen quran mein hai ke wa atainakum min kulli ma saltamuh hum paida hote nahi aur duniya mein sab kuch peshgi taur par wo maujood hai</w:t>
      </w:r>
      <w:r>
        <w:br/>
      </w:r>
      <w:r>
        <w:rPr>
          <w:sz w:val="20"/>
        </w:rPr>
        <w:t>1:30:13  yahan suraj hai yahan pani hai yahan oxygen hai yahan zameen se ghale nikal rahe hain yani sari cheezen jo hum chahte hain wo peshgi maujood hain yahan par</w:t>
      </w:r>
      <w:r>
        <w:br/>
      </w:r>
      <w:r>
        <w:rPr>
          <w:sz w:val="20"/>
        </w:rPr>
        <w:t>1:30:27  to yahan kyun kaha gaya rabbana atina fid dunya hasana a hum a allah humein de dunya ka husna wo to already mila hua hai to maine is ayat ko is tareeqe se padha</w:t>
      </w:r>
      <w:r>
        <w:br/>
      </w:r>
      <w:r>
        <w:rPr>
          <w:sz w:val="20"/>
        </w:rPr>
        <w:t>1:30:44  ke rabbana qad ataytana fid dunya hasana fa atana fil akhirati hasana a allah tu ne dunya mein humein de diya husna to akhirat ka husna bhi de de already de diya tu ne</w:t>
      </w:r>
      <w:r>
        <w:br/>
      </w:r>
      <w:r>
        <w:rPr>
          <w:sz w:val="20"/>
        </w:rPr>
        <w:t>1:31:06  yani is mein ek ek hidden mafhoom hai is ayat mein</w:t>
      </w:r>
      <w:r>
        <w:br/>
      </w:r>
      <w:r>
        <w:rPr>
          <w:sz w:val="20"/>
        </w:rPr>
        <w:t>1:31:11  ke aap sochen ke main mang raha hoon allah taala se dunya ka husna wo to already mila hua hai quran khud quran se sabit hai ke wa ataykum min kulli ma saltamoo sab kuch de diya tum ko jo jo tum ko darkar tha dunya mein to maine yeh dua is mein se paai ke khudaaya tu ne dunya mein sab kuch de diya jo mujhe chaahi</w:t>
      </w:r>
      <w:r>
        <w:br/>
      </w:r>
      <w:r>
        <w:rPr>
          <w:sz w:val="20"/>
        </w:rPr>
        <w:t>1:31:40  e tha ab akhirat mein bhi de de jo mujhe darkar hai</w:t>
      </w:r>
      <w:r>
        <w:br/>
      </w:r>
      <w:r>
        <w:rPr>
          <w:sz w:val="20"/>
        </w:rPr>
        <w:t>1:31:46  rabbana qad ataytana fid dunya hasana fa atana fil akhirati hasana to ek ajib is ke andar ek ek ek dua ka mazmoon chupa hua hai bohat ajib</w:t>
      </w:r>
      <w:r>
        <w:br/>
      </w:r>
      <w:r>
        <w:rPr>
          <w:sz w:val="20"/>
        </w:rPr>
        <w:t>1:32:04  aur doosri jo ayat hai</w:t>
      </w:r>
      <w:r>
        <w:br/>
      </w:r>
      <w:r>
        <w:rPr>
          <w:sz w:val="20"/>
        </w:rPr>
        <w:t>1:32:09  wo is ayat mein</w:t>
      </w:r>
      <w:r>
        <w:br/>
      </w:r>
      <w:r>
        <w:rPr>
          <w:sz w:val="20"/>
        </w:rPr>
        <w:t>1:32:13  wa la tansa naseebaka amrad dunya to us ko log samajhte hain ke dunya mein jo khana kamana hai wo bhi hasil kar lo yeh matlab hargiz nahi hai</w:t>
      </w:r>
      <w:r>
        <w:br/>
      </w:r>
      <w:r>
        <w:rPr>
          <w:sz w:val="20"/>
        </w:rPr>
        <w:t>1:32:27  iska matlab yeh hai ke dunya mein allah taala ne aap ko bheja hai yahan yahan settle kiya hai to dunya se jo le kar jana hai akhirat ke liye wo us ko na bhool us ko hasil kar aur us ko le kar akhirat mein ja yeh matlab hai iska yani ayat ka tarjuma yeh hai ke na bhool dunya se apna hissa</w:t>
      </w:r>
      <w:r>
        <w:br/>
      </w:r>
      <w:r>
        <w:rPr>
          <w:sz w:val="20"/>
        </w:rPr>
        <w:t>1:32:55  yani hissa ka matlab hissa akhirat na bhool dunya se apna hissa akhirat</w:t>
      </w:r>
      <w:r>
        <w:br/>
      </w:r>
      <w:r>
        <w:rPr>
          <w:sz w:val="20"/>
        </w:rPr>
        <w:t>1:33:04  yeh matlab nahi hai ke ke dunya mein khoob khoob taraqqi karo khoob dunya banao yeh matlab hargiz nahi hai iska wa la tansa naseebaka amrad dunya na bhool dunya se hissa akhirat</w:t>
      </w:r>
      <w:r>
        <w:br/>
      </w:r>
      <w:r>
        <w:rPr>
          <w:sz w:val="20"/>
        </w:rPr>
        <w:t>1:33:19  yani dunya mein aisi zindagi guzar guzaaro jo akhirat tumhare kaam aaye yani wahi cheez hai yeh jo hadith mein in alfaz mein hai ad dunya madarratun lil akhirati isi hadith ki isi ayat ki tashreeh hai yeh ad dunya madarratun lil akhirati dunya akhirat ki kheti hai yani fasal yahan bona hai aur wo is ka is ka phal wahan paana hai</w:t>
      </w:r>
    </w:p>
    <w:p>
      <w:pPr>
        <w:pStyle w:val="Heading2"/>
      </w:pPr>
      <w:r>
        <w:t>Contradiction between Quran 10:47 and finality of prophethood</w:t>
      </w:r>
    </w:p>
    <w:p>
      <w:r>
        <w:rPr>
          <w:color w:val="666666"/>
          <w:sz w:val="18"/>
        </w:rPr>
        <w:t>Quran &amp; Tafsir · Stress and Spirituality January 1, 2012 · 5m 47s · at 1:30:24 · https://youtu.be/TPhXL9-g6ME?t=5424</w:t>
      </w:r>
    </w:p>
    <w:p>
      <w:r>
        <w:rPr>
          <w:i/>
        </w:rPr>
        <w:t>“In Quran 10:47 it says 'For every nation there is a messenger.' What does this mean? After Prophet Muhammad, no messenger will come, but the Quran says messengers will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r>
        <w:br/>
      </w:r>
      <w:r>
        <w:rPr>
          <w:sz w:val="20"/>
        </w:rPr>
        <w:t>1:35:12  aah maulana aah qatar se aah maulana abdul basit omri ka ek comment aaya hai jo hum padhna chahenge. aah unhon ne likha hai: "maulana, aaj pehli baar maine shoori taur par yeh jaana ke musalman sachai ki daryaft par nahi, muslim qaumiyat ya muslim mazloomiyat ki buniyad par khade hue hain.</w:t>
      </w:r>
      <w:r>
        <w:br/>
      </w:r>
      <w:r>
        <w:rPr>
          <w:sz w:val="20"/>
        </w:rPr>
        <w:t>1:35:35  un ki tehreerein, taqreerein, jalsay jaloos, duaein sab ke sab mazloomiyat ki nafsiyat par ho rahe hain.</w:t>
      </w:r>
      <w:r>
        <w:br/>
      </w:r>
      <w:r>
        <w:rPr>
          <w:sz w:val="20"/>
        </w:rPr>
        <w:t>1:35:43  jabke al-risala mission sachai ki daryaft ki buniyad par shuru hua hai. yahi wajah hai ke sari baaton mein, taqreeron mein, tehreeron mein marifat aur dawat ubal raha hai.</w:t>
      </w:r>
      <w:r>
        <w:br/>
      </w:r>
      <w:r>
        <w:rPr>
          <w:sz w:val="20"/>
        </w:rPr>
        <w:t>1:35:55  jabke doosri tehreekon mein sirf aur sirf mazloomiyat ki dastanain hain. ya phir qaumi fakhr ki ghiza deti hain.</w:t>
      </w:r>
      <w:r>
        <w:br/>
      </w:r>
      <w:r>
        <w:rPr>
          <w:sz w:val="20"/>
        </w:rPr>
        <w:t>1:36:05  jo al-risala mission se juda hua hai woh talash-e-fitrat ka jawab paane ki wajah se juda hua hai.</w:t>
      </w:r>
    </w:p>
    <w:p>
      <w:pPr>
        <w:pStyle w:val="Heading2"/>
      </w:pPr>
      <w:r>
        <w:t>Emphasis on contemplation vs recitation</w:t>
      </w:r>
    </w:p>
    <w:p>
      <w:r>
        <w:rPr>
          <w:color w:val="666666"/>
          <w:sz w:val="18"/>
        </w:rPr>
        <w:t>Quran &amp; Tafsir · CPS Mission Conference 2023 April 30, 2023 · 5m 12s · at 40:27 · https://youtu.be/sfTBajRastM?t=2427</w:t>
      </w:r>
    </w:p>
    <w:p>
      <w:r>
        <w:rPr>
          <w:i/>
        </w:rPr>
        <w:t>“Maulana has emphasized contemplation (tadabbur) and said that the Quran is a book of wisdom, and the door to its treasure opens when a person engages in contemplation. But often Muslims emphasize recitation more. Why is that?”</w:t>
      </w:r>
    </w:p>
    <w:p>
      <w:r>
        <w:rPr>
          <w:sz w:val="20"/>
        </w:rPr>
        <w:t>40:27  ke har woh soch jo aap ke shukr ko ghata de, woh shaitani soch hai. to doctor sahib, agla sawal mera related hi hai, ke tadabbur pe Maulana ne bohat likha hai, bohat emphasize kiya hai, contemplation ji.</w:t>
      </w:r>
      <w:r>
        <w:br/>
      </w:r>
      <w:r>
        <w:rPr>
          <w:sz w:val="20"/>
        </w:rPr>
        <w:t>40:43  aur woh kehte thay ke Quran is a book of wisdom, and the door to its treasure opens when a person engages oneself ji in contemplation.</w:t>
      </w:r>
      <w:r>
        <w:br/>
      </w:r>
      <w:r>
        <w:rPr>
          <w:sz w:val="20"/>
        </w:rPr>
        <w:t>40:54  lekin aksar dekha gaya ke Muslims jo hain, woh tilawat pe ziyada emphasize karte hain.</w:t>
      </w:r>
      <w:r>
        <w:br/>
      </w:r>
      <w:r>
        <w:rPr>
          <w:sz w:val="20"/>
        </w:rPr>
        <w:t>41:02  tilawat ghlat nahi hai, lekin woh emphasize shift of emphasize hai. to mein chahunga ke tadabbur aur tilawat is ke upar aap kuch roshni dalein.</w:t>
      </w:r>
      <w:r>
        <w:br/>
      </w:r>
      <w:r>
        <w:rPr>
          <w:sz w:val="20"/>
        </w:rPr>
        <w:t>41:12  ji, hum yeh Maulana ka bohat hi ahem subject hai ke Quran ko tadabbur ke sath parhna chahiye.</w:t>
      </w:r>
      <w:r>
        <w:br/>
      </w:r>
      <w:r>
        <w:rPr>
          <w:sz w:val="20"/>
        </w:rPr>
        <w:t>41:25  tadabbur ka matlab yeh hai, Maulana is ki example dete thay ke jaise ice berg hota hai, woh chota sa nazar aata hai, lekin andar bohat bara hota hai.</w:t>
      </w:r>
      <w:r>
        <w:br/>
      </w:r>
      <w:r>
        <w:rPr>
          <w:sz w:val="20"/>
        </w:rPr>
        <w:t>41:34  woh to yahi haal Quran ka bhi hai ke Quran ke baray mein aata hai, luckily ayat minhazahr wa batn ke har Quran ki wirth mein aik outer content hai aur aik inner content hai.</w:t>
      </w:r>
      <w:r>
        <w:br/>
      </w:r>
      <w:r>
        <w:rPr>
          <w:sz w:val="20"/>
        </w:rPr>
        <w:t>41:49  to is ko tadabbur ke tor par, tadabbur yani wahi is ka matlab tadabbur hai. aur Maulana kehte thay ke Quran ko agar sirf aap ne arabi mein parh liya, aur arabi hamari mother tongue bhi nahi hai,</w:t>
      </w:r>
      <w:r>
        <w:br/>
      </w:r>
      <w:r>
        <w:rPr>
          <w:sz w:val="20"/>
        </w:rPr>
        <w:t>42:05  aaj kal log sirf ziyada tar parhte hain sawab kamane ke liye, Quran ko arabi mein bana samjhe.</w:t>
      </w:r>
      <w:r>
        <w:br/>
      </w:r>
      <w:r>
        <w:rPr>
          <w:sz w:val="20"/>
        </w:rPr>
        <w:t>42:14  Maulana ka kehna tha ke Quran ko aise parhein ke aap ne koi hissa parha, phir us pe sochein, phir gehrai se sochein to aap ke layer upon layer jo is ke meaning hain, woh khulte chale jayenge.</w:t>
      </w:r>
      <w:r>
        <w:br/>
      </w:r>
      <w:r>
        <w:rPr>
          <w:sz w:val="20"/>
        </w:rPr>
        <w:t>42:27  Maulana ka kehna tha ke Quran aik choti book hai, if you compare it with bible, it is one sixth of the bible.</w:t>
      </w:r>
      <w:r>
        <w:br/>
      </w:r>
      <w:r>
        <w:rPr>
          <w:sz w:val="20"/>
        </w:rPr>
        <w:t>42:37  bohat hi choti kitaab hai is sense mein.</w:t>
      </w:r>
      <w:r>
        <w:br/>
      </w:r>
      <w:r>
        <w:rPr>
          <w:sz w:val="20"/>
        </w:rPr>
        <w:t>42:40  to lekin is ke jo meaning hain, woh hidden meaning hain, woh ice berg ki tarah se hain ke aap jab ghaur karte hain to jab ghaur karte hain to phir Allah taala ki taraf se inspirations aate hain, yani faizanat farishte ke zariye.</w:t>
      </w:r>
      <w:r>
        <w:br/>
      </w:r>
      <w:r>
        <w:rPr>
          <w:sz w:val="20"/>
        </w:rPr>
        <w:t>42:57  to woh faizanat aate hain, aap ko inspire karte hain, aur jo deeper meaning hai, us tak aap pahunch paate hain, aur wohi real meaning hai.</w:t>
      </w:r>
      <w:r>
        <w:br/>
      </w:r>
      <w:r>
        <w:rPr>
          <w:sz w:val="20"/>
        </w:rPr>
        <w:t>43:05  Maulana ka kehna tha ke jo deeper meaning hai Quran ka, wohi real meaning hai. to Quran ko tarjume se parhein, urdu, hindi, english, kyunke mother tongue mein, mein khud urdu mein parhta hoon.</w:t>
      </w:r>
      <w:r>
        <w:br/>
      </w:r>
      <w:r>
        <w:rPr>
          <w:sz w:val="20"/>
        </w:rPr>
        <w:t>43:20  jab mother tongue mein hum parhte hain to ziyada hamare dil pe asar hota hai banisbat hum kisi foreign language mein parhein.</w:t>
      </w:r>
      <w:r>
        <w:br/>
      </w:r>
      <w:r>
        <w:rPr>
          <w:sz w:val="20"/>
        </w:rPr>
        <w:t>43:28  to yeh bohat zaroori hai ke urdu mein parhein, aur tazkir ul Quran ko is tarah se parhein ke is ke deeper meanings tak pahunch sakein.</w:t>
      </w:r>
      <w:r>
        <w:br/>
      </w:r>
      <w:r>
        <w:rPr>
          <w:sz w:val="20"/>
        </w:rPr>
        <w:t>43:37  aur jo tazkir ul Quran hai, yeh Maulana ne likhi hai, bohat hi mukhtasar tafseer hai, handy, aur is mein sirf Maulana ne khud yeh baat likhi hai is ke introduction mein ke yeh is mein tazkiri pehlu hi ko numayan kiya gaya hai.</w:t>
      </w:r>
      <w:r>
        <w:br/>
      </w:r>
      <w:r>
        <w:rPr>
          <w:sz w:val="20"/>
        </w:rPr>
        <w:t>43:55  y</w:t>
      </w:r>
      <w:r>
        <w:br/>
      </w:r>
      <w:r>
        <w:rPr>
          <w:sz w:val="20"/>
        </w:rPr>
        <w:t>43:56  ani bohat sari information hai, bohat sari baatein hain, is ko ignore karte hue khud likha hai Maulana ne is mein ke woh sab cheezein ignore kar ke sirf jo tazkiri pehlu hai, jo sabaq ka pehlu hai, jis mein lessons hain hamare liye, is pehlu ko highlight kiya gaya hai, aur woh bhi bohat hi brief.</w:t>
      </w:r>
      <w:r>
        <w:br/>
      </w:r>
      <w:r>
        <w:rPr>
          <w:sz w:val="20"/>
        </w:rPr>
        <w:t>44:13  to tazkir ul Quran parhein, aur aap koshish karein ke is kitab ko apne apne halqe mein promote kar</w:t>
      </w:r>
      <w:r>
        <w:br/>
      </w:r>
      <w:r>
        <w:rPr>
          <w:sz w:val="20"/>
        </w:rPr>
        <w:t>44:22  ein. Yani jo bhi log hain, parhe likhe log hain, ulma hain, masajid mein jo imam hain, chounke woh khutba dein ge to kuch is mein se parh ke dein to bohat achi baat hai.</w:t>
      </w:r>
      <w:r>
        <w:br/>
      </w:r>
      <w:r>
        <w:rPr>
          <w:sz w:val="20"/>
        </w:rPr>
        <w:t>44:37  ab yahan par ek hamare saathi hain, Ammar shayad yahan par hon, to woh Delhi mein unhone har masjid mein taqreeban yeh kitab rakhwa</w:t>
      </w:r>
      <w:r>
        <w:br/>
      </w:r>
      <w:r>
        <w:rPr>
          <w:sz w:val="20"/>
        </w:rPr>
        <w:t>44:47  di hai. Ji, to yeh mere khayal se bohat acha tareeqa hai ke apne apne maqam pe aap log Tazkir ul Quran ko Urdu, Hindi, English mein aa gayi hai, aur bhi languages mein kaam chal raha hai, paanch chhe languages mein aa gayi hai yeh kitab.</w:t>
      </w:r>
      <w:r>
        <w:br/>
      </w:r>
      <w:r>
        <w:rPr>
          <w:sz w:val="20"/>
        </w:rPr>
        <w:t>45:00  to aap is ko masajid mein rakhein, madaris mein dein, jo Sahaba zauk log hain, un tak pohanch</w:t>
      </w:r>
      <w:r>
        <w:br/>
      </w:r>
      <w:r>
        <w:rPr>
          <w:sz w:val="20"/>
        </w:rPr>
        <w:t>45:08  ayein. To ek tareeqe se Quran ka behtareen, yani interpretation hai, aur Maulana ka ek taaruf bhi ho jata hai jo log nahi jante Mol</w:t>
      </w:r>
      <w:r>
        <w:br/>
      </w:r>
      <w:r>
        <w:rPr>
          <w:sz w:val="20"/>
        </w:rPr>
        <w:t>45:19  ana ko. To main guzarish karunga aap sab se khaas taur se is kitab ko aap zyada se zyada promote karein taake yeh mission ki bhi ek bohat aham kitab hai, aur Maulana ka bhi introduction hota hai, aur is se yani bohat hi gehrai se baatein samajh mein aati hain.</w:t>
      </w:r>
    </w:p>
    <w:p>
      <w:pPr>
        <w:pStyle w:val="Heading2"/>
      </w:pPr>
      <w:r>
        <w:t>Explain Quran 2:208 enter into Islam wholeheartedly</w:t>
      </w:r>
    </w:p>
    <w:p>
      <w:r>
        <w:rPr>
          <w:color w:val="666666"/>
          <w:sz w:val="18"/>
        </w:rPr>
        <w:t>Quran &amp; Tafsir · Freedom of Thought in Islam 23 October, 2011 · 7m 08s · at 58:12 · https://youtu.be/aGbxRNNOKzo?t=3492</w:t>
      </w:r>
    </w:p>
    <w:p>
      <w:r>
        <w:rPr>
          <w:i/>
        </w:rPr>
        <w:t>“It is urged in the Quran, chapter 2, verse 208: 'O you who believe, enter into Islam wholeheartedly.' Kindly explain this verse.”</w:t>
      </w:r>
    </w:p>
    <w:p>
      <w:r>
        <w:rPr>
          <w:sz w:val="20"/>
        </w:rPr>
        <w:t>58:12  maulana, yeh sawal Mr. Shoaib Khan ne kiya hai Lucknow se. unhone likha hai: "it is urged in the Quran, chapter number two, verse number 208.</w:t>
      </w:r>
      <w:r>
        <w:br/>
      </w:r>
      <w:r>
        <w:rPr>
          <w:sz w:val="20"/>
        </w:rPr>
        <w:t>58:27  o you who believe, enter into Islam wholeheartedly." Maulana, kindly explain this verse.</w:t>
      </w:r>
      <w:r>
        <w:br/>
      </w:r>
      <w:r>
        <w:rPr>
          <w:sz w:val="20"/>
        </w:rPr>
        <w:t>58:37  wholeheartedly is ka tarjuma nahin hoga.</w:t>
      </w:r>
      <w:r>
        <w:br/>
      </w:r>
      <w:r>
        <w:rPr>
          <w:sz w:val="20"/>
        </w:rPr>
        <w:t>58:40  yaani is ka tarjuma hoga: "poore poore Islam mein dakhil ho jao." adkholu fis silmi kaffah poore ke poore.</w:t>
      </w:r>
      <w:r>
        <w:br/>
      </w:r>
      <w:r>
        <w:rPr>
          <w:sz w:val="20"/>
        </w:rPr>
        <w:t>58:52  to dekhiye, poore ke poore ka matlab yeh nahin ke saare nizaam dakhil karo Islam mein. yeh bilkul hi be salees baat hai ke kis se yeh nikala jaye nazariya ke siyasi nizaam, samaji nizaam, iqtisadi nizaam, falan nizaam, yeh nizaam.</w:t>
      </w:r>
      <w:r>
        <w:br/>
      </w:r>
      <w:r>
        <w:rPr>
          <w:sz w:val="20"/>
        </w:rPr>
        <w:t>59:06  nahin, nahin, yeh aayat individual ko mukhatib kar rahi hai. ek fard ko, ek shakhs apne aap ko, apne jo bas mein hai, us ke aitbaar se poore ke poore Islam mein dakhil ho.</w:t>
      </w:r>
      <w:r>
        <w:br/>
      </w:r>
      <w:r>
        <w:rPr>
          <w:sz w:val="20"/>
        </w:rPr>
        <w:t>59:22  yaani poori zindagi us ki God oriented zindagi ban jaye.</w:t>
      </w:r>
      <w:r>
        <w:br/>
      </w:r>
      <w:r>
        <w:rPr>
          <w:sz w:val="20"/>
        </w:rPr>
        <w:t>59:29  us ki sochna, us ka bolna, us ka behaviour, us ki dealing, yeh matlab hai is ka. yeh harghiz matlab nahin hai ke saare nizaam hayat ko woh karo.</w:t>
      </w:r>
      <w:r>
        <w:br/>
      </w:r>
      <w:r>
        <w:rPr>
          <w:sz w:val="20"/>
        </w:rPr>
        <w:t>59:43  lad ke logon se qabza karo aur har jagah Islam naafiz karo. is ka koi taalluq is khud sakhta mafhoom ka is aayat se nahin hai.</w:t>
      </w:r>
      <w:r>
        <w:br/>
      </w:r>
      <w:r>
        <w:rPr>
          <w:sz w:val="20"/>
        </w:rPr>
        <w:t>59:53  kyun ke kai log is se yeh matlab nikalte hain.</w:t>
      </w:r>
      <w:r>
        <w:br/>
      </w:r>
      <w:r>
        <w:rPr>
          <w:sz w:val="20"/>
        </w:rPr>
        <w:t>59:57  is ka tarjuma yeh hai ke: "ae iman laane walo! tum poore ke poore Islam mein dakhil ho jao." yeh nahin kaha ke: "ae logon!</w:t>
      </w:r>
      <w:r>
        <w:br/>
      </w:r>
      <w:r>
        <w:rPr>
          <w:sz w:val="20"/>
        </w:rPr>
        <w:t>1:00:14  logon! tum munaazam ho kar logon se iqtidaar chheeno." yeh kahan is mein hai ke iqtidaar chheen kar ke saare mamlaat hayat par Islam par qanoon naafiz karo?</w:t>
      </w:r>
      <w:r>
        <w:br/>
      </w:r>
      <w:r>
        <w:rPr>
          <w:sz w:val="20"/>
        </w:rPr>
        <w:t>1:00:26  yeh kahan hai is mein?</w:t>
      </w:r>
      <w:r>
        <w:br/>
      </w:r>
      <w:r>
        <w:rPr>
          <w:sz w:val="20"/>
        </w:rPr>
        <w:t>1:00:30  is, is, woh, woh shakhs jo Islam laya hai, us shakhs ko khitaab kar rahi hai aayat ke: "ae, ae shakhs! jo tu Islam laya hai, tu dawah kar raha hai momin hone ka, to apni poori zindagi ko Islam mein rang rang le." woh jo doosri jagah hai: sabaq sabqat Allah wa man asma Allah sabaq apni zaati zindagi ko tumhare aitbaar se Islam ke rang mein rang do.</w:t>
      </w:r>
      <w:r>
        <w:br/>
      </w:r>
      <w:r>
        <w:rPr>
          <w:sz w:val="20"/>
        </w:rPr>
        <w:t>1:00:57  yaani poori tarah ins ban jao, poori tarah sachche ban jao. mamlaat mein poori tareeqe se sahih dealing karo. yeh matlab hai is ka.</w:t>
      </w:r>
      <w:r>
        <w:br/>
      </w:r>
      <w:r>
        <w:rPr>
          <w:sz w:val="20"/>
        </w:rPr>
        <w:t>1:01:11  مس فرحان خان نے ممبئی سے سوال کیا ہے۔</w:t>
      </w:r>
      <w:r>
        <w:br/>
      </w:r>
      <w:r>
        <w:rPr>
          <w:sz w:val="20"/>
        </w:rPr>
        <w:t>1:01:15  انہوں نے لکھا ہے: "When inviting non-Muslims towards Islam, how can we expect them to accept the supernatural concepts like muajizaat and existence of jinn?"</w:t>
      </w:r>
      <w:r>
        <w:br/>
      </w:r>
      <w:r>
        <w:rPr>
          <w:sz w:val="20"/>
        </w:rPr>
        <w:t>1:01:42  دیکھیں، آپ کو، آپ کا کام ہے</w:t>
      </w:r>
      <w:r>
        <w:br/>
      </w:r>
      <w:r>
        <w:rPr>
          <w:sz w:val="20"/>
        </w:rPr>
        <w:t>1:01:47  لوگوں کو لٹریچر پہنچانا، بات پہنچانا۔ جب تک آدمی کا ذہن تیار نہ ہو جائے، تب تک وہ کچھ بھی نہیں سمجھے گا۔</w:t>
      </w:r>
      <w:r>
        <w:br/>
      </w:r>
      <w:r>
        <w:rPr>
          <w:sz w:val="20"/>
        </w:rPr>
        <w:t>1:02:00  مثلاً، میں یعنی سمجھتا ہوں کہ ہر چیز معجزہ ہے۔ یہ ماں کے پیٹ میں ایک بچہ بن کر نکلتا ہے، یہ معجزہ نہیں ہے۔</w:t>
      </w:r>
      <w:r>
        <w:br/>
      </w:r>
      <w:r>
        <w:rPr>
          <w:sz w:val="20"/>
        </w:rPr>
        <w:t>1:02:12  یعنی گوشت اور خون بچہ بن جاتا ہے۔ دیکھنے والا، سننے والا، چلنے والا۔ ایک بیج ایک گھر زمین میں پڑتا ہے، ایک درخت بن جاتا ہے۔</w:t>
      </w:r>
      <w:r>
        <w:br/>
      </w:r>
      <w:r>
        <w:rPr>
          <w:sz w:val="20"/>
        </w:rPr>
        <w:t>1:02:21  معجزہ ہی تو ہے یہ۔ دو گھسی ملتی ہیں، وہ پانی بن جاتی ہیں۔ معجزہ ہی تو ہے۔ تو سب چیز معجزہ ہی ہے۔ معجزہ کیا</w:t>
      </w:r>
      <w:r>
        <w:br/>
      </w:r>
      <w:r>
        <w:rPr>
          <w:sz w:val="20"/>
        </w:rPr>
        <w:t>1:02:31  ہے؟ کنورژن۔ حضرت موسیٰ کے ہاتھ میں جو عصا تھا، وہ سانپ بن گیا۔ There is a case of conversion تو کنورژن تو ہر وقت ہو رہا ہے۔</w:t>
      </w:r>
      <w:r>
        <w:br/>
      </w:r>
      <w:r>
        <w:rPr>
          <w:sz w:val="20"/>
        </w:rPr>
        <w:t>1:02:43  ہر وقت ہو رہا ہے۔ میٹر جو ہے، روشن ستارہ بن گیا۔ بیج جو ہے، بڑا درخت بن گیا۔ انسان ماں کے پیٹ میں گوشت اور خون جو ہے، بچہ بن گیا۔</w:t>
      </w:r>
      <w:r>
        <w:br/>
      </w:r>
      <w:r>
        <w:rPr>
          <w:sz w:val="20"/>
        </w:rPr>
        <w:t>1:02:57  تو سب کنورژن ہی تو ہو رہی ہے۔</w:t>
      </w:r>
      <w:r>
        <w:br/>
      </w:r>
      <w:r>
        <w:rPr>
          <w:sz w:val="20"/>
        </w:rPr>
        <w:t>1:03:02  کوئی یہ نہیں کہ پہلے جو ہوا، وہ بس وہ، وہ تھا معجزہ۔ میں بول رہا ہوں، میں تو ہر وقت سوچتا ہوں کہ معجزہ ہے کہ میں بول رہا ہوں۔</w:t>
      </w:r>
      <w:r>
        <w:br/>
      </w:r>
      <w:r>
        <w:rPr>
          <w:sz w:val="20"/>
        </w:rPr>
        <w:t>1:03:14  کیسے میں نے سوچا؟ کیسے میری سوچ جو ہے، وہ لفظوں میں ڈھلی؟ کیسے میں نے زبان سے ادا کیا؟ کیسے وہ بات آپ تک پہنچی؟</w:t>
      </w:r>
      <w:r>
        <w:br/>
      </w:r>
      <w:r>
        <w:rPr>
          <w:sz w:val="20"/>
        </w:rPr>
        <w:t>1:03:23  کیسے آپ نے سن لیا؟ پھر الیکٹرانک دور میں وہ چیز یونیورسل ہو گئی۔ تو معجزہ ہی تو ہے یہ۔</w:t>
      </w:r>
      <w:r>
        <w:br/>
      </w:r>
      <w:r>
        <w:rPr>
          <w:sz w:val="20"/>
        </w:rPr>
        <w:t>1:03:32  تو معجزہ کی حقیقت ہے کنورژن۔ اور کنورژن ہر وقت ہو رہا ہے۔ لیکن یہ بات ہے کہ کب سمجھے گا آدمی جب اس کو، اس کے ذہن کو تیار کریں؟</w:t>
      </w:r>
      <w:r>
        <w:br/>
      </w:r>
      <w:r>
        <w:rPr>
          <w:sz w:val="20"/>
        </w:rPr>
        <w:t>1:03:43  پہلے دن نہیں سمجھ لے گا۔ یہ امید نہ رکھیے کہ ادھر آپ نے کہا، ادھر اس نے مان لیا۔ جب ذہن بن جائے گا اس کا، تو سب کچھ مان لے گا۔</w:t>
      </w:r>
      <w:r>
        <w:br/>
      </w:r>
      <w:r>
        <w:rPr>
          <w:sz w:val="20"/>
        </w:rPr>
        <w:t>1:03:52  میں بھی پہلے نہیں مانتا تھا۔ پہلے میں ایسی باتوں کو نہیں مانتا تھا۔ نوجوانی کی عمر میں۔</w:t>
      </w:r>
      <w:r>
        <w:br/>
      </w:r>
      <w:r>
        <w:rPr>
          <w:sz w:val="20"/>
        </w:rPr>
        <w:t>1:04:00  اب میں جب میں نے دریافت کیا کہ یہ ہے کیا؟ تو کنورژن ہی تو ہے یہ۔ ہر چیز۔ یعنی عصا، حضرت موسیٰ کا عصا جو سانپ بن گیا، تو کنورژن تو تھا وہ۔</w:t>
      </w:r>
      <w:r>
        <w:br/>
      </w:r>
      <w:r>
        <w:rPr>
          <w:sz w:val="20"/>
        </w:rPr>
        <w:t>1:04:14  تو ہر وقت کنورژن ہو رہا ہے۔ ہر وقت کنورژن ہو رہا ہے۔</w:t>
      </w:r>
      <w:r>
        <w:br/>
      </w:r>
      <w:r>
        <w:rPr>
          <w:sz w:val="20"/>
        </w:rPr>
        <w:t>1:04:20  میں جب گاؤں میں رہتا تھا یو پی میں، تو اپنے گھر میں میں نے ایک وہ لگایا۔</w:t>
      </w:r>
      <w:r>
        <w:br/>
      </w:r>
      <w:r>
        <w:rPr>
          <w:sz w:val="20"/>
        </w:rPr>
        <w:t>1:04:33  جس کو کہتے ہیں یوکلپٹس۔ ایک اتنی سی بڑی سی شاخ کہیں مجھے ملی، وہ لگایا۔ اور بہت ہی بڑا درخت بن گیا۔</w:t>
      </w:r>
      <w:r>
        <w:br/>
      </w:r>
      <w:r>
        <w:rPr>
          <w:sz w:val="20"/>
        </w:rPr>
        <w:t>1:04:43  اتنا بڑا کہ دور دور سے وہ دکھائی دیتا تھا۔</w:t>
      </w:r>
      <w:r>
        <w:br/>
      </w:r>
      <w:r>
        <w:rPr>
          <w:sz w:val="20"/>
        </w:rPr>
        <w:t>1:04:47  وہ پہچان بن گئی کہ دیکھو بھئی، وہ گاؤں۔ یہاں یوکلپٹس کا درخت ہے۔ اتنا سا بڑا۔ تو کیسے وہ ایک چھوٹی سی شاخ ایک بڑا درخت بن گیا۔</w:t>
      </w:r>
      <w:r>
        <w:br/>
      </w:r>
      <w:r>
        <w:rPr>
          <w:sz w:val="20"/>
        </w:rPr>
        <w:t>1:04:59  جو دور تک دکھائی دے۔ That was a case of conversion تو میں تو حیران ہوتا تھا دیکھ دیکھ کر کہ کیسے خدا نے ایک چھوٹی سی شاخ کو اتنا بڑا درخت بنا دیا۔</w:t>
      </w:r>
      <w:r>
        <w:br/>
      </w:r>
      <w:r>
        <w:rPr>
          <w:sz w:val="20"/>
        </w:rPr>
        <w:t>1:05:11  تو ہر چیز جو ہے، ایک کیس آف کنورژن ہے۔ ہر چیز معجزہ ہے۔ لیکن اس وقت آدمی کے سمجھ میں آئے گا جب کہ اس کا ذہن آپ بنا چکے ہوں۔</w:t>
      </w:r>
    </w:p>
    <w:p>
      <w:pPr>
        <w:pStyle w:val="Heading2"/>
      </w:pPr>
      <w:r>
        <w:t>Explanation of Allah and angels in rows</w:t>
      </w:r>
    </w:p>
    <w:p>
      <w:r>
        <w:rPr>
          <w:color w:val="666666"/>
          <w:sz w:val="18"/>
        </w:rPr>
        <w:t>Quran &amp; Tafsir · Paradise in The Making March 27, 2011 · 10m 26s · at 1:11:05 · https://youtu.be/Cn5pC7s16sY?t=4265</w:t>
      </w:r>
    </w:p>
    <w:p>
      <w:r>
        <w:rPr>
          <w:i/>
        </w:rPr>
        <w:t>“Explain the verse in Surah Al-Fajr where it says that Allah and angels will come in rows.”</w:t>
      </w:r>
    </w:p>
    <w:p>
      <w:r>
        <w:rPr>
          <w:sz w:val="20"/>
        </w:rPr>
        <w:t>1:11:05  hai. Allah taala hamein mazeed rahin khole, hamare liye. agla sawal ah Maulana Fayyaz Umri ka hai, Gulbergah se.</w:t>
      </w:r>
      <w:r>
        <w:br/>
      </w:r>
      <w:r>
        <w:rPr>
          <w:sz w:val="20"/>
        </w:rPr>
        <w:t>1:11:16  unhon ne likha hai: "Surah Al Fajr mein aaya hai ke Allah aur malaika saf dar saf aayenge. is ki wazahat karein."</w:t>
      </w:r>
      <w:r>
        <w:br/>
      </w:r>
      <w:r>
        <w:rPr>
          <w:sz w:val="20"/>
        </w:rPr>
        <w:t>1:11:28  ab zahir hai ke actual taur par kya hoga, yeh to koi janta nahi hai.</w:t>
      </w:r>
      <w:r>
        <w:br/>
      </w:r>
      <w:r>
        <w:rPr>
          <w:sz w:val="20"/>
        </w:rPr>
        <w:t>1:11:34  lekin bazahir is ka matlab yahi hai ke abhi hum nazar nahi aate, hum ko hum Allah ko dekhte nahi.</w:t>
      </w:r>
      <w:r>
        <w:br/>
      </w:r>
      <w:r>
        <w:rPr>
          <w:sz w:val="20"/>
        </w:rPr>
        <w:t>1:11:43  sab kuch ghayb mein hai. to qayamat had-e-fasal hai. qayamat ke baad kuch kuch ghayb mein nahi rahegi, sab kuch khul jayega.</w:t>
      </w:r>
      <w:r>
        <w:br/>
      </w:r>
      <w:r>
        <w:rPr>
          <w:sz w:val="20"/>
        </w:rPr>
        <w:t>1:11:58  yeh woh haqiqatein hain jo aaj ghaybi bani hui hain: Allah ka wajood, farishton ka wajood, jahannum ka wajood, jannat ka wajood. yeh aaj jo hai ghaybi haqiqatein bani hui hain, aaj woh hamare liye aqeeday ka darja rakhti hain.</w:t>
      </w:r>
      <w:r>
        <w:br/>
      </w:r>
      <w:r>
        <w:rPr>
          <w:sz w:val="20"/>
        </w:rPr>
        <w:t>1:12:13  lekin qayamat ke baad parda hat jayega, parda hat jayega.</w:t>
      </w:r>
      <w:r>
        <w:br/>
      </w:r>
      <w:r>
        <w:rPr>
          <w:sz w:val="20"/>
        </w:rPr>
        <w:t>1:12:21  sab kuch aaina khule taur par dikhai dene lagega.</w:t>
      </w:r>
      <w:r>
        <w:br/>
      </w:r>
      <w:r>
        <w:rPr>
          <w:sz w:val="20"/>
        </w:rPr>
        <w:t>1:12:30  jaise quran majeed mein hai, yahi baat quran majeed mein in alfaaz mein kahi gayi hai ke fakshaf anka ghitaa wa asraka al hadeed to ghitaa ma'ni parda, yani parda hata diya jayega to sab kuch dikhai dega.</w:t>
      </w:r>
      <w:r>
        <w:br/>
      </w:r>
      <w:r>
        <w:rPr>
          <w:sz w:val="20"/>
        </w:rPr>
        <w:t>1:12:45  to farishte jo hain, jook dar jook aayenge aur Allah taala ka bhi zahoor hoga. lekin fi waqe kya hoga, us ko koi insaan nahi janta</w:t>
      </w:r>
      <w:r>
        <w:br/>
      </w:r>
      <w:r>
        <w:rPr>
          <w:sz w:val="20"/>
        </w:rPr>
        <w:t>1:12:58  a. hum us ko mujmal taur par samajh sakte hain ke aisa hoga.</w:t>
      </w:r>
      <w:r>
        <w:br/>
      </w:r>
      <w:r>
        <w:rPr>
          <w:sz w:val="20"/>
        </w:rPr>
        <w:t>1:13:04  Maulana Asrar Umri ne Tamil Nadu se likha hai. insaan apni mahdoodiyat ko kaise daryaft kare? Maulana us ke bare mein batayein.</w:t>
      </w:r>
      <w:r>
        <w:br/>
      </w:r>
      <w:r>
        <w:rPr>
          <w:sz w:val="20"/>
        </w:rPr>
        <w:t>1:13:15  woh to har lamha mahdoodiyat jaan sakta hai. aadmi abhi dekhiye, aap ka aaj raat ko arth aur tha,</w:t>
      </w:r>
      <w:r>
        <w:br/>
      </w:r>
      <w:r>
        <w:rPr>
          <w:sz w:val="20"/>
        </w:rPr>
        <w:t>1:13:27  sarhe aath se sarhe nau tak. aaj hi raat ki baat hai, arth aur to arth aur mein kya tha ke light band karna tha. yani ek ghante tak raat light band kar rakhna tha.</w:t>
      </w:r>
      <w:r>
        <w:br/>
      </w:r>
      <w:r>
        <w:rPr>
          <w:sz w:val="20"/>
        </w:rPr>
        <w:t>1:13:40  to hum ne apne haan sarhe aath se sarhe nau tak light band rakhi. to achaanak kya mehsoos hua ke ab aankh hai, main dekh nahin sakta.</w:t>
      </w:r>
      <w:r>
        <w:br/>
      </w:r>
      <w:r>
        <w:rPr>
          <w:sz w:val="20"/>
        </w:rPr>
        <w:t>1:13:51  jab tak jal rahi thi to main dekh pata tha.</w:t>
      </w:r>
      <w:r>
        <w:br/>
      </w:r>
      <w:r>
        <w:rPr>
          <w:sz w:val="20"/>
        </w:rPr>
        <w:t>1:13:56  ab jo light nahin hai to main aankh hai, main dekh nahin sakta. yeh to hai tajurba apne mahdoodiyat ka.</w:t>
      </w:r>
      <w:r>
        <w:br/>
      </w:r>
      <w:r>
        <w:rPr>
          <w:sz w:val="20"/>
        </w:rPr>
        <w:t>1:14:09  yahi to tajurba hai. aap pani peete hain to aap sochiye ke aap pani bana sakte hain. to yeh bhi tajurba mahdoodiyat ka hai ke main yani pani nahin bana sakta.</w:t>
      </w:r>
      <w:r>
        <w:br/>
      </w:r>
      <w:r>
        <w:rPr>
          <w:sz w:val="20"/>
        </w:rPr>
        <w:t>1:14:22  agarche mujhe pani ki zaroorat hai,</w:t>
      </w:r>
      <w:r>
        <w:br/>
      </w:r>
      <w:r>
        <w:rPr>
          <w:sz w:val="20"/>
        </w:rPr>
        <w:t>1:14:24  yani meri meri yahan had aa jati hai ke main khud pani banaun. bol raha hun, main ek lamhe mein mere bolna band ho sakta hai.</w:t>
      </w:r>
      <w:r>
        <w:br/>
      </w:r>
      <w:r>
        <w:rPr>
          <w:sz w:val="20"/>
        </w:rPr>
        <w:t>1:14:36  apni zindagi mein main ne aise log dekhe hain ke khoob achhe the, tandrust, un ki bol band ho gayi, bol nahin sakte the. woh aise hi bas dekhte rehte the.</w:t>
      </w:r>
      <w:r>
        <w:br/>
      </w:r>
      <w:r>
        <w:rPr>
          <w:sz w:val="20"/>
        </w:rPr>
        <w:t>1:14:46  aise log the ke memory bohat achhi thi, achaanak chali gayi. ab kuch kisi ko pehchante nahin the. woh</w:t>
      </w:r>
      <w:r>
        <w:br/>
      </w:r>
      <w:r>
        <w:rPr>
          <w:sz w:val="20"/>
        </w:rPr>
        <w:t>1:14:52  to lamahdoodiyat ka tajurba hai. to har lamha, har har cheez mein ho sakta hai. sirf yeh hai ke shaoor bedar ho, aap hassas hon.</w:t>
      </w:r>
      <w:r>
        <w:br/>
      </w:r>
      <w:r>
        <w:rPr>
          <w:sz w:val="20"/>
        </w:rPr>
        <w:t>1:15:04  har lamha, har lamha. is mein koi kisi yani banawati taur par kisi course ki zaroorat nahin hai.</w:t>
      </w:r>
      <w:r>
        <w:br/>
      </w:r>
      <w:r>
        <w:rPr>
          <w:sz w:val="20"/>
        </w:rPr>
        <w:t>1:15:13  jo har lamha jo aap ki zindagi hai, is mein har waqt aap ko is ka tajurba hota rehta hai.</w:t>
      </w:r>
      <w:r>
        <w:br/>
      </w:r>
      <w:r>
        <w:rPr>
          <w:sz w:val="20"/>
        </w:rPr>
        <w:t>1:15:21  main to har second mein tajurba karta hun, har minute tajurba karta hun, har lamha tajurba karta hun apni mahdoodiyat ka.</w:t>
      </w:r>
      <w:r>
        <w:br/>
      </w:r>
      <w:r>
        <w:rPr>
          <w:sz w:val="20"/>
        </w:rPr>
        <w:t>1:15:32  to cheez kya hai? shaoor ki bedari, soch ki bedari, mind ko activate karna.</w:t>
      </w:r>
      <w:r>
        <w:br/>
      </w:r>
      <w:r>
        <w:rPr>
          <w:sz w:val="20"/>
        </w:rPr>
        <w:t>1:15:45  bas aur kuch nahin.</w:t>
      </w:r>
      <w:r>
        <w:br/>
      </w:r>
      <w:r>
        <w:rPr>
          <w:sz w:val="20"/>
        </w:rPr>
        <w:t>1:15:47  warna sartaapa hum yani yani hum ek ek aisa aisa wajood hain jo sartaapa mahdood wajood hai.</w:t>
      </w:r>
      <w:r>
        <w:br/>
      </w:r>
      <w:r>
        <w:rPr>
          <w:sz w:val="20"/>
        </w:rPr>
        <w:t>1:15:57  to har waqt is ke tajurbaat saamne aate rehte hain. agar zinda shaoor ho hamare andar, soch jaagi hui ho to har waqt hamein mehsoos hoga ke dekho, yahan main aaj sabit hua.</w:t>
      </w:r>
      <w:r>
        <w:br/>
      </w:r>
      <w:r>
        <w:rPr>
          <w:sz w:val="20"/>
        </w:rPr>
        <w:t>1:16:11  dekho, yahan mahdoodiyat aa gayi.</w:t>
      </w:r>
      <w:r>
        <w:br/>
      </w:r>
      <w:r>
        <w:rPr>
          <w:sz w:val="20"/>
        </w:rPr>
        <w:t>1:16:19  jaise main ek martaba gaya ek kalbar ahmedabad mein, ek factory ek saamne lagai thi. nayi, woh engineer the to woh nayi factory thi, woh le gaye us ko.</w:t>
      </w:r>
      <w:r>
        <w:br/>
      </w:r>
      <w:r>
        <w:rPr>
          <w:sz w:val="20"/>
        </w:rPr>
        <w:t>1:16:33  to unhon ne kaha, baat cheet karte hue, mere paas koi manager nahin hai. yani MBA ka jo course hota hai, is course ko kar ke management sikhau.</w:t>
      </w:r>
      <w:r>
        <w:br/>
      </w:r>
      <w:r>
        <w:rPr>
          <w:sz w:val="20"/>
        </w:rPr>
        <w:t>1:16:46  aisa aadmi mere paas nahin, main engineer hun. in to technology ke aitbaar se main factory ko dekh bhaal kar sakta hun.</w:t>
      </w:r>
      <w:r>
        <w:br/>
      </w:r>
      <w:r>
        <w:rPr>
          <w:sz w:val="20"/>
        </w:rPr>
        <w:t>1:16:57  to is ko batate hue unhon ne kaha ke yeh jumla bole the woh ke apni to limit aa jati hai management side par.</w:t>
      </w:r>
      <w:r>
        <w:br/>
      </w:r>
      <w:r>
        <w:rPr>
          <w:sz w:val="20"/>
        </w:rPr>
        <w:t>1:17:09  apni to limit aa jati hai management side par.</w:t>
      </w:r>
      <w:r>
        <w:br/>
      </w:r>
      <w:r>
        <w:rPr>
          <w:sz w:val="20"/>
        </w:rPr>
        <w:t>1:17:19  to yeh yeh insaan ka haal hai</w:t>
      </w:r>
      <w:r>
        <w:br/>
      </w:r>
      <w:r>
        <w:rPr>
          <w:sz w:val="20"/>
        </w:rPr>
        <w:t>1:17:25  ke apni to limit aa jati hai management side par. to apni to limit aa jati hai is par. is par har waqt aap hi abhi to limit aa jati hai bolne ke had par, pani ke is par, har cheez par, aankh dekhne par.</w:t>
      </w:r>
      <w:r>
        <w:br/>
      </w:r>
      <w:r>
        <w:rPr>
          <w:sz w:val="20"/>
        </w:rPr>
        <w:t>1:17:38  kyunke kyunke koi bhi cheez aisi nahi jahan aap hum yaani mehdoodiyat ke sh</w:t>
      </w:r>
      <w:r>
        <w:br/>
      </w:r>
      <w:r>
        <w:rPr>
          <w:sz w:val="20"/>
        </w:rPr>
        <w:t>1:17:43  kar na hon. Cheez yeh hai ke hum sochte nahi hain, daryaft nahi kar paate. Warna har lamha hamara har tajurba yaad dilata hai hum ko apni limitations ka.</w:t>
      </w:r>
      <w:r>
        <w:br/>
      </w:r>
      <w:r>
        <w:rPr>
          <w:sz w:val="20"/>
        </w:rPr>
        <w:t>1:17:57  Maulana Inayatullah Umri ne Bengaluru se likha hai. Qayamat, jannat aur jahannum ki mukammal tafseelat sirf Quran mein hain ya aur koi mazhabi kitab mein bhi hain?</w:t>
      </w:r>
      <w:r>
        <w:br/>
      </w:r>
      <w:r>
        <w:rPr>
          <w:sz w:val="20"/>
        </w:rPr>
        <w:t>1:18:11  Is ke bare mein aap batayein.</w:t>
      </w:r>
      <w:r>
        <w:br/>
      </w:r>
      <w:r>
        <w:rPr>
          <w:sz w:val="20"/>
        </w:rPr>
        <w:t>1:18:15  Main samajhta hoon ke har mazhab mein hai, lekin zahir hai ke authentic tor par to sirf Quran Hadees hi mein hai. Aur jitne mazhab hain, sab mein kahin na kahin tareeqe se woh cheez hai maujood.</w:t>
      </w:r>
      <w:r>
        <w:br/>
      </w:r>
      <w:r>
        <w:rPr>
          <w:sz w:val="20"/>
        </w:rPr>
        <w:t>1:18:31  Kahin bohat hi halke andaaz mein hai, kahin taqatwar andaaz mein hai, kahin bigre hue andaaz mein hai. To kisi na kisi aitbaar se is ka tasawwur maujood hai.</w:t>
      </w:r>
      <w:r>
        <w:br/>
      </w:r>
      <w:r>
        <w:rPr>
          <w:sz w:val="20"/>
        </w:rPr>
        <w:t>1:18:47  Mislan jo mazhab reincarnation ko manta hai, wahan bhi swarg aur narak ka tasawwur maujood hai.</w:t>
      </w:r>
      <w:r>
        <w:br/>
      </w:r>
      <w:r>
        <w:rPr>
          <w:sz w:val="20"/>
        </w:rPr>
        <w:t>1:18:56  Lekin zyada yaqini shakal mein, mustanad shakal mein, authentic shakal mein agar aap ko janna hai to woh Quran mein milega aur Hadees mein milega, kyunke woh mehfooz kitab hai.</w:t>
      </w:r>
      <w:r>
        <w:br/>
      </w:r>
      <w:r>
        <w:rPr>
          <w:sz w:val="20"/>
        </w:rPr>
        <w:t>1:19:11  Maulana Abdul Basit Umri ne Doha, Qatar se likha hai.</w:t>
      </w:r>
      <w:r>
        <w:br/>
      </w:r>
      <w:r>
        <w:rPr>
          <w:sz w:val="20"/>
        </w:rPr>
        <w:t>1:19:16  Maulana, scientific framework aur traditional framework ka matlab kya hai? Is ke bare mein batayein. Main is bare mein hamari kitabein padhi hain, aap se bohat zyada is pe likha gaya hai.</w:t>
      </w:r>
      <w:r>
        <w:br/>
      </w:r>
      <w:r>
        <w:rPr>
          <w:sz w:val="20"/>
        </w:rPr>
        <w:t>1:19:31  Khulasa yeh hai ke traditional framework yeh tha pehle ke mufradat par hua karta tha, assumption par.</w:t>
      </w:r>
      <w:r>
        <w:br/>
      </w:r>
      <w:r>
        <w:rPr>
          <w:sz w:val="20"/>
        </w:rPr>
        <w:t>1:19:43  Mislan pehle maan liya gaya tha ke yeh pani jo hai, yeh devta ki jatta se niklta hai. Aap log padhte the ke devta koi hai, koi jatta hai us ki, to us se pani nikal ke aa raha hai, nadiyon mein beh raha hai.</w:t>
      </w:r>
      <w:r>
        <w:br/>
      </w:r>
      <w:r>
        <w:rPr>
          <w:sz w:val="20"/>
        </w:rPr>
        <w:t>1:19:56  To yeh ek mufrada tha, us se kisi ne tehqeeq nahi ki thi. Ab science ne tehqeeq ki, maloom hua ke is ka kisi devta se taluq nahi hai, is ka ek process hai.</w:t>
      </w:r>
      <w:r>
        <w:br/>
      </w:r>
      <w:r>
        <w:rPr>
          <w:sz w:val="20"/>
        </w:rPr>
        <w:t>1:20:08  To pehle zamane mein mufradat hua karte the,</w:t>
      </w:r>
      <w:r>
        <w:br/>
      </w:r>
      <w:r>
        <w:rPr>
          <w:sz w:val="20"/>
        </w:rPr>
        <w:t>1:20:12  In mufradat par bana rakh kar ke log maan lete the.</w:t>
      </w:r>
      <w:r>
        <w:br/>
      </w:r>
      <w:r>
        <w:rPr>
          <w:sz w:val="20"/>
        </w:rPr>
        <w:t>1:20:20  Mislan main apne zamane mein dekha hai, main ne bachpan mein ke chechak log chechak ka ilaaj nahi karte the, kyunke samajhte the ke chechak ka ilaaj nahi karna hai. Chechak devta ke waise aati hai, devta ko khush karo, ilaaj karoge to devta ghussa ho jayega aur chechak badh jayegi.</w:t>
      </w:r>
      <w:r>
        <w:br/>
      </w:r>
      <w:r>
        <w:rPr>
          <w:sz w:val="20"/>
        </w:rPr>
        <w:t>1:20:37  Apne bachpan mein dekha hai main ne,</w:t>
      </w:r>
      <w:r>
        <w:br/>
      </w:r>
      <w:r>
        <w:rPr>
          <w:sz w:val="20"/>
        </w:rPr>
        <w:t>1:20:39  To yeh aaj tak chala ja raha hai ke log yaani scrutiny nahi karte, cheezon ki mufradat par rai bana lete hain.</w:t>
      </w:r>
      <w:r>
        <w:br/>
      </w:r>
      <w:r>
        <w:rPr>
          <w:sz w:val="20"/>
        </w:rPr>
        <w:t>1:20:49  Scientific framework yeh hai ke aap haqaiq par rai banayein, proof fact par rai banayein, sabit shuda haqaiq par rai banayein. To</w:t>
      </w:r>
      <w:r>
        <w:br/>
      </w:r>
      <w:r>
        <w:rPr>
          <w:sz w:val="20"/>
        </w:rPr>
        <w:t>1:20:59  Ek hai, aye yaani ek yaani mazi se chala hua, maa baap, baap dada se suna hua ek mufrada hai, usi par rai banate chale ja rahe hain aap.</w:t>
      </w:r>
      <w:r>
        <w:br/>
      </w:r>
      <w:r>
        <w:rPr>
          <w:sz w:val="20"/>
        </w:rPr>
        <w:t>1:21:10  Aur yeh ke hai ke haqaiq ki chhanbeen karein, jab woh sabit ho jaye to us us par bana rakh kar ke apni rai qaim karein.</w:t>
      </w:r>
      <w:r>
        <w:br/>
      </w:r>
      <w:r>
        <w:rPr>
          <w:sz w:val="20"/>
        </w:rPr>
        <w:t>1:21:19  To khulasa yeh hai ke ek tareeqe mein mufradat par rai qaim kiya kar jati hai, aur doosre tareeqe mein sabit shuda haqaiq par rai qaim ki jati hai.</w:t>
      </w:r>
    </w:p>
    <w:p>
      <w:pPr>
        <w:pStyle w:val="Heading2"/>
      </w:pPr>
      <w:r>
        <w:t>Explanation of Quran 25:54 about creation from water</w:t>
      </w:r>
    </w:p>
    <w:p>
      <w:r>
        <w:rPr>
          <w:color w:val="666666"/>
          <w:sz w:val="18"/>
        </w:rPr>
        <w:t>Quran &amp; Tafsir · Islam in A New Age March 18, 2012 · 5m 05s · at 1:08:32 · https://youtu.be/P5hzq_NheY0?t=4112</w:t>
      </w:r>
    </w:p>
    <w:p>
      <w:r>
        <w:rPr>
          <w:i/>
        </w:rPr>
        <w:t>“Kindly explain this Quranic verse which is in Chapter 25, Verse number 54, where it is said: 'It is God who has created human beings from water.'”</w:t>
      </w:r>
    </w:p>
    <w:p>
      <w:r>
        <w:rPr>
          <w:sz w:val="20"/>
        </w:rPr>
        <w:t>1:08:32  is mein to koi koi ikhtilaf ki baat nahi hai. ji. maulana, agla sawal hai dilli se maulana zikwan nadvi sahib ka.</w:t>
      </w:r>
      <w:r>
        <w:br/>
      </w:r>
      <w:r>
        <w:rPr>
          <w:sz w:val="20"/>
        </w:rPr>
        <w:t>1:08:44  unhon</w:t>
      </w:r>
      <w:r>
        <w:br/>
      </w:r>
      <w:r>
        <w:rPr>
          <w:sz w:val="20"/>
        </w:rPr>
        <w:t>1:08:45  ne likha hai Kindly explain this Quranic verse which is in Chapter 25, Verse number 54, where it is said: "It is God who has created human beings from water,</w:t>
      </w:r>
      <w:r>
        <w:br/>
      </w:r>
      <w:r>
        <w:rPr>
          <w:sz w:val="20"/>
        </w:rPr>
        <w:t>1:08:59  and God has granted them the ties of blood as well as marriage."</w:t>
      </w:r>
      <w:r>
        <w:br/>
      </w:r>
      <w:r>
        <w:rPr>
          <w:sz w:val="20"/>
        </w:rPr>
        <w:t>1:09:05  haan, yeh jo taluq hota hai, us ki taraf is mein ishara hai. taluq do buniyad par hota hai: ek rishta aur ek khoon.</w:t>
      </w:r>
      <w:r>
        <w:br/>
      </w:r>
      <w:r>
        <w:rPr>
          <w:sz w:val="20"/>
        </w:rPr>
        <w:t>1:09:17  yani ek yeh ke hum khoon, yani blood relationship ki wajah se kisi se mutalliq ho jatay hain. ek yeh hai ke rishtadari ki bina par jo shadiyan hoti hain, rishtadari qaim hoti hain.</w:t>
      </w:r>
      <w:r>
        <w:br/>
      </w:r>
      <w:r>
        <w:rPr>
          <w:sz w:val="20"/>
        </w:rPr>
        <w:t>1:09:28  to us ki taraf ishara hai ke yeh jo hai taluq jo qaim hota hai khoon se ya rishtadari se, yeh Allah taala ki ek nemat hai.</w:t>
      </w:r>
      <w:r>
        <w:br/>
      </w:r>
      <w:r>
        <w:rPr>
          <w:sz w:val="20"/>
        </w:rPr>
        <w:t>1:09:38  kyunke kyunke aap jantay hain ke janwaron mein aisa nahi hota. yeh taluqat janwaron mein nahi hain. wahan na rishtadari ke aitbar se hai, na khoon ke aitbar se hai.</w:t>
      </w:r>
      <w:r>
        <w:br/>
      </w:r>
      <w:r>
        <w:rPr>
          <w:sz w:val="20"/>
        </w:rPr>
        <w:t>1:09:48  har har janwar alag alag rehta hai. to ek doosray ki mohabbat nahi, ek doosray ki khair khwahi nahi, haiwanon mein yeh baat nahi pai jati.</w:t>
      </w:r>
      <w:r>
        <w:br/>
      </w:r>
      <w:r>
        <w:rPr>
          <w:sz w:val="20"/>
        </w:rPr>
        <w:t>1:09:57  to yeh bohat bari nemat hai ke hum in rishton ki bina par, khooni taluq ki bina par, ek doosray ki khair khwahi mein milti hain.</w:t>
      </w:r>
      <w:r>
        <w:br/>
      </w:r>
      <w:r>
        <w:rPr>
          <w:sz w:val="20"/>
        </w:rPr>
        <w:t>1:10:06  ek doosray ka taawun milta hai, ek doosray ka pyar ko milta hai. yeh yeh Allah taala ki ek nemat hai jo kisi aur ko hasil nahi, insan ke siwa aur jo makhluqat hain.</w:t>
      </w:r>
      <w:r>
        <w:br/>
      </w:r>
      <w:r>
        <w:rPr>
          <w:sz w:val="20"/>
        </w:rPr>
        <w:t>1:10:22  to yeh yeh ek shaoor ki ki baat hai. aur yani log is ko letay hain sirf, yani mislan family ki dhoom har jagah hai, bas family ko letay hain, bas ek social,</w:t>
      </w:r>
      <w:r>
        <w:br/>
      </w:r>
      <w:r>
        <w:rPr>
          <w:sz w:val="20"/>
        </w:rPr>
        <w:t>1:10:38  yani ek ek ek ek social taluqat ke tor par. is ko shukr ke tor par nahi letay. har aadmi family ki batein karta hai, lekin bator social taluqat ke mein is ko leta hoon shukr ke tor par ke Allah taala ne agar yeh jazba na rakha hota,</w:t>
      </w:r>
      <w:r>
        <w:br/>
      </w:r>
      <w:r>
        <w:rPr>
          <w:sz w:val="20"/>
        </w:rPr>
        <w:t>1:10:56  agar haiwan ki tarah ho muamla hota insan ka, ke jazba hi na hota, yani na khooni rishte se taluq qaim hota, na rishtadari se taluq qaim hota, to hum haiwan ki tarah hotay.</w:t>
      </w:r>
      <w:r>
        <w:br/>
      </w:r>
      <w:r>
        <w:rPr>
          <w:sz w:val="20"/>
        </w:rPr>
        <w:t>1:11:09  to in cheezon ko log letay hain, lekin log letay hain koi social maani mein. mein is ko leta hoon shukr ke</w:t>
      </w:r>
      <w:r>
        <w:br/>
      </w:r>
      <w:r>
        <w:rPr>
          <w:sz w:val="20"/>
        </w:rPr>
        <w:t>1:11:16  maani mein. aur yahi sahi hai islami nuqta nazar se ke aap is ko shukr khane mein dalain. maulana, un ka ek aur sawal hai.</w:t>
      </w:r>
      <w:r>
        <w:br/>
      </w:r>
      <w:r>
        <w:rPr>
          <w:sz w:val="20"/>
        </w:rPr>
        <w:t>1:11:25  unhon ne poocha hai What is the importance of contradictory thinking? is ke baray mein batain.</w:t>
      </w:r>
      <w:r>
        <w:br/>
      </w:r>
      <w:r>
        <w:rPr>
          <w:sz w:val="20"/>
        </w:rPr>
        <w:t>1:11:39  yeh to ek bohat hi woh pecheeda sawal hai. beharhal, to mukhtasar mein yeh kahoon ga ke aam tor par tanqeed se, yani criticism se jo ghussa hotay hain,</w:t>
      </w:r>
      <w:r>
        <w:br/>
      </w:r>
      <w:r>
        <w:rPr>
          <w:sz w:val="20"/>
        </w:rPr>
        <w:t>1:11:56  aur koi criticize kiya jaye kisi par, to woh samajhtay hain ke apne ko bara samajhta hai aadmi.</w:t>
      </w:r>
      <w:r>
        <w:br/>
      </w:r>
      <w:r>
        <w:rPr>
          <w:sz w:val="20"/>
        </w:rPr>
        <w:t>1:12:01  yeh aam, yani soch logon ki hai ke aap ne criticize kiya kisi ke oopar, chahe woh kitni daleel ke sath ho, bohat hi scientific ho, bohat hi rational ho, lekin woh samjhay ke apne ko superior samajhta hai.</w:t>
      </w:r>
      <w:r>
        <w:br/>
      </w:r>
      <w:r>
        <w:rPr>
          <w:sz w:val="20"/>
        </w:rPr>
        <w:t>1:12:13  woh mein samajhta hoon ke sahi critique woh hai jo apne ko alag kar ke criticism karta hai.</w:t>
      </w:r>
      <w:r>
        <w:br/>
      </w:r>
      <w:r>
        <w:rPr>
          <w:sz w:val="20"/>
        </w:rPr>
        <w:t>1:12:23  sacha critique woh hai jo criticize karta hai apne ko alag kar ke, yani khud intehai modesty mein jeetay huay bhi doosray ke baray mein criticize karta hai.</w:t>
      </w:r>
      <w:r>
        <w:br/>
      </w:r>
      <w:r>
        <w:rPr>
          <w:sz w:val="20"/>
        </w:rPr>
        <w:t>1:12:31  woh yeh hai contradicting thinking, yani apne ko aakhri had tak modest manna. is ke bawajood, aap jab dainkhay ke kahin sachai,</w:t>
      </w:r>
      <w:r>
        <w:br/>
      </w:r>
      <w:r>
        <w:rPr>
          <w:sz w:val="20"/>
        </w:rPr>
        <w:t>1:12:47  koi sachai log log mein log is ko nahi follow kar rahay hain, to wahan par criticize karein aap.</w:t>
      </w:r>
      <w:r>
        <w:br/>
      </w:r>
      <w:r>
        <w:rPr>
          <w:sz w:val="20"/>
        </w:rPr>
        <w:t>1:12:53  to doosray par criticize karna ain usi waqt apne ko nothing samajhtay huay ke mein to kuch bhi nahi hoon. yeh yeh ek yeh ek bohat hi mushkil kaam hai.</w:t>
      </w:r>
      <w:r>
        <w:br/>
      </w:r>
      <w:r>
        <w:rPr>
          <w:sz w:val="20"/>
        </w:rPr>
        <w:t>1:13:04  yeh hai contradicting thinking. lekin Allah taala ne insaan ke andar yeh capacity rakhi hai ke do contradictory khayalat mein jee sake. woh isi ko ek philosopher ne kaha hai ke I am large enough to contain all these contradictions.</w:t>
      </w:r>
      <w:r>
        <w:br/>
      </w:r>
      <w:r>
        <w:rPr>
          <w:sz w:val="20"/>
        </w:rPr>
        <w:t>1:13:21  toh yeh ek bohat oonchi baat hai ke aap apne aap ko kuch na samajhte hue bhi doosre par criticize karein. aur yeh Allah taala ne jo aap ke andar salahiyat rakhi hai, us salahiyat ko zinda kijiye, toh aap aise ban jayenge.</w:t>
      </w:r>
    </w:p>
    <w:p>
      <w:pPr>
        <w:pStyle w:val="Heading2"/>
      </w:pPr>
      <w:r>
        <w:t>Explanation of Quran 3:80</w:t>
      </w:r>
    </w:p>
    <w:p>
      <w:r>
        <w:rPr>
          <w:color w:val="666666"/>
          <w:sz w:val="18"/>
        </w:rPr>
        <w:t>Quran &amp; Tafsir · Man and the Laws of Nature April 1, 2012 · 5m 02s · at 1:36:54 · https://youtu.be/coIrwYQgb6Y?t=5814</w:t>
      </w:r>
    </w:p>
    <w:p>
      <w:r>
        <w:rPr>
          <w:i/>
        </w:rPr>
        <w:t>“Kindly explain verse number 80 of chapter number 3 of Quran, where it is mentioned: 'No one to whom God has given the Scriptures and bestowed wisdom and prophethood would say to men: Worship me instead of God. He would rather say: Be devoted servants of God, for you have taught and studied the Scriptures. Nor would he command you to take the angels and the prophets as your Lord. How could he command you to be disbelievers after you have submitted to God?'”</w:t>
      </w:r>
    </w:p>
    <w:p>
      <w:r>
        <w:rPr>
          <w:sz w:val="20"/>
        </w:rPr>
        <w:t>1:36:54  maulana, agla sawal dilli se hai. maulana zakwan nadvi ka. unhon ne likha hai: "maulana, kindly explain the verse number 7980 of chapter number three of quran, where it is mentioned: no one to whom god has given the scriptures and in whom he has bestowed wisdom and prophethood would say to man: worship me instead of god</w:t>
      </w:r>
      <w:r>
        <w:br/>
      </w:r>
      <w:r>
        <w:rPr>
          <w:sz w:val="20"/>
        </w:rPr>
        <w:t>1:37:20  ". he would rather say: be duteous servants of god, for you have taught and studied the scriptures."</w:t>
      </w:r>
      <w:r>
        <w:br/>
      </w:r>
      <w:r>
        <w:rPr>
          <w:sz w:val="20"/>
        </w:rPr>
        <w:t>1:37:29  noor wad hi enjoy you to take the angels and the prophets as your lord. how could he command? how could he command you to be disbelievers after you have submitted to god?</w:t>
      </w:r>
      <w:r>
        <w:br/>
      </w:r>
      <w:r>
        <w:rPr>
          <w:sz w:val="20"/>
        </w:rPr>
        <w:t>1:37:45  dekhen, yeh history ka bara bhai ajeeb tragedy hai ke hamesha logon ne apne baron ko woh bana liya, but bana liya.</w:t>
      </w:r>
      <w:r>
        <w:br/>
      </w:r>
      <w:r>
        <w:rPr>
          <w:sz w:val="20"/>
        </w:rPr>
        <w:t>1:37:56  jo kehte hain, yaani personality cult. personality cult poori history mein chhaya hua raha hai. isi mein se ek hai paighambar ko banana.</w:t>
      </w:r>
      <w:r>
        <w:br/>
      </w:r>
      <w:r>
        <w:rPr>
          <w:sz w:val="20"/>
        </w:rPr>
        <w:t>1:38:08  apne paighambar ko itna bara darja dete hain ke us ko goya wohi</w:t>
      </w:r>
      <w:r>
        <w:br/>
      </w:r>
      <w:r>
        <w:rPr>
          <w:sz w:val="20"/>
        </w:rPr>
        <w:t>1:38:13  khuda hai. yeh musalmanon ne kar rakha hai. to lafz khuda nahi bolenge, us ko but bhi nahi banayenge. lekin us ko ajeeb ajeeb aqeeday bana rakhe hain ke us ko khuda ka darja de rakha hai.</w:t>
      </w:r>
      <w:r>
        <w:br/>
      </w:r>
      <w:r>
        <w:rPr>
          <w:sz w:val="20"/>
        </w:rPr>
        <w:t>1:38:27  misalan ek ek ek taqreer maine suni ek sahib ki to unhon ne kya kaha? dekho, allah aur muhammad mein koi farq nahi hai. la la ila muhammad rasool allah.</w:t>
      </w:r>
      <w:r>
        <w:br/>
      </w:r>
      <w:r>
        <w:rPr>
          <w:sz w:val="20"/>
        </w:rPr>
        <w:t>1:38:38  bech mein waw nahi hai. yaani and lafz and nahi hai. and nahi hai to mani ke jaise woh, waise woh. ab yeh koi daleel hai ke khuda ko unhon ne, yaani rasool ko, unhein khuda ka darja dena tha aur daleel kya diya ke waw nahi hai.</w:t>
      </w:r>
      <w:r>
        <w:br/>
      </w:r>
      <w:r>
        <w:rPr>
          <w:sz w:val="20"/>
        </w:rPr>
        <w:t>1:38:55  is tarah ke ajeeb o ghareeb qism ke aqeeday bana rakhe hain logon ne aur apne paighambar ko woh darja de rakha jo khuda ka darja hai. sab kuch goya khuda ka, khuda ne apne paighambar ko de diya hai.</w:t>
      </w:r>
      <w:r>
        <w:br/>
      </w:r>
      <w:r>
        <w:rPr>
          <w:sz w:val="20"/>
        </w:rPr>
        <w:t>1:39:06  tum jo chahe karo. yeh sab bilkul batil khayalat hain. is ka islam se koi ta'alluq nahi hai. yeh us ko kehte hain personality cult.</w:t>
      </w:r>
      <w:r>
        <w:br/>
      </w:r>
      <w:r>
        <w:rPr>
          <w:sz w:val="20"/>
        </w:rPr>
        <w:t>1:39:16  saari history mein qomon ka yeh yeh qomon mein baat pai jati rahi ke jis ko personality cult kaha jata hai, yaani shakhsiyat par</w:t>
      </w:r>
      <w:r>
        <w:br/>
      </w:r>
      <w:r>
        <w:rPr>
          <w:sz w:val="20"/>
        </w:rPr>
        <w:t>1:39:25  sati. to shakhsiyat parasti ke mukhtalif, yaani mukhtalif woh hain tareeqay hain. isi wohi barh kar ke but parasti ban jati hai.</w:t>
      </w:r>
      <w:r>
        <w:br/>
      </w:r>
      <w:r>
        <w:rPr>
          <w:sz w:val="20"/>
        </w:rPr>
        <w:t>1:39:36  yaani jo jin ko bara maan lete hain apne apne us mein apne qabeelay ka ya apne khandan ka ya apni qom ka jo bara tha, us ko dheere dheere us ke cult mein mubtala hote hain yahan tak ke us ko but bana lete hain.</w:t>
      </w:r>
      <w:r>
        <w:br/>
      </w:r>
      <w:r>
        <w:rPr>
          <w:sz w:val="20"/>
        </w:rPr>
        <w:t>1:39:54  yeh to quran majeed mein hazrat nooh ke baray mein hai ke hazrat nooh ne apni qom se kaha ke: "waddo suwa aur yaghuth aur nasr, yeh sab kuch ki parasti chhoro." to yeh yeh but kya thay?</w:t>
      </w:r>
      <w:r>
        <w:br/>
      </w:r>
      <w:r>
        <w:rPr>
          <w:sz w:val="20"/>
        </w:rPr>
        <w:t>1:40:09  yeh but un ke un ke apne qomi baron ke but thay. woh</w:t>
      </w:r>
      <w:r>
        <w:br/>
      </w:r>
      <w:r>
        <w:rPr>
          <w:sz w:val="20"/>
        </w:rPr>
        <w:t>1:40:14  yaani un ki qom mein jo baray guzar gaye, pehle unhi ko unhon ne, yaani pehle zamanay mein tasweer to hoti nahi thi, kaghaz kaghaz wali to pathar pe banaya unhon ne aur phir le ke poojna un ko, jhukne jhukne lagay un ko.</w:t>
      </w:r>
      <w:r>
        <w:br/>
      </w:r>
      <w:r>
        <w:rPr>
          <w:sz w:val="20"/>
        </w:rPr>
        <w:t>1:40:26  yehi musalmanon ne kar rakha hai rasool allah salallahu alaihi wasallam ke baray mein. aaj musalmanon ki majority jo hai, woh kal personality cult mein mubtala hai.</w:t>
      </w:r>
      <w:r>
        <w:br/>
      </w:r>
      <w:r>
        <w:rPr>
          <w:sz w:val="20"/>
        </w:rPr>
        <w:t>1:40:34  yaani rasool allah ke baray mein aisay aqeeday ajeeb o ghareeb qism ke ke khuda se mila diya us ko. jaise ek shair hai kisi ka ke: "wohi jo mustawi arsh tha, khuda ho kar, woh idhar pada hai madinay mustafa ho kar."</w:t>
      </w:r>
      <w:r>
        <w:br/>
      </w:r>
      <w:r>
        <w:rPr>
          <w:sz w:val="20"/>
        </w:rPr>
        <w:t>1:40:52  ek ek bar mein ek majlis mein tha, wahan ek ek ek ek musalman aaye, unhon ne gana gaya, bari dhoom machi is gaane ki. to main to ghamgeen pada baitha tha wahan par.</w:t>
      </w:r>
      <w:r>
        <w:br/>
      </w:r>
      <w:r>
        <w:rPr>
          <w:sz w:val="20"/>
        </w:rPr>
        <w:t>1:41:04  to woh shair kya tha un ka: "log mehshar mein hairan reh jayenge, khuda kon hai, mustafa kon hai?" is qism ke laghu baatein jo hain, yeh yeh yeh shirk hain, but parasti hain aur is ka islam se koi ta'alluq nahi hai.</w:t>
      </w:r>
      <w:r>
        <w:br/>
      </w:r>
      <w:r>
        <w:rPr>
          <w:sz w:val="20"/>
        </w:rPr>
        <w:t>1:41:17  aur sab mubtala hain, majority musalman musalmanon ke is mein mubtala hain.</w:t>
      </w:r>
      <w:r>
        <w:br/>
      </w:r>
      <w:r>
        <w:rPr>
          <w:sz w:val="20"/>
        </w:rPr>
        <w:t>1:41:22  yaani jo log yeh tahajjud ke khilaf taqreer karte hain, woh bhi is mein mubtala hain. kaisi ajeeb o ghareeb dunya yeh ke khuda ki ibadat ke bajaye apne paighambar ko bara darja de diya hai, jo jo ke ibadat ka mamla hota hai, wohi darja de diya hai.</w:t>
      </w:r>
      <w:r>
        <w:br/>
      </w:r>
      <w:r>
        <w:rPr>
          <w:sz w:val="20"/>
        </w:rPr>
        <w:t>1:41:42  yeh sab cheezain jo hain, yaani in logon ko darna chahiye allah ta'ala se ke jab marne ke baad qayamat mein hazir honge to yeh sab cheezain un par phenk di jayengi, qabool nahi ki jayengi.</w:t>
      </w:r>
    </w:p>
    <w:p>
      <w:pPr>
        <w:pStyle w:val="Heading2"/>
      </w:pPr>
      <w:r>
        <w:t>Explanation of verifying news from a sinful person</w:t>
      </w:r>
    </w:p>
    <w:p>
      <w:r>
        <w:rPr>
          <w:color w:val="666666"/>
          <w:sz w:val="18"/>
        </w:rPr>
        <w:t>Quran &amp; Tafsir · Q&amp;A 13 Nov 2011 · 5m 01s · at 42:19 · https://youtu.be/oOZ9h37_pL8?t=2539</w:t>
      </w:r>
    </w:p>
    <w:p>
      <w:r>
        <w:rPr>
          <w:i/>
        </w:rPr>
        <w:t>“Please explain the verse: 'O you who believe, if a sinful person brings you news, verify it, lest you unwittingly harm others and then regret what you have done' (Chapter 49, verse 6).”</w:t>
      </w:r>
    </w:p>
    <w:p>
      <w:r>
        <w:rPr>
          <w:sz w:val="20"/>
        </w:rPr>
        <w:t>42:19  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r>
        <w:br/>
      </w:r>
      <w:r>
        <w:rPr>
          <w:sz w:val="20"/>
        </w:rPr>
        <w:t>42:46  this is in chapter 48 verse number 6.</w:t>
      </w:r>
      <w:r>
        <w:br/>
      </w:r>
      <w:r>
        <w:rPr>
          <w:sz w:val="20"/>
        </w:rPr>
        <w:t>42:54  yahan woh hai agar jaa ko faasiq bin bin fatabainu. is ka matlab hai ke koi aap is khabar jab milte hain koi negative news.</w:t>
      </w:r>
      <w:r>
        <w:br/>
      </w:r>
      <w:r>
        <w:rPr>
          <w:sz w:val="20"/>
        </w:rPr>
        <w:t>43:05  yahan negative news murad hai. to is ki tehqeeq karo. fatabainu tabainu ke mani hain khoob tehqeeq karo khoob pata karo.</w:t>
      </w:r>
      <w:r>
        <w:br/>
      </w:r>
      <w:r>
        <w:rPr>
          <w:sz w:val="20"/>
        </w:rPr>
        <w:t>43:15  khoob is ki scurity karo. yeh nahi ke main suna aur lage baandh kar</w:t>
      </w:r>
      <w:r>
        <w:br/>
      </w:r>
      <w:r>
        <w:rPr>
          <w:sz w:val="20"/>
        </w:rPr>
        <w:t>43:21  yeh bilkul galat hai gunah hai yeh. yeh matlab hai is ka. ke quran mein yeh hukum diya gaya hai ke aap ke yeh tareeqa nahi hona chahiye ke koi khabar suni aur phir lage baandh kar doosron se us ko.</w:t>
      </w:r>
      <w:r>
        <w:br/>
      </w:r>
      <w:r>
        <w:rPr>
          <w:sz w:val="20"/>
        </w:rPr>
        <w:t>43:37  kyunke</w:t>
      </w:r>
      <w:r>
        <w:br/>
      </w:r>
      <w:r>
        <w:rPr>
          <w:sz w:val="20"/>
        </w:rPr>
        <w:t>43:38  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r>
        <w:br/>
      </w:r>
      <w:r>
        <w:rPr>
          <w:sz w:val="20"/>
        </w:rPr>
        <w:t>44:00  achha farz kijiye ke aap kahein kahan main time hai t</w:t>
      </w:r>
      <w:r>
        <w:br/>
      </w:r>
      <w:r>
        <w:rPr>
          <w:sz w:val="20"/>
        </w:rPr>
        <w:t>44:03  elephone karne ka to aap ko kahan woh time hai khabrein phailane ka? yeh khabrein kyun phailate hain aap? misaal ke taur par mere bare mein taqreeban saare mukhalifeen kya karte hain</w:t>
      </w:r>
      <w:r>
        <w:br/>
      </w:r>
      <w:r>
        <w:rPr>
          <w:sz w:val="20"/>
        </w:rPr>
        <w:t>44:17  baghair meri kitabon ko padhe hue suni sunai baton par mere bare mein phailate rehte hain. to aap ke liye do option hain. ya to chup rahein ya baqayda tehqeeq kar ke bolein.</w:t>
      </w:r>
      <w:r>
        <w:br/>
      </w:r>
      <w:r>
        <w:rPr>
          <w:sz w:val="20"/>
        </w:rPr>
        <w:t>44:30  yeh sirf option nahi hai ke tehqeeq bhi na karein aap bolna bhi shuru kar dein.</w:t>
      </w:r>
      <w:r>
        <w:br/>
      </w:r>
      <w:r>
        <w:rPr>
          <w:sz w:val="20"/>
        </w:rPr>
        <w:t>44:36  aap ko kisi ke bare mein ek negative baat batana hai to aap ko haq nahi hai aap bohat bara gunah karein ge ke bila tehqeeq ke lage bolne us ko.</w:t>
      </w:r>
      <w:r>
        <w:br/>
      </w:r>
      <w:r>
        <w:rPr>
          <w:sz w:val="20"/>
        </w:rPr>
        <w:t>44:47  chup reh sakte hain chup rehna jaiz hai. chup rehna to jaiz hai lekin bila tehqeeq ke bolna hargiz jaiz nahi hai. yeh bohat bara hukum hai quran majeed mein.</w:t>
      </w:r>
      <w:r>
        <w:br/>
      </w:r>
      <w:r>
        <w:rPr>
          <w:sz w:val="20"/>
        </w:rPr>
        <w:t>44:57  aur hum to isi ka shikar ho rahe hain. hamare itne mukhalifeen hain bila tehqeeq ke hamare khilaf bolte rehte hain.</w:t>
      </w:r>
      <w:r>
        <w:br/>
      </w:r>
      <w:r>
        <w:rPr>
          <w:sz w:val="20"/>
        </w:rPr>
        <w:t>45:04  maslan dekhiye ek sahab mere paas aaye ek misaal deta hoon. ek sahab mere paas aaye unhon ne kaha ke aap ka percha nikalte hain mujh ko bataya gaya hai ke is mein dunyavi baatein hoti hain sab.</w:t>
      </w:r>
      <w:r>
        <w:br/>
      </w:r>
      <w:r>
        <w:rPr>
          <w:sz w:val="20"/>
        </w:rPr>
        <w:t>45:19  koi deeni baatein hoti nahi.</w:t>
      </w:r>
      <w:r>
        <w:br/>
      </w:r>
      <w:r>
        <w:rPr>
          <w:sz w:val="20"/>
        </w:rPr>
        <w:t>45:23  to main ne kaha achha baithiye. aur jo latest issue tha us ko main ne nikala. main ne kaha is ko dekhiye ek ek waraq ultiye. ek ek mazmoon ko dekhiye.</w:t>
      </w:r>
      <w:r>
        <w:br/>
      </w:r>
      <w:r>
        <w:rPr>
          <w:sz w:val="20"/>
        </w:rPr>
        <w:t>45:34  to us mein sara jitna bhi percha tha kisi ne ek ayat par base karta tha kisi ne hadith base karta tha. ya koi</w:t>
      </w:r>
      <w:r>
        <w:br/>
      </w:r>
      <w:r>
        <w:rPr>
          <w:sz w:val="20"/>
        </w:rPr>
        <w:t>45:41  sahaba ke is par base karta tha. to maine kaha dekhiye kahan is mein duniyavi baatein hain.</w:t>
      </w:r>
      <w:r>
        <w:br/>
      </w:r>
      <w:r>
        <w:rPr>
          <w:sz w:val="20"/>
        </w:rPr>
        <w:t>45:49  saare aakhirat ki baatein hain jannat ki baatein hain quran ki baatein hain islam ki</w:t>
      </w:r>
      <w:r>
        <w:br/>
      </w:r>
      <w:r>
        <w:rPr>
          <w:sz w:val="20"/>
        </w:rPr>
        <w:t>45:53  baatein hain yeh kahan wo?</w:t>
      </w:r>
      <w:r>
        <w:br/>
      </w:r>
      <w:r>
        <w:rPr>
          <w:sz w:val="20"/>
        </w:rPr>
        <w:t>45:56  to ek shakhs ne kaha usko aap ne sun liya.</w:t>
      </w:r>
      <w:r>
        <w:br/>
      </w:r>
      <w:r>
        <w:rPr>
          <w:sz w:val="20"/>
        </w:rPr>
        <w:t>46:01  to yaad rakhiye suni sunai baaton par usko yani usko lagna bolne lagna usko hadith</w:t>
      </w:r>
      <w:r>
        <w:br/>
      </w:r>
      <w:r>
        <w:rPr>
          <w:sz w:val="20"/>
        </w:rPr>
        <w:t>46:09  mein aata hai kafwa bilmar'e kadhiban an yuhadditha bikulli ma sami'a yani is aadmi ke jhootha hone ke</w:t>
      </w:r>
      <w:r>
        <w:br/>
      </w:r>
      <w:r>
        <w:rPr>
          <w:sz w:val="20"/>
        </w:rPr>
        <w:t>46:17  liye yeh baat kafi hai ki jo kuch suna hai usko lage bayan karne.</w:t>
      </w:r>
      <w:r>
        <w:br/>
      </w:r>
      <w:r>
        <w:rPr>
          <w:sz w:val="20"/>
        </w:rPr>
        <w:t>46:24  to phir main kahunga ke aap ke sirf do mein option hain. ya to chup rahen. ya to chup rahen. ya bolen tehqeeq kar ke bolen.</w:t>
      </w:r>
      <w:r>
        <w:br/>
      </w:r>
      <w:r>
        <w:rPr>
          <w:sz w:val="20"/>
        </w:rPr>
        <w:t>46:33  bila tehqeeq ke bolenge to Allah taala ka zabardast pakad hogi is ki. bahut zyada pakad hogi.</w:t>
      </w:r>
      <w:r>
        <w:br/>
      </w:r>
      <w:r>
        <w:rPr>
          <w:sz w:val="20"/>
        </w:rPr>
        <w:t>46:41  maulana raipur se ek comment aaya hai sawal nahi hai yeh yeh kya hai misster idrees ne</w:t>
      </w:r>
      <w:r>
        <w:br/>
      </w:r>
      <w:r>
        <w:rPr>
          <w:sz w:val="20"/>
        </w:rPr>
        <w:t>46:47  aur un ke sath shabana ne jo dekh rahe hain yeh program abhi unhon ne likha hai ke</w:t>
      </w:r>
      <w:r>
        <w:br/>
      </w:r>
      <w:r>
        <w:rPr>
          <w:sz w:val="20"/>
        </w:rPr>
        <w:t>46:53  In reply to the question about hesitation in interaction for Dawah work, you just replied, we should not</w:t>
      </w:r>
      <w:r>
        <w:br/>
      </w:r>
      <w:r>
        <w:rPr>
          <w:sz w:val="20"/>
        </w:rPr>
        <w:t>47:01  only share what we know but also we should be ready to learn what other person shares</w:t>
      </w:r>
      <w:r>
        <w:br/>
      </w:r>
      <w:r>
        <w:rPr>
          <w:sz w:val="20"/>
        </w:rPr>
        <w:t>47:08  because daawa work is a to way sharing process this is a magical answer and it solves one</w:t>
      </w:r>
      <w:r>
        <w:br/>
      </w:r>
      <w:r>
        <w:rPr>
          <w:sz w:val="20"/>
        </w:rPr>
        <w:t>47:14  of the biggest problems of a daawa thanks for the question and thanks for the answer.</w:t>
      </w:r>
    </w:p>
    <w:p>
      <w:pPr>
        <w:pStyle w:val="Heading2"/>
      </w:pPr>
      <w:r>
        <w:t>Explanation of verse about rulers and people</w:t>
      </w:r>
    </w:p>
    <w:p>
      <w:r>
        <w:rPr>
          <w:color w:val="666666"/>
          <w:sz w:val="18"/>
        </w:rPr>
        <w:t>Quran &amp; Tafsir · Divine Help July 21, 2019 Maulana Wahiduddin Khan · 5m 53s · at 40:53 · https://youtu.be/Phjyu1GUuS8?t=2453</w:t>
      </w:r>
    </w:p>
    <w:p>
      <w:r>
        <w:rPr>
          <w:i/>
        </w:rPr>
        <w:t>“Maulana, just wanted to know about a verse in the Quran which says: 'As the people will be, so will rulers be sent.' Maulana, tell us something about this.”</w:t>
      </w:r>
    </w:p>
    <w:p>
      <w:r>
        <w:rPr>
          <w:sz w:val="20"/>
        </w:rPr>
        <w:t>40:53  you said that hope is also the type of worship. this is really thrilling statement. thank you Maulana sahib." Maulana, agla sawal bheja hai Muhammad Zakariya sahib ne.</w:t>
      </w:r>
      <w:r>
        <w:br/>
      </w:r>
      <w:r>
        <w:rPr>
          <w:sz w:val="20"/>
        </w:rPr>
        <w:t>41:07  unhon ne likha hai: "Maulana, just wanted to know about a verse in Quran which says: jaise log honge, waise hi hukmaran bheje jayenge.</w:t>
      </w:r>
      <w:r>
        <w:br/>
      </w:r>
      <w:r>
        <w:rPr>
          <w:sz w:val="20"/>
        </w:rPr>
        <w:t>41:19  Maulana, is ke bare mein kuch bataein."</w:t>
      </w:r>
      <w:r>
        <w:br/>
      </w:r>
      <w:r>
        <w:rPr>
          <w:sz w:val="20"/>
        </w:rPr>
        <w:t>41:25  is waqt aap le chukay hain, aap parh lijiyay, chhupa hua hai. aap faraz abri sahib say contact kijiyay, woh aap ko reference day dain gay.</w:t>
      </w:r>
      <w:r>
        <w:br/>
      </w:r>
      <w:r>
        <w:rPr>
          <w:sz w:val="20"/>
        </w:rPr>
        <w:t>41:37  is par chhupa hua hai, is ko parh lijiyay. pehlay parh lijiyay, phir sawal kijiyay. mera tareeqa yeh hai kay jo baat mein likh chuka hoon, to aadmi ko chahiye kay us ko parhay.</w:t>
      </w:r>
      <w:r>
        <w:br/>
      </w:r>
      <w:r>
        <w:rPr>
          <w:sz w:val="20"/>
        </w:rPr>
        <w:t>41:49  parhnay kay baad sawal karain.</w:t>
      </w:r>
      <w:r>
        <w:br/>
      </w:r>
      <w:r>
        <w:rPr>
          <w:sz w:val="20"/>
        </w:rPr>
        <w:t>41:56  maulana kashmir say mehak mehak fayaz khan sahibah nay likha hai: "maulana, maulana sahib, da same concept was in my mind from past few months.</w:t>
      </w:r>
      <w:r>
        <w:br/>
      </w:r>
      <w:r>
        <w:rPr>
          <w:sz w:val="20"/>
        </w:rPr>
        <w:t>42:09  today maulana with these examples have help me build a constructive conclusion that how important it is to understand that allah while granting you something has to look at other aspects as well."</w:t>
      </w:r>
      <w:r>
        <w:br/>
      </w:r>
      <w:r>
        <w:rPr>
          <w:sz w:val="20"/>
        </w:rPr>
        <w:t>42:28  kya matlab? maulana, un ka yahi comment hai kay jab allah kuch deta hai to woh bohat say aur doosray aspects ko lay kay deta hai.</w:t>
      </w:r>
      <w:r>
        <w:br/>
      </w:r>
      <w:r>
        <w:rPr>
          <w:sz w:val="20"/>
        </w:rPr>
        <w:t>42:38  to yeh baat aaj aap kay talk say samajh aayi. meray paas bohat misaalain hain, bilkul date kay sath, jagah kay sath, sab cheez kay hawala reference kay sath.</w:t>
      </w:r>
      <w:r>
        <w:br/>
      </w:r>
      <w:r>
        <w:rPr>
          <w:sz w:val="20"/>
        </w:rPr>
        <w:t>42:53  agar koi qeen ho, qeen to mein us ko bata sakta hoon, lekin shart wahi hai kay aap ka case genuine case ho, aap ko sach much allah par trust ho,</w:t>
      </w:r>
      <w:r>
        <w:br/>
      </w:r>
      <w:r>
        <w:rPr>
          <w:sz w:val="20"/>
        </w:rPr>
        <w:t>43:10  aap allah kay behtar ko jantay hon, aur aap kay andar yeh yeh itna sabr ho kay aap intazar kar sakain 70 saal tak, 50 saal tak intazar kar sakain.</w:t>
      </w:r>
      <w:r>
        <w:br/>
      </w:r>
      <w:r>
        <w:rPr>
          <w:sz w:val="20"/>
        </w:rPr>
        <w:t>43:22  intazar bohat zaroori hai. yeh hadees mein aata hai kay</w:t>
      </w:r>
      <w:r>
        <w:br/>
      </w:r>
      <w:r>
        <w:rPr>
          <w:sz w:val="20"/>
        </w:rPr>
        <w:t>43:30  kay intazar karna sab say bari ibadat hai, kyun kay dekhiye, jab aap intazar kartay hain to us ka matlab hai kay allah rab ul alameen par bharosa kar rahay hain.</w:t>
      </w:r>
      <w:r>
        <w:br/>
      </w:r>
      <w:r>
        <w:rPr>
          <w:sz w:val="20"/>
        </w:rPr>
        <w:t>43:40  jab aap intazar kar rahay hain to aap allah rab ul alameen par bharosa bharosa kar rahay hain. to bharosa karna hamari mamooli baat hai. allah rab ul alameen kahay ga farishton kay darmian kay dekho, yeh mein yeh banda kitna ziyada</w:t>
      </w:r>
      <w:r>
        <w:br/>
      </w:r>
      <w:r>
        <w:rPr>
          <w:sz w:val="20"/>
        </w:rPr>
        <w:t>43:59  us kay andar spirit hai kay mera intazar kar raha hai, intazar kar raha hai, intazar kar raha hai.</w:t>
      </w:r>
      <w:r>
        <w:br/>
      </w:r>
      <w:r>
        <w:rPr>
          <w:sz w:val="20"/>
        </w:rPr>
        <w:t>44:08  to ab kuch aap kuch kuch genuine kuch kuch dikhaiyain, kuch kay aap kay andar waqai kuch hai. spirit yun hi khawamkhwahi yani chahna baghair kisi yani baghair kisi</w:t>
      </w:r>
      <w:r>
        <w:br/>
      </w:r>
      <w:r>
        <w:rPr>
          <w:sz w:val="20"/>
        </w:rPr>
        <w:t>44:32  spirit kay to woh to kuch bhi nahi hai.</w:t>
      </w:r>
      <w:r>
        <w:br/>
      </w:r>
      <w:r>
        <w:rPr>
          <w:sz w:val="20"/>
        </w:rPr>
        <w:t>44:40  maulana am irshad sahibah nay likha hai chennai say: "maulana, saray dars ko sun kar mein bohat ro rahi hoon aur dua kar rahi hoon kay khuda meri sari zindagi cps mission mein laga day.</w:t>
      </w:r>
      <w:r>
        <w:br/>
      </w:r>
      <w:r>
        <w:rPr>
          <w:sz w:val="20"/>
        </w:rPr>
        <w:t>44:55  meray liye dua karain, maulana."</w:t>
      </w:r>
      <w:r>
        <w:br/>
      </w:r>
      <w:r>
        <w:rPr>
          <w:sz w:val="20"/>
        </w:rPr>
        <w:t>45:01  faisal saleem sahib nay likha hai bangalore say: "my take away from today lecture is that when we hope, it means we are trusting allah completely, and having patience within will help us to have faith in allah and his divine power.</w:t>
      </w:r>
      <w:r>
        <w:br/>
      </w:r>
      <w:r>
        <w:rPr>
          <w:sz w:val="20"/>
        </w:rPr>
        <w:t>45:21  thank you for this important enlightenment." mashallah.</w:t>
      </w:r>
      <w:r>
        <w:br/>
      </w:r>
      <w:r>
        <w:rPr>
          <w:sz w:val="20"/>
        </w:rPr>
        <w:t>45:27  maulana yaqoob umri nay delhi say likha hai: "maulana, the lecture was very enlightening and and has increase my trust in god.</w:t>
      </w:r>
      <w:r>
        <w:br/>
      </w:r>
      <w:r>
        <w:rPr>
          <w:sz w:val="20"/>
        </w:rPr>
        <w:t>45:36  hope is actually trust. when i listen to this sentence, i feel that i have got the real meaning of it today."</w:t>
      </w:r>
      <w:r>
        <w:br/>
      </w:r>
      <w:r>
        <w:rPr>
          <w:sz w:val="20"/>
        </w:rPr>
        <w:t>45:47  dekhiye, mein aap ko aik misaal deta hoon. abhi aik party ki jeet ho gayi, itni z</w:t>
      </w:r>
    </w:p>
    <w:p>
      <w:pPr>
        <w:pStyle w:val="Heading2"/>
      </w:pPr>
      <w:r>
        <w:t>How to read Quran translation properly</w:t>
      </w:r>
    </w:p>
    <w:p>
      <w:r>
        <w:rPr>
          <w:color w:val="666666"/>
          <w:sz w:val="18"/>
        </w:rPr>
        <w:t>Quran &amp; Tafsir · Hadith-e-Jibril, April 21, 2013 · 8m 26s · at 1:08:31 · https://youtu.be/0rF6Ou0pDog?t=4111</w:t>
      </w:r>
    </w:p>
    <w:p>
      <w:r>
        <w:rPr>
          <w:i/>
        </w:rPr>
        <w:t>“In the last class, you mentioned a hadith that if one derives the meaning of the Quran without tafsir, it will be wrong even if the meaning is correct. But you insist that we read the translation and also ponder. Please clarify how we should read the translation of the Quran.”</w:t>
      </w:r>
    </w:p>
    <w:p>
      <w:r>
        <w:rPr>
          <w:sz w:val="20"/>
        </w:rPr>
        <w:t>1:08:31  maulana, agla sawal dilli se hai ans sahib ka. unhon ne likha hai maulana sahib, last class mein aap ne ek hadees batai thi ke agar quran ka matlab tafseer ke baghair nikal liya to wo galat hoga, chahe sahi matlab kyun na ho.</w:t>
      </w:r>
      <w:r>
        <w:br/>
      </w:r>
      <w:r>
        <w:rPr>
          <w:sz w:val="20"/>
        </w:rPr>
        <w:t>1:08:49  lekin aap hamein tarjuma parhne ke liye taakeed karte hain aur ghhor-o-fikr ke liye bhi kehte hain.</w:t>
      </w:r>
      <w:r>
        <w:br/>
      </w:r>
      <w:r>
        <w:rPr>
          <w:sz w:val="20"/>
        </w:rPr>
        <w:t>1:08:55  aap yeh wazeh kar dijiye ke hamein quran ka tarjuma kis tareeqe se parhna chahiye.</w:t>
      </w:r>
      <w:r>
        <w:br/>
      </w:r>
      <w:r>
        <w:rPr>
          <w:sz w:val="20"/>
        </w:rPr>
        <w:t>1:09:03  daikhen, woh jo hadith mein ne sunai thi, woh hadith aise logon ke baray mein hai jo sincere na hon quran ke baray mein.</w:t>
      </w:r>
      <w:r>
        <w:br/>
      </w:r>
      <w:r>
        <w:rPr>
          <w:sz w:val="20"/>
        </w:rPr>
        <w:t>1:09:13  hawai tor par baaten nikalen. aise hi hawa mein apna dimagh dorayen. attkal mein, attkal.</w:t>
      </w:r>
      <w:r>
        <w:br/>
      </w:r>
      <w:r>
        <w:rPr>
          <w:sz w:val="20"/>
        </w:rPr>
        <w:t>1:09:22  jo kehte hain na, attkal.</w:t>
      </w:r>
      <w:r>
        <w:br/>
      </w:r>
      <w:r>
        <w:rPr>
          <w:sz w:val="20"/>
        </w:rPr>
        <w:t>1:09:24  to kabhi ittifaq se agar sahi baat bhi keh dein to chounke unhon ne yani sincere nahi thay woh, sanjeeda nahi thay woh, to apni ghair sanjeedgi ke barabar woh ghalat qarar payen gi.</w:t>
      </w:r>
      <w:r>
        <w:br/>
      </w:r>
      <w:r>
        <w:rPr>
          <w:sz w:val="20"/>
        </w:rPr>
        <w:t>1:09:42  to quran ko parhna chahiye bohat ziyada sanjeedgi ke sath, bohat ziyada sincerity ke sath. is ko bohat hi ziyada yani</w:t>
      </w:r>
      <w:r>
        <w:br/>
      </w:r>
      <w:r>
        <w:rPr>
          <w:sz w:val="20"/>
        </w:rPr>
        <w:t>1:09:56  allah ka yani yeh ehsas le kar ke ke agar mein koi ghalat baat kahun ga to allah ka meri pakar hogi.</w:t>
      </w:r>
      <w:r>
        <w:br/>
      </w:r>
      <w:r>
        <w:rPr>
          <w:sz w:val="20"/>
        </w:rPr>
        <w:t>1:10:05  to in sab baaton ko le kar agar aap parhen ge to bil farz aap ghalat kisi baat ka ghalat matan nikalein, tab bhi aap nahi pakar jayen ge.</w:t>
      </w:r>
      <w:r>
        <w:br/>
      </w:r>
      <w:r>
        <w:rPr>
          <w:sz w:val="20"/>
        </w:rPr>
        <w:t>1:10:14  yeh bhi samajh lijiye. yani ghair sanjeeda aadmi agar theek baat kahe to bhi pakar jayega woh. lekin sanjeeda aadmi agar koi ghalat baat ittifaq se keh de to woh pakar, is ki pakar nahi hogi.</w:t>
      </w:r>
      <w:r>
        <w:br/>
      </w:r>
      <w:r>
        <w:rPr>
          <w:sz w:val="20"/>
        </w:rPr>
        <w:t>1:10:29  mein aap ko aik misaal deta hoon</w:t>
      </w:r>
      <w:r>
        <w:br/>
      </w:r>
      <w:r>
        <w:rPr>
          <w:sz w:val="20"/>
        </w:rPr>
        <w:t>1:10:33  ke aik hadith hai, aik hadith hai ke aik baddo ka oont gum ho gaya desert mein.</w:t>
      </w:r>
      <w:r>
        <w:br/>
      </w:r>
      <w:r>
        <w:rPr>
          <w:sz w:val="20"/>
        </w:rPr>
        <w:t>1:10:45  ab woh dor raha hai idhar udhar. achaanak us ne dekha ke mein oont filani jagah, aik aik khara hua hai aik jagah,</w:t>
      </w:r>
      <w:r>
        <w:br/>
      </w:r>
      <w:r>
        <w:rPr>
          <w:sz w:val="20"/>
        </w:rPr>
        <w:t>1:10:59  pahar ke kisi hissay mein mil gaya us ko. to aap jante hain ke qadeem zamanay mein oont jo tha, kisi baddo ke liye sab kuch hota tha.</w:t>
      </w:r>
      <w:r>
        <w:br/>
      </w:r>
      <w:r>
        <w:rPr>
          <w:sz w:val="20"/>
        </w:rPr>
        <w:t>1:11:10  sab kuch wohi hota tha. isi par us ki zindagi depend karti thi. to bohat khush hua, bohat khush hua, bohat khush hua. to us ki zuban se nikal gaya allahumma anta abdi wa ana rabbuk a khuda, tu mera banda hai aur mein tera rab hoon.</w:t>
      </w:r>
      <w:r>
        <w:br/>
      </w:r>
      <w:r>
        <w:rPr>
          <w:sz w:val="20"/>
        </w:rPr>
        <w:t>1:11:29  yani ulta kaha gaya woh. yani kehna to chahiye tha ke a khuda, tu mera rab hai, mein tera banda hoon. woh ulta kaha gaya woh. tab bhi allah taala ke haan us ki bakhshish ho gayi.</w:t>
      </w:r>
      <w:r>
        <w:br/>
      </w:r>
      <w:r>
        <w:rPr>
          <w:sz w:val="20"/>
        </w:rPr>
        <w:t>1:11:43  kyunke intentionally he was not wrong</w:t>
      </w:r>
      <w:r>
        <w:br/>
      </w:r>
      <w:r>
        <w:rPr>
          <w:sz w:val="20"/>
        </w:rPr>
        <w:t>1:11:50  to yaad rakhiye, quran mein aap khoob ghor kijeye. khoob ghor kijeye.</w:t>
      </w:r>
      <w:r>
        <w:br/>
      </w:r>
      <w:r>
        <w:rPr>
          <w:sz w:val="20"/>
        </w:rPr>
        <w:t>1:11:58  aur agar aap sanjeeda honge, allah ka darr aap ke dil mein hoga, waqeatan aap sachai tak pohnchne ki niyat aap ke andar hogi, to bil farz koi baat ghalat aa jaye aap ke zehn mein to pakar nahi hogi is ki.</w:t>
      </w:r>
      <w:r>
        <w:br/>
      </w:r>
      <w:r>
        <w:rPr>
          <w:sz w:val="20"/>
        </w:rPr>
        <w:t>1:12:14  to asal cheez hai inma al awal bil niyyat</w:t>
      </w:r>
      <w:r>
        <w:br/>
      </w:r>
      <w:r>
        <w:rPr>
          <w:sz w:val="20"/>
        </w:rPr>
        <w:t>1:12:17  aap ki niyat durust ho, aap ka intention durust ho, yeh asal ahmiyat hai. baqi cheezen irrelevant hain.</w:t>
      </w:r>
      <w:r>
        <w:br/>
      </w:r>
      <w:r>
        <w:rPr>
          <w:sz w:val="20"/>
        </w:rPr>
        <w:t>1:12:28  maulana, un ka doosra sawal yeh hai ke hadith jibril mein dawat ka zikr kyun nahi kiya gaya?</w:t>
      </w:r>
      <w:r>
        <w:br/>
      </w:r>
      <w:r>
        <w:rPr>
          <w:sz w:val="20"/>
        </w:rPr>
        <w:t>1:12:39  hadith jibril apne aap mein dawat hai.</w:t>
      </w:r>
      <w:r>
        <w:br/>
      </w:r>
      <w:r>
        <w:rPr>
          <w:sz w:val="20"/>
        </w:rPr>
        <w:t>1:12:43  jab mein is ko parh raha tha to mein ne socha ke aasman se aik farishta aya, woh dawti to thi woh, batane ke liye.</w:t>
      </w:r>
      <w:r>
        <w:br/>
      </w:r>
      <w:r>
        <w:rPr>
          <w:sz w:val="20"/>
        </w:rPr>
        <w:t>1:12:55  allah ne farishta bheja ke jao mere baddo ko bata do</w:t>
      </w:r>
      <w:r>
        <w:br/>
      </w:r>
      <w:r>
        <w:rPr>
          <w:sz w:val="20"/>
        </w:rPr>
        <w:t>1:13:01  أَطَاعْكُمْ لَوَلَّمَكُمْ مِنْ دِيْنِكُمْ woh tumhare paas aaye tumhara deen batane ke liye.</w:t>
      </w:r>
      <w:r>
        <w:br/>
      </w:r>
      <w:r>
        <w:rPr>
          <w:sz w:val="20"/>
        </w:rPr>
        <w:t>1:13:10  to deen ko batana yahi to dawat hai.</w:t>
      </w:r>
      <w:r>
        <w:br/>
      </w:r>
      <w:r>
        <w:rPr>
          <w:sz w:val="20"/>
        </w:rPr>
        <w:t>1:13:13  woh ek demonstration diya unhon ne ke deen ko batane ke liye safar karo. toh mujhe ek waqea yaad aaya</w:t>
      </w:r>
      <w:r>
        <w:br/>
      </w:r>
      <w:r>
        <w:rPr>
          <w:sz w:val="20"/>
        </w:rPr>
        <w:t>1:13:24  ke abhi bangalore mein hamare saathi hain sarah fatima, toh woh walk karne gayi theen kisi park mein.</w:t>
      </w:r>
      <w:r>
        <w:br/>
      </w:r>
      <w:r>
        <w:rPr>
          <w:sz w:val="20"/>
        </w:rPr>
        <w:t>1:13:37  toh wahan unhon ne dekha ek ek darakht ke neeche ek lady khadi hui hai.</w:t>
      </w:r>
      <w:r>
        <w:br/>
      </w:r>
      <w:r>
        <w:rPr>
          <w:sz w:val="20"/>
        </w:rPr>
        <w:t>1:13:42  ek senior lady, ek hindu lady. toh woh qareeb gayeen toh bohat sad theen, bohat hi ghamgeen theen woh.</w:t>
      </w:r>
      <w:r>
        <w:br/>
      </w:r>
      <w:r>
        <w:rPr>
          <w:sz w:val="20"/>
        </w:rPr>
        <w:t>1:13:55  toh unhon ne poocha ke aap kyun ghamgeen kyun hain? toh unhon ne dekha ke dekho yahan par ek owl ka bachcha, yaani ullu ka bachcha gira, upar se gir pada hai.</w:t>
      </w:r>
      <w:r>
        <w:br/>
      </w:r>
      <w:r>
        <w:rPr>
          <w:sz w:val="20"/>
        </w:rPr>
        <w:t>1:14:10  woh urr nahi sakti</w:t>
      </w:r>
      <w:r>
        <w:br/>
      </w:r>
      <w:r>
        <w:rPr>
          <w:sz w:val="20"/>
        </w:rPr>
        <w:t>1:14:11  a aur is ko koway noch rahe hain. main yahan khadi hoon, kowon se bachane ke liye bhi khadi ho gayi yahan par.</w:t>
      </w:r>
      <w:r>
        <w:br/>
      </w:r>
      <w:r>
        <w:rPr>
          <w:sz w:val="20"/>
        </w:rPr>
        <w:t>1:14:19  toh unhon ne kaha ke aap pareshan na hon, main abhi is ko karti hoon. toh daud kar ghar gayeen, woh ek bas apne saath ek ek thela laeen, us bohat achhe tareeqe se us ko lapet kar thele mein rakha.</w:t>
      </w:r>
      <w:r>
        <w:br/>
      </w:r>
      <w:r>
        <w:rPr>
          <w:sz w:val="20"/>
        </w:rPr>
        <w:t>1:14:32  unhon ne kaha ke dekhen bangalore mein ek hospital hai, wahan is ka ilaaj hota hai.</w:t>
      </w:r>
      <w:r>
        <w:br/>
      </w:r>
      <w:r>
        <w:rPr>
          <w:sz w:val="20"/>
        </w:rPr>
        <w:t>1:14:37  woh log ilaaj kar ke us ko free kar dete hain aur bohat nominal charge lete hain is ka. toh main is ko wahan pahunchati hoon. aaj hi pahuncha doongi, aap bilkul dhyan rakhiye.</w:t>
      </w:r>
      <w:r>
        <w:br/>
      </w:r>
      <w:r>
        <w:rPr>
          <w:sz w:val="20"/>
        </w:rPr>
        <w:t>1:14:49  achha, is ke baad doosri pehlu suniye. jab woh ghar gayeen thela laane ke liye toh saath saath unhon ne quran bhi le liya. angrezi ka quran.</w:t>
      </w:r>
      <w:r>
        <w:br/>
      </w:r>
      <w:r>
        <w:rPr>
          <w:sz w:val="20"/>
        </w:rPr>
        <w:t>1:14:59  woh lady parhi likhi thi.</w:t>
      </w:r>
      <w:r>
        <w:br/>
      </w:r>
      <w:r>
        <w:rPr>
          <w:sz w:val="20"/>
        </w:rPr>
        <w:t>1:15:02  toh unhon ne kaha ke main bhi ek NGO se ta'alluq mein raha hoon. hum quran distribute karte hain. toh woh lady bohat khush hui.</w:t>
      </w:r>
      <w:r>
        <w:br/>
      </w:r>
      <w:r>
        <w:rPr>
          <w:sz w:val="20"/>
        </w:rPr>
        <w:t>1:15:14  unhon ne kaha ke main ek international NGO hoon, is ki member main hoon. aur main saare mulkon mein jaati rehti hoon. toh us ne ek aisi ajeeb baat kahi.</w:t>
      </w:r>
      <w:r>
        <w:br/>
      </w:r>
      <w:r>
        <w:rPr>
          <w:sz w:val="20"/>
        </w:rPr>
        <w:t>1:15:26  us ne kaha ke main ek hindu family mein paida hui toh mujhe ghar mein geeta mil gayi. geeta mere paas hai.</w:t>
      </w:r>
      <w:r>
        <w:br/>
      </w:r>
      <w:r>
        <w:rPr>
          <w:sz w:val="20"/>
        </w:rPr>
        <w:t>1:15:35  meri education hui ek christian school mein. wahan mujhe bible diya gaya. toh geeta aur bible mere paas ho gaye. ab main saari duniya ke mukhtalif mulkon mein gayi hoon lekin kisi musalman ne kabhi mujhe quran nahi diya tha.</w:t>
      </w:r>
      <w:r>
        <w:br/>
      </w:r>
      <w:r>
        <w:rPr>
          <w:sz w:val="20"/>
        </w:rPr>
        <w:t>1:15:50  aaj aap ne quran diya mujhe.</w:t>
      </w:r>
      <w:r>
        <w:br/>
      </w:r>
      <w:r>
        <w:rPr>
          <w:sz w:val="20"/>
        </w:rPr>
        <w:t>1:15:54  toh bohat khush hui woh. toh main samajhta hoon ke ek demonstration tha ke allah taala ne jibril ko bheja ke jaao mere bando ko batao.</w:t>
      </w:r>
      <w:r>
        <w:br/>
      </w:r>
      <w:r>
        <w:rPr>
          <w:sz w:val="20"/>
        </w:rPr>
        <w:t>1:16:05  aur phir bando ka hi karna hai ke jagah ja kar bataen woh. woh jo hai is mein ke lawallamkum min deenikum ke jibril aaye hain tumhare paas tum ko batane ke liye tumhara deen.</w:t>
      </w:r>
      <w:r>
        <w:br/>
      </w:r>
      <w:r>
        <w:rPr>
          <w:sz w:val="20"/>
        </w:rPr>
        <w:t>1:16:17  yahi toh sab ko karna hai ke jagah jagah jayen aap.</w:t>
      </w:r>
      <w:r>
        <w:br/>
      </w:r>
      <w:r>
        <w:rPr>
          <w:sz w:val="20"/>
        </w:rPr>
        <w:t>1:16:22  logon ko allah ka jo bataya hua deen hai us ko pahunchayen. lekin is is is is lady ne yeh kaha toh bohat mujhe ajeeb laga ke kitne mulkon mein woh gayi hoon, kitne musalmanon se is ki mulaqat hui hai.</w:t>
      </w:r>
      <w:r>
        <w:br/>
      </w:r>
      <w:r>
        <w:rPr>
          <w:sz w:val="20"/>
        </w:rPr>
        <w:t>1:16:38  kabhi kisi ne us ko quran nahi diya.</w:t>
      </w:r>
      <w:r>
        <w:br/>
      </w:r>
      <w:r>
        <w:rPr>
          <w:sz w:val="20"/>
        </w:rPr>
        <w:t>1:16:45  toh humein toh ek jazba is se milta hai ke allah ne jab farishton ko bhej diya ke ja kar mere bando ko deen batao toh mujhe bhi yahi kaam karna hai. ke allah ke bando ko allah ka deen pahunchana hai.</w:t>
      </w:r>
    </w:p>
    <w:p>
      <w:pPr>
        <w:pStyle w:val="Heading2"/>
      </w:pPr>
      <w:r>
        <w:t>Interpretation of Surah Al-Waqia groups</w:t>
      </w:r>
    </w:p>
    <w:p>
      <w:r>
        <w:rPr>
          <w:color w:val="666666"/>
          <w:sz w:val="18"/>
        </w:rPr>
        <w:t>Quran &amp; Tafsir · The Existence of God-7th October 2012 · 6m 34s · at 1:19:12 · https://youtu.be/XWFqKwm-LPM?t=4752</w:t>
      </w:r>
    </w:p>
    <w:p>
      <w:r>
        <w:rPr>
          <w:i/>
        </w:rPr>
        <w:t>“In Surah Al-Waqia, three groups are defined. One group will be near to Allah and they will be more from earlier generations. What does this mean?”</w:t>
      </w:r>
    </w:p>
    <w:p>
      <w:r>
        <w:rPr>
          <w:sz w:val="20"/>
        </w:rPr>
        <w:t>1:19:12  maulana, agla sawal america say aya hai ali sahib ka.</w:t>
      </w:r>
      <w:r>
        <w:br/>
      </w:r>
      <w:r>
        <w:rPr>
          <w:sz w:val="20"/>
        </w:rPr>
        <w:t>1:19:19  انہوں نے لکھا ہے: "ان سورہ الواقعہ تھری گروپس آر ڈیفائنڈ۔</w:t>
      </w:r>
      <w:r>
        <w:br/>
      </w:r>
      <w:r>
        <w:rPr>
          <w:sz w:val="20"/>
        </w:rPr>
        <w:t>1:19:25  and this one group will be near to Allah and they will be more from early generation and</w:t>
      </w:r>
      <w:r>
        <w:br/>
      </w:r>
      <w:r>
        <w:rPr>
          <w:sz w:val="20"/>
        </w:rPr>
        <w:t>1:19:32  less from letter generation.</w:t>
      </w:r>
      <w:r>
        <w:br/>
      </w:r>
      <w:r>
        <w:rPr>
          <w:sz w:val="20"/>
        </w:rPr>
        <w:t>1:19:39  Could you please explain who will come under this group and how can we be part of that?</w:t>
      </w:r>
      <w:r>
        <w:br/>
      </w:r>
      <w:r>
        <w:rPr>
          <w:sz w:val="20"/>
        </w:rPr>
        <w:t>1:19:46  group?" dekhiyay, koi group kay naam lay kar nahi bata sakta kay naam lay kar kay yeh group, woh group.</w:t>
      </w:r>
      <w:r>
        <w:br/>
      </w:r>
      <w:r>
        <w:rPr>
          <w:sz w:val="20"/>
        </w:rPr>
        <w:t>1:19:52  dekhiyay, yeh is is mein jo lafz hai "sulh" ka lafz hai wahan par, lekin murad hai afraad, individuals.</w:t>
      </w:r>
      <w:r>
        <w:br/>
      </w:r>
      <w:r>
        <w:rPr>
          <w:sz w:val="20"/>
        </w:rPr>
        <w:t>1:19:59  to is tarah kay afraad pehlay, yani aisay individuals pehlay ziyada thay, baad kay zamanay mein kam ho gayay.</w:t>
      </w:r>
      <w:r>
        <w:br/>
      </w:r>
      <w:r>
        <w:rPr>
          <w:sz w:val="20"/>
        </w:rPr>
        <w:t>1:20:06  is ka bohat hi wavis reason hai kyunkay din badan duniya mein distraction barh raha hai. distraction!</w:t>
      </w:r>
      <w:r>
        <w:br/>
      </w:r>
      <w:r>
        <w:rPr>
          <w:sz w:val="20"/>
        </w:rPr>
        <w:t>1:20:13  mere bachpan mein mein gaon mein rehta tha, wahan koi distraction hi nahin.</w:t>
      </w:r>
      <w:r>
        <w:br/>
      </w:r>
      <w:r>
        <w:rPr>
          <w:sz w:val="20"/>
        </w:rPr>
        <w:t>1:20:18  zindagi bohat mukhtasar thi, bohat thore cheezon ke darmiyan apni zindagi guzarta tha, to us waqt distraction tha</w:t>
      </w:r>
      <w:r>
        <w:br/>
      </w:r>
      <w:r>
        <w:rPr>
          <w:sz w:val="20"/>
        </w:rPr>
        <w:t>1:20:26  hi nahin.</w:t>
      </w:r>
      <w:r>
        <w:br/>
      </w:r>
      <w:r>
        <w:rPr>
          <w:sz w:val="20"/>
        </w:rPr>
        <w:t>1:20:27  ab hazaron distraction hain, 24 ghante.</w:t>
      </w:r>
      <w:r>
        <w:br/>
      </w:r>
      <w:r>
        <w:rPr>
          <w:sz w:val="20"/>
        </w:rPr>
        <w:t>1:20:30  to sab se bara jo farq hua hai, wo distraction ka farq hua hai.</w:t>
      </w:r>
      <w:r>
        <w:br/>
      </w:r>
      <w:r>
        <w:rPr>
          <w:sz w:val="20"/>
        </w:rPr>
        <w:t>1:20:36  isi liye farmaya ke baad ke zamanay mein aise individual, aise afraad kam milenge jo sachai mein</w:t>
      </w:r>
      <w:r>
        <w:br/>
      </w:r>
      <w:r>
        <w:rPr>
          <w:sz w:val="20"/>
        </w:rPr>
        <w:t>1:20:44  aage barhen.</w:t>
      </w:r>
      <w:r>
        <w:br/>
      </w:r>
      <w:r>
        <w:rPr>
          <w:sz w:val="20"/>
        </w:rPr>
        <w:t>1:20:45  yeh matlab hai is ka, koi mysterious baat nahi hai, yeh bohat hi saada si baat hai.</w:t>
      </w:r>
      <w:r>
        <w:br/>
      </w:r>
      <w:r>
        <w:rPr>
          <w:sz w:val="20"/>
        </w:rPr>
        <w:t>1:20:52  maulana, yeh sawal aaya hai muhammad ans sahib ka dilli se.</w:t>
      </w:r>
      <w:r>
        <w:br/>
      </w:r>
      <w:r>
        <w:rPr>
          <w:sz w:val="20"/>
        </w:rPr>
        <w:t>1:20:57  unhon ne likha hai ke do mahine qabal train mein meri mister saini se mulaqat hui thi, jo</w:t>
      </w:r>
      <w:r>
        <w:br/>
      </w:r>
      <w:r>
        <w:rPr>
          <w:sz w:val="20"/>
        </w:rPr>
        <w:t>1:21:05  government employee thay.</w:t>
      </w:r>
      <w:r>
        <w:br/>
      </w:r>
      <w:r>
        <w:rPr>
          <w:sz w:val="20"/>
        </w:rPr>
        <w:t>1:21:06  ان سے میں نے دعوت کو لے کر بات کی، وہ کافی impressed ہوئے اور انہوں نے خود</w:t>
      </w:r>
      <w:r>
        <w:br/>
      </w:r>
      <w:r>
        <w:rPr>
          <w:sz w:val="20"/>
        </w:rPr>
        <w:t>1:21:14  he mujh se quran ka hindi translation manga.</w:t>
      </w:r>
      <w:r>
        <w:br/>
      </w:r>
      <w:r>
        <w:rPr>
          <w:sz w:val="20"/>
        </w:rPr>
        <w:t>1:21:17  main ne un se wada kiya ke main aap ko quran doon ga, lekin main ne un se</w:t>
      </w:r>
      <w:r>
        <w:br/>
      </w:r>
      <w:r>
        <w:rPr>
          <w:sz w:val="20"/>
        </w:rPr>
        <w:t>1:21:25  dobara contact karne ki koshish ki aur un se baat na ho pai.</w:t>
      </w:r>
      <w:r>
        <w:br/>
      </w:r>
      <w:r>
        <w:rPr>
          <w:sz w:val="20"/>
        </w:rPr>
        <w:t>1:21:31  un ke larkay ne phone par baat ki aur us ne bataya ke un ka operation hai.</w:t>
      </w:r>
      <w:r>
        <w:br/>
      </w:r>
      <w:r>
        <w:rPr>
          <w:sz w:val="20"/>
        </w:rPr>
        <w:t>1:21:38  phir ab dobara main ne phone kiya to phir un ke larkay se baat hui aur us ne</w:t>
      </w:r>
      <w:r>
        <w:br/>
      </w:r>
      <w:r>
        <w:rPr>
          <w:sz w:val="20"/>
        </w:rPr>
        <w:t>1:21:46  bataya ke un ke father ki death ho gayi hai.</w:t>
      </w:r>
      <w:r>
        <w:br/>
      </w:r>
      <w:r>
        <w:rPr>
          <w:sz w:val="20"/>
        </w:rPr>
        <w:t>1:21:50  to main ne mister saini ke larkay gaurav se yeh kaha ke aap ke father ki yeh khwahish</w:t>
      </w:r>
      <w:r>
        <w:br/>
      </w:r>
      <w:r>
        <w:rPr>
          <w:sz w:val="20"/>
        </w:rPr>
        <w:t>1:21:58  thi ke wo quran parhen, to aap is adhoore kaam ko kar dijiye.</w:t>
      </w:r>
      <w:r>
        <w:br/>
      </w:r>
      <w:r>
        <w:rPr>
          <w:sz w:val="20"/>
        </w:rPr>
        <w:t>1:22:03  lekin Gorb ne jawab mein kaha ke main atheist ho gaya hoon aur woh bahut zyada excited ho</w:t>
      </w:r>
      <w:r>
        <w:br/>
      </w:r>
      <w:r>
        <w:rPr>
          <w:sz w:val="20"/>
        </w:rPr>
        <w:t>1:22:11  kar rone laga aur kehne laga ke abhi main atharah saal ka bhi hua hoon aur meri bari</w:t>
      </w:r>
      <w:r>
        <w:br/>
      </w:r>
      <w:r>
        <w:rPr>
          <w:sz w:val="20"/>
        </w:rPr>
        <w:t>1:22:19  behnein hain, un ki shadi bhi nahi hui hai, to kaise yeh sab hoga? to ab wo god</w:t>
      </w:r>
      <w:r>
        <w:br/>
      </w:r>
      <w:r>
        <w:rPr>
          <w:sz w:val="20"/>
        </w:rPr>
        <w:t>1:22:26  mein believe nahi karta.</w:t>
      </w:r>
      <w:r>
        <w:br/>
      </w:r>
      <w:r>
        <w:rPr>
          <w:sz w:val="20"/>
        </w:rPr>
        <w:t>1:22:28  maulana, mister saini ka larkay bohat ziyada frustrated ho gaya hai, to aap mujhe yeh bataiye ke mujhe</w:t>
      </w:r>
      <w:r>
        <w:br/>
      </w:r>
      <w:r>
        <w:rPr>
          <w:sz w:val="20"/>
        </w:rPr>
        <w:t>1:22:36  kya aur kaise karna chahiye? kya karna chahiye mujhe? un ko yahi samjhana hoga ke yeh sab cheezein</w:t>
      </w:r>
      <w:r>
        <w:br/>
      </w:r>
      <w:r>
        <w:rPr>
          <w:sz w:val="20"/>
        </w:rPr>
        <w:t>1:22:44  to us ko challenge ke taur par lijiye, challenge ke taur par.</w:t>
      </w:r>
      <w:r>
        <w:br/>
      </w:r>
      <w:r>
        <w:rPr>
          <w:sz w:val="20"/>
        </w:rPr>
        <w:t>1:22:49  hazaron log hain, un ke baap mar jatay hain.</w:t>
      </w:r>
      <w:r>
        <w:br/>
      </w:r>
      <w:r>
        <w:rPr>
          <w:sz w:val="20"/>
        </w:rPr>
        <w:t>1:22:53  hamare hamare apne baap bachpan mein mar gaye, hum log teen bhai thay aur bachpan mein mar gaye</w:t>
      </w:r>
      <w:r>
        <w:br/>
      </w:r>
      <w:r>
        <w:rPr>
          <w:sz w:val="20"/>
        </w:rPr>
        <w:t>1:23:00  hamare baap.</w:t>
      </w:r>
      <w:r>
        <w:br/>
      </w:r>
      <w:r>
        <w:rPr>
          <w:sz w:val="20"/>
        </w:rPr>
        <w:t>1:23:02  to family mein hum koi yateem ban gaye kyunke Allah ke fazl se hamare teeno bhai jo hain,</w:t>
      </w:r>
      <w:r>
        <w:br/>
      </w:r>
      <w:r>
        <w:rPr>
          <w:sz w:val="20"/>
        </w:rPr>
        <w:t>1:23:09  bohat bare, hum ko bohat kaam kiya unhon ne zindagi mein.</w:t>
      </w:r>
      <w:r>
        <w:br/>
      </w:r>
      <w:r>
        <w:rPr>
          <w:sz w:val="20"/>
        </w:rPr>
        <w:t>1:23:14  to yeh to ek challenge hai, ek ek ek ek zindagi mein jis ko challenge pesh aata hai,</w:t>
      </w:r>
      <w:r>
        <w:br/>
      </w:r>
      <w:r>
        <w:rPr>
          <w:sz w:val="20"/>
        </w:rPr>
        <w:t>1:23:22  wahi to bare bare kaam karta hai.</w:t>
      </w:r>
      <w:r>
        <w:br/>
      </w:r>
      <w:r>
        <w:rPr>
          <w:sz w:val="20"/>
        </w:rPr>
        <w:t>1:23:25  is bachche ko yeh koi samjhaye ke is ko aap negative sense mein kyun le rahe hain? yeh</w:t>
      </w:r>
      <w:r>
        <w:br/>
      </w:r>
      <w:r>
        <w:rPr>
          <w:sz w:val="20"/>
        </w:rPr>
        <w:t>1:23:33  challenge hai jo aap ko motivate karta hai, aap ko aap ka incentive paida karta hai ke aap</w:t>
      </w:r>
      <w:r>
        <w:br/>
      </w:r>
      <w:r>
        <w:rPr>
          <w:sz w:val="20"/>
        </w:rPr>
        <w:t>1:23:40  aage barh kar ke bare bare kaam karen.</w:t>
      </w:r>
      <w:r>
        <w:br/>
      </w:r>
      <w:r>
        <w:rPr>
          <w:sz w:val="20"/>
        </w:rPr>
        <w:t>1:23:44  to challenge ki nafsiyat yeh hoti hai ke aadmi ki energy ko barha deta hai, thinking capacity barha</w:t>
      </w:r>
      <w:r>
        <w:br/>
      </w:r>
      <w:r>
        <w:rPr>
          <w:sz w:val="20"/>
        </w:rPr>
        <w:t>1:23:51  deta hai.</w:t>
      </w:r>
      <w:r>
        <w:br/>
      </w:r>
      <w:r>
        <w:rPr>
          <w:sz w:val="20"/>
        </w:rPr>
        <w:t>1:23:53  yani agar baap zinda rehta aur khoob un ko pampering karta to un ko kuch zindagi mein challenge</w:t>
      </w:r>
      <w:r>
        <w:br/>
      </w:r>
      <w:r>
        <w:rPr>
          <w:sz w:val="20"/>
        </w:rPr>
        <w:t>1:24:01  na pesh aata, un ko koi taraqqi bhi na hoti.</w:t>
      </w:r>
      <w:r>
        <w:br/>
      </w:r>
      <w:r>
        <w:rPr>
          <w:sz w:val="20"/>
        </w:rPr>
        <w:t>1:24:05  unki baap agar zinda rehta aur un ki pampering karta rehta to koi koi un ka intellectual</w:t>
      </w:r>
      <w:r>
        <w:br/>
      </w:r>
      <w:r>
        <w:rPr>
          <w:sz w:val="20"/>
        </w:rPr>
        <w:t>1:24:13  development ruk jata.</w:t>
      </w:r>
      <w:r>
        <w:br/>
      </w:r>
      <w:r>
        <w:rPr>
          <w:sz w:val="20"/>
        </w:rPr>
        <w:t>1:24:14  un ka ab to mein samajhta hoon ke better position mein hain woh ke challenge mein jeena pare</w:t>
      </w:r>
      <w:r>
        <w:br/>
      </w:r>
      <w:r>
        <w:rPr>
          <w:sz w:val="20"/>
        </w:rPr>
        <w:t>1:24:22  ga un ko, jis ki wajah se un ka zehni irtaqa hoga.</w:t>
      </w:r>
      <w:r>
        <w:br/>
      </w:r>
      <w:r>
        <w:rPr>
          <w:sz w:val="20"/>
        </w:rPr>
        <w:t>1:24:27  bare bare planning kar payenge, woh bare bare baatein soch soch soch jayenge.</w:t>
      </w:r>
      <w:r>
        <w:br/>
      </w:r>
      <w:r>
        <w:rPr>
          <w:sz w:val="20"/>
        </w:rPr>
        <w:t>1:24:33  woh ab aise hazaron cases hain ke ke ke bachpan mein baap mar gaya aur unhon ne bohat</w:t>
      </w:r>
      <w:r>
        <w:br/>
      </w:r>
      <w:r>
        <w:rPr>
          <w:sz w:val="20"/>
        </w:rPr>
        <w:t>1:24:41  bare bare taraqqiyan ki, jis ke jis ka misaal mein khud hoon.</w:t>
      </w:r>
      <w:r>
        <w:br/>
      </w:r>
      <w:r>
        <w:rPr>
          <w:sz w:val="20"/>
        </w:rPr>
        <w:t>1:24:46  mere mere teeno bhai hain, yeh koi baat nahi hai, in ko samjhane ki zaroorat hai ke woh</w:t>
      </w:r>
      <w:r>
        <w:br/>
      </w:r>
      <w:r>
        <w:rPr>
          <w:sz w:val="20"/>
        </w:rPr>
        <w:t>1:24:54  samjhaya jaye ke zindagi naam hai challenge ka.</w:t>
      </w:r>
      <w:r>
        <w:br/>
      </w:r>
      <w:r>
        <w:rPr>
          <w:sz w:val="20"/>
        </w:rPr>
        <w:t>1:24:57  mein khwahish karta hoon in ko aap bajaye Quran dene ke pehli kitab doosri dijiye, yani moral vision</w:t>
      </w:r>
      <w:r>
        <w:br/>
      </w:r>
      <w:r>
        <w:rPr>
          <w:sz w:val="20"/>
        </w:rPr>
        <w:t>1:25:05  dijiye.</w:t>
      </w:r>
      <w:r>
        <w:br/>
      </w:r>
      <w:r>
        <w:rPr>
          <w:sz w:val="20"/>
        </w:rPr>
        <w:t>1:25:07  agar angrezi parhte hon aur hindi parhte hon to in ko in ko dijiye woh kitab jo hai.</w:t>
      </w:r>
      <w:r>
        <w:br/>
      </w:r>
      <w:r>
        <w:rPr>
          <w:sz w:val="20"/>
        </w:rPr>
        <w:t>1:25:14  ah, kya adhyaye kya hai naam is kitab ka? adhyaye kamyabi ke panch adhyaye kya hain? kamyabi ke</w:t>
      </w:r>
      <w:r>
        <w:br/>
      </w:r>
      <w:r>
        <w:rPr>
          <w:sz w:val="20"/>
        </w:rPr>
        <w:t>1:25:22  panch adhyaye hain? kamyabi ke panch adhyaye kamyabi ke panch adhyaye hindi mein hain.</w:t>
      </w:r>
      <w:r>
        <w:br/>
      </w:r>
      <w:r>
        <w:rPr>
          <w:sz w:val="20"/>
        </w:rPr>
        <w:t>1:25:28  wo agar wo english jante hon to aap moral vision dijiye, urdu jante hon to raziyat dijiye, hindi</w:t>
      </w:r>
      <w:r>
        <w:br/>
      </w:r>
      <w:r>
        <w:rPr>
          <w:sz w:val="20"/>
        </w:rPr>
        <w:t>1:25:36  jante hon to kamyabi ke panch adyae dijiye.</w:t>
      </w:r>
      <w:r>
        <w:br/>
      </w:r>
      <w:r>
        <w:rPr>
          <w:sz w:val="20"/>
        </w:rPr>
        <w:t>1:25:39  abhi quran mat dijiye, in ko baat ko dijiye ga to inshallah samajh jayen ge baat ko.</w:t>
      </w:r>
    </w:p>
    <w:p>
      <w:pPr>
        <w:pStyle w:val="Heading2"/>
      </w:pPr>
      <w:r>
        <w:t>Learning Quran for non-Arabic speakers and interpretations</w:t>
      </w:r>
    </w:p>
    <w:p>
      <w:r>
        <w:rPr>
          <w:color w:val="666666"/>
          <w:sz w:val="18"/>
        </w:rPr>
        <w:t>Quran &amp; Tafsir · Study of The Quran 23 June 2019 - Maulana Wahiduddin Khan · 5m 31s · at 34:30 · https://youtu.be/tFQnqhFtPko?t=2070</w:t>
      </w:r>
    </w:p>
    <w:p>
      <w:r>
        <w:rPr>
          <w:i/>
        </w:rPr>
        <w:t>“What is the best way to learn Quran for non-Arabic speaker? Why do we have multiple interpretations of Quran? How someone new like me can choose the right interpretation?”</w:t>
      </w:r>
    </w:p>
    <w:p>
      <w:r>
        <w:rPr>
          <w:sz w:val="20"/>
        </w:rPr>
        <w:t>34:30  yeh sawal bheja hai congo central africa se muhammad akhlaq mewati sahib ne. unhone likha hai: "what is the best way to learn quran for non arabic speaker?</w:t>
      </w:r>
      <w:r>
        <w:br/>
      </w:r>
      <w:r>
        <w:rPr>
          <w:sz w:val="20"/>
        </w:rPr>
        <w:t>34:47  why do we have multiple interpretations of quran? how someone new like me can choose the right interpretation?"</w:t>
      </w:r>
      <w:r>
        <w:br/>
      </w:r>
      <w:r>
        <w:rPr>
          <w:sz w:val="20"/>
        </w:rPr>
        <w:t>35:00  ka matlab maulana, unke actually ek sawal ke do hisse hain. pehla hissa to unhone aap se poocha hai ke ek non arabic speaker quran ko kaise samjhe?</w:t>
      </w:r>
      <w:r>
        <w:br/>
      </w:r>
      <w:r>
        <w:rPr>
          <w:sz w:val="20"/>
        </w:rPr>
        <w:t>35:12  aur jo doosra hissa hai sawal ka, woh yeh hai ke itne zyada interpretations available hain abhi, ah ah ke kaise choose karein ke sahi interpretation konsa hai quran ka?</w:t>
      </w:r>
      <w:r>
        <w:br/>
      </w:r>
      <w:r>
        <w:rPr>
          <w:sz w:val="20"/>
        </w:rPr>
        <w:t>35:27  dekhiye, pehli baat to yeh ke arabi zaban bahut hi aasan zaban hai. koi bhi aadmi agar sincere hai to bahut aasani se woh arabi seekh sakta hai.</w:t>
      </w:r>
      <w:r>
        <w:br/>
      </w:r>
      <w:r>
        <w:rPr>
          <w:sz w:val="20"/>
        </w:rPr>
        <w:t>35:42  doosri taraf yeh ke arabi koi shart lazim nahi hai quran samajhne ke liye. quran ke tarjume, tafaseer har zaban mein maujood hain.</w:t>
      </w:r>
      <w:r>
        <w:br/>
      </w:r>
      <w:r>
        <w:rPr>
          <w:sz w:val="20"/>
        </w:rPr>
        <w:t>35:53  har zaban mein sab se badi cheez jo chahiye, woh aqal hai. agar aap ke paas aqal ho to bas kaafi hai.</w:t>
      </w:r>
      <w:r>
        <w:br/>
      </w:r>
      <w:r>
        <w:rPr>
          <w:sz w:val="20"/>
        </w:rPr>
        <w:t>36:04  woh kisi bhi kisi bhi zaban mein aap padhiye,</w:t>
      </w:r>
      <w:r>
        <w:br/>
      </w:r>
      <w:r>
        <w:rPr>
          <w:sz w:val="20"/>
        </w:rPr>
        <w:t>36:10  yeh koi rukawat rukawat nahi hai jo log samajhte hain. Koi bhi rukawat Quran ko samajhne ke liye maujood nahi hai.</w:t>
      </w:r>
      <w:r>
        <w:br/>
      </w:r>
      <w:r>
        <w:rPr>
          <w:sz w:val="20"/>
        </w:rPr>
        <w:t>36:21  main yaqeen ke sath keh sakta hoon. Aur doosri cheez jo hai, woh cheez kya hai?</w:t>
      </w:r>
      <w:r>
        <w:br/>
      </w:r>
      <w:r>
        <w:rPr>
          <w:sz w:val="20"/>
        </w:rPr>
        <w:t>36:29  keh bohat sare interpretation. Ji, yeh bhi to bekar baat hai. Konsi duniya mein aisi cheez bhi interpretation na ho? Konsay bataiye?</w:t>
      </w:r>
      <w:r>
        <w:br/>
      </w:r>
      <w:r>
        <w:rPr>
          <w:sz w:val="20"/>
        </w:rPr>
        <w:t>36:38  bimari har doctor alag alag batata hai is ke baray mein. To kya log ilaj nahi karte?</w:t>
      </w:r>
      <w:r>
        <w:br/>
      </w:r>
      <w:r>
        <w:rPr>
          <w:sz w:val="20"/>
        </w:rPr>
        <w:t>36:48  log ilaj nahi karte? Dukandari, dukandar jo bechte hain saman alag alag dhang se, woh batate hain. To kya log dukandari band ho gayi hai?</w:t>
      </w:r>
      <w:r>
        <w:br/>
      </w:r>
      <w:r>
        <w:rPr>
          <w:sz w:val="20"/>
        </w:rPr>
        <w:t>37:00  yeh konsi cheez aisi hai jis mein interpretation, diverse interpretation na ho? Yeh rukawat konsi hai? Apni aql ko istemal kijiye, apni common sense ko istemal kijiye.</w:t>
      </w:r>
      <w:r>
        <w:br/>
      </w:r>
      <w:r>
        <w:rPr>
          <w:sz w:val="20"/>
        </w:rPr>
        <w:t>37:12  yeh sab bilkul yaani aise log yeh baatein karte hain jo serious, sincere nahi hain. Wahi aadmi apne baray mein, apne business ke baray mein, apne job ke baray mein, apne ilaj ke baray mein sincere hota to wahi sawal nahi, sawal nahi karta.</w:t>
      </w:r>
      <w:r>
        <w:br/>
      </w:r>
      <w:r>
        <w:rPr>
          <w:sz w:val="20"/>
        </w:rPr>
        <w:t>37:30  aur yahan sawal kar raha hai.</w:t>
      </w:r>
      <w:r>
        <w:br/>
      </w:r>
      <w:r>
        <w:rPr>
          <w:sz w:val="20"/>
        </w:rPr>
        <w:t>37:35  main nahi manta ke yeh koi sawal hai. Jab aap ka beta bimar hota hai to sheher mein hazaron doctor hotay hain.</w:t>
      </w:r>
      <w:r>
        <w:br/>
      </w:r>
      <w:r>
        <w:rPr>
          <w:sz w:val="20"/>
        </w:rPr>
        <w:t>37:44  to kya aap is mein phans jatay hain aur ilaj nahi kar patay? In ke paas jaon, in ke paas jaon, in ke paas jaon? Kon aisa baap hoga jo apne bete ke ilaj ke liye is liye na kar paye ke bohat se doctor hain?</w:t>
      </w:r>
      <w:r>
        <w:br/>
      </w:r>
      <w:r>
        <w:rPr>
          <w:sz w:val="20"/>
        </w:rPr>
        <w:t>38:01  to kya karein? Aap sincere hona, aap ka</w:t>
      </w:r>
      <w:r>
        <w:br/>
      </w:r>
      <w:r>
        <w:rPr>
          <w:sz w:val="20"/>
        </w:rPr>
        <w:t>38:09  dimagh mein aql hona kafi hai aap ke liye ke aap aik right doctor ko choose karein aur us se ilaj karein. To har mamle mein aap us ko solve kar letay hain.</w:t>
      </w:r>
      <w:r>
        <w:br/>
      </w:r>
      <w:r>
        <w:rPr>
          <w:sz w:val="20"/>
        </w:rPr>
        <w:t>38:22  sirf deeni ka mamla aisa solve nahi hota. Yeh yeh sab bekar baat hai. Mere nazdeek yeh koi baatein nahi hain.</w:t>
      </w:r>
      <w:r>
        <w:br/>
      </w:r>
      <w:r>
        <w:rPr>
          <w:sz w:val="20"/>
        </w:rPr>
        <w:t>38:33  Maulana, agla comment bheja hai Delhi se Dr. Naghma Siddiqui ne. Unhon ne likha hai: "Maulana, jazak Allah for explaining the importance of overcoming bias and understanding the historical age to understand Quran and the global opportunities that the present age has opened for spreading the Quranic message through universal dawah.</w:t>
      </w:r>
      <w:r>
        <w:br/>
      </w:r>
      <w:r>
        <w:rPr>
          <w:sz w:val="20"/>
        </w:rPr>
        <w:t>39:01  Inshallah, Maulana, I re dedicate my life to this mission. May God help me to achieve this. Inshallah." Maulana, agla comment Kashmir se bheja hai Miss Mehak Fayyaz Khan ne.</w:t>
      </w:r>
      <w:r>
        <w:br/>
      </w:r>
      <w:r>
        <w:rPr>
          <w:sz w:val="20"/>
        </w:rPr>
        <w:t>39:17  Unhon ne likha hai: "I gained new things today. It is not just about interpretation, but it is about right interpretation considering the cultural, historical, linguistic and social conditions of that particular time.</w:t>
      </w:r>
      <w:r>
        <w:br/>
      </w:r>
      <w:r>
        <w:rPr>
          <w:sz w:val="20"/>
        </w:rPr>
        <w:t>39:36  Such a beautiful and meaningful lecture. Thanks Maulana sahib." Sajid Anwar sahib ne Mumbai se likha hai: "Maulana, very thrilling explanation of the Hadith that the miracles of the Quran will never end.</w:t>
      </w:r>
      <w:r>
        <w:br/>
      </w:r>
      <w:r>
        <w:rPr>
          <w:sz w:val="20"/>
        </w:rPr>
        <w:t>39:51  The points of universal knowledge and freeing oneself from all kinds of prejudices were extremely important.</w:t>
      </w:r>
    </w:p>
    <w:p>
      <w:pPr>
        <w:pStyle w:val="Heading2"/>
      </w:pPr>
      <w:r>
        <w:t>Meaning of 'Every day He is engaged'</w:t>
      </w:r>
    </w:p>
    <w:p>
      <w:r>
        <w:rPr>
          <w:color w:val="666666"/>
          <w:sz w:val="18"/>
        </w:rPr>
        <w:t>Quran &amp; Tafsir · Revival of Faith September 25, 2011 Maulana Wahiduddin Khan · 6m 35s · at 1:05:46 · https://youtu.be/sG_btZMffxg?t=3946</w:t>
      </w:r>
    </w:p>
    <w:p>
      <w:r>
        <w:rPr>
          <w:i/>
        </w:rPr>
        <w:t>“In Surah Rahman it is said 'Every day He is engaged in some matter.' What does this mean?”</w:t>
      </w:r>
    </w:p>
    <w:p>
      <w:r>
        <w:rPr>
          <w:sz w:val="20"/>
        </w:rPr>
        <w:t>1:05:46  agla sawal Maulana Ah Maulana Abdul Basit Umri ka hai, Doha Qatar se. unhon ne likha hai: "Maulana Surah Rahman mein hai ke kal yomeen huwa fi shan." is ka matlab kya hai?</w:t>
      </w:r>
      <w:r>
        <w:br/>
      </w:r>
      <w:r>
        <w:rPr>
          <w:sz w:val="20"/>
        </w:rPr>
        <w:t>1:06:07  is ka matlab yeh hai ke Allah taala ne is kainat ko asal mein pehle zamanay mein yeh tasawwur tha ke Khuda ne paida kar diya aur phir automatic machine ki tarah duniya chal rahi hai.</w:t>
      </w:r>
      <w:r>
        <w:br/>
      </w:r>
      <w:r>
        <w:rPr>
          <w:sz w:val="20"/>
        </w:rPr>
        <w:t>1:06:21  paida karne ke baad Khuda ka is mein koi koi dakhal nahi hai. yeh ek tasawwur tha pehle.</w:t>
      </w:r>
      <w:r>
        <w:br/>
      </w:r>
      <w:r>
        <w:rPr>
          <w:sz w:val="20"/>
        </w:rPr>
        <w:t>1:06:29  to isi ki tardeed hai yeh ke Khuda ne doosri jagah "ala al-khalq wal amr" doosri jagah ke Khuda ne paida kiya aur aur poori kainat is ke ek active control mein hai.</w:t>
      </w:r>
      <w:r>
        <w:br/>
      </w:r>
      <w:r>
        <w:rPr>
          <w:sz w:val="20"/>
        </w:rPr>
        <w:t>1:06:45  woh is ko manage kar raha hai, har lamha manage kar raha hai. "kal yomeen huwa fi shan" ka matlab hai ke har lamha Khuda is is kainat ko manage kar raha hai.</w:t>
      </w:r>
      <w:r>
        <w:br/>
      </w:r>
      <w:r>
        <w:rPr>
          <w:sz w:val="20"/>
        </w:rPr>
        <w:t>1:06:56  aisa nahi ke alag thalag hai is se.</w:t>
      </w:r>
      <w:r>
        <w:br/>
      </w:r>
      <w:r>
        <w:rPr>
          <w:sz w:val="20"/>
        </w:rPr>
        <w:t>1:06:59  yeh matlab hai is ka.</w:t>
      </w:r>
      <w:r>
        <w:br/>
      </w:r>
      <w:r>
        <w:rPr>
          <w:sz w:val="20"/>
        </w:rPr>
        <w:t>1:07:04  Mr Sajid Anwar ne Roorkee se likha hai: "jaise ek misaal doon mein aap ko, abhi kal parson ki khabar thi ke ek satellite jo America ne faza mein khala mein bheja tha,</w:t>
      </w:r>
      <w:r>
        <w:br/>
      </w:r>
      <w:r>
        <w:rPr>
          <w:sz w:val="20"/>
        </w:rPr>
        <w:t>1:07:21  kai baras tak kaam karta raha woh, ab woh defunct ho gaya. ab woh kaam karna chhod diya us ne.</w:t>
      </w:r>
      <w:r>
        <w:br/>
      </w:r>
      <w:r>
        <w:rPr>
          <w:sz w:val="20"/>
        </w:rPr>
        <w:t>1:07:29  jab woh aisa hota hai to woh satellite jo hai neeche aane lagta hai, yani jo ghoomta rehta hai zameen ke gird to woh band ho jata hai ghoomna.</w:t>
      </w:r>
      <w:r>
        <w:br/>
      </w:r>
      <w:r>
        <w:rPr>
          <w:sz w:val="20"/>
        </w:rPr>
        <w:t>1:07:38  ab zameen ki kashish se woh neeche aane lagta hai. to aa raha tha, ab tamam tamam khabrein thi ke kahan girega, kahan girega, kahan girega. ab woh agar aur ek bari bus ke waqt tha, woh</w:t>
      </w:r>
      <w:r>
        <w:br/>
      </w:r>
      <w:r>
        <w:rPr>
          <w:sz w:val="20"/>
        </w:rPr>
        <w:t>1:07:51  agar woh gira hota farz ke kisi shehar par, kisi basti par, sara tahseen kar deta woh. kyun ke upar se jab cheez girti hai, koi bohat sakht is ki chot hoti hai.</w:t>
      </w:r>
      <w:r>
        <w:br/>
      </w:r>
      <w:r>
        <w:rPr>
          <w:sz w:val="20"/>
        </w:rPr>
        <w:t>1:08:00  itna bara pathar bhi agar gire to bohat bara is ka dhamaka hoga. jab poori ek bari si bus gire to kitna bara dhamaka hoga. lekin woh gira ja kahan ke samandar bhi gir gaya.</w:t>
      </w:r>
      <w:r>
        <w:br/>
      </w:r>
      <w:r>
        <w:rPr>
          <w:sz w:val="20"/>
        </w:rPr>
        <w:t>1:08:12  yeh Khuda ne manage kiya is ko.</w:t>
      </w:r>
      <w:r>
        <w:br/>
      </w:r>
      <w:r>
        <w:rPr>
          <w:sz w:val="20"/>
        </w:rPr>
        <w:t>1:08:16  agar Khuda manage na karta itldm to agar gir padta kisi kisi shehar mein, kisi insani basti mein to bohat tabahi hoti is ki wajah se.</w:t>
      </w:r>
      <w:r>
        <w:br/>
      </w:r>
      <w:r>
        <w:rPr>
          <w:sz w:val="20"/>
        </w:rPr>
        <w:t>1:08:26  to yeh ek choti si misaal hai. har lamha Khuda manage kar raha hai is kainat ko, insani history ko bhi.</w:t>
      </w:r>
      <w:r>
        <w:br/>
      </w:r>
      <w:r>
        <w:rPr>
          <w:sz w:val="20"/>
        </w:rPr>
        <w:t>1:08:35  tab bhi dunya aise chal rahi hai, warna chal nahi sakti thi.</w:t>
      </w:r>
      <w:r>
        <w:br/>
      </w:r>
      <w:r>
        <w:rPr>
          <w:sz w:val="20"/>
        </w:rPr>
        <w:t>1:08:43  Mr. Sajid Anwar ne Roorkee se likha hai: "During dawah activities, sometimes it happens that seemingly highly educated person turn out to be very insincere during the discussions.</w:t>
      </w:r>
      <w:r>
        <w:br/>
      </w:r>
      <w:r>
        <w:rPr>
          <w:sz w:val="20"/>
        </w:rPr>
        <w:t>1:08:58  they pose such questions which are outrightly illogical. how to continue da'wah discussion under such situations?</w:t>
      </w:r>
      <w:r>
        <w:br/>
      </w:r>
      <w:r>
        <w:rPr>
          <w:sz w:val="20"/>
        </w:rPr>
        <w:t>1:09:08  kindly advice."</w:t>
      </w:r>
      <w:r>
        <w:br/>
      </w:r>
      <w:r>
        <w:rPr>
          <w:sz w:val="20"/>
        </w:rPr>
        <w:t>1:09:11  asal mein yeh jo hota hai, is ka aap reason dhoondhiye ke kyun hai. maine jo apne tajurbe mein paya hai, apne experience mein is ka reason hota hai bias, prejudices.</w:t>
      </w:r>
      <w:r>
        <w:br/>
      </w:r>
      <w:r>
        <w:rPr>
          <w:sz w:val="20"/>
        </w:rPr>
        <w:t>1:09:26  log kisi na kisi bias mein jeete hain. isi mein condition, is mein condition hoti hai. conditioning ho jati hai un ki.</w:t>
      </w:r>
      <w:r>
        <w:br/>
      </w:r>
      <w:r>
        <w:rPr>
          <w:sz w:val="20"/>
        </w:rPr>
        <w:t>1:09:32  to saare log ki conditioning ki wajah se kuch soch un ke mind mein, yaani jam hi rehti hai.</w:t>
      </w:r>
      <w:r>
        <w:br/>
      </w:r>
      <w:r>
        <w:rPr>
          <w:sz w:val="20"/>
        </w:rPr>
        <w:t>1:09:42  to woh jab sunte hain koi is se alag koi baat to react karte hain. woh react karte hain to illogical baatein karte hain. to</w:t>
      </w:r>
      <w:r>
        <w:br/>
      </w:r>
      <w:r>
        <w:rPr>
          <w:sz w:val="20"/>
        </w:rPr>
        <w:t>1:09:52  yeh is ka hal sirf yeh hai ke hum, yaani jaldi na karein un ke bare mein faisla karne mein</w:t>
      </w:r>
      <w:r>
        <w:br/>
      </w:r>
      <w:r>
        <w:rPr>
          <w:sz w:val="20"/>
        </w:rPr>
        <w:t>1:10:00  . hum un ko dua karein, un se interaction karein, un ko kitabein dein. tab hoga. abhi dekhiye, yaani abhi hamare paas aaye the south india ke kuch log,</w:t>
      </w:r>
      <w:r>
        <w:br/>
      </w:r>
      <w:r>
        <w:rPr>
          <w:sz w:val="20"/>
        </w:rPr>
        <w:t>1:10:15  yaani paanch saat saat aadmi the ghaliban. koi woh kai din rahe hamare paas, phir woh aaj, woh aaj raat, aaj hi raat ko wapas gaye hain.</w:t>
      </w:r>
      <w:r>
        <w:br/>
      </w:r>
      <w:r>
        <w:rPr>
          <w:sz w:val="20"/>
        </w:rPr>
        <w:t>1:10:26  woh</w:t>
      </w:r>
      <w:r>
        <w:br/>
      </w:r>
      <w:r>
        <w:rPr>
          <w:sz w:val="20"/>
        </w:rPr>
        <w:t>1:10:27  to un mein ek sahab the, to jo unhi ke isi ilaaqe ke the.</w:t>
      </w:r>
      <w:r>
        <w:br/>
      </w:r>
      <w:r>
        <w:rPr>
          <w:sz w:val="20"/>
        </w:rPr>
        <w:t>1:10:37  to un ke ek saathi ne kaha ke yeh hamare saathiyon mein sab se zyada stubborn aadmi the. bohat hi conditioning pakki thi un ki, aur woh kisi tarah se un ko samajh mein nahi aata tha.</w:t>
      </w:r>
      <w:r>
        <w:br/>
      </w:r>
      <w:r>
        <w:rPr>
          <w:sz w:val="20"/>
        </w:rPr>
        <w:t>1:10:50  yeh arsal mission</w:t>
      </w:r>
      <w:r>
        <w:br/>
      </w:r>
      <w:r>
        <w:rPr>
          <w:sz w:val="20"/>
        </w:rPr>
        <w:t>1:10:53  to unhone kaha ke un ka haal woh tha jo Hazrat Umar ke bare mein hai ke Hazrat Umar ke bare mein ek sahabi ne kaha tha ke "wallah la hatta humal khitab", yaani yeh shakhs, yaani Hazrat Umar iman lane wale nahi hain yahan tak ke un ka jo qabeela hai,</w:t>
      </w:r>
      <w:r>
        <w:br/>
      </w:r>
      <w:r>
        <w:rPr>
          <w:sz w:val="20"/>
        </w:rPr>
        <w:t>1:11:12  woh us qabeelay ka gadha tak musalman ho jaye. to</w:t>
      </w:r>
      <w:r>
        <w:br/>
      </w:r>
      <w:r>
        <w:rPr>
          <w:sz w:val="20"/>
        </w:rPr>
        <w:t>1:11:17  itna zyada un ka case stubburn lagta tha. unhone kaha un ke bare mein hamari yeh rai hi thi. aaj woh sab se aage hain, poore group mein sab se aage wahi hain.</w:t>
      </w:r>
      <w:r>
        <w:br/>
      </w:r>
      <w:r>
        <w:rPr>
          <w:sz w:val="20"/>
        </w:rPr>
        <w:t>1:11:27  us waqt bohat hi yaqeen ke saath, bohat zyada josh ke saath lage hue hain, aur bohat zyada da'wah ka kaam kar rahe hain.</w:t>
      </w:r>
      <w:r>
        <w:br/>
      </w:r>
      <w:r>
        <w:rPr>
          <w:sz w:val="20"/>
        </w:rPr>
        <w:t>1:11:37  lekin is mein waqt laga.</w:t>
      </w:r>
      <w:r>
        <w:br/>
      </w:r>
      <w:r>
        <w:rPr>
          <w:sz w:val="20"/>
        </w:rPr>
        <w:t>1:11:40  to aise case jab aate hain to un ko samjhein ke conditioning ki wajah se woh react kar rahe hain. jab tak koi conditioning toote gi nahi to aise karein ge woh.</w:t>
      </w:r>
      <w:r>
        <w:br/>
      </w:r>
      <w:r>
        <w:rPr>
          <w:sz w:val="20"/>
        </w:rPr>
        <w:t>1:11:52  to un logon ke liye yeh karna hai ke dua karein, aur is se kabhi bhi behas na karein. sirf yeh kahein ke "aur kitabein padhiye, aur kitabein padhiye, aur kitabein padhiye".</w:t>
      </w:r>
      <w:r>
        <w:br/>
      </w:r>
      <w:r>
        <w:rPr>
          <w:sz w:val="20"/>
        </w:rPr>
        <w:t>1:12:01  yaani dua karein, aur un ko kitabein padhwate rahein. to hamara bar bar ka tajurba hai ke aadmi badal jata hai.</w:t>
      </w:r>
      <w:r>
        <w:br/>
      </w:r>
      <w:r>
        <w:rPr>
          <w:sz w:val="20"/>
        </w:rPr>
        <w:t>1:12:11  to hum to kahin se mayoos nahi hain. har aadmi ke bare mein hum umeed rakhte hain ke sahi tareeqe se kaam kiya jaye to badal jayega woh.</w:t>
      </w:r>
    </w:p>
    <w:p>
      <w:pPr>
        <w:pStyle w:val="Heading2"/>
      </w:pPr>
      <w:r>
        <w:t>Meaning of Qital Fitnah in Quran</w:t>
      </w:r>
    </w:p>
    <w:p>
      <w:r>
        <w:rPr>
          <w:color w:val="666666"/>
          <w:sz w:val="18"/>
        </w:rPr>
        <w:t>Quran &amp; Tafsir · Islam The Creator of the Modern Age October 17, 2021 Prof. Farida Khanam · 11m 46s · at 32:08 · https://youtu.be/tMr3Dz35onU?t=1928</w:t>
      </w:r>
    </w:p>
    <w:p>
      <w:r>
        <w:rPr>
          <w:i/>
        </w:rPr>
        <w:t>“What is Qital Fitnah? (referring to Quran 8:39: 'And fight them until there is no fitnah and religion is all for Allah')”</w:t>
      </w:r>
    </w:p>
    <w:p>
      <w:r>
        <w:rPr>
          <w:sz w:val="20"/>
        </w:rPr>
        <w:t>32:08  is ke baad kuch sawal hain. pehla sawal aaya hai miss yasra anam hyderabad se, aur isi se milta julta maulana israr umri ne bhi sawal kiya hai chennai se.</w:t>
      </w:r>
      <w:r>
        <w:br/>
      </w:r>
      <w:r>
        <w:rPr>
          <w:sz w:val="20"/>
        </w:rPr>
        <w:t>32:21  wo sawal yeh hai ke qital fitna kya hai? quran ki ayat jo hai "wa qatiloo hatta la takuna fitna wa yakoon ad deeno kulluhu lillah" al anfal 39 ke qital fitna kya hai?</w:t>
      </w:r>
      <w:r>
        <w:br/>
      </w:r>
      <w:r>
        <w:rPr>
          <w:sz w:val="20"/>
        </w:rPr>
        <w:t>32:34  aur israr umri sahib ka sawal hai "religious persecution ko kis ne khatam kiya?"</w:t>
      </w:r>
      <w:r>
        <w:br/>
      </w:r>
      <w:r>
        <w:rPr>
          <w:sz w:val="20"/>
        </w:rPr>
        <w:t>32:43  asal mein qital fitna jo hai woh refer karta hai religious persecution ko. to religious persecution ki wajah se duniya mein koi taraqqi nahi ho rahi thi, aur yeh bilkul creation plan hi ke khilaf tha.</w:t>
      </w:r>
      <w:r>
        <w:br/>
      </w:r>
      <w:r>
        <w:rPr>
          <w:sz w:val="20"/>
        </w:rPr>
        <w:t>33:01  kyun ke allah taala ne yeh duniya is liye banayi hai ke yahan insaan ko mukammal azadi ki halat mein rakha jaye, aur phir dekha jaye ke kaun sachai ka rasta willingly ikhtiyar karta hai, kaun nahi ikhtiyar karta hai.</w:t>
      </w:r>
      <w:r>
        <w:br/>
      </w:r>
      <w:r>
        <w:rPr>
          <w:sz w:val="20"/>
        </w:rPr>
        <w:t>33:17  lekin jab religious persecution ka zamana aaya to logon ko mauqa hi nahi diya gaya un ko ke sachai ko ikhtiyar karein.</w:t>
      </w:r>
      <w:r>
        <w:br/>
      </w:r>
      <w:r>
        <w:rPr>
          <w:sz w:val="20"/>
        </w:rPr>
        <w:t>33:26  to zabardasti jo deen state religion tha, bas usi ko par woh chal sakte thay. agar woh koi bhi doosra deen ikhtiyar karte to un ko sakht sazaein di jati hain.</w:t>
      </w:r>
      <w:r>
        <w:br/>
      </w:r>
      <w:r>
        <w:rPr>
          <w:sz w:val="20"/>
        </w:rPr>
        <w:t>33:37  to yeh allah taala ko bohat ziyada napasand tha. is ki wajah se kuch jangain huin, aur jo empires theen, asal mein wohi pillars thay jo religious persecution, jo unhein jo roman empire aur sassanid empire, un ki wajah se yeh log apni poori taqat is mein lagaye hue thay ke koi bhi nayi cheez na aane paye.</w:t>
      </w:r>
      <w:r>
        <w:br/>
      </w:r>
      <w:r>
        <w:rPr>
          <w:sz w:val="20"/>
        </w:rPr>
        <w:t>34:01  to na sirf yeh ke religious persecution balkeh koi bhi taraqqi nahi hoti thi, woh kuch karne hi nahi dete thay kaam. to is ko khatam karna tha.</w:t>
      </w:r>
      <w:r>
        <w:br/>
      </w:r>
      <w:r>
        <w:rPr>
          <w:sz w:val="20"/>
        </w:rPr>
        <w:t>34:11  wo empire khatam ho gayi to jang bhi khatam ho gayi. to aik baar aisa hua ke wahan chunchke islam aik tribal age mein aaya hai, to tribal age ki wajah se kya hai ke in logon ko adat hi thi jang karne ki.</w:t>
      </w:r>
      <w:r>
        <w:br/>
      </w:r>
      <w:r>
        <w:rPr>
          <w:sz w:val="20"/>
        </w:rPr>
        <w:t>34:29  zara zara si baat mein jang karte thay. to hazrat ali ke zamane mein jang hui, hazrat usman ke zamane mein fitna hua, hazrat abubakar ke zamane mein fitna hua.</w:t>
      </w:r>
      <w:r>
        <w:br/>
      </w:r>
      <w:r>
        <w:rPr>
          <w:sz w:val="20"/>
        </w:rPr>
        <w:t>34:40  un ko wahi adat thi, tribes aapas mein ladte rehte thay. rasoolullah sallallahu alaihi wasallam ne sab ko ittehad mein jod diya tha, lekin un ke jane ke baad phir wahi sab masail pesh aaye.</w:t>
      </w:r>
      <w:r>
        <w:br/>
      </w:r>
      <w:r>
        <w:rPr>
          <w:sz w:val="20"/>
        </w:rPr>
        <w:t>34:52  to hazrat abubakar ne bohat hi kamyabi ke sath is ko irtidad jo hua tha, woh khatam kiya. hazrat umar ke zamane mein kafi sukoon raha, lekin phir wahi ho gaya hazrat ali ke zamane mein, hazrat usman ke zamane mein.</w:t>
      </w:r>
      <w:r>
        <w:br/>
      </w:r>
      <w:r>
        <w:rPr>
          <w:sz w:val="20"/>
        </w:rPr>
        <w:t>35:08  to hazrat ali ke zamane mein aise hi ho raha tha, sab log fasadi jama ho gaye thay, aur jang ho rahi thi aapas mein, fitna fasad.</w:t>
      </w:r>
      <w:r>
        <w:br/>
      </w:r>
      <w:r>
        <w:rPr>
          <w:sz w:val="20"/>
        </w:rPr>
        <w:t>35:18  to woh log har aik ko chahte thay ke side lein hamara. to woh log abdullah ibn umar ke paas aaye. to woh abdullah ibn umar ke aap hamare sath kyun nahi dete?</w:t>
      </w:r>
      <w:r>
        <w:br/>
      </w:r>
      <w:r>
        <w:rPr>
          <w:sz w:val="20"/>
        </w:rPr>
        <w:t>35:30  abdullah ibn umar ne kaha aur kaha ke fitne ka zamana hai, aap hamara sath dijiye fitne ko khatam karne ke liye. to abdullah ibn umar ne kaha hum ne fitna khatam kar diya, qad fa'alna, aur tum fitne ko dobara zinda kar rahe ho.</w:t>
      </w:r>
      <w:r>
        <w:br/>
      </w:r>
      <w:r>
        <w:rPr>
          <w:sz w:val="20"/>
        </w:rPr>
        <w:t>35:45  to jo fitna tha, woh nahi tha jo strife hoti hai, political strife, woh fitna nahi tha, balkeh religious persecution fitna tha, aur woh khatam ho gaya hazrat umar ke zamane mein.</w:t>
      </w:r>
      <w:r>
        <w:br/>
      </w:r>
      <w:r>
        <w:rPr>
          <w:sz w:val="20"/>
        </w:rPr>
        <w:t>35:58  to is tarike se asal mein islam aaya tribal age mein. to islam ki jo taleemat theen, woh bohat hi</w:t>
      </w:r>
      <w:r>
        <w:br/>
      </w:r>
      <w:r>
        <w:rPr>
          <w:sz w:val="20"/>
        </w:rPr>
        <w:t>36:08  ah, is ki theen, bohat hi refined talimat theen, aur door jadeed ke hisab se theen. woh log itni sari baaton ko samajh nahi sake jab tak rasool Allah salallahu alaihi wasallam thay, tab tak to koi masla paida nahi hua.</w:t>
      </w:r>
      <w:r>
        <w:br/>
      </w:r>
      <w:r>
        <w:rPr>
          <w:sz w:val="20"/>
        </w:rPr>
        <w:t>36:22  lekin baad mein kya hua? rasool Allah salallahu alaihi wasallam jaise sulah hudaibiya kar liya. to yeh sab hotay hain, do qaumein ko do qaumon mein jang hoti hai, do groups mein jang hoti hai.</w:t>
      </w:r>
      <w:r>
        <w:br/>
      </w:r>
      <w:r>
        <w:rPr>
          <w:sz w:val="20"/>
        </w:rPr>
        <w:t>36:34  to mazhabi groups hotay hain, is mein ah, differences arise hotay hain. to is ki jo tareeqa Islam ne bataya tha, woh tha "reconciliation is the best", "alsulh khair", "dialogue", "reconciliation", "ifahum o tafheem", "interaction", "dawat", "ek doosray ko apna apni baat pohanchana".</w:t>
      </w:r>
      <w:r>
        <w:br/>
      </w:r>
      <w:r>
        <w:rPr>
          <w:sz w:val="20"/>
        </w:rPr>
        <w:t>37:02  to yeh jab understanding develop karna, to yeh sab chounkay woh log tribes se talluq rakhtay thay, aur tamam ke tamam bohat gehre Islam ke aalim nahi thay, jo awam thay, woh wohi sab jangon mein shamil hotay thay, is tarah ki jangon mein.</w:t>
      </w:r>
      <w:r>
        <w:br/>
      </w:r>
      <w:r>
        <w:rPr>
          <w:sz w:val="20"/>
        </w:rPr>
        <w:t>37:20  to is wajah se woh fitna o fasad jo hai, woh kafi dinon tak reh gaya. balkay musalmanon ke to barabar jangain hoti hi rahin, ek raja doosray raja se larta raha.</w:t>
      </w:r>
      <w:r>
        <w:br/>
      </w:r>
      <w:r>
        <w:rPr>
          <w:sz w:val="20"/>
        </w:rPr>
        <w:t>37:32  Spain mein jo hukumat qaim hui, to to Abbasi hukumat is ke khilaf ho gayi. musalsal kuch na kuch hota raha, is cheez ne musalmanon ko bohat kamzor bhi kiya.</w:t>
      </w:r>
      <w:r>
        <w:br/>
      </w:r>
      <w:r>
        <w:rPr>
          <w:sz w:val="20"/>
        </w:rPr>
        <w:t>37:45  to ab yeh sab duniya hai, duniya to imtehan ki duniya hai, yeh sab to duniya mein hoga, lekin humain jo hai is se bohat zyada apne aap ko bachana hai.</w:t>
      </w:r>
      <w:r>
        <w:br/>
      </w:r>
      <w:r>
        <w:rPr>
          <w:sz w:val="20"/>
        </w:rPr>
        <w:t>37:55  Maulana is par itna zyada zor detay thay ke sab kuch Allah taala ne kar diya hai, team bhi khadi kar di hai, lekin bas aap log jo hain ikhtilaf se bachiye ga aur ittehad ke sath apna kaam karte rahiye ga.</w:t>
      </w:r>
      <w:r>
        <w:br/>
      </w:r>
      <w:r>
        <w:rPr>
          <w:sz w:val="20"/>
        </w:rPr>
        <w:t>38:11  ab dekhiye ke itni bari bari saltanatein ikhtilaf ki wajah se khatam ho gayin. poori duniya mein musalmanon ki hukumat thi, woh sab isi ikhtilaf ki wajah se khatam ho gayin.</w:t>
      </w:r>
      <w:r>
        <w:br/>
      </w:r>
      <w:r>
        <w:rPr>
          <w:sz w:val="20"/>
        </w:rPr>
        <w:t>38:22  to is liye humain in sab cheezon se sabaq lena hai aur in sab cheezon se bachna hai. apa aap ne to Hazrat Abdullah bin Umar ka naam liya hai, isi se milta julta statement sahi Muslim mein Saad ibn Abi Waqas ka aaya hai, woh mein parhta hoon.</w:t>
      </w:r>
      <w:r>
        <w:br/>
      </w:r>
      <w:r>
        <w:rPr>
          <w:sz w:val="20"/>
        </w:rPr>
        <w:t>38:42  aur Saad ibn Abi Waqas ke baray mein maloom hona chahiye ke top ten sahaba mein se ek thay Saad ibn Abi Waqas. to un ke paas kuch log aaye aur unhon ne kaha "Alam yaqul Allah wa qatiloo hatta la takuna fitnatun wa yakuna ad-deenu kulluhu lillah" ke Allah taala ne kiya yeh nahi kaha ke tum un se jang karo yahan tak ke fitna na rahe aur deen tamam ka tamam Allah ke liye ho jaye?</w:t>
      </w:r>
      <w:r>
        <w:br/>
      </w:r>
      <w:r>
        <w:rPr>
          <w:sz w:val="20"/>
        </w:rPr>
        <w:t>39:09  to Saad ibn Abi Waqas ne kaha "Qad qatalna hatta la takuna fitnatun wa anta wa ashabuka tureedoona an tuqatiloo hatta takuna fitnatun" sahi Muslim hadith number 96 ke hum ne jang kiya yahan tak ke fitna khatam ho gaya aur tum aur tumharay sathiyon chahtay ho ke tum jang karo yahan tak ke dobara fitna aa jaye.</w:t>
      </w:r>
      <w:r>
        <w:br/>
      </w:r>
      <w:r>
        <w:rPr>
          <w:sz w:val="20"/>
        </w:rPr>
        <w:t>39:34  Miss Aisha Yasra Inam ka ek doosra sawal yeh hai jo is se milta julta hi hai ke qital fitna aur aaj jo musalman jang kar rahay hain, in dono mein kya farq hai?</w:t>
      </w:r>
      <w:r>
        <w:br/>
      </w:r>
      <w:r>
        <w:rPr>
          <w:sz w:val="20"/>
        </w:rPr>
        <w:t>39:50  dekhiye, yeh jangain jo aaj ho rahi hain, yeh bilkul galat hain, bilkul Islam ke khilaf hain, Quran ki talimat ke khilaf hain.</w:t>
      </w:r>
      <w:r>
        <w:br/>
      </w:r>
      <w:r>
        <w:rPr>
          <w:sz w:val="20"/>
        </w:rPr>
        <w:t>40:01  chounkay Allah taala ne is ko bilkul mana kiya hai. chounkay bohat sari hadithain hain aur hadith mein bataya gaya hai ke khuruj haram hai.</w:t>
      </w:r>
      <w:r>
        <w:br/>
      </w:r>
      <w:r>
        <w:rPr>
          <w:sz w:val="20"/>
        </w:rPr>
        <w:t>40:14  ke jab ek established hukumat qaim ho jaye to humain sirf is ko support karna hai, is ko is ke ek ek rebel banna, is ke khilaf tehreekein chalana, yeh sari ki sari wohi hain ke ek hukumat qaim hoti hai, Afghanistan mein wohi ho raha hai, hukumat qaim hoti hai, phir is ke khilaf kuch log kharay ho jatay hain, hukumat qaim hoti hai.</w:t>
      </w:r>
      <w:r>
        <w:br/>
      </w:r>
      <w:r>
        <w:rPr>
          <w:sz w:val="20"/>
        </w:rPr>
        <w:t>40:35  yeh tribalism hai, yeh Islam nahi hai. to yeh bilkul galat hai aur is in logon ko Khuda se darna chahiye. to yeh sab duniya ke liye laraiyan hain, duniya ke liye laraiyan.</w:t>
      </w:r>
      <w:r>
        <w:br/>
      </w:r>
      <w:r>
        <w:rPr>
          <w:sz w:val="20"/>
        </w:rPr>
        <w:t>40:51  woh tha religious persecution ko khatam karna. duniya ke liye laraiyan to bilkul jaiz hi nahi hain aur har jagah land ki larai hai.</w:t>
      </w:r>
      <w:r>
        <w:br/>
      </w:r>
      <w:r>
        <w:rPr>
          <w:sz w:val="20"/>
        </w:rPr>
        <w:t>41:02  kahin bhi deen ke liye woh log koi kaam nahi kar rahay hain, deen ke liye to daawa work hai. aur yeh laraiyan jo hain, woh land ke liye hain.</w:t>
      </w:r>
      <w:r>
        <w:br/>
      </w:r>
      <w:r>
        <w:rPr>
          <w:sz w:val="20"/>
        </w:rPr>
        <w:t>41:11  to yeh is se bilkul refrain karna chahiye, Khuda se khauf khana chahiye aur hathiyar ko phenk dena chahiye. jaise ke hadithon mein aaya hai ke jab aisa mauqa aaye ga to tum log hathiyar phenk ke janglon mein chale jana.</w:t>
      </w:r>
      <w:r>
        <w:br/>
      </w:r>
      <w:r>
        <w:rPr>
          <w:sz w:val="20"/>
        </w:rPr>
        <w:t>41:26  to is mein yahan tak kaha gaya hai ke agar tumhara badshah jo hai, raja jo hai, agar ek dum hi bekar ho, ek dum hi ah bhala'iq ho, ek dum koi kaam ka na ho, tab bhi tum uska sath do jab tak ke woh tum ko namaz roza karne de.</w:t>
      </w:r>
      <w:r>
        <w:br/>
      </w:r>
      <w:r>
        <w:rPr>
          <w:sz w:val="20"/>
        </w:rPr>
        <w:t>41:42  to aisi kaun si hukumat hai jo namaz roza humain nahi karne de rahi hai? to is liye tamam ki tamam jangain in lawful hain.</w:t>
      </w:r>
      <w:r>
        <w:br/>
      </w:r>
      <w:r>
        <w:rPr>
          <w:sz w:val="20"/>
        </w:rPr>
        <w:t>41:53  aap is par ek hadith, do hadith mein padhna chahunga, yahan par izafa karna chahunga.</w:t>
      </w:r>
      <w:r>
        <w:br/>
      </w:r>
      <w:r>
        <w:rPr>
          <w:sz w:val="20"/>
        </w:rPr>
        <w:t>41:59  ibn Umar ki hadith hai ke ek aadmi ne aa kar un se kaha "kayi fitna"</w:t>
      </w:r>
      <w:r>
        <w:br/>
      </w:r>
      <w:r>
        <w:rPr>
          <w:sz w:val="20"/>
        </w:rPr>
        <w:t>42:05  faqala wahal tudrimul fitnah kana muhammad sallallahu alaihi wasallam yuqatilul mushrikeen wakanad duloo 'ala fitnah walaysa qitalukum</w:t>
      </w:r>
      <w:r>
        <w:br/>
      </w:r>
      <w:r>
        <w:rPr>
          <w:sz w:val="20"/>
        </w:rPr>
        <w:t>42:15  alal mulk ke ek aadmi ne aa kar kaha ibn Umar se ke tum fitna ke mein ke</w:t>
      </w:r>
      <w:r>
        <w:br/>
      </w:r>
      <w:r>
        <w:rPr>
          <w:sz w:val="20"/>
        </w:rPr>
        <w:t>42:21  qital ke bare mein kya aap ki rai hai?</w:t>
      </w:r>
      <w:r>
        <w:br/>
      </w:r>
      <w:r>
        <w:rPr>
          <w:sz w:val="20"/>
        </w:rPr>
        <w:t>42:25  to unhon ne kaha tum jantay ho fitna kya cheez hai? Muhammad salallahu alaihi wasallam ne mushrikeen ke sath jang ki aur us waqt naye deen mein dakhil hona fitna tha, tumhara badshahat ke liye jang karna jang karne ki tarah nahi.</w:t>
      </w:r>
      <w:r>
        <w:br/>
      </w:r>
      <w:r>
        <w:rPr>
          <w:sz w:val="20"/>
        </w:rPr>
        <w:t>42:42  Sahih al Bukhari hadith number 4651 aur ek doosri hadith hai jo aaj jo yeh jang ho rahi hai, is ke baray mein bohat hi ebrat angez hai.</w:t>
      </w:r>
      <w:r>
        <w:br/>
      </w:r>
      <w:r>
        <w:rPr>
          <w:sz w:val="20"/>
        </w:rPr>
        <w:t>42:53  abu musa ashari kehte hain ke rasool Allah sallallahu alaihi wasallam ne harj ka zikr kiya jo</w:t>
      </w:r>
      <w:r>
        <w:br/>
      </w:r>
      <w:r>
        <w:rPr>
          <w:sz w:val="20"/>
        </w:rPr>
        <w:t>42:58  qayamat se pehle hoga hatta yuqtalal rajul jara wa'akha wabna 'ammihi qalo wa ma'ana 'uquluna yawmad deen qala tanzu</w:t>
      </w:r>
      <w:r>
        <w:br/>
      </w:r>
      <w:r>
        <w:rPr>
          <w:sz w:val="20"/>
        </w:rPr>
        <w:t>43:09  'uqul akthar ahlidhalikaz zamani wa yakhlaful huma'u minan nasi yuhsabuan ahaduhum annahu 'ala shay'in walaysa 'ala</w:t>
      </w:r>
      <w:r>
        <w:br/>
      </w:r>
      <w:r>
        <w:rPr>
          <w:sz w:val="20"/>
        </w:rPr>
        <w:t>43:18  shay'in ke rasool Allah sallallahu alaihi wasallam ne kaha qayamat se pehle bohat zyada qatl o qital</w:t>
      </w:r>
      <w:r>
        <w:br/>
      </w:r>
      <w:r>
        <w:rPr>
          <w:sz w:val="20"/>
        </w:rPr>
        <w:t>43:23  hoga, yahan tak ke aadmi apne padosi ko qatl karega, apne bhai ko qatl karega aur</w:t>
      </w:r>
      <w:r>
        <w:br/>
      </w:r>
      <w:r>
        <w:rPr>
          <w:sz w:val="20"/>
        </w:rPr>
        <w:t>43:28  apne bhatije ko qatl karega.</w:t>
      </w:r>
      <w:r>
        <w:br/>
      </w:r>
      <w:r>
        <w:rPr>
          <w:sz w:val="20"/>
        </w:rPr>
        <w:t>43:31  to sahaba ne kaha kya is din hamare paas aqal bhi hogi to aap ne kaha unki aqalen chhin jayengi is zamane ke aksar logon ki aqalen chhin jayengi aur is waqt jo log baqi rahenge wo bohat hi jazbati honge aur wo samjhenge ke hum aqal wale hain halanke wo aqal wale nahi honge</w:t>
      </w:r>
    </w:p>
    <w:p>
      <w:pPr>
        <w:pStyle w:val="Heading2"/>
      </w:pPr>
      <w:r>
        <w:t>Meaning of verse on greed</w:t>
      </w:r>
    </w:p>
    <w:p>
      <w:r>
        <w:rPr>
          <w:color w:val="666666"/>
          <w:sz w:val="18"/>
        </w:rPr>
        <w:t>Quran &amp; Tafsir · Importance of Patience October 26, 2014 · 5m 00s · at 57:34 · https://youtu.be/XdOlp9-fPG0?t=3454</w:t>
      </w:r>
    </w:p>
    <w:p>
      <w:r>
        <w:rPr>
          <w:i/>
        </w:rPr>
        <w:t>“Quran chapter 64, verse 16 says: 'Whoever is saved from greed, he has succeeded.' What does it mean? Please explain.”</w:t>
      </w:r>
    </w:p>
    <w:p>
      <w:r>
        <w:rPr>
          <w:sz w:val="20"/>
        </w:rPr>
        <w:t>57:34  maulana, agla sawal kya hai? aamir bin yusuf sahib ne pakistan se, aur unhon ne likha hai ke quran ke chapter 64, verse number 16 mein aaya hai:</w:t>
      </w:r>
      <w:r>
        <w:br/>
      </w:r>
      <w:r>
        <w:rPr>
          <w:sz w:val="20"/>
        </w:rPr>
        <w:t>57:48  "jo hirs se bacha liya gaya, woh kamyab ho gaya." maulana sahib, mein yeh janna chahta hoon ke is ka matlab kya hai? is ke baray mein hamein batayein.</w:t>
      </w:r>
      <w:r>
        <w:br/>
      </w:r>
      <w:r>
        <w:rPr>
          <w:sz w:val="20"/>
        </w:rPr>
        <w:t>58:01  aap meri tafsir parhiye: "tazkir ul quran". is ke baad sawal kijiye. meri tafsir urdu mein, angrezi mein, arabi mein, teen zabanon mein hai.</w:t>
      </w:r>
      <w:r>
        <w:br/>
      </w:r>
      <w:r>
        <w:rPr>
          <w:sz w:val="20"/>
        </w:rPr>
        <w:t>58:16  is ko parhiye aur phir sawal kijiye. kya ho sakta hai ke is mein aap ke sawal ka jawab mil jaye? aap ko</w:t>
      </w:r>
      <w:r>
        <w:br/>
      </w:r>
      <w:r>
        <w:rPr>
          <w:sz w:val="20"/>
        </w:rPr>
        <w:t>58:26  maulana, inhi ka ek aur s</w:t>
      </w:r>
      <w:r>
        <w:br/>
      </w:r>
      <w:r>
        <w:rPr>
          <w:sz w:val="20"/>
        </w:rPr>
        <w:t>58:28  wal hai. woh aap se yeh janna chahte hain ke muslims mein tribal age ki beginning kab se hui? is ke baray mein batayein.</w:t>
      </w:r>
      <w:r>
        <w:br/>
      </w:r>
      <w:r>
        <w:rPr>
          <w:sz w:val="20"/>
        </w:rPr>
        <w:t>58:38  yeh beginning ki baat nahi hai. jo log islam mein dakhil hue, woh tribal culture mein jeete thay. us waqt woh condition ho chuke thay.</w:t>
      </w:r>
      <w:r>
        <w:br/>
      </w:r>
      <w:r>
        <w:rPr>
          <w:sz w:val="20"/>
        </w:rPr>
        <w:t>58:50  us waqt condition ho chuke thay. woh to beginning ki baat nahi hai. woh to tribal culture hi ko le kar aaye islam mein.</w:t>
      </w:r>
      <w:r>
        <w:br/>
      </w:r>
      <w:r>
        <w:rPr>
          <w:sz w:val="20"/>
        </w:rPr>
        <w:t>59:00  to us zamane mein, yaani jo tarbiyat aur taleem darkar thi, woh nahi ho saki.</w:t>
      </w:r>
      <w:r>
        <w:br/>
      </w:r>
      <w:r>
        <w:rPr>
          <w:sz w:val="20"/>
        </w:rPr>
        <w:t>59:11  quran mein jo ek usool bataya gaya tha ke "ma kaana mumin kaffah fal yafur min kull firqatin minhum", yaani sari ki sari qoum nahi aa sakti.</w:t>
      </w:r>
      <w:r>
        <w:br/>
      </w:r>
      <w:r>
        <w:rPr>
          <w:sz w:val="20"/>
        </w:rPr>
        <w:t>59:21  to yaani ek group ki shakal mein log aaye madina aur un ki taleem</w:t>
      </w:r>
      <w:r>
        <w:br/>
      </w:r>
      <w:r>
        <w:rPr>
          <w:sz w:val="20"/>
        </w:rPr>
        <w:t>59:29  tarbiyat ho. lekin yeh amalana yeh yeh nizam bana nahi wahan par, kyunke ladai chhid gayi. ladai chhid gayi. ladai chhid gayi.</w:t>
      </w:r>
      <w:r>
        <w:br/>
      </w:r>
      <w:r>
        <w:rPr>
          <w:sz w:val="20"/>
        </w:rPr>
        <w:t>59:42  to ab bhi musalman, yaani abhi bhi woh kaam nahi kar rahe hain talib tarbiyat ka.</w:t>
      </w:r>
      <w:r>
        <w:br/>
      </w:r>
      <w:r>
        <w:rPr>
          <w:sz w:val="20"/>
        </w:rPr>
        <w:t>59:51  to abhi tak woh sara masla, abhi tak is ka asar hai. abhi jo jangain dekh rahe hain aap, woh sab abhi bhi tribal culture ka woh nishan hai.</w:t>
      </w:r>
      <w:r>
        <w:br/>
      </w:r>
      <w:r>
        <w:rPr>
          <w:sz w:val="20"/>
        </w:rPr>
        <w:t>1:00:00  isi ka trace hai. tribal culture se abhi musalman bahar nahi aaye hain. isi isi aapas ki ladai hai, inteqam aur nafrat, woh sab tribal culture hi kitne din hain.</w:t>
      </w:r>
      <w:r>
        <w:br/>
      </w:r>
      <w:r>
        <w:rPr>
          <w:sz w:val="20"/>
        </w:rPr>
        <w:t>1:00:17  to</w:t>
      </w:r>
      <w:r>
        <w:br/>
      </w:r>
      <w:r>
        <w:rPr>
          <w:sz w:val="20"/>
        </w:rPr>
        <w:t>1:00:18  is ka is ka tor sirf education ho sakta tha, lekin education musalman mein hui nahin. jo madrase ka education bilkul nakafi hai. jo madrase mein education hoti hai, woh nakafi hai is ke liye.</w:t>
      </w:r>
      <w:r>
        <w:br/>
      </w:r>
      <w:r>
        <w:rPr>
          <w:sz w:val="20"/>
        </w:rPr>
        <w:t>1:00:32  balkeh jo log jatay hain secular education mein, woh kisi had tak behtar ho jatay hain. un ki de-conditioning ho jati hai.</w:t>
      </w:r>
      <w:r>
        <w:br/>
      </w:r>
      <w:r>
        <w:rPr>
          <w:sz w:val="20"/>
        </w:rPr>
        <w:t>1:00:41  madrase walon ko nahin hoti.</w:t>
      </w:r>
      <w:r>
        <w:br/>
      </w:r>
      <w:r>
        <w:rPr>
          <w:sz w:val="20"/>
        </w:rPr>
        <w:t>1:00:45  to tribal culture ko le kar hi aaye log Islam, aur woh continue raha, kyunke taleem ka jo nizam mutlub tha, woh nahin ho saka.</w:t>
      </w:r>
      <w:r>
        <w:br/>
      </w:r>
      <w:r>
        <w:rPr>
          <w:sz w:val="20"/>
        </w:rPr>
        <w:t>1:00:55  jo khud Quran mein bataya gaya tha, woh nizam nahin ban saka.</w:t>
      </w:r>
      <w:r>
        <w:br/>
      </w:r>
      <w:r>
        <w:rPr>
          <w:sz w:val="20"/>
        </w:rPr>
        <w:t>1:01:02  is ayat ko aap parhiye: "ma kaana al-mu'minu li yanfirro kaffah, falaw lafara min kulli firqatin minhum taa'ifatun".</w:t>
      </w:r>
      <w:r>
        <w:br/>
      </w:r>
      <w:r>
        <w:rPr>
          <w:sz w:val="20"/>
        </w:rPr>
        <w:t>1:01:10  yeh mashhoor ayat hai. is ko aap parhiye aur is ki tafseer. yeh bataya gaya tha ke ek nizam-e-taleem qaim karo, lekin woh nizam-e-taleem jahan tak mein janta hoon, kabhi bhi tareekh mein qaim nahin ho saka.</w:t>
      </w:r>
      <w:r>
        <w:br/>
      </w:r>
      <w:r>
        <w:rPr>
          <w:sz w:val="20"/>
        </w:rPr>
        <w:t>1:01:23  un ki de-conditioning ka yeh ayat ka matlab tha ke logon ki conditioning ko todo,</w:t>
      </w:r>
      <w:r>
        <w:br/>
      </w:r>
      <w:r>
        <w:rPr>
          <w:sz w:val="20"/>
        </w:rPr>
        <w:t>1:01:31  yani sabaq mind set ko le kar ke jo Islam mein dakhil ho gaye hain, is ko khatam karo, aur agar naya zehn banao, naya mind banao, nayi soch banao,</w:t>
      </w:r>
      <w:r>
        <w:br/>
      </w:r>
      <w:r>
        <w:rPr>
          <w:sz w:val="20"/>
        </w:rPr>
        <w:t>1:01:44  to musalman pehle bhi ladaai phadaai mein mashghool rahe, aaj bhi ladaai phadaai mein mashghool hain, aur sahih maanon mein woh taaleemi nizam nahin ban saka jo mutlub tha.</w:t>
      </w:r>
      <w:r>
        <w:br/>
      </w:r>
      <w:r>
        <w:rPr>
          <w:sz w:val="20"/>
        </w:rPr>
        <w:t>1:01:54  dekhiye, yeh hai Surah At-Tawbah ayat number 122.</w:t>
      </w:r>
      <w:r>
        <w:br/>
      </w:r>
      <w:r>
        <w:rPr>
          <w:sz w:val="20"/>
        </w:rPr>
        <w:t>1:02:00  bohat zabardast is mein taleem thi ke jo log pichlay mind set ko le kar ke dakhil ho gaye hain Islam mein, kalma parh kar ke, un ki de-conditioning zaroori hai, aur woh de-conditioning hogi taleem, tarbiyat, tarbiyat, tarbiyat ke zariye.</w:t>
      </w:r>
      <w:r>
        <w:br/>
      </w:r>
      <w:r>
        <w:rPr>
          <w:sz w:val="20"/>
        </w:rPr>
        <w:t>1:02:16  yeh kaam bohat hi juzwi tor par hua, baqaida nahin hua, ab bhi nahin ho raha hai.</w:t>
      </w:r>
      <w:r>
        <w:br/>
      </w:r>
      <w:r>
        <w:rPr>
          <w:sz w:val="20"/>
        </w:rPr>
        <w:t>1:02:24  to aaj hamein yeh kaam karna hai ke hum apni taleem ke nizam ko is nahaj par qaim karein ke logon ki de-conditioning karne ke nahaj par.</w:t>
      </w:r>
    </w:p>
    <w:p>
      <w:pPr>
        <w:pStyle w:val="Heading2"/>
      </w:pPr>
      <w:r>
        <w:t>Practical Way of Recitation and Reflection</w:t>
      </w:r>
    </w:p>
    <w:p>
      <w:r>
        <w:rPr>
          <w:color w:val="666666"/>
          <w:sz w:val="18"/>
        </w:rPr>
        <w:t>Quran &amp; Tafsir · Roza and Quran July 18, 2010 · 10m 20s · at 1:21:50 · https://youtu.be/TSjqSQEb0EQ?t=4910</w:t>
      </w:r>
    </w:p>
    <w:p>
      <w:r>
        <w:rPr>
          <w:i/>
        </w:rPr>
        <w:t>“Those people who emphasize on tadabbur say that there is no need to do tilawah except tadabbur. Kindly explain what is the practical way of tilawah and tadabbur.”</w:t>
      </w:r>
    </w:p>
    <w:p>
      <w:r>
        <w:rPr>
          <w:sz w:val="20"/>
        </w:rPr>
        <w:t>1:21:50  maulana, agla sawal miss ayesha ka hai, nai dilli se. unhon ne likha hai ke "Those people who emphasize on tadabbur, they say that there is no need to do tilawat except tadabbur."</w:t>
      </w:r>
      <w:r>
        <w:br/>
      </w:r>
      <w:r>
        <w:rPr>
          <w:sz w:val="20"/>
        </w:rPr>
        <w:t>1:22:04  kindly explain what is the practical way of tilawat and tadabbur." woh bhi galat hai ke tilawat hi band kar di jaye.</w:t>
      </w:r>
      <w:r>
        <w:br/>
      </w:r>
      <w:r>
        <w:rPr>
          <w:sz w:val="20"/>
        </w:rPr>
        <w:t>1:22:13  yeh matlab nahi hai. matlab tilawat karne dijiye aadmi ko. maryam batayen ke tilawat tadabbur ke sath hona chahiye.</w:t>
      </w:r>
      <w:r>
        <w:br/>
      </w:r>
      <w:r>
        <w:rPr>
          <w:sz w:val="20"/>
        </w:rPr>
        <w:t>1:22:23  is ko band kar ke nahi. mera maslak yahi hai ke koi shakhs tilawat karta hai to hum yeh nahi kehte ke tilawat mat karo. mein kahoon ke tilawat karo to samajh boojh ke karo.</w:t>
      </w:r>
      <w:r>
        <w:br/>
      </w:r>
      <w:r>
        <w:rPr>
          <w:sz w:val="20"/>
        </w:rPr>
        <w:t>1:22:34  kyun ke tilawat plus, tilawat plus ke taur par batata hoon mein. yahi sahi samajhta hoon mein is ko</w:t>
      </w:r>
      <w:r>
        <w:br/>
      </w:r>
      <w:r>
        <w:rPr>
          <w:sz w:val="20"/>
        </w:rPr>
        <w:t>1:22:42  . mumbai se. in chapter 2 of the quran, the verse starts as, "this is the book; there is no doubt in it.</w:t>
      </w:r>
      <w:r>
        <w:br/>
      </w:r>
      <w:r>
        <w:rPr>
          <w:sz w:val="20"/>
        </w:rPr>
        <w:t>1:22:52  it is a guide for those who are mindful of god, who believe in the unseen and are steadfast in prayers, and spend out of what we have provided them with.</w:t>
      </w:r>
      <w:r>
        <w:br/>
      </w:r>
      <w:r>
        <w:rPr>
          <w:sz w:val="20"/>
        </w:rPr>
        <w:t>1:23:05  those who believe in the revelation sent down to you and in what was sent before you, and firmly believe in the life to come."</w:t>
      </w:r>
      <w:r>
        <w:br/>
      </w:r>
      <w:r>
        <w:rPr>
          <w:sz w:val="20"/>
        </w:rPr>
        <w:t>1:23:15  maulana, these verses without any ambiguity proclaim that if one lacks in taqwa, there is no guidance for him in the quran.</w:t>
      </w:r>
      <w:r>
        <w:br/>
      </w:r>
      <w:r>
        <w:rPr>
          <w:sz w:val="20"/>
        </w:rPr>
        <w:t>1:23:25  in other words, it can be said that taqwa is the starter to the quran. does this mean that the dava work does not begin with the quran but with the development of god-fearing thinking in people in terms of the quran and taqwa?</w:t>
      </w:r>
      <w:r>
        <w:br/>
      </w:r>
      <w:r>
        <w:rPr>
          <w:sz w:val="20"/>
        </w:rPr>
        <w:t>1:23:42  if it is so, how to work towards the development of god-fearing thinking in people?</w:t>
      </w:r>
      <w:r>
        <w:br/>
      </w:r>
      <w:r>
        <w:rPr>
          <w:sz w:val="20"/>
        </w:rPr>
        <w:t>1:23:57  ab is ke liye koi technique to mujhe nahi maloom hai. study kijiye, study kijiye, study kijiye. study se woh baat develop ho jayegi.</w:t>
      </w:r>
      <w:r>
        <w:br/>
      </w:r>
      <w:r>
        <w:rPr>
          <w:sz w:val="20"/>
        </w:rPr>
        <w:t>1:24:07  hamari literature bhi isi ke liye sab likha gaya hai.</w:t>
      </w:r>
      <w:r>
        <w:br/>
      </w:r>
      <w:r>
        <w:rPr>
          <w:sz w:val="20"/>
        </w:rPr>
        <w:t>1:24:12  mein samajhta hoon ke koi bhi dosra rasta nahi hai siwaye is ke ke aap zyada se zyada study karen aadmi.</w:t>
      </w:r>
      <w:r>
        <w:br/>
      </w:r>
      <w:r>
        <w:rPr>
          <w:sz w:val="20"/>
        </w:rPr>
        <w:t>1:24:22  maulana, agla sawal maulana zakwan nadvi ka hai, dilli se. unhon ne likha hai ke "in chapter 38 of quran, verse number 29, there is a mention of word 'mubarak' and 'tadabbur.' he wants you to explain that verse."</w:t>
      </w:r>
      <w:r>
        <w:br/>
      </w:r>
      <w:r>
        <w:rPr>
          <w:sz w:val="20"/>
        </w:rPr>
        <w:t>1:24:41  mubarak ke dekhen, literal meaning hai barkat wala. barkat wala mein ke is ke bohat zyada is ke andar gehre maani hon, gehri meaning ho.</w:t>
      </w:r>
      <w:r>
        <w:br/>
      </w:r>
      <w:r>
        <w:rPr>
          <w:sz w:val="20"/>
        </w:rPr>
        <w:t>1:24:51  bohat si baaten is ke andar chupi hui hon. bohat si is ke andar cheezen hon. to woh khulen gi kaise? tadabbur se khulen gi.</w:t>
      </w:r>
      <w:r>
        <w:br/>
      </w:r>
      <w:r>
        <w:rPr>
          <w:sz w:val="20"/>
        </w:rPr>
        <w:t>1:25:00  donon ek dusre se jure hue hain, donon lafz. ke tadabbur karen ge to jo barkat hai is ke andar hai, woh sab aap par khulti chali jayen gi.</w:t>
      </w:r>
      <w:r>
        <w:br/>
      </w:r>
      <w:r>
        <w:rPr>
          <w:sz w:val="20"/>
        </w:rPr>
        <w:t>1:25:09  mein samajhta hoon yahi matlab hai is ka.</w:t>
      </w:r>
      <w:r>
        <w:br/>
      </w:r>
      <w:r>
        <w:rPr>
          <w:sz w:val="20"/>
        </w:rPr>
        <w:t>1:25:14  maulana, agla sawal ah, mister owais siddiqui ka hai, new dilli se. unhon ne likha hai ke "quran always asks people to ponder over the signs of god scattered in the universe,</w:t>
      </w:r>
      <w:r>
        <w:br/>
      </w:r>
      <w:r>
        <w:rPr>
          <w:sz w:val="20"/>
        </w:rPr>
        <w:t>1:25:27  whether it is rational level or intuitional level. what is the demarcation line between the two?"</w:t>
      </w:r>
      <w:r>
        <w:br/>
      </w:r>
      <w:r>
        <w:rPr>
          <w:sz w:val="20"/>
        </w:rPr>
        <w:t>1:25:38  ise pichli bar mein ne kaha tha ke rational level hum ko sirf probability aur probability tak pohanchata hai. rational thinking jo hai, ya rational argument jo hai, woh sirf pohanchata hai probability tak.</w:t>
      </w:r>
      <w:r>
        <w:br/>
      </w:r>
      <w:r>
        <w:rPr>
          <w:sz w:val="20"/>
        </w:rPr>
        <w:t>1:25:53  lekin wahan jab pohanchne ke baad phir darwaza ek aur khul jata hai, us ko hum intuition kehte hain. jo yeh yeh na tay kare to agla darwaza bhi us ko nahi khule ga.</w:t>
      </w:r>
      <w:r>
        <w:br/>
      </w:r>
      <w:r>
        <w:rPr>
          <w:sz w:val="20"/>
        </w:rPr>
        <w:t>1:26:07  is ko to is ki aik had hai. yani rational soch soch ki aik had hai. is ki aik limit hai. lekin jahan limit khatam hoti hai, wohin doosra had shuru ho jati hai.</w:t>
      </w:r>
      <w:r>
        <w:br/>
      </w:r>
      <w:r>
        <w:rPr>
          <w:sz w:val="20"/>
        </w:rPr>
        <w:t>1:26:19  jo aap yani woh prepared ho jata hai is baat ke liye ke is ke liye agla darwaza khule. mera tajurba to yahi hai.</w:t>
      </w:r>
      <w:r>
        <w:br/>
      </w:r>
      <w:r>
        <w:rPr>
          <w:sz w:val="20"/>
        </w:rPr>
        <w:t>1:26:34  maulana, agla sawal aya hai ah rae pur se, miss shabana ka. woh pooch rahi hain "What is the method to do Talife Qalb?" hmm "What is the method to do Talife Qalb?" Method kya hai?</w:t>
      </w:r>
      <w:r>
        <w:br/>
      </w:r>
      <w:r>
        <w:rPr>
          <w:sz w:val="20"/>
        </w:rPr>
        <w:t>1:26:49  aap doosron ke khair khwah ban jaiye. yani woh well-wisher ban jaiye.</w:t>
      </w:r>
      <w:r>
        <w:br/>
      </w:r>
      <w:r>
        <w:rPr>
          <w:sz w:val="20"/>
        </w:rPr>
        <w:t>1:26:59  bas yeh. yeh koi method to is ka hai hi nahin.</w:t>
      </w:r>
      <w:r>
        <w:br/>
      </w:r>
      <w:r>
        <w:rPr>
          <w:sz w:val="20"/>
        </w:rPr>
        <w:t>1:27:02  jaise maa ka bachcha paida hota hai to koi bataye ke tum kaise bachche ki khair khwahi karo.</w:t>
      </w:r>
      <w:r>
        <w:br/>
      </w:r>
      <w:r>
        <w:rPr>
          <w:sz w:val="20"/>
        </w:rPr>
        <w:t>1:27:10  woh to khud hi is ka yani jo motherhood hai, woh batata hai. to logon ko asal mein koi dilchaspi nahin hai insaan se.</w:t>
      </w:r>
      <w:r>
        <w:br/>
      </w:r>
      <w:r>
        <w:rPr>
          <w:sz w:val="20"/>
        </w:rPr>
        <w:t>1:27:20  apne apni family se dilchaspi hai logon ko. saare jo un ki dilchaspiyan hain, woh sab lagi rehti hain.</w:t>
      </w:r>
      <w:r>
        <w:br/>
      </w:r>
      <w:r>
        <w:rPr>
          <w:sz w:val="20"/>
        </w:rPr>
        <w:t>1:27:29  family bhi lagi rehti hai.</w:t>
      </w:r>
      <w:r>
        <w:br/>
      </w:r>
      <w:r>
        <w:rPr>
          <w:sz w:val="20"/>
        </w:rPr>
        <w:t>1:27:31  to koi method nahin hai. yeh distraction hai ke aap ki dilchaspiyan to family mein juri hui hain.</w:t>
      </w:r>
      <w:r>
        <w:br/>
      </w:r>
      <w:r>
        <w:rPr>
          <w:sz w:val="20"/>
        </w:rPr>
        <w:t>1:27:41  aap soch kar ke yani apne mind mein yeh baat bithaiye ke hamein aik duty ada karna hai. woh duty ada karne ke liye hamein un ka well-wisher banna parega.</w:t>
      </w:r>
      <w:r>
        <w:br/>
      </w:r>
      <w:r>
        <w:rPr>
          <w:sz w:val="20"/>
        </w:rPr>
        <w:t>1:27:51  to apne aap aik madhu-friendly culture develop karta hai.</w:t>
      </w:r>
      <w:r>
        <w:br/>
      </w:r>
      <w:r>
        <w:rPr>
          <w:sz w:val="20"/>
        </w:rPr>
        <w:t>1:27:58  sab kuch sochne par depend karta hai.</w:t>
      </w:r>
      <w:r>
        <w:br/>
      </w:r>
      <w:r>
        <w:rPr>
          <w:sz w:val="20"/>
        </w:rPr>
        <w:t>1:28:03  maulana, agla sawal mister jaan muhammad bhatt ka hai, afghanistan se. unhon ne likha hai ke "In Afghanistan, when people see an English Quran, they tend to consider this a form of blasphemy,</w:t>
      </w:r>
      <w:r>
        <w:br/>
      </w:r>
      <w:r>
        <w:rPr>
          <w:sz w:val="20"/>
        </w:rPr>
        <w:t>1:28:18  since the Quran can only be in Arabic, and the word Quran applies to both the Arabic text and the meaning of the Quran.</w:t>
      </w:r>
      <w:r>
        <w:br/>
      </w:r>
      <w:r>
        <w:rPr>
          <w:sz w:val="20"/>
        </w:rPr>
        <w:t>1:28:27  Do they have a point here</w:t>
      </w:r>
      <w:r>
        <w:br/>
      </w:r>
      <w:r>
        <w:rPr>
          <w:sz w:val="20"/>
        </w:rPr>
        <w:t>1:28:30  ?" dekhen, yeh hamare ulama ki bohat bari ghalti hai. bohat bari ghalti hai. ke unhon ne yeh keh diya ke jab tak matan saaf aur naik kiya jaye, sirf tarjuma nahin hona chahiye.</w:t>
      </w:r>
      <w:r>
        <w:br/>
      </w:r>
      <w:r>
        <w:rPr>
          <w:sz w:val="20"/>
        </w:rPr>
        <w:t>1:28:45  yeh bilkul galat hai. yeh aisa fatwa bhi galat hai. aisi soch bhi galat hai. is ki koi base nahin hai.</w:t>
      </w:r>
      <w:r>
        <w:br/>
      </w:r>
      <w:r>
        <w:rPr>
          <w:sz w:val="20"/>
        </w:rPr>
        <w:t>1:28:53  kaise aap quran ko phailayenge?</w:t>
      </w:r>
      <w:r>
        <w:br/>
      </w:r>
      <w:r>
        <w:rPr>
          <w:sz w:val="20"/>
        </w:rPr>
        <w:t>1:28:57  yani zaroorat ke tehat dekhen. imam abu hanifa ne no musalmanon ke liye zaroorat ke tehat ijazat di thi ke woh farsi mein namaz padhen.</w:t>
      </w:r>
      <w:r>
        <w:br/>
      </w:r>
      <w:r>
        <w:rPr>
          <w:sz w:val="20"/>
        </w:rPr>
        <w:t>1:29:09  zahir hai ke namaz arabi mein padhi jati hai. lekin imam abu hanifa ne kaha ke jo no musalman hain, jo arabi nahin padh sakte, woh farsi mein namaz padh len. waqti taur par.</w:t>
      </w:r>
      <w:r>
        <w:br/>
      </w:r>
      <w:r>
        <w:rPr>
          <w:sz w:val="20"/>
        </w:rPr>
        <w:t>1:29:18  wa-al-zarooratu tawbee'u al-mahzooraat aik hai kaam allah. aik hai law of necessity.</w:t>
      </w:r>
      <w:r>
        <w:br/>
      </w:r>
      <w:r>
        <w:rPr>
          <w:sz w:val="20"/>
        </w:rPr>
        <w:t>1:29:28  jab hamein pahunchana hai dawat to aur konsa doosra tareeqa hai? koi doosra tareeqa nahin. to yeh ulama ne galat aik cheez phaila rakhi hai logon ke andar.</w:t>
      </w:r>
      <w:r>
        <w:br/>
      </w:r>
      <w:r>
        <w:rPr>
          <w:sz w:val="20"/>
        </w:rPr>
        <w:t>1:29:40  ulama ko apni rai wapas lena chahiye. aur dawat ka darwaza band kar rakha hai logon ne. yani yeh ulama hain jinhon ne dawat ka darwaza band kar rakha hai.</w:t>
      </w:r>
      <w:r>
        <w:br/>
      </w:r>
      <w:r>
        <w:rPr>
          <w:sz w:val="20"/>
        </w:rPr>
        <w:t>1:29:49  yeh khwamkhwah ke aik fatwa de rakha hai ke matan ke sath chhapa jaye. matan alag rahega, woh alag rahega.</w:t>
      </w:r>
      <w:r>
        <w:br/>
      </w:r>
      <w:r>
        <w:rPr>
          <w:sz w:val="20"/>
        </w:rPr>
        <w:t>1:29:56  matan itna zyada aam ho chuka hai ke har masjid mein, har library mein, har ghar mein, har jagah maujood hai woh. to woh daur khatm hoga jab quran ki hifazat khatre mein thi.</w:t>
      </w:r>
      <w:r>
        <w:br/>
      </w:r>
      <w:r>
        <w:rPr>
          <w:sz w:val="20"/>
        </w:rPr>
        <w:t>1:30:09  ab ab quran ki hifazat khatre mein hai hi nahin. quran already preserve ho chuka hai, mehfooz ho chuka hai. to ab jitne bhi tareeqe hain, is ke message ko phailane ke liye ikhtiyar kijiye.</w:t>
      </w:r>
      <w:r>
        <w:br/>
      </w:r>
      <w:r>
        <w:rPr>
          <w:sz w:val="20"/>
        </w:rPr>
        <w:t>1:30:20  isi wajah se ek hai translation.</w:t>
      </w:r>
      <w:r>
        <w:br/>
      </w:r>
      <w:r>
        <w:rPr>
          <w:sz w:val="20"/>
        </w:rPr>
        <w:t>1:30:24  yaani translation jo hai, matan ki jagah par ho jayega. woh daur hi khatm ho gaya. jaise bible jo hai, asal zaban mein nahin hai. kyun?</w:t>
      </w:r>
      <w:r>
        <w:br/>
      </w:r>
      <w:r>
        <w:rPr>
          <w:sz w:val="20"/>
        </w:rPr>
        <w:t>1:30:33  printing press tha nahin is zamane mein. ab ab kaun aisa kar sakta hai ke arabi ghayab ho jaye aur sirf tarjuma rahe? bilashuba yeh galat fatwa hai.</w:t>
      </w:r>
      <w:r>
        <w:br/>
      </w:r>
      <w:r>
        <w:rPr>
          <w:sz w:val="20"/>
        </w:rPr>
        <w:t>1:30:44  aur is ki wajah se dawat ka kaam yaani mein rukawat hai yeh is ke fatwe.</w:t>
      </w:r>
      <w:r>
        <w:br/>
      </w:r>
      <w:r>
        <w:rPr>
          <w:sz w:val="20"/>
        </w:rPr>
        <w:t>1:30:51  maulana, we received a comment from mr. nafees shiraz from delhi. he has written: "itne behtareen dhang se tarjume o maani ke sath quran o hadith ko bayan karne wala wahiduddin khan jaisa koi bhi doosra aalim aaj ke zamane mein maujood nahin.</w:t>
      </w:r>
      <w:r>
        <w:br/>
      </w:r>
      <w:r>
        <w:rPr>
          <w:sz w:val="20"/>
        </w:rPr>
        <w:t>1:31:10  is liye main allah se har roz dua karta hoon ke aye allah, maulana ko kam se kam 120 saal ki aayu de taake un ke daura-e-islam ka real message zyada se zyada logon tak phailta rahe."</w:t>
      </w:r>
    </w:p>
    <w:p>
      <w:pPr>
        <w:pStyle w:val="Heading2"/>
      </w:pPr>
      <w:r>
        <w:t>Practical lessons from Prophet Yusuf's life</w:t>
      </w:r>
    </w:p>
    <w:p>
      <w:r>
        <w:rPr>
          <w:color w:val="666666"/>
          <w:sz w:val="18"/>
        </w:rPr>
        <w:t>Quran &amp; Tafsir · How to Develop Pratical Wisdom May 5, 2024 · 21m 30s · at 42:47 · https://youtu.be/QIKxtH-MyMM?t=2567</w:t>
      </w:r>
    </w:p>
    <w:p>
      <w:r>
        <w:rPr>
          <w:i/>
        </w:rPr>
        <w:t>“آپا اگلا سوال میں پوچھنا چاہوں گا پرافٹ یوسف کی زندگی سے کیونکہ ایک قرآن میں ایک پورا چیپٹر ہی ان کے اوپر آیا ہے۔ تو ان کی زندگی جب ہم دیکھتے ہیں آپا تو ہمیں بہت پریکٹیکل لیسنز ملتے ہیں۔ تو میں چاہوں گا کہ کوئی ایگزیمپل ان کی زندگی سے لے کر بھی آپ ہمیں سمجھائیں وزڈم کے بارے میں۔”</w:t>
      </w:r>
    </w:p>
    <w:p>
      <w:r>
        <w:rPr>
          <w:sz w:val="20"/>
        </w:rPr>
        <w:t>42:47  . apa agla sawal mein poochna chahunga Prophet Yusuf ki zindagi se kyunke ek Quran mein ek poora chapter hi un ke upar aaya hai.</w:t>
      </w:r>
      <w:r>
        <w:br/>
      </w:r>
      <w:r>
        <w:rPr>
          <w:sz w:val="20"/>
        </w:rPr>
        <w:t>42:57  to un ki zindagi jab hum dekhte hain apa to hamein bohat practical lessons milte hain. to mein chahunga ke koi example un ki zindagi se le kar bhi aap hamein samjhayein wisdom ke bare mein.</w:t>
      </w:r>
      <w:r>
        <w:br/>
      </w:r>
      <w:r>
        <w:rPr>
          <w:sz w:val="20"/>
        </w:rPr>
        <w:t>43:09  yeh bohat hi ajeeb baat hai ke ek hi chapter Quran mein aisa aya hai jo poora ka poora ek paighambar ke upar hai.</w:t>
      </w:r>
      <w:r>
        <w:br/>
      </w:r>
      <w:r>
        <w:rPr>
          <w:sz w:val="20"/>
        </w:rPr>
        <w:t>43:17  ji nahi to bare bare paighambar hain jaise Hazrat Musa to chand matlab kuch kuch hissa un ke upar rahega, phir doosri doosri baatein hongi.</w:t>
      </w:r>
      <w:r>
        <w:br/>
      </w:r>
      <w:r>
        <w:rPr>
          <w:sz w:val="20"/>
        </w:rPr>
        <w:t>43:28  lekin yeh poori jo hai kahani ek is mein aayi hai aur is ko best story bhi kaha gaya hai, husn ul qasas kaha gaya hai. ji ji to yeh yeh jo hai na practical wisdom ki bohat behtareen misaal</w:t>
      </w:r>
      <w:r>
        <w:br/>
      </w:r>
      <w:r>
        <w:rPr>
          <w:sz w:val="20"/>
        </w:rPr>
        <w:t>43:40  hai. ji ji kyunke dekhiye itna bara zulm kiya bhaiyon ne, soteli bhaiyon ne. al unhone koi react nahi kiya, koi unhone react kiya hota to Quran mein is ka zikr hota.</w:t>
      </w:r>
      <w:r>
        <w:br/>
      </w:r>
      <w:r>
        <w:rPr>
          <w:sz w:val="20"/>
        </w:rPr>
        <w:t>43:51  na negative hue, na unhone apne bhaiyon se nafrat ki aur sirf sabr aur bardasht se kaam liya. Allah se duaein keen unhone aur jab un ko mauqa mila kaam karne ka to badshah jo hai wahan ka woh mushrik badshah tha.</w:t>
      </w:r>
      <w:r>
        <w:br/>
      </w:r>
      <w:r>
        <w:rPr>
          <w:sz w:val="20"/>
        </w:rPr>
        <w:t>44:08  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r>
        <w:br/>
      </w:r>
      <w:r>
        <w:rPr>
          <w:sz w:val="20"/>
        </w:rPr>
        <w:t>44:29  to</w:t>
      </w:r>
      <w:r>
        <w:br/>
      </w:r>
      <w:r>
        <w:rPr>
          <w:sz w:val="20"/>
        </w:rPr>
        <w:t>44:30  poora ka poora ikhtiyar badshah ne aap ko de diya kyunke wahan pehle zamane mein qahat waghera bohat parhte rehte thay na. to unhone itna zabardast tareeqe se jab qahat pada, intezam kar kiya tha unhone ke door door se log ghalla lene ke liye un ke paas aaye.</w:t>
      </w:r>
      <w:r>
        <w:br/>
      </w:r>
      <w:r>
        <w:rPr>
          <w:sz w:val="20"/>
        </w:rPr>
        <w:t>44:48  to unhone ab in ke bhai bhi aaye,</w:t>
      </w:r>
      <w:r>
        <w:br/>
      </w:r>
      <w:r>
        <w:rPr>
          <w:sz w:val="20"/>
        </w:rPr>
        <w:t>44:53  bhai ki unhone respect kiya, un ko ghalla diya aur un ke ghalla, un ki jo is ka payment bhi unhone wapas kar diya. to poori izzat ke sath un se, un ko unhone dealing kari.</w:t>
      </w:r>
      <w:r>
        <w:br/>
      </w:r>
      <w:r>
        <w:rPr>
          <w:sz w:val="20"/>
        </w:rPr>
        <w:t>45:05  to is ke matlab hai ke kitne zyada un ke andar wisdom thi ke agar jo wisdom jis ke andar hogi, wahi react nahi karega.</w:t>
      </w:r>
      <w:r>
        <w:br/>
      </w:r>
      <w:r>
        <w:rPr>
          <w:sz w:val="20"/>
        </w:rPr>
        <w:t>45:14  to unhone kuch bhi react nahi kiya kyunke woh to future ko dekhta hai ke aindah hamare sath kuch behtar hone wala hai,</w:t>
      </w:r>
      <w:r>
        <w:br/>
      </w:r>
      <w:r>
        <w:rPr>
          <w:sz w:val="20"/>
        </w:rPr>
        <w:t>45:23  Allah taala hamari madad farmaye ga. to unhone kuch bhi react nahi kiya. to is tareeqe se unhone yeh dikhaya ke hum ke maafii kitni bari cheez hai aur unhone sab ko maaf kar diya.</w:t>
      </w:r>
      <w:r>
        <w:br/>
      </w:r>
      <w:r>
        <w:rPr>
          <w:sz w:val="20"/>
        </w:rPr>
        <w:t>45:37  aur jo hai Quran mein aya hai ke samajhdar logon ke liye is qisse mein bohat si learning ki baatein hain. to yahi hai ke jo rehnuma usool thay, us ko poora ka poora unhone apni zindagi par apply kiya.</w:t>
      </w:r>
      <w:r>
        <w:br/>
      </w:r>
      <w:r>
        <w:rPr>
          <w:sz w:val="20"/>
        </w:rPr>
        <w:t>45:51  mushrik badshah ke under mein poori wafadari ke sath unhone kaam kiya, zabardast tareeqe se khazane ko unhone manage kiya aur phir us ke baad apne bhaiyon ko maaf kar diya aur sab ko wahan Misr mein bulaya.</w:t>
      </w:r>
      <w:r>
        <w:br/>
      </w:r>
      <w:r>
        <w:rPr>
          <w:sz w:val="20"/>
        </w:rPr>
        <w:t>46:08  baqayda yeh log wahan bas gaye aur kai so saal tak woh wahan rahe yahan tak ke Firon ka zamana aaya aur Firon ne zulm karna shuru kiya.</w:t>
      </w:r>
      <w:r>
        <w:br/>
      </w:r>
      <w:r>
        <w:rPr>
          <w:sz w:val="20"/>
        </w:rPr>
        <w:t>46:17  is ke baad aap jo hain, Allah taala ne madad farmayi, Hazrat Musa alaihi salam ko bheja aur Bani Israel ko wahan se nikala.</w:t>
      </w:r>
      <w:r>
        <w:br/>
      </w:r>
      <w:r>
        <w:rPr>
          <w:sz w:val="20"/>
        </w:rPr>
        <w:t>46:29  to yeh hamare liye is mein bohat zyada sabak hai Hazrat Yusuf alaihi salam ki qisse mein.</w:t>
      </w:r>
      <w:r>
        <w:br/>
      </w:r>
      <w:r>
        <w:rPr>
          <w:sz w:val="20"/>
        </w:rPr>
        <w:t>46:36  ji jazak Allah apaa. apa ek comment aur sawal aya hai, is ke baad phir mein aaj ke session ka aakhri sawal aap se poochna chahunga.</w:t>
      </w:r>
      <w:r>
        <w:br/>
      </w:r>
      <w:r>
        <w:rPr>
          <w:sz w:val="20"/>
        </w:rPr>
        <w:t>46:45  yeh comment bheja hai Miss Shaheen Feroz ne Jammu Kashmir se. unhone likha hai people are living in reactionary lifestyle and don't know the concept of practical wisdom.</w:t>
      </w:r>
      <w:r>
        <w:br/>
      </w:r>
      <w:r>
        <w:rPr>
          <w:sz w:val="20"/>
        </w:rPr>
        <w:t>46:58  present clerics are not talking of this wisdom.</w:t>
      </w:r>
      <w:r>
        <w:br/>
      </w:r>
      <w:r>
        <w:rPr>
          <w:sz w:val="20"/>
        </w:rPr>
        <w:t>47:02  Alhamdulillah Maulana and now his team are doing a wonderful job. Sometimes there are varied situations where decision making becomes difficult.</w:t>
      </w:r>
      <w:r>
        <w:br/>
      </w:r>
      <w:r>
        <w:rPr>
          <w:sz w:val="20"/>
        </w:rPr>
        <w:t>47:12  How can one take decisions in such situations? Moreover, how can one convince a person who is always over reactive?</w:t>
      </w:r>
      <w:r>
        <w:br/>
      </w:r>
      <w:r>
        <w:rPr>
          <w:sz w:val="20"/>
        </w:rPr>
        <w:t>47:22  to is ke bare mein batayein.</w:t>
      </w:r>
      <w:r>
        <w:br/>
      </w:r>
      <w:r>
        <w:rPr>
          <w:sz w:val="20"/>
        </w:rPr>
        <w:t>47:28  ab is ko aap samjha hi sakte hain.</w:t>
      </w:r>
      <w:r>
        <w:br/>
      </w:r>
      <w:r>
        <w:rPr>
          <w:sz w:val="20"/>
        </w:rPr>
        <w:t>47:32  ab is dunya mein Allah taala ne sab ko azadi di hai. ab hum zabardasti to kisi ke sath kuch kar nahi sakte. ji samjha sakte hain is ko, literature dijiye parhne ke liye aur ho sakta hai ke kabhi is ko samajh mein aa jaye.</w:t>
      </w:r>
      <w:r>
        <w:br/>
      </w:r>
      <w:r>
        <w:rPr>
          <w:sz w:val="20"/>
        </w:rPr>
        <w:t>47:48  wait wait and watch wali jo policy hoti hai, woh karen. ji sabar karen, bardasht karen kyunke agar aap sabar karte hain tab bhi aap ko sawab milega.</w:t>
      </w:r>
      <w:r>
        <w:br/>
      </w:r>
      <w:r>
        <w:rPr>
          <w:sz w:val="20"/>
        </w:rPr>
        <w:t>47:58  kyunke ek bar Maulana se kisi ne poocha ke sabar kab tak? to Maulana ne kaha ke aap ne kabhi kaha ke namaz kab tak aur roza kab tak?</w:t>
      </w:r>
      <w:r>
        <w:br/>
      </w:r>
      <w:r>
        <w:rPr>
          <w:sz w:val="20"/>
        </w:rPr>
        <w:t>48:06  to sabar bhi isi tarike se rewardable act hai, balke bohat zyada is mein bohat zyada be hisab reward hai. to agar woh mamla hal nahi hota hai to aap sabar kijiye, is ka aap ko reward milega.</w:t>
      </w:r>
      <w:r>
        <w:br/>
      </w:r>
      <w:r>
        <w:rPr>
          <w:sz w:val="20"/>
        </w:rPr>
        <w:t>48:21  ga. Islam ki to yeh khoobi hai ke har halat mein har act hamara rewardable act ho jata hai agar hum Khuda ke liye karen. ji aur apa ek cheez yeh bhi hai ke pe Maulana bohat hum logon ko advice kiya karte the.</w:t>
      </w:r>
      <w:r>
        <w:br/>
      </w:r>
      <w:r>
        <w:rPr>
          <w:sz w:val="20"/>
        </w:rPr>
        <w:t>48:35  woh kehte the ke Islam ka yeh principle hai ke aap result ko dekh kar action len. agar aap ko lagta hai ke aap sahi hain lekin aap jo action lene ja rahe hain us se result ek dam opposite niklega to practical wisdom yeh kahe gi ke aap woh action na len.</w:t>
      </w:r>
      <w:r>
        <w:br/>
      </w:r>
      <w:r>
        <w:rPr>
          <w:sz w:val="20"/>
        </w:rPr>
        <w:t>48:50  aap pehle result ko dekhen, aap phir action ko len. aur apa abhi jo aap ne example diya Prophet Yusuf ka, woh itna behtareen example hai aur isi liye Quran mein shayad best story bhi kaha gaya ke unhon ne bhi apne bhaiyon ko badal diya, un ke dil badal gaye.</w:t>
      </w:r>
      <w:r>
        <w:br/>
      </w:r>
      <w:r>
        <w:rPr>
          <w:sz w:val="20"/>
        </w:rPr>
        <w:t>49:06  to sabar, lekin unhon ne sabar kiya. to jaise unhon ne bhi yeh poocha ke how can we convince a person who is always over reactive? to sabar karna aur kai bar taking no action is also an action.</w:t>
      </w:r>
      <w:r>
        <w:br/>
      </w:r>
      <w:r>
        <w:rPr>
          <w:sz w:val="20"/>
        </w:rPr>
        <w:t>49:19  action. to yeh bohat important hai ke aap result ko dekhen, aap sabar karen, dua karen. to result bhi positive aayega aur inshallah woh insan bhi badal jayega jis ke liye aap dua kar rahe hain.</w:t>
      </w:r>
      <w:r>
        <w:br/>
      </w:r>
      <w:r>
        <w:rPr>
          <w:sz w:val="20"/>
        </w:rPr>
        <w:t>49:33  aur maan lijiye agar woh insan sincere nahi hai to kam se kam aap complex free ho jayenge, jo ke bohat important hai from the point of your entry into paradise.</w:t>
      </w:r>
      <w:r>
        <w:br/>
      </w:r>
      <w:r>
        <w:rPr>
          <w:sz w:val="20"/>
        </w:rPr>
        <w:t>49:45  to Maulana kehte the khud ko</w:t>
      </w:r>
      <w:r>
        <w:br/>
      </w:r>
      <w:r>
        <w:rPr>
          <w:sz w:val="20"/>
        </w:rPr>
        <w:t>49:47  bachaiye, to humein apne aap ko bachana hai. save yourself. save yourself. apa aap ne Prophet Yusuf ki zindagi se abhi bohat hi acha example diya.</w:t>
      </w:r>
      <w:r>
        <w:br/>
      </w:r>
      <w:r>
        <w:rPr>
          <w:sz w:val="20"/>
        </w:rPr>
        <w:t>49:59  aakhri sawal, Rasool Allah ki zindagi to poori wisdom se bhari hui hai aur woh yeh bhi unhon ne kaha ek martaba ke how nice is that gathering where words of wisdom are spoken and that there is no better gift than words of wisdom.</w:t>
      </w:r>
      <w:r>
        <w:br/>
      </w:r>
      <w:r>
        <w:rPr>
          <w:sz w:val="20"/>
        </w:rPr>
        <w:t>50:15  wisdom. to apa mein chahunga ke aakhri sawal aap isi jawab par khatam karen ke hum un ki zindagi se practical wisdom ko le kar kya sabak le sakte hain?</w:t>
      </w:r>
      <w:r>
        <w:br/>
      </w:r>
      <w:r>
        <w:rPr>
          <w:sz w:val="20"/>
        </w:rPr>
        <w:t>50:27  is ke bare mein aap hum sab ko batayen. Rasool Allah sal Allah alayhi wasallam ki zindagi to full of practical wisdom hai. asal mein logon ne is tarike se biography likhi nahi.</w:t>
      </w:r>
      <w:r>
        <w:br/>
      </w:r>
      <w:r>
        <w:rPr>
          <w:sz w:val="20"/>
        </w:rPr>
        <w:t>50:37  yeh to pehli bar Maulana ne is tarike ki kitaben likhin ke is se humein kya wisdom milta</w:t>
      </w:r>
      <w:r>
        <w:br/>
      </w:r>
      <w:r>
        <w:rPr>
          <w:sz w:val="20"/>
        </w:rPr>
        <w:t>50:43  hai. logon ke nazdeek to Prophet hero hain, hamare liye is mein koi example nahi hai, hamare liye koi sabak nahi hai. bas bas humein ishq Rasool mein natein padhni hain.</w:t>
      </w:r>
      <w:r>
        <w:br/>
      </w:r>
      <w:r>
        <w:rPr>
          <w:sz w:val="20"/>
        </w:rPr>
        <w:t>50:55  to yeh hai. to yeh pehli bar humein sare rahinuma usool humein mile aur is mein jo jo kitab, jo January mein ne bataya tha 2018 ka Al-Risala jo hai, woh khusoosi shumarah hai.</w:t>
      </w:r>
      <w:r>
        <w:br/>
      </w:r>
      <w:r>
        <w:rPr>
          <w:sz w:val="20"/>
        </w:rPr>
        <w:t>51:08  woh is ka naam hi hai Paighambaraana Hikmat.</w:t>
      </w:r>
      <w:r>
        <w:br/>
      </w:r>
      <w:r>
        <w:rPr>
          <w:sz w:val="20"/>
        </w:rPr>
        <w:t>51:11  to is ko logon ko chahiye ke zaroor is ko padhen aur inshallah is ki koshish karte hain ke woh English mein bhi aa jaye. woh inshallah.</w:t>
      </w:r>
      <w:r>
        <w:br/>
      </w:r>
      <w:r>
        <w:rPr>
          <w:sz w:val="20"/>
        </w:rPr>
        <w:t>51:19  to is se Paighambar Islam jo hain, woh ek bohat hi ba hikmat insan the, wise man the. Maulana ne mutala kiya seerat ki kitabon ka to wahan koi hikmat ki tareef nahi mili.</w:t>
      </w:r>
      <w:r>
        <w:br/>
      </w:r>
      <w:r>
        <w:rPr>
          <w:sz w:val="20"/>
        </w:rPr>
        <w:t>51:34  to woh hikmat ki baaten to thi lekin hikmat kya hai?</w:t>
      </w:r>
      <w:r>
        <w:br/>
      </w:r>
      <w:r>
        <w:rPr>
          <w:sz w:val="20"/>
        </w:rPr>
        <w:t>51:38  woh sare waqiat to recorded the lekin wisdom aur practical wisdom ke angle se recorded nahi the. to unhon ne phir aap ke is role ko dekha, aap ki practice ko dekha ke jab aap ba hikmat insan the to aap ki practice mein woh hikmat zaroor reflect hui hogi.</w:t>
      </w:r>
      <w:r>
        <w:br/>
      </w:r>
      <w:r>
        <w:rPr>
          <w:sz w:val="20"/>
        </w:rPr>
        <w:t>51:59  to is tarike se is mein unhon ne yeh likha aur bohat sari aur doosri bhi kitaben hain.</w:t>
      </w:r>
      <w:r>
        <w:br/>
      </w:r>
      <w:r>
        <w:rPr>
          <w:sz w:val="20"/>
        </w:rPr>
        <w:t>52:05  to sab se pehle to sab se pehle to jab aap ko prophet hood nahi mili thi, tab bhi aap isi tareeqay se wise person thay.</w:t>
      </w:r>
      <w:r>
        <w:br/>
      </w:r>
      <w:r>
        <w:rPr>
          <w:sz w:val="20"/>
        </w:rPr>
        <w:t>52:17  prophet hood ke baad is mein aur jala mili is ko aur ziyada nikhaar aaya. to jab dekhiye hajar aswad ka qissa hua to log jo hain bilkul larne ki matlab aisi jang jari honay wali thi, khana jangi jis ko kehte</w:t>
      </w:r>
      <w:r>
        <w:br/>
      </w:r>
      <w:r>
        <w:rPr>
          <w:sz w:val="20"/>
        </w:rPr>
        <w:t>52:33  hain. to log keh rahe thay ke hajar aswad har tribal chief chahta tha ke hamein yeh izaz mile ke hum is ko jab wohi kaba jab gir gaya tha na ji to woh utha rahe thay.</w:t>
      </w:r>
      <w:r>
        <w:br/>
      </w:r>
      <w:r>
        <w:rPr>
          <w:sz w:val="20"/>
        </w:rPr>
        <w:t>52:43  jab deewar oonchi tak aa gayi jahan tak hajar aswad hai, to jab hajar aswad ko wahan rakhnay ka moqa aaya to to saray tribes walay jo hain larne lagay ke hamaray tribal chief ko hamaray is ko moqa milna chahiye.</w:t>
      </w:r>
      <w:r>
        <w:br/>
      </w:r>
      <w:r>
        <w:rPr>
          <w:sz w:val="20"/>
        </w:rPr>
        <w:t>52:57  to phir aik buzurg ne kaha ke kal subah sawere jo aadmi aye ga to usi ko hum salis bana dein gay, wohi faisla karega.</w:t>
      </w:r>
      <w:r>
        <w:br/>
      </w:r>
      <w:r>
        <w:rPr>
          <w:sz w:val="20"/>
        </w:rPr>
        <w:t>53:07  saray log raat bhar wahan baithe rahay to dekha to pehla shakhs jo aaya woh prophet is waqt prophet nahi thay, to to umar 40 saal par aap ko prophet hood mili na to woh Muhammad thay.</w:t>
      </w:r>
      <w:r>
        <w:br/>
      </w:r>
      <w:r>
        <w:rPr>
          <w:sz w:val="20"/>
        </w:rPr>
        <w:t>53:21  to to woh jo hain sab ne kaha ke yeh to al-ameen hai, al-ameen hai, in ke faislay par hum raazi hain. to aap ne kitna hikmat bhara faisla kiya ke aik safed saaf chadar le aayi jaye aur chadar ke beech mein aap ne khud woh pathar utha ke rakha aur saray chief se kaha, saray sardaron se kaha ke tum kinare, charon kinare is ko pakar ke wahan par us jagah par le chalo jahan is ko nasb karna tha.</w:t>
      </w:r>
      <w:r>
        <w:br/>
      </w:r>
      <w:r>
        <w:rPr>
          <w:sz w:val="20"/>
        </w:rPr>
        <w:t>53:50  phir aap ne apne hath se woh nasb kar diya. to is tareeqay se itna bara masla hal hua ke wahan to jangain hoti theen, to jang khatam honay ka naam hi nahi leti theen.</w:t>
      </w:r>
      <w:r>
        <w:br/>
      </w:r>
      <w:r>
        <w:rPr>
          <w:sz w:val="20"/>
        </w:rPr>
        <w:t>54:01  to woh is ke baad jab hum aap ko wahi mili aur aap ko bataya gaya ke aap ko yeh paigham logon tak pohanchana hai to aap ne dekha ke wahan to toheed ka paigham tha.</w:t>
      </w:r>
      <w:r>
        <w:br/>
      </w:r>
      <w:r>
        <w:rPr>
          <w:sz w:val="20"/>
        </w:rPr>
        <w:t>54:13  dekha ke kaba mein to saray but</w:t>
      </w:r>
      <w:r>
        <w:br/>
      </w:r>
      <w:r>
        <w:rPr>
          <w:sz w:val="20"/>
        </w:rPr>
        <w:t>54:16  rakhe hue hain, ab koi bhi aik hota to kehta ke ab is buton mein hum toheed ka paigham kaise pohanchayein? to aap ne wohi jo relevant aur irrelevant ka bohat hi acute sense tha aap ke andar, to aap ne kaha ke woh to woh alag cheez hai, is ko alag kiya aur is buton ki wajah se jo wahan gathering hoti thi, us gathering ko istemal karein ge Khuda ka paigham pohanchane ke li</w:t>
      </w:r>
      <w:r>
        <w:br/>
      </w:r>
      <w:r>
        <w:rPr>
          <w:sz w:val="20"/>
        </w:rPr>
        <w:t>54:43  ye. to is tareeqay se unhon ne woh relevant ko irrelevant se alag kar liya.</w:t>
      </w:r>
      <w:r>
        <w:br/>
      </w:r>
      <w:r>
        <w:rPr>
          <w:sz w:val="20"/>
        </w:rPr>
        <w:t>54:53  phir aap taif ka dekhiye, itna ziyada zulm kiya in logon ne magar aap ne koi react nahi kiya. aap ne kaha ke hamari nazar jo hai mustaqbil par hai aur is se malik al-jibal se farishtay, jab paharon ke farishtay se kaha ke nahi, hum agli nasal se umeed rakhte hain ke woh Khuda ki koi ibadat karein gay.</w:t>
      </w:r>
      <w:r>
        <w:br/>
      </w:r>
      <w:r>
        <w:rPr>
          <w:sz w:val="20"/>
        </w:rPr>
        <w:t>55:16  to is tareeqay se aur baat umeed sahi bhi hui. to</w:t>
      </w:r>
      <w:r>
        <w:br/>
      </w:r>
      <w:r>
        <w:rPr>
          <w:sz w:val="20"/>
        </w:rPr>
        <w:t>55:20  is tareeqay se kabhi dekhiye, practical wisdom mein kabhi kuch dekhna parta hai, kabhi kuch dekhna parta hai, kabhi wait karna parta hai agli generation tak, kabhi nayi planning karni parti hai.</w:t>
      </w:r>
      <w:r>
        <w:br/>
      </w:r>
      <w:r>
        <w:rPr>
          <w:sz w:val="20"/>
        </w:rPr>
        <w:t>55:33  makkah mein jab bohat ziyada mukhalifat honay lagi to wahan par aur koi kuch kuch opportunity nahi thi mazeed kuch kaam karne</w:t>
      </w:r>
      <w:r>
        <w:br/>
      </w:r>
      <w:r>
        <w:rPr>
          <w:sz w:val="20"/>
        </w:rPr>
        <w:t>55:43  ki. to aap khamoshi se makkah chhod kar madina chalay gaye aur wahan madine mein bilkul low profile mein kaam karna shuru kar diya, bilkul peaceful tareeqay se.</w:t>
      </w:r>
      <w:r>
        <w:br/>
      </w:r>
      <w:r>
        <w:rPr>
          <w:sz w:val="20"/>
        </w:rPr>
        <w:t>55:55  to agar aik planning aap ki kamyab nahi ho rahi hai to aap re-planning karein. is par Maulana ne aik pamphlet bhi hai re-planning par.</w:t>
      </w:r>
      <w:r>
        <w:br/>
      </w:r>
      <w:r>
        <w:rPr>
          <w:sz w:val="20"/>
        </w:rPr>
        <w:t>56:05  to re-planning jo hai woh mukammal taur par kamyab hui.</w:t>
      </w:r>
      <w:r>
        <w:br/>
      </w:r>
      <w:r>
        <w:rPr>
          <w:sz w:val="20"/>
        </w:rPr>
        <w:t>56:11  to isi tareeqay se jab aap madina gaye to wahan yahoodi aik sizable un ka group tha aur woh log jo hain un ke paas hi saray paighambar atay thay.</w:t>
      </w:r>
      <w:r>
        <w:br/>
      </w:r>
      <w:r>
        <w:rPr>
          <w:sz w:val="20"/>
        </w:rPr>
        <w:t>56:21  to awam jo hai un ko lagta tha ke yahi sachai par hain aur unhi ko woh follow karte thay bohat sari baton mein.</w:t>
      </w:r>
      <w:r>
        <w:br/>
      </w:r>
      <w:r>
        <w:rPr>
          <w:sz w:val="20"/>
        </w:rPr>
        <w:t>56:30  to woh log jo hain bait ul maqdis un ka qibla tha. to</w:t>
      </w:r>
      <w:r>
        <w:br/>
      </w:r>
      <w:r>
        <w:rPr>
          <w:sz w:val="20"/>
        </w:rPr>
        <w:t>56:34  itna bara aap ne kaam kiya ke un ki taaleef qalb yani softening of the heart, un ki taaleef qalb ke liye aap ne qibla badal diya.</w:t>
      </w:r>
      <w:r>
        <w:br/>
      </w:r>
      <w:r>
        <w:rPr>
          <w:sz w:val="20"/>
        </w:rPr>
        <w:t>56:44  to taqreeban 16-17 mahine tak yahoodiyon ka jo qibla tha bait ul maqdis usi ki taraf kar ke namaz parhte rahay.</w:t>
      </w:r>
      <w:r>
        <w:br/>
      </w:r>
      <w:r>
        <w:rPr>
          <w:sz w:val="20"/>
        </w:rPr>
        <w:t>56:55  to jab tab bhi dekha ke in logon par is ka kuch asar nahi ho raha, un ke heart jo hain woh saaf nahi ho rahe,</w:t>
      </w:r>
      <w:r>
        <w:br/>
      </w:r>
      <w:r>
        <w:rPr>
          <w:sz w:val="20"/>
        </w:rPr>
        <w:t>57:03  phir hukum hua ke apna kabe ki taraf qibla karne ka. to is tarike se unhon ne poori koshish ki aap ne ke mo'tedil halaat mein, normal halaat mein apna kaam karen.</w:t>
      </w:r>
      <w:r>
        <w:br/>
      </w:r>
      <w:r>
        <w:rPr>
          <w:sz w:val="20"/>
        </w:rPr>
        <w:t>57:16  kyunke agar woh qibla isi waqt agar qibla na badla hota to woh log kehte hain ke yeh pata nahin kaun log hain, un ka qibla kuch aur hai. abhi tak saare paighambar jo hain un ka qibla bait ul maqdis hota tha.</w:t>
      </w:r>
      <w:r>
        <w:br/>
      </w:r>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r>
        <w:br/>
      </w:r>
      <w:r>
        <w:rPr>
          <w:sz w:val="20"/>
        </w:rPr>
        <w:t>1:01:42  jab mein gaadi chala rahi thi to shuru shuru mein to kuch na kuch karti thi. to ek aadmi ne kaha why can't you drive properly?</w:t>
      </w:r>
      <w:r>
        <w:br/>
      </w:r>
      <w:r>
        <w:rPr>
          <w:sz w:val="20"/>
        </w:rPr>
        <w:t>1:01:51  bohat ghusse mein kaha.</w:t>
      </w:r>
      <w:r>
        <w:br/>
      </w:r>
      <w:r>
        <w:rPr>
          <w:sz w:val="20"/>
        </w:rPr>
        <w:t>1:01:53  to is tareeqay say bohat kuch hota hai. to phir hum agar isi waqt is ko bardasht kar lain, kuch log bardasht nahi karte, phir nikal ke larna shuru kar dete hain.</w:t>
      </w:r>
      <w:r>
        <w:br/>
      </w:r>
      <w:r>
        <w:rPr>
          <w:sz w:val="20"/>
        </w:rPr>
        <w:t>1:02:02  to hamare aik colleague thay, un ke bhai ne larna shuru kar diya, yahan tak ke bohat zabardast jang ladaai hui aur police case ban gaya.</w:t>
      </w:r>
      <w:r>
        <w:br/>
      </w:r>
      <w:r>
        <w:rPr>
          <w:sz w:val="20"/>
        </w:rPr>
        <w:t>1:02:11  bohat dinon tak woh jail mein rahe. to yahi woh lesser evil tha aur lesser evil ko bardasht na karne se phir woh greater evil ko bardasht karna parta hai.</w:t>
      </w:r>
      <w:r>
        <w:br/>
      </w:r>
      <w:r>
        <w:rPr>
          <w:sz w:val="20"/>
        </w:rPr>
        <w:t>1:02:23  to yeh hai ke dekhiye, is sab se bari baat yeh hai ke is dunya mein Allah ne sab ko azadi di hai. ab azadi di hai to yeh sab hoga ji, to is ko humein bardasht karna parhe ga.</w:t>
      </w:r>
      <w:r>
        <w:br/>
      </w:r>
      <w:r>
        <w:rPr>
          <w:sz w:val="20"/>
        </w:rPr>
        <w:t>1:02:34  agar hum bardasht nahi karein ge to aur bari museebat mein par jayen ge.</w:t>
      </w:r>
      <w:r>
        <w:br/>
      </w:r>
      <w:r>
        <w:rPr>
          <w:sz w:val="20"/>
        </w:rPr>
        <w:t>1:02:41  to is tareeqay say Rasool Allah Sal Allahu Alaihi Wa Sallam ki poori zindagi jo hai, is mein aap ko saare guiding principles practical wisdom ke milte hain.</w:t>
      </w:r>
      <w:r>
        <w:br/>
      </w:r>
      <w:r>
        <w:rPr>
          <w:sz w:val="20"/>
        </w:rPr>
        <w:t>1:02:50  bas yeh hai ke is angle say aap ko dekhna hai</w:t>
      </w:r>
      <w:r>
        <w:br/>
      </w:r>
      <w:r>
        <w:rPr>
          <w:sz w:val="20"/>
        </w:rPr>
        <w:t>1:02:53  kyun ke hum is angle say nahi dekhte. hum to dekhte hain ke bas yeh prophet ka life hai, un ki teachings hain, bas wisdom aur practical wisdom ke angle say nahi dekhte.</w:t>
      </w:r>
      <w:r>
        <w:br/>
      </w:r>
      <w:r>
        <w:rPr>
          <w:sz w:val="20"/>
        </w:rPr>
        <w:t>1:03:04  is liye hum samajhte nahi hain. ji, thank you apa for doing a very important session today. jazak Allah. so with this, we will end today's session and we will be back next Sunday at 10:30 AM.</w:t>
      </w:r>
      <w:r>
        <w:br/>
      </w:r>
      <w:r>
        <w:rPr>
          <w:sz w:val="20"/>
        </w:rPr>
        <w:t>1:03:17  thank you.</w:t>
      </w:r>
    </w:p>
    <w:p>
      <w:pPr>
        <w:pStyle w:val="Heading2"/>
      </w:pPr>
      <w:r>
        <w:t>Printing Quran translation without Arabic text</w:t>
      </w:r>
    </w:p>
    <w:p>
      <w:r>
        <w:rPr>
          <w:color w:val="666666"/>
          <w:sz w:val="18"/>
        </w:rPr>
        <w:t>Quran &amp; Tafsir · Nation Building On India's Republic Day Jan 26, 2020 Maulana Wahiduddin Khan · 5m 48s · at 42:25 · https://youtu.be/58CVocbLAb8?t=2545</w:t>
      </w:r>
    </w:p>
    <w:p>
      <w:r>
        <w:rPr>
          <w:i/>
        </w:rPr>
        <w:t>“I met a gentleman from an Islamic organization who holds a high position. When I showed him a Quran copy published by Goodword Books, he said the group decided that printing the translation of the Quran only with the Arabic text is correct, and printing it without the Arabic text would make the translation seem more important. Is this view correct?”</w:t>
      </w:r>
    </w:p>
    <w:p>
      <w:r>
        <w:rPr>
          <w:sz w:val="20"/>
        </w:rPr>
        <w:t>42:25  Maulana Doctor Junaid Sheikh ne Mumbai se sawal bheja hai. unhone likha hai: "ek sahab se mulaqat hui jo ek Islami organization se wabasta hain aur ek bade uhde par hain.</w:t>
      </w:r>
      <w:r>
        <w:br/>
      </w:r>
      <w:r>
        <w:rPr>
          <w:sz w:val="20"/>
        </w:rPr>
        <w:t>42:42  un se baat karte waqt maine unhein Goodword Book se publish hui Quran ki copy dikhai. unhone dekh kar kaha ke jamaat ne faisla kiya hai ke Quran ki translation ko Arabic text ke sath hi print karna sahi hai.</w:t>
      </w:r>
      <w:r>
        <w:br/>
      </w:r>
      <w:r>
        <w:rPr>
          <w:sz w:val="20"/>
        </w:rPr>
        <w:t>43:00  baghair Arabic text ke Quran print kiya jaye to sirf translation ki hi ahmiyat zyada ho jayegi.</w:t>
      </w:r>
      <w:r>
        <w:br/>
      </w:r>
      <w:r>
        <w:rPr>
          <w:sz w:val="20"/>
        </w:rPr>
        <w:t>43:09  aur Quran ke sath wahi hoga jo Bible ke sath hua. Printing Quran without Arabic text yeh Quran par zulm hai.</w:t>
      </w:r>
      <w:r>
        <w:br/>
      </w:r>
      <w:r>
        <w:rPr>
          <w:sz w:val="20"/>
        </w:rPr>
        <w:t>43:19  Maulana sahab please let us all know is this kind of thinking according to Quranic teaching?" yeh bilkul absurd hai absurd hai.</w:t>
      </w:r>
      <w:r>
        <w:br/>
      </w:r>
      <w:r>
        <w:rPr>
          <w:sz w:val="20"/>
        </w:rPr>
        <w:t>43:30  dekhiye Quran mein ek ayat hai ke: "wa ma arsalna min rasool illa bi lisani qawmihi." haan illa bi lisani qawmihi.</w:t>
      </w:r>
      <w:r>
        <w:br/>
      </w:r>
      <w:r>
        <w:rPr>
          <w:sz w:val="20"/>
        </w:rPr>
        <w:t>43:43  hum ne jab bhi koi rasool bheja to us ki us ko bheja us ki apni qom ki zaban zaban mein.</w:t>
      </w:r>
      <w:r>
        <w:br/>
      </w:r>
      <w:r>
        <w:rPr>
          <w:sz w:val="20"/>
        </w:rPr>
        <w:t>43:53  is ayat ka tarjuma ye ayat ka hawala kiya hai?</w:t>
      </w:r>
      <w:r>
        <w:br/>
      </w:r>
      <w:r>
        <w:rPr>
          <w:sz w:val="20"/>
        </w:rPr>
        <w:t>44:07  surah ibrahim surah number choda ayat number char.</w:t>
      </w:r>
      <w:r>
        <w:br/>
      </w:r>
      <w:r>
        <w:rPr>
          <w:sz w:val="20"/>
        </w:rPr>
        <w:t>44:14  quran mein hai ke allah farmaya allah ne farmaya ke hum ne jab bhi koi nabi bheja to us ko us ki apni qom ki zaban mein bheja.</w:t>
      </w:r>
      <w:r>
        <w:br/>
      </w:r>
      <w:r>
        <w:rPr>
          <w:sz w:val="20"/>
        </w:rPr>
        <w:t>44:30  is ka matlab kya hua? is ka matlab ye hua ke arabi zaban mein quran is liye aya ke is qom ki zaban arabi zaban thi.</w:t>
      </w:r>
      <w:r>
        <w:br/>
      </w:r>
      <w:r>
        <w:rPr>
          <w:sz w:val="20"/>
        </w:rPr>
        <w:t>44:39  is liye nahi ke wo jannat ki zaban thi. ab quran ka jo text hai arabi zaban mein hai ye harar ka matlab nahi hai. to aaj jab hum ko ye hai hukum ke quran ko pohnchao sari dunya tak.</w:t>
      </w:r>
      <w:r>
        <w:br/>
      </w:r>
      <w:r>
        <w:rPr>
          <w:sz w:val="20"/>
        </w:rPr>
        <w:t>44:59  tabarak allazina ala abdihi li yakuna lil alamin nazira. haan al alamin nazira. sare alam ke liye nazir.</w:t>
      </w:r>
      <w:r>
        <w:br/>
      </w:r>
      <w:r>
        <w:rPr>
          <w:sz w:val="20"/>
        </w:rPr>
        <w:t>45:11  aagah karne wala. to kaise sare alam ko kaise aagah karenge aap arabi zaban mein de kar? to wo aadmi kahega ke bhai main to arabi janta nahi.</w:t>
      </w:r>
      <w:r>
        <w:br/>
      </w:r>
      <w:r>
        <w:rPr>
          <w:sz w:val="20"/>
        </w:rPr>
        <w:t>45:24  nahi is ka matlab ye hai ke aap bhi wahi karen jo bible walon ne kiya. ye galat bible walon ko aap wo galat tasveer pesh ki aap ne.</w:t>
      </w:r>
      <w:r>
        <w:br/>
      </w:r>
      <w:r>
        <w:rPr>
          <w:sz w:val="20"/>
        </w:rPr>
        <w:t>45:42  main to samajhta hoon ke unhon ne immutable kaam kiya hai bible walon ne. sari zaban unhon ne seekhi.</w:t>
      </w:r>
      <w:r>
        <w:br/>
      </w:r>
      <w:r>
        <w:rPr>
          <w:sz w:val="20"/>
        </w:rPr>
        <w:t>45:52  is mein behtareen tarjume tayar kiye. aur bohat achhe andaz se un ko un ke tarjume understandable language mein chhapa kar phaila rahe hain.</w:t>
      </w:r>
      <w:r>
        <w:br/>
      </w:r>
      <w:r>
        <w:rPr>
          <w:sz w:val="20"/>
        </w:rPr>
        <w:t>46:04  ye to immutable kaam hai. aap aap un ko un ke un ke un ke un ke un ke role ko samjhen nahi aap.</w:t>
      </w:r>
      <w:r>
        <w:br/>
      </w:r>
      <w:r>
        <w:rPr>
          <w:sz w:val="20"/>
        </w:rPr>
        <w:t>46:18  main samajhta hoon ke is zamane ke musalmanon ko wahi kaam karna hai jo christian ne kiya. unhon ne sari dunya ki zabano mein quran ke bible ki tarjume tayar kiye bohat achhi zaban mein.</w:t>
      </w:r>
      <w:r>
        <w:br/>
      </w:r>
      <w:r>
        <w:rPr>
          <w:sz w:val="20"/>
        </w:rPr>
        <w:t>46:35  bible ki zaban bohat achhi zaban hoti hai. aur is ko chhapa kar dunya bhar mein phailaye. sari dunya mein jahan jahan hai wahan bible maujood ho hai.</w:t>
      </w:r>
      <w:r>
        <w:br/>
      </w:r>
      <w:r>
        <w:rPr>
          <w:sz w:val="20"/>
        </w:rPr>
        <w:t>46:47  yahi kaam hum ko bhi karna hai.</w:t>
      </w:r>
      <w:r>
        <w:br/>
      </w:r>
      <w:r>
        <w:rPr>
          <w:sz w:val="20"/>
        </w:rPr>
        <w:t>46:51  hum ko bhi karna hai. aur ye khud quran ki ek ayat se nikalta hai. wo ayat kis tarah se hai?</w:t>
      </w:r>
      <w:r>
        <w:br/>
      </w:r>
      <w:r>
        <w:rPr>
          <w:sz w:val="20"/>
        </w:rPr>
        <w:t>46:59  ya ayuhal lazina amanu kono ansar allah kama qala isa ibn maryam ala al hawariyin man ansari ila allah.</w:t>
      </w:r>
      <w:r>
        <w:br/>
      </w:r>
      <w:r>
        <w:rPr>
          <w:sz w:val="20"/>
        </w:rPr>
        <w:t>47:08  haan dekhiye is par ghor kijiye is ayat ko. to allah taala ne christian ko se jo kaam liya wo ek model ban gaya hamare liye quran ke ke hum isi model par quran ko tayar karen aur phailayen.</w:t>
      </w:r>
      <w:r>
        <w:br/>
      </w:r>
      <w:r>
        <w:rPr>
          <w:sz w:val="20"/>
        </w:rPr>
        <w:t>47:36  ye khud quran se nikalta hai.</w:t>
      </w:r>
      <w:r>
        <w:br/>
      </w:r>
      <w:r>
        <w:rPr>
          <w:sz w:val="20"/>
        </w:rPr>
        <w:t>47:42  main ek ye mera tajurba ek ye hai ke musalman doosre mazhabon se yani negative negative soch rakhte hain.</w:t>
      </w:r>
      <w:r>
        <w:br/>
      </w:r>
      <w:r>
        <w:rPr>
          <w:sz w:val="20"/>
        </w:rPr>
        <w:t>47:55  negative</w:t>
      </w:r>
      <w:r>
        <w:br/>
      </w:r>
      <w:r>
        <w:rPr>
          <w:sz w:val="20"/>
        </w:rPr>
        <w:t>47:59  yahud se aur</w:t>
      </w:r>
      <w:r>
        <w:br/>
      </w:r>
      <w:r>
        <w:rPr>
          <w:sz w:val="20"/>
        </w:rPr>
        <w:t>48:04  christian se mujhe to kisi se mujhe to kisi se koi hate nahi.</w:t>
      </w:r>
    </w:p>
    <w:p>
      <w:pPr>
        <w:pStyle w:val="Heading2"/>
      </w:pPr>
      <w:r>
        <w:t>Punishment for non-believers in Quran</w:t>
      </w:r>
    </w:p>
    <w:p>
      <w:r>
        <w:rPr>
          <w:color w:val="666666"/>
          <w:sz w:val="18"/>
        </w:rPr>
        <w:t>Quran &amp; Tafsir · The Meaning of Ummat-i-Wasat Nov 25, 2018 · 5m 56s · at 57:24 · https://youtu.be/3POFfvXaFss?t=3444</w:t>
      </w:r>
    </w:p>
    <w:p>
      <w:r>
        <w:rPr>
          <w:i/>
        </w:rPr>
        <w:t>“In the Quran there is reference of punishment for polytheists and disbelievers, that is people who believe in more than one God and those people who do not believe in truth. My question is: Is there any mention of those people who don't worship Allah and don't believe in His existence?”</w:t>
      </w:r>
    </w:p>
    <w:p>
      <w:r>
        <w:rPr>
          <w:sz w:val="20"/>
        </w:rPr>
        <w:t>57:24  god wants us to be successful and he is showering all his rahmat to make us successful. how sad would be our end if he fail even after such high level support which is working for us?" maulana, agla sawal lete hain jo miss sadia ne bheja hai usa se.</w:t>
      </w:r>
      <w:r>
        <w:br/>
      </w:r>
      <w:r>
        <w:rPr>
          <w:sz w:val="20"/>
        </w:rPr>
        <w:t>57:45  unhon ne likha hai: "in quran there is reference of punishment for mushrikeen and kafir.</w:t>
      </w:r>
      <w:r>
        <w:br/>
      </w:r>
      <w:r>
        <w:rPr>
          <w:sz w:val="20"/>
        </w:rPr>
        <w:t>57:57  that is people who believe in more than one god or those people who do not believe in truth. my question is: is there any mention of those people who don't worship allah or don't believe in his existence?" bhai, kahin punishment ke to hai nahi jo aap keh rahe hain.</w:t>
      </w:r>
      <w:r>
        <w:br/>
      </w:r>
      <w:r>
        <w:rPr>
          <w:sz w:val="20"/>
        </w:rPr>
        <w:t>58:23  sirf ek hi cheez hai ke koi attack kare to defence mein un se tum lad sakte ho. wahan bhi yeh hai ke us ko manage karne ki koshish karo.</w:t>
      </w:r>
      <w:r>
        <w:br/>
      </w:r>
      <w:r>
        <w:rPr>
          <w:sz w:val="20"/>
        </w:rPr>
        <w:t>58:34  yeh nahi ke andaaz ladai shuru kar do. islam mein jo taleem hai woh yeh hai ke individuals ke liye hai ke aap un ko train karein, un ko tarbiyat karein, un ko samjhaein.</w:t>
      </w:r>
      <w:r>
        <w:br/>
      </w:r>
      <w:r>
        <w:rPr>
          <w:sz w:val="20"/>
        </w:rPr>
        <w:t>58:49  yeh jo nikal rakha hai musalmanon ne ke jo rasool allah ke khilaf gustakhi kare, us ko maro, yeh bilkul jhooti baat hai.</w:t>
      </w:r>
      <w:r>
        <w:br/>
      </w:r>
      <w:r>
        <w:rPr>
          <w:sz w:val="20"/>
        </w:rPr>
        <w:t>58:59  bilkul jhooti baat hai. maro nahi, is ko milo, is ke muhabbat se samjhao. is ko literature to parhne ke liye yeh bilkul jhoota concept hai ke jo gustakhi kare, us ko maro.</w:t>
      </w:r>
      <w:r>
        <w:br/>
      </w:r>
      <w:r>
        <w:rPr>
          <w:sz w:val="20"/>
        </w:rPr>
        <w:t>59:15  yeh Islam mein hai hi nahi.</w:t>
      </w:r>
      <w:r>
        <w:br/>
      </w:r>
      <w:r>
        <w:rPr>
          <w:sz w:val="20"/>
        </w:rPr>
        <w:t>59:19  punishment in the hereafter.</w:t>
      </w:r>
      <w:r>
        <w:br/>
      </w:r>
      <w:r>
        <w:rPr>
          <w:sz w:val="20"/>
        </w:rPr>
        <w:t>59:26  Maulana, woh jo punishment ko refer kar rahe hain, woh hereafter ki punishment ko refer kar rahe hain. Hereafter ki jo hai, woh punishment nahi hai.</w:t>
      </w:r>
      <w:r>
        <w:br/>
      </w:r>
      <w:r>
        <w:rPr>
          <w:sz w:val="20"/>
        </w:rPr>
        <w:t>59:42  hadees mein aata hai: "in hai ila aamaalukum turad alaikum." kya hai sahab?</w:t>
      </w:r>
      <w:r>
        <w:br/>
      </w:r>
      <w:r>
        <w:rPr>
          <w:sz w:val="20"/>
        </w:rPr>
        <w:t>59:51  is ko parhiye, is ka tarjuma parhiye: "in ya ila aamaalukum turad alaikum." ya ibaad, inma ya aamaalukum, ahsaha lakum, thum ufiyukum iyaha.</w:t>
      </w:r>
      <w:r>
        <w:br/>
      </w:r>
      <w:r>
        <w:rPr>
          <w:sz w:val="20"/>
        </w:rPr>
        <w:t>1:00:10  ae mere bando, beshak yeh tumhare aamaal hain jis ko hum ne tumhare liye shumar kar rakha hai. phir tum ko is ka poora poora badla diya jayega.</w:t>
      </w:r>
      <w:r>
        <w:br/>
      </w:r>
      <w:r>
        <w:rPr>
          <w:sz w:val="20"/>
        </w:rPr>
        <w:t>1:00:20  sahih Muslim. to jannat aur jahannum ka jo concept hai Quran o hadees mein, woh to yahi hai ke hamara apne aamaal ka hamare tak loota jana, is ke result ka, is ke nateeje ka.</w:t>
      </w:r>
      <w:r>
        <w:br/>
      </w:r>
      <w:r>
        <w:rPr>
          <w:sz w:val="20"/>
        </w:rPr>
        <w:t>1:00:45  to aadmi ko sochna chahiye ke mera amal kaisa hai, mera amal kaisa hai. kyunke Allah ne jab paida kiya hai to mein soch raha tha kal ke meri paidaish hui yakam January 1925 ko.</w:t>
      </w:r>
      <w:r>
        <w:br/>
      </w:r>
      <w:r>
        <w:rPr>
          <w:sz w:val="20"/>
        </w:rPr>
        <w:t>1:01:04  is ka matlab kya hai? yakam January 1925 se pehle mein non existence tha, ghair maujood.</w:t>
      </w:r>
      <w:r>
        <w:br/>
      </w:r>
      <w:r>
        <w:rPr>
          <w:sz w:val="20"/>
        </w:rPr>
        <w:t>1:01:16  yakam January 1925 ko mein maujood ho gaya. kaisi ajeeb cheez hai!</w:t>
      </w:r>
      <w:r>
        <w:br/>
      </w:r>
      <w:r>
        <w:rPr>
          <w:sz w:val="20"/>
        </w:rPr>
        <w:t>1:01:22  ek insaan bolne wala, sochne wala, chalne wala, yaani hazaron cheezein hain ek insaan ke andar, tab woh insaan banta hai.</w:t>
      </w:r>
      <w:r>
        <w:br/>
      </w:r>
      <w:r>
        <w:rPr>
          <w:sz w:val="20"/>
        </w:rPr>
        <w:t>1:01:37  to aisa hai ke insaan ek tareekh se pehle wajood hi nahi tha is ka, aur phir is ka wajood ho gaya. yaani ghair maujood ko Allah ne maujood kar diya, non existent ko existent kar diya.</w:t>
      </w:r>
      <w:r>
        <w:br/>
      </w:r>
      <w:r>
        <w:rPr>
          <w:sz w:val="20"/>
        </w:rPr>
        <w:t>1:01:55  yeh to kitni badi blessing hai!</w:t>
      </w:r>
      <w:r>
        <w:br/>
      </w:r>
      <w:r>
        <w:rPr>
          <w:sz w:val="20"/>
        </w:rPr>
        <w:t>1:02:01  is ka aadmi soche ke sari is ki way of thinking badal jaye.</w:t>
      </w:r>
      <w:r>
        <w:br/>
      </w:r>
      <w:r>
        <w:rPr>
          <w:sz w:val="20"/>
        </w:rPr>
        <w:t>1:02:13  mein to yahi samajhta hoon.</w:t>
      </w:r>
      <w:r>
        <w:br/>
      </w:r>
      <w:r>
        <w:rPr>
          <w:sz w:val="20"/>
        </w:rPr>
        <w:t>1:02:21  Maulana, agla comment bheja hai Muhammad Yaqoob Umri ne. unhone likha hai: "Maulana, I listen to the complete lecture without any</w:t>
      </w:r>
    </w:p>
    <w:p>
      <w:pPr>
        <w:pStyle w:val="Heading2"/>
      </w:pPr>
      <w:r>
        <w:t>Quran claims to be a clear book</w:t>
      </w:r>
    </w:p>
    <w:p>
      <w:r>
        <w:rPr>
          <w:color w:val="666666"/>
          <w:sz w:val="18"/>
        </w:rPr>
        <w:t>Quran &amp; Tafsir · Hadith Word of Wisdom August 31, 2014 · 5m 12s · at 1:05:43 · https://youtu.be/fv4eRJRe8dk?t=3943</w:t>
      </w:r>
    </w:p>
    <w:p>
      <w:r>
        <w:rPr>
          <w:i/>
        </w:rPr>
        <w:t>“as Quran claims to be a book that is clear in its”</w:t>
      </w:r>
    </w:p>
    <w:p>
      <w:r>
        <w:rPr>
          <w:sz w:val="20"/>
        </w:rPr>
        <w:t>1:05:43  aaj sirf daawa empire qaim ho sakta hai." Maulana, agla sawal jo aaya hai woh hai nayejeria se,</w:t>
      </w:r>
      <w:r>
        <w:br/>
      </w:r>
      <w:r>
        <w:rPr>
          <w:sz w:val="20"/>
        </w:rPr>
        <w:t>1:05:49  aur yeh Ejaz Ahmed ke saathi hain jinhon ne yeh sawal kiya hai.</w:t>
      </w:r>
      <w:r>
        <w:br/>
      </w:r>
      <w:r>
        <w:rPr>
          <w:sz w:val="20"/>
        </w:rPr>
        <w:t>1:05:54  un ka sawal yeh hai ke "as Quran claims to be a book that is clear in its</w:t>
      </w:r>
      <w:r>
        <w:br/>
      </w:r>
      <w:r>
        <w:rPr>
          <w:sz w:val="20"/>
        </w:rPr>
        <w:t>1:06:00  writing, how come there is so much ambiguity that leaves people to interpret it as they please?</w:t>
      </w:r>
      <w:r>
        <w:br/>
      </w:r>
      <w:r>
        <w:rPr>
          <w:sz w:val="20"/>
        </w:rPr>
        <w:t>1:06:06  for instance, all the different variations of jihad, the concept of peace, and the Islamic state." kya is</w:t>
      </w:r>
      <w:r>
        <w:br/>
      </w:r>
      <w:r>
        <w:rPr>
          <w:sz w:val="20"/>
        </w:rPr>
        <w:t>1:06:11  ka kya khulasa hai? is Maulana, woh yeh jaan'na chah rahe hain ke jab Quran itna clear hai</w:t>
      </w:r>
      <w:r>
        <w:br/>
      </w:r>
      <w:r>
        <w:rPr>
          <w:sz w:val="20"/>
        </w:rPr>
        <w:t>1:06:16  to phir is ke different interpretations kyun aate hain? particularly peace ko le ke, jihad ko le ke</w:t>
      </w:r>
      <w:r>
        <w:br/>
      </w:r>
      <w:r>
        <w:rPr>
          <w:sz w:val="20"/>
        </w:rPr>
        <w:t>1:06:21  to itne variations kyun hain? ya jo political system hai, to aisa kyun hai ke is ki wajah</w:t>
      </w:r>
      <w:r>
        <w:br/>
      </w:r>
      <w:r>
        <w:rPr>
          <w:sz w:val="20"/>
        </w:rPr>
        <w:t>1:06:27  se confusion bohat hota hai? agar Quran waqai mein bohat clear kitaab hai to phir itna confusion kyun</w:t>
      </w:r>
      <w:r>
        <w:br/>
      </w:r>
      <w:r>
        <w:rPr>
          <w:sz w:val="20"/>
        </w:rPr>
        <w:t>1:06:32  in cheezon ko le ke? dekhen, is ka ta'alluq Quran se nahi hai.</w:t>
      </w:r>
      <w:r>
        <w:br/>
      </w:r>
      <w:r>
        <w:rPr>
          <w:sz w:val="20"/>
        </w:rPr>
        <w:t>1:06:37  is ka ta'alluq is se hai ke mazhab humanity ka subject hai.</w:t>
      </w:r>
      <w:r>
        <w:br/>
      </w:r>
      <w:r>
        <w:rPr>
          <w:sz w:val="20"/>
        </w:rPr>
        <w:t>1:06:42  humanity is ka woh science ka subject nahi hai.</w:t>
      </w:r>
      <w:r>
        <w:br/>
      </w:r>
      <w:r>
        <w:rPr>
          <w:sz w:val="20"/>
        </w:rPr>
        <w:t>1:06:48  physical sciences mein chunkey physical sciences chunkey base karti hain mathematics par, to physical sciences mein mathematics ki</w:t>
      </w:r>
      <w:r>
        <w:br/>
      </w:r>
      <w:r>
        <w:rPr>
          <w:sz w:val="20"/>
        </w:rPr>
        <w:t>1:06:53  wajah se wahan possible hota hai ke wahan ek hi baat sabit ho, interpretation na ho.</w:t>
      </w:r>
      <w:r>
        <w:br/>
      </w:r>
      <w:r>
        <w:rPr>
          <w:sz w:val="20"/>
        </w:rPr>
        <w:t>1:06:58  interpretation to humanities ka phenomena hai.</w:t>
      </w:r>
      <w:r>
        <w:br/>
      </w:r>
      <w:r>
        <w:rPr>
          <w:sz w:val="20"/>
        </w:rPr>
        <w:t>1:07:04  physical science mein expression nahi hota.</w:t>
      </w:r>
      <w:r>
        <w:br/>
      </w:r>
      <w:r>
        <w:rPr>
          <w:sz w:val="20"/>
        </w:rPr>
        <w:t>1:07:09  wahan to ek ek cheez jo hai, jo jo experiment kar ke jo maloom hoti hai, wahi baat hai.</w:t>
      </w:r>
      <w:r>
        <w:br/>
      </w:r>
      <w:r>
        <w:rPr>
          <w:sz w:val="20"/>
        </w:rPr>
        <w:t>1:07:14  isi isi ko exact sciences kehte hain.</w:t>
      </w:r>
      <w:r>
        <w:br/>
      </w:r>
      <w:r>
        <w:rPr>
          <w:sz w:val="20"/>
        </w:rPr>
        <w:t>1:07:19  to exact sciences mein interpretation ka ka farq nahi hota, lekin humanities mein hota hai.</w:t>
      </w:r>
      <w:r>
        <w:br/>
      </w:r>
      <w:r>
        <w:rPr>
          <w:sz w:val="20"/>
        </w:rPr>
        <w:t>1:07:25  to yeh to hamesha hi rahega interpretation ka ikhtilaf, chahey woh Quran ho, chahey koi bhi cheez ho.</w:t>
      </w:r>
      <w:r>
        <w:br/>
      </w:r>
      <w:r>
        <w:rPr>
          <w:sz w:val="20"/>
        </w:rPr>
        <w:t>1:07:30  to yeh aur doosri baat yeh hai ke ikhtilaf koi evil nahi hai.</w:t>
      </w:r>
      <w:r>
        <w:br/>
      </w:r>
      <w:r>
        <w:rPr>
          <w:sz w:val="20"/>
        </w:rPr>
        <w:t>1:07:35  isi ikhtilaf se to intellectual development hota hai.</w:t>
      </w:r>
      <w:r>
        <w:br/>
      </w:r>
      <w:r>
        <w:rPr>
          <w:sz w:val="20"/>
        </w:rPr>
        <w:t>1:07:40  agar ikhtilaf na ho to aap kaise guftagu kaise karen ge? discussion kaise karen ge? dialogue kaise karen</w:t>
      </w:r>
      <w:r>
        <w:br/>
      </w:r>
      <w:r>
        <w:rPr>
          <w:sz w:val="20"/>
        </w:rPr>
        <w:t>1:07:46  ge? to humanities mein is ko jo ikhtilafat hote hain, woh yaani ya farq hota hai jo sochne</w:t>
      </w:r>
      <w:r>
        <w:br/>
      </w:r>
      <w:r>
        <w:rPr>
          <w:sz w:val="20"/>
        </w:rPr>
        <w:t>1:07:51  ka, isi se discussion hota hai, isi se intellectual development hota hai.</w:t>
      </w:r>
      <w:r>
        <w:br/>
      </w:r>
      <w:r>
        <w:rPr>
          <w:sz w:val="20"/>
        </w:rPr>
        <w:t>1:07:56  to mere nazdeek ikhtilaf koi evil ki baat nahi hai.</w:t>
      </w:r>
      <w:r>
        <w:br/>
      </w:r>
      <w:r>
        <w:rPr>
          <w:sz w:val="20"/>
        </w:rPr>
        <w:t>1:08:02  woh to hum ko point of discussion deta hai.</w:t>
      </w:r>
      <w:r>
        <w:br/>
      </w:r>
      <w:r>
        <w:rPr>
          <w:sz w:val="20"/>
        </w:rPr>
        <w:t>1:08:07  isi se hum apni intellectual life ko taraqqi dete hain.</w:t>
      </w:r>
      <w:r>
        <w:br/>
      </w:r>
      <w:r>
        <w:rPr>
          <w:sz w:val="20"/>
        </w:rPr>
        <w:t>1:08:12  mein nahi samajhta ke is mein koi evil ki baat hai.</w:t>
      </w:r>
      <w:r>
        <w:br/>
      </w:r>
      <w:r>
        <w:rPr>
          <w:sz w:val="20"/>
        </w:rPr>
        <w:t>1:08:17  maulana, isi ke continuation mein aksar jo non-muslims hain, particularly woh yeh sawal karte hain ke ek group</w:t>
      </w:r>
      <w:r>
        <w:br/>
      </w:r>
      <w:r>
        <w:rPr>
          <w:sz w:val="20"/>
        </w:rPr>
        <w:t>1:08:23  peaceful interpretation karta hai aur ek group violent interpretation karta hai.</w:t>
      </w:r>
      <w:r>
        <w:br/>
      </w:r>
      <w:r>
        <w:rPr>
          <w:sz w:val="20"/>
        </w:rPr>
        <w:t>1:08:28  to woh yeh kehte hain ke aap jo peaceful interpretation bata rahe hain, aap kaise keh sakte hain</w:t>
      </w:r>
      <w:r>
        <w:br/>
      </w:r>
      <w:r>
        <w:rPr>
          <w:sz w:val="20"/>
        </w:rPr>
        <w:t>1:08:33  ke aap ka interpretation sahi hai? to is cheez pe kaise un ko convince kiya jaye? dekhiye, humanities</w:t>
      </w:r>
      <w:r>
        <w:br/>
      </w:r>
      <w:r>
        <w:rPr>
          <w:sz w:val="20"/>
        </w:rPr>
        <w:t>1:08:39  mein ya mazhab mein hamesha aql ka istemal baqi rahega.</w:t>
      </w:r>
      <w:r>
        <w:br/>
      </w:r>
      <w:r>
        <w:rPr>
          <w:sz w:val="20"/>
        </w:rPr>
        <w:t>1:08:44  jaise ek misaal deta hoon aap ko ke geeta ek kitaab hai, bhagwat geeta.</w:t>
      </w:r>
      <w:r>
        <w:br/>
      </w:r>
      <w:r>
        <w:rPr>
          <w:sz w:val="20"/>
        </w:rPr>
        <w:t>1:08:49  ek kitaab hai, bohat ahem.</w:t>
      </w:r>
      <w:r>
        <w:br/>
      </w:r>
      <w:r>
        <w:rPr>
          <w:sz w:val="20"/>
        </w:rPr>
        <w:t>1:08:54  hamare prime minister sahab ne wahan ja kar ke diya un ko tohfe mein, japan ke prime minister ko.</w:t>
      </w:r>
      <w:r>
        <w:br/>
      </w:r>
      <w:r>
        <w:rPr>
          <w:sz w:val="20"/>
        </w:rPr>
        <w:t>1:09:00  lekin aap ko maloom hai ke geeta ke kai interpretation kiye gaye hain.</w:t>
      </w:r>
      <w:r>
        <w:br/>
      </w:r>
      <w:r>
        <w:rPr>
          <w:sz w:val="20"/>
        </w:rPr>
        <w:t>1:09:05  ek ek woh hai jis ke mutabiq, yaani geeta ladai ki kitaab hai kyunke is mein baqayda do</w:t>
      </w:r>
      <w:r>
        <w:br/>
      </w:r>
      <w:r>
        <w:rPr>
          <w:sz w:val="20"/>
        </w:rPr>
        <w:t>1:09:10  fareeq ladte hain aapas mein.</w:t>
      </w:r>
      <w:r>
        <w:br/>
      </w:r>
      <w:r>
        <w:rPr>
          <w:sz w:val="20"/>
        </w:rPr>
        <w:t>1:09:15  ek ek interpretation ke mutabiq geeta jo hai, wisdom ki kitaab hai kyunke wisdom ki baatein hain.</w:t>
      </w:r>
      <w:r>
        <w:br/>
      </w:r>
      <w:r>
        <w:rPr>
          <w:sz w:val="20"/>
        </w:rPr>
        <w:t>1:09:21  ek ek kitaab jo jo unhon ne kiya hai, yaani gandhi ji ne ke woh woh woh woh</w:t>
      </w:r>
      <w:r>
        <w:br/>
      </w:r>
      <w:r>
        <w:rPr>
          <w:sz w:val="20"/>
        </w:rPr>
        <w:t>1:09:26  fighting ko mante hi nahi.</w:t>
      </w:r>
      <w:r>
        <w:br/>
      </w:r>
      <w:r>
        <w:rPr>
          <w:sz w:val="20"/>
        </w:rPr>
        <w:t>1:09:31  woh woh kehte hain ke insaan ke spiritual level par woh sab kuch hota hai.</w:t>
      </w:r>
      <w:r>
        <w:br/>
      </w:r>
      <w:r>
        <w:rPr>
          <w:sz w:val="20"/>
        </w:rPr>
        <w:t>1:09:37  yaani kaurav aur pandav koi lade the kahin bahar zameen par nahi.</w:t>
      </w:r>
      <w:r>
        <w:br/>
      </w:r>
      <w:r>
        <w:rPr>
          <w:sz w:val="20"/>
        </w:rPr>
        <w:t>1:09:42  insaan ke andar hi andar jo spiritual waqea tha, uska zikr hai is mein.</w:t>
      </w:r>
      <w:r>
        <w:br/>
      </w:r>
      <w:r>
        <w:rPr>
          <w:sz w:val="20"/>
        </w:rPr>
        <w:t>1:09:47  to interpretation ka farq to rehta hai, lekin is ki wajah se kya aap geeta ko samajhna mushkil</w:t>
      </w:r>
      <w:r>
        <w:br/>
      </w:r>
      <w:r>
        <w:rPr>
          <w:sz w:val="20"/>
        </w:rPr>
        <w:t>1:09:52  hai aap ke liye? aap geeta ko padhiye aur samjhiye, apni aql ko istemal kijiye.</w:t>
      </w:r>
      <w:r>
        <w:br/>
      </w:r>
      <w:r>
        <w:rPr>
          <w:sz w:val="20"/>
        </w:rPr>
        <w:t>1:09:58  log apne apne dhang par karte rahen, lekin hum hamare hamare paas bhi aql hai.</w:t>
      </w:r>
      <w:r>
        <w:br/>
      </w:r>
      <w:r>
        <w:rPr>
          <w:sz w:val="20"/>
        </w:rPr>
        <w:t>1:10:03  hum apni aql se padhen geeta ko, jo samajh mein aaye ga, us ko manen ge.</w:t>
      </w:r>
      <w:r>
        <w:br/>
      </w:r>
      <w:r>
        <w:rPr>
          <w:sz w:val="20"/>
        </w:rPr>
        <w:t>1:10:08  hum aise hi quran ka muamla hai.</w:t>
      </w:r>
      <w:r>
        <w:br/>
      </w:r>
      <w:r>
        <w:rPr>
          <w:sz w:val="20"/>
        </w:rPr>
        <w:t>1:10:13  yeh sab kuch koi koi problem nahi hai.</w:t>
      </w:r>
      <w:r>
        <w:br/>
      </w:r>
      <w:r>
        <w:rPr>
          <w:sz w:val="20"/>
        </w:rPr>
        <w:t>1:10:19  yeh apni aql ko istemal karen, bas aap ki aql jo kahe, woh us ko padheye.</w:t>
      </w:r>
      <w:r>
        <w:br/>
      </w:r>
      <w:r>
        <w:rPr>
          <w:sz w:val="20"/>
        </w:rPr>
        <w:t>1:10:24  mein aksar kaha karta hoon ke mazhab jo hai, yeh personal choice ka muamla hai.</w:t>
      </w:r>
      <w:r>
        <w:br/>
      </w:r>
      <w:r>
        <w:rPr>
          <w:sz w:val="20"/>
        </w:rPr>
        <w:t>1:10:29  Personal choice koi kya kehta hai, us ko chhodiye.</w:t>
      </w:r>
      <w:r>
        <w:br/>
      </w:r>
      <w:r>
        <w:rPr>
          <w:sz w:val="20"/>
        </w:rPr>
        <w:t>1:10:35  aap aap khud padhiye aur jo aap ki samajh mein aaye, us ko ikhtiyar kar lijiye.</w:t>
      </w:r>
      <w:r>
        <w:br/>
      </w:r>
      <w:r>
        <w:rPr>
          <w:sz w:val="20"/>
        </w:rPr>
        <w:t>1:10:40  mazhab naam bhi hai personal choice ka.</w:t>
      </w:r>
      <w:r>
        <w:br/>
      </w:r>
      <w:r>
        <w:rPr>
          <w:sz w:val="20"/>
        </w:rPr>
        <w:t>1:10:45  mazhab jo hai, personal choice hi ka subject hai.</w:t>
      </w:r>
      <w:r>
        <w:br/>
      </w:r>
      <w:r>
        <w:rPr>
          <w:sz w:val="20"/>
        </w:rPr>
        <w:t>1:10:50  to aap apni aql ko istemal kijiye.</w:t>
      </w:r>
    </w:p>
    <w:p>
      <w:pPr>
        <w:pStyle w:val="Heading2"/>
      </w:pPr>
      <w:r>
        <w:t>Quranic Punishments and Ta'zirat</w:t>
      </w:r>
    </w:p>
    <w:p>
      <w:r>
        <w:rPr>
          <w:color w:val="666666"/>
          <w:sz w:val="18"/>
        </w:rPr>
        <w:t>Quran &amp; Tafsir · Eid-al-Azha I October 13, 2013 · 5m 54s · at 1:09:06 · https://youtu.be/oy7zn-uODcU?t=4146</w:t>
      </w:r>
    </w:p>
    <w:p>
      <w:r>
        <w:rPr>
          <w:i/>
        </w:rPr>
        <w:t>“A scholar said that the Quranic verses about punishments (ta'zirat), like cutting off the hand forcefully, etc., will be implemented as ta'zirat. Please explain the ta'zirat again.”</w:t>
      </w:r>
    </w:p>
    <w:p>
      <w:r>
        <w:rPr>
          <w:sz w:val="20"/>
        </w:rPr>
        <w:t>1:09:06  hai Maulana agla sawal tamil nadu se aya hai Maulana iliyas wanim badi ka unhon ne likha hai</w:t>
      </w:r>
      <w:r>
        <w:br/>
      </w:r>
      <w:r>
        <w:rPr>
          <w:sz w:val="20"/>
        </w:rPr>
        <w:t>1:09:13  ek aalim ne kaha ke quran mein jo ayat ta'zirat hai jaise zor ka hath ka zor zor</w:t>
      </w:r>
      <w:r>
        <w:br/>
      </w:r>
      <w:r>
        <w:rPr>
          <w:sz w:val="20"/>
        </w:rPr>
        <w:t>1:09:21  se hath katna wagera is par amal ta'zir ta'zirat phir se padhiye ek ek aalim ne</w:t>
      </w:r>
      <w:r>
        <w:br/>
      </w:r>
      <w:r>
        <w:rPr>
          <w:sz w:val="20"/>
        </w:rPr>
        <w:t>1:09:29  kaha ke quran mein jo ayat ta'zirat hai jaise zor ka hath katna chor chor chor chor chor</w:t>
      </w:r>
      <w:r>
        <w:br/>
      </w:r>
      <w:r>
        <w:rPr>
          <w:sz w:val="20"/>
        </w:rPr>
        <w:t>1:09:36  hai chor chor ka hath katna wagera hmm is par amal kab karenge yeh bilkul hi yani</w:t>
      </w:r>
      <w:r>
        <w:br/>
      </w:r>
      <w:r>
        <w:rPr>
          <w:sz w:val="20"/>
        </w:rPr>
        <w:t>1:09:44  espite question hai dekhiye hamare madarse mein jo log padhte hain sab bukhari padhte hain lekin bukhari padhte</w:t>
      </w:r>
      <w:r>
        <w:br/>
      </w:r>
      <w:r>
        <w:rPr>
          <w:sz w:val="20"/>
        </w:rPr>
        <w:t>1:09:52  hain woh sirf apne maslak ko janne ke liye bas bukhari mein ek bab hai bab talib al quran</w:t>
      </w:r>
      <w:r>
        <w:br/>
      </w:r>
      <w:r>
        <w:rPr>
          <w:sz w:val="20"/>
        </w:rPr>
        <w:t>1:10:00  is mein hazrat aisha kehti hain ke quran mein pehle ayatein itni jannat aur jahannam ki dilon ko</w:t>
      </w:r>
      <w:r>
        <w:br/>
      </w:r>
      <w:r>
        <w:rPr>
          <w:sz w:val="20"/>
        </w:rPr>
        <w:t>1:10:07  naram karne wali aur marifat wali baatein phir jab log prepared ho gaye jab tayyar ho gaye acceptability</w:t>
      </w:r>
      <w:r>
        <w:br/>
      </w:r>
      <w:r>
        <w:rPr>
          <w:sz w:val="20"/>
        </w:rPr>
        <w:t>1:10:15  aa gayi unke andar tab utra ke sharab na piyo aur zina mat karo to woh kehti hain</w:t>
      </w:r>
      <w:r>
        <w:br/>
      </w:r>
      <w:r>
        <w:rPr>
          <w:sz w:val="20"/>
        </w:rPr>
        <w:t>1:10:23  keh agar pehle hi utar jata pehle hi to log kehte hain keh la naado zina abda aur</w:t>
      </w:r>
      <w:r>
        <w:br/>
      </w:r>
      <w:r>
        <w:rPr>
          <w:sz w:val="20"/>
        </w:rPr>
        <w:t>1:10:30  naado al-khumar abda hum to hargiz nahi chhodenge zina hum hargiz nahi chhodenge sharab is se</w:t>
      </w:r>
      <w:r>
        <w:br/>
      </w:r>
      <w:r>
        <w:rPr>
          <w:sz w:val="20"/>
        </w:rPr>
        <w:t>1:10:38  kya nikla ye bukhari ko jo shurookh padhate hain wo bhi nahi jaante is ka matlab kya hai</w:t>
      </w:r>
      <w:r>
        <w:br/>
      </w:r>
      <w:r>
        <w:rPr>
          <w:sz w:val="20"/>
        </w:rPr>
        <w:t>1:10:46  اس کا یہ مطلب لکھا کہ first of all you have to prepare the society ہاتھ کاٹنے سے</w:t>
      </w:r>
      <w:r>
        <w:br/>
      </w:r>
      <w:r>
        <w:rPr>
          <w:sz w:val="20"/>
        </w:rPr>
        <w:t>1:10:54  beginning beginning nahi kar sakte aaj kal jo musalmanon ka mulk mulkon mein chala hua hai keh hukoomat</w:t>
      </w:r>
      <w:r>
        <w:br/>
      </w:r>
      <w:r>
        <w:rPr>
          <w:sz w:val="20"/>
        </w:rPr>
        <w:t>1:11:01  kabza karo haath kaato ye islam nahi hai ye ye hukoomat kabza karo flagging karo logon kode maro</w:t>
      </w:r>
      <w:r>
        <w:br/>
      </w:r>
      <w:r>
        <w:rPr>
          <w:sz w:val="20"/>
        </w:rPr>
        <w:t>1:11:09  logon ko ye islam nahi hai ye to ek ek khuda mein kya cheez hai islam ke siwa</w:t>
      </w:r>
      <w:r>
        <w:br/>
      </w:r>
      <w:r>
        <w:rPr>
          <w:sz w:val="20"/>
        </w:rPr>
        <w:t>1:11:17  koi aur cheez hai ye islam ka ki talib ye hai keh first of all you have to</w:t>
      </w:r>
      <w:r>
        <w:br/>
      </w:r>
      <w:r>
        <w:rPr>
          <w:sz w:val="20"/>
        </w:rPr>
        <w:t>1:11:24  prepare the society afraad ke andar yani Allah ka dar paida karo aur afraad ke andar sincerity lao</w:t>
      </w:r>
      <w:r>
        <w:br/>
      </w:r>
      <w:r>
        <w:rPr>
          <w:sz w:val="20"/>
        </w:rPr>
        <w:t>1:11:32  afraad jab ke andar acceptability lao jab ek society jab tayyar ho jaye to us waqt ye kaam</w:t>
      </w:r>
      <w:r>
        <w:br/>
      </w:r>
      <w:r>
        <w:rPr>
          <w:sz w:val="20"/>
        </w:rPr>
        <w:t>1:11:40  us waqt exceptionally koi aisa karta hai exceptionally jab aap society tayyar kar chuke honge to kahin</w:t>
      </w:r>
      <w:r>
        <w:br/>
      </w:r>
      <w:r>
        <w:rPr>
          <w:sz w:val="20"/>
        </w:rPr>
        <w:t>1:11:48  ek adh aadmi aisa case karega is ki saza deni padegi to aap bataiye keh ye</w:t>
      </w:r>
      <w:r>
        <w:br/>
      </w:r>
      <w:r>
        <w:rPr>
          <w:sz w:val="20"/>
        </w:rPr>
        <w:t>1:11:55  apni zimmedari to ada nahi karte aur chahte hain keh bas kode maare logon ko doosron ko</w:t>
      </w:r>
      <w:r>
        <w:br/>
      </w:r>
      <w:r>
        <w:rPr>
          <w:sz w:val="20"/>
        </w:rPr>
        <w:t>1:12:03  koda maarne se pehle apne koda maro apne ko yani matlab apni zimmedari poora karo society banao</w:t>
      </w:r>
      <w:r>
        <w:br/>
      </w:r>
      <w:r>
        <w:rPr>
          <w:sz w:val="20"/>
        </w:rPr>
        <w:t>1:12:11  society banane mein hazar saal lagne do tum ko haq nahi koda maarne ka society banane se pehle</w:t>
      </w:r>
      <w:r>
        <w:br/>
      </w:r>
      <w:r>
        <w:rPr>
          <w:sz w:val="20"/>
        </w:rPr>
        <w:t>1:12:18  mujhe bataiye kaun hai jo society bana raha hai sab taqreerein karein chal sirf taqreerein karte hain khali</w:t>
      </w:r>
      <w:r>
        <w:br/>
      </w:r>
      <w:r>
        <w:rPr>
          <w:sz w:val="20"/>
        </w:rPr>
        <w:t>1:12:26  badi badi josheeli taqreerein aur taqreerein kise hoti hain zalimon ke khilaf kuch kuch logon ko kuch logon</w:t>
      </w:r>
      <w:r>
        <w:br/>
      </w:r>
      <w:r>
        <w:rPr>
          <w:sz w:val="20"/>
        </w:rPr>
        <w:t>1:12:34  ko yani kuch kuch farz farz kar liya ek falan zalim hai in mafrooha zalimon ke khilaf taqreerein</w:t>
      </w:r>
      <w:r>
        <w:br/>
      </w:r>
      <w:r>
        <w:rPr>
          <w:sz w:val="20"/>
        </w:rPr>
        <w:t>1:12:42  hoti hain is tarah thodi maashra banta hai koi ek bhi tehreek musalmanon mein saare muslim world mein</w:t>
      </w:r>
      <w:r>
        <w:br/>
      </w:r>
      <w:r>
        <w:rPr>
          <w:sz w:val="20"/>
        </w:rPr>
        <w:t>1:12:49  nahi hai jo waqeatan sahi maano mein afraad saazi kar rahi ho society ki taameer kar rahi ho</w:t>
      </w:r>
      <w:r>
        <w:br/>
      </w:r>
      <w:r>
        <w:rPr>
          <w:sz w:val="20"/>
        </w:rPr>
        <w:t>1:12:57  ek bhi nahi hai agar hai to is ka naam lijiye khali ladna bheedna aur jalsay mein taqreerein</w:t>
      </w:r>
      <w:r>
        <w:br/>
      </w:r>
      <w:r>
        <w:rPr>
          <w:sz w:val="20"/>
        </w:rPr>
        <w:t>1:13:05  karna aur zalimon ke khilaf daire lagana is se aur is ke baad kehte hain keh hum chor</w:t>
      </w:r>
      <w:r>
        <w:br/>
      </w:r>
      <w:r>
        <w:rPr>
          <w:sz w:val="20"/>
        </w:rPr>
        <w:t>1:13:12  ka haath kaatenge aise logon ko khud Allah taala ka chor in ka haath kaata jayega</w:t>
      </w:r>
      <w:r>
        <w:br/>
      </w:r>
      <w:r>
        <w:rPr>
          <w:sz w:val="20"/>
        </w:rPr>
        <w:t>1:13:20  qayamat ke din is tarah se jo chor ka haath kaatenge to in ka aakhirat mein sar</w:t>
      </w:r>
      <w:r>
        <w:br/>
      </w:r>
      <w:r>
        <w:rPr>
          <w:sz w:val="20"/>
        </w:rPr>
        <w:t>1:13:28  kaata jayega in ka tum ko kya haq tha kisi ko chor kaatne ka sab se pehle</w:t>
      </w:r>
      <w:r>
        <w:br/>
      </w:r>
      <w:r>
        <w:rPr>
          <w:sz w:val="20"/>
        </w:rPr>
        <w:t>1:13:36  tum ko chahiye tha keh afraad ke andar iman lao society banao maashra tayyar karo wahi jo bukhari</w:t>
      </w:r>
      <w:r>
        <w:br/>
      </w:r>
      <w:r>
        <w:rPr>
          <w:sz w:val="20"/>
        </w:rPr>
        <w:t>1:13:43  mein hai is se pehle kaha tha tum ko had jaari karne ka tum taaziraat ke naam mein</w:t>
      </w:r>
      <w:r>
        <w:br/>
      </w:r>
      <w:r>
        <w:rPr>
          <w:sz w:val="20"/>
        </w:rPr>
        <w:t>1:13:51  nahi le sakte yaani bohat khula khula jawab maujood hai bukhari mein lekin mujhe hairaan hai ke jo</w:t>
      </w:r>
      <w:r>
        <w:br/>
      </w:r>
      <w:r>
        <w:rPr>
          <w:sz w:val="20"/>
        </w:rPr>
        <w:t>1:13:59  log bukhari bukhari karte hain woh bukhari mein likhi hui baaton ko bhi nahi samajhte kyunke bukhari woh</w:t>
      </w:r>
      <w:r>
        <w:br/>
      </w:r>
      <w:r>
        <w:rPr>
          <w:sz w:val="20"/>
        </w:rPr>
        <w:t>1:14:06  hadeesein nahi padhte woh aap jaaiye kisi madarse mein apne maslak ki taayidi hadeesein jo hoti hain usi</w:t>
      </w:r>
      <w:r>
        <w:br/>
      </w:r>
      <w:r>
        <w:rPr>
          <w:sz w:val="20"/>
        </w:rPr>
        <w:t>1:14:14  baat se karte hain apne maslak yaani apne maslak ko saabit karne ke liye bukhari padhte hain woh</w:t>
      </w:r>
      <w:r>
        <w:br/>
      </w:r>
      <w:r>
        <w:rPr>
          <w:sz w:val="20"/>
        </w:rPr>
        <w:t>1:14:22  bas yahi yahi hai aaj kal madarson mein bukhari ka ka dars jo hota hai yaani islam ko</w:t>
      </w:r>
      <w:r>
        <w:br/>
      </w:r>
      <w:r>
        <w:rPr>
          <w:sz w:val="20"/>
        </w:rPr>
        <w:t>1:14:30  daryaft karne ke liye nahi bukhari padhi jaati yeh bohat hi nazuk baat yaad rakhiye islam kya hai</w:t>
      </w:r>
      <w:r>
        <w:br/>
      </w:r>
      <w:r>
        <w:rPr>
          <w:sz w:val="20"/>
        </w:rPr>
        <w:t>1:14:37  is ko jaanne ke liye bukhari nahi padhi jaati bukhari padhi jaati hai apne maslak ki taayid dhoondne</w:t>
      </w:r>
      <w:r>
        <w:br/>
      </w:r>
      <w:r>
        <w:rPr>
          <w:sz w:val="20"/>
        </w:rPr>
        <w:t>1:14:45  ke liye aur phir log kehte hain ke hum yaani hum yeh karenge woh karenge bohat</w:t>
      </w:r>
      <w:r>
        <w:br/>
      </w:r>
      <w:r>
        <w:rPr>
          <w:sz w:val="20"/>
        </w:rPr>
        <w:t>1:14:53  hi zyada ghair sanjeeda baat hai bohat zyada yaani ghair zimmedarana baat yeh hai allah taala ke</w:t>
      </w:r>
    </w:p>
    <w:p>
      <w:pPr>
        <w:pStyle w:val="Heading2"/>
      </w:pPr>
      <w:r>
        <w:t>Quranic guidance on complete reporting</w:t>
      </w:r>
    </w:p>
    <w:p>
      <w:r>
        <w:rPr>
          <w:color w:val="666666"/>
          <w:sz w:val="18"/>
        </w:rPr>
        <w:t>Quran &amp; Tafsir · Islamic Pacifism Q&amp;A 8 May 2011 · 10m 38s · at 44:39 · https://youtu.be/5ZersGDNVcw?t=2679</w:t>
      </w:r>
    </w:p>
    <w:p>
      <w:r>
        <w:rPr>
          <w:i/>
        </w:rPr>
        <w:t>“A person should practice complete reporting, avoiding selective reporting. Is there any guidance in the Quran regarding this? I don't recall a verse with that exact wording, but as a principle, there are various verses in the Quran about it, for example, 'tatfif' (giving less in measure) is a name for this.”</w:t>
      </w:r>
    </w:p>
    <w:p>
      <w:r>
        <w:rPr>
          <w:sz w:val="20"/>
        </w:rPr>
        <w:t>44:39  to is mein yaani sirf maadi wo nahi hai. aap ne is mein likha hai. yeh sawal padhiye in ka. insaan ko selective reporting se bachte hue complete reporting karni chahiye. kya is baare mein Quran mein koi rehnumai ki gayi hai?</w:t>
      </w:r>
      <w:r>
        <w:br/>
      </w:r>
      <w:r>
        <w:rPr>
          <w:sz w:val="20"/>
        </w:rPr>
        <w:t>44:50  dekhiye, isi lafz mein to mujhe yaad nahi aa rahi koi ayat. lekin yaani yeh as a principle zaroor Quran mein is ke baare mein mukhtalif aayatein maujood hain.</w:t>
      </w:r>
      <w:r>
        <w:br/>
      </w:r>
      <w:r>
        <w:rPr>
          <w:sz w:val="20"/>
        </w:rPr>
        <w:t>45:04  mislan tatfeef. tatfeef isi ka naam hai.</w:t>
      </w:r>
      <w:r>
        <w:br/>
      </w:r>
      <w:r>
        <w:rPr>
          <w:sz w:val="20"/>
        </w:rPr>
        <w:t>45:08  yaani ek baat ghata kar badha kar pesh karna. kuch ghata kar badhana, kuch badhana. yaani sahi baat na keh kar ke aisi reporting karna jis se galat ta'assur jaata ho.</w:t>
      </w:r>
      <w:r>
        <w:br/>
      </w:r>
      <w:r>
        <w:rPr>
          <w:sz w:val="20"/>
        </w:rPr>
        <w:t>45:18  is ko tatfeef kehte hain aur is ko bahut bura kaha gaya hai Islam mein. to</w:t>
      </w:r>
      <w:r>
        <w:br/>
      </w:r>
      <w:r>
        <w:rPr>
          <w:sz w:val="20"/>
        </w:rPr>
        <w:t>45:25  ma'anvi yeh mafhoom Quran mein aur hadith mein zaroor maujood hai. lekin yeh jo lafz mein bolta hoon, aap chahein ke wahi lafz wahan maujood ho to to yeh bahut mushkil kaam hai.</w:t>
      </w:r>
      <w:r>
        <w:br/>
      </w:r>
      <w:r>
        <w:rPr>
          <w:sz w:val="20"/>
        </w:rPr>
        <w:t>45:39  kyunke bahut si cheezain aisi hain jo quran mein bin satoor hoti hain. jaisa quran hadees mein aaya hai ke: "wo</w:t>
      </w:r>
      <w:r>
        <w:br/>
      </w:r>
      <w:r>
        <w:rPr>
          <w:sz w:val="20"/>
        </w:rPr>
        <w:t>45:50  quran ke kuch mafhoom is ke satoor mein hain, kuch is ke bin satoor mein hain."</w:t>
      </w:r>
      <w:r>
        <w:br/>
      </w:r>
      <w:r>
        <w:rPr>
          <w:sz w:val="20"/>
        </w:rPr>
        <w:t>46:00  kya is ko phir se parhiye is ko?</w:t>
      </w:r>
      <w:r>
        <w:br/>
      </w:r>
      <w:r>
        <w:rPr>
          <w:sz w:val="20"/>
        </w:rPr>
        <w:t>46:03  insan ko selective reporting se bachte hue complete reporting karni chahiye. dekhiye, doosri baat yeh hai ke fitrat khud kafi hai samajhne ke liye ke selective reporting jo hai bohat hi tabah kun hai.</w:t>
      </w:r>
      <w:r>
        <w:br/>
      </w:r>
      <w:r>
        <w:rPr>
          <w:sz w:val="20"/>
        </w:rPr>
        <w:t>46:18  selective reporting se sari kharabian paida hoti hain.</w:t>
      </w:r>
      <w:r>
        <w:br/>
      </w:r>
      <w:r>
        <w:rPr>
          <w:sz w:val="20"/>
        </w:rPr>
        <w:t>46:21  isi se nafrat aati hai, isi se ghussa aata hai, isi se doosre ko dushman samajh lete hain aap. yeh sab isi se hota hai. to is ka result hi kafi hai batane ke liye ke yeh galat tareeqa hai.</w:t>
      </w:r>
      <w:r>
        <w:br/>
      </w:r>
      <w:r>
        <w:rPr>
          <w:sz w:val="20"/>
        </w:rPr>
        <w:t>46:39  to is mein koi shaq nahi ke selective reporting galat hai. aur is se galat yeh hai ke aap is ko maan lain.</w:t>
      </w:r>
      <w:r>
        <w:br/>
      </w:r>
      <w:r>
        <w:rPr>
          <w:sz w:val="20"/>
        </w:rPr>
        <w:t>46:49  mein yaani mera daawa yeh nahi hai ke media kabhi bhi aisa kar sakta hai ke woh selective reporting na karay. mein kabhi aisa nahi kaha ke media ko is se bachna chahiye.</w:t>
      </w:r>
      <w:r>
        <w:br/>
      </w:r>
      <w:r>
        <w:rPr>
          <w:sz w:val="20"/>
        </w:rPr>
        <w:t>46:58  mein kabhi aisa nahi kehta.</w:t>
      </w:r>
      <w:r>
        <w:br/>
      </w:r>
      <w:r>
        <w:rPr>
          <w:sz w:val="20"/>
        </w:rPr>
        <w:t>47:01  kyunke media aik industry hai. woh selective reporting hi karay ga. woh is ki industry band ho jaye gi. mein kehta hoon ke aap khud itna samajhdar hon ke media ki report bura na banain.</w:t>
      </w:r>
      <w:r>
        <w:br/>
      </w:r>
      <w:r>
        <w:rPr>
          <w:sz w:val="20"/>
        </w:rPr>
        <w:t>47:15  dekhiye, mein in logon mein se nahi hoon jo bohat hi nadani ke sath mutalba karte hain ke media jo hai sahi report karay. yeh bilkul galat hai. media koi mission nahi hai.</w:t>
      </w:r>
      <w:r>
        <w:br/>
      </w:r>
      <w:r>
        <w:rPr>
          <w:sz w:val="20"/>
        </w:rPr>
        <w:t>47:24  media aik industry hai. aur industry apne faiday ke lehaz se karay gi. is ko aap ne news sell karna hai. aur news jab market mein wohi khabrein bikti hon jis mein sensation hai to woh sensation laye ga woh.</w:t>
      </w:r>
      <w:r>
        <w:br/>
      </w:r>
      <w:r>
        <w:rPr>
          <w:sz w:val="20"/>
        </w:rPr>
        <w:t>47:39  to mein aisa kabhi mutalba nahi karta media se. mujhe media se koi shikayat nahi. mujhe shikayat un logon se hai jo media ko parh kar ke, media ki reporton ko parh kar ke aur rai banate hain.</w:t>
      </w:r>
      <w:r>
        <w:br/>
      </w:r>
      <w:r>
        <w:rPr>
          <w:sz w:val="20"/>
        </w:rPr>
        <w:t>47:51  rai kyun banate hain aap? aap mazeed tehqeeq kijiye. ya to rai na banaiye ya mazeed tehqeeq kijiye. do mein ka option hai.</w:t>
      </w:r>
      <w:r>
        <w:br/>
      </w:r>
      <w:r>
        <w:rPr>
          <w:sz w:val="20"/>
        </w:rPr>
        <w:t>48:01  ya to rai na banaiye ya mazeed tehqeeq kijiye.</w:t>
      </w:r>
      <w:r>
        <w:br/>
      </w:r>
      <w:r>
        <w:rPr>
          <w:sz w:val="20"/>
        </w:rPr>
        <w:t>48:04  mister ejaz ahmed ne bangalore se likha hai: "there are several passages in the quran that mention rizq, such as God gives without measure rizq to whom He wills.</w:t>
      </w:r>
      <w:r>
        <w:br/>
      </w:r>
      <w:r>
        <w:rPr>
          <w:sz w:val="20"/>
        </w:rPr>
        <w:t>48:19  that rizq is given by God as a test, etc. Maulana, what is the true meaning of rizq?"</w:t>
      </w:r>
      <w:r>
        <w:br/>
      </w:r>
      <w:r>
        <w:rPr>
          <w:sz w:val="20"/>
        </w:rPr>
        <w:t>48:33  dekhiye, rizq aam tor par rozi ke maani mein liya jata hai. yaani maadi maani mein. lekin rizq aik waseela hai.</w:t>
      </w:r>
      <w:r>
        <w:br/>
      </w:r>
      <w:r>
        <w:rPr>
          <w:sz w:val="20"/>
        </w:rPr>
        <w:t>48:42  rizq mein sab cheezain aati hain. matlab rizq rohani, rizq zehni, rizq maadi har cheez aati hai.</w:t>
      </w:r>
      <w:r>
        <w:br/>
      </w:r>
      <w:r>
        <w:rPr>
          <w:sz w:val="20"/>
        </w:rPr>
        <w:t>48:50  to allah taala mukhtalif qism ke rizq dete hain insan ko. matlab kisi ko maadi aitbar se farawani milti hai, kisi ko kam milta hai.</w:t>
      </w:r>
      <w:r>
        <w:br/>
      </w:r>
      <w:r>
        <w:rPr>
          <w:sz w:val="20"/>
        </w:rPr>
        <w:t>49:02  kisi ko ziyada zahiin bana diya jata hai, kisi ko koi kam zahiin hota hai nisbatan. koi ziyada healthy hota hai, koi kam healthy hota hai.</w:t>
      </w:r>
      <w:r>
        <w:br/>
      </w:r>
      <w:r>
        <w:rPr>
          <w:sz w:val="20"/>
        </w:rPr>
        <w:t>49:11  yeh sab farq hai. lekin is ka matlab yeh nahi ke khuda mansif nahi hai. khuda justice nahi karta.</w:t>
      </w:r>
      <w:r>
        <w:br/>
      </w:r>
      <w:r>
        <w:rPr>
          <w:sz w:val="20"/>
        </w:rPr>
        <w:t>49:20  aik hadees mein hai dekhiye ke: "al momin al qawi khair" yaani qawi insan</w:t>
      </w:r>
      <w:r>
        <w:br/>
      </w:r>
      <w:r>
        <w:rPr>
          <w:sz w:val="20"/>
        </w:rPr>
        <w:t>49:35  allah ke nazdeek ziyada qawi khair hai is mein ba muqabla yaani kamzor insan ke. lekin har aik ke liye behtari hai.</w:t>
      </w:r>
      <w:r>
        <w:br/>
      </w:r>
      <w:r>
        <w:rPr>
          <w:sz w:val="20"/>
        </w:rPr>
        <w:t>49:46  dekhiye, yeh jo hai khair jo hai bohat aham hai. kyunke</w:t>
      </w:r>
      <w:r>
        <w:br/>
      </w:r>
      <w:r>
        <w:rPr>
          <w:sz w:val="20"/>
        </w:rPr>
        <w:t>49:52  ek insan ko khuda ne qawi banaya, bohat mazboot aɹsaab is ke hain, bohat zaheen hai. To aksar dekha ke woh foran is ko naaz aa jata hai, naaz.</w:t>
      </w:r>
      <w:r>
        <w:br/>
      </w:r>
      <w:r>
        <w:rPr>
          <w:sz w:val="20"/>
        </w:rPr>
        <w:t>50:02  To woh tabah ho jata hai. Is ke muqable mein jis ko ke kuch relatively kam mila ho to use modesty aati hai.</w:t>
      </w:r>
      <w:r>
        <w:br/>
      </w:r>
      <w:r>
        <w:rPr>
          <w:sz w:val="20"/>
        </w:rPr>
        <w:t>50:11  To modesty to bohat bari qeemti cheez hai. To dono mein plus point aur minus point hai. Aap yeh nahi keh sakte ke is ko zyada, is ko kam mila.</w:t>
      </w:r>
      <w:r>
        <w:br/>
      </w:r>
      <w:r>
        <w:rPr>
          <w:sz w:val="20"/>
        </w:rPr>
        <w:t>50:25  Kyunke har ek ka plus point hai, har ek ka minus point hai.</w:t>
      </w:r>
      <w:r>
        <w:br/>
      </w:r>
      <w:r>
        <w:rPr>
          <w:sz w:val="20"/>
        </w:rPr>
        <w:t>50:28  Maulana Shariq Hussain ne Dilli se likha hai: "Insan apni family, apni qaum ya apne mazhab se bepanah mohabbat hone ki wajah se un ki himayat mein selective reporting karta hai.</w:t>
      </w:r>
      <w:r>
        <w:br/>
      </w:r>
      <w:r>
        <w:rPr>
          <w:sz w:val="20"/>
        </w:rPr>
        <w:t>50:43  Aisi halat mein insan khud ko selective reporting se kaise bachaye?"</w:t>
      </w:r>
      <w:r>
        <w:br/>
      </w:r>
      <w:r>
        <w:rPr>
          <w:sz w:val="20"/>
        </w:rPr>
        <w:t>50:49  Isi ko taɹassub kehte hain. Isi ko quran mein jahiliyat kaha gaya hai. To bachane ki baat ki hai to test rahe ga.</w:t>
      </w:r>
      <w:r>
        <w:br/>
      </w:r>
      <w:r>
        <w:rPr>
          <w:sz w:val="20"/>
        </w:rPr>
        <w:t>50:59  Yeh dunya to test ke liye bani hai, dar-ul-imtaan. To yeh to rahe ga, agar na rahe to phir zaroorat hi kya hai dunya ki? Agar test na ho to phir insan ko paida karne ki zaroorat hi kya hai?</w:t>
      </w:r>
      <w:r>
        <w:br/>
      </w:r>
      <w:r>
        <w:rPr>
          <w:sz w:val="20"/>
        </w:rPr>
        <w:t>51:16  To aap ko to test ko face karna hi karna hai. Ta➚ssub se apne ko bachana hi bachana hai. ɹasabiyat se bachana hi bachana hai. Apne ko, yaani apni, apne ko read karna hai.</w:t>
      </w:r>
      <w:r>
        <w:br/>
      </w:r>
      <w:r>
        <w:rPr>
          <w:sz w:val="20"/>
        </w:rPr>
        <w:t>51:32  Khud apne aap ko read karna hai ke main kahan bhatak raha hoon, kahan main ɹasabiyat ka shikar ho raha hoon. Yeh to karna hai, is se to koi mufarr nahi hai.</w:t>
      </w:r>
      <w:r>
        <w:br/>
      </w:r>
      <w:r>
        <w:rPr>
          <w:sz w:val="20"/>
        </w:rPr>
        <w:t>51:44  Miss Naghma Siddiqui ne Dilli se likha hai: "People generally have a confused idea of peace. As a result, when the ideology of peace is explained to them, they do not understand.</w:t>
      </w:r>
      <w:r>
        <w:br/>
      </w:r>
      <w:r>
        <w:rPr>
          <w:sz w:val="20"/>
        </w:rPr>
        <w:t>52:00  How can be explained clearly to them?"</w:t>
      </w:r>
      <w:r>
        <w:br/>
      </w:r>
      <w:r>
        <w:rPr>
          <w:sz w:val="20"/>
        </w:rPr>
        <w:t>52:04  Dekhiye, baat sirf ek hai. Woh yeh hai ke log law of nature ko le kar nahi sochte. Apne khwahishon ko le kar sochte hain.</w:t>
      </w:r>
      <w:r>
        <w:br/>
      </w:r>
      <w:r>
        <w:rPr>
          <w:sz w:val="20"/>
        </w:rPr>
        <w:t>52:16  Dunya mein aap ki khwahish nahi chalegi. Aap ki dildar nahi chalegi. Law of nature chalegi.</w:t>
      </w:r>
      <w:r>
        <w:br/>
      </w:r>
      <w:r>
        <w:rPr>
          <w:sz w:val="20"/>
        </w:rPr>
        <w:t>52:23  Log chahte hain ke mere sath injustice na ho. To aap ke chahne se thori aisa hota hai ke dunya mein injustice na ho. Law of nature kya hai?</w:t>
      </w:r>
      <w:r>
        <w:br/>
      </w:r>
      <w:r>
        <w:rPr>
          <w:sz w:val="20"/>
        </w:rPr>
        <w:t>52:32  Law of nature yeh hai ke Allah taala ne har insan ko azadi di hai, azadi. To azadi di hai to misuse bhi kare ga woh. To kaun hai is ka hath baandh de ke woh misuse na kare?</w:t>
      </w:r>
      <w:r>
        <w:br/>
      </w:r>
      <w:r>
        <w:rPr>
          <w:sz w:val="20"/>
        </w:rPr>
        <w:t>52:43  To injustice kya hai? Kisi insan ka apni azadi ko misuse karna. Isi ka result ka naam hai injustice. Yeh hoga.</w:t>
      </w:r>
      <w:r>
        <w:br/>
      </w:r>
      <w:r>
        <w:rPr>
          <w:sz w:val="20"/>
        </w:rPr>
        <w:t>52:53  Aap ko manage karna hai. Aap ko patient planning karni hai. Aap ko face karna hai is ko, challenge lena hai is ko.</w:t>
      </w:r>
      <w:r>
        <w:br/>
      </w:r>
      <w:r>
        <w:rPr>
          <w:sz w:val="20"/>
        </w:rPr>
        <w:t>53:00  Jis cheez ko shikayat ke taur par lete hain, us ko challenge ke taur par lena hai. To chunke log yeh nahi sochte ke plan of God kya hai, law of nature kya hai, bas apne desire ko jante hain.</w:t>
      </w:r>
      <w:r>
        <w:br/>
      </w:r>
      <w:r>
        <w:rPr>
          <w:sz w:val="20"/>
        </w:rPr>
        <w:t>53:14  Isi desire ko le kar ke woh chahte hain ke aisa justice ho, waisa injustice hai. To woh woh soch, un ki, un ko correction karna pare ga un ko.</w:t>
      </w:r>
      <w:r>
        <w:br/>
      </w:r>
      <w:r>
        <w:rPr>
          <w:sz w:val="20"/>
        </w:rPr>
        <w:t>53:22  Ke aap ka zaati desire hai, woh nahi chalegi dunya mein.</w:t>
      </w:r>
      <w:r>
        <w:br/>
      </w:r>
      <w:r>
        <w:rPr>
          <w:sz w:val="20"/>
        </w:rPr>
        <w:t>53:27  First of all, you have to know what is the creation plan of God.</w:t>
      </w:r>
      <w:r>
        <w:br/>
      </w:r>
      <w:r>
        <w:rPr>
          <w:sz w:val="20"/>
        </w:rPr>
        <w:t>53:30  Why is the law of nature? Us ko le kar ke sochiye. Us ko chhod kar na sochiye.</w:t>
      </w:r>
      <w:r>
        <w:br/>
      </w:r>
      <w:r>
        <w:rPr>
          <w:sz w:val="20"/>
        </w:rPr>
        <w:t>53:43  Mr Arshad Jamal ne Dilli se likha hai: "Quran ke chapter number twenty five mein ek dua aai hai. Us mein bataya gaya hai ke khuda ya, tu mujh ko mutaqiòn ka imam bana.</w:t>
      </w:r>
      <w:r>
        <w:br/>
      </w:r>
      <w:r>
        <w:rPr>
          <w:sz w:val="20"/>
        </w:rPr>
        <w:t>53:58  Us ka matlab kya hai?"</w:t>
      </w:r>
      <w:r>
        <w:br/>
      </w:r>
      <w:r>
        <w:rPr>
          <w:sz w:val="20"/>
        </w:rPr>
        <w:t>54:00  yeh</w:t>
      </w:r>
      <w:r>
        <w:br/>
      </w:r>
      <w:r>
        <w:rPr>
          <w:sz w:val="20"/>
        </w:rPr>
        <w:t>54:05  aulad ke bare mein aaya hai. Family ke bare mein. Family ka bara jo hai woh yeh keh raha hai. To is ko aap extended sense mein le sakte hain, society ke bare mein bhi.</w:t>
      </w:r>
      <w:r>
        <w:br/>
      </w:r>
      <w:r>
        <w:rPr>
          <w:sz w:val="20"/>
        </w:rPr>
        <w:t>54:18  To mein jahan tak samjha hoon, is ayat ka matlab woh yeh hai ke aap doosron ko jo lead dein, to aap logon ko achhi lead dein.</w:t>
      </w:r>
    </w:p>
    <w:p>
      <w:pPr>
        <w:pStyle w:val="Heading2"/>
      </w:pPr>
      <w:r>
        <w:t>Reading Quranic verses between the lines</w:t>
      </w:r>
    </w:p>
    <w:p>
      <w:r>
        <w:rPr>
          <w:color w:val="666666"/>
          <w:sz w:val="18"/>
        </w:rPr>
        <w:t>Quran &amp; Tafsir · Angle of Vision February 28, 2016 · 7m 45s · at 47:55 · https://youtu.be/dFZ7_x1Ul7A?t=2875</w:t>
      </w:r>
    </w:p>
    <w:p>
      <w:r>
        <w:rPr>
          <w:i/>
        </w:rPr>
        <w:t>“What do we need to do to read the Quranic verses between the lines?”</w:t>
      </w:r>
    </w:p>
    <w:p>
      <w:r>
        <w:rPr>
          <w:sz w:val="20"/>
        </w:rPr>
        <w:t>47:55  maulana, agla sawal miss naghma siddiqui ka hai, dilli se, aur unhon ne aap se poocha hai ke</w:t>
      </w:r>
      <w:r>
        <w:br/>
      </w:r>
      <w:r>
        <w:rPr>
          <w:sz w:val="20"/>
        </w:rPr>
        <w:t>48:01  what do we need to do to read the Quranic verses between the lines دیکھیے، ایک ایک hadith</w:t>
      </w:r>
      <w:r>
        <w:br/>
      </w:r>
      <w:r>
        <w:rPr>
          <w:sz w:val="20"/>
        </w:rPr>
        <w:t>48:07  mein arz karunga.</w:t>
      </w:r>
      <w:r>
        <w:br/>
      </w:r>
      <w:r>
        <w:rPr>
          <w:sz w:val="20"/>
        </w:rPr>
        <w:t>48:14  aik hadith hai ke ta'ahhadu al-quran wa in ashadd al-tafassim min labil fi aqlihi yahan lafz ta'ahhad istemal hua hai.</w:t>
      </w:r>
      <w:r>
        <w:br/>
      </w:r>
      <w:r>
        <w:rPr>
          <w:sz w:val="20"/>
        </w:rPr>
        <w:t>48:20  ta'ahhad ka matlab hota hai pakde rehna, pakde rehna, pakde rehna.</w:t>
      </w:r>
      <w:r>
        <w:br/>
      </w:r>
      <w:r>
        <w:rPr>
          <w:sz w:val="20"/>
        </w:rPr>
        <w:t>48:26  quran ko pakde raho to log, aap to log to is ko ke jab hafiza karo to khoob</w:t>
      </w:r>
      <w:r>
        <w:br/>
      </w:r>
      <w:r>
        <w:rPr>
          <w:sz w:val="20"/>
        </w:rPr>
        <w:t>48:33  yaad karte raho, warna bhool jayega.</w:t>
      </w:r>
      <w:r>
        <w:br/>
      </w:r>
      <w:r>
        <w:rPr>
          <w:sz w:val="20"/>
        </w:rPr>
        <w:t>48:39  yeh matlab nahi hai is ka, hargiz nahi.</w:t>
      </w:r>
      <w:r>
        <w:br/>
      </w:r>
      <w:r>
        <w:rPr>
          <w:sz w:val="20"/>
        </w:rPr>
        <w:t>48:45  is ka yeh matlab hai nahi.</w:t>
      </w:r>
      <w:r>
        <w:br/>
      </w:r>
      <w:r>
        <w:rPr>
          <w:sz w:val="20"/>
        </w:rPr>
        <w:t>48:51  quran ki aayaton ko sochte raho, sochte raho, sochte raho.</w:t>
      </w:r>
      <w:r>
        <w:br/>
      </w:r>
      <w:r>
        <w:rPr>
          <w:sz w:val="20"/>
        </w:rPr>
        <w:t>48:58  misalan aap padha alhamdulillah rabb al-alameen to sochiye ke kyun pehli ayat rakhi gayi? Yani quran ki pehli</w:t>
      </w:r>
      <w:r>
        <w:br/>
      </w:r>
      <w:r>
        <w:rPr>
          <w:sz w:val="20"/>
        </w:rPr>
        <w:t>49:04  ayat ko bana diya gaya, is ko alhamdulillah rabb al-alameen sochiye.</w:t>
      </w:r>
      <w:r>
        <w:br/>
      </w:r>
      <w:r>
        <w:rPr>
          <w:sz w:val="20"/>
        </w:rPr>
        <w:t>49:10  phir aap aakhri ayat jo hai alladhi yuwaswisu fi sudur al-nas min al-jinnati wa al-nas is ko sochiye ke</w:t>
      </w:r>
      <w:r>
        <w:br/>
      </w:r>
      <w:r>
        <w:rPr>
          <w:sz w:val="20"/>
        </w:rPr>
        <w:t>49:17  is ka is par quran ko khatm kyun kiya gaya? Is yeh khatme ki ayat kyun ban gayi?</w:t>
      </w:r>
      <w:r>
        <w:br/>
      </w:r>
      <w:r>
        <w:rPr>
          <w:sz w:val="20"/>
        </w:rPr>
        <w:t>49:23  sochiye to har ayat ke bare mein sochiye.</w:t>
      </w:r>
      <w:r>
        <w:br/>
      </w:r>
      <w:r>
        <w:rPr>
          <w:sz w:val="20"/>
        </w:rPr>
        <w:t>49:29  dekhiye, jo direct matlab hai, woh to text mein hota hai, text mein.</w:t>
      </w:r>
      <w:r>
        <w:br/>
      </w:r>
      <w:r>
        <w:rPr>
          <w:sz w:val="20"/>
        </w:rPr>
        <w:t>49:35  لیکن جو جو wisdom ہے، وہ ہمیشہ ہوتی ہے between the line.</w:t>
      </w:r>
      <w:r>
        <w:br/>
      </w:r>
      <w:r>
        <w:rPr>
          <w:sz w:val="20"/>
        </w:rPr>
        <w:t>49:42  is par sochna padta hai.</w:t>
      </w:r>
      <w:r>
        <w:br/>
      </w:r>
      <w:r>
        <w:rPr>
          <w:sz w:val="20"/>
        </w:rPr>
        <w:t>49:48  to tadabbur, jo quran mein aaya hai, aik tadabbur karo, tadabbur karo, tadabbur karo.</w:t>
      </w:r>
      <w:r>
        <w:br/>
      </w:r>
      <w:r>
        <w:rPr>
          <w:sz w:val="20"/>
        </w:rPr>
        <w:t>49:54  اس کا مطلب یہی ہے کہ تدبر کر کے اس وزڈم کو دریافت کرو جو between the line ہے۔</w:t>
      </w:r>
      <w:r>
        <w:br/>
      </w:r>
      <w:r>
        <w:rPr>
          <w:sz w:val="20"/>
        </w:rPr>
        <w:t>50:01  aur koi is ka doosra tareeqa nahi hai.</w:t>
      </w:r>
      <w:r>
        <w:br/>
      </w:r>
      <w:r>
        <w:rPr>
          <w:sz w:val="20"/>
        </w:rPr>
        <w:t>50:07  yani tadabbur ke zariye se hum is ke pahunch sakte hain, aur koi doosra zariya nahi.</w:t>
      </w:r>
      <w:r>
        <w:br/>
      </w:r>
      <w:r>
        <w:rPr>
          <w:sz w:val="20"/>
        </w:rPr>
        <w:t>50:13  jaise yeh maine misal di aap ko ward al-fajr ward al-fajr mein pata nahi kitne barson sooch</w:t>
      </w:r>
      <w:r>
        <w:br/>
      </w:r>
      <w:r>
        <w:rPr>
          <w:sz w:val="20"/>
        </w:rPr>
        <w:t>50:19  raha hoon, kyunke tafsiron mein jo likha hua hai ke woh yeh hai ke but parasti ko chhod do.</w:t>
      </w:r>
      <w:r>
        <w:br/>
      </w:r>
      <w:r>
        <w:rPr>
          <w:sz w:val="20"/>
        </w:rPr>
        <w:t>50:26  تو اب مجھے Dizziness معلوم ہوتا تھا کہ اگر رسول اللہ بت پرستی کرتے تھے تو ان کو</w:t>
      </w:r>
      <w:r>
        <w:br/>
      </w:r>
      <w:r>
        <w:rPr>
          <w:sz w:val="20"/>
        </w:rPr>
        <w:t>50:32  allah taala pak baat hai hi nahi.</w:t>
      </w:r>
      <w:r>
        <w:br/>
      </w:r>
      <w:r>
        <w:rPr>
          <w:sz w:val="20"/>
        </w:rPr>
        <w:t>50:38  kyunke hadith mein aata hai ke allah taala ne poori dunya par nazar dali, poori dunya par, quraish</w:t>
      </w:r>
      <w:r>
        <w:br/>
      </w:r>
      <w:r>
        <w:rPr>
          <w:sz w:val="20"/>
        </w:rPr>
        <w:t>50:45  ko muntakhib kiya, phir quraish par nazar dali, phir banu hashim ko muntakhib kiya, phir banu hashim par</w:t>
      </w:r>
      <w:r>
        <w:br/>
      </w:r>
      <w:r>
        <w:rPr>
          <w:sz w:val="20"/>
        </w:rPr>
        <w:t>50:51  nazar dali, phir muhammad ko muntakhib kiya.</w:t>
      </w:r>
      <w:r>
        <w:br/>
      </w:r>
      <w:r>
        <w:rPr>
          <w:sz w:val="20"/>
        </w:rPr>
        <w:t>50:57  to naoozubillah, naoozubillah, yeh to allah ke intikhab par shak karna ho jayega.</w:t>
      </w:r>
      <w:r>
        <w:br/>
      </w:r>
      <w:r>
        <w:rPr>
          <w:sz w:val="20"/>
        </w:rPr>
        <w:t>51:03  yeh to ghalat intekhab tha Allah taala ka, naoozubillah, ke ek aadmi jo but parasti mein pada</w:t>
      </w:r>
      <w:r>
        <w:br/>
      </w:r>
      <w:r>
        <w:rPr>
          <w:sz w:val="20"/>
        </w:rPr>
        <w:t>51:10  hua tha, is ka ek nabuwat karo.</w:t>
      </w:r>
      <w:r>
        <w:br/>
      </w:r>
      <w:r>
        <w:rPr>
          <w:sz w:val="20"/>
        </w:rPr>
        <w:t>51:16  تو between the line جو ہے، وہ معلوم ہوتا ہے تدبر کے ذریعے سے۔</w:t>
      </w:r>
      <w:r>
        <w:br/>
      </w:r>
      <w:r>
        <w:rPr>
          <w:sz w:val="20"/>
        </w:rPr>
        <w:t>51:22  to main nahin, is ka koi doosra alternative nahin hai.</w:t>
      </w:r>
      <w:r>
        <w:br/>
      </w:r>
      <w:r>
        <w:rPr>
          <w:sz w:val="20"/>
        </w:rPr>
        <w:t>51:29  تدبر کرنا پڑے گا، تب between the line معلوم ہوگا۔</w:t>
      </w:r>
      <w:r>
        <w:br/>
      </w:r>
      <w:r>
        <w:rPr>
          <w:sz w:val="20"/>
        </w:rPr>
        <w:t>51:35  Maulana, agla ek comment aur sawal aaya hai Chennai se, Maulana Abdul, Maulana Iqbal Umri ka.</w:t>
      </w:r>
      <w:r>
        <w:br/>
      </w:r>
      <w:r>
        <w:rPr>
          <w:sz w:val="20"/>
        </w:rPr>
        <w:t>51:41  ان کا کمنٹ مولانا پہلے پڑھتے ہیں، انہوں نے لکھا ہے کہ آج ہی پتہ چلا کہ right</w:t>
      </w:r>
      <w:r>
        <w:br/>
      </w:r>
      <w:r>
        <w:rPr>
          <w:sz w:val="20"/>
        </w:rPr>
        <w:t>51:47  angle se cheezon ko dekhna hi wisdom full option hai, aur dawat ke liye aur life ke liye</w:t>
      </w:r>
      <w:r>
        <w:br/>
      </w:r>
      <w:r>
        <w:rPr>
          <w:sz w:val="20"/>
        </w:rPr>
        <w:t>51:54  yeh super formula hai. Jazak Allah.</w:t>
      </w:r>
      <w:r>
        <w:br/>
      </w:r>
      <w:r>
        <w:rPr>
          <w:sz w:val="20"/>
        </w:rPr>
        <w:t>52:00  ان کا سوال یہ ہے مولانا کہ کسی چیز کو برا سمجھنا اور wrong angle میں نہیں لینا۔</w:t>
      </w:r>
      <w:r>
        <w:br/>
      </w:r>
      <w:r>
        <w:rPr>
          <w:sz w:val="20"/>
        </w:rPr>
        <w:t>52:06  is mein kaise farq karen, is ki wazahat karen.</w:t>
      </w:r>
      <w:r>
        <w:br/>
      </w:r>
      <w:r>
        <w:rPr>
          <w:sz w:val="20"/>
        </w:rPr>
        <w:t>52:13  dekhiye, farq jo hai, woh result ko le kar samjha samajh mein aata hai.</w:t>
      </w:r>
      <w:r>
        <w:br/>
      </w:r>
      <w:r>
        <w:rPr>
          <w:sz w:val="20"/>
        </w:rPr>
        <w:t>52:19  result ko le kar, jaise ek mission aap chala rahe hain, is ka ek hissa hain.</w:t>
      </w:r>
      <w:r>
        <w:br/>
      </w:r>
      <w:r>
        <w:rPr>
          <w:sz w:val="20"/>
        </w:rPr>
        <w:t>52:25  aap aap ke mind mein ek sawal hai, ek ek masla paida hua hai, ek issue.</w:t>
      </w:r>
      <w:r>
        <w:br/>
      </w:r>
      <w:r>
        <w:rPr>
          <w:sz w:val="20"/>
        </w:rPr>
        <w:t>52:31  is issue mein aap ne ek stand le liya.</w:t>
      </w:r>
      <w:r>
        <w:br/>
      </w:r>
      <w:r>
        <w:rPr>
          <w:sz w:val="20"/>
        </w:rPr>
        <w:t>52:38  وہ اسٹینڈ جو ہے، اگر کام کو jeopardize کر رہا ہے تو اس معنی کا غلط آپ کا</w:t>
      </w:r>
      <w:r>
        <w:br/>
      </w:r>
      <w:r>
        <w:rPr>
          <w:sz w:val="20"/>
        </w:rPr>
        <w:t>52:44  phans jata hai.</w:t>
      </w:r>
      <w:r>
        <w:br/>
      </w:r>
      <w:r>
        <w:rPr>
          <w:sz w:val="20"/>
        </w:rPr>
        <w:t>52:50  agar kaam ko woh, yaani yaani kaam par koi asar nahin dalta, kaam achhe tareeqe se badhta rahe</w:t>
      </w:r>
      <w:r>
        <w:br/>
      </w:r>
      <w:r>
        <w:rPr>
          <w:sz w:val="20"/>
        </w:rPr>
        <w:t>52:57  گا، اس کے باوجود تب آپ نے اس کو right angle دیکھا۔</w:t>
      </w:r>
      <w:r>
        <w:br/>
      </w:r>
      <w:r>
        <w:rPr>
          <w:sz w:val="20"/>
        </w:rPr>
        <w:t>53:03  agar kaam mein farq aa jaye, matlab aap aap kaam ko chhod den, aap kaam aap ke saathiوں</w:t>
      </w:r>
      <w:r>
        <w:br/>
      </w:r>
      <w:r>
        <w:rPr>
          <w:sz w:val="20"/>
        </w:rPr>
        <w:t>53:09  se rift paida ho jaye, kaam ki ahmiyat ghat jaye aap ke andar, aap is ko jannat ka</w:t>
      </w:r>
      <w:r>
        <w:br/>
      </w:r>
      <w:r>
        <w:rPr>
          <w:sz w:val="20"/>
        </w:rPr>
        <w:t>53:15  kaam samjhe hue the, ab tak aap samjhen ke bhai yeh sahi hai, koi jannat ka mamla nahin hai.</w:t>
      </w:r>
      <w:r>
        <w:br/>
      </w:r>
      <w:r>
        <w:rPr>
          <w:sz w:val="20"/>
        </w:rPr>
        <w:t>53:22  تو you have to see the result difference کی پیشانی پر آپ نے جو اسٹینڈ لیا، جو موقع</w:t>
      </w:r>
      <w:r>
        <w:br/>
      </w:r>
      <w:r>
        <w:rPr>
          <w:sz w:val="20"/>
        </w:rPr>
        <w:t>53:28  ko ikhtiyar kiya, sochen ke yeh is ka result kya nikalta hai.</w:t>
      </w:r>
      <w:r>
        <w:br/>
      </w:r>
      <w:r>
        <w:rPr>
          <w:sz w:val="20"/>
        </w:rPr>
        <w:t>53:34  is ka result kya nikalta hai to result decide karega ke aap ka stand sahi tha ya galat tha.</w:t>
      </w:r>
      <w:r>
        <w:br/>
      </w:r>
      <w:r>
        <w:rPr>
          <w:sz w:val="20"/>
        </w:rPr>
        <w:t>53:41  jaise ek misaal mein deta hoon ke Madine mein Islam ki pehli hukumat bani thi to wahan yeh</w:t>
      </w:r>
      <w:r>
        <w:br/>
      </w:r>
      <w:r>
        <w:rPr>
          <w:sz w:val="20"/>
        </w:rPr>
        <w:t>53:47  sawal tha ke khaleefa jo hai, amirul momineen jo hai, woh muhajireen mein se ho ya ansar mein se ho.</w:t>
      </w:r>
      <w:r>
        <w:br/>
      </w:r>
      <w:r>
        <w:rPr>
          <w:sz w:val="20"/>
        </w:rPr>
        <w:t>53:53  to amalan yeh hua ke char khaleefa, charon ke charon muhajireen mein se hue, yaani Abu Bakr, Umar, Usman,</w:t>
      </w:r>
      <w:r>
        <w:br/>
      </w:r>
      <w:r>
        <w:rPr>
          <w:sz w:val="20"/>
        </w:rPr>
        <w:t>53:59  Ali, charon ansar mein se nahin hua koi.</w:t>
      </w:r>
      <w:r>
        <w:br/>
      </w:r>
      <w:r>
        <w:rPr>
          <w:sz w:val="20"/>
        </w:rPr>
        <w:t>54:06  to wahan ek group tha, is mein is ke khaas the Saad ibn Ubadah, un ka is se</w:t>
      </w:r>
      <w:r>
        <w:br/>
      </w:r>
      <w:r>
        <w:rPr>
          <w:sz w:val="20"/>
        </w:rPr>
        <w:t>54:12  ikhtilaf tha ke nahin, ansar mein se hona chahiye.</w:t>
      </w:r>
      <w:r>
        <w:br/>
      </w:r>
      <w:r>
        <w:rPr>
          <w:sz w:val="20"/>
        </w:rPr>
        <w:t>54:18  lekin kis un ka saath nahin diya, kisi ne, woh akele akele reh gaye.</w:t>
      </w:r>
      <w:r>
        <w:br/>
      </w:r>
      <w:r>
        <w:rPr>
          <w:sz w:val="20"/>
        </w:rPr>
        <w:t>54:25  kyun akele? kyun reh gaye? aap kitabon mein padhen to is ka jawab mil jayega aap ko</w:t>
      </w:r>
      <w:r>
        <w:br/>
      </w:r>
      <w:r>
        <w:rPr>
          <w:sz w:val="20"/>
        </w:rPr>
        <w:t>54:31  keh logon ne socha keh muhajreen jo hain, history historially un ko leadership ka darja hasil hai, yani</w:t>
      </w:r>
      <w:r>
        <w:br/>
      </w:r>
      <w:r>
        <w:rPr>
          <w:sz w:val="20"/>
        </w:rPr>
        <w:t>54:37  Makkah walon ko, Quraish ko.</w:t>
      </w:r>
      <w:r>
        <w:br/>
      </w:r>
      <w:r>
        <w:rPr>
          <w:sz w:val="20"/>
        </w:rPr>
        <w:t>54:43  Muhajreen jo thay, woh Quraish ke log thay, to unhon ne socha keh historically Quraish ko Arab mein</w:t>
      </w:r>
      <w:r>
        <w:br/>
      </w:r>
      <w:r>
        <w:rPr>
          <w:sz w:val="20"/>
        </w:rPr>
        <w:t>54:50  darja mil gaya hai leadership ka, to woh khilafat par khalifa banay to chalay ga.</w:t>
      </w:r>
      <w:r>
        <w:br/>
      </w:r>
      <w:r>
        <w:rPr>
          <w:sz w:val="20"/>
        </w:rPr>
        <w:t>54:56  Aur jo Madine ke log jo thay, Aus o Khazraj, un ko historically leadership ka darja nahi mila,</w:t>
      </w:r>
      <w:r>
        <w:br/>
      </w:r>
      <w:r>
        <w:rPr>
          <w:sz w:val="20"/>
        </w:rPr>
        <w:t>55:02  to un ka khalifa bana diya jaye ga to un ki pakar mazboot nahi hogi.</w:t>
      </w:r>
      <w:r>
        <w:br/>
      </w:r>
      <w:r>
        <w:rPr>
          <w:sz w:val="20"/>
        </w:rPr>
        <w:t>55:09  To is result ke aitbar se is mein koi aqeedah nahi banaya unhon ne.</w:t>
      </w:r>
      <w:r>
        <w:br/>
      </w:r>
      <w:r>
        <w:rPr>
          <w:sz w:val="20"/>
        </w:rPr>
        <w:t>55:15  Result ko dekha, result ke aitbar se jab majority thi Ansar ki, unhon ne is ko ab Saad</w:t>
      </w:r>
      <w:r>
        <w:br/>
      </w:r>
      <w:r>
        <w:rPr>
          <w:sz w:val="20"/>
        </w:rPr>
        <w:t>55:21  Ubadah ke sath nahi diya.</w:t>
      </w:r>
      <w:r>
        <w:br/>
      </w:r>
      <w:r>
        <w:rPr>
          <w:sz w:val="20"/>
        </w:rPr>
        <w:t>55:27  Yahi aaj bhi karna hai keh result ko dekh kar aap ko judge karna hai keh aap ka</w:t>
      </w:r>
      <w:r>
        <w:br/>
      </w:r>
      <w:r>
        <w:rPr>
          <w:sz w:val="20"/>
        </w:rPr>
        <w:t>55:34  nuqta nazar sahi tha ya galat tha.</w:t>
      </w:r>
    </w:p>
    <w:p>
      <w:pPr>
        <w:pStyle w:val="Heading2"/>
      </w:pPr>
      <w:r>
        <w:t>Thematic Quran study for desired results</w:t>
      </w:r>
    </w:p>
    <w:p>
      <w:r>
        <w:rPr>
          <w:color w:val="666666"/>
          <w:sz w:val="18"/>
        </w:rPr>
        <w:t>Quran &amp; Tafsir · The Quran September 20, 2020 Maulana Wahiduddin Khan · 7m 10s · at 11:19 · https://youtu.be/yQZGg2A0-Tk?t=679</w:t>
      </w:r>
    </w:p>
    <w:p>
      <w:r>
        <w:rPr>
          <w:i/>
        </w:rPr>
        <w:t>“Does studying the Quran thematically give the desired result, or what is the method to know the desired?”</w:t>
      </w:r>
    </w:p>
    <w:p>
      <w:r>
        <w:rPr>
          <w:sz w:val="20"/>
        </w:rPr>
        <w:t>11:19  Maulana, yeh sawal Maulana Iqbal Umri ne bheja hai: "quran ka mawzuati mutalea karne se matlab milta hai ya kya tareeqa hai matlab janne ka?"</w:t>
      </w:r>
      <w:r>
        <w:br/>
      </w:r>
      <w:r>
        <w:rPr>
          <w:sz w:val="20"/>
        </w:rPr>
        <w:t>11:39  bas quran ko tadabbur ke sath parhen aur dua karte rahen.</w:t>
      </w:r>
      <w:r>
        <w:br/>
      </w:r>
      <w:r>
        <w:rPr>
          <w:sz w:val="20"/>
        </w:rPr>
        <w:t>11:46  quran ko tadabbur ke sath parhen aur dua karte rahen. yahi tareeqa hai.</w:t>
      </w:r>
      <w:r>
        <w:br/>
      </w:r>
      <w:r>
        <w:rPr>
          <w:sz w:val="20"/>
        </w:rPr>
        <w:t>11:58  unhon ne ek aur cheez poochhi hai Maulana aap se, woh yeh janna chahte hain. unhon ne likha hai: "Maulana, aap ne quran ki woh kaun si ayat pai jis mein quran ka matloob mil gaya?"</w:t>
      </w:r>
      <w:r>
        <w:br/>
      </w:r>
      <w:r>
        <w:rPr>
          <w:sz w:val="20"/>
        </w:rPr>
        <w:t>12:18  yeh to bohat hi, bohat aam sawal hai.</w:t>
      </w:r>
      <w:r>
        <w:br/>
      </w:r>
      <w:r>
        <w:rPr>
          <w:sz w:val="20"/>
        </w:rPr>
        <w:t>12:33  main arz karta hoon ke mujhe is quloob al hadees se, is quloob al hadees se, mislan jab maine yeh hadees padhi ke "ittqoo firasat al momin Allah"</w:t>
      </w:r>
      <w:r>
        <w:br/>
      </w:r>
      <w:r>
        <w:rPr>
          <w:sz w:val="20"/>
        </w:rPr>
        <w:t>12:53  to is se maine jana ke</w:t>
      </w:r>
      <w:r>
        <w:br/>
      </w:r>
      <w:r>
        <w:rPr>
          <w:sz w:val="20"/>
        </w:rPr>
        <w:t>12:59  ke is zindagi ke bare mein Allah rab al alameen ka ek planning hai, uska ek uski thing hai.</w:t>
      </w:r>
      <w:r>
        <w:br/>
      </w:r>
      <w:r>
        <w:rPr>
          <w:sz w:val="20"/>
        </w:rPr>
        <w:t>13:10  to hamein is ke lihaaz se parhna chahiye quran ko</w:t>
      </w:r>
      <w:r>
        <w:br/>
      </w:r>
      <w:r>
        <w:rPr>
          <w:sz w:val="20"/>
        </w:rPr>
        <w:t>13:15  ke Allah rab al alameen ki isi hum thing ko daryaft karen, Khuda ki planning ko janen.</w:t>
      </w:r>
      <w:r>
        <w:br/>
      </w:r>
      <w:r>
        <w:rPr>
          <w:sz w:val="20"/>
        </w:rPr>
        <w:t>13:26  to aap jab daryaft karen ge to woh aap ke mind ko pakad lega.</w:t>
      </w:r>
      <w:r>
        <w:br/>
      </w:r>
      <w:r>
        <w:rPr>
          <w:sz w:val="20"/>
        </w:rPr>
        <w:t>13:33  yeh jo hai ke "ittqoo firasat al momin" to yeh kisi doosre ke bare mein nahi, khud apne bare mein hai.</w:t>
      </w:r>
      <w:r>
        <w:br/>
      </w:r>
      <w:r>
        <w:rPr>
          <w:sz w:val="20"/>
        </w:rPr>
        <w:t>13:49  quran ki daryaft apne aap hi aap ko pakad legi, apne aap pakad legi.</w:t>
      </w:r>
      <w:r>
        <w:br/>
      </w:r>
      <w:r>
        <w:rPr>
          <w:sz w:val="20"/>
        </w:rPr>
        <w:t>14:04  Maulana, yeh sawal Doctor Sani Hasnain Khan sahib ka hai. logon ka kehna hai ke arabi zaban miftah al quran hai.</w:t>
      </w:r>
      <w:r>
        <w:br/>
      </w:r>
      <w:r>
        <w:rPr>
          <w:sz w:val="20"/>
        </w:rPr>
        <w:t>14:14  arabi seekhe baghair quran ko samajhna mumkin nahi. lekin agar aisa ho to arab hazraat quran ke gehre maani samajh lete hain.</w:t>
      </w:r>
      <w:r>
        <w:br/>
      </w:r>
      <w:r>
        <w:rPr>
          <w:sz w:val="20"/>
        </w:rPr>
        <w:t>14:23  lekin aksar arab hazraat materialistic lifestyle guzarte hain aur rituals ko follow karte hain.</w:t>
      </w:r>
      <w:r>
        <w:br/>
      </w:r>
      <w:r>
        <w:rPr>
          <w:sz w:val="20"/>
        </w:rPr>
        <w:t>14:32  mere khayal se yeh bilkul hi baseless baat hai</w:t>
      </w:r>
      <w:r>
        <w:br/>
      </w:r>
      <w:r>
        <w:rPr>
          <w:sz w:val="20"/>
        </w:rPr>
        <w:t>14:39  ke quran aur arabi zaban aap khud expert hon to aap quran ko samajh len ge.</w:t>
      </w:r>
      <w:r>
        <w:br/>
      </w:r>
      <w:r>
        <w:rPr>
          <w:sz w:val="20"/>
        </w:rPr>
        <w:t>14:48  yeh bilkul sahi nahi hai.</w:t>
      </w:r>
      <w:r>
        <w:br/>
      </w:r>
      <w:r>
        <w:rPr>
          <w:sz w:val="20"/>
        </w:rPr>
        <w:t>14:54  quran ke bare mein wahi jo hadees aayi hai, uski zaroorat hai. "</w:t>
      </w:r>
      <w:r>
        <w:br/>
      </w:r>
      <w:r>
        <w:rPr>
          <w:sz w:val="20"/>
        </w:rPr>
        <w:t>15:02  taahud bil quran". haan, yahi yahi. taahud ke bare mein liptna, quran se liapte raho.</w:t>
      </w:r>
      <w:r>
        <w:br/>
      </w:r>
      <w:r>
        <w:rPr>
          <w:sz w:val="20"/>
        </w:rPr>
        <w:t>15:16  kehta hai aap ka matlab hai</w:t>
      </w:r>
      <w:r>
        <w:br/>
      </w:r>
      <w:r>
        <w:rPr>
          <w:sz w:val="20"/>
        </w:rPr>
        <w:t>15:17  quran? Maulana, taahud ka matlab hai barabar uski nigrani karte raho, uske paas lage raho, uske paas</w:t>
      </w:r>
      <w:r>
        <w:br/>
      </w:r>
      <w:r>
        <w:rPr>
          <w:sz w:val="20"/>
        </w:rPr>
        <w:t>15:26  barabar lage raho. maine ek aadmi ko padha hai, dekha hai, woh Taybah Ustad Maulana Abdullah to</w:t>
      </w:r>
      <w:r>
        <w:br/>
      </w:r>
      <w:r>
        <w:rPr>
          <w:sz w:val="20"/>
        </w:rPr>
        <w:t>15:44  un ke sirhane hamesha ek kitaab, dictionary rakhi rehti thi.</w:t>
      </w:r>
      <w:r>
        <w:br/>
      </w:r>
      <w:r>
        <w:rPr>
          <w:sz w:val="20"/>
        </w:rPr>
        <w:t>15:54  do jild mein ya teen jild mein thi kitaab mein</w:t>
      </w:r>
      <w:r>
        <w:br/>
      </w:r>
      <w:r>
        <w:rPr>
          <w:sz w:val="20"/>
        </w:rPr>
        <w:t>16:02  quran ki</w:t>
      </w:r>
      <w:r>
        <w:br/>
      </w:r>
      <w:r>
        <w:rPr>
          <w:sz w:val="20"/>
        </w:rPr>
        <w:t>16:05  jo dictionary thi, woh arabi zaban ki. to woh barabar usi ke sochte rehte the, alfaaz nikalte rehte the bar bar bar.</w:t>
      </w:r>
      <w:r>
        <w:br/>
      </w:r>
      <w:r>
        <w:rPr>
          <w:sz w:val="20"/>
        </w:rPr>
        <w:t>16:23  to un ko main ne paya hai.</w:t>
      </w:r>
      <w:r>
        <w:br/>
      </w:r>
      <w:r>
        <w:rPr>
          <w:sz w:val="20"/>
        </w:rPr>
        <w:t>16:28  aur tumhari kisi ko paya nahi. to quran se jitna zyada aap lapte rahenge, utne zyada aap par quran ki maani khulenge.</w:t>
      </w:r>
      <w:r>
        <w:br/>
      </w:r>
      <w:r>
        <w:rPr>
          <w:sz w:val="20"/>
        </w:rPr>
        <w:t>16:42  maulana, yeh mu'jam to nahi hai?</w:t>
      </w:r>
      <w:r>
        <w:br/>
      </w:r>
      <w:r>
        <w:rPr>
          <w:sz w:val="20"/>
        </w:rPr>
        <w:t>16:46  nahi. mu'jam? nahi, nahi. mu'jam teen jildon mein hai. lughat.</w:t>
      </w:r>
      <w:r>
        <w:br/>
      </w:r>
      <w:r>
        <w:rPr>
          <w:sz w:val="20"/>
        </w:rPr>
        <w:t>17:08  maulana, yeh hasan bin ali ka qaul hai, hazrat hasan bin ali rasool allah ke nawase: "in min kan qablakum al quran rasail min rabbihim fa kano yatadabbarunahu bil lail yatatafqadoonahu fi an nahar" ke tum mein se pehle jo log the, woh quran ko un ke rabb ki taraf se aya hua rasail ya khat samajhte the.</w:t>
      </w:r>
      <w:r>
        <w:br/>
      </w:r>
      <w:r>
        <w:rPr>
          <w:sz w:val="20"/>
        </w:rPr>
        <w:t>17:36  chunanche woh raat mein is mein tadabbur karte the aur din mein is ke baray mein ghor o fikr karte the, is ko khojte the.</w:t>
      </w:r>
      <w:r>
        <w:br/>
      </w:r>
      <w:r>
        <w:rPr>
          <w:sz w:val="20"/>
        </w:rPr>
        <w:t>17:46  bas is ka matlab yahi hai ke woh quran se lapte rehte the. main soch raha hoon yeh baat.</w:t>
      </w:r>
      <w:r>
        <w:br/>
      </w:r>
      <w:r>
        <w:rPr>
          <w:sz w:val="20"/>
        </w:rPr>
        <w:t>17:58  maulana, aap kisi sahib ka hawala dete hain, woh quran mein kisi doosre hawale se jo jis se hum lapte rehne ka matlab samajh sakte hain ke ghalib ke ashaar ke baray mein woh kehte the ke un ke zehn mein ghoomta rehta hai.</w:t>
      </w:r>
      <w:r>
        <w:br/>
      </w:r>
      <w:r>
        <w:rPr>
          <w:sz w:val="20"/>
        </w:rPr>
        <w:t>18:12  haan, main ne dekha hai sahib ko. to wohi quran ke baray mein hona chahiye ke quran ke mutabiq ghoomte rahen aap ke.</w:t>
      </w:r>
      <w:r>
        <w:br/>
      </w:r>
      <w:r>
        <w:rPr>
          <w:sz w:val="20"/>
        </w:rPr>
        <w:t>18:23  to aap dua mein.</w:t>
      </w:r>
    </w:p>
    <w:p>
      <w:pPr>
        <w:pStyle w:val="Heading2"/>
      </w:pPr>
      <w:r>
        <w:t>What kind of rizq in Quran 11:6?</w:t>
      </w:r>
    </w:p>
    <w:p>
      <w:r>
        <w:rPr>
          <w:color w:val="666666"/>
          <w:sz w:val="18"/>
        </w:rPr>
        <w:t>Quran &amp; Tafsir · The Secret of Divine Wisdom September 2, 2012 · 5m 02s · at 59:03 · https://youtu.be/ZXQlrW7PqAE?t=3543</w:t>
      </w:r>
    </w:p>
    <w:p>
      <w:r>
        <w:rPr>
          <w:i/>
        </w:rPr>
        <w:t>“In Quran 11:6, what kind of rizq (sustenance) is meant: necessary or comfort? Comfort sustenance is satanic; the rizq refers to provisions for the test of life.”</w:t>
      </w:r>
    </w:p>
    <w:p>
      <w:r>
        <w:rPr>
          <w:sz w:val="20"/>
        </w:rPr>
        <w:t>59:03  maulana yeh sawal aaya hai karachi pakistan se miss samia latif ka unhone likha hai ke quran ke chapter number 11 verse number 6 mein aaya hai allah rizqah is ayat mein rizq se kaun sa rizq murad hai zaroorat wala rizq ya aish wala rizq aish wala durust rizq hi</w:t>
      </w:r>
      <w:r>
        <w:br/>
      </w:r>
      <w:r>
        <w:rPr>
          <w:sz w:val="20"/>
        </w:rPr>
        <w:t>59:29  nahi hai woh to shaitani cheez hai yeh dunya mein insan bheja hi nahi ke aise aish kare woh aish ka mizaj to shaitani mizaj hai rizq ka matlab yeh hai yahan par ke allah ne dunya mein bheja hai imtehan ke liye to imtehan ka saman bhi allah ki taraf se diya jata hai is ko</w:t>
      </w:r>
      <w:r>
        <w:br/>
      </w:r>
      <w:r>
        <w:rPr>
          <w:sz w:val="20"/>
        </w:rPr>
        <w:t>59:58  yeh aisi hi baat hai jaise ke ek student ko examination hall mein jab bulaya jata hai to wahan par us ke liye table hota hai wahan par us ke liye kursi hoti hai wahan par us ke liye chaprasi hota hai yani jo bhi imtehan dene ke liye jo cheezein zaroori hain woh sab maujood hota hai wahan par</w:t>
      </w:r>
      <w:r>
        <w:br/>
      </w:r>
      <w:r>
        <w:rPr>
          <w:sz w:val="20"/>
        </w:rPr>
        <w:t>1:00:25  baqi aish karne ke liye wahan koi sofa set nahi rahega to yahi mamla hai ke allah ne dunya mein bheja hai insan ko test ke liye yeh testing ground hai</w:t>
      </w:r>
      <w:r>
        <w:br/>
      </w:r>
      <w:r>
        <w:rPr>
          <w:sz w:val="20"/>
        </w:rPr>
        <w:t>1:00:40  to allah ke ilm ke mutabiq test ke liye jo cheezein zaroori theen woh sab de diya hai baqi to shaitani cheezein hain jis cheez ke peeche log daud rahe hain</w:t>
      </w:r>
      <w:r>
        <w:br/>
      </w:r>
      <w:r>
        <w:rPr>
          <w:sz w:val="20"/>
        </w:rPr>
        <w:t>1:00:57  kalma sun raha tha radio par to india mein</w:t>
      </w:r>
      <w:r>
        <w:br/>
      </w:r>
      <w:r>
        <w:rPr>
          <w:sz w:val="20"/>
        </w:rPr>
        <w:t>1:01:03  logon ki jo per capita income hai per capita income woh hai 1000 dollar per year aur america mein per capita per capita income jo hai 40 thousand dollar per year chalis hazar chalis hazar dollar per year</w:t>
      </w:r>
      <w:r>
        <w:br/>
      </w:r>
      <w:r>
        <w:rPr>
          <w:sz w:val="20"/>
        </w:rPr>
        <w:t>1:01:24  to america mein kya karte hain log itni itni badi raqam hai mein bahut america mein gaya hoon maslan abhi mein gaya to ek sahab ne apne ghar mein mujhe thahraya to mein jab is mein gaya un ka jo bedroom tha to bed jo tha itna zyada is mein yani woh tha itna naram tha ke mein isi mein jaise daldal mein dhans jaye koi aisa lage dhans gaya hoon mein is ke andar</w:t>
      </w:r>
      <w:r>
        <w:br/>
      </w:r>
      <w:r>
        <w:rPr>
          <w:sz w:val="20"/>
        </w:rPr>
        <w:t>1:01:54  maine kaha astaghfirullah yeh yeh koi uncomfort and luxury yeh to museebat hai yani itna zabardast qism ka double gadha tha is mein aur bahut hi naram qism ka ke apna balance sambhalna mushkil tha mere liye yeh to jhooti yeh to jhootha taish hai jhootha taish hai isi mein jeete hain log</w:t>
      </w:r>
      <w:r>
        <w:br/>
      </w:r>
      <w:r>
        <w:rPr>
          <w:sz w:val="20"/>
        </w:rPr>
        <w:t>1:02:19  har muamle mein logon ne jhooti luxury jhoota comfort bana rakha hai</w:t>
      </w:r>
      <w:r>
        <w:br/>
      </w:r>
      <w:r>
        <w:rPr>
          <w:sz w:val="20"/>
        </w:rPr>
        <w:t>1:02:26  mein samajhta hoon ke jo asal zaroorat haqeeqi zaroorat</w:t>
      </w:r>
      <w:r>
        <w:br/>
      </w:r>
      <w:r>
        <w:rPr>
          <w:sz w:val="20"/>
        </w:rPr>
        <w:t>1:02:30  is ke liye Allah Ta'ala ne zimma liya hai baqi agar aadmi karta hai to woh woh woh</w:t>
      </w:r>
      <w:r>
        <w:br/>
      </w:r>
      <w:r>
        <w:rPr>
          <w:sz w:val="20"/>
        </w:rPr>
        <w:t>1:02:36  woh is ko woh shaitani kaam hai mere nazdeek kyunke woh woh aadmi ko is se distraction hoga</w:t>
      </w:r>
      <w:r>
        <w:br/>
      </w:r>
      <w:r>
        <w:rPr>
          <w:sz w:val="20"/>
        </w:rPr>
        <w:t>1:02:44  lazman distraction hoga aur phir aqal chhin jayegi is se</w:t>
      </w:r>
      <w:r>
        <w:br/>
      </w:r>
      <w:r>
        <w:rPr>
          <w:sz w:val="20"/>
        </w:rPr>
        <w:t>1:02:51  maslan yeh pani mein pi raha hoon sheeshe glass ab agar mein farz kiye ke sone ke glass banwaoon to kaha sone ke glass se pani peene se woh zyada bel faida karega woh woh ek shaitani kaam hoga ek badshah ke bare mein mein ne suna ke un ke haan jo jitne bhi bartan thay sone ke thay sab glass bhi sone ka plate bhi sone ki to mein is ko shaitani kaam samajhta hoon</w:t>
      </w:r>
      <w:r>
        <w:br/>
      </w:r>
      <w:r>
        <w:rPr>
          <w:sz w:val="20"/>
        </w:rPr>
        <w:t>1:03:18  bhai sone ka glass ki zaroorat hi kya hai sone ke bartan ki zaroorat hi kya hai hatta ke unka maine padha tha ke unka jo bathroom tha us mein tap bhi sone ke the to yeh sab cheezein is murad nahi hai rizq se rizq murad hai woh haqeeqi zaroorat jis ke baghair aap apna test na de sakein</w:t>
      </w:r>
      <w:r>
        <w:br/>
      </w:r>
      <w:r>
        <w:rPr>
          <w:sz w:val="20"/>
        </w:rPr>
        <w:t>1:03:47  to test dene ke liye jitni bhi zaroori item hai us ka Allah taala ne zimma le rakha hai bas is ke siwa jo hai woh insan yani shaitan ka behkawa hai</w:t>
      </w:r>
    </w:p>
    <w:p>
      <w:pPr>
        <w:pStyle w:val="Heading2"/>
      </w:pPr>
      <w:r>
        <w:t>Where is peace mentioned in Quran?</w:t>
      </w:r>
    </w:p>
    <w:p>
      <w:r>
        <w:rPr>
          <w:color w:val="666666"/>
          <w:sz w:val="18"/>
        </w:rPr>
        <w:t>Quran &amp; Tafsir · Communal Harmony October 16, 2022 · 5m 25s · at 51:29 · https://youtu.be/Ob4BVozf3KY?t=3089</w:t>
      </w:r>
    </w:p>
    <w:p>
      <w:r>
        <w:rPr>
          <w:i/>
        </w:rPr>
        <w:t>“You said the biggest problem is to establish peace. Where in the Quran is peace mentioned? Please explain.”</w:t>
      </w:r>
    </w:p>
    <w:p>
      <w:r>
        <w:rPr>
          <w:sz w:val="20"/>
        </w:rPr>
        <w:t>51:29  aap apa se alag se bhi mil sakti hain. apa, main agla sawal lena chahunga. ye sawal bheja hai Indore se, Yogesh Sharma ji ne jo program dekh rahe hain, unhone likha hai ke aap ne kaha sab se bada ah masla peace qaim karna hai.</w:t>
      </w:r>
      <w:r>
        <w:br/>
      </w:r>
      <w:r>
        <w:rPr>
          <w:sz w:val="20"/>
        </w:rPr>
        <w:t>51:45  aaj apne apne taak mein</w:t>
      </w:r>
      <w:r>
        <w:br/>
      </w:r>
      <w:r>
        <w:rPr>
          <w:sz w:val="20"/>
        </w:rPr>
        <w:t>51:47  yeh kaha to quran mein kahan hai peace? aah, is ke bare mein aap bataein. quran mein to bohat ziyada hai.</w:t>
      </w:r>
      <w:r>
        <w:br/>
      </w:r>
      <w:r>
        <w:rPr>
          <w:sz w:val="20"/>
        </w:rPr>
        <w:t>51:56  peace sab se ek jagah hai surah nisa mein, "alsalato khair". hmm, peace aur reconciliation is the best aur jannat ko home of peace kaha gaya hai.</w:t>
      </w:r>
      <w:r>
        <w:br/>
      </w:r>
      <w:r>
        <w:rPr>
          <w:sz w:val="20"/>
        </w:rPr>
        <w:t>52:08  khud Allah ka naam "Assalam" hai.</w:t>
      </w:r>
      <w:r>
        <w:br/>
      </w:r>
      <w:r>
        <w:rPr>
          <w:sz w:val="20"/>
        </w:rPr>
        <w:t>52:12  jo jo hum logon ka jo greeting hai, "Assalam o Alaikum". peace be upon you. aur yahi greeting jo hai woh jannati logon ke liye bhi hai.</w:t>
      </w:r>
      <w:r>
        <w:br/>
      </w:r>
      <w:r>
        <w:rPr>
          <w:sz w:val="20"/>
        </w:rPr>
        <w:t>52:20  wahan log peace peace kahengay. to jannat jo ke ek eternal life hai, wahan peaceful culture hai. to wahi Allah chahta hai ke dunya mein bhi peaceful culture qaim ho.</w:t>
      </w:r>
      <w:r>
        <w:br/>
      </w:r>
      <w:r>
        <w:rPr>
          <w:sz w:val="20"/>
        </w:rPr>
        <w:t>52:31  aur sab se bari cheez jo hai ke Rasool Allah Prophet ki jo poori life hai, woh peace ke usool par hai. poori life hamare liye example hai.</w:t>
      </w:r>
      <w:r>
        <w:br/>
      </w:r>
      <w:r>
        <w:rPr>
          <w:sz w:val="20"/>
        </w:rPr>
        <w:t>52:41  aap ne kabhi bhi retaliate nahi kiya, kabhi bhi jawab nahi diya, hamesha avoid kiya aur hamesha sabr kiya, kabhi bad dua nahi ki, sab ke liye duaein dete rahe.</w:t>
      </w:r>
      <w:r>
        <w:br/>
      </w:r>
      <w:r>
        <w:rPr>
          <w:sz w:val="20"/>
        </w:rPr>
        <w:t>52:53  to poori life jo Prophet ki hai. to woh ek baar Hazrat Aisha se poocha ke Rasool Allah ka character kaisa tha?</w:t>
      </w:r>
      <w:r>
        <w:br/>
      </w:r>
      <w:r>
        <w:rPr>
          <w:sz w:val="20"/>
        </w:rPr>
        <w:t>53:02  to unhon ne kaha ke bilkul jo woh jo quran ki teachings hain, bilkul isi ke mutabiq un ka character tha.</w:t>
      </w:r>
      <w:r>
        <w:br/>
      </w:r>
      <w:r>
        <w:rPr>
          <w:sz w:val="20"/>
        </w:rPr>
        <w:t>53:10  to Prophet ka jo character hai, woh hamare liye ek example hai. to peace hi hai. yeh baad mein asal mein is zamane mein kya hua ke religious persecution ki wajah se kuch jangain huin.</w:t>
      </w:r>
      <w:r>
        <w:br/>
      </w:r>
      <w:r>
        <w:rPr>
          <w:sz w:val="20"/>
        </w:rPr>
        <w:t>53:25  woh jang is liye nahi hui ke Islam mein jang ke bare mein aah kuch bataya gaya hai ke jang karni chahiye, lekin religious persecution tha.</w:t>
      </w:r>
      <w:r>
        <w:br/>
      </w:r>
      <w:r>
        <w:rPr>
          <w:sz w:val="20"/>
        </w:rPr>
        <w:t>53:34  wahan to sirf itna kehna ke ek Khuda ki ki parastish k</w:t>
      </w:r>
      <w:r>
        <w:br/>
      </w:r>
      <w:r>
        <w:rPr>
          <w:sz w:val="20"/>
        </w:rPr>
        <w:t>53:39  ro, itne mein bhi log marte thay. Kaaba mein peaceful tareeqay se Prophet aur aap ke saathi jatay thay namaz parhnay, to woh marte thay.</w:t>
      </w:r>
      <w:r>
        <w:br/>
      </w:r>
      <w:r>
        <w:rPr>
          <w:sz w:val="20"/>
        </w:rPr>
        <w:t>53:47  to is wajah se jangain huin hain. to woh woh peaceful, woh religious persecution ka dour hi khatam ho gaya. to Maulana kehtay thay ab jihad ka dour hi khatam ho gaya.</w:t>
      </w:r>
      <w:r>
        <w:br/>
      </w:r>
      <w:r>
        <w:rPr>
          <w:sz w:val="20"/>
        </w:rPr>
        <w:t>53:59  jihad in the sense of qital. jihad ke literal maani to hain ke struggle. kisi bhi achay kaam ke liye struggle karna.</w:t>
      </w:r>
      <w:r>
        <w:br/>
      </w:r>
      <w:r>
        <w:rPr>
          <w:sz w:val="20"/>
        </w:rPr>
        <w:t>54:07  to woh to hamesha jaari rahega.</w:t>
      </w:r>
      <w:r>
        <w:br/>
      </w:r>
      <w:r>
        <w:rPr>
          <w:sz w:val="20"/>
        </w:rPr>
        <w:t>54:09  lekin qital yani jang ka woh dour khatam ho gaya kyunke woh halaat hi khatam ho gaye. ji, apa aap ne bilkul bohat achay se is ko wazeh kiya.</w:t>
      </w:r>
      <w:r>
        <w:br/>
      </w:r>
      <w:r>
        <w:rPr>
          <w:sz w:val="20"/>
        </w:rPr>
        <w:t>54:19  in fact, quran mein hi chapter 10 mein main Yogesh ji ko kehna chahunga ke aaya hai he and God calls to the home of peace. jo aap ne abhi jis ka zikr kiya.</w:t>
      </w:r>
      <w:r>
        <w:br/>
      </w:r>
      <w:r>
        <w:rPr>
          <w:sz w:val="20"/>
        </w:rPr>
        <w:t>54:28  to according to Islam, paradise is the ideal and the ultimate abode of every human being. and the jaise apa ne kaha ke aah social culture of paradise is peace, because everyone will wish peace to one another in paradise.</w:t>
      </w:r>
      <w:r>
        <w:br/>
      </w:r>
      <w:r>
        <w:rPr>
          <w:sz w:val="20"/>
        </w:rPr>
        <w:t>54:44  to is se hi pata chalta hai ke aah peace aah ki ahmiyat sab se ziyada hai Islam mein. aur isi liye Rasool Allah ne ek dafa, ek martaba yeh bhi kaha ke a Muslim is one by whose hands and tongue people are safe.</w:t>
      </w:r>
      <w:r>
        <w:br/>
      </w:r>
      <w:r>
        <w:rPr>
          <w:sz w:val="20"/>
        </w:rPr>
        <w:t>54:59  aah main samajhta hoon is mein sari baatein aa gayeen. to aah aah aap zaroor quran parhein. agar aap ko quran ki free copy chahiye to aap hamein likhein at info info at cpsglobal</w:t>
      </w:r>
      <w:r>
        <w:br/>
      </w:r>
      <w:r>
        <w:rPr>
          <w:sz w:val="20"/>
        </w:rPr>
        <w:t>55:13  dot org. hum aap ko ek free quran copy aap ki language mein zaroor bhejengay. aur woh jo usool Hudaybiyyah jo Prophet ne peace treaty kiya, to aisa kabhi nahi hota ke aap ne tamam enemy ki tamam conditions ko accept kar ke peace treaty kar li taake peace qaim ho jaye.</w:t>
      </w:r>
      <w:r>
        <w:br/>
      </w:r>
      <w:r>
        <w:rPr>
          <w:sz w:val="20"/>
        </w:rPr>
        <w:t>55:34  to aisa kabhi nahi hua. koi na koi apni shart aadmi rakhta hai. to aap ne har haalat mein peace qaim karna aap ka mission tha.</w:t>
      </w:r>
      <w:r>
        <w:br/>
      </w:r>
      <w:r>
        <w:rPr>
          <w:sz w:val="20"/>
        </w:rPr>
        <w:t>55:42  ji, to woh aap Prophet ki life bhi parhenge, tab bhi aap ko samajh mein aa jayega. ji, apa Shad Hussain sahib ne Srinagar se likha hai comment: "the minority is possessing an advantageous position, a great incentive for positivity." Abdul Razzaq Huntgi sahib ne likha hai Mumbai se: "value of a person lies in his excellence." aah a</w:t>
      </w:r>
      <w:r>
        <w:br/>
      </w:r>
      <w:r>
        <w:rPr>
          <w:sz w:val="20"/>
        </w:rPr>
        <w:t>56:07  h, das waz the advice given by Maulana sahib during his Mumbai visit, and since then the life changed better and better.</w:t>
      </w:r>
      <w:r>
        <w:br/>
      </w:r>
      <w:r>
        <w:rPr>
          <w:sz w:val="20"/>
        </w:rPr>
        <w:t>56:16  aah,</w:t>
      </w:r>
      <w:r>
        <w:br/>
      </w:r>
      <w:r>
        <w:rPr>
          <w:sz w:val="20"/>
        </w:rPr>
        <w:t>56:20  kuch aur bhi comments aur sawal aaye hain. fasadat khatam nahi hue Maulana ke effort se.</w:t>
      </w:r>
      <w:r>
        <w:br/>
      </w:r>
      <w:r>
        <w:rPr>
          <w:sz w:val="20"/>
        </w:rPr>
        <w:t>56:25  ji, kyunke hum log pehle purani Dilli mein rehte the aur har hafte ek do fasad ho jaate the. itna tang aa gaye the log fasad se, saari dukaanen band rehti thi, saare raaste band rehte the.</w:t>
      </w:r>
      <w:r>
        <w:br/>
      </w:r>
      <w:r>
        <w:rPr>
          <w:sz w:val="20"/>
        </w:rPr>
        <w:t>56:36  is zamane mein bahut logon ne chhod chhod ke purani Dilli se chhod chhod kar nayi Dilli aa gaye. to itna zyada kaam kiya, logon se mulaqaten ki, tehreerein hain, articles hain.</w:t>
      </w:r>
      <w:r>
        <w:br/>
      </w:r>
      <w:r>
        <w:rPr>
          <w:sz w:val="20"/>
        </w:rPr>
        <w:t>56:48  phir aah, itna zyada in logon ko samjhaya ke kis tarike se fasadat khatam ho sakte hain. j</w:t>
      </w:r>
    </w:p>
    <w:p>
      <w:pPr>
        <w:pStyle w:val="Heading2"/>
      </w:pPr>
      <w:r>
        <w:t>Why Muslims claim Quran only for themselves?</w:t>
      </w:r>
    </w:p>
    <w:p>
      <w:r>
        <w:rPr>
          <w:color w:val="666666"/>
          <w:sz w:val="18"/>
        </w:rPr>
        <w:t>Quran &amp; Tafsir · God's Management of History 23 Feb 2020 - Maulana Wahiduddin Khan · 9m 15s · at 1:08:08 · https://youtu.be/NeNadnD-0KE?t=4088</w:t>
      </w:r>
    </w:p>
    <w:p>
      <w:r>
        <w:rPr>
          <w:i/>
        </w:rPr>
        <w:t>“If Quran came for entire mankind, then why is it that Muslims claim Quran to be only their book? Such claims limit the book of God to only one community and keeps other communities away from it.”</w:t>
      </w:r>
    </w:p>
    <w:p>
      <w:r>
        <w:rPr>
          <w:sz w:val="20"/>
        </w:rPr>
        <w:t>1:08:08  maulana, agla sawal ahmedabad se muhammad yaqoob sahab ne bheja hai. unhon ne likha hai: "maulana, if quran came for entire mankind, then why is it that muslims claim quran to be only their book?</w:t>
      </w:r>
      <w:r>
        <w:br/>
      </w:r>
      <w:r>
        <w:rPr>
          <w:sz w:val="20"/>
        </w:rPr>
        <w:t>1:08:25  such claims limit the book of god to only one community and keeps other communities away from it."</w:t>
      </w:r>
      <w:r>
        <w:br/>
      </w:r>
      <w:r>
        <w:rPr>
          <w:sz w:val="20"/>
        </w:rPr>
        <w:t>1:08:33  bhai, musalmanon ka claim to false claim hai, false claim hai. to false claim to zahir hai ke invalid hai, is ko aap refer,</w:t>
      </w:r>
      <w:r>
        <w:br/>
      </w:r>
      <w:r>
        <w:rPr>
          <w:sz w:val="20"/>
        </w:rPr>
        <w:t>1:08:49  is ko aap refer nahin kar sakte.</w:t>
      </w:r>
      <w:r>
        <w:br/>
      </w:r>
      <w:r>
        <w:rPr>
          <w:sz w:val="20"/>
        </w:rPr>
        <w:t>1:08:51  aap quran ko dekhiye ke sare alam ke liye hai, woh to musalmanon ke claim ko aap radd kar dijiye aur jo quran ka ailan hai, us ko le lijiye.</w:t>
      </w:r>
      <w:r>
        <w:br/>
      </w:r>
      <w:r>
        <w:rPr>
          <w:sz w:val="20"/>
        </w:rPr>
        <w:t>1:09:09  lucknow se irshad hussain sahab ne likha hai: "maulana, your lecture was amazing and i am watching with my entire family.</w:t>
      </w:r>
      <w:r>
        <w:br/>
      </w:r>
      <w:r>
        <w:rPr>
          <w:sz w:val="20"/>
        </w:rPr>
        <w:t>1:09:20  i want to know from you in simple guidance that how can we apply quran in our daily life.</w:t>
      </w:r>
      <w:r>
        <w:br/>
      </w:r>
      <w:r>
        <w:rPr>
          <w:sz w:val="20"/>
        </w:rPr>
        <w:t>1:09:27  once again, thank you for guiding the entire humanity with your wisdom." bas seedhi baat hai ke rozana aap quran ka ek hissa zaroor parhiye, maslan adha</w:t>
      </w:r>
      <w:r>
        <w:br/>
      </w:r>
      <w:r>
        <w:rPr>
          <w:sz w:val="20"/>
        </w:rPr>
        <w:t>1:09:44  para</w:t>
      </w:r>
      <w:r>
        <w:br/>
      </w:r>
      <w:r>
        <w:rPr>
          <w:sz w:val="20"/>
        </w:rPr>
        <w:t>1:09:47  zaroor parhiye aur tarjume ke sath. bas is ke baad sab kuch apne aap hota chala jayega.</w:t>
      </w:r>
      <w:r>
        <w:br/>
      </w:r>
      <w:r>
        <w:rPr>
          <w:sz w:val="20"/>
        </w:rPr>
        <w:t>1:10:04  anwar siddiqui sahab ne gujarat se likha hai: "maulana sahab, if i distribute quran, then will god forgive my sins?</w:t>
      </w:r>
      <w:r>
        <w:br/>
      </w:r>
      <w:r>
        <w:rPr>
          <w:sz w:val="20"/>
        </w:rPr>
        <w:t>1:10:13  i have done bad deeds in my life, which were unpardonable. i have started distributing quran after listening to your talks.</w:t>
      </w:r>
      <w:r>
        <w:br/>
      </w:r>
      <w:r>
        <w:rPr>
          <w:sz w:val="20"/>
        </w:rPr>
        <w:t>1:10:23  please tell me, will god forgive my sins if i continue to distribute quran till the end of my life?"</w:t>
      </w:r>
      <w:r>
        <w:br/>
      </w:r>
      <w:r>
        <w:rPr>
          <w:sz w:val="20"/>
        </w:rPr>
        <w:t>1:10:31  dekhen, jab aap quran ko parhenge to quran mein ek ayat milegi aap ko.</w:t>
      </w:r>
      <w:r>
        <w:br/>
      </w:r>
      <w:r>
        <w:rPr>
          <w:sz w:val="20"/>
        </w:rPr>
        <w:t>1:10:40  ek ayat</w:t>
      </w:r>
      <w:r>
        <w:br/>
      </w:r>
      <w:r>
        <w:rPr>
          <w:sz w:val="20"/>
        </w:rPr>
        <w:t>1:10:44  woh ayat parh dijiye: "sahib, jameea</w:t>
      </w:r>
      <w:r>
        <w:br/>
      </w:r>
      <w:r>
        <w:rPr>
          <w:sz w:val="20"/>
        </w:rPr>
        <w:t>1:10:51  yaghfir zunub." qul ya ibadi allazina asrafu ala anfusihim la taqnatu min rahmatillah, innallaha yaghfiru zunuba jameea, innahu huwal ghafurur rahim.</w:t>
      </w:r>
      <w:r>
        <w:br/>
      </w:r>
      <w:r>
        <w:rPr>
          <w:sz w:val="20"/>
        </w:rPr>
        <w:t>1:11:08  surah zumar ayat number 53. logon ko, ah, tum keh do ke: "ae mere bando jinho ne apni janon par zulm kiya hai, allah ki rehmat se mayoos na ho.</w:t>
      </w:r>
      <w:r>
        <w:br/>
      </w:r>
      <w:r>
        <w:rPr>
          <w:sz w:val="20"/>
        </w:rPr>
        <w:t>1:11:20  beshak allah taala tamam gunahon ko bakhsh deta hai."</w:t>
      </w:r>
      <w:r>
        <w:br/>
      </w:r>
      <w:r>
        <w:rPr>
          <w:sz w:val="20"/>
        </w:rPr>
        <w:t>1:11:24  beshak woh bakhshne wala, reham karne wala hai. is mein dekhen, jami'a ka lafz jo hai,</w:t>
      </w:r>
      <w:r>
        <w:br/>
      </w:r>
      <w:r>
        <w:rPr>
          <w:sz w:val="20"/>
        </w:rPr>
        <w:t>1:11:34  jami'a yani saare gunahon ka mukhtasar. agar aadmi toba kare, toba nasho kare to is se bari khushkhabri, khushkhabri kya ho sakti hai?</w:t>
      </w:r>
      <w:r>
        <w:br/>
      </w:r>
      <w:r>
        <w:rPr>
          <w:sz w:val="20"/>
        </w:rPr>
        <w:t>1:11:48  dil se toba karna</w:t>
      </w:r>
      <w:r>
        <w:br/>
      </w:r>
      <w:r>
        <w:rPr>
          <w:sz w:val="20"/>
        </w:rPr>
        <w:t>1:11:50  aur sach much Allah se rujoo karna aur toba ki sharton ko poora karna, bas yahi kaafi hai.</w:t>
      </w:r>
      <w:r>
        <w:br/>
      </w:r>
      <w:r>
        <w:rPr>
          <w:sz w:val="20"/>
        </w:rPr>
        <w:t>1:12:02  is is ayat ke mutabiq aap tafseeron mein parhen to aap janenge</w:t>
      </w:r>
      <w:r>
        <w:br/>
      </w:r>
      <w:r>
        <w:rPr>
          <w:sz w:val="20"/>
        </w:rPr>
        <w:t>1:12:09  ke saari tareekh mein sahaba se le kar baad ke ali iman is ko parh kar yeh kehte rahe hain ke yeh ayat Quran mein jo hai, sab se hopeful, sab se zyada hopeful ayat hai</w:t>
      </w:r>
      <w:r>
        <w:br/>
      </w:r>
      <w:r>
        <w:rPr>
          <w:sz w:val="20"/>
        </w:rPr>
        <w:t>1:12:28  un ke nazdeek. sab se zyada hopeful ayat hai.</w:t>
      </w:r>
      <w:r>
        <w:br/>
      </w:r>
      <w:r>
        <w:rPr>
          <w:sz w:val="20"/>
        </w:rPr>
        <w:t>1:12:37  Miss Daniya Mustafa ne Karachi se likha hai: "Maulana sahib, you are the one from whom I learned how to live a positive life and make God the focus of my life." Thank you Maulana.</w:t>
      </w:r>
      <w:r>
        <w:br/>
      </w:r>
      <w:r>
        <w:rPr>
          <w:sz w:val="20"/>
        </w:rPr>
        <w:t>1:12:54  Masha Allah. Mahboob bhai ne,</w:t>
      </w:r>
      <w:r>
        <w:br/>
      </w:r>
      <w:r>
        <w:rPr>
          <w:sz w:val="20"/>
        </w:rPr>
        <w:t>1:12:57  Mahboob bhai jo class mein maujood hain, Mumbai se hain, unhon ne likha hai: "Maulana, aaj ka lecture se Khuda ke azeem plan ke hisse mein shamil hone ki majeed himmat aayi.</w:t>
      </w:r>
      <w:r>
        <w:br/>
      </w:r>
      <w:r>
        <w:rPr>
          <w:sz w:val="20"/>
        </w:rPr>
        <w:t>1:13:10  Doosri baat yeh hai, Dr. Saniya Sanien Khan sahib ka safar ki roodad se mere andar ek nayi energy daud padi.</w:t>
      </w:r>
      <w:r>
        <w:br/>
      </w:r>
      <w:r>
        <w:rPr>
          <w:sz w:val="20"/>
        </w:rPr>
        <w:t>1:13:20  unki saada andaaz baat mein is ke peeche ki sincerity, mehnat saaf saaf mujhe mehsoos ho rahi thi.</w:t>
      </w:r>
      <w:r>
        <w:br/>
      </w:r>
      <w:r>
        <w:rPr>
          <w:sz w:val="20"/>
        </w:rPr>
        <w:t>1:13:29  Allah Dr. Saniya Sanien Khan sahib, Khwaja Kaleemuddin sahib aur Haroon Sheikh sahib ko</w:t>
      </w:r>
      <w:r>
        <w:br/>
      </w:r>
      <w:r>
        <w:rPr>
          <w:sz w:val="20"/>
        </w:rPr>
        <w:t>1:13:36  aala darje ka jaza ata farmaye." Masha Allah, Masha Allah. Dr. Junaid Sheikh sahib ne Delhi se likha hai: "Maulana, today's lecture was very encouraging.</w:t>
      </w:r>
      <w:r>
        <w:br/>
      </w:r>
      <w:r>
        <w:rPr>
          <w:sz w:val="20"/>
        </w:rPr>
        <w:t>1:13:52  I rediscovered the story of God</w:t>
      </w:r>
      <w:r>
        <w:br/>
      </w:r>
      <w:r>
        <w:rPr>
          <w:sz w:val="20"/>
        </w:rPr>
        <w:t>1:13:56  and the seriousness of His mission. God has blessed great blessings in the form of printing press, single international language, age of peace and age of technology,</w:t>
      </w:r>
      <w:r>
        <w:br/>
      </w:r>
      <w:r>
        <w:rPr>
          <w:sz w:val="20"/>
        </w:rPr>
        <w:t>1:14:11  so that word of God reaches every home.</w:t>
      </w:r>
      <w:r>
        <w:br/>
      </w:r>
      <w:r>
        <w:rPr>
          <w:sz w:val="20"/>
        </w:rPr>
        <w:t>1:14:15  And I can say with full conviction that your literature and translation of Quran is special provision by God for this divine cause." Jazak Allah.</w:t>
      </w:r>
      <w:r>
        <w:br/>
      </w:r>
      <w:r>
        <w:rPr>
          <w:sz w:val="20"/>
        </w:rPr>
        <w:t>1:14:29  Sajid Anwar sahib ne Delhi se likha hai,</w:t>
      </w:r>
      <w:r>
        <w:br/>
      </w:r>
      <w:r>
        <w:rPr>
          <w:sz w:val="20"/>
        </w:rPr>
        <w:t>1:14:32  un ka comment aur question hai, unhon ne likha hai:</w:t>
      </w:r>
      <w:r>
        <w:br/>
      </w:r>
      <w:r>
        <w:rPr>
          <w:sz w:val="20"/>
        </w:rPr>
        <w:t>1:14:39  "Both the lecture as well as the da'wah journey brief by Dr. Saniya Sanien sahib were extremely thrilling.</w:t>
      </w:r>
      <w:r>
        <w:br/>
      </w:r>
      <w:r>
        <w:rPr>
          <w:sz w:val="20"/>
        </w:rPr>
        <w:t>1:14:49  I rededicate myself and my resources to this divine mission."</w:t>
      </w:r>
      <w:r>
        <w:br/>
      </w:r>
      <w:r>
        <w:rPr>
          <w:sz w:val="20"/>
        </w:rPr>
        <w:t>1:14:55  Maulana, I have a question: "My question is, is there any hindrance that is now there for da'wah work?</w:t>
      </w:r>
      <w:r>
        <w:br/>
      </w:r>
      <w:r>
        <w:rPr>
          <w:sz w:val="20"/>
        </w:rPr>
        <w:t>1:15:06  If yes, then how to overcome that? Please guide all of us."</w:t>
      </w:r>
      <w:r>
        <w:br/>
      </w:r>
      <w:r>
        <w:rPr>
          <w:sz w:val="20"/>
        </w:rPr>
        <w:t>1:15:12  dekhen, yahi to khaas baat hai ke agar koi rukawat thi to pehle zamaney mein thi. aaj koi rukawat hi nahi hai, koi rukawat hi nahi hai.</w:t>
      </w:r>
      <w:r>
        <w:br/>
      </w:r>
      <w:r>
        <w:rPr>
          <w:sz w:val="20"/>
        </w:rPr>
        <w:t>1:15:26  musalmanon ne khud se daal rakhi to daal rakhi ho,</w:t>
      </w:r>
      <w:r>
        <w:br/>
      </w:r>
      <w:r>
        <w:rPr>
          <w:sz w:val="20"/>
        </w:rPr>
        <w:t>1:15:30  musalmanon ka apna feal hai. woh Allah ne saare raaste saaf kar diye hain, ek process chalaya jis mein saare raaste saaf ho gaye.</w:t>
      </w:r>
      <w:r>
        <w:br/>
      </w:r>
      <w:r>
        <w:rPr>
          <w:sz w:val="20"/>
        </w:rPr>
        <w:t>1:15:48  mein pehli baar jab gaya tha Hazrat Haiderabad, bohat pehle ki baat hai, to mein paidal chal raha tha yeh road par Haiderabad mein.</w:t>
      </w:r>
      <w:r>
        <w:br/>
      </w:r>
      <w:r>
        <w:rPr>
          <w:sz w:val="20"/>
        </w:rPr>
        <w:t>1:16:00  to achaanak seeti bajne lagi. seeti police wale charon taraf khade hue the,</w:t>
      </w:r>
      <w:r>
        <w:br/>
      </w:r>
      <w:r>
        <w:rPr>
          <w:sz w:val="20"/>
        </w:rPr>
        <w:t>1:16:05  sadak ke dono taraf, aur seeti bajaye the, seeti bajaye the. to maine kaha ke kya seeti ka matlab hai?</w:t>
      </w:r>
      <w:r>
        <w:br/>
      </w:r>
      <w:r>
        <w:rPr>
          <w:sz w:val="20"/>
        </w:rPr>
        <w:t>1:16:14  kisi se poocha. unhon ne kaha ke road ke kinare ho jaiye. to mein road kinare ho kar ke khada ho kar dekhne laga.</w:t>
      </w:r>
      <w:r>
        <w:br/>
      </w:r>
      <w:r>
        <w:rPr>
          <w:sz w:val="20"/>
        </w:rPr>
        <w:t>1:16:24  to itne mein teen car aayin, teen car. beech mein Nawab Haiderabad ki car thi, aur aage peeche security ke log the.</w:t>
      </w:r>
      <w:r>
        <w:br/>
      </w:r>
      <w:r>
        <w:rPr>
          <w:sz w:val="20"/>
        </w:rPr>
        <w:t>1:16:39  to</w:t>
      </w:r>
      <w:r>
        <w:br/>
      </w:r>
      <w:r>
        <w:rPr>
          <w:sz w:val="20"/>
        </w:rPr>
        <w:t>1:16:40  poori road ko khaali kar ke woh teeno car guzar gayi hain. to yaqeen kijiye ke Allah taala ne seeti baja di.</w:t>
      </w:r>
      <w:r>
        <w:br/>
      </w:r>
      <w:r>
        <w:rPr>
          <w:sz w:val="20"/>
        </w:rPr>
        <w:t>1:16:51  ae logon, hat jao, hat jao!</w:t>
      </w:r>
      <w:r>
        <w:br/>
      </w:r>
      <w:r>
        <w:rPr>
          <w:sz w:val="20"/>
        </w:rPr>
        <w:t>1:16:53  Allah qafila aa raha hai.</w:t>
      </w:r>
      <w:r>
        <w:br/>
      </w:r>
      <w:r>
        <w:rPr>
          <w:sz w:val="20"/>
        </w:rPr>
        <w:t>1:16:59  mujhe sach much dikhai deta hai apni aankh se ke farishte seetiyan baja rahe hain, logon, hat jao!</w:t>
      </w:r>
      <w:r>
        <w:br/>
      </w:r>
      <w:r>
        <w:rPr>
          <w:sz w:val="20"/>
        </w:rPr>
        <w:t>1:17:09  quran phailane walon ka qafila aa raha hai. jhooton ko ibadat na dikhai dein to andhe beh rahe hain. mere nazdeek</w:t>
      </w:r>
    </w:p>
    <w:p>
      <w:pPr>
        <w:pStyle w:val="Heading2"/>
      </w:pPr>
      <w:r>
        <w:t>Why different interpretations of Quran verses?</w:t>
      </w:r>
    </w:p>
    <w:p>
      <w:r>
        <w:rPr>
          <w:color w:val="666666"/>
          <w:sz w:val="18"/>
        </w:rPr>
        <w:t>Quran &amp; Tafsir · Lessons from My Journey to Agra October 27, 2013 · 6m 43s · at 1:16:31 · https://youtu.be/Gg2N0h4ETH8?t=4591</w:t>
      </w:r>
    </w:p>
    <w:p>
      <w:r>
        <w:rPr>
          <w:i/>
        </w:rPr>
        <w:t>“My question for this morning is that we all have been delivered a message of God through Quran, which is the book of God. This book has no other meaning other than that has been stated. Then why are the verses being interpreted in different manner? Is this a twenty-first century phenomenon?”</w:t>
      </w:r>
    </w:p>
    <w:p>
      <w:r>
        <w:rPr>
          <w:sz w:val="20"/>
        </w:rPr>
        <w:t>1:16:31  maulana, agla sawal singapore se hai mr. slish malhotra ka. unhon ne likha hai: "maulana, my question for this morning is that we all have been delivered a message of god through quran, which is the book of god.</w:t>
      </w:r>
      <w:r>
        <w:br/>
      </w:r>
      <w:r>
        <w:rPr>
          <w:sz w:val="20"/>
        </w:rPr>
        <w:t>1:16:48  this book has no other meaning other than that has been stated</w:t>
      </w:r>
      <w:r>
        <w:br/>
      </w:r>
      <w:r>
        <w:rPr>
          <w:sz w:val="20"/>
        </w:rPr>
        <w:t>1:16:53  . then why are the verses being interpreted in different manner? is this a twenty first century phenomena?</w:t>
      </w:r>
      <w:r>
        <w:br/>
      </w:r>
      <w:r>
        <w:rPr>
          <w:sz w:val="20"/>
        </w:rPr>
        <w:t>1:17:03  is this because there are too many distractions in the world today as compared to before? given below are two reasons why i am asking this from you.</w:t>
      </w:r>
      <w:r>
        <w:br/>
      </w:r>
      <w:r>
        <w:rPr>
          <w:sz w:val="20"/>
        </w:rPr>
        <w:t>1:17:15  my first reason is from a common person view</w:t>
      </w:r>
      <w:r>
        <w:br/>
      </w:r>
      <w:r>
        <w:rPr>
          <w:sz w:val="20"/>
        </w:rPr>
        <w:t>1:17:18  . when i speak to my muslim friends, i often remind them that they should not drink wine or smoke as this is forbidden.</w:t>
      </w:r>
      <w:r>
        <w:br/>
      </w:r>
      <w:r>
        <w:rPr>
          <w:sz w:val="20"/>
        </w:rPr>
        <w:t>1:17:28  and i am often told that my interpretation is wrong as the verse says that you may not drink and not you must not drink.</w:t>
      </w:r>
      <w:r>
        <w:br/>
      </w:r>
      <w:r>
        <w:rPr>
          <w:sz w:val="20"/>
        </w:rPr>
        <w:t>1:17:39  this is a clear example of misinterpretation.</w:t>
      </w:r>
      <w:r>
        <w:br/>
      </w:r>
      <w:r>
        <w:rPr>
          <w:sz w:val="20"/>
        </w:rPr>
        <w:t>1:17:43  secondly, the reason from my muslim friends, second reason from my muslim friends who often debate and justify their actions taken by extremists in palestine, afghanistan and hell osama bin laden as a true representative of muslims who dare to challenge the powerful countries.</w:t>
      </w:r>
      <w:r>
        <w:br/>
      </w:r>
      <w:r>
        <w:rPr>
          <w:sz w:val="20"/>
        </w:rPr>
        <w:t>1:18:04  this again is a misinterpretation by very educated people who have several degrees to their names.</w:t>
      </w:r>
      <w:r>
        <w:br/>
      </w:r>
      <w:r>
        <w:rPr>
          <w:sz w:val="20"/>
        </w:rPr>
        <w:t>1:18:12  please throw some light on this."</w:t>
      </w:r>
      <w:r>
        <w:br/>
      </w:r>
      <w:r>
        <w:rPr>
          <w:sz w:val="20"/>
        </w:rPr>
        <w:t>1:18:18  dekhen, ilm ki do bari branches hain: humanities aur physical sciences. physical sciences jo hain, woh mathematics par base karti hain.</w:t>
      </w:r>
      <w:r>
        <w:br/>
      </w:r>
      <w:r>
        <w:rPr>
          <w:sz w:val="20"/>
        </w:rPr>
        <w:t>1:18:33  lekin humanities mein aap mathematics nahin chala sakte.</w:t>
      </w:r>
      <w:r>
        <w:br/>
      </w:r>
      <w:r>
        <w:rPr>
          <w:sz w:val="20"/>
        </w:rPr>
        <w:t>1:18:38  yahan par to yani philosophy, philosophical thinking chalti hai. to physical science mein option sirf ek rehta hai.</w:t>
      </w:r>
      <w:r>
        <w:br/>
      </w:r>
      <w:r>
        <w:rPr>
          <w:sz w:val="20"/>
        </w:rPr>
        <w:t>1:18:53  kyunke do aur do char hi banenge. do aur do mil kar na paanch banenge, na teen banenge.</w:t>
      </w:r>
      <w:r>
        <w:br/>
      </w:r>
      <w:r>
        <w:rPr>
          <w:sz w:val="20"/>
        </w:rPr>
        <w:t>1:19:00  to physical science mein aap ke liye option sirf ek rehta hai ke jo mathematical calculations hain, jo baat nikal rahi hai, us ko maan len. lekin humanities mein aisa nahin ho sakta.</w:t>
      </w:r>
      <w:r>
        <w:br/>
      </w:r>
      <w:r>
        <w:rPr>
          <w:sz w:val="20"/>
        </w:rPr>
        <w:t>1:19:12  dawat ka kaam jo hai, woh is ka ta'alluq humanities se hai. humanities to humanities mein hamesha mis interpretation ka mauqa baqi rahe</w:t>
      </w:r>
      <w:r>
        <w:br/>
      </w:r>
      <w:r>
        <w:rPr>
          <w:sz w:val="20"/>
        </w:rPr>
        <w:t>1:19:22  ga. aap kuch bhi kahiye, kuch bhi kahiye, aadmi ke liye mauqa rahega ke us ko ek aur angle se dekhe, ek aur baat us mein mila de.</w:t>
      </w:r>
      <w:r>
        <w:br/>
      </w:r>
      <w:r>
        <w:rPr>
          <w:sz w:val="20"/>
        </w:rPr>
        <w:t>1:19:32  to mis interpretation jo hai, woh humanities mein hamesha rehta hai. to yahan par kya cheez bachati hai aadmi ko?</w:t>
      </w:r>
      <w:r>
        <w:br/>
      </w:r>
      <w:r>
        <w:rPr>
          <w:sz w:val="20"/>
        </w:rPr>
        <w:t>1:19:43  woh hai sincerity. yani text nahin bacha sakta.</w:t>
      </w:r>
      <w:r>
        <w:br/>
      </w:r>
      <w:r>
        <w:rPr>
          <w:sz w:val="20"/>
        </w:rPr>
        <w:t>1:19:49  yaad rakhiye, physical science mein text hi kafi hai ke aap ko bachaye mis interpretation se. khud text kafi hai.</w:t>
      </w:r>
      <w:r>
        <w:br/>
      </w:r>
      <w:r>
        <w:rPr>
          <w:sz w:val="20"/>
        </w:rPr>
        <w:t>1:19:58  humanities mein jis ko, jis ka mazhab se ta'alluq hai, rohaniyat se ta'alluq hai, wahan par khud text kabhi bhi nahin bacha sakta aap ko mis interpretation se.</w:t>
      </w:r>
      <w:r>
        <w:br/>
      </w:r>
      <w:r>
        <w:rPr>
          <w:sz w:val="20"/>
        </w:rPr>
        <w:t>1:20:11  woh to yeh hai ke aadmi sincere ho, aadmi waqai honest ho aur waqatan is ke andar objective thinking ho.</w:t>
      </w:r>
      <w:r>
        <w:br/>
      </w:r>
      <w:r>
        <w:rPr>
          <w:sz w:val="20"/>
        </w:rPr>
        <w:t>1:20:21  tab bach payega. woh nahin bachega nahin. hamesha kuch ko kuch keh dega. mujhe ek bohat hi ajeeb waqia yaad aaya.</w:t>
      </w:r>
      <w:r>
        <w:br/>
      </w:r>
      <w:r>
        <w:rPr>
          <w:sz w:val="20"/>
        </w:rPr>
        <w:t>1:20:31  main lucknow mein ek baar road pe chal raha tha paidal to maine dekha ke ek ek naujawan cycle daudata hua aa</w:t>
      </w:r>
      <w:r>
        <w:br/>
      </w:r>
      <w:r>
        <w:rPr>
          <w:sz w:val="20"/>
        </w:rPr>
        <w:t>1:20:40  ya. bohat tez dorata hua. to wahan par mor tha. to mor par jab woh mara to aage ek bechara dehati boodha koi tha, us se takra gaya.</w:t>
      </w:r>
      <w:r>
        <w:br/>
      </w:r>
      <w:r>
        <w:rPr>
          <w:sz w:val="20"/>
        </w:rPr>
        <w:t>1:20:52  to woh gir ke gir pada hua. woh cycle bhi ruk gayi. to jo aadmi gir gaya tha road par, us ne kaha ke is ladke se kaha ke ghanti kyun nahi bajai?</w:t>
      </w:r>
      <w:r>
        <w:br/>
      </w:r>
      <w:r>
        <w:rPr>
          <w:sz w:val="20"/>
        </w:rPr>
        <w:t>1:21:08  to ladka kehta hai ke ghanti na ho to? to us ne kaha ke break kyun nahi lagaya? to ladka kehta hai ke break na ho to?</w:t>
      </w:r>
      <w:r>
        <w:br/>
      </w:r>
      <w:r>
        <w:rPr>
          <w:sz w:val="20"/>
        </w:rPr>
        <w:t>1:21:20  to us bechare ne kaha ke tumhare paas ghanti bhi nahi, break bhi nahi, to tez kyun dorate ho? phir kya kehta hai? kya tum se push ko daudaun?</w:t>
      </w:r>
      <w:r>
        <w:br/>
      </w:r>
      <w:r>
        <w:rPr>
          <w:sz w:val="20"/>
        </w:rPr>
        <w:t>1:21:31  yeh hai insaan. insaan se kuch bhi kahiye, kuch bhi kahiye,</w:t>
      </w:r>
      <w:r>
        <w:br/>
      </w:r>
      <w:r>
        <w:rPr>
          <w:sz w:val="20"/>
        </w:rPr>
        <w:t>1:21:37  ek baat nahi nikal lega is mein. yaani humanities mein sirf physics mein aadmi ka munh band kar sakte hain aap calculation ke zariye, mathematical calculation ke zariye.</w:t>
      </w:r>
      <w:r>
        <w:br/>
      </w:r>
      <w:r>
        <w:rPr>
          <w:sz w:val="20"/>
        </w:rPr>
        <w:t>1:21:48  humanities mein nahi band kar sakte aap. kuch bhi woh kehta rahega woh. to misinterpretation ka imkan to khatm nahi ho sakta.</w:t>
      </w:r>
      <w:r>
        <w:br/>
      </w:r>
      <w:r>
        <w:rPr>
          <w:sz w:val="20"/>
        </w:rPr>
        <w:t>1:21:57  sirf yeh mumkin hai ke hum aadmi ko samjha bujha kar us ko sincere banayein,</w:t>
      </w:r>
      <w:r>
        <w:br/>
      </w:r>
      <w:r>
        <w:rPr>
          <w:sz w:val="20"/>
        </w:rPr>
        <w:t>1:22:02  seriousness paida karein us ke andar, honesty layein us ke andar, Allah ka dar paida karein us ke andar, aakhirat ka khauf paida karein. tabhi woh bachega warna warna is ka darwaza band hone wala nahi.</w:t>
      </w:r>
      <w:r>
        <w:br/>
      </w:r>
      <w:r>
        <w:rPr>
          <w:sz w:val="20"/>
        </w:rPr>
        <w:t>1:22:15  yaani Allah ka khauf band kar sakta hai darwaza warna apne aap woh band hone wala darwaza band hone wala nahi.</w:t>
      </w:r>
    </w:p>
    <w:p>
      <w:pPr>
        <w:pStyle w:val="Heading2"/>
      </w:pPr>
      <w:r>
        <w:t>Wisdom versus sharia in Quran</w:t>
      </w:r>
    </w:p>
    <w:p>
      <w:r>
        <w:rPr>
          <w:color w:val="666666"/>
          <w:sz w:val="18"/>
        </w:rPr>
        <w:t>Quran &amp; Tafsir · How to Lead a Life of Fulfilment September 24, 2017 · 7m 04s · at 1:09:06 · https://youtu.be/WUoQOo2_zd8?t=4146</w:t>
      </w:r>
    </w:p>
    <w:p>
      <w:r>
        <w:rPr>
          <w:i/>
        </w:rPr>
        <w:t>“How much of the Quran is wisdom and how much is sharia? Please explain. (The asker adds: Sharia is not in the Quran, only wisdom; sharia is in fiqh.)”</w:t>
      </w:r>
    </w:p>
    <w:p>
      <w:r>
        <w:rPr>
          <w:sz w:val="20"/>
        </w:rPr>
        <w:t>1:09:06  to main samajhta hoon ke modern education in real sense musalmanon ka wahid musalmanon ke maslay ka wahid hal hai molana agla sawal UK se bheja hai doctor hina khan ne aur unhon ne aap se poocha hai ke how much of quran is wisdom and how much of it is sh</w:t>
      </w:r>
      <w:r>
        <w:br/>
      </w:r>
      <w:r>
        <w:rPr>
          <w:sz w:val="20"/>
        </w:rPr>
        <w:t>1:09:31  aria is ke baray mein batayein</w:t>
      </w:r>
      <w:r>
        <w:br/>
      </w:r>
      <w:r>
        <w:rPr>
          <w:sz w:val="20"/>
        </w:rPr>
        <w:t>1:09:37  sharia to quran mein hai hi nahi wisdom hi wisdom hai sharia to fiqh mein hai</w:t>
      </w:r>
      <w:r>
        <w:br/>
      </w:r>
      <w:r>
        <w:rPr>
          <w:sz w:val="20"/>
        </w:rPr>
        <w:t>1:09:45  aap khud tajurba kijiye ke quran mein 114 suratein hain</w:t>
      </w:r>
      <w:r>
        <w:br/>
      </w:r>
      <w:r>
        <w:rPr>
          <w:sz w:val="20"/>
        </w:rPr>
        <w:t>1:09:55  aap tamam suraton ko aik tarah se parhiye alhamdulillah se le kar quran-al-nas tak to sab aap ko wisdom hi wisdom dikha dega yeh jis ko kehtay hain sharia woh to fiqh mein hai</w:t>
      </w:r>
      <w:r>
        <w:br/>
      </w:r>
      <w:r>
        <w:rPr>
          <w:sz w:val="20"/>
        </w:rPr>
        <w:t>1:10:13  mein to samajhta hoon ke yeh yeh ghaloo kiya fiqah mein logon ne ke shariat ko itna barhaya</w:t>
      </w:r>
      <w:r>
        <w:br/>
      </w:r>
      <w:r>
        <w:rPr>
          <w:sz w:val="20"/>
        </w:rPr>
        <w:t>1:10:20  hai shariat ko</w:t>
      </w:r>
      <w:r>
        <w:br/>
      </w:r>
      <w:r>
        <w:rPr>
          <w:sz w:val="20"/>
        </w:rPr>
        <w:t>1:10:23  barhane charhane ki cheez hai wisdom</w:t>
      </w:r>
      <w:r>
        <w:br/>
      </w:r>
      <w:r>
        <w:rPr>
          <w:sz w:val="20"/>
        </w:rPr>
        <w:t>1:10:26  shariat jo barhai charhai gayi hai yeh politicize kiya gaya aaj kal jo shariat shariat bolte hain na</w:t>
      </w:r>
      <w:r>
        <w:br/>
      </w:r>
      <w:r>
        <w:rPr>
          <w:sz w:val="20"/>
        </w:rPr>
        <w:t>1:10:33  wo hai islam ka politicization</w:t>
      </w:r>
      <w:r>
        <w:br/>
      </w:r>
      <w:r>
        <w:rPr>
          <w:sz w:val="20"/>
        </w:rPr>
        <w:t>1:10:37  wo quran mein hai hi nahi</w:t>
      </w:r>
      <w:r>
        <w:br/>
      </w:r>
      <w:r>
        <w:rPr>
          <w:sz w:val="20"/>
        </w:rPr>
        <w:t>1:10:39  aap ghor kijiye ke koi ek bhi.</w:t>
      </w:r>
      <w:r>
        <w:br/>
      </w:r>
      <w:r>
        <w:rPr>
          <w:sz w:val="20"/>
        </w:rPr>
        <w:t>1:10:43  yani ji lekin aap ek kaam kijiye</w:t>
      </w:r>
      <w:r>
        <w:br/>
      </w:r>
      <w:r>
        <w:rPr>
          <w:sz w:val="20"/>
        </w:rPr>
        <w:t>1:10:49  ek kaam kijiye aap dictionary mein aap lafz law law ki definition maloom kijiye</w:t>
      </w:r>
      <w:r>
        <w:br/>
      </w:r>
      <w:r>
        <w:rPr>
          <w:sz w:val="20"/>
        </w:rPr>
        <w:t>1:11:00  dictionary mein bohat se dictionaryon ko dekhiye</w:t>
      </w:r>
      <w:r>
        <w:br/>
      </w:r>
      <w:r>
        <w:rPr>
          <w:sz w:val="20"/>
        </w:rPr>
        <w:t>1:11:05  jo kal consult kijiye aur yeh samjhiye ke law ki definition kya hai</w:t>
      </w:r>
      <w:r>
        <w:br/>
      </w:r>
      <w:r>
        <w:rPr>
          <w:sz w:val="20"/>
        </w:rPr>
        <w:t>1:11:12  shariat ka matlab hai law</w:t>
      </w:r>
      <w:r>
        <w:br/>
      </w:r>
      <w:r>
        <w:rPr>
          <w:sz w:val="20"/>
        </w:rPr>
        <w:t>1:11:17  aur phir is woh jo definition milay aap ko law ki us ka matlab dhoondhein ke quran mein kon sa law hai to aik aik bhi law nahi milay ga</w:t>
      </w:r>
      <w:r>
        <w:br/>
      </w:r>
      <w:r>
        <w:rPr>
          <w:sz w:val="20"/>
        </w:rPr>
        <w:t>1:11:31  to quran to bhara hua hai definition se yeh to aaj kal jo aaj kal jo parties nikli hain jinhon ne islam ko politicize kar rakha hai to apnay politicization ko justify karne ke liye sharia sharia sharia karte hain sabaq zamanay mein yeh tha hi nahi aap dekhiye</w:t>
      </w:r>
      <w:r>
        <w:br/>
      </w:r>
      <w:r>
        <w:rPr>
          <w:sz w:val="20"/>
        </w:rPr>
        <w:t>1:11:57  mein aik misaal deta hoon aap ko</w:t>
      </w:r>
      <w:r>
        <w:br/>
      </w:r>
      <w:r>
        <w:rPr>
          <w:sz w:val="20"/>
        </w:rPr>
        <w:t>1:12:00  ke quran mein aik surah hai surah yusuf is mein hazrat yusuf aleh salam ka qissa bayan kiya</w:t>
      </w:r>
      <w:r>
        <w:br/>
      </w:r>
      <w:r>
        <w:rPr>
          <w:sz w:val="20"/>
        </w:rPr>
        <w:t>1:12:07  gaya hai shayad yeh aik hi surah aisi hai jise poori poori surah aik nabi ke zikr par</w:t>
      </w:r>
      <w:r>
        <w:br/>
      </w:r>
      <w:r>
        <w:rPr>
          <w:sz w:val="20"/>
        </w:rPr>
        <w:t>1:12:14  hai aur aik bohat anokhi baat yeh hai ke is surah mein jo qissa bayan kiya gaya hai</w:t>
      </w:r>
      <w:r>
        <w:br/>
      </w:r>
      <w:r>
        <w:rPr>
          <w:sz w:val="20"/>
        </w:rPr>
        <w:t>1:12:23  us ko kaha gaya ahsan al qasas</w:t>
      </w:r>
      <w:r>
        <w:br/>
      </w:r>
      <w:r>
        <w:rPr>
          <w:sz w:val="20"/>
        </w:rPr>
        <w:t>1:12:27  yani hazrat yusuf ka jo qissa bayan kiya gaya hai us ko kaha gaya hai ahsan al qasas yani</w:t>
      </w:r>
      <w:r>
        <w:br/>
      </w:r>
      <w:r>
        <w:rPr>
          <w:sz w:val="20"/>
        </w:rPr>
        <w:t>1:12:32  best story best story ab aap kam az kam das baar padhiye aap surah yusuf ko to aap</w:t>
      </w:r>
      <w:r>
        <w:br/>
      </w:r>
      <w:r>
        <w:rPr>
          <w:sz w:val="20"/>
        </w:rPr>
        <w:t>1:12:41  dekhenge ke hazrat yusuf aleh salam</w:t>
      </w:r>
      <w:r>
        <w:br/>
      </w:r>
      <w:r>
        <w:rPr>
          <w:sz w:val="20"/>
        </w:rPr>
        <w:t>1:12:45  ne kabhi wahan yeh baat hi nahi ki ke shariat yeh naafiz hamein khudai shariat naafiz karna hai</w:t>
      </w:r>
      <w:r>
        <w:br/>
      </w:r>
      <w:r>
        <w:rPr>
          <w:sz w:val="20"/>
        </w:rPr>
        <w:t>1:12:53  balkay badshah ki shariat ko maan liya</w:t>
      </w:r>
      <w:r>
        <w:br/>
      </w:r>
      <w:r>
        <w:rPr>
          <w:sz w:val="20"/>
        </w:rPr>
        <w:t>1:12:57  quran mein ayat hai isi surah yusuf mein ma kaana liya khuda fi deen al malik</w:t>
      </w:r>
      <w:r>
        <w:br/>
      </w:r>
      <w:r>
        <w:rPr>
          <w:sz w:val="20"/>
        </w:rPr>
        <w:t>1:13:05  iska number bataiye in ko surah yusuf ka yeh number is ayat ka surah yusuf mein yeh</w:t>
      </w:r>
      <w:r>
        <w:br/>
      </w:r>
      <w:r>
        <w:rPr>
          <w:sz w:val="20"/>
        </w:rPr>
        <w:t>1:13:10  ayat hai ke ma kaana liya</w:t>
      </w:r>
      <w:r>
        <w:br/>
      </w:r>
      <w:r>
        <w:rPr>
          <w:sz w:val="20"/>
        </w:rPr>
        <w:t>1:13:13  akha fi din al-malik illa inshallah</w:t>
      </w:r>
      <w:r>
        <w:br/>
      </w:r>
      <w:r>
        <w:rPr>
          <w:sz w:val="20"/>
        </w:rPr>
        <w:t>1:13:21  surah yusuf ayat number 76 ma</w:t>
      </w:r>
      <w:r>
        <w:br/>
      </w:r>
      <w:r>
        <w:rPr>
          <w:sz w:val="20"/>
        </w:rPr>
        <w:t>1:13:26  kaana ali ayat number 76 76 ji aap surah yusuf ki 76 dekhiye</w:t>
      </w:r>
      <w:r>
        <w:br/>
      </w:r>
      <w:r>
        <w:rPr>
          <w:sz w:val="20"/>
        </w:rPr>
        <w:t>1:13:34  is mein yeh likha hua hai baqayda ke hazrat yusuf ne accept kar liya tha shariat ke muamle</w:t>
      </w:r>
      <w:r>
        <w:br/>
      </w:r>
      <w:r>
        <w:rPr>
          <w:sz w:val="20"/>
        </w:rPr>
        <w:t>1:13:42  mein badshah ke</w:t>
      </w:r>
      <w:r>
        <w:br/>
      </w:r>
      <w:r>
        <w:rPr>
          <w:sz w:val="20"/>
        </w:rPr>
        <w:t>1:13:45  لا کو یہ کہاں یہ یہ یہ اسلام ہے جس کو آج کل کے دھوم مچا رکھا ہے</w:t>
      </w:r>
      <w:r>
        <w:br/>
      </w:r>
      <w:r>
        <w:rPr>
          <w:sz w:val="20"/>
        </w:rPr>
        <w:t>1:13:51  logon ne shariat shariat shariat</w:t>
      </w:r>
      <w:r>
        <w:br/>
      </w:r>
      <w:r>
        <w:rPr>
          <w:sz w:val="20"/>
        </w:rPr>
        <w:t>1:13:55  kahan hai woh islam yani best story woh hai quran mein jab ke peghambar ne madine mein apni</w:t>
      </w:r>
      <w:r>
        <w:br/>
      </w:r>
      <w:r>
        <w:rPr>
          <w:sz w:val="20"/>
        </w:rPr>
        <w:t>1:14:03  jagah banai aur badshah ki shariat ko tasleem kar ke</w:t>
      </w:r>
      <w:r>
        <w:br/>
      </w:r>
      <w:r>
        <w:rPr>
          <w:sz w:val="20"/>
        </w:rPr>
        <w:t>1:14:09  aap ghor kijiye</w:t>
      </w:r>
      <w:r>
        <w:br/>
      </w:r>
      <w:r>
        <w:rPr>
          <w:sz w:val="20"/>
        </w:rPr>
        <w:t>1:14:11  ke</w:t>
      </w:r>
      <w:r>
        <w:br/>
      </w:r>
      <w:r>
        <w:rPr>
          <w:sz w:val="20"/>
        </w:rPr>
        <w:t>1:14:12  quran is qisse ko best story kehta hai jismein ek paighambar ne badshah ke badshah ka jo</w:t>
      </w:r>
      <w:r>
        <w:br/>
      </w:r>
      <w:r>
        <w:rPr>
          <w:sz w:val="20"/>
        </w:rPr>
        <w:t>1:14:20  system tha ismein apni jagah banai</w:t>
      </w:r>
      <w:r>
        <w:br/>
      </w:r>
      <w:r>
        <w:rPr>
          <w:sz w:val="20"/>
        </w:rPr>
        <w:t>1:14:25  baqayda iska part tha woh</w:t>
      </w:r>
      <w:r>
        <w:br/>
      </w:r>
      <w:r>
        <w:rPr>
          <w:sz w:val="20"/>
        </w:rPr>
        <w:t>1:14:28  badshah ka jo system tha wahan pe iska part bane woh lekin part bane kaise</w:t>
      </w:r>
      <w:r>
        <w:br/>
      </w:r>
      <w:r>
        <w:rPr>
          <w:sz w:val="20"/>
        </w:rPr>
        <w:t>1:14:35  badshah ki jo shariat naafiz thi</w:t>
      </w:r>
      <w:r>
        <w:br/>
      </w:r>
      <w:r>
        <w:rPr>
          <w:sz w:val="20"/>
        </w:rPr>
        <w:t>1:14:40  isko accept kar liya</w:t>
      </w:r>
      <w:r>
        <w:br/>
      </w:r>
      <w:r>
        <w:rPr>
          <w:sz w:val="20"/>
        </w:rPr>
        <w:t>1:14:43  accept kar ke theek hai jo aaj kal Muslim siyasi partiyan nikli hain aur shadi sehat karti hain</w:t>
      </w:r>
      <w:r>
        <w:br/>
      </w:r>
      <w:r>
        <w:rPr>
          <w:sz w:val="20"/>
        </w:rPr>
        <w:t>1:14:50  woh toh bidat hai sab woh sab ka sab bidat hai iska islam se koi talluq nahi</w:t>
      </w:r>
      <w:r>
        <w:br/>
      </w:r>
      <w:r>
        <w:rPr>
          <w:sz w:val="20"/>
        </w:rPr>
        <w:t>1:14:55  hai</w:t>
      </w:r>
      <w:r>
        <w:br/>
      </w:r>
      <w:r>
        <w:rPr>
          <w:sz w:val="20"/>
        </w:rPr>
        <w:t>1:14:59  okay so we we'll end today session if you want to become a quran distributor in your area then please write to us on info at cpsglobal dot o</w:t>
      </w:r>
      <w:r>
        <w:br/>
      </w:r>
      <w:r>
        <w:rPr>
          <w:sz w:val="20"/>
        </w:rPr>
        <w:t>1:15:11  rg thank you for watching cps international.</w:t>
      </w:r>
    </w:p>
    <w:p>
      <w:pPr>
        <w:pStyle w:val="Heading2"/>
      </w:pPr>
      <w:r>
        <w:t>Wrong Application of Quran for Jihad</w:t>
      </w:r>
    </w:p>
    <w:p>
      <w:r>
        <w:rPr>
          <w:color w:val="666666"/>
          <w:sz w:val="18"/>
        </w:rPr>
        <w:t>Quran &amp; Tafsir · Study of The Quran November 30, 2014 · 9m 05s · at 53:04 · https://youtu.be/x3fcJ2nlDow?t=3184</w:t>
      </w:r>
    </w:p>
    <w:p>
      <w:r>
        <w:rPr>
          <w:i/>
        </w:rPr>
        <w:t>“Today, Muslim organizations worldwide are perpetrating violence and chaos, calling it jihad for the sake of Allah, establishment of deen, Islamic government, etc. Is this a wrong application of the Quran? And if so, what is the correct way to exit from this?”</w:t>
      </w:r>
    </w:p>
    <w:p>
      <w:r>
        <w:rPr>
          <w:sz w:val="20"/>
        </w:rPr>
        <w:t>53:04  maulana, agla sawal adeel abad se kiya hai muhammad mehmood sahab ne, aur unhon ne likha hai ke aaj poori dunya mein muslim tanzeemein har jagah tashaddud aur fasad barpa kiye hue hain, aur isi ko woh naam dete hain jihad fi sabilillah ya iqamat deen ya islami hukumat ya islami nizam ka qaim waghera.</w:t>
      </w:r>
      <w:r>
        <w:br/>
      </w:r>
      <w:r>
        <w:rPr>
          <w:sz w:val="20"/>
        </w:rPr>
        <w:t>53:29  kya yeh quran ka wrong application hai? aur</w:t>
      </w:r>
      <w:r>
        <w:br/>
      </w:r>
      <w:r>
        <w:rPr>
          <w:sz w:val="20"/>
        </w:rPr>
        <w:t>53:33  agar hai to is se bahar nikalna, bahar nikalne ka durust tareeqa kya hai? is ke bare mein bataein. mein to kehta hoon wrong application hai, lafz halka hai.</w:t>
      </w:r>
      <w:r>
        <w:br/>
      </w:r>
      <w:r>
        <w:rPr>
          <w:sz w:val="20"/>
        </w:rPr>
        <w:t>53:43  yeh to distortion hai. yeh quran ka wrong application aap kahein, tab bhi us ko halka halka lafz hi hai. distortion hai.</w:t>
      </w:r>
      <w:r>
        <w:br/>
      </w:r>
      <w:r>
        <w:rPr>
          <w:sz w:val="20"/>
        </w:rPr>
        <w:t>53:53  yeh log, mein in logon ko bohat janta hoon, kitne logon se mila hoon, in ki kitabein parhi hain. intehai had tak in senior hote hain yeh</w:t>
      </w:r>
      <w:r>
        <w:br/>
      </w:r>
      <w:r>
        <w:rPr>
          <w:sz w:val="20"/>
        </w:rPr>
        <w:t>54:00  log. inhe ladna bhadna hai, aur yeh aaj kal zamaney mein agar pata ho aap ko, yeh bohat bara business ban gaya hai. yeh poora jo idhar udhar chal rahi hai militancy, yeh bohat bara business hai.</w:t>
      </w:r>
      <w:r>
        <w:br/>
      </w:r>
      <w:r>
        <w:rPr>
          <w:sz w:val="20"/>
        </w:rPr>
        <w:t>54:16  aap gehrai ke sath mutalliq rahein to aap jaan lenge. bohat bara business hai. yeh jihad, yeh jihad nahin hai, yeh jihad hai na islam hai.</w:t>
      </w:r>
      <w:r>
        <w:br/>
      </w:r>
      <w:r>
        <w:rPr>
          <w:sz w:val="20"/>
        </w:rPr>
        <w:t>54:27  yeh naye daur ka business hai. yeh naye daur ka business hai. misaal ke tor par dekhiye, aik sathi se mein mila, jo leader hain militancy ke.</w:t>
      </w:r>
      <w:r>
        <w:br/>
      </w:r>
      <w:r>
        <w:rPr>
          <w:sz w:val="20"/>
        </w:rPr>
        <w:t>54:42  aik yeh, yani yeh jihad ke naam par jo tehreek chal rahi hai, is ke is ke leader hain woh.</w:t>
      </w:r>
      <w:r>
        <w:br/>
      </w:r>
      <w:r>
        <w:rPr>
          <w:sz w:val="20"/>
        </w:rPr>
        <w:t>54:47  un ke do larkay thay, do larkay arab mein parh rahay thay, aur khud logon ko jihad ke naam par larwa rahay thay, woh woh sahib.</w:t>
      </w:r>
      <w:r>
        <w:br/>
      </w:r>
      <w:r>
        <w:rPr>
          <w:sz w:val="20"/>
        </w:rPr>
        <w:t>54:59  yeh sab ka haal hai. aik aur saathi se mein mila to woh mustaqil tehreek chalai hui hain amreeka ke khilaaf, aur khud apnay bachon ko amreeka mein bhej settle kiye hue hain.</w:t>
      </w:r>
      <w:r>
        <w:br/>
      </w:r>
      <w:r>
        <w:rPr>
          <w:sz w:val="20"/>
        </w:rPr>
        <w:t>55:12  yeh to business hai, is ka islam se koi talluq hai na quran se koi talluq.</w:t>
      </w:r>
      <w:r>
        <w:br/>
      </w:r>
      <w:r>
        <w:rPr>
          <w:sz w:val="20"/>
        </w:rPr>
        <w:t>55:19  aap gehrai se study karen, tab aap mujh se ittifaq karen ge.</w:t>
      </w:r>
      <w:r>
        <w:br/>
      </w:r>
      <w:r>
        <w:rPr>
          <w:sz w:val="20"/>
        </w:rPr>
        <w:t>55:27  maulana, agla aik comment aur sawal aaya hai doctor safeena tabassum ka ajmer se. un ka comment</w:t>
      </w:r>
      <w:r>
        <w:br/>
      </w:r>
      <w:r>
        <w:rPr>
          <w:sz w:val="20"/>
        </w:rPr>
        <w:t>55:36  pehlay parhtay hain. unhon ne likha hai ke maulana sahib, first of all, I must acknowledge that your last class on Surah Al-Asr has set me thinking for the whole week, and it has really cleared my thoughts.</w:t>
      </w:r>
      <w:r>
        <w:br/>
      </w:r>
      <w:r>
        <w:rPr>
          <w:sz w:val="20"/>
        </w:rPr>
        <w:t>55:52  My question for today is kya yeh kehna durust hoga ke qital aur jang ki ayaten sirf aik khaas daur ke liye theen aur aaj in ka koi significance nahi?</w:t>
      </w:r>
      <w:r>
        <w:br/>
      </w:r>
      <w:r>
        <w:rPr>
          <w:sz w:val="20"/>
        </w:rPr>
        <w:t>56:06  dekhiye, mein aap ko aik bohat hi usooli baat arz karta hoon. tamam fuqaha jo hain, aik baat mantay hain, fuqaha yeh islam ke scholars ke qital jo hai woh husn li zati hi nahi hai, husn li ghairi hai.</w:t>
      </w:r>
      <w:r>
        <w:br/>
      </w:r>
      <w:r>
        <w:rPr>
          <w:sz w:val="20"/>
        </w:rPr>
        <w:t>56:23  yeh mein aap ko fiqhi term arz kar raha hoon, ethical term mein ke tamam islamic scholars without exception yeh mantay hain ke qital husn li zati nahi hai, husn li ghairi hai.</w:t>
      </w:r>
      <w:r>
        <w:br/>
      </w:r>
      <w:r>
        <w:rPr>
          <w:sz w:val="20"/>
        </w:rPr>
        <w:t>56:39  yani is ka matlab kya hua? ke jang jo hai kisi positive result ke liye hoti hai, kham khwah nahi hoti.</w:t>
      </w:r>
      <w:r>
        <w:br/>
      </w:r>
      <w:r>
        <w:rPr>
          <w:sz w:val="20"/>
        </w:rPr>
        <w:t>56:51  yeh mantay hain sab log ke larai jo hai woh sirf maar kaat ke liye nahi hoti. yani violence, fateh se violence nahi hai yeh, balkay kisi positive result ke liye hoti hai.</w:t>
      </w:r>
      <w:r>
        <w:br/>
      </w:r>
      <w:r>
        <w:rPr>
          <w:sz w:val="20"/>
        </w:rPr>
        <w:t>57:07  to ab aap dekhiye, do so saal se musalman لڑ rahay hain jihad ke naam par. mujhe bataiye ke positive result kahan hai? kya kashmir mein hai?</w:t>
      </w:r>
      <w:r>
        <w:br/>
      </w:r>
      <w:r>
        <w:rPr>
          <w:sz w:val="20"/>
        </w:rPr>
        <w:t>57:17  kya falasteen mein hai? kya india mein musalman lade</w:t>
      </w:r>
      <w:r>
        <w:br/>
      </w:r>
      <w:r>
        <w:rPr>
          <w:sz w:val="20"/>
        </w:rPr>
        <w:t>57:21  britishon se? is mein kuch tha? afreeqa mein lade francision se? is mein koi positive result nikla? kuch bhi nahi. log thak haar kar ke apnay bachon ko angrezi parha rahay hain aaj kal.</w:t>
      </w:r>
      <w:r>
        <w:br/>
      </w:r>
      <w:r>
        <w:rPr>
          <w:sz w:val="20"/>
        </w:rPr>
        <w:t>57:34  sab ko mein jaanta hoon ke asia se aik afreeqa tha jo lade, ab in ke betay aur potay jo hain modern schoolon mein parh rahay hain.</w:t>
      </w:r>
      <w:r>
        <w:br/>
      </w:r>
      <w:r>
        <w:rPr>
          <w:sz w:val="20"/>
        </w:rPr>
        <w:t>57:45  So where is the result?</w:t>
      </w:r>
      <w:r>
        <w:br/>
      </w:r>
      <w:r>
        <w:rPr>
          <w:sz w:val="20"/>
        </w:rPr>
        <w:t>57:47  jo result nahi nikla to husn li zati to nahi hua yeh, yeh to husn li ghairi ho gaya. to aap khud yeh fuqaha ke apnay usool ke mutabiq yeh jo jihad ke naam par jo riaya ho rahi hai, is ko bilkul dust stop kar dena chahiye ke band karo is ko, yeh to husn li ghairi ho raha hai,</w:t>
      </w:r>
      <w:r>
        <w:br/>
      </w:r>
      <w:r>
        <w:rPr>
          <w:sz w:val="20"/>
        </w:rPr>
        <w:t>58:07  husn li zati nahi ho raha. koi bhi shakhs bataye ke jahan jahan musalman lade hain, wahan koi positive result mujhe bataiye kahan hua?</w:t>
      </w:r>
      <w:r>
        <w:br/>
      </w:r>
      <w:r>
        <w:rPr>
          <w:sz w:val="20"/>
        </w:rPr>
        <w:t>58:17  kahin bhi nahi hua. iraq mein, afghanistan mein, pakistan mein, kahin bhi aap dekhiye, jahan jahan musalman lade hain, sirf tabahi, sirf tabahi, sirf tabahi.</w:t>
      </w:r>
      <w:r>
        <w:br/>
      </w:r>
      <w:r>
        <w:rPr>
          <w:sz w:val="20"/>
        </w:rPr>
        <w:t>58:30  sab se bari misaal falasteen hai, saath baras se lade rahay hain arab wahan par, aur siwa nuqsan ke kuch nahi hua. tabahi, tabahi, tabahi, tabahi.</w:t>
      </w:r>
      <w:r>
        <w:br/>
      </w:r>
      <w:r>
        <w:rPr>
          <w:sz w:val="20"/>
        </w:rPr>
        <w:t>58:41  to tabahi ke baad aap dekhiye, jab aap ka yani jihad ke naam par jo larai aap ki ulta result de, yani jis ko kehtay hain yani counter productive,</w:t>
      </w:r>
      <w:r>
        <w:br/>
      </w:r>
      <w:r>
        <w:rPr>
          <w:sz w:val="20"/>
        </w:rPr>
        <w:t>58:57  to aap ko jang band karne ka option hai. yeh nahi ke aap shor karen ke zulm ho raha hai, zulm ho raha hai, zulm ho raha hai. aaj kal saaray musalman kya keh rahay hain ke fals</w:t>
      </w:r>
      <w:r>
        <w:br/>
      </w:r>
      <w:r>
        <w:rPr>
          <w:sz w:val="20"/>
        </w:rPr>
        <w:t>59:06  teen mein zulm ho raha hai? nahi, yeh kaho ke falasteen mein jang ko band karo kyun ke result nahi nikal raha. yeh bohat serious baat hai, yeh bohat serious baat hai.</w:t>
      </w:r>
      <w:r>
        <w:br/>
      </w:r>
      <w:r>
        <w:rPr>
          <w:sz w:val="20"/>
        </w:rPr>
        <w:t>59:17  yeh</w:t>
      </w:r>
      <w:r>
        <w:br/>
      </w:r>
      <w:r>
        <w:rPr>
          <w:sz w:val="20"/>
        </w:rPr>
        <w:t>59:22  mahatma gandhi ne aik bohat sanjeeda aadmi thay, mein bataoon ke hamaray leaderon se ziyada sanjeeda thay ke unhon ne tehreek chalai civil disobedience.</w:t>
      </w:r>
      <w:r>
        <w:br/>
      </w:r>
      <w:r>
        <w:rPr>
          <w:sz w:val="20"/>
        </w:rPr>
        <w:t>59:35  to un ke jo volunteers the barodoli mein, un ka jhadap ho gayi police se to unhon ne aag laga diya police station mein.</w:t>
      </w:r>
      <w:r>
        <w:br/>
      </w:r>
      <w:r>
        <w:rPr>
          <w:sz w:val="20"/>
        </w:rPr>
        <w:t>59:47  wahan bohat se police wale jal gae. isi waqt aelan kar diya mahatma gandhi ke band karo is is movement ko kyunke hum is ke liye competent nahi hain.</w:t>
      </w:r>
      <w:r>
        <w:br/>
      </w:r>
      <w:r>
        <w:rPr>
          <w:sz w:val="20"/>
        </w:rPr>
        <w:t>1:00:01  to hamare leader jo hain, jo duniya bhar mein jahan jahan larai chhide hue hain, sab log manenge ke is ka koi positive result nahi nikla.</w:t>
      </w:r>
      <w:r>
        <w:br/>
      </w:r>
      <w:r>
        <w:rPr>
          <w:sz w:val="20"/>
        </w:rPr>
        <w:t>1:00:13  to aap par aap kya kar rahe hain? complaint ke zulm kar rahe hain, zulm ho raha hai, zulm nahi ho raha. tum apne yeh mano ke hum ghalati par thay ke hum ne ek aisi larai chhed di jo jihad nahi thi.</w:t>
      </w:r>
      <w:r>
        <w:br/>
      </w:r>
      <w:r>
        <w:rPr>
          <w:sz w:val="20"/>
        </w:rPr>
        <w:t>1:00:27  woh toh band karo is ko, dead! har jagah talwaron ko tod dalo, banduqon ko samandar mein daal do, aur bomb ko zameen mein gaar do kyunke hum positive result nahi le sake.</w:t>
      </w:r>
      <w:r>
        <w:br/>
      </w:r>
      <w:r>
        <w:rPr>
          <w:sz w:val="20"/>
        </w:rPr>
        <w:t>1:00:42  to tamam fuqaha yeh mante hain ke qital hasan lizati hai to qital hai, warna hasan laghari hai to qital nahi hai.</w:t>
      </w:r>
      <w:r>
        <w:br/>
      </w:r>
      <w:r>
        <w:rPr>
          <w:sz w:val="20"/>
        </w:rPr>
        <w:t>1:00:53  yani maqsad jo maqsad hai, woh hasil ho tab qital hai,</w:t>
      </w:r>
      <w:r>
        <w:br/>
      </w:r>
      <w:r>
        <w:rPr>
          <w:sz w:val="20"/>
        </w:rPr>
        <w:t>1:00:57  nahi toh qital hi nahi hai. woh toh kahan maqsad hasil ho raha hai? is ki wajah kya hai? is ki wajah yeh hai ke yeh daur jo hai, yeh peaceful activism ka daur hai.</w:t>
      </w:r>
      <w:r>
        <w:br/>
      </w:r>
      <w:r>
        <w:rPr>
          <w:sz w:val="20"/>
        </w:rPr>
        <w:t>1:01:09  violent activism ka daur hi khatam ho gaya.</w:t>
      </w:r>
      <w:r>
        <w:br/>
      </w:r>
      <w:r>
        <w:rPr>
          <w:sz w:val="20"/>
        </w:rPr>
        <w:t>1:01:15  ab jo taraqqiyat duniya mein hui hain, freedom, democracy, aur secularism, un sab ke nateejay mein naya daur jo hai, peaceful activism ka daur ban gaya hai.</w:t>
      </w:r>
      <w:r>
        <w:br/>
      </w:r>
      <w:r>
        <w:rPr>
          <w:sz w:val="20"/>
        </w:rPr>
        <w:t>1:01:28  ab violent violent activism ka daur hi khatam. to is zamane ki is awaz ko samjhiye. hadith mein aata hai ke momin ke bare mein ke in yakoon baseeran bizamani momin woh hai jo apni zamani ko pehchane.</w:t>
      </w:r>
      <w:r>
        <w:br/>
      </w:r>
      <w:r>
        <w:rPr>
          <w:sz w:val="20"/>
        </w:rPr>
        <w:t>1:01:46  to saboot dijiye apni apne momin hone ka ke aap zamani ki pehchaniye ke yeh yeh zamana peaceful activism ka hai, violent activism ka zamana hi nahi hai.</w:t>
      </w:r>
      <w:r>
        <w:br/>
      </w:r>
      <w:r>
        <w:rPr>
          <w:sz w:val="20"/>
        </w:rPr>
        <w:t>1:02:00  to yeh sab jo ho raha hai, is ka quran hadith se koi talluq nahi hai. yeh logon ki apni khud sakhta karrawaiyan hain.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