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151 questions · category Quran &amp; Tafsir · full transcripts with timestamps · exported 2026-09-21</w:t>
      </w:r>
    </w:p>
    <w:p>
      <w:pPr>
        <w:pStyle w:val="Heading2"/>
      </w:pPr>
      <w:r>
        <w:t>Advice about an Egyptian who quotes enmity verse</w:t>
      </w:r>
    </w:p>
    <w:p>
      <w:r>
        <w:rPr>
          <w:color w:val="666666"/>
          <w:sz w:val="18"/>
        </w:rPr>
        <w:t>Quran &amp; Tafsir · Dars-e-Quran, Chapter 2, Verse 79 June 24, 2018 · 1m 12s · at 55:08 · https://youtu.be/7OeNcHSoPp0?t=3308</w:t>
      </w:r>
    </w:p>
    <w:p>
      <w:r>
        <w:rPr>
          <w:i/>
        </w:rPr>
        <w:t>“Moulana, an Egyptian is influenced by your books but also hates Jews. When I said something more to him, he started quoting a Quranic verse—the verse of enmity. What would be your advice?”</w:t>
      </w:r>
    </w:p>
    <w:p>
      <w:r>
        <w:rPr>
          <w:sz w:val="20"/>
        </w:rPr>
        <w:t>55:08  maulana, in ka ek aur sawal hai. unhone likha hai: "maulana, ek misri aap ki kitabon se mutasir hai magar yahood se nafrat bhi karta hai.</w:t>
      </w:r>
      <w:r>
        <w:br/>
      </w:r>
      <w:r>
        <w:rPr>
          <w:sz w:val="20"/>
        </w:rPr>
        <w:t>55:21  jab maine us se kuch aur baat kahi toh quran ki ayat pesh karne laga. adawat ki ayat. us par aap ka advice kya hoga?" advice yeh hai ke aap yeh sochein</w:t>
      </w:r>
    </w:p>
    <w:p>
      <w:pPr>
        <w:pStyle w:val="Heading2"/>
      </w:pPr>
      <w:r>
        <w:t>Apparent and inner meaning of Quranic verses</w:t>
      </w:r>
    </w:p>
    <w:p>
      <w:r>
        <w:rPr>
          <w:color w:val="666666"/>
          <w:sz w:val="18"/>
        </w:rPr>
        <w:t>Quran &amp; Tafsir · Realisation of God January 19, 2014 · 1m 33s · at 56:34 · https://youtu.be/uIn3AfDkk6Y?t=3394</w:t>
      </w:r>
    </w:p>
    <w:p>
      <w:r>
        <w:rPr>
          <w:i/>
        </w:rPr>
        <w:t>“A Quranic verse has an apparent meaning and an inner meaning. Please explain this, because a sect called Batinites has emerged in Islam.”</w:t>
      </w:r>
    </w:p>
    <w:p>
      <w:r>
        <w:rPr>
          <w:sz w:val="20"/>
        </w:rPr>
        <w:t>56:34  Maulana, agla sawal lene se pehle aik comment parhna chahenge jo Miss Toti Malhotra ne Delhi se likha hai.</w:t>
      </w:r>
      <w:r>
        <w:br/>
      </w:r>
      <w:r>
        <w:rPr>
          <w:sz w:val="20"/>
        </w:rPr>
        <w:t>56:42  unhon ne likha hai: "Maulana, thank you for showing the right path and making all of us realize the missing link between God and us." Maulana, agla sawal Delhi se hai Jameel Akhtar Khan sahab ka.</w:t>
      </w:r>
      <w:r>
        <w:br/>
      </w:r>
      <w:r>
        <w:rPr>
          <w:sz w:val="20"/>
        </w:rPr>
        <w:t>56:56  unhon ne likha hai: "Quran ki ayat ka aik zahir hai, aik batin hai. is ki wazahat karen kyunke Islam mein aik firqa paida hua, batini batiniyat.</w:t>
      </w:r>
      <w:r>
        <w:br/>
      </w:r>
      <w:r>
        <w:rPr>
          <w:sz w:val="20"/>
        </w:rPr>
        <w:t>57:09  aaj bhi is ayat ki ajeeb o ghareeb taweel ki jati hai." daikhiye, isi ayat ki baat nahi hai. har cheez ki ajeeb o ghareeb taweel hua karti hai.</w:t>
      </w:r>
      <w:r>
        <w:br/>
      </w:r>
      <w:r>
        <w:rPr>
          <w:sz w:val="20"/>
        </w:rPr>
        <w:t>57:21  sooraj ki ajeeb o ghareeb taweel thi ke sooraj jo hai, Khuda hai. to insan ko Allah ne azadi di hai, us ki azadi ko aap chheen nahi sakte. to ajeeb o ghareeb taweel ko bhi chheen nahi sakte aap.</w:t>
      </w:r>
      <w:r>
        <w:br/>
      </w:r>
      <w:r>
        <w:rPr>
          <w:sz w:val="20"/>
        </w:rPr>
        <w:t>57:32  woh to karta rahega har cheez ki ajeeb o ghareeb taweel. kya karenge aap?</w:t>
      </w:r>
      <w:r>
        <w:br/>
      </w:r>
      <w:r>
        <w:rPr>
          <w:sz w:val="20"/>
        </w:rPr>
        <w:t>57:39  ajeeb o ghareeb taweel aik aisi cheez hai jo insan ke apni azadi ko misuse karne ki bina par hoti hai. yeh kisi lafz se mutaliq nahi hai.</w:t>
      </w:r>
      <w:r>
        <w:br/>
      </w:r>
      <w:r>
        <w:rPr>
          <w:sz w:val="20"/>
        </w:rPr>
        <w:t>57:48  woh aur jahan tak is ka talluq hai, is pe bar bar mein risale mein likh chuka hoon. is par yeh yeh jo hadith hai: "lekin ayat muna zahir o batin" to yeh bar bar likh chuka hoon.</w:t>
      </w:r>
      <w:r>
        <w:br/>
      </w:r>
      <w:r>
        <w:rPr>
          <w:sz w:val="20"/>
        </w:rPr>
        <w:t>58:00  yahan bhi bar bar lecture mein yeh baat aa chuki hai. aap is ko parh lijeye.</w:t>
      </w:r>
    </w:p>
    <w:p>
      <w:pPr>
        <w:pStyle w:val="Heading2"/>
      </w:pPr>
      <w:r>
        <w:t>Applying Quran in daily high-pressure job</w:t>
      </w:r>
    </w:p>
    <w:p>
      <w:r>
        <w:rPr>
          <w:color w:val="666666"/>
          <w:sz w:val="18"/>
        </w:rPr>
        <w:t>Quran &amp; Tafsir · Message of the Quran August 20, 2017 · 1m 30s · at 18:12 · https://youtu.be/BrbrZxP37pk?t=1092</w:t>
      </w:r>
    </w:p>
    <w:p>
      <w:r>
        <w:rPr>
          <w:i/>
        </w:rPr>
        <w:t>“How to apply the Quran in my daily life as I have a high-pressure job in Lucknow? Kindly advise me.”</w:t>
      </w:r>
    </w:p>
    <w:p>
      <w:r>
        <w:rPr>
          <w:sz w:val="20"/>
        </w:rPr>
        <w:t>18:12  Maulana, pehla sawal bheja hai Lucknow se Shehzad sahib ne.</w:t>
      </w:r>
      <w:r>
        <w:br/>
      </w:r>
      <w:r>
        <w:rPr>
          <w:sz w:val="20"/>
        </w:rPr>
        <w:t>18:21  unhon ne likha hai: "Maulana sahib, my question is how to apply Quran in my daily life as I have a high pressure job in Lucknow?</w:t>
      </w:r>
      <w:r>
        <w:br/>
      </w:r>
      <w:r>
        <w:rPr>
          <w:sz w:val="20"/>
        </w:rPr>
        <w:t>18:34  Kindly advise me." dekhen, Quran yaani Allah ke deen ko apnana, yeh bohat hi aasan hai,</w:t>
      </w:r>
      <w:r>
        <w:br/>
      </w:r>
      <w:r>
        <w:rPr>
          <w:sz w:val="20"/>
        </w:rPr>
        <w:t>18:48  kyun ke aap jahan bhi hain, aap Allah ko yaad kijiye. jahan bhi hain, aap apne aap ke sath khaliq, khaliq, malik jo hai, hamara shamil kar lijiye.</w:t>
      </w:r>
      <w:r>
        <w:br/>
      </w:r>
      <w:r>
        <w:rPr>
          <w:sz w:val="20"/>
        </w:rPr>
        <w:t>19:02  bas ho gaya. aap ko kisi alag se koi kuch karna nahi hai. dil mein rakhna hai ke ke main kis ne mujhe paida kiya hai,</w:t>
      </w:r>
      <w:r>
        <w:br/>
      </w:r>
      <w:r>
        <w:rPr>
          <w:sz w:val="20"/>
        </w:rPr>
        <w:t>19:16  kaun mujhe sari cheezen de raha hai, kaise main zinda hoon, kaise suraj ki roshni mujhe milti hai, kaise oxygen mujhe milti hai, kaise food mujhe milta hai.</w:t>
      </w:r>
      <w:r>
        <w:br/>
      </w:r>
      <w:r>
        <w:rPr>
          <w:sz w:val="20"/>
        </w:rPr>
        <w:t>19:29  in sab baaton ko aap sochte rahen, yaad karte rahen, aur apna mind is ke mutabiq banate rahen. bas yahi hai, is se zyada kuch nahi hai.</w:t>
      </w:r>
    </w:p>
    <w:p>
      <w:pPr>
        <w:pStyle w:val="Heading2"/>
      </w:pPr>
      <w:r>
        <w:t>Applying the verse of gathering before Allah</w:t>
      </w:r>
    </w:p>
    <w:p>
      <w:r>
        <w:rPr>
          <w:color w:val="666666"/>
          <w:sz w:val="18"/>
        </w:rPr>
        <w:t>Quran &amp; Tafsir · Islam in A New Age March 18, 2012 · 1m 48s · at 57:52 · https://youtu.be/P5hzq_NheY0?t=3472</w:t>
      </w:r>
    </w:p>
    <w:p>
      <w:r>
        <w:rPr>
          <w:i/>
        </w:rPr>
        <w:t>“The Quranic verse whose translation is "Know for sure that you will all be gathered before Allah", how can we bring this verse into our practical life?”</w:t>
      </w:r>
    </w:p>
    <w:p>
      <w:r>
        <w:rPr>
          <w:sz w:val="20"/>
        </w:rPr>
        <w:t>57:52  maulana, yeh sawal aaya hai gulbarga se mr sardar khan sahib ka. unhon ne likha hai ke quran ki ayat jis ka tarjuma yeh hai ke "khoob yaqeen jano ke tum sab log allah ke paas jama hone wale hain",</w:t>
      </w:r>
      <w:r>
        <w:br/>
      </w:r>
      <w:r>
        <w:rPr>
          <w:sz w:val="20"/>
        </w:rPr>
        <w:t>58:11  is ayat ko kis tarah apni amli zindagi mein hum layen?</w:t>
      </w:r>
      <w:r>
        <w:br/>
      </w:r>
      <w:r>
        <w:rPr>
          <w:sz w:val="20"/>
        </w:rPr>
        <w:t>58:17  bas sochiye, main to roz sochta hoon.</w:t>
      </w:r>
      <w:r>
        <w:br/>
      </w:r>
      <w:r>
        <w:rPr>
          <w:sz w:val="20"/>
        </w:rPr>
        <w:t>58:21  sochne se aadmi, yaani</w:t>
      </w:r>
      <w:r>
        <w:br/>
      </w:r>
      <w:r>
        <w:rPr>
          <w:sz w:val="20"/>
        </w:rPr>
        <w:t>58:27  unesco ka ek hai victim violence begins from mind ke tashaddud zehan se shuru hota hai.</w:t>
      </w:r>
      <w:r>
        <w:br/>
      </w:r>
      <w:r>
        <w:rPr>
          <w:sz w:val="20"/>
        </w:rPr>
        <w:t>58:38  to main kahoon ke har cheez zehan se shuru hoti hai. jo kuch aap chahte hain, usi ke liye sochen.</w:t>
      </w:r>
      <w:r>
        <w:br/>
      </w:r>
      <w:r>
        <w:rPr>
          <w:sz w:val="20"/>
        </w:rPr>
        <w:t>58:48  main to roz sochta hoon.</w:t>
      </w:r>
      <w:r>
        <w:br/>
      </w:r>
      <w:r>
        <w:rPr>
          <w:sz w:val="20"/>
        </w:rPr>
        <w:t>58:52  yaani abhi raat ko jab main bistar par gaya to sochne laga ke dekho, mere baap mar gaye, meri maan mar gayi, mere chacha mar gaye, mere bhai mar gaye, mere parosi mar gaye.</w:t>
      </w:r>
      <w:r>
        <w:br/>
      </w:r>
      <w:r>
        <w:rPr>
          <w:sz w:val="20"/>
        </w:rPr>
        <w:t>59:04  ek ek naam le le kar ke. to mujhe bhi marna hai. mujhe bhi allah ke samne hazir hona hai. log sochte nahin, asal baat yeh hai ke</w:t>
      </w:r>
      <w:r>
        <w:br/>
      </w:r>
      <w:r>
        <w:rPr>
          <w:sz w:val="20"/>
        </w:rPr>
        <w:t>59:14  koi purasrar method nahi hai is ka. purasrar method kuch bhi nahi hai. bas sochiye ke ab mujhe marna hai aur marne ke baad Allah ke samne hazir hona hai.</w:t>
      </w:r>
      <w:r>
        <w:br/>
      </w:r>
      <w:r>
        <w:rPr>
          <w:sz w:val="20"/>
        </w:rPr>
        <w:t>59:29  bas yahi ek master formula hai, koi doosra formula nahi, koi technique is ki nahi hai, koi</w:t>
      </w:r>
      <w:r>
        <w:br/>
      </w:r>
      <w:r>
        <w:rPr>
          <w:sz w:val="20"/>
        </w:rPr>
        <w:t>59:37  hargiz nahi hai.</w:t>
      </w:r>
    </w:p>
    <w:p>
      <w:pPr>
        <w:pStyle w:val="Heading2"/>
      </w:pPr>
      <w:r>
        <w:t>Asteroid as Example of Stone Rain?</w:t>
      </w:r>
    </w:p>
    <w:p>
      <w:r>
        <w:rPr>
          <w:color w:val="666666"/>
          <w:sz w:val="18"/>
        </w:rPr>
        <w:t>Quran &amp; Tafsir · Hadith-e-Jibril, April 21, 2013 · 1m 31s · at 1:38:12 · https://youtu.be/0rF6Ou0pDog?t=5892</w:t>
      </w:r>
    </w:p>
    <w:p>
      <w:r>
        <w:rPr>
          <w:i/>
        </w:rPr>
        <w:t>“In Surah Al-Hijr, verses 72-77, there is mention of a rain of stones. Can the recent asteroid falling in Russia be an example of that?”</w:t>
      </w:r>
    </w:p>
    <w:p>
      <w:r>
        <w:rPr>
          <w:sz w:val="20"/>
        </w:rPr>
        <w:t>1:38:12  I thank God for giving you to us all. jazakumullah. maulana, agla sawal dilli se hai naseem akhtar sahib</w:t>
      </w:r>
      <w:r>
        <w:br/>
      </w:r>
      <w:r>
        <w:rPr>
          <w:sz w:val="20"/>
        </w:rPr>
        <w:t>1:38:22  ka. unhon ne likha hai quran ke al hijr chapter fifteen verse number seventy two to seventy seven mein yeh zikr hai ke pathar mein pathar ki barish ki nishani ke bare mein hai.</w:t>
      </w:r>
      <w:r>
        <w:br/>
      </w:r>
      <w:r>
        <w:rPr>
          <w:sz w:val="20"/>
        </w:rPr>
        <w:t>1:38:37  kya maulana russia mein recently asteroid ka girna is ka example ho sakta hai? nahi, nahi, woh pathar ki barish kisi mazi ke waqeye ke liye wahan aap jazba karein to yeh galat hai, bilkul galat hai.</w:t>
      </w:r>
      <w:r>
        <w:br/>
      </w:r>
      <w:r>
        <w:rPr>
          <w:sz w:val="20"/>
        </w:rPr>
        <w:t>1:38:53  hargiz nahin, woh jo pathar ki barish hai woh pehle zamane mein khud rasool ke inkar ki buniyad par woh hua tha waqia.</w:t>
      </w:r>
      <w:r>
        <w:br/>
      </w:r>
      <w:r>
        <w:rPr>
          <w:sz w:val="20"/>
        </w:rPr>
        <w:t>1:39:03  aaj ka is se koi talluq nahin. yeh bohat mein is ko yani bohat hi gunah ki baat samajhta hoon ke is ayat ko le kar koi kahe ke dekho roos mein pathar ki barish hui.</w:t>
      </w:r>
      <w:r>
        <w:br/>
      </w:r>
      <w:r>
        <w:rPr>
          <w:sz w:val="20"/>
        </w:rPr>
        <w:t>1:39:15  mein is ko bilkul galat samajhta hoon.</w:t>
      </w:r>
      <w:r>
        <w:br/>
      </w:r>
      <w:r>
        <w:rPr>
          <w:sz w:val="20"/>
        </w:rPr>
        <w:t>1:39:19  aik natural jo roos mein hua woh aik natural phenomena tha. aur jo quran jis ka zikr hai woh Allah ki taraf se tanbih utri thi rasool ke inkar par.</w:t>
      </w:r>
      <w:r>
        <w:br/>
      </w:r>
      <w:r>
        <w:rPr>
          <w:sz w:val="20"/>
        </w:rPr>
        <w:t>1:39:30  donon ke natural alag hain, donon waqiat ke natural alag alag hain. kabhi bhi yeh ghalti na kijiye, musalman bohat ghalti karte hain. mein is ko gunah samajhta hoon.</w:t>
      </w:r>
    </w:p>
    <w:p>
      <w:pPr>
        <w:pStyle w:val="Heading2"/>
      </w:pPr>
      <w:r>
        <w:t>Authenticity of Different Qira'at</w:t>
      </w:r>
    </w:p>
    <w:p>
      <w:r>
        <w:rPr>
          <w:color w:val="666666"/>
          <w:sz w:val="18"/>
        </w:rPr>
        <w:t>Quran &amp; Tafsir · God Particle July 8, 2012 · 1m 25s · at 1:23:08 · https://youtu.be/30Ulu10c2nA?t=4988</w:t>
      </w:r>
    </w:p>
    <w:p>
      <w:r>
        <w:rPr>
          <w:i/>
        </w:rPr>
        <w:t>“Was the use of Qira'at to recite the Quran prevalent at the time of the Prophet? I understand that there are more than one Qira'at. Which of them is authentic?”</w:t>
      </w:r>
    </w:p>
    <w:p>
      <w:r>
        <w:rPr>
          <w:sz w:val="20"/>
        </w:rPr>
        <w:t>1:23:08  thik hai sir? maulana, agla sawal rae pur se hai idrees sahab ka. unhon ne likha hai: "What was the use of qira'at to recite Quran prevalent at the time of the prophet." i understand that there are more than one qira'at's.</w:t>
      </w:r>
      <w:r>
        <w:br/>
      </w:r>
      <w:r>
        <w:rPr>
          <w:sz w:val="20"/>
        </w:rPr>
        <w:t>1:23:25  which of them is authentic? nahin nahin, yeh bohat bari ghalat fehmi hai. dekhiye, yeh jo ikhtilaf qirat wali baat hai, is mein bohat bari ghalat fehmi logon ko hai.</w:t>
      </w:r>
      <w:r>
        <w:br/>
      </w:r>
      <w:r>
        <w:rPr>
          <w:sz w:val="20"/>
        </w:rPr>
        <w:t>1:23:39  yeh is se murad hai lehja. lehja quran hadith mein aata hai ke quran saat lehjon par, saat qirat par utra.</w:t>
      </w:r>
      <w:r>
        <w:br/>
      </w:r>
      <w:r>
        <w:rPr>
          <w:sz w:val="20"/>
        </w:rPr>
        <w:t>1:23:51  to woh saat qirat mein sa</w:t>
      </w:r>
      <w:r>
        <w:br/>
      </w:r>
      <w:r>
        <w:rPr>
          <w:sz w:val="20"/>
        </w:rPr>
        <w:t>1:23:53  at lehja, har har aik ka lehja hota hai. hamari urdu bhi dekhiye, aap dakan mein jaiye, aur lehja hai. bengal mein jaiye, doosra lehja hai. bombay mein jaiye, doosra lehja hai.</w:t>
      </w:r>
      <w:r>
        <w:br/>
      </w:r>
      <w:r>
        <w:rPr>
          <w:sz w:val="20"/>
        </w:rPr>
        <w:t>1:24:01  in delhi mein doosra lehja hai. lucknow mein bhi doosra lehja hai. angrezi zaban bhi har mulk mein alag alag lehje mein boli jati hai. to is se murad hai lehja, jis tarah har zaban mein lehje ka farq hota hai.</w:t>
      </w:r>
      <w:r>
        <w:br/>
      </w:r>
      <w:r>
        <w:rPr>
          <w:sz w:val="20"/>
        </w:rPr>
        <w:t>1:24:13  arabi mein bhi farq hai. ab bas is se aage kuch bhi nahin. ek saada hai, ek fitri baat hai. is ko ek khwamkhwah tamasha bana rakha hai, aur is ke mahireen paida hote hain.</w:t>
      </w:r>
      <w:r>
        <w:br/>
      </w:r>
      <w:r>
        <w:rPr>
          <w:sz w:val="20"/>
        </w:rPr>
        <w:t>1:24:24  is ke mahireen paida hote hain, woh kuch nahin. woh saada haqeeqat hai ke jis geography mein aadmi paida hota hai, us ke lehaz se is ka lehja banta hai.</w:t>
      </w:r>
    </w:p>
    <w:p>
      <w:pPr>
        <w:pStyle w:val="Heading2"/>
      </w:pPr>
      <w:r>
        <w:t>Best way to understand the Quran</w:t>
      </w:r>
    </w:p>
    <w:p>
      <w:r>
        <w:rPr>
          <w:color w:val="666666"/>
          <w:sz w:val="18"/>
        </w:rPr>
        <w:t>Quran &amp; Tafsir · Collective Repentance I Feb 24, 2013 Maulana Wahiduddin Khan · 53s · at 1:20:49 · https://youtu.be/lkkolxAL38c?t=4849</w:t>
      </w:r>
    </w:p>
    <w:p>
      <w:r>
        <w:rPr>
          <w:i/>
        </w:rPr>
        <w:t>“Sometimes we do not understand the Quran and its background. Kindly guide us what is the best possible way to understand Quran so that we can benefit from it to the fullest.”</w:t>
      </w:r>
    </w:p>
    <w:p>
      <w:r>
        <w:rPr>
          <w:sz w:val="20"/>
        </w:rPr>
        <w:t>1:20:49  Maulana, agla sawal Kashmir se hai Aamir Jan Mori sahib ka. Unhon ne likha hai: "Sometimes we do not understand the Quran and its background.</w:t>
      </w:r>
      <w:r>
        <w:br/>
      </w:r>
      <w:r>
        <w:rPr>
          <w:sz w:val="20"/>
        </w:rPr>
        <w:t>1:21:00  Kindly guide us what is the best possible way to understand Quran so that we can benefit from it to the fullest."</w:t>
      </w:r>
      <w:r>
        <w:br/>
      </w:r>
      <w:r>
        <w:rPr>
          <w:sz w:val="20"/>
        </w:rPr>
        <w:t>1:21:09  Bhai, aap is ko tafaseer parhiye, ghor kijiye, literature Islam ko parhiye aur is ko koi tareeqa hi nahi. Bhai, jahan aap atakte hain to wahan par aur mazeed aap tadabbur kijiye, tafaseer parhiye, nizami kitaben parhiye,</w:t>
      </w:r>
      <w:r>
        <w:br/>
      </w:r>
      <w:r>
        <w:rPr>
          <w:sz w:val="20"/>
        </w:rPr>
        <w:t>1:21:26  kis consult kijiye, mujh se aap ke album kijiye, jahan aap atken, aap ka zehn is ko mujh se cheez kijiye, kisi aur aalim se mil kar is ko discuss kijiye aur is ko shakk nahi.</w:t>
      </w:r>
    </w:p>
    <w:p>
      <w:pPr>
        <w:pStyle w:val="Heading2"/>
      </w:pPr>
      <w:r>
        <w:t>Brainstorming concept in Islam</w:t>
      </w:r>
    </w:p>
    <w:p>
      <w:r>
        <w:rPr>
          <w:color w:val="666666"/>
          <w:sz w:val="18"/>
        </w:rPr>
        <w:t>Quran &amp; Tafsir · The Process of Personality Development June 30, 2013 · 1m 58s · at 50:56 · https://youtu.be/CSSFRydcJlo?t=3056</w:t>
      </w:r>
    </w:p>
    <w:p>
      <w:r>
        <w:rPr>
          <w:i/>
        </w:rPr>
        <w:t>“What is the word for brainstorming in Islam?”</w:t>
      </w:r>
    </w:p>
    <w:p>
      <w:r>
        <w:rPr>
          <w:sz w:val="20"/>
        </w:rPr>
        <w:t>50:56  li hai. amli aitbar se is ke nuqsanat hain, is liye rasool Allah sal Allah alayhi wasallam ne aisa farmaya. Maulana, agla sawal hai naghma siddiqui ka, dehli se.</w:t>
      </w:r>
      <w:r>
        <w:br/>
      </w:r>
      <w:r>
        <w:rPr>
          <w:sz w:val="20"/>
        </w:rPr>
        <w:t>51:07  unhon ne poocha hai: "what is word for brainstorming in Islam?" ab dekhiye, quran mein aap parhiye, quran mein ayat hai ke inna al momineen allazeena iza zukir allahu wajilat quloobuhum</w:t>
      </w:r>
      <w:r>
        <w:br/>
      </w:r>
      <w:r>
        <w:rPr>
          <w:sz w:val="20"/>
        </w:rPr>
        <w:t>51:26  is ka tarjuma yeh hai ke momin to woh hai ke jab Allah ka zikr kiya jaye to us ke dil dehal uthein, wajilat quloob, pani ka dil dehal uthe.</w:t>
      </w:r>
      <w:r>
        <w:br/>
      </w:r>
      <w:r>
        <w:rPr>
          <w:sz w:val="20"/>
        </w:rPr>
        <w:t>51:40  yahi to hai brainstorming.</w:t>
      </w:r>
      <w:r>
        <w:br/>
      </w:r>
      <w:r>
        <w:rPr>
          <w:sz w:val="20"/>
        </w:rPr>
        <w:t>51:46  is ka lafzi tarjuma hai ke dil dahal uthein. in al momin allazina iza zukir allahu wajilat qulubuh</w:t>
      </w:r>
      <w:r>
        <w:br/>
      </w:r>
      <w:r>
        <w:rPr>
          <w:sz w:val="20"/>
        </w:rPr>
        <w:t>51:54  ke momin woh hain ke jab un ke samne allah ka zikr kiya jaye to un ke dil dahal uthein. isi ko aaj kal ki zaban mein kaha jata hai brain storming, kyunke allah ka zikr kamane yeh nahi ke sirf alf lam hai ka zikr kiya gaya.</w:t>
      </w:r>
      <w:r>
        <w:br/>
      </w:r>
      <w:r>
        <w:rPr>
          <w:sz w:val="20"/>
        </w:rPr>
        <w:t>52:13  allah ka jab aya to momin ko kya hota hai? momin ko to admi tasawwur aa jata hai ke kaisa azeem hai woh khuda, jo itni bari kainat ko takhleeq kiya</w:t>
      </w:r>
      <w:r>
        <w:br/>
      </w:r>
      <w:r>
        <w:rPr>
          <w:sz w:val="20"/>
        </w:rPr>
        <w:t>52:24  , ke itna azeem hai khuda, jis ne itni bari kainat ko sambhale hue hain. kitna zyada bara, yani mein depend karta hoon allah ki blessing par.</w:t>
      </w:r>
      <w:r>
        <w:br/>
      </w:r>
      <w:r>
        <w:rPr>
          <w:sz w:val="20"/>
        </w:rPr>
        <w:t>52:37  isi se, yani isi ki blessing hogi to dunya mein bhi, yeh kamyabi hogi. isi ki blessing hogi to akhirat mein bhi, jannat mein bhi. yeh sari cheezein yaad jab ati hain is ko to to wohi hota hai ke dil dahal uthta hai,</w:t>
      </w:r>
      <w:r>
        <w:br/>
      </w:r>
      <w:r>
        <w:rPr>
          <w:sz w:val="20"/>
        </w:rPr>
        <w:t>52:52  yani brain storming ati hai.</w:t>
      </w:r>
    </w:p>
    <w:p>
      <w:pPr>
        <w:pStyle w:val="Heading2"/>
      </w:pPr>
      <w:r>
        <w:t>Can a common person get Quranic guidance like a scholar?</w:t>
      </w:r>
    </w:p>
    <w:p>
      <w:r>
        <w:rPr>
          <w:color w:val="666666"/>
          <w:sz w:val="18"/>
        </w:rPr>
        <w:t>Quran &amp; Tafsir · Deeper Meaning of Quran 17 05 2015 · 1m 25s · at 56:28 · https://youtu.be/_Cj6gds7nWI?t=3388</w:t>
      </w:r>
    </w:p>
    <w:p>
      <w:r>
        <w:rPr>
          <w:i/>
        </w:rPr>
        <w:t>“Can a common person also get the same guidance from the Quran as a scholar? Please tell about it.”</w:t>
      </w:r>
    </w:p>
    <w:p>
      <w:r>
        <w:rPr>
          <w:sz w:val="20"/>
        </w:rPr>
        <w:t>56:28  maulana, agla sawal mehtab sahib ne poocha hai aap se dhampur se.</w:t>
      </w:r>
      <w:r>
        <w:br/>
      </w:r>
      <w:r>
        <w:rPr>
          <w:sz w:val="20"/>
        </w:rPr>
        <w:t>56:32  unhon ne likha hai ke maulana sahib, kya ek aam aadmi bhi quran se wahi guidance pa sakta</w:t>
      </w:r>
      <w:r>
        <w:br/>
      </w:r>
      <w:r>
        <w:rPr>
          <w:sz w:val="20"/>
        </w:rPr>
        <w:t>56:37  hai jaisa ke ek aalim? is ke bare mein bataen.</w:t>
      </w:r>
      <w:r>
        <w:br/>
      </w:r>
      <w:r>
        <w:rPr>
          <w:sz w:val="20"/>
        </w:rPr>
        <w:t>56:41  mein to samajhta hoon ke yaqeenan.</w:t>
      </w:r>
      <w:r>
        <w:br/>
      </w:r>
      <w:r>
        <w:rPr>
          <w:sz w:val="20"/>
        </w:rPr>
        <w:t>56:45  kyun ke sahaba jo the, woh aaj ke waqt tak koi aalim nahi tha.</w:t>
      </w:r>
      <w:r>
        <w:br/>
      </w:r>
      <w:r>
        <w:rPr>
          <w:sz w:val="20"/>
        </w:rPr>
        <w:t>56:50  koi kisi madarse ki sanad kisi ke paas nahi thi.</w:t>
      </w:r>
      <w:r>
        <w:br/>
      </w:r>
      <w:r>
        <w:rPr>
          <w:sz w:val="20"/>
        </w:rPr>
        <w:t>56:54  hata ke is zamane mein reading ka riwaj bhi nahi tha.</w:t>
      </w:r>
      <w:r>
        <w:br/>
      </w:r>
      <w:r>
        <w:rPr>
          <w:sz w:val="20"/>
        </w:rPr>
        <w:t>56:59  kitaben nahi hua karti theen is zamane mein.</w:t>
      </w:r>
      <w:r>
        <w:br/>
      </w:r>
      <w:r>
        <w:rPr>
          <w:sz w:val="20"/>
        </w:rPr>
        <w:t>57:03  printing press to bohat baad ko aaya hai.</w:t>
      </w:r>
      <w:r>
        <w:br/>
      </w:r>
      <w:r>
        <w:rPr>
          <w:sz w:val="20"/>
        </w:rPr>
        <w:t>57:08  aur tab kitaben chhapi hain.</w:t>
      </w:r>
      <w:r>
        <w:br/>
      </w:r>
      <w:r>
        <w:rPr>
          <w:sz w:val="20"/>
        </w:rPr>
        <w:t>57:12  to sahaba to sar to un ke zamane mein aaj kal ke tareeqe se koi bhi sahib aalim nahi tha.</w:t>
      </w:r>
      <w:r>
        <w:br/>
      </w:r>
      <w:r>
        <w:rPr>
          <w:sz w:val="20"/>
        </w:rPr>
        <w:t>57:17  lekin un ko quran ke mani woh samajhte the.</w:t>
      </w:r>
      <w:r>
        <w:br/>
      </w:r>
      <w:r>
        <w:rPr>
          <w:sz w:val="20"/>
        </w:rPr>
        <w:t>57:21  kyunke ghaur karte thay.</w:t>
      </w:r>
      <w:r>
        <w:br/>
      </w:r>
      <w:r>
        <w:rPr>
          <w:sz w:val="20"/>
        </w:rPr>
        <w:t>57:26  to dekhen, quran ke gehre mani ko janne ke liye.</w:t>
      </w:r>
      <w:r>
        <w:br/>
      </w:r>
      <w:r>
        <w:rPr>
          <w:sz w:val="20"/>
        </w:rPr>
        <w:t>57:30  yeh nahi ke woh aadmi sar daryafta ho. har giz nahi.</w:t>
      </w:r>
      <w:r>
        <w:br/>
      </w:r>
      <w:r>
        <w:rPr>
          <w:sz w:val="20"/>
        </w:rPr>
        <w:t>57:35  is ke andar soch ka maada ho.</w:t>
      </w:r>
      <w:r>
        <w:br/>
      </w:r>
      <w:r>
        <w:rPr>
          <w:sz w:val="20"/>
        </w:rPr>
        <w:t>57:39  Contemplation ka maada ho.</w:t>
      </w:r>
      <w:r>
        <w:br/>
      </w:r>
      <w:r>
        <w:rPr>
          <w:sz w:val="20"/>
        </w:rPr>
        <w:t>57:44  tadabbur ka maada ho.</w:t>
      </w:r>
      <w:r>
        <w:br/>
      </w:r>
      <w:r>
        <w:rPr>
          <w:sz w:val="20"/>
        </w:rPr>
        <w:t>57:48  jis ke andar tadabbur hoga, woh zaroor quran ke gehre mani tak pahunch jayega.</w:t>
      </w:r>
    </w:p>
    <w:p>
      <w:pPr>
        <w:pStyle w:val="Heading2"/>
      </w:pPr>
      <w:r>
        <w:t>Can a common person grasp Quranic guidance</w:t>
      </w:r>
    </w:p>
    <w:p>
      <w:r>
        <w:rPr>
          <w:color w:val="666666"/>
          <w:sz w:val="18"/>
        </w:rPr>
        <w:t>Quran &amp; Tafsir · Deeper Meaning of The Quran May 17, 2015 · 1m 26s · at 57:52 · https://youtu.be/CoTUNYxSRiI?t=3472</w:t>
      </w:r>
    </w:p>
    <w:p>
      <w:r>
        <w:rPr>
          <w:i/>
        </w:rPr>
        <w:t>“Maulana, can a common person also get the same guidance from the Quran as a scholar does?”</w:t>
      </w:r>
    </w:p>
    <w:p>
      <w:r>
        <w:rPr>
          <w:sz w:val="20"/>
        </w:rPr>
        <w:t>57:52  maulana, agla sawal mehtab sahib ne poocha hai aap se dhampur se.</w:t>
      </w:r>
      <w:r>
        <w:br/>
      </w:r>
      <w:r>
        <w:rPr>
          <w:sz w:val="20"/>
        </w:rPr>
        <w:t>57:57  unhon ne likha hai ke: "maulana sahib, kya ek aam aadmi bhi quran se wahi guidance pa sakta hai jaisa ke ek aalim hai?" is ke bare mein batayein.</w:t>
      </w:r>
      <w:r>
        <w:br/>
      </w:r>
      <w:r>
        <w:rPr>
          <w:sz w:val="20"/>
        </w:rPr>
        <w:t>58:11  main to samajhta hoon ke yaqeenan. kyunke sahaba jo the woh aaj ke ikhtiyar se koi baligh nahi tha. koi kisi madrasay ki sanad kisi ke paas nahi thi.</w:t>
      </w:r>
      <w:r>
        <w:br/>
      </w:r>
      <w:r>
        <w:rPr>
          <w:sz w:val="20"/>
        </w:rPr>
        <w:t>58:21  hata ke duaein reading ka riwaj bhi nahi tha. kitabein nahi hua karti thi is zamane mein.</w:t>
      </w:r>
      <w:r>
        <w:br/>
      </w:r>
      <w:r>
        <w:rPr>
          <w:sz w:val="20"/>
        </w:rPr>
        <w:t>58:26  printing press to bohat baad ko aaya hai. aur tab kitabein chhapi hain. to sahaba to sar phir se sar phir se to un ke zamane mein aaj kal ke tareeqay se koi bhi sahib aalim nahi tha.</w:t>
      </w:r>
      <w:r>
        <w:br/>
      </w:r>
      <w:r>
        <w:rPr>
          <w:sz w:val="20"/>
        </w:rPr>
        <w:t>58:45  lekin un ko mani quran ke mani woh samajhte the kyunke ghor karte the.</w:t>
      </w:r>
      <w:r>
        <w:br/>
      </w:r>
      <w:r>
        <w:rPr>
          <w:sz w:val="20"/>
        </w:rPr>
        <w:t>58:52  to dekhiye quran ke gehre mani ko janne ke liye yeh nahi ke woh aadmi sar yafta ho. hargiz nahi. is ke andar soch ka mada ho.</w:t>
      </w:r>
      <w:r>
        <w:br/>
      </w:r>
      <w:r>
        <w:rPr>
          <w:sz w:val="20"/>
        </w:rPr>
        <w:t>59:03  contemplation ka mada ho. tadabbur ka mada ho. jiske andar tadabbur hoga woh zaroor quran ke gehre mani tak pahunch jayega.</w:t>
      </w:r>
    </w:p>
    <w:p>
      <w:pPr>
        <w:pStyle w:val="Heading2"/>
      </w:pPr>
      <w:r>
        <w:t>Central message of the Holy Quran</w:t>
      </w:r>
    </w:p>
    <w:p>
      <w:r>
        <w:rPr>
          <w:color w:val="666666"/>
          <w:sz w:val="18"/>
        </w:rPr>
        <w:t>Quran &amp; Tafsir · Message of the Quran August 20, 2017 · 41s · at 24:10 · https://youtu.be/BrbrZxP37pk?t=1450</w:t>
      </w:r>
    </w:p>
    <w:p>
      <w:r>
        <w:rPr>
          <w:i/>
        </w:rPr>
        <w:t>“Maulana sahib, what is the central message according to you given by the Holy Quran?”</w:t>
      </w:r>
    </w:p>
    <w:p>
      <w:r>
        <w:rPr>
          <w:sz w:val="20"/>
        </w:rPr>
        <w:t>24:10  Maulana, agla sawal Ahmedabad se bheja hai Ashok Malik sahib ne. unhone aap se poocha hai: "Maulana sahib, what is the central message according to you given by the Holy Quran?" woh to main ne abhi bataya ke Quran ki jo Surah number teen hai,</w:t>
      </w:r>
      <w:r>
        <w:br/>
      </w:r>
      <w:r>
        <w:rPr>
          <w:sz w:val="20"/>
        </w:rPr>
        <w:t>24:34  Al Imran, is mein yeh ayat hai: "Kon rabbaniyin?" yani ae logon, rabbani bano, yani God oriented culture ko ikhtiyar karo.</w:t>
      </w:r>
    </w:p>
    <w:p>
      <w:pPr>
        <w:pStyle w:val="Heading2"/>
      </w:pPr>
      <w:r>
        <w:t>Conditions for qital in modern world</w:t>
      </w:r>
    </w:p>
    <w:p>
      <w:r>
        <w:rPr>
          <w:color w:val="666666"/>
          <w:sz w:val="18"/>
        </w:rPr>
        <w:t>Quran &amp; Tafsir · Peaceful Islamic Mission December 28, 2014 · 1m 38s · at 1:07:15 · https://youtu.be/aLacalXEtRA?t=4035</w:t>
      </w:r>
    </w:p>
    <w:p>
      <w:r>
        <w:rPr>
          <w:i/>
        </w:rPr>
        <w:t>“In today's world, are there any conditions in which qital (fighting) is applicable?”</w:t>
      </w:r>
    </w:p>
    <w:p>
      <w:r>
        <w:rPr>
          <w:sz w:val="20"/>
        </w:rPr>
        <w:t>1:07:15  maulana, agla sawal kya hai miss naghma siddiqui ne dilli se, aur unhon ne aap se poocha hai</w:t>
      </w:r>
      <w:r>
        <w:br/>
      </w:r>
      <w:r>
        <w:rPr>
          <w:sz w:val="20"/>
        </w:rPr>
        <w:t>1:07:21  کہ: "In today's world, are there any conditions in which qital is applicable?" ہرگز نہیں، ہرگز نہیں، بالکل</w:t>
      </w:r>
      <w:r>
        <w:br/>
      </w:r>
      <w:r>
        <w:rPr>
          <w:sz w:val="20"/>
        </w:rPr>
        <w:t>1:07:27  qital ka koi sawal hi nahi hai.</w:t>
      </w:r>
      <w:r>
        <w:br/>
      </w:r>
      <w:r>
        <w:rPr>
          <w:sz w:val="20"/>
        </w:rPr>
        <w:t>1:07:33  main aap ko aik aik baat arz karta hoon ke sare fuqaha jo hain, yeh mante hain ke</w:t>
      </w:r>
      <w:r>
        <w:br/>
      </w:r>
      <w:r>
        <w:rPr>
          <w:sz w:val="20"/>
        </w:rPr>
        <w:t>1:07:39  jang mein sirf muqattal ko mara jayega, ghair muqattal ko nahi mara jayega.</w:t>
      </w:r>
      <w:r>
        <w:br/>
      </w:r>
      <w:r>
        <w:rPr>
          <w:sz w:val="20"/>
        </w:rPr>
        <w:t>1:07:45  yani combatant ko mara jayega, non combatant ko nahi mara jayega.</w:t>
      </w:r>
      <w:r>
        <w:br/>
      </w:r>
      <w:r>
        <w:rPr>
          <w:sz w:val="20"/>
        </w:rPr>
        <w:t>1:07:51  yeh sare fuqaha kehte hain.</w:t>
      </w:r>
      <w:r>
        <w:br/>
      </w:r>
      <w:r>
        <w:rPr>
          <w:sz w:val="20"/>
        </w:rPr>
        <w:t>1:07:57  تو اس زمانے میں جب زمانہ آیا ہے جس کو کہتے ہیں weapons of mass destruction، اب تو</w:t>
      </w:r>
      <w:r>
        <w:br/>
      </w:r>
      <w:r>
        <w:rPr>
          <w:sz w:val="20"/>
        </w:rPr>
        <w:t>1:08:03  possible hi nahi raha.</w:t>
      </w:r>
      <w:r>
        <w:br/>
      </w:r>
      <w:r>
        <w:rPr>
          <w:sz w:val="20"/>
        </w:rPr>
        <w:t>1:08:09  آپ، یعنی مقاتل، غیر مقاتل یا combatant اور non-combatant میں فرق کریں، یہ تو possible ہی نہیں رہا۔</w:t>
      </w:r>
      <w:r>
        <w:br/>
      </w:r>
      <w:r>
        <w:rPr>
          <w:sz w:val="20"/>
        </w:rPr>
        <w:t>1:08:15  ab jab bhi bomb marenge to bohat se ghair muqattal mar jayenge.</w:t>
      </w:r>
      <w:r>
        <w:br/>
      </w:r>
      <w:r>
        <w:rPr>
          <w:sz w:val="20"/>
        </w:rPr>
        <w:t>1:08:21  تو اب تو جنگ، جنگ آپ بالکل میں سمجھتا ہوں کہ irrelevant ہو گئی۔ Irrelevant!</w:t>
      </w:r>
      <w:r>
        <w:br/>
      </w:r>
      <w:r>
        <w:rPr>
          <w:sz w:val="20"/>
        </w:rPr>
        <w:t>1:08:27  اب peace ہی کا ہمارا، ہمارے آپشن ایک ہی ہے، peace کا آپشن۔</w:t>
      </w:r>
      <w:r>
        <w:br/>
      </w:r>
      <w:r>
        <w:rPr>
          <w:sz w:val="20"/>
        </w:rPr>
        <w:t>1:08:32  war ka option hi nahi hai.</w:t>
      </w:r>
      <w:r>
        <w:br/>
      </w:r>
      <w:r>
        <w:rPr>
          <w:sz w:val="20"/>
        </w:rPr>
        <w:t>1:08:35  yani weapons of mass destruction ke wajood mein aane ke baad mein samajhta hoon ke war ka option</w:t>
      </w:r>
      <w:r>
        <w:br/>
      </w:r>
      <w:r>
        <w:rPr>
          <w:sz w:val="20"/>
        </w:rPr>
        <w:t>1:08:42  khatam ho chuka hai.</w:t>
      </w:r>
      <w:r>
        <w:br/>
      </w:r>
      <w:r>
        <w:rPr>
          <w:sz w:val="20"/>
        </w:rPr>
        <w:t>1:08:44  ab sirf peace ka option hai.</w:t>
      </w:r>
      <w:r>
        <w:br/>
      </w:r>
      <w:r>
        <w:rPr>
          <w:sz w:val="20"/>
        </w:rPr>
        <w:t>1:08:47  peaceful, peaceful tareeqe se kaam kijiye aur dua kijiye.</w:t>
      </w:r>
      <w:r>
        <w:br/>
      </w:r>
      <w:r>
        <w:rPr>
          <w:sz w:val="20"/>
        </w:rPr>
        <w:t>1:08:51  yahi option aap ke liye hai.</w:t>
      </w:r>
    </w:p>
    <w:p>
      <w:pPr>
        <w:pStyle w:val="Heading2"/>
      </w:pPr>
      <w:r>
        <w:t>Contradiction between Quran travel and Prophet's haste</w:t>
      </w:r>
    </w:p>
    <w:p>
      <w:r>
        <w:rPr>
          <w:color w:val="666666"/>
          <w:sz w:val="18"/>
        </w:rPr>
        <w:t>Quran &amp; Tafsir · Lessons from My Journey to Agra October 27, 2013 · 1m 22s · at 59:08 · https://youtu.be/Gg2N0h4ETH8?t=3548</w:t>
      </w:r>
    </w:p>
    <w:p>
      <w:r>
        <w:rPr>
          <w:i/>
        </w:rPr>
        <w:t>“I have a doubt: The Quran says 'Travel in the land' (faseero fil ardh), but in Seerah books, when the Prophet passed by the field of ruins, he told the companions to hurry because it is a place of Allah's punishment. Please explain this apparent contradiction.”</w:t>
      </w:r>
    </w:p>
    <w:p>
      <w:r>
        <w:rPr>
          <w:sz w:val="20"/>
        </w:rPr>
        <w:t>59:08  maulana, agla sawal raichur se hai, zaheeruddin sahib</w:t>
      </w:r>
      <w:r>
        <w:br/>
      </w:r>
      <w:r>
        <w:rPr>
          <w:sz w:val="20"/>
        </w:rPr>
        <w:t>59:12  ka. unhon ne likha hai: "maulana, bohat din se mujhe aik doubt hai ke quran mein to fasiru fil ard kaha gaya hai, magar seerat ki kitabon mein yeh baat milti hai ke jab rasool Allah apne sahaba ke sath asaar maidan se guzre to sahaba se kaha ke yahan se jaldi jaldi chalo, kyunke yeh Allah ke azaab ki jagah hai.</w:t>
      </w:r>
      <w:r>
        <w:br/>
      </w:r>
      <w:r>
        <w:rPr>
          <w:sz w:val="20"/>
        </w:rPr>
        <w:t>59:37  is ke baray mein bata</w:t>
      </w:r>
      <w:r>
        <w:br/>
      </w:r>
      <w:r>
        <w:rPr>
          <w:sz w:val="20"/>
        </w:rPr>
        <w:t>59:38  ain. ji, jaldi chalne se isay kya matlab hai? sust. tez chal jayen aur aur aur sust chalne ka nahin hai, sabaq lene ka hai.</w:t>
      </w:r>
      <w:r>
        <w:br/>
      </w:r>
      <w:r>
        <w:rPr>
          <w:sz w:val="20"/>
        </w:rPr>
        <w:t>59:51  woh to aik yaani woh to aik erelative baat hai. jaldi chalo ke mani yeh nahin ke sabaq na lo.</w:t>
      </w:r>
      <w:r>
        <w:br/>
      </w:r>
      <w:r>
        <w:rPr>
          <w:sz w:val="20"/>
        </w:rPr>
        <w:t>1:00:01  to chahe aap ab bhi hawai jahaz chalte hain to aur bhi tez chalte hain.</w:t>
      </w:r>
      <w:r>
        <w:br/>
      </w:r>
      <w:r>
        <w:rPr>
          <w:sz w:val="20"/>
        </w:rPr>
        <w:t>1:00:06  hawai jahaz se aap neechay dekhen to tezi urte hue dekhenge aap. to chahe oont par chal rahe hon, car se chal rahe hon, hawai se chal rahe hon, asal masla yeh nahin ke aap tez chal rahe hain ya sust chal rahe hain.</w:t>
      </w:r>
      <w:r>
        <w:br/>
      </w:r>
      <w:r>
        <w:rPr>
          <w:sz w:val="20"/>
        </w:rPr>
        <w:t>1:00:18  asal masla yeh hai ke aap sabaq le rahe hain ke nahin le rahe. sabaq le rahe hain to fahm al murad wahi asal matloob hai.</w:t>
      </w:r>
    </w:p>
    <w:p>
      <w:pPr>
        <w:pStyle w:val="Heading2"/>
      </w:pPr>
      <w:r>
        <w:t>Contradiction between reason and scholars' stance</w:t>
      </w:r>
    </w:p>
    <w:p>
      <w:r>
        <w:rPr>
          <w:color w:val="666666"/>
          <w:sz w:val="18"/>
        </w:rPr>
        <w:t>Quran &amp; Tafsir · Study of The Quran November 30, 2014 · 1m 46s · at 47:57 · https://youtu.be/x3fcJ2nlDow?t=2877</w:t>
      </w:r>
    </w:p>
    <w:p>
      <w:r>
        <w:rPr>
          <w:i/>
        </w:rPr>
        <w:t>“If reason is God's greatest gift and the Quran addresses reason, why do our scholars say that reason has no place in Islam, causing common Muslims to not dare to use their reason regarding the Quran?”</w:t>
      </w:r>
    </w:p>
    <w:p>
      <w:r>
        <w:rPr>
          <w:sz w:val="20"/>
        </w:rPr>
        <w:t>47:57  Maulana, agla sawal Dilli se hai Shahnawaz Zafar Sahab ka, aur unhon ne likha hai: "aql insaan ke liye Allah ki taraf se sab se qeemti tohfa hai,</w:t>
      </w:r>
      <w:r>
        <w:br/>
      </w:r>
      <w:r>
        <w:rPr>
          <w:sz w:val="20"/>
        </w:rPr>
        <w:t>48:10  aur Allah insaan ko aik aisi kitab de hi nahi sakta jo us ki aql ko address na kar sake ya us ki aql ke daire se bahar ki baat karta ho.</w:t>
      </w:r>
      <w:r>
        <w:br/>
      </w:r>
      <w:r>
        <w:rPr>
          <w:sz w:val="20"/>
        </w:rPr>
        <w:t>48:22  magar hamare ulama yeh kehte hain ke Islam mein aql ka koi dakhal nahi, aur yahi wajah hai ke aam musalman Quran ke muamle mein apni aql ka istemal karne ki jurrat nahi kar paate.</w:t>
      </w:r>
      <w:r>
        <w:br/>
      </w:r>
      <w:r>
        <w:rPr>
          <w:sz w:val="20"/>
        </w:rPr>
        <w:t>48:37  meharbani kar ke wazahat karen. bhai, is ka jawab to main ne de diya ke woh jo tafseer bil rai ke baray mein jo hadith hai, us ka ghalat interpretation.</w:t>
      </w:r>
      <w:r>
        <w:br/>
      </w:r>
      <w:r>
        <w:rPr>
          <w:sz w:val="20"/>
        </w:rPr>
        <w:t>48:54  yani tafseer bil rai mein mana kiya gaya tha ke bila tayari ke, baghair jaane boojhe, yun hi bas bol rahay hain, stage par kharay ho kar ke.</w:t>
      </w:r>
      <w:r>
        <w:br/>
      </w:r>
      <w:r>
        <w:rPr>
          <w:sz w:val="20"/>
        </w:rPr>
        <w:t>49:04  is se mana kiya gaya.</w:t>
      </w:r>
      <w:r>
        <w:br/>
      </w:r>
      <w:r>
        <w:rPr>
          <w:sz w:val="20"/>
        </w:rPr>
        <w:t>49:08  baqi jahan tak is baat ka hai ke tehqeeq karen aap, aap arabi zaban seekhen, dua karen, aur phir poori, yani Allah ke Allah ke samne apne ko responsible samajhte rahiye, us ke mafhoom tak pohnchne ki koshish karen.</w:t>
      </w:r>
      <w:r>
        <w:br/>
      </w:r>
      <w:r>
        <w:rPr>
          <w:sz w:val="20"/>
        </w:rPr>
        <w:t>49:29  yeh to bilkul aane matloob hai.</w:t>
      </w:r>
      <w:r>
        <w:br/>
      </w:r>
      <w:r>
        <w:rPr>
          <w:sz w:val="20"/>
        </w:rPr>
        <w:t>49:31  to is hadith ka main samajhta hoon ke ghalat matlab le kar ke yeh zehan bana hai.</w:t>
      </w:r>
    </w:p>
    <w:p>
      <w:pPr>
        <w:pStyle w:val="Heading2"/>
      </w:pPr>
      <w:r>
        <w:t>Creativity and ease of deen</w:t>
      </w:r>
    </w:p>
    <w:p>
      <w:r>
        <w:rPr>
          <w:color w:val="666666"/>
          <w:sz w:val="18"/>
        </w:rPr>
        <w:t>Quran &amp; Tafsir · Message of The Quran March 29, 2015 · 1m 37s · at 46:30 · https://youtu.be/u57TpiO8A7Y?t=2790</w:t>
      </w:r>
    </w:p>
    <w:p>
      <w:r>
        <w:rPr>
          <w:i/>
        </w:rPr>
        <w:t>“It is said that to become a creative man is a very very difficult task, then how does the Quran say that deen is easy and still wants to make a man creative?”</w:t>
      </w:r>
    </w:p>
    <w:p>
      <w:r>
        <w:rPr>
          <w:sz w:val="20"/>
        </w:rPr>
        <w:t>46:30  molana agla sawal dilli se kya hai molana farhad ahmad sahab ne aur unhon ne likha hai ke</w:t>
      </w:r>
      <w:r>
        <w:br/>
      </w:r>
      <w:r>
        <w:rPr>
          <w:sz w:val="20"/>
        </w:rPr>
        <w:t>46:38  it is said that to become a creative man is a very very difficult task</w:t>
      </w:r>
      <w:r>
        <w:br/>
      </w:r>
      <w:r>
        <w:rPr>
          <w:sz w:val="20"/>
        </w:rPr>
        <w:t>46:45  then how quran says that deen is easy and still wants to make a man creative</w:t>
      </w:r>
      <w:r>
        <w:br/>
      </w:r>
      <w:r>
        <w:rPr>
          <w:sz w:val="20"/>
        </w:rPr>
        <w:t>46:52  what is your comment on this</w:t>
      </w:r>
      <w:r>
        <w:br/>
      </w:r>
      <w:r>
        <w:rPr>
          <w:sz w:val="20"/>
        </w:rPr>
        <w:t>46:57  dekhiye quran mein hai woh hadith mein hai ke deen yusr</w:t>
      </w:r>
      <w:r>
        <w:br/>
      </w:r>
      <w:r>
        <w:rPr>
          <w:sz w:val="20"/>
        </w:rPr>
        <w:t>47:02  deen asan hai to asan kyun hai hadith mein yeh hai ke deen yusr</w:t>
      </w:r>
      <w:r>
        <w:br/>
      </w:r>
      <w:r>
        <w:rPr>
          <w:sz w:val="20"/>
        </w:rPr>
        <w:t>47:09  yeh kyun hai kyunke</w:t>
      </w:r>
      <w:r>
        <w:br/>
      </w:r>
      <w:r>
        <w:rPr>
          <w:sz w:val="20"/>
        </w:rPr>
        <w:t>47:13  quran mein yeh bhi bataya gaya hai ke yeh jo islam hai yeh deen fitrat hai fitrat</w:t>
      </w:r>
      <w:r>
        <w:br/>
      </w:r>
      <w:r>
        <w:rPr>
          <w:sz w:val="20"/>
        </w:rPr>
        <w:t>47:22  alnas alaiha to creative banne ke maane kya hain apne nature ko unfold karna to is se zyada</w:t>
      </w:r>
      <w:r>
        <w:br/>
      </w:r>
      <w:r>
        <w:rPr>
          <w:sz w:val="20"/>
        </w:rPr>
        <w:t>47:27  asan kya ho sakta hai</w:t>
      </w:r>
      <w:r>
        <w:br/>
      </w:r>
      <w:r>
        <w:rPr>
          <w:sz w:val="20"/>
        </w:rPr>
        <w:t>47:30  creative ko use export nahin karte aap balkeh apne andar jo khazana hai jo farmaya quran ne ke</w:t>
      </w:r>
      <w:r>
        <w:br/>
      </w:r>
      <w:r>
        <w:rPr>
          <w:sz w:val="20"/>
        </w:rPr>
        <w:t>47:40  Allah sab kuch Allah taala ne aap ke andar</w:t>
      </w:r>
      <w:r>
        <w:br/>
      </w:r>
      <w:r>
        <w:rPr>
          <w:sz w:val="20"/>
        </w:rPr>
        <w:t>47:45  ان کا مائنڈ میں رکھ دیا ہے اس کو conscious مائنڈ میں لانا یہ ہے creativity یہ تو</w:t>
      </w:r>
      <w:r>
        <w:br/>
      </w:r>
      <w:r>
        <w:rPr>
          <w:sz w:val="20"/>
        </w:rPr>
        <w:t>47:50  sab se asan kaam hai</w:t>
      </w:r>
      <w:r>
        <w:br/>
      </w:r>
      <w:r>
        <w:rPr>
          <w:sz w:val="20"/>
        </w:rPr>
        <w:t>47:53  is mein sirf ek hi rukawat hai distraction</w:t>
      </w:r>
      <w:r>
        <w:br/>
      </w:r>
      <w:r>
        <w:rPr>
          <w:sz w:val="20"/>
        </w:rPr>
        <w:t>47:57  agar aap nature par rahein agar aap ko distract na karein idhar udhar</w:t>
      </w:r>
      <w:r>
        <w:br/>
      </w:r>
      <w:r>
        <w:rPr>
          <w:sz w:val="20"/>
        </w:rPr>
        <w:t>48:03  aur waqeatan aap jaane ke mujhe unfold karna hai apni fitrat ko is se zyada asan kaam aur</w:t>
      </w:r>
    </w:p>
    <w:p>
      <w:pPr>
        <w:pStyle w:val="Heading2"/>
      </w:pPr>
      <w:r>
        <w:t>Daily Quran reading over speed</w:t>
      </w:r>
    </w:p>
    <w:p>
      <w:r>
        <w:rPr>
          <w:color w:val="666666"/>
          <w:sz w:val="18"/>
        </w:rPr>
        <w:t>Quran &amp; Tafsir · The Quran September 20, 2020 Maulana Wahiduddin Khan · 1m 10s · at 18:29 · https://youtu.be/yQZGg2A0-Tk?t=1109</w:t>
      </w:r>
    </w:p>
    <w:p>
      <w:r>
        <w:rPr>
          <w:i/>
        </w:rPr>
        <w:t>“Subhanallah, do I understand correctly that it is not important how long we take to complete the reading of the Quran, but we must read every day and try to understand its teachings?”</w:t>
      </w:r>
    </w:p>
    <w:p>
      <w:r>
        <w:rPr>
          <w:sz w:val="20"/>
        </w:rPr>
        <w:t>18:29  maulana, miss roma wani ne likha hai sawal jammu o kashmir se. unho ne likha hai: "subhan allah, do i understand correctly that it is not important how long we take to complete the reading of the quran,</w:t>
      </w:r>
      <w:r>
        <w:br/>
      </w:r>
      <w:r>
        <w:rPr>
          <w:sz w:val="20"/>
        </w:rPr>
        <w:t>18:47  but we must read every day and try to understand its teachings?"</w:t>
      </w:r>
      <w:r>
        <w:br/>
      </w:r>
      <w:r>
        <w:rPr>
          <w:sz w:val="20"/>
        </w:rPr>
        <w:t>18:56  dekhiye, yeh baat samajh lijiye ke quran ke ka jo jo gehre mazameen hain, woh sirf alfaaz quran ko parhne se nahi hasil hote.</w:t>
      </w:r>
      <w:r>
        <w:br/>
      </w:r>
      <w:r>
        <w:rPr>
          <w:sz w:val="20"/>
        </w:rPr>
        <w:t>19:15  is liye zaroori hai ke aap allah rabb ul alameen se dua karte rahen. dua plus quran ka tadabbur, yeh ho aadmi ka dil, tab woh samajh payega.</w:t>
      </w:r>
    </w:p>
    <w:p>
      <w:pPr>
        <w:pStyle w:val="Heading2"/>
      </w:pPr>
      <w:r>
        <w:t>Debate as dawah activity from Quran</w:t>
      </w:r>
    </w:p>
    <w:p>
      <w:r>
        <w:rPr>
          <w:color w:val="666666"/>
          <w:sz w:val="18"/>
        </w:rPr>
        <w:t>Quran &amp; Tafsir · Revival of Ummah January 22, 2017 · 1m 31s · at 55:19 · https://youtu.be/vnPsv0TBCfk?t=3319</w:t>
      </w:r>
    </w:p>
    <w:p>
      <w:r>
        <w:rPr>
          <w:i/>
        </w:rPr>
        <w:t>“Quran has recorded a dialogue between Prophet Abraham and King Nimrod as under. When Abraham said 'My Lord is the One who gives life and causes death.' He said 'I give life and cause death.' Abraham said 'Indeed Allah brings up the sun from the east, so bring it up from the west' and so the disbelievers were overwhelmed. Doesn't this suggest that debate is also one of the types of dawah activities when adopted peacefully and sincerely?”</w:t>
      </w:r>
    </w:p>
    <w:p>
      <w:r>
        <w:rPr>
          <w:sz w:val="20"/>
        </w:rPr>
        <w:t>55:19  molana agla sawal bheja hai muhammad rafi choghlay sahib ne mumbai se. unhon ne likha hai molana quran has recorded a dialogue between prophet ibrahim and king nimrod as under. when ibrahim said my lord is the one who gives life and causes death. he said i give life and cause death.</w:t>
      </w:r>
      <w:r>
        <w:br/>
      </w:r>
      <w:r>
        <w:rPr>
          <w:sz w:val="20"/>
        </w:rPr>
        <w:t>55:46  ibrahim said indeed allah brings up the sun from the east so bring it up from the west and so the disbelievers were overwhelmed. doesnt this suggest that debate is all so one of the type of da'wah activities when adopted peacefully and sincerely. dekhiye yeh debate kaise bana liya aap ne yeh debate tha hi nahi. yeh to aapas ki baat cheet thi.</w:t>
      </w:r>
      <w:r>
        <w:br/>
      </w:r>
      <w:r>
        <w:rPr>
          <w:sz w:val="20"/>
        </w:rPr>
        <w:t>56:15  is ko kahenge mukalmah kahenge.</w:t>
      </w:r>
      <w:r>
        <w:br/>
      </w:r>
      <w:r>
        <w:rPr>
          <w:sz w:val="20"/>
        </w:rPr>
        <w:t>56:20  debate ka maqsad hota hai ke aap dekhen ye jo baat hui hai ye to mukalmah tha normal mukalmah.</w:t>
      </w:r>
      <w:r>
        <w:br/>
      </w:r>
      <w:r>
        <w:rPr>
          <w:sz w:val="20"/>
        </w:rPr>
        <w:t>56:26  normal discussion discussion alag cheez hai debate alag cheez hai.</w:t>
      </w:r>
      <w:r>
        <w:br/>
      </w:r>
      <w:r>
        <w:rPr>
          <w:sz w:val="20"/>
        </w:rPr>
        <w:t>56:32  jo debate ko Islam samjhe wo wo Islam ko janta hi nahi.</w:t>
      </w:r>
      <w:r>
        <w:br/>
      </w:r>
      <w:r>
        <w:rPr>
          <w:sz w:val="20"/>
        </w:rPr>
        <w:t>56:38  jo aadmi debate ko Islam samjhe wo isne Islam ko samjha hi nahi.</w:t>
      </w:r>
      <w:r>
        <w:br/>
      </w:r>
      <w:r>
        <w:rPr>
          <w:sz w:val="20"/>
        </w:rPr>
        <w:t>56:44  ji Islam mein baat cheet hai mukalmah hai discussion hai debate hargiz nahi hai.</w:t>
      </w:r>
      <w:r>
        <w:br/>
      </w:r>
      <w:r>
        <w:rPr>
          <w:sz w:val="20"/>
        </w:rPr>
        <w:t>56:50  molana agla sawal lene se pehle ek comment padhna chahenge jo miss shabana ansari ne bheja hai pakistan se. unhon ne likha hai pride makes muslim arrogant so they look down upon others and do not love humanity as a madu.</w:t>
      </w:r>
    </w:p>
    <w:p>
      <w:pPr>
        <w:pStyle w:val="Heading2"/>
      </w:pPr>
      <w:r>
        <w:t>Deeper meaning of Quran</w:t>
      </w:r>
    </w:p>
    <w:p>
      <w:r>
        <w:rPr>
          <w:color w:val="666666"/>
          <w:sz w:val="18"/>
        </w:rPr>
        <w:t>Quran &amp; Tafsir · Universal outlook April 09, 2017 · 57s · at 50:56 · https://youtu.be/n3HAPCpom5c?t=3056</w:t>
      </w:r>
    </w:p>
    <w:p>
      <w:r>
        <w:rPr>
          <w:i/>
        </w:rPr>
        <w:t>“How to get the deeper meaning of the Quran?”</w:t>
      </w:r>
    </w:p>
    <w:p>
      <w:r>
        <w:rPr>
          <w:sz w:val="20"/>
        </w:rPr>
        <w:t>50:56  ji Maulana inka ek aur sawal hai inhone aap se poocha hai</w:t>
      </w:r>
      <w:r>
        <w:br/>
      </w:r>
      <w:r>
        <w:rPr>
          <w:sz w:val="20"/>
        </w:rPr>
        <w:t>50:59  ke how to get the deeper meaning of the quran</w:t>
      </w:r>
      <w:r>
        <w:br/>
      </w:r>
      <w:r>
        <w:rPr>
          <w:sz w:val="20"/>
        </w:rPr>
        <w:t>51:08  is ka quran mein to bataya gaya hai tadabbur karo yani ghaur karna contemplation</w:t>
      </w:r>
      <w:r>
        <w:br/>
      </w:r>
      <w:r>
        <w:rPr>
          <w:sz w:val="20"/>
        </w:rPr>
        <w:t>51:22  aur to koi tareeqa nahi hai</w:t>
      </w:r>
      <w:r>
        <w:br/>
      </w:r>
      <w:r>
        <w:rPr>
          <w:sz w:val="20"/>
        </w:rPr>
        <w:t>51:25  khule zehen ke sath ghor karna yani</w:t>
      </w:r>
      <w:r>
        <w:br/>
      </w:r>
      <w:r>
        <w:rPr>
          <w:sz w:val="20"/>
        </w:rPr>
        <w:t>51:29  conditioned mind ke saath nahi khule zehen ke saath ghaur karna objective zehen ke saath</w:t>
      </w:r>
      <w:r>
        <w:br/>
      </w:r>
      <w:r>
        <w:rPr>
          <w:sz w:val="20"/>
        </w:rPr>
        <w:t>51:38  to Quran insan ke liye bheja gaya hai kyun nahi insan pahunchega iski maani tak</w:t>
      </w:r>
      <w:r>
        <w:br/>
      </w:r>
      <w:r>
        <w:rPr>
          <w:sz w:val="20"/>
        </w:rPr>
        <w:t>51:43  sirf shart yeh hai ke open mind ke sath is par woh</w:t>
      </w:r>
      <w:r>
        <w:br/>
      </w:r>
      <w:r>
        <w:rPr>
          <w:sz w:val="20"/>
        </w:rPr>
        <w:t>51:50  soche</w:t>
      </w:r>
    </w:p>
    <w:p>
      <w:pPr>
        <w:pStyle w:val="Heading2"/>
      </w:pPr>
      <w:r>
        <w:t>Defending abusive language with Quran</w:t>
      </w:r>
    </w:p>
    <w:p>
      <w:r>
        <w:rPr>
          <w:color w:val="666666"/>
          <w:sz w:val="18"/>
        </w:rPr>
        <w:t>Quran &amp; Tafsir · Dars-e-Quran, Ch. 2 Verse 54 | March 18, 2018 · 1m 10s · at 1:05:37 · https://youtu.be/xQ2LXsz1oTw?t=3937</w:t>
      </w:r>
    </w:p>
    <w:p>
      <w:r>
        <w:rPr>
          <w:i/>
        </w:rPr>
        <w:t>“One Maulvi who is using abusive language defends himself by the verse of the Quran in Surah Al-Qalam, verse 13, that in the Quran such language is also used.”</w:t>
      </w:r>
    </w:p>
    <w:p>
      <w:r>
        <w:rPr>
          <w:sz w:val="20"/>
        </w:rPr>
        <w:t>1:05:37  maulana, agla sawal abu dhabi se ameer qureshi sahib ne bheja hai.</w:t>
      </w:r>
      <w:r>
        <w:br/>
      </w:r>
      <w:r>
        <w:rPr>
          <w:sz w:val="20"/>
        </w:rPr>
        <w:t>1:05:43  انہوں نے لکھا ہے: "One Maulvi who is using an abusive language, defends himself by the ayat</w:t>
      </w:r>
      <w:r>
        <w:br/>
      </w:r>
      <w:r>
        <w:rPr>
          <w:sz w:val="20"/>
        </w:rPr>
        <w:t>1:05:49  of the Quran in Surah Al-Qalam, Ayah number 13, that in Quran also such language is used.</w:t>
      </w:r>
      <w:r>
        <w:br/>
      </w:r>
      <w:r>
        <w:rPr>
          <w:sz w:val="20"/>
        </w:rPr>
        <w:t>1:05:56  baad azan ka zinn.</w:t>
      </w:r>
      <w:r>
        <w:br/>
      </w:r>
      <w:r>
        <w:rPr>
          <w:sz w:val="20"/>
        </w:rPr>
        <w:t>1:06:02  han, kiya tarjuma hai is ka?</w:t>
      </w:r>
      <w:r>
        <w:br/>
      </w:r>
      <w:r>
        <w:rPr>
          <w:sz w:val="20"/>
        </w:rPr>
        <w:t>1:06:08  sakht mizaj ho, phir sath hi be nasb ho.</w:t>
      </w:r>
      <w:r>
        <w:br/>
      </w:r>
      <w:r>
        <w:rPr>
          <w:sz w:val="20"/>
        </w:rPr>
        <w:t>1:06:16  to yeh yeh sakht kahan hai? sakht mizaj to akhlaqi lafz hai, yeh to akhlaqi lafz hai.</w:t>
      </w:r>
      <w:r>
        <w:br/>
      </w:r>
      <w:r>
        <w:rPr>
          <w:sz w:val="20"/>
        </w:rPr>
        <w:t>1:06:24  yeh dono alfaaz akhlaqi alfaaz hain, woh nahin jo hamare log istemal karte hain ke yeh siddiq hai,</w:t>
      </w:r>
      <w:r>
        <w:br/>
      </w:r>
      <w:r>
        <w:rPr>
          <w:sz w:val="20"/>
        </w:rPr>
        <w:t>1:06:32  yeh ek yeh jahannum mein jayega.</w:t>
      </w:r>
      <w:r>
        <w:br/>
      </w:r>
      <w:r>
        <w:rPr>
          <w:sz w:val="20"/>
        </w:rPr>
        <w:t>1:06:40  yeh yeh thori hai, woh to akhlaqi lafz hai.</w:t>
      </w:r>
    </w:p>
    <w:p>
      <w:pPr>
        <w:pStyle w:val="Heading2"/>
      </w:pPr>
      <w:r>
        <w:t>Developing scientific temper for Quranic understanding</w:t>
      </w:r>
    </w:p>
    <w:p>
      <w:r>
        <w:rPr>
          <w:color w:val="666666"/>
          <w:sz w:val="18"/>
        </w:rPr>
        <w:t>Quran &amp; Tafsir · Dars-e-Quran, Ch. 12, V. 105 ; Ch. 10 V. 61 (Study of Nature) | July 15, 2018 · 55s · at 1:02:40 · https://youtu.be/5d-qNvpMg4k?t=3760</w:t>
      </w:r>
    </w:p>
    <w:p>
      <w:r>
        <w:rPr>
          <w:i/>
        </w:rPr>
        <w:t>“How can a common person develop scientific temper to understand Quranic meaning in the larger perspective? Please guide in this regard.”</w:t>
      </w:r>
    </w:p>
    <w:p>
      <w:r>
        <w:rPr>
          <w:sz w:val="20"/>
        </w:rPr>
        <w:t>1:02:40  Maulana agla sawal Aamir Mori sahab ne kiya hai Srinagar se.</w:t>
      </w:r>
      <w:r>
        <w:br/>
      </w:r>
      <w:r>
        <w:rPr>
          <w:sz w:val="20"/>
        </w:rPr>
        <w:t>1:02:46  انہوں نے لکھا ہے، "How can a common person develop scientific temper to understand Quranic meaning in the</w:t>
      </w:r>
      <w:r>
        <w:br/>
      </w:r>
      <w:r>
        <w:rPr>
          <w:sz w:val="20"/>
        </w:rPr>
        <w:t>1:02:52  larger perspective?" Maulana Sahib, please guide us in this regard.</w:t>
      </w:r>
      <w:r>
        <w:br/>
      </w:r>
      <w:r>
        <w:rPr>
          <w:sz w:val="20"/>
        </w:rPr>
        <w:t>1:02:58  bhai yeh to bohat asan hai. Uncha</w:t>
      </w:r>
      <w:r>
        <w:br/>
      </w:r>
      <w:r>
        <w:rPr>
          <w:sz w:val="20"/>
        </w:rPr>
        <w:t>1:03:04  academic jo level hai, woh un ke liye, un logon ke liye hai jo ziyada gehra mutala karte hain.</w:t>
      </w:r>
      <w:r>
        <w:br/>
      </w:r>
      <w:r>
        <w:rPr>
          <w:sz w:val="20"/>
        </w:rPr>
        <w:t>1:03:09  kya aap jante hain ke popular science mein sari kitaben har zaban mein hain? Popular science mein har</w:t>
      </w:r>
      <w:r>
        <w:br/>
      </w:r>
      <w:r>
        <w:rPr>
          <w:sz w:val="20"/>
        </w:rPr>
        <w:t>1:03:15  zaban mein kitaben maujood hain.</w:t>
      </w:r>
      <w:r>
        <w:br/>
      </w:r>
      <w:r>
        <w:rPr>
          <w:sz w:val="20"/>
        </w:rPr>
        <w:t>1:03:20  woh sab parhen.</w:t>
      </w:r>
      <w:r>
        <w:br/>
      </w:r>
      <w:r>
        <w:rPr>
          <w:sz w:val="20"/>
        </w:rPr>
        <w:t>1:03:25  woh to sab log har aadmi parh ke samajh leta hai.</w:t>
      </w:r>
      <w:r>
        <w:br/>
      </w:r>
      <w:r>
        <w:rPr>
          <w:sz w:val="20"/>
        </w:rPr>
        <w:t>1:03:30  woh Urdu mein, Hindi mein, har zaban mein hain.</w:t>
      </w:r>
    </w:p>
    <w:p>
      <w:pPr>
        <w:pStyle w:val="Heading2"/>
      </w:pPr>
      <w:r>
        <w:t>Difference between tawassum and tadabbur</w:t>
      </w:r>
    </w:p>
    <w:p>
      <w:r>
        <w:rPr>
          <w:color w:val="666666"/>
          <w:sz w:val="18"/>
        </w:rPr>
        <w:t>Quran &amp; Tafsir · Studying The Quran with Open Mind October 20, 2019 Maulana Wahiduddin Khan · 1m 23s · at 49:52 · https://youtu.be/OPyJO5TP_wI?t=2992</w:t>
      </w:r>
    </w:p>
    <w:p>
      <w:r>
        <w:rPr>
          <w:i/>
        </w:rPr>
        <w:t>“Are contemplation (tawassum) and reflection (tadabbur) the same thing? Please explain their difference in detail.”</w:t>
      </w:r>
    </w:p>
    <w:p>
      <w:r>
        <w:rPr>
          <w:sz w:val="20"/>
        </w:rPr>
        <w:t>49:52  inshallah molana agla sawal a kanpur se hai shakeel sahab ne kiya hai unho ne aap se poocha</w:t>
      </w:r>
      <w:r>
        <w:br/>
      </w:r>
      <w:r>
        <w:rPr>
          <w:sz w:val="20"/>
        </w:rPr>
        <w:t>50:01  hai ke kya tawassum aur tadabbur aik hi cheez hai is is ka difference a tafseel mein batayen</w:t>
      </w:r>
      <w:r>
        <w:br/>
      </w:r>
      <w:r>
        <w:rPr>
          <w:sz w:val="20"/>
        </w:rPr>
        <w:t>50:10  nahi aik hi cheez to nahi hai lekin milta julta hai main kar sakta hoon</w:t>
      </w:r>
      <w:r>
        <w:br/>
      </w:r>
      <w:r>
        <w:rPr>
          <w:sz w:val="20"/>
        </w:rPr>
        <w:t>50:18  is mein to bohat likha hai hum ne al risala mein tawassum aur tadabbur par kitab marifat kitab marifat</w:t>
      </w:r>
      <w:r>
        <w:br/>
      </w:r>
      <w:r>
        <w:rPr>
          <w:sz w:val="20"/>
        </w:rPr>
        <w:t>50:26  jo kitab hai moti si us ko aap parhiye bohat misalen is ke andar hain</w:t>
      </w:r>
      <w:r>
        <w:br/>
      </w:r>
      <w:r>
        <w:rPr>
          <w:sz w:val="20"/>
        </w:rPr>
        <w:t>50:38  Miss Sahar Saleem ne Delhi se likha hai my take away from today's lecture creative thinking is not a talent it is a skill that can be learned every problem comes with opportunity one who has understood the real essence of Quran and discovered the hidden can nourish self thank you Maulana sahib</w:t>
      </w:r>
      <w:r>
        <w:br/>
      </w:r>
      <w:r>
        <w:rPr>
          <w:sz w:val="20"/>
        </w:rPr>
        <w:t>51:07  Sahib Ali sahib sahib Ali Khan sahib ne Bihar se likha hai a problem can be converted into opportunity incredible</w:t>
      </w:r>
    </w:p>
    <w:p>
      <w:pPr>
        <w:pStyle w:val="Heading2"/>
      </w:pPr>
      <w:r>
        <w:t>Digital age and Quran accessibility</w:t>
      </w:r>
    </w:p>
    <w:p>
      <w:r>
        <w:rPr>
          <w:color w:val="666666"/>
          <w:sz w:val="18"/>
        </w:rPr>
        <w:t>Quran &amp; Tafsir · Living in a New Age | March 26, 2017 · 1m 01s · at 56:10 · https://youtu.be/iST0AxQscKo?t=3370</w:t>
      </w:r>
    </w:p>
    <w:p>
      <w:r>
        <w:rPr>
          <w:i/>
        </w:rPr>
        <w:t>“We are living in a digital age where the Quran is available on everyone's mobile phone and is just...”</w:t>
      </w:r>
    </w:p>
    <w:p>
      <w:r>
        <w:rPr>
          <w:sz w:val="20"/>
        </w:rPr>
        <w:t>56:10  ji maulana agla sawal bhi srinagar se aaya hai aamir mori sahib ka.</w:t>
      </w:r>
      <w:r>
        <w:br/>
      </w:r>
      <w:r>
        <w:rPr>
          <w:sz w:val="20"/>
        </w:rPr>
        <w:t>56:14  unhon ne likha hai</w:t>
      </w:r>
      <w:r>
        <w:br/>
      </w:r>
      <w:r>
        <w:rPr>
          <w:sz w:val="20"/>
        </w:rPr>
        <w:t>56:19  we are living in a digital age where quran is available on everyone's mobile phone and is just</w:t>
      </w:r>
      <w:r>
        <w:br/>
      </w:r>
      <w:r>
        <w:rPr>
          <w:sz w:val="20"/>
        </w:rPr>
        <w:t>56:24  a touch away.</w:t>
      </w:r>
      <w:r>
        <w:br/>
      </w:r>
      <w:r>
        <w:rPr>
          <w:sz w:val="20"/>
        </w:rPr>
        <w:t>56:29  but still people are far away from quran because i think their mind is not prepared to read it.</w:t>
      </w:r>
      <w:r>
        <w:br/>
      </w:r>
      <w:r>
        <w:rPr>
          <w:sz w:val="20"/>
        </w:rPr>
        <w:t>56:34  so while doing dawah it is important that a person to whom we offer quran need to have</w:t>
      </w:r>
      <w:r>
        <w:br/>
      </w:r>
      <w:r>
        <w:rPr>
          <w:sz w:val="20"/>
        </w:rPr>
        <w:t>56:39  a prepared mind.</w:t>
      </w:r>
      <w:r>
        <w:br/>
      </w:r>
      <w:r>
        <w:rPr>
          <w:sz w:val="20"/>
        </w:rPr>
        <w:t>56:44  maulana i personally feel that literature prepares one's mind</w:t>
      </w:r>
      <w:r>
        <w:br/>
      </w:r>
      <w:r>
        <w:rPr>
          <w:sz w:val="20"/>
        </w:rPr>
        <w:t>56:49  better than quran in the first phase۔</w:t>
      </w:r>
      <w:r>
        <w:br/>
      </w:r>
      <w:r>
        <w:rPr>
          <w:sz w:val="20"/>
        </w:rPr>
        <w:t>56:53  It is like literature triggers the mind of the reader to study quran۔</w:t>
      </w:r>
      <w:r>
        <w:br/>
      </w:r>
      <w:r>
        <w:rPr>
          <w:sz w:val="20"/>
        </w:rPr>
        <w:t>56:56  maulana what is your comment on this kindly guide us۔</w:t>
      </w:r>
      <w:r>
        <w:br/>
      </w:r>
      <w:r>
        <w:rPr>
          <w:sz w:val="20"/>
        </w:rPr>
        <w:t>57:00  haan theek kaha unhon ne۔</w:t>
      </w:r>
      <w:r>
        <w:br/>
      </w:r>
      <w:r>
        <w:rPr>
          <w:sz w:val="20"/>
        </w:rPr>
        <w:t>57:04  mere khayal se sahi baat hai۔</w:t>
      </w:r>
      <w:r>
        <w:br/>
      </w:r>
      <w:r>
        <w:rPr>
          <w:sz w:val="20"/>
        </w:rPr>
        <w:t>57:08  ji baat sahi hai۔</w:t>
      </w:r>
    </w:p>
    <w:p>
      <w:pPr>
        <w:pStyle w:val="Heading2"/>
      </w:pPr>
      <w:r>
        <w:t>Does Islam forbid friendship with non-Muslims?</w:t>
      </w:r>
    </w:p>
    <w:p>
      <w:r>
        <w:rPr>
          <w:color w:val="666666"/>
          <w:sz w:val="18"/>
        </w:rPr>
        <w:t>Quran &amp; Tafsir · Pillars of Western Thought October 6, 2013 · 1m 23s · at 59:19 · https://youtu.be/o4WfPvju5_M?t=3559</w:t>
      </w:r>
    </w:p>
    <w:p>
      <w:r>
        <w:rPr>
          <w:i/>
        </w:rPr>
        <w:t>“Maulana, there is a verse in the Quran that says: 'O you who believe, take not as friends the people who incur the wrath of Allah.' Most Muslims use this Quranic reference against non-Muslims. Does Islam really order Muslims not to take Jews and Christians as their friends?”</w:t>
      </w:r>
    </w:p>
    <w:p>
      <w:r>
        <w:rPr>
          <w:sz w:val="20"/>
        </w:rPr>
        <w:t>59:19  maulana, agla sawal aaya hai jammu rajouri se anwar khan sahab ka. unhon ne likha hai:</w:t>
      </w:r>
      <w:r>
        <w:br/>
      </w:r>
      <w:r>
        <w:rPr>
          <w:sz w:val="20"/>
        </w:rPr>
        <w:t>59:26  "maulana, der is a verse in the quran which says: o you who believe, take not as friends the people who incur the wrath of allah." maulana sahab, my question is that mostly muslims use this quranic reference against the non muslims.</w:t>
      </w:r>
      <w:r>
        <w:br/>
      </w:r>
      <w:r>
        <w:rPr>
          <w:sz w:val="20"/>
        </w:rPr>
        <w:t>59:45  my question is: does islam really order muslims to not take jews and christians as their friends? nahin, yeh bilkul galat istemal karte hain.</w:t>
      </w:r>
      <w:r>
        <w:br/>
      </w:r>
      <w:r>
        <w:rPr>
          <w:sz w:val="20"/>
        </w:rPr>
        <w:t>59:55  yeh contemporary logon ke bare mein hai. rasool allah se jo log ladai kar rahe the, un ke bare mein hai. yeh koi community wise hukm nahin hai ke jo community hai, uska hukm hamesha ke liye ho gaya.</w:t>
      </w:r>
      <w:r>
        <w:br/>
      </w:r>
      <w:r>
        <w:rPr>
          <w:sz w:val="20"/>
        </w:rPr>
        <w:t>1:00:08  hamesha ke liye aap aisa samjhein un ko. yeh sirf woh log jo rasool allah ke zamane mein, madni daur mein aap ke contemporary the, un ke bare mein yeh aayatein hain.</w:t>
      </w:r>
      <w:r>
        <w:br/>
      </w:r>
      <w:r>
        <w:rPr>
          <w:sz w:val="20"/>
        </w:rPr>
        <w:t>1:00:21  bas ya isi tarah ke halaat agar dobara paida hon. aaj to woh halaat hain hi nahin. aaj to musalmani sab se zyada ladai chide hue hain.</w:t>
      </w:r>
      <w:r>
        <w:br/>
      </w:r>
      <w:r>
        <w:rPr>
          <w:sz w:val="20"/>
        </w:rPr>
        <w:t>1:00:31  aaj ki jo community hai, woh is ke hukm mein nahin aati. yeh bohat hi zyada, yaani, jisarat ki baat hai.</w:t>
      </w:r>
    </w:p>
    <w:p>
      <w:pPr>
        <w:pStyle w:val="Heading2"/>
      </w:pPr>
      <w:r>
        <w:t>Does Quran 2:143 refer to dawah work?</w:t>
      </w:r>
    </w:p>
    <w:p>
      <w:r>
        <w:rPr>
          <w:color w:val="666666"/>
          <w:sz w:val="18"/>
        </w:rPr>
        <w:t>Quran &amp; Tafsir · Q&amp;A 13 Nov 2011 · 1m 42s · at 40:02 · https://youtu.be/oOZ9h37_pL8?t=2402</w:t>
      </w:r>
    </w:p>
    <w:p>
      <w:r>
        <w:rPr>
          <w:i/>
        </w:rPr>
        <w:t>“In Quran chapter 2 verses 142-143 it says: 'We made you a middle nation so that you may be witnesses over the people and the Messenger be a witness over you.' Does this verse refer to dawah work?”</w:t>
      </w:r>
    </w:p>
    <w:p>
      <w:r>
        <w:rPr>
          <w:sz w:val="20"/>
        </w:rPr>
        <w:t>40:02  maulana yeh sawal raipur se aaya hai mister idrees ka. unhon ne likha hai ke quran mein chapter 2 verse number 142 to 143 mein aaya hai.</w:t>
      </w:r>
      <w:r>
        <w:br/>
      </w:r>
      <w:r>
        <w:rPr>
          <w:sz w:val="20"/>
        </w:rPr>
        <w:t>40:14  hum ne tum ko beech ki ummat bana diya taake tum ho batane wale logon par aur rasool ho tum par batane wala.</w:t>
      </w:r>
      <w:r>
        <w:br/>
      </w:r>
      <w:r>
        <w:rPr>
          <w:sz w:val="20"/>
        </w:rPr>
        <w:t>40:24  maulana kya yeh verse dawah work ko refer karti hai?</w:t>
      </w:r>
      <w:r>
        <w:br/>
      </w:r>
      <w:r>
        <w:rPr>
          <w:sz w:val="20"/>
        </w:rPr>
        <w:t>40:30  dekhiye beech ki ummat jo hai quran mein is ke liye hai ummat wasat. wakadhalika ja'alnakum ummatan wasatan litakunu shuhada'a 'ala an-nas wa yakuna ar-rasulu 'alaykum shaheedan.</w:t>
      </w:r>
      <w:r>
        <w:br/>
      </w:r>
      <w:r>
        <w:rPr>
          <w:sz w:val="20"/>
        </w:rPr>
        <w:t>40:43  yahan ummat wasat ke maani hain beech ki ummat. log galat matlab batate hain. behtareen ummat.</w:t>
      </w:r>
      <w:r>
        <w:br/>
      </w:r>
      <w:r>
        <w:rPr>
          <w:sz w:val="20"/>
        </w:rPr>
        <w:t>40:52  hargiz is ka matlab behtareen ummat nahi hai. yaani hum ko tum ko behtareen ummat bana diya. yeh bilkul galat mafhoom hai is ka.</w:t>
      </w:r>
      <w:r>
        <w:br/>
      </w:r>
      <w:r>
        <w:rPr>
          <w:sz w:val="20"/>
        </w:rPr>
        <w:t>41:00  is ka matlab hai beech ki ummat. yaani middle ummat. middle kaun hai?</w:t>
      </w:r>
      <w:r>
        <w:br/>
      </w:r>
      <w:r>
        <w:rPr>
          <w:sz w:val="20"/>
        </w:rPr>
        <w:t>41:07  do ke beech mein. ayat bata rahi hai ke ek taraf rasool hai ek taraf aam insan hai. to beech mein ummat mohammadi hai.</w:t>
      </w:r>
      <w:r>
        <w:br/>
      </w:r>
      <w:r>
        <w:rPr>
          <w:sz w:val="20"/>
        </w:rPr>
        <w:t>41:17  ummat mohammadi ko rasool se lena hai. logon tak pahunchana hai. is sense mein woh beech ki ummat hai. likun rasula shaheedan 'alaykum wa takunu shuhada'a 'ala an-nas.</w:t>
      </w:r>
      <w:r>
        <w:br/>
      </w:r>
      <w:r>
        <w:rPr>
          <w:sz w:val="20"/>
        </w:rPr>
        <w:t>41:27  yani rasool se tum lo aur tum doosron ko do. is sense mein woh beech ki ummat hai. aur yeh manna ke behtareen ummat hai bilkul baseless hai.</w:t>
      </w:r>
      <w:r>
        <w:br/>
      </w:r>
      <w:r>
        <w:rPr>
          <w:sz w:val="20"/>
        </w:rPr>
        <w:t>41:37  hargiz is ki koi yani koi is ka quran hadith mein is ka makhraj nahi hai.</w:t>
      </w:r>
    </w:p>
    <w:p>
      <w:pPr>
        <w:pStyle w:val="Heading2"/>
      </w:pPr>
      <w:r>
        <w:t>Does Quran mention specially created Hell for some</w:t>
      </w:r>
    </w:p>
    <w:p>
      <w:r>
        <w:rPr>
          <w:color w:val="666666"/>
          <w:sz w:val="18"/>
        </w:rPr>
        <w:t>Quran &amp; Tafsir · The Road to Paradise December 30, 2012 Maulana Wahiduddin Khan · 1m 48s · at 1:14:04 · https://youtu.be/vUiaPsYF4Tk?t=4444</w:t>
      </w:r>
    </w:p>
    <w:p>
      <w:r>
        <w:rPr>
          <w:i/>
        </w:rPr>
        <w:t>“Maulana sahib, does the Quran mention anywhere that there are some people for whom we have specially created Hell? If yes, please mention the surah and verse number.”</w:t>
      </w:r>
    </w:p>
    <w:p>
      <w:r>
        <w:rPr>
          <w:sz w:val="20"/>
        </w:rPr>
        <w:t>1:14:04  maulana, agla sawal dilli se hai, shabir sahab ka</w:t>
      </w:r>
      <w:r>
        <w:br/>
      </w:r>
      <w:r>
        <w:rPr>
          <w:sz w:val="20"/>
        </w:rPr>
        <w:t>1:14:08  unhon ne likha hai: "maulana sahab, kiya quran mein kahin yeh bataya gaya hai ke kuch log aise hain jin ke liye hum ne jahannum khaas kar banaya hai?</w:t>
      </w:r>
      <w:r>
        <w:br/>
      </w:r>
      <w:r>
        <w:rPr>
          <w:sz w:val="20"/>
        </w:rPr>
        <w:t>1:14:21  agar hai to surah aur ayat number bataiye."</w:t>
      </w:r>
      <w:r>
        <w:br/>
      </w:r>
      <w:r>
        <w:rPr>
          <w:sz w:val="20"/>
        </w:rPr>
        <w:t>1:14:29  dekhen, yeh ayat quran mein hai. bohat suron ko hum ne paida kiya hai jahannum ke liye. matlab yeh dekhen, quran yeh quran ka usloob hai.</w:t>
      </w:r>
      <w:r>
        <w:br/>
      </w:r>
      <w:r>
        <w:rPr>
          <w:sz w:val="20"/>
        </w:rPr>
        <w:t>1:14:37  is ka matlab nahi ke jahannum ke liye paida kiya. is ka matlab hai ke log apne aap ko jahannum wala bana lete hain. yeh yeh mani woh ek ek shadd, ek woh hembring ka andaaz hota hai.</w:t>
      </w:r>
      <w:r>
        <w:br/>
      </w:r>
      <w:r>
        <w:rPr>
          <w:sz w:val="20"/>
        </w:rPr>
        <w:t>1:14:51  quran mein hembring ka andaaz bohat zyada hai ke paida kiya tha tum ko jannat ke liye aur tum daur pade jahannum ki taraf. doosri ayat aur quran ke bare mein yeh samajh lijiye ke quran yafsar ba'd ba'd.</w:t>
      </w:r>
      <w:r>
        <w:br/>
      </w:r>
      <w:r>
        <w:rPr>
          <w:sz w:val="20"/>
        </w:rPr>
        <w:t>1:15:05  ek ayat se doosri ayat ki wazahat hoti hai. ek aur jagah ayat hai ke</w:t>
      </w:r>
      <w:r>
        <w:br/>
      </w:r>
      <w:r>
        <w:rPr>
          <w:sz w:val="20"/>
        </w:rPr>
        <w:t>1:15:15  keh hum ne to is ko bulandi ka rasta dikhaya tha lekin woh apne ko neeche daal liya, us ne zameen mein daal liya. to yeh quran ke ek usloob ki baat hai.</w:t>
      </w:r>
      <w:r>
        <w:br/>
      </w:r>
      <w:r>
        <w:rPr>
          <w:sz w:val="20"/>
        </w:rPr>
        <w:t>1:15:27  aisa nahi ke khud paida hi kiya gaya is liye ke jahannum mein jayen.</w:t>
      </w:r>
      <w:r>
        <w:br/>
      </w:r>
      <w:r>
        <w:rPr>
          <w:sz w:val="20"/>
        </w:rPr>
        <w:t>1:15:31  aisa nahi hai balkeh paida kiya gaya is liye ke aadmi allah ke inaamaat ka mustahiq bane lekin apni khwahish ke peeche chal kar ke, apne won peeche chal kar ke, apne organs ke peeche chal kar ke woh apne aap ko jahannum ke raaste par daal deta hai.</w:t>
      </w:r>
    </w:p>
    <w:p>
      <w:pPr>
        <w:pStyle w:val="Heading2"/>
      </w:pPr>
      <w:r>
        <w:t>Does Quran recitation keep Saturn away?</w:t>
      </w:r>
    </w:p>
    <w:p>
      <w:r>
        <w:rPr>
          <w:color w:val="666666"/>
          <w:sz w:val="18"/>
        </w:rPr>
        <w:t>Quran &amp; Tafsir · Studying The Quran with Open Mind October 20, 2019 Maulana Wahiduddin Khan · 1m 09s · at 52:15 · https://youtu.be/OPyJO5TP_wI?t=3135</w:t>
      </w:r>
    </w:p>
    <w:p>
      <w:r>
        <w:rPr>
          <w:i/>
        </w:rPr>
        <w:t>“People think recitation of Quran in Arabic is more important than reading of the Quran. They maintain recitation will purify the house and keep the Saturn away. Maulana, is this correct that recitation will save us from the Saturn? What is your opinion on this?”</w:t>
      </w:r>
    </w:p>
    <w:p>
      <w:r>
        <w:rPr>
          <w:sz w:val="20"/>
        </w:rPr>
        <w:t>52:15  Maulana agla sawal Dubai se aaya hai Zubair Iqbal sahib ne kiya hai unhon ne likha hai Maulana people think recitation of Quran in Arabic is more important than reading of the Quran they maintain recitation will purify the house and keep the Saturn away</w:t>
      </w:r>
      <w:r>
        <w:br/>
      </w:r>
      <w:r>
        <w:rPr>
          <w:sz w:val="20"/>
        </w:rPr>
        <w:t>52:38  Maulana is this correct that recitation will save us from the Saturn what is your opin</w:t>
      </w:r>
      <w:r>
        <w:br/>
      </w:r>
      <w:r>
        <w:rPr>
          <w:sz w:val="20"/>
        </w:rPr>
        <w:t>52:44  on on this. یہ ہنڈرڈ پرسنٹ غلط ہے کہیں نہ قرآن میں ایسا آیا نہ حدیث میں ہے</w:t>
      </w:r>
      <w:r>
        <w:br/>
      </w:r>
      <w:r>
        <w:rPr>
          <w:sz w:val="20"/>
        </w:rPr>
        <w:t>52:52  quran se is liye hai</w:t>
      </w:r>
      <w:r>
        <w:br/>
      </w:r>
      <w:r>
        <w:rPr>
          <w:sz w:val="20"/>
        </w:rPr>
        <w:t>52:55  quran mein khud hai ke quran utara gaya hai ta ke</w:t>
      </w:r>
      <w:r>
        <w:br/>
      </w:r>
      <w:r>
        <w:rPr>
          <w:sz w:val="20"/>
        </w:rPr>
        <w:t>53:04  quran par tadabbur karen quran ko samjhen quran ke mani ko discover karen</w:t>
      </w:r>
      <w:r>
        <w:br/>
      </w:r>
      <w:r>
        <w:rPr>
          <w:sz w:val="20"/>
        </w:rPr>
        <w:t>53:12  woh jo aap ne farmaya woh bilkul hi ghalat baat hai</w:t>
      </w:r>
    </w:p>
    <w:p>
      <w:pPr>
        <w:pStyle w:val="Heading2"/>
      </w:pPr>
      <w:r>
        <w:t>Easiest Quran tafsir and authentic hadith</w:t>
      </w:r>
    </w:p>
    <w:p>
      <w:r>
        <w:rPr>
          <w:color w:val="666666"/>
          <w:sz w:val="18"/>
        </w:rPr>
        <w:t>Quran &amp; Tafsir · An Intellectual Journey May 1, 2011 · 1m 35s · at 1:22:38 · https://youtu.be/AqjjyimoIqw?t=4958</w:t>
      </w:r>
    </w:p>
    <w:p>
      <w:r>
        <w:rPr>
          <w:i/>
        </w:rPr>
        <w:t>“Which tafsir is the easiest to understand the Quran and which collection of authentic hadith is authentic?”</w:t>
      </w:r>
    </w:p>
    <w:p>
      <w:r>
        <w:rPr>
          <w:sz w:val="20"/>
        </w:rPr>
        <w:t>1:22:38  Mr Aamir bin Yusuf ne Pakistan se sawal kiya hai, unhon ne likha hai: "Quran ko samajhne ke liye kaun si tafseer sab se zyada aasan hai aur sahi ahadees ka kaun sa collection authentic hai?"</w:t>
      </w:r>
      <w:r>
        <w:br/>
      </w:r>
      <w:r>
        <w:rPr>
          <w:sz w:val="20"/>
        </w:rPr>
        <w:t>1:22:54  is ke baray mein batayen. dekhen, yeh koi is ka koi jawab nahi hai, koi bhi shakhs is ka jawab nahi de sakta hai.</w:t>
      </w:r>
      <w:r>
        <w:br/>
      </w:r>
      <w:r>
        <w:rPr>
          <w:sz w:val="20"/>
        </w:rPr>
        <w:t>1:23:04  sahi baat sirf yeh hai ke ke aadmi ke liye do mein se aik ka option hai, aik yeh hai ke woh khud bohat zyada parhe, bohat zyada parhe, bohat zyada p</w:t>
      </w:r>
      <w:r>
        <w:br/>
      </w:r>
      <w:r>
        <w:rPr>
          <w:sz w:val="20"/>
        </w:rPr>
        <w:t>1:23:14  rhey, yahan tak ke khud apne andar salahiyat paida ho jaye us ko pehchanne ki. yani Arabi zaban bohat achhi jaane, woh tamam cheezen parhe bohat ghaur se aur bohat dinon tak parta rahe, parta rahe, parta rahe to us par us ka apna zehn ban jayega.</w:t>
      </w:r>
      <w:r>
        <w:br/>
      </w:r>
      <w:r>
        <w:rPr>
          <w:sz w:val="20"/>
        </w:rPr>
        <w:t>1:23:31  to apne zaati zehn se woh samajh sakega ke kya theek hai, kya be theek hai. doosra tareeqa hai ke kisi par bharosa kar lijiye,</w:t>
      </w:r>
      <w:r>
        <w:br/>
      </w:r>
      <w:r>
        <w:rPr>
          <w:sz w:val="20"/>
        </w:rPr>
        <w:t>1:23:40  kisi ki tafseer par ya kisi kitaab par bharosa kar lijiye. bas matlab ya to khud apne aap ko aala darjay ke, oonche darjay ke aalim banaiye ya mutaallim ban jaiye.</w:t>
      </w:r>
      <w:r>
        <w:br/>
      </w:r>
      <w:r>
        <w:rPr>
          <w:sz w:val="20"/>
        </w:rPr>
        <w:t>1:23:54  bas baqi yeh banega ke falan kitaab authentic hai, falan kitaab authentic nahi hai, yeh aap ko khud muntakhib karna hai. main kisi kitaab ka naam nahi le sakta.</w:t>
      </w:r>
    </w:p>
    <w:p>
      <w:pPr>
        <w:pStyle w:val="Heading2"/>
      </w:pPr>
      <w:r>
        <w:t>Emphasis of Worship in Creation of Humans and Jinn</w:t>
      </w:r>
    </w:p>
    <w:p>
      <w:r>
        <w:rPr>
          <w:color w:val="666666"/>
          <w:sz w:val="18"/>
        </w:rPr>
        <w:t>Quran &amp; Tafsir · Prophetic Model February 16, 2014 · 1m 45s · at 53:41 · https://youtu.be/ypIIqSmExzk?t=3221</w:t>
      </w:r>
    </w:p>
    <w:p>
      <w:r>
        <w:rPr>
          <w:i/>
        </w:rPr>
        <w:t>“In the Quran, God says, 'We created humans and jinn only for Our worship.' Maulana, what is the emphasis of worship in this verse? Please clarify.”</w:t>
      </w:r>
    </w:p>
    <w:p>
      <w:r>
        <w:rPr>
          <w:sz w:val="20"/>
        </w:rPr>
        <w:t>53:41  Maulana agla sawal Delhi se hai Shahnawaz Zafar sahib ka. Unhon ne likha hai: "Quran mein Khuda kehta hai ke hum ne insaan aur jinat ko sirf aur sirf apni ibadat ke liye paida kiya hai." Maulana is mein ibadat ka emphasis kis baat par hai?</w:t>
      </w:r>
      <w:r>
        <w:br/>
      </w:r>
      <w:r>
        <w:rPr>
          <w:sz w:val="20"/>
        </w:rPr>
        <w:t>54:03  Is ko wazeh karen. Dekhiye Abdullah ibn Abbas jo mashhoor sahabi hain aur Quran ke mufassir manay jatay hain unhon ne likha hai ke haan 'liya'budoon' ka matlab hai 'la'arifoon'.</w:t>
      </w:r>
      <w:r>
        <w:br/>
      </w:r>
      <w:r>
        <w:rPr>
          <w:sz w:val="20"/>
        </w:rPr>
        <w:t>54:19  Yaani maarifat ke liye. Yeh saada baat nahi hai. Ibadat to sari kainat kar rahi hai.</w:t>
      </w:r>
      <w:r>
        <w:br/>
      </w:r>
      <w:r>
        <w:rPr>
          <w:sz w:val="20"/>
        </w:rPr>
        <w:t>54:30  yani ibadat ka matlab hai submission. surrender karna. to sari kainat submission kiye hue, surrender kiye hue to sab ke sab ibadat mein masroof hain.</w:t>
      </w:r>
      <w:r>
        <w:br/>
      </w:r>
      <w:r>
        <w:rPr>
          <w:sz w:val="20"/>
        </w:rPr>
        <w:t>54:46  lekin Allah ko ko yeh matlab tha ke ek aisi makhlooq paida ho jo shaoori taur par aur apni discovery ke taur par woh abid banay.</w:t>
      </w:r>
      <w:r>
        <w:br/>
      </w:r>
      <w:r>
        <w:rPr>
          <w:sz w:val="20"/>
        </w:rPr>
        <w:t>54:57  marifat ka matlab yahi hai. yani bashaoor ibadat. doosri cheezein jo hain woh to yani under compression ibadat kar rahi hain.</w:t>
      </w:r>
      <w:r>
        <w:br/>
      </w:r>
      <w:r>
        <w:rPr>
          <w:sz w:val="20"/>
        </w:rPr>
        <w:t>55:08  aur insan se Allah taala ko yeh matlab hai ke woh khud apne faislay se, apne choice se ibadat guzar banay. apne choice se woh Allah ka ibadat guzar banay.</w:t>
      </w:r>
      <w:r>
        <w:br/>
      </w:r>
      <w:r>
        <w:rPr>
          <w:sz w:val="20"/>
        </w:rPr>
        <w:t>55:21  yeh matlab hai is ka.</w:t>
      </w:r>
      <w:r>
        <w:br/>
      </w:r>
      <w:r>
        <w:rPr>
          <w:sz w:val="20"/>
        </w:rPr>
        <w:t>55:27  maulana agla sawal lene se pehle ek comment parhna chahenge jo Maulana Iqbal Umri ne bheja hai Tamil Nadu se. unhon ne likha hai: "Maulana ibadat aur itaat ke is farq se mein andha tha." Maulana Allah aap ko jaza e khair de.</w:t>
      </w:r>
    </w:p>
    <w:p>
      <w:pPr>
        <w:pStyle w:val="Heading2"/>
      </w:pPr>
      <w:r>
        <w:t>Enemy verses vs Madhu concept</w:t>
      </w:r>
    </w:p>
    <w:p>
      <w:r>
        <w:rPr>
          <w:color w:val="666666"/>
          <w:sz w:val="18"/>
        </w:rPr>
        <w:t>Quran &amp; Tafsir · Study of The Quran November 30, 2014 · 1m 39s · at 1:08:52 · https://youtu.be/x3fcJ2nlDow?t=4132</w:t>
      </w:r>
    </w:p>
    <w:p>
      <w:r>
        <w:rPr>
          <w:i/>
        </w:rPr>
        <w:t>“There are verses in the Quran which say Jews and Christians are your enemies. If they are our enemies, how can we take them as our Madhu?”</w:t>
      </w:r>
    </w:p>
    <w:p>
      <w:r>
        <w:rPr>
          <w:sz w:val="20"/>
        </w:rPr>
        <w:t>1:08:52  Moulana, agla sawal poocha hai Ghaziabad se Waqar Sahab ne, aur unhon ne likha hai: "Moulana there are verses in the Quran which says Jews and Christians are your enemies.</w:t>
      </w:r>
      <w:r>
        <w:br/>
      </w:r>
      <w:r>
        <w:rPr>
          <w:sz w:val="20"/>
        </w:rPr>
        <w:t>1:09:05  My question is if they are our enemies then how can we take them as our Madhu?"</w:t>
      </w:r>
      <w:r>
        <w:br/>
      </w:r>
      <w:r>
        <w:rPr>
          <w:sz w:val="20"/>
        </w:rPr>
        <w:t>1:09:13  Yeh to main abhi keh chuka hoon. Is se murad hai contemporary Jew. Aaj ke Jew nahin. Yani jo Rasool Allah se ladne ke liye tayyar ho gaye the.</w:t>
      </w:r>
      <w:r>
        <w:br/>
      </w:r>
      <w:r>
        <w:rPr>
          <w:sz w:val="20"/>
        </w:rPr>
        <w:t>1:09:25  Aaj ke Jew se is ka koi talluq nahin. Aaj ke Christians se koi talluq nahin. Is mein lafz bana lijiye contemporary. Tab samjhenge aap is ko.</w:t>
      </w:r>
      <w:r>
        <w:br/>
      </w:r>
      <w:r>
        <w:rPr>
          <w:sz w:val="20"/>
        </w:rPr>
        <w:t>1:09:36  Aaj ke jo Jew hain, bohat hi different hain woh.</w:t>
      </w:r>
      <w:r>
        <w:br/>
      </w:r>
      <w:r>
        <w:rPr>
          <w:sz w:val="20"/>
        </w:rPr>
        <w:t>1:09:41  Main do baar ya teen baar kaha hoon Israel, bohat different hai. Kyun is different hai? Unhon ne science, bohat zyada scientific education un ka phaili.</w:t>
      </w:r>
      <w:r>
        <w:br/>
      </w:r>
      <w:r>
        <w:rPr>
          <w:sz w:val="20"/>
        </w:rPr>
        <w:t>1:09:51  Aaj ka jo Yahudi hai, woh ek scientific community hai. Us waqt jo Yahudi tha, woh doosra tha bilkul. To Quran mein jo hai, woh aaj ke Christian ke bare mein nahin hai, aaj ke Jew ke bare mein nahin hai.</w:t>
      </w:r>
      <w:r>
        <w:br/>
      </w:r>
      <w:r>
        <w:rPr>
          <w:sz w:val="20"/>
        </w:rPr>
        <w:t>1:10:07  Woh is zamane contemporary Jew ke bare mein hai, jo mar chuke hain, khatam ho chuke hain, ab woh maujood nahin hain un ka. Is ko aaj ke Jew par aap apply karen to aap gunah karen, gunah.</w:t>
      </w:r>
      <w:r>
        <w:br/>
      </w:r>
      <w:r>
        <w:rPr>
          <w:sz w:val="20"/>
        </w:rPr>
        <w:t>1:10:19  Is ka talluq Islam se ya Quran se nahin kuch hoga. Bohat bara gunah aur sarkashi hogi yeh ke aaj ke logon par aap apply karen.</w:t>
      </w:r>
    </w:p>
    <w:p>
      <w:pPr>
        <w:pStyle w:val="Heading2"/>
      </w:pPr>
      <w:r>
        <w:t>Evidence for not fulfilling collective promises</w:t>
      </w:r>
    </w:p>
    <w:p>
      <w:r>
        <w:rPr>
          <w:color w:val="666666"/>
          <w:sz w:val="18"/>
        </w:rPr>
        <w:t>Quran &amp; Tafsir · The Importance of Team Work February 5, 2012 · 1m 19s · at 1:29:07 · https://youtu.be/qBbwznqIqVw?t=5347</w:t>
      </w:r>
    </w:p>
    <w:p>
      <w:r>
        <w:rPr>
          <w:i/>
        </w:rPr>
        <w:t>“In comparison to individual promises, it is not necessary to fulfill collective promises. What is the evidence for this in the Quran and Hadith?”</w:t>
      </w:r>
    </w:p>
    <w:p>
      <w:r>
        <w:rPr>
          <w:sz w:val="20"/>
        </w:rPr>
        <w:t>1:29:07  maulana, dilli se agla sawal hai miss hamida bano ka. unhon ne likha hai: "individual promise ke muqable mein collective promise ko poora karna zaroori nahin.</w:t>
      </w:r>
      <w:r>
        <w:br/>
      </w:r>
      <w:r>
        <w:rPr>
          <w:sz w:val="20"/>
        </w:rPr>
        <w:t>1:29:19  quran aur hadith mein is ki daleel kya hai?" maine yeh lafz istemal nahin kiya. collective promise, yeh to haq ka apna lafz hai.</w:t>
      </w:r>
      <w:r>
        <w:br/>
      </w:r>
      <w:r>
        <w:rPr>
          <w:sz w:val="20"/>
        </w:rPr>
        <w:t>1:29:27  maine to kabhi nahin. maine kaha ke siyasat ke mamlaat jo hote hain, un mein bohat zyada up and down hota hai, bohat zyada farq hota hai.</w:t>
      </w:r>
      <w:r>
        <w:br/>
      </w:r>
      <w:r>
        <w:rPr>
          <w:sz w:val="20"/>
        </w:rPr>
        <w:t>1:29:40  insan ke qabze mein nahin ke halaat ko wahi to barqarar rakhe.</w:t>
      </w:r>
      <w:r>
        <w:br/>
      </w:r>
      <w:r>
        <w:rPr>
          <w:sz w:val="20"/>
        </w:rPr>
        <w:t>1:29:44  aap ne agar kisi se kaha hai ke main tum ko das rupiya doon ga to woh aap ke qabze mein hai, woh aap ke qabze se bahar nahin hai. lekin jo siyasat ke mamlaat hote hain, woh is mein up and down hota rehta hai.</w:t>
      </w:r>
      <w:r>
        <w:br/>
      </w:r>
      <w:r>
        <w:rPr>
          <w:sz w:val="20"/>
        </w:rPr>
        <w:t>1:29:59  woh kisi ke bas mein nahin ke woh us ko yani ek hi halat baqi rakhe. is liye is ka muamla alag ho jata hai.</w:t>
      </w:r>
      <w:r>
        <w:br/>
      </w:r>
      <w:r>
        <w:rPr>
          <w:sz w:val="20"/>
        </w:rPr>
        <w:t>1:30:08  alag agar agar halaat na badlen to baqi rahega woh.</w:t>
      </w:r>
      <w:r>
        <w:br/>
      </w:r>
      <w:r>
        <w:rPr>
          <w:sz w:val="20"/>
        </w:rPr>
        <w:t>1:30:13  yani agar halaat na badlen to baqi rahega. it depends upon situation</w:t>
      </w:r>
      <w:r>
        <w:br/>
      </w:r>
      <w:r>
        <w:rPr>
          <w:sz w:val="20"/>
        </w:rPr>
        <w:t>1:30:22  ji haan.</w:t>
      </w:r>
    </w:p>
    <w:p>
      <w:pPr>
        <w:pStyle w:val="Heading2"/>
      </w:pPr>
      <w:r>
        <w:t>Explain taqwa protecting from plots</w:t>
      </w:r>
    </w:p>
    <w:p>
      <w:r>
        <w:rPr>
          <w:color w:val="666666"/>
          <w:sz w:val="18"/>
        </w:rPr>
        <w:t>Quran &amp; Tafsir · From The Spiritual Tree September 8, 2013 · 1m 55s · at 1:02:52 · https://youtu.be/Vv6vf2N8YQA?t=3772</w:t>
      </w:r>
    </w:p>
    <w:p>
      <w:r>
        <w:rPr>
          <w:i/>
        </w:rPr>
        <w:t>“According to the Quran, if we adopt taqwa, no amount of plot can harm us. Please explain.”</w:t>
      </w:r>
    </w:p>
    <w:p>
      <w:r>
        <w:rPr>
          <w:sz w:val="20"/>
        </w:rPr>
        <w:t>1:02:52  maulana yeh agla sawal aaya hai doctor muslima siddiqui ka dehli se. according to the quran if we adopt taqwa no amount of plot can harm us.</w:t>
      </w:r>
      <w:r>
        <w:br/>
      </w:r>
      <w:r>
        <w:rPr>
          <w:sz w:val="20"/>
        </w:rPr>
        <w:t>1:03:05  please explain. kya kya phir se parhiye? according to the quran if we adopt taqwa no amount of plot can harm us.</w:t>
      </w:r>
      <w:r>
        <w:br/>
      </w:r>
      <w:r>
        <w:rPr>
          <w:sz w:val="20"/>
        </w:rPr>
        <w:t>1:03:18  please expla</w:t>
      </w:r>
      <w:r>
        <w:br/>
      </w:r>
      <w:r>
        <w:rPr>
          <w:sz w:val="20"/>
        </w:rPr>
        <w:t>1:03:19  in. dekhiye taqwa ke ma'ni mein serious ma'ni mein nahi lena chahiye. taqwa ke ma'ni yahan yahan par reh jaye is context mein apne aap ko problem create karne se bachana.</w:t>
      </w:r>
      <w:r>
        <w:br/>
      </w:r>
      <w:r>
        <w:rPr>
          <w:sz w:val="20"/>
        </w:rPr>
        <w:t>1:03:34  yeh ek haqeeqat hai ke agar aap doosre ko takleef na pahunchayein, doosre ki problem na bane to duniya mein koi aap ko kuch kuch bhi karne wala hai.</w:t>
      </w:r>
      <w:r>
        <w:br/>
      </w:r>
      <w:r>
        <w:rPr>
          <w:sz w:val="20"/>
        </w:rPr>
        <w:t>1:03:44  mein zinda saboot hoon. meri itni lambi umar ho gayi.</w:t>
      </w:r>
      <w:r>
        <w:br/>
      </w:r>
      <w:r>
        <w:rPr>
          <w:sz w:val="20"/>
        </w:rPr>
        <w:t>1:03:48  mein aakhri had tak no problem person rehta hoon. no problem person. aakhri had tak. hatta ke apne ghar mein bhi. to mere saath to woh waqiaat nahi hote jo abhi up mein jis ki khabrein sun rahe hain aap.</w:t>
      </w:r>
      <w:r>
        <w:br/>
      </w:r>
      <w:r>
        <w:rPr>
          <w:sz w:val="20"/>
        </w:rPr>
        <w:t>1:04:03  to is hadith ka woh is ayat ka matlab koi mysterious nahi hai. woh koi purasrar baat nahi hai. is duniya mein dekhiye har aadmi apne apne apne apne interest ke</w:t>
      </w:r>
      <w:r>
        <w:br/>
      </w:r>
      <w:r>
        <w:rPr>
          <w:sz w:val="20"/>
        </w:rPr>
        <w:t>1:04:16  liye daud raha hai. kisi ko fursat nahi hai ke woh aap ko aap ke liye planning kare aap ke khilaaf. kisi ko aap ke khilaaf planning karne ki fursat nahi hai.</w:t>
      </w:r>
      <w:r>
        <w:br/>
      </w:r>
      <w:r>
        <w:rPr>
          <w:sz w:val="20"/>
        </w:rPr>
        <w:t>1:04:26  har aadmi apne interest ke liye daud raha hai. to logon ko daudne dijiye. aap kisi ko haar na pahunchaiye. kisi ko problem create nahi kijiye.</w:t>
      </w:r>
      <w:r>
        <w:br/>
      </w:r>
      <w:r>
        <w:rPr>
          <w:sz w:val="20"/>
        </w:rPr>
        <w:t>1:04:36  kisi ko provoke nahi kijiye. to kuch bhi nahi hoga. yeh mera zindagi bhar ka tajurba hai.</w:t>
      </w:r>
    </w:p>
    <w:p>
      <w:pPr>
        <w:pStyle w:val="Heading2"/>
      </w:pPr>
      <w:r>
        <w:t>Explain the concept of misl in Quran</w:t>
      </w:r>
    </w:p>
    <w:p>
      <w:r>
        <w:rPr>
          <w:color w:val="666666"/>
          <w:sz w:val="18"/>
        </w:rPr>
        <w:t>Quran &amp; Tafsir · The Quran September 20, 2020 Maulana Wahiduddin Khan · 1m 20s · at 21:52 · https://youtu.be/yQZGg2A0-Tk?t=1312</w:t>
      </w:r>
    </w:p>
    <w:p>
      <w:r>
        <w:rPr>
          <w:i/>
        </w:rPr>
        <w:t>“Maulana, you have explained about understanding the Quran with the help of misl (example/analogy). Please explain misl.”</w:t>
      </w:r>
    </w:p>
    <w:p>
      <w:r>
        <w:rPr>
          <w:sz w:val="20"/>
        </w:rPr>
        <w:t>21:52  muhammad bilal shafi sahib ne dilli se sawal bheja hai. unhon ne likha hai: "maulana, aap ne quran ko misl ke sath samjhane ke bare mein bataya hai.</w:t>
      </w:r>
      <w:r>
        <w:br/>
      </w:r>
      <w:r>
        <w:rPr>
          <w:sz w:val="20"/>
        </w:rPr>
        <w:t>22:03  please misl ko samjha dijiye."</w:t>
      </w:r>
      <w:r>
        <w:br/>
      </w:r>
      <w:r>
        <w:rPr>
          <w:sz w:val="20"/>
        </w:rPr>
        <w:t>22:09  kis cheez ko? misl model. misl. ooteet al kitab wa misluhu ma'ah</w:t>
      </w:r>
      <w:r>
        <w:br/>
      </w:r>
      <w:r>
        <w:rPr>
          <w:sz w:val="20"/>
        </w:rPr>
        <w:t>22:18  achha, achha, achha, achha.</w:t>
      </w:r>
      <w:r>
        <w:br/>
      </w:r>
      <w:r>
        <w:rPr>
          <w:sz w:val="20"/>
        </w:rPr>
        <w:t>22:27  bhai, main toh sochta hoon ke yeh koi serious baat nahi hai. jab aap ghor karte hain, ghor karte hain, ghor karte hain, ek toh quran ki aayatein hoti hain, doosra ghor fikr.</w:t>
      </w:r>
      <w:r>
        <w:br/>
      </w:r>
      <w:r>
        <w:rPr>
          <w:sz w:val="20"/>
        </w:rPr>
        <w:t>22:44  toh</w:t>
      </w:r>
      <w:r>
        <w:br/>
      </w:r>
      <w:r>
        <w:rPr>
          <w:sz w:val="20"/>
        </w:rPr>
        <w:t>22:48  quran se bahar jo haqaiq hain, woh aap par khul jaate hain. wahi hai misl. jitna aap ko yeh misl na maloom ho,</w:t>
      </w:r>
      <w:r>
        <w:br/>
      </w:r>
      <w:r>
        <w:rPr>
          <w:sz w:val="20"/>
        </w:rPr>
        <w:t>23:02  tab tak aap quran ko samajh nahi sakte.</w:t>
      </w:r>
    </w:p>
    <w:p>
      <w:pPr>
        <w:pStyle w:val="Heading2"/>
      </w:pPr>
      <w:r>
        <w:t>Explain the sun's course in Surah Yasin</w:t>
      </w:r>
    </w:p>
    <w:p>
      <w:r>
        <w:rPr>
          <w:color w:val="666666"/>
          <w:sz w:val="18"/>
        </w:rPr>
        <w:t>Quran &amp; Tafsir · The Existence of God October 7, 2012 · 51s · at 1:13:29 · https://youtu.be/Hm0ybuokQ8s?t=4409</w:t>
      </w:r>
    </w:p>
    <w:p>
      <w:r>
        <w:rPr>
          <w:i/>
        </w:rPr>
        <w:t>“Maulana, please explain the verse of Surah Yasin: 'Washamsu tajri limustaqarrin laha dhālika taqdīru al-azīzi al-‘alīm'.”</w:t>
      </w:r>
    </w:p>
    <w:p>
      <w:r>
        <w:rPr>
          <w:sz w:val="20"/>
        </w:rPr>
        <w:t>1:13:29  aap intellectual challenge, yeh mat chahiye ke negativity khatam ho jaye, kyunke woh to possible nahi hai. Maulana, agla sawal aaya hai Muhammad Azeem Sahab ka Hyderabad se.</w:t>
      </w:r>
      <w:r>
        <w:br/>
      </w:r>
      <w:r>
        <w:rPr>
          <w:sz w:val="20"/>
        </w:rPr>
        <w:t>1:13:44  unhon ne likha hai: "Maulana, please aap Surah Yaseen ki is ayat ko explain karein jis mein aaya hai: 'Was-samso tajri limustaqarrilaha dhalika taqdirul-azizil-haleem'."</w:t>
      </w:r>
      <w:r>
        <w:br/>
      </w:r>
      <w:r>
        <w:rPr>
          <w:sz w:val="20"/>
        </w:rPr>
        <w:t>1:14:01  is par maine likha apni kitaab mein, is ko aap padh lijiye. Jo kitaab Urdu mein hai: "Mazhab Bawajood Challenge Angrezi mein God Rises</w:t>
      </w:r>
      <w:r>
        <w:br/>
      </w:r>
      <w:r>
        <w:rPr>
          <w:sz w:val="20"/>
        </w:rPr>
        <w:t>1:14:10  ", is ko aap padh lijiye pehle, phir aap ke sawal sawal ho to aap is ko agle Sunday ko pesh kijiye. Bataiye.</w:t>
      </w:r>
    </w:p>
    <w:p>
      <w:pPr>
        <w:pStyle w:val="Heading2"/>
      </w:pPr>
      <w:r>
        <w:t>Explain the verse enter Islam completely</w:t>
      </w:r>
    </w:p>
    <w:p>
      <w:r>
        <w:rPr>
          <w:color w:val="666666"/>
          <w:sz w:val="18"/>
        </w:rPr>
        <w:t>Quran &amp; Tafsir · The Importance of Thinking November 10, 2013 · 1m 28s · at 55:34 · https://youtu.be/y16CddTHoqE?t=3334</w:t>
      </w:r>
    </w:p>
    <w:p>
      <w:r>
        <w:rPr>
          <w:i/>
        </w:rPr>
        <w:t>“In the Quran there is a verse: 'O believers! Enter into Islam completely.' Please explain this verse. It has been misinterpreted to mean establishing the complete system.”</w:t>
      </w:r>
    </w:p>
    <w:p>
      <w:r>
        <w:rPr>
          <w:sz w:val="20"/>
        </w:rPr>
        <w:t>55:34  maulana, agla sawal dilli se hai doctor anwar abbas sahab ka.</w:t>
      </w:r>
      <w:r>
        <w:br/>
      </w:r>
      <w:r>
        <w:rPr>
          <w:sz w:val="20"/>
        </w:rPr>
        <w:t>55:38  unhon ne likha hai: "quran mein aik ayat hai: iman walo! islam mein poore poore dakhil ho jao." maulana sahab, is ki wazahat farmain.</w:t>
      </w:r>
      <w:r>
        <w:br/>
      </w:r>
      <w:r>
        <w:rPr>
          <w:sz w:val="20"/>
        </w:rPr>
        <w:t>55:52  dekhen, yeh is ki ghalat interpretation diya gaya hai ke matlab mukammal nizam qaim karo.</w:t>
      </w:r>
      <w:r>
        <w:br/>
      </w:r>
      <w:r>
        <w:rPr>
          <w:sz w:val="20"/>
        </w:rPr>
        <w:t>56:01  yeh bilkul hi yani absurd hai yeh yeh taabeer</w:t>
      </w:r>
      <w:r>
        <w:br/>
      </w:r>
      <w:r>
        <w:rPr>
          <w:sz w:val="20"/>
        </w:rPr>
        <w:t>56:06  . aik fard ko is mein address kiya ja raha hai, aik individual ko address kiya ja raha hai. aik individual ko chahiye ke woh apne andar poora poora islam ke jo requirement hain, jo is ka taqaza hai, us par amal kare, poori poori tarah follow kare.</w:t>
      </w:r>
      <w:r>
        <w:br/>
      </w:r>
      <w:r>
        <w:rPr>
          <w:sz w:val="20"/>
        </w:rPr>
        <w:t>56:26  individual ko poori tarah follow karna chahiye hamare islam ko. yeh yeh nahi ke koi dunya mein nizam qaim karna hai.</w:t>
      </w:r>
      <w:r>
        <w:br/>
      </w:r>
      <w:r>
        <w:rPr>
          <w:sz w:val="20"/>
        </w:rPr>
        <w:t>56:33  jo log aisi baatein karte hain, woh bilashuba bilkul absurd baat karte hain, meaningless meaningless baat karte hain. aik aisi baat kar dein jis ki jis ki koi base nahi, baseless baat kehte hain.</w:t>
      </w:r>
      <w:r>
        <w:br/>
      </w:r>
      <w:r>
        <w:rPr>
          <w:sz w:val="20"/>
        </w:rPr>
        <w:t>56:48  har aadmi ke andar yeh jazba hona chahiye ke mujhe poora poora follow karna hai Allah ki baaton ko. bas yeh yeh yeh matlab hai is ayat ka.</w:t>
      </w:r>
    </w:p>
    <w:p>
      <w:pPr>
        <w:pStyle w:val="Heading2"/>
      </w:pPr>
      <w:r>
        <w:t>Explain this hadith and its source</w:t>
      </w:r>
    </w:p>
    <w:p>
      <w:r>
        <w:rPr>
          <w:color w:val="666666"/>
          <w:sz w:val="18"/>
        </w:rPr>
        <w:t>Quran &amp; Tafsir · Journey of History December 23, 2012 · 1m 52s · at 1:20:36 · https://youtu.be/bvjWl3U3Dmw?t=4836</w:t>
      </w:r>
    </w:p>
    <w:p>
      <w:r>
        <w:rPr>
          <w:i/>
        </w:rPr>
        <w:t>“Can you please explain this hadith and tell the source of this citation?”</w:t>
      </w:r>
    </w:p>
    <w:p>
      <w:r>
        <w:rPr>
          <w:sz w:val="20"/>
        </w:rPr>
        <w:t>1:20:36  masha Allah. maulana, agla sawal dilli se hai mister khalid ans</w:t>
      </w:r>
      <w:r>
        <w:br/>
      </w:r>
      <w:r>
        <w:rPr>
          <w:sz w:val="20"/>
        </w:rPr>
        <w:t>1:20:42  aari ka. unhon ne likha hai: "maulana, unhon ne ek hadith ka reference diya hai jo is tarah hai: in al-nas sama wal-basar wal-fuaad kullu ulaaika kaana anhu masool." maulana, can you please explain this hadith and tell the source of this citation?</w:t>
      </w:r>
      <w:r>
        <w:br/>
      </w:r>
      <w:r>
        <w:rPr>
          <w:sz w:val="20"/>
        </w:rPr>
        <w:t>1:21:01  hadith yeh ayat hai: in al-sama wal-basar wal-fuaad kullu ulaaika kaana masool. yeh ayat hai Quran majeed ki.</w:t>
      </w:r>
      <w:r>
        <w:br/>
      </w:r>
      <w:r>
        <w:rPr>
          <w:sz w:val="20"/>
        </w:rPr>
        <w:t>1:21:10  yaani is ka tarjuma yeh hai ke ke kaan aur aankh aur aql.</w:t>
      </w:r>
      <w:r>
        <w:br/>
      </w:r>
      <w:r>
        <w:rPr>
          <w:sz w:val="20"/>
        </w:rPr>
        <w:t>1:21:20  fuaad ka matlab hai aql. har cheez ke liye insaan accountable hai ke us ko kis tarah istemal karta hai.</w:t>
      </w:r>
      <w:r>
        <w:br/>
      </w:r>
      <w:r>
        <w:rPr>
          <w:sz w:val="20"/>
        </w:rPr>
        <w:t>1:21:31  to kya hum ne dekha, kya hum ne suna, kya hum ne socha?</w:t>
      </w:r>
      <w:r>
        <w:br/>
      </w:r>
      <w:r>
        <w:rPr>
          <w:sz w:val="20"/>
        </w:rPr>
        <w:t>1:21:36  isi se to hamari knowledge aati hai hum ko. isi se hum rai banate hain. inhi cheezon se hum asar lete hain. to zahir hai ke yahi to yahi to test paper hai ke jo kuch aap ne suna us se aap ne koi galat asar nahi liya.</w:t>
      </w:r>
      <w:r>
        <w:br/>
      </w:r>
      <w:r>
        <w:rPr>
          <w:sz w:val="20"/>
        </w:rPr>
        <w:t>1:21:54  koi jo kuch aap dekha us us us ki wajah se aap bigad nahi gaye. jo kuch aap ko sochne ka mauqa mila us mein aap ne galat andaaz se nahi socha.</w:t>
      </w:r>
      <w:r>
        <w:br/>
      </w:r>
      <w:r>
        <w:rPr>
          <w:sz w:val="20"/>
        </w:rPr>
        <w:t>1:22:06  yahi to test hai. inhi cheezon mein to insaan ka test ho raha hai. kullu ulaaika kaana masool yaani inhi cheezon ke aitbaar se insaan accountable hai Allah taala ke saamne.</w:t>
      </w:r>
      <w:r>
        <w:br/>
      </w:r>
      <w:r>
        <w:rPr>
          <w:sz w:val="20"/>
        </w:rPr>
        <w:t>1:22:21  yeh ayat Surah Al-Isra mein hai jis ka doosra naam Bani Israel bhi hai.</w:t>
      </w:r>
    </w:p>
    <w:p>
      <w:pPr>
        <w:pStyle w:val="Heading2"/>
      </w:pPr>
      <w:r>
        <w:t>Explanation of Quran 4:120 on Satan</w:t>
      </w:r>
    </w:p>
    <w:p>
      <w:r>
        <w:rPr>
          <w:color w:val="666666"/>
          <w:sz w:val="18"/>
        </w:rPr>
        <w:t>Quran &amp; Tafsir · Material Science Vs Spiritual Science 20th May 12 SLOW · 1m 12s · at 1:33:10 · https://youtu.be/qYwFExG7cyM?t=5590</w:t>
      </w:r>
    </w:p>
    <w:p>
      <w:r>
        <w:rPr>
          <w:i/>
        </w:rPr>
        <w:t>“Please explain the words of Chapter 4, verse number 120 of the Quran, where it is mentioned that Satan says he will mislead them so they will change God's creation.”</w:t>
      </w:r>
    </w:p>
    <w:p>
      <w:r>
        <w:rPr>
          <w:sz w:val="20"/>
        </w:rPr>
        <w:t>1:33:10  Maulana, agla sawal Raipur se aya hai Mr. Idrees sahib ka.</w:t>
      </w:r>
      <w:r>
        <w:br/>
      </w:r>
      <w:r>
        <w:rPr>
          <w:sz w:val="20"/>
        </w:rPr>
        <w:t>1:33:15  unhon ne likha hai: "Maulana, please explain the words of chapter four, words number 120 of Quran, where</w:t>
      </w:r>
      <w:r>
        <w:br/>
      </w:r>
      <w:r>
        <w:rPr>
          <w:sz w:val="20"/>
        </w:rPr>
        <w:t>1:33:23  it is mentioned that certain says unhein samjhaunga to woh Allah ki banawat ko badlenge." bole:</w:t>
      </w:r>
      <w:r>
        <w:br/>
      </w:r>
      <w:r>
        <w:rPr>
          <w:sz w:val="20"/>
        </w:rPr>
        <w:t>1:33:30  "Your khalaq Allah hain ji, theek hai na? yahi hai." bole: "Your khalaq Allah, Allah ki takhleeq ko</w:t>
      </w:r>
      <w:r>
        <w:br/>
      </w:r>
      <w:r>
        <w:rPr>
          <w:sz w:val="20"/>
        </w:rPr>
        <w:t>1:33:38  kise is pe koi badmunah aya hai?" sir, nahi aya? nahi ji, panchwen paray mein hai.</w:t>
      </w:r>
      <w:r>
        <w:br/>
      </w:r>
      <w:r>
        <w:rPr>
          <w:sz w:val="20"/>
        </w:rPr>
        <w:t>1:33:45  yar ji, is tarah ki ayat panchwen paray mein hai.</w:t>
      </w:r>
      <w:r>
        <w:br/>
      </w:r>
      <w:r>
        <w:rPr>
          <w:sz w:val="20"/>
        </w:rPr>
        <w:t>1:33:50  aya hai ji? ab ji nahi, Maulana nahi hai.</w:t>
      </w:r>
      <w:r>
        <w:br/>
      </w:r>
      <w:r>
        <w:rPr>
          <w:sz w:val="20"/>
        </w:rPr>
        <w:t>1:33:54  bola: "ya reason na karti, acha inshallah main is ayat ko le kar ke ansari mein ek do</w:t>
      </w:r>
      <w:r>
        <w:br/>
      </w:r>
      <w:r>
        <w:rPr>
          <w:sz w:val="20"/>
        </w:rPr>
        <w:t>1:34:01  safha likhunga, is mein aap dekh lijiyega kyunke yeh bohat hi aham ayat hai aur 33</w:t>
      </w:r>
      <w:r>
        <w:br/>
      </w:r>
      <w:r>
        <w:rPr>
          <w:sz w:val="20"/>
        </w:rPr>
        <w:t>1:34:09  se poori wazahat nahi ho payegi is waqt.</w:t>
      </w:r>
      <w:r>
        <w:br/>
      </w:r>
      <w:r>
        <w:rPr>
          <w:sz w:val="20"/>
        </w:rPr>
        <w:t>1:34:13  to main inshallah is ayat ko le kar ke ek do safha likhunga." magazine hai inshallah is</w:t>
      </w:r>
      <w:r>
        <w:br/>
      </w:r>
      <w:r>
        <w:rPr>
          <w:sz w:val="20"/>
        </w:rPr>
        <w:t>1:34:21  mein.</w:t>
      </w:r>
    </w:p>
    <w:p>
      <w:pPr>
        <w:pStyle w:val="Heading2"/>
      </w:pPr>
      <w:r>
        <w:t>Explanation of Quran 4:34</w:t>
      </w:r>
    </w:p>
    <w:p>
      <w:r>
        <w:rPr>
          <w:color w:val="666666"/>
          <w:sz w:val="18"/>
        </w:rPr>
        <w:t>Quran &amp; Tafsir · Divine Management in History April 7, 2013 · 1m 32s · at 1:08:41 · https://youtu.be/wcBzG56LuPY?t=4121</w:t>
      </w:r>
    </w:p>
    <w:p>
      <w:r>
        <w:rPr>
          <w:i/>
        </w:rPr>
        <w:t>“Could you explain the verse number 34 of An-Nisa in Quran, which reads: 'Men are in charge of women by what Allah has given one over the other, and what they spend from their wealth. So righteous women are devoutly obedient, guarding in the husband's absence what Allah would have them guard.'”</w:t>
      </w:r>
    </w:p>
    <w:p>
      <w:r>
        <w:rPr>
          <w:sz w:val="20"/>
        </w:rPr>
        <w:t>1:08:41  hmm, maulana, agla sawal farhan khan sahib ka hai, mumbai</w:t>
      </w:r>
      <w:r>
        <w:br/>
      </w:r>
      <w:r>
        <w:rPr>
          <w:sz w:val="20"/>
        </w:rPr>
        <w:t>1:08:47  sa. unhon ne likha hai: "maulana, could you explain the verse number 34 of nisa in quran, which reads: men are in charge of women by what allah has given one over the other, and what they spend from their wealth?</w:t>
      </w:r>
      <w:r>
        <w:br/>
      </w:r>
      <w:r>
        <w:rPr>
          <w:sz w:val="20"/>
        </w:rPr>
        <w:t>1:09:07  so righteous women are dutifully obedient guarding in the husbands absence, what allah would have them guard.</w:t>
      </w:r>
      <w:r>
        <w:br/>
      </w:r>
      <w:r>
        <w:rPr>
          <w:sz w:val="20"/>
        </w:rPr>
        <w:t>1:09:16  but those wives from whom you fear arrogance, first advise them, then if they persist, forsake them in bed, and finally strike them.</w:t>
      </w:r>
      <w:r>
        <w:br/>
      </w:r>
      <w:r>
        <w:rPr>
          <w:sz w:val="20"/>
        </w:rPr>
        <w:t>1:09:28  but if they obey you once more, seek no means against them. indeed, allah is ever exalted and grand.</w:t>
      </w:r>
      <w:r>
        <w:br/>
      </w:r>
      <w:r>
        <w:rPr>
          <w:sz w:val="20"/>
        </w:rPr>
        <w:t>1:09:37  maulana sahib, my question is: how can the quran condone domestic violence?</w:t>
      </w:r>
      <w:r>
        <w:br/>
      </w:r>
      <w:r>
        <w:rPr>
          <w:sz w:val="20"/>
        </w:rPr>
        <w:t>1:09:46  "dekhiye, aap pehle meri do kitabein parhiye: khatoon islam aur aurat memar insaniyat.</w:t>
      </w:r>
      <w:r>
        <w:br/>
      </w:r>
      <w:r>
        <w:rPr>
          <w:sz w:val="20"/>
        </w:rPr>
        <w:t>1:09:56  is ko parhne ke baad aap question kijiye. mere khayal se aap ne abhi hamari kitabein parhi nahi hain, is liye aap yeh sab question kar rahe hain. kitabein, yeh dono kitabein parh kar ke phir aap sochiye ke aap ka question jo hai, answer hua ke nahi.</w:t>
      </w:r>
    </w:p>
    <w:p>
      <w:pPr>
        <w:pStyle w:val="Heading2"/>
      </w:pPr>
      <w:r>
        <w:t>Explanation of Quran 8:61 on peace</w:t>
      </w:r>
    </w:p>
    <w:p>
      <w:r>
        <w:rPr>
          <w:color w:val="666666"/>
          <w:sz w:val="18"/>
        </w:rPr>
        <w:t>Quran &amp; Tafsir · The Age of Alternative April 24, 2016 · 1m 51s · at 42:01 · https://youtu.be/JoilI-TK4Ig?t=2521</w:t>
      </w:r>
    </w:p>
    <w:p>
      <w:r>
        <w:rPr>
          <w:i/>
        </w:rPr>
        <w:t>“Quran has a verse Chapter 8 Verse Number 61, which says: 'But if they incline to peace, you also incline to it and put...'”</w:t>
      </w:r>
    </w:p>
    <w:p>
      <w:r>
        <w:rPr>
          <w:sz w:val="20"/>
        </w:rPr>
        <w:t>42:01  maulana, yeh sawal aaya hai chennai se maulana iqbal umri ka, aur unhone likha hai ke quran</w:t>
      </w:r>
      <w:r>
        <w:br/>
      </w:r>
      <w:r>
        <w:rPr>
          <w:sz w:val="20"/>
        </w:rPr>
        <w:t>42:09  ki ek aayat hai chapter 8 verse number 61,</w:t>
      </w:r>
      <w:r>
        <w:br/>
      </w:r>
      <w:r>
        <w:rPr>
          <w:sz w:val="20"/>
        </w:rPr>
        <w:t>42:14  jisme likha hai ke "but if they incline to peace, you also incline to it and put</w:t>
      </w:r>
      <w:r>
        <w:br/>
      </w:r>
      <w:r>
        <w:rPr>
          <w:sz w:val="20"/>
        </w:rPr>
        <w:t>42:23  your trust in allah.</w:t>
      </w:r>
      <w:r>
        <w:br/>
      </w:r>
      <w:r>
        <w:rPr>
          <w:sz w:val="20"/>
        </w:rPr>
        <w:t>42:26  Verily He is the all-hearer, the all-knower." Musalman aaj is ayat par kyon sahi iman nahi rakhte?</w:t>
      </w:r>
      <w:r>
        <w:br/>
      </w:r>
      <w:r>
        <w:rPr>
          <w:sz w:val="20"/>
        </w:rPr>
        <w:t>42:34  kyon Musalman war ki planning mein rehte hain? Maulana sahib, is ki kya wajah hai?</w:t>
      </w:r>
      <w:r>
        <w:br/>
      </w:r>
      <w:r>
        <w:rPr>
          <w:sz w:val="20"/>
        </w:rPr>
        <w:t>42:42  is ki wajah behad hai ke Musalmanon ka mindset bigda hua hai zawal ki wajah se. is waqt Musalman apne daur zawal mein sab se, yani jitni siyaraton mein jo Musalman leader uthe,</w:t>
      </w:r>
      <w:r>
        <w:br/>
      </w:r>
      <w:r>
        <w:rPr>
          <w:sz w:val="20"/>
        </w:rPr>
        <w:t>42:59  woh sab se bekhabar isi baat se rahe mehnat ki. chahe Mr. Jinnah hon, chahe Dr. Iqbal hon, Maulana Muhammad Ali hon, Maulana Abdul Kalam Azad hon, Sir Syed hon, Maulana Abdullah Mahdi hon, jitne bhi hain, sab ke sab is haqiqat se bekhabar rahe ke Musalman is waqt apne daur zawal mein hain.</w:t>
      </w:r>
      <w:r>
        <w:br/>
      </w:r>
      <w:r>
        <w:rPr>
          <w:sz w:val="20"/>
        </w:rPr>
        <w:t>43:21  aise hi jaise main boodha ho gaya hoon, ab koi shakhs mere bare mein planning kare, jawan farz kar ke, to fail ho jayega.</w:t>
      </w:r>
      <w:r>
        <w:br/>
      </w:r>
      <w:r>
        <w:rPr>
          <w:sz w:val="20"/>
        </w:rPr>
        <w:t>43:31  to Musalmanon ke leaderon ne jo planning ki, woh farz kar ke Musalman zinda hain, halanke woh zawal yafta ho chuke the.</w:t>
      </w:r>
      <w:r>
        <w:br/>
      </w:r>
      <w:r>
        <w:rPr>
          <w:sz w:val="20"/>
        </w:rPr>
        <w:t>43:42  zawal yafta daur mein yahi hota hai jo ho raha hai ke nafrat dilchaspi hoti hai un ko, pride se dilchaspi hoti hai un ko, taamiri kaam se un ko raghbat nahi hoti.</w:t>
      </w:r>
    </w:p>
    <w:p>
      <w:pPr>
        <w:pStyle w:val="Heading2"/>
      </w:pPr>
      <w:r>
        <w:t>Explanation of Surah Yasin verse</w:t>
      </w:r>
    </w:p>
    <w:p>
      <w:r>
        <w:rPr>
          <w:color w:val="666666"/>
          <w:sz w:val="18"/>
        </w:rPr>
        <w:t>Quran &amp; Tafsir · The Existence of God-7th October 2012 · 40s · at 1:18:32 · https://youtu.be/XWFqKwm-LPM?t=4712</w:t>
      </w:r>
    </w:p>
    <w:p>
      <w:r>
        <w:rPr>
          <w:i/>
        </w:rPr>
        <w:t>“Please explain the verse of Surah Yasin: 'And the sun runs on its course to a fixed term; that is the decree of the Almighty, the All-Knowing.'”</w:t>
      </w:r>
    </w:p>
    <w:p>
      <w:r>
        <w:rPr>
          <w:sz w:val="20"/>
        </w:rPr>
        <w:t>1:18:32  chalein, maulana, agla sawal aaya hai muhammad azeem sahib ka hyderabad se.</w:t>
      </w:r>
      <w:r>
        <w:br/>
      </w:r>
      <w:r>
        <w:rPr>
          <w:sz w:val="20"/>
        </w:rPr>
        <w:t>1:18:38  unhon ne likha hai: "maulana, please aap surah yaseen ki is ayat ko explain karein jis mein aaya</w:t>
      </w:r>
      <w:r>
        <w:br/>
      </w:r>
      <w:r>
        <w:rPr>
          <w:sz w:val="20"/>
        </w:rPr>
        <w:t>1:18:45  hai: 'wasahum so tajri limustakar allah dhalik taqdir al-aziz al-hakim'." is par maine likha hai apni kitab</w:t>
      </w:r>
      <w:r>
        <w:br/>
      </w:r>
      <w:r>
        <w:rPr>
          <w:sz w:val="20"/>
        </w:rPr>
        <w:t>1:18:52  mein, is ko aap parh lijiyay jo kitab urdu mein hai "mazhab maujood challenge", angrezi mein "God Rises".</w:t>
      </w:r>
      <w:r>
        <w:br/>
      </w:r>
      <w:r>
        <w:rPr>
          <w:sz w:val="20"/>
        </w:rPr>
        <w:t>1:18:59  is ko aap parh lijiyay pehlay, phir aap kay sawal sawal ho to aap is ko agli sunday</w:t>
      </w:r>
      <w:r>
        <w:br/>
      </w:r>
      <w:r>
        <w:rPr>
          <w:sz w:val="20"/>
        </w:rPr>
        <w:t>1:19:05  ko paish kijiyay, bataiyay.</w:t>
      </w:r>
    </w:p>
    <w:p>
      <w:pPr>
        <w:pStyle w:val="Heading2"/>
      </w:pPr>
      <w:r>
        <w:t>Explanation of the Furqan</w:t>
      </w:r>
    </w:p>
    <w:p>
      <w:r>
        <w:rPr>
          <w:color w:val="666666"/>
          <w:sz w:val="18"/>
        </w:rPr>
        <w:t>Quran &amp; Tafsir · Q&amp;A 04 DEC 2011 Maulana Wahiduddin Khan · 1m 53s · at 28:40 · https://youtu.be/KIMNmuUZoGo?t=1720</w:t>
      </w:r>
    </w:p>
    <w:p>
      <w:r>
        <w:rPr>
          <w:i/>
        </w:rPr>
        <w:t>“The Quran says that We sent down the Furqan. Please explain something about it.”</w:t>
      </w:r>
    </w:p>
    <w:p>
      <w:r>
        <w:rPr>
          <w:sz w:val="20"/>
        </w:rPr>
        <w:t>28:40  Doctor Muslima ne Delhi se sawal likha hai. Unhone poocha hai ke Quran mein aata hai ke hum ne Furqan utara.</w:t>
      </w:r>
      <w:r>
        <w:br/>
      </w:r>
      <w:r>
        <w:rPr>
          <w:sz w:val="20"/>
        </w:rPr>
        <w:t>28:49  is ke baray mein aap kuch bataein.</w:t>
      </w:r>
      <w:r>
        <w:br/>
      </w:r>
      <w:r>
        <w:rPr>
          <w:sz w:val="20"/>
        </w:rPr>
        <w:t>28:55  dekhiye Furqan ke ka lafzi matlab jo hai woh hai do cheez ke darmiyan farq karna. Asal al fasl min al shiaan.</w:t>
      </w:r>
      <w:r>
        <w:br/>
      </w:r>
      <w:r>
        <w:rPr>
          <w:sz w:val="20"/>
        </w:rPr>
        <w:t>29:05  yaani to differentiate between the two. To</w:t>
      </w:r>
      <w:r>
        <w:br/>
      </w:r>
      <w:r>
        <w:rPr>
          <w:sz w:val="20"/>
        </w:rPr>
        <w:t>29:13  Quran jo hai is ki ek sifat yeh hai ke woh Furqan hai. Yaani cheezon mein farq karna batata hai ke yeh right hai, yeh wrong hai.</w:t>
      </w:r>
      <w:r>
        <w:br/>
      </w:r>
      <w:r>
        <w:rPr>
          <w:sz w:val="20"/>
        </w:rPr>
        <w:t>29:23  yeh theek hai, yeh theek nahi hai. Yeh is mein aadmi ko faida hai, is mein faida nahi hai. To yeh jo hai</w:t>
      </w:r>
      <w:r>
        <w:br/>
      </w:r>
      <w:r>
        <w:rPr>
          <w:sz w:val="20"/>
        </w:rPr>
        <w:t>29:31  jab aadmi Quran mein sochega, bahut zyada ghor karega to us ke andar ek ek ek sense develop hoga.</w:t>
      </w:r>
      <w:r>
        <w:br/>
      </w:r>
      <w:r>
        <w:rPr>
          <w:sz w:val="20"/>
        </w:rPr>
        <w:t>29:40  Sense of Furqan. Yaani Quran mein sari baatein do do, chaar chaar likhi hui nahi hain. Aisa nahi hai ke do do, chaar chaar har cheez likhi hui hai.</w:t>
      </w:r>
      <w:r>
        <w:br/>
      </w:r>
      <w:r>
        <w:rPr>
          <w:sz w:val="20"/>
        </w:rPr>
        <w:t>29:50  lekin jab aadmi sach much bohat is mein parhega aur bohat ghor karega, bohat is ko yani samajhne ki koshish karega to is ke andar aik salahiyat develop karegi jis ko kehte hain furqan.</w:t>
      </w:r>
      <w:r>
        <w:br/>
      </w:r>
      <w:r>
        <w:rPr>
          <w:sz w:val="20"/>
        </w:rPr>
        <w:t>30:06  yani principle of differentiation. to yeh to mutaarif hota hai, gehri studies hota hai aur sincere study.</w:t>
      </w:r>
      <w:r>
        <w:br/>
      </w:r>
      <w:r>
        <w:rPr>
          <w:sz w:val="20"/>
        </w:rPr>
        <w:t>30:17  mein samajhta hoon ke sincere ka lafz shamil karna zaroori hai. ya serious study.</w:t>
      </w:r>
      <w:r>
        <w:br/>
      </w:r>
      <w:r>
        <w:rPr>
          <w:sz w:val="20"/>
        </w:rPr>
        <w:t>30:23  jab seriously study karta hai aadmi tab ja kar ke woh sense develop hota hai. nahin to parhega, parhega, hoga kuch nahin.</w:t>
      </w:r>
    </w:p>
    <w:p>
      <w:pPr>
        <w:pStyle w:val="Heading2"/>
      </w:pPr>
      <w:r>
        <w:t>Explicit Reference for Life on Earth</w:t>
      </w:r>
    </w:p>
    <w:p>
      <w:r>
        <w:rPr>
          <w:color w:val="666666"/>
          <w:sz w:val="18"/>
        </w:rPr>
        <w:t>Quran &amp; Tafsir · Journey of History December 23, 2012 · 1m 19s · at 1:08:05 · https://youtu.be/bvjWl3U3Dmw?t=4085</w:t>
      </w:r>
    </w:p>
    <w:p>
      <w:r>
        <w:rPr>
          <w:i/>
        </w:rPr>
        <w:t>“Is there any explicit reference in the Quran or Hadith about life being exclusive to Earth?”</w:t>
      </w:r>
    </w:p>
    <w:p>
      <w:r>
        <w:rPr>
          <w:sz w:val="20"/>
        </w:rPr>
        <w:t>1:08:05  " maulana, agla sawal raipur se hai idrees sahab ka. unhon ne aap se poocha hai: "is there any explicit reference in quran or hadith about life being exclusive on earth?"</w:t>
      </w:r>
      <w:r>
        <w:br/>
      </w:r>
      <w:r>
        <w:rPr>
          <w:sz w:val="20"/>
        </w:rPr>
        <w:t>1:08:24  nahi, aisa koi yani direct reference to nahi hai,</w:t>
      </w:r>
      <w:r>
        <w:br/>
      </w:r>
      <w:r>
        <w:rPr>
          <w:sz w:val="20"/>
        </w:rPr>
        <w:t>1:08:31  lekin main yeh samajhta hoon ke jab doosra pehlu nahi hai ke quran mein yeh nahi ke kahin aur bhi insan jaisi makhlooq basti hai, isi se main leta hoon ke kahin aur insan jaisi makhlooq nahi hai.</w:t>
      </w:r>
      <w:r>
        <w:br/>
      </w:r>
      <w:r>
        <w:rPr>
          <w:sz w:val="20"/>
        </w:rPr>
        <w:t>1:08:45  to meri buniyad mein yahi manta hoon ke insan jaisi makhlooq kahin aur nahi hai. is ki buniyad do cheezon par hai:</w:t>
      </w:r>
      <w:r>
        <w:br/>
      </w:r>
      <w:r>
        <w:rPr>
          <w:sz w:val="20"/>
        </w:rPr>
        <w:t>1:08:53  aik to yeh ke science ne talash kiya, bohat talash kiya, bohat talash kiya, koi bhi doosra planet nahi mila un ko, aur quran mein kahin is tarah likha hua nahi hai ke doosri jagah bhi insan bastay hain.</w:t>
      </w:r>
      <w:r>
        <w:br/>
      </w:r>
      <w:r>
        <w:rPr>
          <w:sz w:val="20"/>
        </w:rPr>
        <w:t>1:09:07  agarche aik ayat hai ke "warz mithluna" yani aur saat aur zameenein hain, lekin saat aur insan hain, yeh nahi kahin hai.</w:t>
      </w:r>
      <w:r>
        <w:br/>
      </w:r>
      <w:r>
        <w:rPr>
          <w:sz w:val="20"/>
        </w:rPr>
        <w:t>1:09:17  is wajah se mera manna yeh hai ke insan jaisi makhlooq sirf zameen par hai aur kahin nahi hai.</w:t>
      </w:r>
    </w:p>
    <w:p>
      <w:pPr>
        <w:pStyle w:val="Heading2"/>
      </w:pPr>
      <w:r>
        <w:t>First step to rediscover the Quran</w:t>
      </w:r>
    </w:p>
    <w:p>
      <w:r>
        <w:rPr>
          <w:color w:val="666666"/>
          <w:sz w:val="18"/>
        </w:rPr>
        <w:t>Quran &amp; Tafsir · The Age of Giving Global Thanks Dec 15. 2019—Maulana Wahiduddin Khan · 1m 30s · at 39:09 · https://youtu.be/254Pgn6Ldts?t=2349</w:t>
      </w:r>
    </w:p>
    <w:p>
      <w:r>
        <w:rPr>
          <w:i/>
        </w:rPr>
        <w:t>“What is the first step in rediscovering the Quran?”</w:t>
      </w:r>
    </w:p>
    <w:p>
      <w:r>
        <w:rPr>
          <w:sz w:val="20"/>
        </w:rPr>
        <w:t>39:09  maulana, agla sawal ah bheja hai miss dania mustafa ne pakistan se. unhon ne aap se poocha hai ke: "maulana sahib, what is the first step in rediscovering Quran?"</w:t>
      </w:r>
      <w:r>
        <w:br/>
      </w:r>
      <w:r>
        <w:rPr>
          <w:sz w:val="20"/>
        </w:rPr>
        <w:t>39:26  kiya matlab hua? ke ah islam ko re discover karne ke liye pehla qadam kiya hona chahiye logon ka? meri samajh nahi aayi, pehla qadam kiya?</w:t>
      </w:r>
      <w:r>
        <w:br/>
      </w:r>
      <w:r>
        <w:rPr>
          <w:sz w:val="20"/>
        </w:rPr>
        <w:t>39:38  ah, mere re discovery khud hi qadam hai. starting point shayad jaan na chah rahi hai ke kaise, kis cheez ka, kaise islam ko re discover kiya jaye?</w:t>
      </w:r>
      <w:r>
        <w:br/>
      </w:r>
      <w:r>
        <w:rPr>
          <w:sz w:val="20"/>
        </w:rPr>
        <w:t>39:48  bhai, meri samajh nahi aayi. ah, pehla qadam to yahi hai ke re discover ho gaya to pehla qadam ho gaya woh.</w:t>
      </w:r>
      <w:r>
        <w:br/>
      </w:r>
      <w:r>
        <w:rPr>
          <w:sz w:val="20"/>
        </w:rPr>
        <w:t>39:58  maulana, doosra sawal lete hain. ah, yeh sawal gwalior se bhej diya hai. sawal un ka woh ke Quran ko re discover karne ke liye jo koshish ki jaye, us ka pehla qadam.</w:t>
      </w:r>
      <w:r>
        <w:br/>
      </w:r>
      <w:r>
        <w:rPr>
          <w:sz w:val="20"/>
        </w:rPr>
        <w:t>40:12  hmm, yeh ji ji shayad yahi lag raha hai. maulana, to mere nazdeek dua, dua kijiye aur Allah taala aap par barish barsa dega.</w:t>
      </w:r>
      <w:r>
        <w:br/>
      </w:r>
      <w:r>
        <w:rPr>
          <w:sz w:val="20"/>
        </w:rPr>
        <w:t>40:23  Quran ki barish, aap dua kijiye Allah rab ul alameen se aur woh aap ke upar Quran ki barish barsa dega.</w:t>
      </w:r>
    </w:p>
    <w:p>
      <w:pPr>
        <w:pStyle w:val="Heading2"/>
      </w:pPr>
      <w:r>
        <w:t>Four kalmas and black magic revelation</w:t>
      </w:r>
    </w:p>
    <w:p>
      <w:r>
        <w:rPr>
          <w:color w:val="666666"/>
          <w:sz w:val="18"/>
        </w:rPr>
        <w:t>Quran &amp; Tafsir · Lessons from My Journey to Canada II January 10, 2016 · 1m 16s · at 54:59 · https://youtu.be/GHF2Ph3GW7A?t=3299</w:t>
      </w:r>
    </w:p>
    <w:p>
      <w:r>
        <w:rPr>
          <w:i/>
        </w:rPr>
        <w:t>“Is it true that the four kalmas given in the Quran were sent down when someone did black magic on the Prophet?”</w:t>
      </w:r>
    </w:p>
    <w:p>
      <w:r>
        <w:rPr>
          <w:sz w:val="20"/>
        </w:rPr>
        <w:t>54:59  paida hogi. Maulana, agla sawal ifat ahmed ne kiya hai poonay se, aur unhon ne likha hai ke</w:t>
      </w:r>
      <w:r>
        <w:br/>
      </w:r>
      <w:r>
        <w:rPr>
          <w:sz w:val="20"/>
        </w:rPr>
        <w:t>55:08  It is said that the four 'quls' given in the Quran were sent down when someone died"</w:t>
      </w:r>
      <w:r>
        <w:br/>
      </w:r>
      <w:r>
        <w:rPr>
          <w:sz w:val="20"/>
        </w:rPr>
        <w:t>55:15  black magic in the prophet".</w:t>
      </w:r>
      <w:r>
        <w:br/>
      </w:r>
      <w:r>
        <w:rPr>
          <w:sz w:val="20"/>
        </w:rPr>
        <w:t>55:18  is this true</w:t>
      </w:r>
      <w:r>
        <w:br/>
      </w:r>
      <w:r>
        <w:rPr>
          <w:sz w:val="20"/>
        </w:rPr>
        <w:t>55:20  ? dekhen, aisi riwayat to maujood hai, lekin woh koi authentic baat nahi hai.</w:t>
      </w:r>
      <w:r>
        <w:br/>
      </w:r>
      <w:r>
        <w:rPr>
          <w:sz w:val="20"/>
        </w:rPr>
        <w:t>55:27  bohat sari riwayatein hain, lakhon ki tadad mein, jo authentic nahi hain.</w:t>
      </w:r>
      <w:r>
        <w:br/>
      </w:r>
      <w:r>
        <w:rPr>
          <w:sz w:val="20"/>
        </w:rPr>
        <w:t>55:33  to yeh jo hai, yeh authentic riwayat nahi hai.</w:t>
      </w:r>
      <w:r>
        <w:br/>
      </w:r>
      <w:r>
        <w:rPr>
          <w:sz w:val="20"/>
        </w:rPr>
        <w:t>55:36  woh sab ke liye hai, har haal ke liye hai.</w:t>
      </w:r>
      <w:r>
        <w:br/>
      </w:r>
      <w:r>
        <w:rPr>
          <w:sz w:val="20"/>
        </w:rPr>
        <w:t>55:39  aisa nahi ke koi black magic ho to riwayat zaroorat hai.</w:t>
      </w:r>
      <w:r>
        <w:br/>
      </w:r>
      <w:r>
        <w:rPr>
          <w:sz w:val="20"/>
        </w:rPr>
        <w:t>55:43  har waqt insan shaitan ke jazbe mein hai, har waqt insan</w:t>
      </w:r>
      <w:r>
        <w:br/>
      </w:r>
      <w:r>
        <w:rPr>
          <w:sz w:val="20"/>
        </w:rPr>
        <w:t>55:48  ko insan ko shaitan ke waswase ka samna hai, har waqt.</w:t>
      </w:r>
      <w:r>
        <w:br/>
      </w:r>
      <w:r>
        <w:rPr>
          <w:sz w:val="20"/>
        </w:rPr>
        <w:t>55:55  to black magic ki baat nahi, yeh daily life ki baat hai.</w:t>
      </w:r>
      <w:r>
        <w:br/>
      </w:r>
      <w:r>
        <w:rPr>
          <w:sz w:val="20"/>
        </w:rPr>
        <w:t>55:59  to woh baat sahi nahi hai, lekin yeh aayatein jo hain,</w:t>
      </w:r>
      <w:r>
        <w:br/>
      </w:r>
      <w:r>
        <w:rPr>
          <w:sz w:val="20"/>
        </w:rPr>
        <w:t>56:05  is ke liye utri hain ke hum agar is ko samajh kar parhein to hum shaitan ke waswase</w:t>
      </w:r>
      <w:r>
        <w:br/>
      </w:r>
      <w:r>
        <w:rPr>
          <w:sz w:val="20"/>
        </w:rPr>
        <w:t>56:11  se bach bach kar zindagi guzaren ge, inshallah.</w:t>
      </w:r>
    </w:p>
    <w:p>
      <w:pPr>
        <w:pStyle w:val="Heading2"/>
      </w:pPr>
      <w:r>
        <w:t>God's responsibility to preserve the Qur'an</w:t>
      </w:r>
    </w:p>
    <w:p>
      <w:r>
        <w:rPr>
          <w:color w:val="666666"/>
          <w:sz w:val="18"/>
        </w:rPr>
        <w:t>Quran &amp; Tafsir · Preservation of The Quran 10 Oct 2021 - Prof. Farida Khanam · 1m 11s · at 36:19 · https://youtu.be/JCdmm6oays8?t=2179</w:t>
      </w:r>
    </w:p>
    <w:p>
      <w:r>
        <w:rPr>
          <w:i/>
        </w:rPr>
        <w:t>“God has taken responsibility to preserve the Qur'an. For example, in Chapter 15, Verse 9, God says: 'It is We Who have sent down the Reminder and We will most surely safeguard it.' So what is God's elaborate arrangement for the preservation of the Qur'an?”</w:t>
      </w:r>
    </w:p>
    <w:p>
      <w:r>
        <w:rPr>
          <w:sz w:val="20"/>
        </w:rPr>
        <w:t>36:19  ! apa, agla sawal lucknow se hai. qasim sahab ne bheja hai. unhon ne likha hai: "god has taken responsibility to preserve the quran.</w:t>
      </w:r>
      <w:r>
        <w:br/>
      </w:r>
      <w:r>
        <w:rPr>
          <w:sz w:val="20"/>
        </w:rPr>
        <w:t>36:30  for example, in chapter 15, verse number nine of the quran, god says: 'it is we who have send down the reminder and we will most surely safe guard it.' so god's elaborate arrangement for the preservation of the quran o</w:t>
      </w:r>
    </w:p>
    <w:p>
      <w:pPr>
        <w:pStyle w:val="Heading2"/>
      </w:pPr>
      <w:r>
        <w:t>Guidance on distraction from Quran and Hadith</w:t>
      </w:r>
    </w:p>
    <w:p>
      <w:r>
        <w:rPr>
          <w:color w:val="666666"/>
          <w:sz w:val="18"/>
        </w:rPr>
        <w:t>Quran &amp; Tafsir · Save Yourself from Distraction August 21, 2016 · 1m 41s · at 59:14 · https://youtu.be/wP3Dj-tccDQ?t=3554</w:t>
      </w:r>
    </w:p>
    <w:p>
      <w:r>
        <w:rPr>
          <w:i/>
        </w:rPr>
        <w:t>“Is there a reference in Hadith and Quran which can be taken as guidance in how to tackle distraction?”</w:t>
      </w:r>
    </w:p>
    <w:p>
      <w:r>
        <w:rPr>
          <w:sz w:val="20"/>
        </w:rPr>
        <w:t>59:14  maulana, agla sawal ahmedabad se kiya? ahmedabad se kamran sahib ne kiya hai aur unhon ne</w:t>
      </w:r>
      <w:r>
        <w:br/>
      </w:r>
      <w:r>
        <w:rPr>
          <w:sz w:val="20"/>
        </w:rPr>
        <w:t>59:22  آپ سے پوچھا ہے کہ "Is there a reference in Hadith or Quran which can be taken as</w:t>
      </w:r>
      <w:r>
        <w:br/>
      </w:r>
      <w:r>
        <w:rPr>
          <w:sz w:val="20"/>
        </w:rPr>
        <w:t>59:30  "guidance on how to tackle distraction?" دیکھیں، کچھ آئیڈیاز ایسے ہیں جو آج کل کے زمانے میں ہوتے</w:t>
      </w:r>
      <w:r>
        <w:br/>
      </w:r>
      <w:r>
        <w:rPr>
          <w:sz w:val="20"/>
        </w:rPr>
        <w:t>59:37  hain, matlab distraction.</w:t>
      </w:r>
      <w:r>
        <w:br/>
      </w:r>
      <w:r>
        <w:rPr>
          <w:sz w:val="20"/>
        </w:rPr>
        <w:t>59:39  to isi isi tarah ke lafz mein aap kahein to mujhe mushkil hai wahi lafz batana aap ko,</w:t>
      </w:r>
      <w:r>
        <w:br/>
      </w:r>
      <w:r>
        <w:rPr>
          <w:sz w:val="20"/>
        </w:rPr>
        <w:t>59:47  lekin agar mani ke lehaz se dekhein to quran o hadees mein bohat ziyada hai.</w:t>
      </w:r>
      <w:r>
        <w:br/>
      </w:r>
      <w:r>
        <w:rPr>
          <w:sz w:val="20"/>
        </w:rPr>
        <w:t>59:53  jo hai "bon al-ajilah wa yadhuruna waraahum yawman saghirah".</w:t>
      </w:r>
      <w:r>
        <w:br/>
      </w:r>
      <w:r>
        <w:rPr>
          <w:sz w:val="20"/>
        </w:rPr>
        <w:t>59:56  is ka tarjuma yeh hai ke yeh log pasand karte hain woh immediate ko aur jo baad ko</w:t>
      </w:r>
      <w:r>
        <w:br/>
      </w:r>
      <w:r>
        <w:rPr>
          <w:sz w:val="20"/>
        </w:rPr>
        <w:t>1:00:04  aanay wala hai, us ko is se ghafil hain.</w:t>
      </w:r>
      <w:r>
        <w:br/>
      </w:r>
      <w:r>
        <w:rPr>
          <w:sz w:val="20"/>
        </w:rPr>
        <w:t>1:00:08  to kyun aisa? immediate jo hai, woh woh har waqt dikhai deta hai, har waqt sunai deta hai,</w:t>
      </w:r>
      <w:r>
        <w:br/>
      </w:r>
      <w:r>
        <w:rPr>
          <w:sz w:val="20"/>
        </w:rPr>
        <w:t>1:00:16  woh distract kar raha hai aap ko.</w:t>
      </w:r>
      <w:r>
        <w:br/>
      </w:r>
      <w:r>
        <w:rPr>
          <w:sz w:val="20"/>
        </w:rPr>
        <w:t>1:00:19  immediate jo aap ko distract kar raha tha har waqt, us wajah se aap ko jo baad ko</w:t>
      </w:r>
      <w:r>
        <w:br/>
      </w:r>
      <w:r>
        <w:rPr>
          <w:sz w:val="20"/>
        </w:rPr>
        <w:t>1:00:26  aanay wali cheez hai, idhar aap dhiyan laga nahi paate.</w:t>
      </w:r>
      <w:r>
        <w:br/>
      </w:r>
      <w:r>
        <w:rPr>
          <w:sz w:val="20"/>
        </w:rPr>
        <w:t>1:00:31  to immediate jo hai, source of distraction ban jata hai.</w:t>
      </w:r>
      <w:r>
        <w:br/>
      </w:r>
      <w:r>
        <w:rPr>
          <w:sz w:val="20"/>
        </w:rPr>
        <w:t>1:00:35  تو اسی لیے تو آپ immediately میں بہت جلد involve ہو جاتے ہیں اور جو late eternal چیز</w:t>
      </w:r>
      <w:r>
        <w:br/>
      </w:r>
      <w:r>
        <w:rPr>
          <w:sz w:val="20"/>
        </w:rPr>
        <w:t>1:00:43  hai, is ki taraf dhiyan laga nahi paate.</w:t>
      </w:r>
      <w:r>
        <w:br/>
      </w:r>
      <w:r>
        <w:rPr>
          <w:sz w:val="20"/>
        </w:rPr>
        <w:t>1:00:46  to yahan par dekhein, jo immediate jo hai, woh hai sab se bara source of distraction har ek</w:t>
      </w:r>
      <w:r>
        <w:br/>
      </w:r>
      <w:r>
        <w:rPr>
          <w:sz w:val="20"/>
        </w:rPr>
        <w:t>1:00:54  ke liye.</w:t>
      </w:r>
    </w:p>
    <w:p>
      <w:pPr>
        <w:pStyle w:val="Heading2"/>
      </w:pPr>
      <w:r>
        <w:t>Handling contradictory interpretations</w:t>
      </w:r>
    </w:p>
    <w:p>
      <w:r>
        <w:rPr>
          <w:color w:val="666666"/>
          <w:sz w:val="18"/>
        </w:rPr>
        <w:t>Quran &amp; Tafsir · Understanding the Quran April 7, 2019 · 1m 26s · at 40:59 · https://youtu.be/m_Om5MtQJz4?t=2459</w:t>
      </w:r>
    </w:p>
    <w:p>
      <w:r>
        <w:rPr>
          <w:i/>
        </w:rPr>
        <w:t>“Interpretations can be very vast. How to tackle situations when interpretations contradict and one is not ready to accept the interpretation of other?”</w:t>
      </w:r>
    </w:p>
    <w:p>
      <w:r>
        <w:rPr>
          <w:sz w:val="20"/>
        </w:rPr>
        <w:t>40:59  maulana, kashmir se Miss Mehak Fayyaz Khan ne sawal bheja hai. unhon ne likha hai: "Interpretations can be very vast</w:t>
      </w:r>
      <w:r>
        <w:br/>
      </w:r>
      <w:r>
        <w:rPr>
          <w:sz w:val="20"/>
        </w:rPr>
        <w:t>41:09  . How to tackle situations when interpretations contradict and one is not ready to accept the interpretation of</w:t>
      </w:r>
      <w:r>
        <w:br/>
      </w:r>
      <w:r>
        <w:rPr>
          <w:sz w:val="20"/>
        </w:rPr>
        <w:t>41:18  other?" dekhiye, contradiction aap ke mind mein hota hai, haqeeqat mein nahi hota. apni soch ki kami ko kehte the ke yeh to contradiction hai.</w:t>
      </w:r>
      <w:r>
        <w:br/>
      </w:r>
      <w:r>
        <w:rPr>
          <w:sz w:val="20"/>
        </w:rPr>
        <w:t>41:34  soch ki kami ko kehte hain ke yeh to contradiction hai.</w:t>
      </w:r>
      <w:r>
        <w:br/>
      </w:r>
      <w:r>
        <w:rPr>
          <w:sz w:val="20"/>
        </w:rPr>
        <w:t>41:41  misal ke taur par, aaj hi ek sahib ne mujh se kaha, aaj ya kal ke Quran mein hai ke Allah momin bande ki madad karta hai, aur yahan to hum sochte hain ke har taraf zulm hai, har taraf hamare khilaf sazishein hain.</w:t>
      </w:r>
      <w:r>
        <w:br/>
      </w:r>
      <w:r>
        <w:rPr>
          <w:sz w:val="20"/>
        </w:rPr>
        <w:t>41:56  yeh kya hai? yeh un logon ki jo aisa kehte hain, un ki bekhabari hai due to unawareness.</w:t>
      </w:r>
      <w:r>
        <w:br/>
      </w:r>
      <w:r>
        <w:rPr>
          <w:sz w:val="20"/>
        </w:rPr>
        <w:t>42:05  yeh bilkul ghalat hai yeh sochna ke zulm ho raha hai aur yeh ho raha hai, woh ho raha hai. yeh sab bilkul baseless baatein hain. to apni samajh ki kami ko, apne unawareness ko aadmi manane ke bajaye doosri taraf daal deta hai.</w:t>
      </w:r>
    </w:p>
    <w:p>
      <w:pPr>
        <w:pStyle w:val="Heading2"/>
      </w:pPr>
      <w:r>
        <w:t>How Can Deen Be Easy Yet Make Creative?</w:t>
      </w:r>
    </w:p>
    <w:p>
      <w:r>
        <w:rPr>
          <w:color w:val="666666"/>
          <w:sz w:val="18"/>
        </w:rPr>
        <w:t>Quran &amp; Tafsir · Message of The Quran March 29, 2015 · 1m 39s · at 46:43 · https://youtu.be/61ANCBxSPHs?t=2803</w:t>
      </w:r>
    </w:p>
    <w:p>
      <w:r>
        <w:rPr>
          <w:i/>
        </w:rPr>
        <w:t>“It is said that to become a creative man is a very, very difficult task. Then how does the Quran say that deen is easy and still wants to make a man creative? What is your comment on this?”</w:t>
      </w:r>
    </w:p>
    <w:p>
      <w:r>
        <w:rPr>
          <w:sz w:val="20"/>
        </w:rPr>
        <w:t>46:43  Maulana, agla sawal Delhi se kiya hai Maulana Farhad Ahmed sahib ne. aur unhon ne likha hai ke: "It is said that to become a creative man is a very very difficult task.</w:t>
      </w:r>
      <w:r>
        <w:br/>
      </w:r>
      <w:r>
        <w:rPr>
          <w:sz w:val="20"/>
        </w:rPr>
        <w:t>46:58  Then how does the Quran say that deen is easy and still wants to make a man creative? What is your comment on this?"</w:t>
      </w:r>
      <w:r>
        <w:br/>
      </w:r>
      <w:r>
        <w:rPr>
          <w:sz w:val="20"/>
        </w:rPr>
        <w:t>47:10  dekhiye, hadees mein kaha gaya hai: "Deen al yusr". deen asan hai. to asan kyun hai? hadees mein yeh hai ke: "Deen al yusr".</w:t>
      </w:r>
      <w:r>
        <w:br/>
      </w:r>
      <w:r>
        <w:rPr>
          <w:sz w:val="20"/>
        </w:rPr>
        <w:t>47:20  yeh kyun hai? kyunke Quran mein yeh bhi bataya gaya hai ke yeh jo Islam hai yeh deen fitrat hai. fitrat la ilaha illallah fatra al nas alaiha.</w:t>
      </w:r>
      <w:r>
        <w:br/>
      </w:r>
      <w:r>
        <w:rPr>
          <w:sz w:val="20"/>
        </w:rPr>
        <w:t>47:32  to creative banne ke mani kya hain? apnay nature ko unfold karna. to is se ziyada asan kya ho sakta hai?</w:t>
      </w:r>
      <w:r>
        <w:br/>
      </w:r>
      <w:r>
        <w:rPr>
          <w:sz w:val="20"/>
        </w:rPr>
        <w:t>47:41  creative ko export nahi karte aap. balkay apnay andar jo khazana hai jo farmaya Quran mein ke: "Al amaa wal aswaat kulluha".</w:t>
      </w:r>
      <w:r>
        <w:br/>
      </w:r>
      <w:r>
        <w:rPr>
          <w:sz w:val="20"/>
        </w:rPr>
        <w:t>47:53  sab kuch Allah taala ne aap ke andar unconscious mind mein rakh diya hai. us ko conscious mind mein lana yahi creativity hai. yeh to sab se asan kaam hai.</w:t>
      </w:r>
      <w:r>
        <w:br/>
      </w:r>
      <w:r>
        <w:rPr>
          <w:sz w:val="20"/>
        </w:rPr>
        <w:t>48:04  is mein sirf aik hi rukawat hai: distraction.</w:t>
      </w:r>
      <w:r>
        <w:br/>
      </w:r>
      <w:r>
        <w:rPr>
          <w:sz w:val="20"/>
        </w:rPr>
        <w:t>48:08  agar aap Nature par rahen. agar aap ne koi Distract na karayen idhar udhar. aur waqatan aap janen ke mujhe Unfold karna hai apni fitrat ko.</w:t>
      </w:r>
      <w:r>
        <w:br/>
      </w:r>
      <w:r>
        <w:rPr>
          <w:sz w:val="20"/>
        </w:rPr>
        <w:t>48:17  is se zyada aasan kaam aur koi nahin.</w:t>
      </w:r>
    </w:p>
    <w:p>
      <w:pPr>
        <w:pStyle w:val="Heading2"/>
      </w:pPr>
      <w:r>
        <w:t>How to convince a Christian about Quran's authenticity?</w:t>
      </w:r>
    </w:p>
    <w:p>
      <w:r>
        <w:rPr>
          <w:color w:val="666666"/>
          <w:sz w:val="18"/>
        </w:rPr>
        <w:t>Quran &amp; Tafsir · Quran for All Mankind June 3, 2012 · 54s · at 1:06:19 · https://youtu.be/Gp-53Zjugcg?t=3979</w:t>
      </w:r>
    </w:p>
    <w:p>
      <w:r>
        <w:rPr>
          <w:i/>
        </w:rPr>
        <w:t>“While I was reading the Quran, where Allah says, 'These are the words given by Me, and there is no doubt in it,' a Christian came to me and asked, 'Why does God have to say that there is no doubt in it?' He is not willing to believe the Quran's words. Maulana sahab, how can I convince him?”</w:t>
      </w:r>
    </w:p>
    <w:p>
      <w:r>
        <w:rPr>
          <w:sz w:val="20"/>
        </w:rPr>
        <w:t>1:06:19  maulana, agla sawal dilli se hai, mister muhammad azeem sahib ka. unhon ne likha hai: "when i was reading the quran, where allah says: these are the words given by me, and there is no doubt in it.</w:t>
      </w:r>
      <w:r>
        <w:br/>
      </w:r>
      <w:r>
        <w:rPr>
          <w:sz w:val="20"/>
        </w:rPr>
        <w:t>1:06:33  one of the christian came to me and asked: why god has to tell that there is no doubt in it? he is not willing to believe quran words." maulana sahib, how k</w:t>
      </w:r>
      <w:r>
        <w:br/>
      </w:r>
      <w:r>
        <w:rPr>
          <w:sz w:val="20"/>
        </w:rPr>
        <w:t>1:06:45  en i convince him? yeh koi baat hi nahin hai, convince kya karna hai? yeh koi baat hi nahin hai, yeh koi baat hai. bataiye, yeh to yani word play hai,</w:t>
      </w:r>
      <w:r>
        <w:br/>
      </w:r>
      <w:r>
        <w:rPr>
          <w:sz w:val="20"/>
        </w:rPr>
        <w:t>1:07:00  yeh koi argument nahin, koi logic nahin, koi reason nahin. yeh word play hai, yeh kuch bhi aise hi kehte rahiye.</w:t>
      </w:r>
      <w:r>
        <w:br/>
      </w:r>
      <w:r>
        <w:rPr>
          <w:sz w:val="20"/>
        </w:rPr>
        <w:t>1:07:08  aise logon ke sirf dua kijiye aur kuch nahin.</w:t>
      </w:r>
    </w:p>
    <w:p>
      <w:pPr>
        <w:pStyle w:val="Heading2"/>
      </w:pPr>
      <w:r>
        <w:t>How to identify errors in religious interpretation?</w:t>
      </w:r>
    </w:p>
    <w:p>
      <w:r>
        <w:rPr>
          <w:color w:val="666666"/>
          <w:sz w:val="18"/>
        </w:rPr>
        <w:t>Quran &amp; Tafsir · The Search of Man July 7, 2013 · 1m 09s · at 47:26 · https://youtu.be/44_ud_OInuU?t=2846</w:t>
      </w:r>
    </w:p>
    <w:p>
      <w:r>
        <w:rPr>
          <w:i/>
        </w:rPr>
        <w:t>“How to find out errors in interpretation of religion? Compare with Quran and Hadith. That wrong interpretation is deviation.”</w:t>
      </w:r>
    </w:p>
    <w:p>
      <w:r>
        <w:rPr>
          <w:sz w:val="20"/>
        </w:rPr>
        <w:t>47:26  aur agla sawal hai maulana iqbal umri sahib ka chennai se:</w:t>
      </w:r>
      <w:r>
        <w:br/>
      </w:r>
      <w:r>
        <w:rPr>
          <w:sz w:val="20"/>
        </w:rPr>
        <w:t>47:32  "deen ki taabeer mein ghalti ko kaise find out karein?" quran o hadees se compare kijiye.</w:t>
      </w:r>
      <w:r>
        <w:br/>
      </w:r>
      <w:r>
        <w:rPr>
          <w:sz w:val="20"/>
        </w:rPr>
        <w:t>47:44  woh taabeer ghalti jo hoti hai, woh to deviation hota hai.</w:t>
      </w:r>
      <w:r>
        <w:br/>
      </w:r>
      <w:r>
        <w:rPr>
          <w:sz w:val="20"/>
        </w:rPr>
        <w:t>47:49  to quran o hadees se aap compare kijiye, aap jaan lenge.</w:t>
      </w:r>
      <w:r>
        <w:br/>
      </w:r>
      <w:r>
        <w:rPr>
          <w:sz w:val="20"/>
        </w:rPr>
        <w:t>47:58  misalan quran mein hai ke:</w:t>
      </w:r>
      <w:r>
        <w:br/>
      </w:r>
      <w:r>
        <w:rPr>
          <w:sz w:val="20"/>
        </w:rPr>
        <w:t>48:05  "aqbuddin, aqbuddin ke baray mein deen ki pairwi karo." ab aap us pe nikalenge ke zinda uthao to us mein mauqoof hai hi nahi.</w:t>
      </w:r>
      <w:r>
        <w:br/>
      </w:r>
      <w:r>
        <w:rPr>
          <w:sz w:val="20"/>
        </w:rPr>
        <w:t>48:16  to</w:t>
      </w:r>
      <w:r>
        <w:br/>
      </w:r>
      <w:r>
        <w:rPr>
          <w:sz w:val="20"/>
        </w:rPr>
        <w:t>48:18  jab aadmi seriously soche ga to woh jaan le ga ke main khud sakhta hoon to nikaal raha hoon, aayat mein to aisa hai hi nahin.</w:t>
      </w:r>
    </w:p>
    <w:p>
      <w:pPr>
        <w:pStyle w:val="Heading2"/>
      </w:pPr>
      <w:r>
        <w:t>How to receive guidance from the Quran?</w:t>
      </w:r>
    </w:p>
    <w:p>
      <w:r>
        <w:rPr>
          <w:color w:val="666666"/>
          <w:sz w:val="18"/>
        </w:rPr>
        <w:t>Quran &amp; Tafsir · Quran A Miracle June 01, 2014 · 1m 02s · at 1:04:01 · https://youtu.be/8KM3lDsj4PY?t=3841</w:t>
      </w:r>
    </w:p>
    <w:p>
      <w:r>
        <w:rPr>
          <w:i/>
        </w:rPr>
        <w:t>“What do we need to do in ourselves to receive guidance from the Quran?”</w:t>
      </w:r>
    </w:p>
    <w:p>
      <w:r>
        <w:rPr>
          <w:sz w:val="20"/>
        </w:rPr>
        <w:t>1:04:01  molana agla sawal miss naghma siddiqui ne kiya hai dilli se. unhon ne likha hai ke what do we need to do in ourselves to receive guidance from the quran?</w:t>
      </w:r>
      <w:r>
        <w:br/>
      </w:r>
      <w:r>
        <w:rPr>
          <w:sz w:val="20"/>
        </w:rPr>
        <w:t>1:04:13  is ko quran hadith mein taahud kaha gaya hai taahud kijiye. taahud ka matlab hota hai yaani is se is ko aap khoob is ko study karna is par sochte rehna aur mind mein bar bar is ko revive karna.</w:t>
      </w:r>
      <w:r>
        <w:br/>
      </w:r>
      <w:r>
        <w:rPr>
          <w:sz w:val="20"/>
        </w:rPr>
        <w:t>1:04:33  yeh ab yeh ab jab aap karein ge to baatein khulti rahein gi. baatein khulti rahein gi. taahud ki zaroorat hai taahud.</w:t>
      </w:r>
      <w:r>
        <w:br/>
      </w:r>
      <w:r>
        <w:rPr>
          <w:sz w:val="20"/>
        </w:rPr>
        <w:t>1:04:42  taahud ke maani yahi hote hain ke quran ki aayaton ko quran ke mazameen ko apne mind mein bar bar revive karein sochein sochein tadabbur karein.</w:t>
      </w:r>
      <w:r>
        <w:br/>
      </w:r>
      <w:r>
        <w:rPr>
          <w:sz w:val="20"/>
        </w:rPr>
        <w:t>1:04:56  yahi yahi yahi tareeqa hai aur koi doosra tareeqa nahin.</w:t>
      </w:r>
    </w:p>
    <w:p>
      <w:pPr>
        <w:pStyle w:val="Heading2"/>
      </w:pPr>
      <w:r>
        <w:t>How to understand Quran better</w:t>
      </w:r>
    </w:p>
    <w:p>
      <w:r>
        <w:rPr>
          <w:color w:val="666666"/>
          <w:sz w:val="18"/>
        </w:rPr>
        <w:t>Quran &amp; Tafsir · Q&amp;A 13 Nov 2011 · 34s · at 41:45 · https://youtu.be/oOZ9h37_pL8?t=2505</w:t>
      </w:r>
    </w:p>
    <w:p>
      <w:r>
        <w:rPr>
          <w:i/>
        </w:rPr>
        <w:t>“Please guide me and tell me how I can understand Quran in a better way. Is there any procedure to do that?”</w:t>
      </w:r>
    </w:p>
    <w:p>
      <w:r>
        <w:rPr>
          <w:sz w:val="20"/>
        </w:rPr>
        <w:t>41:45  maulana agla sawal aaya hai mr mir ali ka. unhon ne apni location nahi likhi hai. un ka sawal hai ke please guide me and tell me how i can understand quran in a better way.</w:t>
      </w:r>
      <w:r>
        <w:br/>
      </w:r>
      <w:r>
        <w:rPr>
          <w:sz w:val="20"/>
        </w:rPr>
        <w:t>41:58  is there any procedure to do that</w:t>
      </w:r>
      <w:r>
        <w:br/>
      </w:r>
      <w:r>
        <w:rPr>
          <w:sz w:val="20"/>
        </w:rPr>
        <w:t>42:01  ? koi procedure nahi hota aap dua kijiye aur padhiye dua kijiye padhiye. yani re re read it again and again. aur padhiye tadabbur ke sath.</w:t>
      </w:r>
      <w:r>
        <w:br/>
      </w:r>
      <w:r>
        <w:rPr>
          <w:sz w:val="20"/>
        </w:rPr>
        <w:t>42:13  quran ko tadabbur ke sath padhiye aur dua karte hue bas yahi hai aur koi procedure nahi.</w:t>
      </w:r>
    </w:p>
    <w:p>
      <w:pPr>
        <w:pStyle w:val="Heading2"/>
      </w:pPr>
      <w:r>
        <w:t>Importance of Language in Understanding Islam</w:t>
      </w:r>
    </w:p>
    <w:p>
      <w:r>
        <w:rPr>
          <w:color w:val="666666"/>
          <w:sz w:val="18"/>
        </w:rPr>
        <w:t>Quran &amp; Tafsir · Dars-e-Quran, Chapter 2, Verses 67-73, May 6, 2018 · 1m 20s · at 59:39 · https://youtu.be/JAsg4SpiVDU?t=3579</w:t>
      </w:r>
    </w:p>
    <w:p>
      <w:r>
        <w:rPr>
          <w:i/>
        </w:rPr>
        <w:t>“The Quran has been revealed in Arabic language so that human beings can understand it easily. Torah in Hebrew, Bible in Biblical Hebrew, and later it was translated into Greek. I want to know the importance of language in understanding Islam because we see people are still against the translation of the holy book.”</w:t>
      </w:r>
    </w:p>
    <w:p>
      <w:r>
        <w:rPr>
          <w:sz w:val="20"/>
        </w:rPr>
        <w:t>59:39  unhon ne likha hai ke woh waqt aa gaya hai musalman dajjal ko zibah karen jaise yahud ne baqra zibah kiya tha. Maulana, agla sawal lete hain.</w:t>
      </w:r>
      <w:r>
        <w:br/>
      </w:r>
      <w:r>
        <w:rPr>
          <w:sz w:val="20"/>
        </w:rPr>
        <w:t>59:49  yeh bheja hai Aftab Alam Sahab ne Kolkata se. Unhon ne likha hai: "Da Quran has been revealed in Arabic language so that human beings can understand it easily.</w:t>
      </w:r>
      <w:r>
        <w:br/>
      </w:r>
      <w:r>
        <w:rPr>
          <w:sz w:val="20"/>
        </w:rPr>
        <w:t>1:00:02  Torah in Hebrew, Bible in Biblical Hebrew, and later it was translated into Greek." Maulana, I want to know the importance of language in understanding Islam because we see people are still against the translation of the Holy Book.</w:t>
      </w:r>
      <w:r>
        <w:br/>
      </w:r>
      <w:r>
        <w:rPr>
          <w:sz w:val="20"/>
        </w:rPr>
        <w:t>1:00:22  Please explain this. Nahin nahin,</w:t>
      </w:r>
      <w:r>
        <w:br/>
      </w:r>
      <w:r>
        <w:rPr>
          <w:sz w:val="20"/>
        </w:rPr>
        <w:t>1:00:26  bilkul! Jo log translation ke khilaf hain, woh kuch jante nahin hain, kuch nahin jante. Translation to must hai, must hai!</w:t>
      </w:r>
      <w:r>
        <w:br/>
      </w:r>
      <w:r>
        <w:rPr>
          <w:sz w:val="20"/>
        </w:rPr>
        <w:t>1:00:39  Is par hum ne likha hai kafi. Hamara jo translation hai, us ka preface aap parh lijiye. Preface!</w:t>
      </w:r>
      <w:r>
        <w:br/>
      </w:r>
      <w:r>
        <w:rPr>
          <w:sz w:val="20"/>
        </w:rPr>
        <w:t>1:00:50  Yeh baatein clear ho jayengi, inshallah.</w:t>
      </w:r>
    </w:p>
    <w:p>
      <w:pPr>
        <w:pStyle w:val="Heading2"/>
      </w:pPr>
      <w:r>
        <w:t>Importance of Reading Quran in Arabic</w:t>
      </w:r>
    </w:p>
    <w:p>
      <w:r>
        <w:rPr>
          <w:color w:val="666666"/>
          <w:sz w:val="18"/>
        </w:rPr>
        <w:t>Quran &amp; Tafsir · Personality of A Believer February 2, 2014 · 1m 41s · at 57:13 · https://youtu.be/EiK_-O-Bjps?t=3433</w:t>
      </w:r>
    </w:p>
    <w:p>
      <w:r>
        <w:rPr>
          <w:i/>
        </w:rPr>
        <w:t>“What is the importance of reading the Quran in Arabic without understanding it?”</w:t>
      </w:r>
    </w:p>
    <w:p>
      <w:r>
        <w:rPr>
          <w:sz w:val="20"/>
        </w:rPr>
        <w:t>57:13  maulana, agla sawal kolkatta se hai doctor roshan kumar jha sahib ka. unhon ne aap se poocha hai ke "What is the importance of reading Quran in Arabic without understanding it?"</w:t>
      </w:r>
      <w:r>
        <w:br/>
      </w:r>
      <w:r>
        <w:rPr>
          <w:sz w:val="20"/>
        </w:rPr>
        <w:t>57:28  dekhiye, har cheez mein ek aala darja hota hai, ek sakardi darja hota hai. to aala darja to yeh hai ke aadmi samajh kar parhe.</w:t>
      </w:r>
      <w:r>
        <w:br/>
      </w:r>
      <w:r>
        <w:rPr>
          <w:sz w:val="20"/>
        </w:rPr>
        <w:t>57:40  arabi janta hai to arabi arabi seekhe, arabi nahi janta to arabi seekhe, aur arabi zabanein padh kar samjhe, nahi to tarjuma padhe.</w:t>
      </w:r>
      <w:r>
        <w:br/>
      </w:r>
      <w:r>
        <w:rPr>
          <w:sz w:val="20"/>
        </w:rPr>
        <w:t>57:51  yeh aala darja hai, lekin secondary darje mein yeh bhi ek ek tareeqa hai ke aap samajhte na hon, phir bhi padh rahe hain ke yeh Allah ka kalam hai.</w:t>
      </w:r>
      <w:r>
        <w:br/>
      </w:r>
      <w:r>
        <w:rPr>
          <w:sz w:val="20"/>
        </w:rPr>
        <w:t>58:02  to is ko mein be faida nahi kahunga, lekin woh secondary mein kahunga ke woh secondary baat hai. aala baat yeh hai ke aap samjhein ya to arabi zuban mein ya tarjume ke zariye se.</w:t>
      </w:r>
      <w:r>
        <w:br/>
      </w:r>
      <w:r>
        <w:rPr>
          <w:sz w:val="20"/>
        </w:rPr>
        <w:t>58:15  doosri baat yeh hai ke agar aap arabi nahi jante ya tarjuma nahi padh sakte, tab bhi koi is mein yani hرج ki baat nahi, kyunke is paas mein aise log hote hain,</w:t>
      </w:r>
      <w:r>
        <w:br/>
      </w:r>
      <w:r>
        <w:rPr>
          <w:sz w:val="20"/>
        </w:rPr>
        <w:t>58:31  aap ke masjid ke imam hain ya is paas ka koi baat aadmi hai jo padha likha hai, us se aap poochhiye, poochh ke janiye, ek mutual learning kijiye.</w:t>
      </w:r>
      <w:r>
        <w:br/>
      </w:r>
      <w:r>
        <w:rPr>
          <w:sz w:val="20"/>
        </w:rPr>
        <w:t>58:42  to mein samajhta hoon ke yeh koi rukawat nahi hai ke aadmi zuban na janta ho, doosron se baat kar ke, poochh kar ke woh baaton ko samajh sakta hai.</w:t>
      </w:r>
    </w:p>
    <w:p>
      <w:pPr>
        <w:pStyle w:val="Heading2"/>
      </w:pPr>
      <w:r>
        <w:t>Importance of reason according to Quran</w:t>
      </w:r>
    </w:p>
    <w:p>
      <w:r>
        <w:rPr>
          <w:color w:val="666666"/>
          <w:sz w:val="18"/>
        </w:rPr>
        <w:t>Quran &amp; Tafsir · Realisation of God January 19, 2014 · 1m 08s · at 50:00 · https://youtu.be/uIn3AfDkk6Y?t=3000</w:t>
      </w:r>
    </w:p>
    <w:p>
      <w:r>
        <w:rPr>
          <w:i/>
        </w:rPr>
        <w:t>“Kindly explain what is the importance of reason according to the Quran?”</w:t>
      </w:r>
    </w:p>
    <w:p>
      <w:r>
        <w:rPr>
          <w:sz w:val="20"/>
        </w:rPr>
        <w:t>50:00  unhone balwasta andaaz mein woh wohi kaam kiya jis ko hadith mein taeed-ud-deen kaha gaya hai. taeed-ud-deen: "in allaha layu'ayyid-ud-deena bir-rajulil-fajir." maulana, agla sawal dilli se hai asrar ahmed sahab ka.</w:t>
      </w:r>
      <w:r>
        <w:br/>
      </w:r>
      <w:r>
        <w:rPr>
          <w:sz w:val="20"/>
        </w:rPr>
        <w:t>50:18  unhone likha hai: "Kindly explain what is the importance of reason according to the Quran?"</w:t>
      </w:r>
      <w:r>
        <w:br/>
      </w:r>
      <w:r>
        <w:rPr>
          <w:sz w:val="20"/>
        </w:rPr>
        <w:t>50:29  dekhein, bohat yeh tafseela sawal nahi hai, yeh bohat hi bada sawal hai. is par hum ne poori kitaab likhi hai, taqreeban 800 safhe ki, woh chhap rahi hai.</w:t>
      </w:r>
      <w:r>
        <w:br/>
      </w:r>
      <w:r>
        <w:rPr>
          <w:sz w:val="20"/>
        </w:rPr>
        <w:t>50:38  iska naam hai "izhaar-e-deen". is ko aap padhiye. is ka naam is ka "izhaar-e-deen" hai. mauzu yahi hai: "is ka rational interpretation of islam".</w:t>
      </w:r>
      <w:r>
        <w:br/>
      </w:r>
      <w:r>
        <w:rPr>
          <w:sz w:val="20"/>
        </w:rPr>
        <w:t>50:49  iska yahi mauzu hai: "rational interpretation of islam". is kitaab ko aap padhiye,</w:t>
      </w:r>
      <w:r>
        <w:br/>
      </w:r>
      <w:r>
        <w:rPr>
          <w:sz w:val="20"/>
        </w:rPr>
        <w:t>50:55  is mein aap poori baat ka jawab mil jayega aap ko.</w:t>
      </w:r>
    </w:p>
    <w:p>
      <w:pPr>
        <w:pStyle w:val="Heading2"/>
      </w:pPr>
      <w:r>
        <w:t>Increase in free Quran requests among Muslims</w:t>
      </w:r>
    </w:p>
    <w:p>
      <w:r>
        <w:rPr>
          <w:color w:val="666666"/>
          <w:sz w:val="18"/>
        </w:rPr>
        <w:t>Quran &amp; Tafsir · Importance of Peace December 16, 2012 · 51s · at 1:33:10 · https://youtu.be/nymyorYyEz4?t=5590</w:t>
      </w:r>
    </w:p>
    <w:p>
      <w:r>
        <w:rPr>
          <w:i/>
        </w:rPr>
        <w:t>“In the recent past, we have witnessed an increase in free Quran requests from Muslims. Does this indicate that a new way of thinking is emerging among Muslims?”</w:t>
      </w:r>
    </w:p>
    <w:p>
      <w:r>
        <w:rPr>
          <w:sz w:val="20"/>
        </w:rPr>
        <w:t>1:33:10  aap yeh toh aik aik daawa ki zuban hai. koi is misaal toh di hi nahi unhon ne. ji hmm. Maulana, agla sawal Roorkee se hai Sajid Anwar Sahab ka.</w:t>
      </w:r>
      <w:r>
        <w:br/>
      </w:r>
      <w:r>
        <w:rPr>
          <w:sz w:val="20"/>
        </w:rPr>
        <w:t>1:33:21  unhon ne likha hai: "Maulana, in the recent past, we have witness an increase of free Quran request from Muslims.</w:t>
      </w:r>
      <w:r>
        <w:br/>
      </w:r>
      <w:r>
        <w:rPr>
          <w:sz w:val="20"/>
        </w:rPr>
        <w:t>1:33:30  Does this indicate that a new view of thinking is emerging among Muslims?</w:t>
      </w:r>
      <w:r>
        <w:br/>
      </w:r>
      <w:r>
        <w:rPr>
          <w:sz w:val="20"/>
        </w:rPr>
        <w:t>1:33:38  haan, main to sochta hoon ke zaroor nai fikr paida hui hai is waqt mein, kyunke baqi saare formulay to aazma chuke hain.</w:t>
      </w:r>
      <w:r>
        <w:br/>
      </w:r>
      <w:r>
        <w:rPr>
          <w:sz w:val="20"/>
        </w:rPr>
        <w:t>1:33:47  woh is mein siwaye nakami kuch bhi nahi hua.</w:t>
      </w:r>
      <w:r>
        <w:br/>
      </w:r>
      <w:r>
        <w:rPr>
          <w:sz w:val="20"/>
        </w:rPr>
        <w:t>1:33:51  to ab yani it is but natural ke woh soche ke bhai dawat ka rasta ikhtiyar karna chahiye.</w:t>
      </w:r>
    </w:p>
    <w:p>
      <w:pPr>
        <w:pStyle w:val="Heading2"/>
      </w:pPr>
      <w:r>
        <w:t>Intellect's Connection with Religion in Quran</w:t>
      </w:r>
    </w:p>
    <w:p>
      <w:r>
        <w:rPr>
          <w:color w:val="666666"/>
          <w:sz w:val="18"/>
        </w:rPr>
        <w:t>Quran &amp; Tafsir · Q&amp;A 04 Mar 2012 Maulana Wahiduddin Khan · 1m 24s · at 41:21 · https://youtu.be/txRmutuvWQI?t=2481</w:t>
      </w:r>
    </w:p>
    <w:p>
      <w:r>
        <w:rPr>
          <w:i/>
        </w:rPr>
        <w:t>“How do scholars say that intellect has no relation to religion while the Quran was revealed at our level of understanding? Secondly, matters that are not comprehensible by intellect have been clearly explained, such as soul, destiny, and reflection on God's essence. Please explain.”</w:t>
      </w:r>
    </w:p>
    <w:p>
      <w:r>
        <w:rPr>
          <w:sz w:val="20"/>
        </w:rPr>
        <w:t>41:21  maulana, agla sawal doha, qatar se maulana abdul basit umri ka hai. unhon ne likha hai: "maulana, ulma yeh kaise kehte hain ke aql ka talluq deen se nahi jabke quran hamari samajh ki satah par nazil kiya gaya hai?</w:t>
      </w:r>
      <w:r>
        <w:br/>
      </w:r>
      <w:r>
        <w:rPr>
          <w:sz w:val="20"/>
        </w:rPr>
        <w:t>41:38  doosri baat yeh hai ke jo baat hamari aql mein aane wali nahi, un ke bare mein saaf bayan kiya gaya hai, maslan rooh, taqdeer, allah ki zaat mein ghore aur fikr.</w:t>
      </w:r>
      <w:r>
        <w:br/>
      </w:r>
      <w:r>
        <w:rPr>
          <w:sz w:val="20"/>
        </w:rPr>
        <w:t>41:50  is ke bare mein bataein."</w:t>
      </w:r>
      <w:r>
        <w:br/>
      </w:r>
      <w:r>
        <w:rPr>
          <w:sz w:val="20"/>
        </w:rPr>
        <w:t>41:58  haan to bas yani aql ka istemal, main ne arz kiya wahi baat phir kahunga ke ek hai aql ka istemal quran ki, yani quran ki, quran ke mad lete hue,</w:t>
      </w:r>
      <w:r>
        <w:br/>
      </w:r>
      <w:r>
        <w:rPr>
          <w:sz w:val="20"/>
        </w:rPr>
        <w:t>42:17  aql ka istemal quran ke mad lete hue. ek hai aql ka istemal quran se be niaz ho kar ke. to quran se be niaz ho kar jo jo aql istemal ki gayi ki jayegi, woh to bhatkao ki taraf jayegi, bhatkao.</w:t>
      </w:r>
      <w:r>
        <w:br/>
      </w:r>
      <w:r>
        <w:rPr>
          <w:sz w:val="20"/>
        </w:rPr>
        <w:t>42:31  lekin jab quran ko ki rehnumai rehnumai mein aql istemal ki jayegi to bilashuba woh saath mustaqeem, saath mustaqeem tak pahunchegi, is mein koi shaq nahi hai.</w:t>
      </w:r>
    </w:p>
    <w:p>
      <w:pPr>
        <w:pStyle w:val="Heading2"/>
      </w:pPr>
      <w:r>
        <w:t>Interpretation of 'blind here' as physical or intellectual</w:t>
      </w:r>
    </w:p>
    <w:p>
      <w:r>
        <w:rPr>
          <w:color w:val="666666"/>
          <w:sz w:val="18"/>
        </w:rPr>
        <w:t>Quran &amp; Tafsir · The Expression of Faith (Izhar e Deen) September 1, 2013 · 1m 49s · at 59:01 · https://youtu.be/muBDJ8a_8-0?t=3541</w:t>
      </w:r>
    </w:p>
    <w:p>
      <w:r>
        <w:rPr>
          <w:i/>
        </w:rPr>
        <w:t>“One who is blind here will be blind there. The word 'blind here' refers to physically blind, intellectually blind, or both? Kindly clarify.”</w:t>
      </w:r>
    </w:p>
    <w:p>
      <w:r>
        <w:rPr>
          <w:sz w:val="20"/>
        </w:rPr>
        <w:t>59:01  maulana agla sawal raipur se hai, idrees sahib ka. unhon ne likha hai: "One who is blind here will be blind there."</w:t>
      </w:r>
      <w:r>
        <w:br/>
      </w:r>
      <w:r>
        <w:rPr>
          <w:sz w:val="20"/>
        </w:rPr>
        <w:t>59:11  maulana, the word "blind here" refers to physically blind, intellectually blind, or both? Kindly clarify.</w:t>
      </w:r>
      <w:r>
        <w:br/>
      </w:r>
      <w:r>
        <w:rPr>
          <w:sz w:val="20"/>
        </w:rPr>
        <w:t>59:22  dekhiye, is ka matlab physical sense mein blind hona nahi hai, balke spiritual sense mein blind hona hai.</w:t>
      </w:r>
      <w:r>
        <w:br/>
      </w:r>
      <w:r>
        <w:rPr>
          <w:sz w:val="20"/>
        </w:rPr>
        <w:t>59:34  yani dunya mein hum blind is ko kehte hain jo cheezon ko na dekh sake. idhar udhar pehal hai, hum nahi dekhte.</w:t>
      </w:r>
      <w:r>
        <w:br/>
      </w:r>
      <w:r>
        <w:rPr>
          <w:sz w:val="20"/>
        </w:rPr>
        <w:t>59:44  idhar aik gaari khari hui hai, hum us ko nahi dekhte. idhar aik ghar hai, us ko nahi dekhte. to woh blind hai. lekin yeh to haqeeqaton ka aik fraction se bhi kam hai.</w:t>
      </w:r>
      <w:r>
        <w:br/>
      </w:r>
      <w:r>
        <w:rPr>
          <w:sz w:val="20"/>
        </w:rPr>
        <w:t>59:55  haqeeqaten to is se bohat zyada hain, bohat zyada, bohat zyada hain.</w:t>
      </w:r>
      <w:r>
        <w:br/>
      </w:r>
      <w:r>
        <w:rPr>
          <w:sz w:val="20"/>
        </w:rPr>
        <w:t>1:00:02  is se bohat zyada. jo universe of facts jo hai, universe of facts ka yeh bohat hi chota sa hissa hai. bohat chota fraction hai jis ko hum dekhte hain.</w:t>
      </w:r>
      <w:r>
        <w:br/>
      </w:r>
      <w:r>
        <w:rPr>
          <w:sz w:val="20"/>
        </w:rPr>
        <w:t>1:00:11  yeh ghar hai, idhar car hai, idhar drakht hai, idhar pahaar hai. to jo universe of facts hai, is ka bohat kam hissa hai.</w:t>
      </w:r>
      <w:r>
        <w:br/>
      </w:r>
      <w:r>
        <w:rPr>
          <w:sz w:val="20"/>
        </w:rPr>
        <w:t>1:00:21  to universe of facts jo is se wasee tar hai, bohat bari, us ko dekhne ke liye hamare paas aankh nahi hai is dunya mein. us ko dekhne ki aankh hasil ho jayegi.</w:t>
      </w:r>
      <w:r>
        <w:br/>
      </w:r>
      <w:r>
        <w:rPr>
          <w:sz w:val="20"/>
        </w:rPr>
        <w:t>1:00:33  lekin us ko yeh yeh bohat bari nemat hogi aur nemat isi ko milegi jo apne aap ko is ke liye yani deserving candidate banaye.</w:t>
      </w:r>
      <w:r>
        <w:br/>
      </w:r>
      <w:r>
        <w:rPr>
          <w:sz w:val="20"/>
        </w:rPr>
        <w:t>1:00:44  deserving candidate. warna yahan bhi aadha, wahan bhi aadha.</w:t>
      </w:r>
    </w:p>
    <w:p>
      <w:pPr>
        <w:pStyle w:val="Heading2"/>
      </w:pPr>
      <w:r>
        <w:t>Interpretation of Dabba Ark of Noah</w:t>
      </w:r>
    </w:p>
    <w:p>
      <w:r>
        <w:rPr>
          <w:color w:val="666666"/>
          <w:sz w:val="18"/>
        </w:rPr>
        <w:t>Quran &amp; Tafsir · Present Day Muslims Jan 13, 2013 · 47s · at 1:26:54 · https://youtu.be/CVcbWVYitog?t=5214</w:t>
      </w:r>
    </w:p>
    <w:p>
      <w:r>
        <w:rPr>
          <w:i/>
        </w:rPr>
        <w:t>“In Al-Risalah Issue of January 2013, you have related the Ark of Noah as Dabba, while previously you have related the Communication as Dabba. Kindly guide.”</w:t>
      </w:r>
    </w:p>
    <w:p>
      <w:r>
        <w:rPr>
          <w:sz w:val="20"/>
        </w:rPr>
        <w:t>1:26:54  maulana, agla sawal kashmir se hai, muhammad saleem mir sahib ka</w:t>
      </w:r>
      <w:r>
        <w:br/>
      </w:r>
      <w:r>
        <w:rPr>
          <w:sz w:val="20"/>
        </w:rPr>
        <w:t>1:26:59  . unhon ne likha hai: "in al-risalah issue of january 2013, you have related the ark of noah as dabba, while previously you have related the communication as dabba.</w:t>
      </w:r>
      <w:r>
        <w:br/>
      </w:r>
      <w:r>
        <w:rPr>
          <w:sz w:val="20"/>
        </w:rPr>
        <w:t>1:27:14  kindly guide." bhai, dekhiye, is tarah ke mamlaat mein riwayaton mein development hota hai. khud paighambar ke haan aisi misalein mojood hain.</w:t>
      </w:r>
      <w:r>
        <w:br/>
      </w:r>
      <w:r>
        <w:rPr>
          <w:sz w:val="20"/>
        </w:rPr>
        <w:t>1:27:23  yeh koi anokhi baat nahi hai. To is mein itna log pareshan kyun</w:t>
      </w:r>
      <w:r>
        <w:br/>
      </w:r>
      <w:r>
        <w:rPr>
          <w:sz w:val="20"/>
        </w:rPr>
        <w:t>1:27:27  hain? Jo meri Latest rai hai, wo yahi hai jo aap chhupi hai. Bas is ko maan lijiyey. Ulama ke haan aur khud paighambaron ke haan is ki misalein maujood hain.</w:t>
      </w:r>
    </w:p>
    <w:p>
      <w:pPr>
        <w:pStyle w:val="Heading2"/>
      </w:pPr>
      <w:r>
        <w:t>Interpretation of Quran touching verse</w:t>
      </w:r>
    </w:p>
    <w:p>
      <w:r>
        <w:rPr>
          <w:color w:val="666666"/>
          <w:sz w:val="18"/>
        </w:rPr>
        <w:t>Quran &amp; Tafsir · Dars-e-Quran, Chapter 25, V. 1 (Spreading Quran) September 9, 2018 · 58s · at 1:02:41 · https://youtu.be/zf3V6LP2Qg0?t=3761</w:t>
      </w:r>
    </w:p>
    <w:p>
      <w:r>
        <w:rPr>
          <w:i/>
        </w:rPr>
        <w:t>“There is a verse in the Quran: 'La yamassuhu illal mutahharun'. Many people misinterpret it to justify the notion of disrespect of Quran. What is your explanation?”</w:t>
      </w:r>
    </w:p>
    <w:p>
      <w:r>
        <w:rPr>
          <w:sz w:val="20"/>
        </w:rPr>
        <w:t>1:02:41  Maulana, agla sawal Doctor Farida Khanoom ne bheja hai Dilli se. Unhon ne likha hai: There is a words in the Quran: lamasa illa mutahar,</w:t>
      </w:r>
      <w:r>
        <w:br/>
      </w:r>
      <w:r>
        <w:rPr>
          <w:sz w:val="20"/>
        </w:rPr>
        <w:t>1:02:54  which people must interpret to justify the notion of be-hurmati of quran. maulana, what is your explanation to this?</w:t>
      </w:r>
      <w:r>
        <w:br/>
      </w:r>
      <w:r>
        <w:rPr>
          <w:sz w:val="20"/>
        </w:rPr>
        <w:t>1:03:04  yeh bilkul hi ghalat hai ke is mein bozi ka masla hai. bozi ka masla hai hi nahin, is mein yeh to farishton ka masla hai.</w:t>
      </w:r>
      <w:r>
        <w:br/>
      </w:r>
      <w:r>
        <w:rPr>
          <w:sz w:val="20"/>
        </w:rPr>
        <w:t>1:03:16  kisi bhi, kisi bhi 830 tafsir mein yeh masla nahin likha hua hai ke is mein wuzu ka masla hai. logon ne bana rakha hai baad ke zamane mein, is ka wuzu ka masla hi nahin, koi talluq hi nahin is ka.</w:t>
      </w:r>
      <w:r>
        <w:br/>
      </w:r>
      <w:r>
        <w:rPr>
          <w:sz w:val="20"/>
        </w:rPr>
        <w:t>1:03:31  is aayat ka wuzu ke maslay se koi talluq nahin hai.</w:t>
      </w:r>
    </w:p>
    <w:p>
      <w:pPr>
        <w:pStyle w:val="Heading2"/>
      </w:pPr>
      <w:r>
        <w:t>Interpretation of verse on taking Jews and Christians as friends</w:t>
      </w:r>
    </w:p>
    <w:p>
      <w:r>
        <w:rPr>
          <w:color w:val="666666"/>
          <w:sz w:val="18"/>
        </w:rPr>
        <w:t>Quran &amp; Tafsir · The Importance of Wisdom November 4, 2012 · 1m 52s · at 1:06:33 · https://youtu.be/7e6FvqRSHic?t=3993</w:t>
      </w:r>
    </w:p>
    <w:p>
      <w:r>
        <w:rPr>
          <w:i/>
        </w:rPr>
        <w:t>“In Surah Maidah, it says do not take Christians and Jews as friends. Now the alliance of Jews and Christians ruled by Zionism is ruling the world, and Muslim countries like Pakistan, Saudi Arabia, Turkey have joined hands with US. How do you interpret this verse?”</w:t>
      </w:r>
    </w:p>
    <w:p>
      <w:r>
        <w:rPr>
          <w:sz w:val="20"/>
        </w:rPr>
        <w:t>1:06:33  maulana dilli se agla sawal hai farooq kaddoi sahib ka unhon ne likha hai ke surah maida chapter five mein aya hai o you who believe do not take christians and jews as friends in the above verse jews and christians were never friends but now the present day alliance of jews and christians ruled by zionism is ruling the world</w:t>
      </w:r>
      <w:r>
        <w:br/>
      </w:r>
      <w:r>
        <w:rPr>
          <w:sz w:val="20"/>
        </w:rPr>
        <w:t>1:07:00  whoever if you shall take them as friends shall become one of them clearly quran is pointing towards the alliance of pakistan saudi arabia turkey which have joined hands with us how do you interpret this verse of the quran based on my observation dekhen yeh aayaten jo hain yeh contemporary christian aur contemporary jew ke liye hai woh koi eternally sare ke liye nahi hai yeh</w:t>
      </w:r>
      <w:r>
        <w:br/>
      </w:r>
      <w:r>
        <w:rPr>
          <w:sz w:val="20"/>
        </w:rPr>
        <w:t>1:07:30  bilkul galat aisi bachti tafseer hai is ka mani yeh le lein ke qayamat tak jitne christian hain qayamat tak jitne jo hain hargiz nahi jo contemporary thay contemporary rasool Allah sal Allah alayh wasallam ke un ke baray mein yeh hai aaj woh jis doosre doosre insan woh bhi woh bhi insan dekhein buniyadi baat kya hai nasal se koi hukum nahi banta nasal se is jaisay musalman samajhte hain ke hum musalman hain to hum jannat mein j</w:t>
      </w:r>
      <w:r>
        <w:br/>
      </w:r>
      <w:r>
        <w:rPr>
          <w:sz w:val="20"/>
        </w:rPr>
        <w:t>1:08:00  ayenge yeh bhi galat hai musalmanon ka nasal ki buniyad par samajh lena ke hamari nijat ho gayi hai to yeh bhi galat hai aur doosron ko samajhna hai ke woh falan nasal se hain to woh bure hain yeh bhi galat hai</w:t>
      </w:r>
      <w:r>
        <w:br/>
      </w:r>
      <w:r>
        <w:rPr>
          <w:sz w:val="20"/>
        </w:rPr>
        <w:t>1:08:14  mabni bar nasal koi bhi hukum islam mein nahi hua karta merit pe hota hai merit par to is zamane mein jo rasool Allah sal Allah alayh wasallam ke jo contemporary thay un ke baray mein yeh ayat</w:t>
      </w:r>
    </w:p>
    <w:p>
      <w:pPr>
        <w:pStyle w:val="Heading2"/>
      </w:pPr>
      <w:r>
        <w:t>Is Jerusalem Appointed for Jews in Quran</w:t>
      </w:r>
    </w:p>
    <w:p>
      <w:r>
        <w:rPr>
          <w:color w:val="666666"/>
          <w:sz w:val="18"/>
        </w:rPr>
        <w:t>Quran &amp; Tafsir · Dars-e-Quran, Chapter 2, Verses 44-46, January 28, 2018 · 1m 01s · at 57:49 · https://youtu.be/3Kd5InuBtFA?t=3469</w:t>
      </w:r>
    </w:p>
    <w:p>
      <w:r>
        <w:rPr>
          <w:i/>
        </w:rPr>
        <w:t>“Is Jerusalem a place appointed for Jews? Are there any references within the Holy Quran? Please tell us.”</w:t>
      </w:r>
    </w:p>
    <w:p>
      <w:r>
        <w:rPr>
          <w:sz w:val="20"/>
        </w:rPr>
        <w:t>57:49  maulana, agla sawal bheja hai farooq ishraq sahib ne kashmir se.</w:t>
      </w:r>
      <w:r>
        <w:br/>
      </w:r>
      <w:r>
        <w:rPr>
          <w:sz w:val="20"/>
        </w:rPr>
        <w:t>57:55  unhon ne likha hai: "az jerusalem a place appointed for jews? are there any references with in the</w:t>
      </w:r>
      <w:r>
        <w:br/>
      </w:r>
      <w:r>
        <w:rPr>
          <w:sz w:val="20"/>
        </w:rPr>
        <w:t>58:01  holy quran? please tell us</w:t>
      </w:r>
      <w:r>
        <w:br/>
      </w:r>
      <w:r>
        <w:rPr>
          <w:sz w:val="20"/>
        </w:rPr>
        <w:t>58:07  ." bilkul hi quran mein ayat maujood hai.</w:t>
      </w:r>
      <w:r>
        <w:br/>
      </w:r>
      <w:r>
        <w:rPr>
          <w:sz w:val="20"/>
        </w:rPr>
        <w:t>58:17  wo ayat padhiye: "aur allah ayat padhiye aur tarjuma padhiye." ya qaum!</w:t>
      </w:r>
      <w:r>
        <w:br/>
      </w:r>
      <w:r>
        <w:rPr>
          <w:sz w:val="20"/>
        </w:rPr>
        <w:t>58:27  surah al maidah ayat number 21: "aur</w:t>
      </w:r>
      <w:r>
        <w:br/>
      </w:r>
      <w:r>
        <w:rPr>
          <w:sz w:val="20"/>
        </w:rPr>
        <w:t>58:37  musa ne kaha: aye qaum!</w:t>
      </w:r>
      <w:r>
        <w:br/>
      </w:r>
      <w:r>
        <w:rPr>
          <w:sz w:val="20"/>
        </w:rPr>
        <w:t>58:42  arz muqaddasa mein dakhil ho jao jis ko allah ne tumhare liye likh diya hai aur tum peechhe</w:t>
      </w:r>
      <w:r>
        <w:br/>
      </w:r>
      <w:r>
        <w:rPr>
          <w:sz w:val="20"/>
        </w:rPr>
        <w:t>58:46  na hato taake tum nakam ho jao." ji ji!</w:t>
      </w:r>
    </w:p>
    <w:p>
      <w:pPr>
        <w:pStyle w:val="Heading2"/>
      </w:pPr>
      <w:r>
        <w:t>Is hardship meant to develop creativity?</w:t>
      </w:r>
    </w:p>
    <w:p>
      <w:r>
        <w:rPr>
          <w:color w:val="666666"/>
          <w:sz w:val="18"/>
        </w:rPr>
        <w:t>Quran &amp; Tafsir · Nation Building On India's Republic Day Jan 26, 2020 Maulana Wahiduddin Khan · 1m 55s · at 53:33 · https://youtu.be/58CVocbLAb8?t=3213</w:t>
      </w:r>
    </w:p>
    <w:p>
      <w:r>
        <w:rPr>
          <w:i/>
        </w:rPr>
        <w:t>“Today I found explanation of words. Allah does not burden any person with what he can carry. I feel hardships faced by any individuals are actually to develop creativity in him and her. Maulana, is this correct?”</w:t>
      </w:r>
    </w:p>
    <w:p>
      <w:r>
        <w:rPr>
          <w:sz w:val="20"/>
        </w:rPr>
        <w:t>53:33  maulana riyaz bhat sahib ne aa sawal bheja hai. unhon ne likha hai: "Today I found explanation of words.</w:t>
      </w:r>
      <w:r>
        <w:br/>
      </w:r>
      <w:r>
        <w:rPr>
          <w:sz w:val="20"/>
        </w:rPr>
        <w:t>53:43  allah does not burden any person with what he can carry.</w:t>
      </w:r>
      <w:r>
        <w:br/>
      </w:r>
      <w:r>
        <w:rPr>
          <w:sz w:val="20"/>
        </w:rPr>
        <w:t>53:48  I feel hardships faced by any individuals are actually to develop creativity in him or her. Maulana, is this correct?"</w:t>
      </w:r>
      <w:r>
        <w:br/>
      </w:r>
      <w:r>
        <w:rPr>
          <w:sz w:val="20"/>
        </w:rPr>
        <w:t>54:00  yaqeenan correct hai sahih hai.</w:t>
      </w:r>
      <w:r>
        <w:br/>
      </w:r>
      <w:r>
        <w:rPr>
          <w:sz w:val="20"/>
        </w:rPr>
        <w:t>54:08  fawad kadwai sahib ne surat se sawal bheja hai. unhon ne likha hai: "Moulana how can we build trust with people of other faith so that there is communal harmony and peace in the</w:t>
      </w:r>
      <w:r>
        <w:br/>
      </w:r>
      <w:r>
        <w:rPr>
          <w:sz w:val="20"/>
        </w:rPr>
        <w:t>54:22  society?" apne andar paida kijiye. aap beginning karte hain doosre se. jo spirit aap chahte hain doosre ke andar paida karna woh apne andar paida kijiye.</w:t>
      </w:r>
      <w:r>
        <w:br/>
      </w:r>
      <w:r>
        <w:rPr>
          <w:sz w:val="20"/>
        </w:rPr>
        <w:t>54:38  jaise dekhiye main jab kehta hoon allah o akbar namaz mein azan mein to mujhe bohat khushi hoti hai.</w:t>
      </w:r>
      <w:r>
        <w:br/>
      </w:r>
      <w:r>
        <w:rPr>
          <w:sz w:val="20"/>
        </w:rPr>
        <w:t>54:48  ek thrilling thrill aata hai ke maine Allah ko bara ek</w:t>
      </w:r>
      <w:r>
        <w:br/>
      </w:r>
      <w:r>
        <w:rPr>
          <w:sz w:val="20"/>
        </w:rPr>
        <w:t>55:00  discover kiya. aap mujhe bataiye ke india mein kehte hain aise log hain ke doosre ki spirit se woh inspire hon.</w:t>
      </w:r>
      <w:r>
        <w:br/>
      </w:r>
      <w:r>
        <w:rPr>
          <w:sz w:val="20"/>
        </w:rPr>
        <w:t>55:12  to aap apne andar paida kijiye doosre ke andar aap chahte hain ke doosre ke andar paida ho. apne andar paida kijiye doosre ke andar apne aap paida ho jayenge.</w:t>
      </w:r>
    </w:p>
    <w:p>
      <w:pPr>
        <w:pStyle w:val="Heading2"/>
      </w:pPr>
      <w:r>
        <w:t>Is tafsir required with Quran translation</w:t>
      </w:r>
    </w:p>
    <w:p>
      <w:r>
        <w:rPr>
          <w:color w:val="666666"/>
          <w:sz w:val="18"/>
        </w:rPr>
        <w:t>Quran &amp; Tafsir · Model of Paradise June 22, 2014 · 1m 49s · at 55:18 · https://youtu.be/7jXD8E_dN-E?t=3318</w:t>
      </w:r>
    </w:p>
    <w:p>
      <w:r>
        <w:rPr>
          <w:i/>
        </w:rPr>
        <w:t>“Is it mandatory or necessary to recite tafsir along with word-by-word translation of the Quran? Some people say that if you recite it with tafsir then it should be done under the guidance of any scholar or cleric. Please advise.”</w:t>
      </w:r>
    </w:p>
    <w:p>
      <w:r>
        <w:rPr>
          <w:sz w:val="20"/>
        </w:rPr>
        <w:t>55:18  maulana, agla sawal ah shoaib sahab ne kiya hai, dilli se. aur unhone likha hai ke Maulana Is it mandatory or necessary to recite tafsir along with word-by-word translation of the Quran?</w:t>
      </w:r>
      <w:r>
        <w:br/>
      </w:r>
      <w:r>
        <w:rPr>
          <w:sz w:val="20"/>
        </w:rPr>
        <w:t>55:35  Some people say that if you recite it with tafsir then it should be done under the guidance of any scholar or cleric.</w:t>
      </w:r>
      <w:r>
        <w:br/>
      </w:r>
      <w:r>
        <w:rPr>
          <w:sz w:val="20"/>
        </w:rPr>
        <w:t>55:44  Please advice.</w:t>
      </w:r>
      <w:r>
        <w:br/>
      </w:r>
      <w:r>
        <w:rPr>
          <w:sz w:val="20"/>
        </w:rPr>
        <w:t>55:46  dekhen, ye sab baaten irrelevant hain. is qism ki shartein sab ki sab irrelevant hain. Quran mein hai ke</w:t>
      </w:r>
      <w:r>
        <w:br/>
      </w:r>
      <w:r>
        <w:rPr>
          <w:sz w:val="20"/>
        </w:rPr>
        <w:t>56:03  atqaw Allah wa yualimkum Allah yani tum Allah se daro to Allah tumhein ilm dega.</w:t>
      </w:r>
      <w:r>
        <w:br/>
      </w:r>
      <w:r>
        <w:rPr>
          <w:sz w:val="20"/>
        </w:rPr>
        <w:t>56:10  to main samajhta hoon Quran fehmi ka sab se bada jo sab se badi jo shart hai wo taqwa hai. ye sab shartein jo hain mere nazdeek is ki koi ahmiyat nahin hai.</w:t>
      </w:r>
      <w:r>
        <w:br/>
      </w:r>
      <w:r>
        <w:rPr>
          <w:sz w:val="20"/>
        </w:rPr>
        <w:t>56:24  agali cheez ye hai ke aap ke andar waqeatan Allah ka dar ho. waqeatan aap bohat zyada aap ne Allah ko apna karsnar banaya ho.</w:t>
      </w:r>
      <w:r>
        <w:br/>
      </w:r>
      <w:r>
        <w:rPr>
          <w:sz w:val="20"/>
        </w:rPr>
        <w:t>56:33  is ka matlab ye hai ke bohat zyada aap ke andar ye ehsas ho ke kahin main ghalati na kar jaon. kahin main tafsir baraye ka shikar na ho jaon.</w:t>
      </w:r>
      <w:r>
        <w:br/>
      </w:r>
      <w:r>
        <w:rPr>
          <w:sz w:val="20"/>
        </w:rPr>
        <w:t>56:45  to is ka bohat zyada ehsas aap ko ho. aap dua karte rahen, dua karte rahen, dua karte rahen. tab aap Quran ko samjhenge. baqi is se koi kisi ko Quran samajh mein nahin aata.</w:t>
      </w:r>
      <w:r>
        <w:br/>
      </w:r>
      <w:r>
        <w:rPr>
          <w:sz w:val="20"/>
        </w:rPr>
        <w:t>56:55  jo shartein logon ne laga rakhi hain, is se kisi ko samajh mein Quran</w:t>
      </w:r>
      <w:r>
        <w:br/>
      </w:r>
      <w:r>
        <w:rPr>
          <w:sz w:val="20"/>
        </w:rPr>
        <w:t>56:59  nahin aata. Quran samajh samajh mein aata hai ke Allah se daren, Allah se dua karen. apne mind ko objective banaen.</w:t>
      </w:r>
    </w:p>
    <w:p>
      <w:pPr>
        <w:pStyle w:val="Heading2"/>
      </w:pPr>
      <w:r>
        <w:t>Is the Jewish Qibla change a sign of their rejection?</w:t>
      </w:r>
    </w:p>
    <w:p>
      <w:r>
        <w:rPr>
          <w:color w:val="666666"/>
          <w:sz w:val="18"/>
        </w:rPr>
        <w:t>Quran &amp; Tafsir · The Problem of Conditioning April 22, 2012 · 1m 40s · at 1:18:22 · https://youtu.be/j-kJQzOz46g?t=4702</w:t>
      </w:r>
    </w:p>
    <w:p>
      <w:r>
        <w:rPr>
          <w:i/>
        </w:rPr>
        <w:t>“Accepting Jewish Qibla was a super tall quality of change to Kaaba marks and of its need. Muslims say that Allah says in Quran about Jews: No matter how hard you try, they will not follow the right path, but only a few of them. Please guide whether this thinking is correct.”</w:t>
      </w:r>
    </w:p>
    <w:p>
      <w:r>
        <w:rPr>
          <w:sz w:val="20"/>
        </w:rPr>
        <w:t>1:18:22  maulana, agla sawal raipur se aaya hai, mr idrees ka. unho</w:t>
      </w:r>
      <w:r>
        <w:br/>
      </w:r>
      <w:r>
        <w:rPr>
          <w:sz w:val="20"/>
        </w:rPr>
        <w:t>1:18:26  ne likha hai: "Accepting Jewish qibla was a super talif qulf and change to Kaaba marks an end of its need.</w:t>
      </w:r>
      <w:r>
        <w:br/>
      </w:r>
      <w:r>
        <w:rPr>
          <w:sz w:val="20"/>
        </w:rPr>
        <w:t>1:18:36  muslim says that allah says in quran about jews: no matter how hard you try, they will not follow the right path, but only a few of them." Maulana, please guide ke yeh soch kya sahi hai.</w:t>
      </w:r>
      <w:r>
        <w:br/>
      </w:r>
      <w:r>
        <w:rPr>
          <w:sz w:val="20"/>
        </w:rPr>
        <w:t>1:18:51  dekhein, yeh soch bilkul galat hai.</w:t>
      </w:r>
      <w:r>
        <w:br/>
      </w:r>
      <w:r>
        <w:rPr>
          <w:sz w:val="20"/>
        </w:rPr>
        <w:t>1:18:54  woh yahood ke bare mein jo alfaaz hain, wo "that is language of hammering" kyunke kehte hain musalman ho gaye.</w:t>
      </w:r>
      <w:r>
        <w:br/>
      </w:r>
      <w:r>
        <w:rPr>
          <w:sz w:val="20"/>
        </w:rPr>
        <w:t>1:19:03  bahut se yahoodi, saudi musalman hue, ab bhi musalman hue hain. baad ko maryam jameelah yahoodi family mein paida huin, musalman ho gayeen. asad sahib yahoodi family mein paida hue, musalman ho gaye.</w:t>
      </w:r>
      <w:r>
        <w:br/>
      </w:r>
      <w:r>
        <w:rPr>
          <w:sz w:val="20"/>
        </w:rPr>
        <w:t>1:19:14  toh yeh yeh koi baat nahi hai. aur main doosri misaal deta hoon. dekhiye, ahl-e-makkah ke bare mein hijrat ke pehle yeh ayat utri thi ke tum nahi ibaadat karoge uski jiski ibaadat main karta hoon.</w:t>
      </w:r>
      <w:r>
        <w:br/>
      </w:r>
      <w:r>
        <w:rPr>
          <w:sz w:val="20"/>
        </w:rPr>
        <w:t>1:19:27  halanke yeh sab ke sab islam mein da</w:t>
      </w:r>
      <w:r>
        <w:br/>
      </w:r>
      <w:r>
        <w:rPr>
          <w:sz w:val="20"/>
        </w:rPr>
        <w:t>1:19:29  khil ho gaye. saare ahl-e-makkah, bahut ajeeb baat hai. isko padhiye, is surah ko aap "wala antum abidun" tum nahi ho ibaadat karne wale uske jiski main ibaadat karta hoon.</w:t>
      </w:r>
      <w:r>
        <w:br/>
      </w:r>
      <w:r>
        <w:rPr>
          <w:sz w:val="20"/>
        </w:rPr>
        <w:t>1:19:40  yeh ahl-e-makkah ke bare mein aur unko "kafiroon" keh diya gaya hai. lekin yahi saare log toh dakhil ho gaye islam mein fateh-e-makkah ke baad.</w:t>
      </w:r>
      <w:r>
        <w:br/>
      </w:r>
      <w:r>
        <w:rPr>
          <w:sz w:val="20"/>
        </w:rPr>
        <w:t>1:19:50  toh yeh "language of hammering" hai. yahan bhi, wahan bhi.</w:t>
      </w:r>
      <w:r>
        <w:br/>
      </w:r>
      <w:r>
        <w:rPr>
          <w:sz w:val="20"/>
        </w:rPr>
        <w:t>1:19:55  isko isko logical sense mein harghiz nahi lena chahiye.</w:t>
      </w:r>
    </w:p>
    <w:p>
      <w:pPr>
        <w:pStyle w:val="Heading2"/>
      </w:pPr>
      <w:r>
        <w:t>Is the door of ijtihad closed?</w:t>
      </w:r>
    </w:p>
    <w:p>
      <w:r>
        <w:rPr>
          <w:color w:val="666666"/>
          <w:sz w:val="18"/>
        </w:rPr>
        <w:t>Quran &amp; Tafsir · Q&amp;A 20 Nov 2011 Maulana Wahiduddin Khan · 1m 49s · at 25:05 · https://youtu.be/7sNDn8Y6jUc?t=1505</w:t>
      </w:r>
    </w:p>
    <w:p>
      <w:r>
        <w:rPr>
          <w:i/>
        </w:rPr>
        <w:t>“It is said that the possibility of error in ijtihad is high, so the door of ijtihad was closed. Is this understanding correct?”</w:t>
      </w:r>
    </w:p>
    <w:p>
      <w:r>
        <w:rPr>
          <w:sz w:val="20"/>
        </w:rPr>
        <w:t>25:05  Maulana, agla sawal aaya hai Tamil Nadu se Maulana Iqbal Ahmed Umri ka. unhon ne likha hai. kaha jata hai ke ijtihad mein ghalti ka imkan zyada hota hai.</w:t>
      </w:r>
      <w:r>
        <w:br/>
      </w:r>
      <w:r>
        <w:rPr>
          <w:sz w:val="20"/>
        </w:rPr>
        <w:t>25:18  isi liye ijtihad ka darwaza band kar diya gaya hai. kya aisa samajhna sahi hai?</w:t>
      </w:r>
      <w:r>
        <w:br/>
      </w:r>
      <w:r>
        <w:rPr>
          <w:sz w:val="20"/>
        </w:rPr>
        <w:t>25:24  har giz sahi nahi hai. kaun hai jo hadith mein di hui ayat ko mansookh kare? mujhe yeh bataiye. kis ko Allah taala ne yeh license diya hai?</w:t>
      </w:r>
      <w:r>
        <w:br/>
      </w:r>
      <w:r>
        <w:rPr>
          <w:sz w:val="20"/>
        </w:rPr>
        <w:t>25:37  Bukhari ki riwayat mein jab yeh hai ke mujtahid</w:t>
      </w:r>
      <w:r>
        <w:br/>
      </w:r>
      <w:r>
        <w:rPr>
          <w:sz w:val="20"/>
        </w:rPr>
        <w:t>25:41  koi shart nahi lagai gayi. aur sirf yeh bataye ga ke agar tum ijtihad karo aur ghalti ho jaye to aadha sawab mile ga.</w:t>
      </w:r>
      <w:r>
        <w:br/>
      </w:r>
      <w:r>
        <w:rPr>
          <w:sz w:val="20"/>
        </w:rPr>
        <w:t>25:51  sahih rahega to double sawab milega. to kis ko ye Allah taala ne ikhtiyar diya hai ke wo mansookh kare ijtihad ko? ghalti ke imkan ke bawajood ijtihad karte rehna hai.</w:t>
      </w:r>
      <w:r>
        <w:br/>
      </w:r>
      <w:r>
        <w:rPr>
          <w:sz w:val="20"/>
        </w:rPr>
        <w:t>26:03  albatta aadmi ke andar israr nahi hona chahiye. agar mujh se ghalti ho gayi hai to main main muhasba karun. apni apni ghaltiyon ko janne ki koshish karun.</w:t>
      </w:r>
      <w:r>
        <w:br/>
      </w:r>
      <w:r>
        <w:rPr>
          <w:sz w:val="20"/>
        </w:rPr>
        <w:t>26:13  Discussion karun. aur apna correction karun. to koi bhi shakhs haq nahi rakhta ke ijtihad darwaza band kare.</w:t>
      </w:r>
      <w:r>
        <w:br/>
      </w:r>
      <w:r>
        <w:rPr>
          <w:sz w:val="20"/>
        </w:rPr>
        <w:t>26:22  jab Rasool Allah ne farma diya hai ke ghalti karoge tab bhi sawab milega.</w:t>
      </w:r>
      <w:r>
        <w:br/>
      </w:r>
      <w:r>
        <w:rPr>
          <w:sz w:val="20"/>
        </w:rPr>
        <w:t>26:26  to kis ko haq hai ke wo band kare darwaza? sirf ye aap ko haq hai ke agar aap dekhte hain ke koi shakhs ghalti kar raha hai to us ko bas baat us ko baat kijiye.</w:t>
      </w:r>
      <w:r>
        <w:br/>
      </w:r>
      <w:r>
        <w:rPr>
          <w:sz w:val="20"/>
        </w:rPr>
        <w:t>26:39  is se guftagu kijiye. bas bajaye is ke ke ijtihad darwaza aap band karen. aap ye kar sakte hain ke us ki</w:t>
      </w:r>
      <w:r>
        <w:br/>
      </w:r>
      <w:r>
        <w:rPr>
          <w:sz w:val="20"/>
        </w:rPr>
        <w:t>26:47  ghalti ko durust karen. guftagu sunid ke zariye se. is se zyada kisi ko koi haq nahi koi.</w:t>
      </w:r>
    </w:p>
    <w:p>
      <w:pPr>
        <w:pStyle w:val="Heading2"/>
      </w:pPr>
      <w:r>
        <w:t>Leaving later books for Quran and Sunnah</w:t>
      </w:r>
    </w:p>
    <w:p>
      <w:r>
        <w:rPr>
          <w:color w:val="666666"/>
          <w:sz w:val="18"/>
        </w:rPr>
        <w:t>Quran &amp; Tafsir · The Issues of Islam in the Present World November 11, 2012 · 1m 14s · at 1:13:12 · https://youtu.be/COoaUbCCi1c?t=4392</w:t>
      </w:r>
    </w:p>
    <w:p>
      <w:r>
        <w:rPr>
          <w:i/>
        </w:rPr>
        <w:t>“Muslims of today admit that Quran and Sunnah are source books, but are not ready to leave later books and interpretations. How can they be made to understand?”</w:t>
      </w:r>
    </w:p>
    <w:p>
      <w:r>
        <w:rPr>
          <w:sz w:val="20"/>
        </w:rPr>
        <w:t>1:13:12  maulana, agla sawal dilli se hai miss naghma siddiqui ne kiya hai, unhon ne likha hai: "muslims of today admit that quran and sunnah are source books, but are not ready to leave later books and interpretations.</w:t>
      </w:r>
      <w:r>
        <w:br/>
      </w:r>
      <w:r>
        <w:rPr>
          <w:sz w:val="20"/>
        </w:rPr>
        <w:t>1:13:28  how can they be made to understand?" kya matlab</w:t>
      </w:r>
      <w:r>
        <w:br/>
      </w:r>
      <w:r>
        <w:rPr>
          <w:sz w:val="20"/>
        </w:rPr>
        <w:t>1:13:33  ke maulana? woh yeh to mante hain ke jo source ki kitabein hain, woh quran aur sunnah hain, lekin woh baad ki jo kitabein hain, un ko chhod chhodne ke liye aur un ki interpretations ko chhodne ke liye tayyar nahin hain.</w:t>
      </w:r>
      <w:r>
        <w:br/>
      </w:r>
      <w:r>
        <w:rPr>
          <w:sz w:val="20"/>
        </w:rPr>
        <w:t>1:13:44  to ab woh lip service ke taur par kehte hain: "lip service har jagah aap jaiye, quran ki tilawat to khoob hoti hai." amalan sara jo un ki zindagi ka raqsa hai, woh sab chalta hai inhi fiqh ki kitabon par, fatwon par, baad ke ulama ke upar.</w:t>
      </w:r>
      <w:r>
        <w:br/>
      </w:r>
      <w:r>
        <w:rPr>
          <w:sz w:val="20"/>
        </w:rPr>
        <w:t>1:14:03  har jagah yeh qissa hai madrason mein, masjidon mein aap jaiye ke khane ke liye to yeh kehte hain, lekin un ki jo practice hai, woh is par nahin hai.</w:t>
      </w:r>
      <w:r>
        <w:br/>
      </w:r>
      <w:r>
        <w:rPr>
          <w:sz w:val="20"/>
        </w:rPr>
        <w:t>1:14:13  practice isi par hai yaani fiqh se lete hain islam, ulama se fatwon se lete hain islam, inhi ko reference, inhi ko refer karte hain.</w:t>
      </w:r>
      <w:r>
        <w:br/>
      </w:r>
      <w:r>
        <w:rPr>
          <w:sz w:val="20"/>
        </w:rPr>
        <w:t>1:14:22  woh</w:t>
      </w:r>
    </w:p>
    <w:p>
      <w:pPr>
        <w:pStyle w:val="Heading2"/>
      </w:pPr>
      <w:r>
        <w:t>Main message of Quran is fear</w:t>
      </w:r>
    </w:p>
    <w:p>
      <w:r>
        <w:rPr>
          <w:color w:val="666666"/>
          <w:sz w:val="18"/>
        </w:rPr>
        <w:t>Quran &amp; Tafsir · Fear of God February 21, 2016 · 1m 12s · at 57:57 · https://youtu.be/T-w1IDIeCV4?t=3477</w:t>
      </w:r>
    </w:p>
    <w:p>
      <w:r>
        <w:rPr>
          <w:i/>
        </w:rPr>
        <w:t>“Is it right that the main message of the Quran is indhar, that is fear (warning)?”</w:t>
      </w:r>
    </w:p>
    <w:p>
      <w:r>
        <w:rPr>
          <w:sz w:val="20"/>
        </w:rPr>
        <w:t>57:57  Maulana, agla sawal kya hai doctor Hina ne UK se, aur unhon ne likha hai ke Is</w:t>
      </w:r>
      <w:r>
        <w:br/>
      </w:r>
      <w:r>
        <w:rPr>
          <w:sz w:val="20"/>
        </w:rPr>
        <w:t>58:03  it right that the main message of the Quran is indhaar, that is fear?</w:t>
      </w:r>
      <w:r>
        <w:br/>
      </w:r>
      <w:r>
        <w:rPr>
          <w:sz w:val="20"/>
        </w:rPr>
        <w:t>58:10  indhaar ke maani hain warning.</w:t>
      </w:r>
      <w:r>
        <w:br/>
      </w:r>
      <w:r>
        <w:rPr>
          <w:sz w:val="20"/>
        </w:rPr>
        <w:t>58:15  wahan jo lafz aaya hai, indhaar wala, woh dawat ke liye aaya hai.</w:t>
      </w:r>
      <w:r>
        <w:br/>
      </w:r>
      <w:r>
        <w:rPr>
          <w:sz w:val="20"/>
        </w:rPr>
        <w:t>58:20  dawat ke liye.</w:t>
      </w:r>
      <w:r>
        <w:br/>
      </w:r>
      <w:r>
        <w:rPr>
          <w:sz w:val="20"/>
        </w:rPr>
        <w:t>58:25  to is ka matlab hota hai warning.</w:t>
      </w:r>
      <w:r>
        <w:br/>
      </w:r>
      <w:r>
        <w:rPr>
          <w:sz w:val="20"/>
        </w:rPr>
        <w:t>58:30  Warning ka matlab kya hota hai? ke logon ko christian plan of God se aagah karna.</w:t>
      </w:r>
      <w:r>
        <w:br/>
      </w:r>
      <w:r>
        <w:rPr>
          <w:sz w:val="20"/>
        </w:rPr>
        <w:t>58:35  yani urdu mein hum kahein ke aagah karne wala.</w:t>
      </w:r>
      <w:r>
        <w:br/>
      </w:r>
      <w:r>
        <w:rPr>
          <w:sz w:val="20"/>
        </w:rPr>
        <w:t>58:40  insaan sara dawat ka jo khulasa hai ke logon ko yeh batana ke What is the Christian plan of God?</w:t>
      </w:r>
      <w:r>
        <w:br/>
      </w:r>
      <w:r>
        <w:rPr>
          <w:sz w:val="20"/>
        </w:rPr>
        <w:t>58:46  yeh batana.</w:t>
      </w:r>
      <w:r>
        <w:br/>
      </w:r>
      <w:r>
        <w:rPr>
          <w:sz w:val="20"/>
        </w:rPr>
        <w:t>58:52  to isi ko bohat hi sakht lafz kaha gaya hai indhaar.</w:t>
      </w:r>
      <w:r>
        <w:br/>
      </w:r>
      <w:r>
        <w:rPr>
          <w:sz w:val="20"/>
        </w:rPr>
        <w:t>58:58  indhaar karo, warning do, un ko aagah karo, un ko bohat hi effective andaaz mein batao, yeh hai dawat.</w:t>
      </w:r>
      <w:r>
        <w:br/>
      </w:r>
      <w:r>
        <w:rPr>
          <w:sz w:val="20"/>
        </w:rPr>
        <w:t>59:04  yeh sahih hai, is mani mein aap theek kaha.</w:t>
      </w:r>
      <w:r>
        <w:br/>
      </w:r>
      <w:r>
        <w:rPr>
          <w:sz w:val="20"/>
        </w:rPr>
        <w:t>59:10  maulana, agla sawal kya hai dilli se maulana farhad umri ne, aur unhon ne likha hai is there</w:t>
      </w:r>
    </w:p>
    <w:p>
      <w:pPr>
        <w:pStyle w:val="Heading2"/>
      </w:pPr>
      <w:r>
        <w:t>Meaning and importance of qalb in Islam</w:t>
      </w:r>
    </w:p>
    <w:p>
      <w:r>
        <w:rPr>
          <w:color w:val="666666"/>
          <w:sz w:val="18"/>
        </w:rPr>
        <w:t>Quran &amp; Tafsir · Dars-e-Quran, Chapter 39, Vs 67 (Glory of God) July 29, 2018 Maulana Wahiduddin Khan · 1m 52s · at 51:15 · https://youtu.be/xKvuhx08hQ4?t=3075</w:t>
      </w:r>
    </w:p>
    <w:p>
      <w:r>
        <w:rPr>
          <w:i/>
        </w:rPr>
        <w:t>“What is 'qalb' (heart) and why is it discussed so many times in classical Islam?”</w:t>
      </w:r>
    </w:p>
    <w:p>
      <w:r>
        <w:rPr>
          <w:sz w:val="20"/>
        </w:rPr>
        <w:t>51:15  today we came to know that Allah sovereignty already exist and devil's existence is blessing to know the glory of god." ah, maulana muhammad sameer sahib ne ek aur sawal bheja hai.</w:t>
      </w:r>
      <w:r>
        <w:br/>
      </w:r>
      <w:r>
        <w:rPr>
          <w:sz w:val="20"/>
        </w:rPr>
        <w:t>51:31  unhon ne aapse poocha hai ke: "what is qalb and why is it discussed in classical islam so many times?" iske bare mein bataiye.</w:t>
      </w:r>
      <w:r>
        <w:br/>
      </w:r>
      <w:r>
        <w:rPr>
          <w:sz w:val="20"/>
        </w:rPr>
        <w:t>51:41  dekhiye, quran mein qalb aql ke maene mein hai. jitne bhi alfaaz quran mein aaye hain, woh sab aql ke maene mein hain.</w:t>
      </w:r>
      <w:r>
        <w:br/>
      </w:r>
      <w:r>
        <w:rPr>
          <w:sz w:val="20"/>
        </w:rPr>
        <w:t>51:52  aur aap ko shakk ho to aap mashhoor lughat hai: lisan al arab. lisan al arab dekhiye, aap ke arabi zabaan mein aql aur qalb mein koi farq nahi hai.</w:t>
      </w:r>
      <w:r>
        <w:br/>
      </w:r>
      <w:r>
        <w:rPr>
          <w:sz w:val="20"/>
        </w:rPr>
        <w:t>52:06  yeh to awam mein ek cheez phail gayi hai, ghaleban sufia ke asar se. sufia ne, yaani</w:t>
      </w:r>
      <w:r>
        <w:br/>
      </w:r>
      <w:r>
        <w:rPr>
          <w:sz w:val="20"/>
        </w:rPr>
        <w:t>52:20  yeh jo gyan, dhyan, gyan ka jo concept hai, uske asar se qalb par mabni ek cheez daryaft ki.</w:t>
      </w:r>
      <w:r>
        <w:br/>
      </w:r>
      <w:r>
        <w:rPr>
          <w:sz w:val="20"/>
        </w:rPr>
        <w:t>52:32  to woh lage muraqba karne. baqi iska islam se koi talluq nahi hai. islam mukammal taur par tadabbur ka mazhab hai.</w:t>
      </w:r>
      <w:r>
        <w:br/>
      </w:r>
      <w:r>
        <w:rPr>
          <w:sz w:val="20"/>
        </w:rPr>
        <w:t>52:45  mukammal taur par tadabbur. tadabbur ayati</w:t>
      </w:r>
      <w:r>
        <w:br/>
      </w:r>
      <w:r>
        <w:rPr>
          <w:sz w:val="20"/>
        </w:rPr>
        <w:t>52:55  to is maamle mein main chahta hoon ke aap log apne confusion se bahar aayen aur isko achhi tarah samjhen.</w:t>
      </w:r>
    </w:p>
    <w:p>
      <w:pPr>
        <w:pStyle w:val="Heading2"/>
      </w:pPr>
      <w:r>
        <w:t>Meaning of 'We have honoured the children of Adam'</w:t>
      </w:r>
    </w:p>
    <w:p>
      <w:r>
        <w:rPr>
          <w:color w:val="666666"/>
          <w:sz w:val="18"/>
        </w:rPr>
        <w:t>Quran &amp; Tafsir · Q&amp;A 13 Nov 2011 · 31s · at 13:36 · https://youtu.be/oOZ9h37_pL8?t=816</w:t>
      </w:r>
    </w:p>
    <w:p>
      <w:r>
        <w:rPr>
          <w:i/>
        </w:rPr>
        <w:t>“Please explain the meaning of the verse 'Wa laqad karramna bani adam' and the concept of takrim of human beings in the light of Quran.”</w:t>
      </w:r>
    </w:p>
    <w:p>
      <w:r>
        <w:rPr>
          <w:sz w:val="20"/>
        </w:rPr>
        <w:t>13:36  maulana agla sawal aaya hai karachi pakistan se.</w:t>
      </w:r>
      <w:r>
        <w:br/>
      </w:r>
      <w:r>
        <w:rPr>
          <w:sz w:val="20"/>
        </w:rPr>
        <w:t>13:40  is ayat ki taraf ishara hai yeh.</w:t>
      </w:r>
      <w:r>
        <w:br/>
      </w:r>
      <w:r>
        <w:rPr>
          <w:sz w:val="20"/>
        </w:rPr>
        <w:t>13:45  wa laqad karamna bani adam. woh taqreem insan jo log nahi samajhte quran ki roshni mein samajh nahi payenge ghaliban. yahan taqreem insan ki lafz istemal kiya unhon ne.</w:t>
      </w:r>
      <w:r>
        <w:br/>
      </w:r>
      <w:r>
        <w:rPr>
          <w:sz w:val="20"/>
        </w:rPr>
        <w:t>13:54  is se murad woh ayat hai. wa laqad karamna bani adam. yani hum ne insan ko mukarram paida kiya. is ki taraf ishara kar rahe hain woh.</w:t>
      </w:r>
    </w:p>
    <w:p>
      <w:pPr>
        <w:pStyle w:val="Heading2"/>
      </w:pPr>
      <w:r>
        <w:t>Meaning of Ayah on Izhar-e-Deen</w:t>
      </w:r>
    </w:p>
    <w:p>
      <w:r>
        <w:rPr>
          <w:color w:val="666666"/>
          <w:sz w:val="18"/>
        </w:rPr>
        <w:t>Quran &amp; Tafsir · Natural Warning April 17, 2016 · 1m 03s · at 45:47 · https://youtu.be/fSNOpwgzcss?t=2747</w:t>
      </w:r>
    </w:p>
    <w:p>
      <w:r>
        <w:rPr>
          <w:i/>
        </w:rPr>
        <w:t>“Please explain this ayah: 'Li yuzhirahu al-dini kullihi'. What is the meaning of this Izhar-e-Deen? Please clarify.”</w:t>
      </w:r>
    </w:p>
    <w:p>
      <w:r>
        <w:rPr>
          <w:sz w:val="20"/>
        </w:rPr>
        <w:t>45:47  maulana, agla sawal bheja hai Miss Shabana Atib ne Pakistan se aur unhone likha hai please explain this ayat li yuzhirahu al-dini kullihi.</w:t>
      </w:r>
      <w:r>
        <w:br/>
      </w:r>
      <w:r>
        <w:rPr>
          <w:sz w:val="20"/>
        </w:rPr>
        <w:t>46:01  is izhaar-e-deen ka kiya matlab hai? Is ko wazeh karein.</w:t>
      </w:r>
      <w:r>
        <w:br/>
      </w:r>
      <w:r>
        <w:rPr>
          <w:sz w:val="20"/>
        </w:rPr>
        <w:t>46:08  dekhiye, is par mein ne poori aik kitaab likhi hai, is ka naam hai Izhaar-e-Deen, moti si kitaab hai. To mein kahunga ke aap is kitaab ko padh lein.</w:t>
      </w:r>
      <w:r>
        <w:br/>
      </w:r>
      <w:r>
        <w:rPr>
          <w:sz w:val="20"/>
        </w:rPr>
        <w:t>46:21  beh-haal, fil-haal mein yeh kahunga ke izhaar-e-deen ka matlab siyasi ladai nahi hai,</w:t>
      </w:r>
      <w:r>
        <w:br/>
      </w:r>
      <w:r>
        <w:rPr>
          <w:sz w:val="20"/>
        </w:rPr>
        <w:t>46:35  na siyasi ladai hai, na hukumat ki ladai hai. Yeh aik peaceful mission hai. Aap tafseel mein jana chahein to woh kitaab jo hai Izhaar-e-Deen, us ko padhein.</w:t>
      </w:r>
    </w:p>
    <w:p>
      <w:pPr>
        <w:pStyle w:val="Heading2"/>
      </w:pPr>
      <w:r>
        <w:t>Meaning of Furqan in Quran</w:t>
      </w:r>
    </w:p>
    <w:p>
      <w:r>
        <w:rPr>
          <w:color w:val="666666"/>
          <w:sz w:val="18"/>
        </w:rPr>
        <w:t>Quran &amp; Tafsir · The Problem of Evil December 4, 2011 · 1m 48s · at 1:27:33 · https://youtu.be/SMqtVjaGHfw?t=5253</w:t>
      </w:r>
    </w:p>
    <w:p>
      <w:r>
        <w:rPr>
          <w:i/>
        </w:rPr>
        <w:t>“In the Quran it says that We sent down the Furqan. Please explain about it.”</w:t>
      </w:r>
    </w:p>
    <w:p>
      <w:r>
        <w:rPr>
          <w:sz w:val="20"/>
        </w:rPr>
        <w:t>1:27:33  doctor Muslima ne Delhi se sawal likha hai. unhone poocha hai ke Quran mein aata hai ke hum ne Furqan utara. is ke bare mein aap kuch bataein.</w:t>
      </w:r>
      <w:r>
        <w:br/>
      </w:r>
      <w:r>
        <w:rPr>
          <w:sz w:val="20"/>
        </w:rPr>
        <w:t>1:27:48  dekhein, Furqan ke ka lafzi matlab jo hai, woh hai do cheez ke darmiyan farq karna. asal al fasl min al shai' yani to differentiate between between the two.</w:t>
      </w:r>
      <w:r>
        <w:br/>
      </w:r>
      <w:r>
        <w:rPr>
          <w:sz w:val="20"/>
        </w:rPr>
        <w:t>1:28:02  to</w:t>
      </w:r>
      <w:r>
        <w:br/>
      </w:r>
      <w:r>
        <w:rPr>
          <w:sz w:val="20"/>
        </w:rPr>
        <w:t>1:28:04  Quran jo hai, us ki ek sifat yeh hai ke woh Furqan hai yani cheezon mein farq karna batata hai ke yeh right hai, yeh wrong hai, yeh theek hai, yeh theek nahin hai, yeh is mein aadmi ko faida hai, is mein faida nahin hai.</w:t>
      </w:r>
      <w:r>
        <w:br/>
      </w:r>
      <w:r>
        <w:rPr>
          <w:sz w:val="20"/>
        </w:rPr>
        <w:t>1:28:20  to yeh jo hai, jab aadmi Quran mein sochega, bahut zyada ghor karega to us ke andar ek ek ek sense develop hoga.</w:t>
      </w:r>
      <w:r>
        <w:br/>
      </w:r>
      <w:r>
        <w:rPr>
          <w:sz w:val="20"/>
        </w:rPr>
        <w:t>1:28:30  sense of Furqan</w:t>
      </w:r>
      <w:r>
        <w:br/>
      </w:r>
      <w:r>
        <w:rPr>
          <w:sz w:val="20"/>
        </w:rPr>
        <w:t>1:28:32  yani Quran mein saari baatein do do chaar chaar likhi hui nahin hain. aisa nahin hai ke do do chaar chaar har cheez likhi hui hai. lekin jab aadmi sach much bahut is mein parhega aur bahut ghor karega, bahut us ko yaani samajhne ki koshish karega to us ke andar ek salahiyat develop karegi jis ko kehte hain Furqan yani principle of differentiation.</w:t>
      </w:r>
      <w:r>
        <w:br/>
      </w:r>
      <w:r>
        <w:rPr>
          <w:sz w:val="20"/>
        </w:rPr>
        <w:t>1:28:58  to yeh to mutaarif hota hai, gehri studies hota hai aur sincere study. main samajhta hoon ke sincere ka lafz shamil karna zaroori hai ya serious study.</w:t>
      </w:r>
      <w:r>
        <w:br/>
      </w:r>
      <w:r>
        <w:rPr>
          <w:sz w:val="20"/>
        </w:rPr>
        <w:t>1:29:12  jab serious study karta hai aadmi, tab ja kar ke woh sense develop hota hai. nahin to parhega, parhega, hoga kuch nahin.</w:t>
      </w:r>
    </w:p>
    <w:p>
      <w:pPr>
        <w:pStyle w:val="Heading2"/>
      </w:pPr>
      <w:r>
        <w:t>Meaning of Khalifa and Muslim rule</w:t>
      </w:r>
    </w:p>
    <w:p>
      <w:r>
        <w:rPr>
          <w:color w:val="666666"/>
          <w:sz w:val="18"/>
        </w:rPr>
        <w:t>Quran &amp; Tafsir · Islam in Daily Life May 26, 2013 · 1m 44s · at 1:04:29 · https://youtu.be/iNyWPrbyyhA?t=3869</w:t>
      </w:r>
    </w:p>
    <w:p>
      <w:r>
        <w:rPr>
          <w:i/>
        </w:rPr>
        <w:t>“The word 'Khalifa' is mentioned in the Quran. What is the meaning of Khalifa? Why is it that Muslims everywhere want to establish the rule of Muslims on earth?”</w:t>
      </w:r>
    </w:p>
    <w:p>
      <w:r>
        <w:rPr>
          <w:sz w:val="20"/>
        </w:rPr>
        <w:t>1:04:29  yahan tak main samajhta hoon yeh matlab hai is ka. maulana agla sawal patna se hai, abdulrahf sahib ka. unhon ne likha hai: "Word khaleefa is mentioned in the quran." maulana sahib "what is the meaning of khaleefa</w:t>
      </w:r>
      <w:r>
        <w:br/>
      </w:r>
      <w:r>
        <w:rPr>
          <w:sz w:val="20"/>
        </w:rPr>
        <w:t>1:04:46  ? why is it that muslims everywhere want to establish the rule of muslims on earth?" yeh to bilkul yani koi musalmanon ki jo soch hai is ka koi talluq is ayat se nahi.</w:t>
      </w:r>
      <w:r>
        <w:br/>
      </w:r>
      <w:r>
        <w:rPr>
          <w:sz w:val="20"/>
        </w:rPr>
        <w:t>1:05:03  kyun ke dekhiye is ayat mein yeh kaha hai ke sari dunya mein apna rule qaim karo. yeh kahan hai is mein?</w:t>
      </w:r>
      <w:r>
        <w:br/>
      </w:r>
      <w:r>
        <w:rPr>
          <w:sz w:val="20"/>
        </w:rPr>
        <w:t>1:05:13  yani rule ki to baat hi nahi hai is mein.</w:t>
      </w:r>
      <w:r>
        <w:br/>
      </w:r>
      <w:r>
        <w:rPr>
          <w:sz w:val="20"/>
        </w:rPr>
        <w:t>1:05:16  woh ayat yeh hai ke "innee jaa'ilun fil ardi khaleefan" ۔ main zameen mein banane wala hoon ek khaleefa. khaleefati nahi hai.</w:t>
      </w:r>
      <w:r>
        <w:br/>
      </w:r>
      <w:r>
        <w:rPr>
          <w:sz w:val="20"/>
        </w:rPr>
        <w:t>1:05:26  yani apna khaleefa nahi hai ke khuda ka khaleefa. "khlaytu allaha fil ard" ۔ nahi hai. yeh to musalmanon ne bana rakha hai khud se. yeh sab bohat hi zyada yani jis ko kehte hain tamarrud, sarkashi.</w:t>
      </w:r>
      <w:r>
        <w:br/>
      </w:r>
      <w:r>
        <w:rPr>
          <w:sz w:val="20"/>
        </w:rPr>
        <w:t>1:05:40  ke jo baat ayat mein nahi hai woh nikal rakha hai aur is par jhanda uthai hui hain sari dunya mein</w:t>
      </w:r>
      <w:r>
        <w:br/>
      </w:r>
      <w:r>
        <w:rPr>
          <w:sz w:val="20"/>
        </w:rPr>
        <w:t>1:05:44  ۔ aur yahan tak kahein ke isi ke liye suicide babon ki tak karte hain. is ayat ka kuch bhi talluq yeh in tehreekon mein jo jis ko inqalabi tehreek kaha jata hai is se kuch bhi talluq nahi hai.</w:t>
      </w:r>
      <w:r>
        <w:br/>
      </w:r>
      <w:r>
        <w:rPr>
          <w:sz w:val="20"/>
        </w:rPr>
        <w:t>1:06:00  yeh in ki apni yani is ko main political bidat kehta hoon. political bidat. is ka is ayat se koi talluq nahi. is ayat ka matlab agar aap ko samajhna hai to meri tafsir aap padhiye: "tadabburu tazkuru al-quran"</w:t>
      </w:r>
    </w:p>
    <w:p>
      <w:pPr>
        <w:pStyle w:val="Heading2"/>
      </w:pPr>
      <w:r>
        <w:t>Meaning of Khalifa in Quran</w:t>
      </w:r>
    </w:p>
    <w:p>
      <w:r>
        <w:rPr>
          <w:color w:val="666666"/>
          <w:sz w:val="18"/>
        </w:rPr>
        <w:t>Quran &amp; Tafsir · Model of Paradise June 22, 2014 · 1m 35s · at 57:08 · https://youtu.be/7jXD8E_dN-E?t=3428</w:t>
      </w:r>
    </w:p>
    <w:p>
      <w:r>
        <w:rPr>
          <w:i/>
        </w:rPr>
        <w:t>“What is the meaning of 'khalifa' in Quran?”</w:t>
      </w:r>
    </w:p>
    <w:p>
      <w:r>
        <w:rPr>
          <w:sz w:val="20"/>
        </w:rPr>
        <w:t>57:08  in sab cheezon se Quran samajh mein aata hai. Maulana, agla sawal Farhan sahab ne kiya hai, Mumbai se. aur unhone aapse poocha hai ke What is the meaning of خلیفہ in Quran?</w:t>
      </w:r>
      <w:r>
        <w:br/>
      </w:r>
      <w:r>
        <w:rPr>
          <w:sz w:val="20"/>
        </w:rPr>
        <w:t>57:21  is ke bare mein bataen. is par bohat list hua hua hai, aap parh li</w:t>
      </w:r>
      <w:r>
        <w:br/>
      </w:r>
      <w:r>
        <w:rPr>
          <w:sz w:val="20"/>
        </w:rPr>
        <w:t>57:27  jiye. meri tafsir mein bhi parh lijiye. aur meri kitabon mein bohat is par kafi baat aa chuki hai. is ko parh lijiye. maine arz kiya is se pehle ke jo kitab, jo baaten main likh chuka hoon, to pehle chahiye aap ko ke us ko parhen.</w:t>
      </w:r>
      <w:r>
        <w:br/>
      </w:r>
      <w:r>
        <w:rPr>
          <w:sz w:val="20"/>
        </w:rPr>
        <w:t>57:43  phir koi cheez nikali hai is mein ke ye baat to is mein clear nahin hui. ye baat ka jawab nahin aaya. to phir us waqt main kuch bolunga. baghair parhe hue sawal karne se koi faida nahin hai.</w:t>
      </w:r>
    </w:p>
    <w:p>
      <w:pPr>
        <w:pStyle w:val="Heading2"/>
      </w:pPr>
      <w:r>
        <w:t>Meaning of Preserved Tablet in Quran</w:t>
      </w:r>
    </w:p>
    <w:p>
      <w:r>
        <w:rPr>
          <w:color w:val="666666"/>
          <w:sz w:val="18"/>
        </w:rPr>
        <w:t>Quran &amp; Tafsir · The Expression of Faith (Izhar e Deen) September 1, 2013 · 41s · at 1:03:46 · https://youtu.be/muBDJ8a_8-0?t=3826</w:t>
      </w:r>
    </w:p>
    <w:p>
      <w:r>
        <w:rPr>
          <w:i/>
        </w:rPr>
        <w:t>“What is meant by 'لوح محفوظ' (the preserved tablet) in the verse? Please explain.”</w:t>
      </w:r>
    </w:p>
    <w:p>
      <w:r>
        <w:rPr>
          <w:sz w:val="20"/>
        </w:rPr>
        <w:t>1:03:46  maulana in ka ek aur sawal hai. unhon ne ek quran ka reference diya hai, ek ayat ka. unhon ne likha hai: "wa alhawa quranun majeedun fi lauhin mahfuzin" .</w:t>
      </w:r>
      <w:r>
        <w:br/>
      </w:r>
      <w:r>
        <w:rPr>
          <w:sz w:val="20"/>
        </w:rPr>
        <w:t>1:03:57  unhon ne likha hai ke yahan lauh mahfooz se kya</w:t>
      </w:r>
      <w:r>
        <w:br/>
      </w:r>
      <w:r>
        <w:rPr>
          <w:sz w:val="20"/>
        </w:rPr>
        <w:t>1:04:00  murad hai, is ke baray mein aap bataen. bhai, dekhen, is mein mufassireen ka ikhtilaf hai. to meri jo rai hai, woh aap meri tafaseer parh lijiyay.</w:t>
      </w:r>
      <w:r>
        <w:br/>
      </w:r>
      <w:r>
        <w:rPr>
          <w:sz w:val="20"/>
        </w:rPr>
        <w:t>1:04:14  yahan par main ikhtilafi mozu mein nahin jana chahta, lekin beharhal mufassireen ka ikhtilaf hai. lekin meri jo rai hai, woh aap meri jo tafseer hai, tazkir ul quran, usay parh lijiyay.</w:t>
      </w:r>
    </w:p>
    <w:p>
      <w:pPr>
        <w:pStyle w:val="Heading2"/>
      </w:pPr>
      <w:r>
        <w:t>Meaning of Quran 32:13 on guidance</w:t>
      </w:r>
    </w:p>
    <w:p>
      <w:r>
        <w:rPr>
          <w:color w:val="666666"/>
          <w:sz w:val="18"/>
        </w:rPr>
        <w:t>Quran &amp; Tafsir · The Purpose of Existence-9th September 2012 · 59s · at 1:27:25 · https://youtu.be/KxCy8m6k_MQ?t=5245</w:t>
      </w:r>
    </w:p>
    <w:p>
      <w:r>
        <w:rPr>
          <w:i/>
        </w:rPr>
        <w:t>“In Quran chapter 32, verse number 13 it says: "We could indeed have imposed our guidance upon every human being, but My word shall come true."”</w:t>
      </w:r>
    </w:p>
    <w:p>
      <w:r>
        <w:rPr>
          <w:sz w:val="20"/>
        </w:rPr>
        <w:t>1:27:24  matlab hai is ka.</w:t>
      </w:r>
      <w:r>
        <w:br/>
      </w:r>
      <w:r>
        <w:rPr>
          <w:sz w:val="20"/>
        </w:rPr>
        <w:t>1:27:25  Maulana, agla sawal Maulana Hafiz Iqbal Umri Sahab ka hai Tamil Nadu se.</w:t>
      </w:r>
      <w:r>
        <w:br/>
      </w:r>
      <w:r>
        <w:rPr>
          <w:sz w:val="20"/>
        </w:rPr>
        <w:t>1:27:31  انہوں نے لکھا ہے کہ قرآن کے چیپٹر 32، ورس نمبر 13 میں آیا ہے: "We could indeed</w:t>
      </w:r>
      <w:r>
        <w:br/>
      </w:r>
      <w:r>
        <w:rPr>
          <w:sz w:val="20"/>
        </w:rPr>
        <w:t>1:27:39  have imposed our guidance upon every human being, but my word shall come true.</w:t>
      </w:r>
      <w:r>
        <w:br/>
      </w:r>
      <w:r>
        <w:rPr>
          <w:sz w:val="20"/>
        </w:rPr>
        <w:t>1:27:45  I will fill hell with the jinn and men all together." Maulana Sahib, my question is that: Does</w:t>
      </w:r>
      <w:r>
        <w:br/>
      </w:r>
      <w:r>
        <w:rPr>
          <w:sz w:val="20"/>
        </w:rPr>
        <w:t>1:27:52  das verse force is to think individually? koi Sahab, yeh meri samajh nahi aaya is sawal.</w:t>
      </w:r>
      <w:r>
        <w:br/>
      </w:r>
      <w:r>
        <w:rPr>
          <w:sz w:val="20"/>
        </w:rPr>
        <w:t>1:27:59  chapter 32, verse 13.</w:t>
      </w:r>
      <w:r>
        <w:br/>
      </w:r>
      <w:r>
        <w:rPr>
          <w:sz w:val="20"/>
        </w:rPr>
        <w:t>1:28:01  وہ آیت پڑھیے: "میں We could indeed have imposed Our guidance upon every human being, but My word</w:t>
      </w:r>
      <w:r>
        <w:br/>
      </w:r>
      <w:r>
        <w:rPr>
          <w:sz w:val="20"/>
        </w:rPr>
        <w:t>1:28:09  shall come true.</w:t>
      </w:r>
      <w:r>
        <w:br/>
      </w:r>
      <w:r>
        <w:rPr>
          <w:sz w:val="20"/>
        </w:rPr>
        <w:t>1:28:10  I will fill hell with jinn and men all together." question samajh nahi aaya mere.</w:t>
      </w:r>
      <w:r>
        <w:br/>
      </w:r>
      <w:r>
        <w:rPr>
          <w:sz w:val="20"/>
        </w:rPr>
        <w:t>1:28:16  haan, is ko un se kahiye, woh agli baar zyada jee clear kar ke likhein.</w:t>
      </w:r>
      <w:r>
        <w:br/>
      </w:r>
      <w:r>
        <w:rPr>
          <w:sz w:val="20"/>
        </w:rPr>
        <w:t>1:28:23  theek hai, Maulana? zyada clear.</w:t>
      </w:r>
    </w:p>
    <w:p>
      <w:pPr>
        <w:pStyle w:val="Heading2"/>
      </w:pPr>
      <w:r>
        <w:t>Meaning of Quran 47:24 and locks on hearts</w:t>
      </w:r>
    </w:p>
    <w:p>
      <w:r>
        <w:rPr>
          <w:color w:val="666666"/>
          <w:sz w:val="18"/>
        </w:rPr>
        <w:t>Quran &amp; Tafsir · Man and the Laws of Nature April 1, 2012 · 1m 23s · at 1:41:56 · https://youtu.be/coIrwYQgb6Y?t=6116</w:t>
      </w:r>
    </w:p>
    <w:p>
      <w:r>
        <w:rPr>
          <w:i/>
        </w:rPr>
        <w:t>“Chapter 47, verse 24 of the Quran says: "Why do these people not ponder over the Quran? Are there locks on their hearts?" What is the meaning of this verse and what is the meaning of 'ala qulubiha'?”</w:t>
      </w:r>
    </w:p>
    <w:p>
      <w:r>
        <w:rPr>
          <w:sz w:val="20"/>
        </w:rPr>
        <w:t>1:41:56  maulana, agla sawal dilli se hai imam mukarram hussain qasmi sahib ka</w:t>
      </w:r>
      <w:r>
        <w:br/>
      </w:r>
      <w:r>
        <w:rPr>
          <w:sz w:val="20"/>
        </w:rPr>
        <w:t>1:42:01  . unhon ne likha hai ke chapter 47 ayat number 24 quran mein yeh aya hai: "kyun yeh log quran ke upar ghor nahi karte?</w:t>
      </w:r>
      <w:r>
        <w:br/>
      </w:r>
      <w:r>
        <w:rPr>
          <w:sz w:val="20"/>
        </w:rPr>
        <w:t>1:42:12  kya un ke dilon par un ke talay lagay hue hain? is ayat ka matlab kya hai aur 'ala quloob' ka mafhoom kya hai?"</w:t>
      </w:r>
      <w:r>
        <w:br/>
      </w:r>
      <w:r>
        <w:rPr>
          <w:sz w:val="20"/>
        </w:rPr>
        <w:t>1:42:24  dekhen, tala jo hai, jo taale ka lafz yahan par hai, woh wahi cheez ko hum kehte hain conditioning. continuous conditioning, yani conditioning ki wajah se woh soch nahi paate aur Quran ka jo mafhoom hai, woh unke unke dimagh mein pahunchta nahi.</w:t>
      </w:r>
      <w:r>
        <w:br/>
      </w:r>
      <w:r>
        <w:rPr>
          <w:sz w:val="20"/>
        </w:rPr>
        <w:t>1:42:44  to aadmi ko maine bar bar yeh kaha hai ke sab se zaroori cheez hai apni decondi</w:t>
      </w:r>
      <w:r>
        <w:br/>
      </w:r>
      <w:r>
        <w:rPr>
          <w:sz w:val="20"/>
        </w:rPr>
        <w:t>1:42:50  tioning. kyun? conditioning to hoti hoti hai. yeh naamumkin hai ke koi aadmi jo hai condition na bane. paida hote hi apni family mein, apne samaj mein, apne idare mein, har jagah uski conditioning hoti rehti hai.</w:t>
      </w:r>
      <w:r>
        <w:br/>
      </w:r>
      <w:r>
        <w:rPr>
          <w:sz w:val="20"/>
        </w:rPr>
        <w:t>1:43:04  to is mein yahi baat hai ke conditioning mein log andhe ho rahe hain aur sachai unko dikhai nahi de rahi hai. to aisa lagta hai jaise ke taale taale pade hue hain.</w:t>
      </w:r>
      <w:r>
        <w:br/>
      </w:r>
      <w:r>
        <w:rPr>
          <w:sz w:val="20"/>
        </w:rPr>
        <w:t>1:43:15  to tala yahan, yani ek woh hai symbolic lafz hai,</w:t>
      </w:r>
    </w:p>
    <w:p>
      <w:pPr>
        <w:pStyle w:val="Heading2"/>
      </w:pPr>
      <w:r>
        <w:t>Meaning of Quran 49:6 about verifying news</w:t>
      </w:r>
    </w:p>
    <w:p>
      <w:r>
        <w:rPr>
          <w:color w:val="666666"/>
          <w:sz w:val="18"/>
        </w:rPr>
        <w:t>Quran &amp; Tafsir · Q&amp;A 11 Jul 2010 Maulana Wahiduddin Khan · 1m 51s · at 46:28 · https://youtu.be/UHtdtzGGwFQ?t=2788</w:t>
      </w:r>
    </w:p>
    <w:p>
      <w:r>
        <w:rPr>
          <w:i/>
        </w:rPr>
        <w:t>“What is the meaning of verse number 6, chapter number 49 of the Quran, which says: 'Believers, if an evildoer brings you news, ascertain the correctness of the report fully, lest you unwittingly harm others and then regret what you have done'?”</w:t>
      </w:r>
    </w:p>
    <w:p>
      <w:r>
        <w:rPr>
          <w:sz w:val="20"/>
        </w:rPr>
        <w:t>46:28  maulana, yeh sawal kiya hai mr arshad jamal ne new delhi se. unhon ne likha hai ke "What is the meaning of verse number 6, chapter number 49 of Quran which says:</w:t>
      </w:r>
      <w:r>
        <w:br/>
      </w:r>
      <w:r>
        <w:rPr>
          <w:sz w:val="20"/>
        </w:rPr>
        <w:t>46:42  'Believers, if an evildoer brings you news, ascertain the correctness of the report fully, lest you unwittingly harm others and then regret what you have done'?</w:t>
      </w:r>
      <w:r>
        <w:br/>
      </w:r>
      <w:r>
        <w:rPr>
          <w:sz w:val="20"/>
        </w:rPr>
        <w:t>46:56  haan, yeh bohat ahem ayat hai. ke aadmi jo hai, yani misunderstanding ki wajah se rai qaim kar le to yeh islam mein bohat bara, is ko bohat mana kiya gaya hai.</w:t>
      </w:r>
      <w:r>
        <w:br/>
      </w:r>
      <w:r>
        <w:rPr>
          <w:sz w:val="20"/>
        </w:rPr>
        <w:t>47:11  jab tak aap ko pakki knowledge na ho, aap ko rai nahi banana chahiye aap ko. pakki knowledge hona chahiye aap ko. tab rai banaiye.</w:t>
      </w:r>
      <w:r>
        <w:br/>
      </w:r>
      <w:r>
        <w:rPr>
          <w:sz w:val="20"/>
        </w:rPr>
        <w:t>47:20  to pakki knowledge kaise hogi? aap ko tehqeeq karenge, sochenge, mamle ko jajchenge. lekin is mein ek aur</w:t>
      </w:r>
    </w:p>
    <w:p>
      <w:pPr>
        <w:pStyle w:val="Heading2"/>
      </w:pPr>
      <w:r>
        <w:t>Meaning of Quran 9:41 on striving</w:t>
      </w:r>
    </w:p>
    <w:p>
      <w:r>
        <w:rPr>
          <w:color w:val="666666"/>
          <w:sz w:val="18"/>
        </w:rPr>
        <w:t>Quran &amp; Tafsir · Understanding the Quran April 7, 2019 · 1m 49s · at 46:23 · https://youtu.be/m_Om5MtQJz4?t=2783</w:t>
      </w:r>
    </w:p>
    <w:p>
      <w:r>
        <w:rPr>
          <w:i/>
        </w:rPr>
        <w:t>“They referred to Quran chapter 9, verse 41. It says: 'Go forth light armed and heavy armed and strive with your wealth and your lives in the way of Allah.'”</w:t>
      </w:r>
    </w:p>
    <w:p>
      <w:r>
        <w:rPr>
          <w:sz w:val="20"/>
        </w:rPr>
        <w:t>46:23  aaj maine bohat bari baat jani. jazak allah maulana." mashallah. maulana, agla sawal lete hain.</w:t>
      </w:r>
      <w:r>
        <w:br/>
      </w:r>
      <w:r>
        <w:rPr>
          <w:sz w:val="20"/>
        </w:rPr>
        <w:t>46:32  yeh sawal bheja hai ashraf sahab ne dilli se. unhone likha hai: "unhone quran ke chapter aur verse ka hawala diya hai.</w:t>
      </w:r>
      <w:r>
        <w:br/>
      </w:r>
      <w:r>
        <w:rPr>
          <w:sz w:val="20"/>
        </w:rPr>
        <w:t>46:45  chapter 9, verse number 41. unhone likha hai: 'Quran says go forth light armed and heavy armed and strive with your wealth and your lives in the way of Allah.</w:t>
      </w:r>
      <w:r>
        <w:br/>
      </w:r>
      <w:r>
        <w:rPr>
          <w:sz w:val="20"/>
        </w:rPr>
        <w:t>47:02  that is best for you if you but know.'" maulana, woh yeh janna cha rahe hain aap se ke is mein jo light armed aur heavy armed ka hawala diya hai, us ke kya maani hain?</w:t>
      </w:r>
      <w:r>
        <w:br/>
      </w:r>
      <w:r>
        <w:rPr>
          <w:sz w:val="20"/>
        </w:rPr>
        <w:t>47:15  main samjha nahi. thoda sa bataiye, kya matlab? maulana, ek ayat hai: "ان</w:t>
      </w:r>
      <w:r>
        <w:br/>
      </w:r>
      <w:r>
        <w:rPr>
          <w:sz w:val="20"/>
        </w:rPr>
        <w:t>47:26  haan, haan, hmm ke niklo allah ke raste mein."</w:t>
      </w:r>
      <w:r>
        <w:br/>
      </w:r>
      <w:r>
        <w:rPr>
          <w:sz w:val="20"/>
        </w:rPr>
        <w:t>47:38  ae bhai, is ka taluq ladai se hai hi nahi. dawat ke liye nikalne se hai. to jaise aap ke halaat hain, nikal pariye.</w:t>
      </w:r>
      <w:r>
        <w:br/>
      </w:r>
      <w:r>
        <w:rPr>
          <w:sz w:val="20"/>
        </w:rPr>
        <w:t>47:50  jo aap paas saman hai, us ki madad se dawat ka kaam kijiye. yeh nahi ke talwar le kar aao, gun le kar aao, aur bomb le kar aao.</w:t>
      </w:r>
      <w:r>
        <w:br/>
      </w:r>
      <w:r>
        <w:rPr>
          <w:sz w:val="20"/>
        </w:rPr>
        <w:t>48:00  yeh bilkul galat is ka matlab hai. apne halaat ke lehaz se, apni taqat ke lehaz se dawat ka kaam karo. bas.</w:t>
      </w:r>
    </w:p>
    <w:p>
      <w:pPr>
        <w:pStyle w:val="Heading2"/>
      </w:pPr>
      <w:r>
        <w:t>Meaning of Rabbana atina hasanah</w:t>
      </w:r>
    </w:p>
    <w:p>
      <w:r>
        <w:rPr>
          <w:color w:val="666666"/>
          <w:sz w:val="18"/>
        </w:rPr>
        <w:t>Quran &amp; Tafsir · The Process of Personality Development June 30, 2013 · 1m 43s · at 56:28 · https://youtu.be/CSSFRydcJlo?t=3388</w:t>
      </w:r>
    </w:p>
    <w:p>
      <w:r>
        <w:rPr>
          <w:i/>
        </w:rPr>
        <w:t>“What is the meaning of 'Rabbana atina fid dunya hasanah'?”</w:t>
      </w:r>
    </w:p>
    <w:p>
      <w:r>
        <w:rPr>
          <w:sz w:val="20"/>
        </w:rPr>
        <w:t>56:28  molana, agla sawal hai zaheer uddin khwaja sahab ka, rae chor se. unhon ne likha hai: rabana atina fid dunya hasana ka matlab kya hai?</w:t>
      </w:r>
      <w:r>
        <w:br/>
      </w:r>
      <w:r>
        <w:rPr>
          <w:sz w:val="20"/>
        </w:rPr>
        <w:t>56:43  dekhen, yeh ayat, yeh yeh ayat ek dua hai jo quran mein aayi hai:</w:t>
      </w:r>
      <w:r>
        <w:br/>
      </w:r>
      <w:r>
        <w:rPr>
          <w:sz w:val="20"/>
        </w:rPr>
        <w:t>56:49  rabana atina fid dunya hasana wa fid akhirati hasana wa qina azab an nar. ae hamare rab, hamein dunya mein hasana de,</w:t>
      </w:r>
      <w:r>
        <w:br/>
      </w:r>
      <w:r>
        <w:rPr>
          <w:sz w:val="20"/>
        </w:rPr>
        <w:t>57:02  achhai de, aur akhirat mein achhai de,</w:t>
      </w:r>
      <w:r>
        <w:br/>
      </w:r>
      <w:r>
        <w:rPr>
          <w:sz w:val="20"/>
        </w:rPr>
        <w:t>57:09  aur hamare gunahon ko maaf farma. dekhen, log samajhte hain ke hasana se murad hai</w:t>
      </w:r>
      <w:r>
        <w:br/>
      </w:r>
      <w:r>
        <w:rPr>
          <w:sz w:val="20"/>
        </w:rPr>
        <w:t>57:17  wo cheez jo yani hasana dunya se murad hai, wo cheez jis ko log samajhte hain hasana, yani car ho, kothi ho, makan. yeh matlab nahi hai. dunya mein hamein wo hasana de jo tere nazdeek hasana hai,</w:t>
      </w:r>
      <w:r>
        <w:br/>
      </w:r>
      <w:r>
        <w:rPr>
          <w:sz w:val="20"/>
        </w:rPr>
        <w:t>57:30  aur akhirat mein hum ko wo hasana de jo tere nazdeek hasana hai. yeh khayal, is ka matlab yeh nahi ke dene wala khuda hai, aur is ka mayar muqarrar wala mein hoon.</w:t>
      </w:r>
      <w:r>
        <w:br/>
      </w:r>
      <w:r>
        <w:rPr>
          <w:sz w:val="20"/>
        </w:rPr>
        <w:t>57:40  yeh matlab nahi hai, hargiz yeh matlab nahi</w:t>
      </w:r>
      <w:r>
        <w:br/>
      </w:r>
      <w:r>
        <w:rPr>
          <w:sz w:val="20"/>
        </w:rPr>
        <w:t>57:44  hai. rabana atina fid dunya hasana wa fid akhirati hasana yani ae hamare rab, dunya mein hum ko wo hasana de jo tere nazdeek hasana hai,</w:t>
      </w:r>
      <w:r>
        <w:br/>
      </w:r>
      <w:r>
        <w:rPr>
          <w:sz w:val="20"/>
        </w:rPr>
        <w:t>57:58  aur akhirat mein hum ko, hum ko wo hasana de jo tere nazdeek hasana hai. yeh matlab hai is ka.</w:t>
      </w:r>
      <w:r>
        <w:br/>
      </w:r>
      <w:r>
        <w:rPr>
          <w:sz w:val="20"/>
        </w:rPr>
        <w:t>58:06  aksar log is ko ulte mani mein le lete hain, lekin wo bilkul galat hai.</w:t>
      </w:r>
    </w:p>
    <w:p>
      <w:pPr>
        <w:pStyle w:val="Heading2"/>
      </w:pPr>
      <w:r>
        <w:t>Meaning of Tawasaw in Surah Al-Asr</w:t>
      </w:r>
    </w:p>
    <w:p>
      <w:r>
        <w:rPr>
          <w:color w:val="666666"/>
          <w:sz w:val="18"/>
        </w:rPr>
        <w:t>Quran &amp; Tafsir · The Message of Eid Al-Adha November 6, 2011 Maulana Wahiduddin Khan · 1m 30s · at 1:30:10 · https://youtu.be/y59PU_RD2cg?t=5410</w:t>
      </w:r>
    </w:p>
    <w:p>
      <w:r>
        <w:rPr>
          <w:i/>
        </w:rPr>
        <w:t>“In Quran chapter 103 Al-Asr, the words 'Tawasaw bil-Haq' and 'Tawasaw bis-Sabr' appear. It is also narrated that the Companions gave great importance to Surah Al-Asr. Can you comment on this?”</w:t>
      </w:r>
    </w:p>
    <w:p>
      <w:r>
        <w:rPr>
          <w:sz w:val="20"/>
        </w:rPr>
        <w:t>1:30:10  Maulana, un ka ek aur sawal hai. Unho ne likha hai ke Quran ke chapter number 103 Al-Asr mein "Tawasi bil Haq" aur "Tawasi bis Sabr" ka lafz aaya hai.</w:t>
      </w:r>
      <w:r>
        <w:br/>
      </w:r>
      <w:r>
        <w:rPr>
          <w:sz w:val="20"/>
        </w:rPr>
        <w:t>1:30:21  Isi tarah riwayat mein aaya hai ke Sahaba Surah Al-Asr ko bahut zyada importance dete the. Is ke bare mein aap kuch kahein?</w:t>
      </w:r>
      <w:r>
        <w:br/>
      </w:r>
      <w:r>
        <w:rPr>
          <w:sz w:val="20"/>
        </w:rPr>
        <w:t>1:30:31  Dekhein, Tawasi jo hai, yeh us ko kehte hain مشارکت (musharakat). Is mein hai, yaani aapas mein. To main samajhta hoon ke Tawasi bil Haq aur Tawasi bis Sabr mein aam dawat murad nahi hai.</w:t>
      </w:r>
      <w:r>
        <w:br/>
      </w:r>
      <w:r>
        <w:rPr>
          <w:sz w:val="20"/>
        </w:rPr>
        <w:t>1:30:46  Aam taur par jo dawat-o-tableegh karte hain doosron mein, yeh woh cheez nahi hai. Yahan par, yahan par aapas mein naseehat, aapas mein ek doosre ko achhai batana, burai se rokna, yeh murad hai.</w:t>
      </w:r>
      <w:r>
        <w:br/>
      </w:r>
      <w:r>
        <w:rPr>
          <w:sz w:val="20"/>
        </w:rPr>
        <w:t>1:30:58  Is mein</w:t>
      </w:r>
      <w:r>
        <w:br/>
      </w:r>
      <w:r>
        <w:rPr>
          <w:sz w:val="20"/>
        </w:rPr>
        <w:t>1:31:00  yaani مشارکت (musharakat) ka seegha yeh hai, yaani aapas mein ek doosre ko, yaani wohi cheez jis ko hadith mein aata hai: "Al-Muminu Mir'atul Mumin".</w:t>
      </w:r>
      <w:r>
        <w:br/>
      </w:r>
      <w:r>
        <w:rPr>
          <w:sz w:val="20"/>
        </w:rPr>
        <w:t>1:31:09  Ek momin doosre momin ke liye aaina hai. Aaina ke samne aap hon to jo kuch bhi chehre par aap hai, woh dikha de ga. Woh kahein mitti lagi hai, koi kahein tinka laga to woh bata de ga.</w:t>
      </w:r>
      <w:r>
        <w:br/>
      </w:r>
      <w:r>
        <w:rPr>
          <w:sz w:val="20"/>
        </w:rPr>
        <w:t>1:31:22  To isi momin ko momin ke liye hona chahiye, yaani ek momin doosre momin ko batata rahe.</w:t>
      </w:r>
      <w:r>
        <w:br/>
      </w:r>
      <w:r>
        <w:rPr>
          <w:sz w:val="20"/>
        </w:rPr>
        <w:t>1:31:29  yeh hai twasi ka matlab. jo log is ko toseef de kar dawat-e-aam ke liye lete hain, main is ko is se mutafiq nahi hoon.</w:t>
      </w:r>
    </w:p>
    <w:p>
      <w:pPr>
        <w:pStyle w:val="Heading2"/>
      </w:pPr>
      <w:r>
        <w:t>Meaning of Ummat-e-Wusta</w:t>
      </w:r>
    </w:p>
    <w:p>
      <w:r>
        <w:rPr>
          <w:color w:val="666666"/>
          <w:sz w:val="18"/>
        </w:rPr>
        <w:t>Quran &amp; Tafsir · Revival of Muslim Ummah, February 4, 2013 · 1m 24s · at 1:10:38 · https://youtu.be/xB3MfWhLHoM?t=4238</w:t>
      </w:r>
    </w:p>
    <w:p>
      <w:r>
        <w:rPr>
          <w:i/>
        </w:rPr>
        <w:t>“What is the meaning of 'Ummat-e-Wusta'?”</w:t>
      </w:r>
    </w:p>
    <w:p>
      <w:r>
        <w:rPr>
          <w:sz w:val="20"/>
        </w:rPr>
        <w:t>1:10:38  maulana, agla sawal dilli se hai kausar ali sahib ka. unhon ne aap se poocha hai: "what is the meaning of ummat-e-wasta?" is ke baray mein batayein.</w:t>
      </w:r>
      <w:r>
        <w:br/>
      </w:r>
      <w:r>
        <w:rPr>
          <w:sz w:val="20"/>
        </w:rPr>
        <w:t>1:10:48  ummat-e-wasta quran majeed mein aaya hai: "wa kadhalika ja'alnakum ummatan wasatan rasool alayhi</w:t>
      </w:r>
      <w:r>
        <w:br/>
      </w:r>
      <w:r>
        <w:rPr>
          <w:sz w:val="20"/>
        </w:rPr>
        <w:t>1:10:58  al-shuhada." ummat-e-wasta ka matlab hote hain, yani middle ummah, beech ki ummah, middle group.</w:t>
      </w:r>
      <w:r>
        <w:br/>
      </w:r>
      <w:r>
        <w:rPr>
          <w:sz w:val="20"/>
        </w:rPr>
        <w:t>1:11:07  ke ayat ko aap ja ke quran mein dekhiye ga to us mein kya hai? us mein khud hi bata diya gaya hai ke beech ka matlab yahan kya hai</w:t>
      </w:r>
      <w:r>
        <w:br/>
      </w:r>
      <w:r>
        <w:rPr>
          <w:sz w:val="20"/>
        </w:rPr>
        <w:t>1:11:18  ke ummat-e-rasool, yani rasool logon ke darmiyan hai. rasool ko bila allah ki taraf se paigham direct, ab is paigham pahunchana hai doosron ko.</w:t>
      </w:r>
      <w:r>
        <w:br/>
      </w:r>
      <w:r>
        <w:rPr>
          <w:sz w:val="20"/>
        </w:rPr>
        <w:t>1:11:32  beech mein ummah hai to ummah ko kya karna hai? rasool se lena aur doosron ko pahunchana. to middle man role hai yeh rasool se lena aur ummah tak pahunchana.</w:t>
      </w:r>
      <w:r>
        <w:br/>
      </w:r>
      <w:r>
        <w:rPr>
          <w:sz w:val="20"/>
        </w:rPr>
        <w:t>1:11:45  to waise hi waise hi jaisa ke mila hai, wahi pahuncha. koi badlav nahin, coordination nahin, kisi bhi tabdeeli ke baghair. jo bhi as it is jo mila hai, us ko lijiye wahan se aur phir logon tak pahunchate rahiye, pahunchate rahiye, pahunchate rahiye.</w:t>
      </w:r>
    </w:p>
    <w:p>
      <w:pPr>
        <w:pStyle w:val="Heading2"/>
      </w:pPr>
      <w:r>
        <w:t>Meaning of knowing known things again</w:t>
      </w:r>
    </w:p>
    <w:p>
      <w:r>
        <w:rPr>
          <w:color w:val="666666"/>
          <w:sz w:val="18"/>
        </w:rPr>
        <w:t>Quran &amp; Tafsir · Man and The Paradise August 11, 2013 Maulana Wahiduddin Khan · 1m 39s · at 1:10:00 · https://youtu.be/m8XdpnaS95U?t=4200</w:t>
      </w:r>
    </w:p>
    <w:p>
      <w:r>
        <w:rPr>
          <w:i/>
        </w:rPr>
        <w:t>“What is the meaning of knowing already known things again? In the Quran, what is meant by 'tasreef al-ayat' (diversification of verses)? Please explain with an example.”</w:t>
      </w:r>
    </w:p>
    <w:p>
      <w:r>
        <w:rPr>
          <w:sz w:val="20"/>
        </w:rPr>
        <w:t>1:10:00  maulana, agla sawal tamil nadu se hai. maulana iqbal umri ka,</w:t>
      </w:r>
      <w:r>
        <w:br/>
      </w:r>
      <w:r>
        <w:rPr>
          <w:sz w:val="20"/>
        </w:rPr>
        <w:t>1:10:05  unhone likha hai: "jaani hui baaton ko phir se janne ka matlab kya hai? quran mein tasreef ayat kis ko kaha gaya hai?" is ke bare mein bataein.</w:t>
      </w:r>
      <w:r>
        <w:br/>
      </w:r>
      <w:r>
        <w:rPr>
          <w:sz w:val="20"/>
        </w:rPr>
        <w:t>1:10:19  to unhone misaal de ke bata diya ke jaani hui baaton ko phir janna kya hai.</w:t>
      </w:r>
      <w:r>
        <w:br/>
      </w:r>
      <w:r>
        <w:rPr>
          <w:sz w:val="20"/>
        </w:rPr>
        <w:t>1:10:25  maine misaal di ke sankaron baar mein glass mein pani le ke piya tha, maine lekin lekin ek din aisa hua ke jab pani gir gaya to main ek bohat badi jo daryaft ho gayi mujhe.</w:t>
      </w:r>
      <w:r>
        <w:br/>
      </w:r>
      <w:r>
        <w:rPr>
          <w:sz w:val="20"/>
        </w:rPr>
        <w:t>1:10:41  to kaha glass mein pani ko maine rediscover kiya.</w:t>
      </w:r>
      <w:r>
        <w:br/>
      </w:r>
      <w:r>
        <w:rPr>
          <w:sz w:val="20"/>
        </w:rPr>
        <w:t>1:10:46  aise hi quran ko padh kar ke, main jaisa ke maine arz kiya, is tarah ramzan mein ek nayi cheez daryaft hui ke yeh dunya nursery hai aur jannat woh bagh hai jahan yahan ke paida wahan basaye jayen.</w:t>
      </w:r>
      <w:r>
        <w:br/>
      </w:r>
      <w:r>
        <w:rPr>
          <w:sz w:val="20"/>
        </w:rPr>
        <w:t>1:10:59  to har cheez mein, har cheez mein naya pehlu maujood hai, naye naye pehlu beshumar hain. kul yawmin huwa fi sha'n.</w:t>
      </w:r>
      <w:r>
        <w:br/>
      </w:r>
      <w:r>
        <w:rPr>
          <w:sz w:val="20"/>
        </w:rPr>
        <w:t>1:11:12  to aap ke andar jab yani zehni bedari aati hai, intellectual awakening, to phir aap dekhte rehte hain cheezon mein naye naye pehlu, rozana nayi discovery hoti rehti hai.</w:t>
      </w:r>
      <w:r>
        <w:br/>
      </w:r>
      <w:r>
        <w:rPr>
          <w:sz w:val="20"/>
        </w:rPr>
        <w:t>1:11:28  to apne andar zehni bedari lana, apne andar intellectual awakening lana, yeh asal kaam hai. baqi to apne aap se hota rehta hai.</w:t>
      </w:r>
    </w:p>
    <w:p>
      <w:pPr>
        <w:pStyle w:val="Heading2"/>
      </w:pPr>
      <w:r>
        <w:t>Meaning of qalb in Quran</w:t>
      </w:r>
    </w:p>
    <w:p>
      <w:r>
        <w:rPr>
          <w:color w:val="666666"/>
          <w:sz w:val="18"/>
        </w:rPr>
        <w:t>Quran &amp; Tafsir · Revival of Ummah January 22, 2017 · 1m 35s · at 49:29 · https://youtu.be/vnPsv0TBCfk?t=2969</w:t>
      </w:r>
    </w:p>
    <w:p>
      <w:r>
        <w:rPr>
          <w:i/>
        </w:rPr>
        <w:t>“Maulana, last Sunday my question was not answered. I am repeating my question. My question is: the word 'qalb' is mentioned at many places in Quran and majority of...”</w:t>
      </w:r>
    </w:p>
    <w:p>
      <w:r>
        <w:rPr>
          <w:sz w:val="20"/>
        </w:rPr>
        <w:t>49:29  logon ki bekhabari ko todiye us ke baad sara mamla normal ho jayega. ji ah molana agla sawal lete hain jo ah bheja hai amir mori sahib ne srinagar se.</w:t>
      </w:r>
      <w:r>
        <w:br/>
      </w:r>
      <w:r>
        <w:rPr>
          <w:sz w:val="20"/>
        </w:rPr>
        <w:t>49:44  unhonne likha hai ah Maulana sahib last sunday my question was not answered i am repeating my</w:t>
      </w:r>
      <w:r>
        <w:br/>
      </w:r>
      <w:r>
        <w:rPr>
          <w:sz w:val="20"/>
        </w:rPr>
        <w:t>49:51  ah question my question is the word qalb is mentioned at many places in Quran and majority of</w:t>
      </w:r>
      <w:r>
        <w:br/>
      </w:r>
      <w:r>
        <w:rPr>
          <w:sz w:val="20"/>
        </w:rPr>
        <w:t>49:59  scholars have interpreted it as heart.</w:t>
      </w:r>
      <w:r>
        <w:br/>
      </w:r>
      <w:r>
        <w:rPr>
          <w:sz w:val="20"/>
        </w:rPr>
        <w:t>50:07  how can we address people that the right interpretation of word qalb is mind? kindly guide us with detailed explanation.</w:t>
      </w:r>
      <w:r>
        <w:br/>
      </w:r>
      <w:r>
        <w:rPr>
          <w:sz w:val="20"/>
        </w:rPr>
        <w:t>50:15  is par main likhunga bohat tafseel ke sath risale mein. qalb ka matlab heart ka hota hi nahi. qalb aur mind dono ek hi cheez hain. yeh ghalat hai. jo science ki science ki jo discovery hai wahi sahi hai ke ke dil jo hai yani heart sirf circulation of blood ka zariya hai aur kuch nahi.</w:t>
      </w:r>
      <w:r>
        <w:br/>
      </w:r>
      <w:r>
        <w:rPr>
          <w:sz w:val="20"/>
        </w:rPr>
        <w:t>50:41  yeh to bohat main likh chuka hoon aap padhiye meri meri writing jo hai chhap chuki hai. yeh bohat likh chuka hoon kafi likh chuka hoon main is ko. ji bilkul yeh to waise hi hai jaise ke ab aaj koi maane ke suraj zameen ke gird ghoom raha hai. aise hi hai yeh.</w:t>
      </w:r>
      <w:r>
        <w:br/>
      </w:r>
      <w:r>
        <w:rPr>
          <w:sz w:val="20"/>
        </w:rPr>
        <w:t>51:04  Maulana agla sawal lene se pehle ek comment padhna chahenge jo doctor Safina Tabassum ne bheja hai Ajmer se.</w:t>
      </w:r>
    </w:p>
    <w:p>
      <w:pPr>
        <w:pStyle w:val="Heading2"/>
      </w:pPr>
      <w:r>
        <w:t>Meaning of remember Me I remember you</w:t>
      </w:r>
    </w:p>
    <w:p>
      <w:r>
        <w:rPr>
          <w:color w:val="666666"/>
          <w:sz w:val="18"/>
        </w:rPr>
        <w:t>Quran &amp; Tafsir · Q&amp;A 13 Nov 2011 · 1m 01s · at 22:03 · https://youtu.be/oOZ9h37_pL8?t=1323</w:t>
      </w:r>
    </w:p>
    <w:p>
      <w:r>
        <w:rPr>
          <w:i/>
        </w:rPr>
        <w:t>“In the Quran, Chapter 2, verses 148 to 152, it says: 'So remember Me, I will remember you.' Maulana, please explain the meaning of this. It has no mysterious meaning; it simply means that if you seek help from God, you will receive God's help.”</w:t>
      </w:r>
    </w:p>
    <w:p>
      <w:r>
        <w:rPr>
          <w:sz w:val="20"/>
        </w:rPr>
        <w:t>22:03  maulana agla sawal raipur se mr idrees ka aya hai. unhon ne likha hai ke quran mein chapter 2 verse number 148 to 152 mein aya hai.</w:t>
      </w:r>
      <w:r>
        <w:br/>
      </w:r>
      <w:r>
        <w:rPr>
          <w:sz w:val="20"/>
        </w:rPr>
        <w:t>22:16  pas tum mujhe yaad rakho main tumhein yaad rakhoon ga. to maulana woh chahte hain ke aap is ke bare mein kuch bataein ke kya mani hain is ke.</w:t>
      </w:r>
      <w:r>
        <w:br/>
      </w:r>
      <w:r>
        <w:rPr>
          <w:sz w:val="20"/>
        </w:rPr>
        <w:t>22:26  yeh koi mysterious mani nahi is ke hain. is ka mani yeh hai ke tum allah taala se nusrat chaho tum ko nusrat milegi allah taala ki bas itni hai.</w:t>
      </w:r>
      <w:r>
        <w:br/>
      </w:r>
      <w:r>
        <w:rPr>
          <w:sz w:val="20"/>
        </w:rPr>
        <w:t>22:36  aur koi mani nahi hai. yani allah taala se dua karna, allah taala ka zikr karna, allah taala se nusrat talib hona jo aadmi chahega us ko milega jo na chahega us ko nahi mil sakta.</w:t>
      </w:r>
      <w:r>
        <w:br/>
      </w:r>
      <w:r>
        <w:rPr>
          <w:sz w:val="20"/>
        </w:rPr>
        <w:t>22:49  aadmi apni taraf se jab tak poora poora chahne wala na bane tab tak yani yak tarfa tor par nusrat nahi aati.</w:t>
      </w:r>
      <w:r>
        <w:br/>
      </w:r>
      <w:r>
        <w:rPr>
          <w:sz w:val="20"/>
        </w:rPr>
        <w:t>22:59  bas itna matlab hai is ka is ko koi mysterious matlab nahi hai is ka.</w:t>
      </w:r>
    </w:p>
    <w:p>
      <w:pPr>
        <w:pStyle w:val="Heading2"/>
      </w:pPr>
      <w:r>
        <w:t>Message from Quran verse about life for Allah</w:t>
      </w:r>
    </w:p>
    <w:p>
      <w:r>
        <w:rPr>
          <w:color w:val="666666"/>
          <w:sz w:val="18"/>
        </w:rPr>
        <w:t>Quran &amp; Tafsir · The Message of Eid Al-Adha November 6, 2011 Maulana Wahiduddin Khan · 1m 20s · at 56:19 · https://youtu.be/y59PU_RD2cg?t=3379</w:t>
      </w:r>
    </w:p>
    <w:p>
      <w:r>
        <w:rPr>
          <w:i/>
        </w:rPr>
        <w:t>“In Quran Surah An'am it is said: 'Say, my prayer, my sacrifice, my life and my death are for Allah alone.' What message do we get from this verse?”</w:t>
      </w:r>
    </w:p>
    <w:p>
      <w:r>
        <w:rPr>
          <w:sz w:val="20"/>
        </w:rPr>
        <w:t>56:19  Maulana, in ka ek aur sawal hai. Unhon ne likha hai: "Qur'an mein Surah An'am mein kaha gaya hai ke keh do: Meri namaz, meri qurbani, meri zindagi aur meri maut sirf Allah hi ke liye hai." Maulana, is ayat se hamein kya message milta hai?</w:t>
      </w:r>
      <w:r>
        <w:br/>
      </w:r>
      <w:r>
        <w:rPr>
          <w:sz w:val="20"/>
        </w:rPr>
        <w:t>56:42  Is ka matlab wahi hai jo maine arz kiya: Khuda rakhi zindagi. Jo hamari sar'garmiyan hain, un sari sar'garmiyon ka rukh ek Allah ki taraf ho jaye.</w:t>
      </w:r>
      <w:r>
        <w:br/>
      </w:r>
      <w:r>
        <w:rPr>
          <w:sz w:val="20"/>
        </w:rPr>
        <w:t>56:54  Aap jante hain, har aadmi ka koi maqsad hota hai. Uski sari dorr dhoop isi maqsad ke gird ghoomti hai. Koi aadmi aisa nahi hai jis ka koi maqsad na ho.</w:t>
      </w:r>
      <w:r>
        <w:br/>
      </w:r>
      <w:r>
        <w:rPr>
          <w:sz w:val="20"/>
        </w:rPr>
        <w:t>57:08  To Islam ka taqaza yeh hai ke aadmi apna maqsad hayat jo hai, woh banaye: Deen ko, akhirat ko, Allah ki raza ko.</w:t>
      </w:r>
      <w:r>
        <w:br/>
      </w:r>
      <w:r>
        <w:rPr>
          <w:sz w:val="20"/>
        </w:rPr>
        <w:t>57:24  Wohi zindagi Islami zindagi hai jis mein uski zindagi ka rukh sara ka sara Allah ki taraf ho jaye.</w:t>
      </w:r>
      <w:r>
        <w:br/>
      </w:r>
      <w:r>
        <w:rPr>
          <w:sz w:val="20"/>
        </w:rPr>
        <w:t>57:35  Yahi matlab hai is ayat ka.</w:t>
      </w:r>
    </w:p>
    <w:p>
      <w:pPr>
        <w:pStyle w:val="Heading2"/>
      </w:pPr>
      <w:r>
        <w:t>Message of 'Every Day He is in Some Affair'</w:t>
      </w:r>
    </w:p>
    <w:p>
      <w:r>
        <w:rPr>
          <w:color w:val="666666"/>
          <w:sz w:val="18"/>
        </w:rPr>
        <w:t>Quran &amp; Tafsir · Q&amp;A 11 Jul 2010 Maulana Wahiduddin Khan · 1m 55s · at 18:33 · https://youtu.be/UHtdtzGGwFQ?t=1113</w:t>
      </w:r>
    </w:p>
    <w:p>
      <w:r>
        <w:rPr>
          <w:i/>
        </w:rPr>
        <w:t>“I read an ayat from Holy Quran which says Allah is busy every day in some work. Please explain what is the message for humans in this ayat?”</w:t>
      </w:r>
    </w:p>
    <w:p>
      <w:r>
        <w:rPr>
          <w:sz w:val="20"/>
        </w:rPr>
        <w:t>18:33  maulana, yeh sawal aaya hai sialkot pakistan se. shaukat ali sahab ne poocha hai. unhon ne likha hai ke "I read an ayat from Holy Quran which says allah har roz kisi na kisi kaam mein masroof hotay hain.</w:t>
      </w:r>
      <w:r>
        <w:br/>
      </w:r>
      <w:r>
        <w:rPr>
          <w:sz w:val="20"/>
        </w:rPr>
        <w:t>18:52  maulana, please explain what is the message for humans in this ayat?"</w:t>
      </w:r>
      <w:r>
        <w:br/>
      </w:r>
      <w:r>
        <w:rPr>
          <w:sz w:val="20"/>
        </w:rPr>
        <w:t>18:59  yeh masroof ka lafz to is mein nahi hai. "إن كل يوم هو في شان"</w:t>
      </w:r>
      <w:r>
        <w:br/>
      </w:r>
      <w:r>
        <w:rPr>
          <w:sz w:val="20"/>
        </w:rPr>
        <w:t>19:06  . "kul yaum huwa fi shan". ab yeh is ki koi bohat hi yani mathematical language mein is ki tafsir nahi keh sakti. har din allah ek halat mein hota hai.</w:t>
      </w:r>
      <w:r>
        <w:br/>
      </w:r>
      <w:r>
        <w:rPr>
          <w:sz w:val="20"/>
        </w:rPr>
        <w:t>19:19  mein samajhta hoon ke is ka matlab ghaliban yeh hai ke khuda jo chala raha hai poore universe ko, to har waqt us ki nigrani kar raha hai, har waqt dekh raha hai.</w:t>
      </w:r>
      <w:r>
        <w:br/>
      </w:r>
      <w:r>
        <w:rPr>
          <w:sz w:val="20"/>
        </w:rPr>
        <w:t>19:30  itna bara universe, itna bara universe. to har din ka ho to har har moment wahan par khuda ko yani dekhna hota hoga.</w:t>
      </w:r>
      <w:r>
        <w:br/>
      </w:r>
      <w:r>
        <w:rPr>
          <w:sz w:val="20"/>
        </w:rPr>
        <w:t>19:42  kaise aati hai? bhai, chal dijiye. mein to daily sochta hoon ke jaise kai bar abhi subah mein ne uthaya, aise hi mere mera mug tha, us par dhakkan tha. dhakkan se fajar gir pada.</w:t>
      </w:r>
      <w:r>
        <w:br/>
      </w:r>
      <w:r>
        <w:rPr>
          <w:sz w:val="20"/>
        </w:rPr>
        <w:t>19:52  abhi subah ki baat hai. mein socha ke mein mug ka dhakkan nahi sambhal sakta.</w:t>
      </w:r>
      <w:r>
        <w:br/>
      </w:r>
      <w:r>
        <w:rPr>
          <w:sz w:val="20"/>
        </w:rPr>
        <w:t>19:58  khuda aisi poori universe ko sambhale hue hai. koi planet idhar gir jaye, koi star idhar gir jaye, aisa nahi hota. to khuda ke is grip ko bataiye.</w:t>
      </w:r>
      <w:r>
        <w:br/>
      </w:r>
      <w:r>
        <w:rPr>
          <w:sz w:val="20"/>
        </w:rPr>
        <w:t>20:08  khuda har waqt poori grip mein liye hue hain poori universe ko. bohat control qaim kar rakha hai apna khuda ne universe ke upar.</w:t>
      </w:r>
      <w:r>
        <w:br/>
      </w:r>
      <w:r>
        <w:rPr>
          <w:sz w:val="20"/>
        </w:rPr>
        <w:t>20:18  to khuda ki greatness, khuda ki azmat, khuda ke power ko batane ke liye ayat aayi hai. yahan tak mein samajhta hoon.</w:t>
      </w:r>
    </w:p>
    <w:p>
      <w:pPr>
        <w:pStyle w:val="Heading2"/>
      </w:pPr>
      <w:r>
        <w:t>Message of Allah's daily work in Quran</w:t>
      </w:r>
    </w:p>
    <w:p>
      <w:r>
        <w:rPr>
          <w:color w:val="666666"/>
          <w:sz w:val="18"/>
        </w:rPr>
        <w:t>Quran &amp; Tafsir · Divine Ideology of Life I 11 July 2010 · 1m 55s · at 1:16:43 · https://youtu.be/wOmHVfyjMJY?t=4603</w:t>
      </w:r>
    </w:p>
    <w:p>
      <w:r>
        <w:rPr>
          <w:i/>
        </w:rPr>
        <w:t>“I read a Quranic verse that says 'Allah is busy every day with some work.' Please explain what is the message for humans in this verse.”</w:t>
      </w:r>
    </w:p>
    <w:p>
      <w:r>
        <w:rPr>
          <w:sz w:val="20"/>
        </w:rPr>
        <w:t>1:16:43  Maulana, yeh sawal aaya hai Sialkot Pakistan se. Shaukat Ali sahib ne poocha hai,</w:t>
      </w:r>
      <w:r>
        <w:br/>
      </w:r>
      <w:r>
        <w:rPr>
          <w:sz w:val="20"/>
        </w:rPr>
        <w:t>1:16:50  unhon ne likha hai ke "I read an ayat from Holy Quran which says Allah har roz kisi na kisi kaam mein masroof hotay hain.</w:t>
      </w:r>
      <w:r>
        <w:br/>
      </w:r>
      <w:r>
        <w:rPr>
          <w:sz w:val="20"/>
        </w:rPr>
        <w:t>1:17:01  Maulana, please explain what is the message for humans in this ayat?"</w:t>
      </w:r>
      <w:r>
        <w:br/>
      </w:r>
      <w:r>
        <w:rPr>
          <w:sz w:val="20"/>
        </w:rPr>
        <w:t>1:17:08  yeh masroof ka lafz to is mein nahi hai. "Inna kulla yaumin huwa fi shan" .</w:t>
      </w:r>
      <w:r>
        <w:br/>
      </w:r>
      <w:r>
        <w:rPr>
          <w:sz w:val="20"/>
        </w:rPr>
        <w:t>1:17:16  "kulla yaumin huwa fi</w:t>
      </w:r>
      <w:r>
        <w:br/>
      </w:r>
      <w:r>
        <w:rPr>
          <w:sz w:val="20"/>
        </w:rPr>
        <w:t>1:17:17  shan" . ab yeh is ki koi bohat hi yani mathematical language mein is ki tafseer nahi keh sakti. har din Allah ek haalat mein hota hai.</w:t>
      </w:r>
      <w:r>
        <w:br/>
      </w:r>
      <w:r>
        <w:rPr>
          <w:sz w:val="20"/>
        </w:rPr>
        <w:t>1:17:28  mein samajhta hoon ke is ka matlab ghaliban yeh hai ke Khuda jo chala raha hai poore universe ko, to har waqt us ki nigrani kar raha hai, har waqt dekh raha hai ke kahan bara universe, kahan bara universe.</w:t>
      </w:r>
      <w:r>
        <w:br/>
      </w:r>
      <w:r>
        <w:rPr>
          <w:sz w:val="20"/>
        </w:rPr>
        <w:t>1:17:42  to har din ka to har har moment wahan par Khuda ko yani dekhna hota hoga.</w:t>
      </w:r>
      <w:r>
        <w:br/>
      </w:r>
      <w:r>
        <w:rPr>
          <w:sz w:val="20"/>
        </w:rPr>
        <w:t>1:17:51  kese aati hai bhai? chal dijiye. mein to daily sochta hoon ke jaise kai baar abhi subah mein ne uthaya, aise hi mere mera mug tha, us par dhakkan tha. dhakkan se fajar gir pada.</w:t>
      </w:r>
      <w:r>
        <w:br/>
      </w:r>
      <w:r>
        <w:rPr>
          <w:sz w:val="20"/>
        </w:rPr>
        <w:t>1:18:01  abhi subah ki baat hai. mein socha ke mein mug ka dhakkan nahi sambhal sakta.</w:t>
      </w:r>
      <w:r>
        <w:br/>
      </w:r>
      <w:r>
        <w:rPr>
          <w:sz w:val="20"/>
        </w:rPr>
        <w:t>1:18:07  Khuda aisi poori universe ko sambhale hue hai. koi planet idhar gir jaye, koi star idhar gir jaye, aisa nahi hota. to Khuda ke is grip ko bataye.</w:t>
      </w:r>
      <w:r>
        <w:br/>
      </w:r>
      <w:r>
        <w:rPr>
          <w:sz w:val="20"/>
        </w:rPr>
        <w:t>1:18:18  Khuda har waqt poori grip mein liye hue hain poori universe ko. bohat control qaim kar rakha hai apna Khuda ne universe ke upar. to Khuda ki greatness, Khuda ki azmat, Khuda ke power ko batane ke liye ayat aayi hai.</w:t>
      </w:r>
      <w:r>
        <w:br/>
      </w:r>
      <w:r>
        <w:rPr>
          <w:sz w:val="20"/>
        </w:rPr>
        <w:t>1:18:34  yahan tak mein samajhta hoon.</w:t>
      </w:r>
    </w:p>
    <w:p>
      <w:pPr>
        <w:pStyle w:val="Heading2"/>
      </w:pPr>
      <w:r>
        <w:t>Methodology to interpret Quran for modern life</w:t>
      </w:r>
    </w:p>
    <w:p>
      <w:r>
        <w:rPr>
          <w:color w:val="666666"/>
          <w:sz w:val="18"/>
        </w:rPr>
        <w:t>Quran &amp; Tafsir · Age of Peace November 18, 2012 · 1m 35s · at 1:02:25 · https://youtu.be/Y9nkQnBqbrs?t=3745</w:t>
      </w:r>
    </w:p>
    <w:p>
      <w:r>
        <w:rPr>
          <w:i/>
        </w:rPr>
        <w:t>“Thanks a lot for the best and peaceful interpretation of the words discussed today, which has been misunderstood throughout the ages. My question is, what should be the methodology and approach applied to understand and interpret Quran to apply it in a modern life?”</w:t>
      </w:r>
    </w:p>
    <w:p>
      <w:r>
        <w:rPr>
          <w:sz w:val="20"/>
        </w:rPr>
        <w:t>1:02:25  maulana, agla sawal jnu new delhi se ahmed sahib ne kiya hai.</w:t>
      </w:r>
      <w:r>
        <w:br/>
      </w:r>
      <w:r>
        <w:rPr>
          <w:sz w:val="20"/>
        </w:rPr>
        <w:t>1:02:30  unhon ne likha hai: "maulana, thanks a lot for the best and peaceful interpretation of the words discuss today, which has been misunderstood throughout the ages.</w:t>
      </w:r>
      <w:r>
        <w:br/>
      </w:r>
      <w:r>
        <w:rPr>
          <w:sz w:val="20"/>
        </w:rPr>
        <w:t>1:02:42  my question is, what should be the methodology or approach applied to understand and interpret quran to apply it in a modern life?" question yeh hai: bas open mind ke sath padhiye aur dua karte rahiye.</w:t>
      </w:r>
      <w:r>
        <w:br/>
      </w:r>
      <w:r>
        <w:rPr>
          <w:sz w:val="20"/>
        </w:rPr>
        <w:t>1:03:00  koi is ke liye kisi aur cheez ki zaroorat hi nahi hai. open mind ke sath quran padhiye aur Allah taala se dua karte rahiye.</w:t>
      </w:r>
      <w:r>
        <w:br/>
      </w:r>
      <w:r>
        <w:rPr>
          <w:sz w:val="20"/>
        </w:rPr>
        <w:t>1:03:11  kyunke main aksar kaha karta hoon ke quran ek aisi kitaab hai, is ka author, jis ka author jo hai, consult karne ke liye har waqt available hai.</w:t>
      </w:r>
      <w:r>
        <w:br/>
      </w:r>
      <w:r>
        <w:rPr>
          <w:sz w:val="20"/>
        </w:rPr>
        <w:t>1:03:23  author se consult karna kehti hai bari baat hai ke author sab se acha baat batayega.</w:t>
      </w:r>
      <w:r>
        <w:br/>
      </w:r>
      <w:r>
        <w:rPr>
          <w:sz w:val="20"/>
        </w:rPr>
        <w:t>1:03:30  to quran mein hai ke: "waza saluk abadi ani fini qareeb".</w:t>
      </w:r>
      <w:r>
        <w:br/>
      </w:r>
      <w:r>
        <w:rPr>
          <w:sz w:val="20"/>
        </w:rPr>
        <w:t>1:03:38  to Allah taala qareeb hai, matlab quran ka author tumhare qareeb maujood hai. jab chaho us se consult karo.</w:t>
      </w:r>
      <w:r>
        <w:br/>
      </w:r>
      <w:r>
        <w:rPr>
          <w:sz w:val="20"/>
        </w:rPr>
        <w:t>1:03:48  to quran ko open mind ke sath parhna aur dua karte rehna, bas yahi kafi hai. kisi aur cheez ki zaroorat hi nahi hai.</w:t>
      </w:r>
    </w:p>
    <w:p>
      <w:pPr>
        <w:pStyle w:val="Heading2"/>
      </w:pPr>
      <w:r>
        <w:t>Missing link of world is Quran</w:t>
      </w:r>
    </w:p>
    <w:p>
      <w:r>
        <w:rPr>
          <w:color w:val="666666"/>
          <w:sz w:val="18"/>
        </w:rPr>
        <w:t>Quran &amp; Tafsir · Forget the Grievances, January 01, 2017 · 49s · at 52:38 · https://youtu.be/zW4q8dl2cmw?t=3158</w:t>
      </w:r>
    </w:p>
    <w:p>
      <w:r>
        <w:rPr>
          <w:i/>
        </w:rPr>
        <w:t>“The missing link of this world is Quran. Maulana Sahib, please ask RCPS team to prepare themselves to fulfill the requirement of...”</w:t>
      </w:r>
    </w:p>
    <w:p>
      <w:r>
        <w:rPr>
          <w:sz w:val="20"/>
        </w:rPr>
        <w:t>52:38  مولانا، اگلا سوال بھیجا ہے آہ USA سے آہ ڈاکٹر وقار عالم صاحب نے، انہوں نے</w:t>
      </w:r>
      <w:r>
        <w:br/>
      </w:r>
      <w:r>
        <w:rPr>
          <w:sz w:val="20"/>
        </w:rPr>
        <w:t>52:46  لکھا ہے: "مولانا، the missing link of this world is Quran۔</w:t>
      </w:r>
      <w:r>
        <w:br/>
      </w:r>
      <w:r>
        <w:rPr>
          <w:sz w:val="20"/>
        </w:rPr>
        <w:t>52:51  مولانا صاحب، please ask RCPS team to prepare themselves to fulfill the requirement of</w:t>
      </w:r>
      <w:r>
        <w:br/>
      </w:r>
      <w:r>
        <w:rPr>
          <w:sz w:val="20"/>
        </w:rPr>
        <w:t>52:59  this phase.</w:t>
      </w:r>
      <w:r>
        <w:br/>
      </w:r>
      <w:r>
        <w:rPr>
          <w:sz w:val="20"/>
        </w:rPr>
        <w:t>53:00  We are the only one who can do this job in coming days.</w:t>
      </w:r>
      <w:r>
        <w:br/>
      </w:r>
      <w:r>
        <w:rPr>
          <w:sz w:val="20"/>
        </w:rPr>
        <w:t>53:06  Please give us an advice in one sentence so that we can keep reminding ourselves to do</w:t>
      </w:r>
      <w:r>
        <w:br/>
      </w:r>
      <w:r>
        <w:rPr>
          <w:sz w:val="20"/>
        </w:rPr>
        <w:t>53:13  this job. " ek sentence bhi hai ke is kaam mein lag jaiye aur dua kijiye.</w:t>
      </w:r>
      <w:r>
        <w:br/>
      </w:r>
      <w:r>
        <w:rPr>
          <w:sz w:val="20"/>
        </w:rPr>
        <w:t>53:20  dua kijiye.</w:t>
      </w:r>
      <w:r>
        <w:br/>
      </w:r>
      <w:r>
        <w:rPr>
          <w:sz w:val="20"/>
        </w:rPr>
        <w:t>53:21  yeh jo kaam hai, is mein lag jaiye aur dua kijiye, dua kijiye, dua kijiye, bas.</w:t>
      </w:r>
    </w:p>
    <w:p>
      <w:pPr>
        <w:pStyle w:val="Heading2"/>
      </w:pPr>
      <w:r>
        <w:t>Need of Hadith to understand Quran</w:t>
      </w:r>
    </w:p>
    <w:p>
      <w:r>
        <w:rPr>
          <w:color w:val="666666"/>
          <w:sz w:val="18"/>
        </w:rPr>
        <w:t>Quran &amp; Tafsir · Example of the Prophet March 20, 2016 · 1m 59s · at 59:33 · https://youtu.be/79HmhzXU41w?t=3573</w:t>
      </w:r>
    </w:p>
    <w:p>
      <w:r>
        <w:rPr>
          <w:i/>
        </w:rPr>
        <w:t>“What is the need of Hadith to understand the Quran? Please clarify.”</w:t>
      </w:r>
    </w:p>
    <w:p>
      <w:r>
        <w:rPr>
          <w:sz w:val="20"/>
        </w:rPr>
        <w:t>59:33  Maulana, agla sawal abhi Pakistan se hai aur unhon ne likha hai ke Quran ko samajhne ke liye</w:t>
      </w:r>
      <w:r>
        <w:br/>
      </w:r>
      <w:r>
        <w:rPr>
          <w:sz w:val="20"/>
        </w:rPr>
        <w:t>59:40  kya hadith ki zaroorat hai, is ko wazeh karen.</w:t>
      </w:r>
      <w:r>
        <w:br/>
      </w:r>
      <w:r>
        <w:rPr>
          <w:sz w:val="20"/>
        </w:rPr>
        <w:t>59:44  zaroorat kya hai, woh toh lazim hai.</w:t>
      </w:r>
      <w:r>
        <w:br/>
      </w:r>
      <w:r>
        <w:rPr>
          <w:sz w:val="20"/>
        </w:rPr>
        <w:t>59:47  jo hadith ko Quran se alag karte hain, woh yaani un ke paas na toh deen ka ilm</w:t>
      </w:r>
      <w:r>
        <w:br/>
      </w:r>
      <w:r>
        <w:rPr>
          <w:sz w:val="20"/>
        </w:rPr>
        <w:t>59:55  hai, na wisdom bhi nahi hai.</w:t>
      </w:r>
      <w:r>
        <w:br/>
      </w:r>
      <w:r>
        <w:rPr>
          <w:sz w:val="20"/>
        </w:rPr>
        <w:t>1:00:00  aap ghaur kijiye ke Allah taala ne jis insaan ko</w:t>
      </w:r>
      <w:r>
        <w:br/>
      </w:r>
      <w:r>
        <w:rPr>
          <w:sz w:val="20"/>
        </w:rPr>
        <w:t>1:00:06  select kiya ke is par aakhri kitab utarein,</w:t>
      </w:r>
      <w:r>
        <w:br/>
      </w:r>
      <w:r>
        <w:rPr>
          <w:sz w:val="20"/>
        </w:rPr>
        <w:t>1:00:11  us ko alag kar ke aap Quran ko samajh sakte hain? Aap</w:t>
      </w:r>
      <w:r>
        <w:br/>
      </w:r>
      <w:r>
        <w:rPr>
          <w:sz w:val="20"/>
        </w:rPr>
        <w:t>1:00:17  Quran ka mutala karen toh Quran mein sirf basic</w:t>
      </w:r>
      <w:r>
        <w:br/>
      </w:r>
      <w:r>
        <w:rPr>
          <w:sz w:val="20"/>
        </w:rPr>
        <w:t>1:00:23  teachings hain, detail hai hi nahi Quran mein kisi bhi cheez ki,</w:t>
      </w:r>
      <w:r>
        <w:br/>
      </w:r>
      <w:r>
        <w:rPr>
          <w:sz w:val="20"/>
        </w:rPr>
        <w:t>1:00:29  kisi bhi cheez ki detail nahi.</w:t>
      </w:r>
      <w:r>
        <w:br/>
      </w:r>
      <w:r>
        <w:rPr>
          <w:sz w:val="20"/>
        </w:rPr>
        <w:t>1:00:31  yahan tak ke ek shakhs jab Islam qabool karta hai toh jo kalma parhta hai, woh bhi nahi</w:t>
      </w:r>
      <w:r>
        <w:br/>
      </w:r>
      <w:r>
        <w:rPr>
          <w:sz w:val="20"/>
        </w:rPr>
        <w:t>1:00:36  maujood hai quran majeed mein.</w:t>
      </w:r>
      <w:r>
        <w:br/>
      </w:r>
      <w:r>
        <w:rPr>
          <w:sz w:val="20"/>
        </w:rPr>
        <w:t>1:00:38  ashhadu an la ilaha illallah wa ashhadu an Muhammad abduhu rasool kahan hai quran mein?</w:t>
      </w:r>
      <w:r>
        <w:br/>
      </w:r>
      <w:r>
        <w:rPr>
          <w:sz w:val="20"/>
        </w:rPr>
        <w:t>1:00:44  na namaz ki tafseer, zakat ki, haj ki, kisi ki bhi kuch bhi nahi, kyunke basic teachings hain</w:t>
      </w:r>
      <w:r>
        <w:br/>
      </w:r>
      <w:r>
        <w:rPr>
          <w:sz w:val="20"/>
        </w:rPr>
        <w:t>1:00:51  quran majeed mein.</w:t>
      </w:r>
      <w:r>
        <w:br/>
      </w:r>
      <w:r>
        <w:rPr>
          <w:sz w:val="20"/>
        </w:rPr>
        <w:t>1:00:52  basic teach to basic teachings ki tafseer kaun bataye?</w:t>
      </w:r>
      <w:r>
        <w:br/>
      </w:r>
      <w:r>
        <w:rPr>
          <w:sz w:val="20"/>
        </w:rPr>
        <w:t>1:01:00  jo basic teachings quran majeed mein hain, uski tafseer kaun bataye? zahir hai koi batayega jis</w:t>
      </w:r>
      <w:r>
        <w:br/>
      </w:r>
      <w:r>
        <w:rPr>
          <w:sz w:val="20"/>
        </w:rPr>
        <w:t>1:01:05  peh utra hai woh.</w:t>
      </w:r>
      <w:r>
        <w:br/>
      </w:r>
      <w:r>
        <w:rPr>
          <w:sz w:val="20"/>
        </w:rPr>
        <w:t>1:01:07  to main samajhta hoon ke rasool Allah quran ka integral part hain.</w:t>
      </w:r>
      <w:r>
        <w:br/>
      </w:r>
      <w:r>
        <w:rPr>
          <w:sz w:val="20"/>
        </w:rPr>
        <w:t>1:01:13  jo kahe ke hum rasool Allah ko alag kar ke, hadith ko alag kar ke quran ko samjhein</w:t>
      </w:r>
      <w:r>
        <w:br/>
      </w:r>
      <w:r>
        <w:rPr>
          <w:sz w:val="20"/>
        </w:rPr>
        <w:t>1:01:17  ge, mujhe to uski sensitivity pe shak hota hai.</w:t>
      </w:r>
      <w:r>
        <w:br/>
      </w:r>
      <w:r>
        <w:rPr>
          <w:sz w:val="20"/>
        </w:rPr>
        <w:t>1:01:20  sensitivity pe shak hota hai.</w:t>
      </w:r>
      <w:r>
        <w:br/>
      </w:r>
      <w:r>
        <w:rPr>
          <w:sz w:val="20"/>
        </w:rPr>
        <w:t>1:01:25  yani koi bhi reason</w:t>
      </w:r>
      <w:r>
        <w:br/>
      </w:r>
      <w:r>
        <w:rPr>
          <w:sz w:val="20"/>
        </w:rPr>
        <w:t>1:01:28  isko allow nahi kar sakti ke aap dono ko alag karein aap.</w:t>
      </w:r>
    </w:p>
    <w:p>
      <w:pPr>
        <w:pStyle w:val="Heading2"/>
      </w:pPr>
      <w:r>
        <w:t>Obstacles to contemporary Quran application</w:t>
      </w:r>
    </w:p>
    <w:p>
      <w:r>
        <w:rPr>
          <w:color w:val="666666"/>
          <w:sz w:val="18"/>
        </w:rPr>
        <w:t>Quran &amp; Tafsir · Study of The Quran November 30, 2014 · 1m 04s · at 44:46 · https://youtu.be/x3fcJ2nlDow?t=2686</w:t>
      </w:r>
    </w:p>
    <w:p>
      <w:r>
        <w:rPr>
          <w:i/>
        </w:rPr>
        <w:t>“Maulana, based on your experience, what is the obstacle to doing a contemporary application of the Quran?”</w:t>
      </w:r>
    </w:p>
    <w:p>
      <w:r>
        <w:rPr>
          <w:sz w:val="20"/>
        </w:rPr>
        <w:t>44:46  . Maulana, yeh sawal aaya hai Chennai se Maulana Iqbal Umri ka, aur unhone aapse poocha hai ke Maulana, aap ke tajrube se Quran ka contemporary application karne ke liye kya cheez rukawat bani hui hai, us ke bare mein bataein.</w:t>
      </w:r>
      <w:r>
        <w:br/>
      </w:r>
      <w:r>
        <w:rPr>
          <w:sz w:val="20"/>
        </w:rPr>
        <w:t>45:05  mere samajh mein to yeh hai ke woh jo woh jo hadees hai, us ki wajah se log us ko rizq samajhte hain. man fasara al quran bil rai faqad akhta'a.</w:t>
      </w:r>
      <w:r>
        <w:br/>
      </w:r>
      <w:r>
        <w:rPr>
          <w:sz w:val="20"/>
        </w:rPr>
        <w:t>45:16  darte hain ke kahin aql is apply karenge to kahin gunah na ho jaye. haalanke is hadees ka yeh matlab nahi hai. is ka matlab hai ke bas atalttan taur par lage bolne Quran ke bare mein.</w:t>
      </w:r>
      <w:r>
        <w:br/>
      </w:r>
      <w:r>
        <w:rPr>
          <w:sz w:val="20"/>
        </w:rPr>
        <w:t>45:31  na study kiya hai, na arabi zaban achhi jante hain. is se mana kiya gaya hai.</w:t>
      </w:r>
      <w:r>
        <w:br/>
      </w:r>
      <w:r>
        <w:rPr>
          <w:sz w:val="20"/>
        </w:rPr>
        <w:t>45:36  baqi aap siriesli agar aap study karen quran ki, khoob tehqeeq karen, aur tehqeeq kar ke poori sanjeedgi ke sath aik rai par pohnchen to woh to aane matloob hain.</w:t>
      </w:r>
    </w:p>
    <w:p>
      <w:pPr>
        <w:pStyle w:val="Heading2"/>
      </w:pPr>
      <w:r>
        <w:t>Origin of concept of Quran disrespect</w:t>
      </w:r>
    </w:p>
    <w:p>
      <w:r>
        <w:rPr>
          <w:color w:val="666666"/>
          <w:sz w:val="18"/>
        </w:rPr>
        <w:t>Quran &amp; Tafsir · Dars-e-Quran, Chapter 25, V. 1 (Spreading Quran) September 9, 2018 · 1m 06s · at 58:30 · https://youtu.be/zf3V6LP2Qg0?t=3510</w:t>
      </w:r>
    </w:p>
    <w:p>
      <w:r>
        <w:rPr>
          <w:i/>
        </w:rPr>
        <w:t>“Where did the concept of 'be-adabi' (disrespect) of the Quran come from? Please explain what this concept is and whether it is valid.”</w:t>
      </w:r>
    </w:p>
    <w:p>
      <w:r>
        <w:rPr>
          <w:sz w:val="20"/>
        </w:rPr>
        <w:t>58:30  maulana, agla sawal miss stuti malhotra ne poocha hai dilli se. unhon ne likha hai: maulana, from where did this concept of be adabi of quran emerge?</w:t>
      </w:r>
      <w:r>
        <w:br/>
      </w:r>
      <w:r>
        <w:rPr>
          <w:sz w:val="20"/>
        </w:rPr>
        <w:t>58:43  is ko is ke bare mein bataein. kya hai be adabi jo hai concept jo logon ne banaya hua hai quran ko le ke?</w:t>
      </w:r>
      <w:r>
        <w:br/>
      </w:r>
      <w:r>
        <w:rPr>
          <w:sz w:val="20"/>
        </w:rPr>
        <w:t>58:51  yeh kahan se? kya kya be adabi? dis respectting? be adabi acha hai ji, yeh hai hi nahi quran mein.</w:t>
      </w:r>
      <w:r>
        <w:br/>
      </w:r>
      <w:r>
        <w:rPr>
          <w:sz w:val="20"/>
        </w:rPr>
        <w:t>59:01  hazrat umar ne is ko kaha ke musalma kazzab ka masla, yeh quran mein nahi, yeh shaitan ne banaya hai.</w:t>
      </w:r>
      <w:r>
        <w:br/>
      </w:r>
      <w:r>
        <w:rPr>
          <w:sz w:val="20"/>
        </w:rPr>
        <w:t>59:10  logon ko yani behkaya ke respect, respect, hurmat, be hurmati, yeh sab shaitan ke masle hain.</w:t>
      </w:r>
      <w:r>
        <w:br/>
      </w:r>
      <w:r>
        <w:rPr>
          <w:sz w:val="20"/>
        </w:rPr>
        <w:t>59:22  yeh hazrat umar ka qaul hai. hazrat umar ne jab yeh keh diya ke yeh to musalma kazzab ka masla hai to hum ko haq hai, hum yeh kahein?</w:t>
      </w:r>
    </w:p>
    <w:p>
      <w:pPr>
        <w:pStyle w:val="Heading2"/>
      </w:pPr>
      <w:r>
        <w:t>Paradise for those who purify</w:t>
      </w:r>
    </w:p>
    <w:p>
      <w:r>
        <w:rPr>
          <w:color w:val="666666"/>
          <w:sz w:val="18"/>
        </w:rPr>
        <w:t>Quran &amp; Tafsir · Material Science Vs Spiritual Science 20th May 12 SLOW · 1m 27s · at 1:44:18 · https://youtu.be/qYwFExG7cyM?t=6258</w:t>
      </w:r>
    </w:p>
    <w:p>
      <w:r>
        <w:rPr>
          <w:i/>
        </w:rPr>
        <w:t>“Quran chapter 20, verse number 76 says that paradise is only for those who purify themselves.”</w:t>
      </w:r>
    </w:p>
    <w:p>
      <w:r>
        <w:rPr>
          <w:sz w:val="20"/>
        </w:rPr>
        <w:t>1:44:18  agla sawal maulana lucknow se hai mr muhammad munis sahab ka.</w:t>
      </w:r>
      <w:r>
        <w:br/>
      </w:r>
      <w:r>
        <w:rPr>
          <w:sz w:val="20"/>
        </w:rPr>
        <w:t>1:44:22  unhon ne likha hai ke quran ke chapter 20, words number 76 mein bataya gaya hai ke paradise</w:t>
      </w:r>
      <w:r>
        <w:br/>
      </w:r>
      <w:r>
        <w:rPr>
          <w:sz w:val="20"/>
        </w:rPr>
        <w:t>1:44:30  sirf un logon ke liye hai jo apna tazkiya karen.</w:t>
      </w:r>
      <w:r>
        <w:br/>
      </w:r>
      <w:r>
        <w:rPr>
          <w:sz w:val="20"/>
        </w:rPr>
        <w:t>1:44:34  yeh tazkiya kya hai? is ko wazeh wazeh karen.</w:t>
      </w:r>
      <w:r>
        <w:br/>
      </w:r>
      <w:r>
        <w:rPr>
          <w:sz w:val="20"/>
        </w:rPr>
        <w:t>1:44:38  bhai, is pe to poori kitaab hai hamari, parhiye is ko.</w:t>
      </w:r>
      <w:r>
        <w:br/>
      </w:r>
      <w:r>
        <w:rPr>
          <w:sz w:val="20"/>
        </w:rPr>
        <w:t>1:44:43  tazkiya ke naam se bhi hai, woh kitaab maarfat ke naam se hai.</w:t>
      </w:r>
      <w:r>
        <w:br/>
      </w:r>
      <w:r>
        <w:rPr>
          <w:sz w:val="20"/>
        </w:rPr>
        <w:t>1:44:49  tazkiya jo hai, agar aap waqai janna chahte hain to choti kitaab agar parhna hai aap ko to</w:t>
      </w:r>
      <w:r>
        <w:br/>
      </w:r>
      <w:r>
        <w:rPr>
          <w:sz w:val="20"/>
        </w:rPr>
        <w:t>1:44:56  tazkiya ke naam se chhapi hai, woh 50 safhe ki.</w:t>
      </w:r>
      <w:r>
        <w:br/>
      </w:r>
      <w:r>
        <w:rPr>
          <w:sz w:val="20"/>
        </w:rPr>
        <w:t>1:45:01  zyada tafseel se parhna chahte ho to kitaab maarfat parhiye.</w:t>
      </w:r>
      <w:r>
        <w:br/>
      </w:r>
      <w:r>
        <w:rPr>
          <w:sz w:val="20"/>
        </w:rPr>
        <w:t>1:45:05  kis tarah tazkiya wali kitaab? ji, alag se bhi hai, alag bhi chhapi hai.</w:t>
      </w:r>
      <w:r>
        <w:br/>
      </w:r>
      <w:r>
        <w:rPr>
          <w:sz w:val="20"/>
        </w:rPr>
        <w:t>1:45:11  ji, kya naam hai is ka? tazkiya nafs.</w:t>
      </w:r>
      <w:r>
        <w:br/>
      </w:r>
      <w:r>
        <w:rPr>
          <w:sz w:val="20"/>
        </w:rPr>
        <w:t>1:45:14  is ka naam hai tazkiya nafs.</w:t>
      </w:r>
      <w:r>
        <w:br/>
      </w:r>
      <w:r>
        <w:rPr>
          <w:sz w:val="20"/>
        </w:rPr>
        <w:t>1:45:17  yeh tazkiya nafs ke naam se ek 50 safhe ka pamphlet hai, is ko aap parh sakte hain.</w:t>
      </w:r>
      <w:r>
        <w:br/>
      </w:r>
      <w:r>
        <w:rPr>
          <w:sz w:val="20"/>
        </w:rPr>
        <w:t>1:45:25  aur moti kitaab hai, kitaab maarfat ke naam se, woh bhi sab tazkiya ki baaten is mein hain,</w:t>
      </w:r>
      <w:r>
        <w:br/>
      </w:r>
      <w:r>
        <w:rPr>
          <w:sz w:val="20"/>
        </w:rPr>
        <w:t>1:45:32  is ko aap parhiye.</w:t>
      </w:r>
      <w:r>
        <w:br/>
      </w:r>
      <w:r>
        <w:rPr>
          <w:sz w:val="20"/>
        </w:rPr>
        <w:t>1:45:34  maulana, hum batana chahenge ke website pe bhi uploaded hai, cps ki website</w:t>
      </w:r>
      <w:r>
        <w:br/>
      </w:r>
      <w:r>
        <w:rPr>
          <w:sz w:val="20"/>
        </w:rPr>
        <w:t>1:45:42  pe aap is ko parh sakte hain.</w:t>
      </w:r>
    </w:p>
    <w:p>
      <w:pPr>
        <w:pStyle w:val="Heading2"/>
      </w:pPr>
      <w:r>
        <w:t>Permissibility of Quran app on mobile phone</w:t>
      </w:r>
    </w:p>
    <w:p>
      <w:r>
        <w:rPr>
          <w:color w:val="666666"/>
          <w:sz w:val="18"/>
        </w:rPr>
        <w:t>Quran &amp; Tafsir · Dars-e-Quran, Chapter 25, V. 1 (Spreading Quran) September 9, 2018 · 47s · at 1:03:39 · https://youtu.be/zf3V6LP2Qg0?t=3819</w:t>
      </w:r>
    </w:p>
    <w:p>
      <w:r>
        <w:rPr>
          <w:i/>
        </w:rPr>
        <w:t>“Is it permissible to keep a Quran application on a mobile phone? Is it allowed to download the Quran onto a phone? Is there any harm in that?”</w:t>
      </w:r>
    </w:p>
    <w:p>
      <w:r>
        <w:rPr>
          <w:sz w:val="20"/>
        </w:rPr>
        <w:t>1:03:39  maulana, agla sawal hurmat ka hai srinagar se. unhon ne likha hai ke maulana, mere dost ki taraf se yeh sawal hai ke kya quran ki application phone mein rakhna jaiz hai?</w:t>
      </w:r>
      <w:r>
        <w:br/>
      </w:r>
      <w:r>
        <w:rPr>
          <w:sz w:val="20"/>
        </w:rPr>
        <w:t>1:03:58  kahan rakhna hai? quran ki application phone pe rakhna jaiz hai? application ka matlab? maulana, jo quran ka jo...</w:t>
      </w:r>
      <w:r>
        <w:br/>
      </w:r>
      <w:r>
        <w:rPr>
          <w:sz w:val="20"/>
        </w:rPr>
        <w:t>1:04:08  nahin, nahin, rakhna kya? kya rakhna? mobile phone pe kya quran ko download kar ke rakh sakte hain? kya koi is mein harj hi nahin hai?</w:t>
      </w:r>
      <w:r>
        <w:br/>
      </w:r>
      <w:r>
        <w:rPr>
          <w:sz w:val="20"/>
        </w:rPr>
        <w:t>1:04:17  is poochne ki baat kya hai? poochne ki baat kya hai?</w:t>
      </w:r>
    </w:p>
    <w:p>
      <w:pPr>
        <w:pStyle w:val="Heading2"/>
      </w:pPr>
      <w:r>
        <w:t>Pork and alcohol prohibition vs heaven's wine</w:t>
      </w:r>
    </w:p>
    <w:p>
      <w:r>
        <w:rPr>
          <w:color w:val="666666"/>
          <w:sz w:val="18"/>
        </w:rPr>
        <w:t>Quran &amp; Tafsir · The Problem of Conditioning April 22, 2012 · 1m 21s · at 1:00:04 · https://youtu.be/j-kJQzOz46g?t=3604</w:t>
      </w:r>
    </w:p>
    <w:p>
      <w:r>
        <w:rPr>
          <w:i/>
        </w:rPr>
        <w:t>“Why are pork and alcohol prohibited in the Quran if there is no scientific proof they are harmful, and why is wine allowed in heaven if it is bad?”</w:t>
      </w:r>
    </w:p>
    <w:p>
      <w:r>
        <w:rPr>
          <w:sz w:val="20"/>
        </w:rPr>
        <w:t>1:00:04  molana, agla sawal UP se aya hai, mister rahul sharma ka. unhon ne likha hai: "Why is pork and alcohol prohibited in Quran?</w:t>
      </w:r>
      <w:r>
        <w:br/>
      </w:r>
      <w:r>
        <w:rPr>
          <w:sz w:val="20"/>
        </w:rPr>
        <w:t>1:00:15  For thousands of years, people are consuming pork without any ill effects. There is no scientific proof that pork is bad for health.</w:t>
      </w:r>
      <w:r>
        <w:br/>
      </w:r>
      <w:r>
        <w:rPr>
          <w:sz w:val="20"/>
        </w:rPr>
        <w:t>1:00:25  It is also strange that Quran promises freely available wine in heaven. If alcohol is bad, then why is it allowed in heaven?</w:t>
      </w:r>
      <w:r>
        <w:br/>
      </w:r>
      <w:r>
        <w:rPr>
          <w:sz w:val="20"/>
        </w:rPr>
        <w:t>1:00:35  Kindly explain this."</w:t>
      </w:r>
      <w:r>
        <w:br/>
      </w:r>
      <w:r>
        <w:rPr>
          <w:sz w:val="20"/>
        </w:rPr>
        <w:t>1:00:40  ne yeh galat kaha. unhon ne pork ka nuqsan bilashuba hai.</w:t>
      </w:r>
      <w:r>
        <w:br/>
      </w:r>
      <w:r>
        <w:rPr>
          <w:sz w:val="20"/>
        </w:rPr>
        <w:t>1:00:45  is mein yeh galat kaha unhon ne. pork jo hai, is par maine likha hai. is ko aap parh lijie.</w:t>
      </w:r>
      <w:r>
        <w:br/>
      </w:r>
      <w:r>
        <w:rPr>
          <w:sz w:val="20"/>
        </w:rPr>
        <w:t>1:00:55  aur sharab ke baray mein yeh kehna ke woh jannat mein sharab hogi. sharab ke mani drink. Quran mein jo lafz sharab aya hai, woh wine ke mein nahin hai, woh drink ke mein hai.</w:t>
      </w:r>
      <w:r>
        <w:br/>
      </w:r>
      <w:r>
        <w:rPr>
          <w:sz w:val="20"/>
        </w:rPr>
        <w:t>1:01:09  Quran mein jo hai, sharab. sharab ka lafz drink ke mein hai.</w:t>
      </w:r>
      <w:r>
        <w:br/>
      </w:r>
      <w:r>
        <w:rPr>
          <w:sz w:val="20"/>
        </w:rPr>
        <w:t>1:01:15  to is par main likh chuka hoon. is se pehle aap is ko parh lijie. inshallah aap ko itminan ho jaye ga.</w:t>
      </w:r>
    </w:p>
    <w:p>
      <w:pPr>
        <w:pStyle w:val="Heading2"/>
      </w:pPr>
      <w:r>
        <w:t>Principles and importance of Quran study</w:t>
      </w:r>
    </w:p>
    <w:p>
      <w:r>
        <w:rPr>
          <w:color w:val="666666"/>
          <w:sz w:val="18"/>
        </w:rPr>
        <w:t>Quran &amp; Tafsir · Man and the Laws of Nature April 1, 2012 · 52s · at 1:43:20 · https://youtu.be/coIrwYQgb6Y?t=6200</w:t>
      </w:r>
    </w:p>
    <w:p>
      <w:r>
        <w:rPr>
          <w:i/>
        </w:rPr>
        <w:t>“What is the academic principle of studying the Quran? What is the importance of studying the Quran? That is, why should a person study the Quran?”</w:t>
      </w:r>
    </w:p>
    <w:p>
      <w:r>
        <w:rPr>
          <w:sz w:val="20"/>
        </w:rPr>
        <w:t>1:43:20  is ka matlab hai conditioning. Maulana, unka ek aur sawal hai. unhon ne likha hai: "Quran ke mutale ka ilmi usool kya hai?</w:t>
      </w:r>
      <w:r>
        <w:br/>
      </w:r>
      <w:r>
        <w:rPr>
          <w:sz w:val="20"/>
        </w:rPr>
        <w:t>1:43:30  Quran ke mutale ki ahmiyat kya hai? yani aadmi ko Quran ka mutala kyun karna chahiye?" bhai, kyun?</w:t>
      </w:r>
      <w:r>
        <w:br/>
      </w:r>
      <w:r>
        <w:rPr>
          <w:sz w:val="20"/>
        </w:rPr>
        <w:t>1:43:38  to yeh hai ke woh creator ki kitab hai jis ne aap ko banaya hai. aap ko janna hai ke Allah ne ya creator ne ab woh kyun banaya hai.</w:t>
      </w:r>
      <w:r>
        <w:br/>
      </w:r>
      <w:r>
        <w:rPr>
          <w:sz w:val="20"/>
        </w:rPr>
        <w:t>1:43:50  to creator ka jo scheme hai aap ko paida karne ke muamle mein, us ko janne ke liye aap ko padhna chahiye.</w:t>
      </w:r>
      <w:r>
        <w:br/>
      </w:r>
      <w:r>
        <w:rPr>
          <w:sz w:val="20"/>
        </w:rPr>
        <w:t>1:43:59  baqi ilmi mutala koi, yani koi is ka hard and fast rule nahi hai. Quran ko padhiye aur dua karte rahiye. main to yeh samajhta hoon ke koi bhi usool nahi siwaye is ke ke aadmi padhe aur dua kare, padhe aur dua kare.</w:t>
      </w:r>
    </w:p>
    <w:p>
      <w:pPr>
        <w:pStyle w:val="Heading2"/>
      </w:pPr>
      <w:r>
        <w:t>Prophets and callers on A'raf</w:t>
      </w:r>
    </w:p>
    <w:p>
      <w:r>
        <w:rPr>
          <w:color w:val="666666"/>
          <w:sz w:val="18"/>
        </w:rPr>
        <w:t>Quran &amp; Tafsir · Material Science and Spiritual Science 20 May 2012 · 58s · at 1:17:24 · https://youtu.be/4K6CxjThlxQ?t=4644</w:t>
      </w:r>
    </w:p>
    <w:p>
      <w:r>
        <w:rPr>
          <w:i/>
        </w:rPr>
        <w:t>“In the June issue of Al-Risalah, you said that prophets and callers will be placed on a high place, i.e., A'raf. Please explain.”</w:t>
      </w:r>
    </w:p>
    <w:p>
      <w:r>
        <w:rPr>
          <w:sz w:val="20"/>
        </w:rPr>
        <w:t>1:17:24  to sab se pehle aap sachaa seeker baniye sachaa seeker conditioning ko todiye aakhri had tak jab tak yeh sab nahi hoga to kisi ko batane se sachai nahi milegi aap ko sachai khud aadmi discover karta hai kisi ko batane se us ko sachai nahi milti aisa nahi hota Maulana agla sawal aaya hai Hyderabad se Mr Muhammad Moin sa</w:t>
      </w:r>
      <w:r>
        <w:br/>
      </w:r>
      <w:r>
        <w:rPr>
          <w:sz w:val="20"/>
        </w:rPr>
        <w:t>1:17:52  ahab ka unhon ne likha hai ke maulana jun ke risala mein ap ne ek baat kahi thi</w:t>
      </w:r>
      <w:r>
        <w:br/>
      </w:r>
      <w:r>
        <w:rPr>
          <w:sz w:val="20"/>
        </w:rPr>
        <w:t>1:17:59  ke anbiya aur dawat karne walon ko buland maqam yani araf par khara kiya jayega unhon ne</w:t>
      </w:r>
      <w:r>
        <w:br/>
      </w:r>
      <w:r>
        <w:rPr>
          <w:sz w:val="20"/>
        </w:rPr>
        <w:t>1:18:07  jin logon ke upar dawat aur shahadat ka kaam kiya hoga wo un ko qayamat ke din saaf</w:t>
      </w:r>
      <w:r>
        <w:br/>
      </w:r>
      <w:r>
        <w:rPr>
          <w:sz w:val="20"/>
        </w:rPr>
        <w:t>1:18:12  tor par pehchan lenge aur har ek ke liye allah ke faisle ka elan karenge thori</w:t>
      </w:r>
      <w:r>
        <w:br/>
      </w:r>
      <w:r>
        <w:rPr>
          <w:sz w:val="20"/>
        </w:rPr>
        <w:t>1:18:19  is ki aur mazeed tashreeh farmayen</w:t>
      </w:r>
    </w:p>
    <w:p>
      <w:pPr>
        <w:pStyle w:val="Heading2"/>
      </w:pPr>
      <w:r>
        <w:t>Prophets questioning God's promise explained</w:t>
      </w:r>
    </w:p>
    <w:p>
      <w:r>
        <w:rPr>
          <w:color w:val="666666"/>
          <w:sz w:val="18"/>
        </w:rPr>
        <w:t>Quran &amp; Tafsir · Realization of God May 5, 2019 · 1m 01s · at 48:16 · https://youtu.be/5X-vCFqiR4U?t=2896</w:t>
      </w:r>
    </w:p>
    <w:p>
      <w:r>
        <w:rPr>
          <w:i/>
        </w:rPr>
        <w:t>“When we go through the Quran, we find that the prophets of Allah do not have firm faith in God. They questioned God. For example, Prophet Zachariah was told that you will have a child, but he did not accept it. What is the reason? How is this possible?”</w:t>
      </w:r>
    </w:p>
    <w:p>
      <w:r>
        <w:rPr>
          <w:sz w:val="20"/>
        </w:rPr>
        <w:t>48:16  Maulana, yeh sawal Delhi se bheja hai Sameer Muhammad Dar sahib ne. unhon ne likha hai: "I have a question that when we go through Quran, we find that the prophets of Allah do not have firm faith in God.</w:t>
      </w:r>
      <w:r>
        <w:br/>
      </w:r>
      <w:r>
        <w:rPr>
          <w:sz w:val="20"/>
        </w:rPr>
        <w:t>48:35  They questioned the God. For example, Prophet Yahya was when told that you will have a child, he did not accept it.</w:t>
      </w:r>
      <w:r>
        <w:br/>
      </w:r>
      <w:r>
        <w:rPr>
          <w:sz w:val="20"/>
        </w:rPr>
        <w:t>48:49  What is the reason? How is this possible, Maulana?"</w:t>
      </w:r>
      <w:r>
        <w:br/>
      </w:r>
      <w:r>
        <w:rPr>
          <w:sz w:val="20"/>
        </w:rPr>
        <w:t>48:54  nahi nahi, yeh yeh aap ne pata nahi kahan parha hai. aap Tazkir al Quran parhiye ya aap ko galat koi kitab mili hai jis mein aap ne parhi hai.</w:t>
      </w:r>
      <w:r>
        <w:br/>
      </w:r>
      <w:r>
        <w:rPr>
          <w:sz w:val="20"/>
        </w:rPr>
        <w:t>49:03  yeh baat har prophet yaqeen mein paida hota hai, yaqeen mein jeeta hai. aap yeh is ayat ki tashreeh aap hamari jo tafsir hai Tazkir al Quran us ko parhiye.</w:t>
      </w:r>
    </w:p>
    <w:p>
      <w:pPr>
        <w:pStyle w:val="Heading2"/>
      </w:pPr>
      <w:r>
        <w:t>Question about Quranic verse on loss</w:t>
      </w:r>
    </w:p>
    <w:p>
      <w:r>
        <w:rPr>
          <w:color w:val="666666"/>
          <w:sz w:val="18"/>
        </w:rPr>
        <w:t>Quran &amp; Tafsir · Interpretation of History October 23, 2016 · 1m 05s · at 42:33 · https://youtu.be/P-JhH3q-Mdg?t=2553</w:t>
      </w:r>
    </w:p>
    <w:p>
      <w:r>
        <w:rPr>
          <w:i/>
        </w:rPr>
        <w:t>“Today's talk was really very important. In Quran there is a verse which says: 'History is witness that man is at a loss, except...'”</w:t>
      </w:r>
    </w:p>
    <w:p>
      <w:r>
        <w:rPr>
          <w:sz w:val="20"/>
        </w:rPr>
        <w:t>42:33  maulana sahib, pehla sawal aaya hai kanpur se, firoz sahib ne kiya hai, aur unhon ne likha hai:</w:t>
      </w:r>
      <w:r>
        <w:br/>
      </w:r>
      <w:r>
        <w:rPr>
          <w:sz w:val="20"/>
        </w:rPr>
        <w:t>42:41  "maulana sahib, today talk was really very important.</w:t>
      </w:r>
      <w:r>
        <w:br/>
      </w:r>
      <w:r>
        <w:rPr>
          <w:sz w:val="20"/>
        </w:rPr>
        <w:t>42:48  in quran there is a verse which says: 'history is witness that man is at a loss, except</w:t>
      </w:r>
      <w:r>
        <w:br/>
      </w:r>
      <w:r>
        <w:rPr>
          <w:sz w:val="20"/>
        </w:rPr>
        <w:t>42:55  those who conduct themselves well and exhort others to the right path.' Maulana sahib, I would request</w:t>
      </w:r>
      <w:r>
        <w:br/>
      </w:r>
      <w:r>
        <w:rPr>
          <w:sz w:val="20"/>
        </w:rPr>
        <w:t>43:02  you to elaborate on this verse for all of us." yeh theek hawala diya aap ne ke history</w:t>
      </w:r>
      <w:r>
        <w:br/>
      </w:r>
      <w:r>
        <w:rPr>
          <w:sz w:val="20"/>
        </w:rPr>
        <w:t>43:10  ko jab hum jo creator ki nazar se dekhein to hum sahi ray par pounch paate hain.</w:t>
      </w:r>
      <w:r>
        <w:br/>
      </w:r>
      <w:r>
        <w:rPr>
          <w:sz w:val="20"/>
        </w:rPr>
        <w:t>43:17  to jo log creator ke plan ko jaan kar apni zindagi ko manage karein, woh kamyab rahein ge,</w:t>
      </w:r>
      <w:r>
        <w:br/>
      </w:r>
      <w:r>
        <w:rPr>
          <w:sz w:val="20"/>
        </w:rPr>
        <w:t>43:24  aur jo creator ke plan ko ignore kar ke dunya mein jeena chahein, woh nakaam ho kar reh jayein ge.</w:t>
      </w:r>
      <w:r>
        <w:br/>
      </w:r>
      <w:r>
        <w:rPr>
          <w:sz w:val="20"/>
        </w:rPr>
        <w:t>43:32  yeh message hai is surah ka.</w:t>
      </w:r>
    </w:p>
    <w:p>
      <w:pPr>
        <w:pStyle w:val="Heading2"/>
      </w:pPr>
      <w:r>
        <w:t>Quran and Understanding Science</w:t>
      </w:r>
    </w:p>
    <w:p>
      <w:r>
        <w:rPr>
          <w:color w:val="666666"/>
          <w:sz w:val="18"/>
        </w:rPr>
        <w:t>Quran &amp; Tafsir · Hadith-e-Jibril, April 21, 2013 · 1m 23s · at 1:21:58 · https://youtu.be/0rF6Ou0pDog?t=4918</w:t>
      </w:r>
    </w:p>
    <w:p>
      <w:r>
        <w:rPr>
          <w:i/>
        </w:rPr>
        <w:t>“Does Islam and the Quran help us to understand science? If yes, how?”</w:t>
      </w:r>
    </w:p>
    <w:p>
      <w:r>
        <w:rPr>
          <w:sz w:val="20"/>
        </w:rPr>
        <w:t>1:21:58  Maulana, agla sawal Gurgaon se kya hai Muhammad Bahao-ud-din Khan ne. unhon ne aap se poocha hai does Islam aur Quran helps us to understand science?</w:t>
      </w:r>
      <w:r>
        <w:br/>
      </w:r>
      <w:r>
        <w:rPr>
          <w:sz w:val="20"/>
        </w:rPr>
        <w:t>1:22:10  If yes, how? dekhiye Quran book of science nahin hai.</w:t>
      </w:r>
      <w:r>
        <w:br/>
      </w:r>
      <w:r>
        <w:rPr>
          <w:sz w:val="20"/>
        </w:rPr>
        <w:t>1:22:16  koi Quran ke Quran jo hai koi science ki text book nahin hai. jo log aisa samajhte hain woh bohat ziyada ghalat baat bolte hain.</w:t>
      </w:r>
      <w:r>
        <w:br/>
      </w:r>
      <w:r>
        <w:rPr>
          <w:sz w:val="20"/>
        </w:rPr>
        <w:t>1:22:28  masla sirf itna hai ke Quran aise cheezon ko refer karta hai jo science ka bhi yani subject of study hai.</w:t>
      </w:r>
      <w:r>
        <w:br/>
      </w:r>
      <w:r>
        <w:rPr>
          <w:sz w:val="20"/>
        </w:rPr>
        <w:t>1:22:40  yeh suraj ke ko refer karta hai, chand ko refer karta hai, zameen ko, pani ko. in sab cheezon ko, nature ko.</w:t>
      </w:r>
      <w:r>
        <w:br/>
      </w:r>
      <w:r>
        <w:rPr>
          <w:sz w:val="20"/>
        </w:rPr>
        <w:t>1:22:49  to bar bar nature ko refer karta hai Quran as a sign. to woh science mein bhi is ka study ki aati hai.</w:t>
      </w:r>
      <w:r>
        <w:br/>
      </w:r>
      <w:r>
        <w:rPr>
          <w:sz w:val="20"/>
        </w:rPr>
        <w:t>1:22:58  to science ka taluq bas itna hi hai, is se ziyada nahin hai. warna Quran koi science ki text book nahin hai.</w:t>
      </w:r>
      <w:r>
        <w:br/>
      </w:r>
      <w:r>
        <w:rPr>
          <w:sz w:val="20"/>
        </w:rPr>
        <w:t>1:23:09  aisa nahin hai ke Quran parhein to aap science ke expert ban jayenge. aisa kuch bhi nahin hai. albata yeh ke saansani maloomat aap ke paas hon to aap Quran ki un ayaton ko ziyada behtar tor par samajh sakenge.</w:t>
      </w:r>
    </w:p>
    <w:p>
      <w:pPr>
        <w:pStyle w:val="Heading2"/>
      </w:pPr>
      <w:r>
        <w:t>Quran interpretation scientific basis</w:t>
      </w:r>
    </w:p>
    <w:p>
      <w:r>
        <w:rPr>
          <w:color w:val="666666"/>
          <w:sz w:val="18"/>
        </w:rPr>
        <w:t>Quran &amp; Tafsir · Physical Science or Divine Science I 25th Nov, 2012 - Maulana Wahiduddin Khan · 1m 47s · at 1:10:18 · https://youtu.be/NfJRGRN6OhE?t=4218</w:t>
      </w:r>
    </w:p>
    <w:p>
      <w:r>
        <w:rPr>
          <w:i/>
        </w:rPr>
        <w:t>“Maulana, do you think the Quran should be interpreted on scientific bases? That it should address the new age mindset to glorify the existence of God?”</w:t>
      </w:r>
    </w:p>
    <w:p>
      <w:r>
        <w:rPr>
          <w:sz w:val="20"/>
        </w:rPr>
        <w:t>1:10:18  maulana, un ka ek aur sawal hai. unhon ne likha hai: "maulana sahib, do you think that Quran should be interpreted on scientific bases?</w:t>
      </w:r>
      <w:r>
        <w:br/>
      </w:r>
      <w:r>
        <w:rPr>
          <w:sz w:val="20"/>
        </w:rPr>
        <w:t>1:10:29  that it should address new age mindset to glorify the existence of god?"</w:t>
      </w:r>
      <w:r>
        <w:br/>
      </w:r>
      <w:r>
        <w:rPr>
          <w:sz w:val="20"/>
        </w:rPr>
        <w:t>1:10:37  dekhiye, quran jo hai, science ki kitab nahi hai. jo log aisa kehte hain, woh bhi galat kehte hain. galat!</w:t>
      </w:r>
      <w:r>
        <w:br/>
      </w:r>
      <w:r>
        <w:rPr>
          <w:sz w:val="20"/>
        </w:rPr>
        <w:t>1:10:44  quran jo hai, science ki kitab nahi hai. quran to hidayat ki kitab hai, lekin hidayat allah taala ne reason based ki hai.</w:t>
      </w:r>
      <w:r>
        <w:br/>
      </w:r>
      <w:r>
        <w:rPr>
          <w:sz w:val="20"/>
        </w:rPr>
        <w:t>1:10:52  reason based, yani daleel ke zariye se hidayat ko logon ke liye qabil-e-fehm banana, is ko understandable, understandable banane ke liye ke insaan is par yaqeen kar sake.</w:t>
      </w:r>
      <w:r>
        <w:br/>
      </w:r>
      <w:r>
        <w:rPr>
          <w:sz w:val="20"/>
        </w:rPr>
        <w:t>1:11:06  daleelein di jati hain. daleelein to Quran mein aisi daleelein hain kai jo science se talluq rakhti hain. mut</w:t>
      </w:r>
    </w:p>
    <w:p>
      <w:pPr>
        <w:pStyle w:val="Heading2"/>
      </w:pPr>
      <w:r>
        <w:t>Quran reading under guidance</w:t>
      </w:r>
    </w:p>
    <w:p>
      <w:r>
        <w:rPr>
          <w:color w:val="666666"/>
          <w:sz w:val="18"/>
        </w:rPr>
        <w:t>Quran &amp; Tafsir · The Issues of Islam in the Present World November 11, 2012 · 52s · at 1:10:05 · https://youtu.be/COoaUbCCi1c?t=4205</w:t>
      </w:r>
    </w:p>
    <w:p>
      <w:r>
        <w:rPr>
          <w:i/>
        </w:rPr>
        <w:t>“Some people say that if everyone reads and understands the Quran by themselves, they will derive wrong meanings. Therefore, the Quran should be read under someone's guidance. Please provide a reference from the Quran and hadith for this.”</w:t>
      </w:r>
    </w:p>
    <w:p>
      <w:r>
        <w:rPr>
          <w:sz w:val="20"/>
        </w:rPr>
        <w:t>1:10:05  Maulana, agla sawal Dilli se hai Ahmed sahib ne poocha hai,</w:t>
      </w:r>
      <w:r>
        <w:br/>
      </w:r>
      <w:r>
        <w:rPr>
          <w:sz w:val="20"/>
        </w:rPr>
        <w:t>1:10:09  unhon ne likha hai: "Maulana sahib, kuch log kehte hain ke agar har aadmi khud se Quran ko samajh kar parhega to woh galat matlab nikale ga.</w:t>
      </w:r>
      <w:r>
        <w:br/>
      </w:r>
      <w:r>
        <w:rPr>
          <w:sz w:val="20"/>
        </w:rPr>
        <w:t>1:10:19  is liye Quran ko kisi ki guidance mein parhna chahiye." Yeh sab yeh sab jhooti baatein hain, shaitan sikhata hai. Main wohi kahunga: "Man batao, Quran o Hadees mein koi hawala do,</w:t>
      </w:r>
      <w:r>
        <w:br/>
      </w:r>
      <w:r>
        <w:rPr>
          <w:sz w:val="20"/>
        </w:rPr>
        <w:t>1:10:36  Quran o Hadees mein koi hawala do."</w:t>
      </w:r>
      <w:r>
        <w:br/>
      </w:r>
      <w:r>
        <w:rPr>
          <w:sz w:val="20"/>
        </w:rPr>
        <w:t>1:10:39  Yeh sab jhooti baatein hain, shaitani baatein hain. Yeh sab hain, jab tak aap ke paas apni kisi baat ke liye Quran o Hadees se koi reference maujood na ho, tab tak koi jhoot samjha jayega us ko.</w:t>
      </w:r>
      <w:r>
        <w:br/>
      </w:r>
      <w:r>
        <w:rPr>
          <w:sz w:val="20"/>
        </w:rPr>
        <w:t>1:10:51  Aur aisa baat bolna bhi gunah hoga, gunah.</w:t>
      </w:r>
    </w:p>
    <w:p>
      <w:pPr>
        <w:pStyle w:val="Heading2"/>
      </w:pPr>
      <w:r>
        <w:t>Quranic and Hadith term for personality</w:t>
      </w:r>
    </w:p>
    <w:p>
      <w:r>
        <w:rPr>
          <w:color w:val="666666"/>
          <w:sz w:val="18"/>
        </w:rPr>
        <w:t>Quran &amp; Tafsir · Material Science Vs Spiritual Science 20th May 12 SLOW · 1m 41s · at 1:13:16 · https://youtu.be/qYwFExG7cyM?t=4396</w:t>
      </w:r>
    </w:p>
    <w:p>
      <w:r>
        <w:rPr>
          <w:i/>
        </w:rPr>
        <w:t>“Personality is a term of modern language. What was the term used in Hadith and Quran for personality?”</w:t>
      </w:r>
    </w:p>
    <w:p>
      <w:r>
        <w:rPr>
          <w:sz w:val="20"/>
        </w:rPr>
        <w:t>1:13:16  maulana, agla sawal raipur se hai mr idrees sahab ka.</w:t>
      </w:r>
      <w:r>
        <w:br/>
      </w:r>
      <w:r>
        <w:rPr>
          <w:sz w:val="20"/>
        </w:rPr>
        <w:t>1:13:22  انہوں نے لکھا ہے: "Personality is a term of modern language.</w:t>
      </w:r>
      <w:r>
        <w:br/>
      </w:r>
      <w:r>
        <w:rPr>
          <w:sz w:val="20"/>
        </w:rPr>
        <w:t>1:13:28  "What was the term used in Hadith and Quran for personality?" دیکھیں، آج کل "personality development" کا لفظ</w:t>
      </w:r>
      <w:r>
        <w:br/>
      </w:r>
      <w:r>
        <w:rPr>
          <w:sz w:val="20"/>
        </w:rPr>
        <w:t>1:13:34  بولتا ہے، بولے آتا ہے physical sense میں۔</w:t>
      </w:r>
      <w:r>
        <w:br/>
      </w:r>
      <w:r>
        <w:rPr>
          <w:sz w:val="20"/>
        </w:rPr>
        <w:t>1:13:40  عام طور پر جو استعمال ہوتا ہے "parent started development" کا لفظ تو اس فزیکل سینس میں بولا جاتا</w:t>
      </w:r>
      <w:r>
        <w:br/>
      </w:r>
      <w:r>
        <w:rPr>
          <w:sz w:val="20"/>
        </w:rPr>
        <w:t>1:13:46  hai, lekin quran mein woh spiritual sense mein hai.</w:t>
      </w:r>
      <w:r>
        <w:br/>
      </w:r>
      <w:r>
        <w:rPr>
          <w:sz w:val="20"/>
        </w:rPr>
        <w:t>1:13:52  zaal ka jaza o mutarka jo hai, woh spiritual sense mein hai.</w:t>
      </w:r>
      <w:r>
        <w:br/>
      </w:r>
      <w:r>
        <w:rPr>
          <w:sz w:val="20"/>
        </w:rPr>
        <w:t>1:13:58  yani apni soch ko positive banana, apni khwahishon ko positive banana, apne jo jo intellectual faculty hai, is</w:t>
      </w:r>
      <w:r>
        <w:br/>
      </w:r>
      <w:r>
        <w:rPr>
          <w:sz w:val="20"/>
        </w:rPr>
        <w:t>1:14:04  کو اسپریچولائز کرنا، یہ ہے "پیری ان سٹارٹڈ ڈویلپمنٹ" قرآن کے اعتبار سے۔</w:t>
      </w:r>
      <w:r>
        <w:br/>
      </w:r>
      <w:r>
        <w:rPr>
          <w:sz w:val="20"/>
        </w:rPr>
        <w:t>1:14:09  تو آج کل چونکہ سارا زور آدمی کے فزیکل حیثیت پر دیا جاتا ہے، اس لیے "personality development"</w:t>
      </w:r>
      <w:r>
        <w:br/>
      </w:r>
      <w:r>
        <w:rPr>
          <w:sz w:val="20"/>
        </w:rPr>
        <w:t>1:14:15  lughat ke aitbar se toh nahi hai.</w:t>
      </w:r>
      <w:r>
        <w:br/>
      </w:r>
      <w:r>
        <w:rPr>
          <w:sz w:val="20"/>
        </w:rPr>
        <w:t>1:14:21  اسی sense میں ڈکشنری کے معنی یہ نہیں کہ صرف body کو آپ develop کریں، یہ مطلب نہیں ہے۔</w:t>
      </w:r>
      <w:r>
        <w:br/>
      </w:r>
      <w:r>
        <w:rPr>
          <w:sz w:val="20"/>
        </w:rPr>
        <w:t>1:14:27  لیکن عملاً جو ہے، اس کا مطلب "unstarted development" کا مطلب عملاً یہ بن گیا ہے کہ فزیکل ڈیویلپمنٹ۔</w:t>
      </w:r>
      <w:r>
        <w:br/>
      </w:r>
      <w:r>
        <w:rPr>
          <w:sz w:val="20"/>
        </w:rPr>
        <w:t>1:14:33  kyunki main samajhta hoon ke quran zyada ahmiyat deta hai, yani spiritual taraqqi ko, zehni taraqqi ko.</w:t>
      </w:r>
      <w:r>
        <w:br/>
      </w:r>
      <w:r>
        <w:rPr>
          <w:sz w:val="20"/>
        </w:rPr>
        <w:t>1:14:39  is wajah se hum is ko extended sense mein ya is ko real sense mein lete hue kahin</w:t>
      </w:r>
      <w:r>
        <w:br/>
      </w:r>
      <w:r>
        <w:rPr>
          <w:sz w:val="20"/>
        </w:rPr>
        <w:t>1:14:45  ge ke islami nuqta nazar se "person started development" ka matlab hai rohani taraqqi, zehni taraqqi, shakhsiyat ki taraqqi,</w:t>
      </w:r>
      <w:r>
        <w:br/>
      </w:r>
      <w:r>
        <w:rPr>
          <w:sz w:val="20"/>
        </w:rPr>
        <w:t>1:14:51  jisko hum jiske liye quran mein tazkiya ka lafz istemal kiya gaya hai.</w:t>
      </w:r>
    </w:p>
    <w:p>
      <w:pPr>
        <w:pStyle w:val="Heading2"/>
      </w:pPr>
      <w:r>
        <w:t>Quranic command to avoid vain talk</w:t>
      </w:r>
    </w:p>
    <w:p>
      <w:r>
        <w:rPr>
          <w:color w:val="666666"/>
          <w:sz w:val="18"/>
        </w:rPr>
        <w:t>Quran &amp; Tafsir · War and Peace August 28, 2016 Maulana Wahiduddin Khan · 1m 21s · at 49:17 · https://youtu.be/8ViacW5xI3w?t=2957</w:t>
      </w:r>
    </w:p>
    <w:p>
      <w:r>
        <w:rPr>
          <w:i/>
        </w:rPr>
        <w:t>“In the Quran it is said to turn away from laghw (vain talk). Explain about it.”</w:t>
      </w:r>
    </w:p>
    <w:p>
      <w:r>
        <w:rPr>
          <w:sz w:val="20"/>
        </w:rPr>
        <w:t>49:17  maulana, agla sawal maulana iqbal umri ne bheja hai chennai se, unhone aap se poocha hai ke</w:t>
      </w:r>
      <w:r>
        <w:br/>
      </w:r>
      <w:r>
        <w:rPr>
          <w:sz w:val="20"/>
        </w:rPr>
        <w:t>49:23  quran mein lagho se i'tiraz karna kaha gaya hai, is ke bare mein batayen.</w:t>
      </w:r>
      <w:r>
        <w:br/>
      </w:r>
      <w:r>
        <w:rPr>
          <w:sz w:val="20"/>
        </w:rPr>
        <w:t>49:29  dekhen, lagho ke mani aise hain, yani bekar cheez, fazool cheez.</w:t>
      </w:r>
      <w:r>
        <w:br/>
      </w:r>
      <w:r>
        <w:rPr>
          <w:sz w:val="20"/>
        </w:rPr>
        <w:t>49:35  to main yeh samajhta hoon ke yahan par murad hai ke irrelevant cheez, hamare mission ke lehaz se irrelevant hai.</w:t>
      </w:r>
      <w:r>
        <w:br/>
      </w:r>
      <w:r>
        <w:rPr>
          <w:sz w:val="20"/>
        </w:rPr>
        <w:t>49:42  to zindagi mein hamesha aisa hota hai ke aap ka jo mission hai, aap ka jo goal hai,</w:t>
      </w:r>
      <w:r>
        <w:br/>
      </w:r>
      <w:r>
        <w:rPr>
          <w:sz w:val="20"/>
        </w:rPr>
        <w:t>49:48  to doosre log aisi baaten karte hain jo aap ko apni taraf attack karen, lekin wo aap ke</w:t>
      </w:r>
      <w:r>
        <w:br/>
      </w:r>
      <w:r>
        <w:rPr>
          <w:sz w:val="20"/>
        </w:rPr>
        <w:t>49:54  mission ke aitbar se irrelevant hota hai.</w:t>
      </w:r>
      <w:r>
        <w:br/>
      </w:r>
      <w:r>
        <w:rPr>
          <w:sz w:val="20"/>
        </w:rPr>
        <w:t>50:01  misal ke taur par, aap jaan rastay mein kisi ne patakha chhod diya to aap lage ladne us se.</w:t>
      </w:r>
      <w:r>
        <w:br/>
      </w:r>
      <w:r>
        <w:rPr>
          <w:sz w:val="20"/>
        </w:rPr>
        <w:t>50:07  to patakha ek aap ke lehaz se ek lagho cheez hai, to lagho cheez se i'tiraz kijiye.</w:t>
      </w:r>
      <w:r>
        <w:br/>
      </w:r>
      <w:r>
        <w:rPr>
          <w:sz w:val="20"/>
        </w:rPr>
        <w:t>50:13  koi bachcha laga patakha chhod diya hai to aap chalen, aage badh jayen, us ko i'tiraz kar ke,</w:t>
      </w:r>
      <w:r>
        <w:br/>
      </w:r>
      <w:r>
        <w:rPr>
          <w:sz w:val="20"/>
        </w:rPr>
        <w:t>50:19  avoid kar ke.</w:t>
      </w:r>
      <w:r>
        <w:br/>
      </w:r>
      <w:r>
        <w:rPr>
          <w:sz w:val="20"/>
        </w:rPr>
        <w:t>50:26  yeh matlab hai mere nazdeek lagho ka ke apne mission ki nisbat se, apne maqsad ki nisbat se</w:t>
      </w:r>
      <w:r>
        <w:br/>
      </w:r>
      <w:r>
        <w:rPr>
          <w:sz w:val="20"/>
        </w:rPr>
        <w:t>50:32  jo cheez ghair mutaliq ho, us se avoid karna.</w:t>
      </w:r>
    </w:p>
    <w:p>
      <w:pPr>
        <w:pStyle w:val="Heading2"/>
      </w:pPr>
      <w:r>
        <w:t>Quranic definition of knowledge and Prophet's analysis</w:t>
      </w:r>
    </w:p>
    <w:p>
      <w:r>
        <w:rPr>
          <w:color w:val="666666"/>
          <w:sz w:val="18"/>
        </w:rPr>
        <w:t>Quran &amp; Tafsir · Hadith-e-Jibril, April 21, 2013 · 1m 53s · at 1:00:42 · https://youtu.be/0rF6Ou0pDog?t=3642</w:t>
      </w:r>
    </w:p>
    <w:p>
      <w:r>
        <w:rPr>
          <w:i/>
        </w:rPr>
        <w:t>“What is the definion of knowledge accoring to Quran? How did Prophet Muhammad describ or analize knowledge in the Quran as reveled to him by God?”</w:t>
      </w:r>
    </w:p>
    <w:p>
      <w:r>
        <w:rPr>
          <w:sz w:val="20"/>
        </w:rPr>
        <w:t>1:00:42  maulana, agla sawal dilli se aya hai A K Dutta sahib ka. unhon ne likha hai Maulana sahib What is the definition of knowledge according to Quran?</w:t>
      </w:r>
      <w:r>
        <w:br/>
      </w:r>
      <w:r>
        <w:rPr>
          <w:sz w:val="20"/>
        </w:rPr>
        <w:t>1:00:54  How did Prophet Muhammad describe or analyze knowledge in the Quran as revealed to him by God?</w:t>
      </w:r>
      <w:r>
        <w:br/>
      </w:r>
      <w:r>
        <w:rPr>
          <w:sz w:val="20"/>
        </w:rPr>
        <w:t>1:01:09  dekhiye, jahan tak mein samajhta hoon, Quran ke mutabiq knowledge ka matlab hai</w:t>
      </w:r>
      <w:r>
        <w:br/>
      </w:r>
      <w:r>
        <w:rPr>
          <w:sz w:val="20"/>
        </w:rPr>
        <w:t>1:01:21  yani reality of life ko janna.</w:t>
      </w:r>
      <w:r>
        <w:br/>
      </w:r>
      <w:r>
        <w:rPr>
          <w:sz w:val="20"/>
        </w:rPr>
        <w:t>1:01:28  Reality of life ko janna yahi knowledge hai</w:t>
      </w:r>
      <w:r>
        <w:br/>
      </w:r>
      <w:r>
        <w:rPr>
          <w:sz w:val="20"/>
        </w:rPr>
        <w:t>1:01:32  ke hum dunya mein paida hote hain, bas achaanak paida ho gaye aur chalne phirne lag gaye. achaanak hi hum sun rahe hain, dekh rahe hain.</w:t>
      </w:r>
      <w:r>
        <w:br/>
      </w:r>
      <w:r>
        <w:rPr>
          <w:sz w:val="20"/>
        </w:rPr>
        <w:t>1:01:46  to yeh sochna ke yeh aakhir mein kya hoon? mein kahan se aya hoon? kya purpose hai meri life ka? maut kya hai?</w:t>
      </w:r>
      <w:r>
        <w:br/>
      </w:r>
      <w:r>
        <w:rPr>
          <w:sz w:val="20"/>
        </w:rPr>
        <w:t>1:01:55  maut ke baad kya hai?</w:t>
      </w:r>
      <w:r>
        <w:br/>
      </w:r>
      <w:r>
        <w:rPr>
          <w:sz w:val="20"/>
        </w:rPr>
        <w:t>1:01:59  yeh sab cheezein hain yani zindagi ka yani purpose of life. to in sab cheezon ko janne hi ka naam knowledge hai.</w:t>
      </w:r>
      <w:r>
        <w:br/>
      </w:r>
      <w:r>
        <w:rPr>
          <w:sz w:val="20"/>
        </w:rPr>
        <w:t>1:02:13  yani haqeeqat hayat ko janna. Reality of life ko janna. aik lafz mein kahoon ga ke reality of life ko janna yahi knowledge hai.</w:t>
      </w:r>
      <w:r>
        <w:br/>
      </w:r>
      <w:r>
        <w:rPr>
          <w:sz w:val="20"/>
        </w:rPr>
        <w:t>1:02:26  True knowledge. True knowledge. Quran ke mutabiq.</w:t>
      </w:r>
    </w:p>
    <w:p>
      <w:pPr>
        <w:pStyle w:val="Heading2"/>
      </w:pPr>
      <w:r>
        <w:t>Reading Quran in Hindi vs Arabic for reward</w:t>
      </w:r>
    </w:p>
    <w:p>
      <w:r>
        <w:rPr>
          <w:color w:val="666666"/>
          <w:sz w:val="18"/>
        </w:rPr>
        <w:t>Quran &amp; Tafsir · Quran A Miracle June 01, 2014 · 1m 40s · at 1:11:05 · https://youtu.be/8KM3lDsj4PY?t=4265</w:t>
      </w:r>
    </w:p>
    <w:p>
      <w:r>
        <w:rPr>
          <w:i/>
        </w:rPr>
        <w:t>“Once I was discussing with my family members about my reading of Quran in Hindi. I like reading Hindi Quran with the commentary. However, they told me that I should read it in Arabic only if I want the reward.”</w:t>
      </w:r>
    </w:p>
    <w:p>
      <w:r>
        <w:rPr>
          <w:sz w:val="20"/>
        </w:rPr>
        <w:t>1:11:05  sahi bilkul sahi. hundred percent sahi. molana yeh aakhri sawal hai jo naseeb ansari sahib ne kiya hai dilli se. unhon ne likha hai ke once i was discussing with my family members about my reading of quran in hindi.</w:t>
      </w:r>
      <w:r>
        <w:br/>
      </w:r>
      <w:r>
        <w:rPr>
          <w:sz w:val="20"/>
        </w:rPr>
        <w:t>1:11:24  i i like reading hindi quran with the commentary. however they told me that i should read it in arabic only.</w:t>
      </w:r>
      <w:r>
        <w:br/>
      </w:r>
      <w:r>
        <w:rPr>
          <w:sz w:val="20"/>
        </w:rPr>
        <w:t>1:11:33  if i want the sawab.</w:t>
      </w:r>
      <w:r>
        <w:br/>
      </w:r>
      <w:r>
        <w:rPr>
          <w:sz w:val="20"/>
        </w:rPr>
        <w:t>1:11:35  molana i would want to know your comment on this. nahin nahin bilkul galat baat hai. sawab ke liye nahin hai quran hota. rehnumai ke liye quran hai. okay we we will end the session now.</w:t>
      </w:r>
      <w:r>
        <w:br/>
      </w:r>
      <w:r>
        <w:rPr>
          <w:sz w:val="20"/>
        </w:rPr>
        <w:t>1:11:45  thank you.</w:t>
      </w:r>
    </w:p>
    <w:p>
      <w:pPr>
        <w:pStyle w:val="Heading2"/>
      </w:pPr>
      <w:r>
        <w:t>Reading Quran with Contemplative Insight</w:t>
      </w:r>
    </w:p>
    <w:p>
      <w:r>
        <w:rPr>
          <w:color w:val="666666"/>
          <w:sz w:val="18"/>
        </w:rPr>
        <w:t>Quran &amp; Tafsir · Concept of Jihad in Islam September 7, 2014 · 1m 11s · at 52:12 · https://youtu.be/GnKBYM8HbuQ?t=3132</w:t>
      </w:r>
    </w:p>
    <w:p>
      <w:r>
        <w:rPr>
          <w:i/>
        </w:rPr>
        <w:t>“How can we train ourselves to read the Quran and Hadith with Tawassum (contemplative insight)? We have been conditioned to read them with a preoccupied mind that leads to undesirable consequences.”</w:t>
      </w:r>
    </w:p>
    <w:p>
      <w:r>
        <w:rPr>
          <w:sz w:val="20"/>
        </w:rPr>
        <w:t>52:12  Maulana, agla sawal Kashmir se kiya hai Gohar Qadir Wani sahib ne, aur unhon ne likha hai ke</w:t>
      </w:r>
      <w:r>
        <w:br/>
      </w:r>
      <w:r>
        <w:rPr>
          <w:sz w:val="20"/>
        </w:rPr>
        <w:t>52:17  How can we train ourselves to read Quran and Hadith with Tawassum?</w:t>
      </w:r>
      <w:r>
        <w:br/>
      </w:r>
      <w:r>
        <w:rPr>
          <w:sz w:val="20"/>
        </w:rPr>
        <w:t>52:23  We have been conditioned to read the same with a preoccupied mind that leads to undesirable consequences.</w:t>
      </w:r>
      <w:r>
        <w:br/>
      </w:r>
      <w:r>
        <w:rPr>
          <w:sz w:val="20"/>
        </w:rPr>
        <w:t>52:28  Maulana sahib, please mashwara dein.</w:t>
      </w:r>
      <w:r>
        <w:br/>
      </w:r>
      <w:r>
        <w:rPr>
          <w:sz w:val="20"/>
        </w:rPr>
        <w:t>52:33  mashwara yeh hai ke hamari kitabein parhiye, ek baar nahi, baar baar parhiye.</w:t>
      </w:r>
      <w:r>
        <w:br/>
      </w:r>
      <w:r>
        <w:rPr>
          <w:sz w:val="20"/>
        </w:rPr>
        <w:t>52:39  maulana shibli nomani ko likhna tha ek kitab jis ka naam hai "sharh ul ajam".</w:t>
      </w:r>
      <w:r>
        <w:br/>
      </w:r>
      <w:r>
        <w:rPr>
          <w:sz w:val="20"/>
        </w:rPr>
        <w:t>52:44  "sharh ul ajam" ko likhne se pehle unhon ne muhammad hussain azad ki kitab hai "aab e hayat".</w:t>
      </w:r>
      <w:r>
        <w:br/>
      </w:r>
      <w:r>
        <w:rPr>
          <w:sz w:val="20"/>
        </w:rPr>
        <w:t>52:50  isi mozu par is ko chouda baar parha tha.</w:t>
      </w:r>
      <w:r>
        <w:br/>
      </w:r>
      <w:r>
        <w:rPr>
          <w:sz w:val="20"/>
        </w:rPr>
        <w:t>52:55  baar hamare ek saathi the arab mein, un ki wafat ho gayi, sheikh muhammad sulaiman al qaid.</w:t>
      </w:r>
      <w:r>
        <w:br/>
      </w:r>
      <w:r>
        <w:rPr>
          <w:sz w:val="20"/>
        </w:rPr>
        <w:t>53:01  wo alaihi assalam pe atdaa ko unhon ne pachas baar parha tha.</w:t>
      </w:r>
      <w:r>
        <w:br/>
      </w:r>
      <w:r>
        <w:rPr>
          <w:sz w:val="20"/>
        </w:rPr>
        <w:t>53:06  to aap yeh sab kijiye.</w:t>
      </w:r>
      <w:r>
        <w:br/>
      </w:r>
      <w:r>
        <w:rPr>
          <w:sz w:val="20"/>
        </w:rPr>
        <w:t>53:12  sawal kyun karte hain? jab pehle hi ek literature paida ho chuka hai to us ko baar baar parhiye.</w:t>
      </w:r>
      <w:r>
        <w:br/>
      </w:r>
      <w:r>
        <w:rPr>
          <w:sz w:val="20"/>
        </w:rPr>
        <w:t>53:17  sab kuch apne aap ho jayega.</w:t>
      </w:r>
    </w:p>
    <w:p>
      <w:pPr>
        <w:pStyle w:val="Heading2"/>
      </w:pPr>
      <w:r>
        <w:t>Reading Quran without converting</w:t>
      </w:r>
    </w:p>
    <w:p>
      <w:r>
        <w:rPr>
          <w:color w:val="666666"/>
          <w:sz w:val="18"/>
        </w:rPr>
        <w:t>Quran &amp; Tafsir · Quran for All Mankind June 3, 2012 · 1m 23s · at 1:04:55 · https://youtu.be/Gp-53Zjugcg?t=3895</w:t>
      </w:r>
    </w:p>
    <w:p>
      <w:r>
        <w:rPr>
          <w:i/>
        </w:rPr>
        <w:t>“I am a non-Muslim, but I believe in truth, and so I want to read Quran. But is it right to read Quran without converting to Muslim religion? Kindly comment.”</w:t>
      </w:r>
    </w:p>
    <w:p>
      <w:r>
        <w:rPr>
          <w:sz w:val="20"/>
        </w:rPr>
        <w:t>1:04:55  Maulana, agla sawal Delhi se hai, Mr. Kundan Thak</w:t>
      </w:r>
      <w:r>
        <w:br/>
      </w:r>
      <w:r>
        <w:rPr>
          <w:sz w:val="20"/>
        </w:rPr>
        <w:t>1:04:59  ur ka. unhon ne likha hai: "I am a non-Muslim, but I believe in truth, and so I want to read Quran. But is it right to read Quran without converting to Muslim religion?</w:t>
      </w:r>
      <w:r>
        <w:br/>
      </w:r>
      <w:r>
        <w:rPr>
          <w:sz w:val="20"/>
        </w:rPr>
        <w:t>1:05:12  kindly comment." nahi, conversion se koi talluq nahi. yeh to aik book hai, aap parhiye is ko. conversion aik alag cheez hai, is se koi is ka talluq nahi hai.</w:t>
      </w:r>
      <w:r>
        <w:br/>
      </w:r>
      <w:r>
        <w:rPr>
          <w:sz w:val="20"/>
        </w:rPr>
        <w:t>1:05:27  yeh to aik seeking spirit jo hai, is ke tehat parhna chahiye. har kitaab seeking spirit. mein ne khud har kitaab parhi hai, har mazhab ki kitaab hai.</w:t>
      </w:r>
      <w:r>
        <w:br/>
      </w:r>
      <w:r>
        <w:rPr>
          <w:sz w:val="20"/>
        </w:rPr>
        <w:t>1:05:39  to yeh conversion aik alag masla hai, is se koi is ka talluq nahi hai. lekin har aadmi ko har baat ko jaanna chahiye aur soch samajh kar aik faisla karna chahiye.</w:t>
      </w:r>
      <w:r>
        <w:br/>
      </w:r>
      <w:r>
        <w:rPr>
          <w:sz w:val="20"/>
        </w:rPr>
        <w:t>1:05:51  jab</w:t>
      </w:r>
      <w:r>
        <w:br/>
      </w:r>
      <w:r>
        <w:rPr>
          <w:sz w:val="20"/>
        </w:rPr>
        <w:t>1:05:52  tak aap har baat ko janen ge nahin, tab tak aap ka faisla socha samjha faisla nahin hoga. to main main khud isi par qaim hoon ke main har cheez parta hoon,</w:t>
      </w:r>
      <w:r>
        <w:br/>
      </w:r>
      <w:r>
        <w:rPr>
          <w:sz w:val="20"/>
        </w:rPr>
        <w:t>1:06:07  har cheez parta hoon. aap ko mashwara doon ga ke har cheez parhiye aur phir khud faisla kijiye ke kya kya baat kaisi hai, kya baat kaisi hai.</w:t>
      </w:r>
    </w:p>
    <w:p>
      <w:pPr>
        <w:pStyle w:val="Heading2"/>
      </w:pPr>
      <w:r>
        <w:t>Reason for prohibition of pork and alcohol</w:t>
      </w:r>
    </w:p>
    <w:p>
      <w:r>
        <w:rPr>
          <w:color w:val="666666"/>
          <w:sz w:val="18"/>
        </w:rPr>
        <w:t>Quran &amp; Tafsir · The Problem of Conditioning 22 April 2012 - Maulana Wahiduddin Khan · 1m 11s · at 1:03:04 · https://youtu.be/v4QLXjeTK9s?t=3784</w:t>
      </w:r>
    </w:p>
    <w:p>
      <w:r>
        <w:rPr>
          <w:i/>
        </w:rPr>
        <w:t>“Why are pork and alcohol prohibited in the Quran? For thousands of years, people have consumed pork without any ill effects, and there is no scientific proof that pork is bad for health.”</w:t>
      </w:r>
    </w:p>
    <w:p>
      <w:r>
        <w:rPr>
          <w:sz w:val="20"/>
        </w:rPr>
        <w:t>1:03:04  maulana, agla sawal up se aya hai mister rahul sharma ka. unhon ne likha hai: "Why is pork and alcohol prohibited in Quran?</w:t>
      </w:r>
      <w:r>
        <w:br/>
      </w:r>
      <w:r>
        <w:rPr>
          <w:sz w:val="20"/>
        </w:rPr>
        <w:t>1:03:15  For thousands of years, people are consuming pork without any ill effects. There is no scientific proof that pork is bad for health.</w:t>
      </w:r>
    </w:p>
    <w:p>
      <w:pPr>
        <w:pStyle w:val="Heading2"/>
      </w:pPr>
      <w:r>
        <w:t>Recommend modern tafsir for spirituality</w:t>
      </w:r>
    </w:p>
    <w:p>
      <w:r>
        <w:rPr>
          <w:color w:val="666666"/>
          <w:sz w:val="18"/>
        </w:rPr>
        <w:t>Quran &amp; Tafsir · Study of The Quran November 30, 2014 · 55s · at 47:02 · https://youtu.be/x3fcJ2nlDow?t=2822</w:t>
      </w:r>
    </w:p>
    <w:p>
      <w:r>
        <w:rPr>
          <w:i/>
        </w:rPr>
        <w:t>“Could you suggest a tafsir of the Quran by a scholar which also addresses the issues you raised today about Quran's interpretation in modern times? I am specifically interested in issues like spirituality, character building, humanity.”</w:t>
      </w:r>
    </w:p>
    <w:p>
      <w:r>
        <w:rPr>
          <w:sz w:val="20"/>
        </w:rPr>
        <w:t>47:02  Maulana, agla sawal Dilli se hai Danish Sahab ka, aur unhon ne likha hai: "Could you suggest a tafseer of Quran by a scholar which also addresses the issue that you raise today about Quran's interpretation in modern times?</w:t>
      </w:r>
      <w:r>
        <w:br/>
      </w:r>
      <w:r>
        <w:rPr>
          <w:sz w:val="20"/>
        </w:rPr>
        <w:t>47:22  I am specifically interested in issues like spirituality, character building, humanity."</w:t>
      </w:r>
      <w:r>
        <w:br/>
      </w:r>
      <w:r>
        <w:rPr>
          <w:sz w:val="20"/>
        </w:rPr>
        <w:t>47:30  bhai, main kisi ki tafseer ka naam nahi le sakta. aap khud study kar ke janiye. jis tafseer ko aap samjhen, us ko apnaie. main kisi tafseer ka naam nahi le sakta.</w:t>
      </w:r>
      <w:r>
        <w:br/>
      </w:r>
      <w:r>
        <w:rPr>
          <w:sz w:val="20"/>
        </w:rPr>
        <w:t>47:42  kyunke main to ghair mutma'in hoon. to main kya naam loon ga? main to in tafseeron se ghair mutma'in hoon. aap khud daryaft kijiye.</w:t>
      </w:r>
      <w:r>
        <w:br/>
      </w:r>
      <w:r>
        <w:rPr>
          <w:sz w:val="20"/>
        </w:rPr>
        <w:t>47:52  main to tafseer se ghair mutma'in hoon.</w:t>
      </w:r>
    </w:p>
    <w:p>
      <w:pPr>
        <w:pStyle w:val="Heading2"/>
      </w:pPr>
      <w:r>
        <w:t>Reconciling immediate afterlife with resurrection judgment</w:t>
      </w:r>
    </w:p>
    <w:p>
      <w:r>
        <w:rPr>
          <w:color w:val="666666"/>
          <w:sz w:val="18"/>
        </w:rPr>
        <w:t>Quran &amp; Tafsir · Freedom of Expression in Islam 30 Sept 2012 - Maulana Wahiduddin Khan · 1m 34s · at 1:02:38 · https://youtu.be/WLlXSyxX8Q4?t=3758</w:t>
      </w:r>
    </w:p>
    <w:p>
      <w:r>
        <w:rPr>
          <w:i/>
        </w:rPr>
        <w:t>“From the study of Quran and Hadith, it appears that every human being faces his fate immediately at death. On the other hand, from Quran and Hadith it is also clear that after passing through various states of the field of Resurrection, every human will enter either Paradise or Hell. How should this issue be understood? Please clarify.”</w:t>
      </w:r>
    </w:p>
    <w:p>
      <w:r>
        <w:rPr>
          <w:sz w:val="20"/>
        </w:rPr>
        <w:t>1:02:38  Maulana, agla sawal Karachi Pakistan se aya hai Abdul Latif sahib ka. Unhone likha hai: "Quran o Hadees ke mutale se yeh baat maloom hoti hai ke har insan maut aate hi apne anjam se dochar ho jata hai.</w:t>
      </w:r>
      <w:r>
        <w:br/>
      </w:r>
      <w:r>
        <w:rPr>
          <w:sz w:val="20"/>
        </w:rPr>
        <w:t>1:02:55  doosri taraf Quran o Hadees se hi yeh baat wazeh hai ke maidan e mahshar ki mukhtalif halaton se guzar guzarne ke baad har insan ya jannat mein dakhil hoga ya jahannum mein.</w:t>
      </w:r>
      <w:r>
        <w:br/>
      </w:r>
      <w:r>
        <w:rPr>
          <w:sz w:val="20"/>
        </w:rPr>
        <w:t>1:03:10  Maulana sahib, is masle ko kis tarah samjha jaye? Is ko wazeh karen." Dekhiye, yeh masla hai time and space ka masla.</w:t>
      </w:r>
      <w:r>
        <w:br/>
      </w:r>
      <w:r>
        <w:rPr>
          <w:sz w:val="20"/>
        </w:rPr>
        <w:t>1:03:21  To hum aap time time and space ki duniya mein jeete hain aur woh daur jo hai akhirat ka, woh bayan time and space hai.</w:t>
      </w:r>
      <w:r>
        <w:br/>
      </w:r>
      <w:r>
        <w:rPr>
          <w:sz w:val="20"/>
        </w:rPr>
        <w:t>1:03:33  bayan time and space ke jab tak aap is daur mein na pahunchein, aap samajh nahin sakte. Aap ko sirf ijbarri taur par hi is pe iman rakh sakte hain. Aap</w:t>
      </w:r>
      <w:r>
        <w:br/>
      </w:r>
      <w:r>
        <w:rPr>
          <w:sz w:val="20"/>
        </w:rPr>
        <w:t>1:03:44  bayan space and time ki jo duniya hai, us ko ijbarri iman hi ke zareeye aap samajh sakte hain. Us ko reason out nahin kar sakte aap, kyunke aap reason out karenge to time space ke andar karenge aur time time space ki language se us ko explain nahin kar sakta.</w:t>
      </w:r>
      <w:r>
        <w:br/>
      </w:r>
      <w:r>
        <w:rPr>
          <w:sz w:val="20"/>
        </w:rPr>
        <w:t>1:04:05  ek yeh mamla jo hai Einstein ne ke jo theory hai, theory of negativity, us ke upar isi tarah yeh cheez clear hoti hai. Yeh</w:t>
      </w:r>
    </w:p>
    <w:p>
      <w:pPr>
        <w:pStyle w:val="Heading2"/>
      </w:pPr>
      <w:r>
        <w:t>References for Shab-e-Barat in Quran and Hadith</w:t>
      </w:r>
    </w:p>
    <w:p>
      <w:r>
        <w:rPr>
          <w:color w:val="666666"/>
          <w:sz w:val="18"/>
        </w:rPr>
        <w:t>Quran &amp; Tafsir · God Particle July 8, 2012 · 1m 08s · at 1:04:48 · https://youtu.be/30Ulu10c2nA?t=3888</w:t>
      </w:r>
    </w:p>
    <w:p>
      <w:r>
        <w:rPr>
          <w:i/>
        </w:rPr>
        <w:t>“Please give me the reference of the Surah and the Ayah number from which one school of thought derives the meaning about Shab-e-Barat, and also tell me of those relevant Hadith.”</w:t>
      </w:r>
    </w:p>
    <w:p>
      <w:r>
        <w:rPr>
          <w:sz w:val="20"/>
        </w:rPr>
        <w:t>1:04:48  Maulana, agla sawal hai Azad Shah Sahab ka. unhon ne apni location nahi batai hai. un ka sawal yeh hai: "Please give me the reference of the surah and the ayat number from which one school of thought derives the meaning about Shab-e-Barat, and also tell me if those relevant hadith." Dekhein, Shab-e-Barat jo hai woh Quran mein hargiz nahi hai.</w:t>
      </w:r>
      <w:r>
        <w:br/>
      </w:r>
      <w:r>
        <w:rPr>
          <w:sz w:val="20"/>
        </w:rPr>
        <w:t>1:05:14  ek ayat ko khwah makhwah is se Shab-e-Barat nikalte hain,</w:t>
      </w:r>
      <w:r>
        <w:br/>
      </w:r>
      <w:r>
        <w:rPr>
          <w:sz w:val="20"/>
        </w:rPr>
        <w:t>1:05:18  yeh bilkul galat hai. is ayat ka Shab-e-Barat se koi talluq nahi, bilkul talluq nahi. yeh bilkul yaani baseless baat hai.</w:t>
      </w:r>
      <w:r>
        <w:br/>
      </w:r>
      <w:r>
        <w:rPr>
          <w:sz w:val="20"/>
        </w:rPr>
        <w:t>1:05:30  Shab-e-Barat na to hadith se sabit hai, na Quran se sabit hai. kuch bohat hi zaeef qism ki riwayatein hain is ke baray mein, koi ek bhi qawi riwayat nahi hai.</w:t>
      </w:r>
      <w:r>
        <w:br/>
      </w:r>
      <w:r>
        <w:rPr>
          <w:sz w:val="20"/>
        </w:rPr>
        <w:t>1:05:42  aur Quran se is ko nikalna ho to aur bhi zyada galat hai.</w:t>
      </w:r>
      <w:r>
        <w:br/>
      </w:r>
      <w:r>
        <w:rPr>
          <w:sz w:val="20"/>
        </w:rPr>
        <w:t>1:05:45  Quran mein ek ayat hai: "Inna anzalnahu fi fi mubarakah". Ji hmm, yeh is ka koi bhi talluq Shab-e-Barat se nahi hai.</w:t>
      </w:r>
    </w:p>
    <w:p>
      <w:pPr>
        <w:pStyle w:val="Heading2"/>
      </w:pPr>
      <w:r>
        <w:t>Relation of Spending to Guidance in Quran</w:t>
      </w:r>
    </w:p>
    <w:p>
      <w:r>
        <w:rPr>
          <w:color w:val="666666"/>
          <w:sz w:val="18"/>
        </w:rPr>
        <w:t>Quran &amp; Tafsir · Man and Angels April 27, 2014 · 44s · at 53:48 · https://youtu.be/b3fk1cakPeo?t=3228</w:t>
      </w:r>
    </w:p>
    <w:p>
      <w:r>
        <w:rPr>
          <w:i/>
        </w:rPr>
        <w:t>“What is the relation of spending from what God has provided with the guidance?”</w:t>
      </w:r>
    </w:p>
    <w:p>
      <w:r>
        <w:rPr>
          <w:sz w:val="20"/>
        </w:rPr>
        <w:t>53:48  Maulana, un ka ek aur sawal hai. Unhon ne refer karaya hai Al-Baqarah ki teesri ayat ko aur unhon ne likha hai ke is mein criteria of guidance diya gaya hai.</w:t>
      </w:r>
      <w:r>
        <w:br/>
      </w:r>
      <w:r>
        <w:rPr>
          <w:sz w:val="20"/>
        </w:rPr>
        <w:t>53:59  Where it is mentioned that who believe in the unseen and are steadfast in prayer and spend out of what we have provided them with۔</w:t>
      </w:r>
      <w:r>
        <w:br/>
      </w:r>
      <w:r>
        <w:rPr>
          <w:sz w:val="20"/>
        </w:rPr>
        <w:t>54:10  to wo aap se ye janna chahte hain ke what is the relation of spending from what God has provided with the guidance</w:t>
      </w:r>
      <w:r>
        <w:br/>
      </w:r>
      <w:r>
        <w:rPr>
          <w:sz w:val="20"/>
        </w:rPr>
        <w:t>54:18  ؟ in dono mein kya relation hai? bhai, aap tazkir ul quran pehle parh lijiye. ji. is mein ye baat kam az kam do baar parh lijiye, is ko phir sawal kijiye.</w:t>
      </w:r>
    </w:p>
    <w:p>
      <w:pPr>
        <w:pStyle w:val="Heading2"/>
      </w:pPr>
      <w:r>
        <w:t>Relationship between qalb and mind in Quran</w:t>
      </w:r>
    </w:p>
    <w:p>
      <w:r>
        <w:rPr>
          <w:color w:val="666666"/>
          <w:sz w:val="18"/>
        </w:rPr>
        <w:t>Quran &amp; Tafsir · Spiritual Goal January 15, 2017 · 1m 29s · at 48:59 · https://youtu.be/D3JYu4p_P34?t=2939</w:t>
      </w:r>
    </w:p>
    <w:p>
      <w:r>
        <w:rPr>
          <w:i/>
        </w:rPr>
        <w:t>“While talking to one person, I told him that we must work on our intellect, and qalb mentioned in Quran has a direct reference with mind. What is your view?”</w:t>
      </w:r>
    </w:p>
    <w:p>
      <w:r>
        <w:rPr>
          <w:sz w:val="20"/>
        </w:rPr>
        <w:t>48:59  ji, maulana sahab, agla sawal bhi isi se related hai jo srinagar se hi bheja hai aamir</w:t>
      </w:r>
      <w:r>
        <w:br/>
      </w:r>
      <w:r>
        <w:rPr>
          <w:sz w:val="20"/>
        </w:rPr>
        <w:t>49:05  mori sahab ne, aur unhon ne likha hai: "maulana sahab, while talking to one person, i told him</w:t>
      </w:r>
      <w:r>
        <w:br/>
      </w:r>
      <w:r>
        <w:rPr>
          <w:sz w:val="20"/>
        </w:rPr>
        <w:t>49:12  that we must work on our intellect, and qalb mentioned in quran has a direct reference with mind.</w:t>
      </w:r>
      <w:r>
        <w:br/>
      </w:r>
      <w:r>
        <w:rPr>
          <w:sz w:val="20"/>
        </w:rPr>
        <w:t>49:19  he insisted that starting point is heart, and if our heart is not pure, we cannot achieve spirituality.</w:t>
      </w:r>
      <w:r>
        <w:br/>
      </w:r>
      <w:r>
        <w:rPr>
          <w:sz w:val="20"/>
        </w:rPr>
        <w:t>49:25  maulana sahab, kindly guide us as to how we should address such questions." dekhen, yeh awaaz sahi hai.</w:t>
      </w:r>
      <w:r>
        <w:br/>
      </w:r>
      <w:r>
        <w:rPr>
          <w:sz w:val="20"/>
        </w:rPr>
        <w:t>49:32  aise insaan hamesha se samajhta tha ke suraj jo hai, woh zameen ke gird ghoom raha hai.</w:t>
      </w:r>
      <w:r>
        <w:br/>
      </w:r>
      <w:r>
        <w:rPr>
          <w:sz w:val="20"/>
        </w:rPr>
        <w:t>49:39  hazaron saal se insaan yeh manta tha ke yeh pre-science door jo tha, is ka phenomena hai.</w:t>
      </w:r>
      <w:r>
        <w:br/>
      </w:r>
      <w:r>
        <w:rPr>
          <w:sz w:val="20"/>
        </w:rPr>
        <w:t>49:46  yeh ab is ka koi matlab hi nahi, koi sense nahi hai, kyunke heart ke liye sabit ho</w:t>
      </w:r>
      <w:r>
        <w:br/>
      </w:r>
      <w:r>
        <w:rPr>
          <w:sz w:val="20"/>
        </w:rPr>
        <w:t>49:53  chuka hai ke woh circulation of blood kar karta hai aur kuch nahin.</w:t>
      </w:r>
      <w:r>
        <w:br/>
      </w:r>
      <w:r>
        <w:rPr>
          <w:sz w:val="20"/>
        </w:rPr>
        <w:t>50:00  yani thinking heart ka concept khatm ho chuka hai.</w:t>
      </w:r>
      <w:r>
        <w:br/>
      </w:r>
      <w:r>
        <w:rPr>
          <w:sz w:val="20"/>
        </w:rPr>
        <w:t>50:07  jo log science ki se jo haqeeqatein maloom hui, us ko nahin jante, woh yeh sab baatein karte hain.</w:t>
      </w:r>
      <w:r>
        <w:br/>
      </w:r>
      <w:r>
        <w:rPr>
          <w:sz w:val="20"/>
        </w:rPr>
        <w:t>50:14  unawareness, yeh baatein jo hain, due to unawareness hain.</w:t>
      </w:r>
      <w:r>
        <w:br/>
      </w:r>
      <w:r>
        <w:rPr>
          <w:sz w:val="20"/>
        </w:rPr>
        <w:t>50:21  un ki unawareness ko khatm kijiye.</w:t>
      </w:r>
    </w:p>
    <w:p>
      <w:pPr>
        <w:pStyle w:val="Heading2"/>
      </w:pPr>
      <w:r>
        <w:t>Request for Quran tafsir circle</w:t>
      </w:r>
    </w:p>
    <w:p>
      <w:r>
        <w:rPr>
          <w:color w:val="666666"/>
          <w:sz w:val="18"/>
        </w:rPr>
        <w:t>Quran &amp; Tafsir · Revival of Muslim Ummah, February 4, 2013 · 55s · at 1:09:42 · https://youtu.be/xB3MfWhLHoM?t=4182</w:t>
      </w:r>
    </w:p>
    <w:p>
      <w:r>
        <w:rPr>
          <w:i/>
        </w:rPr>
        <w:t>“Alhamdulillah, the class was informative. Can we have a Quran circle where we are taught Quran tafsir?”</w:t>
      </w:r>
    </w:p>
    <w:p>
      <w:r>
        <w:rPr>
          <w:sz w:val="20"/>
        </w:rPr>
        <w:t>1:09:42  maulana, agla ek comment aur sawal hai jo dilli se aaya hai miss nuzhat ameen ka. unhon ne likha hai: "alhamdulillah, the class was informative.</w:t>
      </w:r>
      <w:r>
        <w:br/>
      </w:r>
      <w:r>
        <w:rPr>
          <w:sz w:val="20"/>
        </w:rPr>
        <w:t>1:09:54  can we have quran circle where we are taught quran tafsir?" also, ab parhiye. parhana kya hai? aap khud pa</w:t>
      </w:r>
      <w:r>
        <w:br/>
      </w:r>
      <w:r>
        <w:rPr>
          <w:sz w:val="20"/>
        </w:rPr>
        <w:t>1:10:03  dhiye. har aadmi khud parhe. parhane ka to hamara silsila hai hi nahin. hamara silsila parhane ka nahin, hamara silsila parhne ka hai.</w:t>
      </w:r>
      <w:r>
        <w:br/>
      </w:r>
      <w:r>
        <w:rPr>
          <w:sz w:val="20"/>
        </w:rPr>
        <w:t>1:10:12  yeh quran mein hai, quran parho. yeh nahin ke parhwao. aap aap khud study kijiye quran ka. hamare paas urdu mein, english mein maujood hai commentary.</w:t>
      </w:r>
      <w:r>
        <w:br/>
      </w:r>
      <w:r>
        <w:rPr>
          <w:sz w:val="20"/>
        </w:rPr>
        <w:t>1:10:23  aap is ko parhiye, study kijiye, aur phir doosron se aap discuss kar sakte hain. discussion to bohat achhi cheez hai,</w:t>
      </w:r>
      <w:r>
        <w:br/>
      </w:r>
      <w:r>
        <w:rPr>
          <w:sz w:val="20"/>
        </w:rPr>
        <w:t>1:10:33  lekin khud pehle parhna parhe ga.</w:t>
      </w:r>
    </w:p>
    <w:p>
      <w:pPr>
        <w:pStyle w:val="Heading2"/>
      </w:pPr>
      <w:r>
        <w:t>Responding to Call for Quran Revision</w:t>
      </w:r>
    </w:p>
    <w:p>
      <w:r>
        <w:rPr>
          <w:color w:val="666666"/>
          <w:sz w:val="18"/>
        </w:rPr>
        <w:t>Quran &amp; Tafsir · Message of the Quran August 20, 2017 · 1m 43s · at 22:27 · https://youtu.be/BrbrZxP37pk?t=1347</w:t>
      </w:r>
    </w:p>
    <w:p>
      <w:r>
        <w:rPr>
          <w:i/>
        </w:rPr>
        <w:t>“I have many non-Muslim friends. When news about triple talaq and jihad comes, my friends often tell me that the Quran needs revision as it was revealed some 1400 years ago and therefore has become outdated. This is the reason they say there are so many problems. How should I address this question of revision of the Quran?”</w:t>
      </w:r>
    </w:p>
    <w:p>
      <w:r>
        <w:rPr>
          <w:sz w:val="20"/>
        </w:rPr>
        <w:t>22:27  Masha Allah! Maulana, agla sawal lete hain jo Guffran sahib ne bheja hai Bhopal se. unhone likha hai: "Maulana, I have many non-Muslim friends.</w:t>
      </w:r>
      <w:r>
        <w:br/>
      </w:r>
      <w:r>
        <w:rPr>
          <w:sz w:val="20"/>
        </w:rPr>
        <w:t>22:39  when news about triple talaq and jihad comes, my friends often tell me that Quran needs revision as it was revealed some 1400 years ago and therefore has become out dated.</w:t>
      </w:r>
      <w:r>
        <w:br/>
      </w:r>
      <w:r>
        <w:rPr>
          <w:sz w:val="20"/>
        </w:rPr>
        <w:t>22:55  this is the reason they say that there are so many problems." Maulana sahib, how should I address this question on revision of Quran?</w:t>
      </w:r>
      <w:r>
        <w:br/>
      </w:r>
      <w:r>
        <w:rPr>
          <w:sz w:val="20"/>
        </w:rPr>
        <w:t>23:05  please advise me. dekhiye, Quran ko revise karne ki baat to nahi hai, main is ko nahi manunga, lekin Musalmanon ka jo behavior hai,</w:t>
      </w:r>
      <w:r>
        <w:br/>
      </w:r>
      <w:r>
        <w:rPr>
          <w:sz w:val="20"/>
        </w:rPr>
        <w:t>23:18  is ko revise karna hai. you have to differentiate between Islam and Muslims. you have to judge Muslims in the light of Islamic teachings and not vice versa.</w:t>
      </w:r>
      <w:r>
        <w:br/>
      </w:r>
      <w:r>
        <w:rPr>
          <w:sz w:val="20"/>
        </w:rPr>
        <w:t>23:31  to sahi baat yahi hai ke Quran to ek eternal kitab hai, is mein revise ka mauqa nahi hai.</w:t>
      </w:r>
      <w:r>
        <w:br/>
      </w:r>
      <w:r>
        <w:rPr>
          <w:sz w:val="20"/>
        </w:rPr>
        <w:t>23:41  jo kuch ho raha hai triple talaq ke silsile mein, woh na Quran mein likha hai na Hadith mein likha hai.</w:t>
      </w:r>
      <w:r>
        <w:br/>
      </w:r>
      <w:r>
        <w:rPr>
          <w:sz w:val="20"/>
        </w:rPr>
        <w:t>23:50  yeh Musalmanon ka apna tareeqa hai. hum is ki Musalmanon ko koshish karen ke Musalmanon ko samajh aaye aur woh sahi rastay par chalne lagen.</w:t>
      </w:r>
    </w:p>
    <w:p>
      <w:pPr>
        <w:pStyle w:val="Heading2"/>
      </w:pPr>
      <w:r>
        <w:t>Sanskrit's preservation compared to Arabic</w:t>
      </w:r>
    </w:p>
    <w:p>
      <w:r>
        <w:rPr>
          <w:color w:val="666666"/>
          <w:sz w:val="18"/>
        </w:rPr>
        <w:t>Quran &amp; Tafsir · The Deeper Meaning of The Quran 18 Aug 2019 - Maulana Wahiduddin Khan · 1m 56s · at 45:23 · https://youtu.be/EYyhbiR_ZIQ?t=2723</w:t>
      </w:r>
    </w:p>
    <w:p>
      <w:r>
        <w:rPr>
          <w:i/>
        </w:rPr>
        <w:t>“Maulana, Arabic language is an exception in the history of languages. That it is as it is as it was at the time of revelation of the Quran fourteen hundred years ago. What is the case of Sanskrit language as it is also an ancient language?”</w:t>
      </w:r>
    </w:p>
    <w:p>
      <w:r>
        <w:rPr>
          <w:sz w:val="20"/>
        </w:rPr>
        <w:t>45:23  Maulana, agla sawal kiya hai abdulsalam siddiqui sahib ne. unhon ne location nahi likhi hai.</w:t>
      </w:r>
      <w:r>
        <w:br/>
      </w:r>
      <w:r>
        <w:rPr>
          <w:sz w:val="20"/>
        </w:rPr>
        <w:t>45:32  un ka sawal hai: "Maulana, Arabic language is an exception in the history of languages. That it is as it is as it was at the time of revelation of the Quran fourteen hundred years ago.</w:t>
      </w:r>
      <w:r>
        <w:br/>
      </w:r>
      <w:r>
        <w:rPr>
          <w:sz w:val="20"/>
        </w:rPr>
        <w:t>45:48  What is the case of Sanskrit language as it is also an ancient language?</w:t>
      </w:r>
      <w:r>
        <w:br/>
      </w:r>
      <w:r>
        <w:rPr>
          <w:sz w:val="20"/>
        </w:rPr>
        <w:t>45:54  Please throw some light on it." keh woh doosri zabaanein zinda zabaan nahi hain.</w:t>
      </w:r>
      <w:r>
        <w:br/>
      </w:r>
      <w:r>
        <w:rPr>
          <w:sz w:val="20"/>
        </w:rPr>
        <w:t>46:04  woh toh kuch scholars parhte hain is ko. jo doosri zabaanein jaise qadeem Greek, Sanskrit, yeh sab historical zabaanein hain aur bohat hi khaas kuch scholar log parhte hain is ko.</w:t>
      </w:r>
      <w:r>
        <w:br/>
      </w:r>
      <w:r>
        <w:rPr>
          <w:sz w:val="20"/>
        </w:rPr>
        <w:t>46:20  Arabi zabaan jo mehfooz hai, woh is maani mein keh bohat saare log, beshumaar log is ko parhte hain, samajhte hain, namazon mein parhte hain, taraweeh mein parhte hain,</w:t>
      </w:r>
      <w:r>
        <w:br/>
      </w:r>
      <w:r>
        <w:rPr>
          <w:sz w:val="20"/>
        </w:rPr>
        <w:t>46:34  madarson mein parhte hain. toh ek living language hai woh aaj bhi.</w:t>
      </w:r>
      <w:r>
        <w:br/>
      </w:r>
      <w:r>
        <w:rPr>
          <w:sz w:val="20"/>
        </w:rPr>
        <w:t>46:45  Doctor Junaid Sheikh ne Mumbai se likha hai: "Maulana, today I learned that to understand the Quran it is very important to be open-minded and have a spirit of inquiry.</w:t>
      </w:r>
      <w:r>
        <w:br/>
      </w:r>
      <w:r>
        <w:rPr>
          <w:sz w:val="20"/>
        </w:rPr>
        <w:t>46:59  Jazak Allah Maulana. Today I realized that before reading your books and listening to your lecture, what I believed in the name of religion was nothing but a degenerated version."</w:t>
      </w:r>
    </w:p>
    <w:p>
      <w:pPr>
        <w:pStyle w:val="Heading2"/>
      </w:pPr>
      <w:r>
        <w:t>Scope of Quran: God, afterlife, or all issues?</w:t>
      </w:r>
    </w:p>
    <w:p>
      <w:r>
        <w:rPr>
          <w:color w:val="666666"/>
          <w:sz w:val="18"/>
        </w:rPr>
        <w:t>Quran &amp; Tafsir · Dars-e-Quran, Chapter 25, V. 1 (Spreading Quran) September 9, 2018 · 1m 25s · at 51:29 · https://youtu.be/zf3V6LP2Qg0?t=3089</w:t>
      </w:r>
    </w:p>
    <w:p>
      <w:r>
        <w:rPr>
          <w:i/>
        </w:rPr>
        <w:t>“Quran focuses mostly on God and afterlife. If we say that, then in response they say that Quran discusses every issue of life. Maulana, what is the misunderstanding in this? Please clarify.”</w:t>
      </w:r>
    </w:p>
    <w:p>
      <w:r>
        <w:rPr>
          <w:sz w:val="20"/>
        </w:rPr>
        <w:t>51:29  maulana, agla sawal bheja hai maulana iqbal umri ne chennai se. unhon ne likha hai:</w:t>
      </w:r>
      <w:r>
        <w:br/>
      </w:r>
      <w:r>
        <w:rPr>
          <w:sz w:val="20"/>
        </w:rPr>
        <w:t>51:42  quran khuda aur akhirat ke bare mein hi zyada focus karti hai. agar hum aisa kehte hain to jawab mein woh kehte hain ke quran zindagi ke har masle mein guftagu karta hai.</w:t>
      </w:r>
      <w:r>
        <w:br/>
      </w:r>
      <w:r>
        <w:rPr>
          <w:sz w:val="20"/>
        </w:rPr>
        <w:t>51:57  maulana, is mein kya maghalta hai? is ko wazeh karen. mujh se misaal puchiye, har masle ke har masle ka lafz bhi ek bid'at hai.</w:t>
      </w:r>
      <w:r>
        <w:br/>
      </w:r>
      <w:r>
        <w:rPr>
          <w:sz w:val="20"/>
        </w:rPr>
        <w:t>52:07  har masla kya hai? akhirat ka masla, khuda ka masla, har masla nikal rakha hai. mukammal mukammal nizam, yeh sab bid'ati alfaaz hain.</w:t>
      </w:r>
      <w:r>
        <w:br/>
      </w:r>
      <w:r>
        <w:rPr>
          <w:sz w:val="20"/>
        </w:rPr>
        <w:t>52:23  quran ka mauzu yeh hai ke insaan Allah ko jaane aur woh kaam kare jis se us ko jannat mein dakhla mile.</w:t>
      </w:r>
      <w:r>
        <w:br/>
      </w:r>
      <w:r>
        <w:rPr>
          <w:sz w:val="20"/>
        </w:rPr>
        <w:t>52:37  yeh har mukammal nizam aur har masla, yeh sab logon ke apne khud sakhta alfaaz hain. jo aisa kehta hai, us se pucho ke kahan kahan hai woh ayat?</w:t>
      </w:r>
      <w:r>
        <w:br/>
      </w:r>
      <w:r>
        <w:rPr>
          <w:sz w:val="20"/>
        </w:rPr>
        <w:t>52:47  woh ayat batao.</w:t>
      </w:r>
    </w:p>
    <w:p>
      <w:pPr>
        <w:pStyle w:val="Heading2"/>
      </w:pPr>
      <w:r>
        <w:t>Secret behind making Ibrahim's station a prayer place</w:t>
      </w:r>
    </w:p>
    <w:p>
      <w:r>
        <w:rPr>
          <w:color w:val="666666"/>
          <w:sz w:val="18"/>
        </w:rPr>
        <w:t>Quran &amp; Tafsir · Story of the Prophet Yusuf May 11, 2014 Maulana Wahiduddin Khan · 33s · at 1:03:32 · https://youtu.be/2alsBthUWhw?t=3812</w:t>
      </w:r>
    </w:p>
    <w:p>
      <w:r>
        <w:rPr>
          <w:i/>
        </w:rPr>
        <w:t>“Allah Ta'ala mentioned the best story about Yusuf (peace be upon him), but regarding Ibrahim (peace be upon him) He said to make Ibrahim's station as a place of prayer. What is the secret in this?”</w:t>
      </w:r>
    </w:p>
    <w:p>
      <w:r>
        <w:rPr>
          <w:sz w:val="20"/>
        </w:rPr>
        <w:t>1:03:32  maulana agla sawal hapur se hai habib razi sahib ne kiya hai</w:t>
      </w:r>
      <w:r>
        <w:br/>
      </w:r>
      <w:r>
        <w:rPr>
          <w:sz w:val="20"/>
        </w:rPr>
        <w:t>1:03:37  unhon ne likha hai Allah taala ne behtareen qism behtareen qissa to yusuf alaihissalam ko bataya magar ibrahim alaihissalam ke baray mein kaha hai ke ibrahim alaihissalam ke maqam ko apna musalla banao is mein is mein kya raaz hai is ke baray mein bataen theek koi bhai samajh nahi kiya sawal hai yeh to koi sawal hi nahi hai bhai woh alag cheez hai woh alag cheez hai</w:t>
      </w:r>
    </w:p>
    <w:p>
      <w:pPr>
        <w:pStyle w:val="Heading2"/>
      </w:pPr>
      <w:r>
        <w:t>Separating history from Quran understanding</w:t>
      </w:r>
    </w:p>
    <w:p>
      <w:r>
        <w:rPr>
          <w:color w:val="666666"/>
          <w:sz w:val="18"/>
        </w:rPr>
        <w:t>Quran &amp; Tafsir · The Importance of the Quran May 15, 2016 Maulana Wahiduddin Khan · 1m 03s · at 54:30 · https://youtu.be/9a-OOUR_bLg?t=3270</w:t>
      </w:r>
    </w:p>
    <w:p>
      <w:r>
        <w:rPr>
          <w:i/>
        </w:rPr>
        <w:t>“What does it mean to separate history in the understanding of the Quran?”</w:t>
      </w:r>
    </w:p>
    <w:p>
      <w:r>
        <w:rPr>
          <w:sz w:val="20"/>
        </w:rPr>
        <w:t>54:30  Maulana, agla sawal Atef Rafiq sahib ne bheja hai USA se. Unhone aap se poocha hai: "That what does it mean to separate history in the understanding of the Quran?</w:t>
      </w:r>
      <w:r>
        <w:br/>
      </w:r>
      <w:r>
        <w:rPr>
          <w:sz w:val="20"/>
        </w:rPr>
        <w:t>54:43  ?" is ke bare mein bataein. maine to misalein di hain aap ko, itni sari misalein ke nasb al-imam jo hai, woh histree ka part hai, woh quran ka part nahi hai.</w:t>
      </w:r>
      <w:r>
        <w:br/>
      </w:r>
      <w:r>
        <w:rPr>
          <w:sz w:val="20"/>
        </w:rPr>
        <w:t>54:56  kyun? quran mein kahin likha hua nahi ke hamesha tumhare andar ek imam hona chahiye. imam nahi rahega to jahiliyat jaldi ho jayegi.</w:t>
      </w:r>
      <w:r>
        <w:br/>
      </w:r>
      <w:r>
        <w:rPr>
          <w:sz w:val="20"/>
        </w:rPr>
        <w:t>55:07  baad ke zamane mein shatb rasool, baad ke zamane mein bana qata' murtad, baad ke zamane mein bana.</w:t>
      </w:r>
      <w:r>
        <w:br/>
      </w:r>
      <w:r>
        <w:rPr>
          <w:sz w:val="20"/>
        </w:rPr>
        <w:t>55:16  to jo cheez rasool Allah, jo cheez baad ke zamane mein bani, woh part of histree hai aur jo quran mein hai ya rasool Allah ke zamane mein bani, woh part of islam hai.</w:t>
      </w:r>
    </w:p>
    <w:p>
      <w:pPr>
        <w:pStyle w:val="Heading2"/>
      </w:pPr>
      <w:r>
        <w:t>Starting point for Tadabbur in Quran</w:t>
      </w:r>
    </w:p>
    <w:p>
      <w:r>
        <w:rPr>
          <w:color w:val="666666"/>
          <w:sz w:val="18"/>
        </w:rPr>
        <w:t>Quran &amp; Tafsir · Angle of Vision February 28, 2016 · 58s · at 55:40 · https://youtu.be/dFZ7_x1Ul7A?t=3340</w:t>
      </w:r>
    </w:p>
    <w:p>
      <w:r>
        <w:rPr>
          <w:i/>
        </w:rPr>
        <w:t>“I am not able to understand how to do Tadabbur. What is the starting point for doing Tadabbur in Quran?”</w:t>
      </w:r>
    </w:p>
    <w:p>
      <w:r>
        <w:rPr>
          <w:sz w:val="20"/>
        </w:rPr>
        <w:t>55:40  Maulana, agla sawal kiya hai Dr. Safeena Tabassum ne Ajmer se, aur unhon ne poocha hai aap se</w:t>
      </w:r>
      <w:r>
        <w:br/>
      </w:r>
      <w:r>
        <w:rPr>
          <w:sz w:val="20"/>
        </w:rPr>
        <w:t>55:46  keh Maulana sahib I am not able to understand how to do tadabbur.</w:t>
      </w:r>
      <w:r>
        <w:br/>
      </w:r>
      <w:r>
        <w:rPr>
          <w:sz w:val="20"/>
        </w:rPr>
        <w:t>55:53  What is the starting point for doing tadabbur in Quran?</w:t>
      </w:r>
      <w:r>
        <w:br/>
      </w:r>
      <w:r>
        <w:rPr>
          <w:sz w:val="20"/>
        </w:rPr>
        <w:t>55:58  Bhai aap doctor hain, aap history parhiye, medical science ki history parhiye.</w:t>
      </w:r>
      <w:r>
        <w:br/>
      </w:r>
      <w:r>
        <w:rPr>
          <w:sz w:val="20"/>
        </w:rPr>
        <w:t>56:04  Jitni dawaiyan hain, woh sab tadabbur se taseer hoti hain.</w:t>
      </w:r>
      <w:r>
        <w:br/>
      </w:r>
      <w:r>
        <w:rPr>
          <w:sz w:val="20"/>
        </w:rPr>
        <w:t>56:10  جتنی دوائیں ہیں، کوئی effect کسی چیز کے سامنے آیا، effect وہاں پر scientist نے سوچنا شروع کیا۔</w:t>
      </w:r>
      <w:r>
        <w:br/>
      </w:r>
      <w:r>
        <w:rPr>
          <w:sz w:val="20"/>
        </w:rPr>
        <w:t>56:16  Phir maloom hua keh yeh yeh cheez to falan marz mein mufeed hai, is ke liye yeh dawa</w:t>
      </w:r>
      <w:r>
        <w:br/>
      </w:r>
      <w:r>
        <w:rPr>
          <w:sz w:val="20"/>
        </w:rPr>
        <w:t>56:21  ban sakti hai.</w:t>
      </w:r>
      <w:r>
        <w:br/>
      </w:r>
      <w:r>
        <w:rPr>
          <w:sz w:val="20"/>
        </w:rPr>
        <w:t>56:27  Puri medical history jo hai, tadabbur ki history hai, wahi aap bhi kijiye.</w:t>
      </w:r>
      <w:r>
        <w:br/>
      </w:r>
      <w:r>
        <w:rPr>
          <w:sz w:val="20"/>
        </w:rPr>
        <w:t>56:33  Aap doctor hain, aap is ko samajh sakte hain.</w:t>
      </w:r>
    </w:p>
    <w:p>
      <w:pPr>
        <w:pStyle w:val="Heading2"/>
      </w:pPr>
      <w:r>
        <w:t>Suggestions for Supportive Quran Literature</w:t>
      </w:r>
    </w:p>
    <w:p>
      <w:r>
        <w:rPr>
          <w:color w:val="666666"/>
          <w:sz w:val="18"/>
        </w:rPr>
        <w:t>Quran &amp; Tafsir · The Straight Path October 30, 2011 Maulana Wahiduddin Khan · 1m 03s · at 1:37:29 · https://youtu.be/PKFHe82Jz58?t=5849</w:t>
      </w:r>
    </w:p>
    <w:p>
      <w:r>
        <w:rPr>
          <w:i/>
        </w:rPr>
        <w:t>“You have mentioned that together with Quran one should also provide supportive literature. Kindly suggest names of a few such supportive literature.”</w:t>
      </w:r>
    </w:p>
    <w:p>
      <w:r>
        <w:rPr>
          <w:sz w:val="20"/>
        </w:rPr>
        <w:t>1:37:29  iska theek. maulana, mister idrees ne raipur se phir se sawal kiya hai. unhone likha hai ke: "you have mentioned today that together with quran one should also provide supportive literature.</w:t>
      </w:r>
      <w:r>
        <w:br/>
      </w:r>
      <w:r>
        <w:rPr>
          <w:sz w:val="20"/>
        </w:rPr>
        <w:t>1:37:45  maulana, kindly suggest names of this few supportive literature."</w:t>
      </w:r>
      <w:r>
        <w:br/>
      </w:r>
      <w:r>
        <w:rPr>
          <w:sz w:val="20"/>
        </w:rPr>
        <w:t>1:37:51  main to apni kitaab bataunga ke doctor ke paas jayenge to doctor apne hi apne hi nuskhe batayega na ke doosre ko bhi batayega.</w:t>
      </w:r>
      <w:r>
        <w:br/>
      </w:r>
      <w:r>
        <w:rPr>
          <w:sz w:val="20"/>
        </w:rPr>
        <w:t>1:38:00  woh koi doctor aisa nahi milega jo jiske haan aap jayein to bataye doosre ki nuskhe batane lage.</w:t>
      </w:r>
      <w:r>
        <w:br/>
      </w:r>
      <w:r>
        <w:rPr>
          <w:sz w:val="20"/>
        </w:rPr>
        <w:t>1:38:09  to main to apni literature bataunga ke meri kitabein padhiye. baqi aap jaanein, baqi aur kitabein agar aap ke nazdeek hain to aap woh aap ka.</w:t>
      </w:r>
      <w:r>
        <w:br/>
      </w:r>
      <w:r>
        <w:rPr>
          <w:sz w:val="20"/>
        </w:rPr>
        <w:t>1:38:18  that is your domain,</w:t>
      </w:r>
      <w:r>
        <w:br/>
      </w:r>
      <w:r>
        <w:rPr>
          <w:sz w:val="20"/>
        </w:rPr>
        <w:t>1:38:20  that not my domain.</w:t>
      </w:r>
      <w:r>
        <w:br/>
      </w:r>
      <w:r>
        <w:rPr>
          <w:sz w:val="20"/>
        </w:rPr>
        <w:t>1:38:27  ki sahib, theek hai.</w:t>
      </w:r>
    </w:p>
    <w:p>
      <w:pPr>
        <w:pStyle w:val="Heading2"/>
      </w:pPr>
      <w:r>
        <w:t>Suggestions for first-time Quran readers</w:t>
      </w:r>
    </w:p>
    <w:p>
      <w:r>
        <w:rPr>
          <w:color w:val="666666"/>
          <w:sz w:val="18"/>
        </w:rPr>
        <w:t>Quran &amp; Tafsir · Dars-e-Quran, Chapter 25, V. 1 (Spreading Quran) September 9, 2018 · 1m 40s · at 53:40 · https://youtu.be/zf3V6LP2Qg0?t=3220</w:t>
      </w:r>
    </w:p>
    <w:p>
      <w:r>
        <w:rPr>
          <w:i/>
        </w:rPr>
        <w:t>“When a reader reads Quran for the first time, his heart and mind gets flooded with curiosity and that how he should start it, because Quran is not in a story format, it is present in verses. What is your suggestion for reading the Quran by non-Muslims and those who are reading the Quran for the first time?”</w:t>
      </w:r>
    </w:p>
    <w:p>
      <w:r>
        <w:rPr>
          <w:sz w:val="20"/>
        </w:rPr>
        <w:t>53:40  maulana, agla sawal bheja hai ek srinagar se aamir mori sahab ne. unhon ne likha hai:</w:t>
      </w:r>
      <w:r>
        <w:br/>
      </w:r>
      <w:r>
        <w:rPr>
          <w:sz w:val="20"/>
        </w:rPr>
        <w:t>53:49  when a reader reads quran for the first time, his heart and mind gets filled with curiosity and that how he should start it, because quran is not in a story format, it is present in verses.</w:t>
      </w:r>
      <w:r>
        <w:br/>
      </w:r>
      <w:r>
        <w:rPr>
          <w:sz w:val="20"/>
        </w:rPr>
        <w:t>54:07  maulana sahab, what is your suggestion of reading the quran by non muslims or those who are reading quran for the first time?</w:t>
      </w:r>
      <w:r>
        <w:br/>
      </w:r>
      <w:r>
        <w:rPr>
          <w:sz w:val="20"/>
        </w:rPr>
        <w:t>54:20  main bar bar samajhta hoon ke koi is ka formula nahi hai. quran ka tarjuma un ki understandable language mein dijiye, bas woh apne aap hi padhenge.</w:t>
      </w:r>
      <w:r>
        <w:br/>
      </w:r>
      <w:r>
        <w:rPr>
          <w:sz w:val="20"/>
        </w:rPr>
        <w:t>54:31  sari duniya mein log chahte hain padhna, yahi kafi hai. aap jahan bhi jaiye, jahan bhi jaiye, log chahte hain quran ko padhna.</w:t>
      </w:r>
      <w:r>
        <w:br/>
      </w:r>
      <w:r>
        <w:rPr>
          <w:sz w:val="20"/>
        </w:rPr>
        <w:t>54:42  aap denge, woh woh padhega. is ke siwa kisi aur cheez ki zaroorat hi nahi hai.</w:t>
      </w:r>
      <w:r>
        <w:br/>
      </w:r>
      <w:r>
        <w:rPr>
          <w:sz w:val="20"/>
        </w:rPr>
        <w:t>54:53  khwaja kaleemuddin sahab ne pennsylvania se comment likha hai: maulana sahab, you have unfolded islamic wisdom to us so much, but we are falling short in disseminating it.</w:t>
      </w:r>
      <w:r>
        <w:br/>
      </w:r>
      <w:r>
        <w:rPr>
          <w:sz w:val="20"/>
        </w:rPr>
        <w:t>55:07  please make dua for us that allah strengthen us in this task. inshallah, inshallah.</w:t>
      </w:r>
    </w:p>
    <w:p>
      <w:pPr>
        <w:pStyle w:val="Heading2"/>
      </w:pPr>
      <w:r>
        <w:t>Ta'lif al-qulub and Surah Al-Kafirun</w:t>
      </w:r>
    </w:p>
    <w:p>
      <w:r>
        <w:rPr>
          <w:color w:val="666666"/>
          <w:sz w:val="18"/>
        </w:rPr>
        <w:t>Quran &amp; Tafsir · Lessons from My Journey to Canada II January 10, 2016 · 1m 41s · at 58:54 · https://youtu.be/GHF2Ph3GW7A?t=3534</w:t>
      </w:r>
    </w:p>
    <w:p>
      <w:r>
        <w:rPr>
          <w:i/>
        </w:rPr>
        <w:t>“You wrote in an issue of Al-Risala that there is no limit to ta'lif al-qulub (reconciliation of hearts). Please tell me why Surah Al-Kafirun was revealed? Is there any difference between the two?”</w:t>
      </w:r>
    </w:p>
    <w:p>
      <w:r>
        <w:rPr>
          <w:sz w:val="20"/>
        </w:rPr>
        <w:t>58:54  maulana, agla sawal thane se aya hai mansoor sardar sahab ne kiya hai, aur unhone likha hai</w:t>
      </w:r>
      <w:r>
        <w:br/>
      </w:r>
      <w:r>
        <w:rPr>
          <w:sz w:val="20"/>
        </w:rPr>
        <w:t>59:00  ke "maulana, aap ne al risala ke ek issue mein likha hai ke talif e qalb ki koi had nahi,</w:t>
      </w:r>
      <w:r>
        <w:br/>
      </w:r>
      <w:r>
        <w:rPr>
          <w:sz w:val="20"/>
        </w:rPr>
        <w:t>59:08  to mujhe yeh batayen ke surah al kafiroon kyun nazil hua? kya dono ke darmiyan koi farq hai?" is</w:t>
      </w:r>
      <w:r>
        <w:br/>
      </w:r>
      <w:r>
        <w:rPr>
          <w:sz w:val="20"/>
        </w:rPr>
        <w:t>59:16  ko wazeh karen.</w:t>
      </w:r>
      <w:r>
        <w:br/>
      </w:r>
      <w:r>
        <w:rPr>
          <w:sz w:val="20"/>
        </w:rPr>
        <w:t>59:18  surah al kafiroon se talif e qalb ka koi talluq nahi.</w:t>
      </w:r>
      <w:r>
        <w:br/>
      </w:r>
      <w:r>
        <w:rPr>
          <w:sz w:val="20"/>
        </w:rPr>
        <w:t>59:23  is mein aisi koi baat to hai nahi.</w:t>
      </w:r>
      <w:r>
        <w:br/>
      </w:r>
      <w:r>
        <w:rPr>
          <w:sz w:val="20"/>
        </w:rPr>
        <w:t>59:26  talif e qalb karo ya talif e qalb na karo, yeh to is mein kahin hai nahi.</w:t>
      </w:r>
      <w:r>
        <w:br/>
      </w:r>
      <w:r>
        <w:rPr>
          <w:sz w:val="20"/>
        </w:rPr>
        <w:t>59:32  talif e qalb ka masla to surah at tubah mein hai.</w:t>
      </w:r>
      <w:r>
        <w:br/>
      </w:r>
      <w:r>
        <w:rPr>
          <w:sz w:val="20"/>
        </w:rPr>
        <w:t>59:39  to mein nahi samajh saka ke surah al kafiroon se is ka kya talluq hai.</w:t>
      </w:r>
      <w:r>
        <w:br/>
      </w:r>
      <w:r>
        <w:rPr>
          <w:sz w:val="20"/>
        </w:rPr>
        <w:t>59:46  yeh dawat ka, talif e qalb ka mozu, dawat ka mozu hai, aur woh surah at tubah mein bataya gaya</w:t>
      </w:r>
      <w:r>
        <w:br/>
      </w:r>
      <w:r>
        <w:rPr>
          <w:sz w:val="20"/>
        </w:rPr>
        <w:t>59:53  hai. Aur yeh fitrat ka qanoon hai.</w:t>
      </w:r>
      <w:r>
        <w:br/>
      </w:r>
      <w:r>
        <w:rPr>
          <w:sz w:val="20"/>
        </w:rPr>
        <w:t>59:57  Jaise jo business man hotay hain, un ka haq aata hai customer behaviour, customer friendly behaviour.</w:t>
      </w:r>
      <w:r>
        <w:br/>
      </w:r>
      <w:r>
        <w:rPr>
          <w:sz w:val="20"/>
        </w:rPr>
        <w:t>1:00:06  Yaani business world mein bola jata hai customer friendly behaviour.</w:t>
      </w:r>
      <w:r>
        <w:br/>
      </w:r>
      <w:r>
        <w:rPr>
          <w:sz w:val="20"/>
        </w:rPr>
        <w:t>1:00:11  Yahi to hai talif-e-qalb.</w:t>
      </w:r>
      <w:r>
        <w:br/>
      </w:r>
      <w:r>
        <w:rPr>
          <w:sz w:val="20"/>
        </w:rPr>
        <w:t>1:00:13  To talif-e-qalb aik aik aam baat hai, aik laaf nature hai.</w:t>
      </w:r>
      <w:r>
        <w:br/>
      </w:r>
      <w:r>
        <w:rPr>
          <w:sz w:val="20"/>
        </w:rPr>
        <w:t>1:00:17  Woh koi mushir cheez nahi hai.</w:t>
      </w:r>
      <w:r>
        <w:br/>
      </w:r>
      <w:r>
        <w:rPr>
          <w:sz w:val="20"/>
        </w:rPr>
        <w:t>1:00:20  Jis cheez ko business world mein kehtay hain customer friendly behaviour, wahi daai ke liye hai madu friendly</w:t>
      </w:r>
      <w:r>
        <w:br/>
      </w:r>
      <w:r>
        <w:rPr>
          <w:sz w:val="20"/>
        </w:rPr>
        <w:t>1:00:28  behaviour. Bas madu friendly behaviour ka naam hai talif-e-qalb.</w:t>
      </w:r>
    </w:p>
    <w:p>
      <w:pPr>
        <w:pStyle w:val="Heading2"/>
      </w:pPr>
      <w:r>
        <w:t>Teaching Quran to objective minds</w:t>
      </w:r>
    </w:p>
    <w:p>
      <w:r>
        <w:rPr>
          <w:color w:val="666666"/>
          <w:sz w:val="18"/>
        </w:rPr>
        <w:t>Quran &amp; Tafsir · The Straight Path October 30, 2011 Maulana Wahiduddin Khan · 47s · at 1:36:42 · https://youtu.be/PKFHe82Jz58?t=5802</w:t>
      </w:r>
    </w:p>
    <w:p>
      <w:r>
        <w:rPr>
          <w:i/>
        </w:rPr>
        <w:t>“We are having Quran classes every Friday in our college. How can we teach and learn Quran in a way that is fruitful for shaping our life and at the same time seems reasonable to objective minds?”</w:t>
      </w:r>
    </w:p>
    <w:p>
      <w:r>
        <w:rPr>
          <w:sz w:val="20"/>
        </w:rPr>
        <w:t>1:36:42  mister riyaz bhat ne kashmir se sawal kiya hai. unhone likha hai: "we are having quran classes every friday in our college.</w:t>
      </w:r>
      <w:r>
        <w:br/>
      </w:r>
      <w:r>
        <w:rPr>
          <w:sz w:val="20"/>
        </w:rPr>
        <w:t>1:36:51  how can we teach or learn quran? which can be fruitful for us in shaping our life and at the same time same reasonable to our objective minds?" kindly comment.</w:t>
      </w:r>
      <w:r>
        <w:br/>
      </w:r>
      <w:r>
        <w:rPr>
          <w:sz w:val="20"/>
        </w:rPr>
        <w:t>1:37:07  bhai, iska koi mechanical tareeqa to hai nahi.</w:t>
      </w:r>
      <w:r>
        <w:br/>
      </w:r>
      <w:r>
        <w:rPr>
          <w:sz w:val="20"/>
        </w:rPr>
        <w:t>1:37:12  koi aisa, yani aap padhiye, dua kijiye,</w:t>
      </w:r>
      <w:r>
        <w:br/>
      </w:r>
      <w:r>
        <w:rPr>
          <w:sz w:val="20"/>
        </w:rPr>
        <w:t>1:37:21  logon ke mind ko samjhiye, uske mutabiq baatein kahiye. iska koi, yani hard and fast rule nahi hai.</w:t>
      </w:r>
    </w:p>
    <w:p>
      <w:pPr>
        <w:pStyle w:val="Heading2"/>
      </w:pPr>
      <w:r>
        <w:t>Things to Avoid for a Deep Quran Connection</w:t>
      </w:r>
    </w:p>
    <w:p>
      <w:r>
        <w:rPr>
          <w:color w:val="666666"/>
          <w:sz w:val="18"/>
        </w:rPr>
        <w:t>Quran &amp; Tafsir · The Quran September 20, 2020 Maulana Wahiduddin Khan · 56s · at 32:05 · https://youtu.be/yQZGg2A0-Tk?t=1925</w:t>
      </w:r>
    </w:p>
    <w:p>
      <w:r>
        <w:rPr>
          <w:i/>
        </w:rPr>
        <w:t>“What are the things we will have to avoid so that we can build a deep connection with the Quran? Please tell us about this.”</w:t>
      </w:r>
    </w:p>
    <w:p>
      <w:r>
        <w:rPr>
          <w:sz w:val="20"/>
        </w:rPr>
        <w:t>32:05  Maulana, agla sawal lete hain. Yeh Mahboob bhai ne bheja hai Mumbai se. Unhon ne likha hai: "Maulana, aisi kaun si baaten hain jo hamein avoid karni hongi jis se hamein Quran se gehra ta'alluq bana rahe?</w:t>
      </w:r>
      <w:r>
        <w:br/>
      </w:r>
      <w:r>
        <w:rPr>
          <w:sz w:val="20"/>
        </w:rPr>
        <w:t>32:22  Is ke bare mein bataen."</w:t>
      </w:r>
      <w:r>
        <w:br/>
      </w:r>
      <w:r>
        <w:rPr>
          <w:sz w:val="20"/>
        </w:rPr>
        <w:t>32:24  Main to samajhta hoon ke ek hi shart hai: woh hai distraction. Distraction se apne ko bachana hoga.</w:t>
      </w:r>
      <w:r>
        <w:br/>
      </w:r>
      <w:r>
        <w:rPr>
          <w:sz w:val="20"/>
        </w:rPr>
        <w:t>32:35  Distraction, theek hai? Distraction bhi kya cheezen woh hain jo aap ko disturb karti hain? To is ke liye aap ko ghaur fikr karna hoga, muta'ala karna hoga.</w:t>
      </w:r>
      <w:r>
        <w:br/>
      </w:r>
      <w:r>
        <w:rPr>
          <w:sz w:val="20"/>
        </w:rPr>
        <w:t>32:51  Kyunke fehrist koi nahin hai. Fehrist nahin koi hai.</w:t>
      </w:r>
    </w:p>
    <w:p>
      <w:pPr>
        <w:pStyle w:val="Heading2"/>
      </w:pPr>
      <w:r>
        <w:t>Translating Allah's name as God in Quran</w:t>
      </w:r>
    </w:p>
    <w:p>
      <w:r>
        <w:rPr>
          <w:color w:val="666666"/>
          <w:sz w:val="18"/>
        </w:rPr>
        <w:t>Quran &amp; Tafsir · Hadith Prediction November 3, 2013 · 1m 49s · at 1:09:14 · https://youtu.be/cb5Lzw9c8aE?t=4154</w:t>
      </w:r>
    </w:p>
    <w:p>
      <w:r>
        <w:rPr>
          <w:i/>
        </w:rPr>
        <w:t>“Can we translate the name of Allah in the regional interpretations of Quran of Telugu, Tamil and English with the word God? What is your advice?”</w:t>
      </w:r>
    </w:p>
    <w:p>
      <w:r>
        <w:rPr>
          <w:sz w:val="20"/>
        </w:rPr>
        <w:t>1:09:14  woh shosha hai. Maulana, agla sawal Hyderabad se hai Mr. Jainat ka. unhone likha hai Maulana sahab Can we translate the name of Allah in the regional interpretations of Quran of Telugu, Tamil and English with the word God</w:t>
      </w:r>
      <w:r>
        <w:br/>
      </w:r>
      <w:r>
        <w:rPr>
          <w:sz w:val="20"/>
        </w:rPr>
        <w:t>1:09:33  ? What is your advice? dekhein, main tarjume ke haq mein nahi hoon. yeh yeh tarjuma connect cheez nahi hoti hai.</w:t>
      </w:r>
      <w:r>
        <w:br/>
      </w:r>
      <w:r>
        <w:rPr>
          <w:sz w:val="20"/>
        </w:rPr>
        <w:t>1:09:43  yeh yeh is ke baad is baat, is ka talluq is baat se hai ke logon mein aam taur par konsa lafz raaj ho chuka hai.</w:t>
      </w:r>
      <w:r>
        <w:br/>
      </w:r>
      <w:r>
        <w:rPr>
          <w:sz w:val="20"/>
        </w:rPr>
        <w:t>1:09:52  is mein lafz Allah bhi dekhiye, pehle mushrikeen ka lafz tha. yeh is par amal bhi karna, koi Jibrael ka diya hua lafz nahi hai. yeh mushrikeen yeh lafz bolte thay.</w:t>
      </w:r>
      <w:r>
        <w:br/>
      </w:r>
      <w:r>
        <w:rPr>
          <w:sz w:val="20"/>
        </w:rPr>
        <w:t>1:10:02  Allah</w:t>
      </w:r>
      <w:r>
        <w:br/>
      </w:r>
      <w:r>
        <w:rPr>
          <w:sz w:val="20"/>
        </w:rPr>
        <w:t>1:10:04  Quran se sabit hai. yeh baat isi tarah se dekhiye, musalman jab Iran mein gaye to Iran mein Farsi zaban thi.</w:t>
      </w:r>
      <w:r>
        <w:br/>
      </w:r>
      <w:r>
        <w:rPr>
          <w:sz w:val="20"/>
        </w:rPr>
        <w:t>1:10:16  wahan par Khuda ka lafz bola jata tha. to musalmanon ne Khuda ka lafz adopt kar liya. ab bare peymane par Khuda ka lafz bola jane laga.</w:t>
      </w:r>
      <w:r>
        <w:br/>
      </w:r>
      <w:r>
        <w:rPr>
          <w:sz w:val="20"/>
        </w:rPr>
        <w:t>1:10:26  to jo lafz is tarah se raaij ho jaye, wohi lafz humein istemal karna hai.</w:t>
      </w:r>
      <w:r>
        <w:br/>
      </w:r>
      <w:r>
        <w:rPr>
          <w:sz w:val="20"/>
        </w:rPr>
        <w:t>1:10:30  koi naya lafz hum tarjume ke taur par shamil karein, yeh woh sahi nahi hoga. yeh baat tarjume ki nahi, balkeh riwaj ki hai. yaad rakhiye, yeh masla tarjume, yeh muamla tarjume ka muamla nahi hai,</w:t>
      </w:r>
      <w:r>
        <w:br/>
      </w:r>
      <w:r>
        <w:rPr>
          <w:sz w:val="20"/>
        </w:rPr>
        <w:t>1:10:43  balkeh aam riwaj ka muamla hai. aam riwaj Khuda ka ho chuka hai, to Khuda hum istemal kar sakte hain.</w:t>
      </w:r>
      <w:r>
        <w:br/>
      </w:r>
      <w:r>
        <w:rPr>
          <w:sz w:val="20"/>
        </w:rPr>
        <w:t>1:10:51  lekin jin alfaz ka aam riwaj nahi hua hai, hum tarjuma kar ke us ko chhapen apni kitabon mein, main us ko sahi nahi samajhta.</w:t>
      </w:r>
    </w:p>
    <w:p>
      <w:pPr>
        <w:pStyle w:val="Heading2"/>
      </w:pPr>
      <w:r>
        <w:t>Unanswered prayers and the promise of God</w:t>
      </w:r>
    </w:p>
    <w:p>
      <w:r>
        <w:rPr>
          <w:color w:val="666666"/>
          <w:sz w:val="18"/>
        </w:rPr>
        <w:t>Quran &amp; Tafsir · How God Manages Human History December 23, 2018 · 1m 25s · at 1:00:40 · https://youtu.be/j_yxigrCl5U?t=3640</w:t>
      </w:r>
    </w:p>
    <w:p>
      <w:r>
        <w:rPr>
          <w:i/>
        </w:rPr>
        <w:t>“Referring to your yesterday's lecture, I have a question: there are many things which people ask in dua but they don't receive them in this world. Then what does this ayat mean which says we have given everything you asked for?”</w:t>
      </w:r>
    </w:p>
    <w:p>
      <w:r>
        <w:rPr>
          <w:sz w:val="20"/>
        </w:rPr>
        <w:t>1:00:40  Maulana, agla sawal Pakistan se Miss Dania Mustafa ne kiya hai. unhone likha hai: "Maulana sahib, referring to your yesterday's lecture, I have a question that there are many things which people ask in dua but they don't receive them in this dunya.</w:t>
      </w:r>
      <w:r>
        <w:br/>
      </w:r>
      <w:r>
        <w:rPr>
          <w:sz w:val="20"/>
        </w:rPr>
        <w:t>1:01:01  Then what does this ayat means which says we have given everything you asked for?"</w:t>
      </w:r>
      <w:r>
        <w:br/>
      </w:r>
      <w:r>
        <w:rPr>
          <w:sz w:val="20"/>
        </w:rPr>
        <w:t>1:01:14  bhai, woh potential sense mein hai, potential. actual sense mein to actualize to aap ko karna hai. ka hota hai iske apni aql ko istemal kijiye, art of measurement seekhiye.</w:t>
      </w:r>
      <w:r>
        <w:br/>
      </w:r>
      <w:r>
        <w:rPr>
          <w:sz w:val="20"/>
        </w:rPr>
        <w:t>1:01:28  woh potential sense mein hai,</w:t>
      </w:r>
      <w:r>
        <w:br/>
      </w:r>
      <w:r>
        <w:rPr>
          <w:sz w:val="20"/>
        </w:rPr>
        <w:t>1:01:33  hata ke pani itni aam cheez hai. subah ko main jab is mein gaya bathroom mein to main socha ke pani ko istemal karne ke liye mujhe ek system lagana parega.</w:t>
      </w:r>
      <w:r>
        <w:br/>
      </w:r>
      <w:r>
        <w:rPr>
          <w:sz w:val="20"/>
        </w:rPr>
        <w:t>1:01:48  to kal hi hum ne ek plumber ko bulaya. to Allah taala ne sab kuch diya hai, including pani.</w:t>
      </w:r>
      <w:r>
        <w:br/>
      </w:r>
      <w:r>
        <w:rPr>
          <w:sz w:val="20"/>
        </w:rPr>
        <w:t>1:01:56  lekin manage to aap ko karna hai, isko actualize to aap ko karna hai.</w:t>
      </w:r>
    </w:p>
    <w:p>
      <w:pPr>
        <w:pStyle w:val="Heading2"/>
      </w:pPr>
      <w:r>
        <w:t>Understanding Kitab and Hikmah in Quran</w:t>
      </w:r>
    </w:p>
    <w:p>
      <w:r>
        <w:rPr>
          <w:color w:val="666666"/>
          <w:sz w:val="18"/>
        </w:rPr>
        <w:t>Quran &amp; Tafsir · Studying The Quran with Open Mind October 20, 2019 Maulana Wahiduddin Khan · 1m 00s · at 51:15 · https://youtu.be/OPyJO5TP_wI?t=3075</w:t>
      </w:r>
    </w:p>
    <w:p>
      <w:r>
        <w:rPr>
          <w:i/>
        </w:rPr>
        <w:t>“If I could correctly understand the explanation of Kitab and Hikmah, it is that the Quran is a divine message which addresses the mankind in hints and quotes and...”</w:t>
      </w:r>
    </w:p>
    <w:p>
      <w:r>
        <w:rPr>
          <w:sz w:val="20"/>
        </w:rPr>
        <w:t>51:15  thank you so much Maulana for this concept either to unknown to me jazak Allah Maulana agla sawal bheja hai Riyaz Bhatt sahib ne</w:t>
      </w:r>
      <w:r>
        <w:br/>
      </w:r>
      <w:r>
        <w:rPr>
          <w:sz w:val="20"/>
        </w:rPr>
        <w:t>51:31  bangalore se unho ne likha hai molana sahib if i could correctly understand the explanation of kitab and</w:t>
      </w:r>
      <w:r>
        <w:br/>
      </w:r>
      <w:r>
        <w:rPr>
          <w:sz w:val="20"/>
        </w:rPr>
        <w:t>51:38  hikmah it is that the quran is divine message which addresses the mankind in hints and quotes and</w:t>
      </w:r>
      <w:r>
        <w:br/>
      </w:r>
      <w:r>
        <w:rPr>
          <w:sz w:val="20"/>
        </w:rPr>
        <w:t>51:48  the human intellect has to explore the messages given in these hints and quotes for application in given</w:t>
      </w:r>
      <w:r>
        <w:br/>
      </w:r>
      <w:r>
        <w:rPr>
          <w:sz w:val="20"/>
        </w:rPr>
        <w:t>51:56  circumstances molana sahib have i got this correct</w:t>
      </w:r>
      <w:r>
        <w:br/>
      </w:r>
      <w:r>
        <w:rPr>
          <w:sz w:val="20"/>
        </w:rPr>
        <w:t>52:06  haan theek hai mere khayal mein is mein koi be theek baat to hai nahi</w:t>
      </w:r>
    </w:p>
    <w:p>
      <w:pPr>
        <w:pStyle w:val="Heading2"/>
      </w:pPr>
      <w:r>
        <w:t>Understanding Quran 3:103 on brotherhood</w:t>
      </w:r>
    </w:p>
    <w:p>
      <w:r>
        <w:rPr>
          <w:color w:val="666666"/>
          <w:sz w:val="18"/>
        </w:rPr>
        <w:t>Quran &amp; Tafsir · Importance of Peace August 17, 2014 · 1m 55s · at 58:57 · https://youtu.be/ifxSwh2Jckw?t=3537</w:t>
      </w:r>
    </w:p>
    <w:p>
      <w:r>
        <w:rPr>
          <w:i/>
        </w:rPr>
        <w:t>“In chapter three, verse number one zero three of Quran, it is mentioned: when you were enemies and He brought your hearts together and you became by His favor brothers, and you were on the edge of a pit of the fire and He saved you from it. As I understand this verse, I have understood that Arabs were in a chain of wars, but Islam changed this system.”</w:t>
      </w:r>
    </w:p>
    <w:p>
      <w:r>
        <w:rPr>
          <w:sz w:val="20"/>
        </w:rPr>
        <w:t>58:57  maulana, agla sawal chennai se Maulana Iqbal Umri ne kiya hai. aur unhone likha hai: Maulana, in chapter three, verse number one zero three of Quran, it is mentioned: when you were enemies and he brought your hearts together and you became by his favor brothers,</w:t>
      </w:r>
      <w:r>
        <w:br/>
      </w:r>
      <w:r>
        <w:rPr>
          <w:sz w:val="20"/>
        </w:rPr>
        <w:t>59:19  and you were on the edge of a pit of the fire and he saved you from it.</w:t>
      </w:r>
      <w:r>
        <w:br/>
      </w:r>
      <w:r>
        <w:rPr>
          <w:sz w:val="20"/>
        </w:rPr>
        <w:t>59:26  Maulana, as I understand this verse, I have understood that Arabs were in a chain of wars, but Islam changed this system.</w:t>
      </w:r>
      <w:r>
        <w:br/>
      </w:r>
      <w:r>
        <w:rPr>
          <w:sz w:val="20"/>
        </w:rPr>
        <w:t>59:36  Am Iright? Please clarify. dekhiye, yeh aayat jo hai kuntu ala shafah hubritim minan nar</w:t>
      </w:r>
      <w:r>
        <w:br/>
      </w:r>
      <w:r>
        <w:rPr>
          <w:sz w:val="20"/>
        </w:rPr>
        <w:t>59:44  i aayat ke jo alfaaz hain kuntu ala shafah hubritim minan nar aag ke kinare khade thay.</w:t>
      </w:r>
      <w:r>
        <w:br/>
      </w:r>
      <w:r>
        <w:rPr>
          <w:sz w:val="20"/>
        </w:rPr>
        <w:t>59:53  to yeh mufassireen samajh nahi paaye ke aag ke kinare ka kya matlab hai. aag ke kinare ka matlab yeh hai ke chain war tumhare jaari thi. woh jo haal hi mein kaha hai ke abubakar aur taghlab ki baham ladai, sadi ek unhone gawahi.</w:t>
      </w:r>
      <w:r>
        <w:br/>
      </w:r>
      <w:r>
        <w:rPr>
          <w:sz w:val="20"/>
        </w:rPr>
        <w:t>1:00:12  yaani laday chal rahe hain, laday chal rahe hain.</w:t>
      </w:r>
      <w:r>
        <w:br/>
      </w:r>
      <w:r>
        <w:rPr>
          <w:sz w:val="20"/>
        </w:rPr>
        <w:t>1:00:15  kyun? har war ke baad phir intiqami war. har war ke baad ek intiqami war. isi ko kehte hain chain war. to wahan jis aag ka zikr hai Quran majeed mein, woh is chain war murad hai is se.</w:t>
      </w:r>
      <w:r>
        <w:br/>
      </w:r>
      <w:r>
        <w:rPr>
          <w:sz w:val="20"/>
        </w:rPr>
        <w:t>1:00:31  aur Islam ne formula diya hai ke chain war ko khatam karne ke liye yaktarfa sulah ek fareeq apne aap ko sulah par raazi kar le to fareeq aasani se apne aap raazi ho jayega.</w:t>
      </w:r>
      <w:r>
        <w:br/>
      </w:r>
      <w:r>
        <w:rPr>
          <w:sz w:val="20"/>
        </w:rPr>
        <w:t>1:00:44  is mein yahi chain war murad hai.</w:t>
      </w:r>
    </w:p>
    <w:p>
      <w:pPr>
        <w:pStyle w:val="Heading2"/>
      </w:pPr>
      <w:r>
        <w:t>Understanding tadabbur formula</w:t>
      </w:r>
    </w:p>
    <w:p>
      <w:r>
        <w:rPr>
          <w:color w:val="666666"/>
          <w:sz w:val="18"/>
        </w:rPr>
        <w:t>Quran &amp; Tafsir · Contemplation on The Quran December 16, 2018 Maulana Wahiduddin Khan · 26s · at 48:48 · https://youtu.be/bSOe1_KKEYk?t=2928</w:t>
      </w:r>
    </w:p>
    <w:p>
      <w:r>
        <w:rPr>
          <w:i/>
        </w:rPr>
        <w:t>“Today I learned the formula of tadabbur. It means right comparison and using common sense. Maulana sahib, please let me know if my understanding is right.”</w:t>
      </w:r>
    </w:p>
    <w:p>
      <w:r>
        <w:rPr>
          <w:sz w:val="20"/>
        </w:rPr>
        <w:t>48:48  doctor junaid shaikh ne molana mumbai se comment aur sawal bheja hai. unhon ne likha hai ke "today i learn the formula of tadabbur" it means right comparison and using common sense.</w:t>
      </w:r>
      <w:r>
        <w:br/>
      </w:r>
      <w:r>
        <w:rPr>
          <w:sz w:val="20"/>
        </w:rPr>
        <w:t>49:03  molana sahib, please let me know if my understanding is right. haan, bilkul sahi hai, is mein koi shaq nahin, bilkul sahi hai aap ki soch.</w:t>
      </w:r>
    </w:p>
    <w:p>
      <w:pPr>
        <w:pStyle w:val="Heading2"/>
      </w:pPr>
      <w:r>
        <w:t>Using Quran as a Means of Dawah</w:t>
      </w:r>
    </w:p>
    <w:p>
      <w:r>
        <w:rPr>
          <w:color w:val="666666"/>
          <w:sz w:val="18"/>
        </w:rPr>
        <w:t>Quran &amp; Tafsir · Example of the Prophet March 20, 2016 · 1m 02s · at 1:31:12 · https://youtu.be/79HmhzXU41w?t=5472</w:t>
      </w:r>
    </w:p>
    <w:p>
      <w:r>
        <w:rPr>
          <w:i/>
        </w:rPr>
        <w:t>“How can a Da'ee (one who invites to Islam) use the Quran as a means of Dawah? Please explain.”</w:t>
      </w:r>
    </w:p>
    <w:p>
      <w:r>
        <w:rPr>
          <w:sz w:val="20"/>
        </w:rPr>
        <w:t>1:31:12  maulana, agla sawal lahore se doctor tanveer ahmed sahab ne kiya hai, aur unhon ne aap se poocha</w:t>
      </w:r>
      <w:r>
        <w:br/>
      </w:r>
      <w:r>
        <w:rPr>
          <w:sz w:val="20"/>
        </w:rPr>
        <w:t>1:31:18  hai ke ek daai kis tarah quran ko bator dawat istemal kare, us ke bare mein batayen.</w:t>
      </w:r>
      <w:r>
        <w:br/>
      </w:r>
      <w:r>
        <w:rPr>
          <w:sz w:val="20"/>
        </w:rPr>
        <w:t>1:31:29  bhai, hum to yeh kar rahe hain ke is ka har zaban mein tayyar kar rahe hain, is</w:t>
      </w:r>
      <w:r>
        <w:br/>
      </w:r>
      <w:r>
        <w:rPr>
          <w:sz w:val="20"/>
        </w:rPr>
        <w:t>1:31:33  ko phailate hain.</w:t>
      </w:r>
      <w:r>
        <w:br/>
      </w:r>
      <w:r>
        <w:rPr>
          <w:sz w:val="20"/>
        </w:rPr>
        <w:t>1:31:36  to pehli kitab jo dawat ki quraani hai,</w:t>
      </w:r>
      <w:r>
        <w:br/>
      </w:r>
      <w:r>
        <w:rPr>
          <w:sz w:val="20"/>
        </w:rPr>
        <w:t>1:31:41  hum do cheezen phailate hain: ek quran jo asal kitab dawat hai, doosre literature jis ko hum supporting</w:t>
      </w:r>
      <w:r>
        <w:br/>
      </w:r>
      <w:r>
        <w:rPr>
          <w:sz w:val="20"/>
        </w:rPr>
        <w:t>1:31:50  literature kehte hain.</w:t>
      </w:r>
      <w:r>
        <w:br/>
      </w:r>
      <w:r>
        <w:rPr>
          <w:sz w:val="20"/>
        </w:rPr>
        <w:t>1:31:51  yeh aap bhi kijiye,</w:t>
      </w:r>
      <w:r>
        <w:br/>
      </w:r>
      <w:r>
        <w:rPr>
          <w:sz w:val="20"/>
        </w:rPr>
        <w:t>1:31:54  quran ke tarjume phailaiye, kyunke quran jo hai wohi kitab dawat hai, aur doosri kitab hai phailaiye jis</w:t>
      </w:r>
      <w:r>
        <w:br/>
      </w:r>
      <w:r>
        <w:rPr>
          <w:sz w:val="20"/>
        </w:rPr>
        <w:t>1:32:02  ko hum kehte hain supporting literature.</w:t>
      </w:r>
      <w:r>
        <w:br/>
      </w:r>
      <w:r>
        <w:rPr>
          <w:sz w:val="20"/>
        </w:rPr>
        <w:t>1:32:05  yeh aap bhi kijiye,</w:t>
      </w:r>
      <w:r>
        <w:br/>
      </w:r>
      <w:r>
        <w:rPr>
          <w:sz w:val="20"/>
        </w:rPr>
        <w:t>1:32:08  yeh is ka fitri tareeqa yahi hai.</w:t>
      </w:r>
    </w:p>
    <w:p>
      <w:pPr>
        <w:pStyle w:val="Heading2"/>
      </w:pPr>
      <w:r>
        <w:t>Verse Forbidding Extremism and Fanaticism in Quran</w:t>
      </w:r>
    </w:p>
    <w:p>
      <w:r>
        <w:rPr>
          <w:color w:val="666666"/>
          <w:sz w:val="18"/>
        </w:rPr>
        <w:t>Quran &amp; Tafsir · Realization of God September 15, 2013 · 49s · at 1:14:49 · https://youtu.be/CNEEeM5uyi8?t=4489</w:t>
      </w:r>
    </w:p>
    <w:p>
      <w:r>
        <w:rPr>
          <w:i/>
        </w:rPr>
        <w:t>“Is there any verse in the Quran which says that extremism and fanaticism is not permitted?”</w:t>
      </w:r>
    </w:p>
    <w:p>
      <w:r>
        <w:rPr>
          <w:sz w:val="20"/>
        </w:rPr>
        <w:t>1:14:49  maulana, agla sawal ahmad abad se aya hai, fawad sahib</w:t>
      </w:r>
      <w:r>
        <w:br/>
      </w:r>
      <w:r>
        <w:rPr>
          <w:sz w:val="20"/>
        </w:rPr>
        <w:t>1:14:52  ka. unhon ne ap se poocha hai: "is there any verse in the quran which says that extremism or fanaticism is not permitted?" haan, bilkul hai.</w:t>
      </w:r>
      <w:r>
        <w:br/>
      </w:r>
      <w:r>
        <w:rPr>
          <w:sz w:val="20"/>
        </w:rPr>
        <w:t>1:15:06  la taghlu fi deenikum quran mein hai. ghulu mani extremism. hadith mein bhi hai, quran mein bhi hai.</w:t>
      </w:r>
      <w:r>
        <w:br/>
      </w:r>
      <w:r>
        <w:rPr>
          <w:sz w:val="20"/>
        </w:rPr>
        <w:t>1:15:14  ghulu jo hai, mana hai quran mein aur hadith mein. to ghulu extremism hi ko to ghulu kehte hain. jis cheez ko aaj kal extremism kaha jata hai, wohi hai.</w:t>
      </w:r>
      <w:r>
        <w:br/>
      </w:r>
      <w:r>
        <w:rPr>
          <w:sz w:val="20"/>
        </w:rPr>
        <w:t>1:15:23  ghulu hai, woh woh islam mein nahi hai. yeh jo fundamentalism aur extremism, yeh sari cheezein yahi to ghulu hain.</w:t>
      </w:r>
      <w:r>
        <w:br/>
      </w:r>
      <w:r>
        <w:rPr>
          <w:sz w:val="20"/>
        </w:rPr>
        <w:t>1:15:33  surah nisa mein yeh ayat hai: "la taghlu fi deenikum".</w:t>
      </w:r>
    </w:p>
    <w:p>
      <w:pPr>
        <w:pStyle w:val="Heading2"/>
      </w:pPr>
      <w:r>
        <w:t>What does stones speaking signify?</w:t>
      </w:r>
    </w:p>
    <w:p>
      <w:r>
        <w:rPr>
          <w:color w:val="666666"/>
          <w:sz w:val="18"/>
        </w:rPr>
        <w:t>Quran &amp; Tafsir · Importance of Wisdom | August 24, 2014 · 43s · at 1:12:46 · https://youtu.be/ZVPLm7fV0t0?t=4366</w:t>
      </w:r>
    </w:p>
    <w:p>
      <w:r>
        <w:rPr>
          <w:i/>
        </w:rPr>
        <w:t>“It is mentioned that if men will not, if people will not speak, then stones will...”</w:t>
      </w:r>
    </w:p>
    <w:p>
      <w:r>
        <w:rPr>
          <w:sz w:val="20"/>
        </w:rPr>
        <w:t>1:12:46  maulana, agla sawal dilli se hai miss sathi malhotra ka.</w:t>
      </w:r>
      <w:r>
        <w:br/>
      </w:r>
      <w:r>
        <w:rPr>
          <w:sz w:val="20"/>
        </w:rPr>
        <w:t>1:12:50  Aur unhone aapse pucha hai ke: It is mentioned that if man will not, if people</w:t>
      </w:r>
      <w:r>
        <w:br/>
      </w:r>
      <w:r>
        <w:rPr>
          <w:sz w:val="20"/>
        </w:rPr>
        <w:t>1:12:55  will not speak, then stones will</w:t>
      </w:r>
      <w:r>
        <w:br/>
      </w:r>
      <w:r>
        <w:rPr>
          <w:sz w:val="20"/>
        </w:rPr>
        <w:t>1:12:59  speak.</w:t>
      </w:r>
      <w:r>
        <w:br/>
      </w:r>
      <w:r>
        <w:rPr>
          <w:sz w:val="20"/>
        </w:rPr>
        <w:t>1:13:03  maulana, can you elaborate on this? dekhen, yeh allegorical language hai, yani tamseel ki zaban hai.</w:t>
      </w:r>
      <w:r>
        <w:br/>
      </w:r>
      <w:r>
        <w:rPr>
          <w:sz w:val="20"/>
        </w:rPr>
        <w:t>1:13:08  yani woh bolne wale pathar nahi honge, woh bhi insan hi honge.</w:t>
      </w:r>
      <w:r>
        <w:br/>
      </w:r>
      <w:r>
        <w:rPr>
          <w:sz w:val="20"/>
        </w:rPr>
        <w:t>1:13:12  matlab jin logon ko samjha jata hai ke yeh to barhe log hain, woh na bolen to chote</w:t>
      </w:r>
      <w:r>
        <w:br/>
      </w:r>
      <w:r>
        <w:rPr>
          <w:sz w:val="20"/>
        </w:rPr>
        <w:t>1:13:16  log bolenge.</w:t>
      </w:r>
      <w:r>
        <w:br/>
      </w:r>
      <w:r>
        <w:rPr>
          <w:sz w:val="20"/>
        </w:rPr>
        <w:t>1:13:21  Allah unhein tofeeq dega bolne ki.</w:t>
      </w:r>
      <w:r>
        <w:br/>
      </w:r>
      <w:r>
        <w:rPr>
          <w:sz w:val="20"/>
        </w:rPr>
        <w:t>1:13:25  Yeh matlab hai is ka.</w:t>
      </w:r>
    </w:p>
    <w:p>
      <w:pPr>
        <w:pStyle w:val="Heading2"/>
      </w:pPr>
      <w:r>
        <w:t>What is tazkiyah (purification) for paradise?</w:t>
      </w:r>
    </w:p>
    <w:p>
      <w:r>
        <w:rPr>
          <w:color w:val="666666"/>
          <w:sz w:val="18"/>
        </w:rPr>
        <w:t>Quran &amp; Tafsir · Materialism and Intellectual Dwarfism 29th April 2012 · 47s · at 1:38:58 · https://youtu.be/qHzARL_r3I4?t=5938</w:t>
      </w:r>
    </w:p>
    <w:p>
      <w:r>
        <w:rPr>
          <w:i/>
        </w:rPr>
        <w:t>“In Quran chapter 20 verse 76, it is stated that paradise is only for those who do tazkiyah. What is tazkiyah? Please clarify clearly.”</w:t>
      </w:r>
    </w:p>
    <w:p>
      <w:r>
        <w:rPr>
          <w:sz w:val="20"/>
        </w:rPr>
        <w:t>1:38:58  agla sawal maulana lucknow se hai mister muhammad mouns sa</w:t>
      </w:r>
      <w:r>
        <w:br/>
      </w:r>
      <w:r>
        <w:rPr>
          <w:sz w:val="20"/>
        </w:rPr>
        <w:t>1:39:03  hab ka unhon ne likha hai ke quran ke chapter 20 verse number 76 mein bataya gaya hai ke paradise sirf un logon ke liye hai jo apna tazkiya karein yeh tazkiya kya hai is ko wazeh wazeh karein bhai is pe to poori kitab hai hamari padhiye is ko tazkiya ke naam se bhi hai aur kitab marifat ke naam se hai</w:t>
      </w:r>
      <w:r>
        <w:br/>
      </w:r>
      <w:r>
        <w:rPr>
          <w:sz w:val="20"/>
        </w:rPr>
        <w:t>1:39:29  tazkiya jo hai agar aap waqai janna chahte hain to choti kitab agar padhna hai aap ko to tazkiya ke naam se chhapi hai woh 50 safhe ki zyada tafseel se padhna chahte hon to kitab marifat padhiye</w:t>
      </w:r>
    </w:p>
    <w:p>
      <w:pPr>
        <w:pStyle w:val="Heading2"/>
      </w:pPr>
      <w:r>
        <w:t>Who are the near ones to Allah?</w:t>
      </w:r>
    </w:p>
    <w:p>
      <w:r>
        <w:rPr>
          <w:color w:val="666666"/>
          <w:sz w:val="18"/>
        </w:rPr>
        <w:t>Quran &amp; Tafsir · The Existence of God October 7, 2012 · 1m 43s · at 1:14:20 · https://youtu.be/Hm0ybuokQ8s?t=4460</w:t>
      </w:r>
    </w:p>
    <w:p>
      <w:r>
        <w:rPr>
          <w:i/>
        </w:rPr>
        <w:t>“In Surah Al-Waqi'ah, three groups are defined. In that, one group will be near to Allah and they will be more from earlier generations and less from later generations. Could you please explain who comes under this group and how can we be part of that group?”</w:t>
      </w:r>
    </w:p>
    <w:p>
      <w:r>
        <w:rPr>
          <w:sz w:val="20"/>
        </w:rPr>
        <w:t>1:14:20  Maulana, agla sawal America se aaya hai Ali Sahab ka. Unhon ne likha hai: "In Surah Waqiah three groups are defined.</w:t>
      </w:r>
      <w:r>
        <w:br/>
      </w:r>
      <w:r>
        <w:rPr>
          <w:sz w:val="20"/>
        </w:rPr>
        <w:t>1:14:30  in this one group will be near to Allah and they will be more from earlier generation and less from later generation.</w:t>
      </w:r>
      <w:r>
        <w:br/>
      </w:r>
      <w:r>
        <w:rPr>
          <w:sz w:val="20"/>
        </w:rPr>
        <w:t>1:14:40  could you please explain who will come under this group and how can we be part of that group?" Dekhiye, koi group ke naam le kar nahi bata sakta ke naam le kar ke yeh group, woh group.</w:t>
      </w:r>
      <w:r>
        <w:br/>
      </w:r>
      <w:r>
        <w:rPr>
          <w:sz w:val="20"/>
        </w:rPr>
        <w:t>1:14:57  dekhiye, yeh is is mein jo lafz hai "salah" ka lafz hai wahan par, lekin murad hai afraad, individuals.</w:t>
      </w:r>
      <w:r>
        <w:br/>
      </w:r>
      <w:r>
        <w:rPr>
          <w:sz w:val="20"/>
        </w:rPr>
        <w:t>1:15:08  to is tarah ke afraad pehle, yaani aise individuals pehle zyada the, baad ke zamane mein kam ho gaye.</w:t>
      </w:r>
      <w:r>
        <w:br/>
      </w:r>
      <w:r>
        <w:rPr>
          <w:sz w:val="20"/>
        </w:rPr>
        <w:t>1:15:18  is ka bohat hi obvious reason hai, kyunke din bad din duniya mein distraction barh raha hai. Distraction mere bachpan mein, main gaon mein rehta tha, wahan koi distraction hi nahi.</w:t>
      </w:r>
      <w:r>
        <w:br/>
      </w:r>
      <w:r>
        <w:rPr>
          <w:sz w:val="20"/>
        </w:rPr>
        <w:t>1:15:31  zindagi bohat mukhtasar thi,</w:t>
      </w:r>
      <w:r>
        <w:br/>
      </w:r>
      <w:r>
        <w:rPr>
          <w:sz w:val="20"/>
        </w:rPr>
        <w:t>1:15:34  bohat thode cheezon ke darmiyan apni zindagi guzarta tha, to us waqt distraction tha hi nahi. Ab hazaron distraction hain, 24 ghante.</w:t>
      </w:r>
      <w:r>
        <w:br/>
      </w:r>
      <w:r>
        <w:rPr>
          <w:sz w:val="20"/>
        </w:rPr>
        <w:t>1:15:45  to sab se bara jo farq hua hai, woh distraction ka farq hua. Isi liye farmaya ke baad ke zamane mein aise individual, aise afraad kam milenge jo sachai mein aage badhein.</w:t>
      </w:r>
      <w:r>
        <w:br/>
      </w:r>
      <w:r>
        <w:rPr>
          <w:sz w:val="20"/>
        </w:rPr>
        <w:t>1:15:57  yeh matlab hai is ka, koi bhi serious baat nahi hai, yeh bohat hi saada si baat hai.</w:t>
      </w:r>
    </w:p>
    <w:p>
      <w:pPr>
        <w:pStyle w:val="Heading2"/>
      </w:pPr>
      <w:r>
        <w:t>Who can derive applied meaning of Quran?</w:t>
      </w:r>
    </w:p>
    <w:p>
      <w:r>
        <w:rPr>
          <w:color w:val="666666"/>
          <w:sz w:val="18"/>
        </w:rPr>
        <w:t>Quran &amp; Tafsir · Dars e Quran, Ch 2 Vs 80 82, July 01, 2018 · 47s · at 52:07 · https://youtu.be/BuLkoCE6j18?t=3127</w:t>
      </w:r>
    </w:p>
    <w:p>
      <w:r>
        <w:rPr>
          <w:i/>
        </w:rPr>
        <w:t>“If every word of the Quran has an applied meaning, is it the responsibility of scholars to derive the applied meaning of the Quran? And can an individual also derive it as per his or her own understanding? Kindly guide us in this matter.”</w:t>
      </w:r>
    </w:p>
    <w:p>
      <w:r>
        <w:rPr>
          <w:sz w:val="20"/>
        </w:rPr>
        <w:t>52:07  maulana, agla sawal srinagar se bheja hai aamir mori sahib ne. unhone likha hai: "maulana, if every words of the quran has an applied meaning, is it the responsibility of scholars then to derive the applied meaning of the quran?</w:t>
      </w:r>
      <w:r>
        <w:br/>
      </w:r>
      <w:r>
        <w:rPr>
          <w:sz w:val="20"/>
        </w:rPr>
        <w:t>52:25  or can an individual also derive it as per his or her own understanding? kindly guide us in this matter." haan, aap ne khud hi jo baat hai woh kar diya.</w:t>
      </w:r>
      <w:r>
        <w:br/>
      </w:r>
      <w:r>
        <w:rPr>
          <w:sz w:val="20"/>
        </w:rPr>
        <w:t>52:41  yeh isi ki zaroorat hai. aap ki baat se mujhe ittefaq hai. main is pe agree karta hoon.</w:t>
      </w:r>
    </w:p>
    <w:p>
      <w:pPr>
        <w:pStyle w:val="Heading2"/>
      </w:pPr>
      <w:r>
        <w:t>Who preserves the commentaries of Quran</w:t>
      </w:r>
    </w:p>
    <w:p>
      <w:r>
        <w:rPr>
          <w:color w:val="666666"/>
          <w:sz w:val="18"/>
        </w:rPr>
        <w:t>Quran &amp; Tafsir · The Issues of Islam in the Present World November 11, 2012 · 1m 07s · at 1:05:18 · https://youtu.be/COoaUbCCi1c?t=3918</w:t>
      </w:r>
    </w:p>
    <w:p>
      <w:r>
        <w:rPr>
          <w:i/>
        </w:rPr>
        <w:t>“God Himself took the responsibility of preserving the Quran and Hadith, but who took the responsibility of preserving the commentaries (explanations)?”</w:t>
      </w:r>
    </w:p>
    <w:p>
      <w:r>
        <w:rPr>
          <w:sz w:val="20"/>
        </w:rPr>
        <w:t>1:05:18  in logon ko phir se sochna chahiye. Maulana, agla sawal aaya hai tamil nadu se Maulana Iqbal Umri Sah</w:t>
      </w:r>
      <w:r>
        <w:br/>
      </w:r>
      <w:r>
        <w:rPr>
          <w:sz w:val="20"/>
        </w:rPr>
        <w:t>1:05:27  b ka. unhon ne aapse poocha hai ke Quran aur hadith ki hifazat ka zimma Khuda ne khud liya, magar tashrihat ki hifazat ka zimma kis ne liya hai?</w:t>
      </w:r>
      <w:r>
        <w:br/>
      </w:r>
      <w:r>
        <w:rPr>
          <w:sz w:val="20"/>
        </w:rPr>
        <w:t>1:05:38  tashrihat? achha, kis ne liya hai? Allah ne liya hai. tashrihat mani commentary. to commentary ki hifazat Allah taala kaise lenge?</w:t>
      </w:r>
      <w:r>
        <w:br/>
      </w:r>
      <w:r>
        <w:rPr>
          <w:sz w:val="20"/>
        </w:rPr>
        <w:t>1:05:50  yeh to insaan ki azadi ka mamla hai.</w:t>
      </w:r>
      <w:r>
        <w:br/>
      </w:r>
      <w:r>
        <w:rPr>
          <w:sz w:val="20"/>
        </w:rPr>
        <w:t>1:05:54  insaan ki azadi ka phailao hai. commentary</w:t>
      </w:r>
      <w:r>
        <w:br/>
      </w:r>
      <w:r>
        <w:rPr>
          <w:sz w:val="20"/>
        </w:rPr>
        <w:t>1:05:59  text ka Allah taala ne mehfooz rakha hai. Quran ko commentary to aap ki azadi ka istemal hai. aap sahi bhi karen, galat bhi karenge. to tashrihat jo hain, jo commentaries hain,</w:t>
      </w:r>
      <w:r>
        <w:br/>
      </w:r>
      <w:r>
        <w:rPr>
          <w:sz w:val="20"/>
        </w:rPr>
        <w:t>1:06:13  jo tafaseer hain, jo kitabein likhenge, baad ko woh insaan ka apna amal hai.</w:t>
      </w:r>
      <w:r>
        <w:br/>
      </w:r>
      <w:r>
        <w:rPr>
          <w:sz w:val="20"/>
        </w:rPr>
        <w:t>1:06:20  woh iski hesiyat Quran ki nahin hai.</w:t>
      </w:r>
    </w:p>
    <w:p>
      <w:pPr>
        <w:pStyle w:val="Heading2"/>
      </w:pPr>
      <w:r>
        <w:t>Why Gabriel squeezed the Prophet during revelation</w:t>
      </w:r>
    </w:p>
    <w:p>
      <w:r>
        <w:rPr>
          <w:color w:val="666666"/>
          <w:sz w:val="18"/>
        </w:rPr>
        <w:t>Quran &amp; Tafsir · Life After Death January 22, 2012 · 1m 04s · at 1:06:12 · https://youtu.be/5hVH1BLKBF4?t=3972</w:t>
      </w:r>
    </w:p>
    <w:p>
      <w:r>
        <w:rPr>
          <w:i/>
        </w:rPr>
        <w:t>“جب رسول اللہ پر پہلی وحی نازل ہوئی تو جبریل نے رسول کو کیوں دبوچا؟ وضاحت فرمائیں۔”</w:t>
      </w:r>
    </w:p>
    <w:p>
      <w:r>
        <w:rPr>
          <w:sz w:val="20"/>
        </w:rPr>
        <w:t>1:06:12  maulana, agla sawal bangloor se aya hai. maulana naseerullah qureshi sahab ka,</w:t>
      </w:r>
      <w:r>
        <w:br/>
      </w:r>
      <w:r>
        <w:rPr>
          <w:sz w:val="20"/>
        </w:rPr>
        <w:t>1:06:17  unhon ne likha hai: "jab rasool Allah par pehli wahi nazil hui to jibril ne rasool ko kyun dabaucha?</w:t>
      </w:r>
      <w:r>
        <w:br/>
      </w:r>
      <w:r>
        <w:rPr>
          <w:sz w:val="20"/>
        </w:rPr>
        <w:t>1:06:26  wazahat farmayen."</w:t>
      </w:r>
      <w:r>
        <w:br/>
      </w:r>
      <w:r>
        <w:rPr>
          <w:sz w:val="20"/>
        </w:rPr>
        <w:t>1:06:30  dabaucha nahi hai, embrace kiya. dabaucha matlab nahi, embrace kiya. matlab sine se lagaya.</w:t>
      </w:r>
      <w:r>
        <w:br/>
      </w:r>
      <w:r>
        <w:rPr>
          <w:sz w:val="20"/>
        </w:rPr>
        <w:t>1:06:41  to pehla tajurba tha rasool Allah sal Allah alaihi wasallam ko. to embrace kar ke unhon ne is is dehshat ko khatm kiya. bas.</w:t>
      </w:r>
      <w:r>
        <w:br/>
      </w:r>
      <w:r>
        <w:rPr>
          <w:sz w:val="20"/>
        </w:rPr>
        <w:t>1:06:51  aur koi is mein koi mysterious baat nahi hai. aap bhi kisi dost se achaanak milen, pachas saal ke baad, to woh shakk se dekhega aap ko.</w:t>
      </w:r>
      <w:r>
        <w:br/>
      </w:r>
      <w:r>
        <w:rPr>
          <w:sz w:val="20"/>
        </w:rPr>
        <w:t>1:07:01  ke pata nahi yeh wahi koi doosra aadmi hai. to aap us ko gale mil jayenge, embrace karenge. taake us ki dehshat khatm ho. us ki ajnabiyat khatm</w:t>
      </w:r>
      <w:r>
        <w:br/>
      </w:r>
      <w:r>
        <w:rPr>
          <w:sz w:val="20"/>
        </w:rPr>
        <w:t>1:07:11  ho. bas itni si baat hai, koi is mein mystery nahi hai.</w:t>
      </w:r>
    </w:p>
    <w:p>
      <w:pPr>
        <w:pStyle w:val="Heading2"/>
      </w:pPr>
      <w:r>
        <w:t>Why Muslims derive violence from Quran?</w:t>
      </w:r>
    </w:p>
    <w:p>
      <w:r>
        <w:rPr>
          <w:color w:val="666666"/>
          <w:sz w:val="18"/>
        </w:rPr>
        <w:t>Quran &amp; Tafsir · Nation Building On India's Republic Day Jan 26, 2020 Maulana Wahiduddin Khan · 1m 18s · at 56:53 · https://youtu.be/58CVocbLAb8?t=3413</w:t>
      </w:r>
    </w:p>
    <w:p>
      <w:r>
        <w:rPr>
          <w:i/>
        </w:rPr>
        <w:t>“In the Quran there is so clear guidance about peaceful struggle. Then how is it that so many Muslims have derived violence from the Quran?”</w:t>
      </w:r>
    </w:p>
    <w:p>
      <w:r>
        <w:rPr>
          <w:sz w:val="20"/>
        </w:rPr>
        <w:t>56:53  maulana agla sawal sajid anwar sahib ka hai mumbai se. unhon ne likha hai: "maulana in the quran there is so clear guidance about peaceful struggle.</w:t>
      </w:r>
      <w:r>
        <w:br/>
      </w:r>
      <w:r>
        <w:rPr>
          <w:sz w:val="20"/>
        </w:rPr>
        <w:t>57:06  then how is it that so many muslims have derived the violence from</w:t>
      </w:r>
      <w:r>
        <w:br/>
      </w:r>
      <w:r>
        <w:rPr>
          <w:sz w:val="20"/>
        </w:rPr>
        <w:t>57:10  the quran?"</w:t>
      </w:r>
      <w:r>
        <w:br/>
      </w:r>
      <w:r>
        <w:rPr>
          <w:sz w:val="20"/>
        </w:rPr>
        <w:t>57:13  yeh to aaj se nahi rasool allah peghambar ke zamane se isi dunya mein hai. misaal ke taur par dekhiye abhi sahaba zinda the rasool allah ke baad jo daur aaya us mein kuch logon ne ladiyan aapas mein ladhe woh.</w:t>
      </w:r>
      <w:r>
        <w:br/>
      </w:r>
      <w:r>
        <w:rPr>
          <w:sz w:val="20"/>
        </w:rPr>
        <w:t>57:34  aapas mein ladhe woh. aap jante hain kis naam par ladte hain? huzoor ne hasbana kitab allah. ek ek hasbana kitab quran ko upar kiya unhon ne.</w:t>
      </w:r>
      <w:r>
        <w:br/>
      </w:r>
      <w:r>
        <w:rPr>
          <w:sz w:val="20"/>
        </w:rPr>
        <w:t>57:48  aur naara lagaya hasbana hasbana kitab allah. yani allah ki kitab ke naam par ladai. to yeh aaj aaj agar hai to yeh to hamesha rahi hai hamesha rahegi.</w:t>
      </w:r>
      <w:r>
        <w:br/>
      </w:r>
      <w:r>
        <w:rPr>
          <w:sz w:val="20"/>
        </w:rPr>
        <w:t>58:01  aap apne apne apne ko apne ko lagaiye quran ke kaam mein.</w:t>
      </w:r>
    </w:p>
    <w:p>
      <w:pPr>
        <w:pStyle w:val="Heading2"/>
      </w:pPr>
      <w:r>
        <w:t>Why Muslims misinterpret Quran on blasphemy</w:t>
      </w:r>
    </w:p>
    <w:p>
      <w:r>
        <w:rPr>
          <w:color w:val="666666"/>
          <w:sz w:val="18"/>
        </w:rPr>
        <w:t>Quran &amp; Tafsir · Freedom of Expression in Islam 30 Sept 2012 - Maulana Wahiduddin Khan · 58s · at 1:11:57 · https://youtu.be/WLlXSyxX8Q4?t=4317</w:t>
      </w:r>
    </w:p>
    <w:p>
      <w:r>
        <w:rPr>
          <w:i/>
        </w:rPr>
        <w:t>“I met a group of people who wanted to know my opinion on blasphemy. I said that the Quran does not prescribe any punishment for blasphemy. In reply to this, they quoted a verse from the Quran which says: 'May his hands, that is Abu Lahab's hands, perish.' Maulana, why do Muslims misinterpret Quran? Please comment.”</w:t>
      </w:r>
    </w:p>
    <w:p>
      <w:r>
        <w:rPr>
          <w:sz w:val="20"/>
        </w:rPr>
        <w:t>1:11:57  maulana, agla sawal mister ramesh siddiqui ka dilli se hai. unhon ne likha hai: "i meet a group of people who wanted to know my opinion in blasphemy.</w:t>
      </w:r>
      <w:r>
        <w:br/>
      </w:r>
      <w:r>
        <w:rPr>
          <w:sz w:val="20"/>
        </w:rPr>
        <w:t>1:12:08  i said that the quran does not prescribe any punishment for blasphemy. in reply to this, they quoted a verse from the quran which says: 'may his hands, that is abu lahab's hands, perish</w:t>
      </w:r>
      <w:r>
        <w:br/>
      </w:r>
      <w:r>
        <w:rPr>
          <w:sz w:val="20"/>
        </w:rPr>
        <w:t>1:12:24  .' maulana, why do muslims misinterpret quran? please comment." yeh to aise hi hai jaise koi kahe ke main dilli mein hoon, is ka matlab hai ke jo sach par iktal kar raha hoon.</w:t>
      </w:r>
      <w:r>
        <w:br/>
      </w:r>
      <w:r>
        <w:rPr>
          <w:sz w:val="20"/>
        </w:rPr>
        <w:t>1:12:38  to aise to koi baat sabit nahi hoti. tibbat hai, tibbat ya aap ke lehaz se koi talluq khatam rasool se, masjid se nahi hai.</w:t>
      </w:r>
      <w:r>
        <w:br/>
      </w:r>
      <w:r>
        <w:rPr>
          <w:sz w:val="20"/>
        </w:rPr>
        <w:t>1:12:51  yeh to bilkul zabardasti ki gandhari ki baat hai.</w:t>
      </w:r>
    </w:p>
    <w:p>
      <w:pPr>
        <w:pStyle w:val="Heading2"/>
      </w:pPr>
      <w:r>
        <w:t>Why Quran not in revelation order?</w:t>
      </w:r>
    </w:p>
    <w:p>
      <w:r>
        <w:rPr>
          <w:color w:val="666666"/>
          <w:sz w:val="18"/>
        </w:rPr>
        <w:t>Quran &amp; Tafsir · The Quran September 20, 2020 Maulana Wahiduddin Khan · 1m 22s · at 28:29 · https://youtu.be/yQZGg2A0-Tk?t=1709</w:t>
      </w:r>
    </w:p>
    <w:p>
      <w:r>
        <w:rPr>
          <w:i/>
        </w:rPr>
        <w:t>“Why was the Quran not kept in the order of revelation? Please clarify this.”</w:t>
      </w:r>
    </w:p>
    <w:p>
      <w:r>
        <w:rPr>
          <w:sz w:val="20"/>
        </w:rPr>
        <w:t>28:29  maulana faiz qadri sahib ne coimbatore se sawal bheja hai. unhon ne likha hai: "maulana, quran ki tarteeb nuzooli ko kyun barqarar nahin rakha gaya?</w:t>
      </w:r>
      <w:r>
        <w:br/>
      </w:r>
      <w:r>
        <w:rPr>
          <w:sz w:val="20"/>
        </w:rPr>
        <w:t>28:41  is ko wazeh karein."</w:t>
      </w:r>
      <w:r>
        <w:br/>
      </w:r>
      <w:r>
        <w:rPr>
          <w:sz w:val="20"/>
        </w:rPr>
        <w:t>28:46  dekhein, tarteeb jo nuzooli hai, woh halaat ke lehaz se ayi hai. lekin halaat ke lehaz se ise nahin parhna hai aap ko.</w:t>
      </w:r>
      <w:r>
        <w:br/>
      </w:r>
      <w:r>
        <w:rPr>
          <w:sz w:val="20"/>
        </w:rPr>
        <w:t>29:00  tarteeb nuzooli ka matlab yeh nahin ke jab tarteeb nuzooli aap janen ge, tabhi aap quran ko samjhen ge. mein sochta hoon ke quran shajarat ki surat mein hai.</w:t>
      </w:r>
      <w:r>
        <w:br/>
      </w:r>
      <w:r>
        <w:rPr>
          <w:sz w:val="20"/>
        </w:rPr>
        <w:t>29:15  shajarat</w:t>
      </w:r>
      <w:r>
        <w:br/>
      </w:r>
      <w:r>
        <w:rPr>
          <w:sz w:val="20"/>
        </w:rPr>
        <w:t>29:20  to</w:t>
      </w:r>
      <w:r>
        <w:br/>
      </w:r>
      <w:r>
        <w:rPr>
          <w:sz w:val="20"/>
        </w:rPr>
        <w:t>29:25  tartib-e-nuzooli se aap nawaqif hon, tab bhi Quran ke maani aap par khul sakte hain. To asal cheez yeh hai.</w:t>
      </w:r>
      <w:r>
        <w:br/>
      </w:r>
      <w:r>
        <w:rPr>
          <w:sz w:val="20"/>
        </w:rPr>
        <w:t>29:37  asal cheez yeh nahin ke aap tartib-e-nuzooli ko jaanen. Asal cheez yeh hai ke aap tadabbur karen.</w:t>
      </w:r>
      <w:r>
        <w:br/>
      </w:r>
      <w:r>
        <w:rPr>
          <w:sz w:val="20"/>
        </w:rPr>
        <w:t>29:43  tadabbur se maani khulte hain.</w:t>
      </w:r>
    </w:p>
    <w:p>
      <w:pPr>
        <w:pStyle w:val="Heading2"/>
      </w:pPr>
      <w:r>
        <w:t>Why Quran reading yields no guidance</w:t>
      </w:r>
    </w:p>
    <w:p>
      <w:r>
        <w:rPr>
          <w:color w:val="666666"/>
          <w:sz w:val="18"/>
        </w:rPr>
        <w:t>Quran &amp; Tafsir · Quran A Miracle June 01, 2014 · 1m 02s · at 1:07:34 · https://youtu.be/8KM3lDsj4PY?t=4054</w:t>
      </w:r>
    </w:p>
    <w:p>
      <w:r>
        <w:rPr>
          <w:i/>
        </w:rPr>
        <w:t>“Some people read the Quran with its meaning and tafsir but they do not get anything from it as guidance. Why is this so?”</w:t>
      </w:r>
    </w:p>
    <w:p>
      <w:r>
        <w:rPr>
          <w:sz w:val="20"/>
        </w:rPr>
        <w:t>1:07:34  molana agla sawal dilli se kiya hai ans sahib ne. unhon ne likha hai ke molana some people read quran with its meaning and tafsir but they do not get anything from it as guidance.</w:t>
      </w:r>
      <w:r>
        <w:br/>
      </w:r>
      <w:r>
        <w:rPr>
          <w:sz w:val="20"/>
        </w:rPr>
        <w:t>1:07:49  why is this so? ab bhi mein yeh keh sakta hoon ke bhai bar bar parha jaye bar bar parha jaye. aur jo supportive literature hai wahi parha jaye.</w:t>
      </w:r>
      <w:r>
        <w:br/>
      </w:r>
      <w:r>
        <w:rPr>
          <w:sz w:val="20"/>
        </w:rPr>
        <w:t>1:08:00  dekhiye sirf quran ka tarjuma parhna kafi nahin hai. supportive literature bhi zaroori hai ke logon ko parhaya jaye. dono sath sath hona chahiye.</w:t>
      </w:r>
      <w:r>
        <w:br/>
      </w:r>
      <w:r>
        <w:rPr>
          <w:sz w:val="20"/>
        </w:rPr>
        <w:t>1:08:10  jaise hamare haan se tarjume chhap rahe hain har zaban mein. to woh tabligh aam ke liye bohat acha kaam hai. lekin sath sath zaroori hai ke supportive literature jo hai hamare haan se is ko bhi logon ko diya jaye.</w:t>
      </w:r>
      <w:r>
        <w:br/>
      </w:r>
      <w:r>
        <w:rPr>
          <w:sz w:val="20"/>
        </w:rPr>
        <w:t>1:08:24  tab ja kar is ka sahi andaz mein woh samajh payein ge quran ko.</w:t>
      </w:r>
    </w:p>
    <w:p>
      <w:pPr>
        <w:pStyle w:val="Heading2"/>
      </w:pPr>
      <w:r>
        <w:t>Why Scholars Avoid Positive Interpretation of Gog and Magog</w:t>
      </w:r>
    </w:p>
    <w:p>
      <w:r>
        <w:rPr>
          <w:color w:val="666666"/>
          <w:sz w:val="18"/>
        </w:rPr>
        <w:t>Quran &amp; Tafsir · Dars-e-Quran, Chapter 2, Verses 55-57 | March 25, 2018 · 54s · at 47:25 · https://youtu.be/2MykDXfNV_w?t=2845</w:t>
      </w:r>
    </w:p>
    <w:p>
      <w:r>
        <w:rPr>
          <w:i/>
        </w:rPr>
        <w:t>“Why do scholars not give a positive interpretation of Gog and Magog? Please explain this.”</w:t>
      </w:r>
    </w:p>
    <w:p>
      <w:r>
        <w:rPr>
          <w:sz w:val="20"/>
        </w:rPr>
        <w:t>47:25  maulana iqbal umri ne sawal bheja hai chennai se.</w:t>
      </w:r>
      <w:r>
        <w:br/>
      </w:r>
      <w:r>
        <w:rPr>
          <w:sz w:val="20"/>
        </w:rPr>
        <w:t>47:31  unhone Maulana aap se poocha hai ke "yajuj majuj ki misbat tojihat ulama kyun nahi karte hain?</w:t>
      </w:r>
      <w:r>
        <w:br/>
      </w:r>
      <w:r>
        <w:rPr>
          <w:sz w:val="20"/>
        </w:rPr>
        <w:t>47:37  iski wazahat karen." isi ko ulama ka to nafrat karna hai.</w:t>
      </w:r>
      <w:r>
        <w:br/>
      </w:r>
      <w:r>
        <w:rPr>
          <w:sz w:val="20"/>
        </w:rPr>
        <w:t>47:43  agar woh manen unki to unka ek bahut bada role samne aa jayega.</w:t>
      </w:r>
      <w:r>
        <w:br/>
      </w:r>
      <w:r>
        <w:rPr>
          <w:sz w:val="20"/>
        </w:rPr>
        <w:t>47:50  to main ek hi mujhe maloom hai Allama Anwar Shah Kashmiri</w:t>
      </w:r>
      <w:r>
        <w:br/>
      </w:r>
      <w:r>
        <w:rPr>
          <w:sz w:val="20"/>
        </w:rPr>
        <w:t>47:56  jinhone yeh baat likhi hai.</w:t>
      </w:r>
      <w:r>
        <w:br/>
      </w:r>
      <w:r>
        <w:rPr>
          <w:sz w:val="20"/>
        </w:rPr>
        <w:t>48:02  baqi log to bas nafrat, nafrat, nafrat.</w:t>
      </w:r>
      <w:r>
        <w:br/>
      </w:r>
      <w:r>
        <w:rPr>
          <w:sz w:val="20"/>
        </w:rPr>
        <w:t>48:08  to nafrat jo hai hamare maujooda zamane ke logon ke liye record ban rahi hai, ban gayi hai</w:t>
      </w:r>
      <w:r>
        <w:br/>
      </w:r>
      <w:r>
        <w:rPr>
          <w:sz w:val="20"/>
        </w:rPr>
        <w:t>48:14  ke woh sachai ko daryaft karne wale logon ki qadar karen, unse mohabbat karen, unse istifada karen.</w:t>
      </w:r>
    </w:p>
    <w:p>
      <w:pPr>
        <w:pStyle w:val="Heading2"/>
      </w:pPr>
      <w:r>
        <w:t>Why Usuli Tafsir lacks contemporary application</w:t>
      </w:r>
    </w:p>
    <w:p>
      <w:r>
        <w:rPr>
          <w:color w:val="666666"/>
          <w:sz w:val="18"/>
        </w:rPr>
        <w:t>Quran &amp; Tafsir · Study of The Quran November 30, 2014 · 1m 10s · at 45:51 · https://youtu.be/x3fcJ2nlDow?t=2751</w:t>
      </w:r>
    </w:p>
    <w:p>
      <w:r>
        <w:rPr>
          <w:i/>
        </w:rPr>
        <w:t>“In the books of Usuli Tafsir, why is there not more emphasis on contemporary application?”</w:t>
      </w:r>
    </w:p>
    <w:p>
      <w:r>
        <w:rPr>
          <w:sz w:val="20"/>
        </w:rPr>
        <w:t>45:51  main to yahi samajhta hoon. Maulana, in ka aik aur sawal hai. unhon ne aap se poocha hai ke usooli tafseer ki kitabon mein contemporary application par ziyada zor kyun nahi diya gaya, is ke baray mein.</w:t>
      </w:r>
      <w:r>
        <w:br/>
      </w:r>
      <w:r>
        <w:rPr>
          <w:sz w:val="20"/>
        </w:rPr>
        <w:t>46:05  haan, kon sa? usooli tafseer. usooli tafseer. usooli tafseer. haan ji. bhai, is ka ab is ka to bohat mushkil hai jawab dena.</w:t>
      </w:r>
      <w:r>
        <w:br/>
      </w:r>
      <w:r>
        <w:rPr>
          <w:sz w:val="20"/>
        </w:rPr>
        <w:t>46:16  magar bazahir mera khayal yeh hai ke logon ne shan e nuzool ya asbab e nuzool ki riwayaton hi ko asal samajh liya. halankeh woh background bata di thi.</w:t>
      </w:r>
      <w:r>
        <w:br/>
      </w:r>
      <w:r>
        <w:rPr>
          <w:sz w:val="20"/>
        </w:rPr>
        <w:t>46:29  yani jis ko kehte hain tafseer e ma'soor, usi ko asal samajh liya gaya.</w:t>
      </w:r>
      <w:r>
        <w:br/>
      </w:r>
      <w:r>
        <w:rPr>
          <w:sz w:val="20"/>
        </w:rPr>
        <w:t>46:34  bas jo shan e nuzool ki riwayaton mein hai, jo asbab e nuzool ki riwayaton mein hai, bas wohi asal hai tafseer ka maada. halankeh woh asal tafseer ka maada nahi tha.</w:t>
      </w:r>
      <w:r>
        <w:br/>
      </w:r>
      <w:r>
        <w:rPr>
          <w:sz w:val="20"/>
        </w:rPr>
        <w:t>46:47  woh woh hum ko historical background batane ke liye tha. is se hum is ko le kar phir humein re-apply karna tha.</w:t>
      </w:r>
      <w:r>
        <w:br/>
      </w:r>
      <w:r>
        <w:rPr>
          <w:sz w:val="20"/>
        </w:rPr>
        <w:t>46:58  yeh main samajhta hoon ke yeh zehan nahi bana logon ke andar.</w:t>
      </w:r>
    </w:p>
    <w:p>
      <w:pPr>
        <w:pStyle w:val="Heading2"/>
      </w:pPr>
      <w:r>
        <w:t>Why does God emphasize mercy and grace in Quran?</w:t>
      </w:r>
    </w:p>
    <w:p>
      <w:r>
        <w:rPr>
          <w:color w:val="666666"/>
          <w:sz w:val="18"/>
        </w:rPr>
        <w:t>Quran &amp; Tafsir · God Particle July 8, 2012 · 1m 18s · at 1:17:28 · https://youtu.be/30Ulu10c2nA?t=4648</w:t>
      </w:r>
    </w:p>
    <w:p>
      <w:r>
        <w:rPr>
          <w:i/>
        </w:rPr>
        <w:t>“The opening words of the Quran for 113 chapters refer to God as being merciful and gracious. Why out of all the qualities would God choose to single out these two?”</w:t>
      </w:r>
    </w:p>
    <w:p>
      <w:r>
        <w:rPr>
          <w:sz w:val="20"/>
        </w:rPr>
        <w:t>1:17:28  Phir se padhiye aur agle hafte phir sahi sawal kijiye. Mere alfaaz jo hain, us ko le kar ke. Maulana, agla sawal Delhi se hai Miss Saadia Khan ka.</w:t>
      </w:r>
      <w:r>
        <w:br/>
      </w:r>
      <w:r>
        <w:rPr>
          <w:sz w:val="20"/>
        </w:rPr>
        <w:t>1:17:39  Unhone likha hai: "The opening words of the Quran for 113 chapters refers to God as being merciful and gracious.</w:t>
      </w:r>
      <w:r>
        <w:br/>
      </w:r>
      <w:r>
        <w:rPr>
          <w:sz w:val="20"/>
        </w:rPr>
        <w:t>1:17:50  Why out of all the qualities would God choose to single out these two?" Kindly comment</w:t>
      </w:r>
      <w:r>
        <w:br/>
      </w:r>
      <w:r>
        <w:rPr>
          <w:sz w:val="20"/>
        </w:rPr>
        <w:t>1:17:57  Aur nahi toh Quran mein aur doosre jo Khuda ke doosre jo attributes woh bayan kiye gaye hain, yahan par yaani is ko highlight kiya gaya hai kyunke insaan ka yeh bahut bada concern hai ke Khuda mujh par reham kare, mere saath blessing kare.</w:t>
      </w:r>
      <w:r>
        <w:br/>
      </w:r>
      <w:r>
        <w:rPr>
          <w:sz w:val="20"/>
        </w:rPr>
        <w:t>1:18:16  Yeh toh bahut bada yaani wajood toh de chuka Khuda. Ab mujhe dua thodi karna hai ke Khuda mujhe wajood de de, mujhe paida kar de</w:t>
      </w:r>
      <w:r>
        <w:br/>
      </w:r>
      <w:r>
        <w:rPr>
          <w:sz w:val="20"/>
        </w:rPr>
        <w:t>1:18:24  Main toh paida ho chuka, paida ho chuka hoon. Main toh ab jo doosra concern mera hai ke mere saath Khuda basic mamla mamla kare.</w:t>
      </w:r>
      <w:r>
        <w:br/>
      </w:r>
      <w:r>
        <w:rPr>
          <w:sz w:val="20"/>
        </w:rPr>
        <w:t>1:18:34  Is liye is ko highlight kiya gaya hai, warna Quran mein aur doosre jo Allah Ta'ala ke attributes hain, uska bhi zikr hai.</w:t>
      </w:r>
    </w:p>
    <w:p>
      <w:pPr>
        <w:pStyle w:val="Heading2"/>
      </w:pPr>
      <w:r>
        <w:t>Why does Quran describe God as surprised and angered?</w:t>
      </w:r>
    </w:p>
    <w:p>
      <w:r>
        <w:rPr>
          <w:color w:val="666666"/>
          <w:sz w:val="18"/>
        </w:rPr>
        <w:t>Quran &amp; Tafsir · On Atheism | May 22, 2016 · 1m 30s · at 52:29 · https://youtu.be/tzJmfYnSleo?t=3149</w:t>
      </w:r>
    </w:p>
    <w:p>
      <w:r>
        <w:rPr>
          <w:i/>
        </w:rPr>
        <w:t>“God is closer to us than our jugular vein, says the Quran. One of my friends after hearing me said to me: 'Why does your holy book describe God at some places as surprised and angered by the actions of humans?'”</w:t>
      </w:r>
    </w:p>
    <w:p>
      <w:r>
        <w:rPr>
          <w:sz w:val="20"/>
        </w:rPr>
        <w:t>52:29  sawal karne wale ne likha hai ke god is closer to us dein aur jugular wen sees quran.</w:t>
      </w:r>
      <w:r>
        <w:br/>
      </w:r>
      <w:r>
        <w:rPr>
          <w:sz w:val="20"/>
        </w:rPr>
        <w:t>52:34  one of my friend after hearing me said to me</w:t>
      </w:r>
      <w:r>
        <w:br/>
      </w:r>
      <w:r>
        <w:rPr>
          <w:sz w:val="20"/>
        </w:rPr>
        <w:t>52:39  that why then your holy book describe god at some places as surprised or angered by the actions of humans.</w:t>
      </w:r>
      <w:r>
        <w:br/>
      </w:r>
      <w:r>
        <w:rPr>
          <w:sz w:val="20"/>
        </w:rPr>
        <w:t>52:45  being god he already is aware about our inner thoughts or our likely actions.</w:t>
      </w:r>
      <w:r>
        <w:br/>
      </w:r>
      <w:r>
        <w:rPr>
          <w:sz w:val="20"/>
        </w:rPr>
        <w:t>52:51  why this so? kya matlab hai? molana woh yeh janna chah rahe hain ke quran mein jo ayat</w:t>
      </w:r>
      <w:r>
        <w:br/>
      </w:r>
      <w:r>
        <w:rPr>
          <w:sz w:val="20"/>
        </w:rPr>
        <w:t>52:57  hai ke khuda jugular vein se bhi close hai to is lehaz se khuda har action har thought</w:t>
      </w:r>
      <w:r>
        <w:br/>
      </w:r>
      <w:r>
        <w:rPr>
          <w:sz w:val="20"/>
        </w:rPr>
        <w:t>53:03  ko janta hai.</w:t>
      </w:r>
      <w:r>
        <w:br/>
      </w:r>
      <w:r>
        <w:rPr>
          <w:sz w:val="20"/>
        </w:rPr>
        <w:t>53:09  to phir kyun kai ayaton mein yeh aya hai ke ke khuda ghussa ho gaya ya khuda surprised</w:t>
      </w:r>
      <w:r>
        <w:br/>
      </w:r>
      <w:r>
        <w:rPr>
          <w:sz w:val="20"/>
        </w:rPr>
        <w:t>53:13  hai? kyunke khuda sab janta hai to phir why god is being mentioned as surprised or angry? is</w:t>
      </w:r>
      <w:r>
        <w:br/>
      </w:r>
      <w:r>
        <w:rPr>
          <w:sz w:val="20"/>
        </w:rPr>
        <w:t>53:18  ka door ya qareeb se kya taluq hai? bhai door ho kar bhi ho sakta hai, qareeb ho</w:t>
      </w:r>
      <w:r>
        <w:br/>
      </w:r>
      <w:r>
        <w:rPr>
          <w:sz w:val="20"/>
        </w:rPr>
        <w:t>53:22  kar bhi ho sakta hai.</w:t>
      </w:r>
      <w:r>
        <w:br/>
      </w:r>
      <w:r>
        <w:rPr>
          <w:sz w:val="20"/>
        </w:rPr>
        <w:t>53:26  ji yani khuda ke bare mein yeh baat to keh rahe hain woh is ka door qareeb se</w:t>
      </w:r>
      <w:r>
        <w:br/>
      </w:r>
      <w:r>
        <w:rPr>
          <w:sz w:val="20"/>
        </w:rPr>
        <w:t>53:30  kya taluq hai? yeh meri samajh nahi aayi.</w:t>
      </w:r>
      <w:r>
        <w:br/>
      </w:r>
      <w:r>
        <w:rPr>
          <w:sz w:val="20"/>
        </w:rPr>
        <w:t>53:35  woh shayad molana yeh janna chah rahe hain ke kyunke khuda</w:t>
      </w:r>
      <w:r>
        <w:br/>
      </w:r>
      <w:r>
        <w:rPr>
          <w:sz w:val="20"/>
        </w:rPr>
        <w:t>53:39  sab jante hain to nahi to door qareeb koi jo ayat pesh ki hai unhon ne ke allah</w:t>
      </w:r>
      <w:r>
        <w:br/>
      </w:r>
      <w:r>
        <w:rPr>
          <w:sz w:val="20"/>
        </w:rPr>
        <w:t>53:44  insan ke hal al-wali se bhi qareeb hai is se kya taluq is ka hai? ji is baat</w:t>
      </w:r>
      <w:r>
        <w:br/>
      </w:r>
      <w:r>
        <w:rPr>
          <w:sz w:val="20"/>
        </w:rPr>
        <w:t>53:49  ko mein to nahi samjha.</w:t>
      </w:r>
      <w:r>
        <w:br/>
      </w:r>
      <w:r>
        <w:rPr>
          <w:sz w:val="20"/>
        </w:rPr>
        <w:t>53:54  phir se woh ji agle sunday ko clear kar ke phir se sawal karenge.</w:t>
      </w:r>
    </w:p>
    <w:p>
      <w:pPr>
        <w:pStyle w:val="Heading2"/>
      </w:pPr>
      <w:r>
        <w:t>Why is hopelessness condemned in Quran?</w:t>
      </w:r>
    </w:p>
    <w:p>
      <w:r>
        <w:rPr>
          <w:color w:val="666666"/>
          <w:sz w:val="18"/>
        </w:rPr>
        <w:t>Quran &amp; Tafsir · Deeper Meaning of Quran 17 05 2015 · 1m 33s · at 50:48 · https://youtu.be/_Cj6gds7nWI?t=3048</w:t>
      </w:r>
    </w:p>
    <w:p>
      <w:r>
        <w:rPr>
          <w:i/>
        </w:rPr>
        <w:t>“Why is hopelessness condemned in the Quran? Please clarify.”</w:t>
      </w:r>
    </w:p>
    <w:p>
      <w:r>
        <w:rPr>
          <w:sz w:val="20"/>
        </w:rPr>
        <w:t>50:48  maulana, agla sawal doctor safina tabassum ne kiya hai ajmer se aur unhon ne likha hai: "maulana sahib,</w:t>
      </w:r>
      <w:r>
        <w:br/>
      </w:r>
      <w:r>
        <w:rPr>
          <w:sz w:val="20"/>
        </w:rPr>
        <w:t>50:54  na umidi ko quran mein kyun condemn kiya gaya hai? is ko wazeh karen." dekhen, jo aadmi mayoos</w:t>
      </w:r>
      <w:r>
        <w:br/>
      </w:r>
      <w:r>
        <w:rPr>
          <w:sz w:val="20"/>
        </w:rPr>
        <w:t>50:59  hota hai, woh khuda ke bare mein mistrust ka, be aitimadi ka izhaar karta hai.</w:t>
      </w:r>
      <w:r>
        <w:br/>
      </w:r>
      <w:r>
        <w:rPr>
          <w:sz w:val="20"/>
        </w:rPr>
        <w:t>51:05  kyun ke khuda ka jab ailaan hai ke kainat is ki rehmaton se bhari hui hai, is ki rehmaton</w:t>
      </w:r>
      <w:r>
        <w:br/>
      </w:r>
      <w:r>
        <w:rPr>
          <w:sz w:val="20"/>
        </w:rPr>
        <w:t>51:10  se bhari hui hai, pura insaan ke liye allah ne apni rehmaten udal rakhi hain.</w:t>
      </w:r>
      <w:r>
        <w:br/>
      </w:r>
      <w:r>
        <w:rPr>
          <w:sz w:val="20"/>
        </w:rPr>
        <w:t>51:16  to aap bataiye ke aap mayoos ho to is ka mani hai ke aap ne khuda par mistrust</w:t>
      </w:r>
      <w:r>
        <w:br/>
      </w:r>
      <w:r>
        <w:rPr>
          <w:sz w:val="20"/>
        </w:rPr>
        <w:t>51:21  kiya, aitimad nahi kiya khuda par.</w:t>
      </w:r>
      <w:r>
        <w:br/>
      </w:r>
      <w:r>
        <w:rPr>
          <w:sz w:val="20"/>
        </w:rPr>
        <w:t>51:27  dosri baat yeh hai ke khuda ki jo rehmaten bhari hui hain, to woh aisa nahi hai jaise</w:t>
      </w:r>
      <w:r>
        <w:br/>
      </w:r>
      <w:r>
        <w:rPr>
          <w:sz w:val="20"/>
        </w:rPr>
        <w:t>51:32  ke kankar pathar bhare hue dikhai den.</w:t>
      </w:r>
      <w:r>
        <w:br/>
      </w:r>
      <w:r>
        <w:rPr>
          <w:sz w:val="20"/>
        </w:rPr>
        <w:t>51:38  kabhi aisa hota hai ke aap khuda ki rehmat milne wale hote hain, kal chahte hain, aaj aap</w:t>
      </w:r>
      <w:r>
        <w:br/>
      </w:r>
      <w:r>
        <w:rPr>
          <w:sz w:val="20"/>
        </w:rPr>
        <w:t>51:43  to aap ko mayoos ho jati hai.</w:t>
      </w:r>
      <w:r>
        <w:br/>
      </w:r>
      <w:r>
        <w:rPr>
          <w:sz w:val="20"/>
        </w:rPr>
        <w:t>51:49  to yaad rakhiye, khuda ki rehmaten jo hain, kabhi foran ayengi, kabhi der mein ayengi.</w:t>
      </w:r>
      <w:r>
        <w:br/>
      </w:r>
      <w:r>
        <w:rPr>
          <w:sz w:val="20"/>
        </w:rPr>
        <w:t>51:54  kabhi to aisa hoga ke dunya mein ayengi nahi, akhirat mein milengi.</w:t>
      </w:r>
      <w:r>
        <w:br/>
      </w:r>
      <w:r>
        <w:rPr>
          <w:sz w:val="20"/>
        </w:rPr>
        <w:t>52:00  to in sab baton ko jo na soche, to woh mayoos ho jayega.</w:t>
      </w:r>
      <w:r>
        <w:br/>
      </w:r>
      <w:r>
        <w:rPr>
          <w:sz w:val="20"/>
        </w:rPr>
        <w:t>52:05  to is ka mani hai ke jo aadmi mayoos hota hai, woh allah ki rehmat par shak karta</w:t>
      </w:r>
      <w:r>
        <w:br/>
      </w:r>
      <w:r>
        <w:rPr>
          <w:sz w:val="20"/>
        </w:rPr>
        <w:t>52:11  hai, allah ki qudrat par shak karta hai.</w:t>
      </w:r>
      <w:r>
        <w:br/>
      </w:r>
      <w:r>
        <w:rPr>
          <w:sz w:val="20"/>
        </w:rPr>
        <w:t>52:16  to zahir hai ke woh jaiz nahi ho sakta, ahista ahista phir jaiz nahi ho sakta.</w:t>
      </w:r>
    </w:p>
    <w:p>
      <w:pPr>
        <w:pStyle w:val="Heading2"/>
      </w:pPr>
      <w:r>
        <w:t>Woman's witness half of man's in Quran</w:t>
      </w:r>
    </w:p>
    <w:p>
      <w:r>
        <w:rPr>
          <w:color w:val="666666"/>
          <w:sz w:val="18"/>
        </w:rPr>
        <w:t>Quran &amp; Tafsir · Living in a World of Competition October 24, 2010 · 1m 52s · at 1:23:52 · https://youtu.be/0DRVM8YxM5U?t=5032</w:t>
      </w:r>
    </w:p>
    <w:p>
      <w:r>
        <w:rPr>
          <w:i/>
        </w:rPr>
        <w:t>“Why is it that a woman's witness is regarded as half to a man? According to Chapter 2, verse number 282 of the Quran, is this command limited to a financial transaction, and is it for every case of witness?”</w:t>
      </w:r>
    </w:p>
    <w:p>
      <w:r>
        <w:rPr>
          <w:sz w:val="20"/>
        </w:rPr>
        <w:t>1:23:52  maulana, agla sawal kya hai? mister ramish siddiqui ne dilli se, unhon ne likha hai: "why is it that a woman witness is regarded as half to a man?</w:t>
      </w:r>
      <w:r>
        <w:br/>
      </w:r>
      <w:r>
        <w:rPr>
          <w:sz w:val="20"/>
        </w:rPr>
        <w:t>1:24:04  according to chapter 2, verse number 282 of the quran, is this command limited to a financial transaction, or it is for every case of witness?</w:t>
      </w:r>
      <w:r>
        <w:br/>
      </w:r>
      <w:r>
        <w:rPr>
          <w:sz w:val="20"/>
        </w:rPr>
        <w:t>1:24:17  " is par maine likha hai, bilkul scientific, yani is ka proof diya hai maine ke theek, yeh scientific, yani science ki daryafton ke mutabiq hai.</w:t>
      </w:r>
      <w:r>
        <w:br/>
      </w:r>
      <w:r>
        <w:rPr>
          <w:sz w:val="20"/>
        </w:rPr>
        <w:t>1:24:29  yeh, aur yeh is par maine article mein chhap chuka hai. jo sahab is ko parhna chahein, woh maulana zikwan sahab se is ka reference pooch lein, aur sahab is ko parh lein.</w:t>
      </w:r>
      <w:r>
        <w:br/>
      </w:r>
      <w:r>
        <w:rPr>
          <w:sz w:val="20"/>
        </w:rPr>
        <w:t>1:24:40  theek, isi mauzu par, isi, isi ayat ko le kar ke</w:t>
      </w:r>
      <w:r>
        <w:br/>
      </w:r>
      <w:r>
        <w:rPr>
          <w:sz w:val="20"/>
        </w:rPr>
        <w:t>1:24:44  maine science ki jo discoveries hain, is ka reference diya hai. is mein to yeh ek lambi baat hai, jo log samajhna chahein to maulana zikwan sahab is ka reference bata dein ge, is ko risalay mein parh lein.</w:t>
      </w:r>
    </w:p>
    <w:p>
      <w:pPr>
        <w:pStyle w:val="Heading2"/>
      </w:pPr>
      <w:r>
        <w:t>Word to word Quran study method</w:t>
      </w:r>
    </w:p>
    <w:p>
      <w:r>
        <w:rPr>
          <w:color w:val="666666"/>
          <w:sz w:val="18"/>
        </w:rPr>
        <w:t>Quran &amp; Tafsir · Islam in A New Age March 18, 2012 · 1m 22s · at 1:02:09 · https://youtu.be/P5hzq_NheY0?t=3729</w:t>
      </w:r>
    </w:p>
    <w:p>
      <w:r>
        <w:rPr>
          <w:i/>
        </w:rPr>
        <w:t>“Is word to word study of the Quran the best way of understanding the Quran? Please comment.”</w:t>
      </w:r>
    </w:p>
    <w:p>
      <w:r>
        <w:rPr>
          <w:sz w:val="20"/>
        </w:rPr>
        <w:t>1:02:09  Maulana, agla sawal aya hai Bihar se Maulana Farhad Salfi sahib ka. unhon ne aap se poocha hai ke is word to word study of the Quran the best way of understanding the Quran?</w:t>
      </w:r>
      <w:r>
        <w:br/>
      </w:r>
      <w:r>
        <w:rPr>
          <w:sz w:val="20"/>
        </w:rPr>
        <w:t>1:02:22  Please comment. koi best way nahi hai, ghor karna aur dua karna, aur koi doosra nahi hai.</w:t>
      </w:r>
      <w:r>
        <w:br/>
      </w:r>
      <w:r>
        <w:rPr>
          <w:sz w:val="20"/>
        </w:rPr>
        <w:t>1:02:33  ek tareeqa nikla tha bahut pehle ke taht ul lafz tarjuma ye kuch nahi, ye sab bekar baaten hain. technique, technique se kuch samajh nahi aa sakte aap Quran ko.</w:t>
      </w:r>
      <w:r>
        <w:br/>
      </w:r>
      <w:r>
        <w:rPr>
          <w:sz w:val="20"/>
        </w:rPr>
        <w:t>1:02:45  tarah tarah ki technique nikalte hain log, kuch nahi. sochiye aur dua kijiye, sochiye aur</w:t>
      </w:r>
      <w:r>
        <w:br/>
      </w:r>
      <w:r>
        <w:rPr>
          <w:sz w:val="20"/>
        </w:rPr>
        <w:t>1:02:51  dua kijiye, yani tadabbur aur dua, bas koi technique nahi hai Quran ko samajhne ke liye. ek chhapa gaya, ek pata hai, chhapa gaya tha, tarjuma chhapa chhapa gaya tha.</w:t>
      </w:r>
      <w:r>
        <w:br/>
      </w:r>
      <w:r>
        <w:rPr>
          <w:sz w:val="20"/>
        </w:rPr>
        <w:t>1:03:02  har lafz ke neeche tarjuma, har lafz ke neeche wahi tarjuma. is tarah ki technique bilkul be faida hai. koi bhi technique aap ko fehm e Quran mein madadgar nahi ban sakti.</w:t>
      </w:r>
      <w:r>
        <w:br/>
      </w:r>
      <w:r>
        <w:rPr>
          <w:sz w:val="20"/>
        </w:rPr>
        <w:t>1:03:19  sirf tadabbur karna aur aur dua karna, bas apni taraf se, apni taraf se tadabbur, Allah ki taraf se dua. ye wahid tareeqa hai aur koi tareeqa nahi hai.</w:t>
      </w:r>
    </w:p>
    <w:p>
      <w:pPr>
        <w:pStyle w:val="Heading2"/>
      </w:pPr>
      <w:r>
        <w:t>کیا قرآن کو سائنسی ثبوت کی ضرورت نہیں؟</w:t>
      </w:r>
    </w:p>
    <w:p>
      <w:r>
        <w:rPr>
          <w:color w:val="666666"/>
          <w:sz w:val="18"/>
        </w:rPr>
        <w:t>Quran &amp; Tafsir · Dars-e-Quran, Ch. 12, V. 105 ; Ch. 10 V. 61 (Study of Nature) | July 15, 2018 · 1m 42s · at 57:19 · https://youtu.be/5d-qNvpMg4k?t=3439</w:t>
      </w:r>
    </w:p>
    <w:p>
      <w:r>
        <w:rPr>
          <w:i/>
        </w:rPr>
        <w:t>“Some scholars say that Quran does not need scientific proof and therefore why should we use science? My question is: is this the right attitude?”</w:t>
      </w:r>
    </w:p>
    <w:p>
      <w:r>
        <w:rPr>
          <w:sz w:val="20"/>
        </w:rPr>
        <w:t>57:19  maulana agla sawal bhi</w:t>
      </w:r>
      <w:r>
        <w:br/>
      </w:r>
      <w:r>
        <w:rPr>
          <w:sz w:val="20"/>
        </w:rPr>
        <w:t>57:29  ja hai miss shabana ansari ne pakistan se. unhon ne likha hai, "maulana some ulema say that quran does not need scientific proof and therefore why should we use science? my question is is this the right attitude?" hargiz nahi, hargiz nahi. quran agar is ka talluq quran se nahi hai to is references kyun hain</w:t>
      </w:r>
      <w:r>
        <w:br/>
      </w:r>
      <w:r>
        <w:rPr>
          <w:sz w:val="20"/>
        </w:rPr>
        <w:t>57:59  ؟ ke dekho ke dekho ke kaha quran mein. yeh to bilkul yaani ek baseless baat hai. quran khud keh raha hai ke dekho, dekho, dekho. hum ne khud ab is ko nahi discover kiya. unhon ne discover kiya to un ko le kar dekhein ge. hum misaalan telescope, microscope hum ne nahi</w:t>
      </w:r>
      <w:r>
        <w:br/>
      </w:r>
      <w:r>
        <w:rPr>
          <w:sz w:val="20"/>
        </w:rPr>
        <w:t>58:29  to discover kiya.</w:t>
      </w:r>
      <w:r>
        <w:br/>
      </w:r>
      <w:r>
        <w:rPr>
          <w:sz w:val="20"/>
        </w:rPr>
        <w:t>58:35  aur quran kehta hai ke quran ke kainat mein choti cheezein hain, badi cheezein hain.</w:t>
      </w:r>
      <w:r>
        <w:br/>
      </w:r>
      <w:r>
        <w:rPr>
          <w:sz w:val="20"/>
        </w:rPr>
        <w:t>58:40  yani microworld bhi hai aur macroworld bhi hai.</w:t>
      </w:r>
      <w:r>
        <w:br/>
      </w:r>
      <w:r>
        <w:rPr>
          <w:sz w:val="20"/>
        </w:rPr>
        <w:t>58:46  to is ko hum hum ne koi daryaft nahi kiya.</w:t>
      </w:r>
      <w:r>
        <w:br/>
      </w:r>
      <w:r>
        <w:rPr>
          <w:sz w:val="20"/>
        </w:rPr>
        <w:t>58:51  hum kaise janen? to agar unhon ne jaane daryaft kiya to hum is ko istemal karenge.</w:t>
      </w:r>
      <w:r>
        <w:br/>
      </w:r>
      <w:r>
        <w:rPr>
          <w:sz w:val="20"/>
        </w:rPr>
        <w:t>58:57  is mein istemal karne mein keh rahe hain yeh soch bilkul galat hai, baseless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