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130 questions · category Seerah &amp; Prophet · full transcripts with timestamps · exported 2026-09-22</w:t>
      </w:r>
    </w:p>
    <w:p>
      <w:pPr>
        <w:pStyle w:val="Heading2"/>
      </w:pPr>
      <w:r>
        <w:t>Are all people the Prophet's ummah?</w:t>
      </w:r>
    </w:p>
    <w:p>
      <w:r>
        <w:rPr>
          <w:color w:val="666666"/>
          <w:sz w:val="18"/>
        </w:rPr>
        <w:t>Seerah &amp; Prophet · Importance of Creative Thinking December 11, 2011 · 2m 13s · at 1:05:33 · https://youtu.be/jfML9Arb0S4?t=3933</w:t>
      </w:r>
    </w:p>
    <w:p>
      <w:r>
        <w:rPr>
          <w:i/>
        </w:rPr>
        <w:t>“After the Prophet Muhammad (peace be upon him) came into the world, are all people his ummah? Then what is the difference between Muslim and non-Muslim? Does a Muslim need to highlight this?”</w:t>
      </w:r>
    </w:p>
    <w:p>
      <w:r>
        <w:rPr>
          <w:sz w:val="20"/>
        </w:rPr>
        <w:t>1:05:33  maulana, agla sawal aaya hai mr. gresh jwal ka dilli se</w:t>
      </w:r>
      <w:r>
        <w:br/>
      </w:r>
      <w:r>
        <w:rPr>
          <w:sz w:val="20"/>
        </w:rPr>
        <w:t>1:05:37  . unhon ne likha hai: "kya hazrat Muhammad sallallahu alaihi wasallam ke dunya mein aanay ke baad sabhi un ki ummat hain?</w:t>
      </w:r>
      <w:r>
        <w:br/>
      </w:r>
      <w:r>
        <w:rPr>
          <w:sz w:val="20"/>
        </w:rPr>
        <w:t>1:05:48  phir muslim aur ghair muslim mein kya farq hai? kya muslim ko usay uagar karne ki zaroorat hai?"</w:t>
      </w:r>
      <w:r>
        <w:br/>
      </w:r>
      <w:r>
        <w:rPr>
          <w:sz w:val="20"/>
        </w:rPr>
        <w:t>1:05:59  dekhen, jo baat hai woh muslim ghair muslim mein nahi hai. muslim to aik qom hai jo doosri qomen hain.</w:t>
      </w:r>
      <w:r>
        <w:br/>
      </w:r>
      <w:r>
        <w:rPr>
          <w:sz w:val="20"/>
        </w:rPr>
        <w:t>1:06:06  asal asal yeh farq nahi hai. humein phir se sachai ko discover karna hai, har musalman ko phir se sachai ko discover karna hai.</w:t>
      </w:r>
      <w:r>
        <w:br/>
      </w:r>
      <w:r>
        <w:rPr>
          <w:sz w:val="20"/>
        </w:rPr>
        <w:t>1:06:16  aisa nahi ke paida ho gaye to un ko islam mil gaya, aisa nahi hai. yani islam jo hota hai woh bas se nahi milta, choice se milta hai.</w:t>
      </w:r>
      <w:r>
        <w:br/>
      </w:r>
      <w:r>
        <w:rPr>
          <w:sz w:val="20"/>
        </w:rPr>
        <w:t>1:06:29  jaise main ne islam ko phir se parha,</w:t>
      </w:r>
      <w:r>
        <w:br/>
      </w:r>
      <w:r>
        <w:rPr>
          <w:sz w:val="20"/>
        </w:rPr>
        <w:t>1:06:32  agarche main paida hua tha aik muslim family mein, lekin main ne islam ko phir se parha. parhte parhte mujhe discovery hui. to yeh har har har har aik ke liye yeh hona chahiye.</w:t>
      </w:r>
      <w:r>
        <w:br/>
      </w:r>
      <w:r>
        <w:rPr>
          <w:sz w:val="20"/>
        </w:rPr>
        <w:t>1:06:44  yeh koi Allah taala ke haan qomen nahi ke aik qom muslim ki, aik qom non muslim ki, aisi kuch baat nahi hai.</w:t>
      </w:r>
      <w:r>
        <w:br/>
      </w:r>
      <w:r>
        <w:rPr>
          <w:sz w:val="20"/>
        </w:rPr>
        <w:t>1:06:51  jo Allah taala ke haan jo mamla hai woh sirf yeh hai ke woh kon hai jo apne yani apni zindagi ko khud dhal, yani woh sachai ko khud discover karta hai, phir us par apni zindagi ko dhalta hai,</w:t>
      </w:r>
      <w:r>
        <w:br/>
      </w:r>
      <w:r>
        <w:rPr>
          <w:sz w:val="20"/>
        </w:rPr>
        <w:t>1:07:06  us ke mutabiq amal karta hai. Allah ke haan faisla jo hoga kuch community wise nahi hoga, yeh community jahannum mein, woh community jannat mein, aisa kuch bhi nahi hai.</w:t>
      </w:r>
      <w:r>
        <w:br/>
      </w:r>
      <w:r>
        <w:rPr>
          <w:sz w:val="20"/>
        </w:rPr>
        <w:t>1:07:19  individual wise hoga,</w:t>
      </w:r>
      <w:r>
        <w:br/>
      </w:r>
      <w:r>
        <w:rPr>
          <w:sz w:val="20"/>
        </w:rPr>
        <w:t>1:07:21  aik aik aik aik individual ko dekha jaye ke us ka apna record kya hai. aisa nahi ke jis yeh aik qom hai, yeh sab jannat mein, woh doosri qom hai jahannum mein, aisa kuch bhi nahi hai.</w:t>
      </w:r>
      <w:r>
        <w:br/>
      </w:r>
      <w:r>
        <w:rPr>
          <w:sz w:val="20"/>
        </w:rPr>
        <w:t>1:07:34  aik aik individual ke record ko jaancha jayega aur aik aik individual apne record ka aitbar se jis tarah sabit hoga, waisa us ke sath mamla kiya jayega.</w:t>
      </w:r>
    </w:p>
    <w:p>
      <w:pPr>
        <w:pStyle w:val="Heading2"/>
      </w:pPr>
      <w:r>
        <w:t>Are both sides in early battles in Paradise?</w:t>
      </w:r>
    </w:p>
    <w:p>
      <w:r>
        <w:rPr>
          <w:color w:val="666666"/>
          <w:sz w:val="18"/>
        </w:rPr>
        <w:t>Seerah &amp; Prophet · Surah Al-'Asr I November 23, 2014 Maulana Wahiduddin Khan · 3m 33s · at 59:28 · https://youtu.be/3dBMIUC0Dqw?t=3568</w:t>
      </w:r>
    </w:p>
    <w:p>
      <w:r>
        <w:rPr>
          <w:i/>
        </w:rPr>
        <w:t>“People say that in the battles of Jamal and Siffin, those who were killed on both sides are all in Paradise. Is this belief correct?”</w:t>
      </w:r>
    </w:p>
    <w:p>
      <w:r>
        <w:rPr>
          <w:sz w:val="20"/>
        </w:rPr>
        <w:t>59:28  Maulana, agla sawal Mr Raj Malik ne kiya hai Dilli se aur unhone likha hai ke Maulana, log kehte hain ke Jang-e-Jamal aur Jang-e-Siffin mein dono taraf se jo log mare gaye woh dono jannati hain.</w:t>
      </w:r>
      <w:r>
        <w:br/>
      </w:r>
      <w:r>
        <w:rPr>
          <w:sz w:val="20"/>
        </w:rPr>
        <w:t>59:46  kya yeh nazariya sahi hai? dekhen, main ek baat usooli arz karta hoon ke hadith mein aata hai innama al-a'malu bi al-niyyat amal ka daromadar niyat par hai.</w:t>
      </w:r>
      <w:r>
        <w:br/>
      </w:r>
      <w:r>
        <w:rPr>
          <w:sz w:val="20"/>
        </w:rPr>
        <w:t>1:00:04  yani zahiri taur par aadmi kya karta hai woh faisle ki cheez nahi hai. uska intention kya hai woh faisle ki cheez hai.</w:t>
      </w:r>
      <w:r>
        <w:br/>
      </w:r>
      <w:r>
        <w:rPr>
          <w:sz w:val="20"/>
        </w:rPr>
        <w:t>1:00:18  intention innama al-a'malu bi al-niyyat</w:t>
      </w:r>
      <w:r>
        <w:br/>
      </w:r>
      <w:r>
        <w:rPr>
          <w:sz w:val="20"/>
        </w:rPr>
        <w:t>1:00:24  yani action depends upon intention to intention jo hai woh to Allah ko pata hai. Woh to insan ko pata nahi.</w:t>
      </w:r>
      <w:r>
        <w:br/>
      </w:r>
      <w:r>
        <w:rPr>
          <w:sz w:val="20"/>
        </w:rPr>
        <w:t>1:00:36  mujhe ek waqia yaad aata hai. Ek sahab the,</w:t>
      </w:r>
      <w:r>
        <w:br/>
      </w:r>
      <w:r>
        <w:rPr>
          <w:sz w:val="20"/>
        </w:rPr>
        <w:t>1:00:41  abool barkaat, un ka intiqal ho chuka hai. To Maulana Hussain Bandani ko bohat mante the. To ek martaba gaya un ke haan.</w:t>
      </w:r>
      <w:r>
        <w:br/>
      </w:r>
      <w:r>
        <w:rPr>
          <w:sz w:val="20"/>
        </w:rPr>
        <w:t>1:00:51  woh Tanda mein rehte the. Woh Darul Uloom Deoband mein shakh al hadees bhi the. Watan tha Tanda.</w:t>
      </w:r>
      <w:r>
        <w:br/>
      </w:r>
      <w:r>
        <w:rPr>
          <w:sz w:val="20"/>
        </w:rPr>
        <w:t>1:01:01  ek martaba un se milne gaye. To unhon ne bataya ke Maulana Bandani jo the bistar par leTe hue the. Aur jaisa ke aap jante hain ke Maulana Bandani Congressi zehan ke the.</w:t>
      </w:r>
      <w:r>
        <w:br/>
      </w:r>
      <w:r>
        <w:rPr>
          <w:sz w:val="20"/>
        </w:rPr>
        <w:t>1:01:14  Muslim League ke sakht khilaf the. Muslim League ke sakht khilaf the. Janab sahab ke sakht khilaf the.</w:t>
      </w:r>
      <w:r>
        <w:br/>
      </w:r>
      <w:r>
        <w:rPr>
          <w:sz w:val="20"/>
        </w:rPr>
        <w:t>1:01:22  woh Congressi zehan ke aadmi the. To Abool Barkaat sahab ne bataya mujhe ke is waqt jab ke woh leTe hue the aur yeh baithe hue the neeche farsh par ek aadmi aaya.</w:t>
      </w:r>
      <w:r>
        <w:br/>
      </w:r>
      <w:r>
        <w:rPr>
          <w:sz w:val="20"/>
        </w:rPr>
        <w:t>1:01:38  is aadmi ne Maulana Bandani se ek sawal kiya</w:t>
      </w:r>
      <w:r>
        <w:br/>
      </w:r>
      <w:r>
        <w:rPr>
          <w:sz w:val="20"/>
        </w:rPr>
        <w:t>1:01:42  ke Hazrat, janaza ka anjam acha hoga ya bura hoga aakhirat mein? Direct taur par. Janaza ka anjam acha hoga ya bura?</w:t>
      </w:r>
      <w:r>
        <w:br/>
      </w:r>
      <w:r>
        <w:rPr>
          <w:sz w:val="20"/>
        </w:rPr>
        <w:t>1:01:55  to unhon ne bataya ke Maulana Bandani ne ek lamha socha.</w:t>
      </w:r>
      <w:r>
        <w:br/>
      </w:r>
      <w:r>
        <w:rPr>
          <w:sz w:val="20"/>
        </w:rPr>
        <w:t>1:02:00  soch kar bohat hi yani specific lafzon mein ek baat kahi. Unhon ne kaha ke is ki niyat achi thi to is ka anjam bhi acha hoga.</w:t>
      </w:r>
      <w:r>
        <w:br/>
      </w:r>
      <w:r>
        <w:rPr>
          <w:sz w:val="20"/>
        </w:rPr>
        <w:t>1:02:16  is ki niyat buri thi to is ka anjam bhi bura hoga.</w:t>
      </w:r>
      <w:r>
        <w:br/>
      </w:r>
      <w:r>
        <w:rPr>
          <w:sz w:val="20"/>
        </w:rPr>
        <w:t>1:02:20  bohat bohat right statement hai yeh. Bohat sahi statement hai. Bohat hi soch kar ke aisa bole woh ke is ki niyat achi thi to is ka anjam bhi acha hoga.</w:t>
      </w:r>
      <w:r>
        <w:br/>
      </w:r>
      <w:r>
        <w:rPr>
          <w:sz w:val="20"/>
        </w:rPr>
        <w:t>1:02:34  is ki niyat buri thi to is ka anjam bhi bura hoga. Yeh</w:t>
      </w:r>
      <w:r>
        <w:br/>
      </w:r>
      <w:r>
        <w:rPr>
          <w:sz w:val="20"/>
        </w:rPr>
        <w:t>1:02:38  hai aur aap jante hain ke Bukhari ki pehli riwayat jo hai, pehli riwayat yahi hai innama al a'malu bin niyyat</w:t>
      </w:r>
      <w:r>
        <w:br/>
      </w:r>
      <w:r>
        <w:rPr>
          <w:sz w:val="20"/>
        </w:rPr>
        <w:t>1:02:47  . Amal ka daromadar niyat par hai. Action depends upon intention. Yeh to bohat hi musallama aqeedah hai sare ulama ka.</w:t>
      </w:r>
      <w:r>
        <w:br/>
      </w:r>
      <w:r>
        <w:rPr>
          <w:sz w:val="20"/>
        </w:rPr>
        <w:t>1:02:57  is mein koi ikhtilaf nahi hai.</w:t>
      </w:r>
    </w:p>
    <w:p>
      <w:pPr>
        <w:pStyle w:val="Heading2"/>
      </w:pPr>
      <w:r>
        <w:t>Are dress and beard prophetic models?</w:t>
      </w:r>
    </w:p>
    <w:p>
      <w:r>
        <w:rPr>
          <w:color w:val="666666"/>
          <w:sz w:val="18"/>
        </w:rPr>
        <w:t>Seerah &amp; Prophet · Hadith Prediction November 3, 2013 · 2m 05s · at 1:04:53 · https://youtu.be/cb5Lzw9c8aE?t=3893</w:t>
      </w:r>
    </w:p>
    <w:p>
      <w:r>
        <w:rPr>
          <w:i/>
        </w:rPr>
        <w:t>“All the sayings of the Prophet are models for us, so are dress and beard also models? Is the Prophet a model for us in the matter of beard?”</w:t>
      </w:r>
    </w:p>
    <w:p>
      <w:r>
        <w:rPr>
          <w:sz w:val="20"/>
        </w:rPr>
        <w:t>1:04:53  sarkashi. maulana, in ka ek aur sawal hai. unhon ne aap se poocha hai ke rasool Allah ki tamam baaten hamare liye model hain, to phir kya libas aur dadi bhi, dadi ke maamle mein bhi rasool hamare liye model hain ya nahin?</w:t>
      </w:r>
      <w:r>
        <w:br/>
      </w:r>
      <w:r>
        <w:rPr>
          <w:sz w:val="20"/>
        </w:rPr>
        <w:t>1:05:13  nahin, yeh bilkul yeh soch galat hai. shah Allah sahib ne bohat sahih likha hai ke rasool Allah ke di hui kuch cheezen jo bator aadat thin, aadat arab ke taur par, to woh woh hamari model nahin hain.</w:t>
      </w:r>
      <w:r>
        <w:br/>
      </w:r>
      <w:r>
        <w:rPr>
          <w:sz w:val="20"/>
        </w:rPr>
        <w:t>1:05:27  jo aap ka jo asal paigham tha, tauheed ka paigham, akhlaq ka paigham, dawat Allah ka paigham, akhirat ka paigham, woh asal cheez hai.</w:t>
      </w:r>
      <w:r>
        <w:br/>
      </w:r>
      <w:r>
        <w:rPr>
          <w:sz w:val="20"/>
        </w:rPr>
        <w:t>1:05:36  kapra aur aur aur libas aur yeh sab cheezen to bator aadat arab ke the. aap ke haan woh woh woh is tarah woh sawa nahin hai.</w:t>
      </w:r>
      <w:r>
        <w:br/>
      </w:r>
      <w:r>
        <w:rPr>
          <w:sz w:val="20"/>
        </w:rPr>
        <w:t>1:05:50  hamare ek saathi the adam garh mein, do saathi pehle ki baat hai, un ke zehn mein yahi aaya.</w:t>
      </w:r>
      <w:r>
        <w:br/>
      </w:r>
      <w:r>
        <w:rPr>
          <w:sz w:val="20"/>
        </w:rPr>
        <w:t>1:05:59  to pata nahin kahan kahan mutala kar ke, mutala kar ke n</w:t>
      </w:r>
      <w:r>
        <w:br/>
      </w:r>
      <w:r>
        <w:rPr>
          <w:sz w:val="20"/>
        </w:rPr>
        <w:t>1:06:02  kala ke rasool Allah ka yeh libas tha, yeh chappal tha, yeh sar par aap ko topi hoti thi, aur yeh asā hota tha. to in dono sahiban ne wohi pattern ikhtiyar kar liya, wohi chappal, wohi kapra, wohi topi ya topi ya awamah, aur woh asā aise hi le ke chalte the ke yeh rasool Allah ki pairwi hai.</w:t>
      </w:r>
      <w:r>
        <w:br/>
      </w:r>
      <w:r>
        <w:rPr>
          <w:sz w:val="20"/>
        </w:rPr>
        <w:t>1:06:22  yeh bilkul galat hai. rasool Allah ki pairwi in terms of culture nahin hai, balkeh in terms of ideology hai. culture to mukhtalif ho</w:t>
      </w:r>
      <w:r>
        <w:br/>
      </w:r>
      <w:r>
        <w:rPr>
          <w:sz w:val="20"/>
        </w:rPr>
        <w:t>1:06:32  sakte hain, mukhtalif anbiya ke culture mukhtalif the. to asal cheez yeh hai ke jo anbiya jo aaye, jo ideology le kar ke, woh asal cheez hai.</w:t>
      </w:r>
      <w:r>
        <w:br/>
      </w:r>
      <w:r>
        <w:rPr>
          <w:sz w:val="20"/>
        </w:rPr>
        <w:t>1:06:41  woh sab ke haan ek thi, woh sab ke haan ek thi. yani tauheed ki ideology aur tauheed ki buniyad par zindagi ko munazzam karna, yeh jo ideology, yeh asal cheez thi.</w:t>
      </w:r>
    </w:p>
    <w:p>
      <w:pPr>
        <w:pStyle w:val="Heading2"/>
      </w:pPr>
      <w:r>
        <w:t>Avoiding negative doubts about Prophet</w:t>
      </w:r>
    </w:p>
    <w:p>
      <w:r>
        <w:rPr>
          <w:color w:val="666666"/>
          <w:sz w:val="18"/>
        </w:rPr>
        <w:t>Seerah &amp; Prophet · The Existence of God-7th October 2012 · 2m 26s · at 1:25:47 · https://youtu.be/XWFqKwm-LPM?t=5147</w:t>
      </w:r>
    </w:p>
    <w:p>
      <w:r>
        <w:rPr>
          <w:i/>
        </w:rPr>
        <w:t>“How to avoid negative doubts? I can have two feelings: one is negative, that is what if Muhammad is not a messenger.”</w:t>
      </w:r>
    </w:p>
    <w:p>
      <w:r>
        <w:rPr>
          <w:sz w:val="20"/>
        </w:rPr>
        <w:t>1:25:47  maulana, agla sawal hyderabad se hai zeeshan yusuf sahab ka.</w:t>
      </w:r>
      <w:r>
        <w:br/>
      </w:r>
      <w:r>
        <w:rPr>
          <w:sz w:val="20"/>
        </w:rPr>
        <w:t>1:25:51  انہوں نے لکھا ہے: "مولانا صاحب، how to avoid negative doubts?" I can have two feelings: one is</w:t>
      </w:r>
      <w:r>
        <w:br/>
      </w:r>
      <w:r>
        <w:rPr>
          <w:sz w:val="20"/>
        </w:rPr>
        <w:t>1:25:59  Negative, that is what if Muhammad is not a messenger.</w:t>
      </w:r>
      <w:r>
        <w:br/>
      </w:r>
      <w:r>
        <w:rPr>
          <w:sz w:val="20"/>
        </w:rPr>
        <w:t>1:26:03  The second could be positive: What if Muhammad was really a messenger? Accordingly, I do research and clear</w:t>
      </w:r>
      <w:r>
        <w:br/>
      </w:r>
      <w:r>
        <w:rPr>
          <w:sz w:val="20"/>
        </w:rPr>
        <w:t>1:26:11  doubts.</w:t>
      </w:r>
      <w:r>
        <w:br/>
      </w:r>
      <w:r>
        <w:rPr>
          <w:sz w:val="20"/>
        </w:rPr>
        <w:t>1:26:12  مولانا صاحب، please tell me how to avoid negative doubts.</w:t>
      </w:r>
      <w:r>
        <w:br/>
      </w:r>
      <w:r>
        <w:rPr>
          <w:sz w:val="20"/>
        </w:rPr>
        <w:t>1:26:16  dekhen, is ka ek hi tareeqa hai: study.</w:t>
      </w:r>
      <w:r>
        <w:br/>
      </w:r>
      <w:r>
        <w:rPr>
          <w:sz w:val="20"/>
        </w:rPr>
        <w:t>1:26:20  aap study parhaiye apni, hamari teen kitaben parh lijye, aap phir sawal kijye.</w:t>
      </w:r>
      <w:r>
        <w:br/>
      </w:r>
      <w:r>
        <w:rPr>
          <w:sz w:val="20"/>
        </w:rPr>
        <w:t>1:26:25  aap teen kitaben parh lijye, phir aap sawal kijye.</w:t>
      </w:r>
      <w:r>
        <w:br/>
      </w:r>
      <w:r>
        <w:rPr>
          <w:sz w:val="20"/>
        </w:rPr>
        <w:t>1:26:29  pehli kitab hai "profit evolution", doosri kitab hai, yani wo kya kitab ka naam hai? "simple guides" hain?</w:t>
      </w:r>
      <w:r>
        <w:br/>
      </w:r>
      <w:r>
        <w:rPr>
          <w:sz w:val="20"/>
        </w:rPr>
        <w:t>1:26:37  han, "simple guide" hai is ka? nahin, nahin, "simple guide" hai.</w:t>
      </w:r>
      <w:r>
        <w:br/>
      </w:r>
      <w:r>
        <w:rPr>
          <w:sz w:val="20"/>
        </w:rPr>
        <w:t>1:26:42  "simple guide" mutala-e-seerat, ji "profit evolution" urdu aur angrezi dono mein hai.</w:t>
      </w:r>
      <w:r>
        <w:br/>
      </w:r>
      <w:r>
        <w:rPr>
          <w:sz w:val="20"/>
        </w:rPr>
        <w:t>1:26:47  phir mutala-e-seerat parhiya aur ek kitab jo abhi angrezi mein hai, wo yani wo hai "prophet of</w:t>
      </w:r>
      <w:r>
        <w:br/>
      </w:r>
      <w:r>
        <w:rPr>
          <w:sz w:val="20"/>
        </w:rPr>
        <w:t>1:26:55  peace".</w:t>
      </w:r>
      <w:r>
        <w:br/>
      </w:r>
      <w:r>
        <w:rPr>
          <w:sz w:val="20"/>
        </w:rPr>
        <w:t>1:26:56  abhi mujhe ek sahab ne bataya, abhi kal sham ko ke ek sahab the jo is mani mein</w:t>
      </w:r>
      <w:r>
        <w:br/>
      </w:r>
      <w:r>
        <w:rPr>
          <w:sz w:val="20"/>
        </w:rPr>
        <w:t>1:27:04  bohat un ka khayalat bohat alag the.</w:t>
      </w:r>
      <w:r>
        <w:br/>
      </w:r>
      <w:r>
        <w:rPr>
          <w:sz w:val="20"/>
        </w:rPr>
        <w:t>1:27:07  to unhon ne un ko kitab di "prophet of peace".</w:t>
      </w:r>
      <w:r>
        <w:br/>
      </w:r>
      <w:r>
        <w:rPr>
          <w:sz w:val="20"/>
        </w:rPr>
        <w:t>1:27:11  to do mahine to unhon ne parhe nahin, is ko itna ghair aham samajha.</w:t>
      </w:r>
      <w:r>
        <w:br/>
      </w:r>
      <w:r>
        <w:rPr>
          <w:sz w:val="20"/>
        </w:rPr>
        <w:t>1:27:17  is ko is ke baad kisi wajah se parha unhon ne to un ko yeh mail bheja unhon</w:t>
      </w:r>
      <w:r>
        <w:br/>
      </w:r>
      <w:r>
        <w:rPr>
          <w:sz w:val="20"/>
        </w:rPr>
        <w:t>1:27:25  ne ke is kitab mein to mera bilkul yani wo ho gaya, paradigm shift ho gaya.</w:t>
      </w:r>
      <w:r>
        <w:br/>
      </w:r>
      <w:r>
        <w:rPr>
          <w:sz w:val="20"/>
        </w:rPr>
        <w:t>1:27:32  to aap parhiye, study parhaiye, is ka hal yeh study hai, baqi sawal jawab nahin hai.</w:t>
      </w:r>
      <w:r>
        <w:br/>
      </w:r>
      <w:r>
        <w:rPr>
          <w:sz w:val="20"/>
        </w:rPr>
        <w:t>1:27:39  ab mere tareeqe se koi aur hoga aap ke is aas paas jo sawal jawab karen ge to is</w:t>
      </w:r>
      <w:r>
        <w:br/>
      </w:r>
      <w:r>
        <w:rPr>
          <w:sz w:val="20"/>
        </w:rPr>
        <w:t>1:27:47  se kuch hal nahin hone wala.</w:t>
      </w:r>
      <w:r>
        <w:br/>
      </w:r>
      <w:r>
        <w:rPr>
          <w:sz w:val="20"/>
        </w:rPr>
        <w:t>1:27:49  aap study parhaiye, apni study.</w:t>
      </w:r>
      <w:r>
        <w:br/>
      </w:r>
      <w:r>
        <w:rPr>
          <w:sz w:val="20"/>
        </w:rPr>
        <w:t>1:27:51  is tarah ke mamlaat jo hain wo sawal jawab se hal nahin hote, study parhane se hal hote</w:t>
      </w:r>
      <w:r>
        <w:br/>
      </w:r>
      <w:r>
        <w:rPr>
          <w:sz w:val="20"/>
        </w:rPr>
        <w:t>1:27:59  hain.</w:t>
      </w:r>
      <w:r>
        <w:br/>
      </w:r>
      <w:r>
        <w:rPr>
          <w:sz w:val="20"/>
        </w:rPr>
        <w:t>1:28:00  to aap teen kitabein jo hain, un mein to aap bataiye, aap ko teen kitabein is ko padhiye</w:t>
      </w:r>
      <w:r>
        <w:br/>
      </w:r>
      <w:r>
        <w:rPr>
          <w:sz w:val="20"/>
        </w:rPr>
        <w:t>1:28:08  aap aur phir mujhe aap sawal bhejiye apna agle sunday ko.</w:t>
      </w:r>
    </w:p>
    <w:p>
      <w:pPr>
        <w:pStyle w:val="Heading2"/>
      </w:pPr>
      <w:r>
        <w:t>Book on insulting Prophet and response</w:t>
      </w:r>
    </w:p>
    <w:p>
      <w:r>
        <w:rPr>
          <w:color w:val="666666"/>
          <w:sz w:val="18"/>
        </w:rPr>
        <w:t>Seerah &amp; Prophet · Revival and Revivalist | June 7, 2015 · 2m 29s · at 49:48 · https://youtu.be/tJqheiPlZ94?t=2988</w:t>
      </w:r>
    </w:p>
    <w:p>
      <w:r>
        <w:rPr>
          <w:i/>
        </w:rPr>
        <w:t>“I gave your book 'Shatm-e-Rasool ka Mas'ala' to a gentleman. Later he praised the book but said that Maulana Azrael and RS...”</w:t>
      </w:r>
    </w:p>
    <w:p>
      <w:r>
        <w:rPr>
          <w:sz w:val="20"/>
        </w:rPr>
        <w:t>49:48  molana, yeh agla sawal aaya hai mister raj malik ka dehli se.</w:t>
      </w:r>
      <w:r>
        <w:br/>
      </w:r>
      <w:r>
        <w:rPr>
          <w:sz w:val="20"/>
        </w:rPr>
        <w:t>49:52  molana, ek sahib ko mein ne aap ki kitab shatm rasool ka masla diya.</w:t>
      </w:r>
      <w:r>
        <w:br/>
      </w:r>
      <w:r>
        <w:rPr>
          <w:sz w:val="20"/>
        </w:rPr>
        <w:t>49:56  baad mein is sahib ne kitab ki tareef ki lekin yeh kaha ke molana azrail aur ar es</w:t>
      </w:r>
      <w:r>
        <w:br/>
      </w:r>
      <w:r>
        <w:rPr>
          <w:sz w:val="20"/>
        </w:rPr>
        <w:t>50:01  es ke liye kaam karte hain.</w:t>
      </w:r>
      <w:r>
        <w:br/>
      </w:r>
      <w:r>
        <w:rPr>
          <w:sz w:val="20"/>
        </w:rPr>
        <w:t>50:05  wahan se un ko paisa milta hai.</w:t>
      </w:r>
      <w:r>
        <w:br/>
      </w:r>
      <w:r>
        <w:rPr>
          <w:sz w:val="20"/>
        </w:rPr>
        <w:t>50:09  molana, mein ne kaha ke yeh sab propaganda</w:t>
      </w:r>
      <w:r>
        <w:br/>
      </w:r>
      <w:r>
        <w:rPr>
          <w:sz w:val="20"/>
        </w:rPr>
        <w:t>50:14  hai. to woh ghussa ho gaye aur kaha ke main journalist hoon, kai baar Maulana ka interview liya hai. main unko achhi tarah jaanta hoon. woh saara blame musalmanon ko dete hain. dekhein, masla yeh nahi ke kis ko blame diya jaata hai. masla yeh hai ke daleel kya hai? jo baat woh keh rahe hain, uski unke paas koi daleel honi</w:t>
      </w:r>
      <w:r>
        <w:br/>
      </w:r>
      <w:r>
        <w:rPr>
          <w:sz w:val="20"/>
        </w:rPr>
        <w:t>50:44  chahiye.</w:t>
      </w:r>
      <w:r>
        <w:br/>
      </w:r>
      <w:r>
        <w:rPr>
          <w:sz w:val="20"/>
        </w:rPr>
        <w:t>50:48  yani kis daleel se woh kehte hain ke hum, yani israel ka kaam kar rahe hain ya bi</w:t>
      </w:r>
      <w:r>
        <w:br/>
      </w:r>
      <w:r>
        <w:rPr>
          <w:sz w:val="20"/>
        </w:rPr>
        <w:t>50:52  j p ka kaam kar rahe hain? koi daleel chahiye? to daleel, daleel kya hai ke jo baat</w:t>
      </w:r>
      <w:r>
        <w:br/>
      </w:r>
      <w:r>
        <w:rPr>
          <w:sz w:val="20"/>
        </w:rPr>
        <w:t>50:56  hum ne kahi hai, woh quran ke mutabiq hai, quran ke mutabiq nahi hai.</w:t>
      </w:r>
      <w:r>
        <w:br/>
      </w:r>
      <w:r>
        <w:rPr>
          <w:sz w:val="20"/>
        </w:rPr>
        <w:t>51:01  misalan dekhiye, shat-e-rasool ka masla lijie.</w:t>
      </w:r>
      <w:r>
        <w:br/>
      </w:r>
      <w:r>
        <w:rPr>
          <w:sz w:val="20"/>
        </w:rPr>
        <w:t>51:05  quran mein kahin bhi yeh nahin ke jo shat kahe, us ko maar dalo.</w:t>
      </w:r>
      <w:r>
        <w:br/>
      </w:r>
      <w:r>
        <w:rPr>
          <w:sz w:val="20"/>
        </w:rPr>
        <w:t>51:09  jo musalman kar rahe hain, already</w:t>
      </w:r>
      <w:r>
        <w:br/>
      </w:r>
      <w:r>
        <w:rPr>
          <w:sz w:val="20"/>
        </w:rPr>
        <w:t>51:14  quran mein is ka ulta hai. quran mein hai ke doosron ko tum shatam na karo, warna woh retaliat kareinge. musalmanon ko is se mana kiya gaya hai ke doosron ko bhark, aisi baat kaha jis se bhark uthe hain aur woh reaction mein kuch kehne lagein. to musalmanon se, musalmanon se kaha gaya, doosron ko nahin. to hum jo baat karte hain, quran o hadith ke hawale se karte</w:t>
      </w:r>
      <w:r>
        <w:br/>
      </w:r>
      <w:r>
        <w:rPr>
          <w:sz w:val="20"/>
        </w:rPr>
        <w:t>51:44  hain, kisi ko hamare upar ek criticism karne ka haq hai, lekin daleel ke sath karna chahiye.</w:t>
      </w:r>
      <w:r>
        <w:br/>
      </w:r>
      <w:r>
        <w:rPr>
          <w:sz w:val="20"/>
        </w:rPr>
        <w:t>51:49  yeh to ilzaam ki boli hai, allegation ki boli hai.</w:t>
      </w:r>
      <w:r>
        <w:br/>
      </w:r>
      <w:r>
        <w:rPr>
          <w:sz w:val="20"/>
        </w:rPr>
        <w:t>51:55  to allegation to kisi ke upar laga dijiye.</w:t>
      </w:r>
      <w:r>
        <w:br/>
      </w:r>
      <w:r>
        <w:rPr>
          <w:sz w:val="20"/>
        </w:rPr>
        <w:t>52:00  shaitan ne naoozubillah Allah mere upar laga diya allegation ke tum ne khudaaya, to ne discrimination se kaam liya.</w:t>
      </w:r>
      <w:r>
        <w:br/>
      </w:r>
      <w:r>
        <w:rPr>
          <w:sz w:val="20"/>
        </w:rPr>
        <w:t>52:06  to allegation se kuch nahin hota.</w:t>
      </w:r>
      <w:r>
        <w:br/>
      </w:r>
      <w:r>
        <w:rPr>
          <w:sz w:val="20"/>
        </w:rPr>
        <w:t>52:11  aap ko daleel deni padegi.</w:t>
      </w:r>
    </w:p>
    <w:p>
      <w:pPr>
        <w:pStyle w:val="Heading2"/>
      </w:pPr>
      <w:r>
        <w:t>Books on Prophet and Companions</w:t>
      </w:r>
    </w:p>
    <w:p>
      <w:r>
        <w:rPr>
          <w:color w:val="666666"/>
          <w:sz w:val="18"/>
        </w:rPr>
        <w:t>Seerah &amp; Prophet · Islam &amp; Prophet of Islam 21 Oct, 2012 - Maulana Wahiduddin Khan · 1m 16s · at 1:17:29 · https://youtu.be/2hwtfOyNeS0?t=4649</w:t>
      </w:r>
    </w:p>
    <w:p>
      <w:r>
        <w:rPr>
          <w:i/>
        </w:rPr>
        <w:t>“Please guide which books we should read to understand the life of the Prophet of Islam and the Companions?”</w:t>
      </w:r>
    </w:p>
    <w:p>
      <w:r>
        <w:rPr>
          <w:sz w:val="20"/>
        </w:rPr>
        <w:t>1:17:29  maulana, agla sawal raipur se aaya hai miss shabana ka. unhon ne likha hai: "maulana sahib, please guide us which book we should read to understand the life of prophet of islam and sahaba?" to bahut sari kitabein hain, apne taste ke lehaz se aap padhiye.</w:t>
      </w:r>
      <w:r>
        <w:br/>
      </w:r>
      <w:r>
        <w:rPr>
          <w:sz w:val="20"/>
        </w:rPr>
        <w:t>1:17:49  yani sankaron ki kitabein hain, tadad mein kitabein hain. main koi kitab suggest nahin kar sakta. aap khud yani library mein jaiye, wahan par dekhiye.</w:t>
      </w:r>
      <w:r>
        <w:br/>
      </w:r>
      <w:r>
        <w:rPr>
          <w:sz w:val="20"/>
        </w:rPr>
        <w:t>1:18:03  hamara, main sirf yeh keh sakta hoon ke hamare haan aisi kitabein kai chhapi hain. baqi aap ko haq hai ke aap jo chahein kitabein padhein. dekhiye, hamare haan kitab chhapi hai "paighambar e inqilab" aur "mutala-e-seerat" aur "seerat-e-rasool" aur "prophet of peace".</w:t>
      </w:r>
      <w:r>
        <w:br/>
      </w:r>
      <w:r>
        <w:rPr>
          <w:sz w:val="20"/>
        </w:rPr>
        <w:t>1:18:25  yeh kitabein chhapi hain. aur bhi kitabein hain, lekin yeh to direct taur par seerat par kitab hai. hamare haan se. baqi aap kaun si kitabein padhna pasand karen ge?</w:t>
      </w:r>
      <w:r>
        <w:br/>
      </w:r>
      <w:r>
        <w:rPr>
          <w:sz w:val="20"/>
        </w:rPr>
        <w:t>1:18:34  to yeh to aap ko haq hai ke aap kisi bhi book shop mein ja kar ke wahan se jo chahein le lein, jo jo pasand ho aap ko.</w:t>
      </w:r>
    </w:p>
    <w:p>
      <w:pPr>
        <w:pStyle w:val="Heading2"/>
      </w:pPr>
      <w:r>
        <w:t>Caliphate Wars and the Sunnah of Hudaybiyyah</w:t>
      </w:r>
    </w:p>
    <w:p>
      <w:r>
        <w:rPr>
          <w:color w:val="666666"/>
          <w:sz w:val="18"/>
        </w:rPr>
        <w:t>Seerah &amp; Prophet · Hadith Prediction November 3, 2013 · 1m 13s · at 47:59 · https://youtu.be/cb5Lzw9c8aE?t=2879</w:t>
      </w:r>
    </w:p>
    <w:p>
      <w:r>
        <w:rPr>
          <w:i/>
        </w:rPr>
        <w:t>“Why did the Rightly Guided Caliphate not follow the Sunnah of Hudaybiyyah? Why did they fight against Rome and Iran?”</w:t>
      </w:r>
    </w:p>
    <w:p>
      <w:r>
        <w:rPr>
          <w:sz w:val="20"/>
        </w:rPr>
        <w:t>47:59  maulana, agla sawal lene se pehle ek comment padhna chahenge jo ajmer se doctor safina tabassum ne bheja hai. unhon ne likha hai: "thanks maulana sahib for making us understand the khule ke azeem and helping us avoid the great loss that we would have suffered."</w:t>
      </w:r>
      <w:r>
        <w:br/>
      </w:r>
      <w:r>
        <w:rPr>
          <w:sz w:val="20"/>
        </w:rPr>
        <w:t>48:19  maulana, agla sawal bhopal se hai. rehan khan sahib ne kiya hai, unhon ne likha hai: "why did khilafat rashideen did not follow sunnat of hudaybiya?</w:t>
      </w:r>
      <w:r>
        <w:br/>
      </w:r>
      <w:r>
        <w:rPr>
          <w:sz w:val="20"/>
        </w:rPr>
        <w:t>48:32  why did they fight against rome and iran?" is ke bare mein batayen.</w:t>
      </w:r>
      <w:r>
        <w:br/>
      </w:r>
      <w:r>
        <w:rPr>
          <w:sz w:val="20"/>
        </w:rPr>
        <w:t>48:41  nahi yaar, yeh aap ka sawal sahi nahi hai. aap ki tafseel janne ke liye meri kitab padhiye, deen e kamil</w:t>
      </w:r>
      <w:r>
        <w:br/>
      </w:r>
      <w:r>
        <w:rPr>
          <w:sz w:val="20"/>
        </w:rPr>
        <w:t>48:47  . is mein tafseel se likha hai aap ne. to woh to log hudaybiya se nahi tha, woh woh alag masla hai. masail ki bahut si qismein hoti hain, har har har har jagah ek hi principle apply nahi hota hai.</w:t>
      </w:r>
      <w:r>
        <w:br/>
      </w:r>
      <w:r>
        <w:rPr>
          <w:sz w:val="20"/>
        </w:rPr>
        <w:t>49:01  woh alag principle hai, wahan alag principle hai. aap pehle padh lijiyega meri kitab, deen e kamil, phir aap sawal kijiyega agle sunday ko, inshallah.</w:t>
      </w:r>
    </w:p>
    <w:p>
      <w:pPr>
        <w:pStyle w:val="Heading2"/>
      </w:pPr>
      <w:r>
        <w:t>Companions' lifestyle: eating, living, sleeping</w:t>
      </w:r>
    </w:p>
    <w:p>
      <w:r>
        <w:rPr>
          <w:color w:val="666666"/>
          <w:sz w:val="18"/>
        </w:rPr>
        <w:t>Seerah &amp; Prophet · Q&amp;A 04 Mar 2012 Maulana Wahiduddin Khan · 45s · at 36:59 · https://youtu.be/txRmutuvWQI?t=2219</w:t>
      </w:r>
    </w:p>
    <w:p>
      <w:r>
        <w:rPr>
          <w:i/>
        </w:rPr>
        <w:t>“What was the system of eating, living, and sleeping of the Companions? Explain in the light of Hadith.”</w:t>
      </w:r>
    </w:p>
    <w:p>
      <w:r>
        <w:rPr>
          <w:sz w:val="20"/>
        </w:rPr>
        <w:t>36:59  maulana, unka ek aur sawal hai. unhone poocha hai ke: "sahaba ke khane rehne aur sone ka kya nizam tha? hadith ki roshni mein batayen."</w:t>
      </w:r>
      <w:r>
        <w:br/>
      </w:r>
      <w:r>
        <w:rPr>
          <w:sz w:val="20"/>
        </w:rPr>
        <w:t>37:09  aap woh kitab padh lijiye: maulana altaf, maulana woh kya naam ka hai? toh sahaba ka hain yusuf, haan yusuf, aasif ka naam yusuf kandhalvi.</w:t>
      </w:r>
      <w:r>
        <w:br/>
      </w:r>
      <w:r>
        <w:rPr>
          <w:sz w:val="20"/>
        </w:rPr>
        <w:t>37:22  haan, maulana yusuf kandhalvi ki kitab hai, bohat hi comprehensive kitab hai. woh hajat sahaba, woh arabi mein, urdu mein, angrezi mein chhap chuki hai.</w:t>
      </w:r>
      <w:r>
        <w:br/>
      </w:r>
      <w:r>
        <w:rPr>
          <w:sz w:val="20"/>
        </w:rPr>
        <w:t>37:36  aap jo zaban aap ko aasan ho, use padhiye. is mein poori tafseel mil jayegi aap ko.</w:t>
      </w:r>
    </w:p>
    <w:p>
      <w:pPr>
        <w:pStyle w:val="Heading2"/>
      </w:pPr>
      <w:r>
        <w:t>Comparing 1947 and Prophet's Hijra</w:t>
      </w:r>
    </w:p>
    <w:p>
      <w:r>
        <w:rPr>
          <w:color w:val="666666"/>
          <w:sz w:val="18"/>
        </w:rPr>
        <w:t>Seerah &amp; Prophet · Lessons from My Journey to Agra October 27, 2013 · 3m 51s · at 1:04:01 · https://youtu.be/Gg2N0h4ETH8?t=3841</w:t>
      </w:r>
    </w:p>
    <w:p>
      <w:r>
        <w:rPr>
          <w:i/>
        </w:rPr>
        <w:t>“How do you see and compare the Hijra of Muslims in 1947 and of our beloved Prophet and his Companions from Mecca to Medina? Pakistanis living in the USA brought up this question in a meeting and I need your opinion on this. My personal opinion is that these Hijras were done for two different reasons.”</w:t>
      </w:r>
    </w:p>
    <w:p>
      <w:r>
        <w:rPr>
          <w:sz w:val="20"/>
        </w:rPr>
        <w:t>1:04:01  Maulana, agla sawal Dr. Waqar Alam sahib ka hai, America se. Unhon ne likha hai: "Maulana sahib, Alhamdulillah, you are the only one who observes the ayat of Allah in ordinary things.</w:t>
      </w:r>
      <w:r>
        <w:br/>
      </w:r>
      <w:r>
        <w:rPr>
          <w:sz w:val="20"/>
        </w:rPr>
        <w:t>1:04:16  My question today to you is that how do you see or compare the hijra of Muslims in 1947 and of our beloved Prophet and Sahaba from Mecca to Medina?</w:t>
      </w:r>
      <w:r>
        <w:br/>
      </w:r>
      <w:r>
        <w:rPr>
          <w:sz w:val="20"/>
        </w:rPr>
        <w:t>1:04:31  Pakistanis living in the USA brought up this question in a meeting and I need your opinion in this. My personal opinion is that these hijras were done for two different reasons." Dekhein, yeh is ka jawab hadith mein maujood hai.</w:t>
      </w:r>
      <w:r>
        <w:br/>
      </w:r>
      <w:r>
        <w:rPr>
          <w:sz w:val="20"/>
        </w:rPr>
        <w:t>1:04:49  Woh jo hadith hai Innamal a'malu binniyat, woh lambi hadith hai. Woh Bukhari ki pehli riwayat yahi hai.</w:t>
      </w:r>
      <w:r>
        <w:br/>
      </w:r>
      <w:r>
        <w:rPr>
          <w:sz w:val="20"/>
        </w:rPr>
        <w:t>1:04:58  Is ko aap padhiye, usi mein yeh bata diya gaya hai ke hijrat kya cheez hai. To is mein ek waqea aisa hua tha wahan ke Makke se ek sahib the jo Musalman Sahabi the.</w:t>
      </w:r>
      <w:r>
        <w:br/>
      </w:r>
      <w:r>
        <w:rPr>
          <w:sz w:val="20"/>
        </w:rPr>
        <w:t>1:05:12  Woh unhon ne hijrat ki thi. To qissa yeh tha ke ek khatoon thi Madine mein. Us ne shadi karna chahiye thi.</w:t>
      </w:r>
      <w:r>
        <w:br/>
      </w:r>
      <w:r>
        <w:rPr>
          <w:sz w:val="20"/>
        </w:rPr>
        <w:t>1:05:22  woh</w:t>
      </w:r>
      <w:r>
        <w:br/>
      </w:r>
      <w:r>
        <w:rPr>
          <w:sz w:val="20"/>
        </w:rPr>
        <w:t>1:05:24  to us ne shart laga di ke mein aap Makka chhod kar Madina aa jayen to mein aap se shadi kar sakti hoon. To un ki hijrat bas shaqlan to hijrat thi un ki, lekin dil mein yeh bhi tha ke wahan jayenge to is se shadi bhi ho jayegi.</w:t>
      </w:r>
      <w:r>
        <w:br/>
      </w:r>
      <w:r>
        <w:rPr>
          <w:sz w:val="20"/>
        </w:rPr>
        <w:t>1:05:39  to hadith mein hai, ya hadith aap padh lijiye Bukhari ki pehli riwayat ke "wahijratul ummih hajarat ilaih".</w:t>
      </w:r>
      <w:r>
        <w:br/>
      </w:r>
      <w:r>
        <w:rPr>
          <w:sz w:val="20"/>
        </w:rPr>
        <w:t>1:05:48  to is ki hijrat usi cheez ke liye hai jis ki us ne niyat ki thi.</w:t>
      </w:r>
      <w:r>
        <w:br/>
      </w:r>
      <w:r>
        <w:rPr>
          <w:sz w:val="20"/>
        </w:rPr>
        <w:t>1:05:54  to is mein do cheezon ka zikr hai: maal aur nikah. Agar aap kamane ke liye ja rahe hain bahar to aap ki hijrat kamane ke liye kahi jayegi, Rasool Allah ki wali hijrat nahin kahi jayegi.</w:t>
      </w:r>
      <w:r>
        <w:br/>
      </w:r>
      <w:r>
        <w:rPr>
          <w:sz w:val="20"/>
        </w:rPr>
        <w:t>1:06:07  ya aise ja rahe hain ke wahan aap kisi se shadi karna hai. Aap ko abhi mujh se ek saath se mulaqat hui to unhon ne kaha ke mein America jana chahta hoon.</w:t>
      </w:r>
      <w:r>
        <w:br/>
      </w:r>
      <w:r>
        <w:rPr>
          <w:sz w:val="20"/>
        </w:rPr>
        <w:t>1:06:18  to woh khod karot karte karte karte pata chala ke America mein koi ladki hai to us se shadi karna chahte hain.</w:t>
      </w:r>
      <w:r>
        <w:br/>
      </w:r>
      <w:r>
        <w:rPr>
          <w:sz w:val="20"/>
        </w:rPr>
        <w:t>1:06:27  to yahi same qissa tha. Us ne kaha ke aap America aa jayen to mein shadi karungi aap se. Mein khud India nahin aaungi. To mujh se kya keh rahe the woh ke hum America mein dawat karna chahte hain.</w:t>
      </w:r>
      <w:r>
        <w:br/>
      </w:r>
      <w:r>
        <w:rPr>
          <w:sz w:val="20"/>
        </w:rPr>
        <w:t>1:06:39  lekin jab mein jab mein ne scrutiny nahin kiya to maloom hua ke dawat kuch nahin hai, asal mein is se shadi karna hai in ko.</w:t>
      </w:r>
      <w:r>
        <w:br/>
      </w:r>
      <w:r>
        <w:rPr>
          <w:sz w:val="20"/>
        </w:rPr>
        <w:t>1:06:46  abhi qissa ek mere ilm mein aaya. To Bukhari mein jo pehli riwayat hai, us ko aap padhiye. Is ka jawab is mein maujood hai ke hijrat sirf woh hijrat hai jo Allah ke liye ho.</w:t>
      </w:r>
      <w:r>
        <w:br/>
      </w:r>
      <w:r>
        <w:rPr>
          <w:sz w:val="20"/>
        </w:rPr>
        <w:t>1:07:00  Allah ke liye ma'ni kya hain? Dawat ke liye ho. Yaani Allah ke liye koi masihit baat nahin hai. Dawat Allah ke liye ho. Yaani ek shakhs agar jaye doosre country mein is liye ke wahan woh Allah ka paigham phailaye</w:t>
      </w:r>
      <w:r>
        <w:br/>
      </w:r>
      <w:r>
        <w:rPr>
          <w:sz w:val="20"/>
        </w:rPr>
        <w:t>1:07:14  ga, sach much is ki niyat yahi ho to is ki hijrat Allah ke liye hogi. yani Allah ke liye hijrat ko zyada agar aap specify karen to wahi hogi ke dawat ke liye hijrat, dawat ke liye.</w:t>
      </w:r>
      <w:r>
        <w:br/>
      </w:r>
      <w:r>
        <w:rPr>
          <w:sz w:val="20"/>
        </w:rPr>
        <w:t>1:07:28  aur agar maqsad ho wahan maal kamayenge, wahan kisi se shadi karenge to wo hijrat wo nahi qarar payegi jo sahaba ki aur Rasool Allah ki hijrat thi.</w:t>
      </w:r>
      <w:r>
        <w:br/>
      </w:r>
      <w:r>
        <w:rPr>
          <w:sz w:val="20"/>
        </w:rPr>
        <w:t>1:07:38  ye bohat hi wazeh hai is hadith mein. koi bhi shakhs is ko parh le, ye</w:t>
      </w:r>
      <w:r>
        <w:br/>
      </w:r>
      <w:r>
        <w:rPr>
          <w:sz w:val="20"/>
        </w:rPr>
        <w:t>1:07:42  Bukhari ki pehli jild mein jab kholega to sab se pehli hadith yahi milegi is ko.</w:t>
      </w:r>
    </w:p>
    <w:p>
      <w:pPr>
        <w:pStyle w:val="Heading2"/>
      </w:pPr>
      <w:r>
        <w:t>Completing the unfinished task of Prophet</w:t>
      </w:r>
    </w:p>
    <w:p>
      <w:r>
        <w:rPr>
          <w:color w:val="666666"/>
          <w:sz w:val="18"/>
        </w:rPr>
        <w:t>Seerah &amp; Prophet · Prophetic Wisdom | May 01, 2016 · 1m 58s · at 47:04 · https://youtu.be/KrjwjAw03zw?t=2824</w:t>
      </w:r>
    </w:p>
    <w:p>
      <w:r>
        <w:rPr>
          <w:i/>
        </w:rPr>
        <w:t>“In the last Sunday class you had said that we have to finish the unfinished task of Prophet of Islam. As we know that Prophet was chosen to...”</w:t>
      </w:r>
    </w:p>
    <w:p>
      <w:r>
        <w:rPr>
          <w:sz w:val="20"/>
        </w:rPr>
        <w:t>47:04  rakhein Maulana agla sawal Mr. Ajay Dwivedi ne kiya hai Delhi se aur unhon ne likha hai Maulana</w:t>
      </w:r>
      <w:r>
        <w:br/>
      </w:r>
      <w:r>
        <w:rPr>
          <w:sz w:val="20"/>
        </w:rPr>
        <w:t>47:11  sahib in the last Sunday class you had said that we have</w:t>
      </w:r>
      <w:r>
        <w:br/>
      </w:r>
      <w:r>
        <w:rPr>
          <w:sz w:val="20"/>
        </w:rPr>
        <w:t>47:19  to finish the unfinished task of Prophet of Islam Maulana as we know that Prophet was chosen to</w:t>
      </w:r>
      <w:r>
        <w:br/>
      </w:r>
      <w:r>
        <w:rPr>
          <w:sz w:val="20"/>
        </w:rPr>
        <w:t>47:26  receive the revelations from God and as a result Quran was given to mankind so in what context</w:t>
      </w:r>
      <w:r>
        <w:br/>
      </w:r>
      <w:r>
        <w:rPr>
          <w:sz w:val="20"/>
        </w:rPr>
        <w:t>47:34  you said that we have to finish the unfinished task of Prophet of Islam could you please elaborate</w:t>
      </w:r>
      <w:r>
        <w:br/>
      </w:r>
      <w:r>
        <w:rPr>
          <w:sz w:val="20"/>
        </w:rPr>
        <w:t>47:41  and clarify the same dekhiye jahan tak Quran ki baat hai to Quran to hamein poori</w:t>
      </w:r>
      <w:r>
        <w:br/>
      </w:r>
      <w:r>
        <w:rPr>
          <w:sz w:val="20"/>
        </w:rPr>
        <w:t>47:49  hidayat is mein di ja chuki hai Quran hamare liye mukammal hidayat nama hai is cheez mein humein finish nahi humein kya finish karenge woh to finish already finish ho chuka hai nahi us ko phailane ke maani mein yaani jo message hai jo Quran ka aur Sunnah ka jo message hai woh to us ko phailane ka kaam jaari rahega kyunkeh humein</w:t>
      </w:r>
      <w:r>
        <w:br/>
      </w:r>
      <w:r>
        <w:rPr>
          <w:sz w:val="20"/>
        </w:rPr>
        <w:t>48:19  shuh naye log paida honge nayi generation aayegi aaj jo log hain woh mar jayenge</w:t>
      </w:r>
      <w:r>
        <w:br/>
      </w:r>
      <w:r>
        <w:rPr>
          <w:sz w:val="20"/>
        </w:rPr>
        <w:t>48:25  phir doosre log paida ho ke saamne aayenge woh to hamesha hi unfinished rahega woh due</w:t>
      </w:r>
      <w:r>
        <w:br/>
      </w:r>
      <w:r>
        <w:rPr>
          <w:sz w:val="20"/>
        </w:rPr>
        <w:t>48:31  to the law of nature to koi bhi shakhs yeh nahi kar sakta ke in terms of ideology</w:t>
      </w:r>
      <w:r>
        <w:br/>
      </w:r>
      <w:r>
        <w:rPr>
          <w:sz w:val="20"/>
        </w:rPr>
        <w:t>48:37  in terms of book woh unfinished hai unfinished is cheez mein hai ke log paida ho rahe hain</w:t>
      </w:r>
      <w:r>
        <w:br/>
      </w:r>
      <w:r>
        <w:rPr>
          <w:sz w:val="20"/>
        </w:rPr>
        <w:t>48:44  paida ho rahe hain paida ho rahe hain</w:t>
      </w:r>
      <w:r>
        <w:br/>
      </w:r>
      <w:r>
        <w:rPr>
          <w:sz w:val="20"/>
        </w:rPr>
        <w:t>48:50  to unko kaun pahunchaye unko un logon ko pahunchana hai jo believers hain jo apne ko</w:t>
      </w:r>
      <w:r>
        <w:br/>
      </w:r>
      <w:r>
        <w:rPr>
          <w:sz w:val="20"/>
        </w:rPr>
        <w:t>48:56  kehte hain ke hum iske waris hain to unko ek kaam to qayamat tak karte rehna</w:t>
      </w:r>
    </w:p>
    <w:p>
      <w:pPr>
        <w:pStyle w:val="Heading2"/>
      </w:pPr>
      <w:r>
        <w:t>Confusion about prophets working against evils</w:t>
      </w:r>
    </w:p>
    <w:p>
      <w:r>
        <w:rPr>
          <w:color w:val="666666"/>
          <w:sz w:val="18"/>
        </w:rPr>
        <w:t>Seerah &amp; Prophet · Art of Thinking November 02, 2014 Maulana Wahiduddin Khan · 3m 37s · at 58:11 · https://youtu.be/jxGjv30RG1Q?t=3491</w:t>
      </w:r>
    </w:p>
    <w:p>
      <w:r>
        <w:rPr>
          <w:i/>
        </w:rPr>
        <w:t>“A person said that the invitation to Tawheed and the Hereafter is not just invitation because the prophets also worked against the evils of their time, like Shu'aib (AS) and Lut (AS). What is the confusion in this? Please clarify.”</w:t>
      </w:r>
    </w:p>
    <w:p>
      <w:r>
        <w:rPr>
          <w:sz w:val="20"/>
        </w:rPr>
        <w:t>58:11  Maulana, agla sawal Chennai se hai Maulana Iqbal Umri ka aur unhon ne likha hai: "Maulana, ek sahab ne kaha ke tauheed aur akhirat ki dawat sirf dawat nahin hai kyunke anbiya waqt ki buraiyon ke khilaf bhi kaam karte the jaise Suhaib (AS) aur Lut (AS).</w:t>
      </w:r>
      <w:r>
        <w:br/>
      </w:r>
      <w:r>
        <w:rPr>
          <w:sz w:val="20"/>
        </w:rPr>
        <w:t>58:33  Maulana, is mein jo mughalta hai woh kya hai? Is ko wazeh karen." Mughalta dekhen yeh hai ke Quran mein jin ayaton ko kaha gaya hai.</w:t>
      </w:r>
      <w:r>
        <w:br/>
      </w:r>
      <w:r>
        <w:rPr>
          <w:sz w:val="20"/>
        </w:rPr>
        <w:t>58:46  kehne ke mani mein is ko le len, ladne ke mani mein yeh mughalta hai. Yaani Quran mein kaha gaya hai ke sachai, sach bolo to is ka matlab kya liya hai ke sach ka nizam qaim karo.</w:t>
      </w:r>
      <w:r>
        <w:br/>
      </w:r>
      <w:r>
        <w:rPr>
          <w:sz w:val="20"/>
        </w:rPr>
        <w:t>59:05  to ab nizam jab qaim karenge to koi wahan baitha hua hai, occupier to aap is ko incite karen, is se laren, is ko deter karen.</w:t>
      </w:r>
      <w:r>
        <w:br/>
      </w:r>
      <w:r>
        <w:rPr>
          <w:sz w:val="20"/>
        </w:rPr>
        <w:t>59:15  to yeh hai lazim ko mutaddi bana dena. Yeh is qism ke jitne log hain woh sab ne bohat hi bara ek crime kar rakha hai, crime ke Quran mein jo ayaten lazim ke sighay mein hain us ko unhon ne mutaddi ke sighay mein bana diya hai.</w:t>
      </w:r>
      <w:r>
        <w:br/>
      </w:r>
      <w:r>
        <w:rPr>
          <w:sz w:val="20"/>
        </w:rPr>
        <w:t>59:31  is ki ek misaal bhi deta hoon aap ko ke 'a'dilu' Quran mein hai. 'a'dilu' ke mani hote hain insaaf ko follow karo.</w:t>
      </w:r>
      <w:r>
        <w:br/>
      </w:r>
      <w:r>
        <w:rPr>
          <w:sz w:val="20"/>
        </w:rPr>
        <w:t>59:42  'a'dilu' ke mani hote hain insaaf ko follow karo. Is ko kya bana liya? Insaaf ko implement karo, Islam ko establish karo. Woh insaaf ko, insaaf ka nizam qaim karo jaise Misr mein yeh to ho raha hai.</w:t>
      </w:r>
      <w:r>
        <w:br/>
      </w:r>
      <w:r>
        <w:rPr>
          <w:sz w:val="20"/>
        </w:rPr>
        <w:t>59:57  unhon ne party banai aur yeh is mein kaha ke humein insaaf ko Misr mein qaim karna hai.</w:t>
      </w:r>
      <w:r>
        <w:br/>
      </w:r>
      <w:r>
        <w:rPr>
          <w:sz w:val="20"/>
        </w:rPr>
        <w:t>1:00:06  ab lad gaye is ke liye. Agar yeh ahl-e-khawariz Muslimon is ko lete hain is mani mein ke humein insaaf ko follow karna hai to koi ladai nahin.</w:t>
      </w:r>
      <w:r>
        <w:br/>
      </w:r>
      <w:r>
        <w:rPr>
          <w:sz w:val="20"/>
        </w:rPr>
        <w:t>1:00:15  kaun ladega aap se bhai? Aap sach boliye to koi ladai nahin. Insaaf ke sath dealing kijiye to koi ladai nahin. Achhi tul kijiye to koi ladai nahin.</w:t>
      </w:r>
      <w:r>
        <w:br/>
      </w:r>
      <w:r>
        <w:rPr>
          <w:sz w:val="20"/>
        </w:rPr>
        <w:t>1:00:26  lekin jab aap kahenge ke mujhe achhi tul tulwana hai, logon ko maar maar ke karna hai ke woh achhi tul tolen, galat tul na tolen to zahir hai ladai hogi wahan par.</w:t>
      </w:r>
      <w:r>
        <w:br/>
      </w:r>
      <w:r>
        <w:rPr>
          <w:sz w:val="20"/>
        </w:rPr>
        <w:t>1:00:39  to yeh bilkul mere nazdeek yaani criminal right hai, criminal right hai ke lazim ke sighon ko aap mutaddi bana den aur kahen ke humein to yaani yeh naafiz karna hai.</w:t>
      </w:r>
      <w:r>
        <w:br/>
      </w:r>
      <w:r>
        <w:rPr>
          <w:sz w:val="20"/>
        </w:rPr>
        <w:t>1:00:53  yaani itteba ke ayat ko difa ke mani mein le len. Sab ne yahi kar rakha hai. Jitne bhi chahe yaani Arab ka ahl-e-khawariz Muslimon ho ya Pakistan ka Jamaat-e-Islami ho, unhon ne yahi kar rakha hai ke itteba ke ayat ko nafaz ki ayat bana diya hai.</w:t>
      </w:r>
      <w:r>
        <w:br/>
      </w:r>
      <w:r>
        <w:rPr>
          <w:sz w:val="20"/>
        </w:rPr>
        <w:t>1:01:16  yeh to sab se buri shakal hai yaani tafseer baraye ki. Yaani tafseer baraye ek buri cheez samjhati hai.</w:t>
      </w:r>
      <w:r>
        <w:br/>
      </w:r>
      <w:r>
        <w:rPr>
          <w:sz w:val="20"/>
        </w:rPr>
        <w:t>1:01:25  to is ki sab se buri shakal yeh hai ke aap itteba ke ayaton ko nafaz ki ayat bana den. Aap gehrai se mutala kijiye to sab ne yahi kar rakha hai ke itteba ke ayaton ko nafaz ki ayat bana rakha hai.</w:t>
      </w:r>
      <w:r>
        <w:br/>
      </w:r>
      <w:r>
        <w:rPr>
          <w:sz w:val="20"/>
        </w:rPr>
        <w:t>1:01:42  isi se saaray jhagray paida hotay hain.</w:t>
      </w:r>
    </w:p>
    <w:p>
      <w:pPr>
        <w:pStyle w:val="Heading2"/>
      </w:pPr>
      <w:r>
        <w:t>Contradiction between advice and Prophet's example on pampering?</w:t>
      </w:r>
    </w:p>
    <w:p>
      <w:r>
        <w:rPr>
          <w:color w:val="666666"/>
          <w:sz w:val="18"/>
        </w:rPr>
        <w:t>Seerah &amp; Prophet · Hadith-e-Jibril, April 21, 2013 · 2m 42s · at 1:16:57 · https://youtu.be/0rF6Ou0pDog?t=4617</w:t>
      </w:r>
    </w:p>
    <w:p>
      <w:r>
        <w:rPr>
          <w:i/>
        </w:rPr>
        <w:t>“You have always been advising that pampering is harmful for both parents and children. In their speeches, many Maulanas give the impression that the Messenger of Allah had been pampering his children, particularly grandchildren.”</w:t>
      </w:r>
    </w:p>
    <w:p>
      <w:r>
        <w:rPr>
          <w:sz w:val="20"/>
        </w:rPr>
        <w:t>1:16:57  yeh toh bohat bada pehlu is ke andar maujood hai. maulana, agla sawal dilli se hai abdul rehman sahib</w:t>
      </w:r>
      <w:r>
        <w:br/>
      </w:r>
      <w:r>
        <w:rPr>
          <w:sz w:val="20"/>
        </w:rPr>
        <w:t>1:17:06  ka. unhon ne likha hai maulana sahib you have always been advising that pampering is harmful for both parents and children.</w:t>
      </w:r>
      <w:r>
        <w:br/>
      </w:r>
      <w:r>
        <w:rPr>
          <w:sz w:val="20"/>
        </w:rPr>
        <w:t>1:17:16  In their speeches, many Maulana give the impression that Rasool Allah had been pampering his children, particularly grandchildren.</w:t>
      </w:r>
      <w:r>
        <w:br/>
      </w:r>
      <w:r>
        <w:rPr>
          <w:sz w:val="20"/>
        </w:rPr>
        <w:t>1:17:26  Hazrat Fatima is referred to as ladli beti. Kindly let us know the reality of things. Yeh to jhooti baat hai.</w:t>
      </w:r>
      <w:r>
        <w:br/>
      </w:r>
      <w:r>
        <w:rPr>
          <w:sz w:val="20"/>
        </w:rPr>
        <w:t>1:17:35  Hergiz yeh ladli beti nahi thi. Aap jante hain Rasool Allah ne Hazrat Fatima se shadi ki thi. To kaise ki thi? Ali ko bulaya aur un se shadi kar di.</w:t>
      </w:r>
      <w:r>
        <w:br/>
      </w:r>
      <w:r>
        <w:rPr>
          <w:sz w:val="20"/>
        </w:rPr>
        <w:t>1:17:48  Nikah padha diya. Jabki Ali ke paas kuch bhi nahi tha. Un ke ghar mein. Sirf ek chakki thi aata peesne ke liye.</w:t>
      </w:r>
      <w:r>
        <w:br/>
      </w:r>
      <w:r>
        <w:rPr>
          <w:sz w:val="20"/>
        </w:rPr>
        <w:t>1:17:57  Aur ek chatai thi. Aur mitti ka ek ghada tha bas.</w:t>
      </w:r>
      <w:r>
        <w:br/>
      </w:r>
      <w:r>
        <w:rPr>
          <w:sz w:val="20"/>
        </w:rPr>
        <w:t>1:18:02  Aaj yeh kaun hai? Yeh log taqdeer jo karte hain ke woh apni beti ko ladle pan ke liye aise ghar mein shadi kar dein. Koi karega?</w:t>
      </w:r>
      <w:r>
        <w:br/>
      </w:r>
      <w:r>
        <w:rPr>
          <w:sz w:val="20"/>
        </w:rPr>
        <w:t>1:18:14  Apni mohabbat ke izhaar ke liye aisa karega woh ke apni beti ko ek aise shakhs se shadi kar de jis ke paas ghar bhi rehne ke liye nahi.</w:t>
      </w:r>
      <w:r>
        <w:br/>
      </w:r>
      <w:r>
        <w:rPr>
          <w:sz w:val="20"/>
        </w:rPr>
        <w:t>1:18:23  Aur is ke baad Hazrat Fatima jo thi woh wahi chakki peesti thi. Un ke haath mein chhala pad gaya tha.</w:t>
      </w:r>
      <w:r>
        <w:br/>
      </w:r>
      <w:r>
        <w:rPr>
          <w:sz w:val="20"/>
        </w:rPr>
        <w:t>1:18:33  To woh aayin Rasool Allah ke paas ke mujhe mehnat mushaqqat karni padti hai to mujhe ek khadim de dijiye.</w:t>
      </w:r>
      <w:r>
        <w:br/>
      </w:r>
      <w:r>
        <w:rPr>
          <w:sz w:val="20"/>
        </w:rPr>
        <w:t>1:18:44  Khadim. To jante hain Rasool Allah ne kya jawab diya? Unhone kaha kya main tum ko khadim se behtar bataun ek cheez?</w:t>
      </w:r>
      <w:r>
        <w:br/>
      </w:r>
      <w:r>
        <w:rPr>
          <w:sz w:val="20"/>
        </w:rPr>
        <w:t>1:18:55  To Hazrat Fatima ne kaha ke haan.</w:t>
      </w:r>
      <w:r>
        <w:br/>
      </w:r>
      <w:r>
        <w:rPr>
          <w:sz w:val="20"/>
        </w:rPr>
        <w:t>1:18:59  To Rasool Allah ne un ko wahi cheez de di ke jis ko aaj kal tasbeeh Fatima kaha jata hai.</w:t>
      </w:r>
      <w:r>
        <w:br/>
      </w:r>
      <w:r>
        <w:rPr>
          <w:sz w:val="20"/>
        </w:rPr>
        <w:t>1:19:07  Subhan Allah, Alhamdulillah, Allah, Allah, Allah, Allah Akbar. Kya aaj kal koi koi aadmi aisa karega apni beti ki mohabbat ke sath?</w:t>
      </w:r>
      <w:r>
        <w:br/>
      </w:r>
      <w:r>
        <w:rPr>
          <w:sz w:val="20"/>
        </w:rPr>
        <w:t>1:19:16  Koi karega apni ladli beti ke sath? Koi apni ladli beti ke sath yeh karega ke woh mange us se khadim aur us ko de de ke ja ja ke yeh tasbeeh parho?</w:t>
      </w:r>
      <w:r>
        <w:br/>
      </w:r>
      <w:r>
        <w:rPr>
          <w:sz w:val="20"/>
        </w:rPr>
        <w:t>1:19:27  Yeh sab jhooti taqdeerein hain aur bilashubah yeh log Allah taala pakad jayenge kyunke floging hui. Flogging. To apne jhoote culture ke liye Quran Hadees se justify karte the.</w:t>
      </w:r>
    </w:p>
    <w:p>
      <w:pPr>
        <w:pStyle w:val="Heading2"/>
      </w:pPr>
      <w:r>
        <w:t>Debating Non-Muslim Scholars for Dawah</w:t>
      </w:r>
    </w:p>
    <w:p>
      <w:r>
        <w:rPr>
          <w:color w:val="666666"/>
          <w:sz w:val="18"/>
        </w:rPr>
        <w:t>Seerah &amp; Prophet · The Secret of Divine Wisdom September 2, 2012 · 7m 15s · at 1:04:05 · https://youtu.be/ZXQlrW7PqAE?t=3845</w:t>
      </w:r>
    </w:p>
    <w:p>
      <w:r>
        <w:rPr>
          <w:i/>
        </w:rPr>
        <w:t>“Some Islamic preachers nowadays engage in public debates with non-Islamic scholars, pointing out shortcomings in their scriptures, and people clap and laugh. Do you think this is the right way of spreading Islam? Did Prophet Muhammad ever engage in debates, and how did he hold debates with non-Islamic religious scholars?”</w:t>
      </w:r>
    </w:p>
    <w:p>
      <w:r>
        <w:rPr>
          <w:sz w:val="20"/>
        </w:rPr>
        <w:t>1:04:05  molana agla sawal hyderabad se aya hai zeeshan yusuf sahab ka</w:t>
      </w:r>
      <w:r>
        <w:br/>
      </w:r>
      <w:r>
        <w:rPr>
          <w:sz w:val="20"/>
        </w:rPr>
        <w:t>1:04:10  unhone likha hai some islamic preachers have engaged themself now a days in public debate with non islamic scholars they invite other scholars in muslim congregation and point out shortcomings in their scriptures most of the time people seem to be clapping and laughing during the session do you think it is right way of spreading islam</w:t>
      </w:r>
      <w:r>
        <w:br/>
      </w:r>
      <w:r>
        <w:rPr>
          <w:sz w:val="20"/>
        </w:rPr>
        <w:t>1:04:39  dead prophet muhammad ever engaged himself in debate how did he hold debate with other non islamic religious scholar dekhiye dawat nahi hai to shaitani kaam hai yeh koi shaq nahi</w:t>
      </w:r>
      <w:r>
        <w:br/>
      </w:r>
      <w:r>
        <w:rPr>
          <w:sz w:val="20"/>
        </w:rPr>
        <w:t>1:04:55  yeh dawat nahi dawat to khair khwahi ka naam hai main apna qissa batata hoon aap ko</w:t>
      </w:r>
      <w:r>
        <w:br/>
      </w:r>
      <w:r>
        <w:rPr>
          <w:sz w:val="20"/>
        </w:rPr>
        <w:t>1:05:02  ek sahab jo isi qism ke ek yani ek yani jo apne ko duai kehte hain mere nazdeek woh debater hain woh to un ke haan bohat dinon tak rahe woh phir mere paas aaye the woh to maine un se poocha ke aap wahan bohat din</w:t>
      </w:r>
      <w:r>
        <w:br/>
      </w:r>
      <w:r>
        <w:rPr>
          <w:sz w:val="20"/>
        </w:rPr>
        <w:t>1:05:22  on tak rahe hain mujhe yeh bataiye ke jab woh taqreer karte hain jab woh jalsay mein bolte hain to wahan par taliyan bajti hain ke nahi kaha khoob taliyan bajti hain hum bhi taliyan bajate hain acha phir maine poocha ke rasool Allah ke zamane mein sahaba the rasool Allah bhi bolte the to kaha sahaba taliyan bajate the</w:t>
      </w:r>
      <w:r>
        <w:br/>
      </w:r>
      <w:r>
        <w:rPr>
          <w:sz w:val="20"/>
        </w:rPr>
        <w:t>1:05:48  to kaha ke nahi to maine kaha ke dekhein hadees mein aata hai ke man adras peghambrana malminh yani rasool Allah ke namune ke ilawa jo tareeqe hain woh agar islam mein dakhil kiye jayein to woh rejecter hain woh un ko radd kar diya jaye ga</w:t>
      </w:r>
      <w:r>
        <w:br/>
      </w:r>
      <w:r>
        <w:rPr>
          <w:sz w:val="20"/>
        </w:rPr>
        <w:t>1:06:08  to yeh jo jo yeh nikal rakha hai logon ne ke jalsay karo taqreerein karo logon ke pride logon ke yani sense of pride ko feed karo aur taliyan bajao wahan par khoob yeh to yeh to shaitani kaam hai islam se kya taluq is ka hai to is ke baad unhone chhod diya wahan jana baharhal yeh jo tareeqa hai is ko debate kaha jata hai is ka islam se koi taluq nahi hai</w:t>
      </w:r>
      <w:r>
        <w:br/>
      </w:r>
      <w:r>
        <w:rPr>
          <w:sz w:val="20"/>
        </w:rPr>
        <w:t>1:06:36  yeh yeh qoumi pride apne qoumi pride ko establish karna hai yeh yeh jo cheezein hain jo yeh apne qoumi pride ko establish karne ke liye hoti hain</w:t>
      </w:r>
      <w:r>
        <w:br/>
      </w:r>
      <w:r>
        <w:rPr>
          <w:sz w:val="20"/>
        </w:rPr>
        <w:t>1:06:49  dawat to dekhiye quran mein aya hai ini lakum naseh peghambr ne kaha apne jo audience tha us se ke main tumhara khair khwah hoon aur yeh jo yeh jo log hain yeh islam ke fakhar ko establish karte hain musalmanon ke pride ko feed karte hain bilashuba yeh batil hai is ka islam se koi taluq nahi hai</w:t>
      </w:r>
      <w:r>
        <w:br/>
      </w:r>
      <w:r>
        <w:rPr>
          <w:sz w:val="20"/>
        </w:rPr>
        <w:t>1:07:17  islam se taluq is dawati kaam ka hai jis mein aadmi aadmi jo hai doosre ki khair khwahi se kaam kare aur sanjeedgi jis ke andar ho yani sahaba ke haan jo taliyan nahi bajti thi aur yahan taliyan bajti hain to yeh saada baat nahi hai rasool Allah ki taqreer se logon ke andar kya hota tha repentance aata tha soch jaagti thi</w:t>
      </w:r>
      <w:r>
        <w:br/>
      </w:r>
      <w:r>
        <w:rPr>
          <w:sz w:val="20"/>
        </w:rPr>
        <w:t>1:07:45  apne andar transaction karne lagte the woh log yeh jo aaj kal hota hai yeh to fakhar ka mahol wahan paida hota hai yani un ka fakhar ko ghiza milti hai yeh yeh islam nahi hai agar is tarah ki taqreeron se logon ke andar soch jaage repentance jaage yani transaction jaage to taliyan kabhi bajengi nahi taliyon ki laihaz uthe hi nahi</w:t>
      </w:r>
      <w:r>
        <w:br/>
      </w:r>
      <w:r>
        <w:rPr>
          <w:sz w:val="20"/>
        </w:rPr>
        <w:t>1:08:14  baharhal main is ko bilkul hi islam se is ka koi taluq nahi molana tamil nadu se molana iqbal umri sahab ne aapse poocha hai ke sulah ki hikmat ko buzdi ka aur sazish ka naam dena kitni bari nadani hai is ki mazeed wazahat karein nadani ka yeh to kufr hai mere nazdeek</w:t>
      </w:r>
      <w:r>
        <w:br/>
      </w:r>
      <w:r>
        <w:rPr>
          <w:sz w:val="20"/>
        </w:rPr>
        <w:t>1:08:43  kyun ke agar aap sulah ko buzdi kahenge to rasool Allah ke bare mein kya kahenge phir</w:t>
      </w:r>
      <w:r>
        <w:br/>
      </w:r>
      <w:r>
        <w:rPr>
          <w:sz w:val="20"/>
        </w:rPr>
        <w:t>1:08:51  agar aap sulah ko buzdi ka rasool Allah ki sulah to tareekh mein kisi ne bhi ya is tarah unilateral tor par doosre ki condition ko man kar shuru nahi ki thi na is se pehle koi waqea hai na rasool Allah ke baad ka waqea hai to sulah ki aakhri misaal hai woh</w:t>
      </w:r>
      <w:r>
        <w:br/>
      </w:r>
      <w:r>
        <w:rPr>
          <w:sz w:val="20"/>
        </w:rPr>
        <w:t>1:09:11  to agar aap kahein ke is tarah qism ki sulah jo buzdi hai to rasool Allah ke bare mein kya kahenge aap</w:t>
      </w:r>
      <w:r>
        <w:br/>
      </w:r>
      <w:r>
        <w:rPr>
          <w:sz w:val="20"/>
        </w:rPr>
        <w:t>1:09:20  abhi hamare bhai sajid anwar sahab ne qissa bataya ke ek majlis mein woh the to wahan par baat aayi ke quran ka logon ko hindu logon ko humein quran pahunchana hai to wahan ek musalman the unhone kaha ke bhai woh to phar ke phenk dein to kya karenge aap</w:t>
      </w:r>
      <w:r>
        <w:br/>
      </w:r>
      <w:r>
        <w:rPr>
          <w:sz w:val="20"/>
        </w:rPr>
        <w:t>1:09:40  yani aap unhein ja kar quran padh jayeinge aur phar kar un ko leader bed mein daal denge quran koi khane mein phar phar denge to ek sahab the wahan par maujood un ka bataya unhone ke doctor andaleeb bhi unhone kaha ke dekhiye rasool Allah ne apne zamane mein ek dawati maktoob bheja tha shaeeran ka naam</w:t>
      </w:r>
      <w:r>
        <w:br/>
      </w:r>
      <w:r>
        <w:rPr>
          <w:sz w:val="20"/>
        </w:rPr>
        <w:t>1:10:09  jis ko kisra kaha jata tha to shaeeran ke naam jab woh jo maktoob tha us mein quran ki ayatein likhi hui thi jab ek sahabi le kar gaye the jab unhone shah ko diya jo takht par baitha hua tha to us ko ghussa aaya us ne phar ke phenk diya usi waqt phar kar phenk diya</w:t>
      </w:r>
      <w:r>
        <w:br/>
      </w:r>
      <w:r>
        <w:rPr>
          <w:sz w:val="20"/>
        </w:rPr>
        <w:t>1:10:35  to unhone kaha ke haan unhone yeh kaha tha ke phar kar phenk de ga to is ka gunah gunah kis ke upar jaye ga to unhone kaha ke rasool Allah ka khat phar ke phenk diya gaya to is ka gunah kis ke upar jaye ga yeh koi logic nahi hai yeh sab jhooti baatein hain yeh shaitan baqayda hai ke musalman dawati kaam na karein to sulah Hazrat badr ne sulah hikmat hai wisdom hai</w:t>
      </w:r>
      <w:r>
        <w:br/>
      </w:r>
      <w:r>
        <w:rPr>
          <w:sz w:val="20"/>
        </w:rPr>
        <w:t>1:11:04  woh sulah ke baghair koi kaam hi nahi ho sakta quran mein ek alsulhu khair sulah sab se behtar tareeqa hai jo log sulah ko buzdi kahein un ki zuban se shaitan bolta hai</w:t>
      </w:r>
    </w:p>
    <w:p>
      <w:pPr>
        <w:pStyle w:val="Heading2"/>
      </w:pPr>
      <w:r>
        <w:t>Developing prophetic spirit for da'wah</w:t>
      </w:r>
    </w:p>
    <w:p>
      <w:r>
        <w:rPr>
          <w:color w:val="666666"/>
          <w:sz w:val="18"/>
        </w:rPr>
        <w:t>Seerah &amp; Prophet · Islah e Ummat August 10, 2014 · 3m 13s · at 51:31 · https://youtu.be/a7ohKq4Xf0Y?t=3091</w:t>
      </w:r>
    </w:p>
    <w:p>
      <w:r>
        <w:rPr>
          <w:i/>
        </w:rPr>
        <w:t>“Da'wah work requires the same kind of spirit like that of earlier prophets. Molana, how can we develop prophetic type of spirit? Please advise.”</w:t>
      </w:r>
    </w:p>
    <w:p>
      <w:r>
        <w:rPr>
          <w:sz w:val="20"/>
        </w:rPr>
        <w:t>51:31  molana agla sawal hai ans sahib ka dilli se aur unhone likha hai ke dawa work require the same kind of spirit like that of earlier prophets molana how can we develop prophetic type of spirit please advise us</w:t>
      </w:r>
      <w:r>
        <w:br/>
      </w:r>
      <w:r>
        <w:rPr>
          <w:sz w:val="20"/>
        </w:rPr>
        <w:t>51:52  dekhiye yeh koi serious baat nahi hai is ka tareeqa bilkul simple hai Quran ko tadabbur ke sath padhna</w:t>
      </w:r>
      <w:r>
        <w:br/>
      </w:r>
      <w:r>
        <w:rPr>
          <w:sz w:val="20"/>
        </w:rPr>
        <w:t>52:09  aur apna introspection karna apne ko distraction se bachana aur jab bhi koi baat batane wala bataye to foran surrender karna yeh nahi ke apni rawaish ko aap lage justify karne</w:t>
      </w:r>
      <w:r>
        <w:br/>
      </w:r>
      <w:r>
        <w:rPr>
          <w:sz w:val="20"/>
        </w:rPr>
        <w:t>52:31  jab bhi koi batane wala bataye to jaldi surrender kijiye</w:t>
      </w:r>
      <w:r>
        <w:br/>
      </w:r>
      <w:r>
        <w:rPr>
          <w:sz w:val="20"/>
        </w:rPr>
        <w:t>52:36  is mamle mein hazrat umar rz ka itna zyada woh hassas thay</w:t>
      </w:r>
      <w:r>
        <w:br/>
      </w:r>
      <w:r>
        <w:rPr>
          <w:sz w:val="20"/>
        </w:rPr>
        <w:t>52:41  ke kai baar aisa hua kisi ne batane wale ne bataya to woh keh padte thay ke lola</w:t>
      </w:r>
      <w:r>
        <w:br/>
      </w:r>
      <w:r>
        <w:rPr>
          <w:sz w:val="20"/>
        </w:rPr>
        <w:t>52:47  falan lahlik umar</w:t>
      </w:r>
      <w:r>
        <w:br/>
      </w:r>
      <w:r>
        <w:rPr>
          <w:sz w:val="20"/>
        </w:rPr>
        <w:t>52:51  یعنی اس کے بتانے کا اتنا بڑا acknowledge کرتے تھے کہ تم نے اگر نہ بتایا تو میں</w:t>
      </w:r>
      <w:r>
        <w:br/>
      </w:r>
      <w:r>
        <w:rPr>
          <w:sz w:val="20"/>
        </w:rPr>
        <w:t>52:57  to halak ho gaya tha lola falan lahlik umar falan shakhs agar na hota to mein to halak</w:t>
      </w:r>
      <w:r>
        <w:br/>
      </w:r>
      <w:r>
        <w:rPr>
          <w:sz w:val="20"/>
        </w:rPr>
        <w:t>53:03  ہو گیا تھا تو یہ اتنا بڑا درجہ acknowledge کرنے کا</w:t>
      </w:r>
      <w:r>
        <w:br/>
      </w:r>
      <w:r>
        <w:rPr>
          <w:sz w:val="20"/>
        </w:rPr>
        <w:t>53:12  jaise aap kahein ke koi baat aap ko yaad dilaye de haan haan haan theek theek kai logon ko maine paaye gaye aise kehte hain haan theek theek yeh yeh mujrimana kalma hai haan theek aap kahiye seedhi seedhi ke galti hui</w:t>
      </w:r>
      <w:r>
        <w:br/>
      </w:r>
      <w:r>
        <w:rPr>
          <w:sz w:val="20"/>
        </w:rPr>
        <w:t>53:29  maine kai logon ko bataya dekha ke jab koi ghalti unko batayi jaye to kahengay</w:t>
      </w:r>
      <w:r>
        <w:br/>
      </w:r>
      <w:r>
        <w:rPr>
          <w:sz w:val="20"/>
        </w:rPr>
        <w:t>53:34  haan theek theek mein is ko jurm samajhta hoon balkay yeh bhi koi yani yeh itna kehna bhi</w:t>
      </w:r>
      <w:r>
        <w:br/>
      </w:r>
      <w:r>
        <w:rPr>
          <w:sz w:val="20"/>
        </w:rPr>
        <w:t>53:40  kafi nahi ke mein ghalti par tha kai kaha computer blunder</w:t>
      </w:r>
      <w:r>
        <w:br/>
      </w:r>
      <w:r>
        <w:rPr>
          <w:sz w:val="20"/>
        </w:rPr>
        <w:t>53:46  it was a blunder</w:t>
      </w:r>
      <w:r>
        <w:br/>
      </w:r>
      <w:r>
        <w:rPr>
          <w:sz w:val="20"/>
        </w:rPr>
        <w:t>53:50  حضرت اکبر کہتے تھے لولا فلان لہلک عمر جب تک آدمی کے اندر یہ spirit نہ ہو اس</w:t>
      </w:r>
      <w:r>
        <w:br/>
      </w:r>
      <w:r>
        <w:rPr>
          <w:sz w:val="20"/>
        </w:rPr>
        <w:t>53:58  par na to marfat ke darwaze khulenge na uska intellectual development hoga</w:t>
      </w:r>
      <w:r>
        <w:br/>
      </w:r>
      <w:r>
        <w:rPr>
          <w:sz w:val="20"/>
        </w:rPr>
        <w:t>54:05  aur na is ko</w:t>
      </w:r>
      <w:r>
        <w:br/>
      </w:r>
      <w:r>
        <w:rPr>
          <w:sz w:val="20"/>
        </w:rPr>
        <w:t>54:07  yani nabiyon wala jo andaaz tha is andaaz par kaam karne ki tofeeq milegi</w:t>
      </w:r>
      <w:r>
        <w:br/>
      </w:r>
      <w:r>
        <w:rPr>
          <w:sz w:val="20"/>
        </w:rPr>
        <w:t>54:14  mein samajhta</w:t>
      </w:r>
      <w:r>
        <w:br/>
      </w:r>
      <w:r>
        <w:rPr>
          <w:sz w:val="20"/>
        </w:rPr>
        <w:t>54:14  hoon ke yeh bahut hi yani bahut hi zyada zaroori hai ke logon ke andar yeh mizaj aaye acknowledge karne ka mizaj Hazrat Akbar jis tarah acknowledge karte the baghair is mizaj ke koi</w:t>
      </w:r>
      <w:r>
        <w:br/>
      </w:r>
      <w:r>
        <w:rPr>
          <w:sz w:val="20"/>
        </w:rPr>
        <w:t>54:37  koi aala taraqqi nahi ho sakti</w:t>
      </w:r>
    </w:p>
    <w:p>
      <w:pPr>
        <w:pStyle w:val="Heading2"/>
      </w:pPr>
      <w:r>
        <w:t>Did companions commit major sins after faith</w:t>
      </w:r>
    </w:p>
    <w:p>
      <w:r>
        <w:rPr>
          <w:color w:val="666666"/>
          <w:sz w:val="18"/>
        </w:rPr>
        <w:t>Seerah &amp; Prophet · Islam and Science (In Conversation with Maulana) · 3m 10s · at 24:28 · https://youtu.be/pKS94tSXlT4?t=1468</w:t>
      </w:r>
    </w:p>
    <w:p>
      <w:r>
        <w:rPr>
          <w:i/>
        </w:rPr>
        <w:t>“Did the companions also commit major sins after believing? If yes, what was their subsequent conduct? Did it affect their mission? Please guide.”</w:t>
      </w:r>
    </w:p>
    <w:p>
      <w:r>
        <w:rPr>
          <w:sz w:val="20"/>
        </w:rPr>
        <w:t>24:28  Maulana, agla sawal Mr. Sajid Anwar ka hai Delhi se. unhon nay likha hai: "Kya Sahaba se bhi imaan lanay ke baad baray gunah hue?</w:t>
      </w:r>
      <w:r>
        <w:br/>
      </w:r>
      <w:r>
        <w:rPr>
          <w:sz w:val="20"/>
        </w:rPr>
        <w:t>24:39  agar haan to us ke baad un ka kya amal raha? kya is ki wajah se un ke mission par koi asar hua?</w:t>
      </w:r>
      <w:r>
        <w:br/>
      </w:r>
      <w:r>
        <w:rPr>
          <w:sz w:val="20"/>
        </w:rPr>
        <w:t>24:49  rehnnumai farmayen."</w:t>
      </w:r>
      <w:r>
        <w:br/>
      </w:r>
      <w:r>
        <w:rPr>
          <w:sz w:val="20"/>
        </w:rPr>
        <w:t>24:53  dekhiye, ghalti kisi bhi aadmi se hoti hai, khud Adam se hui ghalti. jab tak aadmi duniya mein zinda hai, us waqt tak woh ghalti kar sakta hai.</w:t>
      </w:r>
      <w:r>
        <w:br/>
      </w:r>
      <w:r>
        <w:rPr>
          <w:sz w:val="20"/>
        </w:rPr>
        <w:t>25:08  hadees mein aata hai: "Ala kullikum khattoon wa khair ul khattain at tawwaboon" ke tum mein se har shakhs khata kar sakta hai.</w:t>
      </w:r>
      <w:r>
        <w:br/>
      </w:r>
      <w:r>
        <w:rPr>
          <w:sz w:val="20"/>
        </w:rPr>
        <w:t>25:20  lekin khata kar ke jo tauba kare, woh phir pak ho gaya. to aisi cheez yeh nahin hai ke aap ke aadmi khata nahin karay ga.</w:t>
      </w:r>
      <w:r>
        <w:br/>
      </w:r>
      <w:r>
        <w:rPr>
          <w:sz w:val="20"/>
        </w:rPr>
        <w:t>25:31  aisi cheez yeh hai ke khata ke baad is ko tauba karna chahiye. to chahe sahaba hon ya koi doosre log hon, har ek isi tarah se yani insan jaise hum insan hain.</w:t>
      </w:r>
      <w:r>
        <w:br/>
      </w:r>
      <w:r>
        <w:rPr>
          <w:sz w:val="20"/>
        </w:rPr>
        <w:t>25:46  to sahaba bhi khata kar sakte the aur koi bhi khata kar sakta hai. is mein to koi do rai nahi hai.</w:t>
      </w:r>
      <w:r>
        <w:br/>
      </w:r>
      <w:r>
        <w:rPr>
          <w:sz w:val="20"/>
        </w:rPr>
        <w:t>25:55  har har aadmi bashar hai, har aadmi insan hai. koi bhi bashar se yani koi bhi yani farishta nahi hai.</w:t>
      </w:r>
      <w:r>
        <w:br/>
      </w:r>
      <w:r>
        <w:rPr>
          <w:sz w:val="20"/>
        </w:rPr>
        <w:t>26:04  na sahaba farishta hain, na hum aap farishta hain. to asal janch is baat mein hai ke aadmi khata hone ke baad woh choukan na ho jaye aur tauba kare, maafi mange, islah kare.</w:t>
      </w:r>
      <w:r>
        <w:br/>
      </w:r>
      <w:r>
        <w:rPr>
          <w:sz w:val="20"/>
        </w:rPr>
        <w:t>26:21  to balkeh hadith mein to yahan tak hai ke ke ah</w:t>
      </w:r>
      <w:r>
        <w:br/>
      </w:r>
      <w:r>
        <w:rPr>
          <w:sz w:val="20"/>
        </w:rPr>
        <w:t>26:30  ke agar insan ghalti na kare to Allah ek aur makhlooq paida karega jo ghalti kare aur maafi mangay. yahan tak aata hai ke Allah taala ko itna zyada pasand hai tauba, istighfar, sharminda hona apni ghalti par.</w:t>
      </w:r>
      <w:r>
        <w:br/>
      </w:r>
      <w:r>
        <w:rPr>
          <w:sz w:val="20"/>
        </w:rPr>
        <w:t>26:50  balkeh yahan tak quran mein hai ke "olayeka abdullah siyat hasanat" yani un ki siyhati badal ke hasanat ban jayengi.</w:t>
      </w:r>
      <w:r>
        <w:br/>
      </w:r>
      <w:r>
        <w:rPr>
          <w:sz w:val="20"/>
        </w:rPr>
        <w:t>26:59  yeh kaisi ajeeb baat hai ke jo kaam bator siyah hua tha, woh bator hasana aap aap ke record mein darj ho jayega.</w:t>
      </w:r>
      <w:r>
        <w:br/>
      </w:r>
      <w:r>
        <w:rPr>
          <w:sz w:val="20"/>
        </w:rPr>
        <w:t>27:11  to yaad rakhiye, aisi cheez yeh nahi ke aadmi ne khata ki. aisi cheez yeh hai ke khata ke baad woh chakar na hua aur us ne maafi mangi aur woh Allah ki taraf rujoo hua to woh Allah ke haan is ka is is ko ek neki ke tor par darj kiya jayega.</w:t>
      </w:r>
      <w:r>
        <w:br/>
      </w:r>
      <w:r>
        <w:rPr>
          <w:sz w:val="20"/>
        </w:rPr>
        <w:t>27:31  is ka yeh muamla.</w:t>
      </w:r>
    </w:p>
    <w:p>
      <w:pPr>
        <w:pStyle w:val="Heading2"/>
      </w:pPr>
      <w:r>
        <w:t>Difference between Ismail's progeny and ordinary people</w:t>
      </w:r>
    </w:p>
    <w:p>
      <w:r>
        <w:rPr>
          <w:color w:val="666666"/>
          <w:sz w:val="18"/>
        </w:rPr>
        <w:t>Seerah &amp; Prophet · The Message of Eid Al-Adha November 6, 2011 Maulana Wahiduddin Khan · 1m 28s · at 1:06:09 · https://youtu.be/y59PU_RD2cg?t=3969</w:t>
      </w:r>
    </w:p>
    <w:p>
      <w:r>
        <w:rPr>
          <w:i/>
        </w:rPr>
        <w:t>“What was the difference between the progeny that Allah advanced through Prophet Ismail and ordinary people? Was there a special quality in them?”</w:t>
      </w:r>
    </w:p>
    <w:p>
      <w:r>
        <w:rPr>
          <w:sz w:val="20"/>
        </w:rPr>
        <w:t>1:06:09  maulana, agla sawal kya hai karachi se? ah, mister aamir bin yusuf ne. unhon ne likha hai: "allah ne jo nasl hazrat ismail ke zariye aage badhai, us mein aur aam afraad mein kya farq tha?</w:t>
      </w:r>
      <w:r>
        <w:br/>
      </w:r>
      <w:r>
        <w:rPr>
          <w:sz w:val="20"/>
        </w:rPr>
        <w:t>1:06:26  kya special quality pai jati thi? us ke bare mein bataen." bas itna hi farq tha ke woh log conditioning se pak the.</w:t>
      </w:r>
      <w:r>
        <w:br/>
      </w:r>
      <w:r>
        <w:rPr>
          <w:sz w:val="20"/>
        </w:rPr>
        <w:t>1:06:37  aaj hum log rehte hain shahrron mein, society mein, wahan alag thalag the. woh log alag thalag rehne ki wajah se woh conditioning se bach gaye.</w:t>
      </w:r>
      <w:r>
        <w:br/>
      </w:r>
      <w:r>
        <w:rPr>
          <w:sz w:val="20"/>
        </w:rPr>
        <w:t>1:06:48  hum aap conditioning se bach nahin paate. baqi aur koi special signisity nahin thi un mein. jaise hum hain, waise woh bhi the.</w:t>
      </w:r>
      <w:r>
        <w:br/>
      </w:r>
      <w:r>
        <w:rPr>
          <w:sz w:val="20"/>
        </w:rPr>
        <w:t>1:06:59  koi farq nahin tha.</w:t>
      </w:r>
      <w:r>
        <w:br/>
      </w:r>
      <w:r>
        <w:rPr>
          <w:sz w:val="20"/>
        </w:rPr>
        <w:t>1:07:02  to hamein bhi apne aap ko, yaani apne</w:t>
      </w:r>
      <w:r>
        <w:br/>
      </w:r>
      <w:r>
        <w:rPr>
          <w:sz w:val="20"/>
        </w:rPr>
        <w:t>1:07:08  apne aap ko is tarah rakhna hai ke woh apne aap ko conditioning se bacha payen. to deconditioning karna, jo aadmi apni deconditioning kar sake, woh waise hi ban jayega jaise ke woh log the.</w:t>
      </w:r>
      <w:r>
        <w:br/>
      </w:r>
      <w:r>
        <w:rPr>
          <w:sz w:val="20"/>
        </w:rPr>
        <w:t>1:07:23  jo farq hai, woh sirf yahi hai. conditioning hogi to hum use alag dikhai den g</w:t>
      </w:r>
      <w:r>
        <w:br/>
      </w:r>
      <w:r>
        <w:rPr>
          <w:sz w:val="20"/>
        </w:rPr>
        <w:t>1:07:30  e, lekin agar deconditioning hum kar len apni to hum bhi waise hi ban jayenge jaise woh log the.</w:t>
      </w:r>
    </w:p>
    <w:p>
      <w:pPr>
        <w:pStyle w:val="Heading2"/>
      </w:pPr>
      <w:r>
        <w:t>Difference between Sahaba and today's Muslims</w:t>
      </w:r>
    </w:p>
    <w:p>
      <w:r>
        <w:rPr>
          <w:color w:val="666666"/>
          <w:sz w:val="18"/>
        </w:rPr>
        <w:t>Seerah &amp; Prophet · Divine Guidance November 20, 2016 · 1m 25s · at 52:07 · https://youtu.be/tbcloc-fvSE?t=3127</w:t>
      </w:r>
    </w:p>
    <w:p>
      <w:r>
        <w:rPr>
          <w:i/>
        </w:rPr>
        <w:t>“What is the difference between the Sahaba and present day Muslims? The Sahaba moved by Islam, possessed positive mindset, and spread positivity all over the world. But Muslims of today who claim to be followers of Islam are spreading negativity and hatred everywhere. What is your opinion on this?”</w:t>
      </w:r>
    </w:p>
    <w:p>
      <w:r>
        <w:rPr>
          <w:sz w:val="20"/>
        </w:rPr>
        <w:t>52:07  jazak Allah khaira." Maulana, agla sawal Dilli se kiya hai Dr. Fareeda Khanam ne.</w:t>
      </w:r>
      <w:r>
        <w:br/>
      </w:r>
      <w:r>
        <w:rPr>
          <w:sz w:val="20"/>
        </w:rPr>
        <w:t>52:13  unhon ne likha hai: "What is the difference between the Sahaba and present day Muslims?</w:t>
      </w:r>
      <w:r>
        <w:br/>
      </w:r>
      <w:r>
        <w:rPr>
          <w:sz w:val="20"/>
        </w:rPr>
        <w:t>52:20  The Sahaba moved by Islam, possessed positive mindset, and spread positivity all over the world. But Muslims of today who claim to be followers of Islam are spreading negativity and hatred everywhere. What is your opinion on this?</w:t>
      </w:r>
      <w:r>
        <w:br/>
      </w:r>
      <w:r>
        <w:rPr>
          <w:sz w:val="20"/>
        </w:rPr>
        <w:t>52:39  " main yeh sochta hoon ke asli spirit thi, is pe emphasis nahi diya gaya baad ke zamaney mein.</w:t>
      </w:r>
      <w:r>
        <w:br/>
      </w:r>
      <w:r>
        <w:rPr>
          <w:sz w:val="20"/>
        </w:rPr>
        <w:t>52:45  form par sara emphasis chala gaya.</w:t>
      </w:r>
      <w:r>
        <w:br/>
      </w:r>
      <w:r>
        <w:rPr>
          <w:sz w:val="20"/>
        </w:rPr>
        <w:t>52:51  to Sahaba ki spirit to wohi hai jo unhon ne bataya.</w:t>
      </w:r>
      <w:r>
        <w:br/>
      </w:r>
      <w:r>
        <w:rPr>
          <w:sz w:val="20"/>
        </w:rPr>
        <w:t>52:57  lekin jab form ko emphasis di gayi to form ko ko follow kar ke unho ne samjha ke</w:t>
      </w:r>
      <w:r>
        <w:br/>
      </w:r>
      <w:r>
        <w:rPr>
          <w:sz w:val="20"/>
        </w:rPr>
        <w:t>53:03  hum ne Islam ko follow kar liya.</w:t>
      </w:r>
      <w:r>
        <w:br/>
      </w:r>
      <w:r>
        <w:rPr>
          <w:sz w:val="20"/>
        </w:rPr>
        <w:t>53:09  waise Sahaba ki spirit to wohi thi jo bataya unhon ne.</w:t>
      </w:r>
      <w:r>
        <w:br/>
      </w:r>
      <w:r>
        <w:rPr>
          <w:sz w:val="20"/>
        </w:rPr>
        <w:t>53:15  lekin jab form ko asal maan liya jaye to yeh baat kamzor pad jayegi ke hamein is</w:t>
      </w:r>
      <w:r>
        <w:br/>
      </w:r>
      <w:r>
        <w:rPr>
          <w:sz w:val="20"/>
        </w:rPr>
        <w:t>53:21  tarah banna hai.</w:t>
      </w:r>
      <w:r>
        <w:br/>
      </w:r>
      <w:r>
        <w:rPr>
          <w:sz w:val="20"/>
        </w:rPr>
        <w:t>53:27  insan ko khair khwah banna hai, hamein peaceful banna hai waghera.</w:t>
      </w:r>
      <w:r>
        <w:br/>
      </w:r>
      <w:r>
        <w:rPr>
          <w:sz w:val="20"/>
        </w:rPr>
        <w:t>53:33  Maulana, agla sawal lete hain jo Guwahati se bheja hai Saifullah Sahab ne.</w:t>
      </w:r>
    </w:p>
    <w:p>
      <w:pPr>
        <w:pStyle w:val="Heading2"/>
      </w:pPr>
      <w:r>
        <w:t>Differentiating dawah and jihad targets</w:t>
      </w:r>
    </w:p>
    <w:p>
      <w:r>
        <w:rPr>
          <w:color w:val="666666"/>
          <w:sz w:val="18"/>
        </w:rPr>
        <w:t>Seerah &amp; Prophet · Man and Angels April 27, 2014 · 58s · at 58:49 · https://youtu.be/b3fk1cakPeo?t=3529</w:t>
      </w:r>
    </w:p>
    <w:p>
      <w:r>
        <w:rPr>
          <w:i/>
        </w:rPr>
        <w:t>“How will we differentiate which target needs dawah and which target needs force and jihad? If things were possible only through dawah, then why did the Prophet of Islam use force?”</w:t>
      </w:r>
    </w:p>
    <w:p>
      <w:r>
        <w:rPr>
          <w:sz w:val="20"/>
        </w:rPr>
        <w:t>58:48  warna kuch nahi.</w:t>
      </w:r>
      <w:r>
        <w:br/>
      </w:r>
      <w:r>
        <w:rPr>
          <w:sz w:val="20"/>
        </w:rPr>
        <w:t>58:49  Maulana, agla sawal Dilli se kiya hai Dr Muhammad Talat Zaheer Sahab ne. unho ne likha hai: "How will we differentiate that which target needs دعویٰ and which target needs force aur jahad؟\</w:t>
      </w:r>
      <w:r>
        <w:br/>
      </w:r>
      <w:r>
        <w:rPr>
          <w:sz w:val="20"/>
        </w:rPr>
        <w:t>59:04  If things were possible only through dawa, then why did Prophet of Islam use the force?</w:t>
      </w:r>
      <w:r>
        <w:br/>
      </w:r>
      <w:r>
        <w:rPr>
          <w:sz w:val="20"/>
        </w:rPr>
        <w:t>59:12  yeh bilkul galat baat hai ke force istemal kiya hukumat qaim karne ke liye. To aap jo kitabein padhi hain, woh galat kitabein padhi hain aap ne. Aap hamari kitabein padhiye aap.</w:t>
      </w:r>
      <w:r>
        <w:br/>
      </w:r>
      <w:r>
        <w:rPr>
          <w:sz w:val="20"/>
        </w:rPr>
        <w:t>59:22  yeh yeh seerat ki tasweer hi bilkul baseless hai. Aap hamari kitabein hain seerat par, aap padhiye is ko.</w:t>
      </w:r>
      <w:r>
        <w:br/>
      </w:r>
      <w:r>
        <w:rPr>
          <w:sz w:val="20"/>
        </w:rPr>
        <w:t>59:32  phir sawal kijiye. Yeh jo samajhte hain log ke hukumat Rasool Allah ne taqat istemal kar ke hukumat qaim ki, to bilkul yeh to false picture hai.</w:t>
      </w:r>
      <w:r>
        <w:br/>
      </w:r>
      <w:r>
        <w:rPr>
          <w:sz w:val="20"/>
        </w:rPr>
        <w:t>59:43  yeh sahi to hai nahi. Pehle aap kitabein padhiye, phir sawal kijiye.</w:t>
      </w:r>
    </w:p>
    <w:p>
      <w:pPr>
        <w:pStyle w:val="Heading2"/>
      </w:pPr>
      <w:r>
        <w:t>Difficulty of path to Jannah vs reciting Surahs</w:t>
      </w:r>
    </w:p>
    <w:p>
      <w:r>
        <w:rPr>
          <w:color w:val="666666"/>
          <w:sz w:val="18"/>
        </w:rPr>
        <w:t>Seerah &amp; Prophet · Q&amp;A 11 Jul 2010 Maulana Wahiduddin Khan · 4m 36s · at 20:29 · https://youtu.be/UHtdtzGGwFQ?t=1229</w:t>
      </w:r>
    </w:p>
    <w:p>
      <w:r>
        <w:rPr>
          <w:i/>
        </w:rPr>
        <w:t>“When Prophet Muhammad went in Mi'raj, he was shown Jannah. He was also shown the path to Jannah, which he found to be full of difficulties. After seeing this path, the Prophet said: 'Very few people of my Ummah will enter into Jannah because the path is very difficult.' Maulana, my question to you is: When the path is so difficult, then how come some Moulvis advise us to recite some Surahs and Duas every day to get to Jannah?”</w:t>
      </w:r>
    </w:p>
    <w:p>
      <w:r>
        <w:rPr>
          <w:sz w:val="20"/>
        </w:rPr>
        <w:t>20:29  maulana, agla sawal aaya hai miss gul zeeba ahmed ka maryland, usa se. she has written: "maulana, first i would like to thank you for your great advice at teleconference meeting early morning today.</w:t>
      </w:r>
      <w:r>
        <w:br/>
      </w:r>
      <w:r>
        <w:rPr>
          <w:sz w:val="20"/>
        </w:rPr>
        <w:t>20:44  my question is: when prophet muhammad went on meraj, he was shown jannah there. he was also shown the path to jannah, which he found to be full of difficulties.</w:t>
      </w:r>
      <w:r>
        <w:br/>
      </w:r>
      <w:r>
        <w:rPr>
          <w:sz w:val="20"/>
        </w:rPr>
        <w:t>20:58  after seeing this path, the prophet said: 'very few people of my ummah will enter into jannah because the path is very difficult.' maulana sahib, my question to you is: when the path is so difficult, then how come some moulvis advise us to recite some surahs and duas every day to get to jannah?"</w:t>
      </w:r>
      <w:r>
        <w:br/>
      </w:r>
      <w:r>
        <w:rPr>
          <w:sz w:val="20"/>
        </w:rPr>
        <w:t>21:24  to to main ne abhi aap ne kaha hai, aap ne is mein ke is waqt jo islam hai, woh to islam ka reduced form hai. yani main to khud se ek islam ka form bana liya hai.</w:t>
      </w:r>
      <w:r>
        <w:br/>
      </w:r>
      <w:r>
        <w:rPr>
          <w:sz w:val="20"/>
        </w:rPr>
        <w:t>21:37  reduced bhi nahi, invited form hai woh.</w:t>
      </w:r>
      <w:r>
        <w:br/>
      </w:r>
      <w:r>
        <w:rPr>
          <w:sz w:val="20"/>
        </w:rPr>
        <w:t>21:42  yeh to bilkul yeh yani 100 percent yeh baseless hai. yeh sab cheezein, yeh bohat jannat, woh bohat jannat, yeh sab bilkul baseless hai. 100 percent baseless hai ke is surah ko parh lene se yeh falan waqt do rakat namaz parh lo, falan yeh falan jagah chale jao, falan jagah chale jao, is se jannat mil jayegi.</w:t>
      </w:r>
      <w:r>
        <w:br/>
      </w:r>
      <w:r>
        <w:rPr>
          <w:sz w:val="20"/>
        </w:rPr>
        <w:t>22:00  yeh sab bilkul baseless baatein hain.</w:t>
      </w:r>
      <w:r>
        <w:br/>
      </w:r>
      <w:r>
        <w:rPr>
          <w:sz w:val="20"/>
        </w:rPr>
        <w:t>22:04  yaad rakhiye, jannat ke liye jo formula quran mein bataya gaya hai, woh yeh hai: zalik jaza wa man tazakka yani jannat us ke liye jis ne apna tazkiya kiya.</w:t>
      </w:r>
      <w:r>
        <w:br/>
      </w:r>
      <w:r>
        <w:rPr>
          <w:sz w:val="20"/>
        </w:rPr>
        <w:t>22:19  tazkiya kiya, yeh nahi ke subah koi ayat parh li, sham ko ayat parh li to bas jannat chala gaya. yeh to bilkul hi</w:t>
      </w:r>
      <w:r>
        <w:br/>
      </w:r>
      <w:r>
        <w:rPr>
          <w:sz w:val="20"/>
        </w:rPr>
        <w:t>22:25  ridiculous hai, ridiculous. tazkiya kiya yani apne aap ko purify kiya. zalik jaza wa man tazka jannat us ke liye jis ne apne aap ko, this soul ko purify kiya.</w:t>
      </w:r>
      <w:r>
        <w:br/>
      </w:r>
      <w:r>
        <w:rPr>
          <w:sz w:val="20"/>
        </w:rPr>
        <w:t>22:40  purify karna kya hai? har waqt hamare andar negative thought aate hain, us ko nikalna. har waqt hamare andar kuch galat khwahishein paida hoti hain, us se ladna.</w:t>
      </w:r>
      <w:r>
        <w:br/>
      </w:r>
      <w:r>
        <w:rPr>
          <w:sz w:val="20"/>
        </w:rPr>
        <w:t>22:52  har waqt hamare samne aise koi aata hai ke hum debate karne lagte hain idhar, us se apne ko idhar right path pe lagana, lana. har waqt koi temptation hai, aulad ka hai, bachon ka hai, family ka hai,</w:t>
      </w:r>
      <w:r>
        <w:br/>
      </w:r>
      <w:r>
        <w:rPr>
          <w:sz w:val="20"/>
        </w:rPr>
        <w:t>23:06  kisi bhi cheez ka. is temptation se apne ko bachana,</w:t>
      </w:r>
      <w:r>
        <w:br/>
      </w:r>
      <w:r>
        <w:rPr>
          <w:sz w:val="20"/>
        </w:rPr>
        <w:t>23:09  tab woh tazkiya hota hai, tab woh purified soul banta hai.</w:t>
      </w:r>
      <w:r>
        <w:br/>
      </w:r>
      <w:r>
        <w:rPr>
          <w:sz w:val="20"/>
        </w:rPr>
        <w:t>23:16  log to phanse rehte hain isi mein, apne ko yani pollute karte hain aur samajhte hain ke kuch kuch, yeh kuch dane pe tasbeeh parh do, kuch suratein parh do to jannat pahunch jaoge.</w:t>
      </w:r>
      <w:r>
        <w:br/>
      </w:r>
      <w:r>
        <w:rPr>
          <w:sz w:val="20"/>
        </w:rPr>
        <w:t>23:30  to ridiculous, ridiculous.</w:t>
      </w:r>
      <w:r>
        <w:br/>
      </w:r>
      <w:r>
        <w:rPr>
          <w:sz w:val="20"/>
        </w:rPr>
        <w:t>23:37  to behal is ayat ko yaad rakhiye: zalik jaza mantazka aisi aayatein bohat sari hain. ek hadith mein hai, ek aadmi jab ek gunah karta hai, us ke dil pe ek dhabba pad jata hai.</w:t>
      </w:r>
      <w:r>
        <w:br/>
      </w:r>
      <w:r>
        <w:rPr>
          <w:sz w:val="20"/>
        </w:rPr>
        <w:t>23:51  phir karta hai, phir parhta hai, phir karta hai, phir parhta hai. yahan tak ke poora dil kala ho jata hai.</w:t>
      </w:r>
      <w:r>
        <w:br/>
      </w:r>
      <w:r>
        <w:rPr>
          <w:sz w:val="20"/>
        </w:rPr>
        <w:t>23:56  yeh kala matlab yeh nahi ke sach much color, color ke sense mein kala hota hai. nahi, is ka matlab hai besht ho jata hai.</w:t>
      </w:r>
      <w:r>
        <w:br/>
      </w:r>
      <w:r>
        <w:rPr>
          <w:sz w:val="20"/>
        </w:rPr>
        <w:t>24:09  to is mein hadith mein kya bataya gaya hai ke jaise hi tum ko mehsoos ho ke ek dhabba pada, jaldi se mitao us ko. mitane ka tareeqa kya bataya hai?</w:t>
      </w:r>
      <w:r>
        <w:br/>
      </w:r>
      <w:r>
        <w:rPr>
          <w:sz w:val="20"/>
        </w:rPr>
        <w:t>24:19  kasrat zikr al maut wa tilawat al quran khoob zyada yaad karo maut ko aur khoob zyada parho, khoob zyada study karo quran ki.</w:t>
      </w:r>
      <w:r>
        <w:br/>
      </w:r>
      <w:r>
        <w:rPr>
          <w:sz w:val="20"/>
        </w:rPr>
        <w:t>24:30  parho nahi, study karo quran ki.</w:t>
      </w:r>
      <w:r>
        <w:br/>
      </w:r>
      <w:r>
        <w:rPr>
          <w:sz w:val="20"/>
        </w:rPr>
        <w:t>24:33  to yeh ek course hai, ek process hai, chalta hai. yani zindagi mein chalta rehta hai, yahan tak ke maut tak chalta hai.</w:t>
      </w:r>
      <w:r>
        <w:br/>
      </w:r>
      <w:r>
        <w:rPr>
          <w:sz w:val="20"/>
        </w:rPr>
        <w:t>24:42  woh har waqt apne ko purify karna, har waqt apne ko deviation se bachana, har waqt apne ko temptation se bachana.</w:t>
      </w:r>
      <w:r>
        <w:br/>
      </w:r>
      <w:r>
        <w:rPr>
          <w:sz w:val="20"/>
        </w:rPr>
        <w:t>24:52  har waqt jab aap ka focus hate, phir us ko focus ko dobara right path par lana. yeh hai course tazkiya ka.</w:t>
      </w:r>
      <w:r>
        <w:br/>
      </w:r>
      <w:r>
        <w:rPr>
          <w:sz w:val="20"/>
        </w:rPr>
        <w:t>25:01  baqi sab to bilkul baseless baatein hain.</w:t>
      </w:r>
    </w:p>
    <w:p>
      <w:pPr>
        <w:pStyle w:val="Heading2"/>
      </w:pPr>
      <w:r>
        <w:t>Examples of dissent in early Islam</w:t>
      </w:r>
    </w:p>
    <w:p>
      <w:r>
        <w:rPr>
          <w:color w:val="666666"/>
          <w:sz w:val="18"/>
        </w:rPr>
        <w:t>Seerah &amp; Prophet · Patience and Crisis 22 Dec 2019 - Maulana Wahiduddin Khan · 7m 46s · at 51:47 · https://youtu.be/ddnUKbhEoCI?t=3107</w:t>
      </w:r>
    </w:p>
    <w:p>
      <w:r>
        <w:rPr>
          <w:i/>
        </w:rPr>
        <w:t>“I want to know if there is any example of dissent in early history of Islam.”</w:t>
      </w:r>
    </w:p>
    <w:p>
      <w:r>
        <w:rPr>
          <w:sz w:val="20"/>
        </w:rPr>
        <w:t>51:47  maulana agla sawal ah doctor safeena tabassum ne saharanpur se bheja hai. unhon ne aap se poocha hai: "Maulana sahib I want to know if there is any example of dissent in early history of Islam." mani to milega lekin main samajhta hoon ke yeh jo term hai, term yeh term to west ki den hai.</w:t>
      </w:r>
      <w:r>
        <w:br/>
      </w:r>
      <w:r>
        <w:rPr>
          <w:sz w:val="20"/>
        </w:rPr>
        <w:t>52:13  yeh term dis-sent.</w:t>
      </w:r>
      <w:r>
        <w:br/>
      </w:r>
      <w:r>
        <w:rPr>
          <w:sz w:val="20"/>
        </w:rPr>
        <w:t>52:24  asl dekhiye yeh hai ke thande mulkon mein western country thande mulkon mein develop hua to garam mulk duniya mein hain, thande mulk duniya mein hain.</w:t>
      </w:r>
      <w:r>
        <w:br/>
      </w:r>
      <w:r>
        <w:rPr>
          <w:sz w:val="20"/>
        </w:rPr>
        <w:t>52:36  to aap agar study karein garam mizaj, thande mizaj ka to garam mizaj reaction ki taraf le aata hai aur thanda mizaj sochne ki taraf le aata hai.</w:t>
      </w:r>
      <w:r>
        <w:br/>
      </w:r>
      <w:r>
        <w:rPr>
          <w:sz w:val="20"/>
        </w:rPr>
        <w:t>52:51  kaise manage karein aap? to in in ko allah ta'ala ne thande mizaj ke log paida kiye, garam mizaj ke log paida kiye.</w:t>
      </w:r>
      <w:r>
        <w:br/>
      </w:r>
      <w:r>
        <w:rPr>
          <w:sz w:val="20"/>
        </w:rPr>
        <w:t>53:03  to dono ka alag alag function hai. to western log jo the woh thande yani main ek baat arz karoon ke main samajhta hoon ke jab hazrat adam kashti jo thi, kashti is mein kuch insaan bhar kar ke le jaye gaye to bohat si jaghein theen jahan un ko chhodha jata lekin un ko le ke chhodha gaya kahan?</w:t>
      </w:r>
      <w:r>
        <w:br/>
      </w:r>
      <w:r>
        <w:rPr>
          <w:sz w:val="20"/>
        </w:rPr>
        <w:t>53:30  turkey ki sarhad par. aur turkey ek sard mulk hai. main pehli baar jab gaya tha turkey to jab nikla is se gaadi se bahar to ajeeb tarah ki thandak hui thi jaise india mein kabhi nahi hui thi.</w:t>
      </w:r>
      <w:r>
        <w:br/>
      </w:r>
      <w:r>
        <w:rPr>
          <w:sz w:val="20"/>
        </w:rPr>
        <w:t>53:49  to allah ta'ala ko aise insaan jo matloob hain, jo kuch garam garam mizaj wale kaam bhi hain, woh is ko wahan drip kiya jata hai.</w:t>
      </w:r>
      <w:r>
        <w:br/>
      </w:r>
      <w:r>
        <w:rPr>
          <w:sz w:val="20"/>
        </w:rPr>
        <w:t>54:05  aur kuch kaam aise hain jo sirf thande mulkon mein develop hote hain. to main samajhta hoon ke hazrat adam ka jo qafila jo tha turkey ke thande mulk mein ja ke utara gaya,</w:t>
      </w:r>
      <w:r>
        <w:br/>
      </w:r>
      <w:r>
        <w:rPr>
          <w:sz w:val="20"/>
        </w:rPr>
        <w:t>54:21  hua phaila hua. to is liye ke yeh thande mizaj ke logon ke andar jo cheez develop hoti hai, us ko matloob tha allah ta'ala ko.</w:t>
      </w:r>
      <w:r>
        <w:br/>
      </w:r>
      <w:r>
        <w:rPr>
          <w:sz w:val="20"/>
        </w:rPr>
        <w:t>54:36  to dissent ka jo term hai, main samajhta hoon ke yeh bana hai inhi ilaqon mein. jahan tak main janta hoon, dissent ki koi misaal yani</w:t>
      </w:r>
      <w:r>
        <w:br/>
      </w:r>
      <w:r>
        <w:rPr>
          <w:sz w:val="20"/>
        </w:rPr>
        <w:t>54:53  doosri countries mein mujhe nahi milti. jo maine jo kitabein padhi hain, un kitabon mein mujhe west ke logon mein yeh cheez paai hi nahi, bahar ke logon mein nahi paai.</w:t>
      </w:r>
      <w:r>
        <w:br/>
      </w:r>
      <w:r>
        <w:rPr>
          <w:sz w:val="20"/>
        </w:rPr>
        <w:t>55:08  misal ke taur par India mein ya Asian countries mein to is ka tasawwur hi nahi hai. dissent, D.I.S.S.I.E.N.T. reaction yahan par reaction foran karte hain.</w:t>
      </w:r>
      <w:r>
        <w:br/>
      </w:r>
      <w:r>
        <w:rPr>
          <w:sz w:val="20"/>
        </w:rPr>
        <w:t>55:23  yeh meri maloomat ke mutabiq hai. ho sakta hai ke kisi ko maloomat mein yeh cheez shamil ho to woh batayega, inshallah.</w:t>
      </w:r>
      <w:r>
        <w:br/>
      </w:r>
      <w:r>
        <w:rPr>
          <w:sz w:val="20"/>
        </w:rPr>
        <w:t>55:36  miss sahar saleem ne bangalore se likha hai: "patience is the complete process that makes us eligible for jannat.</w:t>
      </w:r>
      <w:r>
        <w:br/>
      </w:r>
      <w:r>
        <w:rPr>
          <w:sz w:val="20"/>
        </w:rPr>
        <w:t>55:46  we need to realize with great hardship comes greater responsibilities." sajid anwar sahib ne mumbai se likha hai: "maulana you have explained many aspects of sabr in the past, but today aspect of sabr being the advance training for paradise was truly unique.</w:t>
      </w:r>
      <w:r>
        <w:br/>
      </w:r>
      <w:r>
        <w:rPr>
          <w:sz w:val="20"/>
        </w:rPr>
        <w:t>56:07  i will personalize this aspect of sabr inshallah." inshallah. maulana israr khateeb sahib ne chennai se likha hai: "maulana aaj kal india mein har ek manfi baatein kar raha hai,</w:t>
      </w:r>
      <w:r>
        <w:br/>
      </w:r>
      <w:r>
        <w:rPr>
          <w:sz w:val="20"/>
        </w:rPr>
        <w:t>56:23  hata ke bohat se log jo positive baatein kiya karte the, woh bhi aaj kal manfi baatein kar rahe hain. aur woh tamam ke tamam sadkon pe protest karte hue nazar aa rahe hain.</w:t>
      </w:r>
      <w:r>
        <w:br/>
      </w:r>
      <w:r>
        <w:rPr>
          <w:sz w:val="20"/>
        </w:rPr>
        <w:t>56:36  is mein sirf aap ka aur cps team ka istasna hai jo sabr aur positive thinking ki baatein karte hue allah ke kalma ko pahunchane mein laga hua hai.</w:t>
      </w:r>
      <w:r>
        <w:br/>
      </w:r>
      <w:r>
        <w:rPr>
          <w:sz w:val="20"/>
        </w:rPr>
        <w:t>56:49  agar aap ki guidance nahi hoti to hum bhi manfiyat mein manfiyat mein pa kar halak ho jate.</w:t>
      </w:r>
      <w:r>
        <w:br/>
      </w:r>
      <w:r>
        <w:rPr>
          <w:sz w:val="20"/>
        </w:rPr>
        <w:t>56:58  allah aap ko jaza-e-khair de." dekhiye, mera to yaqeen kijiye ke mere saathi jante hain, mera shukr ka item badh gaya hai, badh gaya hai.</w:t>
      </w:r>
      <w:r>
        <w:br/>
      </w:r>
      <w:r>
        <w:rPr>
          <w:sz w:val="20"/>
        </w:rPr>
        <w:t>57:12  jis ko aap kehte hain ziddi halaat, us ne mere shukr ko bohat badha diya hai, bohat badha diya hai. lekin yeh halaat ko main kya manta hoon?</w:t>
      </w:r>
      <w:r>
        <w:br/>
      </w:r>
      <w:r>
        <w:rPr>
          <w:sz w:val="20"/>
        </w:rPr>
        <w:t>57:24  un ko manta hoon main. woh</w:t>
      </w:r>
      <w:r>
        <w:br/>
      </w:r>
      <w:r>
        <w:rPr>
          <w:sz w:val="20"/>
        </w:rPr>
        <w:t>57:30  apple shock, apple shock to aisi badi cheez hai ke duniya mein jo apple shock pesh aaya tha pehli baar newton ke sath, us ke sar par saib gira tha, jis ko main apple shock ka naam diya hai.</w:t>
      </w:r>
      <w:r>
        <w:br/>
      </w:r>
      <w:r>
        <w:rPr>
          <w:sz w:val="20"/>
        </w:rPr>
        <w:t>57:47  mein ne to apple shock se insaan ko aik itni bari nemat ka ilm hua, jis jo bohat hi bari nemat hai lekin insaan be khabar tha is se.</w:t>
      </w:r>
      <w:r>
        <w:br/>
      </w:r>
      <w:r>
        <w:rPr>
          <w:sz w:val="20"/>
        </w:rPr>
        <w:t>58:00  woh thi zameen mein quwwat-e-kashish hona, gravitational pull.</w:t>
      </w:r>
      <w:r>
        <w:br/>
      </w:r>
      <w:r>
        <w:rPr>
          <w:sz w:val="20"/>
        </w:rPr>
        <w:t>58:09  kyunke agar zameen mein quwwat-e-kashish na hoti to har cheez unstable ho jati. stability zameen par hoti hi nahin.</w:t>
      </w:r>
      <w:r>
        <w:br/>
      </w:r>
      <w:r>
        <w:rPr>
          <w:sz w:val="20"/>
        </w:rPr>
        <w:t>58:19  yeh ghar hamara jo building hai jo hai, jis mein aap baithe hain, yeh hilta, darakht ukhar jata hai apni jaron se.</w:t>
      </w:r>
      <w:r>
        <w:br/>
      </w:r>
      <w:r>
        <w:rPr>
          <w:sz w:val="20"/>
        </w:rPr>
        <w:t>58:29  har cheez idhar udhar idhar udhar idhar. to stability itni bari nemat hai, woh Allah taala ne apple shock ke zariye se insaan ko bataya.</w:t>
      </w:r>
      <w:r>
        <w:br/>
      </w:r>
      <w:r>
        <w:rPr>
          <w:sz w:val="20"/>
        </w:rPr>
        <w:t>58:51  maulana agla comment parhna chahenge. yeh comment bheja hai professor farida khanam ne dilli se. unhon ne likha hai: "i think that muslims will have to strive to build good relations with their fellow men and perform dawah wa</w:t>
      </w:r>
      <w:r>
        <w:br/>
      </w:r>
      <w:r>
        <w:rPr>
          <w:sz w:val="20"/>
        </w:rPr>
        <w:t>59:08  rka. only then they will receive divine help. adopting aggressive attitude will only aggravate the situation.</w:t>
      </w:r>
      <w:r>
        <w:br/>
      </w:r>
      <w:r>
        <w:rPr>
          <w:sz w:val="20"/>
        </w:rPr>
        <w:t>59:17  am i right in thinking</w:t>
      </w:r>
      <w:r>
        <w:br/>
      </w:r>
      <w:r>
        <w:rPr>
          <w:sz w:val="20"/>
        </w:rPr>
        <w:t>59:19  so?" un ka bohat sahi hai, bohat sahi hai, bohat sahi hai, bohat sahi hai. jazakumullah.</w:t>
      </w:r>
    </w:p>
    <w:p>
      <w:pPr>
        <w:pStyle w:val="Heading2"/>
      </w:pPr>
      <w:r>
        <w:t>Explain Prophet's life and Abu Talib's speech</w:t>
      </w:r>
    </w:p>
    <w:p>
      <w:r>
        <w:rPr>
          <w:color w:val="666666"/>
          <w:sz w:val="18"/>
        </w:rPr>
        <w:t>Seerah &amp; Prophet · The Story of Hazrat Khadija Part I December 4, 2022 · 14m 14s · at 41:45 · https://youtu.be/cNzPbtW9AV0?t=2505</w:t>
      </w:r>
    </w:p>
    <w:p>
      <w:r>
        <w:rPr>
          <w:i/>
        </w:rPr>
        <w:t>“Tell us about the life of the Prophet (or the person being discussed), and also about Abu Talib's speech which shows Allah's great planning for the marriage of the Prophet with Khadija.”</w:t>
      </w:r>
    </w:p>
    <w:p>
      <w:r>
        <w:rPr>
          <w:sz w:val="20"/>
        </w:rPr>
        <w:t>41:45  hood. bilkul. to doctor sahab, agla sawal yahi hai ke un ki life ke bare mein, matlab kis tarah zindagi bitai. ji. is ke bare mein hum sab ko batain.</w:t>
      </w:r>
      <w:r>
        <w:br/>
      </w:r>
      <w:r>
        <w:rPr>
          <w:sz w:val="20"/>
        </w:rPr>
        <w:t>41:57  waise ek aur baat zehan mein aa rahi hai ke jo Abu Talib ki taqreer thi. ji. us mein yeh bhi ek cheez jhalakti hai ke Allah ki bohat bari planning thi.</w:t>
      </w:r>
      <w:r>
        <w:br/>
      </w:r>
      <w:r>
        <w:rPr>
          <w:sz w:val="20"/>
        </w:rPr>
        <w:t>42:11  ji. ke yeh shadi Rasool Allah ki Hazrat Khadija se ho</w:t>
      </w:r>
      <w:r>
        <w:br/>
      </w:r>
      <w:r>
        <w:rPr>
          <w:sz w:val="20"/>
        </w:rPr>
        <w:t>42:15  . ji ji ji. aur ek jo azeem mission Prophet ke upar Allah taala ko aaid karna tha.</w:t>
      </w:r>
      <w:r>
        <w:br/>
      </w:r>
      <w:r>
        <w:rPr>
          <w:sz w:val="20"/>
        </w:rPr>
        <w:t>42:23  ji. us ke liye yani ek bohat hi acha partner, jis ko Maulana kehte the spiritual partner. ji ji ji. to wo is sense mein she was the ideal spiritual partner for the Prophet.</w:t>
      </w:r>
      <w:r>
        <w:br/>
      </w:r>
      <w:r>
        <w:rPr>
          <w:sz w:val="20"/>
        </w:rPr>
        <w:t>42:36  ji. aur jaise aap ne kaha ke dunyaavi jo zarooriyat thin.</w:t>
      </w:r>
      <w:r>
        <w:br/>
      </w:r>
      <w:r>
        <w:rPr>
          <w:sz w:val="20"/>
        </w:rPr>
        <w:t>42:40  ji. us se bhi free kar diya. hmm. taake wo apna kaam, apne apne kaam pe focus kar saken. ji. is zamane mein bohat mushkil hota tha, aise aaj ki tarah se business waghera nahi hota tha.</w:t>
      </w:r>
      <w:r>
        <w:br/>
      </w:r>
      <w:r>
        <w:rPr>
          <w:sz w:val="20"/>
        </w:rPr>
        <w:t>42:53  hmm. yani is zamane mein earning was not a simple thing. ji. it was very difficult thing. to jo Rasool Allah Sal Allahu Alaihi Wasallam ko mission Allah taala ne diya tha.</w:t>
      </w:r>
      <w:r>
        <w:br/>
      </w:r>
      <w:r>
        <w:rPr>
          <w:sz w:val="20"/>
        </w:rPr>
        <w:t>43:04  j</w:t>
      </w:r>
      <w:r>
        <w:br/>
      </w:r>
      <w:r>
        <w:rPr>
          <w:sz w:val="20"/>
        </w:rPr>
        <w:t>43:05  y. us ke liye yeh yeh ek Khuda ki planning thi ke ek taraf to bohat hi acha spiritual partner diya. ji. jo poori tarah se tan man dhan se un ke sath lag gayin.</w:t>
      </w:r>
      <w:r>
        <w:br/>
      </w:r>
      <w:r>
        <w:rPr>
          <w:sz w:val="20"/>
        </w:rPr>
        <w:t>43:16  ji. aur isi ke sath sath jo un ki daulat thi, wo Rasool Allah ke mission mein kaam aayi. hmm. aur jaise aap ne kaha ke ke kya early life ke ke bare mein.</w:t>
      </w:r>
      <w:r>
        <w:br/>
      </w:r>
      <w:r>
        <w:rPr>
          <w:sz w:val="20"/>
        </w:rPr>
        <w:t>43:27  to nikah ke baad Hazrat Khadija kuch din Prophet ke sath Abu Talib ke ghar mein rahin.</w:t>
      </w:r>
      <w:r>
        <w:br/>
      </w:r>
      <w:r>
        <w:rPr>
          <w:sz w:val="20"/>
        </w:rPr>
        <w:t>43:36  phir kitabon mein aata hai ke ek Hazrat Khadija Razi Allah Anha ke ek nephew the jin ka naam tha Hakim bin Hazam.</w:t>
      </w:r>
      <w:r>
        <w:br/>
      </w:r>
      <w:r>
        <w:rPr>
          <w:sz w:val="20"/>
        </w:rPr>
        <w:t>43:46  to Hakim bin Hazam se unhon ne ek ghar khareeda Hazrat Khadija ne.</w:t>
      </w:r>
      <w:r>
        <w:br/>
      </w:r>
      <w:r>
        <w:rPr>
          <w:sz w:val="20"/>
        </w:rPr>
        <w:t>43:50  ji. aur us mein shift ho gaye yeh log, us mein move ho gaye. aur Hazrat Khadija ke sath kai aur bhi log rehte the. jaise Zaid Ibn Harisa.</w:t>
      </w:r>
      <w:r>
        <w:br/>
      </w:r>
      <w:r>
        <w:rPr>
          <w:sz w:val="20"/>
        </w:rPr>
        <w:t>44:01  ji. Zaid Ibn Harisa ek slave the, ghulam the jo jin ko Hazrat Khadija ne khareeda tha.</w:t>
      </w:r>
      <w:r>
        <w:br/>
      </w:r>
      <w:r>
        <w:rPr>
          <w:sz w:val="20"/>
        </w:rPr>
        <w:t>44:10  to jab shadi hui to Hazrat Khadija ne Zaid ko Prophet ko gift kar</w:t>
      </w:r>
      <w:r>
        <w:br/>
      </w:r>
      <w:r>
        <w:rPr>
          <w:sz w:val="20"/>
        </w:rPr>
        <w:t>44:18  diya. ji. kaha ke yeh aap ke sath rahenge aur aap ke helper ke tor pe. to foran Prophet Kaba mein aaye aur sab ke samne elan kiya ke aaj se Zaid free hain.</w:t>
      </w:r>
      <w:r>
        <w:br/>
      </w:r>
      <w:r>
        <w:rPr>
          <w:sz w:val="20"/>
        </w:rPr>
        <w:t>44:29  ji. to kuch arsay ke baad zaid ke father aur un ke uncle kahin bahar se aaye, kahin kahin bahar ke thay woh makkah se bahar.</w:t>
      </w:r>
      <w:r>
        <w:br/>
      </w:r>
      <w:r>
        <w:rPr>
          <w:sz w:val="20"/>
        </w:rPr>
        <w:t>44:40  aur kaha prophet se ke aap ne zaid ko free kar diya to ab hum le jana chahte hain.</w:t>
      </w:r>
      <w:r>
        <w:br/>
      </w:r>
      <w:r>
        <w:rPr>
          <w:sz w:val="20"/>
        </w:rPr>
        <w:t>44:48  to zaid ne kaha ke main nahi jaunga. ji. main prophet ke sath hi rahunga. to apne father ke sath gaye nahi, woh uncle ke sath nahi gaye. aur poori zindagi prophet ke sath rahe aur he was the first person to write the quran.</w:t>
      </w:r>
      <w:r>
        <w:br/>
      </w:r>
      <w:r>
        <w:rPr>
          <w:sz w:val="20"/>
        </w:rPr>
        <w:t>45:03  ji. jab pehli wahi aayi to zaid r.a. ne likhi yeh. to yani woh katib e wahi bhi thay.</w:t>
      </w:r>
      <w:r>
        <w:br/>
      </w:r>
      <w:r>
        <w:rPr>
          <w:sz w:val="20"/>
        </w:rPr>
        <w:t>45:14  ji. to is is tareeqay se zaid ibn harisa r.a. wahan rehte thay un ke sath. aur ek sahabi thay zubair ibn awwam, yeh bhi bohat earliest followers mein thay, yeh bhi raha karte thay.</w:t>
      </w:r>
      <w:r>
        <w:br/>
      </w:r>
      <w:r>
        <w:rPr>
          <w:sz w:val="20"/>
        </w:rPr>
        <w:t>45:29  aise hi hazrat ali r.a., woh bhi rehte thay chunaanche woh abu talib ke bete thay aur taqreeban das barah saal ki age thi us waqt in ki.</w:t>
      </w:r>
      <w:r>
        <w:br/>
      </w:r>
      <w:r>
        <w:rPr>
          <w:sz w:val="20"/>
        </w:rPr>
        <w:t>45:43  ji</w:t>
      </w:r>
      <w:r>
        <w:br/>
      </w:r>
      <w:r>
        <w:rPr>
          <w:sz w:val="20"/>
        </w:rPr>
        <w:t>45:44  . aur hazrat khadija ke chhay bachay hue, do two boys and four girls. ji. jo jo bete thay un ki to bohat kam age mein un ki death ho gayi.</w:t>
      </w:r>
      <w:r>
        <w:br/>
      </w:r>
      <w:r>
        <w:rPr>
          <w:sz w:val="20"/>
        </w:rPr>
        <w:t>45:55  un ka naam qasim aur abdullah tha. aur jo betiyan thi zainab, ruqayya, umm kulsoom aur fatima, yeh bari huin. ji. aur inshallah kisi mauqa pe un ke baray mein bhi.</w:t>
      </w:r>
      <w:r>
        <w:br/>
      </w:r>
      <w:r>
        <w:rPr>
          <w:sz w:val="20"/>
        </w:rPr>
        <w:t>46:08  inshallah. kuch na kuch dekha jayega. ji.</w:t>
      </w:r>
      <w:r>
        <w:br/>
      </w:r>
      <w:r>
        <w:rPr>
          <w:sz w:val="20"/>
        </w:rPr>
        <w:t>46:12  doctor sahib, kuch comments parhna chahunga. yeh bheja hai rohit kumar ji ne amritsar se, unho ne likha hai: "cps team ka dil bhi molana ji ka, molana ji ke dil ke jaisa hai." jazak allah doctor sahib.</w:t>
      </w:r>
      <w:r>
        <w:br/>
      </w:r>
      <w:r>
        <w:rPr>
          <w:sz w:val="20"/>
        </w:rPr>
        <w:t>46:27  muhammad asif sahib ne kanpur se likha hai: "pehli baar itni gehri baatein maloom ho payin hazrat khadija ke baray mein." jazak allah.</w:t>
      </w:r>
      <w:r>
        <w:br/>
      </w:r>
      <w:r>
        <w:rPr>
          <w:sz w:val="20"/>
        </w:rPr>
        <w:t>46:36  aur</w:t>
      </w:r>
      <w:r>
        <w:br/>
      </w:r>
      <w:r>
        <w:rPr>
          <w:sz w:val="20"/>
        </w:rPr>
        <w:t>46:37  mehak fiaz khan ne, muhammad irfan rasheedi sahib ne, syed haseeb shah naqvi ne, sab ne bohat pasand karaya hai, kaha hai ke very informative session, indeed thoughtful.</w:t>
      </w:r>
      <w:r>
        <w:br/>
      </w:r>
      <w:r>
        <w:rPr>
          <w:sz w:val="20"/>
        </w:rPr>
        <w:t>46:52  jazak allah. doctor sahib, to dono ka jo companionship ka time raha, woh taqreeban pachis saal ka</w:t>
      </w:r>
      <w:r>
        <w:br/>
      </w:r>
      <w:r>
        <w:rPr>
          <w:sz w:val="20"/>
        </w:rPr>
        <w:t>47:03  raha. and hum yeh bhi kaha jata hai ke hazrat khadija was not just a wife but she was an intimate friend, a wise counselor and mother of prophet's household.</w:t>
      </w:r>
      <w:r>
        <w:br/>
      </w:r>
      <w:r>
        <w:rPr>
          <w:sz w:val="20"/>
        </w:rPr>
        <w:t>47:15  to un ke beech mein zahir si baat hai bohat spiritual discussions rahe honge. to is ke baray mein hum sab ko thoda sa batayen. molana iqbal umri sahib ne ek mujhe kitab bheji.</w:t>
      </w:r>
      <w:r>
        <w:br/>
      </w:r>
      <w:r>
        <w:rPr>
          <w:sz w:val="20"/>
        </w:rPr>
        <w:t>47:28  ji. jis ka title hai seerat khadijatul kubra.</w:t>
      </w:r>
      <w:r>
        <w:br/>
      </w:r>
      <w:r>
        <w:rPr>
          <w:sz w:val="20"/>
        </w:rPr>
        <w:t>47:32  ji. aur is ke author ka naam hai hakeem muhammad idrees farooqi. ji. to woh mujhe bohat kitab pasand aayi, us mein kai cheezein main ne jo aaj batayi hain us mein se li hain.</w:t>
      </w:r>
      <w:r>
        <w:br/>
      </w:r>
      <w:r>
        <w:rPr>
          <w:sz w:val="20"/>
        </w:rPr>
        <w:t>47:41  ji ji. lekin us mein ek article bohat acha tha. ji. us ka us ki heading thi arifana mazakarat. ji. yani intellectual spiritual discussions</w:t>
      </w:r>
      <w:r>
        <w:br/>
      </w:r>
      <w:r>
        <w:rPr>
          <w:sz w:val="20"/>
        </w:rPr>
        <w:t>47:51  . ji. to is se pata chalta hai us mein yeh baatein thi ke rasool allah s.a.w. aur hazrat khadija bohat hi higher level ke intellectual intellectual aur spiritual discussion kiya karte thay.</w:t>
      </w:r>
      <w:r>
        <w:br/>
      </w:r>
      <w:r>
        <w:rPr>
          <w:sz w:val="20"/>
        </w:rPr>
        <w:t>48:05  ji. yani gehrai se baaton ko sochna aur us pe ghor karna, us ko discuss karna.</w:t>
      </w:r>
      <w:r>
        <w:br/>
      </w:r>
      <w:r>
        <w:rPr>
          <w:sz w:val="20"/>
        </w:rPr>
        <w:t>48:13  to yeh ek allah taala ki planning thi ke rasool allah s.a.w. ko aisa ek life partner dein ke woh un ke sath jo aala haqiqatein hain us ke upar discussion kar saken.</w:t>
      </w:r>
      <w:r>
        <w:br/>
      </w:r>
      <w:r>
        <w:rPr>
          <w:sz w:val="20"/>
        </w:rPr>
        <w:t>48:32  ke kis ne hamein paida kiya hai, kaun khaliq hai, kaun malik hai. ji. yeh zindagi kya hai, maut kya hai, maut ke baad kya pesh</w:t>
      </w:r>
      <w:r>
        <w:br/>
      </w:r>
      <w:r>
        <w:rPr>
          <w:sz w:val="20"/>
        </w:rPr>
        <w:t>48:41  aana hai. hmm. aur zindagi ka maqsad kya hai jis ko molana creation plan kaha karte thay. to in sab cheezon pe yeh discussions hote thay rasool allah s.a.w. ke aur hazrat khadija r.a. ke.</w:t>
      </w:r>
      <w:r>
        <w:br/>
      </w:r>
      <w:r>
        <w:rPr>
          <w:sz w:val="20"/>
        </w:rPr>
        <w:t>48:54  to yani aik yeh talash haq ka safar tha. ji</w:t>
      </w:r>
      <w:r>
        <w:br/>
      </w:r>
      <w:r>
        <w:rPr>
          <w:sz w:val="20"/>
        </w:rPr>
        <w:t>48:58  yi. chuna'nkeh yeh jo pandrah saal yeh bhi bohat hi crucial is tareeqay say Allah ki planning thi keh Hazrat Khadijah kay saath taqreeban pandrah saal before prophethood.</w:t>
      </w:r>
      <w:r>
        <w:br/>
      </w:r>
      <w:r>
        <w:rPr>
          <w:sz w:val="20"/>
        </w:rPr>
        <w:t>49:12  ji. to yeh bhi aik tayari ka marhala tha. aisa nahi hai keh kisi Allah taala ka tareeqa hai keh aik jo peghambar hota hai us ko bhi tayari ki zaroorat hoti hai.</w:t>
      </w:r>
      <w:r>
        <w:br/>
      </w:r>
      <w:r>
        <w:rPr>
          <w:sz w:val="20"/>
        </w:rPr>
        <w:t>49:21  hmm. aisa nahi hai keh aik din achaanak farishtah aata hai keh aap ko peghambar bana diya</w:t>
      </w:r>
      <w:r>
        <w:br/>
      </w:r>
      <w:r>
        <w:rPr>
          <w:sz w:val="20"/>
        </w:rPr>
        <w:t>49:25  . ji. balkeh aap dainkh agar Hazrat Musa علیہ السلام kay qissay mein bohat acha is ka is ka namoona humain milta hai keh woh Madeen gaye.</w:t>
      </w:r>
      <w:r>
        <w:br/>
      </w:r>
      <w:r>
        <w:rPr>
          <w:sz w:val="20"/>
        </w:rPr>
        <w:t>49:36  hmm. das saal wahan rahay. aur bohat mushkil halaat say guzray. aur wahan par aik buzurg bhi mil gaye un kay saath discussion karna, un kay saath bohat hi un ki jo learning thi woh bari hogi.</w:t>
      </w:r>
      <w:r>
        <w:br/>
      </w:r>
      <w:r>
        <w:rPr>
          <w:sz w:val="20"/>
        </w:rPr>
        <w:t>49:52  ji. phir jab woh wapas aa rahay thay to koh-e-toor pe mount Sinai pe Allah taala nay, Allah taala hum hum kalam hua, Allah taala nay baat ki.</w:t>
      </w:r>
      <w:r>
        <w:br/>
      </w:r>
      <w:r>
        <w:rPr>
          <w:sz w:val="20"/>
        </w:rPr>
        <w:t>50:01  aur Quran mein aata hai: "ثم جئت علی قدر یا موسیٰ". ji. keh now you have come upon the standard.</w:t>
      </w:r>
      <w:r>
        <w:br/>
      </w:r>
      <w:r>
        <w:rPr>
          <w:sz w:val="20"/>
        </w:rPr>
        <w:t>50:11  ji. yani aik aik aik maqam pe aa gaye tum keh ab tum say Allah taala baat kar</w:t>
      </w:r>
      <w:r>
        <w:br/>
      </w:r>
      <w:r>
        <w:rPr>
          <w:sz w:val="20"/>
        </w:rPr>
        <w:t>50:17  ay. ji. to yeh to aik peghambar kay liye hai lekin aam insaanon kay liye bhi yeh cheez hai keh jab tak keh woh apnay andar gehri marifat nahi jagaye ga aur study jis ko Maulana kehtay thay keh aap log study barhaiye apni.</w:t>
      </w:r>
      <w:r>
        <w:br/>
      </w:r>
      <w:r>
        <w:rPr>
          <w:sz w:val="20"/>
        </w:rPr>
        <w:t>50:31  hmm. aur gehrai say tadabbur aur tafakkur aur</w:t>
      </w:r>
      <w:r>
        <w:br/>
      </w:r>
      <w:r>
        <w:rPr>
          <w:sz w:val="20"/>
        </w:rPr>
        <w:t>50:34  . ji. in sab cheezon gehrai say apnay andar woh aala marifat ko nahi paida karay ga tab tak woh jo inspirations Khuda ki taraf say atay hain, faizanaat jis say insaan ka spiritual development hota hai tab tak nahi hoga.</w:t>
      </w:r>
      <w:r>
        <w:br/>
      </w:r>
      <w:r>
        <w:rPr>
          <w:sz w:val="20"/>
        </w:rPr>
        <w:t>50:48  abhi ho kya raha hai keh log rati hui dua'ain yaad kar kay parhtay hain. hmm. aur aik ritualistic andaaz ka aur aik aik form based religion hai.</w:t>
      </w:r>
      <w:r>
        <w:br/>
      </w:r>
      <w:r>
        <w:rPr>
          <w:sz w:val="20"/>
        </w:rPr>
        <w:t>50:59  ji.</w:t>
      </w:r>
      <w:r>
        <w:br/>
      </w:r>
      <w:r>
        <w:rPr>
          <w:sz w:val="20"/>
        </w:rPr>
        <w:t>51:00  keh jab tak woh gehri marifat nahi paida hogi aur marifat ka tareeqa yahi hai keh gehrai say sochna aur Khuda say dua karna aur study ko barhana.</w:t>
      </w:r>
      <w:r>
        <w:br/>
      </w:r>
      <w:r>
        <w:rPr>
          <w:sz w:val="20"/>
        </w:rPr>
        <w:t>51:12  to yeh jo waqfah tha shadi say lay kay prophethood tak yeh aik tayari ka waqfah tha jis mein Hazrat Khadijah ka bohat hi bara role hai.</w:t>
      </w:r>
      <w:r>
        <w:br/>
      </w:r>
      <w:r>
        <w:rPr>
          <w:sz w:val="20"/>
        </w:rPr>
        <w:t>51:22  ji. unhon nay bilkul aik aik bohat hi achay partner ka role ada kiya. ji. mashaa</w:t>
      </w:r>
      <w:r>
        <w:br/>
      </w:r>
      <w:r>
        <w:rPr>
          <w:sz w:val="20"/>
        </w:rPr>
        <w:t>51:29  Allah. Doctor sahib aaj kay session ka aakhri sawal keh Hazrat Khadijah ki zindagi say hum kya kya lessons derive kar saktay hain?</w:t>
      </w:r>
      <w:r>
        <w:br/>
      </w:r>
      <w:r>
        <w:rPr>
          <w:sz w:val="20"/>
        </w:rPr>
        <w:t>51:38  aap nay bohat si nai baatein gehrai kay saath humain samjhain. ji. alhamdulillah but specific agar aap kuch hum sab ko batain.</w:t>
      </w:r>
      <w:r>
        <w:br/>
      </w:r>
      <w:r>
        <w:rPr>
          <w:sz w:val="20"/>
        </w:rPr>
        <w:t>51:46  ji. keh kya lessons hum derive kar saktay hain. ji. Hazrat Khadijah ki life say to woh bohat hum sab kay liye bohat useful hoga.</w:t>
      </w:r>
      <w:r>
        <w:br/>
      </w:r>
      <w:r>
        <w:rPr>
          <w:sz w:val="20"/>
        </w:rPr>
        <w:t>51:54  ji haan yeh bohat important sawal hai aur main samajhta hoon keh Hazrat Khadijah ki jo life hai woh bohat hi inspiring hai. ji. hum sab kay liye aur khaas taur say khawateen kay liye.</w:t>
      </w:r>
      <w:r>
        <w:br/>
      </w:r>
      <w:r>
        <w:rPr>
          <w:sz w:val="20"/>
        </w:rPr>
        <w:t>52:04  ji. chuna'nkeh jo ta'assur hai Islam kay baray mein woh yeh hai keh Islam khawateen ko parde mein rakhta hai aur ghar mein rakhta hai aur koi interaction nahi kar sakti, woh koi bahir ja kay kaam nahi kar</w:t>
      </w:r>
      <w:r>
        <w:br/>
      </w:r>
      <w:r>
        <w:rPr>
          <w:sz w:val="20"/>
        </w:rPr>
        <w:t>52:18  sakti. to is is say to jo Hazrat Khadijah ki misaal hai pandrah soo saal pehlay unhon nay itna bara business kiya.</w:t>
      </w:r>
      <w:r>
        <w:br/>
      </w:r>
      <w:r>
        <w:rPr>
          <w:sz w:val="20"/>
        </w:rPr>
        <w:t>52:27  ji. aur aur doosri baat yeh hai keh bohat kamyab business kiya aur wealthy khatoon ban gaeen Makkah ki lekin is say is kay ilawa un ki jo un ka jo paisa tha woh sara ka sara unhon nay prophet kay disposal pe day diya.</w:t>
      </w:r>
      <w:r>
        <w:br/>
      </w:r>
      <w:r>
        <w:rPr>
          <w:sz w:val="20"/>
        </w:rPr>
        <w:t>52:42  j</w:t>
      </w:r>
      <w:r>
        <w:br/>
      </w:r>
      <w:r>
        <w:rPr>
          <w:sz w:val="20"/>
        </w:rPr>
        <w:t>52:43  y. j. chuki jab islam ka kaam shuru hua to zahir hai us waqt zarurat thi paise ki to hazrat khadija ka jo jo maal tha wo prophet ke kaam aya</w:t>
      </w:r>
      <w:r>
        <w:br/>
      </w:r>
      <w:r>
        <w:rPr>
          <w:sz w:val="20"/>
        </w:rPr>
        <w:t>52:57  humm. to yani is mein aik lesson to yeh hai ke khawateen ko bhi chahiye ke wo hissa lein deen ke ke kaam mein aur j aur aur jo bhi deeni aur da'wati sar'germi hai us mein barh charh ke hissa lein.</w:t>
      </w:r>
      <w:r>
        <w:br/>
      </w:r>
      <w:r>
        <w:rPr>
          <w:sz w:val="20"/>
        </w:rPr>
        <w:t>53:16  j. aur apne ghar mein yani aik deeni mahol paida karein. j</w:t>
      </w:r>
      <w:r>
        <w:br/>
      </w:r>
      <w:r>
        <w:rPr>
          <w:sz w:val="20"/>
        </w:rPr>
        <w:t>53:22  jaisay hazrat khadija ke life se pata chalta hai ke aam taur se ghar mein hum baithe rehte hain to baat karein ge furniture ki aur carpet ki aur.</w:t>
      </w:r>
      <w:r>
        <w:br/>
      </w:r>
      <w:r>
        <w:rPr>
          <w:sz w:val="20"/>
        </w:rPr>
        <w:t>53:33  j. parde ko badlo aur yeh karo woh karo. yani yeh dekhna chahiye ke jab hum log ghar mein baithe hain to hum kya baat kar rahe hain. j. yeh sab duniyavi baatein kar rahe hain.</w:t>
      </w:r>
      <w:r>
        <w:br/>
      </w:r>
      <w:r>
        <w:rPr>
          <w:sz w:val="20"/>
        </w:rPr>
        <w:t>53:43  j. ya koi gehri baat jis se aap ke andar kuch spirituality ja</w:t>
      </w:r>
      <w:r>
        <w:br/>
      </w:r>
      <w:r>
        <w:rPr>
          <w:sz w:val="20"/>
        </w:rPr>
        <w:t>53:51  gay. to yeh hazrat khadija ka qissa itna zyada inspiring hai ke shayad hi koi khawateen yani islami tareekh mein aisi guzri hon.</w:t>
      </w:r>
      <w:r>
        <w:br/>
      </w:r>
      <w:r>
        <w:rPr>
          <w:sz w:val="20"/>
        </w:rPr>
        <w:t>54:04  j. jis jin ki zindagi se hum sab ko bohat kuch seekhna hai. j. j yaqeenan doctor sahib jazak Allah. In fact isi liye Maulana Wahiduddin Khan sahib doctor sahib itna emphasize karte the.</w:t>
      </w:r>
      <w:r>
        <w:br/>
      </w:r>
      <w:r>
        <w:rPr>
          <w:sz w:val="20"/>
        </w:rPr>
        <w:t>54:16  j. ke ladies kitna bara role play kar sakti hain. j</w:t>
      </w:r>
      <w:r>
        <w:br/>
      </w:r>
      <w:r>
        <w:rPr>
          <w:sz w:val="20"/>
        </w:rPr>
        <w:t>54:20  da'wat ke kaam mein aur hazrat khadija ka aap ne itna inspirational aaj talk diya doctor sahib. Alhamdulillah. Alhamdulillah. bohat se logon ke comments abhi tak aa rahe hain lekin time khatam ho gaya hai main nahi le pa raha hoon.</w:t>
      </w:r>
      <w:r>
        <w:br/>
      </w:r>
      <w:r>
        <w:rPr>
          <w:sz w:val="20"/>
        </w:rPr>
        <w:t>54:34  lekin sab sab logon ne session pasand kiya. aap ne bhi bohat sari baatein nai nai batai jo mujhe bhi kuch nahi pata tha. j jazak Allah doctor sahib.</w:t>
      </w:r>
      <w:r>
        <w:br/>
      </w:r>
      <w:r>
        <w:rPr>
          <w:sz w:val="20"/>
        </w:rPr>
        <w:t>54:43  to doctor sahib hamein ab agle session ka intezar rahega. j. hazrat khadija ki story ka part</w:t>
      </w:r>
      <w:r>
        <w:br/>
      </w:r>
      <w:r>
        <w:rPr>
          <w:sz w:val="20"/>
        </w:rPr>
        <w:t>54:49  two is mein nai nai pehlu samne aap le kar aayen ge. jazak Allah for today session. Thank you so much doctor sahib. jazak Allah. And thank you everyone for watching today's program.</w:t>
      </w:r>
      <w:r>
        <w:br/>
      </w:r>
      <w:r>
        <w:rPr>
          <w:sz w:val="20"/>
        </w:rPr>
        <w:t>54:59  We will be back next Sunday at 10:30 AM. Thank you.</w:t>
      </w:r>
    </w:p>
    <w:p>
      <w:pPr>
        <w:pStyle w:val="Heading2"/>
      </w:pPr>
      <w:r>
        <w:t>Explain story of Umar receiving Quran without ablution</w:t>
      </w:r>
    </w:p>
    <w:p>
      <w:r>
        <w:rPr>
          <w:color w:val="666666"/>
          <w:sz w:val="18"/>
        </w:rPr>
        <w:t>Seerah &amp; Prophet · The Power of Remembering God Often September 26, 2010 · 2m 57s · at 1:20:34 · https://youtu.be/GMmwEr7Wt80?t=4834</w:t>
      </w:r>
    </w:p>
    <w:p>
      <w:r>
        <w:rPr>
          <w:i/>
        </w:rPr>
        <w:t>“There is a story about Hazrat Umar: when he was among the polytheists, his Muslim sister did not give him the Quran without ablution. Please explain this.”</w:t>
      </w:r>
    </w:p>
    <w:p>
      <w:r>
        <w:rPr>
          <w:sz w:val="20"/>
        </w:rPr>
        <w:t>1:20:34  Maulana, agla agla sawal kya hai? Doctor Safina Tabassum ne New Delhi se</w:t>
      </w:r>
      <w:r>
        <w:br/>
      </w:r>
      <w:r>
        <w:rPr>
          <w:sz w:val="20"/>
        </w:rPr>
        <w:t>1:20:40  unhon ne likha hai ke Hazrat Umar ka qissa hai ke jab woh mushrikeen mein se thay, tab un ki Muslim behan ne un ke haath mein bina wuzu ke Quran nahi diya.</w:t>
      </w:r>
      <w:r>
        <w:br/>
      </w:r>
      <w:r>
        <w:rPr>
          <w:sz w:val="20"/>
        </w:rPr>
        <w:t>1:20:52  is ke baray mein aap batayein. dekhein, yeh khwab khwah logon ne is ko le kar ke maslay bana rakhe hain. is ka samajhte hain ke bas haath baghair wuzu ke haath Quran nahi chhoo sakte.</w:t>
      </w:r>
      <w:r>
        <w:br/>
      </w:r>
      <w:r>
        <w:rPr>
          <w:sz w:val="20"/>
        </w:rPr>
        <w:t>1:21:04  bilkul galat masla hai yeh.</w:t>
      </w:r>
      <w:r>
        <w:br/>
      </w:r>
      <w:r>
        <w:rPr>
          <w:sz w:val="20"/>
        </w:rPr>
        <w:t>1:21:06  yahan mein is ki tafseel nahi kar sakta, lekin mein kahunga ke bila wuzu ke Quran zaroor aap haath pe le sakte hain, is mein koi galat baat nahi hai.</w:t>
      </w:r>
      <w:r>
        <w:br/>
      </w:r>
      <w:r>
        <w:rPr>
          <w:sz w:val="20"/>
        </w:rPr>
        <w:t>1:21:17  aur is ki wajah se aik bohat bara gunah Musalman</w:t>
      </w:r>
      <w:r>
        <w:br/>
      </w:r>
      <w:r>
        <w:rPr>
          <w:sz w:val="20"/>
        </w:rPr>
        <w:t>1:21:20  kar rahe hain is galat maslay ki bina par ke Quran ka ehtiram ka aik ajeeb o ghareeb masla bana rakha hai. Quran ki be-hurmati!</w:t>
      </w:r>
      <w:r>
        <w:br/>
      </w:r>
      <w:r>
        <w:rPr>
          <w:sz w:val="20"/>
        </w:rPr>
        <w:t>1:21:29  ab Hindu ko ya Isaai ko Quran dete nahi, kyunke be-hurmati karega woh wuzu ke baghair, us ko chhooe ga, wuzu ke baghair us ko parhe ga. yeh sab bilkul lagho hai, baseless hai.</w:t>
      </w:r>
      <w:r>
        <w:br/>
      </w:r>
      <w:r>
        <w:rPr>
          <w:sz w:val="20"/>
        </w:rPr>
        <w:t>1:21:40  balkeh gunah, mein kahunga, gunah! is nazariye ne Quran ki dawat ka kaam bilkul band kar rakha hai.</w:t>
      </w:r>
      <w:r>
        <w:br/>
      </w:r>
      <w:r>
        <w:rPr>
          <w:sz w:val="20"/>
        </w:rPr>
        <w:t>1:21:49  hamare saathi Quran ko le gaye aik jagah, aik Musalman sahab wahan thay, unhon ne kaha ke aap Quran kis ko? Hindu ko de rahe hain? woh to us ki be-hurmati karega, woh bila wuzu ko parhe ga.</w:t>
      </w:r>
      <w:r>
        <w:br/>
      </w:r>
      <w:r>
        <w:rPr>
          <w:sz w:val="20"/>
        </w:rPr>
        <w:t>1:21:59  is ko yaqeen kijiye ke yeh islam nahi hai, yeh shaitani baat hai, kyunke isi is muqaddas nazariye ne is quran ki ke ke ke tabligh ko rok rok rakha hai.</w:t>
      </w:r>
      <w:r>
        <w:br/>
      </w:r>
      <w:r>
        <w:rPr>
          <w:sz w:val="20"/>
        </w:rPr>
        <w:t>1:22:15  ab hamare saathi jo quran pouncha rahe hain, to hamein ek nai cheez discover hui ke ab tak jo chhapte the quran ke jo tarjume log, woh musalmanon mein baantate the.</w:t>
      </w:r>
      <w:r>
        <w:br/>
      </w:r>
      <w:r>
        <w:rPr>
          <w:sz w:val="20"/>
        </w:rPr>
        <w:t>1:22:24  is ko yaani kaha hai musalmanon tak quran pounchaya hi nahi logon ne. mujhe haal mein cheez mujhe discover hui,</w:t>
      </w:r>
      <w:r>
        <w:br/>
      </w:r>
      <w:r>
        <w:rPr>
          <w:sz w:val="20"/>
        </w:rPr>
        <w:t>1:22:33  bohat se tarjume chhape hain quran majeed ke english waghera mein, kis ke liye? musalmanon ke liye,</w:t>
      </w:r>
      <w:r>
        <w:br/>
      </w:r>
      <w:r>
        <w:rPr>
          <w:sz w:val="20"/>
        </w:rPr>
        <w:t>1:22:43  kyunke woh dete nahi in logon ke. woh be-hurmati karenge, yeh be-hurmati ka nazariya sarasar batil hai aur bilkul baseless hai. is ka islam se koi talluq nahi.</w:t>
      </w:r>
      <w:r>
        <w:br/>
      </w:r>
      <w:r>
        <w:rPr>
          <w:sz w:val="20"/>
        </w:rPr>
        <w:t>1:22:52  yaad rakhiye, hamein quran ek ko pounchana hai. wuzu ki shart hargiz sahi nahi hai, bilkul galat hai shart ke jo wuzu kar kiye baghair chhod nahi sakta.</w:t>
      </w:r>
      <w:r>
        <w:br/>
      </w:r>
      <w:r>
        <w:rPr>
          <w:sz w:val="20"/>
        </w:rPr>
        <w:t>1:23:01  woh masla hazrat umar ka ek alag masla hai, to is ka is is masle se koi talluq nahi hai. maulana, hazrat umar ka ek waqea maut mein likha hua hai ke ek baar kuch logon ke saath baith kar woh quran padh rahe the, to is ke beech mein un ko qazaye hajat ki zaroorat paish aai.</w:t>
      </w:r>
      <w:r>
        <w:br/>
      </w:r>
      <w:r>
        <w:rPr>
          <w:sz w:val="20"/>
        </w:rPr>
        <w:t>1:23:17  to woh gaye aur is ke baad aa gaye washroom se aur phir padhna shuru kar diya. to kisi ne kaha ke aap digar wuzu kyun padhna shuru kar diya? aap ne wuzu bhi nahi kiya. bohat ghussa hue, unhon ne kaha ke "mun aftaq</w:t>
      </w:r>
    </w:p>
    <w:p>
      <w:pPr>
        <w:pStyle w:val="Heading2"/>
      </w:pPr>
      <w:r>
        <w:t>Explanation of Ghazwa Hind</w:t>
      </w:r>
    </w:p>
    <w:p>
      <w:r>
        <w:rPr>
          <w:color w:val="666666"/>
          <w:sz w:val="18"/>
        </w:rPr>
        <w:t>Seerah &amp; Prophet · Creative Thinking February 19, 2017 · 1m 35s · at 1:03:04 · https://youtu.be/L-x1xNJc__8?t=3784</w:t>
      </w:r>
    </w:p>
    <w:p>
      <w:r>
        <w:rPr>
          <w:i/>
        </w:rPr>
        <w:t>“Maulana, please explain about Ghazwa Hind.”</w:t>
      </w:r>
    </w:p>
    <w:p>
      <w:r>
        <w:rPr>
          <w:sz w:val="20"/>
        </w:rPr>
        <w:t>1:03:04  ji maulana, agla sawal lete hain jo anwar subhani sahab ne bheja hai delhi se.</w:t>
      </w:r>
      <w:r>
        <w:br/>
      </w:r>
      <w:r>
        <w:rPr>
          <w:sz w:val="20"/>
        </w:rPr>
        <w:t>1:03:10  unhon ne aapse poocha hai: "maulana sahab, please explain about ghazwa-e-hind." ghazwa-e-hind par maine</w:t>
      </w:r>
      <w:r>
        <w:br/>
      </w:r>
      <w:r>
        <w:rPr>
          <w:sz w:val="20"/>
        </w:rPr>
        <w:t>1:03:15  likha hai, wo to padh lijie.</w:t>
      </w:r>
      <w:r>
        <w:br/>
      </w:r>
      <w:r>
        <w:rPr>
          <w:sz w:val="20"/>
        </w:rPr>
        <w:t>1:03:20  yahan par jo jo main bolta hoon, us ko le kar sawal kijiye to zyada acha hoga.</w:t>
      </w:r>
      <w:r>
        <w:br/>
      </w:r>
      <w:r>
        <w:rPr>
          <w:sz w:val="20"/>
        </w:rPr>
        <w:t>1:03:26  baqi ghazwa-e-hind ka wo matlab hargiz nahi jo pakistan walon ne rakha ho.</w:t>
      </w:r>
      <w:r>
        <w:br/>
      </w:r>
      <w:r>
        <w:rPr>
          <w:sz w:val="20"/>
        </w:rPr>
        <w:t>1:03:31  bilkul fall short pe khade hue hain pakistanion wale.</w:t>
      </w:r>
      <w:r>
        <w:br/>
      </w:r>
      <w:r>
        <w:rPr>
          <w:sz w:val="20"/>
        </w:rPr>
        <w:t>1:03:36  main sakhti se kahunga kyunke ghazwa-e-hind jo wo military chala rahe hain, us ko ghazwa-e-hind samajhte hain.</w:t>
      </w:r>
      <w:r>
        <w:br/>
      </w:r>
      <w:r>
        <w:rPr>
          <w:sz w:val="20"/>
        </w:rPr>
        <w:t>1:03:41  is ko bilkul fall short pe jeete hain.</w:t>
      </w:r>
      <w:r>
        <w:br/>
      </w:r>
      <w:r>
        <w:rPr>
          <w:sz w:val="20"/>
        </w:rPr>
        <w:t>1:03:47  hargiz hargiz woh ghazwa e hind nahi hai jo woh kar rahe hain.</w:t>
      </w:r>
      <w:r>
        <w:br/>
      </w:r>
      <w:r>
        <w:rPr>
          <w:sz w:val="20"/>
        </w:rPr>
        <w:t>1:03:52  yani proxy war chalate hain aur is ko kehte hain ghazwa e hind.</w:t>
      </w:r>
      <w:r>
        <w:br/>
      </w:r>
      <w:r>
        <w:rPr>
          <w:sz w:val="20"/>
        </w:rPr>
        <w:t>1:03:57  proxy war to apne aap mein haram hai.</w:t>
      </w:r>
      <w:r>
        <w:br/>
      </w:r>
      <w:r>
        <w:rPr>
          <w:sz w:val="20"/>
        </w:rPr>
        <w:t>1:04:03  bas jo matlab batate hain is ka pakistanion wale, woh bilkul galat hai.</w:t>
      </w:r>
      <w:r>
        <w:br/>
      </w:r>
      <w:r>
        <w:rPr>
          <w:sz w:val="20"/>
        </w:rPr>
        <w:t>1:04:08  is mein koi shaq nahi.</w:t>
      </w:r>
      <w:r>
        <w:br/>
      </w:r>
      <w:r>
        <w:rPr>
          <w:sz w:val="20"/>
        </w:rPr>
        <w:t>1:04:13  aur is ka jo sahi expression hai, woh mein likh chuka hoon.</w:t>
      </w:r>
      <w:r>
        <w:br/>
      </w:r>
      <w:r>
        <w:rPr>
          <w:sz w:val="20"/>
        </w:rPr>
        <w:t>1:04:18  is ko aap parh lijiye, phir sawal kijiye.</w:t>
      </w:r>
      <w:r>
        <w:br/>
      </w:r>
      <w:r>
        <w:rPr>
          <w:sz w:val="20"/>
        </w:rPr>
        <w:t>1:04:24  maulana, ek comment parhna chahenge jo yaqoob maulana yaqoob umri sahib ne bheja hai dilli se.</w:t>
      </w:r>
      <w:r>
        <w:br/>
      </w:r>
      <w:r>
        <w:rPr>
          <w:sz w:val="20"/>
        </w:rPr>
        <w:t>1:04:29  unhon ne likha hai: "maulana, today only i came to know that islam dealing the worship from nature.</w:t>
      </w:r>
      <w:r>
        <w:br/>
      </w:r>
      <w:r>
        <w:rPr>
          <w:sz w:val="20"/>
        </w:rPr>
        <w:t>1:04:34  this is very clear and a very balanced statement.</w:t>
      </w:r>
      <w:r>
        <w:br/>
      </w:r>
      <w:r>
        <w:rPr>
          <w:sz w:val="20"/>
        </w:rPr>
        <w:t>1:04:40  Jazak Allah." Maulana, agla sawal bheja hai Maulana Asrar ul Hassan sahib ne Chennai se. Unhone likha hai: "Maulana, aisa kyon hota hai ke jab bhi ek nayi cheez ya naya masla pesh aata hai to tamam Musalman sab se pehle negative response karte hain, siwaye aap ke? Aisa kyon hai?" Bhai, agar aap manein to iski wajah yeh hai ke log jeete hain apne aap mein. Main jeeta hoon Allah mein. Saare Musalman apne aap mein jeete hain, apni qaum mein, apni ummat mein, apne mulk mein jeete hain. Allah ko le kar jeetne wala koi hai nahin. Saare duniya mein bade, woh abhi tak koi is insaan ko nahin paya hai maine jo Allah mein jeeta ho. Apna culture, apni qaum, apni family, apna group, apni jamaat, isi mein jeete hain log. Meri finding yahi hai. Har ek jeet raha hai apne aap mein. Isi ko main keh raha hoon apne aap mein. Apni family, apni aulad, apna business, apna mulk, apni qaum, apni jamaat, isi mein jeete hain log. Allah mein jeene wala to koi insaan mujhe nazar nahin aata. To jab aisa hoga to negative thinking paida hoga aur kya paida hoga? Maulana, agla comment lena chahenge jo Dr Muhammad Waqar Alam ne bheja hai USA se. Unhone likha hai: "Maulana, if your argument is about creative thinking that Islam started creative thinking in religion, it seems alright about religion. Otherwise, there are several societies and nations present before or during the Prophet era which were creative thinkers alike." So we will end the session here. We will be back next Sunday same time. Thank you.</w:t>
      </w:r>
    </w:p>
    <w:p>
      <w:pPr>
        <w:pStyle w:val="Heading2"/>
      </w:pPr>
      <w:r>
        <w:t>Explanation of Jizya and its relevance today</w:t>
      </w:r>
    </w:p>
    <w:p>
      <w:r>
        <w:rPr>
          <w:color w:val="666666"/>
          <w:sz w:val="18"/>
        </w:rPr>
        <w:t>Seerah &amp; Prophet · Root Cause of Terrorism February 22, 2015 · 1m 00s · at 46:08 · https://youtu.be/n0AIGEI7b9U?t=2768</w:t>
      </w:r>
    </w:p>
    <w:p>
      <w:r>
        <w:rPr>
          <w:i/>
        </w:rPr>
        <w:t>“Can you please explain the concept of Jizya? Was it relevant only during Prophet's time and does it have any relevance for other times?”</w:t>
      </w:r>
    </w:p>
    <w:p>
      <w:r>
        <w:rPr>
          <w:sz w:val="20"/>
        </w:rPr>
        <w:t>46:08  maulana, agla sawal Tampa USA se Tariq Ali sahab ka aaya hai aur woh aap se</w:t>
      </w:r>
      <w:r>
        <w:br/>
      </w:r>
      <w:r>
        <w:rPr>
          <w:sz w:val="20"/>
        </w:rPr>
        <w:t>46:15  جاننا چاہتے ہیں کہ: "Can you please explain the concept of Jizya? Was it relevant only during Prophet's</w:t>
      </w:r>
      <w:r>
        <w:br/>
      </w:r>
      <w:r>
        <w:rPr>
          <w:sz w:val="20"/>
        </w:rPr>
        <w:t>46:23  time aur does it have any relevance for other times?" dekhein, yeh hamari jo meeting hoti hai, woh</w:t>
      </w:r>
      <w:r>
        <w:br/>
      </w:r>
      <w:r>
        <w:rPr>
          <w:sz w:val="20"/>
        </w:rPr>
        <w:t>46:31  fiqhi masail ke liye nahi hoti hai.</w:t>
      </w:r>
      <w:r>
        <w:br/>
      </w:r>
      <w:r>
        <w:rPr>
          <w:sz w:val="20"/>
        </w:rPr>
        <w:t>46:34  is par mein ne kitabein likhi hain, us ko padh lijiye aap.</w:t>
      </w:r>
      <w:r>
        <w:br/>
      </w:r>
      <w:r>
        <w:rPr>
          <w:sz w:val="20"/>
        </w:rPr>
        <w:t>46:39  is waqt to aap woh baatein bataiye jo jin ka talluq dawat se ho, peace se ho.</w:t>
      </w:r>
      <w:r>
        <w:br/>
      </w:r>
      <w:r>
        <w:rPr>
          <w:sz w:val="20"/>
        </w:rPr>
        <w:t>46:46  hamara mozu jo hota hai, yeh woh peace aur dawat aur marifat yeh hota hai.</w:t>
      </w:r>
      <w:r>
        <w:br/>
      </w:r>
      <w:r>
        <w:rPr>
          <w:sz w:val="20"/>
        </w:rPr>
        <w:t>46:53  baqi yeh sab fiqhi masail hain.</w:t>
      </w:r>
      <w:r>
        <w:br/>
      </w:r>
      <w:r>
        <w:rPr>
          <w:sz w:val="20"/>
        </w:rPr>
        <w:t>46:55  meri kitab hai, us ko aap padh lijiye, uska naam hai "hikmat-e-Islam".</w:t>
      </w:r>
      <w:r>
        <w:br/>
      </w:r>
      <w:r>
        <w:rPr>
          <w:sz w:val="20"/>
        </w:rPr>
        <w:t>47:01  is mein is ko, is ko hum ne likha is ke bare mein.</w:t>
      </w:r>
      <w:r>
        <w:br/>
      </w:r>
      <w:r>
        <w:rPr>
          <w:sz w:val="20"/>
        </w:rPr>
        <w:t>47:07  hikmat e islam.</w:t>
      </w:r>
    </w:p>
    <w:p>
      <w:pPr>
        <w:pStyle w:val="Heading2"/>
      </w:pPr>
      <w:r>
        <w:t>Explanation of Prophet Ibrahim's saying on reward</w:t>
      </w:r>
    </w:p>
    <w:p>
      <w:r>
        <w:rPr>
          <w:color w:val="666666"/>
          <w:sz w:val="18"/>
        </w:rPr>
        <w:t>Seerah &amp; Prophet · Age of Consumerism January 6, 2013 · 2m 58s · at 1:32:09 · https://youtu.be/zJRZ1OKUhgA?t=5529</w:t>
      </w:r>
    </w:p>
    <w:p>
      <w:r>
        <w:rPr>
          <w:i/>
        </w:rPr>
        <w:t>“I heard a great scholar give a speech about Muslim culture. At the end, he quoted Prophet Ibrahim: 'O my people! I do not ask any reward from you, my reward is with Allah.' Please explain the meaning.”</w:t>
      </w:r>
    </w:p>
    <w:p>
      <w:r>
        <w:rPr>
          <w:sz w:val="20"/>
        </w:rPr>
        <w:t>1:32:09  maulana, yeh sawal dilli se hai, shah imran hasan sahib ka. unhon ne likha hai: "ek bade aalim deen ki maine taqreer suni.</w:t>
      </w:r>
      <w:r>
        <w:br/>
      </w:r>
      <w:r>
        <w:rPr>
          <w:sz w:val="20"/>
        </w:rPr>
        <w:t>1:32:18  yeh taqreer muslim culture ke upar thi. aakhir mein unhon ne hazrat ibrahim ki yeh baat kahi ke 'ae meri qaum!</w:t>
      </w:r>
      <w:r>
        <w:br/>
      </w:r>
      <w:r>
        <w:rPr>
          <w:sz w:val="20"/>
        </w:rPr>
        <w:t>1:32:29  main tum se koi ajr nahi mangta, mera ajr to Allah ke paas hai.'</w:t>
      </w:r>
      <w:r>
        <w:br/>
      </w:r>
      <w:r>
        <w:rPr>
          <w:sz w:val="20"/>
        </w:rPr>
        <w:t>1:32:36  " maulana sahib, mera sawal yeh hai ke is tarah ki cultural taqreer ke baad is ko quran se jodna kaisa hai?</w:t>
      </w:r>
      <w:r>
        <w:br/>
      </w:r>
      <w:r>
        <w:rPr>
          <w:sz w:val="20"/>
        </w:rPr>
        <w:t>1:32:51  cultural jo musalmanon ka zehan hai, cultural identity yani shanakht, woh to ek milli yani milli mamla hai, millat ka mamla hai.</w:t>
      </w:r>
      <w:r>
        <w:br/>
      </w:r>
      <w:r>
        <w:rPr>
          <w:sz w:val="20"/>
        </w:rPr>
        <w:t>1:33:06  musalman is zamane mein bohat zyada baatein karte hain shanakht ki, identity ki. woh ek milli masla hai. woh hazrat ibrahim ka jo waqea hai ya doosre paighambaron ka, woh daai ka culture hai ke daai jin logon mein daryaaon mein kaam karta hai, un se un se chanda mangna, un se faida uthana, yeh is ka mizaj nahi hota hai.</w:t>
      </w:r>
      <w:r>
        <w:br/>
      </w:r>
      <w:r>
        <w:rPr>
          <w:sz w:val="20"/>
        </w:rPr>
        <w:t>1:33:30  woh woh to yak tarafah tor par apni baat tak pahunchane ki koshish karta hai. woh</w:t>
      </w:r>
      <w:r>
        <w:br/>
      </w:r>
      <w:r>
        <w:rPr>
          <w:sz w:val="20"/>
        </w:rPr>
        <w:t>1:33:36  is ko jo is ko lena hai, woh Allah se umeed rakhta hai. is ke liye woh baqi jo madu log hain, un se is kisi maadi cheez ki umeed de kar nahi kaam karta.</w:t>
      </w:r>
      <w:r>
        <w:br/>
      </w:r>
      <w:r>
        <w:rPr>
          <w:sz w:val="20"/>
        </w:rPr>
        <w:t>1:33:47  woh kuch nahi. to woh woh wahan par dawat culture ki baat hai, woh milli culture ki baat nahi hai.</w:t>
      </w:r>
      <w:r>
        <w:br/>
      </w:r>
      <w:r>
        <w:rPr>
          <w:sz w:val="20"/>
        </w:rPr>
        <w:t>1:33:55  donon alag cheezein hain. milli culture to ek qaumi cheez hai, qaumi. ab woh to ek dawti cheez hai, bohat oonchi oonchi baat hai. woh woh alag hai, woh alag hai.</w:t>
      </w:r>
      <w:r>
        <w:br/>
      </w:r>
      <w:r>
        <w:rPr>
          <w:sz w:val="20"/>
        </w:rPr>
        <w:t>1:34:07  okay, we we'll end the session now. thank you.</w:t>
      </w:r>
    </w:p>
    <w:p>
      <w:pPr>
        <w:pStyle w:val="Heading2"/>
      </w:pPr>
      <w:r>
        <w:t>Following all prophets or only Prophet Muhammad</w:t>
      </w:r>
    </w:p>
    <w:p>
      <w:r>
        <w:rPr>
          <w:color w:val="666666"/>
          <w:sz w:val="18"/>
        </w:rPr>
        <w:t>Seerah &amp; Prophet · Politics and Nation Building May 19, 2013 · 1m 30s · at 1:14:17 · https://youtu.be/kmiMGq0Ki2Q?t=4457</w:t>
      </w:r>
    </w:p>
    <w:p>
      <w:r>
        <w:rPr>
          <w:i/>
        </w:rPr>
        <w:t>“Are all prophets an example for us, or only Prophet Muhammad? Do we have to follow all prophets or only Prophet Muhammad? Please clarify.”</w:t>
      </w:r>
    </w:p>
    <w:p>
      <w:r>
        <w:rPr>
          <w:sz w:val="20"/>
        </w:rPr>
        <w:t>1:14:17  Maulana agla sawal Lucknow se hai Muhammad Danish Fazal sahib ka</w:t>
      </w:r>
      <w:r>
        <w:br/>
      </w:r>
      <w:r>
        <w:rPr>
          <w:sz w:val="20"/>
        </w:rPr>
        <w:t>1:14:22  unhon ne likha hai hamare liye sare paighambar mein iswa hai ya sirf Prophet Muhammad mein hume sare paighambaron ko follow karna hai ya sirf Prophet Muhammad ko is ko wazeh karein Quran mein bohat wazeh hai ke sab paighambar iswa hain Quran ki ek ayat hai ke kai paighambaron ko naam bana zikr kiya gaya hai</w:t>
      </w:r>
      <w:r>
        <w:br/>
      </w:r>
      <w:r>
        <w:rPr>
          <w:sz w:val="20"/>
        </w:rPr>
        <w:t>1:14:47  ek hi jagah aur phir farmaya ke ulul azim allazina hadallah fahdohom behtada yeh hain woh log jin ko Allah ne hadayat di to un sab ki tum pervi karo yeh to bohat clear hai Quran majeed mein.</w:t>
      </w:r>
    </w:p>
    <w:p>
      <w:pPr>
        <w:pStyle w:val="Heading2"/>
      </w:pPr>
      <w:r>
        <w:t>Following every Sahaba as stars</w:t>
      </w:r>
    </w:p>
    <w:p>
      <w:r>
        <w:rPr>
          <w:color w:val="666666"/>
          <w:sz w:val="18"/>
        </w:rPr>
        <w:t>Seerah &amp; Prophet · Conversation with Maulana Wahiduddin Khan | October 01, 2017 · 1m 22s · at 42:42 · https://youtu.be/TmOYGd3rp2M?t=2562</w:t>
      </w:r>
    </w:p>
    <w:p>
      <w:r>
        <w:rPr>
          <w:i/>
        </w:rPr>
        <w:t>“It has been said that every Sahaba is to be followed. They are like stars.”</w:t>
      </w:r>
    </w:p>
    <w:p>
      <w:r>
        <w:rPr>
          <w:sz w:val="20"/>
        </w:rPr>
        <w:t>42:42  Maulana, agla sawal Kolkata se Aftab Alam sahib ne bheja hai.</w:t>
      </w:r>
      <w:r>
        <w:br/>
      </w:r>
      <w:r>
        <w:rPr>
          <w:sz w:val="20"/>
        </w:rPr>
        <w:t>42:47  "It has been said that every Sahaba is to be followed.</w:t>
      </w:r>
      <w:r>
        <w:br/>
      </w:r>
      <w:r>
        <w:rPr>
          <w:sz w:val="20"/>
        </w:rPr>
        <w:t>42:51  They are like stars.</w:t>
      </w:r>
      <w:r>
        <w:br/>
      </w:r>
      <w:r>
        <w:rPr>
          <w:sz w:val="20"/>
        </w:rPr>
        <w:t>42:55  But it is learned from history that sometimes they have been diverted from truth and it had led</w:t>
      </w:r>
      <w:r>
        <w:br/>
      </w:r>
      <w:r>
        <w:rPr>
          <w:sz w:val="20"/>
        </w:rPr>
        <w:t>43:00  to a big conflict like the Battle of Siffin, which was the first civil war.</w:t>
      </w:r>
      <w:r>
        <w:br/>
      </w:r>
      <w:r>
        <w:rPr>
          <w:sz w:val="20"/>
        </w:rPr>
        <w:t>43:07  Then in what manner we have been directed to follow them?</w:t>
      </w:r>
      <w:r>
        <w:br/>
      </w:r>
      <w:r>
        <w:rPr>
          <w:sz w:val="20"/>
        </w:rPr>
        <w:t>43:15  Please explain this issue." Dekhiye, Sahaba ke haan agar ikhtilaf na ho, bilkul to woh hai it'at ka masla.</w:t>
      </w:r>
      <w:r>
        <w:br/>
      </w:r>
      <w:r>
        <w:rPr>
          <w:sz w:val="20"/>
        </w:rPr>
        <w:t>43:23  aur agar ikhtilaf paya jaye, tab woh hai ijtihad ka masla.</w:t>
      </w:r>
      <w:r>
        <w:br/>
      </w:r>
      <w:r>
        <w:rPr>
          <w:sz w:val="20"/>
        </w:rPr>
        <w:t>43:30  kyunke الصحابة كلهم عدول toh agar aap ko nazar aata hai ke Sahaba ne kis moamle mein mukhtalif andaaz ikhtiyar kiya, toh aap us masle ko ijtihad ka masla banaiye. aap ghaur kijiye ke us mein aap ki nazar se kya theek hai. agar aisa nahi hai toh is ko it'aat ka masla banaiye. yeh maslak hai qadeem</w:t>
      </w:r>
      <w:r>
        <w:br/>
      </w:r>
      <w:r>
        <w:rPr>
          <w:sz w:val="20"/>
        </w:rPr>
        <w:t>44:00  zamane se ulama ka is muamle mein.</w:t>
      </w:r>
    </w:p>
    <w:p>
      <w:pPr>
        <w:pStyle w:val="Heading2"/>
      </w:pPr>
      <w:r>
        <w:t>Hazrat Ali's incident with polytheist</w:t>
      </w:r>
    </w:p>
    <w:p>
      <w:r>
        <w:rPr>
          <w:color w:val="666666"/>
          <w:sz w:val="18"/>
        </w:rPr>
        <w:t>Seerah &amp; Prophet · Art of Crisis Management I 3 October, 2010 Maulana Wahiduddin Khan · 3m 32s · at 1:24:50 · https://youtu.be/mcJZ0YEOolk?t=5090</w:t>
      </w:r>
    </w:p>
    <w:p>
      <w:r>
        <w:rPr>
          <w:i/>
        </w:rPr>
        <w:t>“Maulana, I read an incident about Hazrat Ali. In a battle, when Hazrat Ali overpowered a polytheist, the polytheist spat on Ali's face. Then Hazrat Ali said something and let him go instead of killing him. When asked, he said that if I killed him after he spat...”</w:t>
      </w:r>
    </w:p>
    <w:p>
      <w:r>
        <w:rPr>
          <w:sz w:val="20"/>
        </w:rPr>
        <w:t>1:24:50  Maulana, yeh sawal kiya hai Maulana Abdul Basit ne Doha, Qatar se. Unhon ne likha hai: "Maulana Hazrat Ali ka ek waqia maine padha tha ke kisi jang mein jab Hazrat Ali ne ek mushrik par qaboo paaya</w:t>
      </w:r>
      <w:r>
        <w:br/>
      </w:r>
      <w:r>
        <w:rPr>
          <w:sz w:val="20"/>
        </w:rPr>
        <w:t>1:25:08  toh us ne Ali ke munh par thook diya. Toh Hazrat Ali ne aise mauqe par ek baat kahi aur use qatl karne ki bajaye chhod diya.</w:t>
      </w:r>
      <w:r>
        <w:br/>
      </w:r>
      <w:r>
        <w:rPr>
          <w:sz w:val="20"/>
        </w:rPr>
        <w:t>1:25:19  Poocha gaya toh bataya ke main agar us ke thookne ke baad qatl karta</w:t>
      </w:r>
      <w:r>
        <w:br/>
      </w:r>
      <w:r>
        <w:rPr>
          <w:sz w:val="20"/>
        </w:rPr>
        <w:t>1:25:24  toh woh Khuda ki raah mein na hota, balke mera jazbati amal hota." Maulana, is mein jazbaat ko aur imaan ko alag kiya gaya hai, magar aaj jazbaat hi ko Islam ki nishani samjha ja raha hai.</w:t>
      </w:r>
      <w:r>
        <w:br/>
      </w:r>
      <w:r>
        <w:rPr>
          <w:sz w:val="20"/>
        </w:rPr>
        <w:t>1:25:40  Aisa kyun hai?</w:t>
      </w:r>
      <w:r>
        <w:br/>
      </w:r>
      <w:r>
        <w:rPr>
          <w:sz w:val="20"/>
        </w:rPr>
        <w:t>1:25:45  Bhai, aisa kyun hai? Yeh dekhein, Musalman daur-e-zawaal mein hain,</w:t>
      </w:r>
      <w:r>
        <w:br/>
      </w:r>
      <w:r>
        <w:rPr>
          <w:sz w:val="20"/>
        </w:rPr>
        <w:t>1:25:50  degeneration un ka ho chuka hai. Yeh toh Quran Hadees se saabit hai ke Musalmanon ka ek zamana aayega ke jab koi degeneration ho jayega.</w:t>
      </w:r>
      <w:r>
        <w:br/>
      </w:r>
      <w:r>
        <w:rPr>
          <w:sz w:val="20"/>
        </w:rPr>
        <w:t>1:26:01  "Lam yabqa al-Islam fi al-ard illa ismuhu". Islam ka sirf naam baqi reh jayega,</w:t>
      </w:r>
      <w:r>
        <w:br/>
      </w:r>
      <w:r>
        <w:rPr>
          <w:sz w:val="20"/>
        </w:rPr>
        <w:t>1:26:07  yahan tak ke masjidon mein namazi honge lekin hidayat nahi hogi. Un mein "masajid aamirah". Yeh masjidain namaz se bhari hongi lekin hidayat se khali hongi.</w:t>
      </w:r>
      <w:r>
        <w:br/>
      </w:r>
      <w:r>
        <w:rPr>
          <w:sz w:val="20"/>
        </w:rPr>
        <w:t>1:26:19  Yeh toh, yeh toh hone wala tha, aur yeh toh law of degeneration jo hai, sab ke liye hota hai, koi is Musalmanon ke liye nahi.</w:t>
      </w:r>
      <w:r>
        <w:br/>
      </w:r>
      <w:r>
        <w:rPr>
          <w:sz w:val="20"/>
        </w:rPr>
        <w:t>1:26:28  Ibn Khaldun ne likha hai ke "lil-quwam a'maar kama lil-afraad a'maar". Jis tarah se afraad jo hain jawan hote hain, phir boodhe ho jaate hain, aisi quwamein bhi jawan hoti hain, boodhi hoti hain.</w:t>
      </w:r>
      <w:r>
        <w:br/>
      </w:r>
      <w:r>
        <w:rPr>
          <w:sz w:val="20"/>
        </w:rPr>
        <w:t>1:26:42  Matlab un ka degeneration hota hai.</w:t>
      </w:r>
      <w:r>
        <w:br/>
      </w:r>
      <w:r>
        <w:rPr>
          <w:sz w:val="20"/>
        </w:rPr>
        <w:t>1:26:45  Toh Musalman aaj kal degenerated lot hain. Main toh in ko maanta hoon, main in ko degeneration ke aakhri hadd par samajhta hoon.</w:t>
      </w:r>
      <w:r>
        <w:br/>
      </w:r>
      <w:r>
        <w:rPr>
          <w:sz w:val="20"/>
        </w:rPr>
        <w:t>1:26:54  In logon ko Quran o Hadees in ka ek business hai, bas us ki spirit kahin maujood nahi hai.</w:t>
      </w:r>
      <w:r>
        <w:br/>
      </w:r>
      <w:r>
        <w:rPr>
          <w:sz w:val="20"/>
        </w:rPr>
        <w:t>1:27:02  Jis maamle mein dekhiye, jis maamle mein dekhiye, woh Quran o Hadees hate hue hain. Woh toh daur-e-zawaal mein hain, yeh aur aur zawaal toh har qaum ko aata hai.</w:t>
      </w:r>
      <w:r>
        <w:br/>
      </w:r>
      <w:r>
        <w:rPr>
          <w:sz w:val="20"/>
        </w:rPr>
        <w:t>1:27:13  Zawaal, daur-e-zawaal jo hai, aisa nahi ke Musalman exception hain.</w:t>
      </w:r>
      <w:r>
        <w:br/>
      </w:r>
      <w:r>
        <w:rPr>
          <w:sz w:val="20"/>
        </w:rPr>
        <w:t>1:27:19  Yeh Isaaiyon ko zawaal aaya, mazhabi mazhabi zawaal, yehudiyon ko mazhabi zawaal aaya, toh Musalmanon ko mazhabi zawaal aayega. Toh ab hamein jo karna hai, woh hai ke phir se,</w:t>
      </w:r>
      <w:r>
        <w:br/>
      </w:r>
      <w:r>
        <w:rPr>
          <w:sz w:val="20"/>
        </w:rPr>
        <w:t>1:27:34  phir se logon ko samjhayein,</w:t>
      </w:r>
      <w:r>
        <w:br/>
      </w:r>
      <w:r>
        <w:rPr>
          <w:sz w:val="20"/>
        </w:rPr>
        <w:t>1:27:36  phir se logon ke</w:t>
      </w:r>
      <w:r>
        <w:br/>
      </w:r>
      <w:r>
        <w:rPr>
          <w:sz w:val="20"/>
        </w:rPr>
        <w:t>1:27:41  zehni taameer karein. Jis ko main kehta hoon "re-engineering of mind".</w:t>
      </w:r>
      <w:r>
        <w:br/>
      </w:r>
      <w:r>
        <w:rPr>
          <w:sz w:val="20"/>
        </w:rPr>
        <w:t>1:27:49  Jo existing situation hai Musalmanon ki, woh toh yahi hai. Lekin hamesha aisa hota hai ke aap un ko samjha bujha kar ke ek naya insaan bana sakte hain.</w:t>
      </w:r>
      <w:r>
        <w:br/>
      </w:r>
      <w:r>
        <w:rPr>
          <w:sz w:val="20"/>
        </w:rPr>
        <w:t>1:27:59  Jaise maine bataya ke aaj mere paas jo telephone aaya ke woh aadmi ne kaha ke main sab se nafrat karta tha, meri kitabein padhte padhte ab sab ka woh</w:t>
      </w:r>
      <w:r>
        <w:br/>
      </w:r>
      <w:r>
        <w:rPr>
          <w:sz w:val="20"/>
        </w:rPr>
        <w:t>1:28:08  khairkhwah ban gaya, sab ko insaan samajhne laga. Toh logon ke zehan ko badliye, logon ke soch ko badliye. Yahan se yeh hai "the starting point".</w:t>
      </w:r>
    </w:p>
    <w:p>
      <w:pPr>
        <w:pStyle w:val="Heading2"/>
      </w:pPr>
      <w:r>
        <w:t>How many prophets do Muslims believe in</w:t>
      </w:r>
    </w:p>
    <w:p>
      <w:r>
        <w:rPr>
          <w:color w:val="666666"/>
          <w:sz w:val="18"/>
        </w:rPr>
        <w:t>Seerah &amp; Prophet · The Importance of Wisdom November 4, 2012 · 2m 16s · at 1:11:35 · https://youtu.be/7e6FvqRSHic?t=4295</w:t>
      </w:r>
    </w:p>
    <w:p>
      <w:r>
        <w:rPr>
          <w:i/>
        </w:rPr>
        <w:t>“I have never understood how many prophets Muslims believe in. Recently I saw a series about Prophet Joseph made in Egypt, where one person played Prophet Joseph and another played Prophet Jacob. Please clarify.”</w:t>
      </w:r>
    </w:p>
    <w:p>
      <w:r>
        <w:rPr>
          <w:sz w:val="20"/>
        </w:rPr>
        <w:t>1:11:35  yeh mein ne ke ek stupid kaam tha woh is ka aqal se koi talluq nahi hai maulana dilli se sawal hai shah imran hasan sahib ka unhon ne likha hai meri samajh mein aaj tak yeh nahi aa saka hai ke musalman kitna prophet ko mante hain</w:t>
      </w:r>
      <w:r>
        <w:br/>
      </w:r>
      <w:r>
        <w:rPr>
          <w:sz w:val="20"/>
        </w:rPr>
        <w:t>1:11:55  abhi haal mein main ne egypt mein bani hui prophet yusuf ka serial dekha is mein ek shakhs</w:t>
      </w:r>
      <w:r>
        <w:br/>
      </w:r>
      <w:r>
        <w:rPr>
          <w:sz w:val="20"/>
        </w:rPr>
        <w:t>1:12:01  profit yusuf bana hai aur ek shakhs profit yaqoob</w:t>
      </w:r>
      <w:r>
        <w:br/>
      </w:r>
      <w:r>
        <w:rPr>
          <w:sz w:val="20"/>
        </w:rPr>
        <w:t>1:12:07  is par musalmanon ne koi reaction meri vyaktigat jankari ke anusar nahi liya hai kripa aap use</w:t>
      </w:r>
      <w:r>
        <w:br/>
      </w:r>
      <w:r>
        <w:rPr>
          <w:sz w:val="20"/>
        </w:rPr>
        <w:t>1:12:15  spasht karen ji ye to sahi hai ki musalmanon mein is mamle mein dualism ka shikar hain</w:t>
      </w:r>
      <w:r>
        <w:br/>
      </w:r>
      <w:r>
        <w:rPr>
          <w:sz w:val="20"/>
        </w:rPr>
        <w:t>1:12:25  ke jo kitabon mein masail hain is mein sirf rasool Allah ka nahi likha hua hai nabiyon mein anbiya ke likha likha rakha hai kisi bhi ek nabi ko agar gustakhi ki jayegi to us ke sath aisa kiya jayega</w:t>
      </w:r>
      <w:r>
        <w:br/>
      </w:r>
      <w:r>
        <w:rPr>
          <w:sz w:val="20"/>
        </w:rPr>
        <w:t>1:12:39  to kitabon mein to likha likha rakha hai ke kisi nabi lekin aamir kya karte hain sirf muhammad sal Allah alayh wasallam yeh to munafiqat hai dualism hai yeh sare musalman se mubtala hain aap jo bhi kitabein likhi gayi is mozu par aap padh lijiye is ko is mein yahi lafz rahega nabiyon mein anbiya hain nabiyon mein se kisi nabi ki agar gustakhi kare to us ke sath aisa sulook kiya jayega</w:t>
      </w:r>
      <w:r>
        <w:br/>
      </w:r>
      <w:r>
        <w:rPr>
          <w:sz w:val="20"/>
        </w:rPr>
        <w:t>1:13:03  to rozana ho raha hai lekin musalman khamosh hain aur rasool Allah par bohat bhadakte hain yeh yeh yani yeh yeh bohat hi ajeeb ghareeb baat hai ke is zamane mein munafiqat ko islam bana diya gaya hai dualism ko islam bana diya gaya hai</w:t>
      </w:r>
      <w:r>
        <w:br/>
      </w:r>
      <w:r>
        <w:rPr>
          <w:sz w:val="20"/>
        </w:rPr>
        <w:t>1:13:24  mein to bohat hi zyada yani haram pareshan rehta hoon ke kaise musalman hain kaise ehsas un ke hain sochte nahi hain woh ke masla to yeh bana rakha hai ke kisi bhi nabi kuch karoge to hum wahan danda uthayenge tumhare khilaf to doosre nabi nabi khush chup rehte hain aur is tarah par hungama karte hain bohat ajeeb baat hai yeh bohat zyada ajeeb baat hai</w:t>
      </w:r>
    </w:p>
    <w:p>
      <w:pPr>
        <w:pStyle w:val="Heading2"/>
      </w:pPr>
      <w:r>
        <w:t>Ideal Society in Medina After Conquest</w:t>
      </w:r>
    </w:p>
    <w:p>
      <w:r>
        <w:rPr>
          <w:color w:val="666666"/>
          <w:sz w:val="18"/>
        </w:rPr>
        <w:t>Seerah &amp; Prophet · Man and the Laws of Nature April 1, 2012 · 3m 38s · at 1:49:50 · https://youtu.be/coIrwYQgb6Y?t=6590</w:t>
      </w:r>
    </w:p>
    <w:p>
      <w:r>
        <w:rPr>
          <w:i/>
        </w:rPr>
        <w:t>“If an ideal society is impossible, how would you look at Medina at the time of Prophet after the conquest of Mecca?”</w:t>
      </w:r>
    </w:p>
    <w:p>
      <w:r>
        <w:rPr>
          <w:sz w:val="20"/>
        </w:rPr>
        <w:t>1:49:50  maulana, agla sawal dilli se hai mr irfan ka. unho'n ne likha hai: "if an ideal society is impossible, how would you look at medina at the time of prophet after the conquest of makkah?</w:t>
      </w:r>
      <w:r>
        <w:br/>
      </w:r>
      <w:r>
        <w:rPr>
          <w:sz w:val="20"/>
        </w:rPr>
        <w:t>1:50:06  " yeh to musalmanon ne bana rakha hai, yani ek farzi tasweer. wahan koi artist society nahi thi. yeh to kitabon mein jo padhte hain aap, to to to shayari hoti hai.</w:t>
      </w:r>
      <w:r>
        <w:br/>
      </w:r>
      <w:r>
        <w:rPr>
          <w:sz w:val="20"/>
        </w:rPr>
        <w:t>1:50:19  mere khayal mein to madine, jo madine mein ke period mein jo hai, jab madine mein jo jis ko aap keh rahe hain ke wahan ideal samajh tha, wahan par ek mauqe par rasool Allah salallahu alaihi wasallam ne ek taqseem kiya maal-e-ghanimat</w:t>
      </w:r>
      <w:r>
        <w:br/>
      </w:r>
      <w:r>
        <w:rPr>
          <w:sz w:val="20"/>
        </w:rPr>
        <w:t>1:50:35  ۔ to kisi ko mila, kisi ko kam mila, kisi ko zyada mila. to ek sahabi ne kaha: "a kar ke wallah ma adalta, khuda ki qasam, aap ne adl nahi kiya." to very that that ideal society,</w:t>
      </w:r>
      <w:r>
        <w:br/>
      </w:r>
      <w:r>
        <w:rPr>
          <w:sz w:val="20"/>
        </w:rPr>
        <w:t>1:50:49  yeh bilkul ek khud musalman khud sakhta tasweer mein jeete hain. khud sakhta tasweer bana rakha hai.</w:t>
      </w:r>
      <w:r>
        <w:br/>
      </w:r>
      <w:r>
        <w:rPr>
          <w:sz w:val="20"/>
        </w:rPr>
        <w:t>1:50:56  jaise hum bachche jab chhote bachche the to hamare bade bhai shayar the, unho'n ne she'r likha tha apne pote ke liye.</w:t>
      </w:r>
      <w:r>
        <w:br/>
      </w:r>
      <w:r>
        <w:rPr>
          <w:sz w:val="20"/>
        </w:rPr>
        <w:t>1:51:05  un ka pota tha, is ka naam tha irshad. qismat se woh din jab aayenge, irshad madine jayenge, sarkaar ke chaukhat par ja kar hum sallallahu wasallam gayenge.</w:t>
      </w:r>
      <w:r>
        <w:br/>
      </w:r>
      <w:r>
        <w:rPr>
          <w:sz w:val="20"/>
        </w:rPr>
        <w:t>1:51:16  to aap samajhte hain ke madina kya hai? jab wahan gaye to madina aisa tha jaise sab shehar hote hain.</w:t>
      </w:r>
      <w:r>
        <w:br/>
      </w:r>
      <w:r>
        <w:rPr>
          <w:sz w:val="20"/>
        </w:rPr>
        <w:t>1:51:23  yeh jo suna tha aap ne, to is se madina ka aik aik aik romantic tasawwur, koi koi alag hi cheez hogi.</w:t>
      </w:r>
      <w:r>
        <w:br/>
      </w:r>
      <w:r>
        <w:rPr>
          <w:sz w:val="20"/>
        </w:rPr>
        <w:t>1:51:32  wo qismat se wo din jab aayenge, irshad madine jayenge, sarkaar ke chokhat par ja kar hum sallallahu alaihi wasallam kahein. wahan ne koi chokhat the ya kuch tha.</w:t>
      </w:r>
      <w:r>
        <w:br/>
      </w:r>
      <w:r>
        <w:rPr>
          <w:sz w:val="20"/>
        </w:rPr>
        <w:t>1:51:42  to yeh to aik khud sakhta tasawwur ban rakha hai.</w:t>
      </w:r>
      <w:r>
        <w:br/>
      </w:r>
      <w:r>
        <w:rPr>
          <w:sz w:val="20"/>
        </w:rPr>
        <w:t>1:51:45  yeh kabhi dunya mein na ideal society bani hai, na ban sakti hai. kyunke Allah taala ne insaan ko azaadi di hai, azaadi koi masrookh nahi kar sakta.</w:t>
      </w:r>
      <w:r>
        <w:br/>
      </w:r>
      <w:r>
        <w:rPr>
          <w:sz w:val="20"/>
        </w:rPr>
        <w:t>1:51:55  jab azaadi ka aap awaaz nahi kar sakte to society ideal ideal society banna mumkin hi nahi. ideal cannot be achieved. Maulana, in ka aik aur sawal hai.</w:t>
      </w:r>
      <w:r>
        <w:br/>
      </w:r>
      <w:r>
        <w:rPr>
          <w:sz w:val="20"/>
        </w:rPr>
        <w:t>1:52:07  unhon ne poocha hai: "haoo does one look at what the prophet did with the idols when Mecca was conquered?"</w:t>
      </w:r>
      <w:r>
        <w:br/>
      </w:r>
      <w:r>
        <w:rPr>
          <w:sz w:val="20"/>
        </w:rPr>
        <w:t>1:52:17  dekhein, yeh yeh sawal samajhne ke liye tareekh ko dekhein. aap jab Mecca mein but parast log the to aap ne is ko chura nahi.</w:t>
      </w:r>
      <w:r>
        <w:br/>
      </w:r>
      <w:r>
        <w:rPr>
          <w:sz w:val="20"/>
        </w:rPr>
        <w:t>1:52:27  jab</w:t>
      </w:r>
      <w:r>
        <w:br/>
      </w:r>
      <w:r>
        <w:rPr>
          <w:sz w:val="20"/>
        </w:rPr>
        <w:t>1:52:28  but jab but parast koi rahe hi nahi to khud unhi logon ne khatam kar diya is ko jo puchte the ke aap kis ke liye? Rasool Allah sallallahu alaihi wasallam ne khud nahi touch kiya tab bhi.</w:t>
      </w:r>
      <w:r>
        <w:br/>
      </w:r>
      <w:r>
        <w:rPr>
          <w:sz w:val="20"/>
        </w:rPr>
        <w:t>1:52:39  lekin jab Mecca ke log Islam mein dakhil ho gaye, yaani tauheed mein dakhil ho gaye to ab kaun is ko poochega ke kis ke liye hai wo? to yeh bilkul galat tasawwur hai.</w:t>
      </w:r>
      <w:r>
        <w:br/>
      </w:r>
      <w:r>
        <w:rPr>
          <w:sz w:val="20"/>
        </w:rPr>
        <w:t>1:52:49  musalmanon ne galat kitabein likh rakhi hain aur Mahmood but shikan keh kar is ko fakhr karte hain. Rasool Allah but shikan harghiz nahi the.</w:t>
      </w:r>
      <w:r>
        <w:br/>
      </w:r>
      <w:r>
        <w:rPr>
          <w:sz w:val="20"/>
        </w:rPr>
        <w:t>1:52:59  wo to aik aik aik jo samaj mein tabdeeli aayi thi, us tabdeeli ka aik phenomenon tha. bas but shikni Islam mein nahi hai. behal, Islam mein shirk ki tabligh hai.</w:t>
      </w:r>
      <w:r>
        <w:br/>
      </w:r>
      <w:r>
        <w:rPr>
          <w:sz w:val="20"/>
        </w:rPr>
        <w:t>1:53:11  but shikni yeh jo jo jis ki riwayat qaim ki hai Mahmood Ghaznavi ne, wo bilkul ghair Islami hai, bilkul laغو hai aur is ko mein disown karta hoon.</w:t>
      </w:r>
      <w:r>
        <w:br/>
      </w:r>
      <w:r>
        <w:rPr>
          <w:sz w:val="20"/>
        </w:rPr>
        <w:t>1:53:20  Mahmood ne jo but shikni ki India mein aa kar ke, is ko mein disown karta hoon. chahe kisi ko acha lage ya bura lagay.</w:t>
      </w:r>
    </w:p>
    <w:p>
      <w:pPr>
        <w:pStyle w:val="Heading2"/>
      </w:pPr>
      <w:r>
        <w:t>Identifying the Person of Ahsan al-Amal</w:t>
      </w:r>
    </w:p>
    <w:p>
      <w:r>
        <w:rPr>
          <w:color w:val="666666"/>
          <w:sz w:val="18"/>
        </w:rPr>
        <w:t>Seerah &amp; Prophet · How to Become Deserving of Paradise August 16, 2020 Maulana Wahiduddin Khan · 1m 44s · at 25:51 · https://youtu.be/jFXK3TMiqtA?t=1551</w:t>
      </w:r>
    </w:p>
    <w:p>
      <w:r>
        <w:rPr>
          <w:i/>
        </w:rPr>
        <w:t>“Who will be the person of 'Ahsan al-Amal'? Today its application has become known. What example is there in the Seerah?”</w:t>
      </w:r>
    </w:p>
    <w:p>
      <w:r>
        <w:rPr>
          <w:sz w:val="20"/>
        </w:rPr>
        <w:t>25:51  jazak allah maulana sahib." iqbal umri sahib ne comment aur sawal bheja hai. unhon ne likha hai: "ehsan ul amal wala kon hoga?</w:t>
      </w:r>
      <w:r>
        <w:br/>
      </w:r>
      <w:r>
        <w:rPr>
          <w:sz w:val="20"/>
        </w:rPr>
        <w:t>26:03  aaj is ka application maloom hua." yani self made man banna.</w:t>
      </w:r>
      <w:r>
        <w:br/>
      </w:r>
      <w:r>
        <w:rPr>
          <w:sz w:val="20"/>
        </w:rPr>
        <w:t>26:11  self made banne ka matlab jannat ke laiq banna. seerat mein is ki misaal kya hai? maulana, ghar e hira, sulah hudaibiya, kya yeh hai?</w:t>
      </w:r>
      <w:r>
        <w:br/>
      </w:r>
      <w:r>
        <w:rPr>
          <w:sz w:val="20"/>
        </w:rPr>
        <w:t>26:24  is ko wazeh karein.</w:t>
      </w:r>
      <w:r>
        <w:br/>
      </w:r>
      <w:r>
        <w:rPr>
          <w:sz w:val="20"/>
        </w:rPr>
        <w:t>26:32  rasool Allah ka to har amal ajjal namuna hai.</w:t>
      </w:r>
      <w:r>
        <w:br/>
      </w:r>
      <w:r>
        <w:rPr>
          <w:sz w:val="20"/>
        </w:rPr>
        <w:t>26:44  main samajhta hoon ke rasool Allah ka ek namuna yeh hai, bohat hi basic</w:t>
      </w:r>
      <w:r>
        <w:br/>
      </w:r>
      <w:r>
        <w:rPr>
          <w:sz w:val="20"/>
        </w:rPr>
        <w:t>26:54  ke problem ko manage karo. rasool Allah ne makki daur mein, madni daur mein yeh kiya. aap ko bar bar problem aaye, aap ne problem se kabhi takrao nahi kiya,</w:t>
      </w:r>
      <w:r>
        <w:br/>
      </w:r>
      <w:r>
        <w:rPr>
          <w:sz w:val="20"/>
        </w:rPr>
        <w:t>27:09  is ko manage kiya.</w:t>
      </w:r>
      <w:r>
        <w:br/>
      </w:r>
      <w:r>
        <w:rPr>
          <w:sz w:val="20"/>
        </w:rPr>
        <w:t>27:14  to problem ko manage karna seekhiye,</w:t>
      </w:r>
      <w:r>
        <w:br/>
      </w:r>
      <w:r>
        <w:rPr>
          <w:sz w:val="20"/>
        </w:rPr>
        <w:t>27:22  tab aap woh insaan banenge jis ka chunao kiya jayega jannat ke liye.</w:t>
      </w:r>
    </w:p>
    <w:p>
      <w:pPr>
        <w:pStyle w:val="Heading2"/>
      </w:pPr>
      <w:r>
        <w:t>Imamat of prophet's funeral prayer</w:t>
      </w:r>
    </w:p>
    <w:p>
      <w:r>
        <w:rPr>
          <w:color w:val="666666"/>
          <w:sz w:val="18"/>
        </w:rPr>
        <w:t>Seerah &amp; Prophet · Revival and Revivalist | June 7, 2015 · 53s · at 53:18 · https://youtu.be/tJqheiPlZ94?t=3198</w:t>
      </w:r>
    </w:p>
    <w:p>
      <w:r>
        <w:rPr>
          <w:i/>
        </w:rPr>
        <w:t>“Why was the imamat of prayers of the dead body of a prophet not done?”</w:t>
      </w:r>
    </w:p>
    <w:p>
      <w:r>
        <w:rPr>
          <w:sz w:val="20"/>
        </w:rPr>
        <w:t>53:18  is ka ke hamari ab hamari zimmedari yeh hai ke hum is ko boost karein. hum booster banein. to inshallah woh mukammal ho jayega. maulana, yeh agla sawal kiya hai mukhtar ahmad ne bihar se. why the imamat of prayers of the dead body of a prophet was not done? yeh koi sawal nahin hai. aap kitabein padhi hain, aap ne</w:t>
      </w:r>
      <w:r>
        <w:br/>
      </w:r>
      <w:r>
        <w:rPr>
          <w:sz w:val="20"/>
        </w:rPr>
        <w:t>53:48  puri khasi kitaben nahin padhi hain tareekh ki.</w:t>
      </w:r>
      <w:r>
        <w:br/>
      </w:r>
      <w:r>
        <w:rPr>
          <w:sz w:val="20"/>
        </w:rPr>
        <w:t>53:51  yeh koi masla nahin hai.</w:t>
      </w:r>
      <w:r>
        <w:br/>
      </w:r>
      <w:r>
        <w:rPr>
          <w:sz w:val="20"/>
        </w:rPr>
        <w:t>53:55  aap kitaben padhiye.</w:t>
      </w:r>
      <w:r>
        <w:br/>
      </w:r>
      <w:r>
        <w:rPr>
          <w:sz w:val="20"/>
        </w:rPr>
        <w:t>53:58  agar aap urdu padhna chahte hain to un ki kitab padhiye.</w:t>
      </w:r>
      <w:r>
        <w:br/>
      </w:r>
      <w:r>
        <w:rPr>
          <w:sz w:val="20"/>
        </w:rPr>
        <w:t>54:01  tareekh-e-Islam ne yeh abadi ki padhiye.</w:t>
      </w:r>
      <w:r>
        <w:br/>
      </w:r>
      <w:r>
        <w:rPr>
          <w:sz w:val="20"/>
        </w:rPr>
        <w:t>54:05  arabi padhna chahte hain, al-bada'eh woh nara padhe padhiye.</w:t>
      </w:r>
      <w:r>
        <w:br/>
      </w:r>
      <w:r>
        <w:rPr>
          <w:sz w:val="20"/>
        </w:rPr>
        <w:t>54:08  is mein aap ko jawab mil jaega.</w:t>
      </w:r>
    </w:p>
    <w:p>
      <w:pPr>
        <w:pStyle w:val="Heading2"/>
      </w:pPr>
      <w:r>
        <w:t>Importance of Prophet's physical attributes in following his sirah</w:t>
      </w:r>
    </w:p>
    <w:p>
      <w:r>
        <w:rPr>
          <w:color w:val="666666"/>
          <w:sz w:val="18"/>
        </w:rPr>
        <w:t>Seerah &amp; Prophet · Life After Death January 22, 2012 · 2m 09s · at 1:26:14 · https://youtu.be/5hVH1BLKBF4?t=5174</w:t>
      </w:r>
    </w:p>
    <w:p>
      <w:r>
        <w:rPr>
          <w:i/>
        </w:rPr>
        <w:t>“Most of the Muslim scholars focus on the physical attributes or beauty of the Prophet of Islam. How is this important in following the Prophet's sirah?”</w:t>
      </w:r>
    </w:p>
    <w:p>
      <w:r>
        <w:rPr>
          <w:sz w:val="20"/>
        </w:rPr>
        <w:t>1:26:14  Maulana, agla sawal Mr. Faiq ka hai California se. Unhon ne likha hai: "Most of the Muslim scholars focus on the physical attributes or beauty of the Prophet of Islam.</w:t>
      </w:r>
      <w:r>
        <w:br/>
      </w:r>
      <w:r>
        <w:rPr>
          <w:sz w:val="20"/>
        </w:rPr>
        <w:t>1:26:28  How is this important in following the Prophet's sirah?" Kuch bhi nahi, koi Importance is ki nahi hai. Yeh koi Importance nahi hai.</w:t>
      </w:r>
      <w:r>
        <w:br/>
      </w:r>
      <w:r>
        <w:rPr>
          <w:sz w:val="20"/>
        </w:rPr>
        <w:t>1:26:40  Quran mein jo baatein kahi gayi wahi Important hain. Yeh to khud sakhta bana rakha hai logon ne. Yaani Quran mein kya hai? Rasool Allah ka jo Character hai woh hamein Focus karna hai.</w:t>
      </w:r>
      <w:r>
        <w:br/>
      </w:r>
      <w:r>
        <w:rPr>
          <w:sz w:val="20"/>
        </w:rPr>
        <w:t>1:26:52  Character.</w:t>
      </w:r>
      <w:r>
        <w:br/>
      </w:r>
      <w:r>
        <w:rPr>
          <w:sz w:val="20"/>
        </w:rPr>
        <w:t>1:26:55  Jaise main bataoon aap ko ke abhi dekhiye, abhi jo Jaipur pe jo International Conference thi to sare India bhar ke Musalmanon ne hungama kiya.</w:t>
      </w:r>
      <w:r>
        <w:br/>
      </w:r>
      <w:r>
        <w:rPr>
          <w:sz w:val="20"/>
        </w:rPr>
        <w:t>1:27:09  Aur hamare saathi mashaa Allah Plan kar ke wahan gaye hain, wahan par Quran logon ko Quran de rahe hain. Quran de rahe hain wahan par.</w:t>
      </w:r>
      <w:r>
        <w:br/>
      </w:r>
      <w:r>
        <w:rPr>
          <w:sz w:val="20"/>
        </w:rPr>
        <w:t>1:27:22  To yeh hai yaani jo log Rasool Allah ke khud sakhta taur par khud khud unhon ne bana liya Rasool Allah ka kuch, isi mein naat khwani kar rahe hain, isi ka zikr kar rahe hain, isi ki charcha kar rahe hain.</w:t>
      </w:r>
      <w:r>
        <w:br/>
      </w:r>
      <w:r>
        <w:rPr>
          <w:sz w:val="20"/>
        </w:rPr>
        <w:t>1:27:36  to sawal yeh hai ke kya sahaba ne aisa kiya tha? sahaba ne to aisa nahi kiya tha. sahaba to quran ko phailaya unhone sari duniya mein.</w:t>
      </w:r>
      <w:r>
        <w:br/>
      </w:r>
      <w:r>
        <w:rPr>
          <w:sz w:val="20"/>
        </w:rPr>
        <w:t>1:27:48  yeh hai rasool allah ki sunnat, yeh hai rasool allah ka uswa, yeh hai rasool allah se mohabbat ke aap ke mission ko phailaya jaye. rasool allah ke yani physical beauty ko le kar ke naat khwani karna yeh to yeh to khud sakhta baat hai.</w:t>
      </w:r>
      <w:r>
        <w:br/>
      </w:r>
      <w:r>
        <w:rPr>
          <w:sz w:val="20"/>
        </w:rPr>
        <w:t>1:28:02  to is ko bidat samajhta hoon. rasool allah ki physical beauty ko le kar naat khwani sahaba ne kabhi nahi ki. sahaba to rasool allah ke mission ko le kar daude.</w:t>
      </w:r>
      <w:r>
        <w:br/>
      </w:r>
      <w:r>
        <w:rPr>
          <w:sz w:val="20"/>
        </w:rPr>
        <w:t>1:28:13  mission ko phailaya.</w:t>
      </w:r>
      <w:r>
        <w:br/>
      </w:r>
      <w:r>
        <w:rPr>
          <w:sz w:val="20"/>
        </w:rPr>
        <w:t>1:28:15  to wahi cheez sahi hai jo is ko sahaba ne kiya ho. sahaba ke baad jo tareeqe nikle hain woh sab bidat hain aur bidat sirf gunah hoti hai.</w:t>
      </w:r>
      <w:r>
        <w:br/>
      </w:r>
      <w:r>
        <w:rPr>
          <w:sz w:val="20"/>
        </w:rPr>
        <w:t>1:28:24  is mein koi sawab nahi hai. maulana, in ka doosra sawal yeh hai, unhone likha hai: "Most of the Muslims who follow the Islamic scholars and know a little bit of Quran and Hadith are away from the love of humanity.</w:t>
      </w:r>
    </w:p>
    <w:p>
      <w:pPr>
        <w:pStyle w:val="Heading2"/>
      </w:pPr>
      <w:r>
        <w:t>Insults to the Prophet and how they were handled</w:t>
      </w:r>
    </w:p>
    <w:p>
      <w:r>
        <w:rPr>
          <w:color w:val="666666"/>
          <w:sz w:val="18"/>
        </w:rPr>
        <w:t>Seerah &amp; Prophet · Islam &amp; Prophet of Islam 21 Oct, 2012 - Maulana Wahiduddin Khan · 1m 21s · at 1:25:09 · https://youtu.be/2hwtfOyNeS0?t=5109</w:t>
      </w:r>
    </w:p>
    <w:p>
      <w:r>
        <w:rPr>
          <w:i/>
        </w:rPr>
        <w:t>“At the time of the Prophet of Islam, was there any incident of insult? If yes, how was it dealt with?”</w:t>
      </w:r>
    </w:p>
    <w:p>
      <w:r>
        <w:rPr>
          <w:sz w:val="20"/>
        </w:rPr>
        <w:t>1:25:09  maulana, agla sawal raipur se hai idrees sahab ka. unhon ne likha hai: "at the time of prophet of islam, was there any incident of insult?</w:t>
      </w:r>
      <w:r>
        <w:br/>
      </w:r>
      <w:r>
        <w:rPr>
          <w:sz w:val="20"/>
        </w:rPr>
        <w:t>1:25:21  if yes, how was it dealt with?"</w:t>
      </w:r>
      <w:r>
        <w:br/>
      </w:r>
      <w:r>
        <w:rPr>
          <w:sz w:val="20"/>
        </w:rPr>
        <w:t>1:25:28  aap dekhiye quran ko sab se pehle ke quran mein saare hi paighambaron ki insult ki gayi. misaal ke taur par yeh ayat hai quran mein: "ya hasratan alal ibad, afsos hai badon par ke jo bhi paighambar aaya, har paighambar ka unhon ne mazak udaya, har paighambar ko istehza kiya.</w:t>
      </w:r>
      <w:r>
        <w:br/>
      </w:r>
      <w:r>
        <w:rPr>
          <w:sz w:val="20"/>
        </w:rPr>
        <w:t>1:25:55  to har paighambar ke saath yeh rasool Allah ke saath bhi hua. to har paighambar ke saath woh waqea hua jis ko aaj kal kehte hain gustakhi ya insult.</w:t>
      </w:r>
      <w:r>
        <w:br/>
      </w:r>
      <w:r>
        <w:rPr>
          <w:sz w:val="20"/>
        </w:rPr>
        <w:t>1:26:06  lekin paighambaron ne kya kiya? hargiz hargiz protest nahi kiya. paighambaron ne apni dawat tabligh ko jaari rakha. bas.</w:t>
      </w:r>
      <w:r>
        <w:br/>
      </w:r>
      <w:r>
        <w:rPr>
          <w:sz w:val="20"/>
        </w:rPr>
        <w:t>1:26:15  jaari rakha, jaari rakha yahan tak ke log, bahut se log convince hue. jo nahi convince hue, un ka muamla Allah ke hawale ho gaya. jo convince hue, woh un ke saathi ban gaye.</w:t>
      </w:r>
    </w:p>
    <w:p>
      <w:pPr>
        <w:pStyle w:val="Heading2"/>
      </w:pPr>
      <w:r>
        <w:t>Interpretation of Prophet as human</w:t>
      </w:r>
    </w:p>
    <w:p>
      <w:r>
        <w:rPr>
          <w:color w:val="666666"/>
          <w:sz w:val="18"/>
        </w:rPr>
        <w:t>Seerah &amp; Prophet · Prophetic Model February 16, 2014 · 2m 33s · at 58:12 · https://youtu.be/ypIIqSmExzk?t=3492</w:t>
      </w:r>
    </w:p>
    <w:p>
      <w:r>
        <w:rPr>
          <w:i/>
        </w:rPr>
        <w:t>“A sect of Muslims gives a strange interpretation of 'Bashar' that does not match your explanation. They separate the Prophet from being a human like us. Please explain this.”</w:t>
      </w:r>
    </w:p>
    <w:p>
      <w:r>
        <w:rPr>
          <w:sz w:val="20"/>
        </w:rPr>
        <w:t>58:12  Maulana agla sawal Delhi se hai Jameel Akhtar sahib ka. unhon ne likha hai: "Musalmanon ka ek firqah bashar ki ajeeb o ghareeb taweel karta hai jo aap ki tashreeh se mil nahi khati.</w:t>
      </w:r>
      <w:r>
        <w:br/>
      </w:r>
      <w:r>
        <w:rPr>
          <w:sz w:val="20"/>
        </w:rPr>
        <w:t>58:28  woh Rasool Allah ko hum jaise insan se bilkul alag karte hain. is ki wazahat karen." yeh to wohi hai jo Rasool Allah ne mana kiya tha.</w:t>
      </w:r>
      <w:r>
        <w:br/>
      </w:r>
      <w:r>
        <w:rPr>
          <w:sz w:val="20"/>
        </w:rPr>
        <w:t>58:39  is se Rasool Allah ne farmaya ke la tuluni kama atat al nasara min qabl. ke nasara ne jis tarah barhaya chadhaya tha mujh ko mat barhana chadhana.</w:t>
      </w:r>
      <w:r>
        <w:br/>
      </w:r>
      <w:r>
        <w:rPr>
          <w:sz w:val="20"/>
        </w:rPr>
        <w:t>58:49  wohi kar rahe hain log. sawal yeh hai ke jo nazariya bana rakha hai unhon ne us ka Quran se to koi taalluq hai nahi. ajeeb o ghareeb qism ke khud sakhtah yani daleelain nikalte hain.</w:t>
      </w:r>
      <w:r>
        <w:br/>
      </w:r>
      <w:r>
        <w:rPr>
          <w:sz w:val="20"/>
        </w:rPr>
        <w:t>59:01  ajeeb o ghareeb qism ki. koi sir na parhay is ka koi logic nahi. to aadmi jo sanjeeda ho, waqeatan Allah se darta ho, woh jab Quran ko parhay ga to bar bar woh mile gi aisi baatein us ko ke Rasool Allah hamare jaise ek bashar thay.</w:t>
      </w:r>
      <w:r>
        <w:br/>
      </w:r>
      <w:r>
        <w:rPr>
          <w:sz w:val="20"/>
        </w:rPr>
        <w:t>59:19  innam ana basharun mislukum.</w:t>
      </w:r>
      <w:r>
        <w:br/>
      </w:r>
      <w:r>
        <w:rPr>
          <w:sz w:val="20"/>
        </w:rPr>
        <w:t>59:24  to yeh mamla sanjeedgi ka hai. aap sanjeeda na hon aap to kuch bhi ulti baatein nikal len. mislan mein aap ko ek qissah batata hoon.</w:t>
      </w:r>
      <w:r>
        <w:br/>
      </w:r>
      <w:r>
        <w:rPr>
          <w:sz w:val="20"/>
        </w:rPr>
        <w:t>59:34  aik ghair muslim thay. unhon ne kaha quran to sab jaali hi jaali is ke andar hai. matlab fraud is mein sab hai. naoozubillah. kisi ne poocha ke kaise?</w:t>
      </w:r>
      <w:r>
        <w:br/>
      </w:r>
      <w:r>
        <w:rPr>
          <w:sz w:val="20"/>
        </w:rPr>
        <w:t>59:43  kehte hain dekho yeh likha hua. jaali ka kitab la raha hai fi. jaali ka mani unhon ne jaali nikaal liya. fraud. yeh to jaali hi jaali sab hai. to dekhiye ab agar aadmi sanjeeda na ho to kuch bhi ulta seedha nikaal sakta hai.</w:t>
      </w:r>
      <w:r>
        <w:br/>
      </w:r>
      <w:r>
        <w:rPr>
          <w:sz w:val="20"/>
        </w:rPr>
        <w:t>59:57  to woh log jo bashar ka matlab nikaale hue hain is ka koi talluq logic se nahin. daleel se nahin hai. to aise logon ko yahi kehna chahiye ke bhai phir se ghor karo aur lughat kya kehti hai, alfaaz kya kehte hain, context kya kehta hai is ke lihaaz se ghor karo.</w:t>
      </w:r>
      <w:r>
        <w:br/>
      </w:r>
      <w:r>
        <w:rPr>
          <w:sz w:val="20"/>
        </w:rPr>
        <w:t>1:00:18  aur haqeeqat yeh hai ke rasool Allah agar bashar na hon to hamare model kahan se rahenge? is woh kaise rahenge? kya koi farishta hamare is woh ban sakta hai? yeh rehmat hai, yahi to rehmat hai ke aik bashar ki satah par woh woh namoona mila hum ko.</w:t>
      </w:r>
      <w:r>
        <w:br/>
      </w:r>
      <w:r>
        <w:rPr>
          <w:sz w:val="20"/>
        </w:rPr>
        <w:t>1:00:33  bashar ki satah par. farishte ki satah pe milta to hum woh hamare namoone hi na hota woh. doctor sahib ko dena hai. doctor sahib ko.</w:t>
      </w:r>
    </w:p>
    <w:p>
      <w:pPr>
        <w:pStyle w:val="Heading2"/>
      </w:pPr>
      <w:r>
        <w:t>Is UN Charter Culmination of Hudaibiya Treaty</w:t>
      </w:r>
    </w:p>
    <w:p>
      <w:r>
        <w:rPr>
          <w:color w:val="666666"/>
          <w:sz w:val="18"/>
        </w:rPr>
        <w:t>Seerah &amp; Prophet · Living in a New Age | March 26, 2017 · 54s · at 50:50 · https://youtu.be/iST0AxQscKo?t=3050</w:t>
      </w:r>
    </w:p>
    <w:p>
      <w:r>
        <w:rPr>
          <w:i/>
        </w:rPr>
        <w:t>“Can we say that the United Nations Charter is the culmination of Sulh Hudaibiya (the Treaty of Hudaibiya)?”</w:t>
      </w:r>
    </w:p>
    <w:p>
      <w:r>
        <w:rPr>
          <w:sz w:val="20"/>
        </w:rPr>
        <w:t>50:50  Maulana Miss Shabana Ansari ne Pakistan se sawal bheja hai.</w:t>
      </w:r>
      <w:r>
        <w:br/>
      </w:r>
      <w:r>
        <w:rPr>
          <w:sz w:val="20"/>
        </w:rPr>
        <w:t>50:56  unhon ne likha hai ke Maulana sahib can we say that United Nations charter is culmination of sulah</w:t>
      </w:r>
      <w:r>
        <w:br/>
      </w:r>
      <w:r>
        <w:rPr>
          <w:sz w:val="20"/>
        </w:rPr>
        <w:t>51:02  Hudaibiyah? Aap jo bhi kahiye yeh bhi keh sakte hain aap.</w:t>
      </w:r>
      <w:r>
        <w:br/>
      </w:r>
      <w:r>
        <w:rPr>
          <w:sz w:val="20"/>
        </w:rPr>
        <w:t>51:08  lekin yeh aap</w:t>
      </w:r>
      <w:r>
        <w:br/>
      </w:r>
      <w:r>
        <w:rPr>
          <w:sz w:val="20"/>
        </w:rPr>
        <w:t>51:14  wazahat agar yani fazilat ke lehaz se kahein ke hamara hamara credit hai to yeh galat hoga.</w:t>
      </w:r>
      <w:r>
        <w:br/>
      </w:r>
      <w:r>
        <w:rPr>
          <w:sz w:val="20"/>
        </w:rPr>
        <w:t>51:21  musalmanon ka mizaj yeh hai ke har cheez credit khud lana chahte hain.</w:t>
      </w:r>
      <w:r>
        <w:br/>
      </w:r>
      <w:r>
        <w:rPr>
          <w:sz w:val="20"/>
        </w:rPr>
        <w:t>51:29  nahi woh Allah Allah ta'ala ne ek halaat badle ek naya process jari kiya is ka culmination hai.</w:t>
      </w:r>
      <w:r>
        <w:br/>
      </w:r>
      <w:r>
        <w:rPr>
          <w:sz w:val="20"/>
        </w:rPr>
        <w:t>51:37  aap chahein ke musalmanon ko credit dein yeh koi healthy soch nahi hai. Maulana likh</w:t>
      </w:r>
    </w:p>
    <w:p>
      <w:pPr>
        <w:pStyle w:val="Heading2"/>
      </w:pPr>
      <w:r>
        <w:t>Islam's purpose and Prophet's struggle</w:t>
      </w:r>
    </w:p>
    <w:p>
      <w:r>
        <w:rPr>
          <w:color w:val="666666"/>
          <w:sz w:val="18"/>
        </w:rPr>
        <w:t>Seerah &amp; Prophet · Forget the Grievances, January 01, 2017 · 1m 46s · at 50:52 · https://youtu.be/zW4q8dl2cmw?t=3052</w:t>
      </w:r>
    </w:p>
    <w:p>
      <w:r>
        <w:rPr>
          <w:i/>
        </w:rPr>
        <w:t>“Maulana, Muslims generally believe that Islam came to re-establish truth, and the Prophet strived hard to establish truth to get his rights. What is your view?”</w:t>
      </w:r>
    </w:p>
    <w:p>
      <w:r>
        <w:rPr>
          <w:sz w:val="20"/>
        </w:rPr>
        <w:t>50:52  this is so true, maulana sahib, jazak allah. " maulana, agla sawal ah fraz khan sahib ne kiya hai</w:t>
      </w:r>
      <w:r>
        <w:br/>
      </w:r>
      <w:r>
        <w:rPr>
          <w:sz w:val="20"/>
        </w:rPr>
        <w:t>51:00  دلی سے، اور انہوں نے لکھا ہے: "مولانا، Muslims generally believe that Islam came to re-establish Haq,</w:t>
      </w:r>
      <w:r>
        <w:br/>
      </w:r>
      <w:r>
        <w:rPr>
          <w:sz w:val="20"/>
        </w:rPr>
        <w:t>51:07  And Prophet strived hard to establish Haq to get his rights.</w:t>
      </w:r>
      <w:r>
        <w:br/>
      </w:r>
      <w:r>
        <w:rPr>
          <w:sz w:val="20"/>
        </w:rPr>
        <w:t>51:12  They even quote Allama Iqbal that Islam zinda hota hai har Karbala ke baad.</w:t>
      </w:r>
      <w:r>
        <w:br/>
      </w:r>
      <w:r>
        <w:rPr>
          <w:sz w:val="20"/>
        </w:rPr>
        <w:t>51:18  They also think that if we do not stand to claim our rights, then we would be</w:t>
      </w:r>
      <w:r>
        <w:br/>
      </w:r>
      <w:r>
        <w:rPr>
          <w:sz w:val="20"/>
        </w:rPr>
        <w:t>51:26  pushed back to oblivion.</w:t>
      </w:r>
      <w:r>
        <w:br/>
      </w:r>
      <w:r>
        <w:rPr>
          <w:sz w:val="20"/>
        </w:rPr>
        <w:t>51:28  مولانا، how can we address such mindsets? سب سے بڑی ضرورت یہ ہے کہ اقبال کو quote</w:t>
      </w:r>
      <w:r>
        <w:br/>
      </w:r>
      <w:r>
        <w:rPr>
          <w:sz w:val="20"/>
        </w:rPr>
        <w:t>51:35  karna choriye.</w:t>
      </w:r>
      <w:r>
        <w:br/>
      </w:r>
      <w:r>
        <w:rPr>
          <w:sz w:val="20"/>
        </w:rPr>
        <w:t>51:37  iqbal koi hamare liye koi authority nahi hai.</w:t>
      </w:r>
      <w:r>
        <w:br/>
      </w:r>
      <w:r>
        <w:rPr>
          <w:sz w:val="20"/>
        </w:rPr>
        <w:t>51:40  quran ko quote kijiye, hadith ko quote kijiye.</w:t>
      </w:r>
      <w:r>
        <w:br/>
      </w:r>
      <w:r>
        <w:rPr>
          <w:sz w:val="20"/>
        </w:rPr>
        <w:t>51:44  تو حق کو establish کرنا ہمارا کام ہے۔</w:t>
      </w:r>
      <w:r>
        <w:br/>
      </w:r>
      <w:r>
        <w:rPr>
          <w:sz w:val="20"/>
        </w:rPr>
        <w:t>51:47  yeh kai na quran mein likha hai, na hadith mein likha hai.</w:t>
      </w:r>
      <w:r>
        <w:br/>
      </w:r>
      <w:r>
        <w:rPr>
          <w:sz w:val="20"/>
        </w:rPr>
        <w:t>51:52  iqbal ka likha hai to iqbal koi authority nahi hai.</w:t>
      </w:r>
      <w:r>
        <w:br/>
      </w:r>
      <w:r>
        <w:rPr>
          <w:sz w:val="20"/>
        </w:rPr>
        <w:t>51:56  sab se pehla kaam hai ke iqbal ko choriye, quran ko lijiye, quran ko le kar sochiye.</w:t>
      </w:r>
      <w:r>
        <w:br/>
      </w:r>
      <w:r>
        <w:rPr>
          <w:sz w:val="20"/>
        </w:rPr>
        <w:t>52:04  aur dusri baat ye hai ke Quran mein jo haq ki baat hai, woh follow karne ke maani</w:t>
      </w:r>
      <w:r>
        <w:br/>
      </w:r>
      <w:r>
        <w:rPr>
          <w:sz w:val="20"/>
        </w:rPr>
        <w:t>52:11  ہیں، implement کرنے کے معنی نہیں ہیں۔</w:t>
      </w:r>
      <w:r>
        <w:br/>
      </w:r>
      <w:r>
        <w:rPr>
          <w:sz w:val="20"/>
        </w:rPr>
        <w:t>52:14  حق یا عدل یا قسط کی بات جہاں قرآن میں ہے، وہ follow کرو، follow کرو، follow کرو۔</w:t>
      </w:r>
      <w:r>
        <w:br/>
      </w:r>
      <w:r>
        <w:rPr>
          <w:sz w:val="20"/>
        </w:rPr>
        <w:t>52:22  یہ نہیں کہ اس کو implement کرو، enforce کرو، یہ ہے ہی نہیں جو اقبال نے بنا رکھا</w:t>
      </w:r>
      <w:r>
        <w:br/>
      </w:r>
      <w:r>
        <w:rPr>
          <w:sz w:val="20"/>
        </w:rPr>
        <w:t>52:30  ہے، اقبال کے followers نے بنا رکھا ہے۔</w:t>
      </w:r>
      <w:r>
        <w:br/>
      </w:r>
      <w:r>
        <w:rPr>
          <w:sz w:val="20"/>
        </w:rPr>
        <w:t>52:33  اقبال تو deviation کا کیس ہے، falling کا کیس نہیں ہے۔</w:t>
      </w:r>
    </w:p>
    <w:p>
      <w:pPr>
        <w:pStyle w:val="Heading2"/>
      </w:pPr>
      <w:r>
        <w:t>Issue of Insulting the Prophet</w:t>
      </w:r>
    </w:p>
    <w:p>
      <w:r>
        <w:rPr>
          <w:color w:val="666666"/>
          <w:sz w:val="18"/>
        </w:rPr>
        <w:t>Seerah &amp; Prophet · Blasphemy in Islam November 24, 2024 · 6m 55s · at 1:40 · https://youtu.be/IjG5T6KZDxs?t=100</w:t>
      </w:r>
    </w:p>
    <w:p>
      <w:r>
        <w:rPr>
          <w:i/>
        </w:rPr>
        <w:t>“What is the issue of insulting the Prophet (shatm-e-rasul)?”</w:t>
      </w:r>
    </w:p>
    <w:p>
      <w:r>
        <w:rPr>
          <w:sz w:val="20"/>
        </w:rPr>
        <w:t>1:40  assalamu alaikum wa rahmatullahi. aaj hum sab se pehla sawal apne, aah, mehman Maulana Fayyazuddin Umri sahab se karenge:</w:t>
      </w:r>
      <w:r>
        <w:br/>
      </w:r>
      <w:r>
        <w:rPr>
          <w:sz w:val="20"/>
        </w:rPr>
        <w:t>1:49  "shatm-e-rasool" ka masla kya hai? is par aap hamein kuch bataen. bismillah hir rahman nir rahim. wa salallahu ala nabiyyi al-karim, wa ala aalihi wa sahbihi ajmaeen.</w:t>
      </w:r>
      <w:r>
        <w:br/>
      </w:r>
      <w:r>
        <w:rPr>
          <w:sz w:val="20"/>
        </w:rPr>
        <w:t>2:03  amma ba'd. sab se pehle Maulana Farhad sahab, main aap ka shukr guzar hoon ke aap ne is session mein hamein invite kiya, aur ek burning topic par</w:t>
      </w:r>
      <w:r>
        <w:br/>
      </w:r>
      <w:r>
        <w:rPr>
          <w:sz w:val="20"/>
        </w:rPr>
        <w:t>2:15  kuch alfaaz maujooda hamare sam'een ke samne rakhne ke ka mauqa diya, jazakumullah.</w:t>
      </w:r>
      <w:r>
        <w:br/>
      </w:r>
      <w:r>
        <w:rPr>
          <w:sz w:val="20"/>
        </w:rPr>
        <w:t>2:24  aap ke sawal par aane se pehle</w:t>
      </w:r>
      <w:r>
        <w:br/>
      </w:r>
      <w:r>
        <w:rPr>
          <w:sz w:val="20"/>
        </w:rPr>
        <w:t>2:28  ek martaba hum sab jo hain, rasool-e-akram sallallahu alaihi wasallam ka jo hum par ehsan hai, usko yaad karen, aur rasool-e-akram aur aap ke ashaab par hazaron hazar durood o salam ho, jinhon ne alam-e-insaniyat ke liye be-hisab sacrifices di, aur khuda ke creation plan aur khuda ki aakhri kitab ko insanon tak pahunchane mein aakhri struggle kar di.</w:t>
      </w:r>
      <w:r>
        <w:br/>
      </w:r>
      <w:r>
        <w:rPr>
          <w:sz w:val="20"/>
        </w:rPr>
        <w:t>2:57  ab hum aate hain aap ke is sawal par ke "shatm-e-rasool" ka masla kya hai? shatm ek arabi zaban ka lafz hai jis ko agar aap simple english mein kehna chahen to aap keh sakte hain "abusing".</w:t>
      </w:r>
      <w:r>
        <w:br/>
      </w:r>
      <w:r>
        <w:rPr>
          <w:sz w:val="20"/>
        </w:rPr>
        <w:t>3:12  shatm-e-rasool ka matlab hua "abusing of the prophet Muhammad" aur "other prophets". aam zaban mein aap kahenge peghambar-e-islam ke mamle mein gustakhi.</w:t>
      </w:r>
      <w:r>
        <w:br/>
      </w:r>
      <w:r>
        <w:rPr>
          <w:sz w:val="20"/>
        </w:rPr>
        <w:t>3:24  to is ko kehte hain aam taur par musalman shatm rasool. is masle se hum, jahan tak meri memory kaam kar rahi hai, eighty, nineteen eighty eight se main waqif hoon, jabke main bohat hi aik, aah, apne teenage mein tha,</w:t>
      </w:r>
      <w:r>
        <w:br/>
      </w:r>
      <w:r>
        <w:rPr>
          <w:sz w:val="20"/>
        </w:rPr>
        <w:t>3:44  jab main hifz kar raha tha. to us waqt maine sab se pehli martaba apne, aah, khateeb sahab ko masjid mein juma ke din, aah, woh bohat hi zyada furious thay aur bohat hi furious speeches de rahe thay khutbe mein, khutbe mein juma ke.</w:t>
      </w:r>
      <w:r>
        <w:br/>
      </w:r>
      <w:r>
        <w:rPr>
          <w:sz w:val="20"/>
        </w:rPr>
        <w:t>3:59  to main to teenage mein rehne ki wajah se kuch samajh nahi paya tha. baad mein main sochta hoon to ghaliban jo hai woh "Satanic Verses" jo Salman Rushdie sahab ne likhi thi, is kitab par unka woh radd</w:t>
      </w:r>
      <w:r>
        <w:br/>
      </w:r>
      <w:r>
        <w:rPr>
          <w:sz w:val="20"/>
        </w:rPr>
        <w:t>4:11  amal chal raha tha. main us waqt jo hai itna us ko ghor se samajh nahi paya. main us waqt quran ke hifz ka talib-e-ilm tha. to, aah, ab main jab apne forties mein hoon to mujhe lagta hai ke yeh masla kitna gumabheer hai aur kitna dunya mein jo hai muslim community aur doosri communities ke liye aik disturbing issue ban chuka hai.</w:t>
      </w:r>
      <w:r>
        <w:br/>
      </w:r>
      <w:r>
        <w:rPr>
          <w:sz w:val="20"/>
        </w:rPr>
        <w:t>4:37  to aaiye, aah, is issue ki jar kya hai, main</w:t>
      </w:r>
      <w:r>
        <w:br/>
      </w:r>
      <w:r>
        <w:rPr>
          <w:sz w:val="20"/>
        </w:rPr>
        <w:t>4:41  wo baat bata kar apni aap ke is sawal ke jawab ko finish karunga. hamare Islamic literature mein is issue ki root cause maujood hain.</w:t>
      </w:r>
      <w:r>
        <w:br/>
      </w:r>
      <w:r>
        <w:rPr>
          <w:sz w:val="20"/>
        </w:rPr>
        <w:t>4:52  is silsile mein agar aap hamare Islami literature ka mutala karein to teen kitabein is silsile mein likhi gayi hain.</w:t>
      </w:r>
      <w:r>
        <w:br/>
      </w:r>
      <w:r>
        <w:rPr>
          <w:sz w:val="20"/>
        </w:rPr>
        <w:t>4:59  sab se mashhoor kitab jo aam taur par logon ke andar mutadawil hai, aah, commonly used hai, woh kitab hai Ibn Taymiyyah ki. doosri is silsile mein mashhoor kitab hai, aah, Allama Subki ki.</w:t>
      </w:r>
      <w:r>
        <w:br/>
      </w:r>
      <w:r>
        <w:rPr>
          <w:sz w:val="20"/>
        </w:rPr>
        <w:t>5:12  aur teesri mashhoor kitab hai Allama Ibn Abidin Shami ki. to shatm rasool ke masle mein ghaliban jo hai in kitabon ne jo hai basic role play kiya hai.</w:t>
      </w:r>
      <w:r>
        <w:br/>
      </w:r>
      <w:r>
        <w:rPr>
          <w:sz w:val="20"/>
        </w:rPr>
        <w:t>5:23  aur musalmanon mein yeh misconception phaila diya ke shatm jo hai aik bohat hi blasphemous activity hai jis ka hum bohat hi violently react karna chahiye.</w:t>
      </w:r>
      <w:r>
        <w:br/>
      </w:r>
      <w:r>
        <w:rPr>
          <w:sz w:val="20"/>
        </w:rPr>
        <w:t>5:37  to ghaliban yahi woh kitabein hain jis mein ulama ke, aah, aqwal ko, ulama ki opinions ko collect kiya gaya hai. goya ke woh collection of opinions of fatwas hain, fatwas of Muslim ulama</w:t>
      </w:r>
      <w:r>
        <w:br/>
      </w:r>
      <w:r>
        <w:rPr>
          <w:sz w:val="20"/>
        </w:rPr>
        <w:t>5:50  . to is kitab ke andar aap dekhenge to jo hai teeno musannifeen is had tak jaane ki koshish karte hain ke woh jo hai blasphemy ko, aah, is, aah, minor level par le jaane ki koshish karte hain ke agar kisi ne Amna ka yateem bhi kaha Rasool Allah ke bare mein, aah, aur fan of, aah,</w:t>
      </w:r>
      <w:r>
        <w:br/>
      </w:r>
      <w:r>
        <w:rPr>
          <w:sz w:val="20"/>
        </w:rPr>
        <w:t>6:10  bibi Amna</w:t>
      </w:r>
      <w:r>
        <w:br/>
      </w:r>
      <w:r>
        <w:rPr>
          <w:sz w:val="20"/>
        </w:rPr>
        <w:t>6:12  h, yeh bhi agar kisi ne kaha to woh jo hai blasphemous act kiya aur us ko jo hai us par qatl kiya jayega. to aksar logon ne yahi likha hai ke us ko qatl hi kiya jayega agarche ke woh tauba bhi kar le.</w:t>
      </w:r>
      <w:r>
        <w:br/>
      </w:r>
      <w:r>
        <w:rPr>
          <w:sz w:val="20"/>
        </w:rPr>
        <w:t>6:24  aah, la yastatab. woh kehte hain ke tauba karega tab bhi jo hai us ko qatl hi kiya jayega. aah, bohat sare ulama ki yeh is mein rai batai gayi hai. aah, woh kehte hain ke jo hai kisi ne agar</w:t>
      </w:r>
      <w:r>
        <w:br/>
      </w:r>
      <w:r>
        <w:rPr>
          <w:sz w:val="20"/>
        </w:rPr>
        <w:t>6:34  crime kiya hai aur tauba kiya to tauba karne ki wajah se jaise us ki chori ka gunah maaf nahi kiya jata hai, isi tarah jo hai shatm jo hai isi tarah ka aik masla hai.</w:t>
      </w:r>
      <w:r>
        <w:br/>
      </w:r>
      <w:r>
        <w:rPr>
          <w:sz w:val="20"/>
        </w:rPr>
        <w:t>6:44  aur is par jo hai kabhi is ko maaf nahi kiya jayega, chahe to Khuda hashr ke din us ko maaf kar de. to ghaliban jo hai yahin se woh extremism jo hai musalmanon ne extract kiya hai in kitabon se jo collection of</w:t>
      </w:r>
      <w:r>
        <w:br/>
      </w:r>
      <w:r>
        <w:rPr>
          <w:sz w:val="20"/>
        </w:rPr>
        <w:t>6:56  fatwas hain. basically woh kitabein apne aap mein koi, aah, mustaqil kitab nahi hai. is mein, aah, sab woh hamare ulama ke jo hai opinions ko collect kiya gaya jin mein se majority yahi kehti hai ke jo hai qatl kiya jayega.</w:t>
      </w:r>
      <w:r>
        <w:br/>
      </w:r>
      <w:r>
        <w:rPr>
          <w:sz w:val="20"/>
        </w:rPr>
        <w:t>7:08  agarche ke is mein kuch exceptional statement bhi hai jaise Imam Abu Hanifa kehte hain ke us ko qatl nahi kiya jayega. kyunke woh kehte hain ke jo hai jab shatm Khuda par koi saza nahi hai hamare scholars ke paas to shatm rasool par kaisi saza?</w:t>
      </w:r>
      <w:r>
        <w:br/>
      </w:r>
      <w:r>
        <w:rPr>
          <w:sz w:val="20"/>
        </w:rPr>
        <w:t>7:21  aah, isi tarah jo hai Sufyan Suri aur bohat sare logon ki rai hai ke nahi kiya jayega lekin woh bohat hi aik, aah, minority group of ulama hain.</w:t>
      </w:r>
      <w:r>
        <w:br/>
      </w:r>
      <w:r>
        <w:rPr>
          <w:sz w:val="20"/>
        </w:rPr>
        <w:t>7:29  baqi jo hai zyada tar ulama ki yahi rai hai aur woh is is extreme tak pahunch chuke hain ke jo hai, aah, agar us ne tauba ki tab bhi us ko nahi choda jayega, us ko qatl hi kiya jayega.</w:t>
      </w:r>
      <w:r>
        <w:br/>
      </w:r>
      <w:r>
        <w:rPr>
          <w:sz w:val="20"/>
        </w:rPr>
        <w:t>7:40  to ghaliban jo hai meri is explanation se is masle ki gumabheerta aur jo hai, aah, importance jo hai hamare samne aa gaya hoga.</w:t>
      </w:r>
      <w:r>
        <w:br/>
      </w:r>
      <w:r>
        <w:rPr>
          <w:sz w:val="20"/>
        </w:rPr>
        <w:t>7:49  to</w:t>
      </w:r>
      <w:r>
        <w:br/>
      </w:r>
      <w:r>
        <w:rPr>
          <w:sz w:val="20"/>
        </w:rPr>
        <w:t>7:50  main aap ka shukriya ada karta hoon ke aap ne aik bohat achhe sawal par guftagu karne ka hamein mauqa diya. haan, bohat achhi baat aap ne batai ke yeh kis buniyad par musalmanon ke darmiyan yeh masla itna sensitive ho gaya hai, woh teen kitabein hain.</w:t>
      </w:r>
      <w:r>
        <w:br/>
      </w:r>
      <w:r>
        <w:rPr>
          <w:sz w:val="20"/>
        </w:rPr>
        <w:t>8:07  to is talluq se main apne sunne walon ko yeh batana chahta hoon ke Maulana Wahiduddin Khan sahab ne apni kitab "Shatm-e-Rasool" ka masla jo maine aap ke samne zikr kiya tha, us mein, aah, unhone specially Ibn Taymiyyah ki kitab ko le kar tajziya kiya aur bataya ke un ke jo dalail hain woh kya hain, kis, kahan par ja kar woh, aah, aah, leak karte hain.</w:t>
      </w:r>
      <w:r>
        <w:br/>
      </w:r>
      <w:r>
        <w:rPr>
          <w:sz w:val="20"/>
        </w:rPr>
        <w:t>8:30  aah, waqai woh daleel honi chahiye ya nahi, yeh cheez is mein aap jaan sakte hain is ko parh kar.</w:t>
      </w:r>
    </w:p>
    <w:p>
      <w:pPr>
        <w:pStyle w:val="Heading2"/>
      </w:pPr>
      <w:r>
        <w:t>Jesus in Tazkir-e-Quran</w:t>
      </w:r>
    </w:p>
    <w:p>
      <w:r>
        <w:rPr>
          <w:color w:val="666666"/>
          <w:sz w:val="18"/>
        </w:rPr>
        <w:t>Seerah &amp; Prophet · Islam Ideology, Team and Method October 09, 2011 · 6m 50s · at 1:11:00 · https://youtu.be/zRilc1fG6c0?t=4260</w:t>
      </w:r>
    </w:p>
    <w:p>
      <w:r>
        <w:rPr>
          <w:i/>
        </w:rPr>
        <w:t>“In your book 'Tazkir-e-Quran', you mentioned about Prophet Jesus in such a way that any Christian if realistic cannot remain without guidance. Please tell something about this.”</w:t>
      </w:r>
    </w:p>
    <w:p>
      <w:r>
        <w:rPr>
          <w:sz w:val="20"/>
        </w:rPr>
        <w:t>1:11:00  Mr. Aamir bin Yusuf ne Karachi Pakistan se sawal kiya hai. unhon ne likha hai: "</w:t>
      </w:r>
      <w:r>
        <w:br/>
      </w:r>
      <w:r>
        <w:rPr>
          <w:sz w:val="20"/>
        </w:rPr>
        <w:t>1:11:06  Tazkeer-e-Quran mein aap ne jo Hazrat Isa ka zikr kiya hai, woh aisa hai ke koi bhi Christian agar realistic ho to woh hidayat paaye baghair nahi reh sakta.</w:t>
      </w:r>
      <w:r>
        <w:br/>
      </w:r>
      <w:r>
        <w:rPr>
          <w:sz w:val="20"/>
        </w:rPr>
        <w:t>1:11:19  is ke bare mein kuch bataein." to achi baat dua kijiye ke sab ko hidayat mile. aur main kya karta hoon?</w:t>
      </w:r>
      <w:r>
        <w:br/>
      </w:r>
      <w:r>
        <w:rPr>
          <w:sz w:val="20"/>
        </w:rPr>
        <w:t>1:11:28  ji</w:t>
      </w:r>
      <w:r>
        <w:br/>
      </w:r>
      <w:r>
        <w:rPr>
          <w:sz w:val="20"/>
        </w:rPr>
        <w:t>1:11:29  ji, agar aap is sab is ko samajhte hain, is tarah ka yaani effective, to dua kijiye ke logon ko is se hidayat mile.</w:t>
      </w:r>
      <w:r>
        <w:br/>
      </w:r>
      <w:r>
        <w:rPr>
          <w:sz w:val="20"/>
        </w:rPr>
        <w:t>1:11:38  aur aap kya kar sakte hain? Miss Naghma Siddiqui ne Delhi se likha hai: "Can you elaborate on how we need to be idealistic in ideology and practical in methodology?"</w:t>
      </w:r>
      <w:r>
        <w:br/>
      </w:r>
      <w:r>
        <w:rPr>
          <w:sz w:val="20"/>
        </w:rPr>
        <w:t>1:11:55  dekhein, yeh to har ek hota hi hota hai, lekin hota hai personal matters mein. aur jab baat aaye nation ki ya community ki, to wahan woh ideal chalne lagta hai.</w:t>
      </w:r>
      <w:r>
        <w:br/>
      </w:r>
      <w:r>
        <w:rPr>
          <w:sz w:val="20"/>
        </w:rPr>
        <w:t>1:12:10  koi bhi aisa duniya mein nahi hai ke woh apne family affairs mein, apne bachon ke mamle mein, bachon ke education ke mamle mein, job ke mamle mein, aur business ke mamle mein practical na ho.</w:t>
      </w:r>
      <w:r>
        <w:br/>
      </w:r>
      <w:r>
        <w:rPr>
          <w:sz w:val="20"/>
        </w:rPr>
        <w:t>1:12:25  koi bhi ideal nahi chalata. lekin jaise hi baat aayi ke yaani kal parson mein TV mein sun raha tha, kuch Muslim hazraat bol rahe the Musalmanon ke rights ke bare mein.</w:t>
      </w:r>
      <w:r>
        <w:br/>
      </w:r>
      <w:r>
        <w:rPr>
          <w:sz w:val="20"/>
        </w:rPr>
        <w:t>1:12:41  ek ek se ek barh kar ideal chala raha tha ke Musalman ko yeh milna chahiye, Musalman ko woh milna chahiye. kisi ko is se dilchaspi nahi ke fi waqe possible kya hai,</w:t>
      </w:r>
      <w:r>
        <w:br/>
      </w:r>
      <w:r>
        <w:rPr>
          <w:sz w:val="20"/>
        </w:rPr>
        <w:t>1:12:54  lekin wahi wahi log apne bachon ke mamle mein yeh dekhte hain ke possible kya hai. wahan realistic ban jaate hain, woh yahan idealist, wahan realistic. to main sochta hoon ke yeh aisa nahi ke yeh koi alag se baat keh raha hoon.</w:t>
      </w:r>
      <w:r>
        <w:br/>
      </w:r>
      <w:r>
        <w:rPr>
          <w:sz w:val="20"/>
        </w:rPr>
        <w:t>1:13:09  main wahi jo jo already log apnaye hue hain, usi ko main keh raha hoon. har aadmi apne bachon ke mamle mein, apni family ke mamle mein, apni zaat ke mamle mein realistic hi hai.</w:t>
      </w:r>
      <w:r>
        <w:br/>
      </w:r>
      <w:r>
        <w:rPr>
          <w:sz w:val="20"/>
        </w:rPr>
        <w:t>1:13:24  lekin jab woh baat karta hai qaum ki, nation ki, community ki, to wahan do source ke sath woh idealist ban jaata hai.</w:t>
      </w:r>
      <w:r>
        <w:br/>
      </w:r>
      <w:r>
        <w:rPr>
          <w:sz w:val="20"/>
        </w:rPr>
        <w:t>1:13:35  yeh haqeeqat mein yeh yaani dualism hai, double policy hai. yeh double policy aadmi na kare to har cheez qabil-e-fahm ho jati hai, understandable ho jati hai.</w:t>
      </w:r>
      <w:r>
        <w:br/>
      </w:r>
      <w:r>
        <w:rPr>
          <w:sz w:val="20"/>
        </w:rPr>
        <w:t>1:13:50  Maulana Iqbal Umri ne Tamil Nadu se sawal kiya hai.</w:t>
      </w:r>
      <w:r>
        <w:br/>
      </w:r>
      <w:r>
        <w:rPr>
          <w:sz w:val="20"/>
        </w:rPr>
        <w:t>1:13:58  unhon ne likha hai ke individual base pe kaam karne ka matlab kya hai? is ke bare mein kuch bataein. dekhein, kaam karne ka do tareeqa hai.</w:t>
      </w:r>
      <w:r>
        <w:br/>
      </w:r>
      <w:r>
        <w:rPr>
          <w:sz w:val="20"/>
        </w:rPr>
        <w:t>1:14:09  ek hai individual ko target karna, ek hai system ko target karna.</w:t>
      </w:r>
      <w:r>
        <w:br/>
      </w:r>
      <w:r>
        <w:rPr>
          <w:sz w:val="20"/>
        </w:rPr>
        <w:t>1:14:15  yeh har jagah mein yahan samajhta hoon ke sirf Paighambaron ne aisa kiya hai ke woh individual ko nishana banaya hai.</w:t>
      </w:r>
      <w:r>
        <w:br/>
      </w:r>
      <w:r>
        <w:rPr>
          <w:sz w:val="20"/>
        </w:rPr>
        <w:t>1:14:27  baqi jitne kaam hain, woh system ko nishana banate hain. isi liye jo log system ko nishana banate hain, unhon ne kabhi aaj tak koi positive result nahi diya.</w:t>
      </w:r>
      <w:r>
        <w:br/>
      </w:r>
      <w:r>
        <w:rPr>
          <w:sz w:val="20"/>
        </w:rPr>
        <w:t>1:14:38  mujhe koi ek shakhs, ek woh moment, ek bhi group bataiye jo system ko nishana banati ho, us ne koi positive result diya ho.</w:t>
      </w:r>
      <w:r>
        <w:br/>
      </w:r>
      <w:r>
        <w:rPr>
          <w:sz w:val="20"/>
        </w:rPr>
        <w:t>1:14:49  hamara mission jo hai, woh system based nahi hai, hamara mission individual based hai. to Allah ke fazl se sankaron aadmiyon ko zabardast change aaya hai.</w:t>
      </w:r>
      <w:r>
        <w:br/>
      </w:r>
      <w:r>
        <w:rPr>
          <w:sz w:val="20"/>
        </w:rPr>
        <w:t>1:14:59  kal mere paas saat aise aadmi aaye the jo sab madrasay ke parhe hue hain.</w:t>
      </w:r>
      <w:r>
        <w:br/>
      </w:r>
      <w:r>
        <w:rPr>
          <w:sz w:val="20"/>
        </w:rPr>
        <w:t>1:15:05  un se maine poocha ke hamare mission se aap, hamare mission se wabasta hone ke baad kya aap ke paas badla hua hai?</w:t>
      </w:r>
      <w:r>
        <w:br/>
      </w:r>
      <w:r>
        <w:rPr>
          <w:sz w:val="20"/>
        </w:rPr>
        <w:t>1:15:14  to unhon ne kaha ke pehle hamare paas negative thinking thi, ab hum positive thinker ban gaye hain. yeh yeh sirf isi mission mein aap dekhenge, kisi mission mein nahi dekha.</w:t>
      </w:r>
      <w:r>
        <w:br/>
      </w:r>
      <w:r>
        <w:rPr>
          <w:sz w:val="20"/>
        </w:rPr>
        <w:t>1:15:23  sab ke sab negative hote hain kyunke woh system ko le kar</w:t>
      </w:r>
      <w:r>
        <w:br/>
      </w:r>
      <w:r>
        <w:rPr>
          <w:sz w:val="20"/>
        </w:rPr>
        <w:t>1:15:28  bolte hain. bade bade jalsay, bade bade crowd, bade bade stage, yani stage activism, crowd activism, is se kuch nateeja nahi nikalne wala.</w:t>
      </w:r>
      <w:r>
        <w:br/>
      </w:r>
      <w:r>
        <w:rPr>
          <w:sz w:val="20"/>
        </w:rPr>
        <w:t>1:15:38  jo log system based kaam karte hain, woh kya karte hain? woh crowd ko hum samajhte hain. bada crowd aa gaya to bas bahut badi baat ho gayi.</w:t>
      </w:r>
      <w:r>
        <w:br/>
      </w:r>
      <w:r>
        <w:rPr>
          <w:sz w:val="20"/>
        </w:rPr>
        <w:t>1:15:48  to hum in terms of result koi sochta nahi, in terms of result koi soch</w:t>
      </w:r>
      <w:r>
        <w:br/>
      </w:r>
      <w:r>
        <w:rPr>
          <w:sz w:val="20"/>
        </w:rPr>
        <w:t>1:15:55  ta nahi. hungama khara karenge, media mein aayenge aur popularity milegi. lekin sawal yeh hai ke result kya hua?</w:t>
      </w:r>
      <w:r>
        <w:br/>
      </w:r>
      <w:r>
        <w:rPr>
          <w:sz w:val="20"/>
        </w:rPr>
        <w:t>1:16:03  result to mera manna yeh hai ke maine bahut padha hai, jo log bhi system ko target kiya, jin logon ne bhi, unhon ne bhi koi bhi positive result nahi dikhaya.</w:t>
      </w:r>
      <w:r>
        <w:br/>
      </w:r>
      <w:r>
        <w:rPr>
          <w:sz w:val="20"/>
        </w:rPr>
        <w:t>1:16:16  aur jo individual ko nishana banane ka kaam karte hain, wahi nateeja nikaal paate hain.</w:t>
      </w:r>
      <w:r>
        <w:br/>
      </w:r>
      <w:r>
        <w:rPr>
          <w:sz w:val="20"/>
        </w:rPr>
        <w:t>1:16:23  hum ne Allah ke fazl se individual ko target kiya hai. hum ko crowd se koi dilchaspi nahi, stage activities se koi dilchaspi nahi, is yani media mein aane se koi dilchaspi nahi.</w:t>
      </w:r>
      <w:r>
        <w:br/>
      </w:r>
      <w:r>
        <w:rPr>
          <w:sz w:val="20"/>
        </w:rPr>
        <w:t>1:16:37  afraad ke mind ko badalna, yani re engineering of minds, yeh hamara nishana hai aur isi mein result nikalta</w:t>
      </w:r>
      <w:r>
        <w:br/>
      </w:r>
      <w:r>
        <w:rPr>
          <w:sz w:val="20"/>
        </w:rPr>
        <w:t>1:16:45  hai. magar yeh hai bahut mushkil, mushkil kaam, bahut mushkil kaam kyunke is mein aap ko sacrifice karni padti hai ke aap ko popularity na mile, aap apne qaum se alag thalag ho jayein,</w:t>
      </w:r>
      <w:r>
        <w:br/>
      </w:r>
      <w:r>
        <w:rPr>
          <w:sz w:val="20"/>
        </w:rPr>
        <w:t>1:16:58  aap ke paas bade bade shandar idare na hon, aap bade bade jalsay na kar payein, bade bade crowd aap ke saath na hon, logon ko dikhai dene wale kaam aap ke saath na hon.</w:t>
      </w:r>
      <w:r>
        <w:br/>
      </w:r>
      <w:r>
        <w:rPr>
          <w:sz w:val="20"/>
        </w:rPr>
        <w:t>1:17:13  yeh badi sacrifice ki baat hai, bahut sacrifice ki baat hai. lekin result nikalta hai to isi mission mein jo individual ko target karta ho, target karta ho,</w:t>
      </w:r>
      <w:r>
        <w:br/>
      </w:r>
      <w:r>
        <w:rPr>
          <w:sz w:val="20"/>
        </w:rPr>
        <w:t>1:17:29  jo system ko target karta hai, woh dhoom ek dhoom machati hai. khwam sadkein bhar gayi hain, park bhar gaye hain, har taraf dhoom machi hui hai. aakhir mein kya hai?</w:t>
      </w:r>
      <w:r>
        <w:br/>
      </w:r>
      <w:r>
        <w:rPr>
          <w:sz w:val="20"/>
        </w:rPr>
        <w:t>1:17:38  result kuch nahi hai. to hum Allah ke fazl se is se, Allah ne hum ko bachaya hai aur hum individual ko nishana par kaam kar rahe hain.</w:t>
      </w:r>
    </w:p>
    <w:p>
      <w:pPr>
        <w:pStyle w:val="Heading2"/>
      </w:pPr>
      <w:r>
        <w:t>Keeping beard despite knowing sunnah</w:t>
      </w:r>
    </w:p>
    <w:p>
      <w:r>
        <w:rPr>
          <w:color w:val="666666"/>
          <w:sz w:val="18"/>
        </w:rPr>
        <w:t>Seerah &amp; Prophet · God in the Age of Science January 08, 2017 · 1m 01s · at 1:13:04 · https://youtu.be/au1bRdQDZ0U?t=4384</w:t>
      </w:r>
    </w:p>
    <w:p>
      <w:r>
        <w:rPr>
          <w:i/>
        </w:rPr>
        <w:t>“Keeping a beard is part of an Islamic life and one of the favorite sunnah of the Prophet. Of a person despite knowing this does not keep it, what is the guidance?”</w:t>
      </w:r>
    </w:p>
    <w:p>
      <w:r>
        <w:rPr>
          <w:sz w:val="20"/>
        </w:rPr>
        <w:t>1:13:04  billah hamein shaitan al-rajim kehna parega tab use nijat milegi molana agla sawal abbas bhatt sahib</w:t>
      </w:r>
      <w:r>
        <w:br/>
      </w:r>
      <w:r>
        <w:rPr>
          <w:sz w:val="20"/>
        </w:rPr>
        <w:t>1:13:12  ne kiya hai kashmir se unhon ne likha hai keeping a beard is part of an islamic life</w:t>
      </w:r>
      <w:r>
        <w:br/>
      </w:r>
      <w:r>
        <w:rPr>
          <w:sz w:val="20"/>
        </w:rPr>
        <w:t>1:13:20  And one of the favorite Sunnah of our Prophet, if a person, despite knowing this, does not keep</w:t>
      </w:r>
      <w:r>
        <w:br/>
      </w:r>
      <w:r>
        <w:rPr>
          <w:sz w:val="20"/>
        </w:rPr>
        <w:t>1:13:27  a beard deen what would you say to him dekhein hum ye aisa hamare mozuat nahi hain jis</w:t>
      </w:r>
      <w:r>
        <w:br/>
      </w:r>
      <w:r>
        <w:rPr>
          <w:sz w:val="20"/>
        </w:rPr>
        <w:t>1:13:35  ke mozuat ye hain use puchiye jo log insurance mein phanse hue hain un se puchiye hum to</w:t>
      </w:r>
      <w:r>
        <w:br/>
      </w:r>
      <w:r>
        <w:rPr>
          <w:sz w:val="20"/>
        </w:rPr>
        <w:t>1:13:43  marifat ki aur dawah ki baat karte hain marifat o dawah ke bare mein poochna hai to hum</w:t>
      </w:r>
      <w:r>
        <w:br/>
      </w:r>
      <w:r>
        <w:rPr>
          <w:sz w:val="20"/>
        </w:rPr>
        <w:t>1:13:50  se pooch sakte hain baki dadi aur pajama aap ka aap ka concern hai to un se poochein</w:t>
      </w:r>
      <w:r>
        <w:br/>
      </w:r>
      <w:r>
        <w:rPr>
          <w:sz w:val="20"/>
        </w:rPr>
        <w:t>1:13:58  jo is ka expert hain mein is ka expert nahi hoon ji molana professor najma siddiqui ne dilli</w:t>
      </w:r>
    </w:p>
    <w:p>
      <w:pPr>
        <w:pStyle w:val="Heading2"/>
      </w:pPr>
      <w:r>
        <w:t>Killing of Poet as Proof in Family Law</w:t>
      </w:r>
    </w:p>
    <w:p>
      <w:r>
        <w:rPr>
          <w:color w:val="666666"/>
          <w:sz w:val="18"/>
        </w:rPr>
        <w:t>Seerah &amp; Prophet · The Issue of Shatm-e-Rasool (Abuse of the Prophet) December 19, 2021 Prof. Farida Khanam · 4m 39s · at 45:57 · https://youtu.be/ExQS_PHirUc?t=2757</w:t>
      </w:r>
    </w:p>
    <w:p>
      <w:r>
        <w:rPr>
          <w:i/>
        </w:rPr>
        <w:t>“Supporters of the blessed family law cite the killing of a poet as proof. Why is it wrong to cite it as proof?”</w:t>
      </w:r>
    </w:p>
    <w:p>
      <w:r>
        <w:rPr>
          <w:sz w:val="20"/>
        </w:rPr>
        <w:t>45:57  hope people learn lessons from it. very meaningful lecture." apaa agla sawal ab mein lena chahunga, yeh bheja hai ah, yeh bhi basit sahib ne bheja hai delhi se, unhon ne likha hai ke: "supporters of blasphemy law side the killing of a poet as proof.</w:t>
      </w:r>
      <w:r>
        <w:br/>
      </w:r>
      <w:r>
        <w:rPr>
          <w:sz w:val="20"/>
        </w:rPr>
        <w:t>46:20  why is it wrong to side it as a proof?" is ke bare mein bataein,</w:t>
      </w:r>
      <w:r>
        <w:br/>
      </w:r>
      <w:r>
        <w:rPr>
          <w:sz w:val="20"/>
        </w:rPr>
        <w:t>46:27  mere khayal se yeh shayad ka'ab bin ashraf ka acha ka zikr kar rahe hain. ka'ab bin ashraf ka mamla jo tha, asal mein is ko yak tarfa taur par dekhte hain hum ke sirf rasool allah ki woh shatm karta tha, aisa nahi hai.</w:t>
      </w:r>
      <w:r>
        <w:br/>
      </w:r>
      <w:r>
        <w:rPr>
          <w:sz w:val="20"/>
        </w:rPr>
        <w:t>46:42  woh madina ki jo riyasat thi, us ke khilaf tha, woh us se ghaddari karta tha, baghavat kar raha tha. is buniyad par us ko rasool allah salallahu alaihi wasallam ne waisa karwaya tha.</w:t>
      </w:r>
      <w:r>
        <w:br/>
      </w:r>
      <w:r>
        <w:rPr>
          <w:sz w:val="20"/>
        </w:rPr>
        <w:t>46:51  woh us ka case nahi tha, shatm rasool ka case nahi tha. woh jitne logon ko bhi rasool allah salallahu alaihi wasallam ne qatl karwaya, asal mein baghavat ka case tha.</w:t>
      </w:r>
      <w:r>
        <w:br/>
      </w:r>
      <w:r>
        <w:rPr>
          <w:sz w:val="20"/>
        </w:rPr>
        <w:t>47:00  woh riyasat se us ke muqable mein dekhiye, jo jo log khalis kehte hain ke shatm rasool ka mamla, us par kisi ko nahi marwaya tha.</w:t>
      </w:r>
      <w:r>
        <w:br/>
      </w:r>
      <w:r>
        <w:rPr>
          <w:sz w:val="20"/>
        </w:rPr>
        <w:t>47:09  hazrat abu huraira ki maa thi, koi baghavat nahi tha un ka. unhon ne keh diya to rasool allah salallahu alaihi wasallam ne us ke liye dua kiya. isi tarike se ah, hunain ke mauqe par, aakhri rasool allah salallahu alaihi wasallam ki zindagi ka aakhri mauqa hai, hunain ka.</w:t>
      </w:r>
      <w:r>
        <w:br/>
      </w:r>
      <w:r>
        <w:rPr>
          <w:sz w:val="20"/>
        </w:rPr>
        <w:t>47:23  hunain ke mauqe par ek aadmi ne aa kar keh diya: "allah! aye rasool!</w:t>
      </w:r>
      <w:r>
        <w:br/>
      </w:r>
      <w:r>
        <w:rPr>
          <w:sz w:val="20"/>
        </w:rPr>
        <w:t>47:27  aye muhammad! tum ne insaaf se kaam nahi liya." rasool allah salallahu alaihi wasallam ko bohat takleef hui thi us waqt, aur hazrat umar ne uth kar kaha tha ke: "ah, aap agar ijazat dein to mein us ko qatl karoon." to rasool allah salallahu alaihi wasallam ne un ko qatl karne nahi diya tha.</w:t>
      </w:r>
      <w:r>
        <w:br/>
      </w:r>
      <w:r>
        <w:rPr>
          <w:sz w:val="20"/>
        </w:rPr>
        <w:t>47:41  to yeh khalis jo kehte hain, pure shatm wala mamla, blasphemy wala mamla, us mein kisi ne qatl nahi kiya. in logon ko qatl kiya gaya jo baghavat karte the. to zahir si baat hai, jo baghavat karega, kabhi rasool allah salallahu alaihi wasallam ko gaali bhi dega, kabhi riyasat ke khilaf bhi jayega.</w:t>
      </w:r>
      <w:r>
        <w:br/>
      </w:r>
      <w:r>
        <w:rPr>
          <w:sz w:val="20"/>
        </w:rPr>
        <w:t>47:54  yeh sari cheezein us mein hoti hain. to sirf ek cheez le kar kahenge to aise shatm karne wale bohat sare the, us ko maaf kiya tha. is se yahi maloom hota hai ke shatm ke mamle par nahi qatl kiya gaya tha ka'ab bin ashraf ko ya</w:t>
      </w:r>
      <w:r>
        <w:br/>
      </w:r>
      <w:r>
        <w:rPr>
          <w:sz w:val="20"/>
        </w:rPr>
        <w:t>48:07  doosre logon ko qatl nahi kiya gaya tha. woh baghavat ka case tha. haan, yeh ah, farhad sahib, mujhe bhi yaad aa raha hai ke it was a case of treason.</w:t>
      </w:r>
      <w:r>
        <w:br/>
      </w:r>
      <w:r>
        <w:rPr>
          <w:sz w:val="20"/>
        </w:rPr>
        <w:t>48:16  ah, un ka ta'alluq jo hai, woh shayad ah, banu ah, quraiza ya ah, is is tribe se tha. aur us time pe ek agreement bhi hua tha prophet ka between the jewish tribes ah ke jo bahar ke enemies hain, un ke sath aap koi bhi ta'alluq ya koi support nahi k</w:t>
      </w:r>
      <w:r>
        <w:br/>
      </w:r>
      <w:r>
        <w:rPr>
          <w:sz w:val="20"/>
        </w:rPr>
        <w:t>48:35  renge. Lekin Ka'b bin Ashraf ne na na kewal ah, un se contact kiya balkeh planning kari.</w:t>
      </w:r>
      <w:r>
        <w:br/>
      </w:r>
      <w:r>
        <w:rPr>
          <w:sz w:val="20"/>
        </w:rPr>
        <w:t>48:42  تو it is like کہ آپ جیسے آج کے لحاظ سے اگر آپ دیکھیں کہ اگر ہم انڈیا</w:t>
      </w:r>
      <w:r>
        <w:br/>
      </w:r>
      <w:r>
        <w:rPr>
          <w:sz w:val="20"/>
        </w:rPr>
        <w:t>48:47  mein rehte hain aur India mein rehte hue hum kisi aur country ke sath ah, yeh planning karein</w:t>
      </w:r>
      <w:r>
        <w:br/>
      </w:r>
      <w:r>
        <w:rPr>
          <w:sz w:val="20"/>
        </w:rPr>
        <w:t>48:53  ke koi enemy hamari country mein aaye aur woh India pe attack kare, ya similarly aap jis country</w:t>
      </w:r>
      <w:r>
        <w:br/>
      </w:r>
      <w:r>
        <w:rPr>
          <w:sz w:val="20"/>
        </w:rPr>
        <w:t>49:00  mein rehte hain aur aap ka citizen doosri country ke sath yeh planning kare ya plot kare ah</w:t>
      </w:r>
      <w:r>
        <w:br/>
      </w:r>
      <w:r>
        <w:rPr>
          <w:sz w:val="20"/>
        </w:rPr>
        <w:t>49:06  ke us country pe attack ho, to natural hai ke aaj ka bhi jo ah, justice system hai,</w:t>
      </w:r>
      <w:r>
        <w:br/>
      </w:r>
      <w:r>
        <w:rPr>
          <w:sz w:val="20"/>
        </w:rPr>
        <w:t>49:12  woh is ko treason ke level pe lega aur is ki saza ah, yaqeenan ah, is ki</w:t>
      </w:r>
      <w:r>
        <w:br/>
      </w:r>
      <w:r>
        <w:rPr>
          <w:sz w:val="20"/>
        </w:rPr>
        <w:t>49:17  saza ah, ah, maut hi ho</w:t>
      </w:r>
      <w:r>
        <w:br/>
      </w:r>
      <w:r>
        <w:rPr>
          <w:sz w:val="20"/>
        </w:rPr>
        <w:t>49:20  gi. to yeh woh wala ah, aspect tha, na ke ah ke ek poet ne kuch kaha aur us ko phir saza di gayi. aur jaise apaa ne bhi abhi example diya ke ah, abdullah ibn abi ka jo waqia hai ke woh he was a leader of the hypocrites, but un ki natural</w:t>
      </w:r>
      <w:r>
        <w:br/>
      </w:r>
      <w:r>
        <w:rPr>
          <w:sz w:val="20"/>
        </w:rPr>
        <w:t>49:37  death hui. in fact, ek ibn taimiya ki kitab mein yeh bhi zikr hai ke abu quafa, jo abubakar ke father the, ah, un ke hawale se bhi aaya.</w:t>
      </w:r>
      <w:r>
        <w:br/>
      </w:r>
      <w:r>
        <w:rPr>
          <w:sz w:val="20"/>
        </w:rPr>
        <w:t>49:46  aur abubakar ne, hazrat abubakar ne prophet ko kaha ke ah, mein un ka qatl karta hoon, lekin prophet ne idhar bhi un ko mana kiya. sirf yeh ek case hai jis ko aksar log generalize karte hain, but woh tamam log jo prophet ke khilaf the, ah, prophet ke against unhon ne plot kiya, ah, un sab ko maaf kiya gaya.</w:t>
      </w:r>
      <w:r>
        <w:br/>
      </w:r>
      <w:r>
        <w:rPr>
          <w:sz w:val="20"/>
        </w:rPr>
        <w:t>50:06  ah,</w:t>
      </w:r>
      <w:r>
        <w:br/>
      </w:r>
      <w:r>
        <w:rPr>
          <w:sz w:val="20"/>
        </w:rPr>
        <w:t>50:07  jaise ah, main ne jo abhi bhi example diya tha, ah, woh Badr ke mauqe mein bhi, Uhud ke mauqe mein bhi, Trench ke mauqe mein bhi, aur jab Fatah Makkah jab fateh hua, tab bhi woh prophet ke ah, khilaf aaye, lekin ah, un ko maaf kar diya gaya, balkeh uhda bhi diya gaya.</w:t>
      </w:r>
      <w:r>
        <w:br/>
      </w:r>
      <w:r>
        <w:rPr>
          <w:sz w:val="20"/>
        </w:rPr>
        <w:t>50:25  to ah, yeh ek ah, jo hai, its its a wrong attribution ah, in in in the aspect of that why they were killed.</w:t>
      </w:r>
    </w:p>
    <w:p>
      <w:pPr>
        <w:pStyle w:val="Heading2"/>
      </w:pPr>
      <w:r>
        <w:t>Later generations understanding message better</w:t>
      </w:r>
    </w:p>
    <w:p>
      <w:r>
        <w:rPr>
          <w:color w:val="666666"/>
          <w:sz w:val="18"/>
        </w:rPr>
        <w:t>Seerah &amp; Prophet · The Message of Eid Al-Adha November 6, 2011 Maulana Wahiduddin Khan · 3m 38s · at 1:07:38 · https://youtu.be/y59PU_RD2cg?t=4058</w:t>
      </w:r>
    </w:p>
    <w:p>
      <w:r>
        <w:rPr>
          <w:i/>
        </w:rPr>
        <w:t>“In the khutbah of Hajjatul Wida, I have read that the Prophet of Islam said that the ones who will come later will understand this message better. Is my understanding correct? And if so, can you please elaborate?”</w:t>
      </w:r>
    </w:p>
    <w:p>
      <w:r>
        <w:rPr>
          <w:sz w:val="20"/>
        </w:rPr>
        <w:t>1:07:38  mister faisal siddiqui ne US se sawal kiya hai. unhon ne likha hai: "In the khutbah of Hajjatul Wida, I have read that the Prophet of Islam said that the ones who will come later will understand this message better." Maulana, "Is my understand</w:t>
      </w:r>
      <w:r>
        <w:br/>
      </w:r>
      <w:r>
        <w:rPr>
          <w:sz w:val="20"/>
        </w:rPr>
        <w:t>1:07:58  ing correct? And if so, can you please elaborate?" nahin, aisa to nahin hai. sirf yeh hai ke us mein jahan tak maine parha hai ke</w:t>
      </w:r>
      <w:r>
        <w:br/>
      </w:r>
      <w:r>
        <w:rPr>
          <w:sz w:val="20"/>
        </w:rPr>
        <w:t>1:08:14  woh ke mumkin hai ke jis ko tum pahuncha rahe ho, woh un mein aise bhi afraad hon jo zyada acha samajh saken. yeh matlab nahin ke jo baat ko aaye ga, woh lazman acha samjhe ga.</w:t>
      </w:r>
      <w:r>
        <w:br/>
      </w:r>
      <w:r>
        <w:rPr>
          <w:sz w:val="20"/>
        </w:rPr>
        <w:t>1:08:25  rub muballigh awam sam'een</w:t>
      </w:r>
      <w:r>
        <w:br/>
      </w:r>
      <w:r>
        <w:rPr>
          <w:sz w:val="20"/>
        </w:rPr>
        <w:t>1:08:28  yaani aisa nahin ke sirf baat ko aane ki wajah se woh zyada samjhe ga. matlab, baat ko jo log hote hain, un mein koi aisa ho sakta hai jo sunne wale ko zyada samajh len baat ko.</w:t>
      </w:r>
      <w:r>
        <w:br/>
      </w:r>
      <w:r>
        <w:rPr>
          <w:sz w:val="20"/>
        </w:rPr>
        <w:t>1:08:40  to us mein koi, yaani aisa nahin ke pehle wale se better honge doosre wale. pehle walon mein bhi aise log honge jo zyada samjhen ge aur kam samjhen ge.</w:t>
      </w:r>
      <w:r>
        <w:br/>
      </w:r>
      <w:r>
        <w:rPr>
          <w:sz w:val="20"/>
        </w:rPr>
        <w:t>1:08:49  yeh farq pehle walon pe rahe ga aur baad walon pe rahe ga. rub muballigh awam sam'een</w:t>
      </w:r>
      <w:r>
        <w:br/>
      </w:r>
      <w:r>
        <w:rPr>
          <w:sz w:val="20"/>
        </w:rPr>
        <w:t>1:08:57  ba'z aise honge jin tak baat ko, jin ko baat pahunche, yaani baat ko, aur woh zyada baat ko samajh saken.</w:t>
      </w:r>
      <w:r>
        <w:br/>
      </w:r>
      <w:r>
        <w:rPr>
          <w:sz w:val="20"/>
        </w:rPr>
        <w:t>1:09:07  to yeh zabani mamla nahin hai. yeh yeh yeh farq jo hota hi hai hamesha. to jo log sun rahe the, un mein bhi farq tha.</w:t>
      </w:r>
      <w:r>
        <w:br/>
      </w:r>
      <w:r>
        <w:rPr>
          <w:sz w:val="20"/>
        </w:rPr>
        <w:t>1:09:17  jo baat ko sunenge, un mein bhi farq rahe ga. yeh teesri baat hai.</w:t>
      </w:r>
      <w:r>
        <w:br/>
      </w:r>
      <w:r>
        <w:rPr>
          <w:sz w:val="20"/>
        </w:rPr>
        <w:t>1:09:23  miss naghma siddiqui ne dilli se likha hai:</w:t>
      </w:r>
      <w:r>
        <w:br/>
      </w:r>
      <w:r>
        <w:rPr>
          <w:sz w:val="20"/>
        </w:rPr>
        <w:t>1:09:27  "You said once that Hajj symbolizes universal دعویٰ. Can you please elaborate on this?"</w:t>
      </w:r>
      <w:r>
        <w:br/>
      </w:r>
      <w:r>
        <w:rPr>
          <w:sz w:val="20"/>
        </w:rPr>
        <w:t>1:09:40  aap dekhiye ke haj mein kya hota hai. haj ek global mobilization hota hai. har mulk se nikalte hain log, nikal nikal ke wahan ja rahe hain.</w:t>
      </w:r>
      <w:r>
        <w:br/>
      </w:r>
      <w:r>
        <w:rPr>
          <w:sz w:val="20"/>
        </w:rPr>
        <w:t>1:09:50  ab raste mein interaction hoga. to agar speed ho to raste bhar daawati kaam karte rahenge. woh</w:t>
      </w:r>
      <w:r>
        <w:br/>
      </w:r>
      <w:r>
        <w:rPr>
          <w:sz w:val="20"/>
        </w:rPr>
        <w:t>1:09:58  misalan, woh printed form mein agar kuch kitabein rakhein to milne walon ko dete rahenge. wapsi mein bhi, jaate bhi.</w:t>
      </w:r>
      <w:r>
        <w:br/>
      </w:r>
      <w:r>
        <w:rPr>
          <w:sz w:val="20"/>
        </w:rPr>
        <w:t>1:10:07  phir wahan par jo planning hogi dawat ki, usko wapas laut kar ke us planning ko poora karenge. to aisi cheez hai ke speed ghayab hai.</w:t>
      </w:r>
      <w:r>
        <w:br/>
      </w:r>
      <w:r>
        <w:rPr>
          <w:sz w:val="20"/>
        </w:rPr>
        <w:t>1:10:17  log haj ko sirf ek ritual ke sense mein lete hain. yeh nahi lete ke yeh uski jo asal jar hai, Hazrat Ibrahim ki sunnat par amal</w:t>
      </w:r>
      <w:r>
        <w:br/>
      </w:r>
      <w:r>
        <w:rPr>
          <w:sz w:val="20"/>
        </w:rPr>
        <w:t>1:10:27  karna. Hazrat Ibrahim mukammal to dawat-e-badehi the, unki sari activities dawah besh thi. to Hazrat Ibrahim wali zindagi ko ikhtiyar karna, yeh agar ho logon ke zehan mein to jaate hue, aate hue, wahan ke ikhtitam mein, aur phir wapsi mein,</w:t>
      </w:r>
      <w:r>
        <w:br/>
      </w:r>
      <w:r>
        <w:rPr>
          <w:sz w:val="20"/>
        </w:rPr>
        <w:t>1:10:48  yani woh dawati kaam par ke liye sargaram ho jayenge.</w:t>
      </w:r>
      <w:r>
        <w:br/>
      </w:r>
      <w:r>
        <w:rPr>
          <w:sz w:val="20"/>
        </w:rPr>
        <w:t>1:10:53  lekin yahi cheez mafqood hai. yani logon ke zehan mein yeh taza nahi hai ke Hazrat Ibrahim ki zindagi dawati zindagi thi. woh bohat bade dawi the, aur isi ki khatir yeh sab rakha gaya hai.</w:t>
      </w:r>
      <w:r>
        <w:br/>
      </w:r>
      <w:r>
        <w:rPr>
          <w:sz w:val="20"/>
        </w:rPr>
        <w:t>1:11:06  sab to jo manasik hain, woh manasik ke form ko le liya logon ne, speed ko chhod diya hai. yeh hai masla.</w:t>
      </w:r>
    </w:p>
    <w:p>
      <w:pPr>
        <w:pStyle w:val="Heading2"/>
      </w:pPr>
      <w:r>
        <w:t>Lifestyle of the Companions in hadith</w:t>
      </w:r>
    </w:p>
    <w:p>
      <w:r>
        <w:rPr>
          <w:color w:val="666666"/>
          <w:sz w:val="18"/>
        </w:rPr>
        <w:t>Seerah &amp; Prophet · The Character of a Dayee 4 March 2012 - Maulana Wahiduddin Khan · 50s · at 1:40:23 · https://youtu.be/YtavJpVNbEM?t=6023</w:t>
      </w:r>
    </w:p>
    <w:p>
      <w:r>
        <w:rPr>
          <w:i/>
        </w:rPr>
        <w:t>“What was the system of eating, living and sleeping of the Companions? Explain in the light of hadith.”</w:t>
      </w:r>
    </w:p>
    <w:p>
      <w:r>
        <w:rPr>
          <w:sz w:val="20"/>
        </w:rPr>
        <w:t>1:40:23  tab tak yahi sab rahega. Maulana, un ka ek aur sawal hai. unhone poocha hai ke: "sahaba ke khane, rehne aur sone ka kya nizam tha?</w:t>
      </w:r>
      <w:r>
        <w:br/>
      </w:r>
      <w:r>
        <w:rPr>
          <w:sz w:val="20"/>
        </w:rPr>
        <w:t>1:40:34  hadees ki roshni mein bataein."</w:t>
      </w:r>
      <w:r>
        <w:br/>
      </w:r>
      <w:r>
        <w:rPr>
          <w:sz w:val="20"/>
        </w:rPr>
        <w:t>1:40:40  aap woh kitab padh lijiye: "Maulana Altaf, Maulana woh kya naam tha? Hayat al-Sahaba ka?" Yassu, Yassu, haan, Yassu, author ka naam tha, Yusuf Kandhalvi.</w:t>
      </w:r>
      <w:r>
        <w:br/>
      </w:r>
      <w:r>
        <w:rPr>
          <w:sz w:val="20"/>
        </w:rPr>
        <w:t>1:40:51  haan, Maulana Yusuf Kandhalvi ki kitab hai, bohat hi comprehensive kitab hai. woh Hayat al-Sahaba,</w:t>
      </w:r>
      <w:r>
        <w:br/>
      </w:r>
      <w:r>
        <w:rPr>
          <w:sz w:val="20"/>
        </w:rPr>
        <w:t>1:41:01  woh arabi mein, urdu mein, angrezi mein chhap chuki hai. aap jo zuban aap ko aasan ho, use padhiye, is mein poori tafseel mil jayegi aap ko.</w:t>
      </w:r>
    </w:p>
    <w:p>
      <w:pPr>
        <w:pStyle w:val="Heading2"/>
      </w:pPr>
      <w:r>
        <w:t>Love of the Prophet advice</w:t>
      </w:r>
    </w:p>
    <w:p>
      <w:r>
        <w:rPr>
          <w:color w:val="666666"/>
          <w:sz w:val="18"/>
        </w:rPr>
        <w:t>Seerah &amp; Prophet · God Oriented Life (In Conversation with Maulana) 23 10 11 · 4m 17s · at 28:03 · https://youtu.be/E_LWwsWww2U?t=1683</w:t>
      </w:r>
    </w:p>
    <w:p>
      <w:r>
        <w:rPr>
          <w:i/>
        </w:rPr>
        <w:t>“I have just returned from a program where a Mufti of a Maryland mosque was delivering a lecture on the topic 'Love of the Prophet'. He was advising people to love the Prophet by... Please comment.”</w:t>
      </w:r>
    </w:p>
    <w:p>
      <w:r>
        <w:rPr>
          <w:sz w:val="20"/>
        </w:rPr>
        <w:t>28:03  molana agla sawal mister khawaja kaleemuddin ne kiya hai america se unhon ne likha hai i have</w:t>
      </w:r>
      <w:r>
        <w:br/>
      </w:r>
      <w:r>
        <w:rPr>
          <w:sz w:val="20"/>
        </w:rPr>
        <w:t>28:11  just returned from a program where a mufti of a maryland masjid had arrived and was delivering</w:t>
      </w:r>
      <w:r>
        <w:br/>
      </w:r>
      <w:r>
        <w:rPr>
          <w:sz w:val="20"/>
        </w:rPr>
        <w:t>28:18  a lecture on the topic love of the prophet he was advising people to love the prophet by</w:t>
      </w:r>
      <w:r>
        <w:br/>
      </w:r>
      <w:r>
        <w:rPr>
          <w:sz w:val="20"/>
        </w:rPr>
        <w:t>28:25  liking the things what he liked he said the prophet used to like squash in urdu it is</w:t>
      </w:r>
      <w:r>
        <w:br/>
      </w:r>
      <w:r>
        <w:rPr>
          <w:sz w:val="20"/>
        </w:rPr>
        <w:t>28:33  kaddu he said we should all eat squash the other thing what he said was that in the</w:t>
      </w:r>
      <w:r>
        <w:br/>
      </w:r>
      <w:r>
        <w:rPr>
          <w:sz w:val="20"/>
        </w:rPr>
        <w:t>28:40  day of qyamat the prophet will stand at the gate of jannah and will not enter until each</w:t>
      </w:r>
      <w:r>
        <w:br/>
      </w:r>
      <w:r>
        <w:rPr>
          <w:sz w:val="20"/>
        </w:rPr>
        <w:t>28:48  and every person</w:t>
      </w:r>
      <w:r>
        <w:br/>
      </w:r>
      <w:r>
        <w:rPr>
          <w:sz w:val="20"/>
        </w:rPr>
        <w:t>28:50  of his ummah has not entered is</w:t>
      </w:r>
      <w:r>
        <w:br/>
      </w:r>
      <w:r>
        <w:rPr>
          <w:sz w:val="20"/>
        </w:rPr>
        <w:t>28:53  this is true yeh sab bilkul baseless baatein hain ke taqreer karne wale se baatein bola karte hain</w:t>
      </w:r>
      <w:r>
        <w:br/>
      </w:r>
      <w:r>
        <w:rPr>
          <w:sz w:val="20"/>
        </w:rPr>
        <w:t>29:03  rasoolullah ke muamle mein dekhiye</w:t>
      </w:r>
      <w:r>
        <w:br/>
      </w:r>
      <w:r>
        <w:rPr>
          <w:sz w:val="20"/>
        </w:rPr>
        <w:t>29:06  jo basic hamara</w:t>
      </w:r>
      <w:r>
        <w:br/>
      </w:r>
      <w:r>
        <w:rPr>
          <w:sz w:val="20"/>
        </w:rPr>
        <w:t>29:09  jo jo hona chahiye tareeqa woh ek aayat mein bata diya gaya hai woh aayat hai qul in</w:t>
      </w:r>
      <w:r>
        <w:br/>
      </w:r>
      <w:r>
        <w:rPr>
          <w:sz w:val="20"/>
        </w:rPr>
        <w:t>29:18  kun tum tuhibbunallaha fatabiuni yuhbibkumullahu surah al imran mein qul in kun tum tuhibbunallaha fatabiuni yuhbibkumullahu</w:t>
      </w:r>
      <w:r>
        <w:br/>
      </w:r>
      <w:r>
        <w:rPr>
          <w:sz w:val="20"/>
        </w:rPr>
        <w:t>29:30  dekhiye iska tarjuma yeh hai kaho</w:t>
      </w:r>
      <w:r>
        <w:br/>
      </w:r>
      <w:r>
        <w:rPr>
          <w:sz w:val="20"/>
        </w:rPr>
        <w:t>29:34  ke agar tum Allah se mohabbat karte ho to rasool ko itba</w:t>
      </w:r>
      <w:r>
        <w:br/>
      </w:r>
      <w:r>
        <w:rPr>
          <w:sz w:val="20"/>
        </w:rPr>
        <w:t>29:38  karo toh itba is se nikalta hai ke rasool se ke bare mein jo matloob hai aslan woh itba hai toh yeh lekin itba ka matlab yeh nahi ke woh kaddu khaye toh hum kaddu khaye yeh hargiz nahi matlab is ka hai itba deen ke maamle mein</w:t>
      </w:r>
      <w:r>
        <w:br/>
      </w:r>
      <w:r>
        <w:rPr>
          <w:sz w:val="20"/>
        </w:rPr>
        <w:t>29:58  ulama ne dekhiye tafrigh ki hai sunnat aadiyah sunnat ghair aadiyah yaani arab ki aadat ke mutabiq</w:t>
      </w:r>
      <w:r>
        <w:br/>
      </w:r>
      <w:r>
        <w:rPr>
          <w:sz w:val="20"/>
        </w:rPr>
        <w:t>30:08  kuch cheezein thi wahan par jo rasool Allah ne ikhtiyar kiya jaise kaddu kha liya to kaddu sunnat</w:t>
      </w:r>
      <w:r>
        <w:br/>
      </w:r>
      <w:r>
        <w:rPr>
          <w:sz w:val="20"/>
        </w:rPr>
        <w:t>30:13  nahi hai woh arab ki aadat hai</w:t>
      </w:r>
      <w:r>
        <w:br/>
      </w:r>
      <w:r>
        <w:rPr>
          <w:sz w:val="20"/>
        </w:rPr>
        <w:t>30:17  jo sunnat hai woh hai jo rasool sallallahu alaihi wasallam ne zuban se farmaya ho ke aisa</w:t>
      </w:r>
      <w:r>
        <w:br/>
      </w:r>
      <w:r>
        <w:rPr>
          <w:sz w:val="20"/>
        </w:rPr>
        <w:t>30:21  karo ke aap ne farmaya ke ke salu kama rait مني asli namaz is tarah padho dekh kar</w:t>
      </w:r>
      <w:r>
        <w:br/>
      </w:r>
      <w:r>
        <w:rPr>
          <w:sz w:val="20"/>
        </w:rPr>
        <w:t>30:31  jaise ke main padhta hoon ke aap ne farmaya to yeh masla ulama ka muslim hai ke rasool</w:t>
      </w:r>
      <w:r>
        <w:br/>
      </w:r>
      <w:r>
        <w:rPr>
          <w:sz w:val="20"/>
        </w:rPr>
        <w:t>30:37  Allah ne lafzan jis baat ko kaha ho woh hukum banega aur yeh jo yeh jo hai</w:t>
      </w:r>
      <w:r>
        <w:br/>
      </w:r>
      <w:r>
        <w:rPr>
          <w:sz w:val="20"/>
        </w:rPr>
        <w:t>30:43  khane</w:t>
      </w:r>
      <w:r>
        <w:br/>
      </w:r>
      <w:r>
        <w:rPr>
          <w:sz w:val="20"/>
        </w:rPr>
        <w:t>30:43  peene ke maamlaat ya kapde ke maamlaat ya sawari ke maamlaat woh nahi hain jo mufti sahib ne taqreer ki kya woh khachhar par sawari karte hain oont par sawari karte hain</w:t>
      </w:r>
      <w:r>
        <w:br/>
      </w:r>
      <w:r>
        <w:rPr>
          <w:sz w:val="20"/>
        </w:rPr>
        <w:t>30:53  woh kaise pahunch gaye America kya oont par maut ke America gaye the woh ya aisi taqreerein log</w:t>
      </w:r>
      <w:r>
        <w:br/>
      </w:r>
      <w:r>
        <w:rPr>
          <w:sz w:val="20"/>
        </w:rPr>
        <w:t>30:59  karte hain beqarar soch samjhe</w:t>
      </w:r>
      <w:r>
        <w:br/>
      </w:r>
      <w:r>
        <w:rPr>
          <w:sz w:val="20"/>
        </w:rPr>
        <w:t>31:02  to sunnat ka matlab yeh nahi ke aap oont par sawari karein khachar par sawari karein kaddu khayein</w:t>
      </w:r>
      <w:r>
        <w:br/>
      </w:r>
      <w:r>
        <w:rPr>
          <w:sz w:val="20"/>
        </w:rPr>
        <w:t>31:06  harghiz nahi sunnat ka mutalliq hai woh cheezein jo aap ko Allah ki raza deti hain aur aap</w:t>
      </w:r>
      <w:r>
        <w:br/>
      </w:r>
      <w:r>
        <w:rPr>
          <w:sz w:val="20"/>
        </w:rPr>
        <w:t>31:14  ko jannat mein dakhle ka yaani haq hum is istihqaq deti hain is bare mein itba</w:t>
      </w:r>
      <w:r>
        <w:br/>
      </w:r>
      <w:r>
        <w:rPr>
          <w:sz w:val="20"/>
        </w:rPr>
        <w:t>31:24  baqi jo hai jo arab ke tareeqe the</w:t>
      </w:r>
      <w:r>
        <w:br/>
      </w:r>
      <w:r>
        <w:rPr>
          <w:sz w:val="20"/>
        </w:rPr>
        <w:t>31:30  woh isko woh woh woh sunnat nahi hai woh woh woh sunnat ke darje mein nahi hai</w:t>
      </w:r>
      <w:r>
        <w:br/>
      </w:r>
      <w:r>
        <w:rPr>
          <w:sz w:val="20"/>
        </w:rPr>
        <w:t>31:36  woh</w:t>
      </w:r>
      <w:r>
        <w:br/>
      </w:r>
      <w:r>
        <w:rPr>
          <w:sz w:val="20"/>
        </w:rPr>
        <w:t>31:40  yeh baat ulama ne bahut is par tafseel se likhi hai yeh baat hai koi mein nayi baat</w:t>
      </w:r>
      <w:r>
        <w:br/>
      </w:r>
      <w:r>
        <w:rPr>
          <w:sz w:val="20"/>
        </w:rPr>
        <w:t>31:44  nahi kar raha hoon ke jin cheezon ka talluq jannat o jahannum se hai asal mein wahi sunnat</w:t>
      </w:r>
      <w:r>
        <w:br/>
      </w:r>
      <w:r>
        <w:rPr>
          <w:sz w:val="20"/>
        </w:rPr>
        <w:t>31:49  hai baqi cheezein jo aap ka zaouq ho zaati zaouq ho ya arab ki aadaat se talluq rakhta</w:t>
      </w:r>
      <w:r>
        <w:br/>
      </w:r>
      <w:r>
        <w:rPr>
          <w:sz w:val="20"/>
        </w:rPr>
        <w:t>31:56  ho woh sunnat is darje ki sunnat nahi hai ke iska aap itba karein iska</w:t>
      </w:r>
      <w:r>
        <w:br/>
      </w:r>
      <w:r>
        <w:rPr>
          <w:sz w:val="20"/>
        </w:rPr>
        <w:t>32:03  misalan is zamane mein aap motor car par padhte hain aap khachar par nahi padhte hain oont par</w:t>
      </w:r>
      <w:r>
        <w:br/>
      </w:r>
      <w:r>
        <w:rPr>
          <w:sz w:val="20"/>
        </w:rPr>
        <w:t>32:06  nahi padhenge to iska matlab nahi ke jo jo car par baitha hai ke woh woh</w:t>
      </w:r>
      <w:r>
        <w:br/>
      </w:r>
      <w:r>
        <w:rPr>
          <w:sz w:val="20"/>
        </w:rPr>
        <w:t>32:10  sunnat ke khilaf chal raha hai yeh matlab nahi hai to is tarah ki baatein log taqreerein karte</w:t>
      </w:r>
      <w:r>
        <w:br/>
      </w:r>
      <w:r>
        <w:rPr>
          <w:sz w:val="20"/>
        </w:rPr>
        <w:t>32:15  hain lekin woh sab bilkul baseless hoti hain</w:t>
      </w:r>
    </w:p>
    <w:p>
      <w:pPr>
        <w:pStyle w:val="Heading2"/>
      </w:pPr>
      <w:r>
        <w:t>Meaning of Maqam-e-Mahmud and Prophet's role</w:t>
      </w:r>
    </w:p>
    <w:p>
      <w:r>
        <w:rPr>
          <w:color w:val="666666"/>
          <w:sz w:val="18"/>
        </w:rPr>
        <w:t>Seerah &amp; Prophet · Religion and Democracy December 25, 2011 · 2m 59s · at 1:50:15 · https://youtu.be/8Mf_yvDA8ik?t=6615</w:t>
      </w:r>
    </w:p>
    <w:p>
      <w:r>
        <w:rPr>
          <w:i/>
        </w:rPr>
        <w:t>“What is meant by Maqam-e-Mahmud? What was the historical role of the Prophet? Clarify this.”</w:t>
      </w:r>
    </w:p>
    <w:p>
      <w:r>
        <w:rPr>
          <w:sz w:val="20"/>
        </w:rPr>
        <w:t>1:50:15  dilli se mr abdullah riyazi ne sawal kiya hai. unhone likha hai: "maulana, maqam mehmood se kya murad hai?</w:t>
      </w:r>
      <w:r>
        <w:br/>
      </w:r>
      <w:r>
        <w:rPr>
          <w:sz w:val="20"/>
        </w:rPr>
        <w:t>1:50:24  rasool allah ka tareekhi role kya tha? is ko wazeh karen." bhai, is pe to hum bohat likh chuke hain.</w:t>
      </w:r>
      <w:r>
        <w:br/>
      </w:r>
      <w:r>
        <w:rPr>
          <w:sz w:val="20"/>
        </w:rPr>
        <w:t>1:50:33  is ko parhiye aap. is pe mein hamari kitabein padhi hain. is pe, is pe bohat zyada</w:t>
      </w:r>
      <w:r>
        <w:br/>
      </w:r>
      <w:r>
        <w:rPr>
          <w:sz w:val="20"/>
        </w:rPr>
        <w:t>1:50:42  is pe likha hua hai. ab is ko, is ko kitab padh lijie. is ke baad jo baat sawal baqi rehta hai, us ko bataie. mein inshallah us ko arz karunga.</w:t>
      </w:r>
      <w:r>
        <w:br/>
      </w:r>
      <w:r>
        <w:rPr>
          <w:sz w:val="20"/>
        </w:rPr>
        <w:t>1:50:53  mr shah imran hasan ne dilli se yeh sawal likha hai: "urdu ki mashhoor afsana nigar ms qa haider ne likha hai ke mazhab ne pehle afim ka kaam kiya tha, ab mazhab ag aur gole barsa raha</w:t>
      </w:r>
      <w:r>
        <w:br/>
      </w:r>
      <w:r>
        <w:rPr>
          <w:sz w:val="20"/>
        </w:rPr>
        <w:t>1:51:10  hai. maulana sahib, is par aap kya kahenge?"</w:t>
      </w:r>
      <w:r>
        <w:br/>
      </w:r>
      <w:r>
        <w:rPr>
          <w:sz w:val="20"/>
        </w:rPr>
        <w:t>1:51:16  mazhab ne nahi kiya, mazhab ko manne walon ne</w:t>
      </w:r>
      <w:r>
        <w:br/>
      </w:r>
      <w:r>
        <w:rPr>
          <w:sz w:val="20"/>
        </w:rPr>
        <w:t>1:51:20  kiya. ghalati yahi hai ke yeh religion hi to open of mind jo kaha tha, jis ne woh, us ne kaha tha marx ne.</w:t>
      </w:r>
      <w:r>
        <w:br/>
      </w:r>
      <w:r>
        <w:rPr>
          <w:sz w:val="20"/>
        </w:rPr>
        <w:t>1:51:31  to woh jo baat mazhab ke bare mein kahi, woh asal mein un logon par chaspana hoti hai jo mazhab ko ke naam par yeh sab phailate hain.</w:t>
      </w:r>
      <w:r>
        <w:br/>
      </w:r>
      <w:r>
        <w:rPr>
          <w:sz w:val="20"/>
        </w:rPr>
        <w:t>1:51:42  pehle bhi tha, ab bhi. yani pehle bhi yahi tha ke mazhab ke naam par jo log karte rahe, us ko mazhab ki taraf mansoob kar diya gaya.</w:t>
      </w:r>
      <w:r>
        <w:br/>
      </w:r>
      <w:r>
        <w:rPr>
          <w:sz w:val="20"/>
        </w:rPr>
        <w:t>1:51:49  us waqt bhi mazhab ke naam par log violence kar rahe hain, to mazhab se mansoob kiya ja raha hai. to aap ko alag dono ko alag kar dijie.</w:t>
      </w:r>
      <w:r>
        <w:br/>
      </w:r>
      <w:r>
        <w:rPr>
          <w:sz w:val="20"/>
        </w:rPr>
        <w:t>1:52:02  yani you have to differentiate between religious, religious people and and religion. to tab aap baat samajh mein ayegi.</w:t>
      </w:r>
      <w:r>
        <w:br/>
      </w:r>
      <w:r>
        <w:rPr>
          <w:sz w:val="20"/>
        </w:rPr>
        <w:t>1:52:14  mein dekh, blame jis pe jata hai, woh un logon par jo mazhab ke naam par yeh sab kar rahe hain. khud mazhab par nahi jata blame.</w:t>
      </w:r>
    </w:p>
    <w:p>
      <w:pPr>
        <w:pStyle w:val="Heading2"/>
      </w:pPr>
      <w:r>
        <w:t>Meaning of Maqam-e-Mahmud and Prophet's role</w:t>
      </w:r>
    </w:p>
    <w:p>
      <w:r>
        <w:rPr>
          <w:color w:val="666666"/>
          <w:sz w:val="18"/>
        </w:rPr>
        <w:t>Seerah &amp; Prophet · Discovery of God (In Conversation with Maulana) December 25, 2011 · 2m 29s · at 47:10 · https://youtu.be/-1c1d7cFj0s?t=2830</w:t>
      </w:r>
    </w:p>
    <w:p>
      <w:r>
        <w:rPr>
          <w:i/>
        </w:rPr>
        <w:t>“What is meant by Maqam-e-Mahmud? What was the historical role of the Prophet? Please clarify.”</w:t>
      </w:r>
    </w:p>
    <w:p>
      <w:r>
        <w:rPr>
          <w:sz w:val="20"/>
        </w:rPr>
        <w:t>47:10  Delhi se mister Abdullah Riyazi ne sawal kiya hai. unhon ne likha hai: "maulana, maqam mehmood se kya murad hai?</w:t>
      </w:r>
      <w:r>
        <w:br/>
      </w:r>
      <w:r>
        <w:rPr>
          <w:sz w:val="20"/>
        </w:rPr>
        <w:t>47:19  rasool Allah ka tareekhi role kya tha? us ko wazeh karein."</w:t>
      </w:r>
      <w:r>
        <w:br/>
      </w:r>
      <w:r>
        <w:rPr>
          <w:sz w:val="20"/>
        </w:rPr>
        <w:t>47:26  bhai, is pe to hum bohat likh chuke hain. us ko padhiye.</w:t>
      </w:r>
      <w:r>
        <w:br/>
      </w:r>
      <w:r>
        <w:rPr>
          <w:sz w:val="20"/>
        </w:rPr>
        <w:t>47:31  is pe main hamari kitabein padhi hain. is pe, is pe bohat zyada is pe likha hua hai. aap us ko, us ko kitab padh lijiye. us ke baad jo baat sawal baqi rehta hai, us ko bataiye.</w:t>
      </w:r>
      <w:r>
        <w:br/>
      </w:r>
      <w:r>
        <w:rPr>
          <w:sz w:val="20"/>
        </w:rPr>
        <w:t>47:45  main inshallah us ko arz karunga.</w:t>
      </w:r>
      <w:r>
        <w:br/>
      </w:r>
      <w:r>
        <w:rPr>
          <w:sz w:val="20"/>
        </w:rPr>
        <w:t>47:48  mister Shah Imran Hasan ne Delhi se yeh sawal likha hai: "Urdu ki mashhoor afsana nigar Miss Q. A. Haider ne likha hai ke mazhab ne pehle afim ka kaam kiya.</w:t>
      </w:r>
      <w:r>
        <w:br/>
      </w:r>
      <w:r>
        <w:rPr>
          <w:sz w:val="20"/>
        </w:rPr>
        <w:t>48:03  mazhab ne pehle afim ka kaam kiya tha. ab mazhab aag aur gole barsa raha hai. Maulana sahib, is par aap kya kahenge?"</w:t>
      </w:r>
      <w:r>
        <w:br/>
      </w:r>
      <w:r>
        <w:rPr>
          <w:sz w:val="20"/>
        </w:rPr>
        <w:t>48:14  mazhab ne nahi kiya, mazhab ko manne walon ne kiya. ghalati yahi hai ke yeh religion open of mind jo kaha tha, jis ne woh, us ne kaha tha mars ne.</w:t>
      </w:r>
      <w:r>
        <w:br/>
      </w:r>
      <w:r>
        <w:rPr>
          <w:sz w:val="20"/>
        </w:rPr>
        <w:t>48:29  to woh jo baat mazhab ke bare mein kahi, woh asal mein un logon par chaspn hoti hai jo mazhab ko ke naam par yeh sab phailate hain.</w:t>
      </w:r>
      <w:r>
        <w:br/>
      </w:r>
      <w:r>
        <w:rPr>
          <w:sz w:val="20"/>
        </w:rPr>
        <w:t>48:40  pehlay bhi tha, ab bhi. yani pehlay bhi yahi tha ke mazhab ke naam par jo</w:t>
      </w:r>
    </w:p>
    <w:p>
      <w:pPr>
        <w:pStyle w:val="Heading2"/>
      </w:pPr>
      <w:r>
        <w:t>Meaning of mastering Arabs and non-Arabs</w:t>
      </w:r>
    </w:p>
    <w:p>
      <w:r>
        <w:rPr>
          <w:color w:val="666666"/>
          <w:sz w:val="18"/>
        </w:rPr>
        <w:t>Seerah &amp; Prophet · God Gives in Abundance 13 Oct 2019 - Maulana Wahiduddin Khan · 1m 34s · at 42:24 · https://youtu.be/eC4RaczXBzM?t=2544</w:t>
      </w:r>
    </w:p>
    <w:p>
      <w:r>
        <w:rPr>
          <w:i/>
        </w:rPr>
        <w:t>“The Prophet's saying is: 'By reciting the Kalima you will become masters of Arabs and non-Arabs.' What does this mean? Was it in a political sense?”</w:t>
      </w:r>
    </w:p>
    <w:p>
      <w:r>
        <w:rPr>
          <w:sz w:val="20"/>
        </w:rPr>
        <w:t>42:24  is ke sath kisi bhi doosri cheez ko mix nahi karenge, inshallah." inshallah. maulana, unhone ek sawal bhi bheja hai.</w:t>
      </w:r>
      <w:r>
        <w:br/>
      </w:r>
      <w:r>
        <w:rPr>
          <w:sz w:val="20"/>
        </w:rPr>
        <w:t>42:35  unka sawal hai: "rasool allah ka yeh qaul hai: kalma parhne se arab o ajam ke malik banaye jaenge." maulana, is ka kya matlab hai?</w:t>
      </w:r>
      <w:r>
        <w:br/>
      </w:r>
      <w:r>
        <w:rPr>
          <w:sz w:val="20"/>
        </w:rPr>
        <w:t>42:48  kya yeh siyasi maene mein tha? dekhen, malik ke maene siyasi nahi hain. nahi, yeh kalma sare alam mein phailaga, logon ke dilon ko maskhar karega,</w:t>
      </w:r>
      <w:r>
        <w:br/>
      </w:r>
      <w:r>
        <w:rPr>
          <w:sz w:val="20"/>
        </w:rPr>
        <w:t>43:01  sare alam ki hidayat ka zariya banega. woh kisi bhi aitbaar se siyasi maene mein nahi hai, nahi hai, nahi hai.</w:t>
      </w:r>
      <w:r>
        <w:br/>
      </w:r>
      <w:r>
        <w:rPr>
          <w:sz w:val="20"/>
        </w:rPr>
        <w:t>43:16  muhammad ammar sahib ne delhi se comment bheja hai. unhone likha hai: "maulana, i always wanted to become a da'i and used to pray to the almighty to make me part of his mission.</w:t>
      </w:r>
      <w:r>
        <w:br/>
      </w:r>
      <w:r>
        <w:rPr>
          <w:sz w:val="20"/>
        </w:rPr>
        <w:t>43:31  allah gifted me CPS international in response to my prayer. today i thank allah that he has answered my prayer.</w:t>
      </w:r>
      <w:r>
        <w:br/>
      </w:r>
      <w:r>
        <w:rPr>
          <w:sz w:val="20"/>
        </w:rPr>
        <w:t>43:41  alhamdulillah, today i am a da'i. maulana, i request you to pray for me that may allah accept my work and make it easy for me to help spread his message everywhere." inshallah.</w:t>
      </w:r>
    </w:p>
    <w:p>
      <w:pPr>
        <w:pStyle w:val="Heading2"/>
      </w:pPr>
      <w:r>
        <w:t>Mecca and Medina models defensive or offensive</w:t>
      </w:r>
    </w:p>
    <w:p>
      <w:r>
        <w:rPr>
          <w:color w:val="666666"/>
          <w:sz w:val="18"/>
        </w:rPr>
        <w:t>Seerah &amp; Prophet · Good News from Kashmir May 14, 2017 · 1m 40s · at 56:47 · https://youtu.be/2XwuYi_nH28?t=3407</w:t>
      </w:r>
    </w:p>
    <w:p>
      <w:r>
        <w:rPr>
          <w:i/>
        </w:rPr>
        <w:t>“Maulana, I was having a discussion on Islam with someone here in Chennai. He mentioned to me that the Mecca model was a defensive model and the Medina model was an offensive one. I want to know, is there any classification between these two models? Was this person right in stating that one model was defensive and the other offensive?”</w:t>
      </w:r>
    </w:p>
    <w:p>
      <w:r>
        <w:rPr>
          <w:sz w:val="20"/>
        </w:rPr>
        <w:t>56:47  nature." maulana, agla sawal bheja hai chennai se kolo nadeem sahab ne.</w:t>
      </w:r>
      <w:r>
        <w:br/>
      </w:r>
      <w:r>
        <w:rPr>
          <w:sz w:val="20"/>
        </w:rPr>
        <w:t>56:52  انہوں نے لکھا ہے: "مولانا صاحب، I was having a discussion on Islam with some b</w:t>
      </w:r>
      <w:r>
        <w:br/>
      </w:r>
      <w:r>
        <w:rPr>
          <w:sz w:val="20"/>
        </w:rPr>
        <w:t>56:57  people here in Chennai. he mentioned to me that the Mecca model was a defensive model and the Medina model was an offensive one. I want to know, is there any classification between these two models? was this person right in stating that one model was defensive and the other model was offensive?" dekhen, yeh to base less baat hai aur Allah taala ke haan unki flagellation hogi ke kis haq</w:t>
      </w:r>
      <w:r>
        <w:br/>
      </w:r>
      <w:r>
        <w:rPr>
          <w:sz w:val="20"/>
        </w:rPr>
        <w:t>57:27  se tum ne aisa kaha.</w:t>
      </w:r>
      <w:r>
        <w:br/>
      </w:r>
      <w:r>
        <w:rPr>
          <w:sz w:val="20"/>
        </w:rPr>
        <w:t>57:31  makkah ke model ke bare mein kahan se likha hai? madine ke bare mein kahan se likha hai?</w:t>
      </w:r>
      <w:r>
        <w:br/>
      </w:r>
      <w:r>
        <w:rPr>
          <w:sz w:val="20"/>
        </w:rPr>
        <w:t>57:35  yeh tumhara khud sakhta woh hai.</w:t>
      </w:r>
      <w:r>
        <w:br/>
      </w:r>
      <w:r>
        <w:rPr>
          <w:sz w:val="20"/>
        </w:rPr>
        <w:t>57:40  bila shubah aise log jo is tarah ki baatein karein, aakhirat mein un ki flagellation hogi, is mein koi</w:t>
      </w:r>
      <w:r>
        <w:br/>
      </w:r>
      <w:r>
        <w:rPr>
          <w:sz w:val="20"/>
        </w:rPr>
        <w:t>57:44  shak nahi hai.</w:t>
      </w:r>
      <w:r>
        <w:br/>
      </w:r>
      <w:r>
        <w:rPr>
          <w:sz w:val="20"/>
        </w:rPr>
        <w:t>57:48  wahi kaho jo quran o hadith mein hai, jo quran o hadith mein nahi hai, us ko mat bolo.</w:t>
      </w:r>
      <w:r>
        <w:br/>
      </w:r>
      <w:r>
        <w:rPr>
          <w:sz w:val="20"/>
        </w:rPr>
        <w:t>57:53  jo imam, hamare imam ne kaha tha ke: "ayatan shama kitab Allah ta'aqal" to jo quran</w:t>
      </w:r>
      <w:r>
        <w:br/>
      </w:r>
      <w:r>
        <w:rPr>
          <w:sz w:val="20"/>
        </w:rPr>
        <w:t>57:57  mein hai, Rasool Allah ki sunnat mein jo hai, usko le kar bolo to jaiz hai. bolna apne zuban se bologe to woh to haram hai, bolna hi haram hai. kahan likha hai woh Mecca ke bare mein aur kahan likha hai Madine ke bare mein? woh baat jo aap keh rahe hain, woh to hai hi nahi, woh to hai hi nahi. kahin jo hai, usko boliye Quran ke hawale se, sunnat ke hawale se, tab sunenge, warna sunenge nahi. "Aytani shum Kitab</w:t>
      </w:r>
    </w:p>
    <w:p>
      <w:pPr>
        <w:pStyle w:val="Heading2"/>
      </w:pPr>
      <w:r>
        <w:t>Meditation vs contemplation in Prophet's practice</w:t>
      </w:r>
    </w:p>
    <w:p>
      <w:r>
        <w:rPr>
          <w:color w:val="666666"/>
          <w:sz w:val="18"/>
        </w:rPr>
        <w:t>Seerah &amp; Prophet · Dars-e-Quran, Chapter 39, Vs 67 (Glory of God) July 29, 2018 Maulana Wahiduddin Khan · 3m 46s · at 47:28 · https://youtu.be/xKvuhx08hQ4?t=2848</w:t>
      </w:r>
    </w:p>
    <w:p>
      <w:r>
        <w:rPr>
          <w:i/>
        </w:rPr>
        <w:t>“If meditation is not equally important as contemplation, then why did our beloved Prophet (peace be upon him) meditate, i.e., perform muraqabah, on Mount Hira before and after prophethood?”</w:t>
      </w:r>
    </w:p>
    <w:p>
      <w:r>
        <w:rPr>
          <w:sz w:val="20"/>
        </w:rPr>
        <w:t>47:28  Jazak Allah Maulana for such a simple formula to discover God." Ashiq Kamal Sahab ne likha hai: "May Almighty Allah guide today's negative Muslim thinkers to positivity and Allah's true love." Maulana, ab sawal lete hain.</w:t>
      </w:r>
      <w:r>
        <w:br/>
      </w:r>
      <w:r>
        <w:rPr>
          <w:sz w:val="20"/>
        </w:rPr>
        <w:t>47:47  Yeh sawal bheja hai Muhammad Sameer Sahab ne. Unhon ne apni location nahi likhi hai. Unka sawal hai: "If meditation is not the equally important, if meditation is not equally important as contemplation,</w:t>
      </w:r>
      <w:r>
        <w:br/>
      </w:r>
      <w:r>
        <w:rPr>
          <w:sz w:val="20"/>
        </w:rPr>
        <w:t>48:05  then why our beloved Rasool Karim meditated, that is, did murakaba in Mount Hira before and after Nabuwat?" Iske bare mein bataein.</w:t>
      </w:r>
      <w:r>
        <w:br/>
      </w:r>
      <w:r>
        <w:rPr>
          <w:sz w:val="20"/>
        </w:rPr>
        <w:t>48:18  Dekhiye, yeh to yani supposition hai aap ka ke Sultan ne kabhi murakaba nahi kiya.</w:t>
      </w:r>
      <w:r>
        <w:br/>
      </w:r>
      <w:r>
        <w:rPr>
          <w:sz w:val="20"/>
        </w:rPr>
        <w:t>48:29  Murakaba ka lafz Hadees mein kahin bhi nahi aaya hai. Hadees mein, Seerat mein sara zakhira mehfooz hai.</w:t>
      </w:r>
      <w:r>
        <w:br/>
      </w:r>
      <w:r>
        <w:rPr>
          <w:sz w:val="20"/>
        </w:rPr>
        <w:t>48:39  Aap padhiye, na Sahaba ne, na Rasool Allah ne, na Tabeen ne. Misaal ke taur par aap ko main kahunga do kitaab padhne ke liye:</w:t>
      </w:r>
      <w:r>
        <w:br/>
      </w:r>
      <w:r>
        <w:rPr>
          <w:sz w:val="20"/>
        </w:rPr>
        <w:t>48:52  Kanz ul Amaal aur Mishkat ul Masabeeh. Aap koi ek Hadees aisi paayein jis mein murakaba ho to mujhe bataiye.</w:t>
      </w:r>
      <w:r>
        <w:br/>
      </w:r>
      <w:r>
        <w:rPr>
          <w:sz w:val="20"/>
        </w:rPr>
        <w:t>49:06  Rasool Allah ghaur o fikr karte thay, contemplation karte thay. Rasool Allah ne kabhi murakaba nahi kiya. Dekhiye, do lafz alag alag hain, do lafz alag alag hain.</w:t>
      </w:r>
      <w:r>
        <w:br/>
      </w:r>
      <w:r>
        <w:rPr>
          <w:sz w:val="20"/>
        </w:rPr>
        <w:t>49:22  Ek hai murakaba, ek hai tadabbur. Murakaba aur tadabbur to murakaba jo hai, woh heart based hota hai.</w:t>
      </w:r>
      <w:r>
        <w:br/>
      </w:r>
      <w:r>
        <w:rPr>
          <w:sz w:val="20"/>
        </w:rPr>
        <w:t>49:34  Yaani is mein soch nahi hoti. Abhi bas dhyan, gyan karte hain. Woh soch par mabni nahi hota.</w:t>
      </w:r>
      <w:r>
        <w:br/>
      </w:r>
      <w:r>
        <w:rPr>
          <w:sz w:val="20"/>
        </w:rPr>
        <w:t>49:45  lekin jo rasool Allah ka jo tareeqa tha, tadabbur, woh soch par mabni hota hai. soch par, yaani mind based.</w:t>
      </w:r>
      <w:r>
        <w:br/>
      </w:r>
      <w:r>
        <w:rPr>
          <w:sz w:val="20"/>
        </w:rPr>
        <w:t>49:57  to rasool Allah ka tareeqa mind based tha, yeh heart based nahi tha. to aap galat taur par rasool Allah ko is mein shamil kar rahe hain.</w:t>
      </w:r>
      <w:r>
        <w:br/>
      </w:r>
      <w:r>
        <w:rPr>
          <w:sz w:val="20"/>
        </w:rPr>
        <w:t>50:10  iska rasool Allah se koi talluq nahi hai. is maamle mein hum baar baar likh chuke hain risala mein. isko aap parhiye aur is confusion se bahar aaiye.</w:t>
      </w:r>
      <w:r>
        <w:br/>
      </w:r>
      <w:r>
        <w:rPr>
          <w:sz w:val="20"/>
        </w:rPr>
        <w:t>50:23  yaani</w:t>
      </w:r>
      <w:r>
        <w:br/>
      </w:r>
      <w:r>
        <w:rPr>
          <w:sz w:val="20"/>
        </w:rPr>
        <w:t>50:26  mind based thinking aur heart based muraqba, dono ke farq ko janiye.</w:t>
      </w:r>
      <w:r>
        <w:br/>
      </w:r>
      <w:r>
        <w:rPr>
          <w:sz w:val="20"/>
        </w:rPr>
        <w:t>50:39  maulana, ek comment parhna chahenge.</w:t>
      </w:r>
      <w:r>
        <w:br/>
      </w:r>
      <w:r>
        <w:rPr>
          <w:sz w:val="20"/>
        </w:rPr>
        <w:t>50:45  ah, yeh comment bheja hai mahboob sahib ne mumbai se. unhon ne likha hai: "maulana, today i came to know how certain me be considered as blessing if we realize god in true sense.</w:t>
      </w:r>
      <w:r>
        <w:br/>
      </w:r>
      <w:r>
        <w:rPr>
          <w:sz w:val="20"/>
        </w:rPr>
        <w:t>51:00  certain goes us struggle to achieve. jazak Allah maulana for an amazing sunday class." muhammad zakariya sahib ne likha hai: "true and thrilling interpretation of realization of god.</w:t>
      </w:r>
    </w:p>
    <w:p>
      <w:pPr>
        <w:pStyle w:val="Heading2"/>
      </w:pPr>
      <w:r>
        <w:t>Meeting someone given Prophet of Peace</w:t>
      </w:r>
    </w:p>
    <w:p>
      <w:r>
        <w:rPr>
          <w:color w:val="666666"/>
          <w:sz w:val="18"/>
        </w:rPr>
        <w:t>Seerah &amp; Prophet · Living In Falsehood I December 15, 2013 · 3m 34s · at 56:37 · https://youtu.be/yD-ZtvlrFDw?t=3397</w:t>
      </w:r>
    </w:p>
    <w:p>
      <w:r>
        <w:rPr>
          <w:i/>
        </w:rPr>
        <w:t>“During a tour, I met one person to whom I had given the Prophet of Peace a few years back. When I met him, he told me...”</w:t>
      </w:r>
    </w:p>
    <w:p>
      <w:r>
        <w:rPr>
          <w:sz w:val="20"/>
        </w:rPr>
        <w:t>56:37  ji, Maulana, agla sawal lete hain jo roorkee se hai.</w:t>
      </w:r>
      <w:r>
        <w:br/>
      </w:r>
      <w:r>
        <w:rPr>
          <w:sz w:val="20"/>
        </w:rPr>
        <w:t>56:41  ساجد انور صاحب نے کیا ہے، انہوں نے لکھا ہے: "During a tour, I met one person to</w:t>
      </w:r>
      <w:r>
        <w:br/>
      </w:r>
      <w:r>
        <w:rPr>
          <w:sz w:val="20"/>
        </w:rPr>
        <w:t>56:49  "whom I had given the Prophet of Peace a few years back." When I met him, he told me</w:t>
      </w:r>
      <w:r>
        <w:br/>
      </w:r>
      <w:r>
        <w:rPr>
          <w:sz w:val="20"/>
        </w:rPr>
        <w:t>56:56  that he had read the book and two more of his family members also read the book.</w:t>
      </w:r>
      <w:r>
        <w:br/>
      </w:r>
      <w:r>
        <w:rPr>
          <w:sz w:val="20"/>
        </w:rPr>
        <w:t>57:04  Deen he mentioned to me that if instead of the book, if the author himself had talked</w:t>
      </w:r>
      <w:r>
        <w:br/>
      </w:r>
      <w:r>
        <w:rPr>
          <w:sz w:val="20"/>
        </w:rPr>
        <w:t>57:11  to me on this topic, then I would have argued with him.</w:t>
      </w:r>
      <w:r>
        <w:br/>
      </w:r>
      <w:r>
        <w:rPr>
          <w:sz w:val="20"/>
        </w:rPr>
        <w:t>57:17  But while reading, I had no option but to read the book.</w:t>
      </w:r>
      <w:r>
        <w:br/>
      </w:r>
      <w:r>
        <w:rPr>
          <w:sz w:val="20"/>
        </w:rPr>
        <w:t>57:22  And this author was successful in communicating what he wanted to say.</w:t>
      </w:r>
      <w:r>
        <w:br/>
      </w:r>
      <w:r>
        <w:rPr>
          <w:sz w:val="20"/>
        </w:rPr>
        <w:t>57:27  From this incident, I could discover the role of spreading literature in our mission, as it has not</w:t>
      </w:r>
      <w:r>
        <w:br/>
      </w:r>
      <w:r>
        <w:rPr>
          <w:sz w:val="20"/>
        </w:rPr>
        <w:t>57:35  only the multiplying effect but also the power of successfully communicating the ideology.</w:t>
      </w:r>
      <w:r>
        <w:br/>
      </w:r>
      <w:r>
        <w:rPr>
          <w:sz w:val="20"/>
        </w:rPr>
        <w:t>57:41  Maulana, is my understanding correct? hmm, dekhiye baat sahi hai.</w:t>
      </w:r>
      <w:r>
        <w:br/>
      </w:r>
      <w:r>
        <w:rPr>
          <w:sz w:val="20"/>
        </w:rPr>
        <w:t>57:46  hota yeh hai ke agar aap kisi se baat karein aur uski jo soch hai, uske</w:t>
      </w:r>
      <w:r>
        <w:br/>
      </w:r>
      <w:r>
        <w:rPr>
          <w:sz w:val="20"/>
        </w:rPr>
        <w:t>57:53  against mein koi baat aap karein to foran ego crash ho jata hai.</w:t>
      </w:r>
      <w:r>
        <w:br/>
      </w:r>
      <w:r>
        <w:rPr>
          <w:sz w:val="20"/>
        </w:rPr>
        <w:t>57:59  wo defensive psychology aa jati hai uske andar, defensive psychology ke ek aadmi negative soch wala hai,</w:t>
      </w:r>
      <w:r>
        <w:br/>
      </w:r>
      <w:r>
        <w:rPr>
          <w:sz w:val="20"/>
        </w:rPr>
        <w:t>58:07  ladai bhadai mein involve hai, aap bolein uske khilaf to foran wo defensive ban jayega.</w:t>
      </w:r>
      <w:r>
        <w:br/>
      </w:r>
      <w:r>
        <w:rPr>
          <w:sz w:val="20"/>
        </w:rPr>
        <w:t>58:14  defensive psychology develop karegi aur phir ego crash ho jayega.</w:t>
      </w:r>
      <w:r>
        <w:br/>
      </w:r>
      <w:r>
        <w:rPr>
          <w:sz w:val="20"/>
        </w:rPr>
        <w:t>58:19  lekin jab aap usko kitaab dete hain, wo ja kar apne kamre mein padhta hai jahan wo</w:t>
      </w:r>
      <w:r>
        <w:br/>
      </w:r>
      <w:r>
        <w:rPr>
          <w:sz w:val="20"/>
        </w:rPr>
        <w:t>58:27  akela hai to wahan koi doosra nahi hota jis se uska koi ego crash ho.</w:t>
      </w:r>
      <w:r>
        <w:br/>
      </w:r>
      <w:r>
        <w:rPr>
          <w:sz w:val="20"/>
        </w:rPr>
        <w:t>58:34  to zyada behtar taur par kitaab ke ke andar jo likha hua hai, usko samajh pata hai.</w:t>
      </w:r>
      <w:r>
        <w:br/>
      </w:r>
      <w:r>
        <w:rPr>
          <w:sz w:val="20"/>
        </w:rPr>
        <w:t>58:41  to mein sochta hoon ke literature ko phailana yeh hai, yeh bahut hi basic kaam hai.</w:t>
      </w:r>
      <w:r>
        <w:br/>
      </w:r>
      <w:r>
        <w:rPr>
          <w:sz w:val="20"/>
        </w:rPr>
        <w:t>58:48  wo bhi ek kaam hai ke aap is cheez dein, aap logon se baat cheet karein, wo bhi</w:t>
      </w:r>
      <w:r>
        <w:br/>
      </w:r>
      <w:r>
        <w:rPr>
          <w:sz w:val="20"/>
        </w:rPr>
        <w:t>58:56  ek kaam hai.</w:t>
      </w:r>
      <w:r>
        <w:br/>
      </w:r>
      <w:r>
        <w:rPr>
          <w:sz w:val="20"/>
        </w:rPr>
        <w:t>58:58  bilashuba, woh bhi karna hi karna hai.</w:t>
      </w:r>
      <w:r>
        <w:br/>
      </w:r>
      <w:r>
        <w:rPr>
          <w:sz w:val="20"/>
        </w:rPr>
        <w:t>59:01  lekin main ek farq bata raha hoon ke koi tanqeed agar aap karein kisi aadmi se jab ke</w:t>
      </w:r>
      <w:r>
        <w:br/>
      </w:r>
      <w:r>
        <w:rPr>
          <w:sz w:val="20"/>
        </w:rPr>
        <w:t>59:08  woh is mein involve hai to foran woh defence ki taraf chala jayega, foran apna difaa karne</w:t>
      </w:r>
      <w:r>
        <w:br/>
      </w:r>
      <w:r>
        <w:rPr>
          <w:sz w:val="20"/>
        </w:rPr>
        <w:t>59:16  lagega woh.</w:t>
      </w:r>
      <w:r>
        <w:br/>
      </w:r>
      <w:r>
        <w:rPr>
          <w:sz w:val="20"/>
        </w:rPr>
        <w:t>59:17  lekin kitaab mein kya difaa karega? kitaab mein to saamne koi hai hi nahi jis se difaa</w:t>
      </w:r>
      <w:r>
        <w:br/>
      </w:r>
      <w:r>
        <w:rPr>
          <w:sz w:val="20"/>
        </w:rPr>
        <w:t>59:25  kare woh.</w:t>
      </w:r>
      <w:r>
        <w:br/>
      </w:r>
      <w:r>
        <w:rPr>
          <w:sz w:val="20"/>
        </w:rPr>
        <w:t>59:27  to quran ka distribution aur yeh jo literature jis ko main kehta hoon supporting literature, is ka distribution</w:t>
      </w:r>
      <w:r>
        <w:br/>
      </w:r>
      <w:r>
        <w:rPr>
          <w:sz w:val="20"/>
        </w:rPr>
        <w:t>59:34  bohat hi important hai, bohat zyada important hai.</w:t>
      </w:r>
      <w:r>
        <w:br/>
      </w:r>
      <w:r>
        <w:rPr>
          <w:sz w:val="20"/>
        </w:rPr>
        <w:t>59:38  is ko flood karne ki zaroorat hai.</w:t>
      </w:r>
      <w:r>
        <w:br/>
      </w:r>
      <w:r>
        <w:rPr>
          <w:sz w:val="20"/>
        </w:rPr>
        <w:t>59:41  jo maine pichli baar 28 november ko hyderabad mein ek call di thi, yaani operation flood, to</w:t>
      </w:r>
      <w:r>
        <w:br/>
      </w:r>
      <w:r>
        <w:rPr>
          <w:sz w:val="20"/>
        </w:rPr>
        <w:t>59:49  woh bohat soch samajh kar woh call di thi maine ke quran ko aur supporting literature ko</w:t>
      </w:r>
      <w:r>
        <w:br/>
      </w:r>
      <w:r>
        <w:rPr>
          <w:sz w:val="20"/>
        </w:rPr>
        <w:t>59:56  flood kar dijiye sari duniya mein, mukhtalif language mein tayyar kar ke sari duniya mein flood kar dijiye</w:t>
      </w:r>
      <w:r>
        <w:br/>
      </w:r>
      <w:r>
        <w:rPr>
          <w:sz w:val="20"/>
        </w:rPr>
        <w:t>1:00:04  quran ko aur supporting literature ko.</w:t>
      </w:r>
      <w:r>
        <w:br/>
      </w:r>
      <w:r>
        <w:rPr>
          <w:sz w:val="20"/>
        </w:rPr>
        <w:t>1:00:07  yeh bohat hi powerful tareeqa hai, yaani da'wah work ka.</w:t>
      </w:r>
    </w:p>
    <w:p>
      <w:pPr>
        <w:pStyle w:val="Heading2"/>
      </w:pPr>
      <w:r>
        <w:t>Miracle of sun stopping for Ali</w:t>
      </w:r>
    </w:p>
    <w:p>
      <w:r>
        <w:rPr>
          <w:color w:val="666666"/>
          <w:sz w:val="18"/>
        </w:rPr>
        <w:t>Seerah &amp; Prophet · On Death June 08, 2014 · 1m 12s · at 59:09 · https://youtu.be/p0lSKQ0edmw?t=3549</w:t>
      </w:r>
    </w:p>
    <w:p>
      <w:r>
        <w:rPr>
          <w:i/>
        </w:rPr>
        <w:t>“A speaker stated that when Hazrat Ali delayed the Asr prayer, he gestured to the sun to stop, and it stopped. How strange that a human can interfere in the system of the universe without causing disruption?”</w:t>
      </w:r>
    </w:p>
    <w:p>
      <w:r>
        <w:rPr>
          <w:sz w:val="20"/>
        </w:rPr>
        <w:t>59:09  ji. maulana, agla sawal abhi dilli se hai.</w:t>
      </w:r>
      <w:r>
        <w:br/>
      </w:r>
      <w:r>
        <w:rPr>
          <w:sz w:val="20"/>
        </w:rPr>
        <w:t>59:14  jameel akhtar sahib ne kiya hai. aur unhon ne likha hai ke... ek muqarrir ne bayan kiya ke...</w:t>
      </w:r>
      <w:r>
        <w:br/>
      </w:r>
      <w:r>
        <w:rPr>
          <w:sz w:val="20"/>
        </w:rPr>
        <w:t>59:22  hazrat ali ne asr ki namaz mein taakhir ke waqt suraj ko rukne ka ishara kiya. aur woh ruk gaya. kaisi ajeeb baat hai ke kainat ke nizam mein insan dakhal andazi kare aur gadbadi paida na ho.</w:t>
      </w:r>
      <w:r>
        <w:br/>
      </w:r>
      <w:r>
        <w:rPr>
          <w:sz w:val="20"/>
        </w:rPr>
        <w:t>59:39  is ki wazahat karen. nahi, yeh to jhooti hadith hai.</w:t>
      </w:r>
      <w:r>
        <w:br/>
      </w:r>
      <w:r>
        <w:rPr>
          <w:sz w:val="20"/>
        </w:rPr>
        <w:t>59:42  yaani yahi to mauzu hadith hai. ghari hui hadith, ghari hui. yeh hadith ghari hui hai. aur muhaddiseen ne is ko is ki tanqeed kar ke dikha diya hai.</w:t>
      </w:r>
      <w:r>
        <w:br/>
      </w:r>
      <w:r>
        <w:rPr>
          <w:sz w:val="20"/>
        </w:rPr>
        <w:t>59:58  yeh bilashuba yeh hadith mauzu hadith hai. is ka koi taalluq hazrat ali se nahi hai. na na solar system se hai.</w:t>
      </w:r>
      <w:r>
        <w:br/>
      </w:r>
      <w:r>
        <w:rPr>
          <w:sz w:val="20"/>
        </w:rPr>
        <w:t>1:00:07  kuch bhi nahi hai.</w:t>
      </w:r>
    </w:p>
    <w:p>
      <w:pPr>
        <w:pStyle w:val="Heading2"/>
      </w:pPr>
      <w:r>
        <w:t>Motivations of Early Arab Conquests</w:t>
      </w:r>
    </w:p>
    <w:p>
      <w:r>
        <w:rPr>
          <w:color w:val="666666"/>
          <w:sz w:val="18"/>
        </w:rPr>
        <w:t>Seerah &amp; Prophet · Freedom of Expression in Islam 30 Sept 2012 - Maulana Wahiduddin Khan · 3m 14s · at 1:07:36 · https://youtu.be/WLlXSyxX8Q4?t=4056</w:t>
      </w:r>
    </w:p>
    <w:p>
      <w:r>
        <w:rPr>
          <w:i/>
        </w:rPr>
        <w:t>“After the death of the Prophet, the Arabs conquered a huge part of the world from Morocco in the west to Persia in the east within less than hundred years. People often think of this as a sign of Islam being spread by force. Could you please clarify what the motivations of the Arab armies were? Why did they feel the need to conquer the world?”</w:t>
      </w:r>
    </w:p>
    <w:p>
      <w:r>
        <w:rPr>
          <w:sz w:val="20"/>
        </w:rPr>
        <w:t>1:07:36  Maulana, agla sawal Delhi se hai Mr. Qais ka. unhon ne likha hai: "after the death of the Prophet, the Arabs conquered a huge part of the world from Morocco in the West to Persia in the East within less than hundred years.</w:t>
      </w:r>
      <w:r>
        <w:br/>
      </w:r>
      <w:r>
        <w:rPr>
          <w:sz w:val="20"/>
        </w:rPr>
        <w:t>1:07:54  people often think of this as a sign of Islam being spread by force.</w:t>
      </w:r>
      <w:r>
        <w:br/>
      </w:r>
      <w:r>
        <w:rPr>
          <w:sz w:val="20"/>
        </w:rPr>
        <w:t>1:08:00  could you please clarify what the motivations of the Arab armies were? why did they feel the need to conquer the world?</w:t>
      </w:r>
      <w:r>
        <w:br/>
      </w:r>
      <w:r>
        <w:rPr>
          <w:sz w:val="20"/>
        </w:rPr>
        <w:t>1:08:09  also explain the reasons behind the wars of apostasy waged by Abu Bakr." bhai, is mein to kai sawal bula diye hain, kai sawal bula di</w:t>
      </w:r>
      <w:r>
        <w:br/>
      </w:r>
      <w:r>
        <w:rPr>
          <w:sz w:val="20"/>
        </w:rPr>
        <w:t>1:08:22  ye hain. aik hi mein aik hi baat kahoon ga ke political expansion alag cheez hai aur religious expansion alag cheez hai.</w:t>
      </w:r>
      <w:r>
        <w:br/>
      </w:r>
      <w:r>
        <w:rPr>
          <w:sz w:val="20"/>
        </w:rPr>
        <w:t>1:08:33  is baat ka koi saboot nahi hai ke Islam ko phailane ke liye talwar istemal ki gayi, koi is ka saboot nahi hai. woh alag cheez hai, woh alag cheez hai.</w:t>
      </w:r>
      <w:r>
        <w:br/>
      </w:r>
      <w:r>
        <w:rPr>
          <w:sz w:val="20"/>
        </w:rPr>
        <w:t>1:08:46  kuch darasateez theen, muslim khandan thay, woh woh apna apto political expansion ke liye fateh karte hain yahan se wahan, wahan se wahan.</w:t>
      </w:r>
      <w:r>
        <w:br/>
      </w:r>
      <w:r>
        <w:rPr>
          <w:sz w:val="20"/>
        </w:rPr>
        <w:t>1:08:56  lekin is ka koi bhi proof history mein nahi hai ke kahin yeh kaha gaya ho ke musalman qabool karo, wahan to qatal kar diya jaye ga.</w:t>
      </w:r>
      <w:r>
        <w:br/>
      </w:r>
      <w:r>
        <w:rPr>
          <w:sz w:val="20"/>
        </w:rPr>
        <w:t>1:09:05  aisa koi saboot nahi hai.</w:t>
      </w:r>
      <w:r>
        <w:br/>
      </w:r>
      <w:r>
        <w:rPr>
          <w:sz w:val="20"/>
        </w:rPr>
        <w:t>1:09:08  main aap ko do misaal deta hoon. swami bewakaran ke ki kitab hai "letters of bewakarindah".</w:t>
      </w:r>
      <w:r>
        <w:br/>
      </w:r>
      <w:r>
        <w:rPr>
          <w:sz w:val="20"/>
        </w:rPr>
        <w:t>1:09:19  is mein unhon ne ek jo hai likha hai ke "it is nonsense to say that Hindus were converted to Islam by force".</w:t>
      </w:r>
      <w:r>
        <w:br/>
      </w:r>
      <w:r>
        <w:rPr>
          <w:sz w:val="20"/>
        </w:rPr>
        <w:t>1:09:32  yeh wording un ki hai, woh kitab mere paas maujood hai, aap dekh sakte hain. "It is nonsense to say that Muslims were converted to Islam by force".</w:t>
      </w:r>
      <w:r>
        <w:br/>
      </w:r>
      <w:r>
        <w:rPr>
          <w:sz w:val="20"/>
        </w:rPr>
        <w:t>1:09:44  doosra example yeh hai ke arab world mein misr bohat bara mulk hai aur bajarti islam mein dakhil ho gayi thi.</w:t>
      </w:r>
      <w:r>
        <w:br/>
      </w:r>
      <w:r>
        <w:rPr>
          <w:sz w:val="20"/>
        </w:rPr>
        <w:t>1:09:54  is par study kiya hai ek angrez, ek British historian ne, is ka naam hai Sir Arthur Peth. is ki kitab mein woh likhta hai ke "Sindh was conquered not by sword but by the Quran".</w:t>
      </w:r>
      <w:r>
        <w:br/>
      </w:r>
      <w:r>
        <w:rPr>
          <w:sz w:val="20"/>
        </w:rPr>
        <w:t>1:10:07  yeh hai "a shins was conquered not by the sword but by the quran". to jo is ka jo history hai, history se kahin bhi proof nahi hota ke talwar istemal ki gayi islam ki religious expansion ke liye.</w:t>
      </w:r>
      <w:r>
        <w:br/>
      </w:r>
      <w:r>
        <w:rPr>
          <w:sz w:val="20"/>
        </w:rPr>
        <w:t>1:10:25  baqi kuch log thay, woh woh apna apni hukoomat ka kaam pehle karte rahe, un ka zaati feal tha.</w:t>
      </w:r>
      <w:r>
        <w:br/>
      </w:r>
      <w:r>
        <w:rPr>
          <w:sz w:val="20"/>
        </w:rPr>
        <w:t>1:10:32  to "that is political expansion". yeh aap nahi sakte keh sakte ke woh religious expansion tha. baqi jo doosri baat hai, to is par maine kitab mein likha hai, aap padh lijie.</w:t>
      </w:r>
      <w:r>
        <w:br/>
      </w:r>
      <w:r>
        <w:rPr>
          <w:sz w:val="20"/>
        </w:rPr>
        <w:t>1:10:43  woh yeh kitab "hikmat-e-islam" hai, is par is ki tafseel maujood hai.</w:t>
      </w:r>
    </w:p>
    <w:p>
      <w:pPr>
        <w:pStyle w:val="Heading2"/>
      </w:pPr>
      <w:r>
        <w:t>Muslims not following Prophet and companions' models</w:t>
      </w:r>
    </w:p>
    <w:p>
      <w:r>
        <w:rPr>
          <w:color w:val="666666"/>
          <w:sz w:val="18"/>
        </w:rPr>
        <w:t>Seerah &amp; Prophet · Question &amp; Answer Jan 6th 2013 - Maulana Wahiduddin Kahn · 1m 29s · at 26:01 · https://youtu.be/1FAK1QuHEpw?t=1561</w:t>
      </w:r>
    </w:p>
    <w:p>
      <w:r>
        <w:rPr>
          <w:i/>
        </w:rPr>
        <w:t>“Muslims do not follow the models set by the Prophet and his companions. They think adding titles to their names is sufficient. When we remind them of this fact they fail to understand it. It is something alien to them that they are our models. What is your opinion on this?”</w:t>
      </w:r>
    </w:p>
    <w:p>
      <w:r>
        <w:rPr>
          <w:sz w:val="20"/>
        </w:rPr>
        <w:t>26:01  Maulana, agla sawal Dilli se hai, Dr. Muslima Siddiqui ka. Unhon ne likha hai: "Muslims do not follow the models set by the Prophet and his companions.</w:t>
      </w:r>
      <w:r>
        <w:br/>
      </w:r>
      <w:r>
        <w:rPr>
          <w:sz w:val="20"/>
        </w:rPr>
        <w:t>26:14  They think adding titles to their names is sufficient. When we remind them of this fact they fail to understand it.</w:t>
      </w:r>
      <w:r>
        <w:br/>
      </w:r>
      <w:r>
        <w:rPr>
          <w:sz w:val="20"/>
        </w:rPr>
        <w:t>26:23  It is something alien to them that they are our models. What is your opinion on this?"</w:t>
      </w:r>
      <w:r>
        <w:br/>
      </w:r>
      <w:r>
        <w:rPr>
          <w:sz w:val="20"/>
        </w:rPr>
        <w:t>26:32  Asal mein yeh daur-e-zawaal ka phenomena hai. Zawaal.</w:t>
      </w:r>
      <w:r>
        <w:br/>
      </w:r>
      <w:r>
        <w:rPr>
          <w:sz w:val="20"/>
        </w:rPr>
        <w:t>26:40  Degeneration. Jab kisi qaum mein, kisi ummat mein zawaal aata hai, yaani degeneration ka zamana aata hai to kya hota hai?</w:t>
      </w:r>
      <w:r>
        <w:br/>
      </w:r>
      <w:r>
        <w:rPr>
          <w:sz w:val="20"/>
        </w:rPr>
        <w:t>26:51  Rituals ko nahin chhodte woh. Woh rituals chhod dein to unki identity khatm ho jayegi. Apni identity ko baqi rakhne ke liye kuch zahiri rituals, khoob altaab-o-aadab lagayenge, khoob bade bade alfaaz bolenge.</w:t>
      </w:r>
      <w:r>
        <w:br/>
      </w:r>
      <w:r>
        <w:rPr>
          <w:sz w:val="20"/>
        </w:rPr>
        <w:t>27:05  Lekin spirit ke sense mein khatm ho chuke hote hain woh. Yeh hamesha daur-e-zawaal mein yahi hota hai ke alfaaz badh jaate hain, rituals badh jaate hain aur jo spirit wali baatein hain woh ghayab ho jaati hain.</w:t>
      </w:r>
      <w:r>
        <w:br/>
      </w:r>
      <w:r>
        <w:rPr>
          <w:sz w:val="20"/>
        </w:rPr>
        <w:t>27:22  Hamesha yahi hua hai daur-e-zawaal mein aur ab bhi Musalmanon ka yahi haal hai.</w:t>
      </w:r>
    </w:p>
    <w:p>
      <w:pPr>
        <w:pStyle w:val="Heading2"/>
      </w:pPr>
      <w:r>
        <w:t>Muslims not following Prophet's model</w:t>
      </w:r>
    </w:p>
    <w:p>
      <w:r>
        <w:rPr>
          <w:color w:val="666666"/>
          <w:sz w:val="18"/>
        </w:rPr>
        <w:t>Seerah &amp; Prophet · Age Of Consumerism I January 6, 2013 Maulana Wahiduddin Khan · 1m 29s · at 1:25:35 · https://youtu.be/CuRYFl7JuEM?t=5135</w:t>
      </w:r>
    </w:p>
    <w:p>
      <w:r>
        <w:rPr>
          <w:i/>
        </w:rPr>
        <w:t>“Muslims do not follow the model set by the Prophet and his companions; they think adding titles to their names is sufficient. When reminded, they fail to understand that they themselves are supposed to be models.”</w:t>
      </w:r>
    </w:p>
    <w:p>
      <w:r>
        <w:rPr>
          <w:sz w:val="20"/>
        </w:rPr>
        <w:t>1:25:35  maulana, agla sawal dilli se hai, doctor muslema siddiqui ka. unhone likha hai: "muslims do not follow the model set by the prophet and his companions.</w:t>
      </w:r>
      <w:r>
        <w:br/>
      </w:r>
      <w:r>
        <w:rPr>
          <w:sz w:val="20"/>
        </w:rPr>
        <w:t>1:25:48  they think adding titles to their names is sufficient.</w:t>
      </w:r>
      <w:r>
        <w:br/>
      </w:r>
      <w:r>
        <w:rPr>
          <w:sz w:val="20"/>
        </w:rPr>
        <w:t>1:25:52  when we remind them of this fact, they fail to understand it. it is something alien to them that they are are models.</w:t>
      </w:r>
      <w:r>
        <w:br/>
      </w:r>
      <w:r>
        <w:rPr>
          <w:sz w:val="20"/>
        </w:rPr>
        <w:t>1:26:03  what is your opinion in this?" asal mein yeh daur-e-zawaal ka phenomena hai.</w:t>
      </w:r>
      <w:r>
        <w:br/>
      </w:r>
      <w:r>
        <w:rPr>
          <w:sz w:val="20"/>
        </w:rPr>
        <w:t>1:26:12  zawaal, degeneration. jab kisi qaum mein, kisi ummat mein zawaal aata hai, yani degeneration ka zamana aata hai, to kya hota hai?</w:t>
      </w:r>
      <w:r>
        <w:br/>
      </w:r>
      <w:r>
        <w:rPr>
          <w:sz w:val="20"/>
        </w:rPr>
        <w:t>1:26:25  rituals ko nahi chhodte woh. kyunke rituals chhod dein to un ki un ka identity khatm ho jayegi.</w:t>
      </w:r>
      <w:r>
        <w:br/>
      </w:r>
      <w:r>
        <w:rPr>
          <w:sz w:val="20"/>
        </w:rPr>
        <w:t>1:26:30  apni identity ko baqi rakhne ke liye kuch zahiri rituals, khoob ulqab-o-adab lagayeinge, woh bare bare alfaaz bolenge, lekin spirit ke sense mein khatm ho chuke hote hain.</w:t>
      </w:r>
      <w:r>
        <w:br/>
      </w:r>
      <w:r>
        <w:rPr>
          <w:sz w:val="20"/>
        </w:rPr>
        <w:t>1:26:41  woh yeh hamesha daur-e-zawaal mein yahi hota hai ke alfaaz badh jaate hain,</w:t>
      </w:r>
      <w:r>
        <w:br/>
      </w:r>
      <w:r>
        <w:rPr>
          <w:sz w:val="20"/>
        </w:rPr>
        <w:t>1:26:50  rituals badh jaate hain, aur jo spirit wali baatein hain, woh ghayab ho jaati hain. hamesha yahi hua hai daur-e-zawaal mein, aur ab bhi musalmanon mein ka yahi haal hai.</w:t>
      </w:r>
    </w:p>
    <w:p>
      <w:pPr>
        <w:pStyle w:val="Heading2"/>
      </w:pPr>
      <w:r>
        <w:t>Muslims' focus on political history vs Prophet's message</w:t>
      </w:r>
    </w:p>
    <w:p>
      <w:r>
        <w:rPr>
          <w:color w:val="666666"/>
          <w:sz w:val="18"/>
        </w:rPr>
        <w:t>Seerah &amp; Prophet · Eid-al-Azha I October 13, 2013 · 38s · at 58:18 · https://youtu.be/oy7zn-uODcU?t=3498</w:t>
      </w:r>
    </w:p>
    <w:p>
      <w:r>
        <w:rPr>
          <w:i/>
        </w:rPr>
        <w:t>“Why is it that Muslims remember glory of their political history but have forgotten the message of Prophet and his sacrifices? Please comment.”</w:t>
      </w:r>
    </w:p>
    <w:p>
      <w:r>
        <w:rPr>
          <w:sz w:val="20"/>
        </w:rPr>
        <w:t>58:18  chand huin woh sab skirmishes theen yani jharpein bas maulana agla sawal dilli se hai miss sethi malhotra</w:t>
      </w:r>
      <w:r>
        <w:br/>
      </w:r>
      <w:r>
        <w:rPr>
          <w:sz w:val="20"/>
        </w:rPr>
        <w:t>58:25  ka unhone likha hai why is it that muslims remember glory of their political history but have</w:t>
      </w:r>
      <w:r>
        <w:br/>
      </w:r>
      <w:r>
        <w:rPr>
          <w:sz w:val="20"/>
        </w:rPr>
        <w:t>58:33  forgotten the message of prophet and his sacrifices please comment bhai main toh yahi kahoon ke shaitan ne</w:t>
      </w:r>
      <w:r>
        <w:br/>
      </w:r>
      <w:r>
        <w:rPr>
          <w:sz w:val="20"/>
        </w:rPr>
        <w:t>58:41  baqa rakha hai shaitan sab se zyada active hai yani shaitan se zyada koi active nahi toh shaitan</w:t>
      </w:r>
      <w:r>
        <w:br/>
      </w:r>
      <w:r>
        <w:rPr>
          <w:sz w:val="20"/>
        </w:rPr>
        <w:t>58:48  ne logon ko baqa rakha hai aur toh mere paas is ka koi jawab bhi samajh mein nahi</w:t>
      </w:r>
    </w:p>
    <w:p>
      <w:pPr>
        <w:pStyle w:val="Heading2"/>
      </w:pPr>
      <w:r>
        <w:t>Origin of martyrdom in Islamic history</w:t>
      </w:r>
    </w:p>
    <w:p>
      <w:r>
        <w:rPr>
          <w:color w:val="666666"/>
          <w:sz w:val="18"/>
        </w:rPr>
        <w:t>Seerah &amp; Prophet · Natural Warning April 17, 2016 · 1m 09s · at 54:19 · https://youtu.be/fSNOpwgzcss?t=3259</w:t>
      </w:r>
    </w:p>
    <w:p>
      <w:r>
        <w:rPr>
          <w:i/>
        </w:rPr>
        <w:t>“Kindly elaborate how the concept of shahadat (martyrdom) was introduced into Islamic history.”</w:t>
      </w:r>
    </w:p>
    <w:p>
      <w:r>
        <w:rPr>
          <w:sz w:val="20"/>
        </w:rPr>
        <w:t>54:19  mere aziz to sari zimmedari ulama par hai. sari zimmedari hai. maulana, agla sawal ajmer se kya hai doctor safina tabassum ne aur unhon ne aap se poocha hai ke kindly elaborate how the concept of shahadat was introduced into Islamic history.</w:t>
      </w:r>
      <w:r>
        <w:br/>
      </w:r>
      <w:r>
        <w:rPr>
          <w:sz w:val="20"/>
        </w:rPr>
        <w:t>54:39  dekhiye, jahan tak mein janta hoon yeh concept jo hai is waqt aaya jab ke europi qaumein dakhil huin africa aur aur asia mein aur muslim saltanaton ko unhon ne tod diya.</w:t>
      </w:r>
      <w:r>
        <w:br/>
      </w:r>
      <w:r>
        <w:rPr>
          <w:sz w:val="20"/>
        </w:rPr>
        <w:t>54:57  yani jis ko kehte hain colonialism. us waqt yeh musalmanon ko ubharne ke liye lado in se, lado in se, lado ge to shaheed ho jao ge. is se pehle yeh sab nahi tha.</w:t>
      </w:r>
      <w:r>
        <w:br/>
      </w:r>
      <w:r>
        <w:rPr>
          <w:sz w:val="20"/>
        </w:rPr>
        <w:t>55:10  is se pehle nahi tha. aap dekhein, is se pehle kabhi bhi hussain ko shaheed nahi kaha gaya. yeh isi zamane mein kaha gaya. aur shahadat yahood kubra un ke baray mein kaha gaya ke shahadat kubra un anjam di unhon ne.</w:t>
      </w:r>
    </w:p>
    <w:p>
      <w:pPr>
        <w:pStyle w:val="Heading2"/>
      </w:pPr>
      <w:r>
        <w:t>Patience in crises from Prophet's life</w:t>
      </w:r>
    </w:p>
    <w:p>
      <w:r>
        <w:rPr>
          <w:color w:val="666666"/>
          <w:sz w:val="18"/>
        </w:rPr>
        <w:t>Seerah &amp; Prophet · Patience and Crisis 22 Dec 2019 - Maulana Wahiduddin Khan · 6m 39s · at 59:33 · https://youtu.be/ddnUKbhEoCI?t=3573</w:t>
      </w:r>
    </w:p>
    <w:p>
      <w:r>
        <w:rPr>
          <w:i/>
        </w:rPr>
        <w:t>“Is there any example from the Prophet's life and his companions' life where in a crisis situation they exercised patience and the result was positive?”</w:t>
      </w:r>
    </w:p>
    <w:p>
      <w:r>
        <w:rPr>
          <w:sz w:val="20"/>
        </w:rPr>
        <w:t>59:33  maulana agla sawal lete hain. yeh sawal bheja hai</w:t>
      </w:r>
      <w:r>
        <w:br/>
      </w:r>
      <w:r>
        <w:rPr>
          <w:sz w:val="20"/>
        </w:rPr>
        <w:t>59:41  ahmedabad se qurban ali sahib ne. unhon ne likha hai: "maulana is there any example from prophets life or his companions life that in a crisis like situation they exercised patience and the result was positive?" sab se poori history mein,</w:t>
      </w:r>
      <w:r>
        <w:br/>
      </w:r>
      <w:r>
        <w:rPr>
          <w:sz w:val="20"/>
        </w:rPr>
        <w:t>1:00:02  poori history ka mein jo safra example hai, mein arz karta hoon. poori history mein rasool Allah sallallahu alaihi wasallam</w:t>
      </w:r>
      <w:r>
        <w:br/>
      </w:r>
      <w:r>
        <w:rPr>
          <w:sz w:val="20"/>
        </w:rPr>
        <w:t>1:00:15  ne makkah mein yeh ailaan kiya tha ke mein Allah ka peghambar hoon, Allah ka nabi hoon.</w:t>
      </w:r>
      <w:r>
        <w:br/>
      </w:r>
      <w:r>
        <w:rPr>
          <w:sz w:val="20"/>
        </w:rPr>
        <w:t>1:00:29  yeh aap ne shuru kiya quraish ke darmiyan makkah mein. kuch arse ke baad wahan aik waqia pesh aaya jo us ko kehte hain waqia hudaybiyah.</w:t>
      </w:r>
      <w:r>
        <w:br/>
      </w:r>
      <w:r>
        <w:rPr>
          <w:sz w:val="20"/>
        </w:rPr>
        <w:t>1:00:43  hudaybiyah jo makkah aur madinah ke darmiyan aik jagah thi, hudaybiyah ki, wahan par yeh pesh aaya waqia.</w:t>
      </w:r>
      <w:r>
        <w:br/>
      </w:r>
      <w:r>
        <w:rPr>
          <w:sz w:val="20"/>
        </w:rPr>
        <w:t>1:00:53  to yeh lambi kahani hai, apni kitabon mein parh sakte hain aap ke dono ke darmiyan aik muahida tay paaya ke hum dono ladai nahin karenge, aman par rahenge.</w:t>
      </w:r>
      <w:r>
        <w:br/>
      </w:r>
      <w:r>
        <w:rPr>
          <w:sz w:val="20"/>
        </w:rPr>
        <w:t>1:01:09  iska muahida</w:t>
      </w:r>
      <w:r>
        <w:br/>
      </w:r>
      <w:r>
        <w:rPr>
          <w:sz w:val="20"/>
        </w:rPr>
        <w:t>1:01:14  to jab muahida yani agreement jo tha, likha jaane laga to dictate kar rahe the us agreement ko rasool Allah sallallahu alaihi wasallam.</w:t>
      </w:r>
      <w:r>
        <w:br/>
      </w:r>
      <w:r>
        <w:rPr>
          <w:sz w:val="20"/>
        </w:rPr>
        <w:t>1:01:26  aur ali ali likh rahe the us ko, ali ibn talib us ko likh rahe the. to rasool Allah ne kaha: "iktub ya ali, iktub rasool Allah." to foran foran un ka jo numainda tha quraish ka,</w:t>
      </w:r>
      <w:r>
        <w:br/>
      </w:r>
      <w:r>
        <w:rPr>
          <w:sz w:val="20"/>
        </w:rPr>
        <w:t>1:01:52  suhail ibn umar, us ne foran etiraz kiya ke hum aap ko rasool Allah ka mante hain, aap likhein Muhammad bin Abdullah.</w:t>
      </w:r>
      <w:r>
        <w:br/>
      </w:r>
      <w:r>
        <w:rPr>
          <w:sz w:val="20"/>
        </w:rPr>
        <w:t>1:02:03  to aap tareekh mein parh lijiye, aik second ka bhi, aik second ke fraction ke barabar bhi aap ruke nahin, kuch baat baat nahin ki.</w:t>
      </w:r>
      <w:r>
        <w:br/>
      </w:r>
      <w:r>
        <w:rPr>
          <w:sz w:val="20"/>
        </w:rPr>
        <w:t>1:02:13  aap ne foran kaha ke: "iktub ya ali, iktub ya ali, ma alai Muhammad bin Abdullah." is se bara misaal koi paas chahte hain?</w:t>
      </w:r>
      <w:r>
        <w:br/>
      </w:r>
      <w:r>
        <w:rPr>
          <w:sz w:val="20"/>
        </w:rPr>
        <w:t>1:02:26  is se bari koi misaal tareekh mein nahin hai.</w:t>
      </w:r>
      <w:r>
        <w:br/>
      </w:r>
      <w:r>
        <w:rPr>
          <w:sz w:val="20"/>
        </w:rPr>
        <w:t>1:02:36  is ko is is ko is ko parhne ke baad mein gaya tha ahmedabad, gujrat.</w:t>
      </w:r>
      <w:r>
        <w:br/>
      </w:r>
      <w:r>
        <w:rPr>
          <w:sz w:val="20"/>
        </w:rPr>
        <w:t>1:02:46  to ahmedabad mein aik naujawan mere paas aaye aur ab aap ko chahta hoon apni factory dikhana.</w:t>
      </w:r>
      <w:r>
        <w:br/>
      </w:r>
      <w:r>
        <w:rPr>
          <w:sz w:val="20"/>
        </w:rPr>
        <w:t>1:02:58  shayad barkat ke liye chahte hon woh. to khair, woh le gaye hon us ko. to un ki factory mein aik nai, aik naya engine aaya tha,</w:t>
      </w:r>
      <w:r>
        <w:br/>
      </w:r>
      <w:r>
        <w:rPr>
          <w:sz w:val="20"/>
        </w:rPr>
        <w:t>1:03:11  woh fit hua tha, woh dikha rahe the us ko. to aap jante honge ke engine mein aik hota hai frying wheel, frying wheel se poori engine chalne lagta hai.</w:t>
      </w:r>
      <w:r>
        <w:br/>
      </w:r>
      <w:r>
        <w:rPr>
          <w:sz w:val="20"/>
        </w:rPr>
        <w:t>1:03:25  to is ne bohat hi fakhr ke andaaz mein aik sui dabaya. to jab sui dabaya to frying wheel aise chalne laga, aise chalne laga.</w:t>
      </w:r>
      <w:r>
        <w:br/>
      </w:r>
      <w:r>
        <w:rPr>
          <w:sz w:val="20"/>
        </w:rPr>
        <w:t>1:03:41  to is ka</w:t>
      </w:r>
      <w:r>
        <w:br/>
      </w:r>
      <w:r>
        <w:rPr>
          <w:sz w:val="20"/>
        </w:rPr>
        <w:t>1:03:42  is ne kaha: "aisa!" aur doosra bhi dekhiye, aap doosra sui dabaya to achaanak is ne direction change kar diya, idhar chalne laga.</w:t>
      </w:r>
      <w:r>
        <w:br/>
      </w:r>
      <w:r>
        <w:rPr>
          <w:sz w:val="20"/>
        </w:rPr>
        <w:t>1:03:51  to main ne kaha ke yeh hai momin ki, momin ki shan. momin ki shan</w:t>
      </w:r>
      <w:r>
        <w:br/>
      </w:r>
      <w:r>
        <w:rPr>
          <w:sz w:val="20"/>
        </w:rPr>
        <w:t>1:03:58  rasool Allah mein aur quraish mein ikhtilaf tha, ikhtilaf se barh kar aur bhi shadeed ikhtilaf tha.</w:t>
      </w:r>
      <w:r>
        <w:br/>
      </w:r>
      <w:r>
        <w:rPr>
          <w:sz w:val="20"/>
        </w:rPr>
        <w:t>1:04:10  lekin jab woh waqia aaya, jab is ne kaha ke hum nahin mante, aap likhein Muhammad bin Abdullah, to rasool Allah ne pehle likhwaya tha: "Muhammad bin Muhammad rasool Allah,</w:t>
      </w:r>
      <w:r>
        <w:br/>
      </w:r>
      <w:r>
        <w:rPr>
          <w:sz w:val="20"/>
        </w:rPr>
        <w:t>1:04:26  Ma Muhammad rasool Allah." to jab unhon ne etiraz kiya to jhuka ke aap ne button daba diya foran aur aise ghoomne laga.</w:t>
      </w:r>
      <w:r>
        <w:br/>
      </w:r>
      <w:r>
        <w:rPr>
          <w:sz w:val="20"/>
        </w:rPr>
        <w:t>1:04:38  waud in second ke fraction mein aisa hua. to yeh to main samajhta hoon ke is se itni bari misaal to sirf Islam hi mein milti hai.</w:t>
      </w:r>
      <w:r>
        <w:br/>
      </w:r>
      <w:r>
        <w:rPr>
          <w:sz w:val="20"/>
        </w:rPr>
        <w:t>1:04:50  maulana aur is ka aap jante hain ke nateeja kya hua: "ana fatah</w:t>
      </w:r>
      <w:r>
        <w:br/>
      </w:r>
      <w:r>
        <w:rPr>
          <w:sz w:val="20"/>
        </w:rPr>
        <w:t>1:04:55  na fatah mobina." is peechhe yaani peechhe hatne ka waqia yeh hai. aur is ko Allah taala ne jo acknowledge kiya to is ko yeh kaha ke yeh tuhfa m</w:t>
      </w:r>
      <w:r>
        <w:br/>
      </w:r>
      <w:r>
        <w:rPr>
          <w:sz w:val="20"/>
        </w:rPr>
        <w:t>1:05:09  wun hai.</w:t>
      </w:r>
      <w:r>
        <w:br/>
      </w:r>
      <w:r>
        <w:rPr>
          <w:sz w:val="20"/>
        </w:rPr>
        <w:t>1:05:17  maulana abdul salam umri ne haiderabad se comment bheja hai. unhon ne likha hai: "maulana sabr jannat mein dakhil ke laiq banane ke liye hai, na ke museebat museebat mein phansane ke liye.</w:t>
      </w:r>
      <w:r>
        <w:br/>
      </w:r>
      <w:r>
        <w:rPr>
          <w:sz w:val="20"/>
        </w:rPr>
        <w:t>1:05:32  maulana sabr ko positive sense mein bolte hue main ne aap hi ko dekha hai, kisi aur ko nahin. jazak</w:t>
      </w:r>
      <w:r>
        <w:br/>
      </w:r>
      <w:r>
        <w:rPr>
          <w:sz w:val="20"/>
        </w:rPr>
        <w:t>1:05:40  Allah." sajid ahmed khan sahib ne nagpur se likha hai: "duniya ki zindagi hamare liye jannat ki advance training hai.</w:t>
      </w:r>
      <w:r>
        <w:br/>
      </w:r>
      <w:r>
        <w:rPr>
          <w:sz w:val="20"/>
        </w:rPr>
        <w:t>1:05:50  yeh khayal mere liye bilkul thrilling hai. is tarah se agar main zindagi guzaron to koi bhi problem asal mein problem nahin rahegi, balkeh aik opportunity ban jayegi.</w:t>
      </w:r>
      <w:r>
        <w:br/>
      </w:r>
      <w:r>
        <w:rPr>
          <w:sz w:val="20"/>
        </w:rPr>
        <w:t>1:06:02  masha Allah! jazak Allah Maulana. Allah hum sab ko isi haqeeqat se</w:t>
      </w:r>
      <w:r>
        <w:br/>
      </w:r>
      <w:r>
        <w:rPr>
          <w:sz w:val="20"/>
        </w:rPr>
        <w:t>1:06:09  aashna kar de."</w:t>
      </w:r>
    </w:p>
    <w:p>
      <w:pPr>
        <w:pStyle w:val="Heading2"/>
      </w:pPr>
      <w:r>
        <w:t>Peaceful aspect vs. complete model of Prophet</w:t>
      </w:r>
    </w:p>
    <w:p>
      <w:r>
        <w:rPr>
          <w:color w:val="666666"/>
          <w:sz w:val="18"/>
        </w:rPr>
        <w:t>Seerah &amp; Prophet · The Age of Opportunity Explosion December 2, 2018 Maulana Wahiduddin Khan · 2m 24s · at 1:00:38 · https://youtu.be/LqGWdCG81hc?t=3638</w:t>
      </w:r>
    </w:p>
    <w:p>
      <w:r>
        <w:rPr>
          <w:i/>
        </w:rPr>
        <w:t>“You always talk about peaceful aspect, but when we share the same thing with others, then some other Muslim friends tell us that peace is fine, but we should take the complete model of Prophet.”</w:t>
      </w:r>
    </w:p>
    <w:p>
      <w:r>
        <w:rPr>
          <w:sz w:val="20"/>
        </w:rPr>
        <w:t>1:00:38  what a beautiful analysis, which should awaken us to rise to the occasion." thank you, beloved Maulana. Maulana sahib, Maulana agla sawal lete hain.</w:t>
      </w:r>
      <w:r>
        <w:br/>
      </w:r>
      <w:r>
        <w:rPr>
          <w:sz w:val="20"/>
        </w:rPr>
        <w:t>1:00:52  yeh sawal bheja hai Lucknow se Qurban Ali sahib ne. unhone likha hai, "Maulana, you always talk about peaceful aspect, but when we share the same thing with other,</w:t>
      </w:r>
      <w:r>
        <w:br/>
      </w:r>
      <w:r>
        <w:rPr>
          <w:sz w:val="20"/>
        </w:rPr>
        <w:t>1:01:07  then some other muslim friends tell us that peace is fine, but we should take the complete model of prophet.</w:t>
      </w:r>
      <w:r>
        <w:br/>
      </w:r>
      <w:r>
        <w:rPr>
          <w:sz w:val="20"/>
        </w:rPr>
        <w:t>1:01:16  and it is a fact, which can not be denied, that prophet and later companions fought wars and battles whenever the opposite party refused to accept Islam.</w:t>
      </w:r>
      <w:r>
        <w:br/>
      </w:r>
      <w:r>
        <w:rPr>
          <w:sz w:val="20"/>
        </w:rPr>
        <w:t>1:01:28  so some muslim groups are rightfully engaged in war with west, till they accept Islam.</w:t>
      </w:r>
      <w:r>
        <w:br/>
      </w:r>
      <w:r>
        <w:rPr>
          <w:sz w:val="20"/>
        </w:rPr>
        <w:t>1:01:36  what is your? what is your? yeh bilkul jhooti baat hai. main interfere karke bolta hoon ke jhooti baat hai, jhooti baat hai, jhooti baat hai ke lad kar ke musalman banao.</w:t>
      </w:r>
      <w:r>
        <w:br/>
      </w:r>
      <w:r>
        <w:rPr>
          <w:sz w:val="20"/>
        </w:rPr>
        <w:t>1:01:48  yeh yeh jo loan nikala hai, woh shaitan ki boli bolte hain. Islam peaceful mazhab hai, Islam samjhane ka mazhab hai, Islam dawat ka mazhab hai.</w:t>
      </w:r>
      <w:r>
        <w:br/>
      </w:r>
      <w:r>
        <w:rPr>
          <w:sz w:val="20"/>
        </w:rPr>
        <w:t>1:02:02  ji, padhiye. ji, Maulana, woh itna hi tha. woh</w:t>
      </w:r>
    </w:p>
    <w:p>
      <w:pPr>
        <w:pStyle w:val="Heading2"/>
      </w:pPr>
      <w:r>
        <w:t>Physical or conceptual advent of Mahdi and Jesus</w:t>
      </w:r>
    </w:p>
    <w:p>
      <w:r>
        <w:rPr>
          <w:color w:val="666666"/>
          <w:sz w:val="18"/>
        </w:rPr>
        <w:t>Seerah &amp; Prophet · Discovery of Modern Age February 10, 2013 · 1m 52s · at 1:00:15 · https://youtu.be/qYGA53ii7E4?t=3615</w:t>
      </w:r>
    </w:p>
    <w:p>
      <w:r>
        <w:rPr>
          <w:i/>
        </w:rPr>
        <w:t>“Please explain about the advent of Mahdi and Jesus (peace be upon them). Are they supposed to come physically or is it a conceptual role in this modern age?”</w:t>
      </w:r>
    </w:p>
    <w:p>
      <w:r>
        <w:rPr>
          <w:sz w:val="20"/>
        </w:rPr>
        <w:t>1:00:15  hamara agla sawal Dilli se hai Shahnawaz Zafar sahib ka. unhon ne likha hai: "please explain about the advent of Mahdi and Isa alaihissalam.</w:t>
      </w:r>
      <w:r>
        <w:br/>
      </w:r>
      <w:r>
        <w:rPr>
          <w:sz w:val="20"/>
        </w:rPr>
        <w:t>1:00:27  are these supposed to come physically or it is a conceptual role in this modern age?" dekhiye, basic baat yeh hai ke aap sari hadithain jo hain parhiye is is hisse mein.</w:t>
      </w:r>
      <w:r>
        <w:br/>
      </w:r>
      <w:r>
        <w:rPr>
          <w:sz w:val="20"/>
        </w:rPr>
        <w:t>1:00:42  sari hadith</w:t>
      </w:r>
      <w:r>
        <w:br/>
      </w:r>
      <w:r>
        <w:rPr>
          <w:sz w:val="20"/>
        </w:rPr>
        <w:t>1:00:43  mein kisi bhi hadith mein yeh nahi hai ke koi aadmi ayega, woh kahega ke main Mahdi hoon, main Masih hoon.</w:t>
      </w:r>
      <w:r>
        <w:br/>
      </w:r>
      <w:r>
        <w:rPr>
          <w:sz w:val="20"/>
        </w:rPr>
        <w:t>1:00:54  yeh declare karega. aisa hai hi nahi. jab ke paighambar ata hai to woh declare karta hai ke main mariz hoon, ana nabiyyu awwalu kadhi, ana rasul rubb al-alameen.</w:t>
      </w:r>
      <w:r>
        <w:br/>
      </w:r>
      <w:r>
        <w:rPr>
          <w:sz w:val="20"/>
        </w:rPr>
        <w:t>1:01:06  to kisi bhi hadith mein jo hadithain is hisse mein ayi hain, us mein yeh baat nahi hai ke aaney wala apni zuban se kahega ke main Mahdi hoon ya main Masih hoon.</w:t>
      </w:r>
      <w:r>
        <w:br/>
      </w:r>
      <w:r>
        <w:rPr>
          <w:sz w:val="20"/>
        </w:rPr>
        <w:t>1:01:17  to is se hi apne aap yeh baat sabit ho jati hai ke woh ek role hai. woh role hai.</w:t>
      </w:r>
      <w:r>
        <w:br/>
      </w:r>
      <w:r>
        <w:rPr>
          <w:sz w:val="20"/>
        </w:rPr>
        <w:t>1:01:23  yeh to logon ne jo logon ne daway kiye hain, woh to main samajhta hoon ke baseless daway the. jinhon ne kaha ke main Mahdi hoon, jinhon ne kaha ke main Masih hoon, to yeh baseless daway the.</w:t>
      </w:r>
      <w:r>
        <w:br/>
      </w:r>
      <w:r>
        <w:rPr>
          <w:sz w:val="20"/>
        </w:rPr>
        <w:t>1:01:34  yeh kahan se bol rahe hain? woh jab hadithon mein yeh baat hai hi nahi ke aaney wala dawa karega, to aap kahan se dawa kar rahe hain?</w:t>
      </w:r>
      <w:r>
        <w:br/>
      </w:r>
      <w:r>
        <w:rPr>
          <w:sz w:val="20"/>
        </w:rPr>
        <w:t>1:01:44  to un hadithon mein kahin bhi yeh nahin hai ke aane wala apni zuban se boley ga ke mein mehdi hoon, mein Maseeh hoon.</w:t>
      </w:r>
      <w:r>
        <w:br/>
      </w:r>
      <w:r>
        <w:rPr>
          <w:sz w:val="20"/>
        </w:rPr>
        <w:t>1:01:52  isi se sabit hota hai ke woh ek role ki baat hai, aur role ka ilm Allah taala ko hai ke Allah ko pata hai kis ne yeh role kiya hai, kis ne nahin kiya hai.</w:t>
      </w:r>
      <w:r>
        <w:br/>
      </w:r>
      <w:r>
        <w:rPr>
          <w:sz w:val="20"/>
        </w:rPr>
        <w:t>1:02:02  hum aap is ko determine nahin kar sakte.</w:t>
      </w:r>
    </w:p>
    <w:p>
      <w:pPr>
        <w:pStyle w:val="Heading2"/>
      </w:pPr>
      <w:r>
        <w:t>Prophet Ibrahim's training of Hajar and Ismail</w:t>
      </w:r>
    </w:p>
    <w:p>
      <w:r>
        <w:rPr>
          <w:color w:val="666666"/>
          <w:sz w:val="18"/>
        </w:rPr>
        <w:t>Seerah &amp; Prophet · Divine Help February 09, 2014 Maulana Wahiduddin Khan · 2m 31s · at 48:21 · https://youtu.be/eJBjiYGZcKY?t=2901</w:t>
      </w:r>
    </w:p>
    <w:p>
      <w:r>
        <w:rPr>
          <w:i/>
        </w:rPr>
        <w:t>“How did Prophet Ibrahim train Hajar and Ismail in times of difficulties?”</w:t>
      </w:r>
    </w:p>
    <w:p>
      <w:r>
        <w:rPr>
          <w:sz w:val="20"/>
        </w:rPr>
        <w:t>48:21  Maulana agla sawal Chennai se hai.</w:t>
      </w:r>
      <w:r>
        <w:br/>
      </w:r>
      <w:r>
        <w:rPr>
          <w:sz w:val="20"/>
        </w:rPr>
        <w:t>48:26  Maulana Iqbal Umri ka.</w:t>
      </w:r>
      <w:r>
        <w:br/>
      </w:r>
      <w:r>
        <w:rPr>
          <w:sz w:val="20"/>
        </w:rPr>
        <w:t>48:32  Unhon ne likha hai: Maulana Ibrahim aleh salam ne Hajra aur Ismail ki tarbiyat kaise ki? Mushkilat mein</w:t>
      </w:r>
      <w:r>
        <w:br/>
      </w:r>
      <w:r>
        <w:rPr>
          <w:sz w:val="20"/>
        </w:rPr>
        <w:t>48:37  daal kar ya favor de kar? Maulana aaj mission ke liye kon si qurbani ki zaroorat hai? Is</w:t>
      </w:r>
      <w:r>
        <w:br/>
      </w:r>
      <w:r>
        <w:rPr>
          <w:sz w:val="20"/>
        </w:rPr>
        <w:t>48:43  ke bare mein batayein.</w:t>
      </w:r>
      <w:r>
        <w:br/>
      </w:r>
      <w:r>
        <w:rPr>
          <w:sz w:val="20"/>
        </w:rPr>
        <w:t>48:49  Dekhiye mushkilat mein daalne ki zaroorat nahi hai.</w:t>
      </w:r>
      <w:r>
        <w:br/>
      </w:r>
      <w:r>
        <w:rPr>
          <w:sz w:val="20"/>
        </w:rPr>
        <w:t>48:54  Laqad khalaqnal insana hafeeqan.</w:t>
      </w:r>
      <w:r>
        <w:br/>
      </w:r>
      <w:r>
        <w:rPr>
          <w:sz w:val="20"/>
        </w:rPr>
        <w:t>49:00  Mushkilat to apne aap aati hain.</w:t>
      </w:r>
      <w:r>
        <w:br/>
      </w:r>
      <w:r>
        <w:rPr>
          <w:sz w:val="20"/>
        </w:rPr>
        <w:t>49:05  Yeh to doosre log hain jo is ko favor dete hain.</w:t>
      </w:r>
      <w:r>
        <w:br/>
      </w:r>
      <w:r>
        <w:rPr>
          <w:sz w:val="20"/>
        </w:rPr>
        <w:t>49:11  Aap favor na diye to mushkilat hi ka process se guzre ga aadmi.</w:t>
      </w:r>
      <w:r>
        <w:br/>
      </w:r>
      <w:r>
        <w:rPr>
          <w:sz w:val="20"/>
        </w:rPr>
        <w:t>49:17  Laqad khalaqnal insana hafeeqan.</w:t>
      </w:r>
      <w:r>
        <w:br/>
      </w:r>
      <w:r>
        <w:rPr>
          <w:sz w:val="20"/>
        </w:rPr>
        <w:t>49:22  Insaan ko paida kiya Allah taala ne mushkilat mein, masail mein.</w:t>
      </w:r>
      <w:r>
        <w:br/>
      </w:r>
      <w:r>
        <w:rPr>
          <w:sz w:val="20"/>
        </w:rPr>
        <w:t>49:28  To buri cheez yeh hai ke log favor dete hain apne bachon ko aur balkeh poori poori yani</w:t>
      </w:r>
      <w:r>
        <w:br/>
      </w:r>
      <w:r>
        <w:rPr>
          <w:sz w:val="20"/>
        </w:rPr>
        <w:t>49:33  jo aaj kal jo hai Muslim empowerment.</w:t>
      </w:r>
      <w:r>
        <w:br/>
      </w:r>
      <w:r>
        <w:rPr>
          <w:sz w:val="20"/>
        </w:rPr>
        <w:t>49:39  Muslim empowerment kya hai? Musalmanon ko favor dena.</w:t>
      </w:r>
      <w:r>
        <w:br/>
      </w:r>
      <w:r>
        <w:rPr>
          <w:sz w:val="20"/>
        </w:rPr>
        <w:t>49:45  Main Muslim empowerment ke sakht tor par khilaf hoon.</w:t>
      </w:r>
      <w:r>
        <w:br/>
      </w:r>
      <w:r>
        <w:rPr>
          <w:sz w:val="20"/>
        </w:rPr>
        <w:t>49:50  Yeh musalmanon ke sath dushmani hai.</w:t>
      </w:r>
      <w:r>
        <w:br/>
      </w:r>
      <w:r>
        <w:rPr>
          <w:sz w:val="20"/>
        </w:rPr>
        <w:t>49:56  Musalmanon ko halaat ke challenge ka muqabla karne dijiye.</w:t>
      </w:r>
      <w:r>
        <w:br/>
      </w:r>
      <w:r>
        <w:rPr>
          <w:sz w:val="20"/>
        </w:rPr>
        <w:t>50:01  musalmanon ko halaat ke challenge ka muqabla karne dijiye taake un ke potential jaagay.</w:t>
      </w:r>
      <w:r>
        <w:br/>
      </w:r>
      <w:r>
        <w:rPr>
          <w:sz w:val="20"/>
        </w:rPr>
        <w:t>50:07  un ka jo andar jo quality Allah ne rakhi hai woh khulay.</w:t>
      </w:r>
      <w:r>
        <w:br/>
      </w:r>
      <w:r>
        <w:rPr>
          <w:sz w:val="20"/>
        </w:rPr>
        <w:t>50:13  to chahe maa baap ka ghar mein jo favor dete hain apne bachon ko woh ho ya hamare</w:t>
      </w:r>
      <w:r>
        <w:br/>
      </w:r>
      <w:r>
        <w:rPr>
          <w:sz w:val="20"/>
        </w:rPr>
        <w:t>50:18  leader jo musalmanon ko muslim empowerment ka favor de rahe hain yeh sab bilkul hi ghair fitri hai</w:t>
      </w:r>
      <w:r>
        <w:br/>
      </w:r>
      <w:r>
        <w:rPr>
          <w:sz w:val="20"/>
        </w:rPr>
        <w:t>50:24  aur be natija hai.</w:t>
      </w:r>
      <w:r>
        <w:br/>
      </w:r>
      <w:r>
        <w:rPr>
          <w:sz w:val="20"/>
        </w:rPr>
        <w:t>50:29  koi is ka natija nikalne wala nahi hai.</w:t>
      </w:r>
      <w:r>
        <w:br/>
      </w:r>
      <w:r>
        <w:rPr>
          <w:sz w:val="20"/>
        </w:rPr>
        <w:t>50:35  bas halaat mein un ko halaat apne aap challenge khara karte hain.</w:t>
      </w:r>
      <w:r>
        <w:br/>
      </w:r>
      <w:r>
        <w:rPr>
          <w:sz w:val="20"/>
        </w:rPr>
        <w:t>50:41  un ko halaat mein ka jo challenge pesh aaye hain un ko muqabla karne dijiye.</w:t>
      </w:r>
      <w:r>
        <w:br/>
      </w:r>
      <w:r>
        <w:rPr>
          <w:sz w:val="20"/>
        </w:rPr>
        <w:t>50:46  un ki salahiyaten apne aap unfold hongi.</w:t>
      </w:r>
    </w:p>
    <w:p>
      <w:pPr>
        <w:pStyle w:val="Heading2"/>
      </w:pPr>
      <w:r>
        <w:t>Prophet seeing Aisha wearing silver bracelets</w:t>
      </w:r>
    </w:p>
    <w:p>
      <w:r>
        <w:rPr>
          <w:color w:val="666666"/>
          <w:sz w:val="18"/>
        </w:rPr>
        <w:t>Seerah &amp; Prophet · The Story of Aisha Bint Abu Bakr Part 2 March 05, 2023 · 26s · at 22:55 · https://youtu.be/od3Is6a9B7o?t=1375</w:t>
      </w:r>
    </w:p>
    <w:p>
      <w:r>
        <w:rPr>
          <w:i/>
        </w:rPr>
        <w:t>“The Prophet once saw Hazrat Aisha wearing silver bracelets. What is the significance of this incident?”</w:t>
      </w:r>
    </w:p>
    <w:p>
      <w:r>
        <w:rPr>
          <w:sz w:val="20"/>
        </w:rPr>
        <w:t>22:55  yeh ek bohat hi khaas cheez thi jo Hazrat Aisha ko Allah taala ne yeh nemat di ke jibril ko dekhein woh. ji ji doctor sahib ek comment parhna chahunga agla sawal lene se pehle.</w:t>
      </w:r>
      <w:r>
        <w:br/>
      </w:r>
      <w:r>
        <w:rPr>
          <w:sz w:val="20"/>
        </w:rPr>
        <w:t>23:07  yeh comment bheja hai Miss Fareeda Kamran ne Islamabad Pakistan se. unhone likha hai Jazak Allah for sharing us beautiful information about the most amazing lady of Islam Hazrat Aisha</w:t>
      </w:r>
    </w:p>
    <w:p>
      <w:pPr>
        <w:pStyle w:val="Heading2"/>
      </w:pPr>
      <w:r>
        <w:t>Prophet's Debate and Mubahala</w:t>
      </w:r>
    </w:p>
    <w:p>
      <w:r>
        <w:rPr>
          <w:color w:val="666666"/>
          <w:sz w:val="18"/>
        </w:rPr>
        <w:t>Seerah &amp; Prophet · Reason and Faith July 10, 2016 · 2m 24s · at 44:58 · https://youtu.be/axR4I5yv29E?t=2698</w:t>
      </w:r>
    </w:p>
    <w:p>
      <w:r>
        <w:rPr>
          <w:i/>
        </w:rPr>
        <w:t>“There are some people who say that the Prophet of Islam himself engaged in debate; they give the example of Mubahala to prove their point. Please explain this.”</w:t>
      </w:r>
    </w:p>
    <w:p>
      <w:r>
        <w:rPr>
          <w:sz w:val="20"/>
        </w:rPr>
        <w:t>44:58  maulana, agla sawal doctor farida khanoom ne bheja hai dilli se aur unhon ne likha hai ke there</w:t>
      </w:r>
      <w:r>
        <w:br/>
      </w:r>
      <w:r>
        <w:rPr>
          <w:sz w:val="20"/>
        </w:rPr>
        <w:t>45:05  are some people who say that the prophet of islam himself engaged in debate; they give the example</w:t>
      </w:r>
      <w:r>
        <w:br/>
      </w:r>
      <w:r>
        <w:rPr>
          <w:sz w:val="20"/>
        </w:rPr>
        <w:t>45:13  of mubahala to prove their point is ke baray mein batayen.</w:t>
      </w:r>
      <w:r>
        <w:br/>
      </w:r>
      <w:r>
        <w:rPr>
          <w:sz w:val="20"/>
        </w:rPr>
        <w:t>45:20  dekhen, yeh galat reference hai, aisa reference dena gunah hai.</w:t>
      </w:r>
      <w:r>
        <w:br/>
      </w:r>
      <w:r>
        <w:rPr>
          <w:sz w:val="20"/>
        </w:rPr>
        <w:t>45:27  mubahala ki ayat surah aal imran mein hai, aap is ko parh sakte hain.</w:t>
      </w:r>
      <w:r>
        <w:br/>
      </w:r>
      <w:r>
        <w:rPr>
          <w:sz w:val="20"/>
        </w:rPr>
        <w:t>45:34  to yeh madine mein, madine mein kuch najran ke isai aaye the, un ke sath aisa hua tha.</w:t>
      </w:r>
      <w:r>
        <w:br/>
      </w:r>
      <w:r>
        <w:rPr>
          <w:sz w:val="20"/>
        </w:rPr>
        <w:t>45:42  to woh log rasool Allah ki baat ko tayyar nahin hote the ke aap rasool hain aur wohi</w:t>
      </w:r>
      <w:r>
        <w:br/>
      </w:r>
      <w:r>
        <w:rPr>
          <w:sz w:val="20"/>
        </w:rPr>
        <w:t>45:49  rasool hain jis ki paish goi babal mein ki gayi thi.</w:t>
      </w:r>
      <w:r>
        <w:br/>
      </w:r>
      <w:r>
        <w:rPr>
          <w:sz w:val="20"/>
        </w:rPr>
        <w:t>45:56  to rasool Allah ne kaha theek hai, tum mannay ko tayyar nahin ho to mubahala karo.</w:t>
      </w:r>
      <w:r>
        <w:br/>
      </w:r>
      <w:r>
        <w:rPr>
          <w:sz w:val="20"/>
        </w:rPr>
        <w:t>46:03  mubahala ka matlab yeh tha ke rasool Allah niklein apne ghar walon ko sath le kar, woh jo</w:t>
      </w:r>
      <w:r>
        <w:br/>
      </w:r>
      <w:r>
        <w:rPr>
          <w:sz w:val="20"/>
        </w:rPr>
        <w:t>46:10  the, jo aaye the, us isai, woh niklein apne logon ke liye aur aik maidan mein ikatha hon</w:t>
      </w:r>
      <w:r>
        <w:br/>
      </w:r>
      <w:r>
        <w:rPr>
          <w:sz w:val="20"/>
        </w:rPr>
        <w:t>46:18  aur dono yeh kahein ke hum mein se jo shakhs jhoota ho, us ko Khuda halak kar de.</w:t>
      </w:r>
      <w:r>
        <w:br/>
      </w:r>
      <w:r>
        <w:rPr>
          <w:sz w:val="20"/>
        </w:rPr>
        <w:t>46:25  to rasool Allah apne ghar ko aur fatima ko, ali ko le kar ke nikle aur wahan maidan mein gaye.</w:t>
      </w:r>
      <w:r>
        <w:br/>
      </w:r>
      <w:r>
        <w:rPr>
          <w:sz w:val="20"/>
        </w:rPr>
        <w:t>46:32  lekin lekin jo isai log the, woh wahan nahin aaye, woh dar gaye.</w:t>
      </w:r>
      <w:r>
        <w:br/>
      </w:r>
      <w:r>
        <w:rPr>
          <w:sz w:val="20"/>
        </w:rPr>
        <w:t>46:39  to yeh aakhri hujjatt ke taur par rasool Allah ne kiya tha, is ka koi talluq debate se</w:t>
      </w:r>
      <w:r>
        <w:br/>
      </w:r>
      <w:r>
        <w:rPr>
          <w:sz w:val="20"/>
        </w:rPr>
        <w:t>46:47  nahin hai, yeh bilkul irrelevant reference hai yeh.</w:t>
      </w:r>
      <w:r>
        <w:br/>
      </w:r>
      <w:r>
        <w:rPr>
          <w:sz w:val="20"/>
        </w:rPr>
        <w:t>46:54  aur is tarah ka mubahala phir ummat ne kabhi kisi ne nahin kiya.</w:t>
      </w:r>
      <w:r>
        <w:br/>
      </w:r>
      <w:r>
        <w:rPr>
          <w:sz w:val="20"/>
        </w:rPr>
        <w:t>47:01  ulama ka fatwa hai ke mubahala sirf peghambar ke liye tha, hamare liye nahin hai.</w:t>
      </w:r>
      <w:r>
        <w:br/>
      </w:r>
      <w:r>
        <w:rPr>
          <w:sz w:val="20"/>
        </w:rPr>
        <w:t>47:08  to awwal to mubahala debate nahin tha aur doosra mubahala jo tha, sirf peghambar ke liye tha.</w:t>
      </w:r>
      <w:r>
        <w:br/>
      </w:r>
      <w:r>
        <w:rPr>
          <w:sz w:val="20"/>
        </w:rPr>
        <w:t>47:15  to yeh bilkul yani irrelevant reference hai aur is qism ka reference kabhi dena nahin chahiye.</w:t>
      </w:r>
    </w:p>
    <w:p>
      <w:pPr>
        <w:pStyle w:val="Heading2"/>
      </w:pPr>
      <w:r>
        <w:t>Prophet's Letters to Arabia But Not India</w:t>
      </w:r>
    </w:p>
    <w:p>
      <w:r>
        <w:rPr>
          <w:color w:val="666666"/>
          <w:sz w:val="18"/>
        </w:rPr>
        <w:t>Seerah &amp; Prophet · Double Reward 15 Feb 2020 - Maulana Wahiduddin Khan · 4m 08s · at 39:12 · https://youtu.be/Os-Kuq1-wAk?t=2352</w:t>
      </w:r>
    </w:p>
    <w:p>
      <w:r>
        <w:rPr>
          <w:i/>
        </w:rPr>
        <w:t>“The Prophet Muhammad, peace be upon him, sent letters inviting all the rulers around the Arabian Peninsula at the time, but never sent any messengers or letters to India. Was there a particular reason? There is also a hadith, which I do not remember exactly, whose meaning is that the Prophet said: 'I feel freshness when the breeze comes from India.'”</w:t>
      </w:r>
    </w:p>
    <w:p>
      <w:r>
        <w:rPr>
          <w:sz w:val="20"/>
        </w:rPr>
        <w:t>39:12  baat theek hai. maulana, agla sawal hai ahsan khan sahib ka. unhon ne likha hai: "mere paas ek sawal hai.</w:t>
      </w:r>
      <w:r>
        <w:br/>
      </w:r>
      <w:r>
        <w:rPr>
          <w:sz w:val="20"/>
        </w:rPr>
        <w:t>39:21  paighambar-e-islam (s.a.w.) ne us waqt arab ke tamam hukmraanon ko khat likhe the dawat ke liye, lekin hind ko kabhi koi paighaam ya khat nahi bheja.</w:t>
      </w:r>
      <w:r>
        <w:br/>
      </w:r>
      <w:r>
        <w:rPr>
          <w:sz w:val="20"/>
        </w:rPr>
        <w:t>39:36  kya iski koi khaas wajah thi? ek hadees bhi hai jise mujhe theek se yaad nahi, lekin matlab yeh hai ke paighambar (s.a.w.) ne farmaya: 'jab hind se hawa aati hai to mujhe taazgi mehsoos hoti hai.'</w:t>
      </w:r>
      <w:r>
        <w:br/>
      </w:r>
      <w:r>
        <w:rPr>
          <w:sz w:val="20"/>
        </w:rPr>
        <w:t>39:53  nahi to arab ko pahunch chuka bheja tha, haan shayad dunya mein to bheja nahi tha. achha, shayad dunya mein nahi bheja arab ko pahunch chuka.</w:t>
      </w:r>
      <w:r>
        <w:br/>
      </w:r>
      <w:r>
        <w:rPr>
          <w:sz w:val="20"/>
        </w:rPr>
        <w:t>40:12  maulana, yeh sawal aaya hai abdul qadeer ghori pakistan se: "agar aap kuch acha kar rahe hain aur doosra na samjhe aur tanqeed kare to us waqt kya kiya jaye?" kya kaha hai?</w:t>
      </w:r>
      <w:r>
        <w:br/>
      </w:r>
      <w:r>
        <w:rPr>
          <w:sz w:val="20"/>
        </w:rPr>
        <w:t>40:29  agar aap koi acha kaam kar rahe hain aur doosra aadmi usko na samajh paaye aur tanqeed kar de to us waqt kya karein?</w:t>
      </w:r>
      <w:r>
        <w:br/>
      </w:r>
      <w:r>
        <w:rPr>
          <w:sz w:val="20"/>
        </w:rPr>
        <w:t>40:37  aap</w:t>
      </w:r>
      <w:r>
        <w:br/>
      </w:r>
      <w:r>
        <w:rPr>
          <w:sz w:val="20"/>
        </w:rPr>
        <w:t>40:38  kuch nahi, aap dua kijiye uske liye, yeh chup ho jaiye ya chup ho jaiye ya dua kijiye. yeh to bohat hoga, hamare saath bohat ziyada hota hai,</w:t>
      </w:r>
      <w:r>
        <w:br/>
      </w:r>
      <w:r>
        <w:rPr>
          <w:sz w:val="20"/>
        </w:rPr>
        <w:t>40:55  hamare saath bohat ziyada hota hai. hum ne kabhi isko bura nahi maana, bas dua kijiye. bas</w:t>
      </w:r>
      <w:r>
        <w:br/>
      </w:r>
      <w:r>
        <w:rPr>
          <w:sz w:val="20"/>
        </w:rPr>
        <w:t>41:07  muhammad aqeel shahbaz faisalabad: "mujhe munafiq aur jhoote log bilkul pasand nahi. main unke sath bolna, milna, baithna bilkul pasand nahi karta aur meri yeh aadat mere liye aksar nuqsaan deh saabit hui hai.</w:t>
      </w:r>
      <w:r>
        <w:br/>
      </w:r>
      <w:r>
        <w:rPr>
          <w:sz w:val="20"/>
        </w:rPr>
        <w:t>41:25  jaise university mein job chali gayi, masail paida hue, main akela rehne laga hoon. mashwara dein, kya karoon?"</w:t>
      </w:r>
      <w:r>
        <w:br/>
      </w:r>
      <w:r>
        <w:rPr>
          <w:sz w:val="20"/>
        </w:rPr>
        <w:t>41:35  yeh aadat aap ki galat hai, aap ki badliye kyunke is se aap advisor kho kho kho rahe hain.</w:t>
      </w:r>
      <w:r>
        <w:br/>
      </w:r>
      <w:r>
        <w:rPr>
          <w:sz w:val="20"/>
        </w:rPr>
        <w:t>41:47  woh aadmi to sab se acha advisor hai, sab se acha advisor hai jo critic ho. critic sab se acha advisor hota hai.</w:t>
      </w:r>
      <w:r>
        <w:br/>
      </w:r>
      <w:r>
        <w:rPr>
          <w:sz w:val="20"/>
        </w:rPr>
        <w:t>41:59  aap shayad to badliye apni</w:t>
      </w:r>
      <w:r>
        <w:br/>
      </w:r>
      <w:r>
        <w:rPr>
          <w:sz w:val="20"/>
        </w:rPr>
        <w:t>42:02  . nahi, maulana, unka sawal yeh hai ke unko jhoote aadmi pasand nahi hain, jhoote aur munafiq aadmi.</w:t>
      </w:r>
      <w:r>
        <w:br/>
      </w:r>
      <w:r>
        <w:rPr>
          <w:sz w:val="20"/>
        </w:rPr>
        <w:t>42:08  aap ko yeh haq nahi hai ke aap kisi ko jhoota kahein, munafiq kahein. aap mat kahein, koi aap ko, aap ke paas koi certificate, koi woh kaise aap keh rahe hain ke jhoota munafiq hai?</w:t>
      </w:r>
      <w:r>
        <w:br/>
      </w:r>
      <w:r>
        <w:rPr>
          <w:sz w:val="20"/>
        </w:rPr>
        <w:t>42:24  yeh to Allah ko maloom hai. aap appearance ko dekh sakte hain, appearance ko. nahi, aap ki aadat galat hai har har aitbaar se.</w:t>
      </w:r>
      <w:r>
        <w:br/>
      </w:r>
      <w:r>
        <w:rPr>
          <w:sz w:val="20"/>
        </w:rPr>
        <w:t>42:37  yeh label aap nahi laga sakte ke falan aadmi jhoota hai, falan aadmi munafiq hai. nahi laga sakte aap.</w:t>
      </w:r>
      <w:r>
        <w:br/>
      </w:r>
      <w:r>
        <w:rPr>
          <w:sz w:val="20"/>
        </w:rPr>
        <w:t>42:45  aap sirf appearance par hukum laga sakte hain.</w:t>
      </w:r>
      <w:r>
        <w:br/>
      </w:r>
      <w:r>
        <w:rPr>
          <w:sz w:val="20"/>
        </w:rPr>
        <w:t>42:54  toleration, toleration ke liye bohat zaro</w:t>
      </w:r>
      <w:r>
        <w:br/>
      </w:r>
      <w:r>
        <w:rPr>
          <w:sz w:val="20"/>
        </w:rPr>
        <w:t>42:58  ori hai. maulana, tolerate to kiya ja sakta hai na un logon ke sath? hain tolerate karna? haan, tolerate karna chahiye un logon ke sath. tolerate, tolerate!</w:t>
      </w:r>
      <w:r>
        <w:br/>
      </w:r>
      <w:r>
        <w:rPr>
          <w:sz w:val="20"/>
        </w:rPr>
        <w:t>43:07  nahi, dua kijiye bhai, tolerate ki kya zaroorat hai? jo dua kijiye.</w:t>
      </w:r>
    </w:p>
    <w:p>
      <w:pPr>
        <w:pStyle w:val="Heading2"/>
      </w:pPr>
      <w:r>
        <w:t>Prophet's Mission: Conversion or Message</w:t>
      </w:r>
    </w:p>
    <w:p>
      <w:r>
        <w:rPr>
          <w:color w:val="666666"/>
          <w:sz w:val="18"/>
        </w:rPr>
        <w:t>Seerah &amp; Prophet · Islam &amp; Prophet of Islam 21 Oct, 2012 - Maulana Wahiduddin Khan · 1m 10s · at 1:26:31 · https://youtu.be/2hwtfOyNeS0?t=5191</w:t>
      </w:r>
    </w:p>
    <w:p>
      <w:r>
        <w:rPr>
          <w:i/>
        </w:rPr>
        <w:t>“Maulana sahib, please tell what was the mission of the Prophet? To make people Muslim or to convey the message of the Quran to people? As people think that Islam commands to forcibly convert people to Islam.”</w:t>
      </w:r>
    </w:p>
    <w:p>
      <w:r>
        <w:rPr>
          <w:sz w:val="20"/>
        </w:rPr>
        <w:t>1:26:31  maulana, agla sawal dilli se hai shakir sahab ka. unhon ne likha hai: "maulana sahab, yeh bataein ke prophet ka mission kya tha?</w:t>
      </w:r>
      <w:r>
        <w:br/>
      </w:r>
      <w:r>
        <w:rPr>
          <w:sz w:val="20"/>
        </w:rPr>
        <w:t>1:26:40  logon ko musalman banana ya phir quran ke paigham ko logon tak pahunchana? jaisa ke log samajhte hain ke islam jabran logon ko musalman banane ka hukum deta hai." bhai, quran mein saaf saaf hai: "la ikraha fid deen".</w:t>
      </w:r>
      <w:r>
        <w:br/>
      </w:r>
      <w:r>
        <w:rPr>
          <w:sz w:val="20"/>
        </w:rPr>
        <w:t>1:26:58  deen mein jabr nahi hai. to yeh khud se apne aap khud sakhta taur par kehte hain kehne wale: "la ikraha fid deen".</w:t>
      </w:r>
      <w:r>
        <w:br/>
      </w:r>
      <w:r>
        <w:rPr>
          <w:sz w:val="20"/>
        </w:rPr>
        <w:t>1:27:09  saaf saaf hai. bahut si ayatein hain is tarah quran mein hain jis mein bataya gaya hai ke paighambar ka kaam sirf pahunchana hai.</w:t>
      </w:r>
      <w:r>
        <w:br/>
      </w:r>
      <w:r>
        <w:rPr>
          <w:sz w:val="20"/>
        </w:rPr>
        <w:t>1:27:20  kya hai woh? "fazakkir innama anta muzakkir, lasta alaihim bimusaytir." tum logon ko baat pahunchao. tum logon ke upar darogha nahi ho. to log khud sakhta taur par jo bhi nazariya banayein, lekin jo bhi quran ko padhega to us mein woh dekhega ke is mein bilkul bilkul saaf taur par yeh baatein batai gayi hain.</w:t>
      </w:r>
    </w:p>
    <w:p>
      <w:pPr>
        <w:pStyle w:val="Heading2"/>
      </w:pPr>
      <w:r>
        <w:t>Prophet's anger vs. forbearance</w:t>
      </w:r>
    </w:p>
    <w:p>
      <w:r>
        <w:rPr>
          <w:color w:val="666666"/>
          <w:sz w:val="18"/>
        </w:rPr>
        <w:t>Seerah &amp; Prophet · Age of Democracy May 25, 2014 · 2m 14s · at 1:03:50 · https://youtu.be/pyZy1-EhW1Q?t=3830</w:t>
      </w:r>
    </w:p>
    <w:p>
      <w:r>
        <w:rPr>
          <w:i/>
        </w:rPr>
        <w:t>“If a person misuses his freedom and makes us angry, we should not get angry because it is part of God's plan. But the Prophet sometimes got angry. How do we justify his action?”</w:t>
      </w:r>
    </w:p>
    <w:p>
      <w:r>
        <w:rPr>
          <w:sz w:val="20"/>
        </w:rPr>
        <w:t>1:03:50  maulana, agla sawal lete hain jo pakistan se bheja hai abdul latif sahib ne. unhon ne likha hai: "aik shakhs apni azadi ka ghalat istemal kar ke hamein ghussa dilata hai, to hamein ghussa nahi hona chahiye.</w:t>
      </w:r>
      <w:r>
        <w:br/>
      </w:r>
      <w:r>
        <w:rPr>
          <w:sz w:val="20"/>
        </w:rPr>
        <w:t>1:04:06  kyunkeh is ka hamein ghussa dilana Allah ke takhleeqi mansoobay ke bana par hai. lekin rasool Allah sallallahu alaihi wasallam basa auqat ghussa ho jatay thay.</w:t>
      </w:r>
      <w:r>
        <w:br/>
      </w:r>
      <w:r>
        <w:rPr>
          <w:sz w:val="20"/>
        </w:rPr>
        <w:t>1:04:19  to aap ki is amal ki tawjeeh ka hum kya karengay?" dekhiye, rasool Allah ka jo ghussa hota tha, apni zaat ke liye nahi hota tha.</w:t>
      </w:r>
      <w:r>
        <w:br/>
      </w:r>
      <w:r>
        <w:rPr>
          <w:sz w:val="20"/>
        </w:rPr>
        <w:t>1:04:29  yeh hadith mein aaya hai, woh principle par hota tha. woh woh ghussa haqeeqat mein wohi hai jis ko main kehta hoon language of hammering.</w:t>
      </w:r>
      <w:r>
        <w:br/>
      </w:r>
      <w:r>
        <w:rPr>
          <w:sz w:val="20"/>
        </w:rPr>
        <w:t>1:04:39  is ko ghussa hona mat kahiye. yani jaise aaj maine bola, main yeh yeh koi keh sakta hai keh aap ghusay mein bol</w:t>
      </w:r>
      <w:r>
        <w:br/>
      </w:r>
      <w:r>
        <w:rPr>
          <w:sz w:val="20"/>
        </w:rPr>
        <w:t>1:04:46  ein, ghussa nahi bolay. woh language, that was language of hammering. to rasool Allah is tarah bolte thay: "aata tha is tarah taqaza ho, yeh yeh marha tana hadith mein aata hai keh kun mandirja is tarah bolte thay aap kisi se keh koi fouj hamla karne wali ho, us ki khabar de rahe ho aap." to rasool Allah ka jo ghazab hota tha, isi baray mein hota tha.</w:t>
      </w:r>
      <w:r>
        <w:br/>
      </w:r>
      <w:r>
        <w:rPr>
          <w:sz w:val="20"/>
        </w:rPr>
        <w:t>1:05:12  aaj main bola hoon, isi tarah ka hota tha. keh shiddat, yani shiddat kalam. jab aap jab aap bohat ziyada mehsoos karein kisi baat ko, to aap ke andar shiddat aa jayegi.</w:t>
      </w:r>
      <w:r>
        <w:br/>
      </w:r>
      <w:r>
        <w:rPr>
          <w:sz w:val="20"/>
        </w:rPr>
        <w:t>1:05:27  isi ko log kahengay keh sahib ghusay mein bolay. main jo kuch bola aaj, ghusay mein nahi bol raha hoon. yeh shiddat ehsas tha jo ubal pada.</w:t>
      </w:r>
      <w:r>
        <w:br/>
      </w:r>
      <w:r>
        <w:rPr>
          <w:sz w:val="20"/>
        </w:rPr>
        <w:t>1:05:38  yaad rakhiye, rasool Allah ke baray mein jo ghazab ka lafz aata hai, woh shiddat izhaar ke maani mein hai. woh shiddat izhaar. aur aaj main bol raha hoon, wohi mera muamla tha keh maine jo bola hoon, woh woh shiddat izhaar tha, woh ghussa nahi tha.</w:t>
      </w:r>
      <w:r>
        <w:br/>
      </w:r>
      <w:r>
        <w:rPr>
          <w:sz w:val="20"/>
        </w:rPr>
        <w:t>1:05:57  is ko aap nafsiati aitbar se ghor kiye to yeh baat clear ho jayegi.</w:t>
      </w:r>
    </w:p>
    <w:p>
      <w:pPr>
        <w:pStyle w:val="Heading2"/>
      </w:pPr>
      <w:r>
        <w:t>Prophet's attacks on caravans after migration</w:t>
      </w:r>
    </w:p>
    <w:p>
      <w:r>
        <w:rPr>
          <w:color w:val="666666"/>
          <w:sz w:val="18"/>
        </w:rPr>
        <w:t>Seerah &amp; Prophet · From The Spiritual Tree September 8, 2013 · 1m 19s · at 53:19 · https://youtu.be/Vv6vf2N8YQA?t=3199</w:t>
      </w:r>
    </w:p>
    <w:p>
      <w:r>
        <w:rPr>
          <w:i/>
        </w:rPr>
        <w:t>“People often ask me this question. When Prophet Muhammad migrated from Mecca, he led several attacks on the caravan coming from Mecca. Could you please shed some light on this historical event?”</w:t>
      </w:r>
    </w:p>
    <w:p>
      <w:r>
        <w:rPr>
          <w:sz w:val="20"/>
        </w:rPr>
        <w:t>53:19  maulana yeh agla sawal aaya hai zeeshan yusuf ka hyderabad se. maulana sahab people often ask me this question.</w:t>
      </w:r>
      <w:r>
        <w:br/>
      </w:r>
      <w:r>
        <w:rPr>
          <w:sz w:val="20"/>
        </w:rPr>
        <w:t>53:29  when prophet muhammad migrated from makkah he led several attacks on the caravan coming from makkah.</w:t>
      </w:r>
      <w:r>
        <w:br/>
      </w:r>
      <w:r>
        <w:rPr>
          <w:sz w:val="20"/>
        </w:rPr>
        <w:t>53:39  could you please shed some light on this historical event?</w:t>
      </w:r>
      <w:r>
        <w:br/>
      </w:r>
      <w:r>
        <w:rPr>
          <w:sz w:val="20"/>
        </w:rPr>
        <w:t>53:46  nahi yeh galat interpretation hai is ka is waqe'ay ka.</w:t>
      </w:r>
      <w:r>
        <w:br/>
      </w:r>
      <w:r>
        <w:rPr>
          <w:sz w:val="20"/>
        </w:rPr>
        <w:t>53:49  hamari kitaab aap parhiye. to qabr-e-inqilab ek kitaab hai. aur is mauzu par hamari teen kitaabein hain.</w:t>
      </w:r>
      <w:r>
        <w:br/>
      </w:r>
      <w:r>
        <w:rPr>
          <w:sz w:val="20"/>
        </w:rPr>
        <w:t>53:59  seerat-e-rasool, to qabr-e-inqilab aur ek aur kitaab hai. in par hum bohat kuch likh chuke hain.</w:t>
      </w:r>
      <w:r>
        <w:br/>
      </w:r>
      <w:r>
        <w:rPr>
          <w:sz w:val="20"/>
        </w:rPr>
        <w:t>54:09  yeh bohat hi galat andaaz mein is waqe'ay ko pesh kiya gaya hai.</w:t>
      </w:r>
      <w:r>
        <w:br/>
      </w:r>
      <w:r>
        <w:rPr>
          <w:sz w:val="20"/>
        </w:rPr>
        <w:t>54:14  is ko hum ne is ki tareekhi tajziya kar ke bataya hai ke is ki woh woh soorat nahi hai jis ko aam tor par log samajhte hain.</w:t>
      </w:r>
      <w:r>
        <w:br/>
      </w:r>
      <w:r>
        <w:rPr>
          <w:sz w:val="20"/>
        </w:rPr>
        <w:t>54:26  rasool Allah ki taraf se koi na to aggression hua tha na koi insaaf ke khilaaf koi baat hui thi. aap hamari kitaab parhiye is mein aap is ka jawab pa len ge.</w:t>
      </w:r>
    </w:p>
    <w:p>
      <w:pPr>
        <w:pStyle w:val="Heading2"/>
      </w:pPr>
      <w:r>
        <w:t>Prophet's duas for believers</w:t>
      </w:r>
    </w:p>
    <w:p>
      <w:r>
        <w:rPr>
          <w:color w:val="666666"/>
          <w:sz w:val="18"/>
        </w:rPr>
        <w:t>Seerah &amp; Prophet · Paradise as a Goal April 26, 2015 · 9m 34s · at 52:27 · https://youtu.be/hnHqhmSJZXA?t=3147</w:t>
      </w:r>
    </w:p>
    <w:p>
      <w:r>
        <w:rPr>
          <w:i/>
        </w:rPr>
        <w:t>“If the Prophet made dua for people of faith, can you please mention what sort of things he asked for in those duas? Can you please provide some references?”</w:t>
      </w:r>
    </w:p>
    <w:p>
      <w:r>
        <w:rPr>
          <w:sz w:val="20"/>
        </w:rPr>
        <w:t>52:27  مولانا انہی کا اگلا سوال ہے If the Prophet did dua for people of other faith, can you</w:t>
      </w:r>
      <w:r>
        <w:br/>
      </w:r>
      <w:r>
        <w:rPr>
          <w:sz w:val="20"/>
        </w:rPr>
        <w:t>52:34  please mention what sort of things he asked for in the duas</w:t>
      </w:r>
      <w:r>
        <w:br/>
      </w:r>
      <w:r>
        <w:rPr>
          <w:sz w:val="20"/>
        </w:rPr>
        <w:t>52:39  can you please provide some references</w:t>
      </w:r>
      <w:r>
        <w:br/>
      </w:r>
      <w:r>
        <w:rPr>
          <w:sz w:val="20"/>
        </w:rPr>
        <w:t>52:43  dekhen peghambaron ki dua</w:t>
      </w:r>
      <w:r>
        <w:br/>
      </w:r>
      <w:r>
        <w:rPr>
          <w:sz w:val="20"/>
        </w:rPr>
        <w:t>52:47  hoti hai hidayat ke liye</w:t>
      </w:r>
      <w:r>
        <w:br/>
      </w:r>
      <w:r>
        <w:rPr>
          <w:sz w:val="20"/>
        </w:rPr>
        <w:t>52:51  jaise peghambar ne dua ki rab qawmi fahum la ilmoon</w:t>
      </w:r>
      <w:r>
        <w:br/>
      </w:r>
      <w:r>
        <w:rPr>
          <w:sz w:val="20"/>
        </w:rPr>
        <w:t>52:56  yani un ke jo madu tha us ne pathar mara</w:t>
      </w:r>
      <w:r>
        <w:br/>
      </w:r>
      <w:r>
        <w:rPr>
          <w:sz w:val="20"/>
        </w:rPr>
        <w:t>53:01  to us ko dekh</w:t>
      </w:r>
      <w:r>
        <w:br/>
      </w:r>
      <w:r>
        <w:rPr>
          <w:sz w:val="20"/>
        </w:rPr>
        <w:t>53:03  ghusse mein nahi hue woh balkeh dua ki ke khuda un ko hidayat de woh jante nahi to</w:t>
      </w:r>
      <w:r>
        <w:br/>
      </w:r>
      <w:r>
        <w:rPr>
          <w:sz w:val="20"/>
        </w:rPr>
        <w:t>53:08  peghambar ki jo duaein aayi hain</w:t>
      </w:r>
      <w:r>
        <w:br/>
      </w:r>
      <w:r>
        <w:rPr>
          <w:sz w:val="20"/>
        </w:rPr>
        <w:t>53:12  quran o hadees mein is se pata chalta hai ke peghambar ki duaein material cheezon ke liye nahi</w:t>
      </w:r>
      <w:r>
        <w:br/>
      </w:r>
      <w:r>
        <w:rPr>
          <w:sz w:val="20"/>
        </w:rPr>
        <w:t>53:17  hoti thi hidayat ke liye hoti thi</w:t>
      </w:r>
      <w:r>
        <w:br/>
      </w:r>
      <w:r>
        <w:rPr>
          <w:sz w:val="20"/>
        </w:rPr>
        <w:t>53:23  jaise ek hadees hai ke rasool allah ne kaha ke main ek peghambar ko dekh raha hoon ke</w:t>
      </w:r>
      <w:r>
        <w:br/>
      </w:r>
      <w:r>
        <w:rPr>
          <w:sz w:val="20"/>
        </w:rPr>
        <w:t>53:29  is ne sachai ka paigham diya aur jo madu the un ke woh ghussa ho gaya un ko</w:t>
      </w:r>
      <w:r>
        <w:br/>
      </w:r>
      <w:r>
        <w:rPr>
          <w:sz w:val="20"/>
        </w:rPr>
        <w:t>53:37  pathar mara to khoon behne laga to rasool allah ne kaha main dekh raha hoon ke khoon un</w:t>
      </w:r>
      <w:r>
        <w:br/>
      </w:r>
      <w:r>
        <w:rPr>
          <w:sz w:val="20"/>
        </w:rPr>
        <w:t>53:43  ke chehre se khoon beh raha hai lekin woh apni zuban se keh rahe hain rab qawmi fahum</w:t>
      </w:r>
      <w:r>
        <w:br/>
      </w:r>
      <w:r>
        <w:rPr>
          <w:sz w:val="20"/>
        </w:rPr>
        <w:t>53:47  la ilmoon aye allah unhein hidayat de woh jante nahi to jahan tak main janta hoon peghambar ki</w:t>
      </w:r>
      <w:r>
        <w:br/>
      </w:r>
      <w:r>
        <w:rPr>
          <w:sz w:val="20"/>
        </w:rPr>
        <w:t>53:54  duaein jo hoti thi hidayat ke liye hoti thi material cheezon ke liye nahi hoti thi molana yeh</w:t>
      </w:r>
      <w:r>
        <w:br/>
      </w:r>
      <w:r>
        <w:rPr>
          <w:sz w:val="20"/>
        </w:rPr>
        <w:t>54:00  comment aaya hai miss naghma siddiqui ka delhi se</w:t>
      </w:r>
      <w:r>
        <w:br/>
      </w:r>
      <w:r>
        <w:rPr>
          <w:sz w:val="20"/>
        </w:rPr>
        <w:t>54:04  Maulana, you are the only person that I have heard who talks of external and internal development, which</w:t>
      </w:r>
      <w:r>
        <w:br/>
      </w:r>
      <w:r>
        <w:rPr>
          <w:sz w:val="20"/>
        </w:rPr>
        <w:t>54:12  is so true. Thank you for explaining how to develop a 'tazkiyah' personality for Paradise.</w:t>
      </w:r>
      <w:r>
        <w:br/>
      </w:r>
      <w:r>
        <w:rPr>
          <w:sz w:val="20"/>
        </w:rPr>
        <w:t>54:21  molana yeh agla bhi comment hai molana iqbal umri sahib ka chennai se</w:t>
      </w:r>
      <w:r>
        <w:br/>
      </w:r>
      <w:r>
        <w:rPr>
          <w:sz w:val="20"/>
        </w:rPr>
        <w:t>54:27  molana aaj wazeh hua ke insaan ko jannati shakhsiyat banne ke liye dunya di gayi hai na ke</w:t>
      </w:r>
      <w:r>
        <w:br/>
      </w:r>
      <w:r>
        <w:rPr>
          <w:sz w:val="20"/>
        </w:rPr>
        <w:t>54:35  dunya ko jannat banane ke liye</w:t>
      </w:r>
      <w:r>
        <w:br/>
      </w:r>
      <w:r>
        <w:rPr>
          <w:sz w:val="20"/>
        </w:rPr>
        <w:t>54:40  yeh himalayan warning se poori insaniyat ke liye ek lesson hai</w:t>
      </w:r>
      <w:r>
        <w:br/>
      </w:r>
      <w:r>
        <w:rPr>
          <w:sz w:val="20"/>
        </w:rPr>
        <w:t>54:47  mister naghbah ka kya question tha un ka aik comment tha</w:t>
      </w:r>
      <w:r>
        <w:br/>
      </w:r>
      <w:r>
        <w:rPr>
          <w:sz w:val="20"/>
        </w:rPr>
        <w:t>54:52  You are the only person that I have heard who talks of external and internal development which is</w:t>
      </w:r>
      <w:r>
        <w:br/>
      </w:r>
      <w:r>
        <w:rPr>
          <w:sz w:val="20"/>
        </w:rPr>
        <w:t>54:59  So true. Thank you for explaining how to develop a Muzakka personality for paradise.</w:t>
      </w:r>
      <w:r>
        <w:br/>
      </w:r>
      <w:r>
        <w:rPr>
          <w:sz w:val="20"/>
        </w:rPr>
        <w:t>55:07  dekhen is ko main ne abhi arz kiya ke har cheez mein aik item hota hai risk ka</w:t>
      </w:r>
      <w:r>
        <w:br/>
      </w:r>
      <w:r>
        <w:rPr>
          <w:sz w:val="20"/>
        </w:rPr>
        <w:t>55:13  item spiritual food ka item har cheez mein is ko daryaft karna</w:t>
      </w:r>
      <w:r>
        <w:br/>
      </w:r>
      <w:r>
        <w:rPr>
          <w:sz w:val="20"/>
        </w:rPr>
        <w:t>55:21  jaise main ne misaal di ke yeh dekhiye metal hai yeh is ka aik aspect yeh hai ke</w:t>
      </w:r>
      <w:r>
        <w:br/>
      </w:r>
      <w:r>
        <w:rPr>
          <w:sz w:val="20"/>
        </w:rPr>
        <w:t>55:26  yeh metal hai doosra aspect yeh hai ke main sochne laga ke kya main aisa metal create kar</w:t>
      </w:r>
      <w:r>
        <w:br/>
      </w:r>
      <w:r>
        <w:rPr>
          <w:sz w:val="20"/>
        </w:rPr>
        <w:t>55:34  sakta hoon to yeh is ka is ke andar aik aik aur yani content tha spiritual content is</w:t>
      </w:r>
      <w:r>
        <w:br/>
      </w:r>
      <w:r>
        <w:rPr>
          <w:sz w:val="20"/>
        </w:rPr>
        <w:t>55:42  ko le kar socha main ne to har cheez mein aise hota hai ke do is ke content</w:t>
      </w:r>
      <w:r>
        <w:br/>
      </w:r>
      <w:r>
        <w:rPr>
          <w:sz w:val="20"/>
        </w:rPr>
        <w:t>55:46  hote hain aik material content aik spiritual content is content ko due karte karne se aadmi ke andar</w:t>
      </w:r>
      <w:r>
        <w:br/>
      </w:r>
      <w:r>
        <w:rPr>
          <w:sz w:val="20"/>
        </w:rPr>
        <w:t>55:57  shakhsiyat mazka shakhsiyat banti hai</w:t>
      </w:r>
      <w:r>
        <w:br/>
      </w:r>
      <w:r>
        <w:rPr>
          <w:sz w:val="20"/>
        </w:rPr>
        <w:t>56:02  maulana yeh agla question aya hai doctor iqbal pardhan ka delhi se</w:t>
      </w:r>
      <w:r>
        <w:br/>
      </w:r>
      <w:r>
        <w:rPr>
          <w:sz w:val="20"/>
        </w:rPr>
        <w:t>56:08  quran mein jagah jagah nabiyon ki qaumon par azab aya</w:t>
      </w:r>
      <w:r>
        <w:br/>
      </w:r>
      <w:r>
        <w:rPr>
          <w:sz w:val="20"/>
        </w:rPr>
        <w:t>56:14  kya yeh warning thi ya azab</w:t>
      </w:r>
      <w:r>
        <w:br/>
      </w:r>
      <w:r>
        <w:rPr>
          <w:sz w:val="20"/>
        </w:rPr>
        <w:t>56:20  dekhen nabi ka muamla alag hai aur yeh jo</w:t>
      </w:r>
      <w:r>
        <w:br/>
      </w:r>
      <w:r>
        <w:rPr>
          <w:sz w:val="20"/>
        </w:rPr>
        <w:t>56:26  nepal mein earthquake ka ya is tarah ke jo waqiat hote rehte hain woh alag hai</w:t>
      </w:r>
      <w:r>
        <w:br/>
      </w:r>
      <w:r>
        <w:rPr>
          <w:sz w:val="20"/>
        </w:rPr>
        <w:t>56:32  yeh to sirf warning ke liye hota hai lekin paygambar agar kahin</w:t>
      </w:r>
      <w:r>
        <w:br/>
      </w:r>
      <w:r>
        <w:rPr>
          <w:sz w:val="20"/>
        </w:rPr>
        <w:t>56:39  ata hai aur woh itmam e hujjat ki had tak is ko dawat deta hai phir bhi woh inkar</w:t>
      </w:r>
      <w:r>
        <w:br/>
      </w:r>
      <w:r>
        <w:rPr>
          <w:sz w:val="20"/>
        </w:rPr>
        <w:t>56:44  karti hai to paygambar ke zariye paygambar ke zariye</w:t>
      </w:r>
      <w:r>
        <w:br/>
      </w:r>
      <w:r>
        <w:rPr>
          <w:sz w:val="20"/>
        </w:rPr>
        <w:t>56:51  itba e hujjat ki had tak dawat pohanchana phir inkar karna is par aata hai azab aise azab nahi</w:t>
      </w:r>
      <w:r>
        <w:br/>
      </w:r>
      <w:r>
        <w:rPr>
          <w:sz w:val="20"/>
        </w:rPr>
        <w:t>56:58  ata hamari aap ki dawat par azab nahi aayega</w:t>
      </w:r>
      <w:r>
        <w:br/>
      </w:r>
      <w:r>
        <w:rPr>
          <w:sz w:val="20"/>
        </w:rPr>
        <w:t>57:02  sirf yeh paygambar ke liye khaas hai hum aap dawat dein to hum kahenge nahi manenge</w:t>
      </w:r>
      <w:r>
        <w:br/>
      </w:r>
      <w:r>
        <w:rPr>
          <w:sz w:val="20"/>
        </w:rPr>
        <w:t>57:06  log to un ko azab aa jayega to yeh galat hai</w:t>
      </w:r>
      <w:r>
        <w:br/>
      </w:r>
      <w:r>
        <w:rPr>
          <w:sz w:val="20"/>
        </w:rPr>
        <w:t>57:12  yeh yeh galat hai yeh sirf paygambar ke liye khaas hai woh bhi har paygambar ke liye nahi</w:t>
      </w:r>
      <w:r>
        <w:br/>
      </w:r>
      <w:r>
        <w:rPr>
          <w:sz w:val="20"/>
        </w:rPr>
        <w:t>57:17  har paygambar ka aisa nahi hua jis tarah ibrahim ne chhod diya aap ne iraq ko to wahan</w:t>
      </w:r>
      <w:r>
        <w:br/>
      </w:r>
      <w:r>
        <w:rPr>
          <w:sz w:val="20"/>
        </w:rPr>
        <w:t>57:23  azab nahi aaye koi</w:t>
      </w:r>
      <w:r>
        <w:br/>
      </w:r>
      <w:r>
        <w:rPr>
          <w:sz w:val="20"/>
        </w:rPr>
        <w:t>57:26  aisa nahi hua rasool Allah ne makkah chhoda to wahan azab nahi aa gaya</w:t>
      </w:r>
      <w:r>
        <w:br/>
      </w:r>
      <w:r>
        <w:rPr>
          <w:sz w:val="20"/>
        </w:rPr>
        <w:t>57:32  hata ke hazrat yunus ne chhod diya tha apne qaum ko tab bhi azab nahi aaya to</w:t>
      </w:r>
      <w:r>
        <w:br/>
      </w:r>
      <w:r>
        <w:rPr>
          <w:sz w:val="20"/>
        </w:rPr>
        <w:t>57:40  azab is tarah ka jisko aap keh rahe hain woh kuch paighambaron ke zamane mein aaya hai</w:t>
      </w:r>
      <w:r>
        <w:br/>
      </w:r>
      <w:r>
        <w:rPr>
          <w:sz w:val="20"/>
        </w:rPr>
        <w:t>57:44  hazrat hazrat loot ke zamane mein aaya</w:t>
      </w:r>
      <w:r>
        <w:br/>
      </w:r>
      <w:r>
        <w:rPr>
          <w:sz w:val="20"/>
        </w:rPr>
        <w:t>57:48  har paighambar ke samne nahi aaya lekin iska jo qanoon hai woh yahi hai ke agar paighambar</w:t>
      </w:r>
      <w:r>
        <w:br/>
      </w:r>
      <w:r>
        <w:rPr>
          <w:sz w:val="20"/>
        </w:rPr>
        <w:t>57:55  ke zariye itteba hujjat ki had tak dawat pahuncha di jaye phir bhi qaum inkar karti rahe to</w:t>
      </w:r>
      <w:r>
        <w:br/>
      </w:r>
      <w:r>
        <w:rPr>
          <w:sz w:val="20"/>
        </w:rPr>
        <w:t>58:01  azab aayega lekin har paighambar ke liye azab nahi aayega mislan hazrat isa ka inkar kiya</w:t>
      </w:r>
      <w:r>
        <w:br/>
      </w:r>
      <w:r>
        <w:rPr>
          <w:sz w:val="20"/>
        </w:rPr>
        <w:t>58:08  to azab to nahi aaya</w:t>
      </w:r>
      <w:r>
        <w:br/>
      </w:r>
      <w:r>
        <w:rPr>
          <w:sz w:val="20"/>
        </w:rPr>
        <w:t>58:12  to aisa nahi hota</w:t>
      </w:r>
      <w:r>
        <w:br/>
      </w:r>
      <w:r>
        <w:rPr>
          <w:sz w:val="20"/>
        </w:rPr>
        <w:t>58:15  unhone agla question kiya hai mister imran ne delhi se when some one says namaz by her</w:t>
      </w:r>
      <w:r>
        <w:br/>
      </w:r>
      <w:r>
        <w:rPr>
          <w:sz w:val="20"/>
        </w:rPr>
        <w:t>58:21  self or hum self at the end of the namaz turn to either side saying assalamu alaikum warahmat</w:t>
      </w:r>
      <w:r>
        <w:br/>
      </w:r>
      <w:r>
        <w:rPr>
          <w:sz w:val="20"/>
        </w:rPr>
        <w:t>58:28  ullah</w:t>
      </w:r>
      <w:r>
        <w:br/>
      </w:r>
      <w:r>
        <w:rPr>
          <w:sz w:val="20"/>
        </w:rPr>
        <w:t>58:30  who is he or she addressing in these words please explain</w:t>
      </w:r>
      <w:r>
        <w:br/>
      </w:r>
      <w:r>
        <w:rPr>
          <w:sz w:val="20"/>
        </w:rPr>
        <w:t>58:36  dekhen isko main bata chuka hoon is se pehle</w:t>
      </w:r>
      <w:r>
        <w:br/>
      </w:r>
      <w:r>
        <w:rPr>
          <w:sz w:val="20"/>
        </w:rPr>
        <w:t>58:39  ke globe par jo log bas rahe hain is side mein ya is side mein agar main idhar</w:t>
      </w:r>
      <w:r>
        <w:br/>
      </w:r>
      <w:r>
        <w:rPr>
          <w:sz w:val="20"/>
        </w:rPr>
        <w:t>58:46  namaz padh raha hoon to yeh side le li hui hai idhar padh raha hoon to aisa hua</w:t>
      </w:r>
      <w:r>
        <w:br/>
      </w:r>
      <w:r>
        <w:rPr>
          <w:sz w:val="20"/>
        </w:rPr>
        <w:t>58:50  kyunke pure globe mein basne wale tamam logon ke liye main</w:t>
      </w:r>
      <w:r>
        <w:br/>
      </w:r>
      <w:r>
        <w:rPr>
          <w:sz w:val="20"/>
        </w:rPr>
        <w:t>58:55  peace be upon you keh raha hoon peace be upon you to yeh sach poochhen to apne apne andar</w:t>
      </w:r>
      <w:r>
        <w:br/>
      </w:r>
      <w:r>
        <w:rPr>
          <w:sz w:val="20"/>
        </w:rPr>
        <w:t>59:02  spirit of peace inculcate karne ke liye hai ke jab main masjid se niklun bahar to jo insan</w:t>
      </w:r>
      <w:r>
        <w:br/>
      </w:r>
      <w:r>
        <w:rPr>
          <w:sz w:val="20"/>
        </w:rPr>
        <w:t>59:09  ke beech mein na hoon</w:t>
      </w:r>
      <w:r>
        <w:br/>
      </w:r>
      <w:r>
        <w:rPr>
          <w:sz w:val="20"/>
        </w:rPr>
        <w:t>59:12  woh unke beech mein mujhe peace ke sath rahoon main yeh ek qism ka pledge hai isi</w:t>
      </w:r>
      <w:r>
        <w:br/>
      </w:r>
      <w:r>
        <w:rPr>
          <w:sz w:val="20"/>
        </w:rPr>
        <w:t>59:19  liye ek ek mashhoor muhaddis the unhone kaha ke hal tadreej al salam unka naam tha ibn</w:t>
      </w:r>
      <w:r>
        <w:br/>
      </w:r>
      <w:r>
        <w:rPr>
          <w:sz w:val="20"/>
        </w:rPr>
        <w:t>59:28  awainah hal tadreej al salam</w:t>
      </w:r>
      <w:r>
        <w:br/>
      </w:r>
      <w:r>
        <w:rPr>
          <w:sz w:val="20"/>
        </w:rPr>
        <w:t>59:32  kya tum jante ho ke yeh salam karna kya hai</w:t>
      </w:r>
      <w:r>
        <w:br/>
      </w:r>
      <w:r>
        <w:rPr>
          <w:sz w:val="20"/>
        </w:rPr>
        <w:t>59:35  iska matlab hai ant aman minni ant aman minni tum mujh se mehfooz ho tumhari izzat tumhare</w:t>
      </w:r>
      <w:r>
        <w:br/>
      </w:r>
      <w:r>
        <w:rPr>
          <w:sz w:val="20"/>
        </w:rPr>
        <w:t>59:43  aabru tumhara maal mujh se mehfooz hai to kya jab aap masjid se yeh keh kar nikle to</w:t>
      </w:r>
      <w:r>
        <w:br/>
      </w:r>
      <w:r>
        <w:rPr>
          <w:sz w:val="20"/>
        </w:rPr>
        <w:t>59:49  yeh doosron ko agar paigham de rahe hain ke tum mujh se daro mat mein tumhare liye koi</w:t>
      </w:r>
      <w:r>
        <w:br/>
      </w:r>
      <w:r>
        <w:rPr>
          <w:sz w:val="20"/>
        </w:rPr>
        <w:t>59:56  problem nahi create karunga koi new sense nahi create karunga koi tumhara nuksan nahi karunga</w:t>
      </w:r>
      <w:r>
        <w:br/>
      </w:r>
      <w:r>
        <w:rPr>
          <w:sz w:val="20"/>
        </w:rPr>
        <w:t>1:00:03  yeh matlab hai is ka</w:t>
      </w:r>
      <w:r>
        <w:br/>
      </w:r>
      <w:r>
        <w:rPr>
          <w:sz w:val="20"/>
        </w:rPr>
        <w:t>1:00:05  yani i am a</w:t>
      </w:r>
      <w:r>
        <w:br/>
      </w:r>
      <w:r>
        <w:rPr>
          <w:sz w:val="20"/>
        </w:rPr>
        <w:t>1:00:08  i am a</w:t>
      </w:r>
      <w:r>
        <w:br/>
      </w:r>
      <w:r>
        <w:rPr>
          <w:sz w:val="20"/>
        </w:rPr>
        <w:t>1:00:11  good member of of the society</w:t>
      </w:r>
      <w:r>
        <w:br/>
      </w:r>
      <w:r>
        <w:rPr>
          <w:sz w:val="20"/>
        </w:rPr>
        <w:t>1:00:16  no problem member of society yeh yeh keh kar nikalte hain yeh aage se yani symbolic sense mein</w:t>
      </w:r>
      <w:r>
        <w:br/>
      </w:r>
      <w:r>
        <w:rPr>
          <w:sz w:val="20"/>
        </w:rPr>
        <w:t>1:00:24  hota hai kyunke log to maujood hain nahi samne symbolic sense mein hota hai lekin is mein spirit</w:t>
      </w:r>
      <w:r>
        <w:br/>
      </w:r>
      <w:r>
        <w:rPr>
          <w:sz w:val="20"/>
        </w:rPr>
        <w:t>1:00:31  to phir bhi milti hai aap ko yani jo salam kar raha hai us ne apne andar spirit</w:t>
      </w:r>
      <w:r>
        <w:br/>
      </w:r>
      <w:r>
        <w:rPr>
          <w:sz w:val="20"/>
        </w:rPr>
        <w:t>1:00:36  inculcate ki ke mujhe logon ke beech mein jaunga to mein un ke sath mujhe peaceful</w:t>
      </w:r>
      <w:r>
        <w:br/>
      </w:r>
      <w:r>
        <w:rPr>
          <w:sz w:val="20"/>
        </w:rPr>
        <w:t>1:00:40  tareeqe se rehna rehna hai</w:t>
      </w:r>
      <w:r>
        <w:br/>
      </w:r>
      <w:r>
        <w:rPr>
          <w:sz w:val="20"/>
        </w:rPr>
        <w:t>1:00:46  maulana yeh agla question aya hai mr raj malik ka delhi se</w:t>
      </w:r>
      <w:r>
        <w:br/>
      </w:r>
      <w:r>
        <w:rPr>
          <w:sz w:val="20"/>
        </w:rPr>
        <w:t>1:00:52  maulana ek sahib ne kaha ke aaj agar hazrat umar hote to hum logon ki gardan maar dete</w:t>
      </w:r>
      <w:r>
        <w:br/>
      </w:r>
      <w:r>
        <w:rPr>
          <w:sz w:val="20"/>
        </w:rPr>
        <w:t>1:01:00  jaisa ke ek aadmi ka qatal kar diya jis ne rasool ALLAH ke faisle ko nahi mana tha</w:t>
      </w:r>
      <w:r>
        <w:br/>
      </w:r>
      <w:r>
        <w:rPr>
          <w:sz w:val="20"/>
        </w:rPr>
        <w:t>1:01:10  nahi yeh galat hai ke qatal kar diya kaha tha ke agar eizaz de to mein qatal kar</w:t>
      </w:r>
      <w:r>
        <w:br/>
      </w:r>
      <w:r>
        <w:rPr>
          <w:sz w:val="20"/>
        </w:rPr>
        <w:t>1:01:15  dunga lekin kisi umar ko ya kisi khalifa ko yeh ikhtiyar nahi ke jis ko chahe gardan</w:t>
      </w:r>
      <w:r>
        <w:br/>
      </w:r>
      <w:r>
        <w:rPr>
          <w:sz w:val="20"/>
        </w:rPr>
        <w:t>1:01:21  maar de is ka faisla court se hota hai khalifa nahi karta is ka</w:t>
      </w:r>
      <w:r>
        <w:br/>
      </w:r>
      <w:r>
        <w:rPr>
          <w:sz w:val="20"/>
        </w:rPr>
        <w:t>1:01:28  is ko yaad rakhiye ke jo punishment hai jo woh khalifa ke ikhtiyar mein nahi hai</w:t>
      </w:r>
      <w:r>
        <w:br/>
      </w:r>
      <w:r>
        <w:rPr>
          <w:sz w:val="20"/>
        </w:rPr>
        <w:t>1:01:36  woh sirf court ke ikhtiyar mein hai court mein muqadma jayega wahan behas hogi qazi jab jo</w:t>
      </w:r>
      <w:r>
        <w:br/>
      </w:r>
      <w:r>
        <w:rPr>
          <w:sz w:val="20"/>
        </w:rPr>
        <w:t>1:01:45  faisla dega us ke mutabiq police jo hai us ko execute karegi aisa nahi ke umar</w:t>
      </w:r>
      <w:r>
        <w:br/>
      </w:r>
      <w:r>
        <w:rPr>
          <w:sz w:val="20"/>
        </w:rPr>
        <w:t>1:01:50  hote hain jo logon ko qatal karte rehte hain yeh baat sahi nahi hai na kabhi unhone</w:t>
      </w:r>
      <w:r>
        <w:br/>
      </w:r>
      <w:r>
        <w:rPr>
          <w:sz w:val="20"/>
        </w:rPr>
        <w:t>1:01:55  aisa kiya aisa aisa nahi ke qatal kiya unhone</w:t>
      </w:r>
    </w:p>
    <w:p>
      <w:pPr>
        <w:pStyle w:val="Heading2"/>
      </w:pPr>
      <w:r>
        <w:t>Prophet's duas for other faiths</w:t>
      </w:r>
    </w:p>
    <w:p>
      <w:r>
        <w:rPr>
          <w:color w:val="666666"/>
          <w:sz w:val="18"/>
        </w:rPr>
        <w:t>Seerah &amp; Prophet · Paradise as A Goal April 26, 2015 · 9m 55s · at 54:38 · https://youtu.be/4IWLd2SIBkw?t=3278</w:t>
      </w:r>
    </w:p>
    <w:p>
      <w:r>
        <w:rPr>
          <w:i/>
        </w:rPr>
        <w:t>“If the Prophet did dua for people of other faiths, can you please mention what sort of things He asked for in the duas? Can you please provide some references?”</w:t>
      </w:r>
    </w:p>
    <w:p>
      <w:r>
        <w:rPr>
          <w:sz w:val="20"/>
        </w:rPr>
        <w:t>54:38  Aur yeh sabit hai ke paighambaron ne har aik ke liye dua ki, har aik ke liye. Maulana, inhi ka agla sawal hai: "If the prophet did dua for people of other faiths, can you please mention what sort of things he asked for in the duas?</w:t>
      </w:r>
      <w:r>
        <w:br/>
      </w:r>
      <w:r>
        <w:rPr>
          <w:sz w:val="20"/>
        </w:rPr>
        <w:t>54:56  Can you please provide some references?" Dekhein, paighambaron ki dua hoti hai hidayat ke liye.</w:t>
      </w:r>
      <w:r>
        <w:br/>
      </w:r>
      <w:r>
        <w:rPr>
          <w:sz w:val="20"/>
        </w:rPr>
        <w:t>55:08  jaise peghambar ne dua ki: "rab qomi fahm la ilmoon." yaani un ke jo madu tha, us ne pathar mara to us ko dekh, ghusse bane hue hain.</w:t>
      </w:r>
      <w:r>
        <w:br/>
      </w:r>
      <w:r>
        <w:rPr>
          <w:sz w:val="20"/>
        </w:rPr>
        <w:t>55:21  woh balkay dua ki ke khuda un ko hidayat de, woh jante nahin.</w:t>
      </w:r>
      <w:r>
        <w:br/>
      </w:r>
      <w:r>
        <w:rPr>
          <w:sz w:val="20"/>
        </w:rPr>
        <w:t>55:25  to peghambar ki jo duayein aayi hain quran o hadith mein, us se pata chalta hai ke peghambar ki duayein material cheezon ke liye nahin hoti theen, hidayat ke liye hoti theen.</w:t>
      </w:r>
      <w:r>
        <w:br/>
      </w:r>
      <w:r>
        <w:rPr>
          <w:sz w:val="20"/>
        </w:rPr>
        <w:t>55:40  jaise ek hadith hai ke rasool Allah ne kaha ke main ek peghambar ko dekh raha hoon ke us ne sachai ka paigham diya aur jo madu the, un ke woh ghusse ho gaye, un ko pathar mara to khoon behne laga.</w:t>
      </w:r>
      <w:r>
        <w:br/>
      </w:r>
      <w:r>
        <w:rPr>
          <w:sz w:val="20"/>
        </w:rPr>
        <w:t>55:57  to rasool Allah ne kaha: "main dekh raha hoon ke khoon un ke chehre se khoon beh raha hai." lekin woh apni zuban se keh rahe hain: "rab qomi fahm la ilmoon. aye Allah, unhein hidayat de, woh jante nahin."</w:t>
      </w:r>
      <w:r>
        <w:br/>
      </w:r>
      <w:r>
        <w:rPr>
          <w:sz w:val="20"/>
        </w:rPr>
        <w:t>56:09  to jahan tak main janta hoon, peghambar ki duayein jo hoti theen, hidayat ke liye hoti theen, material cheezon ke liye nahin hoti theen.</w:t>
      </w:r>
      <w:r>
        <w:br/>
      </w:r>
      <w:r>
        <w:rPr>
          <w:sz w:val="20"/>
        </w:rPr>
        <w:t>56:22  maulana, ek comment aaya hai miss naghma siddiqui ka dehli se: "maulana, you are the only person that i have heard who talks of external and internal development, which is so true.</w:t>
      </w:r>
      <w:r>
        <w:br/>
      </w:r>
      <w:r>
        <w:rPr>
          <w:sz w:val="20"/>
        </w:rPr>
        <w:t>56:37  thank you for explaining how to develop a mazka personality for paradise."</w:t>
      </w:r>
      <w:r>
        <w:br/>
      </w:r>
      <w:r>
        <w:rPr>
          <w:sz w:val="20"/>
        </w:rPr>
        <w:t>56:48  maulana, yeh agla bhi comment hai maulana iqbal umri sahib ka chennai se: "maulana, aaj wazeh hua ke insan ko jannati shakhsiyat banne ke liye dunya di gayi hai,</w:t>
      </w:r>
      <w:r>
        <w:br/>
      </w:r>
      <w:r>
        <w:rPr>
          <w:sz w:val="20"/>
        </w:rPr>
        <w:t>57:02  na ke dunya ko jannat banane ke liye.</w:t>
      </w:r>
      <w:r>
        <w:br/>
      </w:r>
      <w:r>
        <w:rPr>
          <w:sz w:val="20"/>
        </w:rPr>
        <w:t>57:07  yeh himalayan warning se poori insaniyat ke liye ek lesson hai."</w:t>
      </w:r>
      <w:r>
        <w:br/>
      </w:r>
      <w:r>
        <w:rPr>
          <w:sz w:val="20"/>
        </w:rPr>
        <w:t>57:16  yeh theek hai, yeh theek hai. achha, kya hai?</w:t>
      </w:r>
      <w:r>
        <w:br/>
      </w:r>
      <w:r>
        <w:rPr>
          <w:sz w:val="20"/>
        </w:rPr>
        <w:t>57:26  urdu hai? mister naghma, kya question tha? un ka ek comment tha:</w:t>
      </w:r>
      <w:r>
        <w:br/>
      </w:r>
      <w:r>
        <w:rPr>
          <w:sz w:val="20"/>
        </w:rPr>
        <w:t>57:30  "hmm, you are the only person that i have heard who talks of external and internal development, which is so true.</w:t>
      </w:r>
      <w:r>
        <w:br/>
      </w:r>
      <w:r>
        <w:rPr>
          <w:sz w:val="20"/>
        </w:rPr>
        <w:t>57:39  thank you for explaining how to develop a mazka personality for paradise." dekhein, is ko main ne abhi arz kiya ke har cheez mein ek item hota hai, risk ka item, yaani spiritual food ka item.</w:t>
      </w:r>
      <w:r>
        <w:br/>
      </w:r>
      <w:r>
        <w:rPr>
          <w:sz w:val="20"/>
        </w:rPr>
        <w:t>57:56  har cheez mein is ko daryaft karna,</w:t>
      </w:r>
      <w:r>
        <w:br/>
      </w:r>
      <w:r>
        <w:rPr>
          <w:sz w:val="20"/>
        </w:rPr>
        <w:t>58:00  jaise main ne misaal di ke yeh dekhiye, ek metal hai. yeh ek is ka ek aspect yeh hai ke yeh metal hai. doosra aspect yeh hai ke main sochne laga ke kya main aisa metal create kar sakta hoon?</w:t>
      </w:r>
      <w:r>
        <w:br/>
      </w:r>
      <w:r>
        <w:rPr>
          <w:sz w:val="20"/>
        </w:rPr>
        <w:t>58:14  to yeh is ka, is ke andar ek ek aur, yaani content tha, spiritual content. is ko le kar socha main ne. to har cheez mein aise hi hota hai ke do is ke content hote hain:</w:t>
      </w:r>
      <w:r>
        <w:br/>
      </w:r>
      <w:r>
        <w:rPr>
          <w:sz w:val="20"/>
        </w:rPr>
        <w:t>58:28  ek material content, ek spiritual content. is content ko daryaft karte karne se aadmi ke andar shakhsiyat, mazka shakhsiyat banti hai.</w:t>
      </w:r>
      <w:r>
        <w:br/>
      </w:r>
      <w:r>
        <w:rPr>
          <w:sz w:val="20"/>
        </w:rPr>
        <w:t>58:41  maulana, yeh agla question aaya hai doctor iqbal pradhan ka dehli se: "quran mein jagah jagah nabiyon ki qomon par azab aaya.</w:t>
      </w:r>
      <w:r>
        <w:br/>
      </w:r>
      <w:r>
        <w:rPr>
          <w:sz w:val="20"/>
        </w:rPr>
        <w:t>58:53  kya yeh warning thi ya azab?"</w:t>
      </w:r>
      <w:r>
        <w:br/>
      </w:r>
      <w:r>
        <w:rPr>
          <w:sz w:val="20"/>
        </w:rPr>
        <w:t>58:59  dekhein, nabi ka muamla alag hai aur yeh jo nepal mein aaj koi kaha ya is tarah ke jo waqiyat hote rehte hain, woh alag hain.</w:t>
      </w:r>
      <w:r>
        <w:br/>
      </w:r>
      <w:r>
        <w:rPr>
          <w:sz w:val="20"/>
        </w:rPr>
        <w:t>59:11  yeh to sirf warning ke liye hota hai. dekhein, peghambar agar kahin aata hai aur woh itmam e hujjat ki had tak is ko dawat deta hai,</w:t>
      </w:r>
      <w:r>
        <w:br/>
      </w:r>
      <w:r>
        <w:rPr>
          <w:sz w:val="20"/>
        </w:rPr>
        <w:t>59:22  phir bhi woh inkar karti hai ke peghambar ke zariye, peghambar ke zariye itmam e hujjat ki had tak dawat pahunchana, phir inkar karna, is par aata hai azab.</w:t>
      </w:r>
      <w:r>
        <w:br/>
      </w:r>
      <w:r>
        <w:rPr>
          <w:sz w:val="20"/>
        </w:rPr>
        <w:t>59:36  aise azab nahin aata hamari aap ki dawat par. azab nahin aayega, sirf yeh peghambar ke liye khaas hai. hum aap dawat dein to hum kahenge nahin manenge.</w:t>
      </w:r>
      <w:r>
        <w:br/>
      </w:r>
      <w:r>
        <w:rPr>
          <w:sz w:val="20"/>
        </w:rPr>
        <w:t>59:45  log to in ko azab aa jaye ga, to yeh galat hai. yeh</w:t>
      </w:r>
      <w:r>
        <w:br/>
      </w:r>
      <w:r>
        <w:rPr>
          <w:sz w:val="20"/>
        </w:rPr>
        <w:t>59:51  yeh galat hai. yeh sirf peghambar ke liye khaas hai, woh bhi har peghambar ke liye nahi hai. har peghambar ka aisa nahi hoga. jis tarah Hazrat Ibrahim ne chhod diya aap ne Iraq ko, to wahan azab nahi aaye.</w:t>
      </w:r>
      <w:r>
        <w:br/>
      </w:r>
      <w:r>
        <w:rPr>
          <w:sz w:val="20"/>
        </w:rPr>
        <w:t>1:00:03  koi aisa nahi hua. Rasool Allah ne Makkah chhora to wahan azab nahi aa gaya. hatta ke Hazrat Yunus ne chhod diya tha apne qaum ko, tab bhi azab nahi aaya.</w:t>
      </w:r>
      <w:r>
        <w:br/>
      </w:r>
      <w:r>
        <w:rPr>
          <w:sz w:val="20"/>
        </w:rPr>
        <w:t>1:00:17  to azab is tarah ka jis ko aap keh rahe hain, woh kuch peghambaron ke zamane mein aaya hai, Hazrat Hazrat Loot ke zamane mein aaya, har peghambar ke zamane mein nahi aaya.</w:t>
      </w:r>
      <w:r>
        <w:br/>
      </w:r>
      <w:r>
        <w:rPr>
          <w:sz w:val="20"/>
        </w:rPr>
        <w:t>1:00:29  lekin is ka jo qanoon hai, woh yahi hai ke agar peghambar ke zariye itmam-e-hujjat ki had tak dawat pahuncha di jaye, phir bhi qaum inkar karti rahe to azab aayega.</w:t>
      </w:r>
      <w:r>
        <w:br/>
      </w:r>
      <w:r>
        <w:rPr>
          <w:sz w:val="20"/>
        </w:rPr>
        <w:t>1:00:42  lekin har peghambar ke liye azab nahi aayega.</w:t>
      </w:r>
      <w:r>
        <w:br/>
      </w:r>
      <w:r>
        <w:rPr>
          <w:sz w:val="20"/>
        </w:rPr>
        <w:t>1:00:45  misalan Hazrat Isa ka inkar kiya to azab to nahi aaya, to aisa nahi hota. Maulana, yeh agla question kya hai?</w:t>
      </w:r>
      <w:r>
        <w:br/>
      </w:r>
      <w:r>
        <w:rPr>
          <w:sz w:val="20"/>
        </w:rPr>
        <w:t>1:00:56  Mr Imran ne Delhi se: "When someone says namaz by herself or himself at the end of the namaz, they turn to either side, saying Assalamu Alaikum wa Rahmatullahi.</w:t>
      </w:r>
      <w:r>
        <w:br/>
      </w:r>
      <w:r>
        <w:rPr>
          <w:sz w:val="20"/>
        </w:rPr>
        <w:t>1:01:09  Who is he or she addressing in these words? Please explain."</w:t>
      </w:r>
      <w:r>
        <w:br/>
      </w:r>
      <w:r>
        <w:rPr>
          <w:sz w:val="20"/>
        </w:rPr>
        <w:t>1:01:15  dekhein, is ko main bata chuka hoon is se pehle ke globe par jo log bas rahe hain, is side mein ya is side mein, agar main idhar namaz padh raha hoon to yeh side ki le li hui hai.</w:t>
      </w:r>
      <w:r>
        <w:br/>
      </w:r>
      <w:r>
        <w:rPr>
          <w:sz w:val="20"/>
        </w:rPr>
        <w:t>1:01:27  idhar padh raha hoon to aisa hua, kyunke aap pure globe mein basne wale tamam logon ke liye main peace be a pani ko keh raha hoon.</w:t>
      </w:r>
      <w:r>
        <w:br/>
      </w:r>
      <w:r>
        <w:rPr>
          <w:sz w:val="20"/>
        </w:rPr>
        <w:t>1:01:36  peace be a pani</w:t>
      </w:r>
      <w:r>
        <w:br/>
      </w:r>
      <w:r>
        <w:rPr>
          <w:sz w:val="20"/>
        </w:rPr>
        <w:t>1:01:37  to yeh sach poochhein to apne apne andar spirit of peace inculcate karne ke liye hai ke jab main masjid se niklun bahar to jo insaan ke beech mein main hoon, woh un ke beech mein mujhe peace ke sath rahoon.</w:t>
      </w:r>
      <w:r>
        <w:br/>
      </w:r>
      <w:r>
        <w:rPr>
          <w:sz w:val="20"/>
        </w:rPr>
        <w:t>1:01:54  main yeh ek qism ka pledge hai. isi liye ek ek mashhoor muhaddis the,</w:t>
      </w:r>
      <w:r>
        <w:br/>
      </w:r>
      <w:r>
        <w:rPr>
          <w:sz w:val="20"/>
        </w:rPr>
        <w:t>1:02:02  unhon ne kaha ke "hal tadri wa salam" un ka naam tha Ibn Uyaynah. "hal tadri wa salam" kya tum jante ho ke yeh salam karna kya hai?</w:t>
      </w:r>
      <w:r>
        <w:br/>
      </w:r>
      <w:r>
        <w:rPr>
          <w:sz w:val="20"/>
        </w:rPr>
        <w:t>1:02:14  is ka matlab hai: "anta amin minni, anta amin minni" tum mujh se mehfooz ho, tumhari izzat, tumhari abru, tumhara maal mujh se mehfooz hai.</w:t>
      </w:r>
      <w:r>
        <w:br/>
      </w:r>
      <w:r>
        <w:rPr>
          <w:sz w:val="20"/>
        </w:rPr>
        <w:t>1:02:25  to kaha jab aap masjid se yeh keh kar nikle to yeh doosron ko agar aap paigham de rahe hain ke tum mujh se daro mat, main tumhare liye koi problem nahi create karunga, koi nishans nahi create karunga,</w:t>
      </w:r>
      <w:r>
        <w:br/>
      </w:r>
      <w:r>
        <w:rPr>
          <w:sz w:val="20"/>
        </w:rPr>
        <w:t>1:02:39  koi tumhara nuksan nahi karunga, yeh matlab hai is ka. yani "I am a, I am a</w:t>
      </w:r>
      <w:r>
        <w:br/>
      </w:r>
      <w:r>
        <w:rPr>
          <w:sz w:val="20"/>
        </w:rPr>
        <w:t>1:02:50  good member of of the society,</w:t>
      </w:r>
      <w:r>
        <w:br/>
      </w:r>
      <w:r>
        <w:rPr>
          <w:sz w:val="20"/>
        </w:rPr>
        <w:t>1:02:54  no problem member of society" yeh yeh keh kar nikalte hain. yeh agarche yani symbolic sense mein hota hai, kyunke log to maujood hain hi nahi samne, symbolic sense mein hota hai,</w:t>
      </w:r>
      <w:r>
        <w:br/>
      </w:r>
      <w:r>
        <w:rPr>
          <w:sz w:val="20"/>
        </w:rPr>
        <w:t>1:03:08  lekin is mein spirit to phir bhi milti hai aap ko. yani jo salam kar raha hai, us ne apna to spirit inculcate ki ke mujhe logon ke beech mein jaunga to main un ke sath mein peaceful tareeqe se rehna hai.</w:t>
      </w:r>
      <w:r>
        <w:br/>
      </w:r>
      <w:r>
        <w:rPr>
          <w:sz w:val="20"/>
        </w:rPr>
        <w:t>1:03:20  rehna hai.</w:t>
      </w:r>
      <w:r>
        <w:br/>
      </w:r>
      <w:r>
        <w:rPr>
          <w:sz w:val="20"/>
        </w:rPr>
        <w:t>1:03:25  Maulana, yeh agla question aaya hai Mr Raj Malik ka Delhi se. Maulana, ek sahib ne kaha ke aaj agar Hazrat Umar hote to hum logon ki gardan maar dete,</w:t>
      </w:r>
      <w:r>
        <w:br/>
      </w:r>
      <w:r>
        <w:rPr>
          <w:sz w:val="20"/>
        </w:rPr>
        <w:t>1:03:39  jaisa ke ek aadmi ka qatl kar diya jis ne Rasool Allah ke faisle ko nahi maana tha.</w:t>
      </w:r>
      <w:r>
        <w:br/>
      </w:r>
      <w:r>
        <w:rPr>
          <w:sz w:val="20"/>
        </w:rPr>
        <w:t>1:03:49  nahi, yeh galat hai ke qatl kar diya.</w:t>
      </w:r>
      <w:r>
        <w:br/>
      </w:r>
      <w:r>
        <w:rPr>
          <w:sz w:val="20"/>
        </w:rPr>
        <w:t>1:03:52  kaha tha ke agar ijazat de do to main qatl kar doonga. dekhiye, kisi umar ko ya kisi khaleefa ko yeh ikhtiyar nahi ke jis ko chahe gardan maar de.</w:t>
      </w:r>
      <w:r>
        <w:br/>
      </w:r>
      <w:r>
        <w:rPr>
          <w:sz w:val="20"/>
        </w:rPr>
        <w:t>1:04:02  iska faisla court se hota hai, khaleefa nahi karta. iska is ko yaad rakhiye ke jo punishment hai, jo woh khaleefa ke ikhtiyar mein nahi hai, woh sirf court ke ikhtiyar mein hai.</w:t>
      </w:r>
      <w:r>
        <w:br/>
      </w:r>
      <w:r>
        <w:rPr>
          <w:sz w:val="20"/>
        </w:rPr>
        <w:t>1:04:17  court mein muqadma jayega, wahan behas hogi.</w:t>
      </w:r>
      <w:r>
        <w:br/>
      </w:r>
      <w:r>
        <w:rPr>
          <w:sz w:val="20"/>
        </w:rPr>
        <w:t>1:04:21  qazi jab jo is jo faisla dega, us ke mutabiq police jo hai, us ko execute karegi. aisa nahi ke umar hote to jo logon ko qatl karte rehte, yeh baat sahi nahi hai.</w:t>
      </w:r>
    </w:p>
    <w:p>
      <w:pPr>
        <w:pStyle w:val="Heading2"/>
      </w:pPr>
      <w:r>
        <w:t>Prophet's example of destroying idols and places</w:t>
      </w:r>
    </w:p>
    <w:p>
      <w:r>
        <w:rPr>
          <w:color w:val="666666"/>
          <w:sz w:val="18"/>
        </w:rPr>
        <w:t>Seerah &amp; Prophet · Revival of Muslims March 08, 2015 · 56s · at 1:02:03 · https://youtu.be/8ShFcr8YozI?t=3723</w:t>
      </w:r>
    </w:p>
    <w:p>
      <w:r>
        <w:rPr>
          <w:i/>
        </w:rPr>
        <w:t>“Muslims who destroy the historical places or tear down the historical idols give the example of Prophet of Islam who, after the conquest of Makkah, had sent the Sahabas to different places to tear down the places of worship and idols. Is this correct and what is your comment on it?”</w:t>
      </w:r>
    </w:p>
    <w:p>
      <w:r>
        <w:rPr>
          <w:sz w:val="20"/>
        </w:rPr>
        <w:t>1:02:03  Maulana, agla sawal Dilli se kiya hai Danish Fazal Sahab ne aur unhon ne likha hai ke Muslims who destroy the historical places or raise down the historical idols give the example of Prophet of Islam who, after the conquest of Makkah,</w:t>
      </w:r>
      <w:r>
        <w:br/>
      </w:r>
      <w:r>
        <w:rPr>
          <w:sz w:val="20"/>
        </w:rPr>
        <w:t>1:02:24  had sent the Sahabas to different places to raise down the places of worship and idols.</w:t>
      </w:r>
      <w:r>
        <w:br/>
      </w:r>
      <w:r>
        <w:rPr>
          <w:sz w:val="20"/>
        </w:rPr>
        <w:t>1:02:30  Maulana, is this correct and what is your comment on it? Yaani yeh bilkul correct nahi hai. Yeh jo worshippers the jinhone khud banaya tha, woh Islam mein dakhil ho gaye.</w:t>
      </w:r>
      <w:r>
        <w:br/>
      </w:r>
      <w:r>
        <w:rPr>
          <w:sz w:val="20"/>
        </w:rPr>
        <w:t>1:02:43  To ab woh jagah hai jahan unka koi purpose nahi raha. To unhon ne uthaya isko. Koi Islam ki taleem nahi hai ke but khaane ko uthao.</w:t>
      </w:r>
      <w:r>
        <w:br/>
      </w:r>
      <w:r>
        <w:rPr>
          <w:sz w:val="20"/>
        </w:rPr>
        <w:t>1:02:54  Aise koi na Quran mein, na Hadees mein. Quran o Hadees mein kahin bhi aisa nahi hai.</w:t>
      </w:r>
    </w:p>
    <w:p>
      <w:pPr>
        <w:pStyle w:val="Heading2"/>
      </w:pPr>
      <w:r>
        <w:t>Prophet's life based on dawah mission</w:t>
      </w:r>
    </w:p>
    <w:p>
      <w:r>
        <w:rPr>
          <w:color w:val="666666"/>
          <w:sz w:val="18"/>
        </w:rPr>
        <w:t>Seerah &amp; Prophet · Lessons from My Journey to Canada II January 10, 2016 · 3m 13s · at 41:45 · https://youtu.be/GHF2Ph3GW7A?t=2505</w:t>
      </w:r>
    </w:p>
    <w:p>
      <w:r>
        <w:rPr>
          <w:i/>
        </w:rPr>
        <w:t>“The whole life of Prophet of Islam was based on dawah mission, but I see the...”</w:t>
      </w:r>
    </w:p>
    <w:p>
      <w:r>
        <w:rPr>
          <w:sz w:val="20"/>
        </w:rPr>
        <w:t>41:45  mashallah. Maulana, agla sawal Delhi se hai.</w:t>
      </w:r>
      <w:r>
        <w:br/>
      </w:r>
      <w:r>
        <w:rPr>
          <w:sz w:val="20"/>
        </w:rPr>
        <w:t>41:48  Maulana Farhad sahab ne kiya hai, aur un ka sawal hai:</w:t>
      </w:r>
      <w:r>
        <w:br/>
      </w:r>
      <w:r>
        <w:rPr>
          <w:sz w:val="20"/>
        </w:rPr>
        <w:t>41:54  "مولana sahab, the whole life of Prophet of Islam was based on Dawah mission, but I see the</w:t>
      </w:r>
      <w:r>
        <w:br/>
      </w:r>
      <w:r>
        <w:rPr>
          <w:sz w:val="20"/>
        </w:rPr>
        <w:t>42:01  whole muslim world not aware of this fact.</w:t>
      </w:r>
      <w:r>
        <w:br/>
      </w:r>
      <w:r>
        <w:rPr>
          <w:sz w:val="20"/>
        </w:rPr>
        <w:t>42:04  as they are seen indulging in other than dawah or anti-dawah activities.</w:t>
      </w:r>
      <w:r>
        <w:br/>
      </w:r>
      <w:r>
        <w:rPr>
          <w:sz w:val="20"/>
        </w:rPr>
        <w:t>42:11  "What is the reason behind the shift of their emphasis?"</w:t>
      </w:r>
      <w:r>
        <w:br/>
      </w:r>
      <w:r>
        <w:rPr>
          <w:sz w:val="20"/>
        </w:rPr>
        <w:t>42:18  mein ne chand baar mujhe is ka tajurba hua hai kuch musalmanon se jo parhe likhe thay.</w:t>
      </w:r>
      <w:r>
        <w:br/>
      </w:r>
      <w:r>
        <w:rPr>
          <w:sz w:val="20"/>
        </w:rPr>
        <w:t>42:26  mein ne kaha ke aap log dawat ka kaam kyun nahi karte? dawat hai Allah ka kaam.</w:t>
      </w:r>
      <w:r>
        <w:br/>
      </w:r>
      <w:r>
        <w:rPr>
          <w:sz w:val="20"/>
        </w:rPr>
        <w:t>42:33  to unhon ne kaha ke dawat to</w:t>
      </w:r>
      <w:r>
        <w:br/>
      </w:r>
      <w:r>
        <w:rPr>
          <w:sz w:val="20"/>
        </w:rPr>
        <w:t>42:36  rasool Allah ka kaam tha.</w:t>
      </w:r>
      <w:r>
        <w:br/>
      </w:r>
      <w:r>
        <w:rPr>
          <w:sz w:val="20"/>
        </w:rPr>
        <w:t>42:42  ya rasool to</w:t>
      </w:r>
      <w:r>
        <w:br/>
      </w:r>
      <w:r>
        <w:rPr>
          <w:sz w:val="20"/>
        </w:rPr>
        <w:t>42:48  musalmanon mein shayad consciously ya unconsciously yeh baat baithi hui hai ke dawat tha ghair muslimon ki dawat.</w:t>
      </w:r>
      <w:r>
        <w:br/>
      </w:r>
      <w:r>
        <w:rPr>
          <w:sz w:val="20"/>
        </w:rPr>
        <w:t>42:57  rasool Allah ka kaam tha, hamara kaam tha ke namaz roza karein, madarse qaim karein, masjid banayein.</w:t>
      </w:r>
      <w:r>
        <w:br/>
      </w:r>
      <w:r>
        <w:rPr>
          <w:sz w:val="20"/>
        </w:rPr>
        <w:t>43:04  yeh ek galat soch hai.</w:t>
      </w:r>
      <w:r>
        <w:br/>
      </w:r>
      <w:r>
        <w:rPr>
          <w:sz w:val="20"/>
        </w:rPr>
        <w:t>43:09  poori tareekh mein dawat ki ahmiyat jo hai hadaf ho gayi.</w:t>
      </w:r>
      <w:r>
        <w:br/>
      </w:r>
      <w:r>
        <w:rPr>
          <w:sz w:val="20"/>
        </w:rPr>
        <w:t>43:14  dawat ka kaam jaari raha is shakal mein ke Quran apni khud apni taqat se phailta raha, apni</w:t>
      </w:r>
      <w:r>
        <w:br/>
      </w:r>
      <w:r>
        <w:rPr>
          <w:sz w:val="20"/>
        </w:rPr>
        <w:t>43:21  taqat se. kyunke musalmanon mein jo barh bari tehrikein uthein, barh bari tehrikein to un mein se koi</w:t>
      </w:r>
      <w:r>
        <w:br/>
      </w:r>
      <w:r>
        <w:rPr>
          <w:sz w:val="20"/>
        </w:rPr>
        <w:t>43:27  dawat par nahi thi, koi kalam par, koi fiqah par, koi</w:t>
      </w:r>
      <w:r>
        <w:br/>
      </w:r>
      <w:r>
        <w:rPr>
          <w:sz w:val="20"/>
        </w:rPr>
        <w:t>43:34  millat ke ahya par,</w:t>
      </w:r>
      <w:r>
        <w:br/>
      </w:r>
      <w:r>
        <w:rPr>
          <w:sz w:val="20"/>
        </w:rPr>
        <w:t>43:37  koi jihad par,</w:t>
      </w:r>
      <w:r>
        <w:br/>
      </w:r>
      <w:r>
        <w:rPr>
          <w:sz w:val="20"/>
        </w:rPr>
        <w:t>43:40  yaani doosre doosre nishanon par tehrikein uthein, is par nahi uthi.</w:t>
      </w:r>
      <w:r>
        <w:br/>
      </w:r>
      <w:r>
        <w:rPr>
          <w:sz w:val="20"/>
        </w:rPr>
        <w:t>43:46  to kisi wajah se logon ka yeh zehan baith gaya ke dawat ka kaam to rasool ka kaam</w:t>
      </w:r>
      <w:r>
        <w:br/>
      </w:r>
      <w:r>
        <w:rPr>
          <w:sz w:val="20"/>
        </w:rPr>
        <w:t>43:51  tha, unhon ne kar diya.</w:t>
      </w:r>
      <w:r>
        <w:br/>
      </w:r>
      <w:r>
        <w:rPr>
          <w:sz w:val="20"/>
        </w:rPr>
        <w:t>43:53  ab hamein to millat ka kaam karna hai.</w:t>
      </w:r>
      <w:r>
        <w:br/>
      </w:r>
      <w:r>
        <w:rPr>
          <w:sz w:val="20"/>
        </w:rPr>
        <w:t>43:59  waqai yeh tareekh ka ek sawal hai ke kaise, yaani</w:t>
      </w:r>
      <w:r>
        <w:br/>
      </w:r>
      <w:r>
        <w:rPr>
          <w:sz w:val="20"/>
        </w:rPr>
        <w:t>44:04  patri jo hai dawat se hat gayi.</w:t>
      </w:r>
      <w:r>
        <w:br/>
      </w:r>
      <w:r>
        <w:rPr>
          <w:sz w:val="20"/>
        </w:rPr>
        <w:t>44:08  to ek wajah meri samajh mein yeh aati hai ke logon ne yeh samajh liya ke dawat ka</w:t>
      </w:r>
      <w:r>
        <w:br/>
      </w:r>
      <w:r>
        <w:rPr>
          <w:sz w:val="20"/>
        </w:rPr>
        <w:t>44:11  kaam ghair muslimon, dawat ka kaam peghambar ka kaam tha, unhon ne kar diya.</w:t>
      </w:r>
      <w:r>
        <w:br/>
      </w:r>
      <w:r>
        <w:rPr>
          <w:sz w:val="20"/>
        </w:rPr>
        <w:t>44:16  lekin sawal yeh hai ke jo baad ki generation hai, jo jab peghambar mojood nahi hain,</w:t>
      </w:r>
      <w:r>
        <w:br/>
      </w:r>
      <w:r>
        <w:rPr>
          <w:sz w:val="20"/>
        </w:rPr>
        <w:t>44:23  to kya woh un ko dawat nahi pahunchai gayi? rasool Allah ne apne contemporary logon ko pahunchaya dawat.</w:t>
      </w:r>
      <w:r>
        <w:br/>
      </w:r>
      <w:r>
        <w:rPr>
          <w:sz w:val="20"/>
        </w:rPr>
        <w:t>44:30  ab jo baad ke log hain,</w:t>
      </w:r>
      <w:r>
        <w:br/>
      </w:r>
      <w:r>
        <w:rPr>
          <w:sz w:val="20"/>
        </w:rPr>
        <w:t>44:32  un ki baad ki naslein</w:t>
      </w:r>
      <w:r>
        <w:br/>
      </w:r>
      <w:r>
        <w:rPr>
          <w:sz w:val="20"/>
        </w:rPr>
        <w:t>44:35  to unhein bhi pohnchana hai humein.</w:t>
      </w:r>
      <w:r>
        <w:br/>
      </w:r>
      <w:r>
        <w:rPr>
          <w:sz w:val="20"/>
        </w:rPr>
        <w:t>44:38  to behrhaal yeh baat sahi hai, lekin is se humein hamari zimmedari ka ehsaas barhta barhna chahiye</w:t>
      </w:r>
      <w:r>
        <w:br/>
      </w:r>
      <w:r>
        <w:rPr>
          <w:sz w:val="20"/>
        </w:rPr>
        <w:t>44:47  ke jo kaam,</w:t>
      </w:r>
      <w:r>
        <w:br/>
      </w:r>
      <w:r>
        <w:rPr>
          <w:sz w:val="20"/>
        </w:rPr>
        <w:t>44:52  yani ummat mein bohat kam kiya gaya, us ko hum zyada taqat ke sath karna hai.</w:t>
      </w:r>
    </w:p>
    <w:p>
      <w:pPr>
        <w:pStyle w:val="Heading2"/>
      </w:pPr>
      <w:r>
        <w:t>Prophet's nighttime visit to graveyard</w:t>
      </w:r>
    </w:p>
    <w:p>
      <w:r>
        <w:rPr>
          <w:color w:val="666666"/>
          <w:sz w:val="18"/>
        </w:rPr>
        <w:t>Seerah &amp; Prophet · The Story of Aisha Bint Abu Bakr Part 2 March 05, 2023 · 28m 41s · at 29:27 · https://youtu.be/od3Is6a9B7o?t=1767</w:t>
      </w:r>
    </w:p>
    <w:p>
      <w:r>
        <w:rPr>
          <w:i/>
        </w:rPr>
        <w:t>“ایک مرتبہ وہ رات میں اٹھے اور پھر وہ بقی graveyard گئے اور وہاں پہ انہوں نے جتنے بھی لوگ جو graveyard میں دفنائے گئے ہیں ان کے لیے دعا مان گی انہوں نے۔ تو اس کے بارے میں بتائیں۔”</w:t>
      </w:r>
    </w:p>
    <w:p>
      <w:r>
        <w:rPr>
          <w:sz w:val="20"/>
        </w:rPr>
        <w:t>29:27  aur bohat lambe sajde pe jaya karte the. tu doctor sahib agla sawal lena chahunga ke ek martaba woh raat mein uthe aur phir woh baqi graveyard gaye aur wahan pe unhon ne jitne bhi log jo graveyard mein dafnaye gaye hain un ke liye dua maan</w:t>
      </w:r>
      <w:r>
        <w:br/>
      </w:r>
      <w:r>
        <w:rPr>
          <w:sz w:val="20"/>
        </w:rPr>
        <w:t>29:45  gi unhon ne. tu is ke bare mein batain. yeh ek bohat lambi hadith hai ji hazrat aisha ki. kuch log baithe hue the hazrat aisha ke paas tu hazrat aisha ne kaha ke do you want me to tell a story about the prophet and about me tu logon ne kaha zaroor zaroor sunain.</w:t>
      </w:r>
      <w:r>
        <w:br/>
      </w:r>
      <w:r>
        <w:rPr>
          <w:sz w:val="20"/>
        </w:rPr>
        <w:t>30:08  tu hazrat aisha ne bataya ke ek baar prophet sham ko aaye masjid se. ji aur unhon ne apne shoes utare, shoes rakh diye ek taraf aur chadar hatayi aur ek bistar banaya aur let gaye.</w:t>
      </w:r>
      <w:r>
        <w:br/>
      </w:r>
      <w:r>
        <w:rPr>
          <w:sz w:val="20"/>
        </w:rPr>
        <w:t>30:28  aur maybe maybe let gayi hazrat aisha kehti hain. tu maine dekha ke raat ke waqt woh ahista se uthe.</w:t>
      </w:r>
      <w:r>
        <w:br/>
      </w:r>
      <w:r>
        <w:rPr>
          <w:sz w:val="20"/>
        </w:rPr>
        <w:t>30:36  un ko laga ke main so gayi halanke shayad hazrat aisha jag rahi thin. tu bohat ahista se uthe aur ahista se unhon ne apne shoes pehne aur ahista se unhon ne apni chadar odhi.</w:t>
      </w:r>
      <w:r>
        <w:br/>
      </w:r>
      <w:r>
        <w:rPr>
          <w:sz w:val="20"/>
        </w:rPr>
        <w:t>30:48  ji aur ahista se gaye aur darwaza ahista se khola aur bahar chale gaye aur darwaza ahista se band kiya. tu un ko kuch shakk ho gaya.</w:t>
      </w:r>
      <w:r>
        <w:br/>
      </w:r>
      <w:r>
        <w:rPr>
          <w:sz w:val="20"/>
        </w:rPr>
        <w:t>31:00  tu woh uthi aur unhon ne apni chadar odhi.</w:t>
      </w:r>
      <w:r>
        <w:br/>
      </w:r>
      <w:r>
        <w:rPr>
          <w:sz w:val="20"/>
        </w:rPr>
        <w:t>31:03  ji aur woh bhi nikal gayin ghar se bahar ke dekhen kahan ja rahi hain. tu unhon ne dekha ke woh baqi qabristan ki taraf jo baqi qabristan hai jannat ul baqi kehte hain ise woh bilkul masjid se mila hua hai.</w:t>
      </w:r>
      <w:r>
        <w:br/>
      </w:r>
      <w:r>
        <w:rPr>
          <w:sz w:val="20"/>
        </w:rPr>
        <w:t>31:20  abhi bhi aap jayen tu dekh sakte hain. aur bare bare sahaba ki qabrein hain is mein. khud hazrat aisha ki bhi qabr is mein hi hai.</w:t>
      </w:r>
      <w:r>
        <w:br/>
      </w:r>
      <w:r>
        <w:rPr>
          <w:sz w:val="20"/>
        </w:rPr>
        <w:t>31:26  ji tu unhon ne dekha ke prophet baqi ke paas gaye aur wahan kafi der khade rahe. aur phir teen baar hath uthaya.</w:t>
      </w:r>
      <w:r>
        <w:br/>
      </w:r>
      <w:r>
        <w:rPr>
          <w:sz w:val="20"/>
        </w:rPr>
        <w:t>31:37  dua ki teen baar. phir wapas palte. ji aur bohat tez aane lagay. tu hazrat aisha kehti hain ke prophet was walking really fast tu maine bhi bohat tez chalna shuru kiya.</w:t>
      </w:r>
      <w:r>
        <w:br/>
      </w:r>
      <w:r>
        <w:rPr>
          <w:sz w:val="20"/>
        </w:rPr>
        <w:t>31:49  woh aur tez ho gaye. main bhi aur tez ho gayi taake woh mujhe dekhen na.</w:t>
      </w:r>
      <w:r>
        <w:br/>
      </w:r>
      <w:r>
        <w:rPr>
          <w:sz w:val="20"/>
        </w:rPr>
        <w:t>31:54  ab phir he started to run and then i started to run and i was out of breath tu daurte daurte main kaise pahunchi ghar.</w:t>
      </w:r>
      <w:r>
        <w:br/>
      </w:r>
      <w:r>
        <w:rPr>
          <w:sz w:val="20"/>
        </w:rPr>
        <w:t>32:03  aur jaise main leti waisi hi prophet bhi aa gaye. tu prophet ne dekha ke meri saans phool rahi hai. haanp rahi hoon main. tu bole ke kya ho gaya tumhein?</w:t>
      </w:r>
      <w:r>
        <w:br/>
      </w:r>
      <w:r>
        <w:rPr>
          <w:sz w:val="20"/>
        </w:rPr>
        <w:t>32:15  tu unhon ne kaha kuch nahin. koi zyada boli nahin.</w:t>
      </w:r>
      <w:r>
        <w:br/>
      </w:r>
      <w:r>
        <w:rPr>
          <w:sz w:val="20"/>
        </w:rPr>
        <w:t>32:19  tu rasool allah ne kaha hai ke tum mujhe waqia batao warna allah jo lateef ul khabeer hai the subtle and the aware he will inform me ji either you inform me or ji god will inform me tu sari baat unhon ne bata di ke main ne aise aise aap ko dekha tu main aap ke peeche chali gayi.</w:t>
      </w:r>
      <w:r>
        <w:br/>
      </w:r>
      <w:r>
        <w:rPr>
          <w:sz w:val="20"/>
        </w:rPr>
        <w:t>32:45  tu unhon ne kaha hai ke so you you were the black shape in front of me tu unhon ne kaha haan main hi main hi thi woh.</w:t>
      </w:r>
      <w:r>
        <w:br/>
      </w:r>
      <w:r>
        <w:rPr>
          <w:sz w:val="20"/>
        </w:rPr>
        <w:t>32:53  un ko kuch nazar aaya hoga rasool allah ko ke kaale rang ki koi shaal waghera odh ke gayi hongi. tu prophet ne kaha hai do you think allah and his messenger will be unfair to</w:t>
      </w:r>
      <w:r>
        <w:br/>
      </w:r>
      <w:r>
        <w:rPr>
          <w:sz w:val="20"/>
        </w:rPr>
        <w:t>33:09  you tu hazrat aisha ne kaha hai ke log kisi baat ko kitna hi chupa len allah tu jaan jata hai.</w:t>
      </w:r>
      <w:r>
        <w:br/>
      </w:r>
      <w:r>
        <w:rPr>
          <w:sz w:val="20"/>
        </w:rPr>
        <w:t>33:18  ji allah tu jaan jaan leta hai use. phir prophet ne poori baat batayi ke waqia kya tha. tu kaha ke jab tum ne mujhe dekha ke main bahar ja raha tha tu jibril aaye the mere paas.</w:t>
      </w:r>
      <w:r>
        <w:br/>
      </w:r>
      <w:r>
        <w:rPr>
          <w:sz w:val="20"/>
        </w:rPr>
        <w:t>33:33  ji tu unhon ne bahar se hi mujhe awaz di.</w:t>
      </w:r>
      <w:r>
        <w:br/>
      </w:r>
      <w:r>
        <w:rPr>
          <w:sz w:val="20"/>
        </w:rPr>
        <w:t>33:37  jo awaz sirf main ne hi suni tum ne nahin suni. farishta agar chahe ke aur log sunen tabhi ho sakta hai aisa. aise nahin ke woh sab log sunenge.</w:t>
      </w:r>
      <w:r>
        <w:br/>
      </w:r>
      <w:r>
        <w:rPr>
          <w:sz w:val="20"/>
        </w:rPr>
        <w:t>33:48  to unhon ne kaha hai ke he waited outside the house and he did not enter because we were sleeping aao't of modesty he called me from outside the house ji</w:t>
      </w:r>
      <w:r>
        <w:br/>
      </w:r>
      <w:r>
        <w:rPr>
          <w:sz w:val="20"/>
        </w:rPr>
        <w:t>34:00  to mein mein ne chaha ke tum ko na jagao'n kahin tum pareshan ho jao dar jao. to mein ahista ahista bahar gaya.</w:t>
      </w:r>
      <w:r>
        <w:br/>
      </w:r>
      <w:r>
        <w:rPr>
          <w:sz w:val="20"/>
        </w:rPr>
        <w:t>34:11  ji aur bahar ja ke jibril ne kaha mujh se ke allah ne aap ko hukum diya hai ke aap baqi qabristan jao'n aur jo log wahan bareeed hain jo log madfoon hain un ke liye bakhshish ki dua kari</w:t>
      </w:r>
      <w:r>
        <w:br/>
      </w:r>
      <w:r>
        <w:rPr>
          <w:sz w:val="20"/>
        </w:rPr>
        <w:t>34:26  n. ji to mein gaya aur mein ne wahan ahle baqi ke liye dua ki. to yeh waqia jab suna hazrat aisha ne to unhon ne kaha ke aye khuda ke rasool mein kaise karoon ahle baqi ke liye dua?</w:t>
      </w:r>
      <w:r>
        <w:br/>
      </w:r>
      <w:r>
        <w:rPr>
          <w:sz w:val="20"/>
        </w:rPr>
        <w:t>34:44  to rasool allah ne kaha ke tum kaho aise ke allah tum par salamatī aur rehmat farmaye yani un logon ko jo baqi madfoon hain.</w:t>
      </w:r>
      <w:r>
        <w:br/>
      </w:r>
      <w:r>
        <w:rPr>
          <w:sz w:val="20"/>
        </w:rPr>
        <w:t>34:58  aur yeh bhi kaho ke hum zaroor tumhare saath milein ge ek din. ji</w:t>
      </w:r>
      <w:r>
        <w:br/>
      </w:r>
      <w:r>
        <w:rPr>
          <w:sz w:val="20"/>
        </w:rPr>
        <w:t>35:03  to yani jo insan qabristan mein jata hai to sab se bara sabak jo hai woh yahi hota hai ke insan yeh samajhta hai ke maulana kehte hain na aaj un ki kal hamari bari hai.</w:t>
      </w:r>
      <w:r>
        <w:br/>
      </w:r>
      <w:r>
        <w:rPr>
          <w:sz w:val="20"/>
        </w:rPr>
        <w:t>35:14  hmm ke yahin par aana hai. hmm to yeh dua karte rehna chahiye ke allah taala khas taur se badgumanī se bachaye humein.</w:t>
      </w:r>
      <w:r>
        <w:br/>
      </w:r>
      <w:r>
        <w:rPr>
          <w:sz w:val="20"/>
        </w:rPr>
        <w:t>35:24  bilkul ke peghambar jaise hastī se bhi badguman ho sakta hai koi aur woh bhi hazrat aisha razi allah</w:t>
      </w:r>
      <w:r>
        <w:br/>
      </w:r>
      <w:r>
        <w:rPr>
          <w:sz w:val="20"/>
        </w:rPr>
        <w:t>35:31  an'ha chuna'nche woh bhi insan the. hmm aur agar sare namune hamein na milein chuna'nche hamein to wahin se namune milne hain.</w:t>
      </w:r>
      <w:r>
        <w:br/>
      </w:r>
      <w:r>
        <w:rPr>
          <w:sz w:val="20"/>
        </w:rPr>
        <w:t>35:41  ji wohi model hai humein. bilkul to har tarah ka model har tarah ka namuna hazrat muhammad sallallahu alaihi wasallam ke haan hum dekh sakte hain taake hamare liye woh ek rasta bane rehnumai ho.</w:t>
      </w:r>
      <w:r>
        <w:br/>
      </w:r>
      <w:r>
        <w:rPr>
          <w:sz w:val="20"/>
        </w:rPr>
        <w:t>35:53  ji jazak allah bohat hi important yeh baat batai doctor sahab aap ne jazak</w:t>
      </w:r>
      <w:r>
        <w:br/>
      </w:r>
      <w:r>
        <w:rPr>
          <w:sz w:val="20"/>
        </w:rPr>
        <w:t>35:58  allah. doctor sahab rasool allah hamesha jab dua karte the to favor mein hi dua karte the lekin ek bara dilchasp qissa hai ke unhon ne hazrat aisha ke khilaf jo hai dua kari woh kya qissa hai is ke bare mein hum sab ko bataein.</w:t>
      </w:r>
      <w:r>
        <w:br/>
      </w:r>
      <w:r>
        <w:rPr>
          <w:sz w:val="20"/>
        </w:rPr>
        <w:t>36:13  darasal ek bar Prophet ne kisi bohat ahem kaam ke liye bataya. ji hazrat aisha se to Prophet chale gaye jab wapas aaye to dekha woh kaam hua nahi tha to poocha ke bhai yeh kya kaam nahi hua</w:t>
      </w:r>
      <w:r>
        <w:br/>
      </w:r>
      <w:r>
        <w:rPr>
          <w:sz w:val="20"/>
        </w:rPr>
        <w:t>36:28  ? to unhon ne kaha ke meri saheliyan aa gayi theen mein is mein busy ho gayi thi. ji to Prophet ko ghussa aa gaya. ji to Prophet bole qata' allah yadayk yani may god cut your hands aur yeh keh ke woh bahar chale gaye.</w:t>
      </w:r>
      <w:r>
        <w:br/>
      </w:r>
      <w:r>
        <w:rPr>
          <w:sz w:val="20"/>
        </w:rPr>
        <w:t>36:42  ji to hazrat aisha bohat hi udas ho gayeen. hmm aur baith gayeen woh thori der mein aaye Prophet to dekha ke woh hazrat aisha aise hath ko yoon kar rahi theen baithi hui bari udas.</w:t>
      </w:r>
      <w:r>
        <w:br/>
      </w:r>
      <w:r>
        <w:rPr>
          <w:sz w:val="20"/>
        </w:rPr>
        <w:t>36:57  ji</w:t>
      </w:r>
      <w:r>
        <w:br/>
      </w:r>
      <w:r>
        <w:rPr>
          <w:sz w:val="20"/>
        </w:rPr>
        <w:t>36:58  to bole ke kya hua aisha yeh kya baat hai kya kar rahi ho yeh? to yani what's wrong with you yeh kya kar rahi ho tum?</w:t>
      </w:r>
      <w:r>
        <w:br/>
      </w:r>
      <w:r>
        <w:rPr>
          <w:sz w:val="20"/>
        </w:rPr>
        <w:t>37:10  to unhon ne kaha hai ke you have prayed against me hmm yani hazrat aisha yeh janti theen ke Prophet's prayer is not a it's very serious matter yani Prophet ne jo dua kar di to woh allah ko qabool allah qabool karta hai us ko.</w:t>
      </w:r>
      <w:r>
        <w:br/>
      </w:r>
      <w:r>
        <w:rPr>
          <w:sz w:val="20"/>
        </w:rPr>
        <w:t>37:27  ji to unhon ne kaha ke i am looking at my hand which one will fall off first ji yani kaun sa hath mera kate ga?</w:t>
      </w:r>
      <w:r>
        <w:br/>
      </w:r>
      <w:r>
        <w:rPr>
          <w:sz w:val="20"/>
        </w:rPr>
        <w:t>37:35  hmm to rasool allah ko bara ehsas hua ke yeh mein ne aisi dua kar di. ji to rasool allah ne hath asman ki taraf uthaya aur aur kaha ke ya allah inni bashar ke o allah i am a human ji aghzab kama yaghzab bashar ke i get angry as people get angry hmm</w:t>
      </w:r>
      <w:r>
        <w:br/>
      </w:r>
      <w:r>
        <w:rPr>
          <w:sz w:val="20"/>
        </w:rPr>
        <w:t>37:57  yani farishta peghambar bhi insan hota hai. hmm aur kaha ke kabhi bhi mein ne if ever i had prayed against any momin aur momina let it be a source of mercy for them, a source of elevation, and a source of purification for them ji yani peghambar ki dua peghambar ki bad dua bhi allah rehmat mein tabdeel kar deta hai.</w:t>
      </w:r>
      <w:r>
        <w:br/>
      </w:r>
      <w:r>
        <w:rPr>
          <w:sz w:val="20"/>
        </w:rPr>
        <w:t>38:21  ji kitni bari</w:t>
      </w:r>
      <w:r>
        <w:br/>
      </w:r>
      <w:r>
        <w:rPr>
          <w:sz w:val="20"/>
        </w:rPr>
        <w:t>38:22  baat hai to is mein jo sabak milta hai ke har insan se aisa ho jata hai ke woh khas moqe pe kisi ke liye badzan ho jata hai bad dua kar deta hai to us ko chahiye ke ke jab us ka zehn thanda ho dimagh thanda ho to phir woh us ke liye dua karne lage.</w:t>
      </w:r>
      <w:r>
        <w:br/>
      </w:r>
      <w:r>
        <w:rPr>
          <w:sz w:val="20"/>
        </w:rPr>
        <w:t>38:41  ji jaise rasool allah ne kiya bilkul pehle to bad dua kar di phir itne gehre alfaz mein dua ki hai to yeh yeh yani aam halat mein ho jata</w:t>
      </w:r>
      <w:r>
        <w:br/>
      </w:r>
      <w:r>
        <w:rPr>
          <w:sz w:val="20"/>
        </w:rPr>
        <w:t>38:50  hai to tu aisa agar kabhi ho to is shakhs ke liye rehmat aur maghfirat ki dua kare to us se woh cheez zail ho jati hai.</w:t>
      </w:r>
      <w:r>
        <w:br/>
      </w:r>
      <w:r>
        <w:rPr>
          <w:sz w:val="20"/>
        </w:rPr>
        <w:t>38:59  ji ji acha doctor sahib bari interesting baat hai Hazrat Aisha ne ek martaba kaha bhi ke jab bhi woh Rasool Allah ko ache mood mein dekhti theen to woh un ke paas jati thi kehti thi ke ya Rasool Allah mere liye dua karein.</w:t>
      </w:r>
      <w:r>
        <w:br/>
      </w:r>
      <w:r>
        <w:rPr>
          <w:sz w:val="20"/>
        </w:rPr>
        <w:t>39:13  ah aur unhon ne ek martaba bohat hi beautiful dua kari Hazrat Aisha ke liye ah jise sun kar woh bohat khush ho gayeen to us ke bare mein bataiye doctor sahib.</w:t>
      </w:r>
      <w:r>
        <w:br/>
      </w:r>
      <w:r>
        <w:rPr>
          <w:sz w:val="20"/>
        </w:rPr>
        <w:t>39:23  haan yeh baat sahi hai ek bar Prophet bohat hi happy mood mein thay he was very happy ji to Hazrat Aisha ne kaha ke adعو Allah li please pray for me ji to Rasool Allah ne hath uthaya aur bari umda dua ki.</w:t>
      </w:r>
      <w:r>
        <w:br/>
      </w:r>
      <w:r>
        <w:rPr>
          <w:sz w:val="20"/>
        </w:rPr>
        <w:t>39:38  ji Allahummaghfir li Aisha o Allah forgive Aisha</w:t>
      </w:r>
      <w:r>
        <w:br/>
      </w:r>
      <w:r>
        <w:rPr>
          <w:sz w:val="20"/>
        </w:rPr>
        <w:t>39:43  hmm all her sins ma taqaddum min zanbihi wa ma ta'akhkhar the sins that she had done in the past and the sins that she will do in future hmm ma asrart wa ma a'alant hmm open sins and hidden sins hmm to Hazrat Aisha ko itni itna acha laga he was so happy hmm that she burst into laughter ji and in her excitement and laughter and happiness she fell on her back</w:t>
      </w:r>
      <w:r>
        <w:br/>
      </w:r>
      <w:r>
        <w:rPr>
          <w:sz w:val="20"/>
        </w:rPr>
        <w:t>40:13  ji to Rasool Allah ne kaha arey tumhein bari achi lagi meri dua? ji ah to unhon ne kaha yes oh of course such a beautiful prayer to Rasool Allah ne kaha bari umda baat.</w:t>
      </w:r>
      <w:r>
        <w:br/>
      </w:r>
      <w:r>
        <w:rPr>
          <w:sz w:val="20"/>
        </w:rPr>
        <w:t>40:27  ji ke wallah innaha ladu'a li ummati fi kulli salat hmm ke I pray this dua for every person of my ummah in every prayer every day</w:t>
      </w:r>
      <w:r>
        <w:br/>
      </w:r>
      <w:r>
        <w:rPr>
          <w:sz w:val="20"/>
        </w:rPr>
        <w:t>40:42  acha to yeh to Rasool Allah ki duaen hain jo jis ki wajah se hamari gari chal rahi hai. ji bilkul inshallah ameen doctor sahib Prophet also tells Hazrat Aisha that you know Allah has a special name and if you invoke ah by that special name then the dua is accepted to us ke bare mein bhi bataen doctor sahib.</w:t>
      </w:r>
      <w:r>
        <w:br/>
      </w:r>
      <w:r>
        <w:rPr>
          <w:sz w:val="20"/>
        </w:rPr>
        <w:t>41:07  ek bar Hazrat Aisha se Prophet ne kaha ke ek aisa naam hai Allah ka jis se agar dua ki jaye to dua qabool hoti hai.</w:t>
      </w:r>
      <w:r>
        <w:br/>
      </w:r>
      <w:r>
        <w:rPr>
          <w:sz w:val="20"/>
        </w:rPr>
        <w:t>41:17  to Hazrat Aisha ne kaha mujhe bata dijiye woh naam. to Prophet salallahu alaihi wasallam ne kaha ke nahi main nahi bata sakta. to Hazrat Aisha rooth gayeen aur ek kone mein ghar mein ja ke khari ho gayeen.</w:t>
      </w:r>
      <w:r>
        <w:br/>
      </w:r>
      <w:r>
        <w:rPr>
          <w:sz w:val="20"/>
        </w:rPr>
        <w:t>41:31  thori der ke baad aayeen phir kaha ke bata dijiye.</w:t>
      </w:r>
      <w:r>
        <w:br/>
      </w:r>
      <w:r>
        <w:rPr>
          <w:sz w:val="20"/>
        </w:rPr>
        <w:t>41:34  Prophet ne kaha ke nahi main nahi bata sakta ke chuncha tum worldly cheezon ke liye dua karogi tumhare liye acha nahi hai. to Hazrat Aisha utheen aur unhon ne wuzu kiya aur do rak'at namaz parhi aur bari achi dua ki.</w:t>
      </w:r>
      <w:r>
        <w:br/>
      </w:r>
      <w:r>
        <w:rPr>
          <w:sz w:val="20"/>
        </w:rPr>
        <w:t>41:55  unhon ne dua mangi ya Allah beshak main tujhe Allah keh kar pukarti hoon aur Rehman keh kar pukarti hoon aur tujhe Rahim kehti hoon aur main tujh ko in tamam namon se pukarti hoon jin ka ilm mujhe hai aur in tamam namon se pukarti hoon jin ka ilm mujhe nahi hai.</w:t>
      </w:r>
      <w:r>
        <w:br/>
      </w:r>
      <w:r>
        <w:rPr>
          <w:sz w:val="20"/>
        </w:rPr>
        <w:t>42:17  to mere upar reham farma o maghfirat farma.</w:t>
      </w:r>
      <w:r>
        <w:br/>
      </w:r>
      <w:r>
        <w:rPr>
          <w:sz w:val="20"/>
        </w:rPr>
        <w:t>42:21  to jab Prophet ne yeh dua suni Hazrat Aisha ki to bolay ke jo naam main batana chah raha tha woh is dua mein to hai already is dua mein jo tum ne mangi hai.</w:t>
      </w:r>
      <w:r>
        <w:br/>
      </w:r>
      <w:r>
        <w:rPr>
          <w:sz w:val="20"/>
        </w:rPr>
        <w:t>42:32  ji to yani log samajhte hain ke koi naam hai ya ism e azam hai jo le ke agar hum bar bar usay dohraen Rehman Rehman Rahim Rahim to dua qabool ho jayegi.</w:t>
      </w:r>
      <w:r>
        <w:br/>
      </w:r>
      <w:r>
        <w:rPr>
          <w:sz w:val="20"/>
        </w:rPr>
        <w:t>42:51  maulana ne kaha tha ke ism e azam ka matlab hai کیفیت اعظم yani jo dili کیفیت hoti hai insan ki woh asal cheez hai koi koi naam asal cheez nahi hai.</w:t>
      </w:r>
      <w:r>
        <w:br/>
      </w:r>
      <w:r>
        <w:rPr>
          <w:sz w:val="20"/>
        </w:rPr>
        <w:t>43:04  to yani agar gehri کیفیت hogi tabhi woh dua qabool hogi na ke koi khas naam hai ke jis se dua karein to aap bana کیفیت ke woh qabool ho jayegi.</w:t>
      </w:r>
      <w:r>
        <w:br/>
      </w:r>
      <w:r>
        <w:rPr>
          <w:sz w:val="20"/>
        </w:rPr>
        <w:t>43:16  ji ji mashallah</w:t>
      </w:r>
      <w:r>
        <w:br/>
      </w:r>
      <w:r>
        <w:rPr>
          <w:sz w:val="20"/>
        </w:rPr>
        <w:t>43:19  doctor sahib kuch comments parhna chahunga yeh comment bheja hai Faisal Shah sahib ne Pakistan se unhon ne likha hai great grand super work you both are doing keep it up best learning from all these contents brothers Doctor Aslam Khan sahib ne Sarnpur se likha hai Hazrat Aisha contributed to spread of Islamic message up to fifty years she</w:t>
      </w:r>
      <w:r>
        <w:br/>
      </w:r>
      <w:r>
        <w:rPr>
          <w:sz w:val="20"/>
        </w:rPr>
        <w:t>43:44  is also known for narrating two thousand two hundred and ten hadiths related to Prophet Muhammad's private life Professor Najma Siddiqui ne Dubai se likha hai mashallah very nice discussion about Prophet and Hazrat Aisha different level of learnings from the same instance this is a great learning for us especially for doing duas</w:t>
      </w:r>
      <w:r>
        <w:br/>
      </w:r>
      <w:r>
        <w:rPr>
          <w:sz w:val="20"/>
        </w:rPr>
        <w:t>44:10  Syed Haseeb Shah Naqvi sahib ne Pakistan se likha hai in Islam salamati and marifat are very important in Maulana Wahiduddin Khan sahib's book Allahu Akbar Maulana has described the nature of God and His greatness in a very good way</w:t>
      </w:r>
      <w:r>
        <w:br/>
      </w:r>
      <w:r>
        <w:rPr>
          <w:sz w:val="20"/>
        </w:rPr>
        <w:t>44:30  doctor sahib ek ek ek qissa yeh bhi aata hai ke ek poor lady jo hai apni do betiyon ke sath Hazrat Aisha se milne ko aati hain un ke beech mein baat cheet hoti hai to woh kya qissa hai us ke bare mein bhi aap hum sab ko bataen.</w:t>
      </w:r>
      <w:r>
        <w:br/>
      </w:r>
      <w:r>
        <w:rPr>
          <w:sz w:val="20"/>
        </w:rPr>
        <w:t>44:48  yeh waqia aisa hai ke ek zaroorat mand lady ek poor lady aati hai Hazrat Aisha ke ghar kuch chahti hai woh kuch madad chahti hai aur do betiyan bhi us ke sath mein theen choti to us waqt Hazrat Aisha ne ghar mein dekha to kuch tha nahi sirf ek khajoor mili unhein yani aise bhi halaat thay ke sirf ek khajoor ghar mein rehti thi</w:t>
      </w:r>
      <w:r>
        <w:br/>
      </w:r>
      <w:r>
        <w:rPr>
          <w:sz w:val="20"/>
        </w:rPr>
        <w:t>45:15  to woh khajoor Hazrat Aisha R.A. ne is lady ko de diya to us ne us ko do tukre kiye aur dono betiyon ko de diya to jab Prophet aaye to yeh waqia sunaya ke ek zaroorat mand lady aayi thi aur do choti bachiyan thi maine ek khajoor di to us ne do tukre kar ke ek ek de diye dono ko</w:t>
      </w:r>
      <w:r>
        <w:br/>
      </w:r>
      <w:r>
        <w:rPr>
          <w:sz w:val="20"/>
        </w:rPr>
        <w:t>45:42  to Prophet ne kaha ke jo shakhs in in betiyon ki wajah se takleef mein mubtala hoga us ke liye yeh betiyan aag se parda ban jayengi yani curtain ban jayengi aag aur insan ke beech mein yani aag se panah mil jayegi jahannum se panah mil jayegi khaas betiyon ka zikr hai</w:t>
      </w:r>
      <w:r>
        <w:br/>
      </w:r>
      <w:r>
        <w:rPr>
          <w:sz w:val="20"/>
        </w:rPr>
        <w:t>46:09  yeh bhi bohat khaas baat hai ke betiyon se betiyon ki taraf se jo takleef pahuchegi to us se Allah taala nijaat de dega aakhirat mein us ko aur us mein jo sabaq hai wo yeh hai ke khajoor ka tukra yeh agar aap dekhein to Rasool Allah ki hadees mein aur bhi milta hai</w:t>
      </w:r>
      <w:r>
        <w:br/>
      </w:r>
      <w:r>
        <w:rPr>
          <w:sz w:val="20"/>
        </w:rPr>
        <w:t>46:28  yani jab Prophet migrate kar ke Madina gaye to jo pehla khutba diya awwal khutba khutba Rasool Allah S.A.W. in Madina ji us ke unwan se aap ko poora poora thaman milega us mein Rasool Allah ne kaha tha ke ataqoo an nara walaw bishaqi tamrah ke save yourself, save yourself from the fire even if by a piece of date</w:t>
      </w:r>
      <w:r>
        <w:br/>
      </w:r>
      <w:r>
        <w:rPr>
          <w:sz w:val="20"/>
        </w:rPr>
        <w:t>46:58  yani khajoor ka tukra ka matlab yeh hai tukre ka matlab yeh hai ke koi bhi chota amal chote se chota amal agar aap ka Allah ki raza ke liye hai aur us ke andar spirit bhari hui hai to wo Allah ke haan qabil e qabool hai to yeh sabaq milta hai is is se ke ke choti se choti bhi agar koi qurbani ho insan ki zaroori nahi hai ke bohat bara kaam kare wo</w:t>
      </w:r>
      <w:r>
        <w:br/>
      </w:r>
      <w:r>
        <w:rPr>
          <w:sz w:val="20"/>
        </w:rPr>
        <w:t>47:28  choti se choti bhi koi cheez ho to Allah us ko qabool karta hai aur ajr ji ata karta hai ji yaqeenan Miss Qurtulain ne Srinagar se comment bheja hai unhone likha hai Prophet Muhammad has been and will always remain a role model for generations to come.</w:t>
      </w:r>
      <w:r>
        <w:br/>
      </w:r>
      <w:r>
        <w:rPr>
          <w:sz w:val="20"/>
        </w:rPr>
        <w:t>47:48  Thank you very much for sharing such an interesting and enlightened conversation between Prophet and Hazrat</w:t>
      </w:r>
      <w:r>
        <w:br/>
      </w:r>
      <w:r>
        <w:rPr>
          <w:sz w:val="20"/>
        </w:rPr>
        <w:t>47:55  Aisha. It was full of wisdom and knowledge for us. Syed Haseeb Shah Naqvi sahib ne Pakistan se likha hai Character of Hazrat Aisha makes us recognize family married life.</w:t>
      </w:r>
      <w:r>
        <w:br/>
      </w:r>
      <w:r>
        <w:rPr>
          <w:sz w:val="20"/>
        </w:rPr>
        <w:t>48:08  Her character leads us to a positive life. Hazrat Aisha of Allah giving salutations also makes her greatness clear.</w:t>
      </w:r>
      <w:r>
        <w:br/>
      </w:r>
      <w:r>
        <w:rPr>
          <w:sz w:val="20"/>
        </w:rPr>
        <w:t>48:18  Doctor sahib ek hadees hai hadees of Umm Zara</w:t>
      </w:r>
      <w:r>
        <w:br/>
      </w:r>
      <w:r>
        <w:rPr>
          <w:sz w:val="20"/>
        </w:rPr>
        <w:t>48:23  to main chahunga ke is ke bare mein bhi aap hum sab ko batayein ke kya hadees hai wo. Yeh hadees ek bari lambi hadees hai ji Umm Zara ki hadees darasal aisa hua yeh aur Hazrat Aisha ne narrate kiya hai Hazrat Aisha ne yeh hadees sunayi thi Prophet ko ek baar to</w:t>
      </w:r>
      <w:r>
        <w:br/>
      </w:r>
      <w:r>
        <w:rPr>
          <w:sz w:val="20"/>
        </w:rPr>
        <w:t>48:47  aisa hua Madina mein gyarah ladies jama huin aur unhone apne husbands ke bare mein kuch bataya ji aur bari interesting baatein kuch ne negative baatein boli kuch ne positive baatein boli to main poori baat to nahi ek do misaal leta hoon aur aakhir mein Umm Zara ki hai ki baat hai ji wo wahi lambi hai</w:t>
      </w:r>
      <w:r>
        <w:br/>
      </w:r>
      <w:r>
        <w:rPr>
          <w:sz w:val="20"/>
        </w:rPr>
        <w:t>49:09  to is ki waja se is hadees ka naam pad gaya hadees of umm zarra ji</w:t>
      </w:r>
      <w:r>
        <w:br/>
      </w:r>
      <w:r>
        <w:rPr>
          <w:sz w:val="20"/>
        </w:rPr>
        <w:t>49:15  to woh aik aik lady kehti hai</w:t>
      </w:r>
      <w:r>
        <w:br/>
      </w:r>
      <w:r>
        <w:rPr>
          <w:sz w:val="20"/>
        </w:rPr>
        <w:t>49:21  ke jo mera husband hai woh bahar to sher ki tarah rehta hai aur jab ghar mein aata</w:t>
      </w:r>
      <w:r>
        <w:br/>
      </w:r>
      <w:r>
        <w:rPr>
          <w:sz w:val="20"/>
        </w:rPr>
        <w:t>49:29  hai to woh billi ki tarah ho jata hai ji yani woh kehna yeh chah raha hai ke</w:t>
      </w:r>
      <w:r>
        <w:br/>
      </w:r>
      <w:r>
        <w:rPr>
          <w:sz w:val="20"/>
        </w:rPr>
        <w:t>49:33  bahar to sher hota hai ghar mein bheegi billi ban jata hai ji ji zyada tar husband aise</w:t>
      </w:r>
      <w:r>
        <w:br/>
      </w:r>
      <w:r>
        <w:rPr>
          <w:sz w:val="20"/>
        </w:rPr>
        <w:t>49:37  hi hote hain ji</w:t>
      </w:r>
      <w:r>
        <w:br/>
      </w:r>
      <w:r>
        <w:rPr>
          <w:sz w:val="20"/>
        </w:rPr>
        <w:t>49:39  to aur doosri ne kaha ke mera jo husband hai uska jo touch hai wo it's as soft as rabbit yani bohat hi soft hai wo hmm aur jo us ki smell hai wo zafran ki tarah hai hmm to is tarah se kai sari ladies ne hmm baatein batayin kisi ne negative bhi bola to phir baad mein Umm Zara ka number aaya aakhri number unka hi tha gyarvi</w:t>
      </w:r>
      <w:r>
        <w:br/>
      </w:r>
      <w:r>
        <w:rPr>
          <w:sz w:val="20"/>
        </w:rPr>
        <w:t>50:08  to unhone apne husband ki bohat tareef ki hmm aur kaha ke zawji Abu Zara wa ma Abu Zara hmm wa ma Abu Zara yani yeh ek usloob hai Arabic mein Quran mein bhi aaya hai ke</w:t>
      </w:r>
      <w:r>
        <w:br/>
      </w:r>
      <w:r>
        <w:rPr>
          <w:sz w:val="20"/>
        </w:rPr>
        <w:t>50:25  wa ma adraka ma yawm al din thumma ma adraka ma yawm al din yani tum kya jano day of judgement kya hai yani express nahi kiya ja sakta</w:t>
      </w:r>
      <w:r>
        <w:br/>
      </w:r>
      <w:r>
        <w:rPr>
          <w:sz w:val="20"/>
        </w:rPr>
        <w:t>50:36  to usi tarike se us ne kaha hai ke mera husband hai wo what a great person he is yani I cannot describe in words hmm</w:t>
      </w:r>
      <w:r>
        <w:br/>
      </w:r>
      <w:r>
        <w:rPr>
          <w:sz w:val="20"/>
        </w:rPr>
        <w:t>50:45  to bari achi baaten is ne kahen apne husband ke baray mein ke is ne meri jo mere</w:t>
      </w:r>
      <w:r>
        <w:br/>
      </w:r>
      <w:r>
        <w:rPr>
          <w:sz w:val="20"/>
        </w:rPr>
        <w:t>50:49  kaan hain woh jewelry se laad diye hain hmm aur he made me so happy hmm aur ah</w:t>
      </w:r>
      <w:r>
        <w:br/>
      </w:r>
      <w:r>
        <w:rPr>
          <w:sz w:val="20"/>
        </w:rPr>
        <w:t>50:58  ah mein mein mein moti ho gayi itna mujhe khilata pilata hai and i i become so so</w:t>
      </w:r>
      <w:r>
        <w:br/>
      </w:r>
      <w:r>
        <w:rPr>
          <w:sz w:val="20"/>
        </w:rPr>
        <w:t>51:03  happy and my soul is so happy aur bari izzat di aur bohat hi is ne mujhe wealthy</w:t>
      </w:r>
      <w:r>
        <w:br/>
      </w:r>
      <w:r>
        <w:rPr>
          <w:sz w:val="20"/>
        </w:rPr>
        <w:t>51:08  aah bana diya and he never rebuked me hmm aur main agar soti hoon to soti hi rehti</w:t>
      </w:r>
      <w:r>
        <w:br/>
      </w:r>
      <w:r>
        <w:rPr>
          <w:sz w:val="20"/>
        </w:rPr>
        <w:t>51:14  hoon yani koi uthane wala nahi hai mere paas koi kaam nahi hota</w:t>
      </w:r>
      <w:r>
        <w:br/>
      </w:r>
      <w:r>
        <w:rPr>
          <w:sz w:val="20"/>
        </w:rPr>
        <w:t>51:18  hai hmm to is tarah ki bohat achi achi baatein kahein aur phir Abu Zara ki mother ke bare mein bhi bari achi baatein kahein yani apni yani apni mother in law ke bare mein jo ke bohat kam log tareef karte hain ji to aah us ki bhi bari achi tareef ki ke wo bohat hi us ke paas kapde hain aur bohat hi kushada ghar hai aur bari achi lady hai and she is a very rich lady hmm phir Abu Zara ke bete ke bare mein bari achi tareef ki he is such a nice boy and so on p</w:t>
      </w:r>
      <w:r>
        <w:br/>
      </w:r>
      <w:r>
        <w:rPr>
          <w:sz w:val="20"/>
        </w:rPr>
        <w:t>51:48  har beti ke bare mein kaha ke wo bohat hi achi beti hai aur bohat acha hai aur she is proud of the neighbor and envy to is tarike se phir maid ki tareef ki ke Abu Zara ki jo maid hai wo bhi bohat achi hai wo hamari baatein bahar ja ke nahi batati aur ghar ko bohat saaf suthra rakhti hai ji jab</w:t>
      </w:r>
      <w:r>
        <w:br/>
      </w:r>
      <w:r>
        <w:rPr>
          <w:sz w:val="20"/>
        </w:rPr>
        <w:t>52:08  sari baat sun li Prophet ne to Prophet ne kaha kuntu laki ka Abi Zara li Ummi Zara ke I am to you like Abu Zara was to his wife Umm Zara ji to yeh aah yeh ek dilchasp hadees hai jis mein Rasool Allah ne kaha ke main main bhi tumhari tarah to Abu Zara ki tarah hoon</w:t>
      </w:r>
      <w:r>
        <w:br/>
      </w:r>
      <w:r>
        <w:rPr>
          <w:sz w:val="20"/>
        </w:rPr>
        <w:t>52:37  ji jis tarah un Abu Zara apni wife ke liye tha ji ji to yeh ek khasi lambi hadees hai jo kitabon mein aayi hai very interesting Doctor sahib ji and Doctor sahib that brings us to the last question of the session today kuch aur comments bhi hain sawal bhi hain but kyunke waqt ho gaya hai to hum nahi le sakte hain to yeh aakhri sawal Doctor sahib mein poochna chahunga important bhi hai ke kai log yeh samajhte hain ke Prophet bohat hi serious nature ke the bilkul hansi mazak</w:t>
      </w:r>
      <w:r>
        <w:br/>
      </w:r>
      <w:r>
        <w:rPr>
          <w:sz w:val="20"/>
        </w:rPr>
        <w:t>53:05  nahi karte the lekin riwayat mein aata bhi hai ke wo jab khul kar hanste the to un ke pichle daant bhi nazar aate the to aisa nahi tha ke hamesha ek serious mahol tha aur serious nature tha to main chahunga ke koi humorous side jo un ka ghar mein tha us ke bare mein aap bata ke aaj ke session ko khatam karein</w:t>
      </w:r>
      <w:r>
        <w:br/>
      </w:r>
      <w:r>
        <w:rPr>
          <w:sz w:val="20"/>
        </w:rPr>
        <w:t>53:26  acha ji haan yeh aap sahi keh rahe hain balkeh Hazrat Aisha ka qaul hai ke kaana muzahan fi baitihi yani he was humorous and playful and cheerful at his home ji to aisa nahi tha ke bohat hi serious the ji ek ek do waqiyat waqe hain jo main leta hoon ek baar Prophet ne kaha Hazrat Aisha se ke I can tell you when you are angry with me and when you are happy with me</w:t>
      </w:r>
      <w:r>
        <w:br/>
      </w:r>
      <w:r>
        <w:rPr>
          <w:sz w:val="20"/>
        </w:rPr>
        <w:t>53:55  ji to Hazrat Aisha ne kaha wa kaifa ya Rasool Allah how do you know this ji how do you know O Messenger of Allah to Prophet ne kaha ke when you are happy with me, you swear by the name of Muhammad by the Lord of Muhammad ji you say like this: "I swear by the Lord of Muhammad." ji but when you are angry with me, you say: "I swear by the Lord of Abraham."</w:t>
      </w:r>
      <w:r>
        <w:br/>
      </w:r>
      <w:r>
        <w:rPr>
          <w:sz w:val="20"/>
        </w:rPr>
        <w:t>54:23  ji to hazrat aisha ne kaha ke ma ma ahjar ma ahjar illa ismaka ya rasool Allah ji I only omit your name." yani it doesn't mean that I stop loving you.</w:t>
      </w:r>
      <w:r>
        <w:br/>
      </w:r>
      <w:r>
        <w:rPr>
          <w:sz w:val="20"/>
        </w:rPr>
        <w:t>54:36  ji to aisi kai baaten hain jaise ek bar kya hua ke yani aap ne sahi kaha ke ghar ke andar ki glimpse hamein milti hain hazrat aisha ki baaton se</w:t>
      </w:r>
      <w:r>
        <w:br/>
      </w:r>
      <w:r>
        <w:rPr>
          <w:sz w:val="20"/>
        </w:rPr>
        <w:t>54:49  to ek baar so rahe the rasool Allah sal Allah aleh wasalam aur hazrat aisha bhi so rahi</w:t>
      </w:r>
      <w:r>
        <w:br/>
      </w:r>
      <w:r>
        <w:rPr>
          <w:sz w:val="20"/>
        </w:rPr>
        <w:t>54:54  thin to un ko mehsoos hua ke shayad Prophet nahi hain chale gaye kisi aur ghar mein chale</w:t>
      </w:r>
      <w:r>
        <w:br/>
      </w:r>
      <w:r>
        <w:rPr>
          <w:sz w:val="20"/>
        </w:rPr>
        <w:t>54:59  gaye hmm to andhera hota tha to unhon ne aise aise kar ke dekhna shuru kiya har taraf</w:t>
      </w:r>
      <w:r>
        <w:br/>
      </w:r>
      <w:r>
        <w:rPr>
          <w:sz w:val="20"/>
        </w:rPr>
        <w:t>55:04  to Prophet ke munh pe un ka hath laga ja ke ji to wo uth gaye to bole</w:t>
      </w:r>
      <w:r>
        <w:br/>
      </w:r>
      <w:r>
        <w:rPr>
          <w:sz w:val="20"/>
        </w:rPr>
        <w:t>55:09  ke malak ya aisha kya ho gaya tumhein</w:t>
      </w:r>
      <w:r>
        <w:br/>
      </w:r>
      <w:r>
        <w:rPr>
          <w:sz w:val="20"/>
        </w:rPr>
        <w:t>55:14  aqad jaaka shaitan ki has your Satan come to you?</w:t>
      </w:r>
      <w:r>
        <w:br/>
      </w:r>
      <w:r>
        <w:rPr>
          <w:sz w:val="20"/>
        </w:rPr>
        <w:t>55:19  yani koi zehn mein tumhein baat aayi hai badgumani wali to wo bolein ke don't you have a Satan, O Prophet? hmm to Prophet ne kaha ke yes, I do have a Satan, but God has given me control over him and I have made him a Muslim.</w:t>
      </w:r>
      <w:r>
        <w:br/>
      </w:r>
      <w:r>
        <w:rPr>
          <w:sz w:val="20"/>
        </w:rPr>
        <w:t>55:35  to is tarah ki bahut sari cheezen hain yani he was humorous and cheerful and he used to work at home and do the daily work.</w:t>
      </w:r>
      <w:r>
        <w:br/>
      </w:r>
      <w:r>
        <w:rPr>
          <w:sz w:val="20"/>
        </w:rPr>
        <w:t>55:49  lekin ek baat bahut zabardast kahi jis se hazrat Prophet ki shakhsiyat samajh mein aati hai ke waise to wo bahut ajeeb karte the light light subtle joke waghera bhi lekin jab azan ki awaz aati thi muazzin ki awaz jab aati thi tab he would behave as if he doesn't know us.</w:t>
      </w:r>
      <w:r>
        <w:br/>
      </w:r>
      <w:r>
        <w:rPr>
          <w:sz w:val="20"/>
        </w:rPr>
        <w:t>56:17  kanah la ya'rifuna</w:t>
      </w:r>
      <w:r>
        <w:br/>
      </w:r>
      <w:r>
        <w:rPr>
          <w:sz w:val="20"/>
        </w:rPr>
        <w:t>56:19  yani jab ah khuda ki awaz aa gayi ya maqsad ki taraf to phir wo mission ki taraf is tarah yaksu ho jate the ke jaise ke aur baaten sab bhool jate the ji to is tarah ki baaten waise aur bhi bahut hain aur sahaba ke sath bhi hmm bahut dilchasp waqiat hain to ho sakta hai kisi waqt is ko bhi len inshallah inshallah inshallah jazak Allah doctor sahab aaj ka session bahut hi dilchasp bahut hi interesting tha</w:t>
      </w:r>
      <w:r>
        <w:br/>
      </w:r>
      <w:r>
        <w:rPr>
          <w:sz w:val="20"/>
        </w:rPr>
        <w:t>56:47  aap ne bahut creatively ah baaton ko bataya hamein kafi sabak mile aaj ke talk se aur bahut hi dilchaspi hui ah I'm sure that all of you are watching this program.</w:t>
      </w:r>
      <w:r>
        <w:br/>
      </w:r>
      <w:r>
        <w:rPr>
          <w:sz w:val="20"/>
        </w:rPr>
        <w:t>56:57  They loved today's program on the story of hazrat aisha is program ko hum continue rakhenge lekin aaj hum session ko yahin khatm karte hain so we'll be back next Sunday at 10:30 AM.</w:t>
      </w:r>
      <w:r>
        <w:br/>
      </w:r>
      <w:r>
        <w:rPr>
          <w:sz w:val="20"/>
        </w:rPr>
        <w:t>57:08  Thank you.</w:t>
      </w:r>
    </w:p>
    <w:p>
      <w:pPr>
        <w:pStyle w:val="Heading2"/>
      </w:pPr>
      <w:r>
        <w:t>Prophet's non-reaction vs Muslim reactions and blasphemy concept</w:t>
      </w:r>
    </w:p>
    <w:p>
      <w:r>
        <w:rPr>
          <w:color w:val="666666"/>
          <w:sz w:val="18"/>
        </w:rPr>
        <w:t>Seerah &amp; Prophet · The Issue of Shatm-e-Rasool (Abuse of the Prophet) December 19, 2021 Prof. Farida Khanam · 5m 39s · at 53:56 · https://youtu.be/ExQS_PHirUc?t=3236</w:t>
      </w:r>
    </w:p>
    <w:p>
      <w:r>
        <w:rPr>
          <w:i/>
        </w:rPr>
        <w:t>“If Muslims claim to follow the Prophet's Sunnah, and the Prophet did not react to atrocities, then why are Muslims reacting today? Also, how did the concept of blasphemy originate?”</w:t>
      </w:r>
    </w:p>
    <w:p>
      <w:r>
        <w:rPr>
          <w:sz w:val="20"/>
        </w:rPr>
        <w:t>53:56  to is tareeqe se yeh hamari zimmedari hai. ji, apa yeh sawal Miss Toti Malhotra ne poocha hai Delhi se.</w:t>
      </w:r>
      <w:r>
        <w:br/>
      </w:r>
      <w:r>
        <w:rPr>
          <w:sz w:val="20"/>
        </w:rPr>
        <w:t>54:07  unhon ne likha hai: "if the Muslims say they follow the sunnah of prophet, then of prophet did not react to any atrocities meted out to him, then why are Muslims reacting today?" aur ek aur hissa hai un ke sawal ka.</w:t>
      </w:r>
      <w:r>
        <w:br/>
      </w:r>
      <w:r>
        <w:rPr>
          <w:sz w:val="20"/>
        </w:rPr>
        <w:t>54:25  unhon ne ek doosra sawal bhi bheja hai ke yeh concept of blasphemy originate kaise hua? to yeh do sawal hain.</w:t>
      </w:r>
      <w:r>
        <w:br/>
      </w:r>
      <w:r>
        <w:rPr>
          <w:sz w:val="20"/>
        </w:rPr>
        <w:t>54:34  to Musalman jo prophet se guidance kahan lete hain, woh samajhte hain ke jo hamare charon fuqaha hain, unhon ne saari cheezein jo hain, woh Quran se, hadith se woh le li hain.</w:t>
      </w:r>
      <w:r>
        <w:br/>
      </w:r>
      <w:r>
        <w:rPr>
          <w:sz w:val="20"/>
        </w:rPr>
        <w:t>54:46  ab hum woh kisi bhi jurist ko follow karein, jo Imam Abu Hanifa ko zyada follow kiya jata hai India mein, to bas woh kafi hai.</w:t>
      </w:r>
      <w:r>
        <w:br/>
      </w:r>
      <w:r>
        <w:rPr>
          <w:sz w:val="20"/>
        </w:rPr>
        <w:t>54:55  to jurist jo the, un in in ka interpretation tha apne zamane ke lehaz se.</w:t>
      </w:r>
      <w:r>
        <w:br/>
      </w:r>
      <w:r>
        <w:rPr>
          <w:sz w:val="20"/>
        </w:rPr>
        <w:t>55:01  ab is zamane mein musalman ruler the, conqueror the, isi hisab se unhon ne interpretation kiya tha apni. aur is zamane mein kuch jo traditions thin, jo riwaj the, un sab ko milakar ek interpretation diya tha unhon ne.</w:t>
      </w:r>
      <w:r>
        <w:br/>
      </w:r>
      <w:r>
        <w:rPr>
          <w:sz w:val="20"/>
        </w:rPr>
        <w:t>55:14  to wo zamani interpretation tha. to hum ko yeh chahiye ke har cheez mein dekhen ke wo aaj ke lehaz se kya relevant hai.</w:t>
      </w:r>
      <w:r>
        <w:br/>
      </w:r>
      <w:r>
        <w:rPr>
          <w:sz w:val="20"/>
        </w:rPr>
        <w:t>55:23  to hum direct quran o hadith se hum ijtihad nahi karte, baton ko samajhte nahi hain. ke kai bar aisa hota hai, agar koi baat kahe ke yeh hadith mein, yeh quran mein, to log kahenge wo to imam abu hanifa ne to aisa kaha hai.</w:t>
      </w:r>
      <w:r>
        <w:br/>
      </w:r>
      <w:r>
        <w:rPr>
          <w:sz w:val="20"/>
        </w:rPr>
        <w:t>55:38  to yeh bilkul galat hai. agar imam abu hanifa hon ya koi</w:t>
      </w:r>
      <w:r>
        <w:br/>
      </w:r>
      <w:r>
        <w:rPr>
          <w:sz w:val="20"/>
        </w:rPr>
        <w:t>55:42  bhi ho, agar un ki koi baat quran o hadith ke sareeh hukum se takrati hai, to wo wo relevant nahi hogi. is ko hum ko nahi lena hai.</w:t>
      </w:r>
      <w:r>
        <w:br/>
      </w:r>
      <w:r>
        <w:rPr>
          <w:sz w:val="20"/>
        </w:rPr>
        <w:t>55:51  to log ke logon ke dimagh mein yeh baith gaya hai ke fuqaha ne sab kuch karam kaam kar diya hai, ab hamein kuch nahi karna, sirf un ko follow karna hai.</w:t>
      </w:r>
      <w:r>
        <w:br/>
      </w:r>
      <w:r>
        <w:rPr>
          <w:sz w:val="20"/>
        </w:rPr>
        <w:t>56:01  ab wo zamana hi badal gaya, to har cheez irrelevant ho gayi</w:t>
      </w:r>
      <w:r>
        <w:br/>
      </w:r>
      <w:r>
        <w:rPr>
          <w:sz w:val="20"/>
        </w:rPr>
        <w:t>56:05  . to is wajah se hum ko dobara ijtihad ke zariye se quran o hadith se direct baton ko samajhna hai, halaat ko samajhna hai, aur phir hamein baton ko samajhna hai ke is naye daur mein hum kis tarike se deen ka kaam karna hai, kis tarike se hamein rehna hai.</w:t>
      </w:r>
      <w:r>
        <w:br/>
      </w:r>
      <w:r>
        <w:rPr>
          <w:sz w:val="20"/>
        </w:rPr>
        <w:t>56:27  wo itna bhi nahi samajhte ke muslim islam ne religious freedom duniya ko diya, aur aaj wo religious freedom ko condemn karte hain.</w:t>
      </w:r>
      <w:r>
        <w:br/>
      </w:r>
      <w:r>
        <w:rPr>
          <w:sz w:val="20"/>
        </w:rPr>
        <w:t>56:36  to ab wo logon ko samajhna hai, study karna hai, aur is silsile mein sab se zyada jo un ko faida degi, wo maulana ka literature hai.</w:t>
      </w:r>
      <w:r>
        <w:br/>
      </w:r>
      <w:r>
        <w:rPr>
          <w:sz w:val="20"/>
        </w:rPr>
        <w:t>56:46  to is literature ko padhen aur baton ko gehrai se samjhen, aur is ke baad khuda ki paigham jo hai, wo logon tak pahunchaen.</w:t>
      </w:r>
      <w:r>
        <w:br/>
      </w:r>
      <w:r>
        <w:rPr>
          <w:sz w:val="20"/>
        </w:rPr>
        <w:t>56:56  apa, main aap ki baaton mein ek cheez add karunga. yeh blasphemy ka masla jo hai, yeh waisa hi masla hai jaisa ke fuqaha ne dar-ul-harb aur dar-ul-islam ka masla khud se create kiya tha is zamane ke lehaz se.</w:t>
      </w:r>
      <w:r>
        <w:br/>
      </w:r>
      <w:r>
        <w:rPr>
          <w:sz w:val="20"/>
        </w:rPr>
        <w:t>57:09  ab fiqh asal mein develop hui hai abbasi daur mein, to khilafat ka daur tha. to wo cheez koi islam ka hissa nahi hai. unhon ne apni zarurat ke hisab se banaya tha, aur yeh koi aisa nahi ke ek aqide ka masla bhi ho jaye, balke yeh masla hai fiqh ka.</w:t>
      </w:r>
      <w:r>
        <w:br/>
      </w:r>
      <w:r>
        <w:rPr>
          <w:sz w:val="20"/>
        </w:rPr>
        <w:t>57:27  un ki apni samajhi zarurat ka masla tha, is ko kya tha. to jaise aaj hum dar-ul-harb aur dar-ul-islam ki taqseem ko irrelevant mante hain, nahi mante, waisa hi is ko bhi karna hai hum ko ke yeh blasphemy koi islam ka masla nahi hai,</w:t>
      </w:r>
      <w:r>
        <w:br/>
      </w:r>
      <w:r>
        <w:rPr>
          <w:sz w:val="20"/>
        </w:rPr>
        <w:t>57:41  allah aur us ke rasool ki raza ka masla nahi hai, akhirat ki kamyabi ka masla nahi hai. yeh to hamper kar raha hai hamare liye. ah, jo dawah, jo islam ka asal maqsad hai, khudai paigham se logon ko agah karna, is se hum ko door kar raha hai.</w:t>
      </w:r>
      <w:r>
        <w:br/>
      </w:r>
      <w:r>
        <w:rPr>
          <w:sz w:val="20"/>
        </w:rPr>
        <w:t>57:55  to is aitbar se to bilkul khilaf ja rahe hain hum islam ke. haan, yeh farhad sahib, impor</w:t>
      </w:r>
      <w:r>
        <w:br/>
      </w:r>
      <w:r>
        <w:rPr>
          <w:sz w:val="20"/>
        </w:rPr>
        <w:t>58:02  tant point hai. in fact, mujhe quran ki wo ayat bhi yaad aa rahi hai jis mein bada clearly yeh bhi kaha gaya tha ke "do not, do not revile those whom they invoke instead of god, lest in their hostility, they revile god out of ignorance".</w:t>
      </w:r>
      <w:r>
        <w:br/>
      </w:r>
      <w:r>
        <w:rPr>
          <w:sz w:val="20"/>
        </w:rPr>
        <w:t>58:21  to yeh bohat important hai kyun ke ah, isi ravaiye se hum un ko door kar dete hain islam se.</w:t>
      </w:r>
      <w:r>
        <w:br/>
      </w:r>
      <w:r>
        <w:rPr>
          <w:sz w:val="20"/>
        </w:rPr>
        <w:t>58:29  ah, wo samajhte hain ke islam jo hai, wo ek ah, violence ka mazhab hai, ah, aur ah, is mein bohat zyada jo hai, narrow mindedness hai.</w:t>
      </w:r>
      <w:r>
        <w:br/>
      </w:r>
      <w:r>
        <w:rPr>
          <w:sz w:val="20"/>
        </w:rPr>
        <w:t>58:39  ah, aur yahi cheez jo hai, ah, dawah, dawah, dawah ke kaam mein bohat zyada rukawat ban ke samne aati hai. kai log to yeh bhi ah, muslims mein yeh bhi kehte hain ke "ah, you know, islam is ah, unsafe and we are under threat</w:t>
      </w:r>
      <w:r>
        <w:br/>
      </w:r>
      <w:r>
        <w:rPr>
          <w:sz w:val="20"/>
        </w:rPr>
        <w:t>58:55  t". lekin aap dekhen ke surah ah, nisa mein bhi yeh ayat aayi hai ke "god will not allow ah, the unbelievers to harm the believers".</w:t>
      </w:r>
      <w:r>
        <w:br/>
      </w:r>
      <w:r>
        <w:rPr>
          <w:sz w:val="20"/>
        </w:rPr>
        <w:t>59:04  to yeh itni badi ah, ek assurance ah, jo quran mein allah taala sab ko de rahe hain, ah, to ise hamein zaroor lena chahiye.</w:t>
      </w:r>
      <w:r>
        <w:br/>
      </w:r>
      <w:r>
        <w:rPr>
          <w:sz w:val="20"/>
        </w:rPr>
        <w:t>59:14  ah, musibat sirf tabhi aa sakti hai ke agar aap kisi mal, maan lijiye, aap kisi bhooke sher ke samne aa ke khade ho jayen aur aap sochen ke ah, wo aap ko kuch nahi karega, to wo</w:t>
      </w:r>
      <w:r>
        <w:br/>
      </w:r>
      <w:r>
        <w:rPr>
          <w:sz w:val="20"/>
        </w:rPr>
        <w:t>59:24  possible nahi hai. aap agar ghalati karenge to is ka zaroor anjam bhi aap ko bhugtna padega. to we have to be very careful in our conduct. its very important.</w:t>
      </w:r>
      <w:r>
        <w:br/>
      </w:r>
      <w:r>
        <w:rPr>
          <w:sz w:val="20"/>
        </w:rPr>
        <w:t>59:36  ah, agla sawal lene se pehle apa ek comment padhna chahunga jo doctor aslam khan sahib ne bheja hai</w:t>
      </w:r>
    </w:p>
    <w:p>
      <w:pPr>
        <w:pStyle w:val="Heading2"/>
      </w:pPr>
      <w:r>
        <w:t>Prophet's objection to silver bracelets</w:t>
      </w:r>
    </w:p>
    <w:p>
      <w:r>
        <w:rPr>
          <w:color w:val="666666"/>
          <w:sz w:val="18"/>
        </w:rPr>
        <w:t>Seerah &amp; Prophet · The Story of Aisha Bint Abu Bakr Part 2 March 05, 2023 · 6m 05s · at 23:22 · https://youtu.be/od3Is6a9B7o?t=1402</w:t>
      </w:r>
    </w:p>
    <w:p>
      <w:r>
        <w:rPr>
          <w:i/>
        </w:rPr>
        <w:t>“Once the Prophet saw that Aisha was wearing silver bracelets. What was that story? Please tell us all about it. Prophet Muhammad once came home and saw Aisha wearing silver bracelets on both hands and said, 'What is this?'”</w:t>
      </w:r>
    </w:p>
    <w:p>
      <w:r>
        <w:rPr>
          <w:sz w:val="20"/>
        </w:rPr>
        <w:t>23:22  the best lady ever. It is very important and an inspiring session for every woman. doctor sahib agla sawal yeh hai ke ek martaba Rasool Allah ne dekha ke Hazrat Aisha silver bracelets jo hain woh pehan rahi hain.</w:t>
      </w:r>
      <w:r>
        <w:br/>
      </w:r>
      <w:r>
        <w:rPr>
          <w:sz w:val="20"/>
        </w:rPr>
        <w:t>23:36  to woh kya qissa tha is ke bare mein hum sab ko batayein. Prophet Muhammad Sallallahu Alaihi Wasallam ek baar ghar mein aaye to dekha ke Hazrat Aisha silver bracelets pehne hue hain haath mein.</w:t>
      </w:r>
      <w:r>
        <w:br/>
      </w:r>
      <w:r>
        <w:rPr>
          <w:sz w:val="20"/>
        </w:rPr>
        <w:t>23:47  donon hathon mein. to kaha ke yeh kya hai?</w:t>
      </w:r>
      <w:r>
        <w:br/>
      </w:r>
      <w:r>
        <w:rPr>
          <w:sz w:val="20"/>
        </w:rPr>
        <w:t>23:52  to unhon ne kaha ke I have bought these bracelets to look beautiful for you. ji to rasool Allah ne kaha ke have you paid zakat on this?</w:t>
      </w:r>
      <w:r>
        <w:br/>
      </w:r>
      <w:r>
        <w:rPr>
          <w:sz w:val="20"/>
        </w:rPr>
        <w:t>24:04  to unhon ne kaha no I haven't paid zakat. to Prophet ne kaha ke if you have not paid zakat you will go to hell. hmm to yani rasool Allah ka zehan kahin aur tha aur Hazrat Aisha ka zehan kuch aur soch raha tha.</w:t>
      </w:r>
      <w:r>
        <w:br/>
      </w:r>
      <w:r>
        <w:rPr>
          <w:sz w:val="20"/>
        </w:rPr>
        <w:t>24:20  ji to yeh wealth ka jo muamla hai yeh bhi bohat hi serious hai. chounke hadith mein aata hai ke insaan ke qadam hilenge nahi day of judgement mein jab tak woh chaar baaton ka jawab na de de.</w:t>
      </w:r>
      <w:r>
        <w:br/>
      </w:r>
      <w:r>
        <w:rPr>
          <w:sz w:val="20"/>
        </w:rPr>
        <w:t>24:34  ji is mein se do yeh hai ke kahan se paisa kamaya aur kaise kharch kiya. yani kaise kamaya lawful tareeqe se ya unlawful tareeqe se.</w:t>
      </w:r>
      <w:r>
        <w:br/>
      </w:r>
      <w:r>
        <w:rPr>
          <w:sz w:val="20"/>
        </w:rPr>
        <w:t>24:43  ji aur kahan kharch kiya yani need based life thi ya luxurious life thi.</w:t>
      </w:r>
      <w:r>
        <w:br/>
      </w:r>
      <w:r>
        <w:rPr>
          <w:sz w:val="20"/>
        </w:rPr>
        <w:t>24:49  isi ko to Maulana kehte the need based life. ji to yeh yeh bohat hi ahem cheez hai ke hum need based life guzaren aur luxurious life se bachen.</w:t>
      </w:r>
      <w:r>
        <w:br/>
      </w:r>
      <w:r>
        <w:rPr>
          <w:sz w:val="20"/>
        </w:rPr>
        <w:t>25:03  to is ki aik achi misaal hai. bilkul bohat hila dene wali misaal hai doctor sahib aur aise hi is ko humein apni zindagi mein utarna bhi chahiye. doctor sahib aik aik martaba Hazrat Aisha raat mein uthti hain to dekhti hain ke Prophet nahi hain.</w:t>
      </w:r>
      <w:r>
        <w:br/>
      </w:r>
      <w:r>
        <w:rPr>
          <w:sz w:val="20"/>
        </w:rPr>
        <w:t>25:19  to woh thoda sa soch mein pad jaati hain ke kahan hain. to is qisse ke baray mein bhi hum sab ko batayen. haan yeh raat ke waqt Prophet aur Hazrat Aisha so rahe the ghar mein.</w:t>
      </w:r>
      <w:r>
        <w:br/>
      </w:r>
      <w:r>
        <w:rPr>
          <w:sz w:val="20"/>
        </w:rPr>
        <w:t>25:33  ji to Hazrat Aisha ki aankh khulti hai to un ko mehsoos hota hai ke Prophet hain nahi. to andhera rehta tha is zamanay mein yani itna bhi nahi tha ke woh charagh jala saken.</w:t>
      </w:r>
      <w:r>
        <w:br/>
      </w:r>
      <w:r>
        <w:rPr>
          <w:sz w:val="20"/>
        </w:rPr>
        <w:t>25:48  balke aik aik waqia hai ke baad ke zamanay mein jab kafi farawani ho gayi to logon se baat kar rahi theen Hazrat Aisha to kuch kaha ke raat mein andhera tha ghar mein.</w:t>
      </w:r>
      <w:r>
        <w:br/>
      </w:r>
      <w:r>
        <w:rPr>
          <w:sz w:val="20"/>
        </w:rPr>
        <w:t>26:03  to kisi ne kaha ke kya aap ke paas oil nahi hota tha ghar mein? charagh nahi hota tha? to Hazrat Aisha ne kaha agar hamare ghar mein oil hota to hum use pe jate.</w:t>
      </w:r>
      <w:r>
        <w:br/>
      </w:r>
      <w:r>
        <w:rPr>
          <w:sz w:val="20"/>
        </w:rPr>
        <w:t>26:16  yani yeh کیفیت thi ke khane peene ke saman nahi hota tha. is zamanay mein jo oil tha na woh waisa hota tha zaitoon ka tel waghera.</w:t>
      </w:r>
      <w:r>
        <w:br/>
      </w:r>
      <w:r>
        <w:rPr>
          <w:sz w:val="20"/>
        </w:rPr>
        <w:t>26:26  woh petrol ka zamanay nahi tha. to bilkul andhera tha to un ko aisa laga ke Prophet hain nahi kahin chale gaye. to unhein thoda badgumaani ho gayi ke kisi aur ghar mein chale gaye shayad.</w:t>
      </w:r>
      <w:r>
        <w:br/>
      </w:r>
      <w:r>
        <w:rPr>
          <w:sz w:val="20"/>
        </w:rPr>
        <w:t>26:41  to unhon ne hath aise aise kar ke dekha to kuch kahin mile nahi to woh bahar nikleen. bahar bhi unhon ne touch wich kiya.</w:t>
      </w:r>
      <w:r>
        <w:br/>
      </w:r>
      <w:r>
        <w:rPr>
          <w:sz w:val="20"/>
        </w:rPr>
        <w:t>26:50  masjid thi bahar. to aise hi kuch kiya to Prophet ke pair pe hath pada.</w:t>
      </w:r>
      <w:r>
        <w:br/>
      </w:r>
      <w:r>
        <w:rPr>
          <w:sz w:val="20"/>
        </w:rPr>
        <w:t>26:56  tab un ko andaza hua ke woh sajday mein hain. ji aur sajday mein bari umda dua kar rahe the subhanaka wabihamdika la ilaha illa ant aye Allah tu pak hai aur tere siwa koi ibadat ke laiq nahi hai.</w:t>
      </w:r>
      <w:r>
        <w:br/>
      </w:r>
      <w:r>
        <w:rPr>
          <w:sz w:val="20"/>
        </w:rPr>
        <w:t>27:12  to Hazrat Aisha wapas aa gayeen apne bed pe lait gayeen aur boleen ke innaka lafi shaani wa inni lafi shaani akhar yani mera zehan kahin aur ja raha hai</w:t>
      </w:r>
      <w:r>
        <w:br/>
      </w:r>
      <w:r>
        <w:rPr>
          <w:sz w:val="20"/>
        </w:rPr>
        <w:t>27:25  aap ki shan kuch aur hai. ji you are on one plane and I am on totally another plane. ji to yeh jo waqia hai ke is mein bohat bara sabak hai.</w:t>
      </w:r>
      <w:r>
        <w:br/>
      </w:r>
      <w:r>
        <w:rPr>
          <w:sz w:val="20"/>
        </w:rPr>
        <w:t>27:40  Maulana ne is hadith ke baray mein bataya tha ke ulama ne chounke fiqhi zehan hai ulama ka, ulama ne is hadith se nikala hai ke agar aurat mard ko touch kare halat wuzu mein to wuzu toote ga ya nahi</w:t>
      </w:r>
      <w:r>
        <w:br/>
      </w:r>
      <w:r>
        <w:rPr>
          <w:sz w:val="20"/>
        </w:rPr>
        <w:t>27:54  . ji halankay yeh itni bari hadith hai ke Prophet se badgumaani aur woh bhi Hazrat Aisha jaisi stature jin ka woh maqam to aam insaan ka kya haal ho ga.</w:t>
      </w:r>
      <w:r>
        <w:br/>
      </w:r>
      <w:r>
        <w:rPr>
          <w:sz w:val="20"/>
        </w:rPr>
        <w:t>28:05  to is mein yeh hai ke insaan ko badgumaan nahi hona chahiye. Misunderstanding nahi honi chahiye.</w:t>
      </w:r>
      <w:r>
        <w:br/>
      </w:r>
      <w:r>
        <w:rPr>
          <w:sz w:val="20"/>
        </w:rPr>
        <w:t>28:14  baaton ko samajhna chahiye. chounke baz auqat woh jo dekhta hai ya woh sunta hai woh kuch aur hoti hai. woh baat kuch aur aur us ki samajh mein kuch aur aati hai.</w:t>
      </w:r>
      <w:r>
        <w:br/>
      </w:r>
      <w:r>
        <w:rPr>
          <w:sz w:val="20"/>
        </w:rPr>
        <w:t>28:23  to bohat hi cautious rehna chahiye aur shaitan ke waswase se dua karni chahiye har waqt ke inshallah shaitan ke behkawe se bachaye.</w:t>
      </w:r>
      <w:r>
        <w:br/>
      </w:r>
      <w:r>
        <w:rPr>
          <w:sz w:val="20"/>
        </w:rPr>
        <w:t>28:33  ji doctor sahib sajday se mujhe woh bhi aik riwayat yaad aayi abuhuraira ke abuhuraira se yeh riwayat hai ke unhon ne bataya ke Prophet ne kaha ke jab Khuda ka banda sajday mein jata hai to Allah se sab se qareeb hota hai.</w:t>
      </w:r>
      <w:r>
        <w:br/>
      </w:r>
      <w:r>
        <w:rPr>
          <w:sz w:val="20"/>
        </w:rPr>
        <w:t>28:50  to unhon ne kaha ke is liye jab tum sajday mein jao to khoob dua karo. aur aik martaba unhon ne bataya ke rasool Allah sajday mein the to unhon ne bohat hi pyari dua kari doctor sahib mujhe bohat achi lagi.</w:t>
      </w:r>
      <w:r>
        <w:br/>
      </w:r>
      <w:r>
        <w:rPr>
          <w:sz w:val="20"/>
        </w:rPr>
        <w:t>29:03  hum sab ko karni chahiye ke unhon ne kaha ke aye allah tu mere sare gunahon ko maaf kar. mere chhote gunah ko, mere bade gunah ko, mere pehle gunah ko aur mere aakhri gunah ko.</w:t>
      </w:r>
      <w:r>
        <w:br/>
      </w:r>
      <w:r>
        <w:rPr>
          <w:sz w:val="20"/>
        </w:rPr>
        <w:t>29:14  aur mere chhpe hue gunah ko aur khule hue gunah ko.</w:t>
      </w:r>
      <w:r>
        <w:br/>
      </w:r>
      <w:r>
        <w:rPr>
          <w:sz w:val="20"/>
        </w:rPr>
        <w:t>29:18  tu yeh bohat hi achhi lagi mujhe pyari dua hai. hum sab ko maafi mangni chahiye is tarah jis tarah rasool allah kiya karte the.</w:t>
      </w:r>
    </w:p>
    <w:p>
      <w:pPr>
        <w:pStyle w:val="Heading2"/>
      </w:pPr>
      <w:r>
        <w:t>Prophet's punishment for blasphemy</w:t>
      </w:r>
    </w:p>
    <w:p>
      <w:r>
        <w:rPr>
          <w:color w:val="666666"/>
          <w:sz w:val="18"/>
        </w:rPr>
        <w:t>Seerah &amp; Prophet · Blasphemy in Islam November 24, 2024 · 8m 03s · at 8:36 · https://youtu.be/IjG5T6KZDxs?t=516</w:t>
      </w:r>
    </w:p>
    <w:p>
      <w:r>
        <w:rPr>
          <w:i/>
        </w:rPr>
        <w:t>“Did the Prophet Muhammad (PBUH) ever punish anyone for blaspheming the Messenger?”</w:t>
      </w:r>
    </w:p>
    <w:p>
      <w:r>
        <w:rPr>
          <w:sz w:val="20"/>
        </w:rPr>
        <w:t>8:36  to ab mein apna agla sawal Maulana Inayat Umri sahib se karunga ke kya peghambar e Islam sallallahu alaihi wasallam ne shatm e rasool ki saza kisi ko di thi?</w:t>
      </w:r>
      <w:r>
        <w:br/>
      </w:r>
      <w:r>
        <w:rPr>
          <w:sz w:val="20"/>
        </w:rPr>
        <w:t>8:48  aap ka bohat shukriya is session mein dawat dene ke liye. yeh jaisa ke hamare sathiyon ne bataya ke yeh topic jo hai door e jadeed ka ek bohat hi burning topic hai.</w:t>
      </w:r>
      <w:r>
        <w:br/>
      </w:r>
      <w:r>
        <w:rPr>
          <w:sz w:val="20"/>
        </w:rPr>
        <w:t>9:06  is ki wajah yeh hai ke yeh media ka door hai, social media hai, electronic media hai. secondon mein baatein phail jati hain aur hangame shuru ho jate hain, agitation shuru ho jate hain.</w:t>
      </w:r>
      <w:r>
        <w:br/>
      </w:r>
      <w:r>
        <w:rPr>
          <w:sz w:val="20"/>
        </w:rPr>
        <w:t>9:22  to is silsile mein yeh jaanna zaroori hai ke kya Rasool Allah ne apne zamane mein jo shatm ke mujrim thay, un ko koi saza di jinhon ne blasphemy ki ya peghambar ki toheen ki, aap ki shan mein gustakhi ki?</w:t>
      </w:r>
      <w:r>
        <w:br/>
      </w:r>
      <w:r>
        <w:rPr>
          <w:sz w:val="20"/>
        </w:rPr>
        <w:t>9:41  to kya aap ne un ke liye koi saza di hai?</w:t>
      </w:r>
      <w:r>
        <w:br/>
      </w:r>
      <w:r>
        <w:rPr>
          <w:sz w:val="20"/>
        </w:rPr>
        <w:t>9:44  dekhein, agar hum Quran o Hadees mein dekhein to wazeh taur par nazar aata hai ke khud Quran mein Allah Ta'ala ne shatm ka zikr kiya hai.</w:t>
      </w:r>
      <w:r>
        <w:br/>
      </w:r>
      <w:r>
        <w:rPr>
          <w:sz w:val="20"/>
        </w:rPr>
        <w:t>9:59  ek to Quran ki bohat wazeh aayatein hain jis mein Allah batate hain: "man</w:t>
      </w:r>
      <w:r>
        <w:br/>
      </w:r>
      <w:r>
        <w:rPr>
          <w:sz w:val="20"/>
        </w:rPr>
        <w:t>10:08  qablak" ke aap se pehle peghambaron ka bhi istihza kiya gaya, mazak uraya gaya</w:t>
      </w:r>
      <w:r>
        <w:br/>
      </w:r>
      <w:r>
        <w:rPr>
          <w:sz w:val="20"/>
        </w:rPr>
        <w:t>10:13  , un ki bhi toheen ki gayi aur aap ki bhi ki ki ja rahi hai. aur is silsile mein Quran ki ek surat hai, Surah Al-Kawthar, is mein un logon ka Allah ne zikr kiya hai jo Rasool Allah ko abtar kaha karte thay.</w:t>
      </w:r>
      <w:r>
        <w:br/>
      </w:r>
      <w:r>
        <w:rPr>
          <w:sz w:val="20"/>
        </w:rPr>
        <w:t>10:31  abtar jo hai yeh blasphemy hai, is ka matlab yeh hai ke "alladhi la uqbah" ke un ki koi narina aulad nahi hai,</w:t>
      </w:r>
      <w:r>
        <w:br/>
      </w:r>
      <w:r>
        <w:rPr>
          <w:sz w:val="20"/>
        </w:rPr>
        <w:t>10:43  yeh mar jayenge to un ka naam o nishan sab khatam ho jayega. yahi log aap ko abtar kehte thay. aur is se bhi bari misaal yeh hai ke Quran mein Allah ne Abdullah bin Ubay ka jo door e Rasool mein munafiqeen ka sardar tha,</w:t>
      </w:r>
      <w:r>
        <w:br/>
      </w:r>
      <w:r>
        <w:rPr>
          <w:sz w:val="20"/>
        </w:rPr>
        <w:t>11:03  us ka zikr kiya hai ke us ne ek mauqe par yeh kaha tha ke "man</w:t>
      </w:r>
      <w:r>
        <w:br/>
      </w:r>
      <w:r>
        <w:rPr>
          <w:sz w:val="20"/>
        </w:rPr>
        <w:t>11:13  ke hum mein jo sab se ziyada ba-izzat hain, woh sab se ziyada zalil shakhs ko Madinah se bahar nikal denge".</w:t>
      </w:r>
      <w:r>
        <w:br/>
      </w:r>
      <w:r>
        <w:rPr>
          <w:sz w:val="20"/>
        </w:rPr>
        <w:t>11:24  is aayat mein Allah ne us ke shatm ka zikr kiya hai jis ne apne aap ko ba-izzat aur Rasool Allah ko sab se ziyada</w:t>
      </w:r>
      <w:r>
        <w:br/>
      </w:r>
      <w:r>
        <w:rPr>
          <w:sz w:val="20"/>
        </w:rPr>
        <w:t>11:36  ghatiya lafz aap ke mamle mein us ne istemal kiya, "azal" ka lafz us ne istemal kiya. lekin hum dekhte hain ke is ke bawajood Rasool Allah ne us ke khilaf koi karwai nahi ki.</w:t>
      </w:r>
      <w:r>
        <w:br/>
      </w:r>
      <w:r>
        <w:rPr>
          <w:sz w:val="20"/>
        </w:rPr>
        <w:t>11:52  is waqe ke baad khud Abdullah bin Ubay ke bete Abdullah Rasool Allah ke paas aaye, woh Sahabi hain, unhon ne kaha ke "Ya Rasool Allah!</w:t>
      </w:r>
      <w:r>
        <w:br/>
      </w:r>
      <w:r>
        <w:rPr>
          <w:sz w:val="20"/>
        </w:rPr>
        <w:t>12:03  mujhe ijazat dijiye ke main apne baap ka qatl karoon".</w:t>
      </w:r>
      <w:r>
        <w:br/>
      </w:r>
      <w:r>
        <w:rPr>
          <w:sz w:val="20"/>
        </w:rPr>
        <w:t>12:09  aap ne un ko mana kar diya aur unhon ne yeh bhi kaha ke "agar aap yeh kaam kisi aur ke supurd karein to shayad mujhe takleef hogi aur main hamesha is ko is nazar se dekhunga ke yeh mere baap ke qatil hain.</w:t>
      </w:r>
      <w:r>
        <w:br/>
      </w:r>
      <w:r>
        <w:rPr>
          <w:sz w:val="20"/>
        </w:rPr>
        <w:t>12:23  is se behtar yeh hai ke woh zimmedari aap mujhe dijiye, main karta hoon". aap sallallahu alaihi wasallam ne mana kiya. un ke toheen ke waqiyat, Abdullah bin Ubay ke toheen ke waqiyat itne ziyada hain ke ek martaba Hazrat Umar bin Khattab Razi Allahu Anhu ne ja ke kaha Rasool Allah se:</w:t>
      </w:r>
      <w:r>
        <w:br/>
      </w:r>
      <w:r>
        <w:rPr>
          <w:sz w:val="20"/>
        </w:rPr>
        <w:t>12:42  "Ya Rasool Allah! ijazat dijiye, is munafiq ko maar doon, qatl kar doon". Nabi sallallahu alaihi wasallam ne kaha ke "agar hum in ka qatl karenge to dunya yeh kahegi ke "in Muhammad yu qatilu ashabahu" ke Muhammad jo hai apne hi aadmi ko qatl karte hain, un ke darmiyan un ke apne log hi safe nahi hain.</w:t>
      </w:r>
      <w:r>
        <w:br/>
      </w:r>
      <w:r>
        <w:rPr>
          <w:sz w:val="20"/>
        </w:rPr>
        <w:t>13:05  dekhein, yeh woh shakhs hai Abdullah bin Ubay jis ne ek mauqe par Nabi sallallahu alaihi wasallam ki jo zawja hain, Ummul Momineen Aisha Siddiqa Razi Allahu Anha, un par tohmat lagayi.</w:t>
      </w:r>
      <w:r>
        <w:br/>
      </w:r>
      <w:r>
        <w:rPr>
          <w:sz w:val="20"/>
        </w:rPr>
        <w:t>13:23  yani woh shakhs jis ne Rasool Allah ke ghar ki izzat ko neelam kiya, bazaar mein laya aur aap sallallahu alaihi wasallam un ke talluq se kehte hain ke "agar maine un ka qatl kiya to Islam ki izzat sar bazaar aa jayegi".</w:t>
      </w:r>
      <w:r>
        <w:br/>
      </w:r>
      <w:r>
        <w:rPr>
          <w:sz w:val="20"/>
        </w:rPr>
        <w:t>13:39  to is se hum samajh sakte hain ke Nabi sallallahu alaihi wasallam ne bawajood is ke ke un ka shatm khula tha, wazeh tha, magar un ki natural death hoti hai,</w:t>
      </w:r>
      <w:r>
        <w:br/>
      </w:r>
      <w:r>
        <w:rPr>
          <w:sz w:val="20"/>
        </w:rPr>
        <w:t>13:52  natural un ki wafat hoti hai aur is mauqe par aap sallallahu alaihi wasallam ne un ke kafan ke liye apna kapda bhi bheja.</w:t>
      </w:r>
      <w:r>
        <w:br/>
      </w:r>
      <w:r>
        <w:rPr>
          <w:sz w:val="20"/>
        </w:rPr>
        <w:t>14:04  is se hum andaza laga sakte hain ke peghambar ke zamane mein aise waqeat hue magar koi agitation nahi hua, koi hangama nahi hua, koi log sadkon par nahi nikle, hangama nahi kiya logon ne.</w:t>
      </w:r>
      <w:r>
        <w:br/>
      </w:r>
      <w:r>
        <w:rPr>
          <w:sz w:val="20"/>
        </w:rPr>
        <w:t>14:20  to islami talimat mein yeh baat maujood hi nahi hai ke kisi shatm ke liye, yeh yeh shatm ke mujrim ke liye koi saza di jaye.</w:t>
      </w:r>
      <w:r>
        <w:br/>
      </w:r>
      <w:r>
        <w:rPr>
          <w:sz w:val="20"/>
        </w:rPr>
        <w:t>14:30  ji, jazak Allah khair. shukriya Maulana Inayat sahib.</w:t>
      </w:r>
      <w:r>
        <w:br/>
      </w:r>
      <w:r>
        <w:rPr>
          <w:sz w:val="20"/>
        </w:rPr>
        <w:t>14:35  ab mein apne agle sawal poochne se pehle mein quran ki do ayat padhna chahunga jis se hum samajh sakte hain ke quran mein kya bataya gaya.</w:t>
      </w:r>
      <w:r>
        <w:br/>
      </w:r>
      <w:r>
        <w:rPr>
          <w:sz w:val="20"/>
        </w:rPr>
        <w:t>14:46  phir hum iski mazeed wazahat Maulana Fayyaz Umri sahib se pooche ge. quran mein ek ayat hai: "ya ayyuhal lazeena aamanu la taqoolu ra'ina wa qoolu anzirna wasma'u" ke "ae logon!</w:t>
      </w:r>
      <w:r>
        <w:br/>
      </w:r>
      <w:r>
        <w:rPr>
          <w:sz w:val="20"/>
        </w:rPr>
        <w:t>14:59  ae iman walo! tum log ra'ina na kaho, anzir na kaho aur suno".</w:t>
      </w:r>
      <w:r>
        <w:br/>
      </w:r>
      <w:r>
        <w:rPr>
          <w:sz w:val="20"/>
        </w:rPr>
        <w:t>15:04  is ayat ka pas manzar yeh bataya jata hai ke Allah ke rasool sallallahu alaihi wasallam ke paas kuch kuch josh aya karte the aur woh aap sallallahu alaihi wasallam ko sab karne ke liye kehte the: "ra'ina".</w:t>
      </w:r>
      <w:r>
        <w:br/>
      </w:r>
      <w:r>
        <w:rPr>
          <w:sz w:val="20"/>
        </w:rPr>
        <w:t>15:21  ra'ina ka matlab hota hai do: ek to ek hamare charwahe aur doosra ahmaq, nadan ya us se bhi aur kamtar word aap samajh sakte ho.</w:t>
      </w:r>
      <w:r>
        <w:br/>
      </w:r>
      <w:r>
        <w:rPr>
          <w:sz w:val="20"/>
        </w:rPr>
        <w:t>15:30  is se iske baad musalman bhi ra'ina kehne lage</w:t>
      </w:r>
      <w:r>
        <w:br/>
      </w:r>
      <w:r>
        <w:rPr>
          <w:sz w:val="20"/>
        </w:rPr>
        <w:t>15:33  to Allah taala ne wahan par musalmanon ko jo talim di hai woh yeh hai ke tum yeh word use na karo, yeh alfaz use na karo jo josh use karte hain, balke iski jagah anzir na use karo.</w:t>
      </w:r>
      <w:r>
        <w:br/>
      </w:r>
      <w:r>
        <w:rPr>
          <w:sz w:val="20"/>
        </w:rPr>
        <w:t>15:45  to hum samajh sakte hain ke Allah taala ne kya talim di hai aisi cheezon se bachne ke liye. isi tarah se quran mein ek aur jagah hai: "fi hatta fi jab tum dekho kuch logon ko ke quran ki ayaton mein woh mazak uda rahe hain, iska to tum unke sath na baitho yahan tak ke woh mazak chhod kar kisi doosri baat mein lag jayein</w:t>
      </w:r>
      <w:r>
        <w:br/>
      </w:r>
      <w:r>
        <w:rPr>
          <w:sz w:val="20"/>
        </w:rPr>
        <w:t>16:09  to iske sath baith sakte ho". matlab kya hai ke jab woh aisi situation aa jaye jis mein tum dekho ke quran o sunnat ka ka sab ho raha hai, unka mazak udaya ja raha hai to us waqt unko ignore karo.</w:t>
      </w:r>
      <w:r>
        <w:br/>
      </w:r>
      <w:r>
        <w:rPr>
          <w:sz w:val="20"/>
        </w:rPr>
        <w:t>16:21  to ab mein Maulana Fayyazuddin Umri sahib se yeh sawal karna chahunga is talluq se ke kya quran o sunnat mein shatim ki saza mazkoor hai?</w:t>
      </w:r>
      <w:r>
        <w:br/>
      </w:r>
      <w:r>
        <w:rPr>
          <w:sz w:val="20"/>
        </w:rPr>
        <w:t>16:30  kyun ke quran to yeh kehta hai lekin kya sunnat mein bhi hai ya quran mein bhi kahin ho? is par aap hamein batayein kya hai.</w:t>
      </w:r>
    </w:p>
    <w:p>
      <w:pPr>
        <w:pStyle w:val="Heading2"/>
      </w:pPr>
      <w:r>
        <w:t>Prophet's time in battles</w:t>
      </w:r>
    </w:p>
    <w:p>
      <w:r>
        <w:rPr>
          <w:color w:val="666666"/>
          <w:sz w:val="18"/>
        </w:rPr>
        <w:t>Seerah &amp; Prophet · Eid-al-Azha I October 13, 2013 · 1m 32s · at 56:45 · https://youtu.be/oy7zn-uODcU?t=3405</w:t>
      </w:r>
    </w:p>
    <w:p>
      <w:r>
        <w:rPr>
          <w:i/>
        </w:rPr>
        <w:t>“In your book 'Muhammad: Prophet of Revolution', you said that the Prophet spent only about two to two and a half days of his life on the battlefield. Many Muslim scholars disagree with this.”</w:t>
      </w:r>
    </w:p>
    <w:p>
      <w:r>
        <w:rPr>
          <w:sz w:val="20"/>
        </w:rPr>
        <w:t>56:45  aap ko mil jayegi maulana agla sawal dilli se kya hai doctor gajdhar sahab ne unhon ne</w:t>
      </w:r>
      <w:r>
        <w:br/>
      </w:r>
      <w:r>
        <w:rPr>
          <w:sz w:val="20"/>
        </w:rPr>
        <w:t>56:53  لکھا ہے آپ کی کتاب محمد Prophet of Revolution میں آپ نے بتایا کہ Prophet پوری زندگی جنگ</w:t>
      </w:r>
      <w:r>
        <w:br/>
      </w:r>
      <w:r>
        <w:rPr>
          <w:sz w:val="20"/>
        </w:rPr>
        <w:t>57:00  کے میدان میں کچھ دو سے ڈھائی دن رہے بہت سے Muslim ulama is se ittefaq nahin rakhte</w:t>
      </w:r>
      <w:r>
        <w:br/>
      </w:r>
      <w:r>
        <w:rPr>
          <w:sz w:val="20"/>
        </w:rPr>
        <w:t>57:08  hain aisa kyun hai ittifaq nahi karte to woh kitab ka hawala den woh un ke apne dimagh</w:t>
      </w:r>
      <w:r>
        <w:br/>
      </w:r>
      <w:r>
        <w:rPr>
          <w:sz w:val="20"/>
        </w:rPr>
        <w:t>57:16  mein hai kitabon mein to hai nahi un ke apne dimagh mein hai aap dekhen uhud ki ladai</w:t>
      </w:r>
      <w:r>
        <w:br/>
      </w:r>
      <w:r>
        <w:rPr>
          <w:sz w:val="20"/>
        </w:rPr>
        <w:t>57:24  hui ek hi din mein khatm ho gayi badr ki hui ek hi din mein khatm ho gayi hunain ki</w:t>
      </w:r>
      <w:r>
        <w:br/>
      </w:r>
      <w:r>
        <w:rPr>
          <w:sz w:val="20"/>
        </w:rPr>
        <w:t>57:31  hui ek hi din mein khatm ho gayi khaibar ka jo tha woh muhasra tha woh ladai nahi thi</w:t>
      </w:r>
      <w:r>
        <w:br/>
      </w:r>
      <w:r>
        <w:rPr>
          <w:sz w:val="20"/>
        </w:rPr>
        <w:t>57:39  yani siege tha woh siege toh woh thoda lamba hua tha baqi ladai toh woh bhi nahi thi</w:t>
      </w:r>
      <w:r>
        <w:br/>
      </w:r>
      <w:r>
        <w:rPr>
          <w:sz w:val="20"/>
        </w:rPr>
        <w:t>57:47  mamooli kuch skirmishes hui theen toh sach poochhein toh is par jo kitaab hai aap padhiye is ko</w:t>
      </w:r>
      <w:r>
        <w:br/>
      </w:r>
      <w:r>
        <w:rPr>
          <w:sz w:val="20"/>
        </w:rPr>
        <w:t>57:54  yani profit of peace profit of peace mein maine dikhaya ke rasool Allah salallaho alaihe wasallam</w:t>
      </w:r>
      <w:r>
        <w:br/>
      </w:r>
      <w:r>
        <w:rPr>
          <w:sz w:val="20"/>
        </w:rPr>
        <w:t>58:02  ke haan koi baqayeda war toh hui hi nahi sab skirmishes theen yani full flash war ek bhi</w:t>
      </w:r>
      <w:r>
        <w:br/>
      </w:r>
      <w:r>
        <w:rPr>
          <w:sz w:val="20"/>
        </w:rPr>
        <w:t>58:10  rasool Allah nahi lade full flash war ka jo koi rasool Allah ke haan koi misaal nahi hai</w:t>
      </w:r>
    </w:p>
    <w:p>
      <w:pPr>
        <w:pStyle w:val="Heading2"/>
      </w:pPr>
      <w:r>
        <w:t>Prophet's worship in Cave Hira before prophethood</w:t>
      </w:r>
    </w:p>
    <w:p>
      <w:r>
        <w:rPr>
          <w:color w:val="666666"/>
          <w:sz w:val="18"/>
        </w:rPr>
        <w:t>Seerah &amp; Prophet · Experience of Hyderabad CPS Meet December 1, 2013 · 41s · at 1:23:49 · https://youtu.be/Y8mcxF2Lhyc?t=5029</w:t>
      </w:r>
    </w:p>
    <w:p>
      <w:r>
        <w:rPr>
          <w:i/>
        </w:rPr>
        <w:t>“What kind of worship did the Prophet used to do in the Cave of Hira before prophethood?”</w:t>
      </w:r>
    </w:p>
    <w:p>
      <w:r>
        <w:rPr>
          <w:sz w:val="20"/>
        </w:rPr>
        <w:t>1:23:49  maulana, agla sawal dilli se kya hai? jameel akhtar sahib ne, unhon ne likha hai: "profit nabuwat se pehle gharahira mein kis tarah ki ibadat kiya karte thay?" is ke baray mein batai</w:t>
      </w:r>
      <w:r>
        <w:br/>
      </w:r>
      <w:r>
        <w:rPr>
          <w:sz w:val="20"/>
        </w:rPr>
        <w:t>1:24:03  en. mein is ke liye koi maloomat kitabon mein ziyada nahi hain,</w:t>
      </w:r>
      <w:r>
        <w:br/>
      </w:r>
      <w:r>
        <w:rPr>
          <w:sz w:val="20"/>
        </w:rPr>
        <w:t>1:24:10  aur meri jo kitab hai "seerat-e-rasool", is mein kuch jo maloomat hain, us ko mein ne likh diya hai. ziyada maloomat kitabon mein is mein mojood nahi hain.</w:t>
      </w:r>
      <w:r>
        <w:br/>
      </w:r>
      <w:r>
        <w:rPr>
          <w:sz w:val="20"/>
        </w:rPr>
        <w:t>1:24:24  jitni maloomat hain, woh is parh li jiye aap "seerat-e-rasool" mein.</w:t>
      </w:r>
    </w:p>
    <w:p>
      <w:pPr>
        <w:pStyle w:val="Heading2"/>
      </w:pPr>
      <w:r>
        <w:t>Prophets' suffering and Allah's remembrance</w:t>
      </w:r>
    </w:p>
    <w:p>
      <w:r>
        <w:rPr>
          <w:color w:val="666666"/>
          <w:sz w:val="18"/>
        </w:rPr>
        <w:t>Seerah &amp; Prophet · The Existence of God-7th October 2012 · 1m 34s · at 1:02:51 · https://youtu.be/XWFqKwm-LPM?t=3771</w:t>
      </w:r>
    </w:p>
    <w:p>
      <w:r>
        <w:rPr>
          <w:i/>
        </w:rPr>
        <w:t>“The prophets lived a life of great discomfort and problems because every prophet was greatly persecuted by his people. Then what is the meaning of the verse that says that the remembrance of Allah...?”</w:t>
      </w:r>
    </w:p>
    <w:p>
      <w:r>
        <w:rPr>
          <w:sz w:val="20"/>
        </w:rPr>
        <w:t>1:02:51  Maulana, agla sawal bhi Karachi Pakistan se hai Miss Saira Latif ka.</w:t>
      </w:r>
      <w:r>
        <w:br/>
      </w:r>
      <w:r>
        <w:rPr>
          <w:sz w:val="20"/>
        </w:rPr>
        <w:t>1:02:58  unhon ne likha hai: "Anbiya e kiram ne bari be sukuni aur masail wali zindagi guzari kyunke har nabbi</w:t>
      </w:r>
      <w:r>
        <w:br/>
      </w:r>
      <w:r>
        <w:rPr>
          <w:sz w:val="20"/>
        </w:rPr>
        <w:t>1:03:05  ko us ki qom ne bohat sataya." phir is ayat ka matlab kya hai ke Allah ke zikr</w:t>
      </w:r>
      <w:r>
        <w:br/>
      </w:r>
      <w:r>
        <w:rPr>
          <w:sz w:val="20"/>
        </w:rPr>
        <w:t>1:03:12  se dilo ko sukoon milta hai? Anbiya e kiram ke dilo ko sukoon aur itminan kyun hasil na ho</w:t>
      </w:r>
      <w:r>
        <w:br/>
      </w:r>
      <w:r>
        <w:rPr>
          <w:sz w:val="20"/>
        </w:rPr>
        <w:t>1:03:18  saka? is ke bare mein batayen.</w:t>
      </w:r>
      <w:r>
        <w:br/>
      </w:r>
      <w:r>
        <w:rPr>
          <w:sz w:val="20"/>
        </w:rPr>
        <w:t>1:03:25  nahin, yeh yeh yeh yeh qol kaha tha ke sukoon hasil nahin hua, yeh to aap ka kehna hai.</w:t>
      </w:r>
      <w:r>
        <w:br/>
      </w:r>
      <w:r>
        <w:rPr>
          <w:sz w:val="20"/>
        </w:rPr>
        <w:t>1:03:32  yeh galat hai baat ke anbiya ko sukoon hasil nahin hua, yeh galat baat hai.</w:t>
      </w:r>
      <w:r>
        <w:br/>
      </w:r>
      <w:r>
        <w:rPr>
          <w:sz w:val="20"/>
        </w:rPr>
        <w:t>1:03:39  dekhen, Quran ki ayat mein sukoon ke mani jismani aish nahin hai, har giz nahin.</w:t>
      </w:r>
      <w:r>
        <w:br/>
      </w:r>
      <w:r>
        <w:rPr>
          <w:sz w:val="20"/>
        </w:rPr>
        <w:t>1:03:45  ke rehne ke liye aap ko achha ghar, achhi car, achha saman mil jaye, yeh matlab nahin is ayat ka.</w:t>
      </w:r>
      <w:r>
        <w:br/>
      </w:r>
      <w:r>
        <w:rPr>
          <w:sz w:val="20"/>
        </w:rPr>
        <w:t>1:03:52  is ka ayat ka matlab hai ke aap ka mind mutmaen ho jaye ke bas sachay rastay par hain.</w:t>
      </w:r>
      <w:r>
        <w:br/>
      </w:r>
      <w:r>
        <w:rPr>
          <w:sz w:val="20"/>
        </w:rPr>
        <w:t>1:03:59  bas yeh matlab hain.</w:t>
      </w:r>
      <w:r>
        <w:br/>
      </w:r>
      <w:r>
        <w:rPr>
          <w:sz w:val="20"/>
        </w:rPr>
        <w:t>1:04:05  in ideological itminan murad hai is se, is se physical aram murad nahi hai.</w:t>
      </w:r>
      <w:r>
        <w:br/>
      </w:r>
      <w:r>
        <w:rPr>
          <w:sz w:val="20"/>
        </w:rPr>
        <w:t>1:04:12  hargiz hargiz yeh yeh galat fehmi nahi honi chahiye ke physical aram murad hai is se.</w:t>
      </w:r>
      <w:r>
        <w:br/>
      </w:r>
      <w:r>
        <w:rPr>
          <w:sz w:val="20"/>
        </w:rPr>
        <w:t>1:04:19  ideological itminan ke main jis rastay par hoon, woh sacha rasta hai, yeh murad hai is ka.</w:t>
      </w:r>
    </w:p>
    <w:p>
      <w:pPr>
        <w:pStyle w:val="Heading2"/>
      </w:pPr>
      <w:r>
        <w:t>Question about Maulana's book on Prophet</w:t>
      </w:r>
    </w:p>
    <w:p>
      <w:r>
        <w:rPr>
          <w:color w:val="666666"/>
          <w:sz w:val="18"/>
        </w:rPr>
        <w:t>Seerah &amp; Prophet · The Crises Management September 18, 2011 · 1m 20s · at 1:08:29 · https://youtu.be/s3cYFtQZwzw?t=4109</w:t>
      </w:r>
    </w:p>
    <w:p>
      <w:r>
        <w:rPr>
          <w:i/>
        </w:rPr>
        <w:t>“I gave 'Prophet of Peace' to Mr. N.N. Sharma, Vice Chairperson of my college. He told me that Maulana has written in the book that it is not right for Muslims to...”</w:t>
      </w:r>
    </w:p>
    <w:p>
      <w:r>
        <w:rPr>
          <w:sz w:val="20"/>
        </w:rPr>
        <w:t>1:08:29  Masha Allah agla sawal Mr Danish Khan ka Greater Noida se hai unhone likha hai</w:t>
      </w:r>
      <w:r>
        <w:br/>
      </w:r>
      <w:r>
        <w:rPr>
          <w:sz w:val="20"/>
        </w:rPr>
        <w:t>1:08:38  I gave 'Prophet of Peace' to Mr. N.N. Sharma, vice chairperson of my college.</w:t>
      </w:r>
      <w:r>
        <w:br/>
      </w:r>
      <w:r>
        <w:rPr>
          <w:sz w:val="20"/>
        </w:rPr>
        <w:t>1:08:45  He told me that Maulana has written in the book that it is not right for Muslims to</w:t>
      </w:r>
      <w:r>
        <w:br/>
      </w:r>
      <w:r>
        <w:rPr>
          <w:sz w:val="20"/>
        </w:rPr>
        <w:t>1:08:51  wage war against the ruler</w:t>
      </w:r>
      <w:r>
        <w:br/>
      </w:r>
      <w:r>
        <w:rPr>
          <w:sz w:val="20"/>
        </w:rPr>
        <w:t>1:08:54  then giving the reference of Libya and Egypt he asked me why can't a Muslim who is oppressed by the ruler revolt against the system theek hai us waqt jo galat countries mein ho raha hai dono taraf se ghalti hai yani ruler bhi galat hai aur jo un ke khilaf kare woh bhi galat hai is ka Islam se koi taluq nahi</w:t>
      </w:r>
      <w:r>
        <w:br/>
      </w:r>
      <w:r>
        <w:rPr>
          <w:sz w:val="20"/>
        </w:rPr>
        <w:t>1:09:19  hai galat countries mein yeh hua ke jis ko aik war rule mil gaya woh dictator ban ke baith gaya woh bhi islam ke khilaf tha ab jo log in ke khilaf age kar rahe hain woh bhi islam se koi talluq nahi is ka yeh sab baatein jo hain yeh musalmanon ki hain islam ki nahi hain you have to differentiate between islam and muslims you have to judge muslims in the light of islamic teachings and not vice versa</w:t>
      </w:r>
    </w:p>
    <w:p>
      <w:pPr>
        <w:pStyle w:val="Heading2"/>
      </w:pPr>
      <w:r>
        <w:t>Quraysh pursuit of Prophet during migration</w:t>
      </w:r>
    </w:p>
    <w:p>
      <w:r>
        <w:rPr>
          <w:color w:val="666666"/>
          <w:sz w:val="18"/>
        </w:rPr>
        <w:t>Seerah &amp; Prophet · Lessons from My Journey to Canada II January 10, 2016 · 1m 41s · at 1:05:50 · https://youtu.be/GHF2Ph3GW7A?t=3950</w:t>
      </w:r>
    </w:p>
    <w:p>
      <w:r>
        <w:rPr>
          <w:i/>
        </w:rPr>
        <w:t>“When the Prophet was migrating to Medina, the Quraysh sent many people to go out to get the Prophet, to go and get the Prophet back...”</w:t>
      </w:r>
    </w:p>
    <w:p>
      <w:r>
        <w:rPr>
          <w:sz w:val="20"/>
        </w:rPr>
        <w:t>1:05:50  مولانا، اگلا سوال مسٹر خواجہ کلیم الدین نے کیا ہے امریکہ سے، اور ان کا سوال ہے: "When</w:t>
      </w:r>
      <w:r>
        <w:br/>
      </w:r>
      <w:r>
        <w:rPr>
          <w:sz w:val="20"/>
        </w:rPr>
        <w:t>1:05:58  The Prophet was migrating to Madinah, the Quraish sent many people to go out to get the Prophet, to</w:t>
      </w:r>
      <w:r>
        <w:br/>
      </w:r>
      <w:r>
        <w:rPr>
          <w:sz w:val="20"/>
        </w:rPr>
        <w:t>1:06:08  go and get the profit back</w:t>
      </w:r>
      <w:r>
        <w:br/>
      </w:r>
      <w:r>
        <w:rPr>
          <w:sz w:val="20"/>
        </w:rPr>
        <w:t>1:06:10  Someone told me today that one person on his camel got so close to the Prophet and wanted to kill him with his arrow, but his hands got frozen. He tried it several times, but he failed. Maulana Sahab, has this incident ever happened in the life of Prophet?</w:t>
      </w:r>
      <w:r>
        <w:br/>
      </w:r>
      <w:r>
        <w:rPr>
          <w:sz w:val="20"/>
        </w:rPr>
        <w:t>1:06:32  Kindly let us know what was the reality or what really happened." Nahin, yeh kahani hai, is ka koi haqeeqat talluq nahin hai. Agar yeh haqeeqat hoti to Rasool Allah ko Makka chhodne ki zaroorat kya hoti? Chhodne ki zaroorat hi kya thi? Yahi waqia Makka mein rehte hue hota to aap ko Makka chhodne ki zaroorat nahin thi. To yeh ek kahani hai, is ki koi haqeeqat nahin hai. Thank you.</w:t>
      </w:r>
    </w:p>
    <w:p>
      <w:pPr>
        <w:pStyle w:val="Heading2"/>
      </w:pPr>
      <w:r>
        <w:t>Reality of Muharram explained</w:t>
      </w:r>
    </w:p>
    <w:p>
      <w:r>
        <w:rPr>
          <w:color w:val="666666"/>
          <w:sz w:val="18"/>
        </w:rPr>
        <w:t>Seerah &amp; Prophet · Q&amp;A 04 DEC 2011 Maulana Wahiduddin Khan · 46s · at 47:36 · https://youtu.be/KIMNmuUZoGo?t=2856</w:t>
      </w:r>
    </w:p>
    <w:p>
      <w:r>
        <w:rPr>
          <w:i/>
        </w:rPr>
        <w:t>“What is the reality of Muharram? Please explain about it.”</w:t>
      </w:r>
    </w:p>
    <w:p>
      <w:r>
        <w:rPr>
          <w:sz w:val="20"/>
        </w:rPr>
        <w:t>47:36  Maulana agla sawal aaya hai Mr. Naeem Bilal ka Delhi se. unhon ne likha hai ke Muharram ki haqeeqat kya hai? is ke bare mein bataein.</w:t>
      </w:r>
      <w:r>
        <w:br/>
      </w:r>
      <w:r>
        <w:rPr>
          <w:sz w:val="20"/>
        </w:rPr>
        <w:t>47:46  is par bohat kitaben likhi hui hain aap parh lijie. yahan sawal karne ki koi zaroorat nahin hai. muharram par aaj kal jitne akhbar nikal rahe hain har akhbar mein har parche mein ummat ameen aa rahe hain.</w:t>
      </w:r>
      <w:r>
        <w:br/>
      </w:r>
      <w:r>
        <w:rPr>
          <w:sz w:val="20"/>
        </w:rPr>
        <w:t>47:59  koi bhi akhbar jo aap parhte hon koi bhi parcha aap jo parhte hon sab mein maarifat ummat ameen chhape hue hain. misaal ke taur par mera aata hai raash saara is mein kai mazahib chhape hue hain.</w:t>
      </w:r>
      <w:r>
        <w:br/>
      </w:r>
      <w:r>
        <w:rPr>
          <w:sz w:val="20"/>
        </w:rPr>
        <w:t>48:11  aise hi mere paas aate hain aur jo urdu mazahib magazine bohat sare hain sab mein chhape hue hain. ise parhiye is ko. yahan is ko discuss karne ki zaroorat nahin hai.</w:t>
      </w:r>
    </w:p>
    <w:p>
      <w:pPr>
        <w:pStyle w:val="Heading2"/>
      </w:pPr>
      <w:r>
        <w:t>Reason for expansionism from early Islam to Abbasid</w:t>
      </w:r>
    </w:p>
    <w:p>
      <w:r>
        <w:rPr>
          <w:color w:val="666666"/>
          <w:sz w:val="18"/>
        </w:rPr>
        <w:t>Seerah &amp; Prophet · Universal outlook April 09, 2017 · 2m 23s · at 42:16 · https://youtu.be/n3HAPCpom5c?t=2536</w:t>
      </w:r>
    </w:p>
    <w:p>
      <w:r>
        <w:rPr>
          <w:i/>
        </w:rPr>
        <w:t>“According to your approach, establishment of a political state should not be the aim of the Muslims. My question is then what is the reason behind expansionism that started since the early Islam till the Abbasid period? Please clarify on this.”</w:t>
      </w:r>
    </w:p>
    <w:p>
      <w:r>
        <w:rPr>
          <w:sz w:val="20"/>
        </w:rPr>
        <w:t>42:16  Maulana sawal lena chahenge aa Peshawar Pakistan se Muhammad Siddiq sahib ne sawal bheja hai. Unhon ne likha hai Maulana sahib may you live long.</w:t>
      </w:r>
      <w:r>
        <w:br/>
      </w:r>
      <w:r>
        <w:rPr>
          <w:sz w:val="20"/>
        </w:rPr>
        <w:t>42:28  According to your approach establishment of a political state should not be the aim of the Muslims. My question is then what is the reason behind expansionism that started since the early Islam till the Abbasid period</w:t>
      </w:r>
      <w:r>
        <w:br/>
      </w:r>
      <w:r>
        <w:rPr>
          <w:sz w:val="20"/>
        </w:rPr>
        <w:t>42:48  ? Please clarify on this.</w:t>
      </w:r>
      <w:r>
        <w:br/>
      </w:r>
      <w:r>
        <w:rPr>
          <w:sz w:val="20"/>
        </w:rPr>
        <w:t>42:54  Dekhiye sab se bari bhool yeh hai ke is ko expansion samhein. Wo expansion nahi tha. Wo main ne jo kaha ke ek hi insan ne jana hai is baat ko.</w:t>
      </w:r>
      <w:r>
        <w:br/>
      </w:r>
      <w:r>
        <w:rPr>
          <w:sz w:val="20"/>
        </w:rPr>
        <w:t>43:07  Henry Prince ne ke hazaron saal se duniya mein kingship chali aa rahi thi. Kingship ki jarrein itni gehri thi ke sab baat sukharni ho gayi thi siwaye badshah ke.</w:t>
      </w:r>
      <w:r>
        <w:br/>
      </w:r>
      <w:r>
        <w:rPr>
          <w:sz w:val="20"/>
        </w:rPr>
        <w:t>43:20  To Allah taala ke hukum se Rasool aur Sahaba Rasool ne is kingship ke daur ko khatam kiya. Phir ek naya daur shuru hua jis mein tarqqiyan aayin.</w:t>
      </w:r>
      <w:r>
        <w:br/>
      </w:r>
      <w:r>
        <w:rPr>
          <w:sz w:val="20"/>
        </w:rPr>
        <w:t>43:31  Nature ko control kiya gaya. Solution aayi. Democracy aayi. Expansionism ka lafz hi bilkul ghair Islami hai.</w:t>
      </w:r>
      <w:r>
        <w:br/>
      </w:r>
      <w:r>
        <w:rPr>
          <w:sz w:val="20"/>
        </w:rPr>
        <w:t>43:41  Bilkul ghair Islami hai. Main to is ko ghair Islami se zyada sakht qillat bolunga. Wo tha duniya par in tarqqiyon ka darwaza kholne ke liye jo Allah ne rakhi thi lekin khul nahi rahi thi.</w:t>
      </w:r>
      <w:r>
        <w:br/>
      </w:r>
      <w:r>
        <w:rPr>
          <w:sz w:val="20"/>
        </w:rPr>
        <w:t>43:55  kingship ki wajah se. unhon ne is raaz ko jaana hi nahin. henry prince ne kehta hai sahi likha hai. is ki kai kitabein hain.</w:t>
      </w:r>
      <w:r>
        <w:br/>
      </w:r>
      <w:r>
        <w:rPr>
          <w:sz w:val="20"/>
        </w:rPr>
        <w:t>44:05  ghaliban teen kitabein hain. ke is islam changed the face of the globe. the traditional order of history was overthrown.</w:t>
      </w:r>
      <w:r>
        <w:br/>
      </w:r>
      <w:r>
        <w:rPr>
          <w:sz w:val="20"/>
        </w:rPr>
        <w:t>44:15  ke islam ka karnama yeh hai ke is ne dunya par in in taraqqiyon ka darwaza khola jo Allah ne rakhi thi insan ke liye.</w:t>
      </w:r>
      <w:r>
        <w:br/>
      </w:r>
      <w:r>
        <w:rPr>
          <w:sz w:val="20"/>
        </w:rPr>
        <w:t>44:25  lekin kingship ne is ko rok rakha tha. kingship ko todna yeh karnama hai sab se bara. expansionism to bilkul ghair islami lafz hai.</w:t>
      </w:r>
    </w:p>
    <w:p>
      <w:pPr>
        <w:pStyle w:val="Heading2"/>
      </w:pPr>
      <w:r>
        <w:t>Reason for frequent reference to Caliph Umar</w:t>
      </w:r>
    </w:p>
    <w:p>
      <w:r>
        <w:rPr>
          <w:color w:val="666666"/>
          <w:sz w:val="18"/>
        </w:rPr>
        <w:t>Seerah &amp; Prophet · Roza and Quran July 18, 2010 · 58s · at 1:19:14 · https://youtu.be/TSjqSQEb0EQ?t=4754</w:t>
      </w:r>
    </w:p>
    <w:p>
      <w:r>
        <w:rPr>
          <w:i/>
        </w:rPr>
        <w:t>“You often refer to Caliph Umar in your lectures. What is the reason? Are you most influenced by Umar while there are many other companions? Please explain.”</w:t>
      </w:r>
    </w:p>
    <w:p>
      <w:r>
        <w:rPr>
          <w:sz w:val="20"/>
        </w:rPr>
        <w:t>1:19:14  maulana, agla sawal mister shah imran hasan ka hai, munger bihar se.</w:t>
      </w:r>
      <w:r>
        <w:br/>
      </w:r>
      <w:r>
        <w:rPr>
          <w:sz w:val="20"/>
        </w:rPr>
        <w:t>1:19:20  unhon ne likha hai ke aap lecture mein aksar muslim khalifa hazrat umar ka reference dete hain. is ka kya karan hai?</w:t>
      </w:r>
      <w:r>
        <w:br/>
      </w:r>
      <w:r>
        <w:rPr>
          <w:sz w:val="20"/>
        </w:rPr>
        <w:t>1:19:30  kya aap sab se zyada hazrat umar se prabhavit hain jabke sahaba bhi bohat zyada hain? kripya is ke bare mein batayein.</w:t>
      </w:r>
      <w:r>
        <w:br/>
      </w:r>
      <w:r>
        <w:rPr>
          <w:sz w:val="20"/>
        </w:rPr>
        <w:t>1:19:41  yeh koi bohat soojha samjha nahin hai. ab mein baat kar raha hoon, koi waqea yaad aa gaya hai to doosre sahabi</w:t>
      </w:r>
      <w:r>
        <w:br/>
      </w:r>
      <w:r>
        <w:rPr>
          <w:sz w:val="20"/>
        </w:rPr>
        <w:t>1:19:48  ko bhi kaha karta hoon. mein aisa to nahin hai. in ko bhi kehta hoon, doosre sahabi ko bhi kehta hoon. mere paas aisa nahin ke mein in ko, koi mein alag se in in ke liye, mein doosron ko chhod rakha hai.</w:t>
      </w:r>
      <w:r>
        <w:br/>
      </w:r>
      <w:r>
        <w:rPr>
          <w:sz w:val="20"/>
        </w:rPr>
        <w:t>1:20:01  aksar meri kitabein aap padhein to is mein sir sare sahaba ke waqeyat is mein hain. sare sahaba ke waqeyat hain.</w:t>
      </w:r>
    </w:p>
    <w:p>
      <w:pPr>
        <w:pStyle w:val="Heading2"/>
      </w:pPr>
      <w:r>
        <w:t>Reasons for decline of Ansar character</w:t>
      </w:r>
    </w:p>
    <w:p>
      <w:r>
        <w:rPr>
          <w:color w:val="666666"/>
          <w:sz w:val="18"/>
        </w:rPr>
        <w:t>Seerah &amp; Prophet · The Importance of Team Work February 5, 2012 · 2m 28s · at 1:20:50 · https://youtu.be/qBbwznqIqVw?t=4850</w:t>
      </w:r>
    </w:p>
    <w:p>
      <w:r>
        <w:rPr>
          <w:i/>
        </w:rPr>
        <w:t>“Please identify the reasons why the character of the Ansar diminished in the generations after the Sahaba generation.”</w:t>
      </w:r>
    </w:p>
    <w:p>
      <w:r>
        <w:rPr>
          <w:sz w:val="20"/>
        </w:rPr>
        <w:t>1:20:50  Maulana, agla sawal Miss Safia Khan ka hai Pakistan se</w:t>
      </w:r>
      <w:r>
        <w:br/>
      </w:r>
      <w:r>
        <w:rPr>
          <w:sz w:val="20"/>
        </w:rPr>
        <w:t>1:20:54  . unhone likha hai: "Please identify the reasons why ansaar character diminishes in the generations after sahaba generation." Kya matlab?</w:t>
      </w:r>
      <w:r>
        <w:br/>
      </w:r>
      <w:r>
        <w:rPr>
          <w:sz w:val="20"/>
        </w:rPr>
        <w:t>1:21:07  ke Maulana, jo ansaar ka jo character tha, jo pehle aap ne jaise jis ke bare mein zikr bhi kiya, woh kyun khatam ho gaya sahaba ki generation ke baad?</w:t>
      </w:r>
      <w:r>
        <w:br/>
      </w:r>
      <w:r>
        <w:rPr>
          <w:sz w:val="20"/>
        </w:rPr>
        <w:t>1:21:17  woh qualities ya woh jo attributes the? kahan? main yeh to nahi kaha khatam ho gaya, diminish kahan ho gaya? main to nahi kaha.</w:t>
      </w:r>
      <w:r>
        <w:br/>
      </w:r>
      <w:r>
        <w:rPr>
          <w:sz w:val="20"/>
        </w:rPr>
        <w:t>1:21:23  yeh to maine kaha nahi ke diminish ho gaya, woh to baqi raha. maine to kaha ke sirf aik exception mujhe maloom hai, Saad bin Ubadah ka.</w:t>
      </w:r>
      <w:r>
        <w:br/>
      </w:r>
      <w:r>
        <w:rPr>
          <w:sz w:val="20"/>
        </w:rPr>
        <w:t>1:21:32  yeh diminish ka falsafa to unhone khud nikala hai. unhone matlab over a period of time, Maulana, woh diminish nahi hua. j</w:t>
      </w:r>
      <w:r>
        <w:br/>
      </w:r>
      <w:r>
        <w:rPr>
          <w:sz w:val="20"/>
        </w:rPr>
        <w:t>1:21:39  y bhai, main next generation ki baat nahi kar raha hoon. ji, main first generation ki baat kar raha hoon. to first generation jo thi ansaar ki, us mein mujhe aik hi aisa character maloom hai.</w:t>
      </w:r>
      <w:r>
        <w:br/>
      </w:r>
      <w:r>
        <w:rPr>
          <w:sz w:val="20"/>
        </w:rPr>
        <w:t>1:21:50  to yeh to unhone khud se samjha ke diminish ho gaya. maine to kaha nahi aisa. Maulana, woh jo pooch rahi hain, woh keh rahi hain ke sahaba generation ke baad jo generations aayin, us mein kyun diminish ho gaya?</w:t>
      </w:r>
      <w:r>
        <w:br/>
      </w:r>
      <w:r>
        <w:rPr>
          <w:sz w:val="20"/>
        </w:rPr>
        <w:t>1:22:06  phir se padhiye:</w:t>
      </w:r>
      <w:r>
        <w:br/>
      </w:r>
      <w:r>
        <w:rPr>
          <w:sz w:val="20"/>
        </w:rPr>
        <w:t>1:22:09  "Please identify the reasons why ansaar character diminishes in the generations after sahaba generations." Bhai, sahaba ka jo comparison kar rahe hain, yeh sahi nahi hai.</w:t>
      </w:r>
      <w:r>
        <w:br/>
      </w:r>
      <w:r>
        <w:rPr>
          <w:sz w:val="20"/>
        </w:rPr>
        <w:t>1:22:22  yeh comparison se yeh kahiye ke majmoi tor par baad ki naslon mein kyun decline hua?</w:t>
      </w:r>
      <w:r>
        <w:br/>
      </w:r>
      <w:r>
        <w:rPr>
          <w:sz w:val="20"/>
        </w:rPr>
        <w:t>1:22:30  diminish ka lafz bhi sahi nahi hai. yahan par decline kyun hua? zawal kyun hua?</w:t>
      </w:r>
      <w:r>
        <w:br/>
      </w:r>
      <w:r>
        <w:rPr>
          <w:sz w:val="20"/>
        </w:rPr>
        <w:t>1:22:35  to is mein na sahaba alag hain, woh na muhajireen alag hain, na ansaar alag hain. woh masla hai, yani qanoon zawal ka, woh sab par hota hai.</w:t>
      </w:r>
      <w:r>
        <w:br/>
      </w:r>
      <w:r>
        <w:rPr>
          <w:sz w:val="20"/>
        </w:rPr>
        <w:t>1:22:47  Rasool Allah ne farmaya tha ke khair ul qurun qurni thumma allazina yalun thumma allazina yalun yani teen generation ke bare mein aap ne farmaya ke first generation mein spirit jo hai, 100 feesad rahegi.</w:t>
      </w:r>
      <w:r>
        <w:br/>
      </w:r>
      <w:r>
        <w:rPr>
          <w:sz w:val="20"/>
        </w:rPr>
        <w:t>1:23:00  second generation 50 feesad ho jayegi. third generation 25 feesad ho jayegi. is ke baad baqi nahi rahegi. to woh ab masla qanoon zawal ka, woh woh kisi aur aage se dekh rahe hain.</w:t>
      </w:r>
      <w:r>
        <w:br/>
      </w:r>
      <w:r>
        <w:rPr>
          <w:sz w:val="20"/>
        </w:rPr>
        <w:t>1:23:13  is ko woh aage sahi nahi hai. mere nazdeek,</w:t>
      </w:r>
    </w:p>
    <w:p>
      <w:pPr>
        <w:pStyle w:val="Heading2"/>
      </w:pPr>
      <w:r>
        <w:t>Religious significance of honorifics for prophets and companions</w:t>
      </w:r>
    </w:p>
    <w:p>
      <w:r>
        <w:rPr>
          <w:color w:val="666666"/>
          <w:sz w:val="18"/>
        </w:rPr>
        <w:t>Seerah &amp; Prophet · Age of Consumerism January 6, 2013 · 3m 16s · at 1:08:03 · https://youtu.be/zJRZ1OKUhgA?t=4083</w:t>
      </w:r>
    </w:p>
    <w:p>
      <w:r>
        <w:rPr>
          <w:i/>
        </w:rPr>
        <w:t>“Many people object that you do not use honorifics for prophets and companions. What is their religious significance? Please clarify.”</w:t>
      </w:r>
    </w:p>
    <w:p>
      <w:r>
        <w:rPr>
          <w:sz w:val="20"/>
        </w:rPr>
        <w:t>1:08:03  maulana, agla sawal bidar karnataka se hai, yunusuddin sahib ka. unhon ne likha hai: "maulana, aksar log aap ki tehreer par yeh aitraaz karte hain ke aap anbiya aur sahaba par alaihi assalam ya radiallahu anhu nahi lagate." maulana, mera sawal yeh hai ke un ki deeni aitbar se kya ahmiyat hai ya nahi hai?</w:t>
      </w:r>
      <w:r>
        <w:br/>
      </w:r>
      <w:r>
        <w:rPr>
          <w:sz w:val="20"/>
        </w:rPr>
        <w:t>1:08:31  kuch bhi nahi hai.</w:t>
      </w:r>
      <w:r>
        <w:br/>
      </w:r>
      <w:r>
        <w:rPr>
          <w:sz w:val="20"/>
        </w:rPr>
        <w:t>1:08:33  aap sahaba ki jo kitabein hain, us ko padhiye. yeh sab jhoote aitraaz hain, jhoote, jhoote se kam lafz nahi hai.</w:t>
      </w:r>
      <w:r>
        <w:br/>
      </w:r>
      <w:r>
        <w:rPr>
          <w:sz w:val="20"/>
        </w:rPr>
        <w:t>1:08:45  sahaba ke bare mein bohat si kitabein maujood hain, un ko padhiye. aap is qism ka aaj kal masnooi culture bana hua hai, aaj kal masnooi culture, banawati culture, aage peeche lagayenge ilqaab.</w:t>
      </w:r>
      <w:r>
        <w:br/>
      </w:r>
      <w:r>
        <w:rPr>
          <w:sz w:val="20"/>
        </w:rPr>
        <w:t>1:08:58  woh aisa nahi kehte the.</w:t>
      </w:r>
      <w:r>
        <w:br/>
      </w:r>
      <w:r>
        <w:rPr>
          <w:sz w:val="20"/>
        </w:rPr>
        <w:t>1:09:02  misalan, main aap ko ek waqia bataun: rasool Allah sallallahu alaihi wasallam ki wafat hui, yani poora mission poora kar ke aap ki wafat hui, aap ki madina mein.</w:t>
      </w:r>
      <w:r>
        <w:br/>
      </w:r>
      <w:r>
        <w:rPr>
          <w:sz w:val="20"/>
        </w:rPr>
        <w:t>1:09:13  to us waqt wahan par kai log aise the jin ko ke bohat pareshani hui ke rasool Allah nahi rahe dunya mein, ab kya hoga? bohat pareshan the.</w:t>
      </w:r>
      <w:r>
        <w:br/>
      </w:r>
      <w:r>
        <w:rPr>
          <w:sz w:val="20"/>
        </w:rPr>
        <w:t>1:09:23  to jo sab se zyada senior, most aadmi the, woh the abubakar siddiq. woh aaye,</w:t>
      </w:r>
      <w:r>
        <w:br/>
      </w:r>
      <w:r>
        <w:rPr>
          <w:sz w:val="20"/>
        </w:rPr>
        <w:t>1:09:31  woh us waqt madine se bahar the. jab khabar suni to aaye to rasool Allah ki jo yani jism tha, jo body tha aap ka, us par chadar logon ne phaila diya tha.</w:t>
      </w:r>
      <w:r>
        <w:br/>
      </w:r>
      <w:r>
        <w:rPr>
          <w:sz w:val="20"/>
        </w:rPr>
        <w:t>1:09:45  to unhon ne chadar uthai, aap ke chehre ko dekha aur kaha: "man kan ya Muhammad fa in Muhammad qadamat, wa man kan ya Abdullah fa in Allah hayyullah ya'amud." yeh nahi ke Muhammad ke sath aage peeche bohat se lafz lagayein, woh bas saada taur par kaha unhon ne: "man kan ya Abdullah Muhammad fa in Muhammad qadamat." wahan aate the log, ya Muhammad, yeh sab bolte the.</w:t>
      </w:r>
      <w:r>
        <w:br/>
      </w:r>
      <w:r>
        <w:rPr>
          <w:sz w:val="20"/>
        </w:rPr>
        <w:t>1:10:15  dekhiye, Islam jo hai, nature par base karta hai. yeh banawati culture jo bataiye, zawal ke daur, yeh yeh musalman ke zamane mein zawal ke daur mein hai, zawal girawat ke daur mein.</w:t>
      </w:r>
      <w:r>
        <w:br/>
      </w:r>
      <w:r>
        <w:rPr>
          <w:sz w:val="20"/>
        </w:rPr>
        <w:t>1:10:27  tab yeh sab banawati baatein bohat badh gayi hain. jab ummat zinda thi, tab yeh sab culture hi chalta tha, banawati culture.</w:t>
      </w:r>
      <w:r>
        <w:br/>
      </w:r>
      <w:r>
        <w:rPr>
          <w:sz w:val="20"/>
        </w:rPr>
        <w:t>1:10:39  to main yeh kahunga ke aaj kal ki jo zawal yafata log hain, un ko le kar mat rai qaim kijiye,</w:t>
      </w:r>
      <w:r>
        <w:br/>
      </w:r>
      <w:r>
        <w:rPr>
          <w:sz w:val="20"/>
        </w:rPr>
        <w:t>1:10:45  aap sahaba ko le kar rai qaim kijiye. sahaba ki zuban kya hoti thi?</w:t>
      </w:r>
      <w:r>
        <w:br/>
      </w:r>
      <w:r>
        <w:rPr>
          <w:sz w:val="20"/>
        </w:rPr>
        <w:t>1:10:54  aap sahaba ke bare mein kitabein padhiye, us mein aap khud hi jawab pa lenge ke wahan yeh sab banawati zuban chalti nahi thi. wahan par to main to sahaba ke ke ko model samajhta hoon, aaj kal logon ko model nahi samajhta.</w:t>
      </w:r>
      <w:r>
        <w:br/>
      </w:r>
      <w:r>
        <w:rPr>
          <w:sz w:val="20"/>
        </w:rPr>
        <w:t>1:11:08  main aaj kal ke log kya karte hain, woh mere model nahi hain. mere liye sahaba mere</w:t>
      </w:r>
      <w:r>
        <w:br/>
      </w:r>
      <w:r>
        <w:rPr>
          <w:sz w:val="20"/>
        </w:rPr>
        <w:t>1:11:13  model hain. to aap pehle sahaba wali kitabein padhiye, phir yeh sawal kijiye.</w:t>
      </w:r>
    </w:p>
    <w:p>
      <w:pPr>
        <w:pStyle w:val="Heading2"/>
      </w:pPr>
      <w:r>
        <w:t>Request for family background story</w:t>
      </w:r>
    </w:p>
    <w:p>
      <w:r>
        <w:rPr>
          <w:color w:val="666666"/>
          <w:sz w:val="18"/>
        </w:rPr>
        <w:t>Seerah &amp; Prophet · The Story of Hazrat Khadija Part I December 4, 2022 · 24m 49s · at 1:23 · https://youtu.be/cNzPbtW9AV0?t=83</w:t>
      </w:r>
    </w:p>
    <w:p>
      <w:r>
        <w:rPr>
          <w:i/>
        </w:rPr>
        <w:t>“We all want to know about his/her family background. Please tell us about it. Start the story from there.”</w:t>
      </w:r>
    </w:p>
    <w:p>
      <w:r>
        <w:rPr>
          <w:sz w:val="20"/>
        </w:rPr>
        <w:t>1:23  , toh sab se pehla sawal hum sab janna chahenge ke un ke bare mein, un ki jo family background hai, us ke bare mein aap bataein.</w:t>
      </w:r>
      <w:r>
        <w:br/>
      </w:r>
      <w:r>
        <w:rPr>
          <w:sz w:val="20"/>
        </w:rPr>
        <w:t>1:33  wahan se shuru kijiye aap kahani ko. inshallah. bismillah hir rahman nir rahim. rab ishrah li sadri, wa yassir li amri, wahlul uqdatan min lisani, yafqahu qawli.</w:t>
      </w:r>
      <w:r>
        <w:br/>
      </w:r>
      <w:r>
        <w:rPr>
          <w:sz w:val="20"/>
        </w:rPr>
        <w:t>1:49  Hazrat Khadijah ka talluq makka ke ek bahut hi shareef khandan se tha, and she was known for her wealth and good character, good nature.</w:t>
      </w:r>
      <w:r>
        <w:br/>
      </w:r>
      <w:r>
        <w:rPr>
          <w:sz w:val="20"/>
        </w:rPr>
        <w:t>1:58  ji. jo yeh naam tha Khadijah, linguistically it means premature. غالباً woh un ki birth premature ho gayi hogi.</w:t>
      </w:r>
      <w:r>
        <w:br/>
      </w:r>
      <w:r>
        <w:rPr>
          <w:sz w:val="20"/>
        </w:rPr>
        <w:t>2:10  ji. lekin scholars ka kehna hai ke it means she was ahead of her time. o</w:t>
      </w:r>
      <w:r>
        <w:br/>
      </w:r>
      <w:r>
        <w:rPr>
          <w:sz w:val="20"/>
        </w:rPr>
        <w:t>2:17  ke. toh agar aap Hazrat Khadijah ki family tree dekhein, ji toh kuch generations ke baad Prophet ki family tree se mil jati hai.</w:t>
      </w:r>
      <w:r>
        <w:br/>
      </w:r>
      <w:r>
        <w:rPr>
          <w:sz w:val="20"/>
        </w:rPr>
        <w:t>2:28  ji. chunki makka choti si jagah thi, sab log aapas mein relation the un ke. jaise agar hum family tree dekhein Hazrat Khadijah ki toh is tarah se hogi: Khadijah bint Khuwailid ibn Asad ibn Abdul Aziz ibn Qusai ibn Kilab.</w:t>
      </w:r>
      <w:r>
        <w:br/>
      </w:r>
      <w:r>
        <w:rPr>
          <w:sz w:val="20"/>
        </w:rPr>
        <w:t>2:45  ji. toh Qusai ibn Kilab Prophet ke great grandfather the, aur Hazrat Khadijah ke bhi great grandfather the. ji. so from yahan se jo aage chalti hai family tree, woh ek hi ho jati hai aage ja ke.</w:t>
      </w:r>
      <w:r>
        <w:br/>
      </w:r>
      <w:r>
        <w:rPr>
          <w:sz w:val="20"/>
        </w:rPr>
        <w:t>3:04  to Hazrat Khadijah bohat hi learned, and she was the most elegant woman in makkah, very learned, perfect in her behavior and perfect in her character.</w:t>
      </w:r>
      <w:r>
        <w:br/>
      </w:r>
      <w:r>
        <w:rPr>
          <w:sz w:val="20"/>
        </w:rPr>
        <w:t>3:15  ji. bohat hi nobel khatoon theen, aur un ke bohat saare nicknames thay. achha. jaise ek Tahirah tha, Tahirah ka matlab pure, aise hi un ka nickname tha Ameerat Quraish, yaani Princess of Quraish</w:t>
      </w:r>
      <w:r>
        <w:br/>
      </w:r>
      <w:r>
        <w:rPr>
          <w:sz w:val="20"/>
        </w:rPr>
        <w:t>3:30  . aur ek nickname tha Sayyidat al-Nisa Quraish, Nisa Quraish. ji. yaani the leader of the women of Quraish.</w:t>
      </w:r>
      <w:r>
        <w:br/>
      </w:r>
      <w:r>
        <w:rPr>
          <w:sz w:val="20"/>
        </w:rPr>
        <w:t>3:40  okay. aur Rasool Allah Sal Allahu Alaihi Wasallam ki paidaish se pandrah saal pehle, ji un ki paidaish hui thi. yaani Prophet was born in 570, aur Hazrat Khadijah ki paidaish hui thi 555.</w:t>
      </w:r>
      <w:r>
        <w:br/>
      </w:r>
      <w:r>
        <w:rPr>
          <w:sz w:val="20"/>
        </w:rPr>
        <w:t>3:56  ji.</w:t>
      </w:r>
      <w:r>
        <w:br/>
      </w:r>
      <w:r>
        <w:rPr>
          <w:sz w:val="20"/>
        </w:rPr>
        <w:t>3:58  to un ki ek behan theen, un ka naam tha Halimah, aur Halimah bint Khuwailid. to Halimah ke jo bete thay, un ki shadi Prophet ki beti se hui thi jin ka naam Zainab tha.</w:t>
      </w:r>
      <w:r>
        <w:br/>
      </w:r>
      <w:r>
        <w:rPr>
          <w:sz w:val="20"/>
        </w:rPr>
        <w:t>4:12  ji.</w:t>
      </w:r>
      <w:r>
        <w:br/>
      </w:r>
      <w:r>
        <w:rPr>
          <w:sz w:val="20"/>
        </w:rPr>
        <w:t>4:13  to Hazrat Khadijah ke jo,</w:t>
      </w:r>
      <w:r>
        <w:br/>
      </w:r>
      <w:r>
        <w:rPr>
          <w:sz w:val="20"/>
        </w:rPr>
        <w:t>4:22  Hazrat Khadijah ki death ke baad jab kabhi Halimah aya karti thi Prophet se milne to bahar se hi Prophet pehchan jatay thay, choonkay un ki awaz aur Hazrat Khadijah ki awaz bohat milti julti thi.</w:t>
      </w:r>
      <w:r>
        <w:br/>
      </w:r>
      <w:r>
        <w:rPr>
          <w:sz w:val="20"/>
        </w:rPr>
        <w:t>4:33  milti thi, achha. ji ji. to bohat Prophet khush hua kartay thay. aur to Hazrat Khadijah ki jo mother theen, un ka naam tha Fatima, halankay beti ka bhi naam Fatima</w:t>
      </w:r>
      <w:r>
        <w:br/>
      </w:r>
      <w:r>
        <w:rPr>
          <w:sz w:val="20"/>
        </w:rPr>
        <w:t>4:43  tha, to isi ki wajah se rakha hoga. to Hazrat Khadijah ke jo father thay, un ka naam tha Khuwailid ibn Asad.</w:t>
      </w:r>
      <w:r>
        <w:br/>
      </w:r>
      <w:r>
        <w:rPr>
          <w:sz w:val="20"/>
        </w:rPr>
        <w:t>4:53  ji. aur woh ek tajir thay, aur jo Prophet Muhammad Sal Allahu Alaihi Wasallam ke grandfather thay, Abdul Muttalib, un ke bohat close thay woh.</w:t>
      </w:r>
      <w:r>
        <w:br/>
      </w:r>
      <w:r>
        <w:rPr>
          <w:sz w:val="20"/>
        </w:rPr>
        <w:t>5:06  aur ek baar safar bhi kiya tha saath mein yaman. ji.</w:t>
      </w:r>
      <w:r>
        <w:br/>
      </w:r>
      <w:r>
        <w:rPr>
          <w:sz w:val="20"/>
        </w:rPr>
        <w:t>5:11  to is tarah se pata chalta hai Hazrat Khadijah bohat hi aala khatoon theen, aur jaise abhi aap ne hadith bayan ki ke Maryam was the best woman of her time, and Khadijah was the best woman of her time, is se pata chalta hai ke woh kitni aala aur bohat hi bari shakhsiyat rahi hain.</w:t>
      </w:r>
      <w:r>
        <w:br/>
      </w:r>
      <w:r>
        <w:rPr>
          <w:sz w:val="20"/>
        </w:rPr>
        <w:t>5:32  ji ji ji ji. to Doctor sahib, jaise aap ne abhi bataya ke un ka janam 555 AD mein hua.</w:t>
      </w:r>
      <w:r>
        <w:br/>
      </w:r>
      <w:r>
        <w:rPr>
          <w:sz w:val="20"/>
        </w:rPr>
        <w:t>5:40  ji.</w:t>
      </w:r>
      <w:r>
        <w:br/>
      </w:r>
      <w:r>
        <w:rPr>
          <w:sz w:val="20"/>
        </w:rPr>
        <w:t>5:41  agar hum dekhte hain to Islam ka aaghaz hua 610 AD mein. ji. tab pehli revelation Prophet Muhammad ko aayi.</w:t>
      </w:r>
      <w:r>
        <w:br/>
      </w:r>
      <w:r>
        <w:rPr>
          <w:sz w:val="20"/>
        </w:rPr>
        <w:t>5:50  to kafi waqt tha 610 AD jab Islam aaya, is se pehle jo Hazrat Khadijah theen, woh bari ho gaeen. to is dauran jab Islam nahi tha, to un ka kya mazhab tha?</w:t>
      </w:r>
      <w:r>
        <w:br/>
      </w:r>
      <w:r>
        <w:rPr>
          <w:sz w:val="20"/>
        </w:rPr>
        <w:t>6:03  kya religion follow karti theen woh before the advent of Islam? is ke baray mein batayein.</w:t>
      </w:r>
      <w:r>
        <w:br/>
      </w:r>
      <w:r>
        <w:rPr>
          <w:sz w:val="20"/>
        </w:rPr>
        <w:t>6:09  asal mein jo Makkah tha, wahan ke jo beshtar log thay, woh mushrik thay. ji. yaani ek Khuda se zyada aur Khudaon ki parastish kiya karte thay.</w:t>
      </w:r>
      <w:r>
        <w:br/>
      </w:r>
      <w:r>
        <w:rPr>
          <w:sz w:val="20"/>
        </w:rPr>
        <w:t>6:22  jaise Quran mein aata hai Laat, Manat, aur Uzza, is tarah ke naam aate hain jo unhon ne maabood bana rakhe thay.</w:t>
      </w:r>
      <w:r>
        <w:br/>
      </w:r>
      <w:r>
        <w:rPr>
          <w:sz w:val="20"/>
        </w:rPr>
        <w:t>6:30  lekin isi ke saath saath choonkay Hazrat Ibrahim Alaihissalam aaye thay Makkah, aur Ismail Alaihissalam ko wahan basaya tha, Hazrat Hajra ko basaya tha, aur Zam Zam ka woh moajza hua tha.</w:t>
      </w:r>
      <w:r>
        <w:br/>
      </w:r>
      <w:r>
        <w:rPr>
          <w:sz w:val="20"/>
        </w:rPr>
        <w:t>6:45  ji. to phir wahan log rehne lagay thay. to woh jo teachings theen Hazrat Ibrahim Alaihissalam ki, woh nasal dar nasal kuch baqi reh gayi theen wahan.</w:t>
      </w:r>
      <w:r>
        <w:br/>
      </w:r>
      <w:r>
        <w:rPr>
          <w:sz w:val="20"/>
        </w:rPr>
        <w:t>6:56  lekin zyada tar log m</w:t>
      </w:r>
      <w:r>
        <w:br/>
      </w:r>
      <w:r>
        <w:rPr>
          <w:sz w:val="20"/>
        </w:rPr>
        <w:t>6:58  shirk thay. lekin kuch log thay jo Hazrat Ibrahim ka jo bataya hua deen tha, yaani pure monotheism ka jo religion tha, us pe qaim thay.</w:t>
      </w:r>
      <w:r>
        <w:br/>
      </w:r>
      <w:r>
        <w:rPr>
          <w:sz w:val="20"/>
        </w:rPr>
        <w:t>7:12  kitabon mein kai ek list aati hai ke makkah mein yeh log abrahimi mazhab pe qaim thay jis ko deen hanif kaha jata tha.</w:t>
      </w:r>
      <w:r>
        <w:br/>
      </w:r>
      <w:r>
        <w:rPr>
          <w:sz w:val="20"/>
        </w:rPr>
        <w:t>7:22  yani hanif quran mein hazrat ibrahim ke liye aya hai.</w:t>
      </w:r>
      <w:r>
        <w:br/>
      </w:r>
      <w:r>
        <w:rPr>
          <w:sz w:val="20"/>
        </w:rPr>
        <w:t>7:26  ji. to is mein se Prophet Muhammad sallallahu alaihi wasallam bhi thay, aur hazrat khadijah bhi theen, hazrat abubakar bhi thay.</w:t>
      </w:r>
      <w:r>
        <w:br/>
      </w:r>
      <w:r>
        <w:rPr>
          <w:sz w:val="20"/>
        </w:rPr>
        <w:t>7:36  to, aur hazrat khadijah ke jo father thay khwaild, woh bhi deen hanif pe qaim thay.</w:t>
      </w:r>
      <w:r>
        <w:br/>
      </w:r>
      <w:r>
        <w:rPr>
          <w:sz w:val="20"/>
        </w:rPr>
        <w:t>7:45  to</w:t>
      </w:r>
      <w:r>
        <w:br/>
      </w:r>
      <w:r>
        <w:rPr>
          <w:sz w:val="20"/>
        </w:rPr>
        <w:t>7:46  ek waqia aata hai ke</w:t>
      </w:r>
      <w:r>
        <w:br/>
      </w:r>
      <w:r>
        <w:rPr>
          <w:sz w:val="20"/>
        </w:rPr>
        <w:t>7:50  ek bar jab choti theen hazrat khadijah rz, to un ke father un ko kahin le ke ja rahe thay. to unhon ne dekha ke un ke father ne dekha ke kuch rastay mein log shirk kar rahe hain, shirk mein mubtala hain.</w:t>
      </w:r>
      <w:r>
        <w:br/>
      </w:r>
      <w:r>
        <w:rPr>
          <w:sz w:val="20"/>
        </w:rPr>
        <w:t>8:05  ji. to unhon ne is taraf se munh apna pher liya aur kuch kapra waghera munh pe daal liya. to hazrat khadijah ne poocha ke aap ne aisa</w:t>
      </w:r>
      <w:r>
        <w:br/>
      </w:r>
      <w:r>
        <w:rPr>
          <w:sz w:val="20"/>
        </w:rPr>
        <w:t>8:15  kyun kiya? to un ke father ne kaha ke yeh log nadan hain, yeh log shirk mein mubtala hain. to bachpan se hi un ko taleem un ke father ne di.</w:t>
      </w:r>
      <w:r>
        <w:br/>
      </w:r>
      <w:r>
        <w:rPr>
          <w:sz w:val="20"/>
        </w:rPr>
        <w:t>8:28  aur ek aur baat hai ke jo makkah tha, wahan kuch log thay jo woh dua karte thay, jo deen hanif pe qaim thay, hazrat ibrahim alaihi assalam ke deen pe qaim thay.</w:t>
      </w:r>
      <w:r>
        <w:br/>
      </w:r>
      <w:r>
        <w:rPr>
          <w:sz w:val="20"/>
        </w:rPr>
        <w:t>8:45  to woh yeh dua karte thay ke aye allah, tu hamein woh tareeqa bata jis se hum teri ibadat karein.</w:t>
      </w:r>
      <w:r>
        <w:br/>
      </w:r>
      <w:r>
        <w:rPr>
          <w:sz w:val="20"/>
        </w:rPr>
        <w:t>8:53  chounke woh sab cheezein dilute ho gayi hongi, ab jaise aaj hamare paas quran hai, cheezein mehfooz hain, to woh zamanay mein is tarah ki cheezein mehfooz nahi theen.</w:t>
      </w:r>
      <w:r>
        <w:br/>
      </w:r>
      <w:r>
        <w:rPr>
          <w:sz w:val="20"/>
        </w:rPr>
        <w:t>9:02  to jo bhi deen reh gaya tha baqi, to woh bohat hi halke form mein raha hoga. us waqt hajj ka riwaj tha, hajj hota tha, log tawaaf karte thay.</w:t>
      </w:r>
      <w:r>
        <w:br/>
      </w:r>
      <w:r>
        <w:rPr>
          <w:sz w:val="20"/>
        </w:rPr>
        <w:t>9:15  ji. lekin koi bohat baqayeda ibadat ka tareeqa ghalib</w:t>
      </w:r>
      <w:r>
        <w:br/>
      </w:r>
      <w:r>
        <w:rPr>
          <w:sz w:val="20"/>
        </w:rPr>
        <w:t>9:19  a nahi tha. to is tarah se log</w:t>
      </w:r>
      <w:r>
        <w:br/>
      </w:r>
      <w:r>
        <w:rPr>
          <w:sz w:val="20"/>
        </w:rPr>
        <w:t>9:24  dua karte thay. aur ek hazrat khadijah rz ka qaul bhi hai ke is dunya ka jo khaliq hai aur malik hai, woh ek hai, aur us se shirk karna khilaf aqal hai.</w:t>
      </w:r>
      <w:r>
        <w:br/>
      </w:r>
      <w:r>
        <w:rPr>
          <w:sz w:val="20"/>
        </w:rPr>
        <w:t>9:36  to is ka matlab yahi hai ke hazrat khadijah bhi wohi deen hanif pe qaim theen. ji. jo ibrahim alaihi assalam ka laya hua tha.</w:t>
      </w:r>
      <w:r>
        <w:br/>
      </w:r>
      <w:r>
        <w:rPr>
          <w:sz w:val="20"/>
        </w:rPr>
        <w:t>9:45  ji ji ji. mashallah.</w:t>
      </w:r>
      <w:r>
        <w:br/>
      </w:r>
      <w:r>
        <w:rPr>
          <w:sz w:val="20"/>
        </w:rPr>
        <w:t>9:47  to doctor sahib, she maintained her natureright from a very early age. achha doctor sahib, she was also the noble lady in makkah, and nature un ka is tarah tha ke bohat hi generous aur helpful theen.</w:t>
      </w:r>
      <w:r>
        <w:br/>
      </w:r>
      <w:r>
        <w:rPr>
          <w:sz w:val="20"/>
        </w:rPr>
        <w:t>10:02  to main chahunga aap un ki early life ke baray mein hum sab ko batayein. hazrat khadijah jab bari huien to un ke father ne un ki shadi kardi.</w:t>
      </w:r>
      <w:r>
        <w:br/>
      </w:r>
      <w:r>
        <w:rPr>
          <w:sz w:val="20"/>
        </w:rPr>
        <w:t>10:14  ek sahib thay abu hala ibn zurarah. ji. to yeh yeh bhi ek tajir thay. to un ke do bete paida hue, ek ka naam hind tha aur ek ka naam hala tha.</w:t>
      </w:r>
      <w:r>
        <w:br/>
      </w:r>
      <w:r>
        <w:rPr>
          <w:sz w:val="20"/>
        </w:rPr>
        <w:t>10:27  hala se un ka naam abu hala pada. to jo yeh hind jo un ke bete thay, hind ka matlab is zamanay mein india ko hind kehte thay. ji.</w:t>
      </w:r>
      <w:r>
        <w:br/>
      </w:r>
      <w:r>
        <w:rPr>
          <w:sz w:val="20"/>
        </w:rPr>
        <w:t>10:36  asal mein kya tha ke india se baray qeemti saman aya karte thay. ji. Pre</w:t>
      </w:r>
      <w:r>
        <w:br/>
      </w:r>
      <w:r>
        <w:rPr>
          <w:sz w:val="20"/>
        </w:rPr>
        <w:t>10:41  cious. to india was synonymous to precious things. okay. ji. to woh jo bachay bhi precious hotay hain. ji.</w:t>
      </w:r>
      <w:r>
        <w:br/>
      </w:r>
      <w:r>
        <w:rPr>
          <w:sz w:val="20"/>
        </w:rPr>
        <w:t>10:49  to unhon ne hind naam rakhna shuru kardiya. very interesting. haan, aur dilchasp baat yeh hai ke boys aur girls dono ke naam hind hotay thay.</w:t>
      </w:r>
      <w:r>
        <w:br/>
      </w:r>
      <w:r>
        <w:rPr>
          <w:sz w:val="20"/>
        </w:rPr>
        <w:t>10:57  donon. achha. to hind jo thay, un ke bete Hazrat Khadijah ke, un ka aik bohat bara contribution hai ke yeh bhi ghar mein hi rehte thay Prophet ke saathi, aur unhon ne Prophet ko bohat achhi tarah se describe kiya hai.</w:t>
      </w:r>
      <w:r>
        <w:br/>
      </w:r>
      <w:r>
        <w:rPr>
          <w:sz w:val="20"/>
        </w:rPr>
        <w:t>11:13  ise shamail kehte hain. ji. jo hadith ki kitaben hain, us mein aik chapter hota hai sh</w:t>
      </w:r>
      <w:r>
        <w:br/>
      </w:r>
      <w:r>
        <w:rPr>
          <w:sz w:val="20"/>
        </w:rPr>
        <w:t>11:20  mail ka. ji. shamail yani jo physical appearance hai, jo characteristics hain Prophet ki, yani woh kaise thay, kaise lagte thay, kya height thi, attributes aur kaisa color tha un ki dadi ka, aur kya khate thay, kab uthte thay, kab na kaise namaz parhte thay, aur sari batain.</w:t>
      </w:r>
      <w:r>
        <w:br/>
      </w:r>
      <w:r>
        <w:rPr>
          <w:sz w:val="20"/>
        </w:rPr>
        <w:t>11:39  to shamail ki kitabon mein hind jo un ke bete thay Abu Hala ke aur Hazrat Khadijah ke, un ka bohat hi achha un ki</w:t>
      </w:r>
      <w:r>
        <w:br/>
      </w:r>
      <w:r>
        <w:rPr>
          <w:sz w:val="20"/>
        </w:rPr>
        <w:t>11:50  riwayat hai. ji. bohat hi, yani bari, bohat hi is se pata chalta hai ke Rasool Allah ki kya cheezen thin is tarah ki.</w:t>
      </w:r>
      <w:r>
        <w:br/>
      </w:r>
      <w:r>
        <w:rPr>
          <w:sz w:val="20"/>
        </w:rPr>
        <w:t>12:00  to yeh jo un ke pehle husband thay, un ki death ho gayi jaldi hi, aur phir aik doosre, un ki shadi dobara hui, aur un ke husband ka naam tha Ateeq ibn Aaid al-</w:t>
      </w:r>
      <w:r>
        <w:br/>
      </w:r>
      <w:r>
        <w:rPr>
          <w:sz w:val="20"/>
        </w:rPr>
        <w:t>12:18  Ghazoomi. Ghuzoom tribe tha aik jo bohat hi powerful and very rich tribe tha Makkah ka, aur is mein kafi mashhoor log paida hue.</w:t>
      </w:r>
      <w:r>
        <w:br/>
      </w:r>
      <w:r>
        <w:rPr>
          <w:sz w:val="20"/>
        </w:rPr>
        <w:t>12:28  Abu Jahl bhi isi tribe ka tha, aur Khalid bin Waleed jo bohat baray Sahabi bane, woh bhi isi tribe ke thay. to un se bhi do bachay hue, aik ka naam tha Hind, halankay woh beti thi, aur doosre bete ka naam tha Abdul Aziz.</w:t>
      </w:r>
      <w:r>
        <w:br/>
      </w:r>
      <w:r>
        <w:rPr>
          <w:sz w:val="20"/>
        </w:rPr>
        <w:t>12:44  ji.</w:t>
      </w:r>
      <w:r>
        <w:br/>
      </w:r>
      <w:r>
        <w:rPr>
          <w:sz w:val="20"/>
        </w:rPr>
        <w:t>12:45  to phir yeh un ki bhi death ho gayi doosre husband ki. okay. aur</w:t>
      </w:r>
      <w:r>
        <w:br/>
      </w:r>
      <w:r>
        <w:rPr>
          <w:sz w:val="20"/>
        </w:rPr>
        <w:t>12:53  chunki jo Hazrat Khadijah R.A. theen, un ke father bhi merchant thay, aur yeh dono husbands bhi merchants thay.</w:t>
      </w:r>
      <w:r>
        <w:br/>
      </w:r>
      <w:r>
        <w:rPr>
          <w:sz w:val="20"/>
        </w:rPr>
        <w:t>13:03  to she inherited wealth of his father and both the husbands. ji.</w:t>
      </w:r>
      <w:r>
        <w:br/>
      </w:r>
      <w:r>
        <w:rPr>
          <w:sz w:val="20"/>
        </w:rPr>
        <w:t>13:08  So she became the most wealthiest lady in Makkah, one of the wealthiest lady in Makkah.</w:t>
      </w:r>
      <w:r>
        <w:br/>
      </w:r>
      <w:r>
        <w:rPr>
          <w:sz w:val="20"/>
        </w:rPr>
        <w:t>13:18  phir unhon ne khud tijarat ka kaam shuru kiya. aur is zamane mein jo tijarat ka tareeqa tha, woh aisa tha ke woh qairwan bheja karte thay log.</w:t>
      </w:r>
      <w:r>
        <w:br/>
      </w:r>
      <w:r>
        <w:rPr>
          <w:sz w:val="20"/>
        </w:rPr>
        <w:t>13:30  ziyadah tar Syria jaya karte thay qairwan. ji. Syria aur Yemen. to un ke bhi qairwan Syria jaya karte thay. j</w:t>
      </w:r>
      <w:r>
        <w:br/>
      </w:r>
      <w:r>
        <w:rPr>
          <w:sz w:val="20"/>
        </w:rPr>
        <w:t>13:37  i. aur is is waqt jo tareeqa tha business ka, us ko kehte thay muzarabat. muzarabat ka matlab hai ke profit sharing.</w:t>
      </w:r>
      <w:r>
        <w:br/>
      </w:r>
      <w:r>
        <w:rPr>
          <w:sz w:val="20"/>
        </w:rPr>
        <w:t>13:50  yani kisi ko hire kiya, us se kaha ke tum hamara qairwan le ke jao, aur wahan jo us ki sale hogi, jo proceeds honge, us ke aik certain percentage ya aik profit hum tumhein den ge.</w:t>
      </w:r>
      <w:r>
        <w:br/>
      </w:r>
      <w:r>
        <w:rPr>
          <w:sz w:val="20"/>
        </w:rPr>
        <w:t>14:02  to is tareeqay se woh bheja karti theen. aur ji,</w:t>
      </w:r>
      <w:r>
        <w:br/>
      </w:r>
      <w:r>
        <w:rPr>
          <w:sz w:val="20"/>
        </w:rPr>
        <w:t>14:05  bohat hi, yani Quraish ke sab se jo baray qairwan hotay thay, woh un ke hi hotay thay. ji. to is tarah se unhon ne bohat hi, yani aik khatoon honay ke bawajood, bohat hi is zamane ke lehaz se unhon ne aik aisa aik misaal qaim ki.</w:t>
      </w:r>
      <w:r>
        <w:br/>
      </w:r>
      <w:r>
        <w:rPr>
          <w:sz w:val="20"/>
        </w:rPr>
        <w:t>14:25  ji. ke khud business sambhala aur bohat hi us ko aagay barhaya, yahan tak ke she became the richest woman of Makkah. ji.</w:t>
      </w:r>
      <w:r>
        <w:br/>
      </w:r>
      <w:r>
        <w:rPr>
          <w:sz w:val="20"/>
        </w:rPr>
        <w:t>14:34  Masha Allah</w:t>
      </w:r>
      <w:r>
        <w:br/>
      </w:r>
      <w:r>
        <w:rPr>
          <w:sz w:val="20"/>
        </w:rPr>
        <w:t>14:35  . Doctor sahib, jaisa aap ne abhi bataya ke tijarat karti thi woh, aur un ka jo qairwan bhi tha, woh bhi Quraish ke jitne qairwan hotay thay, kaha jata tha ke woh sab se bara unhi ka unhi ka hota tha.</w:t>
      </w:r>
      <w:r>
        <w:br/>
      </w:r>
      <w:r>
        <w:rPr>
          <w:sz w:val="20"/>
        </w:rPr>
        <w:t>14:47  ji ji. aur yeh aik bohat achhi aik lesson bhi milta hai ke aksar log yeh bhi kehte hain ke Islam mein position of woman is weak. lekin aap dekhen, yahan pe aap jo bata rahe hain ke she was a business woman and an esteemed business woman.</w:t>
      </w:r>
      <w:r>
        <w:br/>
      </w:r>
      <w:r>
        <w:rPr>
          <w:sz w:val="20"/>
        </w:rPr>
        <w:t>15:02  ji. to yeh aik bohat achha, aik it throws light on the fact that the position of woman in Islam is not a position of weakness but a position of strength.</w:t>
      </w:r>
      <w:r>
        <w:br/>
      </w:r>
      <w:r>
        <w:rPr>
          <w:sz w:val="20"/>
        </w:rPr>
        <w:t>15:13  ji. Doctor sahib, ab jaise woh khud to jati nahi thi qairwan mein, aap ne bataya ke koi agent deput hota tha jo un ke qairwan ko le ke jaya karta tha.</w:t>
      </w:r>
      <w:r>
        <w:br/>
      </w:r>
      <w:r>
        <w:rPr>
          <w:sz w:val="20"/>
        </w:rPr>
        <w:t>15:25  yahan pe ek sawal mein aap se poochna chahunga ke kaise phir Prophet Muhammad se kaise contact hua unka? is ke bare mein aap bataein.</w:t>
      </w:r>
      <w:r>
        <w:br/>
      </w:r>
      <w:r>
        <w:rPr>
          <w:sz w:val="20"/>
        </w:rPr>
        <w:t>15:36  kitabon mein aata hai ke unhein koi qairwan bhejna tha. ji. Syria. to woh talash kar rahi theen koi honest aur trustworthy.</w:t>
      </w:r>
      <w:r>
        <w:br/>
      </w:r>
      <w:r>
        <w:rPr>
          <w:sz w:val="20"/>
        </w:rPr>
        <w:t>15:45  ji. koi aadmi mile taake us ko woh dein apna saman tijarat. to isi dauran un ki behan aai hui thi.</w:t>
      </w:r>
      <w:r>
        <w:br/>
      </w:r>
      <w:r>
        <w:rPr>
          <w:sz w:val="20"/>
        </w:rPr>
        <w:t>15:54  j</w:t>
      </w:r>
      <w:r>
        <w:br/>
      </w:r>
      <w:r>
        <w:rPr>
          <w:sz w:val="20"/>
        </w:rPr>
        <w:t>15:55  i. hala. to unhon ne hala se bhi zikr kiya ke mein ek aadmi ki talash kar rahi hoon jo mera qairwan Syria le jaye.</w:t>
      </w:r>
      <w:r>
        <w:br/>
      </w:r>
      <w:r>
        <w:rPr>
          <w:sz w:val="20"/>
        </w:rPr>
        <w:t>16:06  to hala ne kaha ke tum Prophet se milo sallallahu alaihi wasallam. ji. woh bohat hi acha character hai un ka, bohat hi honest hain.</w:t>
      </w:r>
      <w:r>
        <w:br/>
      </w:r>
      <w:r>
        <w:rPr>
          <w:sz w:val="20"/>
        </w:rPr>
        <w:t>16:15  asal mein Prophet Muhammad sallallahu alaihi wasallam jab barah saal ke thay, terah saal ke thay, to woh Abu Talib ki bakriyan charaya karte thay.</w:t>
      </w:r>
      <w:r>
        <w:br/>
      </w:r>
      <w:r>
        <w:rPr>
          <w:sz w:val="20"/>
        </w:rPr>
        <w:t>16:27  ji. yaani he was a shepherd. to aur balkay hadith mein aata hai ke وَمَا مِنْ نَبِيٍّ إِلَّا وَقَدْ رَآ الْغَنَمُ.</w:t>
      </w:r>
      <w:r>
        <w:br/>
      </w:r>
      <w:r>
        <w:rPr>
          <w:sz w:val="20"/>
        </w:rPr>
        <w:t>16:37  yaani koi peghambar aisa nahi guzra jis ne bheer bakriyan na charai hon. na</w:t>
      </w:r>
      <w:r>
        <w:br/>
      </w:r>
      <w:r>
        <w:rPr>
          <w:sz w:val="20"/>
        </w:rPr>
        <w:t>16:42  charai hon. ji. yeh bhi ek Allah taala ki taraf se planning thi ke jo jis ko peghambar banna tha, us ko, yaani bheer bakriyan charana yeh hai ke insaan nature mein jaye.</w:t>
      </w:r>
      <w:r>
        <w:br/>
      </w:r>
      <w:r>
        <w:rPr>
          <w:sz w:val="20"/>
        </w:rPr>
        <w:t>16:57  ji, yaqeenan. And nature inspires us. to nature mein jaye, ghore o fikr kare, zameen o asman ke bare mein soche, kaun is dunya ka khaliq hai.</w:t>
      </w:r>
      <w:r>
        <w:br/>
      </w:r>
      <w:r>
        <w:rPr>
          <w:sz w:val="20"/>
        </w:rPr>
        <w:t>17:06  to</w:t>
      </w:r>
      <w:r>
        <w:br/>
      </w:r>
      <w:r>
        <w:rPr>
          <w:sz w:val="20"/>
        </w:rPr>
        <w:t>17:08  woh is zamane mein hala ke haan bhi as a shepherd kaam karte thay. ji. to hala un ko janti thi ke yeh bohat hi naik insan hain aur bohat hi hard working hain, and he is a very trustworthy person.</w:t>
      </w:r>
      <w:r>
        <w:br/>
      </w:r>
      <w:r>
        <w:rPr>
          <w:sz w:val="20"/>
        </w:rPr>
        <w:t>17:23  to unhon ne recommend kiya. ji. ke tum Prophet sallallahu alaihi wasallam se milo. to unhon ne kaha acha phir mein kaise miloon? kis se, kis ke paas jaon?</w:t>
      </w:r>
      <w:r>
        <w:br/>
      </w:r>
      <w:r>
        <w:rPr>
          <w:sz w:val="20"/>
        </w:rPr>
        <w:t>17:33  to hala ne kaha hai ke tum Abu Talib ke paas jao.</w:t>
      </w:r>
      <w:r>
        <w:br/>
      </w:r>
      <w:r>
        <w:rPr>
          <w:sz w:val="20"/>
        </w:rPr>
        <w:t>17:36  ji. woh un ke uncle hain, but he is like his father. to phir Hazrat Khadija gayeen Abu Talib ke paas aur bataya ke mujhe zaroorat hai ek shakhs ki, aur mein chahti hoon ke aap ke bhatije ko hire karoon.</w:t>
      </w:r>
      <w:r>
        <w:br/>
      </w:r>
      <w:r>
        <w:rPr>
          <w:sz w:val="20"/>
        </w:rPr>
        <w:t>17:55  ji. to</w:t>
      </w:r>
      <w:r>
        <w:br/>
      </w:r>
      <w:r>
        <w:rPr>
          <w:sz w:val="20"/>
        </w:rPr>
        <w:t>17:56  he was reluctant Abu Talib ko ko zyada shuru mein un ka, yaani shuru mein unhon ne zyada dilchaspi nahi dikhai.</w:t>
      </w:r>
      <w:r>
        <w:br/>
      </w:r>
      <w:r>
        <w:rPr>
          <w:sz w:val="20"/>
        </w:rPr>
        <w:t>18:09  ji. ke Prophet ko qairwan ke zariye bheja jaye, lekin phir bohat israr kiya Hazrat Khadija R.A. ne, to woh tayyar</w:t>
      </w:r>
      <w:r>
        <w:br/>
      </w:r>
      <w:r>
        <w:rPr>
          <w:sz w:val="20"/>
        </w:rPr>
        <w:t>18:18  ho gaye. ji. to is tareeqe se Prophet se contact hua aur Prophet ko hire kar liya.</w:t>
      </w:r>
      <w:r>
        <w:br/>
      </w:r>
      <w:r>
        <w:rPr>
          <w:sz w:val="20"/>
        </w:rPr>
        <w:t>18:26  ji. Hazrat Khadija ne. ji. to doctor sahab, jaise aap ne bataya ke Prophet ke bare mein is time pe kaha jata tha ke As-Sadiq Al-Amin, matlab he was an honest, trustworthy, truthful person.</w:t>
      </w:r>
      <w:r>
        <w:br/>
      </w:r>
      <w:r>
        <w:rPr>
          <w:sz w:val="20"/>
        </w:rPr>
        <w:t>18:41  aur us waqt mere khayal se un ki age twenty five years thi. Yes. jab un ka contact Hazrat Khadij</w:t>
      </w:r>
      <w:r>
        <w:br/>
      </w:r>
      <w:r>
        <w:rPr>
          <w:sz w:val="20"/>
        </w:rPr>
        <w:t>18:48  a se hua. ji. to unhon ne phir un ko opportunity di ke woh Syria jayen. ji.</w:t>
      </w:r>
      <w:r>
        <w:br/>
      </w:r>
      <w:r>
        <w:rPr>
          <w:sz w:val="20"/>
        </w:rPr>
        <w:t>18:56  un ke qairwan ko le kar. ji. aur us time pe doctor sahab, bohat sakht journey rahi hogi kyunke rastay aise nahi hain jaise aaj ki date mein Makkah se Syria ke hain.</w:t>
      </w:r>
      <w:r>
        <w:br/>
      </w:r>
      <w:r>
        <w:rPr>
          <w:sz w:val="20"/>
        </w:rPr>
        <w:t>19:08  bohat sakht garmi aur rasta bhi bohat asan nahi tha. to bohat hi lambi journey tay kar rahi ho</w:t>
      </w:r>
      <w:r>
        <w:br/>
      </w:r>
      <w:r>
        <w:rPr>
          <w:sz w:val="20"/>
        </w:rPr>
        <w:t>19:16  gi unhon ne. to is ke bare mein thora bataen hum sab ko.</w:t>
      </w:r>
      <w:r>
        <w:br/>
      </w:r>
      <w:r>
        <w:rPr>
          <w:sz w:val="20"/>
        </w:rPr>
        <w:t>19:22  jab Prophet barah saal ke thay to Abu Talib bhi tajir thay. ji. woh bhi merchant thay. to woh ja rahe thay apna qafila le ke Syria.</w:t>
      </w:r>
      <w:r>
        <w:br/>
      </w:r>
      <w:r>
        <w:rPr>
          <w:sz w:val="20"/>
        </w:rPr>
        <w:t>19:33  to jab dekha Prophet ne ke Abu Talib uncle ja rahe hain, to unhon ne kaha main bhi chalun ga aap ke sath.</w:t>
      </w:r>
      <w:r>
        <w:br/>
      </w:r>
      <w:r>
        <w:rPr>
          <w:sz w:val="20"/>
        </w:rPr>
        <w:t>19:43  ji. to bohat hi shauq dikhaya, bohat israr kiya.</w:t>
      </w:r>
      <w:r>
        <w:br/>
      </w:r>
      <w:r>
        <w:rPr>
          <w:sz w:val="20"/>
        </w:rPr>
        <w:t>19:46  to Abu Talib tayyar ho gaye. ji. aur le ke gaye. to aik bar Rasool Allah sal Allah aleh wasalam pehle hi, yaani Syria ja chuke thay.</w:t>
      </w:r>
      <w:r>
        <w:br/>
      </w:r>
      <w:r>
        <w:rPr>
          <w:sz w:val="20"/>
        </w:rPr>
        <w:t>19:56  ji. to thora bohat tajurba tha, un ko idea tha ke kaise safar hota hai. lekin is bar ka jo safar tha, yeh thora mukhtalif tha is lihaaz se ke he was in charge of the entire qafila.</w:t>
      </w:r>
      <w:r>
        <w:br/>
      </w:r>
      <w:r>
        <w:rPr>
          <w:sz w:val="20"/>
        </w:rPr>
        <w:t>20:13  ji</w:t>
      </w:r>
      <w:r>
        <w:br/>
      </w:r>
      <w:r>
        <w:rPr>
          <w:sz w:val="20"/>
        </w:rPr>
        <w:t>20:14  . aur sara jo saman hai, woh bohat hi hifazat ke sath le ke jana hai, aur bohat achi tarah se is ko, is ki jo sale karni hai, woh sara intizam karna hai.</w:t>
      </w:r>
      <w:r>
        <w:br/>
      </w:r>
      <w:r>
        <w:rPr>
          <w:sz w:val="20"/>
        </w:rPr>
        <w:t>20:26  ab jo camels hotay thay, un ka bhi khayal karna parta tha. ji. aur lamba rasta hai, agar koi camel man lijiye rastay mein bimar ho jaye ya kuch.</w:t>
      </w:r>
      <w:r>
        <w:br/>
      </w:r>
      <w:r>
        <w:rPr>
          <w:sz w:val="20"/>
        </w:rPr>
        <w:t>20:35  ji. ho jaye is ko, to sara safar hi mushkil mein par jata. to</w:t>
      </w:r>
      <w:r>
        <w:br/>
      </w:r>
      <w:r>
        <w:rPr>
          <w:sz w:val="20"/>
        </w:rPr>
        <w:t>20:41  woh Rasool Allah sal Allah aleh wasalam ne bohat achi planning ki. sara jo saman tha, woh oonton pe lada aur bohat achi tarike se plan kar ke safar shuru kiya.</w:t>
      </w:r>
      <w:r>
        <w:br/>
      </w:r>
      <w:r>
        <w:rPr>
          <w:sz w:val="20"/>
        </w:rPr>
        <w:t>20:55  to Hazrat Khadija R.A. ne Prophet ko aik helper ke tor par, aik un ka sath, aik aik servant tha Khadija R.A. ka, Maysarah is ka naam tha.</w:t>
      </w:r>
      <w:r>
        <w:br/>
      </w:r>
      <w:r>
        <w:rPr>
          <w:sz w:val="20"/>
        </w:rPr>
        <w:t>21:09  ji. to Maysarah ko bhi sath kar diya ke aap is ko rakhiye apne sath, aur aap ki help kare ga rastay mein. to phir yeh aik lamba safar kiya</w:t>
      </w:r>
      <w:r>
        <w:br/>
      </w:r>
      <w:r>
        <w:rPr>
          <w:sz w:val="20"/>
        </w:rPr>
        <w:t>21:20  Prophet sal Allah aleh wasalam ne Makkah se Syria, yaani kafi lamba safar hai, pura jo sehra, desert hai, Makkah se Madinah hotay hue phir north ki taraf, Amman yaani Jordan ki taraf, phir aur Palestine ki taraf.</w:t>
      </w:r>
      <w:r>
        <w:br/>
      </w:r>
      <w:r>
        <w:rPr>
          <w:sz w:val="20"/>
        </w:rPr>
        <w:t>21:37  ji. phir is ko oopar ja ke. to shuru shuru mein to zahir hai bohat hi sakht safar raha hoga. chounkay sehra mein safar bohat mushkil hota hai,</w:t>
      </w:r>
      <w:r>
        <w:br/>
      </w:r>
      <w:r>
        <w:rPr>
          <w:sz w:val="20"/>
        </w:rPr>
        <w:t>21:48  garmi hoti hai, dhoop hoti hai, shade nahi hai, pani nahi hota. lekin phir jab thora north ki taraf barhne lage to phir greenery nazar aayi wahan, aur phir shade bhi ho gaya, barish, pani bhi hai wahan, aur</w:t>
      </w:r>
      <w:r>
        <w:br/>
      </w:r>
      <w:r>
        <w:rPr>
          <w:sz w:val="20"/>
        </w:rPr>
        <w:t>22:08  trees waghera hain. to matlab thora sa behtar ho gaya.</w:t>
      </w:r>
      <w:r>
        <w:br/>
      </w:r>
      <w:r>
        <w:rPr>
          <w:sz w:val="20"/>
        </w:rPr>
        <w:t>22:11  phir yeh aik lamba safar tay karte hue Syria pohanchay, aur</w:t>
      </w:r>
      <w:r>
        <w:br/>
      </w:r>
      <w:r>
        <w:rPr>
          <w:sz w:val="20"/>
        </w:rPr>
        <w:t>22:19  wahan par jo</w:t>
      </w:r>
      <w:r>
        <w:br/>
      </w:r>
      <w:r>
        <w:rPr>
          <w:sz w:val="20"/>
        </w:rPr>
        <w:t>22:25  yaani market tha. ji. is mein ja ke wahan par shuru kiya. ji.</w:t>
      </w:r>
      <w:r>
        <w:br/>
      </w:r>
      <w:r>
        <w:rPr>
          <w:sz w:val="20"/>
        </w:rPr>
        <w:t>22:33  is ka jo kaam tha. ji ji ji. acha Doctor sahib, jaisay aap ne bataya ke barah saal ki umar mein pehle gaye thay woh apne uncle</w:t>
      </w:r>
      <w:r>
        <w:br/>
      </w:r>
      <w:r>
        <w:rPr>
          <w:sz w:val="20"/>
        </w:rPr>
        <w:t>22:41  Abu Talib ke sath. ji. to jab ab aap ki bar woh gaye to un ko shayad market thori different dekhi.</w:t>
      </w:r>
      <w:r>
        <w:br/>
      </w:r>
      <w:r>
        <w:rPr>
          <w:sz w:val="20"/>
        </w:rPr>
        <w:t>22:50  much bigger than what he remembered as a child. ji ji. to phir wahan pe Syrian market mein kya hua, us ke bare mein bhi bataen hum sab ko.</w:t>
      </w:r>
      <w:r>
        <w:br/>
      </w:r>
      <w:r>
        <w:rPr>
          <w:sz w:val="20"/>
        </w:rPr>
        <w:t>22:59  haan, jaisay aap ne kaha ke woh to taqreeban barah terah saal ke baad gaye. ji. dobara to woh market pehle to bohat choti rahi hogi, bohat hi bari market ho gayi</w:t>
      </w:r>
      <w:r>
        <w:br/>
      </w:r>
      <w:r>
        <w:rPr>
          <w:sz w:val="20"/>
        </w:rPr>
        <w:t>23:09  thi. to wahan ja ke unhon ne koi jagah talash ki aur oonton ko utara, aur oonton ko alag jagah kahin bandha, aur Maysarah ki help letay rahe, aur sara jo saman tha, us ko display kiya.</w:t>
      </w:r>
      <w:r>
        <w:br/>
      </w:r>
      <w:r>
        <w:rPr>
          <w:sz w:val="20"/>
        </w:rPr>
        <w:t>23:23  asal mein yeh jo tareeqa tha wahan us zamanay ki tijarat ka, woh yeh hota tha ke samaan jaise Makkah se woh samaan le gaye.</w:t>
      </w:r>
      <w:r>
        <w:br/>
      </w:r>
      <w:r>
        <w:rPr>
          <w:sz w:val="20"/>
        </w:rPr>
        <w:t>23:32  ji. aur wahan ja ke unhon ne is ko sell kar diya. hmm. is ko farokht kar diya.</w:t>
      </w:r>
      <w:r>
        <w:br/>
      </w:r>
      <w:r>
        <w:rPr>
          <w:sz w:val="20"/>
        </w:rPr>
        <w:t>23:40  aur phir wahan se kuch samaan khareed liya, ya woh barter system tha, ya jo us zamanay ke jo sikkay waghera hotay thay, woh sonay chandi ke, chandi ke ziyada tar hotay thay.</w:t>
      </w:r>
      <w:r>
        <w:br/>
      </w:r>
      <w:r>
        <w:rPr>
          <w:sz w:val="20"/>
        </w:rPr>
        <w:t>23:53  to koi currency to waisi thi nahi, to ziyada tar log barter system se samaan le liya karte thay. ji</w:t>
      </w:r>
      <w:r>
        <w:br/>
      </w:r>
      <w:r>
        <w:rPr>
          <w:sz w:val="20"/>
        </w:rPr>
        <w:t>24:00  to Rasool Allah Sal Allah Alayhi Wasallam ne bhi bohat jaldi samaan sara bohat achay price pe bech diya, aur phir wahan jo bhi market thi, woh sara is ka jaiza liya, aur dekha sara samaan jo bhi woh le ja sakte thay.</w:t>
      </w:r>
      <w:r>
        <w:br/>
      </w:r>
      <w:r>
        <w:rPr>
          <w:sz w:val="20"/>
        </w:rPr>
        <w:t>24:15  to woh woh samaan khareeda. asal mein is zamanay mein Syria mein bohat sari country ke samaan atay thay, India se bhi aata tha.</w:t>
      </w:r>
      <w:r>
        <w:br/>
      </w:r>
      <w:r>
        <w:rPr>
          <w:sz w:val="20"/>
        </w:rPr>
        <w:t>24:26  ji. India, China, Uzbekistan, Afghanistan, Tajikistan, yeh sari jo countries hain, Burma, wahan tak se woh aik silk route waghera jo tha, woh aik route tha, us pe qafilay chalte rehte thay.</w:t>
      </w:r>
      <w:r>
        <w:br/>
      </w:r>
      <w:r>
        <w:rPr>
          <w:sz w:val="20"/>
        </w:rPr>
        <w:t>24:39  to wahan se jo bhi bohat acha samaan un ko mila, us zamanay mein jo samaan thay, woh is tarah ke hotay thay jaise dawaiyen hain.</w:t>
      </w:r>
      <w:r>
        <w:br/>
      </w:r>
      <w:r>
        <w:rPr>
          <w:sz w:val="20"/>
        </w:rPr>
        <w:t>24:49  ji. ya kuch herbs hain, ya spices hain, ya gift ke samaan, ivory waghera ke, silver ke, aur kuch kapray, silk, cotton.</w:t>
      </w:r>
      <w:r>
        <w:br/>
      </w:r>
      <w:r>
        <w:rPr>
          <w:sz w:val="20"/>
        </w:rPr>
        <w:t>25:00  to isi tarah ke sab samaan thay. to woh Rasool Allah Sal Allah Alayhi Wasallam ne jo bhi qeemti samaan achay thay, jo woh samajhte thay ke Makkah ke market mein woh farokht ho sakte hain, woh sab khareed liya, aur phir dobara oonton pe sab cheezon ko laad ke wapas safar Makkah ki taraf kiya, aur wahan pohanch kar Makkah seedhay Hazrat Khadija ke ghar gaye, aur sara samaan diya, aur woh cash diya</w:t>
      </w:r>
      <w:r>
        <w:br/>
      </w:r>
      <w:r>
        <w:rPr>
          <w:sz w:val="20"/>
        </w:rPr>
        <w:t>25:26  to Hazrat Khadija ne jab dekha samaan ki quality aur jo cash waghera un ko la ke diya, to woh hairan ho gayeen. ji.</w:t>
      </w:r>
      <w:r>
        <w:br/>
      </w:r>
      <w:r>
        <w:rPr>
          <w:sz w:val="20"/>
        </w:rPr>
        <w:t>25:34  chounkay jo pehlay unhon ne is tarah ke qairwaan bhijwaye thay, us se taqreeban double profit un ko is baar</w:t>
      </w:r>
      <w:r>
        <w:br/>
      </w:r>
      <w:r>
        <w:rPr>
          <w:sz w:val="20"/>
        </w:rPr>
        <w:t>25:44  hua tha. to woh aur un ki jo un ka jo servant tha, Maysarah. ji. jo sath gaya tha, us ne bhi bohat tareef ki Prophet ki, un ke character ki, un ke akhlaq ki, aur jis tarah se unhon ne sari cheezain manage kien.</w:t>
      </w:r>
      <w:r>
        <w:br/>
      </w:r>
      <w:r>
        <w:rPr>
          <w:sz w:val="20"/>
        </w:rPr>
        <w:t>25:57  to is ki wajah se Hazrat Khadija bohat hi admire karne lagin. ji. bohat hi un ke andar, un ke dil mein bohat hi maqam paida ho gaya.</w:t>
      </w:r>
      <w:r>
        <w:br/>
      </w:r>
      <w:r>
        <w:rPr>
          <w:sz w:val="20"/>
        </w:rPr>
        <w:t>26:07  ji. Rasool Allah Sal Allah Alayhi Wasallam ke baray mein. ji ji ji. Doctor sahib, bohat se log comments bhi kar rahay hain.</w:t>
      </w:r>
    </w:p>
    <w:p>
      <w:pPr>
        <w:pStyle w:val="Heading2"/>
      </w:pPr>
      <w:r>
        <w:t>Response of Aisha at Prophet's death</w:t>
      </w:r>
    </w:p>
    <w:p>
      <w:r>
        <w:rPr>
          <w:color w:val="666666"/>
          <w:sz w:val="18"/>
        </w:rPr>
        <w:t>Seerah &amp; Prophet · Revival of Islam March 23, 2014 · 1m 21s · at 57:33 · https://youtu.be/Wc4Vsc4u1JI?t=3453</w:t>
      </w:r>
    </w:p>
    <w:p>
      <w:r>
        <w:rPr>
          <w:i/>
        </w:rPr>
        <w:t>“We have available information about the reaction of the Companions, especially of Umar and Abu Bakr, at the time of the Prophet's death. We know how they handled and normalized the situation. Do we have any information about the response of Aisha when the Prophet took his last breath in her lap?”</w:t>
      </w:r>
    </w:p>
    <w:p>
      <w:r>
        <w:rPr>
          <w:sz w:val="20"/>
        </w:rPr>
        <w:t>57:33  I will share this with my colleagues in the faculty of Siaria. I wish you all the best for promoting peaceful Islam." Maulana, agla sawal Shahnawaz Zafar sahib ka hai, Delhi se.</w:t>
      </w:r>
      <w:r>
        <w:br/>
      </w:r>
      <w:r>
        <w:rPr>
          <w:sz w:val="20"/>
        </w:rPr>
        <w:t>57:47  unhon ne likha hai: "We have available information about the reaction of Sahabas, especially of Hazrat Umar and Hazrat Abu Bakr, at the time of the death of our Prophet.</w:t>
      </w:r>
      <w:r>
        <w:br/>
      </w:r>
      <w:r>
        <w:rPr>
          <w:sz w:val="20"/>
        </w:rPr>
        <w:t>58:01  We know how did they handle and normalize the situation. Do we have any information about the response of Hazrat Aisha when Prophet took his last breath in her lap?</w:t>
      </w:r>
      <w:r>
        <w:br/>
      </w:r>
      <w:r>
        <w:rPr>
          <w:sz w:val="20"/>
        </w:rPr>
        <w:t>58:14  How did she carry on herself with this tragedy? Do we have anything to learn from her in this regard?" is par aap kitaab parhiye.</w:t>
      </w:r>
      <w:r>
        <w:br/>
      </w:r>
      <w:r>
        <w:rPr>
          <w:sz w:val="20"/>
        </w:rPr>
        <w:t>58:26  Maulana Sheikh Sa'ad Nadvi ki jo kitaab hai</w:t>
      </w:r>
      <w:r>
        <w:br/>
      </w:r>
      <w:r>
        <w:rPr>
          <w:sz w:val="20"/>
        </w:rPr>
        <w:t>58:29  Seerat Aisha, aap us ko parhiye. Is mein aap ko inshallah jawab mil jayega aap ka. Maine bhi Hazrat Aisha pe likha hai. Meri jo kitaab hai woh Aurat mein Baar-e-Insaniyat,</w:t>
      </w:r>
      <w:r>
        <w:br/>
      </w:r>
      <w:r>
        <w:rPr>
          <w:sz w:val="20"/>
        </w:rPr>
        <w:t>58:42  to us ko bhi dekhiye aap. Aur Maulana Sheikh Nadvi ki kitaab Seerat Aisha bhi parhiye. Is mein aap ko poora jawab mil jayega.</w:t>
      </w:r>
    </w:p>
    <w:p>
      <w:pPr>
        <w:pStyle w:val="Heading2"/>
      </w:pPr>
      <w:r>
        <w:t>Reviving Sahaba culture of no clapping</w:t>
      </w:r>
    </w:p>
    <w:p>
      <w:r>
        <w:rPr>
          <w:color w:val="666666"/>
          <w:sz w:val="18"/>
        </w:rPr>
        <w:t>Seerah &amp; Prophet · Reason and Faith July 10, 2016 · 2m 26s · at 1:06:55 · https://youtu.be/axR4I5yv29E?t=4015</w:t>
      </w:r>
    </w:p>
    <w:p>
      <w:r>
        <w:rPr>
          <w:i/>
        </w:rPr>
        <w:t>“You mentioned that in Sahaba's time no one used to clap after prophet speech. This is an eye opener. My question is how can we revive this Sahaba culture again in the present time? What will be your guidance to all of us?”</w:t>
      </w:r>
    </w:p>
    <w:p>
      <w:r>
        <w:rPr>
          <w:sz w:val="20"/>
        </w:rPr>
        <w:t>1:06:55  Maulana, agla sawal Lucknow se Afzal sahib ne kiya hai aur unhon ne likha hai Maulana, you mentioned</w:t>
      </w:r>
      <w:r>
        <w:br/>
      </w:r>
      <w:r>
        <w:rPr>
          <w:sz w:val="20"/>
        </w:rPr>
        <w:t>1:07:02  that in Sahaba's time no one used to clap after prophet speech or address.</w:t>
      </w:r>
      <w:r>
        <w:br/>
      </w:r>
      <w:r>
        <w:rPr>
          <w:sz w:val="20"/>
        </w:rPr>
        <w:t>1:07:09  This is really an eye opener to judge the present practices of Muslims. We should be modest and always go into contemplation. My question, Maulana sahib, is that how can we revive this Sahaba culture again in the present time? What will be your guidance to all of us?</w:t>
      </w:r>
      <w:r>
        <w:br/>
      </w:r>
      <w:r>
        <w:rPr>
          <w:sz w:val="20"/>
        </w:rPr>
        <w:t>1:07:30  dekhen, is ko is ko kehte hain ahdas, nai baat nikalna.</w:t>
      </w:r>
      <w:r>
        <w:br/>
      </w:r>
      <w:r>
        <w:rPr>
          <w:sz w:val="20"/>
        </w:rPr>
        <w:t>1:07:36  man ahdatha fi amri hadha fahuwa raddun ye hadith hai man ahdatha fi amri hadha fahuwa raddun hamare</w:t>
      </w:r>
      <w:r>
        <w:br/>
      </w:r>
      <w:r>
        <w:rPr>
          <w:sz w:val="20"/>
        </w:rPr>
        <w:t>1:07:42  deen mein jo shakhs koi nai baat nikale to wo rejected hai.</w:t>
      </w:r>
      <w:r>
        <w:br/>
      </w:r>
      <w:r>
        <w:rPr>
          <w:sz w:val="20"/>
        </w:rPr>
        <w:t>1:07:48  to ye taliyan bajana ye to khula hua bidat hai.</w:t>
      </w:r>
      <w:r>
        <w:br/>
      </w:r>
      <w:r>
        <w:rPr>
          <w:sz w:val="20"/>
        </w:rPr>
        <w:t>1:07:55  yani bidat woh cheez hai jo sahaba ke zamanay mein na rahi ho.</w:t>
      </w:r>
      <w:r>
        <w:br/>
      </w:r>
      <w:r>
        <w:rPr>
          <w:sz w:val="20"/>
        </w:rPr>
        <w:t>1:08:01  ab baat ko pata kijiye to jab rasool Allah ne farma diya ke man ahdasa fi amr hadha</w:t>
      </w:r>
      <w:r>
        <w:br/>
      </w:r>
      <w:r>
        <w:rPr>
          <w:sz w:val="20"/>
        </w:rPr>
        <w:t>1:08:07  ma laisa min farz jo hamare deen mein aisi baat nikale jo rasool aur sahaba rasool ke zamanay</w:t>
      </w:r>
      <w:r>
        <w:br/>
      </w:r>
      <w:r>
        <w:rPr>
          <w:sz w:val="20"/>
        </w:rPr>
        <w:t>1:08:13  mein na rahi ho to radd hai.</w:t>
      </w:r>
      <w:r>
        <w:br/>
      </w:r>
      <w:r>
        <w:rPr>
          <w:sz w:val="20"/>
        </w:rPr>
        <w:t>1:08:20  radd ki jayegi.</w:t>
      </w:r>
      <w:r>
        <w:br/>
      </w:r>
      <w:r>
        <w:rPr>
          <w:sz w:val="20"/>
        </w:rPr>
        <w:t>1:08:26  to bataiye, is is is culture ko mein ke aap fan bane hue hain, khud is ka hissa</w:t>
      </w:r>
      <w:r>
        <w:br/>
      </w:r>
      <w:r>
        <w:rPr>
          <w:sz w:val="20"/>
        </w:rPr>
        <w:t>1:08:32  bane hue hain, yeh to Allah taala ki bohat bara yani risk le rahe hain ke Allah ka</w:t>
      </w:r>
      <w:r>
        <w:br/>
      </w:r>
      <w:r>
        <w:rPr>
          <w:sz w:val="20"/>
        </w:rPr>
        <w:t>1:08:38  ghazab na ho aap ke upar.</w:t>
      </w:r>
      <w:r>
        <w:br/>
      </w:r>
      <w:r>
        <w:rPr>
          <w:sz w:val="20"/>
        </w:rPr>
        <w:t>1:08:45  yani jo cheez rasool Allah ke ke nazdeek bidat hai, us par aap taliyan bajate hain.</w:t>
      </w:r>
      <w:r>
        <w:br/>
      </w:r>
      <w:r>
        <w:rPr>
          <w:sz w:val="20"/>
        </w:rPr>
        <w:t>1:08:51  to hazrat ek sahabi ne kaha tha, woh Saad bin Abdullah ibn Abbas ne ke is tarah ki</w:t>
      </w:r>
      <w:r>
        <w:br/>
      </w:r>
      <w:r>
        <w:rPr>
          <w:sz w:val="20"/>
        </w:rPr>
        <w:t>1:08:57  cheezon ko par unhone kaha tha ke mujhe dar hai ke kahin tumhare upar aasman toot na pade.</w:t>
      </w:r>
      <w:r>
        <w:br/>
      </w:r>
      <w:r>
        <w:rPr>
          <w:sz w:val="20"/>
        </w:rPr>
        <w:t>1:09:03  tabeen ke zamanay mein yeh kaha tha ke is tarah ki cheezon par jo tum khush ho rahe</w:t>
      </w:r>
      <w:r>
        <w:br/>
      </w:r>
      <w:r>
        <w:rPr>
          <w:sz w:val="20"/>
        </w:rPr>
        <w:t>1:09:10  ho, mujhe dar hai ke kahin aasman tumhare upar toot na pade aur tum halak ho jao.</w:t>
      </w:r>
      <w:r>
        <w:br/>
      </w:r>
      <w:r>
        <w:rPr>
          <w:sz w:val="20"/>
        </w:rPr>
        <w:t>1:09:16  to musalmanon ko is ke sath koi choice nahi ke woh reassess karen, reexamine karen, koi doosra choice nahi.</w:t>
      </w:r>
    </w:p>
    <w:p>
      <w:pPr>
        <w:pStyle w:val="Heading2"/>
      </w:pPr>
      <w:r>
        <w:t>Scientific discoveries indicated by prophets</w:t>
      </w:r>
    </w:p>
    <w:p>
      <w:r>
        <w:rPr>
          <w:color w:val="666666"/>
          <w:sz w:val="18"/>
        </w:rPr>
        <w:t>Seerah &amp; Prophet · God in the Age of Science January 08, 2017 · 1m 17s · at 1:14:44 · https://youtu.be/au1bRdQDZ0U?t=4484</w:t>
      </w:r>
    </w:p>
    <w:p>
      <w:r>
        <w:rPr>
          <w:i/>
        </w:rPr>
        <w:t>“Maulana, you said in the talk today that discoveries have been done by scientists today, but in reality they had been indicated by the prophets of earlier times. What is your explanation?”</w:t>
      </w:r>
    </w:p>
    <w:p>
      <w:r>
        <w:rPr>
          <w:sz w:val="20"/>
        </w:rPr>
        <w:t>1:14:44  thinking lane ke liye aap un ko hamari kitabein padhwaiye molana agla sawal ahmad abad se gufran khan</w:t>
      </w:r>
      <w:r>
        <w:br/>
      </w:r>
      <w:r>
        <w:rPr>
          <w:sz w:val="20"/>
        </w:rPr>
        <w:t>1:14:52  نے کیا ہے انہوں نے لکھا ہے مولانا You said in the talk today that discoveries have been</w:t>
      </w:r>
      <w:r>
        <w:br/>
      </w:r>
      <w:r>
        <w:rPr>
          <w:sz w:val="20"/>
        </w:rPr>
        <w:t>1:15:00  done by scientists today but in reality they had been indicated by the prophets of earlier times which</w:t>
      </w:r>
      <w:r>
        <w:br/>
      </w:r>
      <w:r>
        <w:rPr>
          <w:sz w:val="20"/>
        </w:rPr>
        <w:t>1:15:08  They said will unfold in later times. The question is secular world will never acknowledge this. So</w:t>
      </w:r>
      <w:r>
        <w:br/>
      </w:r>
      <w:r>
        <w:rPr>
          <w:sz w:val="20"/>
        </w:rPr>
        <w:t>1:15:15  How can we make them realize that these were signs kept in nature and predicted by prophets too</w:t>
      </w:r>
      <w:r>
        <w:br/>
      </w:r>
      <w:r>
        <w:rPr>
          <w:sz w:val="20"/>
        </w:rPr>
        <w:t>1:15:23  increase the conviction in god phir wo kyun karenge wo to us ka secular benefit le rahe</w:t>
      </w:r>
      <w:r>
        <w:br/>
      </w:r>
      <w:r>
        <w:rPr>
          <w:sz w:val="20"/>
        </w:rPr>
        <w:t>1:15:31  hain wo un ka secular benefit le rahe hain ye to aap ka kaam ka hai ke apne</w:t>
      </w:r>
      <w:r>
        <w:br/>
      </w:r>
      <w:r>
        <w:rPr>
          <w:sz w:val="20"/>
        </w:rPr>
        <w:t>1:15:38  ke liye is ko avail karein un ko un ka ye concern nahi hai ye aap ka concern hai</w:t>
      </w:r>
      <w:r>
        <w:br/>
      </w:r>
      <w:r>
        <w:rPr>
          <w:sz w:val="20"/>
        </w:rPr>
        <w:t>1:15:46  science ka scientific discoveries ka jo secular benefit hai us ko khoob le rahe hain wo to lene</w:t>
      </w:r>
      <w:r>
        <w:br/>
      </w:r>
      <w:r>
        <w:rPr>
          <w:sz w:val="20"/>
        </w:rPr>
        <w:t>1:15:54  dijye in ko ap is ko bator data istemal kijye apne sachai ko establish karne ke liye ye</w:t>
      </w:r>
    </w:p>
    <w:p>
      <w:pPr>
        <w:pStyle w:val="Heading2"/>
      </w:pPr>
      <w:r>
        <w:t>Seeing Prophet in Dream Guarantees Paradise?</w:t>
      </w:r>
    </w:p>
    <w:p>
      <w:r>
        <w:rPr>
          <w:color w:val="666666"/>
          <w:sz w:val="18"/>
        </w:rPr>
        <w:t>Seerah &amp; Prophet · The Road to Paradise December 30, 2012 Maulana Wahiduddin Khan · 1m 58s · at 1:07:22 · https://youtu.be/vUiaPsYF4Tk?t=4042</w:t>
      </w:r>
    </w:p>
    <w:p>
      <w:r>
        <w:rPr>
          <w:i/>
        </w:rPr>
        <w:t>“I have heard that if a person sees the Prophet in a dream, that person is guaranteed paradise. What do you say about this?”</w:t>
      </w:r>
    </w:p>
    <w:p>
      <w:r>
        <w:rPr>
          <w:sz w:val="20"/>
        </w:rPr>
        <w:t>1:07:22  molana, agla sawal delhi se hai, muhammad ans sahib ka. unho ne likha hai: "maine yeh suna hai ke agar koi shakhs khwab mein prophet ko dekh le to wo shakhs jannati hai.</w:t>
      </w:r>
      <w:r>
        <w:br/>
      </w:r>
      <w:r>
        <w:rPr>
          <w:sz w:val="20"/>
        </w:rPr>
        <w:t>1:07:37  molana sahib, is ke bare mein aap kya kahenge?" dekhen, yeh log mashhoor hain, is ke bhi koi asal nahi hai.</w:t>
      </w:r>
      <w:r>
        <w:br/>
      </w:r>
      <w:r>
        <w:rPr>
          <w:sz w:val="20"/>
        </w:rPr>
        <w:t>1:07:46  sawal yeh hai ke aap ne dekha prophet ko to kaise? aap ne kya? aap ke pas koi wo hai, yani rasool allah ke bare mein koi alag se kaise janenge?</w:t>
      </w:r>
      <w:r>
        <w:br/>
      </w:r>
      <w:r>
        <w:rPr>
          <w:sz w:val="20"/>
        </w:rPr>
        <w:t>1:07:58  aap ne rasool allah ko dekha kaise janenge? aap</w:t>
      </w:r>
      <w:r>
        <w:br/>
      </w:r>
      <w:r>
        <w:rPr>
          <w:sz w:val="20"/>
        </w:rPr>
        <w:t>1:08:02  , yani khwab mein jo dekha aap ne, to wo aap ne samajh len ke main rasool allah ko dekh raha hoon. to yeh aap ka hadith, wo aap ki apni hadith sunnat, jo kaha gaya hadith mein, apni soch ho sakti hai ya shaitan bhi dikha sakta hai.</w:t>
      </w:r>
      <w:r>
        <w:br/>
      </w:r>
      <w:r>
        <w:rPr>
          <w:sz w:val="20"/>
        </w:rPr>
        <w:t>1:08:19  yeh, yeh jo hadith hai, wo is daur ke bare mein jab aise log maujood the jinho ne rasool allah ko dekha tha, wo apne dekhne ko tele kar sakte the rasool allah ke.</w:t>
      </w:r>
      <w:r>
        <w:br/>
      </w:r>
      <w:r>
        <w:rPr>
          <w:sz w:val="20"/>
        </w:rPr>
        <w:t>1:08:31  dekh, jo dekha tha unho ne</w:t>
      </w:r>
      <w:r>
        <w:br/>
      </w:r>
      <w:r>
        <w:rPr>
          <w:sz w:val="20"/>
        </w:rPr>
        <w:t>1:08:33  , hum ne dekha hi nahi. humein kya pata hai ke rasool allah ki surat kaisi hai? to humein kaise pata hai ke jo hum ne dekha hai, wahi rasool allah wasi the? yeh bilkul ek is hadith ka galat istemal hai.</w:t>
      </w:r>
      <w:r>
        <w:br/>
      </w:r>
      <w:r>
        <w:rPr>
          <w:sz w:val="20"/>
        </w:rPr>
        <w:t>1:08:45  wo hadith jo hai, wo sirf un logon ke liye hai jinho ne rasool allah ko direct dekha tha. wo jante the ke rasool allah ki surat kaisi hai. tab agar wo dekhen aur wo tele kar rahi ho is surat se, to wo keh sakte hain.</w:t>
      </w:r>
      <w:r>
        <w:br/>
      </w:r>
      <w:r>
        <w:rPr>
          <w:sz w:val="20"/>
        </w:rPr>
        <w:t>1:08:59  aaj kal jo jo log dekha karte hain, yeh sab bilkul khud sakhta baaten hain. aaj kal ke dekhne ka koi aitbar nahi, is ka koi taluq is hadith se nahi hai.</w:t>
      </w:r>
      <w:r>
        <w:br/>
      </w:r>
      <w:r>
        <w:rPr>
          <w:sz w:val="20"/>
        </w:rPr>
        <w:t>1:09:11  kaise confirm karen ke aap jab jante hi nahin ke rasool Allah ki surat kaisi thi? koi photo to maujood nahin hai rasool Allah ka.</w:t>
      </w:r>
    </w:p>
    <w:p>
      <w:pPr>
        <w:pStyle w:val="Heading2"/>
      </w:pPr>
      <w:r>
        <w:t>Sensitivity of blasphemy issue</w:t>
      </w:r>
    </w:p>
    <w:p>
      <w:r>
        <w:rPr>
          <w:color w:val="666666"/>
          <w:sz w:val="18"/>
        </w:rPr>
        <w:t>Seerah &amp; Prophet · The Issue of Shatm-e-Rasool (Abuse of the Prophet) December 19, 2021 Prof. Farida Khanam · 1m 53s · at 30:53 · https://youtu.be/ExQS_PHirUc?t=1853</w:t>
      </w:r>
    </w:p>
    <w:p>
      <w:r>
        <w:rPr>
          <w:i/>
        </w:rPr>
        <w:t>“Why is the issue of blasphemy against the Prophet so sensitive for Muslims? What is the reason? Please explain.”</w:t>
      </w:r>
    </w:p>
    <w:p>
      <w:r>
        <w:rPr>
          <w:sz w:val="20"/>
        </w:rPr>
        <w:t>30:53  aah, apa aap kuch sawal lena chahunga. yeh sawal bheja hai miss aisha ne meerut se, aur unhon ne aap se poocha hai ke yeh shatme rasool ka masla itna sensitive kyun hai musalmanon ke liye?</w:t>
      </w:r>
      <w:r>
        <w:br/>
      </w:r>
      <w:r>
        <w:rPr>
          <w:sz w:val="20"/>
        </w:rPr>
        <w:t>31:08  iski kya wajah hai? is is ko batayen.</w:t>
      </w:r>
      <w:r>
        <w:br/>
      </w:r>
      <w:r>
        <w:rPr>
          <w:sz w:val="20"/>
        </w:rPr>
        <w:t>31:11  shatme rasool ke masle par hum ko janna chahiye ke rasool allah salallahu alaihi wasallam ka tareeqa kya tha, aur aaj hum jo kar rahe hain woh kya tareeqa hai.</w:t>
      </w:r>
      <w:r>
        <w:br/>
      </w:r>
      <w:r>
        <w:rPr>
          <w:sz w:val="20"/>
        </w:rPr>
        <w:t>31:20  asal masla yeh hai ke hum rasool allah salallahu alaihi wasallam ke baray mein ghulu mein par chukay hain, extremism mein. rasool allah salallahu alaihi wasallam ki ek hadith aati hai ke: "la tatrooni kama atrat an nasara isa ibn maryam, fa innama ana abdun qoolu abdallahi wa rasooli".</w:t>
      </w:r>
      <w:r>
        <w:br/>
      </w:r>
      <w:r>
        <w:rPr>
          <w:sz w:val="20"/>
        </w:rPr>
        <w:t>31:36  ke mujhe itna na uthao jaisa ke isa ibn maryam ko nasara ne uthaya tha. matlab kya hai? ke hum ko woh maqam na do jo insaniyat ke oper ka maqam hai.</w:t>
      </w:r>
      <w:r>
        <w:br/>
      </w:r>
      <w:r>
        <w:rPr>
          <w:sz w:val="20"/>
        </w:rPr>
        <w:t>31:48  ab quran padhein, agar hum to quran mein shuru mein rasool allah salallahu alaihi wasallam ko kaha keh diya gaya tha: "asbir ala ma yaquloon".</w:t>
      </w:r>
      <w:r>
        <w:br/>
      </w:r>
      <w:r>
        <w:rPr>
          <w:sz w:val="20"/>
        </w:rPr>
        <w:t>32:05  ke woh log jo kuch kar rahe hain, keh rahe hain, is par tum sabr karo aur un ko achay tareeqay se avoid karo.</w:t>
      </w:r>
      <w:r>
        <w:br/>
      </w:r>
      <w:r>
        <w:rPr>
          <w:sz w:val="20"/>
        </w:rPr>
        <w:t>32:16  aaj hum ne kya kar liya hai ke: "aqtil ala ma yaquloon wa la tahjurhum". quran ke agar is ko lein to kya hoga? ke jo kuch woh keh rahe hain, is par un ko qatl karo.</w:t>
      </w:r>
      <w:r>
        <w:br/>
      </w:r>
      <w:r>
        <w:rPr>
          <w:sz w:val="20"/>
        </w:rPr>
        <w:t>32:32  allah ta'ala ne kaha tha rasool allah salallahu alaihi wasallam ko ke sabr karo, aur aaj hum un ko qatl kar rahe hain, aur un ko na chhoden. to yeh case hai ghulu ka. hum ko samajhna chahiye ke hum is qanoon banane ki koshish kar rahe hain ya kuch bhi kar rahe hain, to hum ghulu kar rahe hain,</w:t>
      </w:r>
      <w:r>
        <w:br/>
      </w:r>
      <w:r>
        <w:rPr>
          <w:sz w:val="20"/>
        </w:rPr>
        <w:t>32:35  aur ghulu islam ka tareeqa nahi</w:t>
      </w:r>
    </w:p>
    <w:p>
      <w:pPr>
        <w:pStyle w:val="Heading2"/>
      </w:pPr>
      <w:r>
        <w:t>Significance of honorifics for prophets and companions</w:t>
      </w:r>
    </w:p>
    <w:p>
      <w:r>
        <w:rPr>
          <w:color w:val="666666"/>
          <w:sz w:val="18"/>
        </w:rPr>
        <w:t>Seerah &amp; Prophet · Age Of Consumerism I January 6, 2013 Maulana Wahiduddin Khan · 3m 08s · at 1:08:57 · https://youtu.be/CuRYFl7JuEM?t=4137</w:t>
      </w:r>
    </w:p>
    <w:p>
      <w:r>
        <w:rPr>
          <w:i/>
        </w:rPr>
        <w:t>“What is the religious significance of using honorifics like 'alayhi al-salam' and 'radi Allahu anhu' for prophets and companions? Many people object that you don't use them.”</w:t>
      </w:r>
    </w:p>
    <w:p>
      <w:r>
        <w:rPr>
          <w:sz w:val="20"/>
        </w:rPr>
        <w:t>1:08:57  Maulana, agla sawal bidar karnataka se hai, yunusuddin sahib ka. unhone likha hai: "Maulana, aksar log aap ki tehreer par yeh aitraaz karte hain ke aap anbiya aur sahaba par</w:t>
      </w:r>
      <w:r>
        <w:br/>
      </w:r>
      <w:r>
        <w:rPr>
          <w:sz w:val="20"/>
        </w:rPr>
        <w:t>1:09:15  alaihis salam ya rzi Allahu anhu nahi lagate.". Maulana, mera sawal yeh hai ke un ki deeni aitbaar se kya ahmiyat hai ya nahi hai?</w:t>
      </w:r>
      <w:r>
        <w:br/>
      </w:r>
      <w:r>
        <w:rPr>
          <w:sz w:val="20"/>
        </w:rPr>
        <w:t>1:09:25  kuch bhi nahi hai. aap sahaba ki jo kitabein hain, us ko padhiye.</w:t>
      </w:r>
      <w:r>
        <w:br/>
      </w:r>
      <w:r>
        <w:rPr>
          <w:sz w:val="20"/>
        </w:rPr>
        <w:t>1:09:32  yeh sab jhoote aitraazaat hain, jhoote, jhoote se kam bewafz nahi hai. sahaba ke bare mein bahut si kitabein maujood hain, un ko padhiye.</w:t>
      </w:r>
      <w:r>
        <w:br/>
      </w:r>
      <w:r>
        <w:rPr>
          <w:sz w:val="20"/>
        </w:rPr>
        <w:t>1:09:43  aap is qism ka aaj kal masnooi culture bana hua hai, aaj kal masnooi culture, banawati culture. aage peeche lagayenge alqab, woh aisa nahi kehte the.</w:t>
      </w:r>
      <w:r>
        <w:br/>
      </w:r>
      <w:r>
        <w:rPr>
          <w:sz w:val="20"/>
        </w:rPr>
        <w:t>1:09:56  misalan, mein aap ko ek waqia bataoon: rasool Allah salallahu alaihi wasallam ki wafat hui, yaani poora mission poora kar ke aap ki wafat hui, aap ki madine mein.</w:t>
      </w:r>
      <w:r>
        <w:br/>
      </w:r>
      <w:r>
        <w:rPr>
          <w:sz w:val="20"/>
        </w:rPr>
        <w:t>1:10:07  to uss waqt wahan par kai log aise the jin ko ke bahut pareshani hui ke rasool Allah nahi rahe dunya mein, ab kya hoga?</w:t>
      </w:r>
      <w:r>
        <w:br/>
      </w:r>
      <w:r>
        <w:rPr>
          <w:sz w:val="20"/>
        </w:rPr>
        <w:t>1:10:15  bahut pareshan the. to jo sab se zyada senior, most aadmi the, woh the abubakar siddiq. woh aaye, woh uss waqt madine se bahar the.</w:t>
      </w:r>
      <w:r>
        <w:br/>
      </w:r>
      <w:r>
        <w:rPr>
          <w:sz w:val="20"/>
        </w:rPr>
        <w:t>1:10:27  jab khabar suni to aaye to rasool Allah ki</w:t>
      </w:r>
      <w:r>
        <w:br/>
      </w:r>
      <w:r>
        <w:rPr>
          <w:sz w:val="20"/>
        </w:rPr>
        <w:t>1:10:31  jo yaani jism tha, jo body tha aap ka, us par chadar logon ne phaila diya tha. to unhone chadar uthai, aap ke chehre ko dekha aur kaha:</w:t>
      </w:r>
      <w:r>
        <w:br/>
      </w:r>
      <w:r>
        <w:rPr>
          <w:sz w:val="20"/>
        </w:rPr>
        <w:t>1:10:45  "man kaan ya Muhammad faan Muhammad qadmat,</w:t>
      </w:r>
      <w:r>
        <w:br/>
      </w:r>
      <w:r>
        <w:rPr>
          <w:sz w:val="20"/>
        </w:rPr>
        <w:t>1:10:49  wa man kaana ya abdullah fa inna allah hayy la yubd" ye nahi ke muhammad ke saath aage peeche bohat se lafz lagaye, woh bas saada tor par kaha unho ne: "man kaana ya muhammad fa inna muhammad qadamat".</w:t>
      </w:r>
      <w:r>
        <w:br/>
      </w:r>
      <w:r>
        <w:rPr>
          <w:sz w:val="20"/>
        </w:rPr>
        <w:t>1:11:06  wahan aate the log, ya muhammad, ye sab bolte the. dekhiye, islam jo hai,</w:t>
      </w:r>
      <w:r>
        <w:br/>
      </w:r>
      <w:r>
        <w:rPr>
          <w:sz w:val="20"/>
        </w:rPr>
        <w:t>1:11:11  nature par base karta hai. ye banawati culture jo bataiye, zawal ke daur, ye ye musalman is zamane mein zawal ke daur mein hai, zawal girawat ke daur mein hai.</w:t>
      </w:r>
      <w:r>
        <w:br/>
      </w:r>
      <w:r>
        <w:rPr>
          <w:sz w:val="20"/>
        </w:rPr>
        <w:t>1:11:21  tab ye sab banawati baatein bohat badh gayi hain. jab ummat zinda thi,</w:t>
      </w:r>
      <w:r>
        <w:br/>
      </w:r>
      <w:r>
        <w:rPr>
          <w:sz w:val="20"/>
        </w:rPr>
        <w:t>1:11:28  tab ye sab culture hi chalta tha, banawati culture. toh main ye kahunga ke aaj kal ki jo zawal yafata log hain, unko le kar mat rai qaim kijiye, aap sahaba ko le kar rai qaim kijiye.</w:t>
      </w:r>
      <w:r>
        <w:br/>
      </w:r>
      <w:r>
        <w:rPr>
          <w:sz w:val="20"/>
        </w:rPr>
        <w:t>1:11:42  sahaba ki zuban kya hoti thi?</w:t>
      </w:r>
      <w:r>
        <w:br/>
      </w:r>
      <w:r>
        <w:rPr>
          <w:sz w:val="20"/>
        </w:rPr>
        <w:t>1:11:48  aap sahaba ke bare mein kitabein padhiye, is mein aap khud hi jawab pa lenge ke wahan ye sab banawati zuban chalti nahi thi. wahan par toh main toh sahaba ke ke ko model samajhta hoon, aaj kal logon ko model nahi samajhta.</w:t>
      </w:r>
      <w:r>
        <w:br/>
      </w:r>
      <w:r>
        <w:rPr>
          <w:sz w:val="20"/>
        </w:rPr>
        <w:t>1:12:02  main aaj kal ke log kya karte hain, woh mere model nahi hain. mere liye</w:t>
      </w:r>
    </w:p>
    <w:p>
      <w:pPr>
        <w:pStyle w:val="Heading2"/>
      </w:pPr>
      <w:r>
        <w:t>Teaching Based on Prophet's System</w:t>
      </w:r>
    </w:p>
    <w:p>
      <w:r>
        <w:rPr>
          <w:color w:val="666666"/>
          <w:sz w:val="18"/>
        </w:rPr>
        <w:t>Seerah &amp; Prophet · Islah e Ummat August 10, 2014 · 1m 04s · at 58:58 · https://youtu.be/a7ohKq4Xf0Y?t=3538</w:t>
      </w:r>
    </w:p>
    <w:p>
      <w:r>
        <w:rPr>
          <w:i/>
        </w:rPr>
        <w:t>“No doubt your teaching is based on Nizam Mustafa.”</w:t>
      </w:r>
    </w:p>
    <w:p>
      <w:r>
        <w:rPr>
          <w:sz w:val="20"/>
        </w:rPr>
        <w:t>58:58  maulana agla sawal delhi se hai</w:t>
      </w:r>
      <w:r>
        <w:br/>
      </w:r>
      <w:r>
        <w:rPr>
          <w:sz w:val="20"/>
        </w:rPr>
        <w:t>59:02  aa shahab haider sahib ka hai unhon ne bheja hai</w:t>
      </w:r>
      <w:r>
        <w:br/>
      </w:r>
      <w:r>
        <w:rPr>
          <w:sz w:val="20"/>
        </w:rPr>
        <w:t>59:07  No doubt your teaching is based on Nizam-e-Mustafa.</w:t>
      </w:r>
      <w:r>
        <w:br/>
      </w:r>
      <w:r>
        <w:rPr>
          <w:sz w:val="20"/>
        </w:rPr>
        <w:t>59:11  i appreciate you but i want to know to increase my knowledge is there any islamic weapon akhlaqi hathyar to counter the dangers and threats for true muslims</w:t>
      </w:r>
      <w:r>
        <w:br/>
      </w:r>
      <w:r>
        <w:rPr>
          <w:sz w:val="20"/>
        </w:rPr>
        <w:t>59:27  yeh nizam e mustafa concept mera mera hai nahi yeh mera concept nahi hai yeh toh mein is ko</w:t>
      </w:r>
      <w:r>
        <w:br/>
      </w:r>
      <w:r>
        <w:rPr>
          <w:sz w:val="20"/>
        </w:rPr>
        <w:t>59:33  bidat samajhta hoon rasool Allah ne sahaba ne tabeen ne yeh Allah ne istemal nahi kiya nizam e mustafa</w:t>
      </w:r>
      <w:r>
        <w:br/>
      </w:r>
      <w:r>
        <w:rPr>
          <w:sz w:val="20"/>
        </w:rPr>
        <w:t>59:40  yeh toh aaj kal banaya gaya hai toh mein toh is term ko aik mubtadana term samajhta hoon</w:t>
      </w:r>
      <w:r>
        <w:br/>
      </w:r>
      <w:r>
        <w:rPr>
          <w:sz w:val="20"/>
        </w:rPr>
        <w:t>59:47  bidat samajhta hoon baqi jo baat hai woh aap mutala kijiye</w:t>
      </w:r>
      <w:r>
        <w:br/>
      </w:r>
      <w:r>
        <w:rPr>
          <w:sz w:val="20"/>
        </w:rPr>
        <w:t>59:53  aap study kijiye is se baat clear ho jaye gi</w:t>
      </w:r>
    </w:p>
    <w:p>
      <w:pPr>
        <w:pStyle w:val="Heading2"/>
      </w:pPr>
      <w:r>
        <w:t>Truth of Satanic Verses</w:t>
      </w:r>
    </w:p>
    <w:p>
      <w:r>
        <w:rPr>
          <w:color w:val="666666"/>
          <w:sz w:val="18"/>
        </w:rPr>
        <w:t>Seerah &amp; Prophet · Don't Be Angry Culture January 15, 2012 · 2m 28s · at 1:02:24 · https://youtu.be/NrA3X8y_FLY?t=3744</w:t>
      </w:r>
    </w:p>
    <w:p>
      <w:r>
        <w:rPr>
          <w:i/>
        </w:rPr>
        <w:t>“What is the actual truth of the so-called Satanic verses? Do they have any place in the history of Islam? What has remained of their place in the history of Islam?”</w:t>
      </w:r>
    </w:p>
    <w:p>
      <w:r>
        <w:rPr>
          <w:sz w:val="20"/>
        </w:rPr>
        <w:t>1:02:24  Jab tashaddud karte hain aap to maqsad to hasil nahi hota aur bahut si baatein bigad jati hain. Maulana, agla sawal Canada se Mr. Abu Hassan ne likha hai: What is the actual truth of so-called Satnic verses?</w:t>
      </w:r>
      <w:r>
        <w:br/>
      </w:r>
      <w:r>
        <w:rPr>
          <w:sz w:val="20"/>
        </w:rPr>
        <w:t>1:02:42  Do they have any place in the history of Islam? Islam ki tareekh mein in ka kya maqam reh gaya? Yeh to kuch bhi nahi, Nothing hai.</w:t>
      </w:r>
      <w:r>
        <w:br/>
      </w:r>
      <w:r>
        <w:rPr>
          <w:sz w:val="20"/>
        </w:rPr>
        <w:t>1:02:53  Islam ki tareekh mein is ka maqam ka koi matlab hi nahi. Baqi woh kitab jo hai,</w:t>
      </w:r>
      <w:r>
        <w:br/>
      </w:r>
      <w:r>
        <w:rPr>
          <w:sz w:val="20"/>
        </w:rPr>
        <w:t>1:03:03  Yaani bilkul hi is ki koi qeemat nahi is kitab ki.</w:t>
      </w:r>
      <w:r>
        <w:br/>
      </w:r>
      <w:r>
        <w:rPr>
          <w:sz w:val="20"/>
        </w:rPr>
        <w:t>1:03:11  Yahan tak ke Khushwant Singh, jo jo publisher ka yeh Tutorial Board hai, is mein Khushwant Singh, unhon ne kaha tha ke woh kitab jab mere paas aayi,</w:t>
      </w:r>
      <w:r>
        <w:br/>
      </w:r>
      <w:r>
        <w:rPr>
          <w:sz w:val="20"/>
        </w:rPr>
        <w:t>1:03:27  parhne ke liye dete hain Editors ko, to main samjha ke ke yeh plot is ka itna raddi plot hai, itna yaani is ka novel ka jo plot hota hai ke yeh to flop ho jayegi, chalne wali nahi hai.</w:t>
      </w:r>
      <w:r>
        <w:br/>
      </w:r>
      <w:r>
        <w:rPr>
          <w:sz w:val="20"/>
        </w:rPr>
        <w:t>1:03:40  Lekin Musalmanon ne jab shor o ghul kiya to woh khoob dhoom se bikne lagi, Super Seller ban gayi. To</w:t>
      </w:r>
      <w:r>
        <w:br/>
      </w:r>
      <w:r>
        <w:rPr>
          <w:sz w:val="20"/>
        </w:rPr>
        <w:t>1:03:47  kuch bhi nahi is mein, ek yani behooda zaban kaheen kaheen istemal ki gayi hai, woh sirf islami ke nahi, doosron ke liye bhi istemal ki gayi hai. koi Value is ki nahi, yani Literary Value kuch bhi nahi hai is ki.</w:t>
      </w:r>
      <w:r>
        <w:br/>
      </w:r>
      <w:r>
        <w:rPr>
          <w:sz w:val="20"/>
        </w:rPr>
        <w:t>1:04:01  kuch bhi is ki Literary Value nahi hai. lekin shor o ghul jo kiya gaya is ke khilaf, to is ki wajah se woh bikne lagi. to beharhal mein samajhta hoon ke musalmanon ko ek sabak lena chahiye</w:t>
      </w:r>
      <w:r>
        <w:br/>
      </w:r>
      <w:r>
        <w:rPr>
          <w:sz w:val="20"/>
        </w:rPr>
        <w:t>1:04:14  ke ek be qeemat cheez bhi is ke khilaf shor o ghul kiya jaye to yeh media ka zamana hai. media mein aati hain baatein aur woh is ko log samajhte hain ke acha kiya kiya cheezein parhna chahiye is ko le kar ke log khareedne lage is ko.</w:t>
      </w:r>
      <w:r>
        <w:br/>
      </w:r>
      <w:r>
        <w:rPr>
          <w:sz w:val="20"/>
        </w:rPr>
        <w:t>1:04:30  to Satnic Verses jo hai, woh is ki koi na to Literary Value hai, na koi Historical Value hai, na koi Rational Value hai.</w:t>
      </w:r>
      <w:r>
        <w:br/>
      </w:r>
      <w:r>
        <w:rPr>
          <w:sz w:val="20"/>
        </w:rPr>
        <w:t>1:04:42  sirf musalmanon ke shor o ghul se is ko ek ahmiyat mil gayi media ke Through, yeh mein kahunga.</w:t>
      </w:r>
    </w:p>
    <w:p>
      <w:pPr>
        <w:pStyle w:val="Heading2"/>
      </w:pPr>
      <w:r>
        <w:t>Umm Milhan's role in early Islam</w:t>
      </w:r>
    </w:p>
    <w:p>
      <w:r>
        <w:rPr>
          <w:color w:val="666666"/>
          <w:sz w:val="18"/>
        </w:rPr>
        <w:t>Seerah &amp; Prophet · Importance of Travel in Religion July 28, 2024 · 28m 23s · at 47:13 · https://youtu.be/a5tfBcUSYXc?t=2833</w:t>
      </w:r>
    </w:p>
    <w:p>
      <w:r>
        <w:rPr>
          <w:i/>
        </w:rPr>
        <w:t>“Please tell us about the life of Umm Milhan, a female companion who played a significant role in early Islam.”</w:t>
      </w:r>
    </w:p>
    <w:p>
      <w:r>
        <w:rPr>
          <w:sz w:val="20"/>
        </w:rPr>
        <w:t>47:13  Apa agla sawal Umm-e-Milhan ki zindagi se hai. And this also exemplifies that women also participated in the early period of Islam.</w:t>
      </w:r>
      <w:r>
        <w:br/>
      </w:r>
      <w:r>
        <w:rPr>
          <w:sz w:val="20"/>
        </w:rPr>
        <w:t>47:25  lot of people say that islam mein women ko zyada priority nahi di jati, but hum jab hum dekhte hain early period se to hum dekhte hain ke they also played significant role.</w:t>
      </w:r>
      <w:r>
        <w:br/>
      </w:r>
      <w:r>
        <w:rPr>
          <w:sz w:val="20"/>
        </w:rPr>
        <w:t>47:36  and one of the companion was um malhan. to unke bare mein bhi apa thora sa bataein humein.</w:t>
      </w:r>
      <w:r>
        <w:br/>
      </w:r>
      <w:r>
        <w:rPr>
          <w:sz w:val="20"/>
        </w:rPr>
        <w:t>47:43  dekhiye, islam mein auraton ko poori azadi hai. baad mein jo convert culture tha iran ka, wahan to kai tarah tarah ke mazahib the.</w:t>
      </w:r>
      <w:r>
        <w:br/>
      </w:r>
      <w:r>
        <w:rPr>
          <w:sz w:val="20"/>
        </w:rPr>
        <w:t>47:54  convert culture tha iran ka aur doosre mulkon ka. is ko musalmanon ne islamize kar liya. islam mein poori azadi thi.</w:t>
      </w:r>
      <w:r>
        <w:br/>
      </w:r>
      <w:r>
        <w:rPr>
          <w:sz w:val="20"/>
        </w:rPr>
        <w:t>48:03  auratein masjid mein jati thin, auratein aap ka sermon attend karti thin, auratein battle field mein jati thin, auratein bahar ka kaam karti thin.</w:t>
      </w:r>
      <w:r>
        <w:br/>
      </w:r>
      <w:r>
        <w:rPr>
          <w:sz w:val="20"/>
        </w:rPr>
        <w:t>48:12  yeh tha islam. ab jo hum islam pe chal rahe hain, woh islam nahi hai. woh ghair islam ko islamize kar liya gaya hai.</w:t>
      </w:r>
      <w:r>
        <w:br/>
      </w:r>
      <w:r>
        <w:rPr>
          <w:sz w:val="20"/>
        </w:rPr>
        <w:t>48:21  ji to ab dekhiye ke um haram bint malhan, yeh انس ابن مالک ki khala theen aur عبادہ ابن ثامت ansari ki ahliya theen.</w:t>
      </w:r>
      <w:r>
        <w:br/>
      </w:r>
      <w:r>
        <w:rPr>
          <w:sz w:val="20"/>
        </w:rPr>
        <w:t>48:32  to rasool Allah sal Allah alayhi wasallam ek bar un ke ghar gaye, aisi un ko neend aa gayi. to neend se uthe to muskuraye.</w:t>
      </w:r>
      <w:r>
        <w:br/>
      </w:r>
      <w:r>
        <w:rPr>
          <w:sz w:val="20"/>
        </w:rPr>
        <w:t>48:40  to unhon ne poocha gaya, aap kyun muskuraye hain? to unhon ne kaha ke khwab mein mujhe meri ummat ke kuch log dikhaye gaye. to is mein woh takht nasheen badshahon ki manind the,</w:t>
      </w:r>
      <w:r>
        <w:br/>
      </w:r>
      <w:r>
        <w:rPr>
          <w:sz w:val="20"/>
        </w:rPr>
        <w:t>48:53  kal maluk al-asra, matlab takht nasheen badshahon ki manind. to woh mediterranean ka safar karein ge.</w:t>
      </w:r>
      <w:r>
        <w:br/>
      </w:r>
      <w:r>
        <w:rPr>
          <w:sz w:val="20"/>
        </w:rPr>
        <w:t>49:03  mat</w:t>
      </w:r>
      <w:r>
        <w:br/>
      </w:r>
      <w:r>
        <w:rPr>
          <w:sz w:val="20"/>
        </w:rPr>
        <w:t>49:04  lub yeh Allah taala ne peshgi dikha diya ke ek aisa zamana aye ga jab log jahazon par sawari karein ge. ab jahaz ki first class to mein to itne zyada sahulatein hoti hain ke aap woh badshahon hi ki tarah hoti hain.</w:t>
      </w:r>
      <w:r>
        <w:br/>
      </w:r>
      <w:r>
        <w:rPr>
          <w:sz w:val="20"/>
        </w:rPr>
        <w:t>49:18  woh to um haram ne kaha ke aap dua kijiye ke mein bhi in logon mein shamil hon. to to aap ne dobara, aap ko neend aa gayi, dobara aap ne dekha</w:t>
      </w:r>
      <w:r>
        <w:br/>
      </w:r>
      <w:r>
        <w:rPr>
          <w:sz w:val="20"/>
        </w:rPr>
        <w:t>49:31  to aap ne kaha ke tum pehle giroh mein shamil ho, doosre giroh mein nahi ho. yani doosra giroh jo tha, woh baad mein aanay walay zamane ke daaiyon ke bare mein tha.</w:t>
      </w:r>
      <w:r>
        <w:br/>
      </w:r>
      <w:r>
        <w:rPr>
          <w:sz w:val="20"/>
        </w:rPr>
        <w:t>49:44  to woh Hazrat Usman ki khilafat ke zamane mein, Hazrat Ameer Muawiya ne ek daawa safar kiya tha jo asal mein har kitab mein bas ghazwa ghazwa rahe ga.</w:t>
      </w:r>
      <w:r>
        <w:br/>
      </w:r>
      <w:r>
        <w:rPr>
          <w:sz w:val="20"/>
        </w:rPr>
        <w:t>49:56  ab woh ghazwa aise thori hota hai.</w:t>
      </w:r>
      <w:r>
        <w:br/>
      </w:r>
      <w:r>
        <w:rPr>
          <w:sz w:val="20"/>
        </w:rPr>
        <w:t>49:58  ghazwa mein to baqayda jang ke mutabiq saaz o saman le ke chalna parta hai. woh log jatay thay daawa expedition madu se milne ke liye, baton ko apni pohnchanay ke liye.</w:t>
      </w:r>
      <w:r>
        <w:br/>
      </w:r>
      <w:r>
        <w:rPr>
          <w:sz w:val="20"/>
        </w:rPr>
        <w:t>50:10  to is ko log ghazwa keh detay hain, to log samajhte nahi hain aur log samajhte hain woh ghazwa karne hain. ab ghazwa karne um malhan kiya jati hain wahan par?</w:t>
      </w:r>
      <w:r>
        <w:br/>
      </w:r>
      <w:r>
        <w:rPr>
          <w:sz w:val="20"/>
        </w:rPr>
        <w:t>50:18  ji to to phir woh gayeen aur woh halaat kitne sakht hotay thay, khachar aur oont ki sawari.</w:t>
      </w:r>
      <w:r>
        <w:br/>
      </w:r>
      <w:r>
        <w:rPr>
          <w:sz w:val="20"/>
        </w:rPr>
        <w:t>50:26  to woh wahan pohnch to gayeen, wahan par logon se kafi mulaqatein waghera bhi huin, lekin woh ek bar shayad khachar se woh gir parein. girnay ke baad woh bimar ho gayeen.</w:t>
      </w:r>
      <w:r>
        <w:br/>
      </w:r>
      <w:r>
        <w:rPr>
          <w:sz w:val="20"/>
        </w:rPr>
        <w:t>50:36  ab koi medical facilities bhi nahi hoti theen. phir woh un ka وفات ho gayi. lekin chounke wahan kafi log gaye thay, kafi kaam hua hoga, to phir is ke baad jab yeh cyprus ka ek saahli shehar tha jis ko larnaca kehte hain,</w:t>
      </w:r>
      <w:r>
        <w:br/>
      </w:r>
      <w:r>
        <w:rPr>
          <w:sz w:val="20"/>
        </w:rPr>
        <w:t>50:53  to wahan par is ka matlab hai ke kafi log un ke followers banay hon ge jo log gaye thay. to wahan par baqayda un ki qabar hai aur baad mein is qabar ko bohat bara ek bohat bara ek yaadgar un ka bana diya gaya hai jis ko hala sultan bolte hain.</w:t>
      </w:r>
      <w:r>
        <w:br/>
      </w:r>
      <w:r>
        <w:rPr>
          <w:sz w:val="20"/>
        </w:rPr>
        <w:t>51:12  to woh wahan ke log kehte hain nek khatoon ki qabar. Maulana yahan gaye thay, shayad aap bhi gaye thay.</w:t>
      </w:r>
      <w:r>
        <w:br/>
      </w:r>
      <w:r>
        <w:rPr>
          <w:sz w:val="20"/>
        </w:rPr>
        <w:t>51:18  ji ji, aap haan. to woh jo hai wahan par gaye, wahan ab to woh bohat zyada develop kiya. unhon ne ek complex ki shakal bana di hai.</w:t>
      </w:r>
      <w:r>
        <w:br/>
      </w:r>
      <w:r>
        <w:rPr>
          <w:sz w:val="20"/>
        </w:rPr>
        <w:t>51:27  wahan mausoleum hai, cemetery hai, logon ke rehne ke liye quarters hain aur jo log pilgrims hotay hain, wahan baqayda log atay hain.</w:t>
      </w:r>
      <w:r>
        <w:br/>
      </w:r>
      <w:r>
        <w:rPr>
          <w:sz w:val="20"/>
        </w:rPr>
        <w:t>51:36  balkay aapa, woh poora area jo hai, woh jee woh unesco nay adopt karawa hua hai aur unhonay bohat is ko beautiful tareeqay say rakha hua</w:t>
      </w:r>
      <w:r>
        <w:br/>
      </w:r>
      <w:r>
        <w:rPr>
          <w:sz w:val="20"/>
        </w:rPr>
        <w:t>51:47  hua hai. its very clean aur jaisay aap nay bataya kay is pay likha hua hai "grave of a pious woman" and very well maintained mosque hai. to bohat hi bohat hi achay say well maintained hai.</w:t>
      </w:r>
      <w:r>
        <w:br/>
      </w:r>
      <w:r>
        <w:rPr>
          <w:sz w:val="20"/>
        </w:rPr>
        <w:t>51:58  to woh aik to hamari destination ban gayi hai. wahan muslim, ghair muslim sabhi atay hain. wahan par to yeh hai janay say dekhiye kitna ziyada faida hota hai.</w:t>
      </w:r>
      <w:r>
        <w:br/>
      </w:r>
      <w:r>
        <w:rPr>
          <w:sz w:val="20"/>
        </w:rPr>
        <w:t>52:09  to is tareeqay say humain ziyada say ziyada safar karna chahiye aur is daawa consciousness kay sath ta kay hamara apna kaam bhi jis kaam kay liye maqsad kay liye ja rahay hain, woh bhi ho aur isi kay sath Allah ki blessing bhi hasil hon kay hum Allah ka kaam bhi kar rahay hain.</w:t>
      </w:r>
      <w:r>
        <w:br/>
      </w:r>
      <w:r>
        <w:rPr>
          <w:sz w:val="20"/>
        </w:rPr>
        <w:t>52:27  bilkul one man two mission wala. har aadmi ko one man two mission banna hai.</w:t>
      </w:r>
      <w:r>
        <w:br/>
      </w:r>
      <w:r>
        <w:rPr>
          <w:sz w:val="20"/>
        </w:rPr>
        <w:t>52:32  aur aapa, aik cheez yeh bhi hai kay matlab main Maulana Sahib kay sath main nay bohat travel kiya aur cps members bhi travel kartay rahay hain kay Maulana ka focus hamesha jo kay aaj humain aap kay talk say bhi mila, his focus was to gain new experiences.</w:t>
      </w:r>
      <w:r>
        <w:br/>
      </w:r>
      <w:r>
        <w:rPr>
          <w:sz w:val="20"/>
        </w:rPr>
        <w:t>52:48  mujhay yaad hai jab first time travel karna tha, tab humain shayad bhopal ya meerut jana tha. to Maulana nay kaha, "main aik shart pay aap ko lay kar jaon ga kay agar aap ko khana na milay to aap complain nahi karogay.</w:t>
      </w:r>
      <w:r>
        <w:br/>
      </w:r>
      <w:r>
        <w:rPr>
          <w:sz w:val="20"/>
        </w:rPr>
        <w:t>53:02  agar aap ko sonay kay liye bed na milay aur zameen pay bhi sona paray to aap is pay raazi ho." to aur kuch bhi aap complain nahi karogay safar mein.</w:t>
      </w:r>
      <w:r>
        <w:br/>
      </w:r>
      <w:r>
        <w:rPr>
          <w:sz w:val="20"/>
        </w:rPr>
        <w:t>53:11  to unhonay kaha, "agar yeh conditions aap ko agreed hain to main aap ko lay jana chahoon ga." to main nay kaha, "Maulana Sahib, zaroor! i want to learn and experience. aap please meray ko l</w:t>
      </w:r>
      <w:r>
        <w:br/>
      </w:r>
      <w:r>
        <w:rPr>
          <w:sz w:val="20"/>
        </w:rPr>
        <w:t>53:21  ay kar jayen." to aapa, main dekhta tha kay Maulana hamesha har experience ko aur isi liye unhonay itnay safarnamay bhi likhay hain kay kis tareeqay say woh relate kartay thay cheezon ko aur har cheez ko woh God say link kartay thay.</w:t>
      </w:r>
      <w:r>
        <w:br/>
      </w:r>
      <w:r>
        <w:rPr>
          <w:sz w:val="20"/>
        </w:rPr>
        <w:t>53:34  matlab jaisay aik jagah gaye to unhonay Khuda ki greatness ko batatay huay kaha kay "main India mein tha to meray ko uninterrupted oxygen, sun light, water mil raha hai.</w:t>
      </w:r>
      <w:r>
        <w:br/>
      </w:r>
      <w:r>
        <w:rPr>
          <w:sz w:val="20"/>
        </w:rPr>
        <w:t>53:45  main yahan ab usa mein hoon, yahan par bhi uninterrupted oxygen, sun light aur water</w:t>
      </w:r>
      <w:r>
        <w:br/>
      </w:r>
      <w:r>
        <w:rPr>
          <w:sz w:val="20"/>
        </w:rPr>
        <w:t>53:51  hai." to Khuda kitna great hai kay wohi same infrastructure meray ko idhar bhi mil raha hai. phir woh jaisay hotel kay andar enter karaya unhonay to woh automatic doors hotay hain, to woh door khul gaya.</w:t>
      </w:r>
      <w:r>
        <w:br/>
      </w:r>
      <w:r>
        <w:rPr>
          <w:sz w:val="20"/>
        </w:rPr>
        <w:t>54:04  to unhonay is ko aik reference point banaya dua kay liye aur isi liye woh kehtay thay kay "contemplation karo." unhonay kaha kay jis tarah yeh darwaza automatically khul gaya aur main hotel kay andar dakhil ho gaya to unhonay Allah say dua ki kay isi tareeqay say paradise ka gate bhi meray liye khul jaye aur bina kisi pooch taach kay main paradise mein enter kar jaon.</w:t>
      </w:r>
      <w:r>
        <w:br/>
      </w:r>
      <w:r>
        <w:rPr>
          <w:sz w:val="20"/>
        </w:rPr>
        <w:t>54:26  to aapa, yeh bohat important hai kay jab hum travel kartay hain to hamara maqsad kya</w:t>
      </w:r>
      <w:r>
        <w:br/>
      </w:r>
      <w:r>
        <w:rPr>
          <w:sz w:val="20"/>
        </w:rPr>
        <w:t>54:33  hai, hamara hamara jo mental frame hai woh kya hai aur hum kya hasil karna chahtay hain. jaisay starting mein bhi aap nay kaha kay "entertainment, leisure, fun!" agar yeh rahay ga to travel will not be beneficial.</w:t>
      </w:r>
      <w:r>
        <w:br/>
      </w:r>
      <w:r>
        <w:rPr>
          <w:sz w:val="20"/>
        </w:rPr>
        <w:t>54:46  we will just go and come back. but agar hum is ko relate karain gay Khuda kay sign say aur marifat say aur experiences lay kar ayain gay to is mein hamari spiritual development ho gi.</w:t>
      </w:r>
      <w:r>
        <w:br/>
      </w:r>
      <w:r>
        <w:rPr>
          <w:sz w:val="20"/>
        </w:rPr>
        <w:t>54:59  to yeh bohat zaroori hai aur aaj hum nay aaj yeh seekha bhi. aapa, aap kay talk say jazak Allah. aapa, aakhri sawal lena chahoon ga kyun kay is kay baad phir doctor Sani Hasnain Khan Sahib nay aik booklet bhi launch karni hai.</w:t>
      </w:r>
      <w:r>
        <w:br/>
      </w:r>
      <w:r>
        <w:rPr>
          <w:sz w:val="20"/>
        </w:rPr>
        <w:t>55:13  to yeh sawal sufis kay travel ko lay kar hai kyun kay jaisa kay hum jantay hain, they also travelled</w:t>
      </w:r>
      <w:r>
        <w:br/>
      </w:r>
      <w:r>
        <w:rPr>
          <w:sz w:val="20"/>
        </w:rPr>
        <w:t>55:19  extensively. they came from, i mean, they travelled from central asia to India aur un ka jo travel raha, they they they taught religious teachings.</w:t>
      </w:r>
      <w:r>
        <w:br/>
      </w:r>
      <w:r>
        <w:rPr>
          <w:sz w:val="20"/>
        </w:rPr>
        <w:t>55:30  they made khanqahs, which are spiritual retreats. and aik aur cheez yeh bhi thi kay they they they became as bridge between different faiths and communities and they promoted harmony.</w:t>
      </w:r>
      <w:r>
        <w:br/>
      </w:r>
      <w:r>
        <w:rPr>
          <w:sz w:val="20"/>
        </w:rPr>
        <w:t>55:42  to sufis kay travel say humain kya lesson milta hai, is kay baray mein aap batayen.</w:t>
      </w:r>
      <w:r>
        <w:br/>
      </w:r>
      <w:r>
        <w:rPr>
          <w:sz w:val="20"/>
        </w:rPr>
        <w:t>55:48  acha, pehlay main yeh bata doon kay yeh jo hai tourism ya travel ya siyahat, jo bhi aap kahain, to is ki mujhe prerna mili.</w:t>
      </w:r>
      <w:r>
        <w:br/>
      </w:r>
      <w:r>
        <w:rPr>
          <w:sz w:val="20"/>
        </w:rPr>
        <w:t>55:58  Sani Hasnain Sahib jo hain, woh eastern Europe, Turkey waghera ka safar kiya tha. to un ko woh safar bohat kamyab raha, bohat nay nay log wahan milay, bohat kaam hua</w:t>
      </w:r>
      <w:r>
        <w:br/>
      </w:r>
      <w:r>
        <w:rPr>
          <w:sz w:val="20"/>
        </w:rPr>
        <w:t>56:10  ۔ aur aapa, main bus aik cheez bolna chahoon ga kay many people who are probably watching for the first time. to unhonay bohat detail mein yeh eastern Europe ka safar bayan karra tha pichlay Sunday class mein.</w:t>
      </w:r>
      <w:r>
        <w:br/>
      </w:r>
      <w:r>
        <w:rPr>
          <w:sz w:val="20"/>
        </w:rPr>
        <w:t>56:22  to you can watch it from cps youtube channel or from Maulana Wahiduddin Khan sahib facebook page.</w:t>
      </w:r>
      <w:r>
        <w:br/>
      </w:r>
      <w:r>
        <w:rPr>
          <w:sz w:val="20"/>
        </w:rPr>
        <w:t>56:30  wohi mein soch rahi thi, dekhiye agar hum sab log is maqsad se safar karne lagen to sari dunya mein aman ka, islam ke aman ka paigham sari dunya mein phail jaye.</w:t>
      </w:r>
      <w:r>
        <w:br/>
      </w:r>
      <w:r>
        <w:rPr>
          <w:sz w:val="20"/>
        </w:rPr>
        <w:t>56:42  mein soch rahi thi ke agar hum logon ne safar kiya hota to aaj dunya mein yeh itni violence na hoti. ab sufiyon ke liye dekhiye ji, medieval world mein itni violence kahan thi?</w:t>
      </w:r>
      <w:r>
        <w:br/>
      </w:r>
      <w:r>
        <w:rPr>
          <w:sz w:val="20"/>
        </w:rPr>
        <w:t>56:53  sofi log aman ka, aman o ashti ka, harmony ka, logon se mohabbat ka paigham unhon ne sari dunya mein phaila diya tha.</w:t>
      </w:r>
      <w:r>
        <w:br/>
      </w:r>
      <w:r>
        <w:rPr>
          <w:sz w:val="20"/>
        </w:rPr>
        <w:t>57:02  to yehi aaj hamein karna hai. to sofi log jo hain, aur jo hai woh sofi logon ka tareeqa yeh tha ke woh dunya ko tyag dete the.</w:t>
      </w:r>
      <w:r>
        <w:br/>
      </w:r>
      <w:r>
        <w:rPr>
          <w:sz w:val="20"/>
        </w:rPr>
        <w:t>57:13  jaise sadhu sant hote hain, to dunya ko tyag de kar ke woh chalt</w:t>
      </w:r>
      <w:r>
        <w:br/>
      </w:r>
      <w:r>
        <w:rPr>
          <w:sz w:val="20"/>
        </w:rPr>
        <w:t>57:18  e the, paidal, unfit chalte the. kyunke unka yeh tha ke jitni zyada mujahida karenge, riyazat karenge, utna hi zyada unka nafs jo hai khatam hoga, ego khatam hoga, aur purification self ka purification hoga.</w:t>
      </w:r>
      <w:r>
        <w:br/>
      </w:r>
      <w:r>
        <w:rPr>
          <w:sz w:val="20"/>
        </w:rPr>
        <w:t>57:34  to yeh tha unka maqsad. to jab woh chalte the na, ab unhon ne ghar bar chhod kar paidal chal rahe hain, to yeh ek dum poori nishani hoti thi ke kitna yeh banda sincere hai,</w:t>
      </w:r>
      <w:r>
        <w:br/>
      </w:r>
      <w:r>
        <w:rPr>
          <w:sz w:val="20"/>
        </w:rPr>
        <w:t>57:48  sach much isko Khuda ki marifat mili hai, aur is marifat ko woh doosron tak pahunchana chahta hai. to rastay mein iske bahut sare log shamil ho jate the.</w:t>
      </w:r>
      <w:r>
        <w:br/>
      </w:r>
      <w:r>
        <w:rPr>
          <w:sz w:val="20"/>
        </w:rPr>
        <w:t>57:59  Khwaja Moinuddin Chishti Ajmer aaye the, to unke sath chalis log shamil the. to is tareeqay se unko rastay mein shamil hote the.</w:t>
      </w:r>
      <w:r>
        <w:br/>
      </w:r>
      <w:r>
        <w:rPr>
          <w:sz w:val="20"/>
        </w:rPr>
        <w:t>58:07  phir jahan woh theharte the, wahan log aa ke, aa ke unke pas jama hote the aur unse learning karte the.</w:t>
      </w:r>
      <w:r>
        <w:br/>
      </w:r>
      <w:r>
        <w:rPr>
          <w:sz w:val="20"/>
        </w:rPr>
        <w:t>58:15  to sufiyon ka kehna tha ke Khuda se sachi mohabbat jo hai, woh isi se, wohi raah hai. tab jo matlab bandon se jo sachi mohabbat hoti hai, wohi raah jati hai Khuda se sachi mohabbat.</w:t>
      </w:r>
      <w:r>
        <w:br/>
      </w:r>
      <w:r>
        <w:rPr>
          <w:sz w:val="20"/>
        </w:rPr>
        <w:t>58:28  matlab agar hum bandon se mohabbat karenge, tabhi hum ko Khuda ki mohabbat milegi. to is tarah se yeh unka jo goal tha, woh bahut zyada is mein insanon ki mohabbat thi,</w:t>
      </w:r>
      <w:r>
        <w:br/>
      </w:r>
      <w:r>
        <w:rPr>
          <w:sz w:val="20"/>
        </w:rPr>
        <w:t>58:43  humanity bahut zyada thi, logon ki madad karna, unki langar waghera sab sufiyon ne hi chalaya tha, jis ko aaj bade paimane par Sikhism mein adopt kiya gaya hai.</w:t>
      </w:r>
      <w:r>
        <w:br/>
      </w:r>
      <w:r>
        <w:rPr>
          <w:sz w:val="20"/>
        </w:rPr>
        <w:t>58:55  to yeh unhi logon ne chalaya tha. jitne bhi log wahan aate the, unka khana peena sab yeh log intezam karte the. kabhi kabhi aisa hota tha ke apna khana bhi de dete the, jab dekhte the ke ab aur kuch nahi hai.</w:t>
      </w:r>
      <w:r>
        <w:br/>
      </w:r>
      <w:r>
        <w:rPr>
          <w:sz w:val="20"/>
        </w:rPr>
        <w:t>59:08  to</w:t>
      </w:r>
      <w:r>
        <w:br/>
      </w:r>
      <w:r>
        <w:rPr>
          <w:sz w:val="20"/>
        </w:rPr>
        <w:t>59:10  to is tareeqay se woh kaam karte rahe, aur bahut sare poore dunya mein is waqt sofia log kaam kar rahe the. kuch mashhoor sofia jo hain, jaise Jalaluddin Muhammad Rumi, to yeh Balkh, Afghanistan se le kar Konya, Turkey gaye, unfit.</w:t>
      </w:r>
      <w:r>
        <w:br/>
      </w:r>
      <w:r>
        <w:rPr>
          <w:sz w:val="20"/>
        </w:rPr>
        <w:t>59:28  aap soch sakte hain jab aadmi unfit chalega to kitne logon se uski mulaqaten hongi. aur rastay mein jo bhi bade bade sofia milte, unke pas woh bethate</w:t>
      </w:r>
      <w:r>
        <w:br/>
      </w:r>
      <w:r>
        <w:rPr>
          <w:sz w:val="20"/>
        </w:rPr>
        <w:t>59:38  , unke pas kuch time spend karte, aur unse learning karte. to is tareeqay se woh apne aap ko enrich, unke apne experiences ke zariye se apne aap ko karte rahe.</w:t>
      </w:r>
      <w:r>
        <w:br/>
      </w:r>
      <w:r>
        <w:rPr>
          <w:sz w:val="20"/>
        </w:rPr>
        <w:t>59:52  isi tareeqay se Bahauddin Naqshbandi the, woh poora Central Asia unhon ne paidal chale, aur unhon ne rastay mein jagah jagah unko kabhi koi scholar mila</w:t>
      </w:r>
      <w:r>
        <w:br/>
      </w:r>
      <w:r>
        <w:rPr>
          <w:sz w:val="20"/>
        </w:rPr>
        <w:t>1:00:04  a, kabhi koi sofi milta, to uske pas woh kuch dinon ke liye rehte aur unse seekhte sab kuch. to yeh log jo hain Makkah bhi paidal jatay.</w:t>
      </w:r>
      <w:r>
        <w:br/>
      </w:r>
      <w:r>
        <w:rPr>
          <w:sz w:val="20"/>
        </w:rPr>
        <w:t>1:00:16  ab yeh log jab Makkah jatay the to sirf rituals ke liye nahi jatay the, balkay wahan tamam logon se mulaqaten karte the. wahan jitne bhi religious scholars hotay ya sofia hotay, ulma hotay, to unse woh wahan milte the.</w:t>
      </w:r>
      <w:r>
        <w:br/>
      </w:r>
      <w:r>
        <w:rPr>
          <w:sz w:val="20"/>
        </w:rPr>
        <w:t>1:00:31  to is tareeqay se woh jo hai un logon ka jo mazhab hai, mazhab aman, woh sari dunya mein, medieval world mein woh phail gaya.</w:t>
      </w:r>
      <w:r>
        <w:br/>
      </w:r>
      <w:r>
        <w:rPr>
          <w:sz w:val="20"/>
        </w:rPr>
        <w:t>1:00:43  to yeh jo travels unke hotay the, woh samajh lijiye, usko aap spiritual journey keh sakte hain. to jaise Maulana bhi sari zindagi safar karte rahe.</w:t>
      </w:r>
      <w:r>
        <w:br/>
      </w:r>
      <w:r>
        <w:rPr>
          <w:sz w:val="20"/>
        </w:rPr>
        <w:t>1:00:53  to pehle to unhon ne Mewad se safar shuru kiya. Mewad mein ek Abdul Rahim Baddadi sahib the,</w:t>
      </w:r>
      <w:r>
        <w:br/>
      </w:r>
      <w:r>
        <w:rPr>
          <w:sz w:val="20"/>
        </w:rPr>
        <w:t>1:01:00  to woh apne sath in ko mewad le jate thay, jagah jagah in ko tarah tarah ke experiences hotay thay. phir us ke baad jahan bhi moqa milta tha safar ka, to pehle to india mein, phir us ke baad bahir janay ka bohat moqa mila.</w:t>
      </w:r>
      <w:r>
        <w:br/>
      </w:r>
      <w:r>
        <w:rPr>
          <w:sz w:val="20"/>
        </w:rPr>
        <w:t>1:01:17  unhon ne likha hai kahin ke taqreeban 200 bar woh hawai jahaz ka unhon ne safar kiya. to bahir safar karte rahay aur learning ke liye jahaz se hi woh learning shuru kar detay thay.</w:t>
      </w:r>
      <w:r>
        <w:br/>
      </w:r>
      <w:r>
        <w:rPr>
          <w:sz w:val="20"/>
        </w:rPr>
        <w:t>1:01:29  kabhi kabhi mein bhi sath mein hoti thi to kehtay thay, "dekho is mein magazine rakha hua hai, dekho us ko batao kya kya hai is mein." is mein se kuch na kuch learning kar letay thay, kahin na kahin koi mil gaya, kisi se baat kar li.</w:t>
      </w:r>
      <w:r>
        <w:br/>
      </w:r>
      <w:r>
        <w:rPr>
          <w:sz w:val="20"/>
        </w:rPr>
        <w:t>1:01:42  to is tareeqay se woh apni learning barabar karte rahay. is wajah se aadmi bohat ziyada mature ho jata hai. agar woh aadmi sirf apne mein rahay to woh mazeed kya seekhay ga?</w:t>
      </w:r>
      <w:r>
        <w:br/>
      </w:r>
      <w:r>
        <w:rPr>
          <w:sz w:val="20"/>
        </w:rPr>
        <w:t>1:01:54  kyun ke insaan ke dimagh mein, jo insaan ka jo dimagh hai, is mein sab kuch potential form mein hai. to is ko actualize karne ke liye humain logon se interaction karna zaroori hai, sirf kitabon se nahi hota.</w:t>
      </w:r>
      <w:r>
        <w:br/>
      </w:r>
      <w:r>
        <w:rPr>
          <w:sz w:val="20"/>
        </w:rPr>
        <w:t>1:02:08  kitnay log Maulana ke paas atay thay aur kehtay thay ke "kitab hum ne parhi, itna samajh mein nahi aya jitna aap se mil kar ke samjhay hum.</w:t>
      </w:r>
      <w:r>
        <w:br/>
      </w:r>
      <w:r>
        <w:rPr>
          <w:sz w:val="20"/>
        </w:rPr>
        <w:t>1:02:17  " Tariq Badr sahib, unhon ne sab kitaben parhi theen jo Lahore ke, aur unhon ne website bhi dekhi thi. lekin woh America aaye kehnay lagay, "aap se milnay ke baad jitna humain samajh mein aya, woh is se nahi samajh mein aya tha."</w:t>
      </w:r>
      <w:r>
        <w:br/>
      </w:r>
      <w:r>
        <w:rPr>
          <w:sz w:val="20"/>
        </w:rPr>
        <w:t>1:02:33  to is tareeqay se humain bohat zaroori hai ke hum logon se mulaqaten karen aur is maqsad se mulaqat karen ke un se apni learning bhi karen gay aur sharing bhi karen gay, un ko Khuda ka paigham pohanchayen gay jo kuch humain mila hua hai.</w:t>
      </w:r>
      <w:r>
        <w:br/>
      </w:r>
      <w:r>
        <w:rPr>
          <w:sz w:val="20"/>
        </w:rPr>
        <w:t>1:02:54  to aur sufia ka asal mein aik khaas baat thi ke woh un ke liye sab barabar</w:t>
      </w:r>
      <w:r>
        <w:br/>
      </w:r>
      <w:r>
        <w:rPr>
          <w:sz w:val="20"/>
        </w:rPr>
        <w:t>1:03:00  hotay thay, chota ho, bara ho, ameer ho, ghareeb ho, parha likha ho, jahil ho. to un ke bilkul selfless yeh hotay thay. isi wajah se tamam log jo hain, un ke paas atay thay.</w:t>
      </w:r>
      <w:r>
        <w:br/>
      </w:r>
      <w:r>
        <w:rPr>
          <w:sz w:val="20"/>
        </w:rPr>
        <w:t>1:03:13  aur aik zamanay tha ke bas sufi culture hi sari dunya mein chalta tha. to bohat hi aman aman qaim tha aur bohat hi ziyada log aik doosray se mohabbat karte thay, aik doosray se achay taluqat thay.</w:t>
      </w:r>
      <w:r>
        <w:br/>
      </w:r>
      <w:r>
        <w:rPr>
          <w:sz w:val="20"/>
        </w:rPr>
        <w:t>1:03:30  to woh sab ab khatam ho gaya. ab dobara humain revive karna hai is culture ko, jo peghambaron ke culture ko, sufiyon ke culture ko, aur dunya mein aman o ashti ke sath is dunya mein rehna hai.</w:t>
      </w:r>
      <w:r>
        <w:br/>
      </w:r>
      <w:r>
        <w:rPr>
          <w:sz w:val="20"/>
        </w:rPr>
        <w:t>1:03:44  jang o jadal se kuch milnay wala nahi hai. to yeh jo hai, is ko hum interfaith harmony bhi keh sakte hain ke aik doosray se Maulana kehtay hain, "humain azan fardan karna hai, exchange of ideas karne</w:t>
      </w:r>
      <w:r>
        <w:br/>
      </w:r>
      <w:r>
        <w:rPr>
          <w:sz w:val="20"/>
        </w:rPr>
        <w:t>1:03:59  hain." is se humain aik jaise hum, hamaray hamaray paas kuch idea hai, ab doosray se humain kuch idea mila to is se hamari jo idea jo hai, aur enrich hota hai, kuch third idea is mein se niklta hai.</w:t>
      </w:r>
      <w:r>
        <w:br/>
      </w:r>
      <w:r>
        <w:rPr>
          <w:sz w:val="20"/>
        </w:rPr>
        <w:t>1:04:13  to is tareeqay se humain apne aap ko band kar ke ab apne ghar mein nahi rehna hai, balkay logon se milna hai, logon se taluqat bananay hain, jahan moqa milay safar karna hai, aur aik doosray se learning karni</w:t>
      </w:r>
      <w:r>
        <w:br/>
      </w:r>
      <w:r>
        <w:rPr>
          <w:sz w:val="20"/>
        </w:rPr>
        <w:t>1:04:28  hai. to isi mein humain dunya ka bhi bhala hai aur isi mein akhirat ka bhi. Allah taala bohat bara ajr dain gay is ka. Apa, before I invite Doctor sahib, yeh aik follow up question hai in sufism, because yahan pe thora sa confusion hai.</w:t>
      </w:r>
      <w:r>
        <w:br/>
      </w:r>
      <w:r>
        <w:rPr>
          <w:sz w:val="20"/>
        </w:rPr>
        <w:t>1:04:44  Anis Rehman sahib, jo Pakistan se program ko dekh rahay hain, unhon ne bhi aik sawal kiya tha. unhon ne aap se follow up question kiya hai ke lekin Maulana sahib to sufism ke qail nahi thay, to is ko bhi aap wazeh kar dain.</w:t>
      </w:r>
      <w:r>
        <w:br/>
      </w:r>
      <w:r>
        <w:rPr>
          <w:sz w:val="20"/>
        </w:rPr>
        <w:t>1:04:58  Maulana sahib to kehtay thay, "I am sufi by birth." matlab woh sufi, woh sufism jo ritual based sufism ho gaya tha, us ke qail nahi</w:t>
      </w:r>
      <w:r>
        <w:br/>
      </w:r>
      <w:r>
        <w:rPr>
          <w:sz w:val="20"/>
        </w:rPr>
        <w:t>1:05:09  thay. lekin sufi jo ka jo matlab hai ke purification of the self, simplicity, Khuda se taluq, Khuda se marifat, aur logon se mohabbat, itna ziyada logon se mohabbat karte thay ke mujhe kabhi aisa nahi laga ke doosray logon se,</w:t>
      </w:r>
      <w:r>
        <w:br/>
      </w:r>
      <w:r>
        <w:rPr>
          <w:sz w:val="20"/>
        </w:rPr>
        <w:t>1:05:28  apnay bachon ke ke muqablay mein, doosray logon se woh un ko kam mohabbat hai. ji</w:t>
      </w:r>
      <w:r>
        <w:br/>
      </w:r>
      <w:r>
        <w:rPr>
          <w:sz w:val="20"/>
        </w:rPr>
        <w:t>1:05:34  to yeh sab jo values theen, jo values theen sufia ki, woh sab un ke andar theen. lekin woh rituals jo hain na, yeh sab qawali wali jo baad mein chala hai, yeh sab baad mein yeh doosray culture se bohat sari cheezain Islamize kar li gayi hain.</w:t>
      </w:r>
      <w:r>
        <w:br/>
      </w:r>
      <w:r>
        <w:rPr>
          <w:sz w:val="20"/>
        </w:rPr>
        <w:t>1:05:55  is ko woh nahi mantay thay, lekin woh to khud unhon ne kaha, "I am sufi by birth."</w:t>
      </w:r>
      <w:r>
        <w:br/>
      </w:r>
      <w:r>
        <w:rPr>
          <w:sz w:val="20"/>
        </w:rPr>
        <w:t>1:06:00  Apa, in the sense that jaise living style mein woh sufism un ka bilkul unhon ne adopt kiya hua tha, simplistic level pe rehna aur apni zindagi ko batana.</w:t>
      </w:r>
      <w:r>
        <w:br/>
      </w:r>
      <w:r>
        <w:rPr>
          <w:sz w:val="20"/>
        </w:rPr>
        <w:t>1:06:13  but otherwise he has written a lot ke woh hard b</w:t>
      </w:r>
      <w:r>
        <w:br/>
      </w:r>
      <w:r>
        <w:rPr>
          <w:sz w:val="20"/>
        </w:rPr>
        <w:t>1:06:16  yes tha. to unhon ne aik tareeqay se contemporized aur modernized kiya sufism ko ke ideologically to mind based spirituality hi rahay gi, jaisa ke Quran aur Hadith mein milta hai.</w:t>
      </w:r>
      <w:r>
        <w:br/>
      </w:r>
      <w:r>
        <w:rPr>
          <w:sz w:val="20"/>
        </w:rPr>
        <w:t>1:06:26  bat aap ke rehne aur sehne, aap ko jo zindagi batani hai, woh sofi style hona chahiye. dekhen, early sofis waise hi the, bilkul woh Khuda se darte the.</w:t>
      </w:r>
      <w:r>
        <w:br/>
      </w:r>
      <w:r>
        <w:rPr>
          <w:sz w:val="20"/>
        </w:rPr>
        <w:t>1:06:37  ji, bohat ziyada Khuda se darte the, rote the, namazen parhte the, ibadat karte the, aur jahan koi milta tha,</w:t>
      </w:r>
      <w:r>
        <w:br/>
      </w:r>
      <w:r>
        <w:rPr>
          <w:sz w:val="20"/>
        </w:rPr>
        <w:t>1:06:44  us ko Khuda ki baaten batate the. to woh early sofis ke mutabiq the woh. lekin baad mein jo sofia ne doosre doosre culture ko adopt kar liya, us se woh mutafiq nahi the.</w:t>
      </w:r>
      <w:r>
        <w:br/>
      </w:r>
      <w:r>
        <w:rPr>
          <w:sz w:val="20"/>
        </w:rPr>
        <w:t>1:06:56  ji, bilkul. jazak Allah apa for doing a wonderful session today. we will wait for your next session, and till the time doctor sahib comes to launch the booklet, i would like to read few more comments that have come.</w:t>
      </w:r>
      <w:r>
        <w:br/>
      </w:r>
      <w:r>
        <w:rPr>
          <w:sz w:val="20"/>
        </w:rPr>
        <w:t>1:07:12  Muhammad Irfan Rashidi sahib ne Nagpur se likha hai ke dawati zehan ke sath safar karna dunya aur akhirat dono mein faida mand hai.</w:t>
      </w:r>
      <w:r>
        <w:br/>
      </w:r>
      <w:r>
        <w:rPr>
          <w:sz w:val="20"/>
        </w:rPr>
        <w:t>1:07:24  jazak Allah apa. Vikrant Dagar ne Noida se likha hai, "Thank you for doing this session on this topic of travel.</w:t>
      </w:r>
      <w:r>
        <w:br/>
      </w:r>
      <w:r>
        <w:rPr>
          <w:sz w:val="20"/>
        </w:rPr>
        <w:t>1:07:34  People often travel, but do not have this perspective in mind. That travel is also a sunnah of prophets.</w:t>
      </w:r>
      <w:r>
        <w:br/>
      </w:r>
      <w:r>
        <w:rPr>
          <w:sz w:val="20"/>
        </w:rPr>
        <w:t>1:07:43  It is actually a double blessing that they are traveling and can also earn reward by doing dawah work on their travel.</w:t>
      </w:r>
      <w:r>
        <w:br/>
      </w:r>
      <w:r>
        <w:rPr>
          <w:sz w:val="20"/>
        </w:rPr>
        <w:t>1:07:53  A thought provoking session and very informative." yeh comment bheja hai Yaqoob Um</w:t>
      </w:r>
      <w:r>
        <w:br/>
      </w:r>
      <w:r>
        <w:rPr>
          <w:sz w:val="20"/>
        </w:rPr>
        <w:t>1:08:02  re sahib ne, "Today talk by. Apa is very important and meaningful. Traveling for dawah work is a very crucial task for believers, as it is their duty.</w:t>
      </w:r>
      <w:r>
        <w:br/>
      </w:r>
      <w:r>
        <w:rPr>
          <w:sz w:val="20"/>
        </w:rPr>
        <w:t>1:08:13  Today most Muslims are engaged in community work, which is of secondary importance. The most important mission given to Muslims is dawah.</w:t>
      </w:r>
      <w:r>
        <w:br/>
      </w:r>
      <w:r>
        <w:rPr>
          <w:sz w:val="20"/>
        </w:rPr>
        <w:t>1:08:22  Muslims should now exert their time, energy and money to ensure the Quran reaches every nook and corner of the globe."</w:t>
      </w:r>
      <w:r>
        <w:br/>
      </w:r>
      <w:r>
        <w:rPr>
          <w:sz w:val="20"/>
        </w:rPr>
        <w:t>1:08:32  So with this, we will now go towards the launch of the new booklet, new translation of Maulana Wahiduddin Khan sahib book in Prophet Muhammad life in Punjabi language.</w:t>
      </w:r>
      <w:r>
        <w:br/>
      </w:r>
      <w:r>
        <w:rPr>
          <w:sz w:val="20"/>
        </w:rPr>
        <w:t>1:08:48  We have been time and again launching new books in different languages, national and international languages, including the Quran translation</w:t>
      </w:r>
      <w:r>
        <w:br/>
      </w:r>
      <w:r>
        <w:rPr>
          <w:sz w:val="20"/>
        </w:rPr>
        <w:t>1:08:56  . This one is in Punjabi, because we have been receiving many requests of Maulana sahib literature to be brought in Punjabi language.</w:t>
      </w:r>
      <w:r>
        <w:br/>
      </w:r>
      <w:r>
        <w:rPr>
          <w:sz w:val="20"/>
        </w:rPr>
        <w:t>1:09:07  Early doctor sahib had launched the Quran translation in Punjabi and some other work. Today is the new translation launch, so I will request him to do the launch.</w:t>
      </w:r>
      <w:r>
        <w:br/>
      </w:r>
      <w:r>
        <w:rPr>
          <w:sz w:val="20"/>
        </w:rPr>
        <w:t>1:09:18  Doctor sahib, Bismillah Rahman Rahim.</w:t>
      </w:r>
      <w:r>
        <w:br/>
      </w:r>
      <w:r>
        <w:rPr>
          <w:sz w:val="20"/>
        </w:rPr>
        <w:t>1:09:21  Jaisa aap ne bhi kaha, aaj ka masha Allah jo talk thi apa ki, aaj ki talk bohat hi achi thi. Aur khaas taur se jo safar ke bare mein aur is ka jo sahi istemal hai safar ka, ke is ko dawati maqsad ke liye kiya jaye.</w:t>
      </w:r>
      <w:r>
        <w:br/>
      </w:r>
      <w:r>
        <w:rPr>
          <w:sz w:val="20"/>
        </w:rPr>
        <w:t>1:09:38  To yeh concept Maulana ne hi diya, aur jaisa apa ne kaha hai ke Maulana ne khud safar kiya hai. Ji, aur safarnamay likhe, jaisa aap ko pata hai.</w:t>
      </w:r>
      <w:r>
        <w:br/>
      </w:r>
      <w:r>
        <w:rPr>
          <w:sz w:val="20"/>
        </w:rPr>
        <w:t>1:09:46  Ji, aur mujhe yaad hai ke Maulana Mewat ka safar, ek ek Mewat ka safar, ek ek kitaab hai.</w:t>
      </w:r>
      <w:r>
        <w:br/>
      </w:r>
      <w:r>
        <w:rPr>
          <w:sz w:val="20"/>
        </w:rPr>
        <w:t>1:09:56  To is mein likha hai ke woh safar aam taur se bus se hota tha. Ji, yahan se bus jaya karti thi Mewat. To batate hain ke main aage baitha hua tha driver ke seat ke pass aur baith ke likh raha tha.</w:t>
      </w:r>
      <w:r>
        <w:br/>
      </w:r>
      <w:r>
        <w:rPr>
          <w:sz w:val="20"/>
        </w:rPr>
        <w:t>1:10:11  To driver ne kaha ke Maulana sahib, koi shair suna</w:t>
      </w:r>
      <w:r>
        <w:br/>
      </w:r>
      <w:r>
        <w:rPr>
          <w:sz w:val="20"/>
        </w:rPr>
        <w:t>1:10:14  e. To unhon ne kaha, "Nahi, main shair shairi nahi karta." To driver ne kaha ke hamare khayal se to sare Musalman shair hote hain.</w:t>
      </w:r>
      <w:r>
        <w:br/>
      </w:r>
      <w:r>
        <w:rPr>
          <w:sz w:val="20"/>
        </w:rPr>
        <w:t>1:10:24  Ji, to aise hi main ek baar safar kar raha tha Maulana ke sath, shayad pehla safar tha US ka.</w:t>
      </w:r>
      <w:r>
        <w:br/>
      </w:r>
      <w:r>
        <w:rPr>
          <w:sz w:val="20"/>
        </w:rPr>
        <w:t>1:10:32  To main chunke pehli baar shayad jahaz mein baitha tha, to main idhar udhar dekh raha tha ke kaisa jahaz hota hai. Aur jab jahaz ura to maine dekha ke Maulana ne aise pair kiya is pe seat pe aur aise kuch likhne lage.</w:t>
      </w:r>
      <w:r>
        <w:br/>
      </w:r>
      <w:r>
        <w:rPr>
          <w:sz w:val="20"/>
        </w:rPr>
        <w:t>1:10:44  humm, to mein ne ghor se dekha ke kya likh rahe hain. to unhon ne likha tha ke jab hamara jahaz ura fiza mein to mujhe aisa laga ke ek bohat bari chirya meri rooh ko le ke aasman mein ur gayi.</w:t>
      </w:r>
      <w:r>
        <w:br/>
      </w:r>
      <w:r>
        <w:rPr>
          <w:sz w:val="20"/>
        </w:rPr>
        <w:t>1:11:00  masha Allah!</w:t>
      </w:r>
      <w:r>
        <w:br/>
      </w:r>
      <w:r>
        <w:rPr>
          <w:sz w:val="20"/>
        </w:rPr>
        <w:t>1:11:02  aur phir is ke baad akhirat aur aur aur is aur mujhe akhirat mein pohncha diya. phir is ke baad akhirat ki baatein likhne lage.</w:t>
      </w:r>
      <w:r>
        <w:br/>
      </w:r>
      <w:r>
        <w:rPr>
          <w:sz w:val="20"/>
        </w:rPr>
        <w:t>1:11:12  to yeh jo tajrubaat hain, yeh safar pe hote hain. ji, aur agar aap ka zehn bedar ho aur da'wati zehn ho to bohat hi unique qism ke tajrubaat hote hain safar mein.</w:t>
      </w:r>
      <w:r>
        <w:br/>
      </w:r>
      <w:r>
        <w:rPr>
          <w:sz w:val="20"/>
        </w:rPr>
        <w:t>1:11:25  ji, aur khaas taur se agar aap ke andar da'wati mizaj ho to aap ko har insaan lage ga ke woh ek mad'u hai, use hamein kuch baat pohnchani hai.</w:t>
      </w:r>
      <w:r>
        <w:br/>
      </w:r>
      <w:r>
        <w:rPr>
          <w:sz w:val="20"/>
        </w:rPr>
        <w:t>1:11:34  hum log jab safar karte hain to jahaz mein jo log hote hain, un ko dene ki koshish karte hain. humm, quran rakhte hain apne paas, english quran. ji, to bohat se log bohat pasand karte hain.</w:t>
      </w:r>
      <w:r>
        <w:br/>
      </w:r>
      <w:r>
        <w:rPr>
          <w:sz w:val="20"/>
        </w:rPr>
        <w:t>1:11:45  to yeh safar ka jo aaj aaj ka jo talk tha da'wati safar ke upar, bohat hi unique tha. ji, bohat acha tha</w:t>
      </w:r>
      <w:r>
        <w:br/>
      </w:r>
      <w:r>
        <w:rPr>
          <w:sz w:val="20"/>
        </w:rPr>
        <w:t>1:11:54  insha Allah. is se acha doctor sahib, ek cheez ji, ek cheez yeh bhi interesting hai ke Maulana ne is pe bhi bataya ke ab log jo travel karte hain, holidays pe jate hain to Maulana ne kaha ke ab woh holidays mein jate hain de-stress hone ke liye.</w:t>
      </w:r>
      <w:r>
        <w:br/>
      </w:r>
      <w:r>
        <w:rPr>
          <w:sz w:val="20"/>
        </w:rPr>
        <w:t>1:12:07  lekin ab ek cheez wapas le ke aate hain, which is stress of travel. and isi liye logon ko jet lag bhi hota hai. hum log dekhte the ke Maulana itne long distance travel karte the lekin wapas aate the, un ko jet lag nahi hota tha.</w:t>
      </w:r>
      <w:r>
        <w:br/>
      </w:r>
      <w:r>
        <w:rPr>
          <w:sz w:val="20"/>
        </w:rPr>
        <w:t>1:12:20  to humein bhi kehte the ke yeh kya jet lag</w:t>
      </w:r>
      <w:r>
        <w:br/>
      </w:r>
      <w:r>
        <w:rPr>
          <w:sz w:val="20"/>
        </w:rPr>
        <w:t>1:12:23  ? mein aaya, mein mein mein mein ne mein nahaya dhoya aur breakfast kiya aur ab mein ready hoon aur woh kaam pe lag gaye. aur is ka reason doctor sahib yahi hota tha ke jab aap travel kar rahe hain and aap is mein aap reflection kar rahe hain, contemplation kar rahe hain, you are learning new things aur aap ko har cheez ko aap akhirat se Khuda se jod rahe hain.</w:t>
      </w:r>
      <w:r>
        <w:br/>
      </w:r>
      <w:r>
        <w:rPr>
          <w:sz w:val="20"/>
        </w:rPr>
        <w:t>1:12:42  to aap ke andar itni excitement aur curiosity hoti hai ke aap logon ko bataein</w:t>
      </w:r>
      <w:r>
        <w:br/>
      </w:r>
      <w:r>
        <w:rPr>
          <w:sz w:val="20"/>
        </w:rPr>
        <w:t>1:12:48  to aap ko woh thakawat hi nahi hogi, aap ko woh stress hi nahi hoga. and your travel truly becomes beneficial. isi liye log jo travel karte hain fun aur entertainment ke liye, woh jate to hain de-stress hone ke liye lekin holiday stress le ke wapas aate hain.</w:t>
      </w:r>
      <w:r>
        <w:br/>
      </w:r>
      <w:r>
        <w:rPr>
          <w:sz w:val="20"/>
        </w:rPr>
        <w:t>1:13:02  so ek cheez yeh bhi un ki zindagi se seekhne ko mili ke aap ka travel kis maqsad se hai? ba-maqsad safar. ji, ban jata hai agar yeh zehn</w:t>
      </w:r>
      <w:r>
        <w:br/>
      </w:r>
      <w:r>
        <w:rPr>
          <w:sz w:val="20"/>
        </w:rPr>
        <w:t>1:13:11  to mujhe behad khushi ho rahi hai yeh kitaab launch karne ke liye. yeh punjabi language mein Prophet Muhammad Salallaho Alaihe Wasallam ki kitaab hai.</w:t>
      </w:r>
      <w:r>
        <w:br/>
      </w:r>
      <w:r>
        <w:rPr>
          <w:sz w:val="20"/>
        </w:rPr>
        <w:t>1:13:22  bohat hi choti brief si ek Prophet ki life aur teachings ke upar aur is ka translation kiya hai doctor Devender Singh ne aur is mein ta'awun kiya hai doctor Astuti Malhotra ne.</w:t>
      </w:r>
      <w:r>
        <w:br/>
      </w:r>
      <w:r>
        <w:rPr>
          <w:sz w:val="20"/>
        </w:rPr>
        <w:t>1:13:36  aur hum logon ki koshish hai ke hum different languages mein books layein aur aur quran layein. khaas taur se</w:t>
      </w:r>
      <w:r>
        <w:br/>
      </w:r>
      <w:r>
        <w:rPr>
          <w:sz w:val="20"/>
        </w:rPr>
        <w:t>1:13:44  taqreeban 50 languages mein quran ka translation ho chuka hai. aur jo jo bhi log hain, khaas taur se non-muslims, woh sab se pehle jo cheez parhna chahte hain woh quran hai aur jo is ke baad doosri cheez hai woh Prophet ke bare mein janna chahte hain.</w:t>
      </w:r>
      <w:r>
        <w:br/>
      </w:r>
      <w:r>
        <w:rPr>
          <w:sz w:val="20"/>
        </w:rPr>
        <w:t>1:14:01  ji,</w:t>
      </w:r>
      <w:r>
        <w:br/>
      </w:r>
      <w:r>
        <w:rPr>
          <w:sz w:val="20"/>
        </w:rPr>
        <w:t>1:14:02  to hamari yeh koshish rahe gi ke hum quran zyada se zyada languages mein publish karein aur booklets is tarah ki publish karein jis mein Rasool Allah ki zindagi ke bare mein ho aur Rasool Allah Salallaho Alaihe Wasallam ki ki life ke bare mein ho.</w:t>
      </w:r>
      <w:r>
        <w:br/>
      </w:r>
      <w:r>
        <w:rPr>
          <w:sz w:val="20"/>
        </w:rPr>
        <w:t>1:14:18  to yeh do cheezein bohat aham hain. to meri dua hai jin logon ne is mein ta'awun kiya, Allah taala un ko ajr e azeem ata farmaye. thank you doctor sahib for the</w:t>
      </w:r>
      <w:r>
        <w:br/>
      </w:r>
      <w:r>
        <w:rPr>
          <w:sz w:val="20"/>
        </w:rPr>
        <w:t>1:14:28  launch. you can download this booklet from CPS website www.cpsglobal.org.</w:t>
      </w:r>
      <w:r>
        <w:br/>
      </w:r>
      <w:r>
        <w:rPr>
          <w:sz w:val="20"/>
        </w:rPr>
        <w:t>1:14:36  we will end today's session and will be back next Sunday same time. thank you.</w:t>
      </w:r>
    </w:p>
    <w:p>
      <w:pPr>
        <w:pStyle w:val="Heading2"/>
      </w:pPr>
      <w:r>
        <w:t>Using Aqaba pledges for dawah example</w:t>
      </w:r>
    </w:p>
    <w:p>
      <w:r>
        <w:rPr>
          <w:color w:val="666666"/>
          <w:sz w:val="18"/>
        </w:rPr>
        <w:t>Seerah &amp; Prophet · Man and the Laws of Nature April 1, 2012 · 2m 31s · at 1:06:25 · https://youtu.be/coIrwYQgb6Y?t=3985</w:t>
      </w:r>
    </w:p>
    <w:p>
      <w:r>
        <w:rPr>
          <w:i/>
        </w:rPr>
        <w:t>“Can we use the example of the first and second pledge of Aqaba as the best example of the use of opportunity of dawah among tourists by the Prophet?”</w:t>
      </w:r>
    </w:p>
    <w:p>
      <w:r>
        <w:rPr>
          <w:sz w:val="20"/>
        </w:rPr>
        <w:t>1:06:25  maulana, agla sawal aya hai dilli se jamia millia islamia se miss abida kousar ka. unhon ne likha hai: "maulana, jazak allah khair for such a beautiful and thought provoking lecture which opens the closed vistas of mind.</w:t>
      </w:r>
      <w:r>
        <w:br/>
      </w:r>
      <w:r>
        <w:rPr>
          <w:sz w:val="20"/>
        </w:rPr>
        <w:t>1:06:41  my question is: can we use the example of first and second pledge of aqaba as the best example of the use of opportunity of dawah among tourist by the prophet?" acha, bait aqaba hai, woh theek hai, aqaba hai.</w:t>
      </w:r>
      <w:r>
        <w:br/>
      </w:r>
      <w:r>
        <w:rPr>
          <w:sz w:val="20"/>
        </w:rPr>
        <w:t>1:06:57  woh dekhen, bait aqaba kya cheez hai? aqaba kehte hain ghaati ko. ghaati</w:t>
      </w:r>
      <w:r>
        <w:br/>
      </w:r>
      <w:r>
        <w:rPr>
          <w:sz w:val="20"/>
        </w:rPr>
        <w:t>1:07:05  to rasool allah salallaho alaihi wasallam jab makkah mein the to aap ne do sahabi bheje madina. wahan ja kar quran parh ke sunate the, yani dawah work karte the.</w:t>
      </w:r>
      <w:r>
        <w:br/>
      </w:r>
      <w:r>
        <w:rPr>
          <w:sz w:val="20"/>
        </w:rPr>
        <w:t>1:07:15  woh un ka naam tha muqri. muqri mani parh kar sunane wala.</w:t>
      </w:r>
      <w:r>
        <w:br/>
      </w:r>
      <w:r>
        <w:rPr>
          <w:sz w:val="20"/>
        </w:rPr>
        <w:t>1:07:21  jis tarah aaj kal hum log distribute karte hain quran, yeh samajh lijiye hum printed do yani printing technology ke daur mein hain to hum quran distribute karte hain.</w:t>
      </w:r>
      <w:r>
        <w:br/>
      </w:r>
      <w:r>
        <w:rPr>
          <w:sz w:val="20"/>
        </w:rPr>
        <w:t>1:07:30  woh us waqt chupa hua quran maujood nahi hota tha, ja ke sunate the woh. woh same to kya hua ke madine mein kai log islam mein dakhil ho gaye.</w:t>
      </w:r>
      <w:r>
        <w:br/>
      </w:r>
      <w:r>
        <w:rPr>
          <w:sz w:val="20"/>
        </w:rPr>
        <w:t>1:07:45  to rasool allah salallaho alaihi wasallam the makkah mein, woh wahan se milne aye</w:t>
      </w:r>
      <w:r>
        <w:br/>
      </w:r>
      <w:r>
        <w:rPr>
          <w:sz w:val="20"/>
        </w:rPr>
        <w:t>1:07:50  yani rasool allah se milne ke liye. wahan safar kiya unhon ne to makkah mein dakhil nahi hue. woh ghaati hua karti thi, paharon ki, pahar zyada tar pahari silsile the wahan par.</w:t>
      </w:r>
      <w:r>
        <w:br/>
      </w:r>
      <w:r>
        <w:rPr>
          <w:sz w:val="20"/>
        </w:rPr>
        <w:t>1:08:03  to kisi ghati mein woh miley raat ke waqt. to ek baar bait pehli baar jo aaye to us ko kehte hain bait aqba ooli.</w:t>
      </w:r>
      <w:r>
        <w:br/>
      </w:r>
      <w:r>
        <w:rPr>
          <w:sz w:val="20"/>
        </w:rPr>
        <w:t>1:08:12  phir woh chalay gaye, woh thore log thay. phir doosri baar aaye, doosri baar 73 aadmi thay.</w:t>
      </w:r>
      <w:r>
        <w:br/>
      </w:r>
      <w:r>
        <w:rPr>
          <w:sz w:val="20"/>
        </w:rPr>
        <w:t>1:08:20  to woh woh bhi raat ko miley rasool ALLAH صلی اللہ علیہ وسلم se to hidayat lene ke liye. to bait aqba ooli aur thania jo thi, woh sach poochein to yaani jo logon ne islam ko mein sachai ko daryaft kiya tha, woh mazeed instruction lene ke liye, madad rehnumai ke liye rasool ALLAH se miley thay.</w:t>
      </w:r>
      <w:r>
        <w:br/>
      </w:r>
      <w:r>
        <w:rPr>
          <w:sz w:val="20"/>
        </w:rPr>
        <w:t>1:08:39  yeh tha bait aqba ooli aur bait aqba thania. jahan tak tourist ka muamla hai, woh zahir hai ke hum ko daawa aur karna tourist mein hai, lekin yeh is mein is se mein is ko rate nahi kar pata hoon ke is se kya talluq hai is ka.</w:t>
      </w:r>
    </w:p>
    <w:p>
      <w:pPr>
        <w:pStyle w:val="Heading2"/>
      </w:pPr>
      <w:r>
        <w:t>War Permitted in Early Islam</w:t>
      </w:r>
    </w:p>
    <w:p>
      <w:r>
        <w:rPr>
          <w:color w:val="666666"/>
          <w:sz w:val="18"/>
        </w:rPr>
        <w:t>Seerah &amp; Prophet · Prophetic Wisdom | May 01, 2016 · 1m 55s · at 56:33 · https://youtu.be/KrjwjAw03zw?t=3393</w:t>
      </w:r>
    </w:p>
    <w:p>
      <w:r>
        <w:rPr>
          <w:i/>
        </w:rPr>
        <w:t>“In the earlier period of Islam there was religious persecution, so war was permitted to Muslims. But nowadays, as I am seeing, what is the ruling?”</w:t>
      </w:r>
    </w:p>
    <w:p>
      <w:r>
        <w:rPr>
          <w:sz w:val="20"/>
        </w:rPr>
        <w:t>56:33  mein is ko bidat samajhta hoon bidat woh koi masnoon kaam nahi hai Maulana agla sawal Delhi se</w:t>
      </w:r>
      <w:r>
        <w:br/>
      </w:r>
      <w:r>
        <w:rPr>
          <w:sz w:val="20"/>
        </w:rPr>
        <w:t>56:39  کیا ہے مولانا فرہاد احمد صاحب نے اور انہوں نے لکھا ہے کہ مولانا in the earlier period</w:t>
      </w:r>
      <w:r>
        <w:br/>
      </w:r>
      <w:r>
        <w:rPr>
          <w:sz w:val="20"/>
        </w:rPr>
        <w:t>56:45  of Islam there was religious persecution so war was permitted to Muslims but now a days I am seeing</w:t>
      </w:r>
      <w:r>
        <w:br/>
      </w:r>
      <w:r>
        <w:rPr>
          <w:sz w:val="20"/>
        </w:rPr>
        <w:t>56:51  that there is no persecution in the</w:t>
      </w:r>
      <w:r>
        <w:br/>
      </w:r>
      <w:r>
        <w:rPr>
          <w:sz w:val="20"/>
        </w:rPr>
        <w:t>56:57  name of race or religion so there is no need of war in the name of Allah that</w:t>
      </w:r>
      <w:r>
        <w:br/>
      </w:r>
      <w:r>
        <w:rPr>
          <w:sz w:val="20"/>
        </w:rPr>
        <w:t>57:05  Muslims are waging today which is called jihad what is the reason for this main to yahi sochta</w:t>
      </w:r>
      <w:r>
        <w:br/>
      </w:r>
      <w:r>
        <w:rPr>
          <w:sz w:val="20"/>
        </w:rPr>
        <w:t>57:12  hoon ke ab qital ka daur khatm ho chuka hai aur khud quran mein hai ke hatta la</w:t>
      </w:r>
      <w:r>
        <w:br/>
      </w:r>
      <w:r>
        <w:rPr>
          <w:sz w:val="20"/>
        </w:rPr>
        <w:t>57:20  takuna fitna woh daur hi khatm ho gaya ab khwamkhwah lad rahe hain</w:t>
      </w:r>
      <w:r>
        <w:br/>
      </w:r>
      <w:r>
        <w:rPr>
          <w:sz w:val="20"/>
        </w:rPr>
        <w:t>57:28  daur qital khatam ho chuka ab peace zariya aap jo chahe kijiye sare rastay khule hue hain mein isi ke liye ke meri kitab likhi hai ejaz peace ke daur qital khatam ho chuka ab ladai bhadai ki koi zaroorat hi nahi hai ab to sirf yeh hai ke aap peaceful jo zariye hain un ko istemal kar ke islam ko khoob phailaiye bas.</w:t>
      </w:r>
    </w:p>
    <w:p>
      <w:pPr>
        <w:pStyle w:val="Heading2"/>
      </w:pPr>
      <w:r>
        <w:t>War and Conquest in Early Islamic History</w:t>
      </w:r>
    </w:p>
    <w:p>
      <w:r>
        <w:rPr>
          <w:color w:val="666666"/>
          <w:sz w:val="18"/>
        </w:rPr>
        <w:t>Seerah &amp; Prophet · Age of Democracy May 25, 2014 · 2m 08s · at 1:10:12 · https://youtu.be/pyZy1-EhW1Q?t=4212</w:t>
      </w:r>
    </w:p>
    <w:p>
      <w:r>
        <w:rPr>
          <w:i/>
        </w:rPr>
        <w:t>“If it is a fact that there is no war and qital in Islam against established governments, then what was in the regime of earlier times of Islam where countries like Egypt and Iran were conquered by the Muslims? Please comment.”</w:t>
      </w:r>
    </w:p>
    <w:p>
      <w:r>
        <w:rPr>
          <w:sz w:val="20"/>
        </w:rPr>
        <w:t>1:10:12  maulana, agla sawal lene se pehle ek comment padhna chahenge jo mehtab ahmed sahab ne dhampur se bheja hai. unhone likha hai: "maulana, inshallah your new book izhar-e-deen will grow iman and conviction of all the readers." mashallah.</w:t>
      </w:r>
      <w:r>
        <w:br/>
      </w:r>
      <w:r>
        <w:rPr>
          <w:sz w:val="20"/>
        </w:rPr>
        <w:t>1:10:35  maulana, agla sawal kya hai aamir jinn sahab ne kashmir se.</w:t>
      </w:r>
      <w:r>
        <w:br/>
      </w:r>
      <w:r>
        <w:rPr>
          <w:sz w:val="20"/>
        </w:rPr>
        <w:t>1:10:41  unhone likha hai: "if it is a fact that there is no war or qital in islam against established governments, then what was in the regime of earlier times of islam where country like egypt or iran were conquered by the muslims?" please comment karein.</w:t>
      </w:r>
      <w:r>
        <w:br/>
      </w:r>
      <w:r>
        <w:rPr>
          <w:sz w:val="20"/>
        </w:rPr>
        <w:t>1:11:01  dekhiye, yeh baat bahut achhi tarah se tafseel se likh chuka hoon ke woh islam ke rule ko establish karne ke liye nahi hua tha. woh</w:t>
      </w:r>
      <w:r>
        <w:br/>
      </w:r>
      <w:r>
        <w:rPr>
          <w:sz w:val="20"/>
        </w:rPr>
        <w:t>1:11:10  mein ne arz kiya ke woh ek divine operation tha ke duniya mein kingship ka jo nizam tha, us ne decent ko khatam kar rakha tha. that was against the creation plan of god.</w:t>
      </w:r>
      <w:r>
        <w:br/>
      </w:r>
      <w:r>
        <w:rPr>
          <w:sz w:val="20"/>
        </w:rPr>
        <w:t>1:11:21  khuda ko manzoor hai ke log azaad hon, logon ko freedom of choice ho. to tabhi hoga jab ke decent ki azaadi ho.</w:t>
      </w:r>
      <w:r>
        <w:br/>
      </w:r>
      <w:r>
        <w:rPr>
          <w:sz w:val="20"/>
        </w:rPr>
        <w:t>1:11:30  is ko khatam karne ke liye yeh hua. yeh nahi ke koi qanoon hai, us ko naafiz</w:t>
      </w:r>
      <w:r>
        <w:br/>
      </w:r>
      <w:r>
        <w:rPr>
          <w:sz w:val="20"/>
        </w:rPr>
        <w:t>1:11:35  karna hai. yeh to musalman is zamane mein kuch aise paida hue, kuch aise log yeh nikala hai inhon ne ke islam ke qanoon ko nafiz karne ke liye.</w:t>
      </w:r>
      <w:r>
        <w:br/>
      </w:r>
      <w:r>
        <w:rPr>
          <w:sz w:val="20"/>
        </w:rPr>
        <w:t>1:11:43  nahi, kingship ne allah ke kisi plan ko moattal karna chaha tha, dissent ko tabu bana kar ke.</w:t>
      </w:r>
      <w:r>
        <w:br/>
      </w:r>
      <w:r>
        <w:rPr>
          <w:sz w:val="20"/>
        </w:rPr>
        <w:t>1:11:56  to woh khatm ho gaya. ab ab dunya mein azadi hai, ab dissent pe koi pabandi nahi hai. to bas ab woh waqt khatm ho gaya.</w:t>
      </w:r>
      <w:r>
        <w:br/>
      </w:r>
      <w:r>
        <w:rPr>
          <w:sz w:val="20"/>
        </w:rPr>
        <w:t>1:12:04  ab ladne ki koi zaroorat hi nahi. ab ladna to yani yani koi is ka koi islamic pehlu se is ko value nahi.</w:t>
      </w:r>
      <w:r>
        <w:br/>
      </w:r>
      <w:r>
        <w:rPr>
          <w:sz w:val="20"/>
        </w:rPr>
        <w:t>1:12:15  is ki koi.</w:t>
      </w:r>
    </w:p>
    <w:p>
      <w:pPr>
        <w:pStyle w:val="Heading2"/>
      </w:pPr>
      <w:r>
        <w:t>Was Islamic government established in Prophet's time?</w:t>
      </w:r>
    </w:p>
    <w:p>
      <w:r>
        <w:rPr>
          <w:color w:val="666666"/>
          <w:sz w:val="18"/>
        </w:rPr>
        <w:t>Seerah &amp; Prophet · Islam &amp; Prophet of Islam 21 Oct, 2012 - Maulana Wahiduddin Khan · 1m 47s · at 1:23:22 · https://youtu.be/2hwtfOyNeS0?t=5002</w:t>
      </w:r>
    </w:p>
    <w:p>
      <w:r>
        <w:rPr>
          <w:i/>
        </w:rPr>
        <w:t>“How could you say Islamic government was not established at the time of Prophet Muhammad? However, it was established fully in the area of Hijaz as an example.”</w:t>
      </w:r>
    </w:p>
    <w:p>
      <w:r>
        <w:rPr>
          <w:sz w:val="20"/>
        </w:rPr>
        <w:t>1:23:22  maulana, agla sawal Dilli se hai Naveed Ahmed sahib ka. unhone likha hai: "how could you say Islamic government was not established at the time of Prophet Muhammad?</w:t>
      </w:r>
      <w:r>
        <w:br/>
      </w:r>
      <w:r>
        <w:rPr>
          <w:sz w:val="20"/>
        </w:rPr>
        <w:t>1:23:33  however, it was established fully in the area of Hijaz as an example." maine yeh nahi kaha ke Islamic musalmanon ka rule nahi tha.</w:t>
      </w:r>
      <w:r>
        <w:br/>
      </w:r>
      <w:r>
        <w:rPr>
          <w:sz w:val="20"/>
        </w:rPr>
        <w:t>1:23:43  nahi. maine yeh kaha ke jo jo depict karte hain log, ke ideal role, woh kahin wajood nahi tha is ka.</w:t>
      </w:r>
      <w:r>
        <w:br/>
      </w:r>
      <w:r>
        <w:rPr>
          <w:sz w:val="20"/>
        </w:rPr>
        <w:t>1:23:52  ideal government, ideal system, ideal society, is ka kahin wajood nahi tha. role to tha, zahir hai. islam se pehle bhi tha, islam ke baad bhi tha.</w:t>
      </w:r>
      <w:r>
        <w:br/>
      </w:r>
      <w:r>
        <w:rPr>
          <w:sz w:val="20"/>
        </w:rPr>
        <w:t>1:24:01  aaj bhi hai. to islamic government ka hona alag baat hai. lekin log jo is ko depict karte hain is tareeqe se ke wahan koi ideal system tha, perfect samajh tha, yeh bilkul afsanvi baat hai.</w:t>
      </w:r>
      <w:r>
        <w:br/>
      </w:r>
      <w:r>
        <w:rPr>
          <w:sz w:val="20"/>
        </w:rPr>
        <w:t>1:24:15  is ka koi wajood nahi kahin. is ka koi wajood nahi. aap dekhiye, main rasool Allah sallallahu alaihi wasallam ki wafat hui to hazrat ayesha kehti hain ke: "falamma tawaffa rasool Allah sallallahu alaihi wasallam,</w:t>
      </w:r>
      <w:r>
        <w:br/>
      </w:r>
      <w:r>
        <w:rPr>
          <w:sz w:val="20"/>
        </w:rPr>
        <w:t>1:24:31  rasool Allah ki wafat hui to saare arab mein baghavat phail gayi." where was that ideal government? where was that ideal government? aap bataiye.</w:t>
      </w:r>
      <w:r>
        <w:br/>
      </w:r>
      <w:r>
        <w:rPr>
          <w:sz w:val="20"/>
        </w:rPr>
        <w:t>1:24:42  hazrat hazrat usman ke zamane mein khalifa ko qatl kar dala logon ne. musalmanon ne qatl kiya. is ke baad hazrat ali aur muawiya jang hui. is mein kitne saal woh maare gaye?</w:t>
      </w:r>
      <w:r>
        <w:br/>
      </w:r>
      <w:r>
        <w:rPr>
          <w:sz w:val="20"/>
        </w:rPr>
        <w:t>1:24:51  to where was that ideal government? government thi is ka banne mein inkar kar raha hoon. lekin log jo aaj bhi mukhtalif tasveer pesh karte hain ke wahan ideal government thi aur perfect system tha, ideal society thi, yeh sab bilkul khayali baatein hain.</w:t>
      </w:r>
      <w:r>
        <w:br/>
      </w:r>
      <w:r>
        <w:rPr>
          <w:sz w:val="20"/>
        </w:rPr>
        <w:t>1:25:05  aisa kuch nahi tha.</w:t>
      </w:r>
    </w:p>
    <w:p>
      <w:pPr>
        <w:pStyle w:val="Heading2"/>
      </w:pPr>
      <w:r>
        <w:t>Was Prophet sent to Islamize all aspects?</w:t>
      </w:r>
    </w:p>
    <w:p>
      <w:r>
        <w:rPr>
          <w:color w:val="666666"/>
          <w:sz w:val="18"/>
        </w:rPr>
        <w:t>Seerah &amp; Prophet · History of Kaaba March 19, 2017 · 2m 37s · at 1:03:58 · https://youtu.be/HPvWnoueeqg?t=3838</w:t>
      </w:r>
    </w:p>
    <w:p>
      <w:r>
        <w:rPr>
          <w:i/>
        </w:rPr>
        <w:t>“Nowadays Muslims want to Islamize everything like Islamic bank, halal food, Islamic land, Islamic clothing and so on. Was the prophet of Islam sent for these purposes? What is your opinion on this?”</w:t>
      </w:r>
    </w:p>
    <w:p>
      <w:r>
        <w:rPr>
          <w:sz w:val="20"/>
        </w:rPr>
        <w:t>1:03:58  maulana agla sawal Maulana</w:t>
      </w:r>
      <w:r>
        <w:br/>
      </w:r>
      <w:r>
        <w:rPr>
          <w:sz w:val="20"/>
        </w:rPr>
        <w:t>1:04:00  farhad ahmed sahib ne bheja hai dilli se aur unhon ne likha hai maulana nowadays muslim want to islamize everything like islamic bank halal food islamic land islamic clothing and so on</w:t>
      </w:r>
      <w:r>
        <w:br/>
      </w:r>
      <w:r>
        <w:rPr>
          <w:sz w:val="20"/>
        </w:rPr>
        <w:t>1:04:15  was the prophet of Islam sent for for these purposes what is your opinion on this yeh sab</w:t>
      </w:r>
      <w:r>
        <w:br/>
      </w:r>
      <w:r>
        <w:rPr>
          <w:sz w:val="20"/>
        </w:rPr>
        <w:t>1:04:22  is yeh sab islam sab bilkul hi yani yani ridiculous hai ridiculous hai is ka talluq islam se</w:t>
      </w:r>
      <w:r>
        <w:br/>
      </w:r>
      <w:r>
        <w:rPr>
          <w:sz w:val="20"/>
        </w:rPr>
        <w:t>1:04:31  hai hi nahi</w:t>
      </w:r>
      <w:r>
        <w:br/>
      </w:r>
      <w:r>
        <w:rPr>
          <w:sz w:val="20"/>
        </w:rPr>
        <w:t>1:04:33  is ka talluq islam se hai hi nahi jo</w:t>
      </w:r>
      <w:r>
        <w:br/>
      </w:r>
      <w:r>
        <w:rPr>
          <w:sz w:val="20"/>
        </w:rPr>
        <w:t>1:04:37  yeh sab karte hain log ridiculous hai islam sirf yeh hai ke aap Allah se darne wale banen</w:t>
      </w:r>
      <w:r>
        <w:br/>
      </w:r>
      <w:r>
        <w:rPr>
          <w:sz w:val="20"/>
        </w:rPr>
        <w:t>1:04:46  aur Allah ke paigham ko dunya mein phailayen bas yahi islam hai Maulana agla aik comment parhna chahen</w:t>
      </w:r>
      <w:r>
        <w:br/>
      </w:r>
      <w:r>
        <w:rPr>
          <w:sz w:val="20"/>
        </w:rPr>
        <w:t>1:04:53  ge jo Maulana abdul basit umri nay bhija hai qatar se unhon nay likha hai</w:t>
      </w:r>
      <w:r>
        <w:br/>
      </w:r>
      <w:r>
        <w:rPr>
          <w:sz w:val="20"/>
        </w:rPr>
        <w:t>1:05:01  aap maulana aaj ka din mere liye bahut badi hikmat aur samajh ko janne ka din raha</w:t>
      </w:r>
      <w:r>
        <w:br/>
      </w:r>
      <w:r>
        <w:rPr>
          <w:sz w:val="20"/>
        </w:rPr>
        <w:t>1:05:11  mera dimagh jo hai wo khul gaya kaba ki shape ko mushrikon ki buniyad par baqi rakhna use reshape nahi kar ke jo hikmat rasool allah batana chahte the wo aap ne pehli bar is baat ko khola warna is mozu par koi nahi bolta jazak allah khair maulana sahib ok so we will end this session</w:t>
      </w:r>
      <w:r>
        <w:br/>
      </w:r>
      <w:r>
        <w:rPr>
          <w:sz w:val="20"/>
        </w:rPr>
        <w:t>1:05:36  now we will be back next sunday same time thank you.</w:t>
      </w:r>
    </w:p>
    <w:p>
      <w:pPr>
        <w:pStyle w:val="Heading2"/>
      </w:pPr>
      <w:r>
        <w:t>Was faith a rediscovery for Sahaba?</w:t>
      </w:r>
    </w:p>
    <w:p>
      <w:r>
        <w:rPr>
          <w:color w:val="666666"/>
          <w:sz w:val="18"/>
        </w:rPr>
        <w:t>Seerah &amp; Prophet · Personality of A Believer February 2, 2014 · 1m 13s · at 1:02:36 · https://youtu.be/EiK_-O-Bjps?t=3756</w:t>
      </w:r>
    </w:p>
    <w:p>
      <w:r>
        <w:rPr>
          <w:i/>
        </w:rPr>
        <w:t>“Please tell me, was Iman a rediscovery for the Companions?”</w:t>
      </w:r>
    </w:p>
    <w:p>
      <w:r>
        <w:rPr>
          <w:sz w:val="20"/>
        </w:rPr>
        <w:t>1:02:36  maulana, agla sawal dhampur se hai mehtab ahmad sahab ka</w:t>
      </w:r>
      <w:r>
        <w:br/>
      </w:r>
      <w:r>
        <w:rPr>
          <w:sz w:val="20"/>
        </w:rPr>
        <w:t>1:02:40  . unhon ne likha hai: "maulana sahab, please tell me, was sahaba iman a re-discovery for them?" nahi, mein aisa kehta hoon ke jo already momin hain, paida hue hain musalman, un ke liye un ki zaroorat hai ke woh islam ko re-discovery banayein.</w:t>
      </w:r>
      <w:r>
        <w:br/>
      </w:r>
      <w:r>
        <w:rPr>
          <w:sz w:val="20"/>
        </w:rPr>
        <w:t>1:03:00  mein paida hone ko kafi na samjhein,</w:t>
      </w:r>
      <w:r>
        <w:br/>
      </w:r>
      <w:r>
        <w:rPr>
          <w:sz w:val="20"/>
        </w:rPr>
        <w:t>1:03:04  yani paida hone se aadmi</w:t>
      </w:r>
      <w:r>
        <w:br/>
      </w:r>
      <w:r>
        <w:rPr>
          <w:sz w:val="20"/>
        </w:rPr>
        <w:t>1:03:09  momin ban gaye, aisa na samjhein, balkeh woh islam ko re-discover karein. yeh yani paidaishi musalmanon ke bare mein aisa mein kehta hoon, lekin sahaba to woh to paida hue the ghair islam mein.</w:t>
      </w:r>
      <w:r>
        <w:br/>
      </w:r>
      <w:r>
        <w:rPr>
          <w:sz w:val="20"/>
        </w:rPr>
        <w:t>1:03:27  unhon ne to islam in ka case discovery ka case hai,</w:t>
      </w:r>
      <w:r>
        <w:br/>
      </w:r>
      <w:r>
        <w:rPr>
          <w:sz w:val="20"/>
        </w:rPr>
        <w:t>1:03:32  in ka case re-discovery case nahi hai. re-discovery case to paidaishi musalmanon ke liye hai. sahaba ke liye islam in ki discovery tha.</w:t>
      </w:r>
      <w:r>
        <w:br/>
      </w:r>
      <w:r>
        <w:rPr>
          <w:sz w:val="20"/>
        </w:rPr>
        <w:t>1:03:43  pehli baar daryaft kiya unhon ne?</w:t>
      </w:r>
    </w:p>
    <w:p>
      <w:pPr>
        <w:pStyle w:val="Heading2"/>
      </w:pPr>
      <w:r>
        <w:t>Were Islamic conquests defensive or aggressive?</w:t>
      </w:r>
    </w:p>
    <w:p>
      <w:r>
        <w:rPr>
          <w:color w:val="666666"/>
          <w:sz w:val="18"/>
        </w:rPr>
        <w:t>Seerah &amp; Prophet · Art of Thinking November 02, 2014 Maulana Wahiduddin Khan · 2m 14s · at 52:53 · https://youtu.be/jxGjv30RG1Q?t=3173</w:t>
      </w:r>
    </w:p>
    <w:p>
      <w:r>
        <w:rPr>
          <w:i/>
        </w:rPr>
        <w:t>“All ghazwa wars from Badr to Fath Makkah and onwards were fought for defense only. It is alleged by the opponents of Islam that such a big empire from Makkah to Turkey was achieved by aggressive wars and not by defensive fights. What is your view on this?”</w:t>
      </w:r>
    </w:p>
    <w:p>
      <w:r>
        <w:rPr>
          <w:sz w:val="20"/>
        </w:rPr>
        <w:t>52:53  molana, agla sawal kya hai doctor wasiq ur rehman sahib ne dewas mp se aur unhone likha hai: "were all gazwa wars from badr to fateh makkah and onwards fought for defence only.</w:t>
      </w:r>
      <w:r>
        <w:br/>
      </w:r>
      <w:r>
        <w:rPr>
          <w:sz w:val="20"/>
        </w:rPr>
        <w:t>53:11  it is alleged by the opponents of Islam that such a big empire from makkah to turkey was achieved by aggressive wars and not by defensive fights." molana, what is your view on this?</w:t>
      </w:r>
      <w:r>
        <w:br/>
      </w:r>
      <w:r>
        <w:rPr>
          <w:sz w:val="20"/>
        </w:rPr>
        <w:t>53:26  dekhiye, Quran mein bataya gaya hai ke وَهُمْ بَدَوْكُمْ أَوَّلَ بَرًّا. is mein jo basic buniyadi jo reference hai woh yeh ayat hai: وَهُمْ بَدَوْكُمْ أَوَّلَ بَرًّا.</w:t>
      </w:r>
      <w:r>
        <w:br/>
      </w:r>
      <w:r>
        <w:rPr>
          <w:sz w:val="20"/>
        </w:rPr>
        <w:t>53:41  unhone kiya hai? is pehle unhone shuru kiya hai jang, unhone shuru kiya to ab jang jo hai un ke muwafiq nahi gayi.</w:t>
      </w:r>
      <w:r>
        <w:br/>
      </w:r>
      <w:r>
        <w:rPr>
          <w:sz w:val="20"/>
        </w:rPr>
        <w:t>53:51  yani rasool Allah aur aap ke ashaab jeet gaye jaise 1965 mein jang shuru ki thi Pakistan ne lekin jeet gaya India to ab jeetna to aap ke ikhtiyar mein thori hai.</w:t>
      </w:r>
      <w:r>
        <w:br/>
      </w:r>
      <w:r>
        <w:rPr>
          <w:sz w:val="20"/>
        </w:rPr>
        <w:t>54:10  to وَهُمْ بَدَوْكُمْ أَوَّلَ بَرًّا. shuru kiya unhone, waqai shuru karne ke baad Allah ki madad se jeet gaye rasool Allah aur aap ke ashaab to theek hai.</w:t>
      </w:r>
      <w:r>
        <w:br/>
      </w:r>
      <w:r>
        <w:rPr>
          <w:sz w:val="20"/>
        </w:rPr>
        <w:t>54:21  is mein kya hai? jeet kisi ke ikhtiyar mein thori hoti hai. jeet ka faisla to future karta hai.</w:t>
      </w:r>
      <w:r>
        <w:br/>
      </w:r>
      <w:r>
        <w:rPr>
          <w:sz w:val="20"/>
        </w:rPr>
        <w:t>54:31  present mein aap shuru karte hain lekin jeet ka faisla future mein hota hai. to وَهُمْ بَدَوْكُمْ أَوَّلَ بَرًّا.</w:t>
      </w:r>
      <w:r>
        <w:br/>
      </w:r>
      <w:r>
        <w:rPr>
          <w:sz w:val="20"/>
        </w:rPr>
        <w:t>54:42  yeh yeh usool bilkul woh us se nikalta hai ke bad unhone kiya hai? bad mani beginning. bad mani beginning.</w:t>
      </w:r>
      <w:r>
        <w:br/>
      </w:r>
      <w:r>
        <w:rPr>
          <w:sz w:val="20"/>
        </w:rPr>
        <w:t>54:53  beginning unhone kar di, ab ladai shuru ho gayi. ladai shuru ho gayi to ab ab to future decide karega ke jeet kis tareeqe se, haar kis tareeqe se. yeh bohat clear hai yeh baat.</w:t>
      </w:r>
    </w:p>
    <w:p>
      <w:pPr>
        <w:pStyle w:val="Heading2"/>
      </w:pPr>
      <w:r>
        <w:t>Were the Ansar involved in post-Prophet conflict?</w:t>
      </w:r>
    </w:p>
    <w:p>
      <w:r>
        <w:rPr>
          <w:color w:val="666666"/>
          <w:sz w:val="18"/>
        </w:rPr>
        <w:t>Seerah &amp; Prophet · The Importance of Team Work February 5, 2012 · 2m 14s · at 1:14:10 · https://youtu.be/qBbwznqIqVw?t=4450</w:t>
      </w:r>
    </w:p>
    <w:p>
      <w:r>
        <w:rPr>
          <w:i/>
        </w:rPr>
        <w:t>“After the Prophet, there was a conflict among the Companions. Were the Ansar involved in it or not?”</w:t>
      </w:r>
    </w:p>
    <w:p>
      <w:r>
        <w:rPr>
          <w:sz w:val="20"/>
        </w:rPr>
        <w:t>1:14:10  maulana, agla sawal aya hai bangalore se maulana inayatullah umri sahib ka. unhon ne likha hai: "prophet ke baad sahaba mein jo takrao hua, kya ansar is mein shamil the ya nahin?"</w:t>
      </w:r>
      <w:r>
        <w:br/>
      </w:r>
      <w:r>
        <w:rPr>
          <w:sz w:val="20"/>
        </w:rPr>
        <w:t>1:14:33  dekhen, takrao jo hua, wo hua yani in logon, wo basically is mein role in logon ka tha jo baad ko musalman hue the.</w:t>
      </w:r>
      <w:r>
        <w:br/>
      </w:r>
      <w:r>
        <w:rPr>
          <w:sz w:val="20"/>
        </w:rPr>
        <w:t>1:14:46  yahan tak ke main janta hoon ansar mein ek hi shakhs tha jis ko ikhtilaf paida hua, wo the sa'd bin ubada.</w:t>
      </w:r>
      <w:r>
        <w:br/>
      </w:r>
      <w:r>
        <w:rPr>
          <w:sz w:val="20"/>
        </w:rPr>
        <w:t>1:14:59  ek hi shakhs the.</w:t>
      </w:r>
      <w:r>
        <w:br/>
      </w:r>
      <w:r>
        <w:rPr>
          <w:sz w:val="20"/>
        </w:rPr>
        <w:t>1:15:01  to sa'd bin ubada ko ikhtilaf paida hua khilafat ke masle par, lekin unhon ne artist opposition nahin chalai, kuch bhi nahin kiya.</w:t>
      </w:r>
      <w:r>
        <w:br/>
      </w:r>
      <w:r>
        <w:rPr>
          <w:sz w:val="20"/>
        </w:rPr>
        <w:t>1:15:12  unhon ne sirf yeh kiya saada taur par ke madina chhod kar sham chale gaye. sham. aur wahan khamoshi se zindagi guzarte rahe.</w:t>
      </w:r>
      <w:r>
        <w:br/>
      </w:r>
      <w:r>
        <w:rPr>
          <w:sz w:val="20"/>
        </w:rPr>
        <w:t>1:15:24  taqreeban das saal tak wahan rahe, woh wahin mar gaye. woh</w:t>
      </w:r>
      <w:r>
        <w:br/>
      </w:r>
      <w:r>
        <w:rPr>
          <w:sz w:val="20"/>
        </w:rPr>
        <w:t>1:15:28  to un ko mere ilm ke mutabiq jo qabil zikr aadmi jis ko ikhtilaf paida hua tha, woh sa'd ibn 'ubada the. lekin unhon ne apne ikhtilaf ko apni had tak bohat rakha.</w:t>
      </w:r>
      <w:r>
        <w:br/>
      </w:r>
      <w:r>
        <w:rPr>
          <w:sz w:val="20"/>
        </w:rPr>
        <w:t>1:15:42  logon ko wargalayein, logon ko apna hami banayein, ek ek nayi party banayein ke ansar party.</w:t>
      </w:r>
      <w:r>
        <w:br/>
      </w:r>
      <w:r>
        <w:rPr>
          <w:sz w:val="20"/>
        </w:rPr>
        <w:t>1:15:51  kuch bhi nahi kiya unhon ne. koi negative activity nahi dikhai</w:t>
      </w:r>
      <w:r>
        <w:br/>
      </w:r>
      <w:r>
        <w:rPr>
          <w:sz w:val="20"/>
        </w:rPr>
        <w:t>1:15:56  unhon ne. bilkul khamoshi ke sath, baghair ailan ke chale gaye sham. aur wahan bhi khamoshi ke sath pade rahe.</w:t>
      </w:r>
      <w:r>
        <w:br/>
      </w:r>
      <w:r>
        <w:rPr>
          <w:sz w:val="20"/>
        </w:rPr>
        <w:t>1:16:05  kyun ke un ko shikayat thi khilafat ke mamle mein. aur taqreeban das saal wahin rahe aur mar gaye.</w:t>
      </w:r>
      <w:r>
        <w:br/>
      </w:r>
      <w:r>
        <w:rPr>
          <w:sz w:val="20"/>
        </w:rPr>
        <w:t>1:16:14  wahin mere ilm mein qabil zikr waqia yahi hai.</w:t>
      </w:r>
    </w:p>
    <w:p>
      <w:pPr>
        <w:pStyle w:val="Heading2"/>
      </w:pPr>
      <w:r>
        <w:t>What is the nineteen code in Prophet Yusuf's story</w:t>
      </w:r>
    </w:p>
    <w:p>
      <w:r>
        <w:rPr>
          <w:color w:val="666666"/>
          <w:sz w:val="18"/>
        </w:rPr>
        <w:t>Seerah &amp; Prophet · Story of the Prophet Yusuf May 11, 2014 Maulana Wahiduddin Khan · 1m 15s · at 47:56 · https://youtu.be/2alsBthUWhw?t=2876</w:t>
      </w:r>
    </w:p>
    <w:p>
      <w:r>
        <w:rPr>
          <w:i/>
        </w:rPr>
        <w:t>“That when Yusuf was in that well, an angel came to him and told him that in near future you will be taken out from this well and also informed him about nineteen codes. That is you have five fingers and fourteen joints in hand with some sums up to nineteen. What is this nineteen code?”</w:t>
      </w:r>
    </w:p>
    <w:p>
      <w:r>
        <w:rPr>
          <w:sz w:val="20"/>
        </w:rPr>
        <w:t>47:56  molana agla sawal dilli se hai. mudassir ahmed sahib ne kiya hai. unhon ne likha hai: "That when Yusuf was in that well, an angel came to him and told him that in near future you will be taken out from this well and also informed him about nineteen codes.</w:t>
      </w:r>
      <w:r>
        <w:br/>
      </w:r>
      <w:r>
        <w:rPr>
          <w:sz w:val="20"/>
        </w:rPr>
        <w:t>48:17  That is you have five fingers and fourteen joints in hand with some sums up to nineteen.</w:t>
      </w:r>
      <w:r>
        <w:br/>
      </w:r>
      <w:r>
        <w:rPr>
          <w:sz w:val="20"/>
        </w:rPr>
        <w:t>48:24  What is this nineteen code?" yeh bohat si kahaniyan hazrat yusuf ke baray mein bohat si kahaniyan banai gayi hain. aik kitab banai gayi hai yusuf zulkai.</w:t>
      </w:r>
      <w:r>
        <w:br/>
      </w:r>
      <w:r>
        <w:rPr>
          <w:sz w:val="20"/>
        </w:rPr>
        <w:t>48:34  is mein hazrat yusuf ki shadi bhi kar di gayi zulkai se. yeh sab kahaniyan hain. is ka asal is se koi talluq nahi hai.</w:t>
      </w:r>
      <w:r>
        <w:br/>
      </w:r>
      <w:r>
        <w:rPr>
          <w:sz w:val="20"/>
        </w:rPr>
        <w:t>48:41  to mein janta hoon ke poori aik aik aik woh bana di gayi hai. yani poori poori kitab chhapi hai baqayda.</w:t>
      </w:r>
      <w:r>
        <w:br/>
      </w:r>
      <w:r>
        <w:rPr>
          <w:sz w:val="20"/>
        </w:rPr>
        <w:t>48:53  yusuf zulkai parshian language mein hai. bohat si kahaniyan is mein hain. woh sab ghalat hain. jo baat quran mein hai wahi sahi hai.</w:t>
      </w:r>
      <w:r>
        <w:br/>
      </w:r>
      <w:r>
        <w:rPr>
          <w:sz w:val="20"/>
        </w:rPr>
        <w:t>49:03  kuch ajzaa aisay hain jo bible mein hain. woh bhi agar quran ke khilaf nahi to bhi is ko hum sahi mantay hain.</w:t>
      </w:r>
    </w:p>
    <w:p>
      <w:pPr>
        <w:pStyle w:val="Heading2"/>
      </w:pPr>
      <w:r>
        <w:t>When did tribal age end?</w:t>
      </w:r>
    </w:p>
    <w:p>
      <w:r>
        <w:rPr>
          <w:color w:val="666666"/>
          <w:sz w:val="18"/>
        </w:rPr>
        <w:t>Seerah &amp; Prophet · Islam and Violence October 12, 2014 · 1m 27s · at 56:06 · https://youtu.be/KmpXYZjPlj8?t=3366</w:t>
      </w:r>
    </w:p>
    <w:p>
      <w:r>
        <w:rPr>
          <w:i/>
        </w:rPr>
        <w:t>“When did the tribal age get over in history, in your opinion?”</w:t>
      </w:r>
    </w:p>
    <w:p>
      <w:r>
        <w:rPr>
          <w:sz w:val="20"/>
        </w:rPr>
        <w:t>56:06  agar woh jaan lein ke sachai kya hai to woh mujhe yaqeen hai ke woh sab chhod denge. is ko Maulana, agla sawal Delhi se kiya hai Miss Naghma Siddiqui ne, aur unhone aapse poocha hai ke "When did the tribal age get over in history in your opinion?"</w:t>
      </w:r>
      <w:r>
        <w:br/>
      </w:r>
      <w:r>
        <w:rPr>
          <w:sz w:val="20"/>
        </w:rPr>
        <w:t>56:25  mere nazdeek to Hazrat Umar ke zamane mein khatm ho chuka tha. is ke baad koi kaam nahi tha, yani tashaddud ka.</w:t>
      </w:r>
      <w:r>
        <w:br/>
      </w:r>
      <w:r>
        <w:rPr>
          <w:sz w:val="20"/>
        </w:rPr>
        <w:t>56:36  is par maine abhi ek article likha hai ke main samajhta hoon ke Hazrat Umar ke zamane mein woh khatm ho chuka. aur yeh maine liya hai un ke Hazrat Abdullah Ibn Umar ke is se.</w:t>
      </w:r>
      <w:r>
        <w:br/>
      </w:r>
      <w:r>
        <w:rPr>
          <w:sz w:val="20"/>
        </w:rPr>
        <w:t>56:47  Qatalna, woh to kar diya aap ne, woh to ho gaya. ab</w:t>
      </w:r>
      <w:r>
        <w:br/>
      </w:r>
      <w:r>
        <w:rPr>
          <w:sz w:val="20"/>
        </w:rPr>
        <w:t>56:53  yeh abhi maine ek article likha hai is ko le kar ke ke Abdullah Umar ne kyun kaha tha ke Qatalna, woh to hum ne kar diya, woh to ho gaya. ab to peaceful da'wah work karna hai.</w:t>
      </w:r>
      <w:r>
        <w:br/>
      </w:r>
      <w:r>
        <w:rPr>
          <w:sz w:val="20"/>
        </w:rPr>
        <w:t>57:09  to main samajhta hoon ke Hazrat Abdullah, Hazrat Hazrat Umar ka zamana jo tha, usi waqt is ko khatm ho jana chahiye tha, lekin woh continue raha aur abhi tak continue hai.</w:t>
      </w:r>
      <w:r>
        <w:br/>
      </w:r>
      <w:r>
        <w:rPr>
          <w:sz w:val="20"/>
        </w:rPr>
        <w:t>57:21  to beharhaal, ab hamein waqt aa gaya hai ke aakhri waqt aa gaya hai ke hum is ka ailaan karein, khule taur par ailaan karein ke yeh tribal culture ka continuation hai, is ka Islam se koi ta'alluq nahi hai.</w:t>
      </w:r>
    </w:p>
    <w:p>
      <w:pPr>
        <w:pStyle w:val="Heading2"/>
      </w:pPr>
      <w:r>
        <w:t>Which Madhhab Did Prophet Belong To?</w:t>
      </w:r>
    </w:p>
    <w:p>
      <w:r>
        <w:rPr>
          <w:color w:val="666666"/>
          <w:sz w:val="18"/>
        </w:rPr>
        <w:t>Seerah &amp; Prophet · Importance of Patience October 26, 2014 · 1m 32s · at 1:11:17 · https://youtu.be/XdOlp9-fPG0?t=4277</w:t>
      </w:r>
    </w:p>
    <w:p>
      <w:r>
        <w:rPr>
          <w:i/>
        </w:rPr>
        <w:t>“Which school of thought did the Prophet Muhammad belong to? Because every sect claims he was from their sect. Please clarify.”</w:t>
      </w:r>
    </w:p>
    <w:p>
      <w:r>
        <w:rPr>
          <w:sz w:val="20"/>
        </w:rPr>
        <w:t>1:11:17  Maulana, agla sawal Delhi se kya hai Raj Malik Sahab ne, aur unhon ne likha hai: "Maulana, yeh bataein ke Paighambar-e-Islam kis maslak ke the?</w:t>
      </w:r>
      <w:r>
        <w:br/>
      </w:r>
      <w:r>
        <w:rPr>
          <w:sz w:val="20"/>
        </w:rPr>
        <w:t>1:11:29  kyun ke jis maslak ke logon se mila jaye, woh yahi kehte hain ke Rasool us ke maslak ke the." Is ko wazeh karein. Bhai, yeh maslak jo aaj kal na hai, lafz maslak bola jata hai fiqhi school ke liye,</w:t>
      </w:r>
      <w:r>
        <w:br/>
      </w:r>
      <w:r>
        <w:rPr>
          <w:sz w:val="20"/>
        </w:rPr>
        <w:t>1:11:46  to fiqhi school to tha hi nahi is zamane mein. Ab bahri daur mein yeh hua, woh abhi tab bhi itna katar nahi tha jo aaj ab hai.</w:t>
      </w:r>
      <w:r>
        <w:br/>
      </w:r>
      <w:r>
        <w:rPr>
          <w:sz w:val="20"/>
        </w:rPr>
        <w:t>1:11:55  Ab bahri daur mein yeh is char maktab nahi bane the, ab jo char fiqh bani hui hai, yeh yeh sirf ek bas log aate the, masla puchte the, usi darje mein thi.</w:t>
      </w:r>
      <w:r>
        <w:br/>
      </w:r>
      <w:r>
        <w:rPr>
          <w:sz w:val="20"/>
        </w:rPr>
        <w:t>1:12:08  baqi ek group ban gaya hai, char alag alag, yeh yeh is zamane mein bhi the nahi tha.</w:t>
      </w:r>
      <w:r>
        <w:br/>
      </w:r>
      <w:r>
        <w:rPr>
          <w:sz w:val="20"/>
        </w:rPr>
        <w:t>1:12:14  to maslak ka jo concept hai maujooda zamane mein fiqhi school ke ma'ne mein, to woh tha hi nahi.</w:t>
      </w:r>
      <w:r>
        <w:br/>
      </w:r>
      <w:r>
        <w:rPr>
          <w:sz w:val="20"/>
        </w:rPr>
        <w:t>1:12:23  Paighambar zamane mein yeh to innovation hai, yeh to innovation hai baat ko, aur yeh aaya hai ghulu ki wajah se, jis ko kehte hain extremism.</w:t>
      </w:r>
      <w:r>
        <w:br/>
      </w:r>
      <w:r>
        <w:rPr>
          <w:sz w:val="20"/>
        </w:rPr>
        <w:t>1:12:35  Is se is se aadmi ko, yani bahar rehna chahiye.</w:t>
      </w:r>
      <w:r>
        <w:br/>
      </w:r>
      <w:r>
        <w:rPr>
          <w:sz w:val="20"/>
        </w:rPr>
        <w:t>1:12:40  Islam mein koi maslak nahi, koi fiqhi group bandi nahi, ek hi Islam hai, woh sab ke liye hai.</w:t>
      </w:r>
    </w:p>
    <w:p>
      <w:pPr>
        <w:pStyle w:val="Heading2"/>
      </w:pPr>
      <w:r>
        <w:t>Who formed best dawah team after Prophet?</w:t>
      </w:r>
    </w:p>
    <w:p>
      <w:r>
        <w:rPr>
          <w:color w:val="666666"/>
          <w:sz w:val="18"/>
        </w:rPr>
        <w:t>Seerah &amp; Prophet · The Importance of Team Work February 5, 2012 · 1m 42s · at 1:30:26 · https://youtu.be/qBbwznqIqVw?t=5426</w:t>
      </w:r>
    </w:p>
    <w:p>
      <w:r>
        <w:rPr>
          <w:i/>
        </w:rPr>
        <w:t>“After the Prophet Muhammad, who succeeded in forming the best team for dawah work?”</w:t>
      </w:r>
    </w:p>
    <w:p>
      <w:r>
        <w:rPr>
          <w:sz w:val="20"/>
        </w:rPr>
        <w:t>1:30:26  maulana, agla sawal hai saharanpur se doctor aslam ka. unhon ne poocha hai: "maulana sahib, after rasool Allah, who succeeded in forming the best team for da'wah work?"</w:t>
      </w:r>
      <w:r>
        <w:br/>
      </w:r>
      <w:r>
        <w:rPr>
          <w:sz w:val="20"/>
        </w:rPr>
        <w:t>1:30:40  bhai, aap khud tareekh padhiye, is mein dekhiye. aap kaise batayen kis ko? hum kisi ka naam lena to mushkil hai na?</w:t>
      </w:r>
      <w:r>
        <w:br/>
      </w:r>
      <w:r>
        <w:rPr>
          <w:sz w:val="20"/>
        </w:rPr>
        <w:t>1:30:52  aap khud tareekh mein dekhiye. hum sirf yeh kar sakte hain ke team banane ke principle wahan kya milte hain?</w:t>
      </w:r>
      <w:r>
        <w:br/>
      </w:r>
      <w:r>
        <w:rPr>
          <w:sz w:val="20"/>
        </w:rPr>
        <w:t>1:31:01  kisi team ko hum thappa lagayen ke yeh yeh hai woh team sahaba jaisi to hum kaise aisa kar sakte hain? yeh to aap ka apna perception hai.</w:t>
      </w:r>
      <w:r>
        <w:br/>
      </w:r>
      <w:r>
        <w:rPr>
          <w:sz w:val="20"/>
        </w:rPr>
        <w:t>1:31:09  hamare paas koi thappa nahin hai aisa. hamare bas mein sirf yahi hai ke hum us principle ko daryaft karen. bas, woh hum ne arz kar diya.</w:t>
      </w:r>
    </w:p>
    <w:p>
      <w:pPr>
        <w:pStyle w:val="Heading2"/>
      </w:pPr>
      <w:r>
        <w:t>Why Ignore Treaty of Hudaybiyyah?</w:t>
      </w:r>
    </w:p>
    <w:p>
      <w:r>
        <w:rPr>
          <w:color w:val="666666"/>
          <w:sz w:val="18"/>
        </w:rPr>
        <w:t>Seerah &amp; Prophet · Man and Angels April 27, 2014 · 59s · at 1:01:50 · https://youtu.be/b3fk1cakPeo?t=3710</w:t>
      </w:r>
    </w:p>
    <w:p>
      <w:r>
        <w:rPr>
          <w:i/>
        </w:rPr>
        <w:t>“Muslims glorify the pattern of God's help in the battle of Badr and somehow the Treaty of Hudaybiyyah is usually ignored. What is the reason for this?”</w:t>
      </w:r>
    </w:p>
    <w:p>
      <w:r>
        <w:rPr>
          <w:sz w:val="20"/>
        </w:rPr>
        <w:t>1:01:50  Maulana, agla sawal Ajmer se Dr Safina Tabassum ne kiya hai. Unhone likha hai: "Moulana sahib, Muslims glorify the pattern of God's help in the battle of Badr and somehow the Treaty of Hudaybiyyah is usually ignored.</w:t>
      </w:r>
      <w:r>
        <w:br/>
      </w:r>
      <w:r>
        <w:rPr>
          <w:sz w:val="20"/>
        </w:rPr>
        <w:t>1:02:08  What is the reason for this?"</w:t>
      </w:r>
      <w:r>
        <w:br/>
      </w:r>
      <w:r>
        <w:rPr>
          <w:sz w:val="20"/>
        </w:rPr>
        <w:t>1:02:11  Bhai, is par to aap bahut likh chuke hain. Aap hamari kitabein padhiye. Musalman na jante hain Hudaybiyyah ko aur na jante hain Badr ko.</w:t>
      </w:r>
      <w:r>
        <w:br/>
      </w:r>
      <w:r>
        <w:rPr>
          <w:sz w:val="20"/>
        </w:rPr>
        <w:t>1:02:20  Yeh akhbari baatein padh padh kar ke is ko ghataate hain aur is ko badhaate hain. Yeh jin Musalmanon ki aap baatein kar rahe hain, aap woh na Hudaybiyyah ko jante hain na Badr ko jante hain.</w:t>
      </w:r>
      <w:r>
        <w:br/>
      </w:r>
      <w:r>
        <w:rPr>
          <w:sz w:val="20"/>
        </w:rPr>
        <w:t>1:02:31  Baghair padhe hue, suni sunai baaton par bolte rehte hain. Aap hamari kitabein padhiye to aap ko maloom hoga ke Badr ki haqeeqat kya hai, Hudaybiyyah ki haqeeqat kya hai.</w:t>
      </w:r>
      <w:r>
        <w:br/>
      </w:r>
      <w:r>
        <w:rPr>
          <w:sz w:val="20"/>
        </w:rPr>
        <w:t>1:02:46  Phir yeh masla hal ho jayega.</w:t>
      </w:r>
    </w:p>
    <w:p>
      <w:pPr>
        <w:pStyle w:val="Heading2"/>
      </w:pPr>
      <w:r>
        <w:t>Why Muslims ignore Hudaybiyah peace agreement</w:t>
      </w:r>
    </w:p>
    <w:p>
      <w:r>
        <w:rPr>
          <w:color w:val="666666"/>
          <w:sz w:val="18"/>
        </w:rPr>
        <w:t>Seerah &amp; Prophet · The Age of Alternative April 24, 2016 · 1m 50s · at 46:10 · https://youtu.be/JoilI-TK4Ig?t=2770</w:t>
      </w:r>
    </w:p>
    <w:p>
      <w:r>
        <w:rPr>
          <w:i/>
        </w:rPr>
        <w:t>“Moulana, you have always referred to the Hudaybiyah Agreement as a peace agreement, and the lesson from it is as clear as day is after night. However, when we talk to Muslim brothers, they always refer to verses and hadith pertaining to war to justify violence in the name of Islam. Why is it so difficult for them that they give no importance to the Hudaybiyah Treaty, and what is the reason for this, Moulana?”</w:t>
      </w:r>
    </w:p>
    <w:p>
      <w:r>
        <w:rPr>
          <w:sz w:val="20"/>
        </w:rPr>
        <w:t>46:10  yeh hai is ka raaz. maulana, agla sawal bhopal se bheja hai salman sahib ne, aur unhon ne likha hai: "maulana, you have always referred to Hudaybiyyah agreement as peace agreement.</w:t>
      </w:r>
      <w:r>
        <w:br/>
      </w:r>
      <w:r>
        <w:rPr>
          <w:sz w:val="20"/>
        </w:rPr>
        <w:t>46:24  the lesson from it is as clear as day is after night. however, when we talk to muslim brothers, they always referred to verses or hadith pertaining to war to justify the violence in the name of Islam.</w:t>
      </w:r>
      <w:r>
        <w:br/>
      </w:r>
      <w:r>
        <w:rPr>
          <w:sz w:val="20"/>
        </w:rPr>
        <w:t>46:41  why is it so difficult for them that they give no importance to Hudaybiyyah treaty? what is the reason for this, mol</w:t>
      </w:r>
      <w:r>
        <w:br/>
      </w:r>
      <w:r>
        <w:rPr>
          <w:sz w:val="20"/>
        </w:rPr>
        <w:t>46:49  ana sahib?" dekhiye, aap ne koi hadees to naqal nahi ki, to mein batata hoon aap ko. musalmanon ka mizaj yeh hai ke apne maqsad ke liye aayaton aur hadeeson ko tor maror kar pesh karte hain.</w:t>
      </w:r>
      <w:r>
        <w:br/>
      </w:r>
      <w:r>
        <w:rPr>
          <w:sz w:val="20"/>
        </w:rPr>
        <w:t>47:02  aap koi ayat, koi hadees batayein to mein us ka wazahat karunga is ki ke jo aayatein ya jo hadeesein yeh log jang ke liye pesh karte hain, woh sab tor maror kar hoti hain, distorted way hoti hain, sahi sadak par nahi hoti.</w:t>
      </w:r>
      <w:r>
        <w:br/>
      </w:r>
      <w:r>
        <w:rPr>
          <w:sz w:val="20"/>
        </w:rPr>
        <w:t>47:17  okay, before we move on to the next question, we would like to tell all the viewers, particularly from the Pakistan area, that the Pakistan team has participated in the book fair which is going on currently at Islamabad, and today is the last day of the book fair.</w:t>
      </w:r>
      <w:r>
        <w:br/>
      </w:r>
      <w:r>
        <w:rPr>
          <w:sz w:val="20"/>
        </w:rPr>
        <w:t>47:36  so all those people who want to buy Maulana sahib's books, particularly his recent publications, can go to stall number 39 at Pak China Friendship Centre.</w:t>
      </w:r>
      <w:r>
        <w:br/>
      </w:r>
      <w:r>
        <w:rPr>
          <w:sz w:val="20"/>
        </w:rPr>
        <w:t>47:48  you can contact there Tariq Badar sahib, Saifullah sahib, Tariq Habib sahib, and sister Shabana Ansari to get books of Maulana sahib.</w:t>
      </w:r>
    </w:p>
    <w:p>
      <w:pPr>
        <w:pStyle w:val="Heading2"/>
      </w:pPr>
      <w:r>
        <w:t>Why Muslims unaware of Prophet's science role?</w:t>
      </w:r>
    </w:p>
    <w:p>
      <w:r>
        <w:rPr>
          <w:color w:val="666666"/>
          <w:sz w:val="18"/>
        </w:rPr>
        <w:t>Seerah &amp; Prophet · Realization of God September 15, 2013 · 1m 02s · at 57:10 · https://youtu.be/CNEEeM5uyi8?t=3430</w:t>
      </w:r>
    </w:p>
    <w:p>
      <w:r>
        <w:rPr>
          <w:i/>
        </w:rPr>
        <w:t>“The process of discovering nature was initiated by Prophet Muhammad. Why are Muslims still unaware of this fact?”</w:t>
      </w:r>
    </w:p>
    <w:p>
      <w:r>
        <w:rPr>
          <w:sz w:val="20"/>
        </w:rPr>
        <w:t>57:10  Maulana, agla sawal Ajmer se hai, Doctor Safina Tabassum ka. Unhon ne likha hai: "The process of discovering of nature was initiated by Prophet Muhammad."</w:t>
      </w:r>
      <w:r>
        <w:br/>
      </w:r>
      <w:r>
        <w:rPr>
          <w:sz w:val="20"/>
        </w:rPr>
        <w:t>57:23  Maulana Sahib, my question is that: why Muslims are still unaware, in unaware of this fact? Bhai, Musalmanon ki vakalat karna mera kaam nahin hai.</w:t>
      </w:r>
      <w:r>
        <w:br/>
      </w:r>
      <w:r>
        <w:rPr>
          <w:sz w:val="20"/>
        </w:rPr>
        <w:t>57:34  aap mujh se yeh sawal kyun karte hain? "I am not advocate of Musalman, I am advocate of Islam."</w:t>
      </w:r>
      <w:r>
        <w:br/>
      </w:r>
      <w:r>
        <w:rPr>
          <w:sz w:val="20"/>
        </w:rPr>
        <w:t>57:44  "I am advocate of Islam, I am not advocate of Musalman." aap ko puchna hai to un logon ke aas pas bahut se musalman honge, un se puch li jiye.</w:t>
      </w:r>
      <w:r>
        <w:br/>
      </w:r>
      <w:r>
        <w:rPr>
          <w:sz w:val="20"/>
        </w:rPr>
        <w:t>57:52  aap ke aas pas bahut se musalman honge, un se punchen. main sirf woh batane ke liye yahan aata hoon ke islam mein kya hai, quran mein kya hai, hadith mein kya hai, rasool allah ka tareeqa kya tha, sahaba ka tareeqa kya tha, yeh mujh se punchen.</w:t>
      </w:r>
      <w:r>
        <w:br/>
      </w:r>
      <w:r>
        <w:rPr>
          <w:sz w:val="20"/>
        </w:rPr>
        <w:t>58:05  baqi puchna hai to musalmanon ke aas pas bahut hain, aap ko un se punchen.</w:t>
      </w:r>
    </w:p>
    <w:p>
      <w:pPr>
        <w:pStyle w:val="Heading2"/>
      </w:pPr>
      <w:r>
        <w:t>Why Prophet rejected Abu Sufyan's peace offer</w:t>
      </w:r>
    </w:p>
    <w:p>
      <w:r>
        <w:rPr>
          <w:color w:val="666666"/>
          <w:sz w:val="18"/>
        </w:rPr>
        <w:t>Seerah &amp; Prophet · Man and Angels April 27, 2014 · 56s · at 1:03:34 · https://youtu.be/b3fk1cakPeo?t=3814</w:t>
      </w:r>
    </w:p>
    <w:p>
      <w:r>
        <w:rPr>
          <w:i/>
        </w:rPr>
        <w:t>“When the Treaty of Hudaybiyyah was broken, Abu Sufyan approached the Prophet to renew it. But the Prophet did not do so. Now some people are asking if Islam gives prime importance to peace over war. Then why did the Prophet not accept Abu Sufyan's offer?”</w:t>
      </w:r>
    </w:p>
    <w:p>
      <w:r>
        <w:rPr>
          <w:sz w:val="20"/>
        </w:rPr>
        <w:t>1:03:34  Maulana, agla sawal Muhammad Abdullah sahib ne kiya hai Kolkata se. Unhon ne likha hai: "When sulah Hudaybiyyah was broken, Abu Sufyan approached Prophet to renew it.</w:t>
      </w:r>
      <w:r>
        <w:br/>
      </w:r>
      <w:r>
        <w:rPr>
          <w:sz w:val="20"/>
        </w:rPr>
        <w:t>1:03:49  But Prophet did not do so. Now some people are asking if Islam gives prime importance to sulah over jang.</w:t>
      </w:r>
      <w:r>
        <w:br/>
      </w:r>
      <w:r>
        <w:rPr>
          <w:sz w:val="20"/>
        </w:rPr>
        <w:t>1:03:59  Then why did not the Prophet accept Abu Sufyan's offer?</w:t>
      </w:r>
      <w:r>
        <w:br/>
      </w:r>
      <w:r>
        <w:rPr>
          <w:sz w:val="20"/>
        </w:rPr>
        <w:t>1:04:04  " Maulana, please comment on this. Dekhiye, yeh aap yeh baat aap likh chuke hain kitab mein, woh aap us ko parhiye. Main baar baar maine kaha hai ke jo baat kitab mein aa chuki hai, us ke upar ek kitab ko parha jaye.</w:t>
      </w:r>
      <w:r>
        <w:br/>
      </w:r>
      <w:r>
        <w:rPr>
          <w:sz w:val="20"/>
        </w:rPr>
        <w:t>1:04:15  Phir sawal kiya jaye. Aap us ko parhiye, hamari seerat par kai kitabein hain, us ko parhiye aap.</w:t>
      </w:r>
      <w:r>
        <w:br/>
      </w:r>
      <w:r>
        <w:rPr>
          <w:sz w:val="20"/>
        </w:rPr>
        <w:t>1:04:25  Phir sawal kijiye.</w:t>
      </w:r>
    </w:p>
    <w:p>
      <w:pPr>
        <w:pStyle w:val="Heading2"/>
      </w:pPr>
      <w:r>
        <w:t>Why are Seerah books written in jihad pattern?</w:t>
      </w:r>
    </w:p>
    <w:p>
      <w:r>
        <w:rPr>
          <w:color w:val="666666"/>
          <w:sz w:val="18"/>
        </w:rPr>
        <w:t>Seerah &amp; Prophet · Quran for All Mankind June 3, 2012 · 2m 34s · at 1:24:40 · https://youtu.be/Gp-53Zjugcg?t=5080</w:t>
      </w:r>
    </w:p>
    <w:p>
      <w:r>
        <w:rPr>
          <w:i/>
        </w:rPr>
        <w:t>“Why are Seerah books written in a jihad pattern? Because of this, it seems that the Prophet was a jihad prophet.”</w:t>
      </w:r>
    </w:p>
    <w:p>
      <w:r>
        <w:rPr>
          <w:sz w:val="20"/>
        </w:rPr>
        <w:t>1:24:40  maulana, agla sawal Mr. Sajid Anwar sahib ka hai, Rurki se. unhone aap se poocha hai ke "what is the secret of success?" is ke bare mein batayein.</w:t>
      </w:r>
      <w:r>
        <w:br/>
      </w:r>
      <w:r>
        <w:rPr>
          <w:sz w:val="20"/>
        </w:rPr>
        <w:t>1:24:50  bhai, mein to kahunga ke failure ko aap success ke roop mein dekh sakein. yahi hai success.</w:t>
      </w:r>
      <w:r>
        <w:br/>
      </w:r>
      <w:r>
        <w:rPr>
          <w:sz w:val="20"/>
        </w:rPr>
        <w:t>1:24:59  yeh duniya mein failure hi muqaddar hai. har aadmi ko fail hi hota hai. yeh duniya mein koi bhi kamyab nahi hota. lekin jo pesh aaya hai, us ko aap failure na kahein, us ko success samjhein.</w:t>
      </w:r>
      <w:r>
        <w:br/>
      </w:r>
      <w:r>
        <w:rPr>
          <w:sz w:val="20"/>
        </w:rPr>
        <w:t>1:25:15  yeh hai kamyabi ka raaz.</w:t>
      </w:r>
      <w:r>
        <w:br/>
      </w:r>
      <w:r>
        <w:rPr>
          <w:sz w:val="20"/>
        </w:rPr>
        <w:t>1:25:22  failure se to bachna mumkin hi nahi hai. sirf yeh hai ke failure ko aap positive mind se dekhein. bas yeh wohi ka naam success hai.</w:t>
      </w:r>
      <w:r>
        <w:br/>
      </w:r>
      <w:r>
        <w:rPr>
          <w:sz w:val="20"/>
        </w:rPr>
        <w:t>1:25:34  bade bade log jo hain, un ki success, jis ko jis ko kehte hain successful ya super achievers, woh kuch bhi nahi the.</w:t>
      </w:r>
      <w:r>
        <w:br/>
      </w:r>
      <w:r>
        <w:rPr>
          <w:sz w:val="20"/>
        </w:rPr>
        <w:t>1:25:43  woh yeh to yeh to kahani ki baatein hain. koi super achiever, super achiever nahi hai.</w:t>
      </w:r>
      <w:r>
        <w:br/>
      </w:r>
      <w:r>
        <w:rPr>
          <w:sz w:val="20"/>
        </w:rPr>
        <w:t>1:25:50  sab super failure the. case tha sab ka. yaad rakhiye, har cheez ka state aur mind se taluq hai. mind ke level par aap kaise hain, usi se pata chalta hai ke aap apne ko fail samajhte hain, kamyab samajhte hain.</w:t>
      </w:r>
      <w:r>
        <w:br/>
      </w:r>
      <w:r>
        <w:rPr>
          <w:sz w:val="20"/>
        </w:rPr>
        <w:t>1:26:06  to mind ke level par apne ko bachaiye. baqi amli zindagi mein to yeh sab utaar charhaav hota hi rahega.</w:t>
      </w:r>
      <w:r>
        <w:br/>
      </w:r>
      <w:r>
        <w:rPr>
          <w:sz w:val="20"/>
        </w:rPr>
        <w:t>1:26:15  aap amli zindagi mein kabhi bhi smooth life aap ko nahi mil sakti hai. lekin mind ke level par to mil sakti hai. yahi hai matlab realistic approach.</w:t>
      </w:r>
    </w:p>
    <w:p>
      <w:pPr>
        <w:pStyle w:val="Heading2"/>
      </w:pPr>
      <w:r>
        <w:t>Why are Seerah books written in jihad pattern?</w:t>
      </w:r>
    </w:p>
    <w:p>
      <w:r>
        <w:rPr>
          <w:color w:val="666666"/>
          <w:sz w:val="18"/>
        </w:rPr>
        <w:t>Seerah &amp; Prophet · The Process of Personality Development June 30, 2013 · 1m 33s · at 1:01:55 · https://youtu.be/CSSFRydcJlo?t=3715</w:t>
      </w:r>
    </w:p>
    <w:p>
      <w:r>
        <w:rPr>
          <w:i/>
        </w:rPr>
        <w:t>“Why are Seerah books written in a jihad pattern? Because of this, it seems that the Prophet was a jihad prophet.”</w:t>
      </w:r>
    </w:p>
    <w:p>
      <w:r>
        <w:rPr>
          <w:sz w:val="20"/>
        </w:rPr>
        <w:t>1:01:55  maulana, agla sawal hai from abu sarah hyderabad se. unhon ne likha hai ke seerat ki kitabein jihadi pattern mein kyun likhi gayi hain?</w:t>
      </w:r>
      <w:r>
        <w:br/>
      </w:r>
      <w:r>
        <w:rPr>
          <w:sz w:val="20"/>
        </w:rPr>
        <w:t>1:02:07  is ki wajah se aisa lagta hai ke rasool Allah jihadi paighambar thay.</w:t>
      </w:r>
      <w:r>
        <w:br/>
      </w:r>
      <w:r>
        <w:rPr>
          <w:sz w:val="20"/>
        </w:rPr>
        <w:t>1:02:14  nahi, dekhen, aisa nahi hai. us ko aap generalize mat kijiye. yeh sahi hai ke yani ghazwati pattern mein likhi gayi kitabein, kyunke qadeem zamanay mein jo tareeqa tha tareekh nigari ka, woh yahi tha.</w:t>
      </w:r>
      <w:r>
        <w:br/>
      </w:r>
      <w:r>
        <w:rPr>
          <w:sz w:val="20"/>
        </w:rPr>
        <w:t>1:02:32  yeh to abdul rehman ibn khaldun ke baad yeh tareeqa paida hua.</w:t>
      </w:r>
      <w:r>
        <w:br/>
      </w:r>
      <w:r>
        <w:rPr>
          <w:sz w:val="20"/>
        </w:rPr>
        <w:t>1:02:38  to us rasool Allah ke ke baray mein jo seerat kitabein hain, to usi mein na samjhen ke seerat wohi kul seerat ho gayi.</w:t>
      </w:r>
      <w:r>
        <w:br/>
      </w:r>
      <w:r>
        <w:rPr>
          <w:sz w:val="20"/>
        </w:rPr>
        <w:t>1:02:46  rasool Allah ki seerat ke teen ma'khaz hain, us ko samajh lijiye. sab se pehle quran ma'khaz hai, us ke baad hadees ma'khaz hai, us ke baad seerat ki kitabein.</w:t>
      </w:r>
      <w:r>
        <w:br/>
      </w:r>
      <w:r>
        <w:rPr>
          <w:sz w:val="20"/>
        </w:rPr>
        <w:t>1:02:58  to maghazi ibn ishaq ko aap samjhen ke wohi seerat hai, to yeh galat hai. yeh samajhna galat hai.</w:t>
      </w:r>
      <w:r>
        <w:br/>
      </w:r>
      <w:r>
        <w:rPr>
          <w:sz w:val="20"/>
        </w:rPr>
        <w:t>1:03:05  to rasool Allah ko aap ko janna agar hai to aap ko quran mein jo rasool Allah ke baray mein hai, woh dekhna paray ga.</w:t>
      </w:r>
      <w:r>
        <w:br/>
      </w:r>
      <w:r>
        <w:rPr>
          <w:sz w:val="20"/>
        </w:rPr>
        <w:t>1:03:14  hadees mein jo aap ki tasweer hai, woh dekhna paray ga. aur phir sehat ki kitabon ko dekhna paray ga. tab aap rasool Allah ki sehat ke baray mein poora, yani poori jankari hasil kar paayen ge.</w:t>
      </w:r>
    </w:p>
    <w:p>
      <w:pPr>
        <w:pStyle w:val="Heading2"/>
      </w:pPr>
      <w:r>
        <w:t>Why did Gabriel embrace the Prophet at revelation?</w:t>
      </w:r>
    </w:p>
    <w:p>
      <w:r>
        <w:rPr>
          <w:color w:val="666666"/>
          <w:sz w:val="18"/>
        </w:rPr>
        <w:t>Seerah &amp; Prophet · Life after Death I 22nd Jan. 2012 Maulana Wahiduddin Khan · 1m 04s · at 1:06:01 · https://youtu.be/Pa8c09DFrkA?t=3961</w:t>
      </w:r>
    </w:p>
    <w:p>
      <w:r>
        <w:rPr>
          <w:i/>
        </w:rPr>
        <w:t>“When the first revelation was sent down to the Messenger of Allah, why did Jibra'il seize him? Please explain.”</w:t>
      </w:r>
    </w:p>
    <w:p>
      <w:r>
        <w:rPr>
          <w:sz w:val="20"/>
        </w:rPr>
        <w:t>1:06:01  Maulana, agla sawal Bangalore se aaya hai, Maulana Naseerullah Qureshi sahab ka. Unhon ne likha hai:</w:t>
      </w:r>
      <w:r>
        <w:br/>
      </w:r>
      <w:r>
        <w:rPr>
          <w:sz w:val="20"/>
        </w:rPr>
        <w:t>1:06:08  Jab Rasool Allah par pehli wahi nazil hui to Jibrael ne Rasool ko kyun dabucha? Wazahat farmayen.</w:t>
      </w:r>
      <w:r>
        <w:br/>
      </w:r>
      <w:r>
        <w:rPr>
          <w:sz w:val="20"/>
        </w:rPr>
        <w:t>1:06:19  Dabucha nahin hai, embrace kiya. Dabucha matlab nahin hai, embrace kiya. Matlab seenay se lagaya.</w:t>
      </w:r>
      <w:r>
        <w:br/>
      </w:r>
      <w:r>
        <w:rPr>
          <w:sz w:val="20"/>
        </w:rPr>
        <w:t>1:06:30  To pehla tajurba tha Rasool Allah sal Allahu alaihi wasallam ko. To embrace kar ke unhon ne is is dehshat ko khatam kiya. Bas.</w:t>
      </w:r>
      <w:r>
        <w:br/>
      </w:r>
      <w:r>
        <w:rPr>
          <w:sz w:val="20"/>
        </w:rPr>
        <w:t>1:06:40  Aur koi is mein koi mysterious baat nahin hai. Aap bhi kisi dost se achaanak milen, pachaas saal ke baad, to woh kuch shakk se dekhega aap ko ke pata nahin yeh wahi koi doosra aadmi hai.</w:t>
      </w:r>
      <w:r>
        <w:br/>
      </w:r>
      <w:r>
        <w:rPr>
          <w:sz w:val="20"/>
        </w:rPr>
        <w:t>1:06:52  To aap us ko gale mil jayenge, embrace karenge.</w:t>
      </w:r>
      <w:r>
        <w:br/>
      </w:r>
      <w:r>
        <w:rPr>
          <w:sz w:val="20"/>
        </w:rPr>
        <w:t>1:06:56  Taake us ki dehshat khatam ho. Us ki ajnabiyat khatam ho. Bas itni si baat hai, koi is mein mystery nahin hai.</w:t>
      </w:r>
    </w:p>
    <w:p>
      <w:pPr>
        <w:pStyle w:val="Heading2"/>
      </w:pPr>
      <w:r>
        <w:t>Why did Prophet enter into treaty when battles futile?</w:t>
      </w:r>
    </w:p>
    <w:p>
      <w:r>
        <w:rPr>
          <w:color w:val="666666"/>
          <w:sz w:val="18"/>
        </w:rPr>
        <w:t>Seerah &amp; Prophet · Islamic Wisdom July 17, 2016 · 2m 32s · at 1:00:16 · https://youtu.be/jB4ugN0K-AM?t=3616</w:t>
      </w:r>
    </w:p>
    <w:p>
      <w:r>
        <w:rPr>
          <w:i/>
        </w:rPr>
        <w:t>“Once during the course of conversation, I said to one Muslim leader that when the Prophet saw that the battles are futile, so far as result is concern, so he entered into”</w:t>
      </w:r>
    </w:p>
    <w:p>
      <w:r>
        <w:rPr>
          <w:sz w:val="20"/>
        </w:rPr>
        <w:t>1:00:16  maulana, agla sawal doctor farida khanoom ne kiya hai dilli se.</w:t>
      </w:r>
      <w:r>
        <w:br/>
      </w:r>
      <w:r>
        <w:rPr>
          <w:sz w:val="20"/>
        </w:rPr>
        <w:t>1:00:20  انہوں نے لکھا ہے: "Once during the course of conversation, I said to one Muslim leader that when</w:t>
      </w:r>
      <w:r>
        <w:br/>
      </w:r>
      <w:r>
        <w:rPr>
          <w:sz w:val="20"/>
        </w:rPr>
        <w:t>1:00:28  The Prophet saw that the battles are futile, so far as result is concerned, so he entered into</w:t>
      </w:r>
      <w:r>
        <w:br/>
      </w:r>
      <w:r>
        <w:rPr>
          <w:sz w:val="20"/>
        </w:rPr>
        <w:t>1:00:36  a peace treaty that is sulah hudaybiyah.</w:t>
      </w:r>
      <w:r>
        <w:br/>
      </w:r>
      <w:r>
        <w:rPr>
          <w:sz w:val="20"/>
        </w:rPr>
        <w:t>1:00:39  deen da leader dead not think for a moment, he immediately reacted that in islam fatah makkah</w:t>
      </w:r>
      <w:r>
        <w:br/>
      </w:r>
      <w:r>
        <w:rPr>
          <w:sz w:val="20"/>
        </w:rPr>
        <w:t>1:00:47  بھی تو ہے۔" مولانا، why is this that people respond in such a way when they are given</w:t>
      </w:r>
      <w:r>
        <w:br/>
      </w:r>
      <w:r>
        <w:rPr>
          <w:sz w:val="20"/>
        </w:rPr>
        <w:t>1:00:54  the example of peace treaties and the peace methods followed by the Prophet of Islam? Ab dekhen, yahi to</w:t>
      </w:r>
      <w:r>
        <w:br/>
      </w:r>
      <w:r>
        <w:rPr>
          <w:sz w:val="20"/>
        </w:rPr>
        <w:t>1:01:02  be aqli hai, be aqli hai yeh.</w:t>
      </w:r>
      <w:r>
        <w:br/>
      </w:r>
      <w:r>
        <w:rPr>
          <w:sz w:val="20"/>
        </w:rPr>
        <w:t>1:01:05  fatah makkah kaise hui thi? pehle sulah hudaybiyah hui yani unilateral tor par jang band ki gayi aur</w:t>
      </w:r>
      <w:r>
        <w:br/>
      </w:r>
      <w:r>
        <w:rPr>
          <w:sz w:val="20"/>
        </w:rPr>
        <w:t>1:01:13  phir peaceful halaat mein dawat ka kaam shuru hua.</w:t>
      </w:r>
      <w:r>
        <w:br/>
      </w:r>
      <w:r>
        <w:rPr>
          <w:sz w:val="20"/>
        </w:rPr>
        <w:t>1:01:17  aur dawat ki wajah se kya hua? Ya'ni mass conversion hua, mass conversion to Sulah Hudaybiyah</w:t>
      </w:r>
      <w:r>
        <w:br/>
      </w:r>
      <w:r>
        <w:rPr>
          <w:sz w:val="20"/>
        </w:rPr>
        <w:t>1:01:25  ke nateejay mein mass conversion hua.</w:t>
      </w:r>
      <w:r>
        <w:br/>
      </w:r>
      <w:r>
        <w:rPr>
          <w:sz w:val="20"/>
        </w:rPr>
        <w:t>1:01:27  phir is ke baad kya hua ke jab tadad itni zyada ho gayi to rasool Allah sal-la-li</w:t>
      </w:r>
      <w:r>
        <w:br/>
      </w:r>
      <w:r>
        <w:rPr>
          <w:sz w:val="20"/>
        </w:rPr>
        <w:t>1:01:35  alaihi wasallam ne khamosh march kiya yani larai ke liye nahi, peaceful march.</w:t>
      </w:r>
      <w:r>
        <w:br/>
      </w:r>
      <w:r>
        <w:rPr>
          <w:sz w:val="20"/>
        </w:rPr>
        <w:t>1:01:41  آج کل زبان میں کہا جائے گا peaceful march.</w:t>
      </w:r>
      <w:r>
        <w:br/>
      </w:r>
      <w:r>
        <w:rPr>
          <w:sz w:val="20"/>
        </w:rPr>
        <w:t>1:01:45  madina se nikal kar ke aap ne pohanchay wahan par, us waqt aap ke sath das hazar aadmi</w:t>
      </w:r>
      <w:r>
        <w:br/>
      </w:r>
      <w:r>
        <w:rPr>
          <w:sz w:val="20"/>
        </w:rPr>
        <w:t>1:01:53  the, das hazar.</w:t>
      </w:r>
      <w:r>
        <w:br/>
      </w:r>
      <w:r>
        <w:rPr>
          <w:sz w:val="20"/>
        </w:rPr>
        <w:t>1:01:55  to jab wahan jo leader the makkah ke, us waqt jab un ko yeh pata chala ke Muhammad</w:t>
      </w:r>
      <w:r>
        <w:br/>
      </w:r>
      <w:r>
        <w:rPr>
          <w:sz w:val="20"/>
        </w:rPr>
        <w:t>1:02:02  das hazar aadmiyon ke sath aaye hain to unhon ne kaha ke darwaza band kar lo apna, hum</w:t>
      </w:r>
      <w:r>
        <w:br/>
      </w:r>
      <w:r>
        <w:rPr>
          <w:sz w:val="20"/>
        </w:rPr>
        <w:t>1:02:10  ko larai ki taqat nahi hai.</w:t>
      </w:r>
      <w:r>
        <w:br/>
      </w:r>
      <w:r>
        <w:rPr>
          <w:sz w:val="20"/>
        </w:rPr>
        <w:t>1:02:13  to fatah makkah hua tha peaceful dawat aur peaceful march ke zariye se, koi larai is</w:t>
      </w:r>
      <w:r>
        <w:br/>
      </w:r>
      <w:r>
        <w:rPr>
          <w:sz w:val="20"/>
        </w:rPr>
        <w:t>1:02:20  mein nahi hui.</w:t>
      </w:r>
      <w:r>
        <w:br/>
      </w:r>
      <w:r>
        <w:rPr>
          <w:sz w:val="20"/>
        </w:rPr>
        <w:t>1:02:22  isi ka naam hai be aqli ke baat kuch ho, kahin kuch ho, aur yeh insincerity ki baat</w:t>
      </w:r>
      <w:r>
        <w:br/>
      </w:r>
      <w:r>
        <w:rPr>
          <w:sz w:val="20"/>
        </w:rPr>
        <w:t>1:02:29  hai.</w:t>
      </w:r>
      <w:r>
        <w:br/>
      </w:r>
      <w:r>
        <w:rPr>
          <w:sz w:val="20"/>
        </w:rPr>
        <w:t>1:02:31  aadmi dunya ke mamlay mein is tarah insincere jawab nahi dega lekin deen ke mamlay mein aisi</w:t>
      </w:r>
      <w:r>
        <w:br/>
      </w:r>
      <w:r>
        <w:rPr>
          <w:sz w:val="20"/>
        </w:rPr>
        <w:t>1:02:39  baat bolta hua.</w:t>
      </w:r>
      <w:r>
        <w:br/>
      </w:r>
      <w:r>
        <w:rPr>
          <w:sz w:val="20"/>
        </w:rPr>
        <w:t>1:02:40  aql jab nar hai to aadmi insincere ho jata hai, aur yeh jawab to bilkul insincere jawab hai.</w:t>
      </w:r>
    </w:p>
    <w:p>
      <w:pPr>
        <w:pStyle w:val="Heading2"/>
      </w:pPr>
      <w:r>
        <w:t>Why did Sahaba wage war if war is vicious?</w:t>
      </w:r>
    </w:p>
    <w:p>
      <w:r>
        <w:rPr>
          <w:color w:val="666666"/>
          <w:sz w:val="18"/>
        </w:rPr>
        <w:t>Seerah &amp; Prophet · CPS Mission Conference 2023 April 30, 2023 · 27m 11s · at 51:06 · https://youtu.be/sfTBajRastM?t=3066</w:t>
      </w:r>
    </w:p>
    <w:p>
      <w:r>
        <w:rPr>
          <w:i/>
        </w:rPr>
        <w:t>“During earlier times, Sahaba went to war with Persian and Byzantine Empire. I understand that it was to remove the structure where there was no freedom to choose for its people. My question is that why did they not apply the principle that you mentioned today, that war is an unending vicious cycle?”</w:t>
      </w:r>
    </w:p>
    <w:p>
      <w:r>
        <w:rPr>
          <w:sz w:val="20"/>
        </w:rPr>
        <w:t>51:06  Doctor Sahab. agla sawal aap se hai, jaise hadith mein aaya hai ke "man and women are two equal half of a single unit".</w:t>
      </w:r>
      <w:r>
        <w:br/>
      </w:r>
      <w:r>
        <w:rPr>
          <w:sz w:val="20"/>
        </w:rPr>
        <w:t>51:15  aur Maulana Wahiduddin Khan Sahab bohat ziyada is cheez ko emphasize bhi karte the, aur advice bhi karte the ke "man and women should make one another as intellectual companions".</w:t>
      </w:r>
      <w:r>
        <w:br/>
      </w:r>
      <w:r>
        <w:rPr>
          <w:sz w:val="20"/>
        </w:rPr>
        <w:t>51:28  to main chahoon ga ke yeh jo spiritual partnership hai, spiritual partners ka concept hai, jo woh bohat emphasize karte the, us ke baray mein aap kuch hum sab ko batain.</w:t>
      </w:r>
      <w:r>
        <w:br/>
      </w:r>
      <w:r>
        <w:rPr>
          <w:sz w:val="20"/>
        </w:rPr>
        <w:t>51:39  Inshallah, kal jo session hua tha CPS ladies ka, woh to bara inspiring tha. ji, bilkul. to already maine bohat hi gehrai se is baat ko samjha hua hai.</w:t>
      </w:r>
      <w:r>
        <w:br/>
      </w:r>
      <w:r>
        <w:rPr>
          <w:sz w:val="20"/>
        </w:rPr>
        <w:t>51:50  Maulana spiritual partner aur intellectual partner ki baatein karte the. in fact, Doctor Sahab, sorry to</w:t>
      </w:r>
      <w:r>
        <w:br/>
      </w:r>
      <w:r>
        <w:rPr>
          <w:sz w:val="20"/>
        </w:rPr>
        <w:t>51:56  interrupt, kal mostly, most of the men were saying ke "women outclass men yesterday". and I agree to that.</w:t>
      </w:r>
      <w:r>
        <w:br/>
      </w:r>
      <w:r>
        <w:rPr>
          <w:sz w:val="20"/>
        </w:rPr>
        <w:t>52:05  ab hamein kuch karna hoga. ji, acha. to main kuch misalein leta hoon. sab se achi misal to hamein Ummahat al-Momineen ki milti hai.</w:t>
      </w:r>
      <w:r>
        <w:br/>
      </w:r>
      <w:r>
        <w:rPr>
          <w:sz w:val="20"/>
        </w:rPr>
        <w:t>52:18  Hazrat Aisha batati hain ke tahajjud ke waqt Rasool Allah salallahu alaihi wasallam uthte the to namaz parhne ke liye, to agar main jaag rahi hoti thi to mujh se baatein karte the.</w:t>
      </w:r>
      <w:r>
        <w:br/>
      </w:r>
      <w:r>
        <w:rPr>
          <w:sz w:val="20"/>
        </w:rPr>
        <w:t>52:32  fa kanat mustayqizatan haddathani yeh ab Rasool Allah salallahu alaihi wasallam us waqt spiritual discussion nahi karte honge, intellectual discussion karte</w:t>
      </w:r>
      <w:r>
        <w:br/>
      </w:r>
      <w:r>
        <w:rPr>
          <w:sz w:val="20"/>
        </w:rPr>
        <w:t>52:43  rahe honge. is ki wajah se Hazrat Aisha R.A. ne bohat sari aisi cheezein discover keen Rasool Allah ki zindagi se, jis ko istinbat Aisha kaha jata hai,</w:t>
      </w:r>
      <w:r>
        <w:br/>
      </w:r>
      <w:r>
        <w:rPr>
          <w:sz w:val="20"/>
        </w:rPr>
        <w:t>52:57  jis ki wajah se yani ummat ko bohat faida hua. aur kai waqiat hain.</w:t>
      </w:r>
      <w:r>
        <w:br/>
      </w:r>
      <w:r>
        <w:rPr>
          <w:sz w:val="20"/>
        </w:rPr>
        <w:t>53:09  ek</w:t>
      </w:r>
      <w:r>
        <w:br/>
      </w:r>
      <w:r>
        <w:rPr>
          <w:sz w:val="20"/>
        </w:rPr>
        <w:t>53:13  khaas cheez yeh hai ke Rasool Allah jo jo prophet ke ghar ki baat thi, yani household kaisa tha, Rasool Allah ke kaise baat cheet hoti thi, ke kya discussion hote the, kis tarah, woh sab cheezein hamein Hazrat Aisha ki hadithon se milte hain.</w:t>
      </w:r>
      <w:r>
        <w:br/>
      </w:r>
      <w:r>
        <w:rPr>
          <w:sz w:val="20"/>
        </w:rPr>
        <w:t>53:31  bohat sari baaten.</w:t>
      </w:r>
      <w:r>
        <w:br/>
      </w:r>
      <w:r>
        <w:rPr>
          <w:sz w:val="20"/>
        </w:rPr>
        <w:t>53:36  aik baat kehti hain ke rasool Allah kabhi arguments mein nahi parhte thay, behas waghera mein. agar kabhi bohat majboora behas ya arguments mein parhna parta tha to Prophet was the last person to start the argument and the first person to exit from it.</w:t>
      </w:r>
      <w:r>
        <w:br/>
      </w:r>
      <w:r>
        <w:rPr>
          <w:sz w:val="20"/>
        </w:rPr>
        <w:t>53:55  yani bohat mushkil se behas waghera karte thay kabhi,</w:t>
      </w:r>
      <w:r>
        <w:br/>
      </w:r>
      <w:r>
        <w:rPr>
          <w:sz w:val="20"/>
        </w:rPr>
        <w:t>53:59  agar majboora, aur agar ho bhi gayi, arguments ho gaye to foran nikal jatay thay. aik thora dilchasp waqia hai.</w:t>
      </w:r>
      <w:r>
        <w:br/>
      </w:r>
      <w:r>
        <w:rPr>
          <w:sz w:val="20"/>
        </w:rPr>
        <w:t>54:09  aik baar Hazrat Aisha R.A. ki aur rasool Allah ki bohat behas ho gayi, khatam hi nahi ho rahi thi baat. to rasool Allah ne kaha ke acha, tum kisi judge ko bula lo, woh ab faisla kar de.</w:t>
      </w:r>
      <w:r>
        <w:br/>
      </w:r>
      <w:r>
        <w:rPr>
          <w:sz w:val="20"/>
        </w:rPr>
        <w:t>54:27  to rasool Allah ne kaha ke Hazrat Abu Ubada Ibn Al-Jarah ko bulatay hain. baray Sahabi thay.</w:t>
      </w:r>
      <w:r>
        <w:br/>
      </w:r>
      <w:r>
        <w:rPr>
          <w:sz w:val="20"/>
        </w:rPr>
        <w:t>54:36  to unhon ne kaha No, he might favor you. to Hazrat Abu Ubada Ibn Al-Jarah, Ameen Al-Ummah kaha tha rasool Allah ne, the most trusted Sahabi of this community.</w:t>
      </w:r>
      <w:r>
        <w:br/>
      </w:r>
      <w:r>
        <w:rPr>
          <w:sz w:val="20"/>
        </w:rPr>
        <w:t>54:54  to unhon ne kaha ke nahi, how about my father Abu Bakr? to rasool Allah ne kaha theek hai, ab Hazrat Abu Bakr ko bulatay hain. to Hazrat Abu Bakr aaye, bethe.</w:t>
      </w:r>
      <w:r>
        <w:br/>
      </w:r>
      <w:r>
        <w:rPr>
          <w:sz w:val="20"/>
        </w:rPr>
        <w:t>55:06  to Prophet ne kaha Hazrat Aisha se ke acha, tum shuru karo. to Hazrat Aisha ne kaha No, you start aur bolein ke agar aap koi galat baat kahengay to main abhi beech mein I'll stop you and I'll correct you.</w:t>
      </w:r>
      <w:r>
        <w:br/>
      </w:r>
      <w:r>
        <w:rPr>
          <w:sz w:val="20"/>
        </w:rPr>
        <w:t>55:23  to is andaaz ki jab baat suni Hazrat Abu Bakr ne to woh khare ho gaye aur ghusay ho gaye ke How can you talk to he is the messenger of Allah? to he was about to slap her pakar liya Hazrat Aisha ko aur aik haath laganay walay thay, tab tak rasool Allah aa gaye, bachaya.</w:t>
      </w:r>
      <w:r>
        <w:br/>
      </w:r>
      <w:r>
        <w:rPr>
          <w:sz w:val="20"/>
        </w:rPr>
        <w:t>55:41  to khair, woh baat khatam ho gayi aur Hazrat Abu Bakr chalay gaye. to Prophet ne kaha ke Look, I have saved from you I have saved from this person I have saved you from this person.</w:t>
      </w:r>
      <w:r>
        <w:br/>
      </w:r>
      <w:r>
        <w:rPr>
          <w:sz w:val="20"/>
        </w:rPr>
        <w:t>55:52  to is tarah ki bhi baaten hoti theen, thoray dilchasp andaaz ki. to yeh matlab rasool Allah ویسے to paighambar thay lekin ghar mein saaray ghar ghar ke kaam karte thay.</w:t>
      </w:r>
      <w:r>
        <w:br/>
      </w:r>
      <w:r>
        <w:rPr>
          <w:sz w:val="20"/>
        </w:rPr>
        <w:t>56:04  Hazrat Aisha batati hain, khud apnay kapray silte thay jo phat jatay thay ya apnay sandal waghera khud theek karte thay. household ka kaam jo hota tha, woh bhi karte thay.</w:t>
      </w:r>
      <w:r>
        <w:br/>
      </w:r>
      <w:r>
        <w:rPr>
          <w:sz w:val="20"/>
        </w:rPr>
        <w:t>56:15  to yeh yeh yeh sab baaten hamein Hazrat Aisha ki hadithon se milta hai, milti hain. aik aik aik aik parosi tha, Iranian,</w:t>
      </w:r>
      <w:r>
        <w:br/>
      </w:r>
      <w:r>
        <w:rPr>
          <w:sz w:val="20"/>
        </w:rPr>
        <w:t>56:30  woh kabhi koi bohat acha soup banata tha to woh Prophet ko invite karta tha. to aik baar woh aaya, kaha Prophet se ke Please come and have some soup with us.</w:t>
      </w:r>
      <w:r>
        <w:br/>
      </w:r>
      <w:r>
        <w:rPr>
          <w:sz w:val="20"/>
        </w:rPr>
        <w:t>56:44  to Hazrat Aisha bhi theen wahan barabar mein. to rasool Allah ne kaha ke Wahazihi, what about her? Can she also come? Can she also join?</w:t>
      </w:r>
      <w:r>
        <w:br/>
      </w:r>
      <w:r>
        <w:rPr>
          <w:sz w:val="20"/>
        </w:rPr>
        <w:t>56:53  to us ne kaha No, only you. to rasool Allah ne kaha ke Then I will not come. I am not coming. to phir us ne insist kiya, Iranian ne, ke Please come, please come have some soup with us.</w:t>
      </w:r>
      <w:r>
        <w:br/>
      </w:r>
      <w:r>
        <w:rPr>
          <w:sz w:val="20"/>
        </w:rPr>
        <w:t>57:07  to phir rasool Allah ne kaha Wahazihi, what about her? And she, can she also come?</w:t>
      </w:r>
      <w:r>
        <w:br/>
      </w:r>
      <w:r>
        <w:rPr>
          <w:sz w:val="20"/>
        </w:rPr>
        <w:t>57:13  to us ne kaha No, only you. to rasool Allah ne kaha ke No, then I am not come. I am not coming. to teesri baar us Iranian ne phir insist kiya Please come, have some soup.</w:t>
      </w:r>
      <w:r>
        <w:br/>
      </w:r>
      <w:r>
        <w:rPr>
          <w:sz w:val="20"/>
        </w:rPr>
        <w:t>57:25  Please come inside. Please, please. phir Prophet ne kaha ke Wahazihi, what about her? And can she join?</w:t>
      </w:r>
      <w:r>
        <w:br/>
      </w:r>
      <w:r>
        <w:rPr>
          <w:sz w:val="20"/>
        </w:rPr>
        <w:t>57:33  to woh Iranian ne kaha Wahazihi, let her come. to us tareeqay se rasool Allah ka talluq tha.</w:t>
      </w:r>
      <w:r>
        <w:br/>
      </w:r>
      <w:r>
        <w:rPr>
          <w:sz w:val="20"/>
        </w:rPr>
        <w:t>57:41  aik aur waqia hai. aik baar rasool Allah so rahay thay aur Hazrat Aisha bhi so rahi theen.</w:t>
      </w:r>
      <w:r>
        <w:br/>
      </w:r>
      <w:r>
        <w:rPr>
          <w:sz w:val="20"/>
        </w:rPr>
        <w:t>57:51  to raat ka waqt tha, us waqt charagh waghera bhi nahi hota tha. andheray mein jab un ki aankh khul gayi, Hazrat Aisha ki, to unhon ne aisay kar ke dekha to laga un ko ke Prophet hain nahi.</w:t>
      </w:r>
      <w:r>
        <w:br/>
      </w:r>
      <w:r>
        <w:rPr>
          <w:sz w:val="20"/>
        </w:rPr>
        <w:t>58:06  unhein unhein yeh guman hua ke shayad bahar chalay gaye, kisi aur ghar mein chalay gaye. to</w:t>
      </w:r>
      <w:r>
        <w:br/>
      </w:r>
      <w:r>
        <w:rPr>
          <w:sz w:val="20"/>
        </w:rPr>
        <w:t>58:14  phir aisay aisay kiya to Prophet ke sir pe haath laga. to Prophet uth gaye, bolay ke Has your Saturn come to you?</w:t>
      </w:r>
      <w:r>
        <w:br/>
      </w:r>
      <w:r>
        <w:rPr>
          <w:sz w:val="20"/>
        </w:rPr>
        <w:t>58:24  yani woh jo gumaan kar rahi thi. To hazrat aisha ne kaha ke O Messenger of Allah, don't you have a Saturn? To prophet ne kaha ke Yes, I do have a Saturn, but God has given me control over him, and I have made him a Muslim.</w:t>
      </w:r>
      <w:r>
        <w:br/>
      </w:r>
      <w:r>
        <w:rPr>
          <w:sz w:val="20"/>
        </w:rPr>
        <w:t>58:41  To thora bohat subtle humor bhi tha rasool Allah ki baaton mein. Aise hi hazrat khadija ke baray mein bhi bohat achi baatein hain.</w:t>
      </w:r>
      <w:r>
        <w:br/>
      </w:r>
      <w:r>
        <w:rPr>
          <w:sz w:val="20"/>
        </w:rPr>
        <w:t>58:52  Woh to un ke baray mein to aik baar hadith mein aata hai ke prophet cave mein thay aur jibril farishtay bhi aaye hue thay.</w:t>
      </w:r>
      <w:r>
        <w:br/>
      </w:r>
      <w:r>
        <w:rPr>
          <w:sz w:val="20"/>
        </w:rPr>
        <w:t>59:04  To farishtay jibril ne kaha ke khadija aa rahi hain.</w:t>
      </w:r>
      <w:r>
        <w:br/>
      </w:r>
      <w:r>
        <w:rPr>
          <w:sz w:val="20"/>
        </w:rPr>
        <w:t>59:09  Yani cave aap logon ko pata hai kitnay ooper hai aur hazrat khadija makkah se un ke liye kuch saman le ke aa rahi thi. To jibril ne kaha ke aik vessel un ke hath mein hai jis mein kuch There is some soup and there is some water and there is some food for you.</w:t>
      </w:r>
      <w:r>
        <w:br/>
      </w:r>
      <w:r>
        <w:rPr>
          <w:sz w:val="20"/>
        </w:rPr>
        <w:t>59:26  She is bringing that vessel for you.</w:t>
      </w:r>
      <w:r>
        <w:br/>
      </w:r>
      <w:r>
        <w:rPr>
          <w:sz w:val="20"/>
        </w:rPr>
        <w:t>59:29  To ab woh aap tasawwur karein She was fifty-five years old at that time. Lekin un ka ta'alluq aur dilchaspi aur shauq itna tha ke rasool Allah ke liye khana le ke aa rahi thi aur ooper charh ke aayi.</w:t>
      </w:r>
      <w:r>
        <w:br/>
      </w:r>
      <w:r>
        <w:rPr>
          <w:sz w:val="20"/>
        </w:rPr>
        <w:t>59:42  To</w:t>
      </w:r>
      <w:r>
        <w:br/>
      </w:r>
      <w:r>
        <w:rPr>
          <w:sz w:val="20"/>
        </w:rPr>
        <w:t>59:44  Jibril farishtay jibril ne kaha ke jab woh aayi to un ko un ke rab ka salam kahiye aur mera bhi salam kahiye.</w:t>
      </w:r>
      <w:r>
        <w:br/>
      </w:r>
      <w:r>
        <w:rPr>
          <w:sz w:val="20"/>
        </w:rPr>
        <w:t>59:55  Aur kahiye ke un ke liye aik aisa ghar hoga motiyon ka jis mein na koi shor hoga na koi takleef. La sakhb fiha wa la nasb</w:t>
      </w:r>
      <w:r>
        <w:br/>
      </w:r>
      <w:r>
        <w:rPr>
          <w:sz w:val="20"/>
        </w:rPr>
        <w:t>1:00:06  Asal mein kya tha ke makkah ke jo shareer log thay na woh aa ke shor machate thay, phainkte thay saman, kooda karkat dalte thay. To hazrat khadija ko takleef pohnchti thi.</w:t>
      </w:r>
      <w:r>
        <w:br/>
      </w:r>
      <w:r>
        <w:rPr>
          <w:sz w:val="20"/>
        </w:rPr>
        <w:t>1:00:15  Isi ki taraf ishara hai ke tumhein aisa ghar Allah de ga jannat mein ke na koi shor hoga na koi takleef hogi. To jab hazrat khadija aayi ooper charh ke saman le ke to prophet ne kaha ke yahan jibril hain, woh dekh nahi sakti thi aur tum ko salam bhej rahi hain.</w:t>
      </w:r>
      <w:r>
        <w:br/>
      </w:r>
      <w:r>
        <w:rPr>
          <w:sz w:val="20"/>
        </w:rPr>
        <w:t>1:00:36  Tum ko Allah ka salam le ke aayi hain. Yani God has sent salam to her. Yeh to shayad koi aur misaal nahi milti.</w:t>
      </w:r>
      <w:r>
        <w:br/>
      </w:r>
      <w:r>
        <w:rPr>
          <w:sz w:val="20"/>
        </w:rPr>
        <w:t>1:00:46  To rasool Allah ne kaha hai ke Allah ka salam tum ko le ke aa rahe hain aur aur woh khud bhi salam kar rahe hain, keh rahe</w:t>
      </w:r>
      <w:r>
        <w:br/>
      </w:r>
      <w:r>
        <w:rPr>
          <w:sz w:val="20"/>
        </w:rPr>
        <w:t>1:00:52  hain. To hazrat khadija muskurayi aur boli ke Allah hi salamat ka sar chashma hai aur mera salam jibril ko bhi aur aap ko bhi mera salam aur Allah ki rehmaten.</w:t>
      </w:r>
      <w:r>
        <w:br/>
      </w:r>
      <w:r>
        <w:rPr>
          <w:sz w:val="20"/>
        </w:rPr>
        <w:t>1:01:08  To yeh darja tha hazrat khadija ka aur aur bohat hi achi</w:t>
      </w:r>
      <w:r>
        <w:br/>
      </w:r>
      <w:r>
        <w:rPr>
          <w:sz w:val="20"/>
        </w:rPr>
        <w:t>1:01:16  . Ab jaise aik aik aur waqia aakhri mein leta hoon mukhtasar sa ke jab hudaybiya ka mauqa tha to rasool Allah sal Allah alayh wasallam ne kaha sahaba se ke ab tum log makkah mat jao, qurbani kar lo yahin, wapas chalte hain.</w:t>
      </w:r>
      <w:r>
        <w:br/>
      </w:r>
      <w:r>
        <w:rPr>
          <w:sz w:val="20"/>
        </w:rPr>
        <w:t>1:01:33  To aap ko pata hai ke sahaba ne rasool Allah ki baat nahi mani aur rasool Allah bohat pareshan hue ke koi meri baat nahi sun raha.</w:t>
      </w:r>
      <w:r>
        <w:br/>
      </w:r>
      <w:r>
        <w:rPr>
          <w:sz w:val="20"/>
        </w:rPr>
        <w:t>1:01:43  To wapas jab tent mein aaye to wahan par us waqt hazrat umm salama thi jo ke bohat hi scholar thi aur bari mudabir khatoon thi.</w:t>
      </w:r>
      <w:r>
        <w:br/>
      </w:r>
      <w:r>
        <w:rPr>
          <w:sz w:val="20"/>
        </w:rPr>
        <w:t>1:01:52  To hazrat umm salama ne kaha ke matlab mashwara diya prophet ko ke aap aisa karein, aap qurbani kar dijiye, baqi phir sahaba sab kar len ge.</w:t>
      </w:r>
      <w:r>
        <w:br/>
      </w:r>
      <w:r>
        <w:rPr>
          <w:sz w:val="20"/>
        </w:rPr>
        <w:t>1:02:02  To aise hi kiya rasool Allah ne aur phir sahaba ne qurbani</w:t>
      </w:r>
      <w:r>
        <w:br/>
      </w:r>
      <w:r>
        <w:rPr>
          <w:sz w:val="20"/>
        </w:rPr>
        <w:t>1:02:07  ki. To yani yeh jo husband wife ka role hai woh yahi hai ke intellectual partner bane, spiritual partner bane taake aik doosre ki spirituality ko jagayein aur yahi goal mere khayal se hona chahiye.</w:t>
      </w:r>
      <w:r>
        <w:br/>
      </w:r>
      <w:r>
        <w:rPr>
          <w:sz w:val="20"/>
        </w:rPr>
        <w:t>1:02:23  Ji to sab se achi misaal to hamein hazrat aisha ki baaton se milti hai. Ji ji mashallah, bohat achay examples diye doctor sahib, bohat achay se wazih</w:t>
      </w:r>
      <w:r>
        <w:br/>
      </w:r>
      <w:r>
        <w:rPr>
          <w:sz w:val="20"/>
        </w:rPr>
        <w:t>1:02:33  kiya. Maulana kehte thay ke intellectual partnership is very important and it's the highest goal. In fact, he used to say that if there is one word to define its success, it is adjustment.</w:t>
      </w:r>
      <w:r>
        <w:br/>
      </w:r>
      <w:r>
        <w:rPr>
          <w:sz w:val="20"/>
        </w:rPr>
        <w:t>1:02:47  And adjustment is not surrender or submission. It just shows that the person who adjusts is living on a higher intellectual level of thinking.</w:t>
      </w:r>
      <w:r>
        <w:br/>
      </w:r>
      <w:r>
        <w:rPr>
          <w:sz w:val="20"/>
        </w:rPr>
        <w:t>1:02:59  So adjustment comes from a high level of thinking and is a very enjoyable experience. To ab aap jaise mein ne adjustment ki bhi baat ki thi to agla question mein aap se poochna chahta hoon on teamwork and unity.</w:t>
      </w:r>
      <w:r>
        <w:br/>
      </w:r>
      <w:r>
        <w:rPr>
          <w:sz w:val="20"/>
        </w:rPr>
        <w:t>1:03:16  Dawat ka kaam effective tor pe tabhi ho sakta hai jab hum collectively unity ke saath teamwork ki shakal mein is ko karein</w:t>
      </w:r>
      <w:r>
        <w:br/>
      </w:r>
      <w:r>
        <w:rPr>
          <w:sz w:val="20"/>
        </w:rPr>
        <w:t>1:03:25  . Kyunke is ke baghair individual level pe aap aala darje ka dawat ka kaam nahi kar sakte. Kal hum ne is pe charcha bhi ki thi.</w:t>
      </w:r>
      <w:r>
        <w:br/>
      </w:r>
      <w:r>
        <w:rPr>
          <w:sz w:val="20"/>
        </w:rPr>
        <w:t>1:03:34  To yeh mera aakhri sawal hai aaj ka, is ke baray mein aap kuch batayein.</w:t>
      </w:r>
      <w:r>
        <w:br/>
      </w:r>
      <w:r>
        <w:rPr>
          <w:sz w:val="20"/>
        </w:rPr>
        <w:t>1:03:42  Unity is the most important value in life. Not only for dawat work but also for any</w:t>
      </w:r>
      <w:r>
        <w:br/>
      </w:r>
      <w:r>
        <w:rPr>
          <w:sz w:val="20"/>
        </w:rPr>
        <w:t>1:03:52  great work. You cannot perform any great work on an individual level. Individually you can't perform any great work.</w:t>
      </w:r>
      <w:r>
        <w:br/>
      </w:r>
      <w:r>
        <w:rPr>
          <w:sz w:val="20"/>
        </w:rPr>
        <w:t>1:04:02  And dawat work, which is a global task given to Muslim Ummah, so how can you perform without uniting</w:t>
      </w:r>
      <w:r>
        <w:br/>
      </w:r>
      <w:r>
        <w:rPr>
          <w:sz w:val="20"/>
        </w:rPr>
        <w:t>1:04:13  ? Because whenever more than one people join together for a cause, for a mission, there are differences.</w:t>
      </w:r>
      <w:r>
        <w:br/>
      </w:r>
      <w:r>
        <w:rPr>
          <w:sz w:val="20"/>
        </w:rPr>
        <w:t>1:04:25  You know, we think differently. Even brothers and sisters think differently. So but we adjust in our home, so why can't we adjust outside of our homes?</w:t>
      </w:r>
      <w:r>
        <w:br/>
      </w:r>
      <w:r>
        <w:rPr>
          <w:sz w:val="20"/>
        </w:rPr>
        <w:t>1:04:41  So we must think that, always think that this is something God given. And you cannot go against the planning of God.</w:t>
      </w:r>
      <w:r>
        <w:br/>
      </w:r>
      <w:r>
        <w:rPr>
          <w:sz w:val="20"/>
        </w:rPr>
        <w:t>1:04:55  God has given us freedom, God has given us</w:t>
      </w:r>
      <w:r>
        <w:br/>
      </w:r>
      <w:r>
        <w:rPr>
          <w:sz w:val="20"/>
        </w:rPr>
        <w:t>1:05:01  this thinking ability. Everyone thinks differently. So</w:t>
      </w:r>
      <w:r>
        <w:br/>
      </w:r>
      <w:r>
        <w:rPr>
          <w:sz w:val="20"/>
        </w:rPr>
        <w:t>1:05:09  in, you know, I did my MA in English literature, so there is one paper on criticism.</w:t>
      </w:r>
      <w:r>
        <w:br/>
      </w:r>
      <w:r>
        <w:rPr>
          <w:sz w:val="20"/>
        </w:rPr>
        <w:t>1:05:19  But in Urdu syllabuses, we don't have such papers on criticism. So criticism is invited.</w:t>
      </w:r>
      <w:r>
        <w:br/>
      </w:r>
      <w:r>
        <w:rPr>
          <w:sz w:val="20"/>
        </w:rPr>
        <w:t>1:05:29  My father used to say that I love being criticized.</w:t>
      </w:r>
      <w:r>
        <w:br/>
      </w:r>
      <w:r>
        <w:rPr>
          <w:sz w:val="20"/>
        </w:rPr>
        <w:t>1:05:35  That is why he never,</w:t>
      </w:r>
      <w:r>
        <w:br/>
      </w:r>
      <w:r>
        <w:rPr>
          <w:sz w:val="20"/>
        </w:rPr>
        <w:t>1:05:39  he was never disturbed of criticism. He said that this creates our thinking, this gives us, hamari thinking ability ko barhata hai, this promotes our thinking ability.</w:t>
      </w:r>
      <w:r>
        <w:br/>
      </w:r>
      <w:r>
        <w:rPr>
          <w:sz w:val="20"/>
        </w:rPr>
        <w:t>1:06:00  So that is why when we are criticized by anyone, we should not think that he is our enemy or she is our enemy.</w:t>
      </w:r>
      <w:r>
        <w:br/>
      </w:r>
      <w:r>
        <w:rPr>
          <w:sz w:val="20"/>
        </w:rPr>
        <w:t>1:06:10  We just should think that is he making some valid point. If the point is valid, we must be ready to accept it</w:t>
      </w:r>
      <w:r>
        <w:br/>
      </w:r>
      <w:r>
        <w:rPr>
          <w:sz w:val="20"/>
        </w:rPr>
        <w:t>1:06:22  . And if the point is not valid, we can either ignore it or we can explain to the person that that point is not right.</w:t>
      </w:r>
      <w:r>
        <w:br/>
      </w:r>
      <w:r>
        <w:rPr>
          <w:sz w:val="20"/>
        </w:rPr>
        <w:t>1:06:33  This is not the right, this is not right. So but cool mindedly, we should never be disturbed and we should never feel bad about it.</w:t>
      </w:r>
      <w:r>
        <w:br/>
      </w:r>
      <w:r>
        <w:rPr>
          <w:sz w:val="20"/>
        </w:rPr>
        <w:t>1:06:47  We should never mind if we are being criticized.</w:t>
      </w:r>
      <w:r>
        <w:br/>
      </w:r>
      <w:r>
        <w:rPr>
          <w:sz w:val="20"/>
        </w:rPr>
        <w:t>1:06:51  Because criticism, healthy criticism, is very important for the promotion of our thinking faculty.</w:t>
      </w:r>
      <w:r>
        <w:br/>
      </w:r>
      <w:r>
        <w:rPr>
          <w:sz w:val="20"/>
        </w:rPr>
        <w:t>1:07:03  We must be ever ready to do so. And unless and until we don't accept criticism, we cannot work unitedly for this divine cause of especially dawat work</w:t>
      </w:r>
      <w:r>
        <w:br/>
      </w:r>
      <w:r>
        <w:rPr>
          <w:sz w:val="20"/>
        </w:rPr>
        <w:t>1:07:21  . Now we are a global team. So this is something must for us. Because we can't perform individually.</w:t>
      </w:r>
      <w:r>
        <w:br/>
      </w:r>
      <w:r>
        <w:rPr>
          <w:sz w:val="20"/>
        </w:rPr>
        <w:t>1:07:32  How can one individual work for this mission which is being done at a global level?</w:t>
      </w:r>
      <w:r>
        <w:br/>
      </w:r>
      <w:r>
        <w:rPr>
          <w:sz w:val="20"/>
        </w:rPr>
        <w:t>1:07:44  So we must understand it, we must read Maulana's literature that criticism is a must, is a sign of one non if we want to do something unitedly and at a global level.</w:t>
      </w:r>
      <w:r>
        <w:br/>
      </w:r>
      <w:r>
        <w:rPr>
          <w:sz w:val="20"/>
        </w:rPr>
        <w:t>1:08:03  Even at home, if we are always disturbed with criticism, there are something or the other always because everyone thinks differently.</w:t>
      </w:r>
      <w:r>
        <w:br/>
      </w:r>
      <w:r>
        <w:rPr>
          <w:sz w:val="20"/>
        </w:rPr>
        <w:t>1:08:17  There is a saying that if everyone thinks alike, no one thinks very much. So this is very, very true that we have to be open to criticism</w:t>
      </w:r>
      <w:r>
        <w:br/>
      </w:r>
      <w:r>
        <w:rPr>
          <w:sz w:val="20"/>
        </w:rPr>
        <w:t>1:08:32  . And if my father would not have been open to criticism, he would not have worked, he would not have produced all the literature he produced, more than two hundred books.</w:t>
      </w:r>
      <w:r>
        <w:br/>
      </w:r>
      <w:r>
        <w:rPr>
          <w:sz w:val="20"/>
        </w:rPr>
        <w:t>1:08:45  Because he was open to criticism, he was never disturbed. There were so many people who came to him and criticized him on his face.</w:t>
      </w:r>
      <w:r>
        <w:br/>
      </w:r>
      <w:r>
        <w:rPr>
          <w:sz w:val="20"/>
        </w:rPr>
        <w:t>1:08:54  But he did not mind, he just smiled as if nothing serious had happened.</w:t>
      </w:r>
      <w:r>
        <w:br/>
      </w:r>
      <w:r>
        <w:rPr>
          <w:sz w:val="20"/>
        </w:rPr>
        <w:t>1:09:00  So we have learned from him that we should also be open to criticism and this is necessary for performing the dawah work, the mission.</w:t>
      </w:r>
      <w:r>
        <w:br/>
      </w:r>
      <w:r>
        <w:rPr>
          <w:sz w:val="20"/>
        </w:rPr>
        <w:t>1:09:13  Not only at global level, at national level, at international level, this is must because we are working together. Ji jazak Allah apa, we are actually running behind the schedule, so I will not be able to take more questions or comments.</w:t>
      </w:r>
      <w:r>
        <w:br/>
      </w:r>
      <w:r>
        <w:rPr>
          <w:sz w:val="20"/>
        </w:rPr>
        <w:t>1:09:29  But lastly, I would request Dr. sahib that in the end to share some prayers with all of us. Inshallah, Maulana ka kehna tha ke jo dua hai woh dil ke ehsas ka naam hai,</w:t>
      </w:r>
      <w:r>
        <w:br/>
      </w:r>
      <w:r>
        <w:rPr>
          <w:sz w:val="20"/>
        </w:rPr>
        <w:t>1:09:45  kuch alfaaz ka naam nahi hai. Yani aam taur se hum sunte hain jo log bolne wale hain ke yeh dua aap pachaas baar padh lijiye, yeh subah padh lijiye, yeh shaam ko padh lijiye.</w:t>
      </w:r>
      <w:r>
        <w:br/>
      </w:r>
      <w:r>
        <w:rPr>
          <w:sz w:val="20"/>
        </w:rPr>
        <w:t>1:09:58  Toh yeh yeh koi sahi baat nahi hai. Dua toh dil ki gehrai se nikalti hai, phir woh alfaaz mein dhal jati hai. Yani seene mein aap ke ek samandar jab beh padta hai, samandar moajzan hota hai toh phir woh kuch alfaaz niklte</w:t>
      </w:r>
      <w:r>
        <w:br/>
      </w:r>
      <w:r>
        <w:rPr>
          <w:sz w:val="20"/>
        </w:rPr>
        <w:t>1:10:16  hain. Toh jo jo paighambaron ki duayein hain Quran mein ya sahaba ki duayein hain ya Rasool Allah salallahu alaihi wasallam ki duayein hain, woh aisi duayein hain ke woh unke ehsasat ki akasi hai.</w:t>
      </w:r>
      <w:r>
        <w:br/>
      </w:r>
      <w:r>
        <w:rPr>
          <w:sz w:val="20"/>
        </w:rPr>
        <w:t>1:10:32  Ab mein ek do dua leta hoon, chuki waqt ab bohat kam hai. Ek dua jo Prophet ko bohat pasand thi aur Maulana bhi aksar usko padhte the,</w:t>
      </w:r>
      <w:r>
        <w:br/>
      </w:r>
      <w:r>
        <w:rPr>
          <w:sz w:val="20"/>
        </w:rPr>
        <w:t>1:10:45  bohat Maulana ko pasand thi. Yeh hai Ya Hayyu Ya Qayyumu bi rahmatika astagheethu O Living God, O Sustaining God, I seek Your Mercy.</w:t>
      </w:r>
      <w:r>
        <w:br/>
      </w:r>
      <w:r>
        <w:rPr>
          <w:sz w:val="20"/>
        </w:rPr>
        <w:t>1:10:56  Mein teri mercy, mein teri rehmat ka mohtaj hoon. Ya Hayyu Ya Qayyumu bi rahmatika astagheethu aur iska agla hissa hai Aslih li shani kulli ke meri sari jo meri Problems hain, usko solve kar d</w:t>
      </w:r>
      <w:r>
        <w:br/>
      </w:r>
      <w:r>
        <w:rPr>
          <w:sz w:val="20"/>
        </w:rPr>
        <w:t>1:11:11  e. I seek Your Help in settingright all my affairs. Aslih li shani kulli wa la takilni ila nafsi tarfata aini yeh bohat zabardast hai ke Please do not leave me to myself even for a blink of an eye.</w:t>
      </w:r>
      <w:r>
        <w:br/>
      </w:r>
      <w:r>
        <w:rPr>
          <w:sz w:val="20"/>
        </w:rPr>
        <w:t>1:11:30  Don't leave me alone even for a blink of an eye. La takilni ila nafsi tarfata aini</w:t>
      </w:r>
      <w:r>
        <w:br/>
      </w:r>
      <w:r>
        <w:rPr>
          <w:sz w:val="20"/>
        </w:rPr>
        <w:t>1:11:37  yeh bohat achi dua hai aur Maulana aksar usko padhte the. Aur sahaba bhi kehte hain ke jab koi pareshani hoti thi Rasool Allah, koi News aati thi kahin se toh hum sunne lagte the ke woh ahista ahista padhte the Ya Hayyu Ya Qayyumu bi rahmatika astagheethu aur</w:t>
      </w:r>
      <w:r>
        <w:br/>
      </w:r>
      <w:r>
        <w:rPr>
          <w:sz w:val="20"/>
        </w:rPr>
        <w:t>1:11:59  ek dua jo Rasool Allah ki bohat achi dua hai Quran ke bare mein, bohat hi zabardast dua hai,</w:t>
      </w:r>
      <w:r>
        <w:br/>
      </w:r>
      <w:r>
        <w:rPr>
          <w:sz w:val="20"/>
        </w:rPr>
        <w:t>1:12:07  woh hai Allahumma taj al al Qurana rabiyya qalbi O Allah, make the Quran the spring of my heart, and the light of my chest, and the remover of my sadness,</w:t>
      </w:r>
      <w:r>
        <w:br/>
      </w:r>
      <w:r>
        <w:rPr>
          <w:sz w:val="20"/>
        </w:rPr>
        <w:t>1:12:25  and the reliever of my worries. Such a beautiful dua yani Allahumma taj al al Qurana rabiyya qalbi wa noora sadri wa jala huzni wa dhahaba hammi.</w:t>
      </w:r>
      <w:r>
        <w:br/>
      </w:r>
      <w:r>
        <w:rPr>
          <w:sz w:val="20"/>
        </w:rPr>
        <w:t>1:12:37  Kitni zabardast dua hai yeh aur haqeeqat yeh hai ke jab Quran aap padhein, jaise abhi baat hui thi tadabbur ke sath aur gehrai se, toh yeh Quran aap ke dil ki aur aap ke seene ka noor ban jata hai.</w:t>
      </w:r>
      <w:r>
        <w:br/>
      </w:r>
      <w:r>
        <w:rPr>
          <w:sz w:val="20"/>
        </w:rPr>
        <w:t>1:12:55  Noor ka matlab yeh hai, noor woh light wale, yeh light wale noor nahi, balkeh Maulana kehte the ke noor ka matlab jahan bhi noor lafz aaya hai Quran mein, toh woh guidance ke bare mein aaya hai, Khuda ki guidance.</w:t>
      </w:r>
      <w:r>
        <w:br/>
      </w:r>
      <w:r>
        <w:rPr>
          <w:sz w:val="20"/>
        </w:rPr>
        <w:t>1:13:08  Yani yeh Quran aap ke liye guide book ban jayegi jab aap gehrai se padhenge. Is liye yeh Allahumma taj al al Qurana rabiyya qalbi wa noora sadri wa jala huzni wa dhahaba hammi.</w:t>
      </w:r>
      <w:r>
        <w:br/>
      </w:r>
      <w:r>
        <w:rPr>
          <w:sz w:val="20"/>
        </w:rPr>
        <w:t>1:13:20  yani jo aap ki takleefein hain, jo pareshaniyan hain, jis mein aap mubtala rehte hain, subah shaam sochte rehte hain, jab quran gehrai se aap padhenge aur us ki jo gehri baatein aap ke dil mein utrengi, to yeh sab jo masail hain, woh aap ke liye bohat halke hote chale jayenge.</w:t>
      </w:r>
      <w:r>
        <w:br/>
      </w:r>
      <w:r>
        <w:rPr>
          <w:sz w:val="20"/>
        </w:rPr>
        <w:t>1:13:40  aur sari jo pareshani hai aur Sadness hai aur takleef hai, aur woh sab cheezein ahista ahista khatam ho jayengi.</w:t>
      </w:r>
      <w:r>
        <w:br/>
      </w:r>
      <w:r>
        <w:rPr>
          <w:sz w:val="20"/>
        </w:rPr>
        <w:t>1:13:50  aur to yeh bohat hi achhi hain paighambaron ki duaein quran mein aati hain. Hazrat Musa (AS) ki dua itni achhi dua hai aur balkeh jo hum log padhte hain Rabbishrah li sadri woh khud bohat hi zabardast dua hai, us mein sari baat aa gayi</w:t>
      </w:r>
      <w:r>
        <w:br/>
      </w:r>
      <w:r>
        <w:rPr>
          <w:sz w:val="20"/>
        </w:rPr>
        <w:t>1:14:07  hai. Musa (AS) ne jab dua ki to bohat hi umdah dua hai aur bohat hi achhi dua hai. To ab jaise Rasool Allah ne kaha ke jo Zunun ki dua kare, us ki dua Reject nahi hoti hai.</w:t>
      </w:r>
      <w:r>
        <w:br/>
      </w:r>
      <w:r>
        <w:rPr>
          <w:sz w:val="20"/>
        </w:rPr>
        <w:t>1:14:22  yani Yunus (AS) ki dua jab woh machhli ke pait mein chale gaye to unhone kaha La ilaha illa anta subhanaka inni kuntu minaz zalimin ke aye Allah, tu pak hai, main hi maine hi zulm kiya hai.</w:t>
      </w:r>
      <w:r>
        <w:br/>
      </w:r>
      <w:r>
        <w:rPr>
          <w:sz w:val="20"/>
        </w:rPr>
        <w:t>1:14:35  to</w:t>
      </w:r>
      <w:r>
        <w:br/>
      </w:r>
      <w:r>
        <w:rPr>
          <w:sz w:val="20"/>
        </w:rPr>
        <w:t>1:14:36  Allah ne usi waqt qabool ki, machhli ne la ke daal diya aur dua ki taaseer dekhiye ke jab gaye Hazrat Yunus (AS) to jo jo log un ko Reject kar rahe the, woh bhi iman le aaye, ek lakh</w:t>
      </w:r>
      <w:r>
        <w:br/>
      </w:r>
      <w:r>
        <w:rPr>
          <w:sz w:val="20"/>
        </w:rPr>
        <w:t>1:14:52  se zyada. To itni zabardast dua hai lekin dua dil se nikalni chahiye. Aur Hazrat</w:t>
      </w:r>
      <w:r>
        <w:br/>
      </w:r>
      <w:r>
        <w:rPr>
          <w:sz w:val="20"/>
        </w:rPr>
        <w:t>1:15:05  Zakariya ki dua bohat hi achhi quran mein Surah Maryam ke bilkul aaghaz mein hai ke Id nadā rabbahu nidā'an kha</w:t>
      </w:r>
      <w:r>
        <w:br/>
      </w:r>
      <w:r>
        <w:rPr>
          <w:sz w:val="20"/>
        </w:rPr>
        <w:t>1:15:14  fiyyan When he called his Lord in low voice yani khafi kehte hain bareek cheez ko ke aisi yani Whisper ke andaaz mein dua ki.</w:t>
      </w:r>
      <w:r>
        <w:br/>
      </w:r>
      <w:r>
        <w:rPr>
          <w:sz w:val="20"/>
        </w:rPr>
        <w:t>1:15:26  kitni zabardast hai ke us ne apne Rab ko Whisper ke andaaz mein pukara. Choonkeh aap jab Allah se dua karte hain to Loudspeaker pe nahi hoti hai, woh bohat hi khamosh dil se nikli hui dua hoti hai.</w:t>
      </w:r>
      <w:r>
        <w:br/>
      </w:r>
      <w:r>
        <w:rPr>
          <w:sz w:val="20"/>
        </w:rPr>
        <w:t>1:15:42  aur Hazrat Zakariya ne farmaya ke lam akum bidu'aika Rabbi shaqiyyan ke aye mere Rab, tujh se main dua kar ke kabhi mayoos nahi hua, kabhi tune meri dua Reject nahi ki.</w:t>
      </w:r>
      <w:r>
        <w:br/>
      </w:r>
      <w:r>
        <w:rPr>
          <w:sz w:val="20"/>
        </w:rPr>
        <w:t>1:15:54  to yeh jo paighambaron ki duaein hain, woh bohat hi umdah duaein hain, woh hamein batati hain ke kisi khaas mauqe pe un ke dil mein kya ehsasat paida hue, kya un ke dil ki کیفیت thi.</w:t>
      </w:r>
      <w:r>
        <w:br/>
      </w:r>
      <w:r>
        <w:rPr>
          <w:sz w:val="20"/>
        </w:rPr>
        <w:t>1:16:07  to dil ke ehsasat ka naam dua hai. Baqi jo paighambaron ki duaein hain, woh bohat hi achhi hain. Rabbana zalamna anfusana ab yeh dono dua kar rahe hain, Adam and Eve dono dua kar rahe hain</w:t>
      </w:r>
      <w:r>
        <w:br/>
      </w:r>
      <w:r>
        <w:rPr>
          <w:sz w:val="20"/>
        </w:rPr>
        <w:t>1:16:22  Rabbana zalamna anfusana Our Lord, we have wronged our souls, and if you will not forgive us and have mercy on us, we will be among the lost.</w:t>
      </w:r>
      <w:r>
        <w:br/>
      </w:r>
      <w:r>
        <w:rPr>
          <w:sz w:val="20"/>
        </w:rPr>
        <w:t>1:16:32  Rabbana zalamna anfusana wa in lam taghfir lana wa tarhamna lanakunnana minal khasirin to zabardast dua hai yeh aur sari paighambaron ki duaein jo hain, woh hamein batati hain ke dua ka tareeqa kya</w:t>
      </w:r>
      <w:r>
        <w:br/>
      </w:r>
      <w:r>
        <w:rPr>
          <w:sz w:val="20"/>
        </w:rPr>
        <w:t>1:16:48  hai. To ji, dua behraal dil se honi chahiye aur un ki hamein duaon se hamein ek rasta, ek tareeqa milta hai ke hum kaise dua karein.</w:t>
      </w:r>
      <w:r>
        <w:br/>
      </w:r>
      <w:r>
        <w:rPr>
          <w:sz w:val="20"/>
        </w:rPr>
        <w:t>1:16:59  Thank you Doctor Sahab, aaj ki Sunday class waqai mein bohat special thi. Aa, is ka, is ke, is ka experience, is ke lessons inshallah hum sab ko yaad rahenge.</w:t>
      </w:r>
      <w:r>
        <w:br/>
      </w:r>
      <w:r>
        <w:rPr>
          <w:sz w:val="20"/>
        </w:rPr>
        <w:t>1:17:12  Jazak Allah Doctor Sahab, Jazak Allah Aapa for doing an amazing session today. Thank you.</w:t>
      </w:r>
      <w:r>
        <w:br/>
      </w:r>
      <w:r>
        <w:rPr>
          <w:sz w:val="20"/>
        </w:rPr>
        <w:t>1:17:18  And with this, we will end this session now.</w:t>
      </w:r>
    </w:p>
    <w:p>
      <w:pPr>
        <w:pStyle w:val="Heading2"/>
      </w:pPr>
      <w:r>
        <w:t>Why did Sahaba wage war if war is vicious?</w:t>
      </w:r>
    </w:p>
    <w:p>
      <w:r>
        <w:rPr>
          <w:color w:val="666666"/>
          <w:sz w:val="18"/>
        </w:rPr>
        <w:t>Seerah &amp; Prophet · Islam and Peace August 25, 2013 · 16m 01s · at 59:31 · https://youtu.be/WbBu4W6AUUs?t=3571</w:t>
      </w:r>
    </w:p>
    <w:p>
      <w:r>
        <w:rPr>
          <w:i/>
        </w:rPr>
        <w:t>“During earlier times, Sahaba went to war with Persian and Byzantine Empire. I understand that it was to remove the structure where there was no freedom to choose for its people. My question is that why did they not apply the principle that you mentioned today, that war is an unending vicious cycle?”</w:t>
      </w:r>
    </w:p>
    <w:p>
      <w:r>
        <w:rPr>
          <w:sz w:val="20"/>
        </w:rPr>
        <w:t>59:31  maulana, agla sawal khurram qureshi sahib ka hai, calicut se. unhon ne likha hai: "during earlier times, sahaba went to war with persian and byzantine empire.</w:t>
      </w:r>
      <w:r>
        <w:br/>
      </w:r>
      <w:r>
        <w:rPr>
          <w:sz w:val="20"/>
        </w:rPr>
        <w:t>59:42  i understand that it was to remove the structure where there was no freedom to choose for its people. maulana, my question is that why did they not apply the principle that you mentioned today, that war is an unending vicious cycle?"</w:t>
      </w:r>
      <w:r>
        <w:br/>
      </w:r>
      <w:r>
        <w:rPr>
          <w:sz w:val="20"/>
        </w:rPr>
        <w:t>1:00:08  nahi, aisa nahi hua. wahan pe hua, yani aap ko maloom hai ke jo woh tha, woh jo tha, jo heraclius jo tha, wahan ka jo aakhri badshah, woh bhag kar gaya constantinople mein.</w:t>
      </w:r>
      <w:r>
        <w:br/>
      </w:r>
      <w:r>
        <w:rPr>
          <w:sz w:val="20"/>
        </w:rPr>
        <w:t>1:00:26  wahan par us ne planning ki aur bohat dinon ke baad woh mukammal hui, woh fateh muhammad al fateh ke zamane mein hui.</w:t>
      </w:r>
      <w:r>
        <w:br/>
      </w:r>
      <w:r>
        <w:rPr>
          <w:sz w:val="20"/>
        </w:rPr>
        <w:t>1:00:37  lekin yahan pe ek baat bhi yeh add karunga ke is is waqeye ko, yani jo wahan hua, sassani empire ka khatma aur roman empire ka khatma, is ko main ne bohat tafseel se likha hai apni kitab mein jo abhi chhap rahi hai,</w:t>
      </w:r>
      <w:r>
        <w:br/>
      </w:r>
      <w:r>
        <w:rPr>
          <w:sz w:val="20"/>
        </w:rPr>
        <w:t>1:00:52  islam padri sadi mein, ke woh woh ek woh ek divine plan tha. woh yani everything was everything was managed by god almighty.</w:t>
      </w:r>
      <w:r>
        <w:br/>
      </w:r>
      <w:r>
        <w:rPr>
          <w:sz w:val="20"/>
        </w:rPr>
        <w:t>1:01:06  is mein musalmanon ka role to sirf yani asal nahi tha, balke asal role is mein is mein farishton ka tha. aur allah taala ka main ne is mein bataya hai aap ko ke allah taala ki yeh jo dunya banai hai, woh freedom pe base karti hai.</w:t>
      </w:r>
      <w:r>
        <w:br/>
      </w:r>
      <w:r>
        <w:rPr>
          <w:sz w:val="20"/>
        </w:rPr>
        <w:t>1:01:26  yani allah taala ko yeh manzoor hai ke har aadmi ko azadi ho, freedom of choice mila hua ho.</w:t>
      </w:r>
      <w:r>
        <w:br/>
      </w:r>
      <w:r>
        <w:rPr>
          <w:sz w:val="20"/>
        </w:rPr>
        <w:t>1:01:32  to yeh yeh sunnat allah hai ke jab bhi koi yani aisa kare ke khuda ke is is plan ko jeopardize kare, woh ke insaan ko freedom chheen le, woh freedom of choice na rehne de, to wahan allah taala intervene karte hain.</w:t>
      </w:r>
      <w:r>
        <w:br/>
      </w:r>
      <w:r>
        <w:rPr>
          <w:sz w:val="20"/>
        </w:rPr>
        <w:t>1:01:51  to</w:t>
      </w:r>
      <w:r>
        <w:br/>
      </w:r>
      <w:r>
        <w:rPr>
          <w:sz w:val="20"/>
        </w:rPr>
        <w:t>1:01:54  aise waqiyat hain history mein jab ke khuda ne intervene kiya, to woh intervention tha taake yeh taake woh khatam ho, religious persecution aur insaan ko azadi mil jaye.</w:t>
      </w:r>
      <w:r>
        <w:br/>
      </w:r>
      <w:r>
        <w:rPr>
          <w:sz w:val="20"/>
        </w:rPr>
        <w:t>1:02:07  aise hi waqea baisveen sadi mein hua hai, rashan yaani communist empire ke sath. communist empire jo thi, us ne bhi insan se freedom chheen li thi, freedom of choice.</w:t>
      </w:r>
      <w:r>
        <w:br/>
      </w:r>
      <w:r>
        <w:rPr>
          <w:sz w:val="20"/>
        </w:rPr>
        <w:t>1:02:22  to main samajhta hoon ke jo rashan communist empire jab toota, that was due to divine intervention. aisa nahi ke kisi America ne tod diya us ko.</w:t>
      </w:r>
      <w:r>
        <w:br/>
      </w:r>
      <w:r>
        <w:rPr>
          <w:sz w:val="20"/>
        </w:rPr>
        <w:t>1:02:34  Allah taala ka manzoor nahi tha ke koi freedom of freedom freedom ko abalish karay. yeh Allah taala ka manzoor nahi, kyunke woh kisi planet ko in in undo karne ke barabar hai.</w:t>
      </w:r>
      <w:r>
        <w:br/>
      </w:r>
      <w:r>
        <w:rPr>
          <w:sz w:val="20"/>
        </w:rPr>
        <w:t>1:02:47  woh</w:t>
      </w:r>
      <w:r>
        <w:br/>
      </w:r>
      <w:r>
        <w:rPr>
          <w:sz w:val="20"/>
        </w:rPr>
        <w:t>1:02:49  to qadeem jo kingship jo thi, woh us ne azadi ko abalish kar sakta kar diya tha. is liye Allah taala ne chaha ke kingship ka zamana khatam ho.</w:t>
      </w:r>
      <w:r>
        <w:br/>
      </w:r>
      <w:r>
        <w:rPr>
          <w:sz w:val="20"/>
        </w:rPr>
        <w:t>1:02:59  wohi zamane mein communist empire ne azadi ko khatam kar diya tha, to us ko Allah taala ne tod diya. to is tarah ke waqeat jo hain, us ko aap simple tareeqay se nahi samajh sakte.</w:t>
      </w:r>
      <w:r>
        <w:br/>
      </w:r>
      <w:r>
        <w:rPr>
          <w:sz w:val="20"/>
        </w:rPr>
        <w:t>1:03:10  us ko manna parega ke that was due to divine intervention.</w:t>
      </w:r>
      <w:r>
        <w:br/>
      </w:r>
      <w:r>
        <w:rPr>
          <w:sz w:val="20"/>
        </w:rPr>
        <w:t>1:03:15  yeh maine apni is kitab mein jo abhi chhap rahi hai, meri is mein tafseel ke sath maine is ko discuss kiya hai. Maulana, Dhampur se Mehtab Ahmed sahib ne aap se poocha hai ek hadith ke baray mein.</w:t>
      </w:r>
      <w:r>
        <w:br/>
      </w:r>
      <w:r>
        <w:rPr>
          <w:sz w:val="20"/>
        </w:rPr>
        <w:t>1:03:28  unhon ne likha hai: "ek hadith hai ke tum mein woh log achhay hain jo apne ghar walon ke sath achhay hain." woh chahte hain ke aap is ki wazahat karen.</w:t>
      </w:r>
      <w:r>
        <w:br/>
      </w:r>
      <w:r>
        <w:rPr>
          <w:sz w:val="20"/>
        </w:rPr>
        <w:t>1:03:41  haan khairukum khairukum li ahli wa ali khairukum li ahli ke tum mein achha woh hai jo apne ghar walon ke liye achha hai, aur main apne ghar walon ke liye achha hoon.</w:t>
      </w:r>
      <w:r>
        <w:br/>
      </w:r>
      <w:r>
        <w:rPr>
          <w:sz w:val="20"/>
        </w:rPr>
        <w:t>1:03:55  to ghar walay jo hain, woh gaya hamare liye sab se nearest paper hai. hamare liye woh</w:t>
      </w:r>
      <w:r>
        <w:br/>
      </w:r>
      <w:r>
        <w:rPr>
          <w:sz w:val="20"/>
        </w:rPr>
        <w:t>1:04:04  humein jo jo is dunya mein paper diya gaya hai, nearest test hai. to is mein ghar walay hotay hain. yeh dunya mein poori zindagi hamari test hai, poori zindagi sab kuch hai.</w:t>
      </w:r>
      <w:r>
        <w:br/>
      </w:r>
      <w:r>
        <w:rPr>
          <w:sz w:val="20"/>
        </w:rPr>
        <w:t>1:04:16  hum yahan baithe hain, yeh bhi test hai ke hum kaise bolte hain aur kaise suntay hain, yeh bhi test hai. to poori zindagi yaad rakhiye, yaani pedaish se maut tak insan ki woh test hoti hai.</w:t>
      </w:r>
      <w:r>
        <w:br/>
      </w:r>
      <w:r>
        <w:rPr>
          <w:sz w:val="20"/>
        </w:rPr>
        <w:t>1:04:33  to test ka sab se pehla maidan ghar hi to hai. woh sab se pehla maidan jis mein subah shaam rehta hai aadmi, woh ghar hai. to aadmi ko sabit karna parta hai ke woh ghar mein kaisa hai.</w:t>
      </w:r>
      <w:r>
        <w:br/>
      </w:r>
      <w:r>
        <w:rPr>
          <w:sz w:val="20"/>
        </w:rPr>
        <w:t>1:04:47  agar wahan fail ho jaye to society bhi fail ho jayegi. koi aadmi agar is is qareebi jo maidan hai imtehan ka, wahan fail ho jaye to is ka matlab hai ke woh society bhi fail ho jayegi.</w:t>
      </w:r>
      <w:r>
        <w:br/>
      </w:r>
      <w:r>
        <w:rPr>
          <w:sz w:val="20"/>
        </w:rPr>
        <w:t>1:05:02  yeh matlab hai is is hadith ka.</w:t>
      </w:r>
      <w:r>
        <w:br/>
      </w:r>
      <w:r>
        <w:rPr>
          <w:sz w:val="20"/>
        </w:rPr>
        <w:t>1:05:11  Maulana, agla sawal doctor Pradhan ka hai, Delhi se. unhon ne likha hai: "Maulana, India has different laws for Muslims as Muslim personal law, but it is mostly used in talaq cases</w:t>
      </w:r>
      <w:r>
        <w:br/>
      </w:r>
      <w:r>
        <w:rPr>
          <w:sz w:val="20"/>
        </w:rPr>
        <w:t>1:05:25  z. but when Muslims do wrong things like rape, no Muslim leader ask for death penalty for the culprits.</w:t>
      </w:r>
      <w:r>
        <w:br/>
      </w:r>
      <w:r>
        <w:rPr>
          <w:sz w:val="20"/>
        </w:rPr>
        <w:t>1:05:34  should we follow in these cases India law or to ask for Muslims to follow the personal law?" nahi, dekhiye, yeh ek confusion hai shayad ke jis cheez ko aap ne farmaya woh law of land se cover hota hai, Muslim personal law se nahi.</w:t>
      </w:r>
      <w:r>
        <w:br/>
      </w:r>
      <w:r>
        <w:rPr>
          <w:sz w:val="20"/>
        </w:rPr>
        <w:t>1:05:53  Muslim personal law bohat hi limited cheezon mein hai.</w:t>
      </w:r>
      <w:r>
        <w:br/>
      </w:r>
      <w:r>
        <w:rPr>
          <w:sz w:val="20"/>
        </w:rPr>
        <w:t>1:05:56  haan, hum sab law of land se cover ho rahe hain, Muslim personal law se nahi. woh to nikah o talaq ke baray mein hai, kyunke ulama ne yeh is zamane mein, Angrezon ke zamane mein, bada tha yeh qanoon.</w:t>
      </w:r>
      <w:r>
        <w:br/>
      </w:r>
      <w:r>
        <w:rPr>
          <w:sz w:val="20"/>
        </w:rPr>
        <w:t>1:06:10  ulama ne yeh masla pesh kiya tha ke halankay main is ko nahi manta, lekin ulama ne Angrezon ke samnay yeh masla pesh kiya ke agar ghair Muslim judge hai aur woh talaq de to talaq waqe nahi hogi,</w:t>
      </w:r>
      <w:r>
        <w:br/>
      </w:r>
      <w:r>
        <w:rPr>
          <w:sz w:val="20"/>
        </w:rPr>
        <w:t>1:06:26  waqe hi nahi hogi talaq. halankay main is ko nahi manta, main samajhta hoon ke law of land hi se cover ho ho raha hai. woh</w:t>
      </w:r>
      <w:r>
        <w:br/>
      </w:r>
      <w:r>
        <w:rPr>
          <w:sz w:val="20"/>
        </w:rPr>
        <w:t>1:06:33  to beharhal ek alag masla hai, lekin Angrezon ne maan liya ulama ki is baat ko ke bhai, tumhara masla agar aisa hai to chalo tum Muslim personal law bana lo.</w:t>
      </w:r>
      <w:r>
        <w:br/>
      </w:r>
      <w:r>
        <w:rPr>
          <w:sz w:val="20"/>
        </w:rPr>
        <w:t>1:06:43  us waqt is ka naam hota tha Mohammedan law, us waqt Mohammedan law kaha jata tha is ko, ab is ka naam hai Muslim personal law. woh harghiz harghiz law of land ka badal nahi hai.</w:t>
      </w:r>
      <w:r>
        <w:br/>
      </w:r>
      <w:r>
        <w:rPr>
          <w:sz w:val="20"/>
        </w:rPr>
        <w:t>1:06:52  law of land jo hai, wahi hamesha privilege karega. yeh mere nazdeek ulama ka yeh موقف sahi nahi tha ke unhon ne kaha ke sahib, hamara nikah o talaq ka masla jo hai, woh isko alag karo, warna woh talaq waqe nahi hogi aur hum haram mein mubtala rahenge.</w:t>
      </w:r>
      <w:r>
        <w:br/>
      </w:r>
      <w:r>
        <w:rPr>
          <w:sz w:val="20"/>
        </w:rPr>
        <w:t>1:07:10  yeh yeh mein isko sahi nahi samajhta, lekin behraal ulama ne aisa kaha aur angrezon ne isko maan liya. toh mamla Allah bana, wahi chal raha hai aap ka Muslim Personal Law par.</w:t>
      </w:r>
      <w:r>
        <w:br/>
      </w:r>
      <w:r>
        <w:rPr>
          <w:sz w:val="20"/>
        </w:rPr>
        <w:t>1:07:19  mein isko bilkul bekar samajhta hoon. Muslim Personal Law ko law of land jo hai, wahi wahi wahi hamare upar bhi apply hona chahiye.</w:t>
      </w:r>
      <w:r>
        <w:br/>
      </w:r>
      <w:r>
        <w:rPr>
          <w:sz w:val="20"/>
        </w:rPr>
        <w:t>1:07:29  jahan tak musalmanon ke kuch zaati mamlaat hain, toh aapas mein tay kar lijiye. aap</w:t>
      </w:r>
      <w:r>
        <w:br/>
      </w:r>
      <w:r>
        <w:rPr>
          <w:sz w:val="20"/>
        </w:rPr>
        <w:t>1:07:33  is ko is ko aap law kyu banwate hain? yaani aap jab koi difference paida ho, mein aap biwi mein toh ulama jayein, wahan ja kar ke is ko khatam karein.</w:t>
      </w:r>
      <w:r>
        <w:br/>
      </w:r>
      <w:r>
        <w:rPr>
          <w:sz w:val="20"/>
        </w:rPr>
        <w:t>1:07:44  فبحثوا حقا من أهله وحقا من أهله ulama apni zimmedari ko hukumat pe koi daalte hain.</w:t>
      </w:r>
      <w:r>
        <w:br/>
      </w:r>
      <w:r>
        <w:rPr>
          <w:sz w:val="20"/>
        </w:rPr>
        <w:t>1:07:52  yeh ab ulama ki apni zimmedari hai ke jahan kahin masla paida ho, jayein milein, samjhayein, bujhayein, samjha bujha kar ke aapas mein razi razamandee kar lo aapas mein.</w:t>
      </w:r>
      <w:r>
        <w:br/>
      </w:r>
      <w:r>
        <w:rPr>
          <w:sz w:val="20"/>
        </w:rPr>
        <w:t>1:08:02  kyunki yeh bilkul mein is ko sahi nahi samajhta ke is ko law ka masla banaya jaye. is se mujhe ittefaq nahi hai. law ek hi rehna chahiye mulk mein, wahi jo law of land hai, wahi rehna chahiye.</w:t>
      </w:r>
      <w:r>
        <w:br/>
      </w:r>
      <w:r>
        <w:rPr>
          <w:sz w:val="20"/>
        </w:rPr>
        <w:t>1:08:14  aur hamare jo masail hain, woh aapas mein razamandee se, aapas ke discussion se tay</w:t>
      </w:r>
      <w:r>
        <w:br/>
      </w:r>
      <w:r>
        <w:rPr>
          <w:sz w:val="20"/>
        </w:rPr>
        <w:t>1:08:20  karna chahiye. mere paas se aate hain masail nikah o talaq ke, toh mein un ko samjhata hoon, samjha ke razi karta hoon un ko. toh mein is ko sahi nahi samajhta usoolan ke is tarah ke jo mamlaat hain, is ko law ka masla banaya jaye.</w:t>
      </w:r>
      <w:r>
        <w:br/>
      </w:r>
      <w:r>
        <w:rPr>
          <w:sz w:val="20"/>
        </w:rPr>
        <w:t>1:08:33  law wahi hai sab ke liye, alag aap ke liye law nahi rahega. musalmanon ke liye alag law ho, doosron ka alag law ho, aisa nahi ho sakta. yeh bilkul namumkin baat hai, impossible hai secular India mein.</w:t>
      </w:r>
      <w:r>
        <w:br/>
      </w:r>
      <w:r>
        <w:rPr>
          <w:sz w:val="20"/>
        </w:rPr>
        <w:t>1:08:47  toh yeh hai bhai mere.</w:t>
      </w:r>
      <w:r>
        <w:br/>
      </w:r>
      <w:r>
        <w:rPr>
          <w:sz w:val="20"/>
        </w:rPr>
        <w:t>1:08:51  Maulana, agla sawal lene se pehle ek comment padhna chahenge jo Doha, Qatar se Maulana Abdul Basit Umri ne bheja hai.</w:t>
      </w:r>
      <w:r>
        <w:br/>
      </w:r>
      <w:r>
        <w:rPr>
          <w:sz w:val="20"/>
        </w:rPr>
        <w:t>1:08:59  unhon ne likha hai: "Maulana, mein ne aaj pehli baar clearly Rasool Allah ki is hikmati amal ko jo Sulah Hudaibiyah ki shakal mein milti hai, samjha aur Rasool Allah ke ghazwaat ke baray mein jo tajziya aap ne kiya, mein ne pehli baar aisa tajziya suna jo Sulah Hudaibiyah ko itna wazeh aur clear karta hai.</w:t>
      </w:r>
      <w:r>
        <w:br/>
      </w:r>
      <w:r>
        <w:rPr>
          <w:sz w:val="20"/>
        </w:rPr>
        <w:t>1:09:24  manfi soch ki jo baat aap ne batayi, woh bilkul durust hai.</w:t>
      </w:r>
      <w:r>
        <w:br/>
      </w:r>
      <w:r>
        <w:rPr>
          <w:sz w:val="20"/>
        </w:rPr>
        <w:t>1:09:29  khud mera yeh haal tha ke Al-Risala mission se judne se pehle nafrat aur adawat ki soch mein jeeta tha, kyunki Al-Risala mission ke ilawa jo kitabein Islami ki Islam ki tashreeh karti hain,</w:t>
      </w:r>
      <w:r>
        <w:br/>
      </w:r>
      <w:r>
        <w:rPr>
          <w:sz w:val="20"/>
        </w:rPr>
        <w:t>1:09:44  un mein yeh nafrat, adawat, sazish jaisi boli hoti hai. Allah ka shukar hai ke is ne mujhe is dal dal se nikala aur Al-Risala mission ki daryaft ke zariye misbat soch ki tofeeq di.</w:t>
      </w:r>
      <w:r>
        <w:br/>
      </w:r>
      <w:r>
        <w:rPr>
          <w:sz w:val="20"/>
        </w:rPr>
        <w:t>1:09:58  Allah aap ko sehat aur tandrusti de taake hum aap se zyada se zyada istifada kar sakein." Dekhiye bhai, ek baat ki wazahat karna chahta hoon ke yeh baat jo hai ke is musalmanon ki likhi hui kitabon mein nafrat ki baatein hain,</w:t>
      </w:r>
      <w:r>
        <w:br/>
      </w:r>
      <w:r>
        <w:rPr>
          <w:sz w:val="20"/>
        </w:rPr>
        <w:t>1:10:18  woh ek is ka matlab nahi ke pehle kitabein bhi aisi hua karti thi.</w:t>
      </w:r>
      <w:r>
        <w:br/>
      </w:r>
      <w:r>
        <w:rPr>
          <w:sz w:val="20"/>
        </w:rPr>
        <w:t>1:10:25  yaani musalmanon ki jo kitabein likhi gayi hain, is ke do period hain: ek yaani printing press ke baad, ek printing se pehle.</w:t>
      </w:r>
      <w:r>
        <w:br/>
      </w:r>
      <w:r>
        <w:rPr>
          <w:sz w:val="20"/>
        </w:rPr>
        <w:t>1:10:36  yaani pre printing aur post printing mein farq hai, agar aap mutala karein toh. toh</w:t>
      </w:r>
      <w:r>
        <w:br/>
      </w:r>
      <w:r>
        <w:rPr>
          <w:sz w:val="20"/>
        </w:rPr>
        <w:t>1:10:45  pre printing ke daur mein jo kitabein likhi gayi thi, woh is mein is tarah ki baatein nahi hain. lekin ek ek coincidence hai, coincidence ke jab press duniya mein aaya toh us waqt musalman Western power se,</w:t>
      </w:r>
      <w:r>
        <w:br/>
      </w:r>
      <w:r>
        <w:rPr>
          <w:sz w:val="20"/>
        </w:rPr>
        <w:t>1:10:59  yaani un ko magh</w:t>
      </w:r>
      <w:r>
        <w:br/>
      </w:r>
      <w:r>
        <w:rPr>
          <w:sz w:val="20"/>
        </w:rPr>
        <w:t>1:11:01  loob hue the. Western power jo hai, nikliya aur Africa aur Asia mein jo musalman hukumat thi, us ko unhon ne aur power kiya, un ko khatam kiya.</w:t>
      </w:r>
      <w:r>
        <w:br/>
      </w:r>
      <w:r>
        <w:rPr>
          <w:sz w:val="20"/>
        </w:rPr>
        <w:t>1:11:11  toh printing press ke sath sath aa gaya yeh mamla. toh musalman chunki nafrat mein mubtala the Western se, Western people se, yaani yeh ek yeh yeh asal mein phenomenon hai colonialism ka.</w:t>
      </w:r>
      <w:r>
        <w:br/>
      </w:r>
      <w:r>
        <w:rPr>
          <w:sz w:val="20"/>
        </w:rPr>
        <w:t>1:11:29  yeh nafrat,</w:t>
      </w:r>
      <w:r>
        <w:br/>
      </w:r>
      <w:r>
        <w:rPr>
          <w:sz w:val="20"/>
        </w:rPr>
        <w:t>1:11:31  nafrat jo hai, colonialism ka phenomenon hai. lekin chukiye coincidence-ly aisa hua tha ke isi waqt press bhi aaya, to us zamane mein jo cheezein likhi musalmanon ne, woh sab nafrat se bhar gayeen.</w:t>
      </w:r>
      <w:r>
        <w:br/>
      </w:r>
      <w:r>
        <w:rPr>
          <w:sz w:val="20"/>
        </w:rPr>
        <w:t>1:11:42  warna is se pehle jo kitabein likhi gayeen hain musalmanon ki, woh is mein aisa nahi hai. is is mein is mein is tarah ki nafrat nahi hai.</w:t>
      </w:r>
      <w:r>
        <w:br/>
      </w:r>
      <w:r>
        <w:rPr>
          <w:sz w:val="20"/>
        </w:rPr>
        <w:t>1:11:53  Maulana, Bangalore se sawal hai Maulana Inayatullah Umri ka.</w:t>
      </w:r>
      <w:r>
        <w:br/>
      </w:r>
      <w:r>
        <w:rPr>
          <w:sz w:val="20"/>
        </w:rPr>
        <w:t>1:11:57  Unhon ne likha hai: "Maulana, har aalim Quran ki taraf lautne ki dawat deta hai. Quran ke huqooq, Quran par amal, Quran se dawat, Quran ki iqamat, is mein confusion kahan hai?</w:t>
      </w:r>
      <w:r>
        <w:br/>
      </w:r>
      <w:r>
        <w:rPr>
          <w:sz w:val="20"/>
        </w:rPr>
        <w:t>1:12:12  Is ki wazahat karein."</w:t>
      </w:r>
      <w:r>
        <w:br/>
      </w:r>
      <w:r>
        <w:rPr>
          <w:sz w:val="20"/>
        </w:rPr>
        <w:t>1:12:18  Dekhiye, woh jo kehte hain, aap us ko yaani gehrai ke sath mutala kijiyee.</w:t>
      </w:r>
      <w:r>
        <w:br/>
      </w:r>
      <w:r>
        <w:rPr>
          <w:sz w:val="20"/>
        </w:rPr>
        <w:t>1:12:27  Gehrai ke sath. Jo main ne paya hai, woh yeh ke naam lete hain Quran ka, baat kehte hain apne jo apne mindset mein un ke hai.</w:t>
      </w:r>
      <w:r>
        <w:br/>
      </w:r>
      <w:r>
        <w:rPr>
          <w:sz w:val="20"/>
        </w:rPr>
        <w:t>1:12:36  Main ek misaal deta hoon ke Jamaat-e-Thanai bani to un ka jo parche nikalta tha, us ka naam tha "Tarjuma-e-Quran".</w:t>
      </w:r>
      <w:r>
        <w:br/>
      </w:r>
      <w:r>
        <w:rPr>
          <w:sz w:val="20"/>
        </w:rPr>
        <w:t>1:12:47  Tarjuma-e-Quran, yeh un ka organ tha.</w:t>
      </w:r>
      <w:r>
        <w:br/>
      </w:r>
      <w:r>
        <w:rPr>
          <w:sz w:val="20"/>
        </w:rPr>
        <w:t>1:12:50  Lekin unhon ne Quran ka sirf naam liya, apne nazariye ko Quran se nikal nikal ke us ko pesh karna shuru kar diya. Yaani unhon ne Islam ki political interpretation diya aur yeh bataya musalmanon ka mission ke musalmanon ka mission hai ke woh dunya bhar mein Islami hukumat qaim karein.</w:t>
      </w:r>
      <w:r>
        <w:br/>
      </w:r>
      <w:r>
        <w:rPr>
          <w:sz w:val="20"/>
        </w:rPr>
        <w:t>1:13:09  Yeh kahin bhi Quran mein nahi tha. Main ne is ko challenge kiya hai bar bar ke Quran mein kahan likha hai ke musalmanon ka mission yeh hai ke sari dunya mein woh Islam ki hukumat qaim karein.</w:t>
      </w:r>
      <w:r>
        <w:br/>
      </w:r>
      <w:r>
        <w:rPr>
          <w:sz w:val="20"/>
        </w:rPr>
        <w:t>1:13:20  To naam lete thay Quran ka, ab baat kehte thay apni</w:t>
      </w:r>
      <w:r>
        <w:br/>
      </w:r>
      <w:r>
        <w:rPr>
          <w:sz w:val="20"/>
        </w:rPr>
        <w:t>1:13:24  . Yeh hai masla. To yeh log Quran ka naam yeh baat sirf yeh na dekhiye ke Quran ka naam bhi le rahe hain. Woh yeh dekhiye, woh jo baat keh rahe hain, kya woh Quran se nikal rahi hai?</w:t>
      </w:r>
      <w:r>
        <w:br/>
      </w:r>
      <w:r>
        <w:rPr>
          <w:sz w:val="20"/>
        </w:rPr>
        <w:t>1:13:37  Yeh mat dekhiye sirf itna ke unhon ne naam liya hai Quran ka, balke yeh dekhiye ke kya woh baat sach mein nikal rahi hai?</w:t>
      </w:r>
      <w:r>
        <w:br/>
      </w:r>
      <w:r>
        <w:rPr>
          <w:sz w:val="20"/>
        </w:rPr>
        <w:t>1:13:47  To apne khud sakhta yaani jo unhon ne khud se ek tasawwur bana rakha hai, baat to chalate hain, woh hawala dete hain Quran ka aur hadith ka.</w:t>
      </w:r>
      <w:r>
        <w:br/>
      </w:r>
      <w:r>
        <w:rPr>
          <w:sz w:val="20"/>
        </w:rPr>
        <w:t>1:14:00  Yeh bohat zyada kar rahe hain yeh log. Aap jab is aitbar se tajziya karenge to aap samajh jayenge ke yeh yeh kafi nahi hai.</w:t>
      </w:r>
      <w:r>
        <w:br/>
      </w:r>
      <w:r>
        <w:rPr>
          <w:sz w:val="20"/>
        </w:rPr>
        <w:t>1:14:12  Yeh yeh doosri qaumein bhi yahi karti hain, Yahood bhi yahi karte</w:t>
      </w:r>
      <w:r>
        <w:br/>
      </w:r>
      <w:r>
        <w:rPr>
          <w:sz w:val="20"/>
        </w:rPr>
        <w:t>1:14:16  thay ke naam lete thay Bible ka, lekin chalate thay apni khwahishein. Yeh is ko main kahoon ke yeh exploitation.</w:t>
      </w:r>
      <w:r>
        <w:br/>
      </w:r>
      <w:r>
        <w:rPr>
          <w:sz w:val="20"/>
        </w:rPr>
        <w:t>1:14:25  Yeh sab exploitation karte hain. Jab tak aap is ko gehrai ke sath mutala kar ke yeh na payein ke waqeatan yahi Quran mein likha hua hai, tab tak aap is ko na maniye.</w:t>
      </w:r>
      <w:r>
        <w:br/>
      </w:r>
      <w:r>
        <w:rPr>
          <w:sz w:val="20"/>
        </w:rPr>
        <w:t>1:14:40  Maulana, agla sawal Raichur se hai Zahiruddin Sahab ka.</w:t>
      </w:r>
      <w:r>
        <w:br/>
      </w:r>
      <w:r>
        <w:rPr>
          <w:sz w:val="20"/>
        </w:rPr>
        <w:t>1:14:45  Unhon ne likha hai: "Quran ki aayaton mein naasikh woh aur mansookh ka usool ulama ne kahan se banaya? Is ke baray mein batayein." Dekhiye, main nahi manta is ko.</w:t>
      </w:r>
      <w:r>
        <w:br/>
      </w:r>
      <w:r>
        <w:rPr>
          <w:sz w:val="20"/>
        </w:rPr>
        <w:t>1:14:57  Ek bhi ek bhi naskh nahi manta main. Aur Quran mein jo naskh ki ayat aayi hai, woh Quran ke baray mein nahi hai, woh pichli kitab ke baray mein hai.</w:t>
      </w:r>
      <w:r>
        <w:br/>
      </w:r>
      <w:r>
        <w:rPr>
          <w:sz w:val="20"/>
        </w:rPr>
        <w:t>1:15:09  Is par main likh chuka hoon Al-Risala mein ke naskh ek bhi naskh mein nahi manta. Aur yeh ek ek ilmi masla hai.</w:t>
      </w:r>
      <w:r>
        <w:br/>
      </w:r>
      <w:r>
        <w:rPr>
          <w:sz w:val="20"/>
        </w:rPr>
        <w:t>1:15:19  Agar aap janna chahte hon to mera mazmoon aap parh sakte hain, jo chhap jo chhap chuka hai is mein. Maulana, agla sawal Chennai se hai Maulana Iqbal Umri ka.</w:t>
      </w:r>
    </w:p>
    <w:p>
      <w:pPr>
        <w:pStyle w:val="Heading2"/>
      </w:pPr>
      <w:r>
        <w:t>Why did political Islam ignore Prophet Yusuf?</w:t>
      </w:r>
    </w:p>
    <w:p>
      <w:r>
        <w:rPr>
          <w:color w:val="666666"/>
          <w:sz w:val="18"/>
        </w:rPr>
        <w:t>Seerah &amp; Prophet · Islam and Politics November 17, 2013 · 3m 47s · at 53:22 · https://youtu.be/LgKA8wg4NPc?t=3202</w:t>
      </w:r>
    </w:p>
    <w:p>
      <w:r>
        <w:rPr>
          <w:i/>
        </w:rPr>
        <w:t>“Prophet Yusuf was a slave and yet he was a caliph of God; he was running his khilafat while being a slave. Why have the promoters of political Islam ignored Prophet Yusuf completely?”</w:t>
      </w:r>
    </w:p>
    <w:p>
      <w:r>
        <w:rPr>
          <w:sz w:val="20"/>
        </w:rPr>
        <w:t>53:22  maulana agla sawal dilli se kya hai basit sahib ne</w:t>
      </w:r>
      <w:r>
        <w:br/>
      </w:r>
      <w:r>
        <w:rPr>
          <w:sz w:val="20"/>
        </w:rPr>
        <w:t>53:26  unhon ne likha hai prophet yusuf was a slave and yet he was a khalifa of god he was running his khilafat while being a slave why have the promoters of political islam ignored prophet yusuf completely jo khilafat ka lafz hazrat yusuf ke liye to istemal nahin hua hua aisa nahin hai quran mein yeh nahin kaha gaya ke hazrat yusuf zameen ke khalifa the</w:t>
      </w:r>
      <w:r>
        <w:br/>
      </w:r>
      <w:r>
        <w:rPr>
          <w:sz w:val="20"/>
        </w:rPr>
        <w:t>53:55  aisa to kuch nahin hai to yeh sawal jo hai ji yani is ka wazeh nahin hai ke is sawal ka matlab dekhen hazrat yusuf alaihissalam jo the quran se sabit hai ke deen mulk ka tha ma kaana liya khuz fi deen mulk</w:t>
      </w:r>
      <w:r>
        <w:br/>
      </w:r>
      <w:r>
        <w:rPr>
          <w:sz w:val="20"/>
        </w:rPr>
        <w:t>54:18  yani is waqt jo the jab ke hazrat hazrat hazrat yusuf ko koi position jo mili hui thi</w:t>
      </w:r>
      <w:r>
        <w:br/>
      </w:r>
      <w:r>
        <w:rPr>
          <w:sz w:val="20"/>
        </w:rPr>
        <w:t>54:25  is position ke bawajood wahan par jo deen tha yani wahan deen lafz qanoon ke mani mein hai</w:t>
      </w:r>
      <w:r>
        <w:br/>
      </w:r>
      <w:r>
        <w:rPr>
          <w:sz w:val="20"/>
        </w:rPr>
        <w:t>54:31  qanoon jo qanoon tha woh badshah ka tha to jab badshah qanoon tha to hazrat yusuf yani misr</w:t>
      </w:r>
      <w:r>
        <w:br/>
      </w:r>
      <w:r>
        <w:rPr>
          <w:sz w:val="20"/>
        </w:rPr>
        <w:t>54:41  ke khalifa to ho nahin sakte</w:t>
      </w:r>
      <w:r>
        <w:br/>
      </w:r>
      <w:r>
        <w:rPr>
          <w:sz w:val="20"/>
        </w:rPr>
        <w:t>54:44  misr ke khalifa to woh badshah hi tha</w:t>
      </w:r>
      <w:r>
        <w:br/>
      </w:r>
      <w:r>
        <w:rPr>
          <w:sz w:val="20"/>
        </w:rPr>
        <w:t>54:48  to hazrat yani hazrat yusuf ki jo misal hai woh yeh hai ke agar badshah se tum takrao na karo to sare mawaqif wale khul jayenge jo aaj maine kaha woh usi ki is ki misal hai woh hazrat yusuf ne badshah se koi political takrao nahin kiya</w:t>
      </w:r>
      <w:r>
        <w:br/>
      </w:r>
      <w:r>
        <w:rPr>
          <w:sz w:val="20"/>
        </w:rPr>
        <w:t>55:09  jaise sachin tendulkar ki misal mein di secular aitbar se ke sachin tendulkar ne hukumat se koi political takrao nahin kiya to kya hua non political king ban gaye woh non political king ban gaye woh to yeh secular misal hai</w:t>
      </w:r>
      <w:r>
        <w:br/>
      </w:r>
      <w:r>
        <w:rPr>
          <w:sz w:val="20"/>
        </w:rPr>
        <w:t>55:29  hazrat yusuf ki misal islami misal hai ke unhon ne badshah se takrao nahin kiya to woh bhi wahan par non political king ban gaye amalan kyunke woh sare mawaqe un ke liye khule hue the jis tarah chahe kaam karen</w:t>
      </w:r>
      <w:r>
        <w:br/>
      </w:r>
      <w:r>
        <w:rPr>
          <w:sz w:val="20"/>
        </w:rPr>
        <w:t>55:47  to bas main bataun hazrat yusuf ka jo mamla hai woh bohat zabardast misal hai is baat ki</w:t>
      </w:r>
      <w:r>
        <w:br/>
      </w:r>
      <w:r>
        <w:rPr>
          <w:sz w:val="20"/>
        </w:rPr>
        <w:t>55:54  baqi chunchke ab musalmanon ke upar musalmanon ke mani un ke jo rehnuma hain un ke jo jo so called leader hain un ke upar chhaya hua hai iqtadar to hazrat yusuf ki misal un ko dikhai nahin deti jab aap ke upar koi cheez chha jaye to aap band ho jate hain blind hubkash yumi wism to mohabbat siyasat logon par ghalib hai to logon ka andar andar bane hue hain</w:t>
      </w:r>
      <w:r>
        <w:br/>
      </w:r>
      <w:r>
        <w:rPr>
          <w:sz w:val="20"/>
        </w:rPr>
        <w:t>56:20  itni bari misal quran ki hai jisko asal al-qasas kaha gaya hai is ko is mein kuch un ko hidayat nahin milti kyunke unhon ne to political power ka qabza karna hai isi misr mein jis misr mein yeh misal hazrat yusuf ki hai isi misr mein political power ke liye khoon kharab ho raha hai aaj kal aap jante hain isi misr mein aur yeh sab arabi dan log hain in ko quran samajhne mein koi mushkil nahin hai to obsession bohat buri cheez hai</w:t>
      </w:r>
      <w:r>
        <w:br/>
      </w:r>
      <w:r>
        <w:rPr>
          <w:sz w:val="20"/>
        </w:rPr>
        <w:t>56:50  jab bhi aap ko political obsession ho jaye to aap blind ho jayenge kuch aap ko dikhai nahin dega yeh sare log sare log jo hain yeh hai in ka case jo hai political obsession ka case hai</w:t>
      </w:r>
    </w:p>
    <w:p>
      <w:pPr>
        <w:pStyle w:val="Heading2"/>
      </w:pPr>
      <w:r>
        <w:t>Why do lovers of Prophet show unmercy</w:t>
      </w:r>
    </w:p>
    <w:p>
      <w:r>
        <w:rPr>
          <w:color w:val="666666"/>
          <w:sz w:val="18"/>
        </w:rPr>
        <w:t>Seerah &amp; Prophet · The Issue of Shatm-e-Rasool (Abuse of the Prophet) December 19, 2021 Prof. Farida Khanam · 11m 54s · at 1:04:59 · https://youtu.be/ExQS_PHirUc?t=3899</w:t>
      </w:r>
    </w:p>
    <w:p>
      <w:r>
        <w:rPr>
          <w:i/>
        </w:rPr>
        <w:t>“All Muslims consider the Prophet as mercy for the worlds, but those who claim love for the Prophet adopt unmerciful behavior. Why is that? What is the real reason? Please explain.”</w:t>
      </w:r>
    </w:p>
    <w:p>
      <w:r>
        <w:rPr>
          <w:sz w:val="20"/>
        </w:rPr>
        <w:t>1:04:59  apa yeh ek ah sawal bheja hai Maulana Iqbal Umri ne Chennai se. unhon ne likha hai ke Rasool Allah ko sab musalman rehmatulilalameen mante hain, magar mohabbat rasool ka dawa karne wale ghair rahmana sulook kyun apnaye hue hain?</w:t>
      </w:r>
      <w:r>
        <w:br/>
      </w:r>
      <w:r>
        <w:rPr>
          <w:sz w:val="20"/>
        </w:rPr>
        <w:t>1:05:19  is ki asal wajah kya hai? is ke baray mein batayen.</w:t>
      </w:r>
      <w:r>
        <w:br/>
      </w:r>
      <w:r>
        <w:rPr>
          <w:sz w:val="20"/>
        </w:rPr>
        <w:t>1:05:27  is ki wajah yeh hai ke musalmanon ne deen ko spirit ke aitbar se nahi liya, zahir ke ait</w:t>
      </w:r>
      <w:r>
        <w:br/>
      </w:r>
      <w:r>
        <w:rPr>
          <w:sz w:val="20"/>
        </w:rPr>
        <w:t>1:05:33  bar se liya. zahir mein kya hota hai ke ah namaz mein hath paon ko phaila kar rakho, hata kar rakho, seenay par hath bandho, pait ke naaf ke neeche hath bandho, yeh sab cheezein zahir mein hain.</w:t>
      </w:r>
      <w:r>
        <w:br/>
      </w:r>
      <w:r>
        <w:rPr>
          <w:sz w:val="20"/>
        </w:rPr>
        <w:t>1:05:44  to musalmanon ne deen ko is aitbar se liya hai, woh spirit ke aitbar se lete hain ke Allah se mohabbat karna, insaan ke sath khair khwahi karni hai, ah jannat ki khwahish karni hai, taqwa ikhtiyar karna hai.</w:t>
      </w:r>
      <w:r>
        <w:br/>
      </w:r>
      <w:r>
        <w:rPr>
          <w:sz w:val="20"/>
        </w:rPr>
        <w:t>1:05:54  to yeh cheezein nahi aati. to Rasool Allah sallallahu alaihi wasallam rehmatulilalameen hain, lekin musalmanon ne rehmatulilalameen ke amal mein se jo zahir hissa tha, us ko ikhtiyar kiya, aur woh bhi is interpretation par jo fuqaha ne kiya tha.</w:t>
      </w:r>
      <w:r>
        <w:br/>
      </w:r>
      <w:r>
        <w:rPr>
          <w:sz w:val="20"/>
        </w:rPr>
        <w:t>1:06:07  is</w:t>
      </w:r>
      <w:r>
        <w:br/>
      </w:r>
      <w:r>
        <w:rPr>
          <w:sz w:val="20"/>
        </w:rPr>
        <w:t>1:06:08  buniyad par kiya woh amal jo kar rahe hain, woh ghair rehmat, ghair rehmat wala amal hai. asal mein wohi well wishing zaroori hai.</w:t>
      </w:r>
      <w:r>
        <w:br/>
      </w:r>
      <w:r>
        <w:rPr>
          <w:sz w:val="20"/>
        </w:rPr>
        <w:t>1:06:18  hum doosron ke jab tak well wisher nahi banenge, to yeh rehmat ki baatein jo hain, yeh samajh mein hi nahi ayengi. to aaj musalmanon ko samajh mein nahi aa raha hai.</w:t>
      </w:r>
      <w:r>
        <w:br/>
      </w:r>
      <w:r>
        <w:rPr>
          <w:sz w:val="20"/>
        </w:rPr>
        <w:t>1:06:27  pehle sab se pehle un se mohabbat karni hai, un ke well wisher banne hain, un ka naseeh banna hai, aur yeh sochna hai ke Khuda hum se kya chahta hai.</w:t>
      </w:r>
      <w:r>
        <w:br/>
      </w:r>
      <w:r>
        <w:rPr>
          <w:sz w:val="20"/>
        </w:rPr>
        <w:t>1:06:37  to wohi jaise aap ne bataya hai ke woh bilkul form par amal kar ke woh samajhte hain sab kuch ho gaya. form par hum thori form to jabhi important hai, jab spirit us ke andar ho.</w:t>
      </w:r>
      <w:r>
        <w:br/>
      </w:r>
      <w:r>
        <w:rPr>
          <w:sz w:val="20"/>
        </w:rPr>
        <w:t>1:06:49  agar spirit nahi hai to form ki koi importance nahi hai. to is tarah se humein woh culture develop karna parega, aur apni deconditioning karni paregi.</w:t>
      </w:r>
      <w:r>
        <w:br/>
      </w:r>
      <w:r>
        <w:rPr>
          <w:sz w:val="20"/>
        </w:rPr>
        <w:t>1:07:01  tabhi hum baaton ko gehrai se samajh sakte hain, aur aur Rasool ke uswa par amal kar sakte hain. apa yeh do sawal hain jo almost similar hain.</w:t>
      </w:r>
      <w:r>
        <w:br/>
      </w:r>
      <w:r>
        <w:rPr>
          <w:sz w:val="20"/>
        </w:rPr>
        <w:t>1:07:11  main yeh parhna chahunga. ek Imran Ahmed sahib ne Delhi se likha hai, ah unhon ne likha hai: "jazak Allah apa" ah aaj ke bayan ke liye.</w:t>
      </w:r>
      <w:r>
        <w:br/>
      </w:r>
      <w:r>
        <w:rPr>
          <w:sz w:val="20"/>
        </w:rPr>
        <w:t>1:07:24  ah phir unhon ne likha hai ke: "the violence that is happening today is because Muslims live in the glory of their past and try to regain the glory that was snatched away from their own deficiencies and the conspiracies of others.</w:t>
      </w:r>
      <w:r>
        <w:br/>
      </w:r>
      <w:r>
        <w:rPr>
          <w:sz w:val="20"/>
        </w:rPr>
        <w:t>1:07:40  to regain such glory, the Quran and Hadith have been interpreted politically. The same is the issue of the prophet,</w:t>
      </w:r>
      <w:r>
        <w:br/>
      </w:r>
      <w:r>
        <w:rPr>
          <w:sz w:val="20"/>
        </w:rPr>
        <w:t>1:07:49  that too was made by the jurists during the time of the glory of the past, which is totally unislamic. what are your views on it?" aur Basit sahib ne ah Delhi se likha hai: "what is the politics behind ignoring all the proof against punishing someone who engages in blasphemy?"</w:t>
      </w:r>
      <w:r>
        <w:br/>
      </w:r>
      <w:r>
        <w:rPr>
          <w:sz w:val="20"/>
        </w:rPr>
        <w:t>1:08:14  yeh past glory wala jo hai, yeh bohat hi important baat hai. hmm, kyunke musalman abhi tak past glory mein jee rahe hain. woh samajhte hain ke jab tak hamare pas political power nahi hoga, tab tak hamare hamara jo hai,</w:t>
      </w:r>
      <w:r>
        <w:br/>
      </w:r>
      <w:r>
        <w:rPr>
          <w:sz w:val="20"/>
        </w:rPr>
        <w:t>1:08:28  humein kuch nahi mila hua hai. halankay zamanah badal gaya. yahi hai ke un ko zamanay ko samajhna parega. ab zamanah badal gaya.</w:t>
      </w:r>
      <w:r>
        <w:br/>
      </w:r>
      <w:r>
        <w:rPr>
          <w:sz w:val="20"/>
        </w:rPr>
        <w:t>1:08:37  baghair power ke, baghair iqtidaar ke, hum sab kuch hasil kar sakte hain.</w:t>
      </w:r>
      <w:r>
        <w:br/>
      </w:r>
      <w:r>
        <w:rPr>
          <w:sz w:val="20"/>
        </w:rPr>
        <w:t>1:08:42  pehla zamanah jo tha na, woh agriculture age tha. to is mein jis ke pas power hota tha, usi ke pas sab kuch hota tha. aaj to power jo hai, political power, jaise Maulana sahib ne kaha ke woh sirf woh ek administration hai.</w:t>
      </w:r>
      <w:r>
        <w:br/>
      </w:r>
      <w:r>
        <w:rPr>
          <w:sz w:val="20"/>
        </w:rPr>
        <w:t>1:08:59  aur Europe, America wale mein yahi lafz use kiya jata hai: administration. aur tamam rastay jo hain, woh khul gaye hain. to humein zamanay ko samajhna parega.</w:t>
      </w:r>
      <w:r>
        <w:br/>
      </w:r>
      <w:r>
        <w:rPr>
          <w:sz w:val="20"/>
        </w:rPr>
        <w:t>1:09:10  jisko kaha gaya ke paighambar aseer zamana hota hai, to zamane ko samajhna parega, aur uske mutabiq tayari karni paregi.</w:t>
      </w:r>
      <w:r>
        <w:br/>
      </w:r>
      <w:r>
        <w:rPr>
          <w:sz w:val="20"/>
        </w:rPr>
        <w:t>1:09:20  tamam progress and development hum hasil kar sakte hain zamane ko samajh kar. kyunke aaj jo sari opportunities khul gayi hain na, wo pehle nahi theen.</w:t>
      </w:r>
      <w:r>
        <w:br/>
      </w:r>
      <w:r>
        <w:rPr>
          <w:sz w:val="20"/>
        </w:rPr>
        <w:t>1:09:30  to yahi log nahi samajh rahe hain. isko agar jis din wo samajh lenge, us din unko lagega ke political power ho ya na ho,</w:t>
      </w:r>
      <w:r>
        <w:br/>
      </w:r>
      <w:r>
        <w:rPr>
          <w:sz w:val="20"/>
        </w:rPr>
        <w:t>1:09:38  har halat mein unko tamam opportunities available hain, dunya ki taraqqi ke liye bhi, aur deen ke liye bhi. basit sahib ka ah apa unka sawal tha ke: "what is the politics behind ignoring all the proof against punishing someone who engages in blasphemy?"</w:t>
      </w:r>
      <w:r>
        <w:br/>
      </w:r>
      <w:r>
        <w:rPr>
          <w:sz w:val="20"/>
        </w:rPr>
        <w:t>1:10:02  aaj kal yahi har jagah ho raha hai ke bas we and they concept itna develop ho gaya hai ke jab hamare log kuch bhi karen, wo sab maaf hai.</w:t>
      </w:r>
      <w:r>
        <w:br/>
      </w:r>
      <w:r>
        <w:rPr>
          <w:sz w:val="20"/>
        </w:rPr>
        <w:t>1:10:12  to wo isko kuch samajhte hi nahi, kyunke wo samajhte hain dunya ko unhone dushman aur dost mein bant rakha hai. to jab dushman ke khilaf kuch bhi kiya jaye, to jo wo karta hai, wo ye nahi dekhte ke islam kya keh raha hai.</w:t>
      </w:r>
      <w:r>
        <w:br/>
      </w:r>
      <w:r>
        <w:rPr>
          <w:sz w:val="20"/>
        </w:rPr>
        <w:t>1:10:28  rasool Allah salallahu alaihi wasallam ka uswa hamein kya bata raha hai? wo bas ye dekh rahe hain ke dushman ke khilaf kuch bhi kiya jaye,</w:t>
      </w:r>
      <w:r>
        <w:br/>
      </w:r>
      <w:r>
        <w:rPr>
          <w:sz w:val="20"/>
        </w:rPr>
        <w:t>1:10:36  wo unko theek lagta hai. isko wo hero bana dete hain. to abhi jo hamare parosi mulk mein hua ke wo jisne bhi wo bank ke manager ko qatal kiya, ah sri lankan ko ek qatal kiya, ek pagal ko qatal kiya, jo ye karta hai na, usko hero bana dete hain.</w:t>
      </w:r>
      <w:r>
        <w:br/>
      </w:r>
      <w:r>
        <w:rPr>
          <w:sz w:val="20"/>
        </w:rPr>
        <w:t>1:10:55  uswa kyunke samajhte hain ke ah isko aisa le lete hain ke unko aisa lagta hai ke sari dunya hamari dushman hai.</w:t>
      </w:r>
      <w:r>
        <w:br/>
      </w:r>
      <w:r>
        <w:rPr>
          <w:sz w:val="20"/>
        </w:rPr>
        <w:t>1:11:04  to wo wo unka ek mizaj ban gaya, unki soch ban gayi hai. to ye soch unko apni durust karni paregi, kyunke sab se zyada jo hai, wo thinking level par hota hai.</w:t>
      </w:r>
      <w:r>
        <w:br/>
      </w:r>
      <w:r>
        <w:rPr>
          <w:sz w:val="20"/>
        </w:rPr>
        <w:t>1:11:15  apni deconditioning karni paregi ke koi hamara dushman nahi hai, sab hamare dost hain, aur kuch koi actual dost hai, koi potential dost hai.</w:t>
      </w:r>
      <w:r>
        <w:br/>
      </w:r>
      <w:r>
        <w:rPr>
          <w:sz w:val="20"/>
        </w:rPr>
        <w:t>1:11:25  to hamara jaisa unke sath hum jaisa amal karenge, waise hi hamein uska return milega.</w:t>
      </w:r>
      <w:r>
        <w:br/>
      </w:r>
      <w:r>
        <w:rPr>
          <w:sz w:val="20"/>
        </w:rPr>
        <w:t>1:11:33  ye asal mein hum ko samajhna hoga ke ulama ne jo itna sara kiya, asal mein hota kya hai ke awam ki bheed jo ikhatti hoti hai, wo hoti hai ke aap isko koi sensitive issue dein, tab hota hai.</w:t>
      </w:r>
      <w:r>
        <w:br/>
      </w:r>
      <w:r>
        <w:rPr>
          <w:sz w:val="20"/>
        </w:rPr>
        <w:t>1:11:45  ulama ne wahan par Pakistan mein bohat hi sensitive issue hai. even yahan hai ke ek news maine padhi thi ke wahan par ek metro station ka naam rakh diya: "khatm e nabuwat".</w:t>
      </w:r>
      <w:r>
        <w:br/>
      </w:r>
      <w:r>
        <w:rPr>
          <w:sz w:val="20"/>
        </w:rPr>
        <w:t>1:11:54  naam rakh diya: "khatm e nabuwat". to itna sensitive issue hai.</w:t>
      </w:r>
      <w:r>
        <w:br/>
      </w:r>
      <w:r>
        <w:rPr>
          <w:sz w:val="20"/>
        </w:rPr>
        <w:t>1:11:57  to ulama ne bheed ikhatti karne ke liye inko exploit kiya. ye inko samajhna hoga, warna rasool Allah salallahu alaihi wasallam ka khayal jitna ek musalman rakh sakta hai, us se hazar guna, lakh guna zyada khair Allah taala rakhta hai.</w:t>
      </w:r>
      <w:r>
        <w:br/>
      </w:r>
      <w:r>
        <w:rPr>
          <w:sz w:val="20"/>
        </w:rPr>
        <w:t>1:12:09  ek waqia hai Quran mein ke rasool Allah salallahu alaihi wasallam ke zamane mein rasool Allah salallahu alaihi wasallam ki shadi hi wali mehma hui. kuch sahaba is mein se thodi der ruk gaye.</w:t>
      </w:r>
      <w:r>
        <w:br/>
      </w:r>
      <w:r>
        <w:rPr>
          <w:sz w:val="20"/>
        </w:rPr>
        <w:t>1:12:18  is se rasool Allah salallahu alaihi wasallam ko takleef hui. to rasool Allah salallahu alaihi wasallam ne lekin kuch nahi kiya. Allah taala ne foran ek ayat nazil kar di. bas itna thoda sa waqia tha, us par ayat nazil kar di.</w:t>
      </w:r>
      <w:r>
        <w:br/>
      </w:r>
      <w:r>
        <w:rPr>
          <w:sz w:val="20"/>
        </w:rPr>
        <w:t>1:12:27  to itna bada waqia hota hai ke har din rasool Allah salallahu alaihi wasallam ko bura bhala kaha jata tha. agar wo qatal ya khatm e rasool ka koi qanoon nazil karna hota, zaroor Allah taala us par koi qanoon nazil kar deta, Quran ke andar nazil kar deta.</w:t>
      </w:r>
      <w:r>
        <w:br/>
      </w:r>
      <w:r>
        <w:rPr>
          <w:sz w:val="20"/>
        </w:rPr>
        <w:t>1:12:40  magar hum dekhte hain ke aisa koi qanoon hi nahi. ah fiqh muqaran ya compare fiqh ki kitab hai: "bidayat al mujtahid". is mein teen char cheezein batayi gayi hain ke capital punishment mein hain.</w:t>
      </w:r>
      <w:r>
        <w:br/>
      </w:r>
      <w:r>
        <w:rPr>
          <w:sz w:val="20"/>
        </w:rPr>
        <w:t>1:12:49  is mein se iska zikr hi nahi hai. fuqaha ne isko zikr nahi kiya hai. agar apni taraf se baad mein ye kiya, lekin jo ah early islam mein jo fiqh develop hui thi, tabieen ke daur mein ya ek sahaba ke daur mein, is mein ye sab cheezein nahi theen.</w:t>
      </w:r>
      <w:r>
        <w:br/>
      </w:r>
      <w:r>
        <w:rPr>
          <w:sz w:val="20"/>
        </w:rPr>
        <w:t>1:13:03  to is se maloom hota hai ke ye ah musalman exploit ho rahe hain is ke naam par. in se bachein</w:t>
      </w:r>
      <w:r>
        <w:br/>
      </w:r>
      <w:r>
        <w:rPr>
          <w:sz w:val="20"/>
        </w:rPr>
        <w:t>1:13:09  aur sahi islam jo isko represent karen, to Allah taala ah ki ke ke raste par chalna haan hoga. ah ye aakhri sawal hai aap ka.</w:t>
      </w:r>
      <w:r>
        <w:br/>
      </w:r>
      <w:r>
        <w:rPr>
          <w:sz w:val="20"/>
        </w:rPr>
        <w:t>1:13:21  ye bheja hai abdul rehman sahib ne dilli se. unhone likha hai: "there are speakers who refer to a hadith where prophet said that you won't be a momin unless or until you love me more than you love your parents."</w:t>
      </w:r>
      <w:r>
        <w:br/>
      </w:r>
      <w:r>
        <w:rPr>
          <w:sz w:val="20"/>
        </w:rPr>
        <w:t>1:13:38  then these people say that when we cannot tolerate anyone abusing our parents, then how can we tolerate anyone disrespecting our prophet?</w:t>
      </w:r>
      <w:r>
        <w:br/>
      </w:r>
      <w:r>
        <w:rPr>
          <w:sz w:val="20"/>
        </w:rPr>
        <w:t>1:13:48  aapa what are your comments on this? yeh sab to ghar mein yeh sab waqiat hotay hi rehtay hain. to hum is ko samjhayein gay, is ko naseehat karein gay, is ko marein gay thori.</w:t>
      </w:r>
      <w:r>
        <w:br/>
      </w:r>
      <w:r>
        <w:rPr>
          <w:sz w:val="20"/>
        </w:rPr>
        <w:t>1:14:01  to yeh sab waqiat to hotay hi</w:t>
      </w:r>
      <w:r>
        <w:br/>
      </w:r>
      <w:r>
        <w:rPr>
          <w:sz w:val="20"/>
        </w:rPr>
        <w:t>1:14:03  rehtay hain. is ko hum samjhayein, is ko hum rasool Allah sal Allah alayh wasalam ke waqiat batayein, is ko hum kitaab dein parhnay ke liye. agar hum ko lagta hai ke is ne ghalt baat kahi hai, to marna, violence ka use karna ghalt hai.</w:t>
      </w:r>
      <w:r>
        <w:br/>
      </w:r>
      <w:r>
        <w:rPr>
          <w:sz w:val="20"/>
        </w:rPr>
        <w:t>1:14:17  is ko samjhana, is ko aur is ko is se baat cheet karna, is se dialogue karna, yeh thori ghalt hai. to</w:t>
      </w:r>
      <w:r>
        <w:br/>
      </w:r>
      <w:r>
        <w:rPr>
          <w:sz w:val="20"/>
        </w:rPr>
        <w:t>1:14:24  jaisay hum ghar mein hotay rehtay hain, bhai bhaiyon behnon mein ghar mein hotay rehtay hain, to hum koi martay hain, is ko samjhatay hain ke aisa nahin.</w:t>
      </w:r>
      <w:r>
        <w:br/>
      </w:r>
      <w:r>
        <w:rPr>
          <w:sz w:val="20"/>
        </w:rPr>
        <w:t>1:14:33  bachon ko samjhatay hain, aisa nahin karna chahiye. to tamam insanon ko hum ko aisay hi samajhna hai jaisay hum apni family member ko samajhtay hain.</w:t>
      </w:r>
      <w:r>
        <w:br/>
      </w:r>
      <w:r>
        <w:rPr>
          <w:sz w:val="20"/>
        </w:rPr>
        <w:t>1:14:42  agar woh family member aisay samajhnay lagein gay, to yeh to masla hi khatam ho jaye ga. kaun apnay bhai behan ko maar dalta hai ke tum ne humain baap mere maa baap ko aisa kyun keh diya?</w:t>
      </w:r>
      <w:r>
        <w:br/>
      </w:r>
      <w:r>
        <w:rPr>
          <w:sz w:val="20"/>
        </w:rPr>
        <w:t>1:14:52  to yeh to khud hi argument jo hai, is ke khilaf jata hai. is mein aik aur cheez mein add karna chahoon ga, chounkay mohabbat ki baat aa gayi ke rasool Allah sal Allah alayh wasalam se mohabbat kartay hain, to yeh hamesha yaad rakhna chahiye ke arabi ka aik shair hai: "in al muhibbu lima yuhibbu yutee" ke mohabbat karnay wala us ki itaa'at karta hai jis se woh mohabbat karta hai.</w:t>
      </w:r>
      <w:r>
        <w:br/>
      </w:r>
      <w:r>
        <w:rPr>
          <w:sz w:val="20"/>
        </w:rPr>
        <w:t>1:15:14  to hum ko yeh dekhna chahiye, agar hum mohabbat kar rahay hain rasool Allah sal Allah alayh wasalam se, to is mein aap ka model kya tha? agar hum is model ke mutabiq chaltay hain, to hum ne mohabbat kiya, aur agar model ke mutabiq chaltay hain, to hum ne mohabbat ka dawa kiya, lekin amal woh kiya jo hamaray wam mein tha, hamari khwahish mein tha.</w:t>
      </w:r>
      <w:r>
        <w:br/>
      </w:r>
      <w:r>
        <w:rPr>
          <w:sz w:val="20"/>
        </w:rPr>
        <w:t>1:15:30  to yeh farq hum ko karna chahiye. hum mohabbat ka dawa kartay hain, lekin hum jo bless fami ke mamlay mein jo amal kartay hain, woh rasool Allah sal Allah alayh wasalam ka uswa nahin hai, woh hamara wam hai.</w:t>
      </w:r>
      <w:r>
        <w:br/>
      </w:r>
      <w:r>
        <w:rPr>
          <w:sz w:val="20"/>
        </w:rPr>
        <w:t>1:15:41  as a whole muslim samaj, yeh hamari khwahish hai, apni khwahish hai, rasool Allah sal Allah alayh wasalam ka tareeqa nahin hai. bohat sahi baat hai ke yeh to mohabbat ka taqaza hai ke hum aap ke uswa par chalein.</w:t>
      </w:r>
      <w:r>
        <w:br/>
      </w:r>
      <w:r>
        <w:rPr>
          <w:sz w:val="20"/>
        </w:rPr>
        <w:t>1:15:54  okay, so we will end the session now. thank you.</w:t>
      </w:r>
    </w:p>
    <w:p>
      <w:pPr>
        <w:pStyle w:val="Heading2"/>
      </w:pPr>
      <w:r>
        <w:t>Why early Muslims forgot diversity and God's plan</w:t>
      </w:r>
    </w:p>
    <w:p>
      <w:r>
        <w:rPr>
          <w:color w:val="666666"/>
          <w:sz w:val="18"/>
        </w:rPr>
        <w:t>Seerah &amp; Prophet · Social Reform | December 22, 2013 | Maulana Wahiduddin Khan · 3m 44s · at 54:53 · https://youtu.be/kGP903BvDto?t=3293</w:t>
      </w:r>
    </w:p>
    <w:p>
      <w:r>
        <w:rPr>
          <w:i/>
        </w:rPr>
        <w:t>“Why did the next generation of Muslims immediately after Prophet Muhammad forget the importance of diversity and creation plan of God?”</w:t>
      </w:r>
    </w:p>
    <w:p>
      <w:r>
        <w:rPr>
          <w:sz w:val="20"/>
        </w:rPr>
        <w:t>54:53  Maulana, agla sawal Delhi se kiya hai Miss Naghma Siddiqui ne.</w:t>
      </w:r>
      <w:r>
        <w:br/>
      </w:r>
      <w:r>
        <w:rPr>
          <w:sz w:val="20"/>
        </w:rPr>
        <w:t>55:01  unhon ne likha hai: "Why did the next generation of Muslims immediately after Prophet</w:t>
      </w:r>
      <w:r>
        <w:br/>
      </w:r>
      <w:r>
        <w:rPr>
          <w:sz w:val="20"/>
        </w:rPr>
        <w:t>55:08  Muhammad forgot the importance of diversity and creation plan of God?" dekhiye, jahan tak main samajhta hoon, woh</w:t>
      </w:r>
      <w:r>
        <w:br/>
      </w:r>
      <w:r>
        <w:rPr>
          <w:sz w:val="20"/>
        </w:rPr>
        <w:t>55:18  yeh hai ke poori tareekh mein jo conditioning hui thi hazaron saal se, is conditioning ko Islam ne todna chaha.</w:t>
      </w:r>
      <w:r>
        <w:br/>
      </w:r>
      <w:r>
        <w:rPr>
          <w:sz w:val="20"/>
        </w:rPr>
        <w:t>55:29  lekin conditioning jo hai, kabhi bhi achanak nahi tootti hai.</w:t>
      </w:r>
      <w:r>
        <w:br/>
      </w:r>
      <w:r>
        <w:rPr>
          <w:sz w:val="20"/>
        </w:rPr>
        <w:t>55:39  toh waqti taur par toh ek mehdood is ka muzahira hua Makkah Madinah mein.</w:t>
      </w:r>
      <w:r>
        <w:br/>
      </w:r>
      <w:r>
        <w:rPr>
          <w:sz w:val="20"/>
        </w:rPr>
        <w:t>55:43  lekin is ko torne ke liye aur lamba aik process darkar tha.</w:t>
      </w:r>
      <w:r>
        <w:br/>
      </w:r>
      <w:r>
        <w:rPr>
          <w:sz w:val="20"/>
        </w:rPr>
        <w:t>55:47  woh Allah taala ne jari kiya.</w:t>
      </w:r>
      <w:r>
        <w:br/>
      </w:r>
      <w:r>
        <w:rPr>
          <w:sz w:val="20"/>
        </w:rPr>
        <w:t>55:51  mein samajhta hoon ke mojza zamane mein jo maghribi tehzeeb hai, is ne ziyada bare paane par is</w:t>
      </w:r>
      <w:r>
        <w:br/>
      </w:r>
      <w:r>
        <w:rPr>
          <w:sz w:val="20"/>
        </w:rPr>
        <w:t>55:54  conditioning ko toda hai.</w:t>
      </w:r>
      <w:r>
        <w:br/>
      </w:r>
      <w:r>
        <w:rPr>
          <w:sz w:val="20"/>
        </w:rPr>
        <w:t>55:58  to ab hamein ziyada moqa hai ke hum open mind ke sath baaton ko samjhein.</w:t>
      </w:r>
      <w:r>
        <w:br/>
      </w:r>
      <w:r>
        <w:rPr>
          <w:sz w:val="20"/>
        </w:rPr>
        <w:t>56:02  aur ziyada realistic approach hamare andar ho.</w:t>
      </w:r>
      <w:r>
        <w:br/>
      </w:r>
      <w:r>
        <w:rPr>
          <w:sz w:val="20"/>
        </w:rPr>
        <w:t>56:06  yeh sab baatein jo is jo</w:t>
      </w:r>
      <w:r>
        <w:br/>
      </w:r>
      <w:r>
        <w:rPr>
          <w:sz w:val="20"/>
        </w:rPr>
        <w:t>56:10  jo Islam ka jo nishana tha, is ke liye jo infrastructure darkar tha, jo mahaul darkar tha, woh</w:t>
      </w:r>
      <w:r>
        <w:br/>
      </w:r>
      <w:r>
        <w:rPr>
          <w:sz w:val="20"/>
        </w:rPr>
        <w:t>56:14  mojza zamane mein paida hua hai.</w:t>
      </w:r>
      <w:r>
        <w:br/>
      </w:r>
      <w:r>
        <w:rPr>
          <w:sz w:val="20"/>
        </w:rPr>
        <w:t>56:17  to it was but natural.</w:t>
      </w:r>
      <w:r>
        <w:br/>
      </w:r>
      <w:r>
        <w:rPr>
          <w:sz w:val="20"/>
        </w:rPr>
        <w:t>56:21  kyunke itni lamba conditioning achaanak toot nahin sakti thi.</w:t>
      </w:r>
      <w:r>
        <w:br/>
      </w:r>
      <w:r>
        <w:rPr>
          <w:sz w:val="20"/>
        </w:rPr>
        <w:t>56:25  to woh prevail kar gayi.</w:t>
      </w:r>
      <w:r>
        <w:br/>
      </w:r>
      <w:r>
        <w:rPr>
          <w:sz w:val="20"/>
        </w:rPr>
        <w:t>56:29  waqti tor par jo makkah madine mein jo halaat paida hue, is ke baad woh prevail kar gayi.</w:t>
      </w:r>
      <w:r>
        <w:br/>
      </w:r>
      <w:r>
        <w:rPr>
          <w:sz w:val="20"/>
        </w:rPr>
        <w:t>56:32  aur is ke asraat phir dobara aa gaye.</w:t>
      </w:r>
      <w:r>
        <w:br/>
      </w:r>
      <w:r>
        <w:rPr>
          <w:sz w:val="20"/>
        </w:rPr>
        <w:t>56:36  lekin phir dheere dheere aik gradual process ke tor par is ko khatam</w:t>
      </w:r>
      <w:r>
        <w:br/>
      </w:r>
      <w:r>
        <w:rPr>
          <w:sz w:val="20"/>
        </w:rPr>
        <w:t>56:40  kiya gaya.</w:t>
      </w:r>
      <w:r>
        <w:br/>
      </w:r>
      <w:r>
        <w:rPr>
          <w:sz w:val="20"/>
        </w:rPr>
        <w:t>56:44  aur ab mein samajhta hoon ke yani jo insaan ki azadi ko barqarar rakhte hue jitna khatma mumkin</w:t>
      </w:r>
      <w:r>
        <w:br/>
      </w:r>
      <w:r>
        <w:rPr>
          <w:sz w:val="20"/>
        </w:rPr>
        <w:t>56:48  tha, woh khatma ho chuka hai.</w:t>
      </w:r>
      <w:r>
        <w:br/>
      </w:r>
      <w:r>
        <w:rPr>
          <w:sz w:val="20"/>
        </w:rPr>
        <w:t>56:53  is wajah se hamare liye aaj jo opportunities hain, woh bilkul unlimited opportunities hain.</w:t>
      </w:r>
      <w:r>
        <w:br/>
      </w:r>
      <w:r>
        <w:rPr>
          <w:sz w:val="20"/>
        </w:rPr>
        <w:t>56:57  koi rukawat nahin hai.</w:t>
      </w:r>
      <w:r>
        <w:br/>
      </w:r>
      <w:r>
        <w:rPr>
          <w:sz w:val="20"/>
        </w:rPr>
        <w:t>57:01  siwaye is ke ke hum agar violence na karein, tashaddud na karein, to sari opportunities hamari khuli hui hain.</w:t>
      </w:r>
      <w:r>
        <w:br/>
      </w:r>
      <w:r>
        <w:rPr>
          <w:sz w:val="20"/>
        </w:rPr>
        <w:t>57:06  acha sir, Maulana, yeh sawal do</w:t>
      </w:r>
      <w:r>
        <w:br/>
      </w:r>
      <w:r>
        <w:rPr>
          <w:sz w:val="20"/>
        </w:rPr>
        <w:t>57:10  ha Qatar se kiya hai Maulana Abdul Basit sahib ne.</w:t>
      </w:r>
      <w:r>
        <w:br/>
      </w:r>
      <w:r>
        <w:rPr>
          <w:sz w:val="20"/>
        </w:rPr>
        <w:t>57:16  unhon ne likha hai: "Maulana, aap ne kaha tha ke apne aap ko ages ki aakhri had tak</w:t>
      </w:r>
      <w:r>
        <w:br/>
      </w:r>
      <w:r>
        <w:rPr>
          <w:sz w:val="20"/>
        </w:rPr>
        <w:t>57:22  le jana yeh sab se bari daryaft hai.</w:t>
      </w:r>
      <w:r>
        <w:br/>
      </w:r>
      <w:r>
        <w:rPr>
          <w:sz w:val="20"/>
        </w:rPr>
        <w:t>57:28  maulana, kya yeh har ek ke liye zaroori hai? aur kis tarah ise daryaft kiya jaye ga? rehnumai</w:t>
      </w:r>
      <w:r>
        <w:br/>
      </w:r>
      <w:r>
        <w:rPr>
          <w:sz w:val="20"/>
        </w:rPr>
        <w:t>57:34  farmaein. masla zaroori ka nahi hai. masla</w:t>
      </w:r>
      <w:r>
        <w:br/>
      </w:r>
      <w:r>
        <w:rPr>
          <w:sz w:val="20"/>
        </w:rPr>
        <w:t>57:40  daryaft khodawandi ka hai, marifat ka hai, jannat mein jagah paane ka hai.</w:t>
      </w:r>
      <w:r>
        <w:br/>
      </w:r>
      <w:r>
        <w:rPr>
          <w:sz w:val="20"/>
        </w:rPr>
        <w:t>57:45  koi kare ya na kare, lekin jo maut ke baad jo dunya aane wali hai, wahan jo is</w:t>
      </w:r>
      <w:r>
        <w:br/>
      </w:r>
      <w:r>
        <w:rPr>
          <w:sz w:val="20"/>
        </w:rPr>
        <w:t>57:51  ko maqam mile ga, woh isi ke sath mile ga.</w:t>
      </w:r>
      <w:r>
        <w:br/>
      </w:r>
      <w:r>
        <w:rPr>
          <w:sz w:val="20"/>
        </w:rPr>
        <w:t>57:56  aur koi kisi sifarish ki bina par akhirat mein kisi ko maqam milne wala nahi hai.</w:t>
      </w:r>
      <w:r>
        <w:br/>
      </w:r>
      <w:r>
        <w:rPr>
          <w:sz w:val="20"/>
        </w:rPr>
        <w:t>58:01  jitna is dunya mein aadmi apne aap ko develop kar paye ga, usi ke mutabiq woh akhirat mein</w:t>
      </w:r>
      <w:r>
        <w:br/>
      </w:r>
      <w:r>
        <w:rPr>
          <w:sz w:val="20"/>
        </w:rPr>
        <w:t>58:07  jagah paye ga.</w:t>
      </w:r>
      <w:r>
        <w:br/>
      </w:r>
      <w:r>
        <w:rPr>
          <w:sz w:val="20"/>
        </w:rPr>
        <w:t>58:12  aur is ki har cheez ki ek qeemat hoti hai.</w:t>
      </w:r>
      <w:r>
        <w:br/>
      </w:r>
      <w:r>
        <w:rPr>
          <w:sz w:val="20"/>
        </w:rPr>
        <w:t>58:17  to is ki bhi ek qeemat hai.</w:t>
      </w:r>
      <w:r>
        <w:br/>
      </w:r>
      <w:r>
        <w:rPr>
          <w:sz w:val="20"/>
        </w:rPr>
        <w:t>58:22  koi cheez baghair qeemat ke milti nahi hai.</w:t>
      </w:r>
      <w:r>
        <w:br/>
      </w:r>
      <w:r>
        <w:rPr>
          <w:sz w:val="20"/>
        </w:rPr>
        <w:t>58:27  to dunya mein apne aap ko is spiritual line par develop karne ki ek qeemat hai.</w:t>
      </w:r>
      <w:r>
        <w:br/>
      </w:r>
      <w:r>
        <w:rPr>
          <w:sz w:val="20"/>
        </w:rPr>
        <w:t>58:32  woh qeemat aap ada karein ge to aap ko is ka yeh reward mile ga.</w:t>
      </w:r>
    </w:p>
    <w:p>
      <w:pPr>
        <w:pStyle w:val="Heading2"/>
      </w:pPr>
      <w:r>
        <w:t>Why glorify only the Prophet and ignore others?</w:t>
      </w:r>
    </w:p>
    <w:p>
      <w:r>
        <w:rPr>
          <w:color w:val="666666"/>
          <w:sz w:val="18"/>
        </w:rPr>
        <w:t>Seerah &amp; Prophet · Prophetic Example | April 06, 2014 | Maulana Wahiduddin Khan · 3m 27s · at 1:00:57 · https://youtu.be/zTVjTJbStUU?t=3657</w:t>
      </w:r>
    </w:p>
    <w:p>
      <w:r>
        <w:rPr>
          <w:i/>
        </w:rPr>
        <w:t>“Why is it that Muslims have only glorified the Messenger of God and have left other prophets? Is this a form of imitation? Please explain.”</w:t>
      </w:r>
    </w:p>
    <w:p>
      <w:r>
        <w:rPr>
          <w:sz w:val="20"/>
        </w:rPr>
        <w:t>1:00:57  unhone likha hai ke why is it that Muslims have just glorified Rasool Allah and have left other prophets is it a form of imitation is ke bare mein bataein. Ab dekhiye main ek baat kahoon ga ke jitne log sunte hain hamari talk is mein sirf ek hi main ne paya hai Dr. Sakina ke aaj ki jo talk suni hai unhone is par unhone sawal kiya. Aur log kaha idhar</w:t>
      </w:r>
      <w:r>
        <w:br/>
      </w:r>
      <w:r>
        <w:rPr>
          <w:sz w:val="20"/>
        </w:rPr>
        <w:t>1:01:27  idhar ek sawal karte hain. Yeh jaisa tha ke mera bachcha aisa karta hai. To aap bachche ke sawal kyun karte hain? Aap khud kya suna aap ne talk mein us ko kyun nahin batate aap? Aap ka bachcha jo hai us ne kya kaha us ko yaad rakha hai aap ne? Aaj ki talk mein jo kuch main ne kaha us ko le kar kyun nahin sawal kiya aap ne? Mujhe yeh baat bohat ajeeb maloom hoti hai ke talk mein kya kya baatein aati hain Allah taala kya kya kehlata hain us ko le kar koi kuch kehta nahin. Ud</w:t>
      </w:r>
      <w:r>
        <w:br/>
      </w:r>
      <w:r>
        <w:rPr>
          <w:sz w:val="20"/>
        </w:rPr>
        <w:t>1:01:57  har udhar ki baat hai. Ke mere bachche ne aisa kaha aur falan aadmi ne aisa kaha falan aadmi ne aisa kaha yeh main is ko sawal nahin samajhta. Sawal yeh hai ke aaj ki talk rozana jo talk hoti hai is talk ko aap baghor sunen baghor. Aur phir us ko le kar koi question aap karen. Tab woh sahi sawal hoga. Aur main main Allah taala dua karta hoon Dr. Sakina ki ke yahi ek aisi hain jo sahi sawal karti hain. Un ka</w:t>
      </w:r>
      <w:r>
        <w:br/>
      </w:r>
      <w:r>
        <w:rPr>
          <w:sz w:val="20"/>
        </w:rPr>
        <w:t>1:02:27  sawal bilkul sahi sawal hota hai kyunke jis din ki talk hoti hai us ko sunti hain us par woh sawal bhejti hain apna. Kya un ka question kya hai? Ah Maulana Dr. Safina ka question tha ke why is it that Muslims have just glorified Rasool Allah and have left other prophets is it. Is ki zimmedar sare ulma hain. Sare ulma is ki zimmedar hain jinhone khud sakhta taur par ek nabi ko bada aur doosre ko chhota bana</w:t>
      </w:r>
      <w:r>
        <w:br/>
      </w:r>
      <w:r>
        <w:rPr>
          <w:sz w:val="20"/>
        </w:rPr>
        <w:t>1:02:57  diya.</w:t>
      </w:r>
      <w:r>
        <w:br/>
      </w:r>
      <w:r>
        <w:rPr>
          <w:sz w:val="20"/>
        </w:rPr>
        <w:t>1:03:01  saare ulama mujhe nahi lagta ke is mein kisi ka exception hai.</w:t>
      </w:r>
      <w:r>
        <w:br/>
      </w:r>
      <w:r>
        <w:rPr>
          <w:sz w:val="20"/>
        </w:rPr>
        <w:t>1:03:05  jinka haq nahi tha unhein.</w:t>
      </w:r>
      <w:r>
        <w:br/>
      </w:r>
      <w:r>
        <w:rPr>
          <w:sz w:val="20"/>
        </w:rPr>
        <w:t>1:03:09  saare hi ulama ne arab se le kar ajam tak ek nabi ko badhana doosre nabi ko ghatana.</w:t>
      </w:r>
      <w:r>
        <w:br/>
      </w:r>
      <w:r>
        <w:rPr>
          <w:sz w:val="20"/>
        </w:rPr>
        <w:t>1:03:12  wahi is ke zimmedaar hain.</w:t>
      </w:r>
      <w:r>
        <w:br/>
      </w:r>
      <w:r>
        <w:rPr>
          <w:sz w:val="20"/>
        </w:rPr>
        <w:t>1:03:16  unhein bhool gayi aayat ke la nufarruq baina adil rasool.</w:t>
      </w:r>
      <w:r>
        <w:br/>
      </w:r>
      <w:r>
        <w:rPr>
          <w:sz w:val="20"/>
        </w:rPr>
        <w:t>1:03:20  to isi ki to hum correction kar rahe hain isi ki tasheeh kar rahe hain.</w:t>
      </w:r>
      <w:r>
        <w:br/>
      </w:r>
      <w:r>
        <w:rPr>
          <w:sz w:val="20"/>
        </w:rPr>
        <w:t>1:03:24  zara gussa hota hai.</w:t>
      </w:r>
      <w:r>
        <w:br/>
      </w:r>
      <w:r>
        <w:rPr>
          <w:sz w:val="20"/>
        </w:rPr>
        <w:t>1:03:28  Abhi bhi dekhiye kal parson ki baat hai ek sahib ka mere paas telephone aaya ke aap doosron ka role nahin mante. Mujhe bohat hi takleef hoti hai aise sawal par. Doosre ka role kya kya cheez hai? Woh aap janiye aap likhiye hamara hamara ek hamara subject nahin hai ke doosron ka role. Yaani abhi kal parson ki baat hai ek sahib ka telephone jo mere paas aaya wohi baat unhone shikayat ki ke doosron ka role. Hamara subject yeh nahin hai ke doosron ka role na bata</w:t>
      </w:r>
      <w:r>
        <w:br/>
      </w:r>
      <w:r>
        <w:rPr>
          <w:sz w:val="20"/>
        </w:rPr>
        <w:t>1:03:58  aayein.</w:t>
      </w:r>
      <w:r>
        <w:br/>
      </w:r>
      <w:r>
        <w:rPr>
          <w:sz w:val="20"/>
        </w:rPr>
        <w:t>1:04:01  tum ko batana batao tum.</w:t>
      </w:r>
      <w:r>
        <w:br/>
      </w:r>
      <w:r>
        <w:rPr>
          <w:sz w:val="20"/>
        </w:rPr>
        <w:t>1:04:04  tum kitabein likh daalo.</w:t>
      </w:r>
      <w:r>
        <w:br/>
      </w:r>
      <w:r>
        <w:rPr>
          <w:sz w:val="20"/>
        </w:rPr>
        <w:t>1:04:08  insaan aur repeater likh daalo.</w:t>
      </w:r>
      <w:r>
        <w:br/>
      </w:r>
      <w:r>
        <w:rPr>
          <w:sz w:val="20"/>
        </w:rPr>
        <w:t>1:04:11  hamara subject sirf yeh hai ke islam keh ya marifat keh ya dawat keh ya.</w:t>
      </w:r>
      <w:r>
        <w:br/>
      </w:r>
      <w:r>
        <w:rPr>
          <w:sz w:val="20"/>
        </w:rPr>
        <w:t>1:04:14  hum se koi yeh umeed na rakhe ke hum doosron ke role batane ke liye kitabein likhenge.</w:t>
      </w:r>
      <w:r>
        <w:br/>
      </w:r>
      <w:r>
        <w:rPr>
          <w:sz w:val="20"/>
        </w:rPr>
        <w:t>1:04:18  hamare subject nahi hai.</w:t>
      </w:r>
      <w:r>
        <w:br/>
      </w:r>
      <w:r>
        <w:rPr>
          <w:sz w:val="20"/>
        </w:rPr>
        <w:t>1:04:21  jisko likhna hai likhe woh.</w:t>
      </w:r>
    </w:p>
    <w:p>
      <w:pPr>
        <w:pStyle w:val="Heading2"/>
      </w:pPr>
      <w:r>
        <w:t>Why is breaking idols wrong when Prophet did it?</w:t>
      </w:r>
    </w:p>
    <w:p>
      <w:r>
        <w:rPr>
          <w:color w:val="666666"/>
          <w:sz w:val="18"/>
        </w:rPr>
        <w:t>Seerah &amp; Prophet · Problem and Shukr March 15, 2015 · 2m 19s · at 43:38 · https://youtu.be/SPBsXjH1hzM?t=2618</w:t>
      </w:r>
    </w:p>
    <w:p>
      <w:r>
        <w:rPr>
          <w:i/>
        </w:rPr>
        <w:t>“Maulana, you said in your March 8 speech that breaking idols by Taliban or ISIS is wrong. But from the Seerah, it is known that after the conquest of Mecca, the Prophet sent companions to break the idols of Arabia, e.g., Khalid bin Walid to break the idol of Uzza, Amr bin al-As to Suwa, Abu Sufyan and Mughira to break Lat, etc. Why is it wrong when the Prophet did it?”</w:t>
      </w:r>
    </w:p>
    <w:p>
      <w:r>
        <w:rPr>
          <w:sz w:val="20"/>
        </w:rPr>
        <w:t>43:38  Maulana, yeh sawal jo aaya hai woh Noida se hai Muhammad Ameer Siddiqui sahab ka, aur unhone likha hai ke Maulana, aap ne 8 March ki taqreer mein yeh kaha tha ke butkhana jo aaj kal Taliban ya ISIS wale tod rahe hain, woh galat hai.</w:t>
      </w:r>
      <w:r>
        <w:br/>
      </w:r>
      <w:r>
        <w:rPr>
          <w:sz w:val="20"/>
        </w:rPr>
        <w:t>44:00  magar seerat se yeh maloom hota hai ke fateh e Makkah ke baad Rasool Allah ne apne kuch sahaba ko Arab ke butkhanon ko todne ke liye bheja tha, maslan Khalid bin Waleed ko Uzza ka but todne ke liye bheja,</w:t>
      </w:r>
      <w:r>
        <w:br/>
      </w:r>
      <w:r>
        <w:rPr>
          <w:sz w:val="20"/>
        </w:rPr>
        <w:t>44:16  Amr bin Al-Aas ko Suwa ke liye, Abu Sufyan aur Mughira ko, Mughira bin Shuba ko Laat ke liye waghera.</w:t>
      </w:r>
      <w:r>
        <w:br/>
      </w:r>
      <w:r>
        <w:rPr>
          <w:sz w:val="20"/>
        </w:rPr>
        <w:t>44:26  in tamam logon ne Arabon ke butkhanon ko destroy kar diya.</w:t>
      </w:r>
      <w:r>
        <w:br/>
      </w:r>
      <w:r>
        <w:rPr>
          <w:sz w:val="20"/>
        </w:rPr>
        <w:t>44:31  is ki wazahat farmayein. Yeh waqiat Seerat un Nabi, Shibli Nomani, volume 1, page 339 mein maujood hain. Dekhiye, is se koi talluq nahi hai.</w:t>
      </w:r>
      <w:r>
        <w:br/>
      </w:r>
      <w:r>
        <w:rPr>
          <w:sz w:val="20"/>
        </w:rPr>
        <w:t>44:42  historical monument ka mamla alag hai, woh mamla alag hai. Woh aqeedah ka mamla hai jis ko toda hai unhone. Wahan na aqeedah ka mamla tha, na shirk ka mamla tha, wahan k</w:t>
      </w:r>
      <w:r>
        <w:br/>
      </w:r>
      <w:r>
        <w:rPr>
          <w:sz w:val="20"/>
        </w:rPr>
        <w:t>44:53  ch bhi nahi tha. Woh to sirf ek khandar tha, bas. Aur wahan jo tha, woh yaani shirk ko khatam karna Allah ka Rasool ka nishana tha.</w:t>
      </w:r>
      <w:r>
        <w:br/>
      </w:r>
      <w:r>
        <w:rPr>
          <w:sz w:val="20"/>
        </w:rPr>
        <w:t>45:03  to woh living shirk ke adde the, woh. Aur woh kya? Woh to kuch bhi nahi, woh to khandar hai. Ya aap log jo hain, galat tareekhein padhte hain, galat tareekhein padh kar ke yeh sab zeh</w:t>
      </w:r>
      <w:r>
        <w:br/>
      </w:r>
      <w:r>
        <w:rPr>
          <w:sz w:val="20"/>
        </w:rPr>
        <w:t>45:15  n banta hai. Aap ko main kahunga ke meri kitab padhiye, "Ghaur al-Inqilab" aur woh seerat par meri kai kitabein hain, us ko padhiye.</w:t>
      </w:r>
      <w:r>
        <w:br/>
      </w:r>
      <w:r>
        <w:rPr>
          <w:sz w:val="20"/>
        </w:rPr>
        <w:t>45:27  yeh galat tareekhein padh padh ke aap ko zehn yeh banaya.</w:t>
      </w:r>
      <w:r>
        <w:br/>
      </w:r>
      <w:r>
        <w:rPr>
          <w:sz w:val="20"/>
        </w:rPr>
        <w:t>45:30  khulasa yeh hai ke Arab mein jo butkhane the, woh living adde the, zinda adde the shirk ke. Aur Iraq mein jis ko toda gaya hai, woh to taqreeban teen hazar saal pehle ka khandar tha, is ka koi woh shirk se koi talluq nahi tha.</w:t>
      </w:r>
      <w:r>
        <w:br/>
      </w:r>
      <w:r>
        <w:rPr>
          <w:sz w:val="20"/>
        </w:rPr>
        <w:t>45:47  ab to woh siyahon ki cheez thi, woh siyahon ki cheez thi. Ji</w:t>
      </w:r>
    </w:p>
    <w:p>
      <w:pPr>
        <w:pStyle w:val="Heading2"/>
      </w:pPr>
      <w:r>
        <w:t>Why is lesson from Sulh Hudaibiya not taught?</w:t>
      </w:r>
    </w:p>
    <w:p>
      <w:r>
        <w:rPr>
          <w:color w:val="666666"/>
          <w:sz w:val="18"/>
        </w:rPr>
        <w:t>Seerah &amp; Prophet · How to Manage Controversy 10 Nov 2019 - Maulana Wahiduddin Khan · 4m 03s · at 42:46 · https://youtu.be/UafTzJXHrSA?t=2566</w:t>
      </w:r>
    </w:p>
    <w:p>
      <w:r>
        <w:rPr>
          <w:i/>
        </w:rPr>
        <w:t>“Sulh Hudaibiya incident, what we learned from Maulana? I have never heard from any person or scholar in Pakistan, even though we are reading about it since school days, and it is still in the course. Maulana, what is the reason that we never draw this important lesson from this incident?”</w:t>
      </w:r>
    </w:p>
    <w:p>
      <w:r>
        <w:rPr>
          <w:sz w:val="20"/>
        </w:rPr>
        <w:t>42:46  tariq tariq badr sahib ne Pakistan se sawal bheja hai, unhone likha hai: "sulh hudaybiyyah incident, what we learned from Maulana,</w:t>
      </w:r>
      <w:r>
        <w:br/>
      </w:r>
      <w:r>
        <w:rPr>
          <w:sz w:val="20"/>
        </w:rPr>
        <w:t>42:57  i have never heard from any person or scholar in Pakistan, even though we are reading about it since our school days, and it is still in the course.</w:t>
      </w:r>
      <w:r>
        <w:br/>
      </w:r>
      <w:r>
        <w:rPr>
          <w:sz w:val="20"/>
        </w:rPr>
        <w:t>43:08  Maulana, what is the reason that we never draw this important lesson from this incident?</w:t>
      </w:r>
      <w:r>
        <w:br/>
      </w:r>
      <w:r>
        <w:rPr>
          <w:sz w:val="20"/>
        </w:rPr>
        <w:t>43:14  simple simple wajah yeh hai ke is zamane mein log Allah se</w:t>
      </w:r>
      <w:r>
        <w:br/>
      </w:r>
      <w:r>
        <w:rPr>
          <w:sz w:val="20"/>
        </w:rPr>
        <w:t>43:30  dar nikal gaya hai.</w:t>
      </w:r>
      <w:r>
        <w:br/>
      </w:r>
      <w:r>
        <w:rPr>
          <w:sz w:val="20"/>
        </w:rPr>
        <w:t>43:36  hadith waris ka ek zamana aaye ga jab ke koi darne wala nahi, Allah se darne wala nahi hoga. hatta la tra khashi'un,</w:t>
      </w:r>
      <w:r>
        <w:br/>
      </w:r>
      <w:r>
        <w:rPr>
          <w:sz w:val="20"/>
        </w:rPr>
        <w:t>43:50  yahan tak ke ek bhi khashi'un nahi hoga. jaise alfaaz hain hadith mein: "ek bhi, ek bhi, hatta la tra khashi'un, hatta ke tum ek bhi khashi'un nahi dekhoge." yeh badi badi dadiyon wale bhi is mein shamil hain kyunke ek bhi hai: "hatta la tra khashi'un"</w:t>
      </w:r>
      <w:r>
        <w:br/>
      </w:r>
      <w:r>
        <w:rPr>
          <w:sz w:val="20"/>
        </w:rPr>
        <w:t>44:15  kisi exception exception nahi hai. is liye ab jo tareekh chalna chahiye, woh khushu pe chalna chahiye.</w:t>
      </w:r>
      <w:r>
        <w:br/>
      </w:r>
      <w:r>
        <w:rPr>
          <w:sz w:val="20"/>
        </w:rPr>
        <w:t>44:26  ab jo tareeqe chal rahe hain, woh bilkul irrelevant hain, irrelevant hain. tareeqe chalne chahiye logon mein aspect of taqwa inculcate karne ke liye.</w:t>
      </w:r>
      <w:r>
        <w:br/>
      </w:r>
      <w:r>
        <w:rPr>
          <w:sz w:val="20"/>
        </w:rPr>
        <w:t>44:41  jo tareeqe chala rahe hain log idhar udhar idhar udhar, woh sab bilkul irrelevant hain. sara issue yahi hai ke logon ke dil mein khushu nahi hai.</w:t>
      </w:r>
      <w:r>
        <w:br/>
      </w:r>
      <w:r>
        <w:rPr>
          <w:sz w:val="20"/>
        </w:rPr>
        <w:t>44:56  yeh hadith se sabit hai.</w:t>
      </w:r>
      <w:r>
        <w:br/>
      </w:r>
      <w:r>
        <w:rPr>
          <w:sz w:val="20"/>
        </w:rPr>
        <w:t>45:00  to hadith ke mutabiq agar kisi ko tareekh chalani hai to woh</w:t>
      </w:r>
      <w:r>
        <w:br/>
      </w:r>
      <w:r>
        <w:rPr>
          <w:sz w:val="20"/>
        </w:rPr>
        <w:t>45:08  mabni par khushu tareekh chalaye, yani taqwa</w:t>
      </w:r>
      <w:r>
        <w:br/>
      </w:r>
      <w:r>
        <w:rPr>
          <w:sz w:val="20"/>
        </w:rPr>
        <w:t>45:20  quran aur hadith ke mein. is ke siwa kisi aur tehreek ke liye koi justification nahi hai, koi justification nahi hai.</w:t>
      </w:r>
      <w:r>
        <w:br/>
      </w:r>
      <w:r>
        <w:rPr>
          <w:sz w:val="20"/>
        </w:rPr>
        <w:t>45:37  maulana, agla comment aaya hai abdul aziz chous sahib se, ah in delhi se.</w:t>
      </w:r>
      <w:r>
        <w:br/>
      </w:r>
      <w:r>
        <w:rPr>
          <w:sz w:val="20"/>
        </w:rPr>
        <w:t>45:46  unhon ne likha hai: "upon ayodhya word death, i realized why my father usman chous used to say al risala, waqt ka khudai intezam hai,</w:t>
      </w:r>
      <w:r>
        <w:br/>
      </w:r>
      <w:r>
        <w:rPr>
          <w:sz w:val="20"/>
        </w:rPr>
        <w:t>45:58  alhamdulillah." maulana, agla comment bheja hai riyaz bhat sahib ne bangalore se. unhon ne likha hai: "today lesson of management of issue was very important to rejuvenate our efforts to our mission.</w:t>
      </w:r>
      <w:r>
        <w:br/>
      </w:r>
      <w:r>
        <w:rPr>
          <w:sz w:val="20"/>
        </w:rPr>
        <w:t>46:14  i remember an important expression of american athlete jesse owens, who said: 'every long jumper takes some steps backward to ensure his longest jump.' i feel biggest problem towards resolution of controversies is ones ego,</w:t>
      </w:r>
      <w:r>
        <w:br/>
      </w:r>
      <w:r>
        <w:rPr>
          <w:sz w:val="20"/>
        </w:rPr>
        <w:t>46:34  hence we should work in shunning of egoistic attitude." maulana sahib, am i right in this?</w:t>
      </w:r>
      <w:r>
        <w:br/>
      </w:r>
      <w:r>
        <w:rPr>
          <w:sz w:val="20"/>
        </w:rPr>
        <w:t>46:42  bilkul sahi hai, aap ne jo kaha bilkul theek baat hai.</w:t>
      </w:r>
    </w:p>
    <w:p>
      <w:pPr>
        <w:pStyle w:val="Heading2"/>
      </w:pPr>
      <w:r>
        <w:t>Why no female prophets in Islam</w:t>
      </w:r>
    </w:p>
    <w:p>
      <w:r>
        <w:rPr>
          <w:color w:val="666666"/>
          <w:sz w:val="18"/>
        </w:rPr>
        <w:t>Seerah &amp; Prophet · Hadith Word of Wisdom August 31, 2014 · 2m 02s · at 58:05 · https://youtu.be/fv4eRJRe8dk?t=3485</w:t>
      </w:r>
    </w:p>
    <w:p>
      <w:r>
        <w:rPr>
          <w:i/>
        </w:rPr>
        <w:t>“If men and women are the same gender and are helpers in the work of dawah, then why did Allah not make messengers and prophets from among women? Please clarify.”</w:t>
      </w:r>
    </w:p>
    <w:p>
      <w:r>
        <w:rPr>
          <w:sz w:val="20"/>
        </w:rPr>
        <w:t>58:05  maulana, agla sawal syed ayub shah sahib ka hai, jo hyderabad se unhon ne sawal kiya hai, aur</w:t>
      </w:r>
      <w:r>
        <w:br/>
      </w:r>
      <w:r>
        <w:rPr>
          <w:sz w:val="20"/>
        </w:rPr>
        <w:t>58:11  unhon ne likha hai ke "agar mard aur aurat ek hi gender hain aur dawat ke kaam mein</w:t>
      </w:r>
      <w:r>
        <w:br/>
      </w:r>
      <w:r>
        <w:rPr>
          <w:sz w:val="20"/>
        </w:rPr>
        <w:t>58:16  muawin o madadgar hain, to Allah ne auraton mein se rasool aur paighambar kyun nahin banaye?" is ko wazeh karen.</w:t>
      </w:r>
      <w:r>
        <w:br/>
      </w:r>
      <w:r>
        <w:rPr>
          <w:sz w:val="20"/>
        </w:rPr>
        <w:t>58:22  is ki koi zaroorat hi nahin ke har har is mein auraton mein hi paighambar hon.</w:t>
      </w:r>
      <w:r>
        <w:br/>
      </w:r>
      <w:r>
        <w:rPr>
          <w:sz w:val="20"/>
        </w:rPr>
        <w:t>58:27  is ki main nahin samajhta ke is ki koi zaroorat hai.</w:t>
      </w:r>
      <w:r>
        <w:br/>
      </w:r>
      <w:r>
        <w:rPr>
          <w:sz w:val="20"/>
        </w:rPr>
        <w:t>58:33  yeh to, yani har ek mard bhi, aurat bhi, dono ek doosre ke saathi banen.</w:t>
      </w:r>
      <w:r>
        <w:br/>
      </w:r>
      <w:r>
        <w:rPr>
          <w:sz w:val="20"/>
        </w:rPr>
        <w:t>58:39  asal cheez is ki hai, baat saathi banne ki hai.</w:t>
      </w:r>
      <w:r>
        <w:br/>
      </w:r>
      <w:r>
        <w:rPr>
          <w:sz w:val="20"/>
        </w:rPr>
        <w:t>58:44  is ki baat nahi hai ke is mein bhi peghambar hon.</w:t>
      </w:r>
      <w:r>
        <w:br/>
      </w:r>
      <w:r>
        <w:rPr>
          <w:sz w:val="20"/>
        </w:rPr>
        <w:t>58:50  yani agar, yani aurat bhi agar peghambar hoti to is mein koi khaas baat ho jati.</w:t>
      </w:r>
      <w:r>
        <w:br/>
      </w:r>
      <w:r>
        <w:rPr>
          <w:sz w:val="20"/>
        </w:rPr>
        <w:t>58:55  mein samajhta hoon ke khaas baat yeh nahi hai.</w:t>
      </w:r>
      <w:r>
        <w:br/>
      </w:r>
      <w:r>
        <w:rPr>
          <w:sz w:val="20"/>
        </w:rPr>
        <w:t>59:01  khaas baat yeh hai ke logon mein yeh ho ke ek doosre ka, yani woh ek doosre ko share karen.</w:t>
      </w:r>
      <w:r>
        <w:br/>
      </w:r>
      <w:r>
        <w:rPr>
          <w:sz w:val="20"/>
        </w:rPr>
        <w:t>59:06  jaise Hazrat Aisha ki misaal hai, Hazrat Aisha peghambar nahi theen, lekin Rasool Allah se un ke jo</w:t>
      </w:r>
      <w:r>
        <w:br/>
      </w:r>
      <w:r>
        <w:rPr>
          <w:sz w:val="20"/>
        </w:rPr>
        <w:t>59:12  seekha, rozana, rozana, rozana, is ke nateejay mein woh Rasool Allah ki fawataat ke baad taqreeban pachas saal</w:t>
      </w:r>
      <w:r>
        <w:br/>
      </w:r>
      <w:r>
        <w:rPr>
          <w:sz w:val="20"/>
        </w:rPr>
        <w:t>59:18  tak ummat ko, yani hikmat aur deen aur wisdom ki baaten batati raheen.</w:t>
      </w:r>
      <w:r>
        <w:br/>
      </w:r>
      <w:r>
        <w:rPr>
          <w:sz w:val="20"/>
        </w:rPr>
        <w:t>59:23  Hazrat Aisha ki jo istinbaataat hain, woh bohat aham samjhate hain.</w:t>
      </w:r>
      <w:r>
        <w:br/>
      </w:r>
      <w:r>
        <w:rPr>
          <w:sz w:val="20"/>
        </w:rPr>
        <w:t>59:29  to peghambar hona zaroori nahi hai, yani peghambar hoti hain ya na hoti hain, jo kaam unhon ne</w:t>
      </w:r>
      <w:r>
        <w:br/>
      </w:r>
      <w:r>
        <w:rPr>
          <w:sz w:val="20"/>
        </w:rPr>
        <w:t>59:34  kiya, woh is ki ahmiyat asal mein hai.</w:t>
      </w:r>
      <w:r>
        <w:br/>
      </w:r>
      <w:r>
        <w:rPr>
          <w:sz w:val="20"/>
        </w:rPr>
        <w:t>59:40  to mein samajhta hoon ke ek, yeh, yeh, yeh, woh is, is zehan ke tehat yeh sawal hai</w:t>
      </w:r>
      <w:r>
        <w:br/>
      </w:r>
      <w:r>
        <w:rPr>
          <w:sz w:val="20"/>
        </w:rPr>
        <w:t>59:46  ke gender equality hona chahiye.</w:t>
      </w:r>
      <w:r>
        <w:br/>
      </w:r>
      <w:r>
        <w:rPr>
          <w:sz w:val="20"/>
        </w:rPr>
        <w:t>59:51  jaisa mard, waisa aurat, jaisa aurat, waisa mard.</w:t>
      </w:r>
      <w:r>
        <w:br/>
      </w:r>
      <w:r>
        <w:rPr>
          <w:sz w:val="20"/>
        </w:rPr>
        <w:t>59:57  mein zaati taur par is ko koi ahmiyat nahi samajhta.</w:t>
      </w:r>
      <w:r>
        <w:br/>
      </w:r>
      <w:r>
        <w:rPr>
          <w:sz w:val="20"/>
        </w:rPr>
        <w:t>1:00:02  mein, jaise ke mein ne arz kiya ke gender equality asal nahi, but gender partnership asal hai.</w:t>
      </w:r>
    </w:p>
    <w:p>
      <w:pPr>
        <w:pStyle w:val="Heading2"/>
      </w:pPr>
      <w:r>
        <w:t>Why not take lessons from battles?</w:t>
      </w:r>
    </w:p>
    <w:p>
      <w:r>
        <w:rPr>
          <w:color w:val="666666"/>
          <w:sz w:val="18"/>
        </w:rPr>
        <w:t>Seerah &amp; Prophet · How to Manage Controversy 10 Nov 2019 - Maulana Wahiduddin Khan · 1m 00s · at 50:19 · https://youtu.be/UafTzJXHrSA?t=3019</w:t>
      </w:r>
    </w:p>
    <w:p>
      <w:r>
        <w:rPr>
          <w:i/>
        </w:rPr>
        <w:t>“With due respect, there are many other incidents in the life of Prophet of Islam, like Badr, Uhud, Hunain, etc. Why don't we take lessons from them?”</w:t>
      </w:r>
    </w:p>
    <w:p>
      <w:r>
        <w:rPr>
          <w:sz w:val="20"/>
        </w:rPr>
        <w:t>50:19  all. thank you Maulana sahib for all the master lessons." Masha Allah. Maulana, agla sawal Tasaduq Shakeel sahib ne bheja hai.</w:t>
      </w:r>
      <w:r>
        <w:br/>
      </w:r>
      <w:r>
        <w:rPr>
          <w:sz w:val="20"/>
        </w:rPr>
        <w:t>50:30  unhon ne location nahin likhi hai apni. un ka sawal hai: "Maulana sahib, with due respect, there are many other incidents in the life of Prophet of Islam, like Badr, Uhud, Hunayn, etc.</w:t>
      </w:r>
      <w:r>
        <w:br/>
      </w:r>
      <w:r>
        <w:rPr>
          <w:sz w:val="20"/>
        </w:rPr>
        <w:t>50:43  why don't we take lessons from th</w:t>
      </w:r>
      <w:r>
        <w:br/>
      </w:r>
      <w:r>
        <w:rPr>
          <w:sz w:val="20"/>
        </w:rPr>
        <w:t>50:46  em?" is par mein ne bohat likha hai. aap Paigham-e-Inqilab parh lijiye. yeh jo reference aap log dete hain, woh bohat hi ziyada ghalat hai.</w:t>
      </w:r>
      <w:r>
        <w:br/>
      </w:r>
      <w:r>
        <w:rPr>
          <w:sz w:val="20"/>
        </w:rPr>
        <w:t>51:00  aap meri kitab parhiye: "Paighambar-e-Islam".</w:t>
      </w:r>
      <w:r>
        <w:br/>
      </w:r>
      <w:r>
        <w:rPr>
          <w:sz w:val="20"/>
        </w:rPr>
        <w:t>51:08  we would like to tell Mr Shakeel that you know, all these books of Maulana sahib are available on the website www.cpsglobal.</w:t>
      </w:r>
    </w:p>
    <w:p>
      <w:pPr>
        <w:pStyle w:val="Heading2"/>
      </w:pPr>
      <w:r>
        <w:t>Why only last Prophet as model?</w:t>
      </w:r>
    </w:p>
    <w:p>
      <w:r>
        <w:rPr>
          <w:color w:val="666666"/>
          <w:sz w:val="18"/>
        </w:rPr>
        <w:t>Seerah &amp; Prophet · Experience of Hyderabad CPS Meet December 1, 2013 · 3m 05s · at 1:08:54 · https://youtu.be/Y8mcxF2Lhyc?t=4134</w:t>
      </w:r>
    </w:p>
    <w:p>
      <w:r>
        <w:rPr>
          <w:i/>
        </w:rPr>
        <w:t>“Why do some Muslims believe that only the life of the last Prophet is a model for us and not for any other prophet? They do believe in all the prophets.”</w:t>
      </w:r>
    </w:p>
    <w:p>
      <w:r>
        <w:rPr>
          <w:sz w:val="20"/>
        </w:rPr>
        <w:t>1:08:54  maulana, agla sawal ajmer se hai doctor safina tabassum ka.</w:t>
      </w:r>
      <w:r>
        <w:br/>
      </w:r>
      <w:r>
        <w:rPr>
          <w:sz w:val="20"/>
        </w:rPr>
        <w:t>1:09:00  unhone likha hai: "maulana sahib, why do some muslims believe that only life of last prophet is a model for us and not for any other prophet?" although they believe in all the prophets.</w:t>
      </w:r>
      <w:r>
        <w:br/>
      </w:r>
      <w:r>
        <w:rPr>
          <w:sz w:val="20"/>
        </w:rPr>
        <w:t>1:09:17  dekhiye, yeh is mein do baatein hain.</w:t>
      </w:r>
      <w:r>
        <w:br/>
      </w:r>
      <w:r>
        <w:rPr>
          <w:sz w:val="20"/>
        </w:rPr>
        <w:t>1:09:22  dekhiye, rasool Allah sallallahu alaihi wasallam jo hain, woh</w:t>
      </w:r>
      <w:r>
        <w:br/>
      </w:r>
      <w:r>
        <w:rPr>
          <w:sz w:val="20"/>
        </w:rPr>
        <w:t>1:09:28  namuna hamare liye hain is sense mein ke aap ki zindagi mehfooz hai. jo jis ko hum kehte hain sunnat rasool, woh ek mehfooz hai, kisi aur paighambar ki mehfooz nahin hai</w:t>
      </w:r>
      <w:r>
        <w:br/>
      </w:r>
      <w:r>
        <w:rPr>
          <w:sz w:val="20"/>
        </w:rPr>
        <w:t>1:09:44  is bana par. lekin jahan tak doosre paighambar hain, khud quran mein aisi ayat maujood hai ke saare paighambar ko namuna bataya gaya hai. lekin zahir hai ke hum doosre paighambaron ke isi namune ko apna payenge jo sabit ho quran se ya hadith se.</w:t>
      </w:r>
      <w:r>
        <w:br/>
      </w:r>
      <w:r>
        <w:rPr>
          <w:sz w:val="20"/>
        </w:rPr>
        <w:t>1:10:03  jaise main ne kal wahan hyderabad mein ek baat kahi thi ke hazrat yunus alaihi assalam, yunus alaihi assalam ko lijiye, unki zindagi mein ek namuna hai jo kisi aur paighambar</w:t>
      </w:r>
      <w:r>
        <w:br/>
      </w:r>
      <w:r>
        <w:rPr>
          <w:sz w:val="20"/>
        </w:rPr>
        <w:t>1:10:13  ka nahin. woh namuna yeh hai ke iraq ke shehar ninwa mein aaye the, woh dawat di, dawat di, dawat di.</w:t>
      </w:r>
      <w:r>
        <w:br/>
      </w:r>
      <w:r>
        <w:rPr>
          <w:sz w:val="20"/>
        </w:rPr>
        <w:t>1:10:21  unhone aur phir unko yeh unki samajh mein aaya ke yeh qaum manne wali nahin hai, isko chhod kar ke chale gaye.</w:t>
      </w:r>
      <w:r>
        <w:br/>
      </w:r>
      <w:r>
        <w:rPr>
          <w:sz w:val="20"/>
        </w:rPr>
        <w:t>1:10:32  lekin Allah taala ne pasand nahin kiya isko, to unko tauba hui aur phir lotay. to jab lotay to phir saare shehar ke logon ne islam, unka deen qabool kar liya, hatta ke badshah ne bhi.</w:t>
      </w:r>
      <w:r>
        <w:br/>
      </w:r>
      <w:r>
        <w:rPr>
          <w:sz w:val="20"/>
        </w:rPr>
        <w:t>1:10:44  is mein kya namuna hai?</w:t>
      </w:r>
      <w:r>
        <w:br/>
      </w:r>
      <w:r>
        <w:rPr>
          <w:sz w:val="20"/>
        </w:rPr>
        <w:t>1:10:46  yeh namuna yeh hai ke kisi bhi point par aap ko mayoos nahin hona chahiye, kyunke kya maloom aaj aap mayoos ho jayen aur chhod den is ko, aur kal woh unke andar change aane wala ho.</w:t>
      </w:r>
      <w:r>
        <w:br/>
      </w:r>
      <w:r>
        <w:rPr>
          <w:sz w:val="20"/>
        </w:rPr>
        <w:t>1:11:03  aap kal ko nahin jante, to present ko le kar faisla nahin karna chahiye, balke future ka inkar karna chahiye.</w:t>
      </w:r>
      <w:r>
        <w:br/>
      </w:r>
      <w:r>
        <w:rPr>
          <w:sz w:val="20"/>
        </w:rPr>
        <w:t>1:11:13  wait and see, wait and see,</w:t>
      </w:r>
      <w:r>
        <w:br/>
      </w:r>
      <w:r>
        <w:rPr>
          <w:sz w:val="20"/>
        </w:rPr>
        <w:t>1:11:15  yeh namuna hai. doosre to doosre paighambaron ka jo namuna sabit shiddat tor par hamein mil jaye, woh itna hi mustarad ho jayega jitna ke rasool Allah sallallahu alaihi wasallam ka namuna hai.</w:t>
      </w:r>
      <w:r>
        <w:br/>
      </w:r>
      <w:r>
        <w:rPr>
          <w:sz w:val="20"/>
        </w:rPr>
        <w:t>1:11:26  to asal cheez hai, yaani authenticity. yeh nahi ke rasool Allah namoona hai, doosra namoona nahi hai. masla authenticity ka hai.</w:t>
      </w:r>
      <w:r>
        <w:br/>
      </w:r>
      <w:r>
        <w:rPr>
          <w:sz w:val="20"/>
        </w:rPr>
        <w:t>1:11:36  jo namoona bhi, chahe koi bhi peghamabar ho, Khuda mein foobah hota ho, muqtadir</w:t>
      </w:r>
      <w:r>
        <w:br/>
      </w:r>
      <w:r>
        <w:rPr>
          <w:sz w:val="20"/>
        </w:rPr>
        <w:t>1:11:42  har peghamabar ke baray mein kaha gaya hai ke un ke namoonon ko pakro. to jo namoona authentic tor par, sabit shuda tor par hamein maloom ho jaye, to woh hamare liye waise hi qabil-e-taqleed ho jaye ga jaise ke rasool Allah sal Allah alaihi wasallam ka namoona.</w:t>
      </w:r>
      <w:r>
        <w:br/>
      </w:r>
      <w:r>
        <w:rPr>
          <w:sz w:val="20"/>
        </w:rPr>
        <w:t>1:12:00  Maulana, unhon ne ek aur sawal kiya hai. unhon ne likha hai: "Maulana, you mention that qayamat will not come until and unless people are made aware.</w:t>
      </w:r>
    </w:p>
    <w:p>
      <w:pPr>
        <w:pStyle w:val="Heading2"/>
      </w:pPr>
      <w:r>
        <w:t>Why recite when path to Jannah is difficult?</w:t>
      </w:r>
    </w:p>
    <w:p>
      <w:r>
        <w:rPr>
          <w:color w:val="666666"/>
          <w:sz w:val="18"/>
        </w:rPr>
        <w:t>Seerah &amp; Prophet · Divine Ideology of Life I 11 July 2010 · 4m 32s · at 1:18:38 · https://youtu.be/wOmHVfyjMJY?t=4718</w:t>
      </w:r>
    </w:p>
    <w:p>
      <w:r>
        <w:rPr>
          <w:i/>
        </w:rPr>
        <w:t>“When Prophet Muhammad went on Miraj, he was shown Jannah there. He was also shown the path to Jannah, which he found to be full of difficulties. After seeing this path, the Prophet said: 'Very few people of my Ummah will enter into Jannah because the path is very difficult.' Maulana, my question to you is: when the path is so difficult, then how come some maulvis advise us to recite...”</w:t>
      </w:r>
    </w:p>
    <w:p>
      <w:r>
        <w:rPr>
          <w:sz w:val="20"/>
        </w:rPr>
        <w:t>1:18:38  Maulana, agla sawal aaya hai Miss Gul Zeebah Ahmed ka Maryland, USA se. She has written: "Maulana, first I would like to thank you for your great advice at a teleconference meeting early morning today.</w:t>
      </w:r>
      <w:r>
        <w:br/>
      </w:r>
      <w:r>
        <w:rPr>
          <w:sz w:val="20"/>
        </w:rPr>
        <w:t>1:18:53  My question is: when Prophet Muhammad went on Miraj, he was shown Jannah there. He was also shown the path to Jannah, which he found to be full of difficulties.</w:t>
      </w:r>
      <w:r>
        <w:br/>
      </w:r>
      <w:r>
        <w:rPr>
          <w:sz w:val="20"/>
        </w:rPr>
        <w:t>1:19:07  After seeing this path, the Prophet said: 'Very few people of my Ummah will enter into Jannah because the path is very difficult.' Maulana, my question to you is: when the path is so difficult, then how come some molvis advise us to recite some Surahs and Duas every day to get to Jannah?"</w:t>
      </w:r>
      <w:r>
        <w:br/>
      </w:r>
      <w:r>
        <w:rPr>
          <w:sz w:val="20"/>
        </w:rPr>
        <w:t>1:19:33  woh to mein ne abhi aap ne kaha hai aap ne is mein ke us waqt jo Islam hai woh to Islam ka reduced form hai. yani mein to khud se ek Islam ka form bana liya hai.</w:t>
      </w:r>
      <w:r>
        <w:br/>
      </w:r>
      <w:r>
        <w:rPr>
          <w:sz w:val="20"/>
        </w:rPr>
        <w:t>1:19:47  reduced bhi nahi hai, invited form hai woh. yeh to bilkul yeh yani 100 percent yeh baseless hai.</w:t>
      </w:r>
      <w:r>
        <w:br/>
      </w:r>
      <w:r>
        <w:rPr>
          <w:sz w:val="20"/>
        </w:rPr>
        <w:t>1:19:55  yeh sab cheezein yeh bohat jannat, woh bohat jannat, yeh sab bilkul baseless hai. 100 percent baseless hai.</w:t>
      </w:r>
      <w:r>
        <w:br/>
      </w:r>
      <w:r>
        <w:rPr>
          <w:sz w:val="20"/>
        </w:rPr>
        <w:t>1:20:02  yeh Surah ko parh lene se yeh falan waqt do rakat namaz parh lo, falan yeh falan jagah chale jao, falan jagah chale jao, jannat mil jayegi. yeh sab bilkul baseless baatein hain.</w:t>
      </w:r>
      <w:r>
        <w:br/>
      </w:r>
      <w:r>
        <w:rPr>
          <w:sz w:val="20"/>
        </w:rPr>
        <w:t>1:20:14  yaad rakhiye, jannat ke liye jo formula Quran mein bataya gaya hai woh yeh hai: zala jaza wa man tazakka</w:t>
      </w:r>
      <w:r>
        <w:br/>
      </w:r>
      <w:r>
        <w:rPr>
          <w:sz w:val="20"/>
        </w:rPr>
        <w:t>1:20:23  yani jannat us ke liye jis ne apna tazkiya kiya. tazkiya kiya, yeh nahi ke subah koi ayat padh li, shaam ko ayat padh li to bas jannat mein chala gaya.</w:t>
      </w:r>
      <w:r>
        <w:br/>
      </w:r>
      <w:r>
        <w:rPr>
          <w:sz w:val="20"/>
        </w:rPr>
        <w:t>1:20:33  yeh to bilkul hi ridiculous hai, ridiculous. tazkiya kiya yani apne aap ko purify kiya. zalik jaza wa man tazka jannat us ke liye jis ne apne aap ko, soul ko purify kiya.</w:t>
      </w:r>
      <w:r>
        <w:br/>
      </w:r>
      <w:r>
        <w:rPr>
          <w:sz w:val="20"/>
        </w:rPr>
        <w:t>1:20:49  purify karna kya hai?</w:t>
      </w:r>
      <w:r>
        <w:br/>
      </w:r>
      <w:r>
        <w:rPr>
          <w:sz w:val="20"/>
        </w:rPr>
        <w:t>1:20:51  har waqt hamare andar negative thought aate hain, us ko nikalna. har waqt hamare andar kuch galat khwahishein paida hoti hain, us se ladna.</w:t>
      </w:r>
      <w:r>
        <w:br/>
      </w:r>
      <w:r>
        <w:rPr>
          <w:sz w:val="20"/>
        </w:rPr>
        <w:t>1:21:01  har waqt hamare samne aise koi aata hai ke hum debate karne lagte hain. idhar is se apne ko idhar right path pe lagana, lana.</w:t>
      </w:r>
      <w:r>
        <w:br/>
      </w:r>
      <w:r>
        <w:rPr>
          <w:sz w:val="20"/>
        </w:rPr>
        <w:t>1:21:09  har waqt koi temptation hai, aulad ka hai, bachon ka hai, family ka hai, kisi bhi cheez ka. is temptation se apne ko bachana.</w:t>
      </w:r>
      <w:r>
        <w:br/>
      </w:r>
      <w:r>
        <w:rPr>
          <w:sz w:val="20"/>
        </w:rPr>
        <w:t>1:21:19  tab woh tazkiya hota hai, tab woh purified soul banta hai.</w:t>
      </w:r>
      <w:r>
        <w:br/>
      </w:r>
      <w:r>
        <w:rPr>
          <w:sz w:val="20"/>
        </w:rPr>
        <w:t>1:21:25  log to phanse rehte hain isi mein, apne ko yani pollute karte hain aur samajhte hain ke kuch kuch yeh kuch daane pe tasbeeh padh do, kuch suratein padh do to jannat pahunch jaoge.</w:t>
      </w:r>
      <w:r>
        <w:br/>
      </w:r>
      <w:r>
        <w:rPr>
          <w:sz w:val="20"/>
        </w:rPr>
        <w:t>1:21:39  to ridiculous, ridiculous.</w:t>
      </w:r>
      <w:r>
        <w:br/>
      </w:r>
      <w:r>
        <w:rPr>
          <w:sz w:val="20"/>
        </w:rPr>
        <w:t>1:21:46  to behal is ayat ko yaad rakhiye: zalik jaza mantazka aisi aayatein bahut sari hain.</w:t>
      </w:r>
      <w:r>
        <w:br/>
      </w:r>
      <w:r>
        <w:rPr>
          <w:sz w:val="20"/>
        </w:rPr>
        <w:t>1:21:53  ek hadith mein hai ke ek aadmi jab ek gunah karta hai, us ke dil pe ek dhabba pad jata hai. phir karta hai, phir padhta hai, phir karta hai, phir padhta hai.</w:t>
      </w:r>
      <w:r>
        <w:br/>
      </w:r>
      <w:r>
        <w:rPr>
          <w:sz w:val="20"/>
        </w:rPr>
        <w:t>1:22:03  yahan tak ke poora dil kala ho jata hai. yeh kala matlab yeh nahi ke sach much color color ke sach mein kala hota hai, nahi.</w:t>
      </w:r>
      <w:r>
        <w:br/>
      </w:r>
      <w:r>
        <w:rPr>
          <w:sz w:val="20"/>
        </w:rPr>
        <w:t>1:22:12  is ka matlab hai besht ho jata hai.</w:t>
      </w:r>
      <w:r>
        <w:br/>
      </w:r>
      <w:r>
        <w:rPr>
          <w:sz w:val="20"/>
        </w:rPr>
        <w:t>1:22:18  to is mein hadith mein kya bataya gaya hai ke jaise hi tum ko mehsoos ho ke ek dhabba pada, jaldi se mitao us ko. mitane ka tareeqa kya bataya hai?</w:t>
      </w:r>
      <w:r>
        <w:br/>
      </w:r>
      <w:r>
        <w:rPr>
          <w:sz w:val="20"/>
        </w:rPr>
        <w:t>1:22:29  kasrat zikr al maut wa tilawat al quran khoob zyada yaad karo maut ko aur khoob zyada padho.</w:t>
      </w:r>
      <w:r>
        <w:br/>
      </w:r>
      <w:r>
        <w:rPr>
          <w:sz w:val="20"/>
        </w:rPr>
        <w:t>1:22:37  khoob zyada study karo quran ki. padho nahi, study karo quran ki.</w:t>
      </w:r>
      <w:r>
        <w:br/>
      </w:r>
      <w:r>
        <w:rPr>
          <w:sz w:val="20"/>
        </w:rPr>
        <w:t>1:22:42  to ek ek course hai, ek process hai jo chalta hai. yani zindagi mein chalta rehta hai, yahan tak ke maut tak chalta hai.</w:t>
      </w:r>
      <w:r>
        <w:br/>
      </w:r>
      <w:r>
        <w:rPr>
          <w:sz w:val="20"/>
        </w:rPr>
        <w:t>1:22:51  woh har waqt apne ko purify karna, har waqt apne ko deviation se bachana, har waqt apne ko temptation se bachana.</w:t>
      </w:r>
      <w:r>
        <w:br/>
      </w:r>
      <w:r>
        <w:rPr>
          <w:sz w:val="20"/>
        </w:rPr>
        <w:t>1:23:01  har waqt jab aap ka focus hate, phir us ko focus ko dobara right path par lana. yeh hai course tazkiya ka.</w:t>
      </w:r>
    </w:p>
    <w:p>
      <w:pPr>
        <w:pStyle w:val="Heading2"/>
      </w:pPr>
      <w:r>
        <w:t>Why scholars ignore Hudaibiya Treaty importance</w:t>
      </w:r>
    </w:p>
    <w:p>
      <w:r>
        <w:rPr>
          <w:color w:val="666666"/>
          <w:sz w:val="18"/>
        </w:rPr>
        <w:t>Seerah &amp; Prophet · How to Manage Controversy 10 Nov 2019 - Maulana Wahiduddin Khan · 1m 36s · at 54:01 · https://youtu.be/UafTzJXHrSA?t=3241</w:t>
      </w:r>
    </w:p>
    <w:p>
      <w:r>
        <w:rPr>
          <w:i/>
        </w:rPr>
        <w:t>“What is the reason that our scholars give as much importance to the battles (Ghazawat) but do not give that much importance to the Treaty of Hudaibiya? Both are such that Allah gave victory through the Treaty of Hudaibiya. Are they unable to grasp the wisdom of it? What is the reason for this?”</w:t>
      </w:r>
    </w:p>
    <w:p>
      <w:r>
        <w:rPr>
          <w:sz w:val="20"/>
        </w:rPr>
        <w:t>54:01  Maulana, agla sawal bheja hai Ms Shabana Ansari ne Pakistan se. unhon ne likha hai: "Maulana, kya wajah hai ke hamare ulama jitni importance ghazwat ko dete hain, utni importance Hudaybiyyah treaty ko nahin dete?" although, Allah has given victory on Hudaybiyyah treaty.</w:t>
      </w:r>
      <w:r>
        <w:br/>
      </w:r>
      <w:r>
        <w:rPr>
          <w:sz w:val="20"/>
        </w:rPr>
        <w:t>54:23  are they unable to grasp the wisdom of i</w:t>
      </w:r>
      <w:r>
        <w:br/>
      </w:r>
      <w:r>
        <w:rPr>
          <w:sz w:val="20"/>
        </w:rPr>
        <w:t>54:26  t. what is the reason for this? aap in hazraat ki majlison mein baithiye aur suniye. kisi bhi in hazraat ki kisi bhi majlis mein aap Allah ke darr ka taassur nahin payenge.</w:t>
      </w:r>
      <w:r>
        <w:br/>
      </w:r>
      <w:r>
        <w:rPr>
          <w:sz w:val="20"/>
        </w:rPr>
        <w:t>54:43  doosri doosri baaten milen gi aap ko. to yeh to yeh to Quran o Hadees se sabit hai</w:t>
      </w:r>
      <w:r>
        <w:br/>
      </w:r>
      <w:r>
        <w:rPr>
          <w:sz w:val="20"/>
        </w:rPr>
        <w:t>54:56  keh allah ka dar jab nikal jaye to aur bhi har cheez nikal jati hai. aur yeh mujh se poochne ki zaroorat nahi hai.</w:t>
      </w:r>
      <w:r>
        <w:br/>
      </w:r>
      <w:r>
        <w:rPr>
          <w:sz w:val="20"/>
        </w:rPr>
        <w:t>55:09  aap kisi bhi un hazraat ke jo musalmanon ke leader bane bane hue hain, leaderi kar rahe hain, un ki kisi majlis mein ja ke parh jaiye.</w:t>
      </w:r>
      <w:r>
        <w:br/>
      </w:r>
      <w:r>
        <w:rPr>
          <w:sz w:val="20"/>
        </w:rPr>
        <w:t>55:21  aap dekhenge ke wahan</w:t>
      </w:r>
      <w:r>
        <w:br/>
      </w:r>
      <w:r>
        <w:rPr>
          <w:sz w:val="20"/>
        </w:rPr>
        <w:t>55:26  allah ke dar ka koi khana hi nahi hai, koi khana hi nahi hai.</w:t>
      </w:r>
    </w:p>
    <w:p>
      <w:pPr>
        <w:pStyle w:val="Heading2"/>
      </w:pPr>
      <w:r>
        <w:t>Wisdom of Prophet at Hudaybiyyah Treaty</w:t>
      </w:r>
    </w:p>
    <w:p>
      <w:r>
        <w:rPr>
          <w:color w:val="666666"/>
          <w:sz w:val="18"/>
        </w:rPr>
        <w:t>Seerah &amp; Prophet · Islamic Wisdom July 17, 2016 · 2m 59s · at 53:55 · https://youtu.be/jB4ugN0K-AM?t=3235</w:t>
      </w:r>
    </w:p>
    <w:p>
      <w:r>
        <w:rPr>
          <w:i/>
        </w:rPr>
        <w:t>“Please tell us about the wisdom followed by the Prophet of Islam at the time of Hudaybiyyah Treaty.”</w:t>
      </w:r>
    </w:p>
    <w:p>
      <w:r>
        <w:rPr>
          <w:sz w:val="20"/>
        </w:rPr>
        <w:t>53:55  maulana, agla sawal, agla sawal dilli se miss mariya khan ne kiya hai.</w:t>
      </w:r>
      <w:r>
        <w:br/>
      </w:r>
      <w:r>
        <w:rPr>
          <w:sz w:val="20"/>
        </w:rPr>
        <w:t>54:01  انہوں نے آپ سے پوچھا ہے کہ: "Please tell us about the wisdom followed by the Prophet of</w:t>
      </w:r>
      <w:r>
        <w:br/>
      </w:r>
      <w:r>
        <w:rPr>
          <w:sz w:val="20"/>
        </w:rPr>
        <w:t>54:08  islam at the time of hudaybiyyah treaty. dekhen, hudaybiyyah treaty mein kya hua tha ke do option rasool</w:t>
      </w:r>
      <w:r>
        <w:br/>
      </w:r>
      <w:r>
        <w:rPr>
          <w:sz w:val="20"/>
        </w:rPr>
        <w:t>54:16  allah ke samne the.</w:t>
      </w:r>
      <w:r>
        <w:br/>
      </w:r>
      <w:r>
        <w:rPr>
          <w:sz w:val="20"/>
        </w:rPr>
        <w:t>54:18  ek tha option tha war, kyunke woh log tayar the war karne ke liye.</w:t>
      </w:r>
      <w:r>
        <w:br/>
      </w:r>
      <w:r>
        <w:rPr>
          <w:sz w:val="20"/>
        </w:rPr>
        <w:t>54:24  dusra option tha peaceful agreement.</w:t>
      </w:r>
      <w:r>
        <w:br/>
      </w:r>
      <w:r>
        <w:rPr>
          <w:sz w:val="20"/>
        </w:rPr>
        <w:t>54:26  achha, agar war hoti to kya hota? blood shed bas.</w:t>
      </w:r>
      <w:r>
        <w:br/>
      </w:r>
      <w:r>
        <w:rPr>
          <w:sz w:val="20"/>
        </w:rPr>
        <w:t>54:31  aur phir kya hota? nafrat barhti, hate barhta.</w:t>
      </w:r>
      <w:r>
        <w:br/>
      </w:r>
      <w:r>
        <w:rPr>
          <w:sz w:val="20"/>
        </w:rPr>
        <w:t>54:34  phir kya hota? dawat ke awqaf jo the, woh bhi khatm ho jate, kyunke hate jahan ho, jahan</w:t>
      </w:r>
      <w:r>
        <w:br/>
      </w:r>
      <w:r>
        <w:rPr>
          <w:sz w:val="20"/>
        </w:rPr>
        <w:t>54:42  rate ho, intolerance ho, wahan dawat ho nahi sakti.</w:t>
      </w:r>
      <w:r>
        <w:br/>
      </w:r>
      <w:r>
        <w:rPr>
          <w:sz w:val="20"/>
        </w:rPr>
        <w:t>54:46  dawat hoti hai naasaana mahol mein, yani hamdardi ke mahol mein, normal mahol mein.</w:t>
      </w:r>
      <w:r>
        <w:br/>
      </w:r>
      <w:r>
        <w:rPr>
          <w:sz w:val="20"/>
        </w:rPr>
        <w:t>54:52  to agar rasool allah salallaho alaihi wasallam like ka option lete to aap ka mission hi jibril</w:t>
      </w:r>
      <w:r>
        <w:br/>
      </w:r>
      <w:r>
        <w:rPr>
          <w:sz w:val="20"/>
        </w:rPr>
        <w:t>54:59  ho raha tha.</w:t>
      </w:r>
      <w:r>
        <w:br/>
      </w:r>
      <w:r>
        <w:rPr>
          <w:sz w:val="20"/>
        </w:rPr>
        <w:t>55:01  mission to tha logon tak pahunchana.</w:t>
      </w:r>
      <w:r>
        <w:br/>
      </w:r>
      <w:r>
        <w:rPr>
          <w:sz w:val="20"/>
        </w:rPr>
        <w:t>55:03  message woh pahunchane ka mahol hi khatm hota tha.</w:t>
      </w:r>
      <w:r>
        <w:br/>
      </w:r>
      <w:r>
        <w:rPr>
          <w:sz w:val="20"/>
        </w:rPr>
        <w:t>55:07  is ke baad jab aap ne peaceful agreement kar liya aur wapas chale gaye to sare awqaf</w:t>
      </w:r>
      <w:r>
        <w:br/>
      </w:r>
      <w:r>
        <w:rPr>
          <w:sz w:val="20"/>
        </w:rPr>
        <w:t>55:15  jo hain khul gaye, yani ladai karne mein awqaf band hote the aur peaceful agreement mein awqaf</w:t>
      </w:r>
      <w:r>
        <w:br/>
      </w:r>
      <w:r>
        <w:rPr>
          <w:sz w:val="20"/>
        </w:rPr>
        <w:t>55:23  khul gaye.</w:t>
      </w:r>
      <w:r>
        <w:br/>
      </w:r>
      <w:r>
        <w:rPr>
          <w:sz w:val="20"/>
        </w:rPr>
        <w:t>55:24  to ek ek ek ek muhaddis ne likha hai ke is ke baad kya hua? Sirat Ibn Kathir</w:t>
      </w:r>
      <w:r>
        <w:br/>
      </w:r>
      <w:r>
        <w:rPr>
          <w:sz w:val="20"/>
        </w:rPr>
        <w:t>55:32  mein aap is ko parh sakte hain ya Al-Badaya wa Al-Nihaya mein parh sakte hain ke pehle aana jana</w:t>
      </w:r>
      <w:r>
        <w:br/>
      </w:r>
      <w:r>
        <w:rPr>
          <w:sz w:val="20"/>
        </w:rPr>
        <w:t>55:40  band tha, interaction band tha, kyunke yaani dono taraf, yaani woh tha, dono taraf, dono uth war the,</w:t>
      </w:r>
      <w:r>
        <w:br/>
      </w:r>
      <w:r>
        <w:rPr>
          <w:sz w:val="20"/>
        </w:rPr>
        <w:t>55:47  dono, yaani dono group jo tha, uth war tha.</w:t>
      </w:r>
      <w:r>
        <w:br/>
      </w:r>
      <w:r>
        <w:rPr>
          <w:sz w:val="20"/>
        </w:rPr>
        <w:t>55:51  to yeh wahan jo nahi jata tha, woh idhar nahi ate the.</w:t>
      </w:r>
      <w:r>
        <w:br/>
      </w:r>
      <w:r>
        <w:rPr>
          <w:sz w:val="20"/>
        </w:rPr>
        <w:t>55:56  jab dono uth war hon to kaise jayenge? Lekin jab yeh hoga agreement ke koi kisi ko</w:t>
      </w:r>
      <w:r>
        <w:br/>
      </w:r>
      <w:r>
        <w:rPr>
          <w:sz w:val="20"/>
        </w:rPr>
        <w:t>56:04  marega nahi, koi kisi ko par talwar nahi chalayega, to peaceful interaction shuru hoga.</w:t>
      </w:r>
      <w:r>
        <w:br/>
      </w:r>
      <w:r>
        <w:rPr>
          <w:sz w:val="20"/>
        </w:rPr>
        <w:t>56:11  khoob log idhar gaye, idhar gaye, idhar gaye, idhar gaye.</w:t>
      </w:r>
      <w:r>
        <w:br/>
      </w:r>
      <w:r>
        <w:rPr>
          <w:sz w:val="20"/>
        </w:rPr>
        <w:t>56:16  to unhon ne likha hai ke peaceful interaction ki wajah se Islam zyada tar phail gaya.</w:t>
      </w:r>
      <w:r>
        <w:br/>
      </w:r>
      <w:r>
        <w:rPr>
          <w:sz w:val="20"/>
        </w:rPr>
        <w:t>56:23  yeh ghaleban Ibn Shihab al-Zuhri ne likha hai, yeh yeh Sirat Ibn Kathir mein.</w:t>
      </w:r>
      <w:r>
        <w:br/>
      </w:r>
      <w:r>
        <w:rPr>
          <w:sz w:val="20"/>
        </w:rPr>
        <w:t>56:29  aur bilkul sahi baat hai ke Hudaybiyyah se pehle interaction ruka hua tha, kyunke war ke halaat the.</w:t>
      </w:r>
      <w:r>
        <w:br/>
      </w:r>
      <w:r>
        <w:rPr>
          <w:sz w:val="20"/>
        </w:rPr>
        <w:t>56:37  Hudaybiyyah ke baad jab peace ke halaat ho gaye to interaction barh gaya, to interaction barh gaya, dawah</w:t>
      </w:r>
      <w:r>
        <w:br/>
      </w:r>
      <w:r>
        <w:rPr>
          <w:sz w:val="20"/>
        </w:rPr>
        <w:t>56:44  barh gayi.</w:t>
      </w:r>
      <w:r>
        <w:br/>
      </w:r>
      <w:r>
        <w:rPr>
          <w:sz w:val="20"/>
        </w:rPr>
        <w:t>56:46  interaction hi se dawah hoti hai.</w:t>
      </w:r>
      <w:r>
        <w:br/>
      </w:r>
      <w:r>
        <w:rPr>
          <w:sz w:val="20"/>
        </w:rPr>
        <w:t>56:48  to ghaleban Ibn Shihab al-Zuhri ki baat yeh hai aur bohat sahi baat hai.</w:t>
      </w:r>
    </w:p>
    <w:p>
      <w:pPr>
        <w:pStyle w:val="Heading2"/>
      </w:pPr>
      <w:r>
        <w:t>Women Role Models in Islamic History</w:t>
      </w:r>
    </w:p>
    <w:p>
      <w:r>
        <w:rPr>
          <w:color w:val="666666"/>
          <w:sz w:val="18"/>
        </w:rPr>
        <w:t>Seerah &amp; Prophet · The Role of a Woman March 8, 2020 Maulana Wahiduddin Khan · 1m 22s · at 28:17 · https://youtu.be/aBPy_KTsk1A?t=1697</w:t>
      </w:r>
    </w:p>
    <w:p>
      <w:r>
        <w:rPr>
          <w:i/>
        </w:rPr>
        <w:t>“On Women's Day, I want to ask: are there examples of women in Islamic history from whom today's women can take guidance?”</w:t>
      </w:r>
    </w:p>
    <w:p>
      <w:r>
        <w:rPr>
          <w:sz w:val="20"/>
        </w:rPr>
        <w:t>28:17  Maulana, agla sawal Dhiraj Kumar ji ka hai. Unho'n ne location nahi likhi hai. Woh is waqt aap ka program dekh rahe hain.</w:t>
      </w:r>
      <w:r>
        <w:br/>
      </w:r>
      <w:r>
        <w:rPr>
          <w:sz w:val="20"/>
        </w:rPr>
        <w:t>28:25  unho'n ne likha hai "Maulana, my respects. Main ne aap ko bohat waqt se parha hai aur aap ko waqai mein</w:t>
      </w:r>
      <w:r>
        <w:br/>
      </w:r>
      <w:r>
        <w:rPr>
          <w:sz w:val="20"/>
        </w:rPr>
        <w:t>28:35  buzurg samajhta hoon. Aap ka gyan Sahadpur aur Vic Park hai. Main aaj Mahila Diwas pe aap se yeh janna chahta hoon ke Islami tareekh se kuch aisi khawateen ka misaal zaroor hoga jin se aaj ki khawateen</w:t>
      </w:r>
      <w:r>
        <w:br/>
      </w:r>
      <w:r>
        <w:rPr>
          <w:sz w:val="20"/>
        </w:rPr>
        <w:t>28:54  hausla hasil kar sakti hain. Aap un se, aap un mein se kuch ke bare mein batane ki meherbani kijiye.</w:t>
      </w:r>
      <w:r>
        <w:br/>
      </w:r>
      <w:r>
        <w:rPr>
          <w:sz w:val="20"/>
        </w:rPr>
        <w:t>29:03  Parmeshwar aap ko aage bhi sehat mand zindagi ata kare, aisi meri dua hai. Mashallah, mashallah.</w:t>
      </w:r>
      <w:r>
        <w:br/>
      </w:r>
      <w:r>
        <w:rPr>
          <w:sz w:val="20"/>
        </w:rPr>
        <w:t>29:12  mein aap ke liye bohat dua karta hoon. Miss Shabina Ali ne Kolkata se likha hai "Maulana, you have always reiterated the role of women in the mission work</w:t>
      </w:r>
      <w:r>
        <w:br/>
      </w:r>
      <w:r>
        <w:rPr>
          <w:sz w:val="20"/>
        </w:rPr>
        <w:t>29:24  . Thank you for appreciating and inspiring us that has helped us in recognizing and unfolding our potential." Mashallah, Mashallah,</w:t>
      </w:r>
    </w:p>
    <w:p>
      <w:pPr>
        <w:pStyle w:val="Heading2"/>
      </w:pPr>
      <w:r>
        <w:t>Women's hijab in Prophet's time and now</w:t>
      </w:r>
    </w:p>
    <w:p>
      <w:r>
        <w:rPr>
          <w:color w:val="666666"/>
          <w:sz w:val="18"/>
        </w:rPr>
        <w:t>Seerah &amp; Prophet · The Importance of the Quran May 15, 2016 Maulana Wahiduddin Khan · 1m 05s · at 1:04:33 · https://youtu.be/9a-OOUR_bLg?t=3873</w:t>
      </w:r>
    </w:p>
    <w:p>
      <w:r>
        <w:rPr>
          <w:i/>
        </w:rPr>
        <w:t>“How did women use to live in the time of the Prophet regarding hijab and burqa, and what is the order now?”</w:t>
      </w:r>
    </w:p>
    <w:p>
      <w:r>
        <w:rPr>
          <w:sz w:val="20"/>
        </w:rPr>
        <w:t>1:04:33  Maulana, agla sawal kya hai Nabeel Hussain sahib ne Lahore Pakistan se aur unhone aap se poocha hai ke is hijab aur burqa.</w:t>
      </w:r>
      <w:r>
        <w:br/>
      </w:r>
      <w:r>
        <w:rPr>
          <w:sz w:val="20"/>
        </w:rPr>
        <w:t>1:04:44  Alsu di Arab way to live. How did women use to live in the time of the prophet and what is the order now?</w:t>
      </w:r>
      <w:r>
        <w:br/>
      </w:r>
      <w:r>
        <w:rPr>
          <w:sz w:val="20"/>
        </w:rPr>
        <w:t>1:04:56  Dekhein, aap do kitaab parh lijiye is maamle mein. Aik to bari kitaab hai, is ka naam hai Khatoon e Islam aur doosri kitaab hai mashhoor Arab aalim</w:t>
      </w:r>
      <w:r>
        <w:br/>
      </w:r>
      <w:r>
        <w:rPr>
          <w:sz w:val="20"/>
        </w:rPr>
        <w:t>1:05:15  Naseeruddin Alalbani, Sheikh Naseeruddin Alalbani ki kitaab hai Hijab al Marat al Muslima.</w:t>
      </w:r>
      <w:r>
        <w:br/>
      </w:r>
      <w:r>
        <w:rPr>
          <w:sz w:val="20"/>
        </w:rPr>
        <w:t>1:05:25  Is kitaab ka khulasa maine apni kitaab mein, yeh Arabi kitaab hai, is ka khulasa maine apni kitaab mein Urdu mein de diya hai. Is ko aap parh lijiye, phir sawal kijiye.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