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17 questions · category Seerah &amp; Prophet · full transcripts with timestamps · exported 2026-09-21</w:t>
      </w:r>
    </w:p>
    <w:p>
      <w:pPr>
        <w:pStyle w:val="Heading2"/>
      </w:pPr>
      <w:r>
        <w:t>Debating Non-Muslim Scholars for Dawah</w:t>
      </w:r>
    </w:p>
    <w:p>
      <w:r>
        <w:rPr>
          <w:color w:val="666666"/>
          <w:sz w:val="18"/>
        </w:rPr>
        <w:t>Seerah &amp; Prophet · The Secret of Divine Wisdom September 2, 2012 · 7m 15s · at 1:04:05 · https://youtu.be/ZXQlrW7PqAE?t=3845</w:t>
      </w:r>
    </w:p>
    <w:p>
      <w:r>
        <w:rPr>
          <w:i/>
        </w:rPr>
        <w:t>“Some Islamic preachers nowadays engage in public debates with non-Islamic scholars, pointing out shortcomings in their scriptures, and people clap and laugh. Do you think this is the right way of spreading Islam? Did Prophet Muhammad ever engage in debates, and how did he hold debates with non-Islamic religious scholars?”</w:t>
      </w:r>
    </w:p>
    <w:p>
      <w:r>
        <w:rPr>
          <w:sz w:val="20"/>
        </w:rPr>
        <w:t>1:04:05  molana agla sawal hyderabad se aya hai zeeshan yusuf sahab ka</w:t>
      </w:r>
      <w:r>
        <w:br/>
      </w:r>
      <w:r>
        <w:rPr>
          <w:sz w:val="20"/>
        </w:rPr>
        <w:t>1:04:10  unhone likha hai some islamic preachers have engaged themself now a days in public debate with non islamic scholars they invite other scholars in muslim congregation and point out shortcomings in their scriptures most of the time people seem to be clapping and laughing during the session do you think it is right way of spreading islam</w:t>
      </w:r>
      <w:r>
        <w:br/>
      </w:r>
      <w:r>
        <w:rPr>
          <w:sz w:val="20"/>
        </w:rPr>
        <w:t>1:04:39  dead prophet muhammad ever engaged himself in debate how did he hold debate with other non islamic religious scholar dekhiye dawat nahi hai to shaitani kaam hai yeh koi shaq nahi</w:t>
      </w:r>
      <w:r>
        <w:br/>
      </w:r>
      <w:r>
        <w:rPr>
          <w:sz w:val="20"/>
        </w:rPr>
        <w:t>1:04:55  yeh dawat nahi dawat to khair khwahi ka naam hai main apna qissa batata hoon aap ko</w:t>
      </w:r>
      <w:r>
        <w:br/>
      </w:r>
      <w:r>
        <w:rPr>
          <w:sz w:val="20"/>
        </w:rPr>
        <w:t>1:05:02  ek sahab jo isi qism ke ek yani ek yani jo apne ko duai kehte hain mere nazdeek woh debater hain woh to un ke haan bohat dinon tak rahe woh phir mere paas aaye the woh to maine un se poocha ke aap wahan bohat din</w:t>
      </w:r>
      <w:r>
        <w:br/>
      </w:r>
      <w:r>
        <w:rPr>
          <w:sz w:val="20"/>
        </w:rPr>
        <w:t>1:05:22  on tak rahe hain mujhe yeh bataiye ke jab woh taqreer karte hain jab woh jalsay mein bolte hain to wahan par taliyan bajti hain ke nahi kaha khoob taliyan bajti hain hum bhi taliyan bajate hain acha phir maine poocha ke rasool Allah ke zamane mein sahaba the rasool Allah bhi bolte the to kaha sahaba taliyan bajate the</w:t>
      </w:r>
      <w:r>
        <w:br/>
      </w:r>
      <w:r>
        <w:rPr>
          <w:sz w:val="20"/>
        </w:rPr>
        <w:t>1:05:48  to kaha ke nahi to maine kaha ke dekhein hadees mein aata hai ke man adras peghambrana malminh yani rasool Allah ke namune ke ilawa jo tareeqe hain woh agar islam mein dakhil kiye jayein to woh rejecter hain woh un ko radd kar diya jaye ga</w:t>
      </w:r>
      <w:r>
        <w:br/>
      </w:r>
      <w:r>
        <w:rPr>
          <w:sz w:val="20"/>
        </w:rPr>
        <w:t>1:06:08  to yeh jo jo yeh nikal rakha hai logon ne ke jalsay karo taqreerein karo logon ke pride logon ke yani sense of pride ko feed karo aur taliyan bajao wahan par khoob yeh to yeh to shaitani kaam hai islam se kya taluq is ka hai to is ke baad unhone chhod diya wahan jana baharhal yeh jo tareeqa hai is ko debate kaha jata hai is ka islam se koi taluq nahi hai</w:t>
      </w:r>
      <w:r>
        <w:br/>
      </w:r>
      <w:r>
        <w:rPr>
          <w:sz w:val="20"/>
        </w:rPr>
        <w:t>1:06:36  yeh yeh qoumi pride apne qoumi pride ko establish karna hai yeh yeh jo cheezein hain jo yeh apne qoumi pride ko establish karne ke liye hoti hain</w:t>
      </w:r>
      <w:r>
        <w:br/>
      </w:r>
      <w:r>
        <w:rPr>
          <w:sz w:val="20"/>
        </w:rPr>
        <w:t>1:06:49  dawat to dekhiye quran mein aya hai ini lakum naseh peghambr ne kaha apne jo audience tha us se ke main tumhara khair khwah hoon aur yeh jo yeh jo log hain yeh islam ke fakhar ko establish karte hain musalmanon ke pride ko feed karte hain bilashuba yeh batil hai is ka islam se koi taluq nahi hai</w:t>
      </w:r>
      <w:r>
        <w:br/>
      </w:r>
      <w:r>
        <w:rPr>
          <w:sz w:val="20"/>
        </w:rPr>
        <w:t>1:07:17  islam se taluq is dawati kaam ka hai jis mein aadmi aadmi jo hai doosre ki khair khwahi se kaam kare aur sanjeedgi jis ke andar ho yani sahaba ke haan jo taliyan nahi bajti thi aur yahan taliyan bajti hain to yeh saada baat nahi hai rasool Allah ki taqreer se logon ke andar kya hota tha repentance aata tha soch jaagti thi</w:t>
      </w:r>
      <w:r>
        <w:br/>
      </w:r>
      <w:r>
        <w:rPr>
          <w:sz w:val="20"/>
        </w:rPr>
        <w:t>1:07:45  apne andar transaction karne lagte the woh log yeh jo aaj kal hota hai yeh to fakhar ka mahol wahan paida hota hai yani un ka fakhar ko ghiza milti hai yeh yeh islam nahi hai agar is tarah ki taqreeron se logon ke andar soch jaage repentance jaage yani transaction jaage to taliyan kabhi bajengi nahi taliyon ki laihaz uthe hi nahi</w:t>
      </w:r>
      <w:r>
        <w:br/>
      </w:r>
      <w:r>
        <w:rPr>
          <w:sz w:val="20"/>
        </w:rPr>
        <w:t>1:08:14  baharhal main is ko bilkul hi islam se is ka koi taluq nahi molana tamil nadu se molana iqbal umri sahab ne aapse poocha hai ke sulah ki hikmat ko buzdi ka aur sazish ka naam dena kitni bari nadani hai is ki mazeed wazahat karein nadani ka yeh to kufr hai mere nazdeek</w:t>
      </w:r>
      <w:r>
        <w:br/>
      </w:r>
      <w:r>
        <w:rPr>
          <w:sz w:val="20"/>
        </w:rPr>
        <w:t>1:08:43  kyun ke agar aap sulah ko buzdi kahenge to rasool Allah ke bare mein kya kahenge phir</w:t>
      </w:r>
      <w:r>
        <w:br/>
      </w:r>
      <w:r>
        <w:rPr>
          <w:sz w:val="20"/>
        </w:rPr>
        <w:t>1:08:51  agar aap sulah ko buzdi ka rasool Allah ki sulah to tareekh mein kisi ne bhi ya is tarah unilateral tor par doosre ki condition ko man kar shuru nahi ki thi na is se pehle koi waqea hai na rasool Allah ke baad ka waqea hai to sulah ki aakhri misaal hai woh</w:t>
      </w:r>
      <w:r>
        <w:br/>
      </w:r>
      <w:r>
        <w:rPr>
          <w:sz w:val="20"/>
        </w:rPr>
        <w:t>1:09:11  to agar aap kahein ke is tarah qism ki sulah jo buzdi hai to rasool Allah ke bare mein kya kahenge aap</w:t>
      </w:r>
      <w:r>
        <w:br/>
      </w:r>
      <w:r>
        <w:rPr>
          <w:sz w:val="20"/>
        </w:rPr>
        <w:t>1:09:20  abhi hamare bhai sajid anwar sahab ne qissa bataya ke ek majlis mein woh the to wahan par baat aayi ke quran ka logon ko hindu logon ko humein quran pahunchana hai to wahan ek musalman the unhone kaha ke bhai woh to phar ke phenk dein to kya karenge aap</w:t>
      </w:r>
      <w:r>
        <w:br/>
      </w:r>
      <w:r>
        <w:rPr>
          <w:sz w:val="20"/>
        </w:rPr>
        <w:t>1:09:40  yani aap unhein ja kar quran padh jayeinge aur phar kar un ko leader bed mein daal denge quran koi khane mein phar phar denge to ek sahab the wahan par maujood un ka bataya unhone ke doctor andaleeb bhi unhone kaha ke dekhiye rasool Allah ne apne zamane mein ek dawati maktoob bheja tha shaeeran ka naam</w:t>
      </w:r>
      <w:r>
        <w:br/>
      </w:r>
      <w:r>
        <w:rPr>
          <w:sz w:val="20"/>
        </w:rPr>
        <w:t>1:10:09  jis ko kisra kaha jata tha to shaeeran ke naam jab woh jo maktoob tha us mein quran ki ayatein likhi hui thi jab ek sahabi le kar gaye the jab unhone shah ko diya jo takht par baitha hua tha to us ko ghussa aaya us ne phar ke phenk diya usi waqt phar kar phenk diya</w:t>
      </w:r>
      <w:r>
        <w:br/>
      </w:r>
      <w:r>
        <w:rPr>
          <w:sz w:val="20"/>
        </w:rPr>
        <w:t>1:10:35  to unhone kaha ke haan unhone yeh kaha tha ke phar kar phenk de ga to is ka gunah gunah kis ke upar jaye ga to unhone kaha ke rasool Allah ka khat phar ke phenk diya gaya to is ka gunah kis ke upar jaye ga yeh koi logic nahi hai yeh sab jhooti baatein hain yeh shaitan baqayda hai ke musalman dawati kaam na karein to sulah Hazrat badr ne sulah hikmat hai wisdom hai</w:t>
      </w:r>
      <w:r>
        <w:br/>
      </w:r>
      <w:r>
        <w:rPr>
          <w:sz w:val="20"/>
        </w:rPr>
        <w:t>1:11:04  woh sulah ke baghair koi kaam hi nahi ho sakta quran mein ek alsulhu khair sulah sab se behtar tareeqa hai jo log sulah ko buzdi kahein un ki zuban se shaitan bolta hai</w:t>
      </w:r>
    </w:p>
    <w:p>
      <w:pPr>
        <w:pStyle w:val="Heading2"/>
      </w:pPr>
      <w:r>
        <w:t>Examples of dissent in early Islam</w:t>
      </w:r>
    </w:p>
    <w:p>
      <w:r>
        <w:rPr>
          <w:color w:val="666666"/>
          <w:sz w:val="18"/>
        </w:rPr>
        <w:t>Seerah &amp; Prophet · Patience and Crisis 22 Dec 2019 - Maulana Wahiduddin Khan · 7m 46s · at 51:47 · https://youtu.be/ddnUKbhEoCI?t=3107</w:t>
      </w:r>
    </w:p>
    <w:p>
      <w:r>
        <w:rPr>
          <w:i/>
        </w:rPr>
        <w:t>“I want to know if there is any example of dissent in early history of Islam.”</w:t>
      </w:r>
    </w:p>
    <w:p>
      <w:r>
        <w:rPr>
          <w:sz w:val="20"/>
        </w:rPr>
        <w:t>51:47  maulana agla sawal ah doctor safeena tabassum ne saharanpur se bheja hai. unhon ne aap se poocha hai: "Maulana sahib I want to know if there is any example of dissent in early history of Islam." mani to milega lekin main samajhta hoon ke yeh jo term hai, term yeh term to west ki den hai.</w:t>
      </w:r>
      <w:r>
        <w:br/>
      </w:r>
      <w:r>
        <w:rPr>
          <w:sz w:val="20"/>
        </w:rPr>
        <w:t>52:13  yeh term dis-sent.</w:t>
      </w:r>
      <w:r>
        <w:br/>
      </w:r>
      <w:r>
        <w:rPr>
          <w:sz w:val="20"/>
        </w:rPr>
        <w:t>52:24  asl dekhiye yeh hai ke thande mulkon mein western country thande mulkon mein develop hua to garam mulk duniya mein hain, thande mulk duniya mein hain.</w:t>
      </w:r>
      <w:r>
        <w:br/>
      </w:r>
      <w:r>
        <w:rPr>
          <w:sz w:val="20"/>
        </w:rPr>
        <w:t>52:36  to aap agar study karein garam mizaj, thande mizaj ka to garam mizaj reaction ki taraf le aata hai aur thanda mizaj sochne ki taraf le aata hai.</w:t>
      </w:r>
      <w:r>
        <w:br/>
      </w:r>
      <w:r>
        <w:rPr>
          <w:sz w:val="20"/>
        </w:rPr>
        <w:t>52:51  kaise manage karein aap? to in in ko allah ta'ala ne thande mizaj ke log paida kiye, garam mizaj ke log paida kiye.</w:t>
      </w:r>
      <w:r>
        <w:br/>
      </w:r>
      <w:r>
        <w:rPr>
          <w:sz w:val="20"/>
        </w:rPr>
        <w:t>53:03  to dono ka alag alag function hai. to western log jo the woh thande yani main ek baat arz karoon ke main samajhta hoon ke jab hazrat adam kashti jo thi, kashti is mein kuch insaan bhar kar ke le jaye gaye to bohat si jaghein theen jahan un ko chhodha jata lekin un ko le ke chhodha gaya kahan?</w:t>
      </w:r>
      <w:r>
        <w:br/>
      </w:r>
      <w:r>
        <w:rPr>
          <w:sz w:val="20"/>
        </w:rPr>
        <w:t>53:30  turkey ki sarhad par. aur turkey ek sard mulk hai. main pehli baar jab gaya tha turkey to jab nikla is se gaadi se bahar to ajeeb tarah ki thandak hui thi jaise india mein kabhi nahi hui thi.</w:t>
      </w:r>
      <w:r>
        <w:br/>
      </w:r>
      <w:r>
        <w:rPr>
          <w:sz w:val="20"/>
        </w:rPr>
        <w:t>53:49  to allah ta'ala ko aise insaan jo matloob hain, jo kuch garam garam mizaj wale kaam bhi hain, woh is ko wahan drip kiya jata hai.</w:t>
      </w:r>
      <w:r>
        <w:br/>
      </w:r>
      <w:r>
        <w:rPr>
          <w:sz w:val="20"/>
        </w:rPr>
        <w:t>54:05  aur kuch kaam aise hain jo sirf thande mulkon mein develop hote hain. to main samajhta hoon ke hazrat adam ka jo qafila jo tha turkey ke thande mulk mein ja ke utara gaya,</w:t>
      </w:r>
      <w:r>
        <w:br/>
      </w:r>
      <w:r>
        <w:rPr>
          <w:sz w:val="20"/>
        </w:rPr>
        <w:t>54:21  hua phaila hua. to is liye ke yeh thande mizaj ke logon ke andar jo cheez develop hoti hai, us ko matloob tha allah ta'ala ko.</w:t>
      </w:r>
      <w:r>
        <w:br/>
      </w:r>
      <w:r>
        <w:rPr>
          <w:sz w:val="20"/>
        </w:rPr>
        <w:t>54:36  to dissent ka jo term hai, main samajhta hoon ke yeh bana hai inhi ilaqon mein. jahan tak main janta hoon, dissent ki koi misaal yani</w:t>
      </w:r>
      <w:r>
        <w:br/>
      </w:r>
      <w:r>
        <w:rPr>
          <w:sz w:val="20"/>
        </w:rPr>
        <w:t>54:53  doosri countries mein mujhe nahi milti. jo maine jo kitabein padhi hain, un kitabon mein mujhe west ke logon mein yeh cheez paai hi nahi, bahar ke logon mein nahi paai.</w:t>
      </w:r>
      <w:r>
        <w:br/>
      </w:r>
      <w:r>
        <w:rPr>
          <w:sz w:val="20"/>
        </w:rPr>
        <w:t>55:08  misal ke taur par India mein ya Asian countries mein to is ka tasawwur hi nahi hai. dissent, D.I.S.S.I.E.N.T. reaction yahan par reaction foran karte hain.</w:t>
      </w:r>
      <w:r>
        <w:br/>
      </w:r>
      <w:r>
        <w:rPr>
          <w:sz w:val="20"/>
        </w:rPr>
        <w:t>55:23  yeh meri maloomat ke mutabiq hai. ho sakta hai ke kisi ko maloomat mein yeh cheez shamil ho to woh batayega, inshallah.</w:t>
      </w:r>
      <w:r>
        <w:br/>
      </w:r>
      <w:r>
        <w:rPr>
          <w:sz w:val="20"/>
        </w:rPr>
        <w:t>55:36  miss sahar saleem ne bangalore se likha hai: "patience is the complete process that makes us eligible for jannat.</w:t>
      </w:r>
      <w:r>
        <w:br/>
      </w:r>
      <w:r>
        <w:rPr>
          <w:sz w:val="20"/>
        </w:rPr>
        <w:t>55:46  we need to realize with great hardship comes greater responsibilities." sajid anwar sahib ne mumbai se likha hai: "maulana you have explained many aspects of sabr in the past, but today aspect of sabr being the advance training for paradise was truly unique.</w:t>
      </w:r>
      <w:r>
        <w:br/>
      </w:r>
      <w:r>
        <w:rPr>
          <w:sz w:val="20"/>
        </w:rPr>
        <w:t>56:07  i will personalize this aspect of sabr inshallah." inshallah. maulana israr khateeb sahib ne chennai se likha hai: "maulana aaj kal india mein har ek manfi baatein kar raha hai,</w:t>
      </w:r>
      <w:r>
        <w:br/>
      </w:r>
      <w:r>
        <w:rPr>
          <w:sz w:val="20"/>
        </w:rPr>
        <w:t>56:23  hata ke bohat se log jo positive baatein kiya karte the, woh bhi aaj kal manfi baatein kar rahe hain. aur woh tamam ke tamam sadkon pe protest karte hue nazar aa rahe hain.</w:t>
      </w:r>
      <w:r>
        <w:br/>
      </w:r>
      <w:r>
        <w:rPr>
          <w:sz w:val="20"/>
        </w:rPr>
        <w:t>56:36  is mein sirf aap ka aur cps team ka istasna hai jo sabr aur positive thinking ki baatein karte hue allah ke kalma ko pahunchane mein laga hua hai.</w:t>
      </w:r>
      <w:r>
        <w:br/>
      </w:r>
      <w:r>
        <w:rPr>
          <w:sz w:val="20"/>
        </w:rPr>
        <w:t>56:49  agar aap ki guidance nahi hoti to hum bhi manfiyat mein manfiyat mein pa kar halak ho jate.</w:t>
      </w:r>
      <w:r>
        <w:br/>
      </w:r>
      <w:r>
        <w:rPr>
          <w:sz w:val="20"/>
        </w:rPr>
        <w:t>56:58  allah aap ko jaza-e-khair de." dekhiye, mera to yaqeen kijiye ke mere saathi jante hain, mera shukr ka item badh gaya hai, badh gaya hai.</w:t>
      </w:r>
      <w:r>
        <w:br/>
      </w:r>
      <w:r>
        <w:rPr>
          <w:sz w:val="20"/>
        </w:rPr>
        <w:t>57:12  jis ko aap kehte hain ziddi halaat, us ne mere shukr ko bohat badha diya hai, bohat badha diya hai. lekin yeh halaat ko main kya manta hoon?</w:t>
      </w:r>
      <w:r>
        <w:br/>
      </w:r>
      <w:r>
        <w:rPr>
          <w:sz w:val="20"/>
        </w:rPr>
        <w:t>57:24  un ko manta hoon main. woh</w:t>
      </w:r>
      <w:r>
        <w:br/>
      </w:r>
      <w:r>
        <w:rPr>
          <w:sz w:val="20"/>
        </w:rPr>
        <w:t>57:30  apple shock, apple shock to aisi badi cheez hai ke duniya mein jo apple shock pesh aaya tha pehli baar newton ke sath, us ke sar par saib gira tha, jis ko main apple shock ka naam diya hai.</w:t>
      </w:r>
      <w:r>
        <w:br/>
      </w:r>
      <w:r>
        <w:rPr>
          <w:sz w:val="20"/>
        </w:rPr>
        <w:t>57:47  mein ne to apple shock se insaan ko aik itni bari nemat ka ilm hua, jis jo bohat hi bari nemat hai lekin insaan be khabar tha is se.</w:t>
      </w:r>
      <w:r>
        <w:br/>
      </w:r>
      <w:r>
        <w:rPr>
          <w:sz w:val="20"/>
        </w:rPr>
        <w:t>58:00  woh thi zameen mein quwwat-e-kashish hona, gravitational pull.</w:t>
      </w:r>
      <w:r>
        <w:br/>
      </w:r>
      <w:r>
        <w:rPr>
          <w:sz w:val="20"/>
        </w:rPr>
        <w:t>58:09  kyunke agar zameen mein quwwat-e-kashish na hoti to har cheez unstable ho jati. stability zameen par hoti hi nahin.</w:t>
      </w:r>
      <w:r>
        <w:br/>
      </w:r>
      <w:r>
        <w:rPr>
          <w:sz w:val="20"/>
        </w:rPr>
        <w:t>58:19  yeh ghar hamara jo building hai jo hai, jis mein aap baithe hain, yeh hilta, darakht ukhar jata hai apni jaron se.</w:t>
      </w:r>
      <w:r>
        <w:br/>
      </w:r>
      <w:r>
        <w:rPr>
          <w:sz w:val="20"/>
        </w:rPr>
        <w:t>58:29  har cheez idhar udhar idhar udhar idhar. to stability itni bari nemat hai, woh Allah taala ne apple shock ke zariye se insaan ko bataya.</w:t>
      </w:r>
      <w:r>
        <w:br/>
      </w:r>
      <w:r>
        <w:rPr>
          <w:sz w:val="20"/>
        </w:rPr>
        <w:t>58:51  maulana agla comment parhna chahenge. yeh comment bheja hai professor farida khanam ne dilli se. unhon ne likha hai: "i think that muslims will have to strive to build good relations with their fellow men and perform dawah wa</w:t>
      </w:r>
      <w:r>
        <w:br/>
      </w:r>
      <w:r>
        <w:rPr>
          <w:sz w:val="20"/>
        </w:rPr>
        <w:t>59:08  rka. only then they will receive divine help. adopting aggressive attitude will only aggravate the situation.</w:t>
      </w:r>
      <w:r>
        <w:br/>
      </w:r>
      <w:r>
        <w:rPr>
          <w:sz w:val="20"/>
        </w:rPr>
        <w:t>59:17  am i right in thinking</w:t>
      </w:r>
      <w:r>
        <w:br/>
      </w:r>
      <w:r>
        <w:rPr>
          <w:sz w:val="20"/>
        </w:rPr>
        <w:t>59:19  so?" un ka bohat sahi hai, bohat sahi hai, bohat sahi hai, bohat sahi hai. jazakumullah.</w:t>
      </w:r>
    </w:p>
    <w:p>
      <w:pPr>
        <w:pStyle w:val="Heading2"/>
      </w:pPr>
      <w:r>
        <w:t>Explain Prophet's life and Abu Talib's speech</w:t>
      </w:r>
    </w:p>
    <w:p>
      <w:r>
        <w:rPr>
          <w:color w:val="666666"/>
          <w:sz w:val="18"/>
        </w:rPr>
        <w:t>Seerah &amp; Prophet · The Story of Hazrat Khadija Part I December 4, 2022 · 14m 14s · at 41:45 · https://youtu.be/cNzPbtW9AV0?t=2505</w:t>
      </w:r>
    </w:p>
    <w:p>
      <w:r>
        <w:rPr>
          <w:i/>
        </w:rPr>
        <w:t>“Tell us about the life of the Prophet (or the person being discussed), and also about Abu Talib's speech which shows Allah's great planning for the marriage of the Prophet with Khadija.”</w:t>
      </w:r>
    </w:p>
    <w:p>
      <w:r>
        <w:rPr>
          <w:sz w:val="20"/>
        </w:rPr>
        <w:t>41:45  hood. bilkul. to doctor sahab, agla sawal yahi hai ke un ki life ke bare mein, matlab kis tarah zindagi bitai. ji. is ke bare mein hum sab ko batain.</w:t>
      </w:r>
      <w:r>
        <w:br/>
      </w:r>
      <w:r>
        <w:rPr>
          <w:sz w:val="20"/>
        </w:rPr>
        <w:t>41:57  waise ek aur baat zehan mein aa rahi hai ke jo Abu Talib ki taqreer thi. ji. us mein yeh bhi ek cheez jhalakti hai ke Allah ki bohat bari planning thi.</w:t>
      </w:r>
      <w:r>
        <w:br/>
      </w:r>
      <w:r>
        <w:rPr>
          <w:sz w:val="20"/>
        </w:rPr>
        <w:t>42:11  ji. ke yeh shadi Rasool Allah ki Hazrat Khadija se ho</w:t>
      </w:r>
      <w:r>
        <w:br/>
      </w:r>
      <w:r>
        <w:rPr>
          <w:sz w:val="20"/>
        </w:rPr>
        <w:t>42:15  . ji ji ji. aur ek jo azeem mission Prophet ke upar Allah taala ko aaid karna tha.</w:t>
      </w:r>
      <w:r>
        <w:br/>
      </w:r>
      <w:r>
        <w:rPr>
          <w:sz w:val="20"/>
        </w:rPr>
        <w:t>42:23  ji. us ke liye yani ek bohat hi acha partner, jis ko Maulana kehte the spiritual partner. ji ji ji. to wo is sense mein she was the ideal spiritual partner for the Prophet.</w:t>
      </w:r>
      <w:r>
        <w:br/>
      </w:r>
      <w:r>
        <w:rPr>
          <w:sz w:val="20"/>
        </w:rPr>
        <w:t>42:36  ji. aur jaise aap ne kaha ke dunyaavi jo zarooriyat thin.</w:t>
      </w:r>
      <w:r>
        <w:br/>
      </w:r>
      <w:r>
        <w:rPr>
          <w:sz w:val="20"/>
        </w:rPr>
        <w:t>42:40  ji. us se bhi free kar diya. hmm. taake wo apna kaam, apne apne kaam pe focus kar saken. ji. is zamane mein bohat mushkil hota tha, aise aaj ki tarah se business waghera nahi hota tha.</w:t>
      </w:r>
      <w:r>
        <w:br/>
      </w:r>
      <w:r>
        <w:rPr>
          <w:sz w:val="20"/>
        </w:rPr>
        <w:t>42:53  hmm. yani is zamane mein earning was not a simple thing. ji. it was very difficult thing. to jo Rasool Allah Sal Allahu Alaihi Wasallam ko mission Allah taala ne diya tha.</w:t>
      </w:r>
      <w:r>
        <w:br/>
      </w:r>
      <w:r>
        <w:rPr>
          <w:sz w:val="20"/>
        </w:rPr>
        <w:t>43:04  j</w:t>
      </w:r>
      <w:r>
        <w:br/>
      </w:r>
      <w:r>
        <w:rPr>
          <w:sz w:val="20"/>
        </w:rPr>
        <w:t>43:05  y. us ke liye yeh yeh ek Khuda ki planning thi ke ek taraf to bohat hi acha spiritual partner diya. ji. jo poori tarah se tan man dhan se un ke sath lag gayin.</w:t>
      </w:r>
      <w:r>
        <w:br/>
      </w:r>
      <w:r>
        <w:rPr>
          <w:sz w:val="20"/>
        </w:rPr>
        <w:t>43:16  ji. aur isi ke sath sath jo un ki daulat thi, wo Rasool Allah ke mission mein kaam aayi. hmm. aur jaise aap ne kaha ke ke kya early life ke ke bare mein.</w:t>
      </w:r>
      <w:r>
        <w:br/>
      </w:r>
      <w:r>
        <w:rPr>
          <w:sz w:val="20"/>
        </w:rPr>
        <w:t>43:27  to nikah ke baad Hazrat Khadija kuch din Prophet ke sath Abu Talib ke ghar mein rahin.</w:t>
      </w:r>
      <w:r>
        <w:br/>
      </w:r>
      <w:r>
        <w:rPr>
          <w:sz w:val="20"/>
        </w:rPr>
        <w:t>43:36  phir kitabon mein aata hai ke ek Hazrat Khadija Razi Allah Anha ke ek nephew the jin ka naam tha Hakim bin Hazam.</w:t>
      </w:r>
      <w:r>
        <w:br/>
      </w:r>
      <w:r>
        <w:rPr>
          <w:sz w:val="20"/>
        </w:rPr>
        <w:t>43:46  to Hakim bin Hazam se unhon ne ek ghar khareeda Hazrat Khadija ne.</w:t>
      </w:r>
      <w:r>
        <w:br/>
      </w:r>
      <w:r>
        <w:rPr>
          <w:sz w:val="20"/>
        </w:rPr>
        <w:t>43:50  ji. aur us mein shift ho gaye yeh log, us mein move ho gaye. aur Hazrat Khadija ke sath kai aur bhi log rehte the. jaise Zaid Ibn Harisa.</w:t>
      </w:r>
      <w:r>
        <w:br/>
      </w:r>
      <w:r>
        <w:rPr>
          <w:sz w:val="20"/>
        </w:rPr>
        <w:t>44:01  ji. Zaid Ibn Harisa ek slave the, ghulam the jo jin ko Hazrat Khadija ne khareeda tha.</w:t>
      </w:r>
      <w:r>
        <w:br/>
      </w:r>
      <w:r>
        <w:rPr>
          <w:sz w:val="20"/>
        </w:rPr>
        <w:t>44:10  to jab shadi hui to Hazrat Khadija ne Zaid ko Prophet ko gift kar</w:t>
      </w:r>
      <w:r>
        <w:br/>
      </w:r>
      <w:r>
        <w:rPr>
          <w:sz w:val="20"/>
        </w:rPr>
        <w:t>44:18  diya. ji. kaha ke yeh aap ke sath rahenge aur aap ke helper ke tor pe. to foran Prophet Kaba mein aaye aur sab ke samne elan kiya ke aaj se Zaid free hain.</w:t>
      </w:r>
      <w:r>
        <w:br/>
      </w:r>
      <w:r>
        <w:rPr>
          <w:sz w:val="20"/>
        </w:rPr>
        <w:t>44:29  ji. to kuch arsay ke baad zaid ke father aur un ke uncle kahin bahar se aaye, kahin kahin bahar ke thay woh makkah se bahar.</w:t>
      </w:r>
      <w:r>
        <w:br/>
      </w:r>
      <w:r>
        <w:rPr>
          <w:sz w:val="20"/>
        </w:rPr>
        <w:t>44:40  aur kaha prophet se ke aap ne zaid ko free kar diya to ab hum le jana chahte hain.</w:t>
      </w:r>
      <w:r>
        <w:br/>
      </w:r>
      <w:r>
        <w:rPr>
          <w:sz w:val="20"/>
        </w:rPr>
        <w:t>44:48  to zaid ne kaha ke main nahi jaunga. ji. main prophet ke sath hi rahunga. to apne father ke sath gaye nahi, woh uncle ke sath nahi gaye. aur poori zindagi prophet ke sath rahe aur he was the first person to write the quran.</w:t>
      </w:r>
      <w:r>
        <w:br/>
      </w:r>
      <w:r>
        <w:rPr>
          <w:sz w:val="20"/>
        </w:rPr>
        <w:t>45:03  ji. jab pehli wahi aayi to zaid r.a. ne likhi yeh. to yani woh katib e wahi bhi thay.</w:t>
      </w:r>
      <w:r>
        <w:br/>
      </w:r>
      <w:r>
        <w:rPr>
          <w:sz w:val="20"/>
        </w:rPr>
        <w:t>45:14  ji. to is is tareeqay se zaid ibn harisa r.a. wahan rehte thay un ke sath. aur ek sahabi thay zubair ibn awwam, yeh bhi bohat earliest followers mein thay, yeh bhi raha karte thay.</w:t>
      </w:r>
      <w:r>
        <w:br/>
      </w:r>
      <w:r>
        <w:rPr>
          <w:sz w:val="20"/>
        </w:rPr>
        <w:t>45:29  aise hi hazrat ali r.a., woh bhi rehte thay chunaanche woh abu talib ke bete thay aur taqreeban das barah saal ki age thi us waqt in ki.</w:t>
      </w:r>
      <w:r>
        <w:br/>
      </w:r>
      <w:r>
        <w:rPr>
          <w:sz w:val="20"/>
        </w:rPr>
        <w:t>45:43  ji</w:t>
      </w:r>
      <w:r>
        <w:br/>
      </w:r>
      <w:r>
        <w:rPr>
          <w:sz w:val="20"/>
        </w:rPr>
        <w:t>45:44  . aur hazrat khadija ke chhay bachay hue, do two boys and four girls. ji. jo jo bete thay un ki to bohat kam age mein un ki death ho gayi.</w:t>
      </w:r>
      <w:r>
        <w:br/>
      </w:r>
      <w:r>
        <w:rPr>
          <w:sz w:val="20"/>
        </w:rPr>
        <w:t>45:55  un ka naam qasim aur abdullah tha. aur jo betiyan thi zainab, ruqayya, umm kulsoom aur fatima, yeh bari huin. ji. aur inshallah kisi mauqa pe un ke baray mein bhi.</w:t>
      </w:r>
      <w:r>
        <w:br/>
      </w:r>
      <w:r>
        <w:rPr>
          <w:sz w:val="20"/>
        </w:rPr>
        <w:t>46:08  inshallah. kuch na kuch dekha jayega. ji.</w:t>
      </w:r>
      <w:r>
        <w:br/>
      </w:r>
      <w:r>
        <w:rPr>
          <w:sz w:val="20"/>
        </w:rPr>
        <w:t>46:12  doctor sahib, kuch comments parhna chahunga. yeh bheja hai rohit kumar ji ne amritsar se, unho ne likha hai: "cps team ka dil bhi molana ji ka, molana ji ke dil ke jaisa hai." jazak allah doctor sahib.</w:t>
      </w:r>
      <w:r>
        <w:br/>
      </w:r>
      <w:r>
        <w:rPr>
          <w:sz w:val="20"/>
        </w:rPr>
        <w:t>46:27  muhammad asif sahib ne kanpur se likha hai: "pehli baar itni gehri baatein maloom ho payin hazrat khadija ke baray mein." jazak allah.</w:t>
      </w:r>
      <w:r>
        <w:br/>
      </w:r>
      <w:r>
        <w:rPr>
          <w:sz w:val="20"/>
        </w:rPr>
        <w:t>46:36  aur</w:t>
      </w:r>
      <w:r>
        <w:br/>
      </w:r>
      <w:r>
        <w:rPr>
          <w:sz w:val="20"/>
        </w:rPr>
        <w:t>46:37  mehak fiaz khan ne, muhammad irfan rasheedi sahib ne, syed haseeb shah naqvi ne, sab ne bohat pasand karaya hai, kaha hai ke very informative session, indeed thoughtful.</w:t>
      </w:r>
      <w:r>
        <w:br/>
      </w:r>
      <w:r>
        <w:rPr>
          <w:sz w:val="20"/>
        </w:rPr>
        <w:t>46:52  jazak allah. doctor sahib, to dono ka jo companionship ka time raha, woh taqreeban pachis saal ka</w:t>
      </w:r>
      <w:r>
        <w:br/>
      </w:r>
      <w:r>
        <w:rPr>
          <w:sz w:val="20"/>
        </w:rPr>
        <w:t>47:03  raha. and hum yeh bhi kaha jata hai ke hazrat khadija was not just a wife but she was an intimate friend, a wise counselor and mother of prophet's household.</w:t>
      </w:r>
      <w:r>
        <w:br/>
      </w:r>
      <w:r>
        <w:rPr>
          <w:sz w:val="20"/>
        </w:rPr>
        <w:t>47:15  to un ke beech mein zahir si baat hai bohat spiritual discussions rahe honge. to is ke baray mein hum sab ko thoda sa batayen. molana iqbal umri sahib ne ek mujhe kitab bheji.</w:t>
      </w:r>
      <w:r>
        <w:br/>
      </w:r>
      <w:r>
        <w:rPr>
          <w:sz w:val="20"/>
        </w:rPr>
        <w:t>47:28  ji. jis ka title hai seerat khadijatul kubra.</w:t>
      </w:r>
      <w:r>
        <w:br/>
      </w:r>
      <w:r>
        <w:rPr>
          <w:sz w:val="20"/>
        </w:rPr>
        <w:t>47:32  ji. aur is ke author ka naam hai hakeem muhammad idrees farooqi. ji. to woh mujhe bohat kitab pasand aayi, us mein kai cheezein main ne jo aaj batayi hain us mein se li hain.</w:t>
      </w:r>
      <w:r>
        <w:br/>
      </w:r>
      <w:r>
        <w:rPr>
          <w:sz w:val="20"/>
        </w:rPr>
        <w:t>47:41  ji ji. lekin us mein ek article bohat acha tha. ji. us ka us ki heading thi arifana mazakarat. ji. yani intellectual spiritual discussions</w:t>
      </w:r>
      <w:r>
        <w:br/>
      </w:r>
      <w:r>
        <w:rPr>
          <w:sz w:val="20"/>
        </w:rPr>
        <w:t>47:51  . ji. to is se pata chalta hai us mein yeh baatein thi ke rasool allah s.a.w. aur hazrat khadija bohat hi higher level ke intellectual intellectual aur spiritual discussion kiya karte thay.</w:t>
      </w:r>
      <w:r>
        <w:br/>
      </w:r>
      <w:r>
        <w:rPr>
          <w:sz w:val="20"/>
        </w:rPr>
        <w:t>48:05  ji. yani gehrai se baaton ko sochna aur us pe ghor karna, us ko discuss karna.</w:t>
      </w:r>
      <w:r>
        <w:br/>
      </w:r>
      <w:r>
        <w:rPr>
          <w:sz w:val="20"/>
        </w:rPr>
        <w:t>48:13  to yeh ek allah taala ki planning thi ke rasool allah s.a.w. ko aisa ek life partner dein ke woh un ke sath jo aala haqiqatein hain us ke upar discussion kar saken.</w:t>
      </w:r>
      <w:r>
        <w:br/>
      </w:r>
      <w:r>
        <w:rPr>
          <w:sz w:val="20"/>
        </w:rPr>
        <w:t>48:32  ke kis ne hamein paida kiya hai, kaun khaliq hai, kaun malik hai. ji. yeh zindagi kya hai, maut kya hai, maut ke baad kya pesh</w:t>
      </w:r>
      <w:r>
        <w:br/>
      </w:r>
      <w:r>
        <w:rPr>
          <w:sz w:val="20"/>
        </w:rPr>
        <w:t>48:41  aana hai. hmm. aur zindagi ka maqsad kya hai jis ko molana creation plan kaha karte thay. to in sab cheezon pe yeh discussions hote thay rasool allah s.a.w. ke aur hazrat khadija r.a. ke.</w:t>
      </w:r>
      <w:r>
        <w:br/>
      </w:r>
      <w:r>
        <w:rPr>
          <w:sz w:val="20"/>
        </w:rPr>
        <w:t>48:54  to yani aik yeh talash haq ka safar tha. ji</w:t>
      </w:r>
      <w:r>
        <w:br/>
      </w:r>
      <w:r>
        <w:rPr>
          <w:sz w:val="20"/>
        </w:rPr>
        <w:t>48:58  yi. chuna'nkeh yeh jo pandrah saal yeh bhi bohat hi crucial is tareeqay say Allah ki planning thi keh Hazrat Khadijah kay saath taqreeban pandrah saal before prophethood.</w:t>
      </w:r>
      <w:r>
        <w:br/>
      </w:r>
      <w:r>
        <w:rPr>
          <w:sz w:val="20"/>
        </w:rPr>
        <w:t>49:12  ji. to yeh bhi aik tayari ka marhala tha. aisa nahi hai keh kisi Allah taala ka tareeqa hai keh aik jo peghambar hota hai us ko bhi tayari ki zaroorat hoti hai.</w:t>
      </w:r>
      <w:r>
        <w:br/>
      </w:r>
      <w:r>
        <w:rPr>
          <w:sz w:val="20"/>
        </w:rPr>
        <w:t>49:21  hmm. aisa nahi hai keh aik din achaanak farishtah aata hai keh aap ko peghambar bana diya</w:t>
      </w:r>
      <w:r>
        <w:br/>
      </w:r>
      <w:r>
        <w:rPr>
          <w:sz w:val="20"/>
        </w:rPr>
        <w:t>49:25  . ji. balkeh aap dainkh agar Hazrat Musa علیہ السلام kay qissay mein bohat acha is ka is ka namoona humain milta hai keh woh Madeen gaye.</w:t>
      </w:r>
      <w:r>
        <w:br/>
      </w:r>
      <w:r>
        <w:rPr>
          <w:sz w:val="20"/>
        </w:rPr>
        <w:t>49:36  hmm. das saal wahan rahay. aur bohat mushkil halaat say guzray. aur wahan par aik buzurg bhi mil gaye un kay saath discussion karna, un kay saath bohat hi un ki jo learning thi woh bari hogi.</w:t>
      </w:r>
      <w:r>
        <w:br/>
      </w:r>
      <w:r>
        <w:rPr>
          <w:sz w:val="20"/>
        </w:rPr>
        <w:t>49:52  ji. phir jab woh wapas aa rahay thay to koh-e-toor pe mount Sinai pe Allah taala nay, Allah taala hum hum kalam hua, Allah taala nay baat ki.</w:t>
      </w:r>
      <w:r>
        <w:br/>
      </w:r>
      <w:r>
        <w:rPr>
          <w:sz w:val="20"/>
        </w:rPr>
        <w:t>50:01  aur Quran mein aata hai: "ثم جئت علی قدر یا موسیٰ". ji. keh now you have come upon the standard.</w:t>
      </w:r>
      <w:r>
        <w:br/>
      </w:r>
      <w:r>
        <w:rPr>
          <w:sz w:val="20"/>
        </w:rPr>
        <w:t>50:11  ji. yani aik aik aik maqam pe aa gaye tum keh ab tum say Allah taala baat kar</w:t>
      </w:r>
      <w:r>
        <w:br/>
      </w:r>
      <w:r>
        <w:rPr>
          <w:sz w:val="20"/>
        </w:rPr>
        <w:t>50:17  ay. ji. to yeh to aik peghambar kay liye hai lekin aam insaanon kay liye bhi yeh cheez hai keh jab tak keh woh apnay andar gehri marifat nahi jagaye ga aur study jis ko Maulana kehtay thay keh aap log study barhaiye apni.</w:t>
      </w:r>
      <w:r>
        <w:br/>
      </w:r>
      <w:r>
        <w:rPr>
          <w:sz w:val="20"/>
        </w:rPr>
        <w:t>50:31  hmm. aur gehrai say tadabbur aur tafakkur aur</w:t>
      </w:r>
      <w:r>
        <w:br/>
      </w:r>
      <w:r>
        <w:rPr>
          <w:sz w:val="20"/>
        </w:rPr>
        <w:t>50:34  . ji. in sab cheezon gehrai say apnay andar woh aala marifat ko nahi paida karay ga tab tak woh jo inspirations Khuda ki taraf say atay hain, faizanaat jis say insaan ka spiritual development hota hai tab tak nahi hoga.</w:t>
      </w:r>
      <w:r>
        <w:br/>
      </w:r>
      <w:r>
        <w:rPr>
          <w:sz w:val="20"/>
        </w:rPr>
        <w:t>50:48  abhi ho kya raha hai keh log rati hui dua'ain yaad kar kay parhtay hain. hmm. aur aik ritualistic andaaz ka aur aik aik form based religion hai.</w:t>
      </w:r>
      <w:r>
        <w:br/>
      </w:r>
      <w:r>
        <w:rPr>
          <w:sz w:val="20"/>
        </w:rPr>
        <w:t>50:59  ji.</w:t>
      </w:r>
      <w:r>
        <w:br/>
      </w:r>
      <w:r>
        <w:rPr>
          <w:sz w:val="20"/>
        </w:rPr>
        <w:t>51:00  keh jab tak woh gehri marifat nahi paida hogi aur marifat ka tareeqa yahi hai keh gehrai say sochna aur Khuda say dua karna aur study ko barhana.</w:t>
      </w:r>
      <w:r>
        <w:br/>
      </w:r>
      <w:r>
        <w:rPr>
          <w:sz w:val="20"/>
        </w:rPr>
        <w:t>51:12  to yeh jo waqfah tha shadi say lay kay prophethood tak yeh aik tayari ka waqfah tha jis mein Hazrat Khadijah ka bohat hi bara role hai.</w:t>
      </w:r>
      <w:r>
        <w:br/>
      </w:r>
      <w:r>
        <w:rPr>
          <w:sz w:val="20"/>
        </w:rPr>
        <w:t>51:22  ji. unhon nay bilkul aik aik bohat hi achay partner ka role ada kiya. ji. mashaa</w:t>
      </w:r>
      <w:r>
        <w:br/>
      </w:r>
      <w:r>
        <w:rPr>
          <w:sz w:val="20"/>
        </w:rPr>
        <w:t>51:29  Allah. Doctor sahib aaj kay session ka aakhri sawal keh Hazrat Khadijah ki zindagi say hum kya kya lessons derive kar saktay hain?</w:t>
      </w:r>
      <w:r>
        <w:br/>
      </w:r>
      <w:r>
        <w:rPr>
          <w:sz w:val="20"/>
        </w:rPr>
        <w:t>51:38  aap nay bohat si nai baatein gehrai kay saath humain samjhain. ji. alhamdulillah but specific agar aap kuch hum sab ko batain.</w:t>
      </w:r>
      <w:r>
        <w:br/>
      </w:r>
      <w:r>
        <w:rPr>
          <w:sz w:val="20"/>
        </w:rPr>
        <w:t>51:46  ji. keh kya lessons hum derive kar saktay hain. ji. Hazrat Khadijah ki life say to woh bohat hum sab kay liye bohat useful hoga.</w:t>
      </w:r>
      <w:r>
        <w:br/>
      </w:r>
      <w:r>
        <w:rPr>
          <w:sz w:val="20"/>
        </w:rPr>
        <w:t>51:54  ji haan yeh bohat important sawal hai aur main samajhta hoon keh Hazrat Khadijah ki jo life hai woh bohat hi inspiring hai. ji. hum sab kay liye aur khaas taur say khawateen kay liye.</w:t>
      </w:r>
      <w:r>
        <w:br/>
      </w:r>
      <w:r>
        <w:rPr>
          <w:sz w:val="20"/>
        </w:rPr>
        <w:t>52:04  ji. chuna'nkeh jo ta'assur hai Islam kay baray mein woh yeh hai keh Islam khawateen ko parde mein rakhta hai aur ghar mein rakhta hai aur koi interaction nahi kar sakti, woh koi bahir ja kay kaam nahi kar</w:t>
      </w:r>
      <w:r>
        <w:br/>
      </w:r>
      <w:r>
        <w:rPr>
          <w:sz w:val="20"/>
        </w:rPr>
        <w:t>52:18  sakti. to is is say to jo Hazrat Khadijah ki misaal hai pandrah soo saal pehlay unhon nay itna bara business kiya.</w:t>
      </w:r>
      <w:r>
        <w:br/>
      </w:r>
      <w:r>
        <w:rPr>
          <w:sz w:val="20"/>
        </w:rPr>
        <w:t>52:27  ji. aur aur doosri baat yeh hai keh bohat kamyab business kiya aur wealthy khatoon ban gaeen Makkah ki lekin is say is kay ilawa un ki jo un ka jo paisa tha woh sara ka sara unhon nay prophet kay disposal pe day diya.</w:t>
      </w:r>
      <w:r>
        <w:br/>
      </w:r>
      <w:r>
        <w:rPr>
          <w:sz w:val="20"/>
        </w:rPr>
        <w:t>52:42  j</w:t>
      </w:r>
      <w:r>
        <w:br/>
      </w:r>
      <w:r>
        <w:rPr>
          <w:sz w:val="20"/>
        </w:rPr>
        <w:t>52:43  y. j. chuki jab islam ka kaam shuru hua to zahir hai us waqt zarurat thi paise ki to hazrat khadija ka jo jo maal tha wo prophet ke kaam aya</w:t>
      </w:r>
      <w:r>
        <w:br/>
      </w:r>
      <w:r>
        <w:rPr>
          <w:sz w:val="20"/>
        </w:rPr>
        <w:t>52:57  humm. to yani is mein aik lesson to yeh hai ke khawateen ko bhi chahiye ke wo hissa lein deen ke ke kaam mein aur j aur aur jo bhi deeni aur da'wati sar'germi hai us mein barh charh ke hissa lein.</w:t>
      </w:r>
      <w:r>
        <w:br/>
      </w:r>
      <w:r>
        <w:rPr>
          <w:sz w:val="20"/>
        </w:rPr>
        <w:t>53:16  j. aur apne ghar mein yani aik deeni mahol paida karein. j</w:t>
      </w:r>
      <w:r>
        <w:br/>
      </w:r>
      <w:r>
        <w:rPr>
          <w:sz w:val="20"/>
        </w:rPr>
        <w:t>53:22  jaisay hazrat khadija ke life se pata chalta hai ke aam taur se ghar mein hum baithe rehte hain to baat karein ge furniture ki aur carpet ki aur.</w:t>
      </w:r>
      <w:r>
        <w:br/>
      </w:r>
      <w:r>
        <w:rPr>
          <w:sz w:val="20"/>
        </w:rPr>
        <w:t>53:33  j. parde ko badlo aur yeh karo woh karo. yani yeh dekhna chahiye ke jab hum log ghar mein baithe hain to hum kya baat kar rahe hain. j. yeh sab duniyavi baatein kar rahe hain.</w:t>
      </w:r>
      <w:r>
        <w:br/>
      </w:r>
      <w:r>
        <w:rPr>
          <w:sz w:val="20"/>
        </w:rPr>
        <w:t>53:43  j. ya koi gehri baat jis se aap ke andar kuch spirituality ja</w:t>
      </w:r>
      <w:r>
        <w:br/>
      </w:r>
      <w:r>
        <w:rPr>
          <w:sz w:val="20"/>
        </w:rPr>
        <w:t>53:51  gay. to yeh hazrat khadija ka qissa itna zyada inspiring hai ke shayad hi koi khawateen yani islami tareekh mein aisi guzri hon.</w:t>
      </w:r>
      <w:r>
        <w:br/>
      </w:r>
      <w:r>
        <w:rPr>
          <w:sz w:val="20"/>
        </w:rPr>
        <w:t>54:04  j. jis jin ki zindagi se hum sab ko bohat kuch seekhna hai. j. j yaqeenan doctor sahib jazak Allah. In fact isi liye Maulana Wahiduddin Khan sahib doctor sahib itna emphasize karte the.</w:t>
      </w:r>
      <w:r>
        <w:br/>
      </w:r>
      <w:r>
        <w:rPr>
          <w:sz w:val="20"/>
        </w:rPr>
        <w:t>54:16  j. ke ladies kitna bara role play kar sakti hain. j</w:t>
      </w:r>
      <w:r>
        <w:br/>
      </w:r>
      <w:r>
        <w:rPr>
          <w:sz w:val="20"/>
        </w:rPr>
        <w:t>54:20  da'wat ke kaam mein aur hazrat khadija ka aap ne itna inspirational aaj talk diya doctor sahib. Alhamdulillah. Alhamdulillah. bohat se logon ke comments abhi tak aa rahe hain lekin time khatam ho gaya hai main nahi le pa raha hoon.</w:t>
      </w:r>
      <w:r>
        <w:br/>
      </w:r>
      <w:r>
        <w:rPr>
          <w:sz w:val="20"/>
        </w:rPr>
        <w:t>54:34  lekin sab sab logon ne session pasand kiya. aap ne bhi bohat sari baatein nai nai batai jo mujhe bhi kuch nahi pata tha. j jazak Allah doctor sahib.</w:t>
      </w:r>
      <w:r>
        <w:br/>
      </w:r>
      <w:r>
        <w:rPr>
          <w:sz w:val="20"/>
        </w:rPr>
        <w:t>54:43  to doctor sahib hamein ab agle session ka intezar rahega. j. hazrat khadija ki story ka part</w:t>
      </w:r>
      <w:r>
        <w:br/>
      </w:r>
      <w:r>
        <w:rPr>
          <w:sz w:val="20"/>
        </w:rPr>
        <w:t>54:49  two is mein nai nai pehlu samne aap le kar aayen ge. jazak Allah for today session. Thank you so much doctor sahib. jazak Allah. And thank you everyone for watching today's program.</w:t>
      </w:r>
      <w:r>
        <w:br/>
      </w:r>
      <w:r>
        <w:rPr>
          <w:sz w:val="20"/>
        </w:rPr>
        <w:t>54:59  We will be back next Sunday at 10:30 AM. Thank you.</w:t>
      </w:r>
    </w:p>
    <w:p>
      <w:pPr>
        <w:pStyle w:val="Heading2"/>
      </w:pPr>
      <w:r>
        <w:t>Issue of Insulting the Prophet</w:t>
      </w:r>
    </w:p>
    <w:p>
      <w:r>
        <w:rPr>
          <w:color w:val="666666"/>
          <w:sz w:val="18"/>
        </w:rPr>
        <w:t>Seerah &amp; Prophet · Blasphemy in Islam November 24, 2024 · 6m 55s · at 1:40 · https://youtu.be/IjG5T6KZDxs?t=100</w:t>
      </w:r>
    </w:p>
    <w:p>
      <w:r>
        <w:rPr>
          <w:i/>
        </w:rPr>
        <w:t>“What is the issue of insulting the Prophet (shatm-e-rasul)?”</w:t>
      </w:r>
    </w:p>
    <w:p>
      <w:r>
        <w:rPr>
          <w:sz w:val="20"/>
        </w:rPr>
        <w:t>1:40  assalamu alaikum wa rahmatullahi. aaj hum sab se pehla sawal apne, aah, mehman Maulana Fayyazuddin Umri sahab se karenge:</w:t>
      </w:r>
      <w:r>
        <w:br/>
      </w:r>
      <w:r>
        <w:rPr>
          <w:sz w:val="20"/>
        </w:rPr>
        <w:t>1:49  "shatm-e-rasool" ka masla kya hai? is par aap hamein kuch bataen. bismillah hir rahman nir rahim. wa salallahu ala nabiyyi al-karim, wa ala aalihi wa sahbihi ajmaeen.</w:t>
      </w:r>
      <w:r>
        <w:br/>
      </w:r>
      <w:r>
        <w:rPr>
          <w:sz w:val="20"/>
        </w:rPr>
        <w:t>2:03  amma ba'd. sab se pehle Maulana Farhad sahab, main aap ka shukr guzar hoon ke aap ne is session mein hamein invite kiya, aur ek burning topic par</w:t>
      </w:r>
      <w:r>
        <w:br/>
      </w:r>
      <w:r>
        <w:rPr>
          <w:sz w:val="20"/>
        </w:rPr>
        <w:t>2:15  kuch alfaaz maujooda hamare sam'een ke samne rakhne ke ka mauqa diya, jazakumullah.</w:t>
      </w:r>
      <w:r>
        <w:br/>
      </w:r>
      <w:r>
        <w:rPr>
          <w:sz w:val="20"/>
        </w:rPr>
        <w:t>2:24  aap ke sawal par aane se pehle</w:t>
      </w:r>
      <w:r>
        <w:br/>
      </w:r>
      <w:r>
        <w:rPr>
          <w:sz w:val="20"/>
        </w:rPr>
        <w:t>2:28  ek martaba hum sab jo hain, rasool-e-akram sallallahu alaihi wasallam ka jo hum par ehsan hai, usko yaad karen, aur rasool-e-akram aur aap ke ashaab par hazaron hazar durood o salam ho, jinhon ne alam-e-insaniyat ke liye be-hisab sacrifices di, aur khuda ke creation plan aur khuda ki aakhri kitab ko insanon tak pahunchane mein aakhri struggle kar di.</w:t>
      </w:r>
      <w:r>
        <w:br/>
      </w:r>
      <w:r>
        <w:rPr>
          <w:sz w:val="20"/>
        </w:rPr>
        <w:t>2:57  ab hum aate hain aap ke is sawal par ke "shatm-e-rasool" ka masla kya hai? shatm ek arabi zaban ka lafz hai jis ko agar aap simple english mein kehna chahen to aap keh sakte hain "abusing".</w:t>
      </w:r>
      <w:r>
        <w:br/>
      </w:r>
      <w:r>
        <w:rPr>
          <w:sz w:val="20"/>
        </w:rPr>
        <w:t>3:12  shatm-e-rasool ka matlab hua "abusing of the prophet Muhammad" aur "other prophets". aam zaban mein aap kahenge peghambar-e-islam ke mamle mein gustakhi.</w:t>
      </w:r>
      <w:r>
        <w:br/>
      </w:r>
      <w:r>
        <w:rPr>
          <w:sz w:val="20"/>
        </w:rPr>
        <w:t>3:24  to is ko kehte hain aam taur par musalman shatm rasool. is masle se hum, jahan tak meri memory kaam kar rahi hai, eighty, nineteen eighty eight se main waqif hoon, jabke main bohat hi aik, aah, apne teenage mein tha,</w:t>
      </w:r>
      <w:r>
        <w:br/>
      </w:r>
      <w:r>
        <w:rPr>
          <w:sz w:val="20"/>
        </w:rPr>
        <w:t>3:44  jab main hifz kar raha tha. to us waqt maine sab se pehli martaba apne, aah, khateeb sahab ko masjid mein juma ke din, aah, woh bohat hi zyada furious thay aur bohat hi furious speeches de rahe thay khutbe mein, khutbe mein juma ke.</w:t>
      </w:r>
      <w:r>
        <w:br/>
      </w:r>
      <w:r>
        <w:rPr>
          <w:sz w:val="20"/>
        </w:rPr>
        <w:t>3:59  to main to teenage mein rehne ki wajah se kuch samajh nahi paya tha. baad mein main sochta hoon to ghaliban jo hai woh "Satanic Verses" jo Salman Rushdie sahab ne likhi thi, is kitab par unka woh radd</w:t>
      </w:r>
      <w:r>
        <w:br/>
      </w:r>
      <w:r>
        <w:rPr>
          <w:sz w:val="20"/>
        </w:rPr>
        <w:t>4:11  amal chal raha tha. main us waqt jo hai itna us ko ghor se samajh nahi paya. main us waqt quran ke hifz ka talib-e-ilm tha. to, aah, ab main jab apne forties mein hoon to mujhe lagta hai ke yeh masla kitna gumabheer hai aur kitna dunya mein jo hai muslim community aur doosri communities ke liye aik disturbing issue ban chuka hai.</w:t>
      </w:r>
      <w:r>
        <w:br/>
      </w:r>
      <w:r>
        <w:rPr>
          <w:sz w:val="20"/>
        </w:rPr>
        <w:t>4:37  to aaiye, aah, is issue ki jar kya hai, main</w:t>
      </w:r>
      <w:r>
        <w:br/>
      </w:r>
      <w:r>
        <w:rPr>
          <w:sz w:val="20"/>
        </w:rPr>
        <w:t>4:41  wo baat bata kar apni aap ke is sawal ke jawab ko finish karunga. hamare Islamic literature mein is issue ki root cause maujood hain.</w:t>
      </w:r>
      <w:r>
        <w:br/>
      </w:r>
      <w:r>
        <w:rPr>
          <w:sz w:val="20"/>
        </w:rPr>
        <w:t>4:52  is silsile mein agar aap hamare Islami literature ka mutala karein to teen kitabein is silsile mein likhi gayi hain.</w:t>
      </w:r>
      <w:r>
        <w:br/>
      </w:r>
      <w:r>
        <w:rPr>
          <w:sz w:val="20"/>
        </w:rPr>
        <w:t>4:59  sab se mashhoor kitab jo aam taur par logon ke andar mutadawil hai, aah, commonly used hai, woh kitab hai Ibn Taymiyyah ki. doosri is silsile mein mashhoor kitab hai, aah, Allama Subki ki.</w:t>
      </w:r>
      <w:r>
        <w:br/>
      </w:r>
      <w:r>
        <w:rPr>
          <w:sz w:val="20"/>
        </w:rPr>
        <w:t>5:12  aur teesri mashhoor kitab hai Allama Ibn Abidin Shami ki. to shatm rasool ke masle mein ghaliban jo hai in kitabon ne jo hai basic role play kiya hai.</w:t>
      </w:r>
      <w:r>
        <w:br/>
      </w:r>
      <w:r>
        <w:rPr>
          <w:sz w:val="20"/>
        </w:rPr>
        <w:t>5:23  aur musalmanon mein yeh misconception phaila diya ke shatm jo hai aik bohat hi blasphemous activity hai jis ka hum bohat hi violently react karna chahiye.</w:t>
      </w:r>
      <w:r>
        <w:br/>
      </w:r>
      <w:r>
        <w:rPr>
          <w:sz w:val="20"/>
        </w:rPr>
        <w:t>5:37  to ghaliban yahi woh kitabein hain jis mein ulama ke, aah, aqwal ko, ulama ki opinions ko collect kiya gaya hai. goya ke woh collection of opinions of fatwas hain, fatwas of Muslim ulama</w:t>
      </w:r>
      <w:r>
        <w:br/>
      </w:r>
      <w:r>
        <w:rPr>
          <w:sz w:val="20"/>
        </w:rPr>
        <w:t>5:50  . to is kitab ke andar aap dekhenge to jo hai teeno musannifeen is had tak jaane ki koshish karte hain ke woh jo hai blasphemy ko, aah, is, aah, minor level par le jaane ki koshish karte hain ke agar kisi ne Amna ka yateem bhi kaha Rasool Allah ke bare mein, aah, aur fan of, aah,</w:t>
      </w:r>
      <w:r>
        <w:br/>
      </w:r>
      <w:r>
        <w:rPr>
          <w:sz w:val="20"/>
        </w:rPr>
        <w:t>6:10  bibi Amna</w:t>
      </w:r>
      <w:r>
        <w:br/>
      </w:r>
      <w:r>
        <w:rPr>
          <w:sz w:val="20"/>
        </w:rPr>
        <w:t>6:12  h, yeh bhi agar kisi ne kaha to woh jo hai blasphemous act kiya aur us ko jo hai us par qatl kiya jayega. to aksar logon ne yahi likha hai ke us ko qatl hi kiya jayega agarche ke woh tauba bhi kar le.</w:t>
      </w:r>
      <w:r>
        <w:br/>
      </w:r>
      <w:r>
        <w:rPr>
          <w:sz w:val="20"/>
        </w:rPr>
        <w:t>6:24  aah, la yastatab. woh kehte hain ke tauba karega tab bhi jo hai us ko qatl hi kiya jayega. aah, bohat sare ulama ki yeh is mein rai batai gayi hai. aah, woh kehte hain ke jo hai kisi ne agar</w:t>
      </w:r>
      <w:r>
        <w:br/>
      </w:r>
      <w:r>
        <w:rPr>
          <w:sz w:val="20"/>
        </w:rPr>
        <w:t>6:34  crime kiya hai aur tauba kiya to tauba karne ki wajah se jaise us ki chori ka gunah maaf nahi kiya jata hai, isi tarah jo hai shatm jo hai isi tarah ka aik masla hai.</w:t>
      </w:r>
      <w:r>
        <w:br/>
      </w:r>
      <w:r>
        <w:rPr>
          <w:sz w:val="20"/>
        </w:rPr>
        <w:t>6:44  aur is par jo hai kabhi is ko maaf nahi kiya jayega, chahe to Khuda hashr ke din us ko maaf kar de. to ghaliban jo hai yahin se woh extremism jo hai musalmanon ne extract kiya hai in kitabon se jo collection of</w:t>
      </w:r>
      <w:r>
        <w:br/>
      </w:r>
      <w:r>
        <w:rPr>
          <w:sz w:val="20"/>
        </w:rPr>
        <w:t>6:56  fatwas hain. basically woh kitabein apne aap mein koi, aah, mustaqil kitab nahi hai. is mein, aah, sab woh hamare ulama ke jo hai opinions ko collect kiya gaya jin mein se majority yahi kehti hai ke jo hai qatl kiya jayega.</w:t>
      </w:r>
      <w:r>
        <w:br/>
      </w:r>
      <w:r>
        <w:rPr>
          <w:sz w:val="20"/>
        </w:rPr>
        <w:t>7:08  agarche ke is mein kuch exceptional statement bhi hai jaise Imam Abu Hanifa kehte hain ke us ko qatl nahi kiya jayega. kyunke woh kehte hain ke jo hai jab shatm Khuda par koi saza nahi hai hamare scholars ke paas to shatm rasool par kaisi saza?</w:t>
      </w:r>
      <w:r>
        <w:br/>
      </w:r>
      <w:r>
        <w:rPr>
          <w:sz w:val="20"/>
        </w:rPr>
        <w:t>7:21  aah, isi tarah jo hai Sufyan Suri aur bohat sare logon ki rai hai ke nahi kiya jayega lekin woh bohat hi aik, aah, minority group of ulama hain.</w:t>
      </w:r>
      <w:r>
        <w:br/>
      </w:r>
      <w:r>
        <w:rPr>
          <w:sz w:val="20"/>
        </w:rPr>
        <w:t>7:29  baqi jo hai zyada tar ulama ki yahi rai hai aur woh is is extreme tak pahunch chuke hain ke jo hai, aah, agar us ne tauba ki tab bhi us ko nahi choda jayega, us ko qatl hi kiya jayega.</w:t>
      </w:r>
      <w:r>
        <w:br/>
      </w:r>
      <w:r>
        <w:rPr>
          <w:sz w:val="20"/>
        </w:rPr>
        <w:t>7:40  to ghaliban jo hai meri is explanation se is masle ki gumabheerta aur jo hai, aah, importance jo hai hamare samne aa gaya hoga.</w:t>
      </w:r>
      <w:r>
        <w:br/>
      </w:r>
      <w:r>
        <w:rPr>
          <w:sz w:val="20"/>
        </w:rPr>
        <w:t>7:49  to</w:t>
      </w:r>
      <w:r>
        <w:br/>
      </w:r>
      <w:r>
        <w:rPr>
          <w:sz w:val="20"/>
        </w:rPr>
        <w:t>7:50  main aap ka shukriya ada karta hoon ke aap ne aik bohat achhe sawal par guftagu karne ka hamein mauqa diya. haan, bohat achhi baat aap ne batai ke yeh kis buniyad par musalmanon ke darmiyan yeh masla itna sensitive ho gaya hai, woh teen kitabein hain.</w:t>
      </w:r>
      <w:r>
        <w:br/>
      </w:r>
      <w:r>
        <w:rPr>
          <w:sz w:val="20"/>
        </w:rPr>
        <w:t>8:07  to is talluq se main apne sunne walon ko yeh batana chahta hoon ke Maulana Wahiduddin Khan sahab ne apni kitab "Shatm-e-Rasool" ka masla jo maine aap ke samne zikr kiya tha, us mein, aah, unhone specially Ibn Taymiyyah ki kitab ko le kar tajziya kiya aur bataya ke un ke jo dalail hain woh kya hain, kis, kahan par ja kar woh, aah, aah, leak karte hain.</w:t>
      </w:r>
      <w:r>
        <w:br/>
      </w:r>
      <w:r>
        <w:rPr>
          <w:sz w:val="20"/>
        </w:rPr>
        <w:t>8:30  aah, waqai woh daleel honi chahiye ya nahi, yeh cheez is mein aap jaan sakte hain is ko parh kar.</w:t>
      </w:r>
    </w:p>
    <w:p>
      <w:pPr>
        <w:pStyle w:val="Heading2"/>
      </w:pPr>
      <w:r>
        <w:t>Jesus in Tazkir-e-Quran</w:t>
      </w:r>
    </w:p>
    <w:p>
      <w:r>
        <w:rPr>
          <w:color w:val="666666"/>
          <w:sz w:val="18"/>
        </w:rPr>
        <w:t>Seerah &amp; Prophet · Islam Ideology, Team and Method October 09, 2011 · 6m 50s · at 1:11:00 · https://youtu.be/zRilc1fG6c0?t=4260</w:t>
      </w:r>
    </w:p>
    <w:p>
      <w:r>
        <w:rPr>
          <w:i/>
        </w:rPr>
        <w:t>“In your book 'Tazkir-e-Quran', you mentioned about Prophet Jesus in such a way that any Christian if realistic cannot remain without guidance. Please tell something about this.”</w:t>
      </w:r>
    </w:p>
    <w:p>
      <w:r>
        <w:rPr>
          <w:sz w:val="20"/>
        </w:rPr>
        <w:t>1:11:00  Mr. Aamir bin Yusuf ne Karachi Pakistan se sawal kiya hai. unhon ne likha hai: "</w:t>
      </w:r>
      <w:r>
        <w:br/>
      </w:r>
      <w:r>
        <w:rPr>
          <w:sz w:val="20"/>
        </w:rPr>
        <w:t>1:11:06  Tazkeer-e-Quran mein aap ne jo Hazrat Isa ka zikr kiya hai, woh aisa hai ke koi bhi Christian agar realistic ho to woh hidayat paaye baghair nahi reh sakta.</w:t>
      </w:r>
      <w:r>
        <w:br/>
      </w:r>
      <w:r>
        <w:rPr>
          <w:sz w:val="20"/>
        </w:rPr>
        <w:t>1:11:19  is ke bare mein kuch bataein." to achi baat dua kijiye ke sab ko hidayat mile. aur main kya karta hoon?</w:t>
      </w:r>
      <w:r>
        <w:br/>
      </w:r>
      <w:r>
        <w:rPr>
          <w:sz w:val="20"/>
        </w:rPr>
        <w:t>1:11:28  ji</w:t>
      </w:r>
      <w:r>
        <w:br/>
      </w:r>
      <w:r>
        <w:rPr>
          <w:sz w:val="20"/>
        </w:rPr>
        <w:t>1:11:29  ji, agar aap is sab is ko samajhte hain, is tarah ka yaani effective, to dua kijiye ke logon ko is se hidayat mile.</w:t>
      </w:r>
      <w:r>
        <w:br/>
      </w:r>
      <w:r>
        <w:rPr>
          <w:sz w:val="20"/>
        </w:rPr>
        <w:t>1:11:38  aur aap kya kar sakte hain? Miss Naghma Siddiqui ne Delhi se likha hai: "Can you elaborate on how we need to be idealistic in ideology and practical in methodology?"</w:t>
      </w:r>
      <w:r>
        <w:br/>
      </w:r>
      <w:r>
        <w:rPr>
          <w:sz w:val="20"/>
        </w:rPr>
        <w:t>1:11:55  dekhein, yeh to har ek hota hi hota hai, lekin hota hai personal matters mein. aur jab baat aaye nation ki ya community ki, to wahan woh ideal chalne lagta hai.</w:t>
      </w:r>
      <w:r>
        <w:br/>
      </w:r>
      <w:r>
        <w:rPr>
          <w:sz w:val="20"/>
        </w:rPr>
        <w:t>1:12:10  koi bhi aisa duniya mein nahi hai ke woh apne family affairs mein, apne bachon ke mamle mein, bachon ke education ke mamle mein, job ke mamle mein, aur business ke mamle mein practical na ho.</w:t>
      </w:r>
      <w:r>
        <w:br/>
      </w:r>
      <w:r>
        <w:rPr>
          <w:sz w:val="20"/>
        </w:rPr>
        <w:t>1:12:25  koi bhi ideal nahi chalata. lekin jaise hi baat aayi ke yaani kal parson mein TV mein sun raha tha, kuch Muslim hazraat bol rahe the Musalmanon ke rights ke bare mein.</w:t>
      </w:r>
      <w:r>
        <w:br/>
      </w:r>
      <w:r>
        <w:rPr>
          <w:sz w:val="20"/>
        </w:rPr>
        <w:t>1:12:41  ek ek se ek barh kar ideal chala raha tha ke Musalman ko yeh milna chahiye, Musalman ko woh milna chahiye. kisi ko is se dilchaspi nahi ke fi waqe possible kya hai,</w:t>
      </w:r>
      <w:r>
        <w:br/>
      </w:r>
      <w:r>
        <w:rPr>
          <w:sz w:val="20"/>
        </w:rPr>
        <w:t>1:12:54  lekin wahi wahi log apne bachon ke mamle mein yeh dekhte hain ke possible kya hai. wahan realistic ban jaate hain, woh yahan idealist, wahan realistic. to main sochta hoon ke yeh aisa nahi ke yeh koi alag se baat keh raha hoon.</w:t>
      </w:r>
      <w:r>
        <w:br/>
      </w:r>
      <w:r>
        <w:rPr>
          <w:sz w:val="20"/>
        </w:rPr>
        <w:t>1:13:09  main wahi jo jo already log apnaye hue hain, usi ko main keh raha hoon. har aadmi apne bachon ke mamle mein, apni family ke mamle mein, apni zaat ke mamle mein realistic hi hai.</w:t>
      </w:r>
      <w:r>
        <w:br/>
      </w:r>
      <w:r>
        <w:rPr>
          <w:sz w:val="20"/>
        </w:rPr>
        <w:t>1:13:24  lekin jab woh baat karta hai qaum ki, nation ki, community ki, to wahan do source ke sath woh idealist ban jaata hai.</w:t>
      </w:r>
      <w:r>
        <w:br/>
      </w:r>
      <w:r>
        <w:rPr>
          <w:sz w:val="20"/>
        </w:rPr>
        <w:t>1:13:35  yeh haqeeqat mein yeh yaani dualism hai, double policy hai. yeh double policy aadmi na kare to har cheez qabil-e-fahm ho jati hai, understandable ho jati hai.</w:t>
      </w:r>
      <w:r>
        <w:br/>
      </w:r>
      <w:r>
        <w:rPr>
          <w:sz w:val="20"/>
        </w:rPr>
        <w:t>1:13:50  Maulana Iqbal Umri ne Tamil Nadu se sawal kiya hai.</w:t>
      </w:r>
      <w:r>
        <w:br/>
      </w:r>
      <w:r>
        <w:rPr>
          <w:sz w:val="20"/>
        </w:rPr>
        <w:t>1:13:58  unhon ne likha hai ke individual base pe kaam karne ka matlab kya hai? is ke bare mein kuch bataein. dekhein, kaam karne ka do tareeqa hai.</w:t>
      </w:r>
      <w:r>
        <w:br/>
      </w:r>
      <w:r>
        <w:rPr>
          <w:sz w:val="20"/>
        </w:rPr>
        <w:t>1:14:09  ek hai individual ko target karna, ek hai system ko target karna.</w:t>
      </w:r>
      <w:r>
        <w:br/>
      </w:r>
      <w:r>
        <w:rPr>
          <w:sz w:val="20"/>
        </w:rPr>
        <w:t>1:14:15  yeh har jagah mein yahan samajhta hoon ke sirf Paighambaron ne aisa kiya hai ke woh individual ko nishana banaya hai.</w:t>
      </w:r>
      <w:r>
        <w:br/>
      </w:r>
      <w:r>
        <w:rPr>
          <w:sz w:val="20"/>
        </w:rPr>
        <w:t>1:14:27  baqi jitne kaam hain, woh system ko nishana banate hain. isi liye jo log system ko nishana banate hain, unhon ne kabhi aaj tak koi positive result nahi diya.</w:t>
      </w:r>
      <w:r>
        <w:br/>
      </w:r>
      <w:r>
        <w:rPr>
          <w:sz w:val="20"/>
        </w:rPr>
        <w:t>1:14:38  mujhe koi ek shakhs, ek woh moment, ek bhi group bataiye jo system ko nishana banati ho, us ne koi positive result diya ho.</w:t>
      </w:r>
      <w:r>
        <w:br/>
      </w:r>
      <w:r>
        <w:rPr>
          <w:sz w:val="20"/>
        </w:rPr>
        <w:t>1:14:49  hamara mission jo hai, woh system based nahi hai, hamara mission individual based hai. to Allah ke fazl se sankaron aadmiyon ko zabardast change aaya hai.</w:t>
      </w:r>
      <w:r>
        <w:br/>
      </w:r>
      <w:r>
        <w:rPr>
          <w:sz w:val="20"/>
        </w:rPr>
        <w:t>1:14:59  kal mere paas saat aise aadmi aaye the jo sab madrasay ke parhe hue hain.</w:t>
      </w:r>
      <w:r>
        <w:br/>
      </w:r>
      <w:r>
        <w:rPr>
          <w:sz w:val="20"/>
        </w:rPr>
        <w:t>1:15:05  un se maine poocha ke hamare mission se aap, hamare mission se wabasta hone ke baad kya aap ke paas badla hua hai?</w:t>
      </w:r>
      <w:r>
        <w:br/>
      </w:r>
      <w:r>
        <w:rPr>
          <w:sz w:val="20"/>
        </w:rPr>
        <w:t>1:15:14  to unhon ne kaha ke pehle hamare paas negative thinking thi, ab hum positive thinker ban gaye hain. yeh yeh sirf isi mission mein aap dekhenge, kisi mission mein nahi dekha.</w:t>
      </w:r>
      <w:r>
        <w:br/>
      </w:r>
      <w:r>
        <w:rPr>
          <w:sz w:val="20"/>
        </w:rPr>
        <w:t>1:15:23  sab ke sab negative hote hain kyunke woh system ko le kar</w:t>
      </w:r>
      <w:r>
        <w:br/>
      </w:r>
      <w:r>
        <w:rPr>
          <w:sz w:val="20"/>
        </w:rPr>
        <w:t>1:15:28  bolte hain. bade bade jalsay, bade bade crowd, bade bade stage, yani stage activism, crowd activism, is se kuch nateeja nahi nikalne wala.</w:t>
      </w:r>
      <w:r>
        <w:br/>
      </w:r>
      <w:r>
        <w:rPr>
          <w:sz w:val="20"/>
        </w:rPr>
        <w:t>1:15:38  jo log system based kaam karte hain, woh kya karte hain? woh crowd ko hum samajhte hain. bada crowd aa gaya to bas bahut badi baat ho gayi.</w:t>
      </w:r>
      <w:r>
        <w:br/>
      </w:r>
      <w:r>
        <w:rPr>
          <w:sz w:val="20"/>
        </w:rPr>
        <w:t>1:15:48  to hum in terms of result koi sochta nahi, in terms of result koi soch</w:t>
      </w:r>
      <w:r>
        <w:br/>
      </w:r>
      <w:r>
        <w:rPr>
          <w:sz w:val="20"/>
        </w:rPr>
        <w:t>1:15:55  ta nahi. hungama khara karenge, media mein aayenge aur popularity milegi. lekin sawal yeh hai ke result kya hua?</w:t>
      </w:r>
      <w:r>
        <w:br/>
      </w:r>
      <w:r>
        <w:rPr>
          <w:sz w:val="20"/>
        </w:rPr>
        <w:t>1:16:03  result to mera manna yeh hai ke maine bahut padha hai, jo log bhi system ko target kiya, jin logon ne bhi, unhon ne bhi koi bhi positive result nahi dikhaya.</w:t>
      </w:r>
      <w:r>
        <w:br/>
      </w:r>
      <w:r>
        <w:rPr>
          <w:sz w:val="20"/>
        </w:rPr>
        <w:t>1:16:16  aur jo individual ko nishana banane ka kaam karte hain, wahi nateeja nikaal paate hain.</w:t>
      </w:r>
      <w:r>
        <w:br/>
      </w:r>
      <w:r>
        <w:rPr>
          <w:sz w:val="20"/>
        </w:rPr>
        <w:t>1:16:23  hum ne Allah ke fazl se individual ko target kiya hai. hum ko crowd se koi dilchaspi nahi, stage activities se koi dilchaspi nahi, is yani media mein aane se koi dilchaspi nahi.</w:t>
      </w:r>
      <w:r>
        <w:br/>
      </w:r>
      <w:r>
        <w:rPr>
          <w:sz w:val="20"/>
        </w:rPr>
        <w:t>1:16:37  afraad ke mind ko badalna, yani re engineering of minds, yeh hamara nishana hai aur isi mein result nikalta</w:t>
      </w:r>
      <w:r>
        <w:br/>
      </w:r>
      <w:r>
        <w:rPr>
          <w:sz w:val="20"/>
        </w:rPr>
        <w:t>1:16:45  hai. magar yeh hai bahut mushkil, mushkil kaam, bahut mushkil kaam kyunke is mein aap ko sacrifice karni padti hai ke aap ko popularity na mile, aap apne qaum se alag thalag ho jayein,</w:t>
      </w:r>
      <w:r>
        <w:br/>
      </w:r>
      <w:r>
        <w:rPr>
          <w:sz w:val="20"/>
        </w:rPr>
        <w:t>1:16:58  aap ke paas bade bade shandar idare na hon, aap bade bade jalsay na kar payein, bade bade crowd aap ke saath na hon, logon ko dikhai dene wale kaam aap ke saath na hon.</w:t>
      </w:r>
      <w:r>
        <w:br/>
      </w:r>
      <w:r>
        <w:rPr>
          <w:sz w:val="20"/>
        </w:rPr>
        <w:t>1:17:13  yeh badi sacrifice ki baat hai, bahut sacrifice ki baat hai. lekin result nikalta hai to isi mission mein jo individual ko target karta ho, target karta ho,</w:t>
      </w:r>
      <w:r>
        <w:br/>
      </w:r>
      <w:r>
        <w:rPr>
          <w:sz w:val="20"/>
        </w:rPr>
        <w:t>1:17:29  jo system ko target karta hai, woh dhoom ek dhoom machati hai. khwam sadkein bhar gayi hain, park bhar gaye hain, har taraf dhoom machi hui hai. aakhir mein kya hai?</w:t>
      </w:r>
      <w:r>
        <w:br/>
      </w:r>
      <w:r>
        <w:rPr>
          <w:sz w:val="20"/>
        </w:rPr>
        <w:t>1:17:38  result kuch nahi hai. to hum Allah ke fazl se is se, Allah ne hum ko bachaya hai aur hum individual ko nishana par kaam kar rahe hain.</w:t>
      </w:r>
    </w:p>
    <w:p>
      <w:pPr>
        <w:pStyle w:val="Heading2"/>
      </w:pPr>
      <w:r>
        <w:t>Patience in crises from Prophet's life</w:t>
      </w:r>
    </w:p>
    <w:p>
      <w:r>
        <w:rPr>
          <w:color w:val="666666"/>
          <w:sz w:val="18"/>
        </w:rPr>
        <w:t>Seerah &amp; Prophet · Patience and Crisis 22 Dec 2019 - Maulana Wahiduddin Khan · 6m 39s · at 59:33 · https://youtu.be/ddnUKbhEoCI?t=3573</w:t>
      </w:r>
    </w:p>
    <w:p>
      <w:r>
        <w:rPr>
          <w:i/>
        </w:rPr>
        <w:t>“Is there any example from the Prophet's life and his companions' life where in a crisis situation they exercised patience and the result was positive?”</w:t>
      </w:r>
    </w:p>
    <w:p>
      <w:r>
        <w:rPr>
          <w:sz w:val="20"/>
        </w:rPr>
        <w:t>59:33  maulana agla sawal lete hain. yeh sawal bheja hai</w:t>
      </w:r>
      <w:r>
        <w:br/>
      </w:r>
      <w:r>
        <w:rPr>
          <w:sz w:val="20"/>
        </w:rPr>
        <w:t>59:41  ahmedabad se qurban ali sahib ne. unhon ne likha hai: "maulana is there any example from prophets life or his companions life that in a crisis like situation they exercised patience and the result was positive?" sab se poori history mein,</w:t>
      </w:r>
      <w:r>
        <w:br/>
      </w:r>
      <w:r>
        <w:rPr>
          <w:sz w:val="20"/>
        </w:rPr>
        <w:t>1:00:02  poori history ka mein jo safra example hai, mein arz karta hoon. poori history mein rasool Allah sallallahu alaihi wasallam</w:t>
      </w:r>
      <w:r>
        <w:br/>
      </w:r>
      <w:r>
        <w:rPr>
          <w:sz w:val="20"/>
        </w:rPr>
        <w:t>1:00:15  ne makkah mein yeh ailaan kiya tha ke mein Allah ka peghambar hoon, Allah ka nabi hoon.</w:t>
      </w:r>
      <w:r>
        <w:br/>
      </w:r>
      <w:r>
        <w:rPr>
          <w:sz w:val="20"/>
        </w:rPr>
        <w:t>1:00:29  yeh aap ne shuru kiya quraish ke darmiyan makkah mein. kuch arse ke baad wahan aik waqia pesh aaya jo us ko kehte hain waqia hudaybiyah.</w:t>
      </w:r>
      <w:r>
        <w:br/>
      </w:r>
      <w:r>
        <w:rPr>
          <w:sz w:val="20"/>
        </w:rPr>
        <w:t>1:00:43  hudaybiyah jo makkah aur madinah ke darmiyan aik jagah thi, hudaybiyah ki, wahan par yeh pesh aaya waqia.</w:t>
      </w:r>
      <w:r>
        <w:br/>
      </w:r>
      <w:r>
        <w:rPr>
          <w:sz w:val="20"/>
        </w:rPr>
        <w:t>1:00:53  to yeh lambi kahani hai, apni kitabon mein parh sakte hain aap ke dono ke darmiyan aik muahida tay paaya ke hum dono ladai nahin karenge, aman par rahenge.</w:t>
      </w:r>
      <w:r>
        <w:br/>
      </w:r>
      <w:r>
        <w:rPr>
          <w:sz w:val="20"/>
        </w:rPr>
        <w:t>1:01:09  iska muahida</w:t>
      </w:r>
      <w:r>
        <w:br/>
      </w:r>
      <w:r>
        <w:rPr>
          <w:sz w:val="20"/>
        </w:rPr>
        <w:t>1:01:14  to jab muahida yani agreement jo tha, likha jaane laga to dictate kar rahe the us agreement ko rasool Allah sallallahu alaihi wasallam.</w:t>
      </w:r>
      <w:r>
        <w:br/>
      </w:r>
      <w:r>
        <w:rPr>
          <w:sz w:val="20"/>
        </w:rPr>
        <w:t>1:01:26  aur ali ali likh rahe the us ko, ali ibn talib us ko likh rahe the. to rasool Allah ne kaha: "iktub ya ali, iktub rasool Allah." to foran foran un ka jo numainda tha quraish ka,</w:t>
      </w:r>
      <w:r>
        <w:br/>
      </w:r>
      <w:r>
        <w:rPr>
          <w:sz w:val="20"/>
        </w:rPr>
        <w:t>1:01:52  suhail ibn umar, us ne foran etiraz kiya ke hum aap ko rasool Allah ka mante hain, aap likhein Muhammad bin Abdullah.</w:t>
      </w:r>
      <w:r>
        <w:br/>
      </w:r>
      <w:r>
        <w:rPr>
          <w:sz w:val="20"/>
        </w:rPr>
        <w:t>1:02:03  to aap tareekh mein parh lijiye, aik second ka bhi, aik second ke fraction ke barabar bhi aap ruke nahin, kuch baat baat nahin ki.</w:t>
      </w:r>
      <w:r>
        <w:br/>
      </w:r>
      <w:r>
        <w:rPr>
          <w:sz w:val="20"/>
        </w:rPr>
        <w:t>1:02:13  aap ne foran kaha ke: "iktub ya ali, iktub ya ali, ma alai Muhammad bin Abdullah." is se bara misaal koi paas chahte hain?</w:t>
      </w:r>
      <w:r>
        <w:br/>
      </w:r>
      <w:r>
        <w:rPr>
          <w:sz w:val="20"/>
        </w:rPr>
        <w:t>1:02:26  is se bari koi misaal tareekh mein nahin hai.</w:t>
      </w:r>
      <w:r>
        <w:br/>
      </w:r>
      <w:r>
        <w:rPr>
          <w:sz w:val="20"/>
        </w:rPr>
        <w:t>1:02:36  is ko is is ko is ko parhne ke baad mein gaya tha ahmedabad, gujrat.</w:t>
      </w:r>
      <w:r>
        <w:br/>
      </w:r>
      <w:r>
        <w:rPr>
          <w:sz w:val="20"/>
        </w:rPr>
        <w:t>1:02:46  to ahmedabad mein aik naujawan mere paas aaye aur ab aap ko chahta hoon apni factory dikhana.</w:t>
      </w:r>
      <w:r>
        <w:br/>
      </w:r>
      <w:r>
        <w:rPr>
          <w:sz w:val="20"/>
        </w:rPr>
        <w:t>1:02:58  shayad barkat ke liye chahte hon woh. to khair, woh le gaye hon us ko. to un ki factory mein aik nai, aik naya engine aaya tha,</w:t>
      </w:r>
      <w:r>
        <w:br/>
      </w:r>
      <w:r>
        <w:rPr>
          <w:sz w:val="20"/>
        </w:rPr>
        <w:t>1:03:11  woh fit hua tha, woh dikha rahe the us ko. to aap jante honge ke engine mein aik hota hai frying wheel, frying wheel se poori engine chalne lagta hai.</w:t>
      </w:r>
      <w:r>
        <w:br/>
      </w:r>
      <w:r>
        <w:rPr>
          <w:sz w:val="20"/>
        </w:rPr>
        <w:t>1:03:25  to is ne bohat hi fakhr ke andaaz mein aik sui dabaya. to jab sui dabaya to frying wheel aise chalne laga, aise chalne laga.</w:t>
      </w:r>
      <w:r>
        <w:br/>
      </w:r>
      <w:r>
        <w:rPr>
          <w:sz w:val="20"/>
        </w:rPr>
        <w:t>1:03:41  to is ka</w:t>
      </w:r>
      <w:r>
        <w:br/>
      </w:r>
      <w:r>
        <w:rPr>
          <w:sz w:val="20"/>
        </w:rPr>
        <w:t>1:03:42  is ne kaha: "aisa!" aur doosra bhi dekhiye, aap doosra sui dabaya to achaanak is ne direction change kar diya, idhar chalne laga.</w:t>
      </w:r>
      <w:r>
        <w:br/>
      </w:r>
      <w:r>
        <w:rPr>
          <w:sz w:val="20"/>
        </w:rPr>
        <w:t>1:03:51  to main ne kaha ke yeh hai momin ki, momin ki shan. momin ki shan</w:t>
      </w:r>
      <w:r>
        <w:br/>
      </w:r>
      <w:r>
        <w:rPr>
          <w:sz w:val="20"/>
        </w:rPr>
        <w:t>1:03:58  rasool Allah mein aur quraish mein ikhtilaf tha, ikhtilaf se barh kar aur bhi shadeed ikhtilaf tha.</w:t>
      </w:r>
      <w:r>
        <w:br/>
      </w:r>
      <w:r>
        <w:rPr>
          <w:sz w:val="20"/>
        </w:rPr>
        <w:t>1:04:10  lekin jab woh waqia aaya, jab is ne kaha ke hum nahin mante, aap likhein Muhammad bin Abdullah, to rasool Allah ne pehle likhwaya tha: "Muhammad bin Muhammad rasool Allah,</w:t>
      </w:r>
      <w:r>
        <w:br/>
      </w:r>
      <w:r>
        <w:rPr>
          <w:sz w:val="20"/>
        </w:rPr>
        <w:t>1:04:26  Ma Muhammad rasool Allah." to jab unhon ne etiraz kiya to jhuka ke aap ne button daba diya foran aur aise ghoomne laga.</w:t>
      </w:r>
      <w:r>
        <w:br/>
      </w:r>
      <w:r>
        <w:rPr>
          <w:sz w:val="20"/>
        </w:rPr>
        <w:t>1:04:38  waud in second ke fraction mein aisa hua. to yeh to main samajhta hoon ke is se itni bari misaal to sirf Islam hi mein milti hai.</w:t>
      </w:r>
      <w:r>
        <w:br/>
      </w:r>
      <w:r>
        <w:rPr>
          <w:sz w:val="20"/>
        </w:rPr>
        <w:t>1:04:50  maulana aur is ka aap jante hain ke nateeja kya hua: "ana fatah</w:t>
      </w:r>
      <w:r>
        <w:br/>
      </w:r>
      <w:r>
        <w:rPr>
          <w:sz w:val="20"/>
        </w:rPr>
        <w:t>1:04:55  na fatah mobina." is peechhe yaani peechhe hatne ka waqia yeh hai. aur is ko Allah taala ne jo acknowledge kiya to is ko yeh kaha ke yeh tuhfa m</w:t>
      </w:r>
      <w:r>
        <w:br/>
      </w:r>
      <w:r>
        <w:rPr>
          <w:sz w:val="20"/>
        </w:rPr>
        <w:t>1:05:09  wun hai.</w:t>
      </w:r>
      <w:r>
        <w:br/>
      </w:r>
      <w:r>
        <w:rPr>
          <w:sz w:val="20"/>
        </w:rPr>
        <w:t>1:05:17  maulana abdul salam umri ne haiderabad se comment bheja hai. unhon ne likha hai: "maulana sabr jannat mein dakhil ke laiq banane ke liye hai, na ke museebat museebat mein phansane ke liye.</w:t>
      </w:r>
      <w:r>
        <w:br/>
      </w:r>
      <w:r>
        <w:rPr>
          <w:sz w:val="20"/>
        </w:rPr>
        <w:t>1:05:32  maulana sabr ko positive sense mein bolte hue main ne aap hi ko dekha hai, kisi aur ko nahin. jazak</w:t>
      </w:r>
      <w:r>
        <w:br/>
      </w:r>
      <w:r>
        <w:rPr>
          <w:sz w:val="20"/>
        </w:rPr>
        <w:t>1:05:40  Allah." sajid ahmed khan sahib ne nagpur se likha hai: "duniya ki zindagi hamare liye jannat ki advance training hai.</w:t>
      </w:r>
      <w:r>
        <w:br/>
      </w:r>
      <w:r>
        <w:rPr>
          <w:sz w:val="20"/>
        </w:rPr>
        <w:t>1:05:50  yeh khayal mere liye bilkul thrilling hai. is tarah se agar main zindagi guzaron to koi bhi problem asal mein problem nahin rahegi, balkeh aik opportunity ban jayegi.</w:t>
      </w:r>
      <w:r>
        <w:br/>
      </w:r>
      <w:r>
        <w:rPr>
          <w:sz w:val="20"/>
        </w:rPr>
        <w:t>1:06:02  masha Allah! jazak Allah Maulana. Allah hum sab ko isi haqeeqat se</w:t>
      </w:r>
      <w:r>
        <w:br/>
      </w:r>
      <w:r>
        <w:rPr>
          <w:sz w:val="20"/>
        </w:rPr>
        <w:t>1:06:09  aashna kar de."</w:t>
      </w:r>
    </w:p>
    <w:p>
      <w:pPr>
        <w:pStyle w:val="Heading2"/>
      </w:pPr>
      <w:r>
        <w:t>Prophet's duas for believers</w:t>
      </w:r>
    </w:p>
    <w:p>
      <w:r>
        <w:rPr>
          <w:color w:val="666666"/>
          <w:sz w:val="18"/>
        </w:rPr>
        <w:t>Seerah &amp; Prophet · Paradise as a Goal April 26, 2015 · 9m 34s · at 52:27 · https://youtu.be/hnHqhmSJZXA?t=3147</w:t>
      </w:r>
    </w:p>
    <w:p>
      <w:r>
        <w:rPr>
          <w:i/>
        </w:rPr>
        <w:t>“If the Prophet made dua for people of faith, can you please mention what sort of things he asked for in those duas? Can you please provide some references?”</w:t>
      </w:r>
    </w:p>
    <w:p>
      <w:r>
        <w:rPr>
          <w:sz w:val="20"/>
        </w:rPr>
        <w:t>52:27  مولانا انہی کا اگلا سوال ہے If the Prophet did dua for people of other faith, can you</w:t>
      </w:r>
      <w:r>
        <w:br/>
      </w:r>
      <w:r>
        <w:rPr>
          <w:sz w:val="20"/>
        </w:rPr>
        <w:t>52:34  please mention what sort of things he asked for in the duas</w:t>
      </w:r>
      <w:r>
        <w:br/>
      </w:r>
      <w:r>
        <w:rPr>
          <w:sz w:val="20"/>
        </w:rPr>
        <w:t>52:39  can you please provide some references</w:t>
      </w:r>
      <w:r>
        <w:br/>
      </w:r>
      <w:r>
        <w:rPr>
          <w:sz w:val="20"/>
        </w:rPr>
        <w:t>52:43  dekhen peghambaron ki dua</w:t>
      </w:r>
      <w:r>
        <w:br/>
      </w:r>
      <w:r>
        <w:rPr>
          <w:sz w:val="20"/>
        </w:rPr>
        <w:t>52:47  hoti hai hidayat ke liye</w:t>
      </w:r>
      <w:r>
        <w:br/>
      </w:r>
      <w:r>
        <w:rPr>
          <w:sz w:val="20"/>
        </w:rPr>
        <w:t>52:51  jaise peghambar ne dua ki rab qawmi fahum la ilmoon</w:t>
      </w:r>
      <w:r>
        <w:br/>
      </w:r>
      <w:r>
        <w:rPr>
          <w:sz w:val="20"/>
        </w:rPr>
        <w:t>52:56  yani un ke jo madu tha us ne pathar mara</w:t>
      </w:r>
      <w:r>
        <w:br/>
      </w:r>
      <w:r>
        <w:rPr>
          <w:sz w:val="20"/>
        </w:rPr>
        <w:t>53:01  to us ko dekh</w:t>
      </w:r>
      <w:r>
        <w:br/>
      </w:r>
      <w:r>
        <w:rPr>
          <w:sz w:val="20"/>
        </w:rPr>
        <w:t>53:03  ghusse mein nahi hue woh balkeh dua ki ke khuda un ko hidayat de woh jante nahi to</w:t>
      </w:r>
      <w:r>
        <w:br/>
      </w:r>
      <w:r>
        <w:rPr>
          <w:sz w:val="20"/>
        </w:rPr>
        <w:t>53:08  peghambar ki jo duaein aayi hain</w:t>
      </w:r>
      <w:r>
        <w:br/>
      </w:r>
      <w:r>
        <w:rPr>
          <w:sz w:val="20"/>
        </w:rPr>
        <w:t>53:12  quran o hadees mein is se pata chalta hai ke peghambar ki duaein material cheezon ke liye nahi</w:t>
      </w:r>
      <w:r>
        <w:br/>
      </w:r>
      <w:r>
        <w:rPr>
          <w:sz w:val="20"/>
        </w:rPr>
        <w:t>53:17  hoti thi hidayat ke liye hoti thi</w:t>
      </w:r>
      <w:r>
        <w:br/>
      </w:r>
      <w:r>
        <w:rPr>
          <w:sz w:val="20"/>
        </w:rPr>
        <w:t>53:23  jaise ek hadees hai ke rasool allah ne kaha ke main ek peghambar ko dekh raha hoon ke</w:t>
      </w:r>
      <w:r>
        <w:br/>
      </w:r>
      <w:r>
        <w:rPr>
          <w:sz w:val="20"/>
        </w:rPr>
        <w:t>53:29  is ne sachai ka paigham diya aur jo madu the un ke woh ghussa ho gaya un ko</w:t>
      </w:r>
      <w:r>
        <w:br/>
      </w:r>
      <w:r>
        <w:rPr>
          <w:sz w:val="20"/>
        </w:rPr>
        <w:t>53:37  pathar mara to khoon behne laga to rasool allah ne kaha main dekh raha hoon ke khoon un</w:t>
      </w:r>
      <w:r>
        <w:br/>
      </w:r>
      <w:r>
        <w:rPr>
          <w:sz w:val="20"/>
        </w:rPr>
        <w:t>53:43  ke chehre se khoon beh raha hai lekin woh apni zuban se keh rahe hain rab qawmi fahum</w:t>
      </w:r>
      <w:r>
        <w:br/>
      </w:r>
      <w:r>
        <w:rPr>
          <w:sz w:val="20"/>
        </w:rPr>
        <w:t>53:47  la ilmoon aye allah unhein hidayat de woh jante nahi to jahan tak main janta hoon peghambar ki</w:t>
      </w:r>
      <w:r>
        <w:br/>
      </w:r>
      <w:r>
        <w:rPr>
          <w:sz w:val="20"/>
        </w:rPr>
        <w:t>53:54  duaein jo hoti thi hidayat ke liye hoti thi material cheezon ke liye nahi hoti thi molana yeh</w:t>
      </w:r>
      <w:r>
        <w:br/>
      </w:r>
      <w:r>
        <w:rPr>
          <w:sz w:val="20"/>
        </w:rPr>
        <w:t>54:00  comment aaya hai miss naghma siddiqui ka delhi se</w:t>
      </w:r>
      <w:r>
        <w:br/>
      </w:r>
      <w:r>
        <w:rPr>
          <w:sz w:val="20"/>
        </w:rPr>
        <w:t>54:04  Maulana, you are the only person that I have heard who talks of external and internal development, which</w:t>
      </w:r>
      <w:r>
        <w:br/>
      </w:r>
      <w:r>
        <w:rPr>
          <w:sz w:val="20"/>
        </w:rPr>
        <w:t>54:12  is so true. Thank you for explaining how to develop a 'tazkiyah' personality for Paradise.</w:t>
      </w:r>
      <w:r>
        <w:br/>
      </w:r>
      <w:r>
        <w:rPr>
          <w:sz w:val="20"/>
        </w:rPr>
        <w:t>54:21  molana yeh agla bhi comment hai molana iqbal umri sahib ka chennai se</w:t>
      </w:r>
      <w:r>
        <w:br/>
      </w:r>
      <w:r>
        <w:rPr>
          <w:sz w:val="20"/>
        </w:rPr>
        <w:t>54:27  molana aaj wazeh hua ke insaan ko jannati shakhsiyat banne ke liye dunya di gayi hai na ke</w:t>
      </w:r>
      <w:r>
        <w:br/>
      </w:r>
      <w:r>
        <w:rPr>
          <w:sz w:val="20"/>
        </w:rPr>
        <w:t>54:35  dunya ko jannat banane ke liye</w:t>
      </w:r>
      <w:r>
        <w:br/>
      </w:r>
      <w:r>
        <w:rPr>
          <w:sz w:val="20"/>
        </w:rPr>
        <w:t>54:40  yeh himalayan warning se poori insaniyat ke liye ek lesson hai</w:t>
      </w:r>
      <w:r>
        <w:br/>
      </w:r>
      <w:r>
        <w:rPr>
          <w:sz w:val="20"/>
        </w:rPr>
        <w:t>54:47  mister naghbah ka kya question tha un ka aik comment tha</w:t>
      </w:r>
      <w:r>
        <w:br/>
      </w:r>
      <w:r>
        <w:rPr>
          <w:sz w:val="20"/>
        </w:rPr>
        <w:t>54:52  You are the only person that I have heard who talks of external and internal development which is</w:t>
      </w:r>
      <w:r>
        <w:br/>
      </w:r>
      <w:r>
        <w:rPr>
          <w:sz w:val="20"/>
        </w:rPr>
        <w:t>54:59  So true. Thank you for explaining how to develop a Muzakka personality for paradise.</w:t>
      </w:r>
      <w:r>
        <w:br/>
      </w:r>
      <w:r>
        <w:rPr>
          <w:sz w:val="20"/>
        </w:rPr>
        <w:t>55:07  dekhen is ko main ne abhi arz kiya ke har cheez mein aik item hota hai risk ka</w:t>
      </w:r>
      <w:r>
        <w:br/>
      </w:r>
      <w:r>
        <w:rPr>
          <w:sz w:val="20"/>
        </w:rPr>
        <w:t>55:13  item spiritual food ka item har cheez mein is ko daryaft karna</w:t>
      </w:r>
      <w:r>
        <w:br/>
      </w:r>
      <w:r>
        <w:rPr>
          <w:sz w:val="20"/>
        </w:rPr>
        <w:t>55:21  jaise main ne misaal di ke yeh dekhiye metal hai yeh is ka aik aspect yeh hai ke</w:t>
      </w:r>
      <w:r>
        <w:br/>
      </w:r>
      <w:r>
        <w:rPr>
          <w:sz w:val="20"/>
        </w:rPr>
        <w:t>55:26  yeh metal hai doosra aspect yeh hai ke main sochne laga ke kya main aisa metal create kar</w:t>
      </w:r>
      <w:r>
        <w:br/>
      </w:r>
      <w:r>
        <w:rPr>
          <w:sz w:val="20"/>
        </w:rPr>
        <w:t>55:34  sakta hoon to yeh is ka is ke andar aik aik aur yani content tha spiritual content is</w:t>
      </w:r>
      <w:r>
        <w:br/>
      </w:r>
      <w:r>
        <w:rPr>
          <w:sz w:val="20"/>
        </w:rPr>
        <w:t>55:42  ko le kar socha main ne to har cheez mein aise hota hai ke do is ke content</w:t>
      </w:r>
      <w:r>
        <w:br/>
      </w:r>
      <w:r>
        <w:rPr>
          <w:sz w:val="20"/>
        </w:rPr>
        <w:t>55:46  hote hain aik material content aik spiritual content is content ko due karte karne se aadmi ke andar</w:t>
      </w:r>
      <w:r>
        <w:br/>
      </w:r>
      <w:r>
        <w:rPr>
          <w:sz w:val="20"/>
        </w:rPr>
        <w:t>55:57  shakhsiyat mazka shakhsiyat banti hai</w:t>
      </w:r>
      <w:r>
        <w:br/>
      </w:r>
      <w:r>
        <w:rPr>
          <w:sz w:val="20"/>
        </w:rPr>
        <w:t>56:02  maulana yeh agla question aya hai doctor iqbal pardhan ka delhi se</w:t>
      </w:r>
      <w:r>
        <w:br/>
      </w:r>
      <w:r>
        <w:rPr>
          <w:sz w:val="20"/>
        </w:rPr>
        <w:t>56:08  quran mein jagah jagah nabiyon ki qaumon par azab aya</w:t>
      </w:r>
      <w:r>
        <w:br/>
      </w:r>
      <w:r>
        <w:rPr>
          <w:sz w:val="20"/>
        </w:rPr>
        <w:t>56:14  kya yeh warning thi ya azab</w:t>
      </w:r>
      <w:r>
        <w:br/>
      </w:r>
      <w:r>
        <w:rPr>
          <w:sz w:val="20"/>
        </w:rPr>
        <w:t>56:20  dekhen nabi ka muamla alag hai aur yeh jo</w:t>
      </w:r>
      <w:r>
        <w:br/>
      </w:r>
      <w:r>
        <w:rPr>
          <w:sz w:val="20"/>
        </w:rPr>
        <w:t>56:26  nepal mein earthquake ka ya is tarah ke jo waqiat hote rehte hain woh alag hai</w:t>
      </w:r>
      <w:r>
        <w:br/>
      </w:r>
      <w:r>
        <w:rPr>
          <w:sz w:val="20"/>
        </w:rPr>
        <w:t>56:32  yeh to sirf warning ke liye hota hai lekin paygambar agar kahin</w:t>
      </w:r>
      <w:r>
        <w:br/>
      </w:r>
      <w:r>
        <w:rPr>
          <w:sz w:val="20"/>
        </w:rPr>
        <w:t>56:39  ata hai aur woh itmam e hujjat ki had tak is ko dawat deta hai phir bhi woh inkar</w:t>
      </w:r>
      <w:r>
        <w:br/>
      </w:r>
      <w:r>
        <w:rPr>
          <w:sz w:val="20"/>
        </w:rPr>
        <w:t>56:44  karti hai to paygambar ke zariye paygambar ke zariye</w:t>
      </w:r>
      <w:r>
        <w:br/>
      </w:r>
      <w:r>
        <w:rPr>
          <w:sz w:val="20"/>
        </w:rPr>
        <w:t>56:51  itba e hujjat ki had tak dawat pohanchana phir inkar karna is par aata hai azab aise azab nahi</w:t>
      </w:r>
      <w:r>
        <w:br/>
      </w:r>
      <w:r>
        <w:rPr>
          <w:sz w:val="20"/>
        </w:rPr>
        <w:t>56:58  ata hamari aap ki dawat par azab nahi aayega</w:t>
      </w:r>
      <w:r>
        <w:br/>
      </w:r>
      <w:r>
        <w:rPr>
          <w:sz w:val="20"/>
        </w:rPr>
        <w:t>57:02  sirf yeh paygambar ke liye khaas hai hum aap dawat dein to hum kahenge nahi manenge</w:t>
      </w:r>
      <w:r>
        <w:br/>
      </w:r>
      <w:r>
        <w:rPr>
          <w:sz w:val="20"/>
        </w:rPr>
        <w:t>57:06  log to un ko azab aa jayega to yeh galat hai</w:t>
      </w:r>
      <w:r>
        <w:br/>
      </w:r>
      <w:r>
        <w:rPr>
          <w:sz w:val="20"/>
        </w:rPr>
        <w:t>57:12  yeh yeh galat hai yeh sirf paygambar ke liye khaas hai woh bhi har paygambar ke liye nahi</w:t>
      </w:r>
      <w:r>
        <w:br/>
      </w:r>
      <w:r>
        <w:rPr>
          <w:sz w:val="20"/>
        </w:rPr>
        <w:t>57:17  har paygambar ka aisa nahi hua jis tarah ibrahim ne chhod diya aap ne iraq ko to wahan</w:t>
      </w:r>
      <w:r>
        <w:br/>
      </w:r>
      <w:r>
        <w:rPr>
          <w:sz w:val="20"/>
        </w:rPr>
        <w:t>57:23  azab nahi aaye koi</w:t>
      </w:r>
      <w:r>
        <w:br/>
      </w:r>
      <w:r>
        <w:rPr>
          <w:sz w:val="20"/>
        </w:rPr>
        <w:t>57:26  aisa nahi hua rasool Allah ne makkah chhoda to wahan azab nahi aa gaya</w:t>
      </w:r>
      <w:r>
        <w:br/>
      </w:r>
      <w:r>
        <w:rPr>
          <w:sz w:val="20"/>
        </w:rPr>
        <w:t>57:32  hata ke hazrat yunus ne chhod diya tha apne qaum ko tab bhi azab nahi aaya to</w:t>
      </w:r>
      <w:r>
        <w:br/>
      </w:r>
      <w:r>
        <w:rPr>
          <w:sz w:val="20"/>
        </w:rPr>
        <w:t>57:40  azab is tarah ka jisko aap keh rahe hain woh kuch paighambaron ke zamane mein aaya hai</w:t>
      </w:r>
      <w:r>
        <w:br/>
      </w:r>
      <w:r>
        <w:rPr>
          <w:sz w:val="20"/>
        </w:rPr>
        <w:t>57:44  hazrat hazrat loot ke zamane mein aaya</w:t>
      </w:r>
      <w:r>
        <w:br/>
      </w:r>
      <w:r>
        <w:rPr>
          <w:sz w:val="20"/>
        </w:rPr>
        <w:t>57:48  har paighambar ke samne nahi aaya lekin iska jo qanoon hai woh yahi hai ke agar paighambar</w:t>
      </w:r>
      <w:r>
        <w:br/>
      </w:r>
      <w:r>
        <w:rPr>
          <w:sz w:val="20"/>
        </w:rPr>
        <w:t>57:55  ke zariye itteba hujjat ki had tak dawat pahuncha di jaye phir bhi qaum inkar karti rahe to</w:t>
      </w:r>
      <w:r>
        <w:br/>
      </w:r>
      <w:r>
        <w:rPr>
          <w:sz w:val="20"/>
        </w:rPr>
        <w:t>58:01  azab aayega lekin har paighambar ke liye azab nahi aayega mislan hazrat isa ka inkar kiya</w:t>
      </w:r>
      <w:r>
        <w:br/>
      </w:r>
      <w:r>
        <w:rPr>
          <w:sz w:val="20"/>
        </w:rPr>
        <w:t>58:08  to azab to nahi aaya</w:t>
      </w:r>
      <w:r>
        <w:br/>
      </w:r>
      <w:r>
        <w:rPr>
          <w:sz w:val="20"/>
        </w:rPr>
        <w:t>58:12  to aisa nahi hota</w:t>
      </w:r>
      <w:r>
        <w:br/>
      </w:r>
      <w:r>
        <w:rPr>
          <w:sz w:val="20"/>
        </w:rPr>
        <w:t>58:15  unhone agla question kiya hai mister imran ne delhi se when some one says namaz by her</w:t>
      </w:r>
      <w:r>
        <w:br/>
      </w:r>
      <w:r>
        <w:rPr>
          <w:sz w:val="20"/>
        </w:rPr>
        <w:t>58:21  self or hum self at the end of the namaz turn to either side saying assalamu alaikum warahmat</w:t>
      </w:r>
      <w:r>
        <w:br/>
      </w:r>
      <w:r>
        <w:rPr>
          <w:sz w:val="20"/>
        </w:rPr>
        <w:t>58:28  ullah</w:t>
      </w:r>
      <w:r>
        <w:br/>
      </w:r>
      <w:r>
        <w:rPr>
          <w:sz w:val="20"/>
        </w:rPr>
        <w:t>58:30  who is he or she addressing in these words please explain</w:t>
      </w:r>
      <w:r>
        <w:br/>
      </w:r>
      <w:r>
        <w:rPr>
          <w:sz w:val="20"/>
        </w:rPr>
        <w:t>58:36  dekhen isko main bata chuka hoon is se pehle</w:t>
      </w:r>
      <w:r>
        <w:br/>
      </w:r>
      <w:r>
        <w:rPr>
          <w:sz w:val="20"/>
        </w:rPr>
        <w:t>58:39  ke globe par jo log bas rahe hain is side mein ya is side mein agar main idhar</w:t>
      </w:r>
      <w:r>
        <w:br/>
      </w:r>
      <w:r>
        <w:rPr>
          <w:sz w:val="20"/>
        </w:rPr>
        <w:t>58:46  namaz padh raha hoon to yeh side le li hui hai idhar padh raha hoon to aisa hua</w:t>
      </w:r>
      <w:r>
        <w:br/>
      </w:r>
      <w:r>
        <w:rPr>
          <w:sz w:val="20"/>
        </w:rPr>
        <w:t>58:50  kyunke pure globe mein basne wale tamam logon ke liye main</w:t>
      </w:r>
      <w:r>
        <w:br/>
      </w:r>
      <w:r>
        <w:rPr>
          <w:sz w:val="20"/>
        </w:rPr>
        <w:t>58:55  peace be upon you keh raha hoon peace be upon you to yeh sach poochhen to apne apne andar</w:t>
      </w:r>
      <w:r>
        <w:br/>
      </w:r>
      <w:r>
        <w:rPr>
          <w:sz w:val="20"/>
        </w:rPr>
        <w:t>59:02  spirit of peace inculcate karne ke liye hai ke jab main masjid se niklun bahar to jo insan</w:t>
      </w:r>
      <w:r>
        <w:br/>
      </w:r>
      <w:r>
        <w:rPr>
          <w:sz w:val="20"/>
        </w:rPr>
        <w:t>59:09  ke beech mein na hoon</w:t>
      </w:r>
      <w:r>
        <w:br/>
      </w:r>
      <w:r>
        <w:rPr>
          <w:sz w:val="20"/>
        </w:rPr>
        <w:t>59:12  woh unke beech mein mujhe peace ke sath rahoon main yeh ek qism ka pledge hai isi</w:t>
      </w:r>
      <w:r>
        <w:br/>
      </w:r>
      <w:r>
        <w:rPr>
          <w:sz w:val="20"/>
        </w:rPr>
        <w:t>59:19  liye ek ek mashhoor muhaddis the unhone kaha ke hal tadreej al salam unka naam tha ibn</w:t>
      </w:r>
      <w:r>
        <w:br/>
      </w:r>
      <w:r>
        <w:rPr>
          <w:sz w:val="20"/>
        </w:rPr>
        <w:t>59:28  awainah hal tadreej al salam</w:t>
      </w:r>
      <w:r>
        <w:br/>
      </w:r>
      <w:r>
        <w:rPr>
          <w:sz w:val="20"/>
        </w:rPr>
        <w:t>59:32  kya tum jante ho ke yeh salam karna kya hai</w:t>
      </w:r>
      <w:r>
        <w:br/>
      </w:r>
      <w:r>
        <w:rPr>
          <w:sz w:val="20"/>
        </w:rPr>
        <w:t>59:35  iska matlab hai ant aman minni ant aman minni tum mujh se mehfooz ho tumhari izzat tumhare</w:t>
      </w:r>
      <w:r>
        <w:br/>
      </w:r>
      <w:r>
        <w:rPr>
          <w:sz w:val="20"/>
        </w:rPr>
        <w:t>59:43  aabru tumhara maal mujh se mehfooz hai to kya jab aap masjid se yeh keh kar nikle to</w:t>
      </w:r>
      <w:r>
        <w:br/>
      </w:r>
      <w:r>
        <w:rPr>
          <w:sz w:val="20"/>
        </w:rPr>
        <w:t>59:49  yeh doosron ko agar paigham de rahe hain ke tum mujh se daro mat mein tumhare liye koi</w:t>
      </w:r>
      <w:r>
        <w:br/>
      </w:r>
      <w:r>
        <w:rPr>
          <w:sz w:val="20"/>
        </w:rPr>
        <w:t>59:56  problem nahi create karunga koi new sense nahi create karunga koi tumhara nuksan nahi karunga</w:t>
      </w:r>
      <w:r>
        <w:br/>
      </w:r>
      <w:r>
        <w:rPr>
          <w:sz w:val="20"/>
        </w:rPr>
        <w:t>1:00:03  yeh matlab hai is ka</w:t>
      </w:r>
      <w:r>
        <w:br/>
      </w:r>
      <w:r>
        <w:rPr>
          <w:sz w:val="20"/>
        </w:rPr>
        <w:t>1:00:05  yani i am a</w:t>
      </w:r>
      <w:r>
        <w:br/>
      </w:r>
      <w:r>
        <w:rPr>
          <w:sz w:val="20"/>
        </w:rPr>
        <w:t>1:00:08  i am a</w:t>
      </w:r>
      <w:r>
        <w:br/>
      </w:r>
      <w:r>
        <w:rPr>
          <w:sz w:val="20"/>
        </w:rPr>
        <w:t>1:00:11  good member of of the society</w:t>
      </w:r>
      <w:r>
        <w:br/>
      </w:r>
      <w:r>
        <w:rPr>
          <w:sz w:val="20"/>
        </w:rPr>
        <w:t>1:00:16  no problem member of society yeh yeh keh kar nikalte hain yeh aage se yani symbolic sense mein</w:t>
      </w:r>
      <w:r>
        <w:br/>
      </w:r>
      <w:r>
        <w:rPr>
          <w:sz w:val="20"/>
        </w:rPr>
        <w:t>1:00:24  hota hai kyunke log to maujood hain nahi samne symbolic sense mein hota hai lekin is mein spirit</w:t>
      </w:r>
      <w:r>
        <w:br/>
      </w:r>
      <w:r>
        <w:rPr>
          <w:sz w:val="20"/>
        </w:rPr>
        <w:t>1:00:31  to phir bhi milti hai aap ko yani jo salam kar raha hai us ne apne andar spirit</w:t>
      </w:r>
      <w:r>
        <w:br/>
      </w:r>
      <w:r>
        <w:rPr>
          <w:sz w:val="20"/>
        </w:rPr>
        <w:t>1:00:36  inculcate ki ke mujhe logon ke beech mein jaunga to mein un ke sath mujhe peaceful</w:t>
      </w:r>
      <w:r>
        <w:br/>
      </w:r>
      <w:r>
        <w:rPr>
          <w:sz w:val="20"/>
        </w:rPr>
        <w:t>1:00:40  tareeqe se rehna rehna hai</w:t>
      </w:r>
      <w:r>
        <w:br/>
      </w:r>
      <w:r>
        <w:rPr>
          <w:sz w:val="20"/>
        </w:rPr>
        <w:t>1:00:46  maulana yeh agla question aya hai mr raj malik ka delhi se</w:t>
      </w:r>
      <w:r>
        <w:br/>
      </w:r>
      <w:r>
        <w:rPr>
          <w:sz w:val="20"/>
        </w:rPr>
        <w:t>1:00:52  maulana ek sahib ne kaha ke aaj agar hazrat umar hote to hum logon ki gardan maar dete</w:t>
      </w:r>
      <w:r>
        <w:br/>
      </w:r>
      <w:r>
        <w:rPr>
          <w:sz w:val="20"/>
        </w:rPr>
        <w:t>1:01:00  jaisa ke ek aadmi ka qatal kar diya jis ne rasool ALLAH ke faisle ko nahi mana tha</w:t>
      </w:r>
      <w:r>
        <w:br/>
      </w:r>
      <w:r>
        <w:rPr>
          <w:sz w:val="20"/>
        </w:rPr>
        <w:t>1:01:10  nahi yeh galat hai ke qatal kar diya kaha tha ke agar eizaz de to mein qatal kar</w:t>
      </w:r>
      <w:r>
        <w:br/>
      </w:r>
      <w:r>
        <w:rPr>
          <w:sz w:val="20"/>
        </w:rPr>
        <w:t>1:01:15  dunga lekin kisi umar ko ya kisi khalifa ko yeh ikhtiyar nahi ke jis ko chahe gardan</w:t>
      </w:r>
      <w:r>
        <w:br/>
      </w:r>
      <w:r>
        <w:rPr>
          <w:sz w:val="20"/>
        </w:rPr>
        <w:t>1:01:21  maar de is ka faisla court se hota hai khalifa nahi karta is ka</w:t>
      </w:r>
      <w:r>
        <w:br/>
      </w:r>
      <w:r>
        <w:rPr>
          <w:sz w:val="20"/>
        </w:rPr>
        <w:t>1:01:28  is ko yaad rakhiye ke jo punishment hai jo woh khalifa ke ikhtiyar mein nahi hai</w:t>
      </w:r>
      <w:r>
        <w:br/>
      </w:r>
      <w:r>
        <w:rPr>
          <w:sz w:val="20"/>
        </w:rPr>
        <w:t>1:01:36  woh sirf court ke ikhtiyar mein hai court mein muqadma jayega wahan behas hogi qazi jab jo</w:t>
      </w:r>
      <w:r>
        <w:br/>
      </w:r>
      <w:r>
        <w:rPr>
          <w:sz w:val="20"/>
        </w:rPr>
        <w:t>1:01:45  faisla dega us ke mutabiq police jo hai us ko execute karegi aisa nahi ke umar</w:t>
      </w:r>
      <w:r>
        <w:br/>
      </w:r>
      <w:r>
        <w:rPr>
          <w:sz w:val="20"/>
        </w:rPr>
        <w:t>1:01:50  hote hain jo logon ko qatal karte rehte hain yeh baat sahi nahi hai na kabhi unhone</w:t>
      </w:r>
      <w:r>
        <w:br/>
      </w:r>
      <w:r>
        <w:rPr>
          <w:sz w:val="20"/>
        </w:rPr>
        <w:t>1:01:55  aisa kiya aisa aisa nahi ke qatal kiya unhone</w:t>
      </w:r>
    </w:p>
    <w:p>
      <w:pPr>
        <w:pStyle w:val="Heading2"/>
      </w:pPr>
      <w:r>
        <w:t>Prophet's duas for other faiths</w:t>
      </w:r>
    </w:p>
    <w:p>
      <w:r>
        <w:rPr>
          <w:color w:val="666666"/>
          <w:sz w:val="18"/>
        </w:rPr>
        <w:t>Seerah &amp; Prophet · Paradise as A Goal April 26, 2015 · 9m 55s · at 54:38 · https://youtu.be/4IWLd2SIBkw?t=3278</w:t>
      </w:r>
    </w:p>
    <w:p>
      <w:r>
        <w:rPr>
          <w:i/>
        </w:rPr>
        <w:t>“If the Prophet did dua for people of other faiths, can you please mention what sort of things He asked for in the duas? Can you please provide some references?”</w:t>
      </w:r>
    </w:p>
    <w:p>
      <w:r>
        <w:rPr>
          <w:sz w:val="20"/>
        </w:rPr>
        <w:t>54:38  Aur yeh sabit hai ke paighambaron ne har aik ke liye dua ki, har aik ke liye. Maulana, inhi ka agla sawal hai: "If the prophet did dua for people of other faiths, can you please mention what sort of things he asked for in the duas?</w:t>
      </w:r>
      <w:r>
        <w:br/>
      </w:r>
      <w:r>
        <w:rPr>
          <w:sz w:val="20"/>
        </w:rPr>
        <w:t>54:56  Can you please provide some references?" Dekhein, paighambaron ki dua hoti hai hidayat ke liye.</w:t>
      </w:r>
      <w:r>
        <w:br/>
      </w:r>
      <w:r>
        <w:rPr>
          <w:sz w:val="20"/>
        </w:rPr>
        <w:t>55:08  jaise peghambar ne dua ki: "rab qomi fahm la ilmoon." yaani un ke jo madu tha, us ne pathar mara to us ko dekh, ghusse bane hue hain.</w:t>
      </w:r>
      <w:r>
        <w:br/>
      </w:r>
      <w:r>
        <w:rPr>
          <w:sz w:val="20"/>
        </w:rPr>
        <w:t>55:21  woh balkay dua ki ke khuda un ko hidayat de, woh jante nahin.</w:t>
      </w:r>
      <w:r>
        <w:br/>
      </w:r>
      <w:r>
        <w:rPr>
          <w:sz w:val="20"/>
        </w:rPr>
        <w:t>55:25  to peghambar ki jo duayein aayi hain quran o hadith mein, us se pata chalta hai ke peghambar ki duayein material cheezon ke liye nahin hoti theen, hidayat ke liye hoti theen.</w:t>
      </w:r>
      <w:r>
        <w:br/>
      </w:r>
      <w:r>
        <w:rPr>
          <w:sz w:val="20"/>
        </w:rPr>
        <w:t>55:40  jaise ek hadith hai ke rasool Allah ne kaha ke main ek peghambar ko dekh raha hoon ke us ne sachai ka paigham diya aur jo madu the, un ke woh ghusse ho gaye, un ko pathar mara to khoon behne laga.</w:t>
      </w:r>
      <w:r>
        <w:br/>
      </w:r>
      <w:r>
        <w:rPr>
          <w:sz w:val="20"/>
        </w:rPr>
        <w:t>55:57  to rasool Allah ne kaha: "main dekh raha hoon ke khoon un ke chehre se khoon beh raha hai." lekin woh apni zuban se keh rahe hain: "rab qomi fahm la ilmoon. aye Allah, unhein hidayat de, woh jante nahin."</w:t>
      </w:r>
      <w:r>
        <w:br/>
      </w:r>
      <w:r>
        <w:rPr>
          <w:sz w:val="20"/>
        </w:rPr>
        <w:t>56:09  to jahan tak main janta hoon, peghambar ki duayein jo hoti theen, hidayat ke liye hoti theen, material cheezon ke liye nahin hoti theen.</w:t>
      </w:r>
      <w:r>
        <w:br/>
      </w:r>
      <w:r>
        <w:rPr>
          <w:sz w:val="20"/>
        </w:rPr>
        <w:t>56:22  maulana, ek comment aaya hai miss naghma siddiqui ka dehli se: "maulana, you are the only person that i have heard who talks of external and internal development, which is so true.</w:t>
      </w:r>
      <w:r>
        <w:br/>
      </w:r>
      <w:r>
        <w:rPr>
          <w:sz w:val="20"/>
        </w:rPr>
        <w:t>56:37  thank you for explaining how to develop a mazka personality for paradise."</w:t>
      </w:r>
      <w:r>
        <w:br/>
      </w:r>
      <w:r>
        <w:rPr>
          <w:sz w:val="20"/>
        </w:rPr>
        <w:t>56:48  maulana, yeh agla bhi comment hai maulana iqbal umri sahib ka chennai se: "maulana, aaj wazeh hua ke insan ko jannati shakhsiyat banne ke liye dunya di gayi hai,</w:t>
      </w:r>
      <w:r>
        <w:br/>
      </w:r>
      <w:r>
        <w:rPr>
          <w:sz w:val="20"/>
        </w:rPr>
        <w:t>57:02  na ke dunya ko jannat banane ke liye.</w:t>
      </w:r>
      <w:r>
        <w:br/>
      </w:r>
      <w:r>
        <w:rPr>
          <w:sz w:val="20"/>
        </w:rPr>
        <w:t>57:07  yeh himalayan warning se poori insaniyat ke liye ek lesson hai."</w:t>
      </w:r>
      <w:r>
        <w:br/>
      </w:r>
      <w:r>
        <w:rPr>
          <w:sz w:val="20"/>
        </w:rPr>
        <w:t>57:16  yeh theek hai, yeh theek hai. achha, kya hai?</w:t>
      </w:r>
      <w:r>
        <w:br/>
      </w:r>
      <w:r>
        <w:rPr>
          <w:sz w:val="20"/>
        </w:rPr>
        <w:t>57:26  urdu hai? mister naghma, kya question tha? un ka ek comment tha:</w:t>
      </w:r>
      <w:r>
        <w:br/>
      </w:r>
      <w:r>
        <w:rPr>
          <w:sz w:val="20"/>
        </w:rPr>
        <w:t>57:30  "hmm, you are the only person that i have heard who talks of external and internal development, which is so true.</w:t>
      </w:r>
      <w:r>
        <w:br/>
      </w:r>
      <w:r>
        <w:rPr>
          <w:sz w:val="20"/>
        </w:rPr>
        <w:t>57:39  thank you for explaining how to develop a mazka personality for paradise." dekhein, is ko main ne abhi arz kiya ke har cheez mein ek item hota hai, risk ka item, yaani spiritual food ka item.</w:t>
      </w:r>
      <w:r>
        <w:br/>
      </w:r>
      <w:r>
        <w:rPr>
          <w:sz w:val="20"/>
        </w:rPr>
        <w:t>57:56  har cheez mein is ko daryaft karna,</w:t>
      </w:r>
      <w:r>
        <w:br/>
      </w:r>
      <w:r>
        <w:rPr>
          <w:sz w:val="20"/>
        </w:rPr>
        <w:t>58:00  jaise main ne misaal di ke yeh dekhiye, ek metal hai. yeh ek is ka ek aspect yeh hai ke yeh metal hai. doosra aspect yeh hai ke main sochne laga ke kya main aisa metal create kar sakta hoon?</w:t>
      </w:r>
      <w:r>
        <w:br/>
      </w:r>
      <w:r>
        <w:rPr>
          <w:sz w:val="20"/>
        </w:rPr>
        <w:t>58:14  to yeh is ka, is ke andar ek ek aur, yaani content tha, spiritual content. is ko le kar socha main ne. to har cheez mein aise hi hota hai ke do is ke content hote hain:</w:t>
      </w:r>
      <w:r>
        <w:br/>
      </w:r>
      <w:r>
        <w:rPr>
          <w:sz w:val="20"/>
        </w:rPr>
        <w:t>58:28  ek material content, ek spiritual content. is content ko daryaft karte karne se aadmi ke andar shakhsiyat, mazka shakhsiyat banti hai.</w:t>
      </w:r>
      <w:r>
        <w:br/>
      </w:r>
      <w:r>
        <w:rPr>
          <w:sz w:val="20"/>
        </w:rPr>
        <w:t>58:41  maulana, yeh agla question aaya hai doctor iqbal pradhan ka dehli se: "quran mein jagah jagah nabiyon ki qomon par azab aaya.</w:t>
      </w:r>
      <w:r>
        <w:br/>
      </w:r>
      <w:r>
        <w:rPr>
          <w:sz w:val="20"/>
        </w:rPr>
        <w:t>58:53  kya yeh warning thi ya azab?"</w:t>
      </w:r>
      <w:r>
        <w:br/>
      </w:r>
      <w:r>
        <w:rPr>
          <w:sz w:val="20"/>
        </w:rPr>
        <w:t>58:59  dekhein, nabi ka muamla alag hai aur yeh jo nepal mein aaj koi kaha ya is tarah ke jo waqiyat hote rehte hain, woh alag hain.</w:t>
      </w:r>
      <w:r>
        <w:br/>
      </w:r>
      <w:r>
        <w:rPr>
          <w:sz w:val="20"/>
        </w:rPr>
        <w:t>59:11  yeh to sirf warning ke liye hota hai. dekhein, peghambar agar kahin aata hai aur woh itmam e hujjat ki had tak is ko dawat deta hai,</w:t>
      </w:r>
      <w:r>
        <w:br/>
      </w:r>
      <w:r>
        <w:rPr>
          <w:sz w:val="20"/>
        </w:rPr>
        <w:t>59:22  phir bhi woh inkar karti hai ke peghambar ke zariye, peghambar ke zariye itmam e hujjat ki had tak dawat pahunchana, phir inkar karna, is par aata hai azab.</w:t>
      </w:r>
      <w:r>
        <w:br/>
      </w:r>
      <w:r>
        <w:rPr>
          <w:sz w:val="20"/>
        </w:rPr>
        <w:t>59:36  aise azab nahin aata hamari aap ki dawat par. azab nahin aayega, sirf yeh peghambar ke liye khaas hai. hum aap dawat dein to hum kahenge nahin manenge.</w:t>
      </w:r>
      <w:r>
        <w:br/>
      </w:r>
      <w:r>
        <w:rPr>
          <w:sz w:val="20"/>
        </w:rPr>
        <w:t>59:45  log to in ko azab aa jaye ga, to yeh galat hai. yeh</w:t>
      </w:r>
      <w:r>
        <w:br/>
      </w:r>
      <w:r>
        <w:rPr>
          <w:sz w:val="20"/>
        </w:rPr>
        <w:t>59:51  yeh galat hai. yeh sirf peghambar ke liye khaas hai, woh bhi har peghambar ke liye nahi hai. har peghambar ka aisa nahi hoga. jis tarah Hazrat Ibrahim ne chhod diya aap ne Iraq ko, to wahan azab nahi aaye.</w:t>
      </w:r>
      <w:r>
        <w:br/>
      </w:r>
      <w:r>
        <w:rPr>
          <w:sz w:val="20"/>
        </w:rPr>
        <w:t>1:00:03  koi aisa nahi hua. Rasool Allah ne Makkah chhora to wahan azab nahi aa gaya. hatta ke Hazrat Yunus ne chhod diya tha apne qaum ko, tab bhi azab nahi aaya.</w:t>
      </w:r>
      <w:r>
        <w:br/>
      </w:r>
      <w:r>
        <w:rPr>
          <w:sz w:val="20"/>
        </w:rPr>
        <w:t>1:00:17  to azab is tarah ka jis ko aap keh rahe hain, woh kuch peghambaron ke zamane mein aaya hai, Hazrat Hazrat Loot ke zamane mein aaya, har peghambar ke zamane mein nahi aaya.</w:t>
      </w:r>
      <w:r>
        <w:br/>
      </w:r>
      <w:r>
        <w:rPr>
          <w:sz w:val="20"/>
        </w:rPr>
        <w:t>1:00:29  lekin is ka jo qanoon hai, woh yahi hai ke agar peghambar ke zariye itmam-e-hujjat ki had tak dawat pahuncha di jaye, phir bhi qaum inkar karti rahe to azab aayega.</w:t>
      </w:r>
      <w:r>
        <w:br/>
      </w:r>
      <w:r>
        <w:rPr>
          <w:sz w:val="20"/>
        </w:rPr>
        <w:t>1:00:42  lekin har peghambar ke liye azab nahi aayega.</w:t>
      </w:r>
      <w:r>
        <w:br/>
      </w:r>
      <w:r>
        <w:rPr>
          <w:sz w:val="20"/>
        </w:rPr>
        <w:t>1:00:45  misalan Hazrat Isa ka inkar kiya to azab to nahi aaya, to aisa nahi hota. Maulana, yeh agla question kya hai?</w:t>
      </w:r>
      <w:r>
        <w:br/>
      </w:r>
      <w:r>
        <w:rPr>
          <w:sz w:val="20"/>
        </w:rPr>
        <w:t>1:00:56  Mr Imran ne Delhi se: "When someone says namaz by herself or himself at the end of the namaz, they turn to either side, saying Assalamu Alaikum wa Rahmatullahi.</w:t>
      </w:r>
      <w:r>
        <w:br/>
      </w:r>
      <w:r>
        <w:rPr>
          <w:sz w:val="20"/>
        </w:rPr>
        <w:t>1:01:09  Who is he or she addressing in these words? Please explain."</w:t>
      </w:r>
      <w:r>
        <w:br/>
      </w:r>
      <w:r>
        <w:rPr>
          <w:sz w:val="20"/>
        </w:rPr>
        <w:t>1:01:15  dekhein, is ko main bata chuka hoon is se pehle ke globe par jo log bas rahe hain, is side mein ya is side mein, agar main idhar namaz padh raha hoon to yeh side ki le li hui hai.</w:t>
      </w:r>
      <w:r>
        <w:br/>
      </w:r>
      <w:r>
        <w:rPr>
          <w:sz w:val="20"/>
        </w:rPr>
        <w:t>1:01:27  idhar padh raha hoon to aisa hua, kyunke aap pure globe mein basne wale tamam logon ke liye main peace be a pani ko keh raha hoon.</w:t>
      </w:r>
      <w:r>
        <w:br/>
      </w:r>
      <w:r>
        <w:rPr>
          <w:sz w:val="20"/>
        </w:rPr>
        <w:t>1:01:36  peace be a pani</w:t>
      </w:r>
      <w:r>
        <w:br/>
      </w:r>
      <w:r>
        <w:rPr>
          <w:sz w:val="20"/>
        </w:rPr>
        <w:t>1:01:37  to yeh sach poochhein to apne apne andar spirit of peace inculcate karne ke liye hai ke jab main masjid se niklun bahar to jo insaan ke beech mein main hoon, woh un ke beech mein mujhe peace ke sath rahoon.</w:t>
      </w:r>
      <w:r>
        <w:br/>
      </w:r>
      <w:r>
        <w:rPr>
          <w:sz w:val="20"/>
        </w:rPr>
        <w:t>1:01:54  main yeh ek qism ka pledge hai. isi liye ek ek mashhoor muhaddis the,</w:t>
      </w:r>
      <w:r>
        <w:br/>
      </w:r>
      <w:r>
        <w:rPr>
          <w:sz w:val="20"/>
        </w:rPr>
        <w:t>1:02:02  unhon ne kaha ke "hal tadri wa salam" un ka naam tha Ibn Uyaynah. "hal tadri wa salam" kya tum jante ho ke yeh salam karna kya hai?</w:t>
      </w:r>
      <w:r>
        <w:br/>
      </w:r>
      <w:r>
        <w:rPr>
          <w:sz w:val="20"/>
        </w:rPr>
        <w:t>1:02:14  is ka matlab hai: "anta amin minni, anta amin minni" tum mujh se mehfooz ho, tumhari izzat, tumhari abru, tumhara maal mujh se mehfooz hai.</w:t>
      </w:r>
      <w:r>
        <w:br/>
      </w:r>
      <w:r>
        <w:rPr>
          <w:sz w:val="20"/>
        </w:rPr>
        <w:t>1:02:25  to kaha jab aap masjid se yeh keh kar nikle to yeh doosron ko agar aap paigham de rahe hain ke tum mujh se daro mat, main tumhare liye koi problem nahi create karunga, koi nishans nahi create karunga,</w:t>
      </w:r>
      <w:r>
        <w:br/>
      </w:r>
      <w:r>
        <w:rPr>
          <w:sz w:val="20"/>
        </w:rPr>
        <w:t>1:02:39  koi tumhara nuksan nahi karunga, yeh matlab hai is ka. yani "I am a, I am a</w:t>
      </w:r>
      <w:r>
        <w:br/>
      </w:r>
      <w:r>
        <w:rPr>
          <w:sz w:val="20"/>
        </w:rPr>
        <w:t>1:02:50  good member of of the society,</w:t>
      </w:r>
      <w:r>
        <w:br/>
      </w:r>
      <w:r>
        <w:rPr>
          <w:sz w:val="20"/>
        </w:rPr>
        <w:t>1:02:54  no problem member of society" yeh yeh keh kar nikalte hain. yeh agarche yani symbolic sense mein hota hai, kyunke log to maujood hain hi nahi samne, symbolic sense mein hota hai,</w:t>
      </w:r>
      <w:r>
        <w:br/>
      </w:r>
      <w:r>
        <w:rPr>
          <w:sz w:val="20"/>
        </w:rPr>
        <w:t>1:03:08  lekin is mein spirit to phir bhi milti hai aap ko. yani jo salam kar raha hai, us ne apna to spirit inculcate ki ke mujhe logon ke beech mein jaunga to main un ke sath mein peaceful tareeqe se rehna hai.</w:t>
      </w:r>
      <w:r>
        <w:br/>
      </w:r>
      <w:r>
        <w:rPr>
          <w:sz w:val="20"/>
        </w:rPr>
        <w:t>1:03:20  rehna hai.</w:t>
      </w:r>
      <w:r>
        <w:br/>
      </w:r>
      <w:r>
        <w:rPr>
          <w:sz w:val="20"/>
        </w:rPr>
        <w:t>1:03:25  Maulana, yeh agla question aaya hai Mr Raj Malik ka Delhi se. Maulana, ek sahib ne kaha ke aaj agar Hazrat Umar hote to hum logon ki gardan maar dete,</w:t>
      </w:r>
      <w:r>
        <w:br/>
      </w:r>
      <w:r>
        <w:rPr>
          <w:sz w:val="20"/>
        </w:rPr>
        <w:t>1:03:39  jaisa ke ek aadmi ka qatl kar diya jis ne Rasool Allah ke faisle ko nahi maana tha.</w:t>
      </w:r>
      <w:r>
        <w:br/>
      </w:r>
      <w:r>
        <w:rPr>
          <w:sz w:val="20"/>
        </w:rPr>
        <w:t>1:03:49  nahi, yeh galat hai ke qatl kar diya.</w:t>
      </w:r>
      <w:r>
        <w:br/>
      </w:r>
      <w:r>
        <w:rPr>
          <w:sz w:val="20"/>
        </w:rPr>
        <w:t>1:03:52  kaha tha ke agar ijazat de do to main qatl kar doonga. dekhiye, kisi umar ko ya kisi khaleefa ko yeh ikhtiyar nahi ke jis ko chahe gardan maar de.</w:t>
      </w:r>
      <w:r>
        <w:br/>
      </w:r>
      <w:r>
        <w:rPr>
          <w:sz w:val="20"/>
        </w:rPr>
        <w:t>1:04:02  iska faisla court se hota hai, khaleefa nahi karta. iska is ko yaad rakhiye ke jo punishment hai, jo woh khaleefa ke ikhtiyar mein nahi hai, woh sirf court ke ikhtiyar mein hai.</w:t>
      </w:r>
      <w:r>
        <w:br/>
      </w:r>
      <w:r>
        <w:rPr>
          <w:sz w:val="20"/>
        </w:rPr>
        <w:t>1:04:17  court mein muqadma jayega, wahan behas hogi.</w:t>
      </w:r>
      <w:r>
        <w:br/>
      </w:r>
      <w:r>
        <w:rPr>
          <w:sz w:val="20"/>
        </w:rPr>
        <w:t>1:04:21  qazi jab jo is jo faisla dega, us ke mutabiq police jo hai, us ko execute karegi. aisa nahi ke umar hote to jo logon ko qatl karte rehte, yeh baat sahi nahi hai.</w:t>
      </w:r>
    </w:p>
    <w:p>
      <w:pPr>
        <w:pStyle w:val="Heading2"/>
      </w:pPr>
      <w:r>
        <w:t>Prophet's nighttime visit to graveyard</w:t>
      </w:r>
    </w:p>
    <w:p>
      <w:r>
        <w:rPr>
          <w:color w:val="666666"/>
          <w:sz w:val="18"/>
        </w:rPr>
        <w:t>Seerah &amp; Prophet · The Story of Aisha Bint Abu Bakr Part 2 March 05, 2023 · 28m 41s · at 29:27 · https://youtu.be/od3Is6a9B7o?t=1767</w:t>
      </w:r>
    </w:p>
    <w:p>
      <w:r>
        <w:rPr>
          <w:i/>
        </w:rPr>
        <w:t>“ایک مرتبہ وہ رات میں اٹھے اور پھر وہ بقی graveyard گئے اور وہاں پہ انہوں نے جتنے بھی لوگ جو graveyard میں دفنائے گئے ہیں ان کے لیے دعا مان گی انہوں نے۔ تو اس کے بارے میں بتائیں۔”</w:t>
      </w:r>
    </w:p>
    <w:p>
      <w:r>
        <w:rPr>
          <w:sz w:val="20"/>
        </w:rPr>
        <w:t>29:27  aur bohat lambe sajde pe jaya karte the. tu doctor sahib agla sawal lena chahunga ke ek martaba woh raat mein uthe aur phir woh baqi graveyard gaye aur wahan pe unhon ne jitne bhi log jo graveyard mein dafnaye gaye hain un ke liye dua maan</w:t>
      </w:r>
      <w:r>
        <w:br/>
      </w:r>
      <w:r>
        <w:rPr>
          <w:sz w:val="20"/>
        </w:rPr>
        <w:t>29:45  gi unhon ne. tu is ke bare mein batain. yeh ek bohat lambi hadith hai ji hazrat aisha ki. kuch log baithe hue the hazrat aisha ke paas tu hazrat aisha ne kaha ke do you want me to tell a story about the prophet and about me tu logon ne kaha zaroor zaroor sunain.</w:t>
      </w:r>
      <w:r>
        <w:br/>
      </w:r>
      <w:r>
        <w:rPr>
          <w:sz w:val="20"/>
        </w:rPr>
        <w:t>30:08  tu hazrat aisha ne bataya ke ek baar prophet sham ko aaye masjid se. ji aur unhon ne apne shoes utare, shoes rakh diye ek taraf aur chadar hatayi aur ek bistar banaya aur let gaye.</w:t>
      </w:r>
      <w:r>
        <w:br/>
      </w:r>
      <w:r>
        <w:rPr>
          <w:sz w:val="20"/>
        </w:rPr>
        <w:t>30:28  aur maybe maybe let gayi hazrat aisha kehti hain. tu maine dekha ke raat ke waqt woh ahista se uthe.</w:t>
      </w:r>
      <w:r>
        <w:br/>
      </w:r>
      <w:r>
        <w:rPr>
          <w:sz w:val="20"/>
        </w:rPr>
        <w:t>30:36  un ko laga ke main so gayi halanke shayad hazrat aisha jag rahi thin. tu bohat ahista se uthe aur ahista se unhon ne apne shoes pehne aur ahista se unhon ne apni chadar odhi.</w:t>
      </w:r>
      <w:r>
        <w:br/>
      </w:r>
      <w:r>
        <w:rPr>
          <w:sz w:val="20"/>
        </w:rPr>
        <w:t>30:48  ji aur ahista se gaye aur darwaza ahista se khola aur bahar chale gaye aur darwaza ahista se band kiya. tu un ko kuch shakk ho gaya.</w:t>
      </w:r>
      <w:r>
        <w:br/>
      </w:r>
      <w:r>
        <w:rPr>
          <w:sz w:val="20"/>
        </w:rPr>
        <w:t>31:00  tu woh uthi aur unhon ne apni chadar odhi.</w:t>
      </w:r>
      <w:r>
        <w:br/>
      </w:r>
      <w:r>
        <w:rPr>
          <w:sz w:val="20"/>
        </w:rPr>
        <w:t>31:03  ji aur woh bhi nikal gayin ghar se bahar ke dekhen kahan ja rahi hain. tu unhon ne dekha ke woh baqi qabristan ki taraf jo baqi qabristan hai jannat ul baqi kehte hain ise woh bilkul masjid se mila hua hai.</w:t>
      </w:r>
      <w:r>
        <w:br/>
      </w:r>
      <w:r>
        <w:rPr>
          <w:sz w:val="20"/>
        </w:rPr>
        <w:t>31:20  abhi bhi aap jayen tu dekh sakte hain. aur bare bare sahaba ki qabrein hain is mein. khud hazrat aisha ki bhi qabr is mein hi hai.</w:t>
      </w:r>
      <w:r>
        <w:br/>
      </w:r>
      <w:r>
        <w:rPr>
          <w:sz w:val="20"/>
        </w:rPr>
        <w:t>31:26  ji tu unhon ne dekha ke prophet baqi ke paas gaye aur wahan kafi der khade rahe. aur phir teen baar hath uthaya.</w:t>
      </w:r>
      <w:r>
        <w:br/>
      </w:r>
      <w:r>
        <w:rPr>
          <w:sz w:val="20"/>
        </w:rPr>
        <w:t>31:37  dua ki teen baar. phir wapas palte. ji aur bohat tez aane lagay. tu hazrat aisha kehti hain ke prophet was walking really fast tu maine bhi bohat tez chalna shuru kiya.</w:t>
      </w:r>
      <w:r>
        <w:br/>
      </w:r>
      <w:r>
        <w:rPr>
          <w:sz w:val="20"/>
        </w:rPr>
        <w:t>31:49  woh aur tez ho gaye. main bhi aur tez ho gayi taake woh mujhe dekhen na.</w:t>
      </w:r>
      <w:r>
        <w:br/>
      </w:r>
      <w:r>
        <w:rPr>
          <w:sz w:val="20"/>
        </w:rPr>
        <w:t>31:54  ab phir he started to run and then i started to run and i was out of breath tu daurte daurte main kaise pahunchi ghar.</w:t>
      </w:r>
      <w:r>
        <w:br/>
      </w:r>
      <w:r>
        <w:rPr>
          <w:sz w:val="20"/>
        </w:rPr>
        <w:t>32:03  aur jaise main leti waisi hi prophet bhi aa gaye. tu prophet ne dekha ke meri saans phool rahi hai. haanp rahi hoon main. tu bole ke kya ho gaya tumhein?</w:t>
      </w:r>
      <w:r>
        <w:br/>
      </w:r>
      <w:r>
        <w:rPr>
          <w:sz w:val="20"/>
        </w:rPr>
        <w:t>32:15  tu unhon ne kaha kuch nahin. koi zyada boli nahin.</w:t>
      </w:r>
      <w:r>
        <w:br/>
      </w:r>
      <w:r>
        <w:rPr>
          <w:sz w:val="20"/>
        </w:rPr>
        <w:t>32:19  tu rasool allah ne kaha hai ke tum mujhe waqia batao warna allah jo lateef ul khabeer hai the subtle and the aware he will inform me ji either you inform me or ji god will inform me tu sari baat unhon ne bata di ke main ne aise aise aap ko dekha tu main aap ke peeche chali gayi.</w:t>
      </w:r>
      <w:r>
        <w:br/>
      </w:r>
      <w:r>
        <w:rPr>
          <w:sz w:val="20"/>
        </w:rPr>
        <w:t>32:45  tu unhon ne kaha hai ke so you you were the black shape in front of me tu unhon ne kaha haan main hi main hi thi woh.</w:t>
      </w:r>
      <w:r>
        <w:br/>
      </w:r>
      <w:r>
        <w:rPr>
          <w:sz w:val="20"/>
        </w:rPr>
        <w:t>32:53  un ko kuch nazar aaya hoga rasool allah ko ke kaale rang ki koi shaal waghera odh ke gayi hongi. tu prophet ne kaha hai do you think allah and his messenger will be unfair to</w:t>
      </w:r>
      <w:r>
        <w:br/>
      </w:r>
      <w:r>
        <w:rPr>
          <w:sz w:val="20"/>
        </w:rPr>
        <w:t>33:09  you tu hazrat aisha ne kaha hai ke log kisi baat ko kitna hi chupa len allah tu jaan jata hai.</w:t>
      </w:r>
      <w:r>
        <w:br/>
      </w:r>
      <w:r>
        <w:rPr>
          <w:sz w:val="20"/>
        </w:rPr>
        <w:t>33:18  ji allah tu jaan jaan leta hai use. phir prophet ne poori baat batayi ke waqia kya tha. tu kaha ke jab tum ne mujhe dekha ke main bahar ja raha tha tu jibril aaye the mere paas.</w:t>
      </w:r>
      <w:r>
        <w:br/>
      </w:r>
      <w:r>
        <w:rPr>
          <w:sz w:val="20"/>
        </w:rPr>
        <w:t>33:33  ji tu unhon ne bahar se hi mujhe awaz di.</w:t>
      </w:r>
      <w:r>
        <w:br/>
      </w:r>
      <w:r>
        <w:rPr>
          <w:sz w:val="20"/>
        </w:rPr>
        <w:t>33:37  jo awaz sirf main ne hi suni tum ne nahin suni. farishta agar chahe ke aur log sunen tabhi ho sakta hai aisa. aise nahin ke woh sab log sunenge.</w:t>
      </w:r>
      <w:r>
        <w:br/>
      </w:r>
      <w:r>
        <w:rPr>
          <w:sz w:val="20"/>
        </w:rPr>
        <w:t>33:48  to unhon ne kaha hai ke he waited outside the house and he did not enter because we were sleeping aao't of modesty he called me from outside the house ji</w:t>
      </w:r>
      <w:r>
        <w:br/>
      </w:r>
      <w:r>
        <w:rPr>
          <w:sz w:val="20"/>
        </w:rPr>
        <w:t>34:00  to mein mein ne chaha ke tum ko na jagao'n kahin tum pareshan ho jao dar jao. to mein ahista ahista bahar gaya.</w:t>
      </w:r>
      <w:r>
        <w:br/>
      </w:r>
      <w:r>
        <w:rPr>
          <w:sz w:val="20"/>
        </w:rPr>
        <w:t>34:11  ji aur bahar ja ke jibril ne kaha mujh se ke allah ne aap ko hukum diya hai ke aap baqi qabristan jao'n aur jo log wahan bareeed hain jo log madfoon hain un ke liye bakhshish ki dua kari</w:t>
      </w:r>
      <w:r>
        <w:br/>
      </w:r>
      <w:r>
        <w:rPr>
          <w:sz w:val="20"/>
        </w:rPr>
        <w:t>34:26  n. ji to mein gaya aur mein ne wahan ahle baqi ke liye dua ki. to yeh waqia jab suna hazrat aisha ne to unhon ne kaha ke aye khuda ke rasool mein kaise karoon ahle baqi ke liye dua?</w:t>
      </w:r>
      <w:r>
        <w:br/>
      </w:r>
      <w:r>
        <w:rPr>
          <w:sz w:val="20"/>
        </w:rPr>
        <w:t>34:44  to rasool allah ne kaha ke tum kaho aise ke allah tum par salamatī aur rehmat farmaye yani un logon ko jo baqi madfoon hain.</w:t>
      </w:r>
      <w:r>
        <w:br/>
      </w:r>
      <w:r>
        <w:rPr>
          <w:sz w:val="20"/>
        </w:rPr>
        <w:t>34:58  aur yeh bhi kaho ke hum zaroor tumhare saath milein ge ek din. ji</w:t>
      </w:r>
      <w:r>
        <w:br/>
      </w:r>
      <w:r>
        <w:rPr>
          <w:sz w:val="20"/>
        </w:rPr>
        <w:t>35:03  to yani jo insan qabristan mein jata hai to sab se bara sabak jo hai woh yahi hota hai ke insan yeh samajhta hai ke maulana kehte hain na aaj un ki kal hamari bari hai.</w:t>
      </w:r>
      <w:r>
        <w:br/>
      </w:r>
      <w:r>
        <w:rPr>
          <w:sz w:val="20"/>
        </w:rPr>
        <w:t>35:14  hmm ke yahin par aana hai. hmm to yeh dua karte rehna chahiye ke allah taala khas taur se badgumanī se bachaye humein.</w:t>
      </w:r>
      <w:r>
        <w:br/>
      </w:r>
      <w:r>
        <w:rPr>
          <w:sz w:val="20"/>
        </w:rPr>
        <w:t>35:24  bilkul ke peghambar jaise hastī se bhi badguman ho sakta hai koi aur woh bhi hazrat aisha razi allah</w:t>
      </w:r>
      <w:r>
        <w:br/>
      </w:r>
      <w:r>
        <w:rPr>
          <w:sz w:val="20"/>
        </w:rPr>
        <w:t>35:31  an'ha chuna'nche woh bhi insan the. hmm aur agar sare namune hamein na milein chuna'nche hamein to wahin se namune milne hain.</w:t>
      </w:r>
      <w:r>
        <w:br/>
      </w:r>
      <w:r>
        <w:rPr>
          <w:sz w:val="20"/>
        </w:rPr>
        <w:t>35:41  ji wohi model hai humein. bilkul to har tarah ka model har tarah ka namuna hazrat muhammad sallallahu alaihi wasallam ke haan hum dekh sakte hain taake hamare liye woh ek rasta bane rehnumai ho.</w:t>
      </w:r>
      <w:r>
        <w:br/>
      </w:r>
      <w:r>
        <w:rPr>
          <w:sz w:val="20"/>
        </w:rPr>
        <w:t>35:53  ji jazak allah bohat hi important yeh baat batai doctor sahab aap ne jazak</w:t>
      </w:r>
      <w:r>
        <w:br/>
      </w:r>
      <w:r>
        <w:rPr>
          <w:sz w:val="20"/>
        </w:rPr>
        <w:t>35:58  allah. doctor sahab rasool allah hamesha jab dua karte the to favor mein hi dua karte the lekin ek bara dilchasp qissa hai ke unhon ne hazrat aisha ke khilaf jo hai dua kari woh kya qissa hai is ke bare mein hum sab ko bataein.</w:t>
      </w:r>
      <w:r>
        <w:br/>
      </w:r>
      <w:r>
        <w:rPr>
          <w:sz w:val="20"/>
        </w:rPr>
        <w:t>36:13  darasal ek bar Prophet ne kisi bohat ahem kaam ke liye bataya. ji hazrat aisha se to Prophet chale gaye jab wapas aaye to dekha woh kaam hua nahi tha to poocha ke bhai yeh kya kaam nahi hua</w:t>
      </w:r>
      <w:r>
        <w:br/>
      </w:r>
      <w:r>
        <w:rPr>
          <w:sz w:val="20"/>
        </w:rPr>
        <w:t>36:28  ? to unhon ne kaha ke meri saheliyan aa gayi theen mein is mein busy ho gayi thi. ji to Prophet ko ghussa aa gaya. ji to Prophet bole qata' allah yadayk yani may god cut your hands aur yeh keh ke woh bahar chale gaye.</w:t>
      </w:r>
      <w:r>
        <w:br/>
      </w:r>
      <w:r>
        <w:rPr>
          <w:sz w:val="20"/>
        </w:rPr>
        <w:t>36:42  ji to hazrat aisha bohat hi udas ho gayeen. hmm aur baith gayeen woh thori der mein aaye Prophet to dekha ke woh hazrat aisha aise hath ko yoon kar rahi theen baithi hui bari udas.</w:t>
      </w:r>
      <w:r>
        <w:br/>
      </w:r>
      <w:r>
        <w:rPr>
          <w:sz w:val="20"/>
        </w:rPr>
        <w:t>36:57  ji</w:t>
      </w:r>
      <w:r>
        <w:br/>
      </w:r>
      <w:r>
        <w:rPr>
          <w:sz w:val="20"/>
        </w:rPr>
        <w:t>36:58  to bole ke kya hua aisha yeh kya baat hai kya kar rahi ho yeh? to yani what's wrong with you yeh kya kar rahi ho tum?</w:t>
      </w:r>
      <w:r>
        <w:br/>
      </w:r>
      <w:r>
        <w:rPr>
          <w:sz w:val="20"/>
        </w:rPr>
        <w:t>37:10  to unhon ne kaha hai ke you have prayed against me hmm yani hazrat aisha yeh janti theen ke Prophet's prayer is not a it's very serious matter yani Prophet ne jo dua kar di to woh allah ko qabool allah qabool karta hai us ko.</w:t>
      </w:r>
      <w:r>
        <w:br/>
      </w:r>
      <w:r>
        <w:rPr>
          <w:sz w:val="20"/>
        </w:rPr>
        <w:t>37:27  ji to unhon ne kaha ke i am looking at my hand which one will fall off first ji yani kaun sa hath mera kate ga?</w:t>
      </w:r>
      <w:r>
        <w:br/>
      </w:r>
      <w:r>
        <w:rPr>
          <w:sz w:val="20"/>
        </w:rPr>
        <w:t>37:35  hmm to rasool allah ko bara ehsas hua ke yeh mein ne aisi dua kar di. ji to rasool allah ne hath asman ki taraf uthaya aur aur kaha ke ya allah inni bashar ke o allah i am a human ji aghzab kama yaghzab bashar ke i get angry as people get angry hmm</w:t>
      </w:r>
      <w:r>
        <w:br/>
      </w:r>
      <w:r>
        <w:rPr>
          <w:sz w:val="20"/>
        </w:rPr>
        <w:t>37:57  yani farishta peghambar bhi insan hota hai. hmm aur kaha ke kabhi bhi mein ne if ever i had prayed against any momin aur momina let it be a source of mercy for them, a source of elevation, and a source of purification for them ji yani peghambar ki dua peghambar ki bad dua bhi allah rehmat mein tabdeel kar deta hai.</w:t>
      </w:r>
      <w:r>
        <w:br/>
      </w:r>
      <w:r>
        <w:rPr>
          <w:sz w:val="20"/>
        </w:rPr>
        <w:t>38:21  ji kitni bari</w:t>
      </w:r>
      <w:r>
        <w:br/>
      </w:r>
      <w:r>
        <w:rPr>
          <w:sz w:val="20"/>
        </w:rPr>
        <w:t>38:22  baat hai to is mein jo sabak milta hai ke har insan se aisa ho jata hai ke woh khas moqe pe kisi ke liye badzan ho jata hai bad dua kar deta hai to us ko chahiye ke ke jab us ka zehn thanda ho dimagh thanda ho to phir woh us ke liye dua karne lage.</w:t>
      </w:r>
      <w:r>
        <w:br/>
      </w:r>
      <w:r>
        <w:rPr>
          <w:sz w:val="20"/>
        </w:rPr>
        <w:t>38:41  ji jaise rasool allah ne kiya bilkul pehle to bad dua kar di phir itne gehre alfaz mein dua ki hai to yeh yeh yani aam halat mein ho jata</w:t>
      </w:r>
      <w:r>
        <w:br/>
      </w:r>
      <w:r>
        <w:rPr>
          <w:sz w:val="20"/>
        </w:rPr>
        <w:t>38:50  hai to tu aisa agar kabhi ho to is shakhs ke liye rehmat aur maghfirat ki dua kare to us se woh cheez zail ho jati hai.</w:t>
      </w:r>
      <w:r>
        <w:br/>
      </w:r>
      <w:r>
        <w:rPr>
          <w:sz w:val="20"/>
        </w:rPr>
        <w:t>38:59  ji ji acha doctor sahib bari interesting baat hai Hazrat Aisha ne ek martaba kaha bhi ke jab bhi woh Rasool Allah ko ache mood mein dekhti theen to woh un ke paas jati thi kehti thi ke ya Rasool Allah mere liye dua karein.</w:t>
      </w:r>
      <w:r>
        <w:br/>
      </w:r>
      <w:r>
        <w:rPr>
          <w:sz w:val="20"/>
        </w:rPr>
        <w:t>39:13  ah aur unhon ne ek martaba bohat hi beautiful dua kari Hazrat Aisha ke liye ah jise sun kar woh bohat khush ho gayeen to us ke bare mein bataiye doctor sahib.</w:t>
      </w:r>
      <w:r>
        <w:br/>
      </w:r>
      <w:r>
        <w:rPr>
          <w:sz w:val="20"/>
        </w:rPr>
        <w:t>39:23  haan yeh baat sahi hai ek bar Prophet bohat hi happy mood mein thay he was very happy ji to Hazrat Aisha ne kaha ke adعو Allah li please pray for me ji to Rasool Allah ne hath uthaya aur bari umda dua ki.</w:t>
      </w:r>
      <w:r>
        <w:br/>
      </w:r>
      <w:r>
        <w:rPr>
          <w:sz w:val="20"/>
        </w:rPr>
        <w:t>39:38  ji Allahummaghfir li Aisha o Allah forgive Aisha</w:t>
      </w:r>
      <w:r>
        <w:br/>
      </w:r>
      <w:r>
        <w:rPr>
          <w:sz w:val="20"/>
        </w:rPr>
        <w:t>39:43  hmm all her sins ma taqaddum min zanbihi wa ma ta'akhkhar the sins that she had done in the past and the sins that she will do in future hmm ma asrart wa ma a'alant hmm open sins and hidden sins hmm to Hazrat Aisha ko itni itna acha laga he was so happy hmm that she burst into laughter ji and in her excitement and laughter and happiness she fell on her back</w:t>
      </w:r>
      <w:r>
        <w:br/>
      </w:r>
      <w:r>
        <w:rPr>
          <w:sz w:val="20"/>
        </w:rPr>
        <w:t>40:13  ji to Rasool Allah ne kaha arey tumhein bari achi lagi meri dua? ji ah to unhon ne kaha yes oh of course such a beautiful prayer to Rasool Allah ne kaha bari umda baat.</w:t>
      </w:r>
      <w:r>
        <w:br/>
      </w:r>
      <w:r>
        <w:rPr>
          <w:sz w:val="20"/>
        </w:rPr>
        <w:t>40:27  ji ke wallah innaha ladu'a li ummati fi kulli salat hmm ke I pray this dua for every person of my ummah in every prayer every day</w:t>
      </w:r>
      <w:r>
        <w:br/>
      </w:r>
      <w:r>
        <w:rPr>
          <w:sz w:val="20"/>
        </w:rPr>
        <w:t>40:42  acha to yeh to Rasool Allah ki duaen hain jo jis ki wajah se hamari gari chal rahi hai. ji bilkul inshallah ameen doctor sahib Prophet also tells Hazrat Aisha that you know Allah has a special name and if you invoke ah by that special name then the dua is accepted to us ke bare mein bhi bataen doctor sahib.</w:t>
      </w:r>
      <w:r>
        <w:br/>
      </w:r>
      <w:r>
        <w:rPr>
          <w:sz w:val="20"/>
        </w:rPr>
        <w:t>41:07  ek bar Hazrat Aisha se Prophet ne kaha ke ek aisa naam hai Allah ka jis se agar dua ki jaye to dua qabool hoti hai.</w:t>
      </w:r>
      <w:r>
        <w:br/>
      </w:r>
      <w:r>
        <w:rPr>
          <w:sz w:val="20"/>
        </w:rPr>
        <w:t>41:17  to Hazrat Aisha ne kaha mujhe bata dijiye woh naam. to Prophet salallahu alaihi wasallam ne kaha ke nahi main nahi bata sakta. to Hazrat Aisha rooth gayeen aur ek kone mein ghar mein ja ke khari ho gayeen.</w:t>
      </w:r>
      <w:r>
        <w:br/>
      </w:r>
      <w:r>
        <w:rPr>
          <w:sz w:val="20"/>
        </w:rPr>
        <w:t>41:31  thori der ke baad aayeen phir kaha ke bata dijiye.</w:t>
      </w:r>
      <w:r>
        <w:br/>
      </w:r>
      <w:r>
        <w:rPr>
          <w:sz w:val="20"/>
        </w:rPr>
        <w:t>41:34  Prophet ne kaha ke nahi main nahi bata sakta ke chuncha tum worldly cheezon ke liye dua karogi tumhare liye acha nahi hai. to Hazrat Aisha utheen aur unhon ne wuzu kiya aur do rak'at namaz parhi aur bari achi dua ki.</w:t>
      </w:r>
      <w:r>
        <w:br/>
      </w:r>
      <w:r>
        <w:rPr>
          <w:sz w:val="20"/>
        </w:rPr>
        <w:t>41:55  unhon ne dua mangi ya Allah beshak main tujhe Allah keh kar pukarti hoon aur Rehman keh kar pukarti hoon aur tujhe Rahim kehti hoon aur main tujh ko in tamam namon se pukarti hoon jin ka ilm mujhe hai aur in tamam namon se pukarti hoon jin ka ilm mujhe nahi hai.</w:t>
      </w:r>
      <w:r>
        <w:br/>
      </w:r>
      <w:r>
        <w:rPr>
          <w:sz w:val="20"/>
        </w:rPr>
        <w:t>42:17  to mere upar reham farma o maghfirat farma.</w:t>
      </w:r>
      <w:r>
        <w:br/>
      </w:r>
      <w:r>
        <w:rPr>
          <w:sz w:val="20"/>
        </w:rPr>
        <w:t>42:21  to jab Prophet ne yeh dua suni Hazrat Aisha ki to bolay ke jo naam main batana chah raha tha woh is dua mein to hai already is dua mein jo tum ne mangi hai.</w:t>
      </w:r>
      <w:r>
        <w:br/>
      </w:r>
      <w:r>
        <w:rPr>
          <w:sz w:val="20"/>
        </w:rPr>
        <w:t>42:32  ji to yani log samajhte hain ke koi naam hai ya ism e azam hai jo le ke agar hum bar bar usay dohraen Rehman Rehman Rahim Rahim to dua qabool ho jayegi.</w:t>
      </w:r>
      <w:r>
        <w:br/>
      </w:r>
      <w:r>
        <w:rPr>
          <w:sz w:val="20"/>
        </w:rPr>
        <w:t>42:51  maulana ne kaha tha ke ism e azam ka matlab hai کیفیت اعظم yani jo dili کیفیت hoti hai insan ki woh asal cheez hai koi koi naam asal cheez nahi hai.</w:t>
      </w:r>
      <w:r>
        <w:br/>
      </w:r>
      <w:r>
        <w:rPr>
          <w:sz w:val="20"/>
        </w:rPr>
        <w:t>43:04  to yani agar gehri کیفیت hogi tabhi woh dua qabool hogi na ke koi khas naam hai ke jis se dua karein to aap bana کیفیت ke woh qabool ho jayegi.</w:t>
      </w:r>
      <w:r>
        <w:br/>
      </w:r>
      <w:r>
        <w:rPr>
          <w:sz w:val="20"/>
        </w:rPr>
        <w:t>43:16  ji ji mashallah</w:t>
      </w:r>
      <w:r>
        <w:br/>
      </w:r>
      <w:r>
        <w:rPr>
          <w:sz w:val="20"/>
        </w:rPr>
        <w:t>43:19  doctor sahib kuch comments parhna chahunga yeh comment bheja hai Faisal Shah sahib ne Pakistan se unhon ne likha hai great grand super work you both are doing keep it up best learning from all these contents brothers Doctor Aslam Khan sahib ne Sarnpur se likha hai Hazrat Aisha contributed to spread of Islamic message up to fifty years she</w:t>
      </w:r>
      <w:r>
        <w:br/>
      </w:r>
      <w:r>
        <w:rPr>
          <w:sz w:val="20"/>
        </w:rPr>
        <w:t>43:44  is also known for narrating two thousand two hundred and ten hadiths related to Prophet Muhammad's private life Professor Najma Siddiqui ne Dubai se likha hai mashallah very nice discussion about Prophet and Hazrat Aisha different level of learnings from the same instance this is a great learning for us especially for doing duas</w:t>
      </w:r>
      <w:r>
        <w:br/>
      </w:r>
      <w:r>
        <w:rPr>
          <w:sz w:val="20"/>
        </w:rPr>
        <w:t>44:10  Syed Haseeb Shah Naqvi sahib ne Pakistan se likha hai in Islam salamati and marifat are very important in Maulana Wahiduddin Khan sahib's book Allahu Akbar Maulana has described the nature of God and His greatness in a very good way</w:t>
      </w:r>
      <w:r>
        <w:br/>
      </w:r>
      <w:r>
        <w:rPr>
          <w:sz w:val="20"/>
        </w:rPr>
        <w:t>44:30  doctor sahib ek ek ek qissa yeh bhi aata hai ke ek poor lady jo hai apni do betiyon ke sath Hazrat Aisha se milne ko aati hain un ke beech mein baat cheet hoti hai to woh kya qissa hai us ke bare mein bhi aap hum sab ko bataen.</w:t>
      </w:r>
      <w:r>
        <w:br/>
      </w:r>
      <w:r>
        <w:rPr>
          <w:sz w:val="20"/>
        </w:rPr>
        <w:t>44:48  yeh waqia aisa hai ke ek zaroorat mand lady ek poor lady aati hai Hazrat Aisha ke ghar kuch chahti hai woh kuch madad chahti hai aur do betiyan bhi us ke sath mein theen choti to us waqt Hazrat Aisha ne ghar mein dekha to kuch tha nahi sirf ek khajoor mili unhein yani aise bhi halaat thay ke sirf ek khajoor ghar mein rehti thi</w:t>
      </w:r>
      <w:r>
        <w:br/>
      </w:r>
      <w:r>
        <w:rPr>
          <w:sz w:val="20"/>
        </w:rPr>
        <w:t>45:15  to woh khajoor Hazrat Aisha R.A. ne is lady ko de diya to us ne us ko do tukre kiye aur dono betiyon ko de diya to jab Prophet aaye to yeh waqia sunaya ke ek zaroorat mand lady aayi thi aur do choti bachiyan thi maine ek khajoor di to us ne do tukre kar ke ek ek de diye dono ko</w:t>
      </w:r>
      <w:r>
        <w:br/>
      </w:r>
      <w:r>
        <w:rPr>
          <w:sz w:val="20"/>
        </w:rPr>
        <w:t>45:42  to Prophet ne kaha ke jo shakhs in in betiyon ki wajah se takleef mein mubtala hoga us ke liye yeh betiyan aag se parda ban jayengi yani curtain ban jayengi aag aur insan ke beech mein yani aag se panah mil jayegi jahannum se panah mil jayegi khaas betiyon ka zikr hai</w:t>
      </w:r>
      <w:r>
        <w:br/>
      </w:r>
      <w:r>
        <w:rPr>
          <w:sz w:val="20"/>
        </w:rPr>
        <w:t>46:09  yeh bhi bohat khaas baat hai ke betiyon se betiyon ki taraf se jo takleef pahuchegi to us se Allah taala nijaat de dega aakhirat mein us ko aur us mein jo sabaq hai wo yeh hai ke khajoor ka tukra yeh agar aap dekhein to Rasool Allah ki hadees mein aur bhi milta hai</w:t>
      </w:r>
      <w:r>
        <w:br/>
      </w:r>
      <w:r>
        <w:rPr>
          <w:sz w:val="20"/>
        </w:rPr>
        <w:t>46:28  yani jab Prophet migrate kar ke Madina gaye to jo pehla khutba diya awwal khutba khutba Rasool Allah S.A.W. in Madina ji us ke unwan se aap ko poora poora thaman milega us mein Rasool Allah ne kaha tha ke ataqoo an nara walaw bishaqi tamrah ke save yourself, save yourself from the fire even if by a piece of date</w:t>
      </w:r>
      <w:r>
        <w:br/>
      </w:r>
      <w:r>
        <w:rPr>
          <w:sz w:val="20"/>
        </w:rPr>
        <w:t>46:58  yani khajoor ka tukra ka matlab yeh hai tukre ka matlab yeh hai ke koi bhi chota amal chote se chota amal agar aap ka Allah ki raza ke liye hai aur us ke andar spirit bhari hui hai to wo Allah ke haan qabil e qabool hai to yeh sabaq milta hai is is se ke ke choti se choti bhi agar koi qurbani ho insan ki zaroori nahi hai ke bohat bara kaam kare wo</w:t>
      </w:r>
      <w:r>
        <w:br/>
      </w:r>
      <w:r>
        <w:rPr>
          <w:sz w:val="20"/>
        </w:rPr>
        <w:t>47:28  choti se choti bhi koi cheez ho to Allah us ko qabool karta hai aur ajr ji ata karta hai ji yaqeenan Miss Qurtulain ne Srinagar se comment bheja hai unhone likha hai Prophet Muhammad has been and will always remain a role model for generations to come.</w:t>
      </w:r>
      <w:r>
        <w:br/>
      </w:r>
      <w:r>
        <w:rPr>
          <w:sz w:val="20"/>
        </w:rPr>
        <w:t>47:48  Thank you very much for sharing such an interesting and enlightened conversation between Prophet and Hazrat</w:t>
      </w:r>
      <w:r>
        <w:br/>
      </w:r>
      <w:r>
        <w:rPr>
          <w:sz w:val="20"/>
        </w:rPr>
        <w:t>47:55  Aisha. It was full of wisdom and knowledge for us. Syed Haseeb Shah Naqvi sahib ne Pakistan se likha hai Character of Hazrat Aisha makes us recognize family married life.</w:t>
      </w:r>
      <w:r>
        <w:br/>
      </w:r>
      <w:r>
        <w:rPr>
          <w:sz w:val="20"/>
        </w:rPr>
        <w:t>48:08  Her character leads us to a positive life. Hazrat Aisha of Allah giving salutations also makes her greatness clear.</w:t>
      </w:r>
      <w:r>
        <w:br/>
      </w:r>
      <w:r>
        <w:rPr>
          <w:sz w:val="20"/>
        </w:rPr>
        <w:t>48:18  Doctor sahib ek hadees hai hadees of Umm Zara</w:t>
      </w:r>
      <w:r>
        <w:br/>
      </w:r>
      <w:r>
        <w:rPr>
          <w:sz w:val="20"/>
        </w:rPr>
        <w:t>48:23  to main chahunga ke is ke bare mein bhi aap hum sab ko batayein ke kya hadees hai wo. Yeh hadees ek bari lambi hadees hai ji Umm Zara ki hadees darasal aisa hua yeh aur Hazrat Aisha ne narrate kiya hai Hazrat Aisha ne yeh hadees sunayi thi Prophet ko ek baar to</w:t>
      </w:r>
      <w:r>
        <w:br/>
      </w:r>
      <w:r>
        <w:rPr>
          <w:sz w:val="20"/>
        </w:rPr>
        <w:t>48:47  aisa hua Madina mein gyarah ladies jama huin aur unhone apne husbands ke bare mein kuch bataya ji aur bari interesting baatein kuch ne negative baatein boli kuch ne positive baatein boli to main poori baat to nahi ek do misaal leta hoon aur aakhir mein Umm Zara ki hai ki baat hai ji wo wahi lambi hai</w:t>
      </w:r>
      <w:r>
        <w:br/>
      </w:r>
      <w:r>
        <w:rPr>
          <w:sz w:val="20"/>
        </w:rPr>
        <w:t>49:09  to is ki waja se is hadees ka naam pad gaya hadees of umm zarra ji</w:t>
      </w:r>
      <w:r>
        <w:br/>
      </w:r>
      <w:r>
        <w:rPr>
          <w:sz w:val="20"/>
        </w:rPr>
        <w:t>49:15  to woh aik aik lady kehti hai</w:t>
      </w:r>
      <w:r>
        <w:br/>
      </w:r>
      <w:r>
        <w:rPr>
          <w:sz w:val="20"/>
        </w:rPr>
        <w:t>49:21  ke jo mera husband hai woh bahar to sher ki tarah rehta hai aur jab ghar mein aata</w:t>
      </w:r>
      <w:r>
        <w:br/>
      </w:r>
      <w:r>
        <w:rPr>
          <w:sz w:val="20"/>
        </w:rPr>
        <w:t>49:29  hai to woh billi ki tarah ho jata hai ji yani woh kehna yeh chah raha hai ke</w:t>
      </w:r>
      <w:r>
        <w:br/>
      </w:r>
      <w:r>
        <w:rPr>
          <w:sz w:val="20"/>
        </w:rPr>
        <w:t>49:33  bahar to sher hota hai ghar mein bheegi billi ban jata hai ji ji zyada tar husband aise</w:t>
      </w:r>
      <w:r>
        <w:br/>
      </w:r>
      <w:r>
        <w:rPr>
          <w:sz w:val="20"/>
        </w:rPr>
        <w:t>49:37  hi hote hain ji</w:t>
      </w:r>
      <w:r>
        <w:br/>
      </w:r>
      <w:r>
        <w:rPr>
          <w:sz w:val="20"/>
        </w:rPr>
        <w:t>49:39  to aur doosri ne kaha ke mera jo husband hai uska jo touch hai wo it's as soft as rabbit yani bohat hi soft hai wo hmm aur jo us ki smell hai wo zafran ki tarah hai hmm to is tarah se kai sari ladies ne hmm baatein batayin kisi ne negative bhi bola to phir baad mein Umm Zara ka number aaya aakhri number unka hi tha gyarvi</w:t>
      </w:r>
      <w:r>
        <w:br/>
      </w:r>
      <w:r>
        <w:rPr>
          <w:sz w:val="20"/>
        </w:rPr>
        <w:t>50:08  to unhone apne husband ki bohat tareef ki hmm aur kaha ke zawji Abu Zara wa ma Abu Zara hmm wa ma Abu Zara yani yeh ek usloob hai Arabic mein Quran mein bhi aaya hai ke</w:t>
      </w:r>
      <w:r>
        <w:br/>
      </w:r>
      <w:r>
        <w:rPr>
          <w:sz w:val="20"/>
        </w:rPr>
        <w:t>50:25  wa ma adraka ma yawm al din thumma ma adraka ma yawm al din yani tum kya jano day of judgement kya hai yani express nahi kiya ja sakta</w:t>
      </w:r>
      <w:r>
        <w:br/>
      </w:r>
      <w:r>
        <w:rPr>
          <w:sz w:val="20"/>
        </w:rPr>
        <w:t>50:36  to usi tarike se us ne kaha hai ke mera husband hai wo what a great person he is yani I cannot describe in words hmm</w:t>
      </w:r>
      <w:r>
        <w:br/>
      </w:r>
      <w:r>
        <w:rPr>
          <w:sz w:val="20"/>
        </w:rPr>
        <w:t>50:45  to bari achi baaten is ne kahen apne husband ke baray mein ke is ne meri jo mere</w:t>
      </w:r>
      <w:r>
        <w:br/>
      </w:r>
      <w:r>
        <w:rPr>
          <w:sz w:val="20"/>
        </w:rPr>
        <w:t>50:49  kaan hain woh jewelry se laad diye hain hmm aur he made me so happy hmm aur ah</w:t>
      </w:r>
      <w:r>
        <w:br/>
      </w:r>
      <w:r>
        <w:rPr>
          <w:sz w:val="20"/>
        </w:rPr>
        <w:t>50:58  ah mein mein mein moti ho gayi itna mujhe khilata pilata hai and i i become so so</w:t>
      </w:r>
      <w:r>
        <w:br/>
      </w:r>
      <w:r>
        <w:rPr>
          <w:sz w:val="20"/>
        </w:rPr>
        <w:t>51:03  happy and my soul is so happy aur bari izzat di aur bohat hi is ne mujhe wealthy</w:t>
      </w:r>
      <w:r>
        <w:br/>
      </w:r>
      <w:r>
        <w:rPr>
          <w:sz w:val="20"/>
        </w:rPr>
        <w:t>51:08  aah bana diya and he never rebuked me hmm aur main agar soti hoon to soti hi rehti</w:t>
      </w:r>
      <w:r>
        <w:br/>
      </w:r>
      <w:r>
        <w:rPr>
          <w:sz w:val="20"/>
        </w:rPr>
        <w:t>51:14  hoon yani koi uthane wala nahi hai mere paas koi kaam nahi hota</w:t>
      </w:r>
      <w:r>
        <w:br/>
      </w:r>
      <w:r>
        <w:rPr>
          <w:sz w:val="20"/>
        </w:rPr>
        <w:t>51:18  hai hmm to is tarah ki bohat achi achi baatein kahein aur phir Abu Zara ki mother ke bare mein bhi bari achi baatein kahein yani apni yani apni mother in law ke bare mein jo ke bohat kam log tareef karte hain ji to aah us ki bhi bari achi tareef ki ke wo bohat hi us ke paas kapde hain aur bohat hi kushada ghar hai aur bari achi lady hai and she is a very rich lady hmm phir Abu Zara ke bete ke bare mein bari achi tareef ki he is such a nice boy and so on p</w:t>
      </w:r>
      <w:r>
        <w:br/>
      </w:r>
      <w:r>
        <w:rPr>
          <w:sz w:val="20"/>
        </w:rPr>
        <w:t>51:48  har beti ke bare mein kaha ke wo bohat hi achi beti hai aur bohat acha hai aur she is proud of the neighbor and envy to is tarike se phir maid ki tareef ki ke Abu Zara ki jo maid hai wo bhi bohat achi hai wo hamari baatein bahar ja ke nahi batati aur ghar ko bohat saaf suthra rakhti hai ji jab</w:t>
      </w:r>
      <w:r>
        <w:br/>
      </w:r>
      <w:r>
        <w:rPr>
          <w:sz w:val="20"/>
        </w:rPr>
        <w:t>52:08  sari baat sun li Prophet ne to Prophet ne kaha kuntu laki ka Abi Zara li Ummi Zara ke I am to you like Abu Zara was to his wife Umm Zara ji to yeh aah yeh ek dilchasp hadees hai jis mein Rasool Allah ne kaha ke main main bhi tumhari tarah to Abu Zara ki tarah hoon</w:t>
      </w:r>
      <w:r>
        <w:br/>
      </w:r>
      <w:r>
        <w:rPr>
          <w:sz w:val="20"/>
        </w:rPr>
        <w:t>52:37  ji jis tarah un Abu Zara apni wife ke liye tha ji ji to yeh ek khasi lambi hadees hai jo kitabon mein aayi hai very interesting Doctor sahib ji and Doctor sahib that brings us to the last question of the session today kuch aur comments bhi hain sawal bhi hain but kyunke waqt ho gaya hai to hum nahi le sakte hain to yeh aakhri sawal Doctor sahib mein poochna chahunga important bhi hai ke kai log yeh samajhte hain ke Prophet bohat hi serious nature ke the bilkul hansi mazak</w:t>
      </w:r>
      <w:r>
        <w:br/>
      </w:r>
      <w:r>
        <w:rPr>
          <w:sz w:val="20"/>
        </w:rPr>
        <w:t>53:05  nahi karte the lekin riwayat mein aata bhi hai ke wo jab khul kar hanste the to un ke pichle daant bhi nazar aate the to aisa nahi tha ke hamesha ek serious mahol tha aur serious nature tha to main chahunga ke koi humorous side jo un ka ghar mein tha us ke bare mein aap bata ke aaj ke session ko khatam karein</w:t>
      </w:r>
      <w:r>
        <w:br/>
      </w:r>
      <w:r>
        <w:rPr>
          <w:sz w:val="20"/>
        </w:rPr>
        <w:t>53:26  acha ji haan yeh aap sahi keh rahe hain balkeh Hazrat Aisha ka qaul hai ke kaana muzahan fi baitihi yani he was humorous and playful and cheerful at his home ji to aisa nahi tha ke bohat hi serious the ji ek ek do waqiyat waqe hain jo main leta hoon ek baar Prophet ne kaha Hazrat Aisha se ke I can tell you when you are angry with me and when you are happy with me</w:t>
      </w:r>
      <w:r>
        <w:br/>
      </w:r>
      <w:r>
        <w:rPr>
          <w:sz w:val="20"/>
        </w:rPr>
        <w:t>53:55  ji to Hazrat Aisha ne kaha wa kaifa ya Rasool Allah how do you know this ji how do you know O Messenger of Allah to Prophet ne kaha ke when you are happy with me, you swear by the name of Muhammad by the Lord of Muhammad ji you say like this: "I swear by the Lord of Muhammad." ji but when you are angry with me, you say: "I swear by the Lord of Abraham."</w:t>
      </w:r>
      <w:r>
        <w:br/>
      </w:r>
      <w:r>
        <w:rPr>
          <w:sz w:val="20"/>
        </w:rPr>
        <w:t>54:23  ji to hazrat aisha ne kaha ke ma ma ahjar ma ahjar illa ismaka ya rasool Allah ji I only omit your name." yani it doesn't mean that I stop loving you.</w:t>
      </w:r>
      <w:r>
        <w:br/>
      </w:r>
      <w:r>
        <w:rPr>
          <w:sz w:val="20"/>
        </w:rPr>
        <w:t>54:36  ji to aisi kai baaten hain jaise ek bar kya hua ke yani aap ne sahi kaha ke ghar ke andar ki glimpse hamein milti hain hazrat aisha ki baaton se</w:t>
      </w:r>
      <w:r>
        <w:br/>
      </w:r>
      <w:r>
        <w:rPr>
          <w:sz w:val="20"/>
        </w:rPr>
        <w:t>54:49  to ek baar so rahe the rasool Allah sal Allah aleh wasalam aur hazrat aisha bhi so rahi</w:t>
      </w:r>
      <w:r>
        <w:br/>
      </w:r>
      <w:r>
        <w:rPr>
          <w:sz w:val="20"/>
        </w:rPr>
        <w:t>54:54  thin to un ko mehsoos hua ke shayad Prophet nahi hain chale gaye kisi aur ghar mein chale</w:t>
      </w:r>
      <w:r>
        <w:br/>
      </w:r>
      <w:r>
        <w:rPr>
          <w:sz w:val="20"/>
        </w:rPr>
        <w:t>54:59  gaye hmm to andhera hota tha to unhon ne aise aise kar ke dekhna shuru kiya har taraf</w:t>
      </w:r>
      <w:r>
        <w:br/>
      </w:r>
      <w:r>
        <w:rPr>
          <w:sz w:val="20"/>
        </w:rPr>
        <w:t>55:04  to Prophet ke munh pe un ka hath laga ja ke ji to wo uth gaye to bole</w:t>
      </w:r>
      <w:r>
        <w:br/>
      </w:r>
      <w:r>
        <w:rPr>
          <w:sz w:val="20"/>
        </w:rPr>
        <w:t>55:09  ke malak ya aisha kya ho gaya tumhein</w:t>
      </w:r>
      <w:r>
        <w:br/>
      </w:r>
      <w:r>
        <w:rPr>
          <w:sz w:val="20"/>
        </w:rPr>
        <w:t>55:14  aqad jaaka shaitan ki has your Satan come to you?</w:t>
      </w:r>
      <w:r>
        <w:br/>
      </w:r>
      <w:r>
        <w:rPr>
          <w:sz w:val="20"/>
        </w:rPr>
        <w:t>55:19  yani koi zehn mein tumhein baat aayi hai badgumani wali to wo bolein ke don't you have a Satan, O Prophet? hmm to Prophet ne kaha ke yes, I do have a Satan, but God has given me control over him and I have made him a Muslim.</w:t>
      </w:r>
      <w:r>
        <w:br/>
      </w:r>
      <w:r>
        <w:rPr>
          <w:sz w:val="20"/>
        </w:rPr>
        <w:t>55:35  to is tarah ki bahut sari cheezen hain yani he was humorous and cheerful and he used to work at home and do the daily work.</w:t>
      </w:r>
      <w:r>
        <w:br/>
      </w:r>
      <w:r>
        <w:rPr>
          <w:sz w:val="20"/>
        </w:rPr>
        <w:t>55:49  lekin ek baat bahut zabardast kahi jis se hazrat Prophet ki shakhsiyat samajh mein aati hai ke waise to wo bahut ajeeb karte the light light subtle joke waghera bhi lekin jab azan ki awaz aati thi muazzin ki awaz jab aati thi tab he would behave as if he doesn't know us.</w:t>
      </w:r>
      <w:r>
        <w:br/>
      </w:r>
      <w:r>
        <w:rPr>
          <w:sz w:val="20"/>
        </w:rPr>
        <w:t>56:17  kanah la ya'rifuna</w:t>
      </w:r>
      <w:r>
        <w:br/>
      </w:r>
      <w:r>
        <w:rPr>
          <w:sz w:val="20"/>
        </w:rPr>
        <w:t>56:19  yani jab ah khuda ki awaz aa gayi ya maqsad ki taraf to phir wo mission ki taraf is tarah yaksu ho jate the ke jaise ke aur baaten sab bhool jate the ji to is tarah ki baaten waise aur bhi bahut hain aur sahaba ke sath bhi hmm bahut dilchasp waqiat hain to ho sakta hai kisi waqt is ko bhi len inshallah inshallah inshallah jazak Allah doctor sahab aaj ka session bahut hi dilchasp bahut hi interesting tha</w:t>
      </w:r>
      <w:r>
        <w:br/>
      </w:r>
      <w:r>
        <w:rPr>
          <w:sz w:val="20"/>
        </w:rPr>
        <w:t>56:47  aap ne bahut creatively ah baaton ko bataya hamein kafi sabak mile aaj ke talk se aur bahut hi dilchaspi hui ah I'm sure that all of you are watching this program.</w:t>
      </w:r>
      <w:r>
        <w:br/>
      </w:r>
      <w:r>
        <w:rPr>
          <w:sz w:val="20"/>
        </w:rPr>
        <w:t>56:57  They loved today's program on the story of hazrat aisha is program ko hum continue rakhenge lekin aaj hum session ko yahin khatm karte hain so we'll be back next Sunday at 10:30 AM.</w:t>
      </w:r>
      <w:r>
        <w:br/>
      </w:r>
      <w:r>
        <w:rPr>
          <w:sz w:val="20"/>
        </w:rPr>
        <w:t>57:08  Thank you.</w:t>
      </w:r>
    </w:p>
    <w:p>
      <w:pPr>
        <w:pStyle w:val="Heading2"/>
      </w:pPr>
      <w:r>
        <w:t>Prophet's non-reaction vs Muslim reactions and blasphemy concept</w:t>
      </w:r>
    </w:p>
    <w:p>
      <w:r>
        <w:rPr>
          <w:color w:val="666666"/>
          <w:sz w:val="18"/>
        </w:rPr>
        <w:t>Seerah &amp; Prophet · The Issue of Shatm-e-Rasool (Abuse of the Prophet) December 19, 2021 Prof. Farida Khanam · 5m 39s · at 53:56 · https://youtu.be/ExQS_PHirUc?t=3236</w:t>
      </w:r>
    </w:p>
    <w:p>
      <w:r>
        <w:rPr>
          <w:i/>
        </w:rPr>
        <w:t>“If Muslims claim to follow the Prophet's Sunnah, and the Prophet did not react to atrocities, then why are Muslims reacting today? Also, how did the concept of blasphemy originate?”</w:t>
      </w:r>
    </w:p>
    <w:p>
      <w:r>
        <w:rPr>
          <w:sz w:val="20"/>
        </w:rPr>
        <w:t>53:56  to is tareeqe se yeh hamari zimmedari hai. ji, apa yeh sawal Miss Toti Malhotra ne poocha hai Delhi se.</w:t>
      </w:r>
      <w:r>
        <w:br/>
      </w:r>
      <w:r>
        <w:rPr>
          <w:sz w:val="20"/>
        </w:rPr>
        <w:t>54:07  unhon ne likha hai: "if the Muslims say they follow the sunnah of prophet, then of prophet did not react to any atrocities meted out to him, then why are Muslims reacting today?" aur ek aur hissa hai un ke sawal ka.</w:t>
      </w:r>
      <w:r>
        <w:br/>
      </w:r>
      <w:r>
        <w:rPr>
          <w:sz w:val="20"/>
        </w:rPr>
        <w:t>54:25  unhon ne ek doosra sawal bhi bheja hai ke yeh concept of blasphemy originate kaise hua? to yeh do sawal hain.</w:t>
      </w:r>
      <w:r>
        <w:br/>
      </w:r>
      <w:r>
        <w:rPr>
          <w:sz w:val="20"/>
        </w:rPr>
        <w:t>54:34  to Musalman jo prophet se guidance kahan lete hain, woh samajhte hain ke jo hamare charon fuqaha hain, unhon ne saari cheezein jo hain, woh Quran se, hadith se woh le li hain.</w:t>
      </w:r>
      <w:r>
        <w:br/>
      </w:r>
      <w:r>
        <w:rPr>
          <w:sz w:val="20"/>
        </w:rPr>
        <w:t>54:46  ab hum woh kisi bhi jurist ko follow karein, jo Imam Abu Hanifa ko zyada follow kiya jata hai India mein, to bas woh kafi hai.</w:t>
      </w:r>
      <w:r>
        <w:br/>
      </w:r>
      <w:r>
        <w:rPr>
          <w:sz w:val="20"/>
        </w:rPr>
        <w:t>54:55  to jurist jo the, un in in ka interpretation tha apne zamane ke lehaz se.</w:t>
      </w:r>
      <w:r>
        <w:br/>
      </w:r>
      <w:r>
        <w:rPr>
          <w:sz w:val="20"/>
        </w:rPr>
        <w:t>55:01  ab is zamane mein musalman ruler the, conqueror the, isi hisab se unhon ne interpretation kiya tha apni. aur is zamane mein kuch jo traditions thin, jo riwaj the, un sab ko milakar ek interpretation diya tha unhon ne.</w:t>
      </w:r>
      <w:r>
        <w:br/>
      </w:r>
      <w:r>
        <w:rPr>
          <w:sz w:val="20"/>
        </w:rPr>
        <w:t>55:14  to wo zamani interpretation tha. to hum ko yeh chahiye ke har cheez mein dekhen ke wo aaj ke lehaz se kya relevant hai.</w:t>
      </w:r>
      <w:r>
        <w:br/>
      </w:r>
      <w:r>
        <w:rPr>
          <w:sz w:val="20"/>
        </w:rPr>
        <w:t>55:23  to hum direct quran o hadith se hum ijtihad nahi karte, baton ko samajhte nahi hain. ke kai bar aisa hota hai, agar koi baat kahe ke yeh hadith mein, yeh quran mein, to log kahenge wo to imam abu hanifa ne to aisa kaha hai.</w:t>
      </w:r>
      <w:r>
        <w:br/>
      </w:r>
      <w:r>
        <w:rPr>
          <w:sz w:val="20"/>
        </w:rPr>
        <w:t>55:38  to yeh bilkul galat hai. agar imam abu hanifa hon ya koi</w:t>
      </w:r>
      <w:r>
        <w:br/>
      </w:r>
      <w:r>
        <w:rPr>
          <w:sz w:val="20"/>
        </w:rPr>
        <w:t>55:42  bhi ho, agar un ki koi baat quran o hadith ke sareeh hukum se takrati hai, to wo wo relevant nahi hogi. is ko hum ko nahi lena hai.</w:t>
      </w:r>
      <w:r>
        <w:br/>
      </w:r>
      <w:r>
        <w:rPr>
          <w:sz w:val="20"/>
        </w:rPr>
        <w:t>55:51  to log ke logon ke dimagh mein yeh baith gaya hai ke fuqaha ne sab kuch karam kaam kar diya hai, ab hamein kuch nahi karna, sirf un ko follow karna hai.</w:t>
      </w:r>
      <w:r>
        <w:br/>
      </w:r>
      <w:r>
        <w:rPr>
          <w:sz w:val="20"/>
        </w:rPr>
        <w:t>56:01  ab wo zamana hi badal gaya, to har cheez irrelevant ho gayi</w:t>
      </w:r>
      <w:r>
        <w:br/>
      </w:r>
      <w:r>
        <w:rPr>
          <w:sz w:val="20"/>
        </w:rPr>
        <w:t>56:05  . to is wajah se hum ko dobara ijtihad ke zariye se quran o hadith se direct baton ko samajhna hai, halaat ko samajhna hai, aur phir hamein baton ko samajhna hai ke is naye daur mein hum kis tarike se deen ka kaam karna hai, kis tarike se hamein rehna hai.</w:t>
      </w:r>
      <w:r>
        <w:br/>
      </w:r>
      <w:r>
        <w:rPr>
          <w:sz w:val="20"/>
        </w:rPr>
        <w:t>56:27  wo itna bhi nahi samajhte ke muslim islam ne religious freedom duniya ko diya, aur aaj wo religious freedom ko condemn karte hain.</w:t>
      </w:r>
      <w:r>
        <w:br/>
      </w:r>
      <w:r>
        <w:rPr>
          <w:sz w:val="20"/>
        </w:rPr>
        <w:t>56:36  to ab wo logon ko samajhna hai, study karna hai, aur is silsile mein sab se zyada jo un ko faida degi, wo maulana ka literature hai.</w:t>
      </w:r>
      <w:r>
        <w:br/>
      </w:r>
      <w:r>
        <w:rPr>
          <w:sz w:val="20"/>
        </w:rPr>
        <w:t>56:46  to is literature ko padhen aur baton ko gehrai se samjhen, aur is ke baad khuda ki paigham jo hai, wo logon tak pahunchaen.</w:t>
      </w:r>
      <w:r>
        <w:br/>
      </w:r>
      <w:r>
        <w:rPr>
          <w:sz w:val="20"/>
        </w:rPr>
        <w:t>56:56  apa, main aap ki baaton mein ek cheez add karunga. yeh blasphemy ka masla jo hai, yeh waisa hi masla hai jaisa ke fuqaha ne dar-ul-harb aur dar-ul-islam ka masla khud se create kiya tha is zamane ke lehaz se.</w:t>
      </w:r>
      <w:r>
        <w:br/>
      </w:r>
      <w:r>
        <w:rPr>
          <w:sz w:val="20"/>
        </w:rPr>
        <w:t>57:09  ab fiqh asal mein develop hui hai abbasi daur mein, to khilafat ka daur tha. to wo cheez koi islam ka hissa nahi hai. unhon ne apni zarurat ke hisab se banaya tha, aur yeh koi aisa nahi ke ek aqide ka masla bhi ho jaye, balke yeh masla hai fiqh ka.</w:t>
      </w:r>
      <w:r>
        <w:br/>
      </w:r>
      <w:r>
        <w:rPr>
          <w:sz w:val="20"/>
        </w:rPr>
        <w:t>57:27  un ki apni samajhi zarurat ka masla tha, is ko kya tha. to jaise aaj hum dar-ul-harb aur dar-ul-islam ki taqseem ko irrelevant mante hain, nahi mante, waisa hi is ko bhi karna hai hum ko ke yeh blasphemy koi islam ka masla nahi hai,</w:t>
      </w:r>
      <w:r>
        <w:br/>
      </w:r>
      <w:r>
        <w:rPr>
          <w:sz w:val="20"/>
        </w:rPr>
        <w:t>57:41  allah aur us ke rasool ki raza ka masla nahi hai, akhirat ki kamyabi ka masla nahi hai. yeh to hamper kar raha hai hamare liye. ah, jo dawah, jo islam ka asal maqsad hai, khudai paigham se logon ko agah karna, is se hum ko door kar raha hai.</w:t>
      </w:r>
      <w:r>
        <w:br/>
      </w:r>
      <w:r>
        <w:rPr>
          <w:sz w:val="20"/>
        </w:rPr>
        <w:t>57:55  to is aitbar se to bilkul khilaf ja rahe hain hum islam ke. haan, yeh farhad sahib, impor</w:t>
      </w:r>
      <w:r>
        <w:br/>
      </w:r>
      <w:r>
        <w:rPr>
          <w:sz w:val="20"/>
        </w:rPr>
        <w:t>58:02  tant point hai. in fact, mujhe quran ki wo ayat bhi yaad aa rahi hai jis mein bada clearly yeh bhi kaha gaya tha ke "do not, do not revile those whom they invoke instead of god, lest in their hostility, they revile god out of ignorance".</w:t>
      </w:r>
      <w:r>
        <w:br/>
      </w:r>
      <w:r>
        <w:rPr>
          <w:sz w:val="20"/>
        </w:rPr>
        <w:t>58:21  to yeh bohat important hai kyun ke ah, isi ravaiye se hum un ko door kar dete hain islam se.</w:t>
      </w:r>
      <w:r>
        <w:br/>
      </w:r>
      <w:r>
        <w:rPr>
          <w:sz w:val="20"/>
        </w:rPr>
        <w:t>58:29  ah, wo samajhte hain ke islam jo hai, wo ek ah, violence ka mazhab hai, ah, aur ah, is mein bohat zyada jo hai, narrow mindedness hai.</w:t>
      </w:r>
      <w:r>
        <w:br/>
      </w:r>
      <w:r>
        <w:rPr>
          <w:sz w:val="20"/>
        </w:rPr>
        <w:t>58:39  ah, aur yahi cheez jo hai, ah, dawah, dawah, dawah ke kaam mein bohat zyada rukawat ban ke samne aati hai. kai log to yeh bhi ah, muslims mein yeh bhi kehte hain ke "ah, you know, islam is ah, unsafe and we are under threat</w:t>
      </w:r>
      <w:r>
        <w:br/>
      </w:r>
      <w:r>
        <w:rPr>
          <w:sz w:val="20"/>
        </w:rPr>
        <w:t>58:55  t". lekin aap dekhen ke surah ah, nisa mein bhi yeh ayat aayi hai ke "god will not allow ah, the unbelievers to harm the believers".</w:t>
      </w:r>
      <w:r>
        <w:br/>
      </w:r>
      <w:r>
        <w:rPr>
          <w:sz w:val="20"/>
        </w:rPr>
        <w:t>59:04  to yeh itni badi ah, ek assurance ah, jo quran mein allah taala sab ko de rahe hain, ah, to ise hamein zaroor lena chahiye.</w:t>
      </w:r>
      <w:r>
        <w:br/>
      </w:r>
      <w:r>
        <w:rPr>
          <w:sz w:val="20"/>
        </w:rPr>
        <w:t>59:14  ah, musibat sirf tabhi aa sakti hai ke agar aap kisi mal, maan lijiye, aap kisi bhooke sher ke samne aa ke khade ho jayen aur aap sochen ke ah, wo aap ko kuch nahi karega, to wo</w:t>
      </w:r>
      <w:r>
        <w:br/>
      </w:r>
      <w:r>
        <w:rPr>
          <w:sz w:val="20"/>
        </w:rPr>
        <w:t>59:24  possible nahi hai. aap agar ghalati karenge to is ka zaroor anjam bhi aap ko bhugtna padega. to we have to be very careful in our conduct. its very important.</w:t>
      </w:r>
      <w:r>
        <w:br/>
      </w:r>
      <w:r>
        <w:rPr>
          <w:sz w:val="20"/>
        </w:rPr>
        <w:t>59:36  ah, agla sawal lene se pehle apa ek comment padhna chahunga jo doctor aslam khan sahib ne bheja hai</w:t>
      </w:r>
    </w:p>
    <w:p>
      <w:pPr>
        <w:pStyle w:val="Heading2"/>
      </w:pPr>
      <w:r>
        <w:t>Prophet's objection to silver bracelets</w:t>
      </w:r>
    </w:p>
    <w:p>
      <w:r>
        <w:rPr>
          <w:color w:val="666666"/>
          <w:sz w:val="18"/>
        </w:rPr>
        <w:t>Seerah &amp; Prophet · The Story of Aisha Bint Abu Bakr Part 2 March 05, 2023 · 6m 05s · at 23:22 · https://youtu.be/od3Is6a9B7o?t=1402</w:t>
      </w:r>
    </w:p>
    <w:p>
      <w:r>
        <w:rPr>
          <w:i/>
        </w:rPr>
        <w:t>“Once the Prophet saw that Aisha was wearing silver bracelets. What was that story? Please tell us all about it. Prophet Muhammad once came home and saw Aisha wearing silver bracelets on both hands and said, 'What is this?'”</w:t>
      </w:r>
    </w:p>
    <w:p>
      <w:r>
        <w:rPr>
          <w:sz w:val="20"/>
        </w:rPr>
        <w:t>23:22  the best lady ever. It is very important and an inspiring session for every woman. doctor sahib agla sawal yeh hai ke ek martaba Rasool Allah ne dekha ke Hazrat Aisha silver bracelets jo hain woh pehan rahi hain.</w:t>
      </w:r>
      <w:r>
        <w:br/>
      </w:r>
      <w:r>
        <w:rPr>
          <w:sz w:val="20"/>
        </w:rPr>
        <w:t>23:36  to woh kya qissa tha is ke bare mein hum sab ko batayein. Prophet Muhammad Sallallahu Alaihi Wasallam ek baar ghar mein aaye to dekha ke Hazrat Aisha silver bracelets pehne hue hain haath mein.</w:t>
      </w:r>
      <w:r>
        <w:br/>
      </w:r>
      <w:r>
        <w:rPr>
          <w:sz w:val="20"/>
        </w:rPr>
        <w:t>23:47  donon hathon mein. to kaha ke yeh kya hai?</w:t>
      </w:r>
      <w:r>
        <w:br/>
      </w:r>
      <w:r>
        <w:rPr>
          <w:sz w:val="20"/>
        </w:rPr>
        <w:t>23:52  to unhon ne kaha ke I have bought these bracelets to look beautiful for you. ji to rasool Allah ne kaha ke have you paid zakat on this?</w:t>
      </w:r>
      <w:r>
        <w:br/>
      </w:r>
      <w:r>
        <w:rPr>
          <w:sz w:val="20"/>
        </w:rPr>
        <w:t>24:04  to unhon ne kaha no I haven't paid zakat. to Prophet ne kaha ke if you have not paid zakat you will go to hell. hmm to yani rasool Allah ka zehan kahin aur tha aur Hazrat Aisha ka zehan kuch aur soch raha tha.</w:t>
      </w:r>
      <w:r>
        <w:br/>
      </w:r>
      <w:r>
        <w:rPr>
          <w:sz w:val="20"/>
        </w:rPr>
        <w:t>24:20  ji to yeh wealth ka jo muamla hai yeh bhi bohat hi serious hai. chounke hadith mein aata hai ke insaan ke qadam hilenge nahi day of judgement mein jab tak woh chaar baaton ka jawab na de de.</w:t>
      </w:r>
      <w:r>
        <w:br/>
      </w:r>
      <w:r>
        <w:rPr>
          <w:sz w:val="20"/>
        </w:rPr>
        <w:t>24:34  ji is mein se do yeh hai ke kahan se paisa kamaya aur kaise kharch kiya. yani kaise kamaya lawful tareeqe se ya unlawful tareeqe se.</w:t>
      </w:r>
      <w:r>
        <w:br/>
      </w:r>
      <w:r>
        <w:rPr>
          <w:sz w:val="20"/>
        </w:rPr>
        <w:t>24:43  ji aur kahan kharch kiya yani need based life thi ya luxurious life thi.</w:t>
      </w:r>
      <w:r>
        <w:br/>
      </w:r>
      <w:r>
        <w:rPr>
          <w:sz w:val="20"/>
        </w:rPr>
        <w:t>24:49  isi ko to Maulana kehte the need based life. ji to yeh yeh bohat hi ahem cheez hai ke hum need based life guzaren aur luxurious life se bachen.</w:t>
      </w:r>
      <w:r>
        <w:br/>
      </w:r>
      <w:r>
        <w:rPr>
          <w:sz w:val="20"/>
        </w:rPr>
        <w:t>25:03  to is ki aik achi misaal hai. bilkul bohat hila dene wali misaal hai doctor sahib aur aise hi is ko humein apni zindagi mein utarna bhi chahiye. doctor sahib aik aik martaba Hazrat Aisha raat mein uthti hain to dekhti hain ke Prophet nahi hain.</w:t>
      </w:r>
      <w:r>
        <w:br/>
      </w:r>
      <w:r>
        <w:rPr>
          <w:sz w:val="20"/>
        </w:rPr>
        <w:t>25:19  to woh thoda sa soch mein pad jaati hain ke kahan hain. to is qisse ke baray mein bhi hum sab ko batayen. haan yeh raat ke waqt Prophet aur Hazrat Aisha so rahe the ghar mein.</w:t>
      </w:r>
      <w:r>
        <w:br/>
      </w:r>
      <w:r>
        <w:rPr>
          <w:sz w:val="20"/>
        </w:rPr>
        <w:t>25:33  ji to Hazrat Aisha ki aankh khulti hai to un ko mehsoos hota hai ke Prophet hain nahi. to andhera rehta tha is zamanay mein yani itna bhi nahi tha ke woh charagh jala saken.</w:t>
      </w:r>
      <w:r>
        <w:br/>
      </w:r>
      <w:r>
        <w:rPr>
          <w:sz w:val="20"/>
        </w:rPr>
        <w:t>25:48  balke aik aik waqia hai ke baad ke zamanay mein jab kafi farawani ho gayi to logon se baat kar rahi theen Hazrat Aisha to kuch kaha ke raat mein andhera tha ghar mein.</w:t>
      </w:r>
      <w:r>
        <w:br/>
      </w:r>
      <w:r>
        <w:rPr>
          <w:sz w:val="20"/>
        </w:rPr>
        <w:t>26:03  to kisi ne kaha ke kya aap ke paas oil nahi hota tha ghar mein? charagh nahi hota tha? to Hazrat Aisha ne kaha agar hamare ghar mein oil hota to hum use pe jate.</w:t>
      </w:r>
      <w:r>
        <w:br/>
      </w:r>
      <w:r>
        <w:rPr>
          <w:sz w:val="20"/>
        </w:rPr>
        <w:t>26:16  yani yeh کیفیت thi ke khane peene ke saman nahi hota tha. is zamanay mein jo oil tha na woh waisa hota tha zaitoon ka tel waghera.</w:t>
      </w:r>
      <w:r>
        <w:br/>
      </w:r>
      <w:r>
        <w:rPr>
          <w:sz w:val="20"/>
        </w:rPr>
        <w:t>26:26  woh petrol ka zamanay nahi tha. to bilkul andhera tha to un ko aisa laga ke Prophet hain nahi kahin chale gaye. to unhein thoda badgumaani ho gayi ke kisi aur ghar mein chale gaye shayad.</w:t>
      </w:r>
      <w:r>
        <w:br/>
      </w:r>
      <w:r>
        <w:rPr>
          <w:sz w:val="20"/>
        </w:rPr>
        <w:t>26:41  to unhon ne hath aise aise kar ke dekha to kuch kahin mile nahi to woh bahar nikleen. bahar bhi unhon ne touch wich kiya.</w:t>
      </w:r>
      <w:r>
        <w:br/>
      </w:r>
      <w:r>
        <w:rPr>
          <w:sz w:val="20"/>
        </w:rPr>
        <w:t>26:50  masjid thi bahar. to aise hi kuch kiya to Prophet ke pair pe hath pada.</w:t>
      </w:r>
      <w:r>
        <w:br/>
      </w:r>
      <w:r>
        <w:rPr>
          <w:sz w:val="20"/>
        </w:rPr>
        <w:t>26:56  tab un ko andaza hua ke woh sajday mein hain. ji aur sajday mein bari umda dua kar rahe the subhanaka wabihamdika la ilaha illa ant aye Allah tu pak hai aur tere siwa koi ibadat ke laiq nahi hai.</w:t>
      </w:r>
      <w:r>
        <w:br/>
      </w:r>
      <w:r>
        <w:rPr>
          <w:sz w:val="20"/>
        </w:rPr>
        <w:t>27:12  to Hazrat Aisha wapas aa gayeen apne bed pe lait gayeen aur boleen ke innaka lafi shaani wa inni lafi shaani akhar yani mera zehan kahin aur ja raha hai</w:t>
      </w:r>
      <w:r>
        <w:br/>
      </w:r>
      <w:r>
        <w:rPr>
          <w:sz w:val="20"/>
        </w:rPr>
        <w:t>27:25  aap ki shan kuch aur hai. ji you are on one plane and I am on totally another plane. ji to yeh jo waqia hai ke is mein bohat bara sabak hai.</w:t>
      </w:r>
      <w:r>
        <w:br/>
      </w:r>
      <w:r>
        <w:rPr>
          <w:sz w:val="20"/>
        </w:rPr>
        <w:t>27:40  Maulana ne is hadith ke baray mein bataya tha ke ulama ne chounke fiqhi zehan hai ulama ka, ulama ne is hadith se nikala hai ke agar aurat mard ko touch kare halat wuzu mein to wuzu toote ga ya nahi</w:t>
      </w:r>
      <w:r>
        <w:br/>
      </w:r>
      <w:r>
        <w:rPr>
          <w:sz w:val="20"/>
        </w:rPr>
        <w:t>27:54  . ji halankay yeh itni bari hadith hai ke Prophet se badgumaani aur woh bhi Hazrat Aisha jaisi stature jin ka woh maqam to aam insaan ka kya haal ho ga.</w:t>
      </w:r>
      <w:r>
        <w:br/>
      </w:r>
      <w:r>
        <w:rPr>
          <w:sz w:val="20"/>
        </w:rPr>
        <w:t>28:05  to is mein yeh hai ke insaan ko badgumaan nahi hona chahiye. Misunderstanding nahi honi chahiye.</w:t>
      </w:r>
      <w:r>
        <w:br/>
      </w:r>
      <w:r>
        <w:rPr>
          <w:sz w:val="20"/>
        </w:rPr>
        <w:t>28:14  baaton ko samajhna chahiye. chounke baz auqat woh jo dekhta hai ya woh sunta hai woh kuch aur hoti hai. woh baat kuch aur aur us ki samajh mein kuch aur aati hai.</w:t>
      </w:r>
      <w:r>
        <w:br/>
      </w:r>
      <w:r>
        <w:rPr>
          <w:sz w:val="20"/>
        </w:rPr>
        <w:t>28:23  to bohat hi cautious rehna chahiye aur shaitan ke waswase se dua karni chahiye har waqt ke inshallah shaitan ke behkawe se bachaye.</w:t>
      </w:r>
      <w:r>
        <w:br/>
      </w:r>
      <w:r>
        <w:rPr>
          <w:sz w:val="20"/>
        </w:rPr>
        <w:t>28:33  ji doctor sahib sajday se mujhe woh bhi aik riwayat yaad aayi abuhuraira ke abuhuraira se yeh riwayat hai ke unhon ne bataya ke Prophet ne kaha ke jab Khuda ka banda sajday mein jata hai to Allah se sab se qareeb hota hai.</w:t>
      </w:r>
      <w:r>
        <w:br/>
      </w:r>
      <w:r>
        <w:rPr>
          <w:sz w:val="20"/>
        </w:rPr>
        <w:t>28:50  to unhon ne kaha ke is liye jab tum sajday mein jao to khoob dua karo. aur aik martaba unhon ne bataya ke rasool Allah sajday mein the to unhon ne bohat hi pyari dua kari doctor sahib mujhe bohat achi lagi.</w:t>
      </w:r>
      <w:r>
        <w:br/>
      </w:r>
      <w:r>
        <w:rPr>
          <w:sz w:val="20"/>
        </w:rPr>
        <w:t>29:03  hum sab ko karni chahiye ke unhon ne kaha ke aye allah tu mere sare gunahon ko maaf kar. mere chhote gunah ko, mere bade gunah ko, mere pehle gunah ko aur mere aakhri gunah ko.</w:t>
      </w:r>
      <w:r>
        <w:br/>
      </w:r>
      <w:r>
        <w:rPr>
          <w:sz w:val="20"/>
        </w:rPr>
        <w:t>29:14  aur mere chhpe hue gunah ko aur khule hue gunah ko.</w:t>
      </w:r>
      <w:r>
        <w:br/>
      </w:r>
      <w:r>
        <w:rPr>
          <w:sz w:val="20"/>
        </w:rPr>
        <w:t>29:18  tu yeh bohat hi achhi lagi mujhe pyari dua hai. hum sab ko maafi mangni chahiye is tarah jis tarah rasool allah kiya karte the.</w:t>
      </w:r>
    </w:p>
    <w:p>
      <w:pPr>
        <w:pStyle w:val="Heading2"/>
      </w:pPr>
      <w:r>
        <w:t>Prophet's punishment for blasphemy</w:t>
      </w:r>
    </w:p>
    <w:p>
      <w:r>
        <w:rPr>
          <w:color w:val="666666"/>
          <w:sz w:val="18"/>
        </w:rPr>
        <w:t>Seerah &amp; Prophet · Blasphemy in Islam November 24, 2024 · 8m 03s · at 8:36 · https://youtu.be/IjG5T6KZDxs?t=516</w:t>
      </w:r>
    </w:p>
    <w:p>
      <w:r>
        <w:rPr>
          <w:i/>
        </w:rPr>
        <w:t>“Did the Prophet Muhammad (PBUH) ever punish anyone for blaspheming the Messenger?”</w:t>
      </w:r>
    </w:p>
    <w:p>
      <w:r>
        <w:rPr>
          <w:sz w:val="20"/>
        </w:rPr>
        <w:t>8:36  to ab mein apna agla sawal Maulana Inayat Umri sahib se karunga ke kya peghambar e Islam sallallahu alaihi wasallam ne shatm e rasool ki saza kisi ko di thi?</w:t>
      </w:r>
      <w:r>
        <w:br/>
      </w:r>
      <w:r>
        <w:rPr>
          <w:sz w:val="20"/>
        </w:rPr>
        <w:t>8:48  aap ka bohat shukriya is session mein dawat dene ke liye. yeh jaisa ke hamare sathiyon ne bataya ke yeh topic jo hai door e jadeed ka ek bohat hi burning topic hai.</w:t>
      </w:r>
      <w:r>
        <w:br/>
      </w:r>
      <w:r>
        <w:rPr>
          <w:sz w:val="20"/>
        </w:rPr>
        <w:t>9:06  is ki wajah yeh hai ke yeh media ka door hai, social media hai, electronic media hai. secondon mein baatein phail jati hain aur hangame shuru ho jate hain, agitation shuru ho jate hain.</w:t>
      </w:r>
      <w:r>
        <w:br/>
      </w:r>
      <w:r>
        <w:rPr>
          <w:sz w:val="20"/>
        </w:rPr>
        <w:t>9:22  to is silsile mein yeh jaanna zaroori hai ke kya Rasool Allah ne apne zamane mein jo shatm ke mujrim thay, un ko koi saza di jinhon ne blasphemy ki ya peghambar ki toheen ki, aap ki shan mein gustakhi ki?</w:t>
      </w:r>
      <w:r>
        <w:br/>
      </w:r>
      <w:r>
        <w:rPr>
          <w:sz w:val="20"/>
        </w:rPr>
        <w:t>9:41  to kya aap ne un ke liye koi saza di hai?</w:t>
      </w:r>
      <w:r>
        <w:br/>
      </w:r>
      <w:r>
        <w:rPr>
          <w:sz w:val="20"/>
        </w:rPr>
        <w:t>9:44  dekhein, agar hum Quran o Hadees mein dekhein to wazeh taur par nazar aata hai ke khud Quran mein Allah Ta'ala ne shatm ka zikr kiya hai.</w:t>
      </w:r>
      <w:r>
        <w:br/>
      </w:r>
      <w:r>
        <w:rPr>
          <w:sz w:val="20"/>
        </w:rPr>
        <w:t>9:59  ek to Quran ki bohat wazeh aayatein hain jis mein Allah batate hain: "man</w:t>
      </w:r>
      <w:r>
        <w:br/>
      </w:r>
      <w:r>
        <w:rPr>
          <w:sz w:val="20"/>
        </w:rPr>
        <w:t>10:08  qablak" ke aap se pehle peghambaron ka bhi istihza kiya gaya, mazak uraya gaya</w:t>
      </w:r>
      <w:r>
        <w:br/>
      </w:r>
      <w:r>
        <w:rPr>
          <w:sz w:val="20"/>
        </w:rPr>
        <w:t>10:13  , un ki bhi toheen ki gayi aur aap ki bhi ki ki ja rahi hai. aur is silsile mein Quran ki ek surat hai, Surah Al-Kawthar, is mein un logon ka Allah ne zikr kiya hai jo Rasool Allah ko abtar kaha karte thay.</w:t>
      </w:r>
      <w:r>
        <w:br/>
      </w:r>
      <w:r>
        <w:rPr>
          <w:sz w:val="20"/>
        </w:rPr>
        <w:t>10:31  abtar jo hai yeh blasphemy hai, is ka matlab yeh hai ke "alladhi la uqbah" ke un ki koi narina aulad nahi hai,</w:t>
      </w:r>
      <w:r>
        <w:br/>
      </w:r>
      <w:r>
        <w:rPr>
          <w:sz w:val="20"/>
        </w:rPr>
        <w:t>10:43  yeh mar jayenge to un ka naam o nishan sab khatam ho jayega. yahi log aap ko abtar kehte thay. aur is se bhi bari misaal yeh hai ke Quran mein Allah ne Abdullah bin Ubay ka jo door e Rasool mein munafiqeen ka sardar tha,</w:t>
      </w:r>
      <w:r>
        <w:br/>
      </w:r>
      <w:r>
        <w:rPr>
          <w:sz w:val="20"/>
        </w:rPr>
        <w:t>11:03  us ka zikr kiya hai ke us ne ek mauqe par yeh kaha tha ke "man</w:t>
      </w:r>
      <w:r>
        <w:br/>
      </w:r>
      <w:r>
        <w:rPr>
          <w:sz w:val="20"/>
        </w:rPr>
        <w:t>11:13  ke hum mein jo sab se ziyada ba-izzat hain, woh sab se ziyada zalil shakhs ko Madinah se bahar nikal denge".</w:t>
      </w:r>
      <w:r>
        <w:br/>
      </w:r>
      <w:r>
        <w:rPr>
          <w:sz w:val="20"/>
        </w:rPr>
        <w:t>11:24  is aayat mein Allah ne us ke shatm ka zikr kiya hai jis ne apne aap ko ba-izzat aur Rasool Allah ko sab se ziyada</w:t>
      </w:r>
      <w:r>
        <w:br/>
      </w:r>
      <w:r>
        <w:rPr>
          <w:sz w:val="20"/>
        </w:rPr>
        <w:t>11:36  ghatiya lafz aap ke mamle mein us ne istemal kiya, "azal" ka lafz us ne istemal kiya. lekin hum dekhte hain ke is ke bawajood Rasool Allah ne us ke khilaf koi karwai nahi ki.</w:t>
      </w:r>
      <w:r>
        <w:br/>
      </w:r>
      <w:r>
        <w:rPr>
          <w:sz w:val="20"/>
        </w:rPr>
        <w:t>11:52  is waqe ke baad khud Abdullah bin Ubay ke bete Abdullah Rasool Allah ke paas aaye, woh Sahabi hain, unhon ne kaha ke "Ya Rasool Allah!</w:t>
      </w:r>
      <w:r>
        <w:br/>
      </w:r>
      <w:r>
        <w:rPr>
          <w:sz w:val="20"/>
        </w:rPr>
        <w:t>12:03  mujhe ijazat dijiye ke main apne baap ka qatl karoon".</w:t>
      </w:r>
      <w:r>
        <w:br/>
      </w:r>
      <w:r>
        <w:rPr>
          <w:sz w:val="20"/>
        </w:rPr>
        <w:t>12:09  aap ne un ko mana kar diya aur unhon ne yeh bhi kaha ke "agar aap yeh kaam kisi aur ke supurd karein to shayad mujhe takleef hogi aur main hamesha is ko is nazar se dekhunga ke yeh mere baap ke qatil hain.</w:t>
      </w:r>
      <w:r>
        <w:br/>
      </w:r>
      <w:r>
        <w:rPr>
          <w:sz w:val="20"/>
        </w:rPr>
        <w:t>12:23  is se behtar yeh hai ke woh zimmedari aap mujhe dijiye, main karta hoon". aap sallallahu alaihi wasallam ne mana kiya. un ke toheen ke waqiyat, Abdullah bin Ubay ke toheen ke waqiyat itne ziyada hain ke ek martaba Hazrat Umar bin Khattab Razi Allahu Anhu ne ja ke kaha Rasool Allah se:</w:t>
      </w:r>
      <w:r>
        <w:br/>
      </w:r>
      <w:r>
        <w:rPr>
          <w:sz w:val="20"/>
        </w:rPr>
        <w:t>12:42  "Ya Rasool Allah! ijazat dijiye, is munafiq ko maar doon, qatl kar doon". Nabi sallallahu alaihi wasallam ne kaha ke "agar hum in ka qatl karenge to dunya yeh kahegi ke "in Muhammad yu qatilu ashabahu" ke Muhammad jo hai apne hi aadmi ko qatl karte hain, un ke darmiyan un ke apne log hi safe nahi hain.</w:t>
      </w:r>
      <w:r>
        <w:br/>
      </w:r>
      <w:r>
        <w:rPr>
          <w:sz w:val="20"/>
        </w:rPr>
        <w:t>13:05  dekhein, yeh woh shakhs hai Abdullah bin Ubay jis ne ek mauqe par Nabi sallallahu alaihi wasallam ki jo zawja hain, Ummul Momineen Aisha Siddiqa Razi Allahu Anha, un par tohmat lagayi.</w:t>
      </w:r>
      <w:r>
        <w:br/>
      </w:r>
      <w:r>
        <w:rPr>
          <w:sz w:val="20"/>
        </w:rPr>
        <w:t>13:23  yani woh shakhs jis ne Rasool Allah ke ghar ki izzat ko neelam kiya, bazaar mein laya aur aap sallallahu alaihi wasallam un ke talluq se kehte hain ke "agar maine un ka qatl kiya to Islam ki izzat sar bazaar aa jayegi".</w:t>
      </w:r>
      <w:r>
        <w:br/>
      </w:r>
      <w:r>
        <w:rPr>
          <w:sz w:val="20"/>
        </w:rPr>
        <w:t>13:39  to is se hum samajh sakte hain ke Nabi sallallahu alaihi wasallam ne bawajood is ke ke un ka shatm khula tha, wazeh tha, magar un ki natural death hoti hai,</w:t>
      </w:r>
      <w:r>
        <w:br/>
      </w:r>
      <w:r>
        <w:rPr>
          <w:sz w:val="20"/>
        </w:rPr>
        <w:t>13:52  natural un ki wafat hoti hai aur is mauqe par aap sallallahu alaihi wasallam ne un ke kafan ke liye apna kapda bhi bheja.</w:t>
      </w:r>
      <w:r>
        <w:br/>
      </w:r>
      <w:r>
        <w:rPr>
          <w:sz w:val="20"/>
        </w:rPr>
        <w:t>14:04  is se hum andaza laga sakte hain ke peghambar ke zamane mein aise waqeat hue magar koi agitation nahi hua, koi hangama nahi hua, koi log sadkon par nahi nikle, hangama nahi kiya logon ne.</w:t>
      </w:r>
      <w:r>
        <w:br/>
      </w:r>
      <w:r>
        <w:rPr>
          <w:sz w:val="20"/>
        </w:rPr>
        <w:t>14:20  to islami talimat mein yeh baat maujood hi nahi hai ke kisi shatm ke liye, yeh yeh shatm ke mujrim ke liye koi saza di jaye.</w:t>
      </w:r>
      <w:r>
        <w:br/>
      </w:r>
      <w:r>
        <w:rPr>
          <w:sz w:val="20"/>
        </w:rPr>
        <w:t>14:30  ji, jazak Allah khair. shukriya Maulana Inayat sahib.</w:t>
      </w:r>
      <w:r>
        <w:br/>
      </w:r>
      <w:r>
        <w:rPr>
          <w:sz w:val="20"/>
        </w:rPr>
        <w:t>14:35  ab mein apne agle sawal poochne se pehle mein quran ki do ayat padhna chahunga jis se hum samajh sakte hain ke quran mein kya bataya gaya.</w:t>
      </w:r>
      <w:r>
        <w:br/>
      </w:r>
      <w:r>
        <w:rPr>
          <w:sz w:val="20"/>
        </w:rPr>
        <w:t>14:46  phir hum iski mazeed wazahat Maulana Fayyaz Umri sahib se pooche ge. quran mein ek ayat hai: "ya ayyuhal lazeena aamanu la taqoolu ra'ina wa qoolu anzirna wasma'u" ke "ae logon!</w:t>
      </w:r>
      <w:r>
        <w:br/>
      </w:r>
      <w:r>
        <w:rPr>
          <w:sz w:val="20"/>
        </w:rPr>
        <w:t>14:59  ae iman walo! tum log ra'ina na kaho, anzir na kaho aur suno".</w:t>
      </w:r>
      <w:r>
        <w:br/>
      </w:r>
      <w:r>
        <w:rPr>
          <w:sz w:val="20"/>
        </w:rPr>
        <w:t>15:04  is ayat ka pas manzar yeh bataya jata hai ke Allah ke rasool sallallahu alaihi wasallam ke paas kuch kuch josh aya karte the aur woh aap sallallahu alaihi wasallam ko sab karne ke liye kehte the: "ra'ina".</w:t>
      </w:r>
      <w:r>
        <w:br/>
      </w:r>
      <w:r>
        <w:rPr>
          <w:sz w:val="20"/>
        </w:rPr>
        <w:t>15:21  ra'ina ka matlab hota hai do: ek to ek hamare charwahe aur doosra ahmaq, nadan ya us se bhi aur kamtar word aap samajh sakte ho.</w:t>
      </w:r>
      <w:r>
        <w:br/>
      </w:r>
      <w:r>
        <w:rPr>
          <w:sz w:val="20"/>
        </w:rPr>
        <w:t>15:30  is se iske baad musalman bhi ra'ina kehne lage</w:t>
      </w:r>
      <w:r>
        <w:br/>
      </w:r>
      <w:r>
        <w:rPr>
          <w:sz w:val="20"/>
        </w:rPr>
        <w:t>15:33  to Allah taala ne wahan par musalmanon ko jo talim di hai woh yeh hai ke tum yeh word use na karo, yeh alfaz use na karo jo josh use karte hain, balke iski jagah anzir na use karo.</w:t>
      </w:r>
      <w:r>
        <w:br/>
      </w:r>
      <w:r>
        <w:rPr>
          <w:sz w:val="20"/>
        </w:rPr>
        <w:t>15:45  to hum samajh sakte hain ke Allah taala ne kya talim di hai aisi cheezon se bachne ke liye. isi tarah se quran mein ek aur jagah hai: "fi hatta fi jab tum dekho kuch logon ko ke quran ki ayaton mein woh mazak uda rahe hain, iska to tum unke sath na baitho yahan tak ke woh mazak chhod kar kisi doosri baat mein lag jayein</w:t>
      </w:r>
      <w:r>
        <w:br/>
      </w:r>
      <w:r>
        <w:rPr>
          <w:sz w:val="20"/>
        </w:rPr>
        <w:t>16:09  to iske sath baith sakte ho". matlab kya hai ke jab woh aisi situation aa jaye jis mein tum dekho ke quran o sunnat ka ka sab ho raha hai, unka mazak udaya ja raha hai to us waqt unko ignore karo.</w:t>
      </w:r>
      <w:r>
        <w:br/>
      </w:r>
      <w:r>
        <w:rPr>
          <w:sz w:val="20"/>
        </w:rPr>
        <w:t>16:21  to ab mein Maulana Fayyazuddin Umri sahib se yeh sawal karna chahunga is talluq se ke kya quran o sunnat mein shatim ki saza mazkoor hai?</w:t>
      </w:r>
      <w:r>
        <w:br/>
      </w:r>
      <w:r>
        <w:rPr>
          <w:sz w:val="20"/>
        </w:rPr>
        <w:t>16:30  kyun ke quran to yeh kehta hai lekin kya sunnat mein bhi hai ya quran mein bhi kahin ho? is par aap hamein batayein kya hai.</w:t>
      </w:r>
    </w:p>
    <w:p>
      <w:pPr>
        <w:pStyle w:val="Heading2"/>
      </w:pPr>
      <w:r>
        <w:t>Request for family background story</w:t>
      </w:r>
    </w:p>
    <w:p>
      <w:r>
        <w:rPr>
          <w:color w:val="666666"/>
          <w:sz w:val="18"/>
        </w:rPr>
        <w:t>Seerah &amp; Prophet · The Story of Hazrat Khadija Part I December 4, 2022 · 24m 49s · at 1:23 · https://youtu.be/cNzPbtW9AV0?t=83</w:t>
      </w:r>
    </w:p>
    <w:p>
      <w:r>
        <w:rPr>
          <w:i/>
        </w:rPr>
        <w:t>“We all want to know about his/her family background. Please tell us about it. Start the story from there.”</w:t>
      </w:r>
    </w:p>
    <w:p>
      <w:r>
        <w:rPr>
          <w:sz w:val="20"/>
        </w:rPr>
        <w:t>1:23  , toh sab se pehla sawal hum sab janna chahenge ke un ke bare mein, un ki jo family background hai, us ke bare mein aap bataein.</w:t>
      </w:r>
      <w:r>
        <w:br/>
      </w:r>
      <w:r>
        <w:rPr>
          <w:sz w:val="20"/>
        </w:rPr>
        <w:t>1:33  wahan se shuru kijiye aap kahani ko. inshallah. bismillah hir rahman nir rahim. rab ishrah li sadri, wa yassir li amri, wahlul uqdatan min lisani, yafqahu qawli.</w:t>
      </w:r>
      <w:r>
        <w:br/>
      </w:r>
      <w:r>
        <w:rPr>
          <w:sz w:val="20"/>
        </w:rPr>
        <w:t>1:49  Hazrat Khadijah ka talluq makka ke ek bahut hi shareef khandan se tha, and she was known for her wealth and good character, good nature.</w:t>
      </w:r>
      <w:r>
        <w:br/>
      </w:r>
      <w:r>
        <w:rPr>
          <w:sz w:val="20"/>
        </w:rPr>
        <w:t>1:58  ji. jo yeh naam tha Khadijah, linguistically it means premature. غالباً woh un ki birth premature ho gayi hogi.</w:t>
      </w:r>
      <w:r>
        <w:br/>
      </w:r>
      <w:r>
        <w:rPr>
          <w:sz w:val="20"/>
        </w:rPr>
        <w:t>2:10  ji. lekin scholars ka kehna hai ke it means she was ahead of her time. o</w:t>
      </w:r>
      <w:r>
        <w:br/>
      </w:r>
      <w:r>
        <w:rPr>
          <w:sz w:val="20"/>
        </w:rPr>
        <w:t>2:17  ke. toh agar aap Hazrat Khadijah ki family tree dekhein, ji toh kuch generations ke baad Prophet ki family tree se mil jati hai.</w:t>
      </w:r>
      <w:r>
        <w:br/>
      </w:r>
      <w:r>
        <w:rPr>
          <w:sz w:val="20"/>
        </w:rPr>
        <w:t>2:28  ji. chunki makka choti si jagah thi, sab log aapas mein relation the un ke. jaise agar hum family tree dekhein Hazrat Khadijah ki toh is tarah se hogi: Khadijah bint Khuwailid ibn Asad ibn Abdul Aziz ibn Qusai ibn Kilab.</w:t>
      </w:r>
      <w:r>
        <w:br/>
      </w:r>
      <w:r>
        <w:rPr>
          <w:sz w:val="20"/>
        </w:rPr>
        <w:t>2:45  ji. toh Qusai ibn Kilab Prophet ke great grandfather the, aur Hazrat Khadijah ke bhi great grandfather the. ji. so from yahan se jo aage chalti hai family tree, woh ek hi ho jati hai aage ja ke.</w:t>
      </w:r>
      <w:r>
        <w:br/>
      </w:r>
      <w:r>
        <w:rPr>
          <w:sz w:val="20"/>
        </w:rPr>
        <w:t>3:04  to Hazrat Khadijah bohat hi learned, and she was the most elegant woman in makkah, very learned, perfect in her behavior and perfect in her character.</w:t>
      </w:r>
      <w:r>
        <w:br/>
      </w:r>
      <w:r>
        <w:rPr>
          <w:sz w:val="20"/>
        </w:rPr>
        <w:t>3:15  ji. bohat hi nobel khatoon theen, aur un ke bohat saare nicknames thay. achha. jaise ek Tahirah tha, Tahirah ka matlab pure, aise hi un ka nickname tha Ameerat Quraish, yaani Princess of Quraish</w:t>
      </w:r>
      <w:r>
        <w:br/>
      </w:r>
      <w:r>
        <w:rPr>
          <w:sz w:val="20"/>
        </w:rPr>
        <w:t>3:30  . aur ek nickname tha Sayyidat al-Nisa Quraish, Nisa Quraish. ji. yaani the leader of the women of Quraish.</w:t>
      </w:r>
      <w:r>
        <w:br/>
      </w:r>
      <w:r>
        <w:rPr>
          <w:sz w:val="20"/>
        </w:rPr>
        <w:t>3:40  okay. aur Rasool Allah Sal Allahu Alaihi Wasallam ki paidaish se pandrah saal pehle, ji un ki paidaish hui thi. yaani Prophet was born in 570, aur Hazrat Khadijah ki paidaish hui thi 555.</w:t>
      </w:r>
      <w:r>
        <w:br/>
      </w:r>
      <w:r>
        <w:rPr>
          <w:sz w:val="20"/>
        </w:rPr>
        <w:t>3:56  ji.</w:t>
      </w:r>
      <w:r>
        <w:br/>
      </w:r>
      <w:r>
        <w:rPr>
          <w:sz w:val="20"/>
        </w:rPr>
        <w:t>3:58  to un ki ek behan theen, un ka naam tha Halimah, aur Halimah bint Khuwailid. to Halimah ke jo bete thay, un ki shadi Prophet ki beti se hui thi jin ka naam Zainab tha.</w:t>
      </w:r>
      <w:r>
        <w:br/>
      </w:r>
      <w:r>
        <w:rPr>
          <w:sz w:val="20"/>
        </w:rPr>
        <w:t>4:12  ji.</w:t>
      </w:r>
      <w:r>
        <w:br/>
      </w:r>
      <w:r>
        <w:rPr>
          <w:sz w:val="20"/>
        </w:rPr>
        <w:t>4:13  to Hazrat Khadijah ke jo,</w:t>
      </w:r>
      <w:r>
        <w:br/>
      </w:r>
      <w:r>
        <w:rPr>
          <w:sz w:val="20"/>
        </w:rPr>
        <w:t>4:22  Hazrat Khadijah ki death ke baad jab kabhi Halimah aya karti thi Prophet se milne to bahar se hi Prophet pehchan jatay thay, choonkay un ki awaz aur Hazrat Khadijah ki awaz bohat milti julti thi.</w:t>
      </w:r>
      <w:r>
        <w:br/>
      </w:r>
      <w:r>
        <w:rPr>
          <w:sz w:val="20"/>
        </w:rPr>
        <w:t>4:33  milti thi, achha. ji ji. to bohat Prophet khush hua kartay thay. aur to Hazrat Khadijah ki jo mother theen, un ka naam tha Fatima, halankay beti ka bhi naam Fatima</w:t>
      </w:r>
      <w:r>
        <w:br/>
      </w:r>
      <w:r>
        <w:rPr>
          <w:sz w:val="20"/>
        </w:rPr>
        <w:t>4:43  tha, to isi ki wajah se rakha hoga. to Hazrat Khadijah ke jo father thay, un ka naam tha Khuwailid ibn Asad.</w:t>
      </w:r>
      <w:r>
        <w:br/>
      </w:r>
      <w:r>
        <w:rPr>
          <w:sz w:val="20"/>
        </w:rPr>
        <w:t>4:53  ji. aur woh ek tajir thay, aur jo Prophet Muhammad Sal Allahu Alaihi Wasallam ke grandfather thay, Abdul Muttalib, un ke bohat close thay woh.</w:t>
      </w:r>
      <w:r>
        <w:br/>
      </w:r>
      <w:r>
        <w:rPr>
          <w:sz w:val="20"/>
        </w:rPr>
        <w:t>5:06  aur ek baar safar bhi kiya tha saath mein yaman. ji.</w:t>
      </w:r>
      <w:r>
        <w:br/>
      </w:r>
      <w:r>
        <w:rPr>
          <w:sz w:val="20"/>
        </w:rPr>
        <w:t>5:11  to is tarah se pata chalta hai Hazrat Khadijah bohat hi aala khatoon theen, aur jaise abhi aap ne hadith bayan ki ke Maryam was the best woman of her time, and Khadijah was the best woman of her time, is se pata chalta hai ke woh kitni aala aur bohat hi bari shakhsiyat rahi hain.</w:t>
      </w:r>
      <w:r>
        <w:br/>
      </w:r>
      <w:r>
        <w:rPr>
          <w:sz w:val="20"/>
        </w:rPr>
        <w:t>5:32  ji ji ji ji. to Doctor sahib, jaise aap ne abhi bataya ke un ka janam 555 AD mein hua.</w:t>
      </w:r>
      <w:r>
        <w:br/>
      </w:r>
      <w:r>
        <w:rPr>
          <w:sz w:val="20"/>
        </w:rPr>
        <w:t>5:40  ji.</w:t>
      </w:r>
      <w:r>
        <w:br/>
      </w:r>
      <w:r>
        <w:rPr>
          <w:sz w:val="20"/>
        </w:rPr>
        <w:t>5:41  agar hum dekhte hain to Islam ka aaghaz hua 610 AD mein. ji. tab pehli revelation Prophet Muhammad ko aayi.</w:t>
      </w:r>
      <w:r>
        <w:br/>
      </w:r>
      <w:r>
        <w:rPr>
          <w:sz w:val="20"/>
        </w:rPr>
        <w:t>5:50  to kafi waqt tha 610 AD jab Islam aaya, is se pehle jo Hazrat Khadijah theen, woh bari ho gaeen. to is dauran jab Islam nahi tha, to un ka kya mazhab tha?</w:t>
      </w:r>
      <w:r>
        <w:br/>
      </w:r>
      <w:r>
        <w:rPr>
          <w:sz w:val="20"/>
        </w:rPr>
        <w:t>6:03  kya religion follow karti theen woh before the advent of Islam? is ke baray mein batayein.</w:t>
      </w:r>
      <w:r>
        <w:br/>
      </w:r>
      <w:r>
        <w:rPr>
          <w:sz w:val="20"/>
        </w:rPr>
        <w:t>6:09  asal mein jo Makkah tha, wahan ke jo beshtar log thay, woh mushrik thay. ji. yaani ek Khuda se zyada aur Khudaon ki parastish kiya karte thay.</w:t>
      </w:r>
      <w:r>
        <w:br/>
      </w:r>
      <w:r>
        <w:rPr>
          <w:sz w:val="20"/>
        </w:rPr>
        <w:t>6:22  jaise Quran mein aata hai Laat, Manat, aur Uzza, is tarah ke naam aate hain jo unhon ne maabood bana rakhe thay.</w:t>
      </w:r>
      <w:r>
        <w:br/>
      </w:r>
      <w:r>
        <w:rPr>
          <w:sz w:val="20"/>
        </w:rPr>
        <w:t>6:30  lekin isi ke saath saath choonkay Hazrat Ibrahim Alaihissalam aaye thay Makkah, aur Ismail Alaihissalam ko wahan basaya tha, Hazrat Hajra ko basaya tha, aur Zam Zam ka woh moajza hua tha.</w:t>
      </w:r>
      <w:r>
        <w:br/>
      </w:r>
      <w:r>
        <w:rPr>
          <w:sz w:val="20"/>
        </w:rPr>
        <w:t>6:45  ji. to phir wahan log rehne lagay thay. to woh jo teachings theen Hazrat Ibrahim Alaihissalam ki, woh nasal dar nasal kuch baqi reh gayi theen wahan.</w:t>
      </w:r>
      <w:r>
        <w:br/>
      </w:r>
      <w:r>
        <w:rPr>
          <w:sz w:val="20"/>
        </w:rPr>
        <w:t>6:56  lekin zyada tar log m</w:t>
      </w:r>
      <w:r>
        <w:br/>
      </w:r>
      <w:r>
        <w:rPr>
          <w:sz w:val="20"/>
        </w:rPr>
        <w:t>6:58  shirk thay. lekin kuch log thay jo Hazrat Ibrahim ka jo bataya hua deen tha, yaani pure monotheism ka jo religion tha, us pe qaim thay.</w:t>
      </w:r>
      <w:r>
        <w:br/>
      </w:r>
      <w:r>
        <w:rPr>
          <w:sz w:val="20"/>
        </w:rPr>
        <w:t>7:12  kitabon mein kai ek list aati hai ke makkah mein yeh log abrahimi mazhab pe qaim thay jis ko deen hanif kaha jata tha.</w:t>
      </w:r>
      <w:r>
        <w:br/>
      </w:r>
      <w:r>
        <w:rPr>
          <w:sz w:val="20"/>
        </w:rPr>
        <w:t>7:22  yani hanif quran mein hazrat ibrahim ke liye aya hai.</w:t>
      </w:r>
      <w:r>
        <w:br/>
      </w:r>
      <w:r>
        <w:rPr>
          <w:sz w:val="20"/>
        </w:rPr>
        <w:t>7:26  ji. to is mein se Prophet Muhammad sallallahu alaihi wasallam bhi thay, aur hazrat khadijah bhi theen, hazrat abubakar bhi thay.</w:t>
      </w:r>
      <w:r>
        <w:br/>
      </w:r>
      <w:r>
        <w:rPr>
          <w:sz w:val="20"/>
        </w:rPr>
        <w:t>7:36  to, aur hazrat khadijah ke jo father thay khwaild, woh bhi deen hanif pe qaim thay.</w:t>
      </w:r>
      <w:r>
        <w:br/>
      </w:r>
      <w:r>
        <w:rPr>
          <w:sz w:val="20"/>
        </w:rPr>
        <w:t>7:45  to</w:t>
      </w:r>
      <w:r>
        <w:br/>
      </w:r>
      <w:r>
        <w:rPr>
          <w:sz w:val="20"/>
        </w:rPr>
        <w:t>7:46  ek waqia aata hai ke</w:t>
      </w:r>
      <w:r>
        <w:br/>
      </w:r>
      <w:r>
        <w:rPr>
          <w:sz w:val="20"/>
        </w:rPr>
        <w:t>7:50  ek bar jab choti theen hazrat khadijah rz, to un ke father un ko kahin le ke ja rahe thay. to unhon ne dekha ke un ke father ne dekha ke kuch rastay mein log shirk kar rahe hain, shirk mein mubtala hain.</w:t>
      </w:r>
      <w:r>
        <w:br/>
      </w:r>
      <w:r>
        <w:rPr>
          <w:sz w:val="20"/>
        </w:rPr>
        <w:t>8:05  ji. to unhon ne is taraf se munh apna pher liya aur kuch kapra waghera munh pe daal liya. to hazrat khadijah ne poocha ke aap ne aisa</w:t>
      </w:r>
      <w:r>
        <w:br/>
      </w:r>
      <w:r>
        <w:rPr>
          <w:sz w:val="20"/>
        </w:rPr>
        <w:t>8:15  kyun kiya? to un ke father ne kaha ke yeh log nadan hain, yeh log shirk mein mubtala hain. to bachpan se hi un ko taleem un ke father ne di.</w:t>
      </w:r>
      <w:r>
        <w:br/>
      </w:r>
      <w:r>
        <w:rPr>
          <w:sz w:val="20"/>
        </w:rPr>
        <w:t>8:28  aur ek aur baat hai ke jo makkah tha, wahan kuch log thay jo woh dua karte thay, jo deen hanif pe qaim thay, hazrat ibrahim alaihi assalam ke deen pe qaim thay.</w:t>
      </w:r>
      <w:r>
        <w:br/>
      </w:r>
      <w:r>
        <w:rPr>
          <w:sz w:val="20"/>
        </w:rPr>
        <w:t>8:45  to woh yeh dua karte thay ke aye allah, tu hamein woh tareeqa bata jis se hum teri ibadat karein.</w:t>
      </w:r>
      <w:r>
        <w:br/>
      </w:r>
      <w:r>
        <w:rPr>
          <w:sz w:val="20"/>
        </w:rPr>
        <w:t>8:53  chounke woh sab cheezein dilute ho gayi hongi, ab jaise aaj hamare paas quran hai, cheezein mehfooz hain, to woh zamanay mein is tarah ki cheezein mehfooz nahi theen.</w:t>
      </w:r>
      <w:r>
        <w:br/>
      </w:r>
      <w:r>
        <w:rPr>
          <w:sz w:val="20"/>
        </w:rPr>
        <w:t>9:02  to jo bhi deen reh gaya tha baqi, to woh bohat hi halke form mein raha hoga. us waqt hajj ka riwaj tha, hajj hota tha, log tawaaf karte thay.</w:t>
      </w:r>
      <w:r>
        <w:br/>
      </w:r>
      <w:r>
        <w:rPr>
          <w:sz w:val="20"/>
        </w:rPr>
        <w:t>9:15  ji. lekin koi bohat baqayeda ibadat ka tareeqa ghalib</w:t>
      </w:r>
      <w:r>
        <w:br/>
      </w:r>
      <w:r>
        <w:rPr>
          <w:sz w:val="20"/>
        </w:rPr>
        <w:t>9:19  a nahi tha. to is tarah se log</w:t>
      </w:r>
      <w:r>
        <w:br/>
      </w:r>
      <w:r>
        <w:rPr>
          <w:sz w:val="20"/>
        </w:rPr>
        <w:t>9:24  dua karte thay. aur ek hazrat khadijah rz ka qaul bhi hai ke is dunya ka jo khaliq hai aur malik hai, woh ek hai, aur us se shirk karna khilaf aqal hai.</w:t>
      </w:r>
      <w:r>
        <w:br/>
      </w:r>
      <w:r>
        <w:rPr>
          <w:sz w:val="20"/>
        </w:rPr>
        <w:t>9:36  to is ka matlab yahi hai ke hazrat khadijah bhi wohi deen hanif pe qaim theen. ji. jo ibrahim alaihi assalam ka laya hua tha.</w:t>
      </w:r>
      <w:r>
        <w:br/>
      </w:r>
      <w:r>
        <w:rPr>
          <w:sz w:val="20"/>
        </w:rPr>
        <w:t>9:45  ji ji ji. mashallah.</w:t>
      </w:r>
      <w:r>
        <w:br/>
      </w:r>
      <w:r>
        <w:rPr>
          <w:sz w:val="20"/>
        </w:rPr>
        <w:t>9:47  to doctor sahib, she maintained her natureright from a very early age. achha doctor sahib, she was also the noble lady in makkah, and nature un ka is tarah tha ke bohat hi generous aur helpful theen.</w:t>
      </w:r>
      <w:r>
        <w:br/>
      </w:r>
      <w:r>
        <w:rPr>
          <w:sz w:val="20"/>
        </w:rPr>
        <w:t>10:02  to main chahunga aap un ki early life ke baray mein hum sab ko batayein. hazrat khadijah jab bari huien to un ke father ne un ki shadi kardi.</w:t>
      </w:r>
      <w:r>
        <w:br/>
      </w:r>
      <w:r>
        <w:rPr>
          <w:sz w:val="20"/>
        </w:rPr>
        <w:t>10:14  ek sahib thay abu hala ibn zurarah. ji. to yeh yeh bhi ek tajir thay. to un ke do bete paida hue, ek ka naam hind tha aur ek ka naam hala tha.</w:t>
      </w:r>
      <w:r>
        <w:br/>
      </w:r>
      <w:r>
        <w:rPr>
          <w:sz w:val="20"/>
        </w:rPr>
        <w:t>10:27  hala se un ka naam abu hala pada. to jo yeh hind jo un ke bete thay, hind ka matlab is zamanay mein india ko hind kehte thay. ji.</w:t>
      </w:r>
      <w:r>
        <w:br/>
      </w:r>
      <w:r>
        <w:rPr>
          <w:sz w:val="20"/>
        </w:rPr>
        <w:t>10:36  asal mein kya tha ke india se baray qeemti saman aya karte thay. ji. Pre</w:t>
      </w:r>
      <w:r>
        <w:br/>
      </w:r>
      <w:r>
        <w:rPr>
          <w:sz w:val="20"/>
        </w:rPr>
        <w:t>10:41  cious. to india was synonymous to precious things. okay. ji. to woh jo bachay bhi precious hotay hain. ji.</w:t>
      </w:r>
      <w:r>
        <w:br/>
      </w:r>
      <w:r>
        <w:rPr>
          <w:sz w:val="20"/>
        </w:rPr>
        <w:t>10:49  to unhon ne hind naam rakhna shuru kardiya. very interesting. haan, aur dilchasp baat yeh hai ke boys aur girls dono ke naam hind hotay thay.</w:t>
      </w:r>
      <w:r>
        <w:br/>
      </w:r>
      <w:r>
        <w:rPr>
          <w:sz w:val="20"/>
        </w:rPr>
        <w:t>10:57  donon. achha. to hind jo thay, un ke bete Hazrat Khadijah ke, un ka aik bohat bara contribution hai ke yeh bhi ghar mein hi rehte thay Prophet ke saathi, aur unhon ne Prophet ko bohat achhi tarah se describe kiya hai.</w:t>
      </w:r>
      <w:r>
        <w:br/>
      </w:r>
      <w:r>
        <w:rPr>
          <w:sz w:val="20"/>
        </w:rPr>
        <w:t>11:13  ise shamail kehte hain. ji. jo hadith ki kitaben hain, us mein aik chapter hota hai sh</w:t>
      </w:r>
      <w:r>
        <w:br/>
      </w:r>
      <w:r>
        <w:rPr>
          <w:sz w:val="20"/>
        </w:rPr>
        <w:t>11:20  mail ka. ji. shamail yani jo physical appearance hai, jo characteristics hain Prophet ki, yani woh kaise thay, kaise lagte thay, kya height thi, attributes aur kaisa color tha un ki dadi ka, aur kya khate thay, kab uthte thay, kab na kaise namaz parhte thay, aur sari batain.</w:t>
      </w:r>
      <w:r>
        <w:br/>
      </w:r>
      <w:r>
        <w:rPr>
          <w:sz w:val="20"/>
        </w:rPr>
        <w:t>11:39  to shamail ki kitabon mein hind jo un ke bete thay Abu Hala ke aur Hazrat Khadijah ke, un ka bohat hi achha un ki</w:t>
      </w:r>
      <w:r>
        <w:br/>
      </w:r>
      <w:r>
        <w:rPr>
          <w:sz w:val="20"/>
        </w:rPr>
        <w:t>11:50  riwayat hai. ji. bohat hi, yani bari, bohat hi is se pata chalta hai ke Rasool Allah ki kya cheezen thin is tarah ki.</w:t>
      </w:r>
      <w:r>
        <w:br/>
      </w:r>
      <w:r>
        <w:rPr>
          <w:sz w:val="20"/>
        </w:rPr>
        <w:t>12:00  to yeh jo un ke pehle husband thay, un ki death ho gayi jaldi hi, aur phir aik doosre, un ki shadi dobara hui, aur un ke husband ka naam tha Ateeq ibn Aaid al-</w:t>
      </w:r>
      <w:r>
        <w:br/>
      </w:r>
      <w:r>
        <w:rPr>
          <w:sz w:val="20"/>
        </w:rPr>
        <w:t>12:18  Ghazoomi. Ghuzoom tribe tha aik jo bohat hi powerful and very rich tribe tha Makkah ka, aur is mein kafi mashhoor log paida hue.</w:t>
      </w:r>
      <w:r>
        <w:br/>
      </w:r>
      <w:r>
        <w:rPr>
          <w:sz w:val="20"/>
        </w:rPr>
        <w:t>12:28  Abu Jahl bhi isi tribe ka tha, aur Khalid bin Waleed jo bohat baray Sahabi bane, woh bhi isi tribe ke thay. to un se bhi do bachay hue, aik ka naam tha Hind, halankay woh beti thi, aur doosre bete ka naam tha Abdul Aziz.</w:t>
      </w:r>
      <w:r>
        <w:br/>
      </w:r>
      <w:r>
        <w:rPr>
          <w:sz w:val="20"/>
        </w:rPr>
        <w:t>12:44  ji.</w:t>
      </w:r>
      <w:r>
        <w:br/>
      </w:r>
      <w:r>
        <w:rPr>
          <w:sz w:val="20"/>
        </w:rPr>
        <w:t>12:45  to phir yeh un ki bhi death ho gayi doosre husband ki. okay. aur</w:t>
      </w:r>
      <w:r>
        <w:br/>
      </w:r>
      <w:r>
        <w:rPr>
          <w:sz w:val="20"/>
        </w:rPr>
        <w:t>12:53  chunki jo Hazrat Khadijah R.A. theen, un ke father bhi merchant thay, aur yeh dono husbands bhi merchants thay.</w:t>
      </w:r>
      <w:r>
        <w:br/>
      </w:r>
      <w:r>
        <w:rPr>
          <w:sz w:val="20"/>
        </w:rPr>
        <w:t>13:03  to she inherited wealth of his father and both the husbands. ji.</w:t>
      </w:r>
      <w:r>
        <w:br/>
      </w:r>
      <w:r>
        <w:rPr>
          <w:sz w:val="20"/>
        </w:rPr>
        <w:t>13:08  So she became the most wealthiest lady in Makkah, one of the wealthiest lady in Makkah.</w:t>
      </w:r>
      <w:r>
        <w:br/>
      </w:r>
      <w:r>
        <w:rPr>
          <w:sz w:val="20"/>
        </w:rPr>
        <w:t>13:18  phir unhon ne khud tijarat ka kaam shuru kiya. aur is zamane mein jo tijarat ka tareeqa tha, woh aisa tha ke woh qairwan bheja karte thay log.</w:t>
      </w:r>
      <w:r>
        <w:br/>
      </w:r>
      <w:r>
        <w:rPr>
          <w:sz w:val="20"/>
        </w:rPr>
        <w:t>13:30  ziyadah tar Syria jaya karte thay qairwan. ji. Syria aur Yemen. to un ke bhi qairwan Syria jaya karte thay. j</w:t>
      </w:r>
      <w:r>
        <w:br/>
      </w:r>
      <w:r>
        <w:rPr>
          <w:sz w:val="20"/>
        </w:rPr>
        <w:t>13:37  i. aur is is waqt jo tareeqa tha business ka, us ko kehte thay muzarabat. muzarabat ka matlab hai ke profit sharing.</w:t>
      </w:r>
      <w:r>
        <w:br/>
      </w:r>
      <w:r>
        <w:rPr>
          <w:sz w:val="20"/>
        </w:rPr>
        <w:t>13:50  yani kisi ko hire kiya, us se kaha ke tum hamara qairwan le ke jao, aur wahan jo us ki sale hogi, jo proceeds honge, us ke aik certain percentage ya aik profit hum tumhein den ge.</w:t>
      </w:r>
      <w:r>
        <w:br/>
      </w:r>
      <w:r>
        <w:rPr>
          <w:sz w:val="20"/>
        </w:rPr>
        <w:t>14:02  to is tareeqay se woh bheja karti theen. aur ji,</w:t>
      </w:r>
      <w:r>
        <w:br/>
      </w:r>
      <w:r>
        <w:rPr>
          <w:sz w:val="20"/>
        </w:rPr>
        <w:t>14:05  bohat hi, yani Quraish ke sab se jo baray qairwan hotay thay, woh un ke hi hotay thay. ji. to is tarah se unhon ne bohat hi, yani aik khatoon honay ke bawajood, bohat hi is zamane ke lehaz se unhon ne aik aisa aik misaal qaim ki.</w:t>
      </w:r>
      <w:r>
        <w:br/>
      </w:r>
      <w:r>
        <w:rPr>
          <w:sz w:val="20"/>
        </w:rPr>
        <w:t>14:25  ji. ke khud business sambhala aur bohat hi us ko aagay barhaya, yahan tak ke she became the richest woman of Makkah. ji.</w:t>
      </w:r>
      <w:r>
        <w:br/>
      </w:r>
      <w:r>
        <w:rPr>
          <w:sz w:val="20"/>
        </w:rPr>
        <w:t>14:34  Masha Allah</w:t>
      </w:r>
      <w:r>
        <w:br/>
      </w:r>
      <w:r>
        <w:rPr>
          <w:sz w:val="20"/>
        </w:rPr>
        <w:t>14:35  . Doctor sahib, jaisa aap ne abhi bataya ke tijarat karti thi woh, aur un ka jo qairwan bhi tha, woh bhi Quraish ke jitne qairwan hotay thay, kaha jata tha ke woh sab se bara unhi ka unhi ka hota tha.</w:t>
      </w:r>
      <w:r>
        <w:br/>
      </w:r>
      <w:r>
        <w:rPr>
          <w:sz w:val="20"/>
        </w:rPr>
        <w:t>14:47  ji ji. aur yeh aik bohat achhi aik lesson bhi milta hai ke aksar log yeh bhi kehte hain ke Islam mein position of woman is weak. lekin aap dekhen, yahan pe aap jo bata rahe hain ke she was a business woman and an esteemed business woman.</w:t>
      </w:r>
      <w:r>
        <w:br/>
      </w:r>
      <w:r>
        <w:rPr>
          <w:sz w:val="20"/>
        </w:rPr>
        <w:t>15:02  ji. to yeh aik bohat achha, aik it throws light on the fact that the position of woman in Islam is not a position of weakness but a position of strength.</w:t>
      </w:r>
      <w:r>
        <w:br/>
      </w:r>
      <w:r>
        <w:rPr>
          <w:sz w:val="20"/>
        </w:rPr>
        <w:t>15:13  ji. Doctor sahib, ab jaise woh khud to jati nahi thi qairwan mein, aap ne bataya ke koi agent deput hota tha jo un ke qairwan ko le ke jaya karta tha.</w:t>
      </w:r>
      <w:r>
        <w:br/>
      </w:r>
      <w:r>
        <w:rPr>
          <w:sz w:val="20"/>
        </w:rPr>
        <w:t>15:25  yahan pe ek sawal mein aap se poochna chahunga ke kaise phir Prophet Muhammad se kaise contact hua unka? is ke bare mein aap bataein.</w:t>
      </w:r>
      <w:r>
        <w:br/>
      </w:r>
      <w:r>
        <w:rPr>
          <w:sz w:val="20"/>
        </w:rPr>
        <w:t>15:36  kitabon mein aata hai ke unhein koi qairwan bhejna tha. ji. Syria. to woh talash kar rahi theen koi honest aur trustworthy.</w:t>
      </w:r>
      <w:r>
        <w:br/>
      </w:r>
      <w:r>
        <w:rPr>
          <w:sz w:val="20"/>
        </w:rPr>
        <w:t>15:45  ji. koi aadmi mile taake us ko woh dein apna saman tijarat. to isi dauran un ki behan aai hui thi.</w:t>
      </w:r>
      <w:r>
        <w:br/>
      </w:r>
      <w:r>
        <w:rPr>
          <w:sz w:val="20"/>
        </w:rPr>
        <w:t>15:54  j</w:t>
      </w:r>
      <w:r>
        <w:br/>
      </w:r>
      <w:r>
        <w:rPr>
          <w:sz w:val="20"/>
        </w:rPr>
        <w:t>15:55  i. hala. to unhon ne hala se bhi zikr kiya ke mein ek aadmi ki talash kar rahi hoon jo mera qairwan Syria le jaye.</w:t>
      </w:r>
      <w:r>
        <w:br/>
      </w:r>
      <w:r>
        <w:rPr>
          <w:sz w:val="20"/>
        </w:rPr>
        <w:t>16:06  to hala ne kaha ke tum Prophet se milo sallallahu alaihi wasallam. ji. woh bohat hi acha character hai un ka, bohat hi honest hain.</w:t>
      </w:r>
      <w:r>
        <w:br/>
      </w:r>
      <w:r>
        <w:rPr>
          <w:sz w:val="20"/>
        </w:rPr>
        <w:t>16:15  asal mein Prophet Muhammad sallallahu alaihi wasallam jab barah saal ke thay, terah saal ke thay, to woh Abu Talib ki bakriyan charaya karte thay.</w:t>
      </w:r>
      <w:r>
        <w:br/>
      </w:r>
      <w:r>
        <w:rPr>
          <w:sz w:val="20"/>
        </w:rPr>
        <w:t>16:27  ji. yaani he was a shepherd. to aur balkay hadith mein aata hai ke وَمَا مِنْ نَبِيٍّ إِلَّا وَقَدْ رَآ الْغَنَمُ.</w:t>
      </w:r>
      <w:r>
        <w:br/>
      </w:r>
      <w:r>
        <w:rPr>
          <w:sz w:val="20"/>
        </w:rPr>
        <w:t>16:37  yaani koi peghambar aisa nahi guzra jis ne bheer bakriyan na charai hon. na</w:t>
      </w:r>
      <w:r>
        <w:br/>
      </w:r>
      <w:r>
        <w:rPr>
          <w:sz w:val="20"/>
        </w:rPr>
        <w:t>16:42  charai hon. ji. yeh bhi ek Allah taala ki taraf se planning thi ke jo jis ko peghambar banna tha, us ko, yaani bheer bakriyan charana yeh hai ke insaan nature mein jaye.</w:t>
      </w:r>
      <w:r>
        <w:br/>
      </w:r>
      <w:r>
        <w:rPr>
          <w:sz w:val="20"/>
        </w:rPr>
        <w:t>16:57  ji, yaqeenan. And nature inspires us. to nature mein jaye, ghore o fikr kare, zameen o asman ke bare mein soche, kaun is dunya ka khaliq hai.</w:t>
      </w:r>
      <w:r>
        <w:br/>
      </w:r>
      <w:r>
        <w:rPr>
          <w:sz w:val="20"/>
        </w:rPr>
        <w:t>17:06  to</w:t>
      </w:r>
      <w:r>
        <w:br/>
      </w:r>
      <w:r>
        <w:rPr>
          <w:sz w:val="20"/>
        </w:rPr>
        <w:t>17:08  woh is zamane mein hala ke haan bhi as a shepherd kaam karte thay. ji. to hala un ko janti thi ke yeh bohat hi naik insan hain aur bohat hi hard working hain, and he is a very trustworthy person.</w:t>
      </w:r>
      <w:r>
        <w:br/>
      </w:r>
      <w:r>
        <w:rPr>
          <w:sz w:val="20"/>
        </w:rPr>
        <w:t>17:23  to unhon ne recommend kiya. ji. ke tum Prophet sallallahu alaihi wasallam se milo. to unhon ne kaha acha phir mein kaise miloon? kis se, kis ke paas jaon?</w:t>
      </w:r>
      <w:r>
        <w:br/>
      </w:r>
      <w:r>
        <w:rPr>
          <w:sz w:val="20"/>
        </w:rPr>
        <w:t>17:33  to hala ne kaha hai ke tum Abu Talib ke paas jao.</w:t>
      </w:r>
      <w:r>
        <w:br/>
      </w:r>
      <w:r>
        <w:rPr>
          <w:sz w:val="20"/>
        </w:rPr>
        <w:t>17:36  ji. woh un ke uncle hain, but he is like his father. to phir Hazrat Khadija gayeen Abu Talib ke paas aur bataya ke mujhe zaroorat hai ek shakhs ki, aur mein chahti hoon ke aap ke bhatije ko hire karoon.</w:t>
      </w:r>
      <w:r>
        <w:br/>
      </w:r>
      <w:r>
        <w:rPr>
          <w:sz w:val="20"/>
        </w:rPr>
        <w:t>17:55  ji. to</w:t>
      </w:r>
      <w:r>
        <w:br/>
      </w:r>
      <w:r>
        <w:rPr>
          <w:sz w:val="20"/>
        </w:rPr>
        <w:t>17:56  he was reluctant Abu Talib ko ko zyada shuru mein un ka, yaani shuru mein unhon ne zyada dilchaspi nahi dikhai.</w:t>
      </w:r>
      <w:r>
        <w:br/>
      </w:r>
      <w:r>
        <w:rPr>
          <w:sz w:val="20"/>
        </w:rPr>
        <w:t>18:09  ji. ke Prophet ko qairwan ke zariye bheja jaye, lekin phir bohat israr kiya Hazrat Khadija R.A. ne, to woh tayyar</w:t>
      </w:r>
      <w:r>
        <w:br/>
      </w:r>
      <w:r>
        <w:rPr>
          <w:sz w:val="20"/>
        </w:rPr>
        <w:t>18:18  ho gaye. ji. to is tareeqe se Prophet se contact hua aur Prophet ko hire kar liya.</w:t>
      </w:r>
      <w:r>
        <w:br/>
      </w:r>
      <w:r>
        <w:rPr>
          <w:sz w:val="20"/>
        </w:rPr>
        <w:t>18:26  ji. Hazrat Khadija ne. ji. to doctor sahab, jaise aap ne bataya ke Prophet ke bare mein is time pe kaha jata tha ke As-Sadiq Al-Amin, matlab he was an honest, trustworthy, truthful person.</w:t>
      </w:r>
      <w:r>
        <w:br/>
      </w:r>
      <w:r>
        <w:rPr>
          <w:sz w:val="20"/>
        </w:rPr>
        <w:t>18:41  aur us waqt mere khayal se un ki age twenty five years thi. Yes. jab un ka contact Hazrat Khadij</w:t>
      </w:r>
      <w:r>
        <w:br/>
      </w:r>
      <w:r>
        <w:rPr>
          <w:sz w:val="20"/>
        </w:rPr>
        <w:t>18:48  a se hua. ji. to unhon ne phir un ko opportunity di ke woh Syria jayen. ji.</w:t>
      </w:r>
      <w:r>
        <w:br/>
      </w:r>
      <w:r>
        <w:rPr>
          <w:sz w:val="20"/>
        </w:rPr>
        <w:t>18:56  un ke qairwan ko le kar. ji. aur us time pe doctor sahab, bohat sakht journey rahi hogi kyunke rastay aise nahi hain jaise aaj ki date mein Makkah se Syria ke hain.</w:t>
      </w:r>
      <w:r>
        <w:br/>
      </w:r>
      <w:r>
        <w:rPr>
          <w:sz w:val="20"/>
        </w:rPr>
        <w:t>19:08  bohat sakht garmi aur rasta bhi bohat asan nahi tha. to bohat hi lambi journey tay kar rahi ho</w:t>
      </w:r>
      <w:r>
        <w:br/>
      </w:r>
      <w:r>
        <w:rPr>
          <w:sz w:val="20"/>
        </w:rPr>
        <w:t>19:16  gi unhon ne. to is ke bare mein thora bataen hum sab ko.</w:t>
      </w:r>
      <w:r>
        <w:br/>
      </w:r>
      <w:r>
        <w:rPr>
          <w:sz w:val="20"/>
        </w:rPr>
        <w:t>19:22  jab Prophet barah saal ke thay to Abu Talib bhi tajir thay. ji. woh bhi merchant thay. to woh ja rahe thay apna qafila le ke Syria.</w:t>
      </w:r>
      <w:r>
        <w:br/>
      </w:r>
      <w:r>
        <w:rPr>
          <w:sz w:val="20"/>
        </w:rPr>
        <w:t>19:33  to jab dekha Prophet ne ke Abu Talib uncle ja rahe hain, to unhon ne kaha main bhi chalun ga aap ke sath.</w:t>
      </w:r>
      <w:r>
        <w:br/>
      </w:r>
      <w:r>
        <w:rPr>
          <w:sz w:val="20"/>
        </w:rPr>
        <w:t>19:43  ji. to bohat hi shauq dikhaya, bohat israr kiya.</w:t>
      </w:r>
      <w:r>
        <w:br/>
      </w:r>
      <w:r>
        <w:rPr>
          <w:sz w:val="20"/>
        </w:rPr>
        <w:t>19:46  to Abu Talib tayyar ho gaye. ji. aur le ke gaye. to aik bar Rasool Allah sal Allah aleh wasalam pehle hi, yaani Syria ja chuke thay.</w:t>
      </w:r>
      <w:r>
        <w:br/>
      </w:r>
      <w:r>
        <w:rPr>
          <w:sz w:val="20"/>
        </w:rPr>
        <w:t>19:56  ji. to thora bohat tajurba tha, un ko idea tha ke kaise safar hota hai. lekin is bar ka jo safar tha, yeh thora mukhtalif tha is lihaaz se ke he was in charge of the entire qafila.</w:t>
      </w:r>
      <w:r>
        <w:br/>
      </w:r>
      <w:r>
        <w:rPr>
          <w:sz w:val="20"/>
        </w:rPr>
        <w:t>20:13  ji</w:t>
      </w:r>
      <w:r>
        <w:br/>
      </w:r>
      <w:r>
        <w:rPr>
          <w:sz w:val="20"/>
        </w:rPr>
        <w:t>20:14  . aur sara jo saman hai, woh bohat hi hifazat ke sath le ke jana hai, aur bohat achi tarah se is ko, is ki jo sale karni hai, woh sara intizam karna hai.</w:t>
      </w:r>
      <w:r>
        <w:br/>
      </w:r>
      <w:r>
        <w:rPr>
          <w:sz w:val="20"/>
        </w:rPr>
        <w:t>20:26  ab jo camels hotay thay, un ka bhi khayal karna parta tha. ji. aur lamba rasta hai, agar koi camel man lijiye rastay mein bimar ho jaye ya kuch.</w:t>
      </w:r>
      <w:r>
        <w:br/>
      </w:r>
      <w:r>
        <w:rPr>
          <w:sz w:val="20"/>
        </w:rPr>
        <w:t>20:35  ji. ho jaye is ko, to sara safar hi mushkil mein par jata. to</w:t>
      </w:r>
      <w:r>
        <w:br/>
      </w:r>
      <w:r>
        <w:rPr>
          <w:sz w:val="20"/>
        </w:rPr>
        <w:t>20:41  woh Rasool Allah sal Allah aleh wasalam ne bohat achi planning ki. sara jo saman tha, woh oonton pe lada aur bohat achi tarike se plan kar ke safar shuru kiya.</w:t>
      </w:r>
      <w:r>
        <w:br/>
      </w:r>
      <w:r>
        <w:rPr>
          <w:sz w:val="20"/>
        </w:rPr>
        <w:t>20:55  to Hazrat Khadija R.A. ne Prophet ko aik helper ke tor par, aik un ka sath, aik aik servant tha Khadija R.A. ka, Maysarah is ka naam tha.</w:t>
      </w:r>
      <w:r>
        <w:br/>
      </w:r>
      <w:r>
        <w:rPr>
          <w:sz w:val="20"/>
        </w:rPr>
        <w:t>21:09  ji. to Maysarah ko bhi sath kar diya ke aap is ko rakhiye apne sath, aur aap ki help kare ga rastay mein. to phir yeh aik lamba safar kiya</w:t>
      </w:r>
      <w:r>
        <w:br/>
      </w:r>
      <w:r>
        <w:rPr>
          <w:sz w:val="20"/>
        </w:rPr>
        <w:t>21:20  Prophet sal Allah aleh wasalam ne Makkah se Syria, yaani kafi lamba safar hai, pura jo sehra, desert hai, Makkah se Madinah hotay hue phir north ki taraf, Amman yaani Jordan ki taraf, phir aur Palestine ki taraf.</w:t>
      </w:r>
      <w:r>
        <w:br/>
      </w:r>
      <w:r>
        <w:rPr>
          <w:sz w:val="20"/>
        </w:rPr>
        <w:t>21:37  ji. phir is ko oopar ja ke. to shuru shuru mein to zahir hai bohat hi sakht safar raha hoga. chounkay sehra mein safar bohat mushkil hota hai,</w:t>
      </w:r>
      <w:r>
        <w:br/>
      </w:r>
      <w:r>
        <w:rPr>
          <w:sz w:val="20"/>
        </w:rPr>
        <w:t>21:48  garmi hoti hai, dhoop hoti hai, shade nahi hai, pani nahi hota. lekin phir jab thora north ki taraf barhne lage to phir greenery nazar aayi wahan, aur phir shade bhi ho gaya, barish, pani bhi hai wahan, aur</w:t>
      </w:r>
      <w:r>
        <w:br/>
      </w:r>
      <w:r>
        <w:rPr>
          <w:sz w:val="20"/>
        </w:rPr>
        <w:t>22:08  trees waghera hain. to matlab thora sa behtar ho gaya.</w:t>
      </w:r>
      <w:r>
        <w:br/>
      </w:r>
      <w:r>
        <w:rPr>
          <w:sz w:val="20"/>
        </w:rPr>
        <w:t>22:11  phir yeh aik lamba safar tay karte hue Syria pohanchay, aur</w:t>
      </w:r>
      <w:r>
        <w:br/>
      </w:r>
      <w:r>
        <w:rPr>
          <w:sz w:val="20"/>
        </w:rPr>
        <w:t>22:19  wahan par jo</w:t>
      </w:r>
      <w:r>
        <w:br/>
      </w:r>
      <w:r>
        <w:rPr>
          <w:sz w:val="20"/>
        </w:rPr>
        <w:t>22:25  yaani market tha. ji. is mein ja ke wahan par shuru kiya. ji.</w:t>
      </w:r>
      <w:r>
        <w:br/>
      </w:r>
      <w:r>
        <w:rPr>
          <w:sz w:val="20"/>
        </w:rPr>
        <w:t>22:33  is ka jo kaam tha. ji ji ji. acha Doctor sahib, jaisay aap ne bataya ke barah saal ki umar mein pehle gaye thay woh apne uncle</w:t>
      </w:r>
      <w:r>
        <w:br/>
      </w:r>
      <w:r>
        <w:rPr>
          <w:sz w:val="20"/>
        </w:rPr>
        <w:t>22:41  Abu Talib ke sath. ji. to jab ab aap ki bar woh gaye to un ko shayad market thori different dekhi.</w:t>
      </w:r>
      <w:r>
        <w:br/>
      </w:r>
      <w:r>
        <w:rPr>
          <w:sz w:val="20"/>
        </w:rPr>
        <w:t>22:50  much bigger than what he remembered as a child. ji ji. to phir wahan pe Syrian market mein kya hua, us ke bare mein bhi bataen hum sab ko.</w:t>
      </w:r>
      <w:r>
        <w:br/>
      </w:r>
      <w:r>
        <w:rPr>
          <w:sz w:val="20"/>
        </w:rPr>
        <w:t>22:59  haan, jaisay aap ne kaha ke woh to taqreeban barah terah saal ke baad gaye. ji. dobara to woh market pehle to bohat choti rahi hogi, bohat hi bari market ho gayi</w:t>
      </w:r>
      <w:r>
        <w:br/>
      </w:r>
      <w:r>
        <w:rPr>
          <w:sz w:val="20"/>
        </w:rPr>
        <w:t>23:09  thi. to wahan ja ke unhon ne koi jagah talash ki aur oonton ko utara, aur oonton ko alag jagah kahin bandha, aur Maysarah ki help letay rahe, aur sara jo saman tha, us ko display kiya.</w:t>
      </w:r>
      <w:r>
        <w:br/>
      </w:r>
      <w:r>
        <w:rPr>
          <w:sz w:val="20"/>
        </w:rPr>
        <w:t>23:23  asal mein yeh jo tareeqa tha wahan us zamanay ki tijarat ka, woh yeh hota tha ke samaan jaise Makkah se woh samaan le gaye.</w:t>
      </w:r>
      <w:r>
        <w:br/>
      </w:r>
      <w:r>
        <w:rPr>
          <w:sz w:val="20"/>
        </w:rPr>
        <w:t>23:32  ji. aur wahan ja ke unhon ne is ko sell kar diya. hmm. is ko farokht kar diya.</w:t>
      </w:r>
      <w:r>
        <w:br/>
      </w:r>
      <w:r>
        <w:rPr>
          <w:sz w:val="20"/>
        </w:rPr>
        <w:t>23:40  aur phir wahan se kuch samaan khareed liya, ya woh barter system tha, ya jo us zamanay ke jo sikkay waghera hotay thay, woh sonay chandi ke, chandi ke ziyada tar hotay thay.</w:t>
      </w:r>
      <w:r>
        <w:br/>
      </w:r>
      <w:r>
        <w:rPr>
          <w:sz w:val="20"/>
        </w:rPr>
        <w:t>23:53  to koi currency to waisi thi nahi, to ziyada tar log barter system se samaan le liya karte thay. ji</w:t>
      </w:r>
      <w:r>
        <w:br/>
      </w:r>
      <w:r>
        <w:rPr>
          <w:sz w:val="20"/>
        </w:rPr>
        <w:t>24:00  to Rasool Allah Sal Allah Alayhi Wasallam ne bhi bohat jaldi samaan sara bohat achay price pe bech diya, aur phir wahan jo bhi market thi, woh sara is ka jaiza liya, aur dekha sara samaan jo bhi woh le ja sakte thay.</w:t>
      </w:r>
      <w:r>
        <w:br/>
      </w:r>
      <w:r>
        <w:rPr>
          <w:sz w:val="20"/>
        </w:rPr>
        <w:t>24:15  to woh woh samaan khareeda. asal mein is zamanay mein Syria mein bohat sari country ke samaan atay thay, India se bhi aata tha.</w:t>
      </w:r>
      <w:r>
        <w:br/>
      </w:r>
      <w:r>
        <w:rPr>
          <w:sz w:val="20"/>
        </w:rPr>
        <w:t>24:26  ji. India, China, Uzbekistan, Afghanistan, Tajikistan, yeh sari jo countries hain, Burma, wahan tak se woh aik silk route waghera jo tha, woh aik route tha, us pe qafilay chalte rehte thay.</w:t>
      </w:r>
      <w:r>
        <w:br/>
      </w:r>
      <w:r>
        <w:rPr>
          <w:sz w:val="20"/>
        </w:rPr>
        <w:t>24:39  to wahan se jo bhi bohat acha samaan un ko mila, us zamanay mein jo samaan thay, woh is tarah ke hotay thay jaise dawaiyen hain.</w:t>
      </w:r>
      <w:r>
        <w:br/>
      </w:r>
      <w:r>
        <w:rPr>
          <w:sz w:val="20"/>
        </w:rPr>
        <w:t>24:49  ji. ya kuch herbs hain, ya spices hain, ya gift ke samaan, ivory waghera ke, silver ke, aur kuch kapray, silk, cotton.</w:t>
      </w:r>
      <w:r>
        <w:br/>
      </w:r>
      <w:r>
        <w:rPr>
          <w:sz w:val="20"/>
        </w:rPr>
        <w:t>25:00  to isi tarah ke sab samaan thay. to woh Rasool Allah Sal Allah Alayhi Wasallam ne jo bhi qeemti samaan achay thay, jo woh samajhte thay ke Makkah ke market mein woh farokht ho sakte hain, woh sab khareed liya, aur phir dobara oonton pe sab cheezon ko laad ke wapas safar Makkah ki taraf kiya, aur wahan pohanch kar Makkah seedhay Hazrat Khadija ke ghar gaye, aur sara samaan diya, aur woh cash diya</w:t>
      </w:r>
      <w:r>
        <w:br/>
      </w:r>
      <w:r>
        <w:rPr>
          <w:sz w:val="20"/>
        </w:rPr>
        <w:t>25:26  to Hazrat Khadija ne jab dekha samaan ki quality aur jo cash waghera un ko la ke diya, to woh hairan ho gayeen. ji.</w:t>
      </w:r>
      <w:r>
        <w:br/>
      </w:r>
      <w:r>
        <w:rPr>
          <w:sz w:val="20"/>
        </w:rPr>
        <w:t>25:34  chounkay jo pehlay unhon ne is tarah ke qairwaan bhijwaye thay, us se taqreeban double profit un ko is baar</w:t>
      </w:r>
      <w:r>
        <w:br/>
      </w:r>
      <w:r>
        <w:rPr>
          <w:sz w:val="20"/>
        </w:rPr>
        <w:t>25:44  hua tha. to woh aur un ki jo un ka jo servant tha, Maysarah. ji. jo sath gaya tha, us ne bhi bohat tareef ki Prophet ki, un ke character ki, un ke akhlaq ki, aur jis tarah se unhon ne sari cheezain manage kien.</w:t>
      </w:r>
      <w:r>
        <w:br/>
      </w:r>
      <w:r>
        <w:rPr>
          <w:sz w:val="20"/>
        </w:rPr>
        <w:t>25:57  to is ki wajah se Hazrat Khadija bohat hi admire karne lagin. ji. bohat hi un ke andar, un ke dil mein bohat hi maqam paida ho gaya.</w:t>
      </w:r>
      <w:r>
        <w:br/>
      </w:r>
      <w:r>
        <w:rPr>
          <w:sz w:val="20"/>
        </w:rPr>
        <w:t>26:07  ji. Rasool Allah Sal Allah Alayhi Wasallam ke baray mein. ji ji ji. Doctor sahib, bohat se log comments bhi kar rahay hain.</w:t>
      </w:r>
    </w:p>
    <w:p>
      <w:pPr>
        <w:pStyle w:val="Heading2"/>
      </w:pPr>
      <w:r>
        <w:t>Umm Milhan's role in early Islam</w:t>
      </w:r>
    </w:p>
    <w:p>
      <w:r>
        <w:rPr>
          <w:color w:val="666666"/>
          <w:sz w:val="18"/>
        </w:rPr>
        <w:t>Seerah &amp; Prophet · Importance of Travel in Religion July 28, 2024 · 28m 23s · at 47:13 · https://youtu.be/a5tfBcUSYXc?t=2833</w:t>
      </w:r>
    </w:p>
    <w:p>
      <w:r>
        <w:rPr>
          <w:i/>
        </w:rPr>
        <w:t>“Please tell us about the life of Umm Milhan, a female companion who played a significant role in early Islam.”</w:t>
      </w:r>
    </w:p>
    <w:p>
      <w:r>
        <w:rPr>
          <w:sz w:val="20"/>
        </w:rPr>
        <w:t>47:13  Apa agla sawal Umm-e-Milhan ki zindagi se hai. And this also exemplifies that women also participated in the early period of Islam.</w:t>
      </w:r>
      <w:r>
        <w:br/>
      </w:r>
      <w:r>
        <w:rPr>
          <w:sz w:val="20"/>
        </w:rPr>
        <w:t>47:25  lot of people say that islam mein women ko zyada priority nahi di jati, but hum jab hum dekhte hain early period se to hum dekhte hain ke they also played significant role.</w:t>
      </w:r>
      <w:r>
        <w:br/>
      </w:r>
      <w:r>
        <w:rPr>
          <w:sz w:val="20"/>
        </w:rPr>
        <w:t>47:36  and one of the companion was um malhan. to unke bare mein bhi apa thora sa bataein humein.</w:t>
      </w:r>
      <w:r>
        <w:br/>
      </w:r>
      <w:r>
        <w:rPr>
          <w:sz w:val="20"/>
        </w:rPr>
        <w:t>47:43  dekhiye, islam mein auraton ko poori azadi hai. baad mein jo convert culture tha iran ka, wahan to kai tarah tarah ke mazahib the.</w:t>
      </w:r>
      <w:r>
        <w:br/>
      </w:r>
      <w:r>
        <w:rPr>
          <w:sz w:val="20"/>
        </w:rPr>
        <w:t>47:54  convert culture tha iran ka aur doosre mulkon ka. is ko musalmanon ne islamize kar liya. islam mein poori azadi thi.</w:t>
      </w:r>
      <w:r>
        <w:br/>
      </w:r>
      <w:r>
        <w:rPr>
          <w:sz w:val="20"/>
        </w:rPr>
        <w:t>48:03  auratein masjid mein jati thin, auratein aap ka sermon attend karti thin, auratein battle field mein jati thin, auratein bahar ka kaam karti thin.</w:t>
      </w:r>
      <w:r>
        <w:br/>
      </w:r>
      <w:r>
        <w:rPr>
          <w:sz w:val="20"/>
        </w:rPr>
        <w:t>48:12  yeh tha islam. ab jo hum islam pe chal rahe hain, woh islam nahi hai. woh ghair islam ko islamize kar liya gaya hai.</w:t>
      </w:r>
      <w:r>
        <w:br/>
      </w:r>
      <w:r>
        <w:rPr>
          <w:sz w:val="20"/>
        </w:rPr>
        <w:t>48:21  ji to ab dekhiye ke um haram bint malhan, yeh انس ابن مالک ki khala theen aur عبادہ ابن ثامت ansari ki ahliya theen.</w:t>
      </w:r>
      <w:r>
        <w:br/>
      </w:r>
      <w:r>
        <w:rPr>
          <w:sz w:val="20"/>
        </w:rPr>
        <w:t>48:32  to rasool Allah sal Allah alayhi wasallam ek bar un ke ghar gaye, aisi un ko neend aa gayi. to neend se uthe to muskuraye.</w:t>
      </w:r>
      <w:r>
        <w:br/>
      </w:r>
      <w:r>
        <w:rPr>
          <w:sz w:val="20"/>
        </w:rPr>
        <w:t>48:40  to unhon ne poocha gaya, aap kyun muskuraye hain? to unhon ne kaha ke khwab mein mujhe meri ummat ke kuch log dikhaye gaye. to is mein woh takht nasheen badshahon ki manind the,</w:t>
      </w:r>
      <w:r>
        <w:br/>
      </w:r>
      <w:r>
        <w:rPr>
          <w:sz w:val="20"/>
        </w:rPr>
        <w:t>48:53  kal maluk al-asra, matlab takht nasheen badshahon ki manind. to woh mediterranean ka safar karein ge.</w:t>
      </w:r>
      <w:r>
        <w:br/>
      </w:r>
      <w:r>
        <w:rPr>
          <w:sz w:val="20"/>
        </w:rPr>
        <w:t>49:03  mat</w:t>
      </w:r>
      <w:r>
        <w:br/>
      </w:r>
      <w:r>
        <w:rPr>
          <w:sz w:val="20"/>
        </w:rPr>
        <w:t>49:04  lub yeh Allah taala ne peshgi dikha diya ke ek aisa zamana aye ga jab log jahazon par sawari karein ge. ab jahaz ki first class to mein to itne zyada sahulatein hoti hain ke aap woh badshahon hi ki tarah hoti hain.</w:t>
      </w:r>
      <w:r>
        <w:br/>
      </w:r>
      <w:r>
        <w:rPr>
          <w:sz w:val="20"/>
        </w:rPr>
        <w:t>49:18  woh to um haram ne kaha ke aap dua kijiye ke mein bhi in logon mein shamil hon. to to aap ne dobara, aap ko neend aa gayi, dobara aap ne dekha</w:t>
      </w:r>
      <w:r>
        <w:br/>
      </w:r>
      <w:r>
        <w:rPr>
          <w:sz w:val="20"/>
        </w:rPr>
        <w:t>49:31  to aap ne kaha ke tum pehle giroh mein shamil ho, doosre giroh mein nahi ho. yani doosra giroh jo tha, woh baad mein aanay walay zamane ke daaiyon ke bare mein tha.</w:t>
      </w:r>
      <w:r>
        <w:br/>
      </w:r>
      <w:r>
        <w:rPr>
          <w:sz w:val="20"/>
        </w:rPr>
        <w:t>49:44  to woh Hazrat Usman ki khilafat ke zamane mein, Hazrat Ameer Muawiya ne ek daawa safar kiya tha jo asal mein har kitab mein bas ghazwa ghazwa rahe ga.</w:t>
      </w:r>
      <w:r>
        <w:br/>
      </w:r>
      <w:r>
        <w:rPr>
          <w:sz w:val="20"/>
        </w:rPr>
        <w:t>49:56  ab woh ghazwa aise thori hota hai.</w:t>
      </w:r>
      <w:r>
        <w:br/>
      </w:r>
      <w:r>
        <w:rPr>
          <w:sz w:val="20"/>
        </w:rPr>
        <w:t>49:58  ghazwa mein to baqayda jang ke mutabiq saaz o saman le ke chalna parta hai. woh log jatay thay daawa expedition madu se milne ke liye, baton ko apni pohnchanay ke liye.</w:t>
      </w:r>
      <w:r>
        <w:br/>
      </w:r>
      <w:r>
        <w:rPr>
          <w:sz w:val="20"/>
        </w:rPr>
        <w:t>50:10  to is ko log ghazwa keh detay hain, to log samajhte nahi hain aur log samajhte hain woh ghazwa karne hain. ab ghazwa karne um malhan kiya jati hain wahan par?</w:t>
      </w:r>
      <w:r>
        <w:br/>
      </w:r>
      <w:r>
        <w:rPr>
          <w:sz w:val="20"/>
        </w:rPr>
        <w:t>50:18  ji to to phir woh gayeen aur woh halaat kitne sakht hotay thay, khachar aur oont ki sawari.</w:t>
      </w:r>
      <w:r>
        <w:br/>
      </w:r>
      <w:r>
        <w:rPr>
          <w:sz w:val="20"/>
        </w:rPr>
        <w:t>50:26  to woh wahan pohnch to gayeen, wahan par logon se kafi mulaqatein waghera bhi huin, lekin woh ek bar shayad khachar se woh gir parein. girnay ke baad woh bimar ho gayeen.</w:t>
      </w:r>
      <w:r>
        <w:br/>
      </w:r>
      <w:r>
        <w:rPr>
          <w:sz w:val="20"/>
        </w:rPr>
        <w:t>50:36  ab koi medical facilities bhi nahi hoti theen. phir woh un ka وفات ho gayi. lekin chounke wahan kafi log gaye thay, kafi kaam hua hoga, to phir is ke baad jab yeh cyprus ka ek saahli shehar tha jis ko larnaca kehte hain,</w:t>
      </w:r>
      <w:r>
        <w:br/>
      </w:r>
      <w:r>
        <w:rPr>
          <w:sz w:val="20"/>
        </w:rPr>
        <w:t>50:53  to wahan par is ka matlab hai ke kafi log un ke followers banay hon ge jo log gaye thay. to wahan par baqayda un ki qabar hai aur baad mein is qabar ko bohat bara ek bohat bara ek yaadgar un ka bana diya gaya hai jis ko hala sultan bolte hain.</w:t>
      </w:r>
      <w:r>
        <w:br/>
      </w:r>
      <w:r>
        <w:rPr>
          <w:sz w:val="20"/>
        </w:rPr>
        <w:t>51:12  to woh wahan ke log kehte hain nek khatoon ki qabar. Maulana yahan gaye thay, shayad aap bhi gaye thay.</w:t>
      </w:r>
      <w:r>
        <w:br/>
      </w:r>
      <w:r>
        <w:rPr>
          <w:sz w:val="20"/>
        </w:rPr>
        <w:t>51:18  ji ji, aap haan. to woh jo hai wahan par gaye, wahan ab to woh bohat zyada develop kiya. unhon ne ek complex ki shakal bana di hai.</w:t>
      </w:r>
      <w:r>
        <w:br/>
      </w:r>
      <w:r>
        <w:rPr>
          <w:sz w:val="20"/>
        </w:rPr>
        <w:t>51:27  wahan mausoleum hai, cemetery hai, logon ke rehne ke liye quarters hain aur jo log pilgrims hotay hain, wahan baqayda log atay hain.</w:t>
      </w:r>
      <w:r>
        <w:br/>
      </w:r>
      <w:r>
        <w:rPr>
          <w:sz w:val="20"/>
        </w:rPr>
        <w:t>51:36  balkay aapa, woh poora area jo hai, woh jee woh unesco nay adopt karawa hua hai aur unhonay bohat is ko beautiful tareeqay say rakha hua</w:t>
      </w:r>
      <w:r>
        <w:br/>
      </w:r>
      <w:r>
        <w:rPr>
          <w:sz w:val="20"/>
        </w:rPr>
        <w:t>51:47  hua hai. its very clean aur jaisay aap nay bataya kay is pay likha hua hai "grave of a pious woman" and very well maintained mosque hai. to bohat hi bohat hi achay say well maintained hai.</w:t>
      </w:r>
      <w:r>
        <w:br/>
      </w:r>
      <w:r>
        <w:rPr>
          <w:sz w:val="20"/>
        </w:rPr>
        <w:t>51:58  to woh aik to hamari destination ban gayi hai. wahan muslim, ghair muslim sabhi atay hain. wahan par to yeh hai janay say dekhiye kitna ziyada faida hota hai.</w:t>
      </w:r>
      <w:r>
        <w:br/>
      </w:r>
      <w:r>
        <w:rPr>
          <w:sz w:val="20"/>
        </w:rPr>
        <w:t>52:09  to is tareeqay say humain ziyada say ziyada safar karna chahiye aur is daawa consciousness kay sath ta kay hamara apna kaam bhi jis kaam kay liye maqsad kay liye ja rahay hain, woh bhi ho aur isi kay sath Allah ki blessing bhi hasil hon kay hum Allah ka kaam bhi kar rahay hain.</w:t>
      </w:r>
      <w:r>
        <w:br/>
      </w:r>
      <w:r>
        <w:rPr>
          <w:sz w:val="20"/>
        </w:rPr>
        <w:t>52:27  bilkul one man two mission wala. har aadmi ko one man two mission banna hai.</w:t>
      </w:r>
      <w:r>
        <w:br/>
      </w:r>
      <w:r>
        <w:rPr>
          <w:sz w:val="20"/>
        </w:rPr>
        <w:t>52:32  aur aapa, aik cheez yeh bhi hai kay matlab main Maulana Sahib kay sath main nay bohat travel kiya aur cps members bhi travel kartay rahay hain kay Maulana ka focus hamesha jo kay aaj humain aap kay talk say bhi mila, his focus was to gain new experiences.</w:t>
      </w:r>
      <w:r>
        <w:br/>
      </w:r>
      <w:r>
        <w:rPr>
          <w:sz w:val="20"/>
        </w:rPr>
        <w:t>52:48  mujhay yaad hai jab first time travel karna tha, tab humain shayad bhopal ya meerut jana tha. to Maulana nay kaha, "main aik shart pay aap ko lay kar jaon ga kay agar aap ko khana na milay to aap complain nahi karogay.</w:t>
      </w:r>
      <w:r>
        <w:br/>
      </w:r>
      <w:r>
        <w:rPr>
          <w:sz w:val="20"/>
        </w:rPr>
        <w:t>53:02  agar aap ko sonay kay liye bed na milay aur zameen pay bhi sona paray to aap is pay raazi ho." to aur kuch bhi aap complain nahi karogay safar mein.</w:t>
      </w:r>
      <w:r>
        <w:br/>
      </w:r>
      <w:r>
        <w:rPr>
          <w:sz w:val="20"/>
        </w:rPr>
        <w:t>53:11  to unhonay kaha, "agar yeh conditions aap ko agreed hain to main aap ko lay jana chahoon ga." to main nay kaha, "Maulana Sahib, zaroor! i want to learn and experience. aap please meray ko l</w:t>
      </w:r>
      <w:r>
        <w:br/>
      </w:r>
      <w:r>
        <w:rPr>
          <w:sz w:val="20"/>
        </w:rPr>
        <w:t>53:21  ay kar jayen." to aapa, main dekhta tha kay Maulana hamesha har experience ko aur isi liye unhonay itnay safarnamay bhi likhay hain kay kis tareeqay say woh relate kartay thay cheezon ko aur har cheez ko woh God say link kartay thay.</w:t>
      </w:r>
      <w:r>
        <w:br/>
      </w:r>
      <w:r>
        <w:rPr>
          <w:sz w:val="20"/>
        </w:rPr>
        <w:t>53:34  matlab jaisay aik jagah gaye to unhonay Khuda ki greatness ko batatay huay kaha kay "main India mein tha to meray ko uninterrupted oxygen, sun light, water mil raha hai.</w:t>
      </w:r>
      <w:r>
        <w:br/>
      </w:r>
      <w:r>
        <w:rPr>
          <w:sz w:val="20"/>
        </w:rPr>
        <w:t>53:45  main yahan ab usa mein hoon, yahan par bhi uninterrupted oxygen, sun light aur water</w:t>
      </w:r>
      <w:r>
        <w:br/>
      </w:r>
      <w:r>
        <w:rPr>
          <w:sz w:val="20"/>
        </w:rPr>
        <w:t>53:51  hai." to Khuda kitna great hai kay wohi same infrastructure meray ko idhar bhi mil raha hai. phir woh jaisay hotel kay andar enter karaya unhonay to woh automatic doors hotay hain, to woh door khul gaya.</w:t>
      </w:r>
      <w:r>
        <w:br/>
      </w:r>
      <w:r>
        <w:rPr>
          <w:sz w:val="20"/>
        </w:rPr>
        <w:t>54:04  to unhonay is ko aik reference point banaya dua kay liye aur isi liye woh kehtay thay kay "contemplation karo." unhonay kaha kay jis tarah yeh darwaza automatically khul gaya aur main hotel kay andar dakhil ho gaya to unhonay Allah say dua ki kay isi tareeqay say paradise ka gate bhi meray liye khul jaye aur bina kisi pooch taach kay main paradise mein enter kar jaon.</w:t>
      </w:r>
      <w:r>
        <w:br/>
      </w:r>
      <w:r>
        <w:rPr>
          <w:sz w:val="20"/>
        </w:rPr>
        <w:t>54:26  to aapa, yeh bohat important hai kay jab hum travel kartay hain to hamara maqsad kya</w:t>
      </w:r>
      <w:r>
        <w:br/>
      </w:r>
      <w:r>
        <w:rPr>
          <w:sz w:val="20"/>
        </w:rPr>
        <w:t>54:33  hai, hamara hamara jo mental frame hai woh kya hai aur hum kya hasil karna chahtay hain. jaisay starting mein bhi aap nay kaha kay "entertainment, leisure, fun!" agar yeh rahay ga to travel will not be beneficial.</w:t>
      </w:r>
      <w:r>
        <w:br/>
      </w:r>
      <w:r>
        <w:rPr>
          <w:sz w:val="20"/>
        </w:rPr>
        <w:t>54:46  we will just go and come back. but agar hum is ko relate karain gay Khuda kay sign say aur marifat say aur experiences lay kar ayain gay to is mein hamari spiritual development ho gi.</w:t>
      </w:r>
      <w:r>
        <w:br/>
      </w:r>
      <w:r>
        <w:rPr>
          <w:sz w:val="20"/>
        </w:rPr>
        <w:t>54:59  to yeh bohat zaroori hai aur aaj hum nay aaj yeh seekha bhi. aapa, aap kay talk say jazak Allah. aapa, aakhri sawal lena chahoon ga kyun kay is kay baad phir doctor Sani Hasnain Khan Sahib nay aik booklet bhi launch karni hai.</w:t>
      </w:r>
      <w:r>
        <w:br/>
      </w:r>
      <w:r>
        <w:rPr>
          <w:sz w:val="20"/>
        </w:rPr>
        <w:t>55:13  to yeh sawal sufis kay travel ko lay kar hai kyun kay jaisa kay hum jantay hain, they also travelled</w:t>
      </w:r>
      <w:r>
        <w:br/>
      </w:r>
      <w:r>
        <w:rPr>
          <w:sz w:val="20"/>
        </w:rPr>
        <w:t>55:19  extensively. they came from, i mean, they travelled from central asia to India aur un ka jo travel raha, they they they taught religious teachings.</w:t>
      </w:r>
      <w:r>
        <w:br/>
      </w:r>
      <w:r>
        <w:rPr>
          <w:sz w:val="20"/>
        </w:rPr>
        <w:t>55:30  they made khanqahs, which are spiritual retreats. and aik aur cheez yeh bhi thi kay they they they became as bridge between different faiths and communities and they promoted harmony.</w:t>
      </w:r>
      <w:r>
        <w:br/>
      </w:r>
      <w:r>
        <w:rPr>
          <w:sz w:val="20"/>
        </w:rPr>
        <w:t>55:42  to sufis kay travel say humain kya lesson milta hai, is kay baray mein aap batayen.</w:t>
      </w:r>
      <w:r>
        <w:br/>
      </w:r>
      <w:r>
        <w:rPr>
          <w:sz w:val="20"/>
        </w:rPr>
        <w:t>55:48  acha, pehlay main yeh bata doon kay yeh jo hai tourism ya travel ya siyahat, jo bhi aap kahain, to is ki mujhe prerna mili.</w:t>
      </w:r>
      <w:r>
        <w:br/>
      </w:r>
      <w:r>
        <w:rPr>
          <w:sz w:val="20"/>
        </w:rPr>
        <w:t>55:58  Sani Hasnain Sahib jo hain, woh eastern Europe, Turkey waghera ka safar kiya tha. to un ko woh safar bohat kamyab raha, bohat nay nay log wahan milay, bohat kaam hua</w:t>
      </w:r>
      <w:r>
        <w:br/>
      </w:r>
      <w:r>
        <w:rPr>
          <w:sz w:val="20"/>
        </w:rPr>
        <w:t>56:10  ۔ aur aapa, main bus aik cheez bolna chahoon ga kay many people who are probably watching for the first time. to unhonay bohat detail mein yeh eastern Europe ka safar bayan karra tha pichlay Sunday class mein.</w:t>
      </w:r>
      <w:r>
        <w:br/>
      </w:r>
      <w:r>
        <w:rPr>
          <w:sz w:val="20"/>
        </w:rPr>
        <w:t>56:22  to you can watch it from cps youtube channel or from Maulana Wahiduddin Khan sahib facebook page.</w:t>
      </w:r>
      <w:r>
        <w:br/>
      </w:r>
      <w:r>
        <w:rPr>
          <w:sz w:val="20"/>
        </w:rPr>
        <w:t>56:30  wohi mein soch rahi thi, dekhiye agar hum sab log is maqsad se safar karne lagen to sari dunya mein aman ka, islam ke aman ka paigham sari dunya mein phail jaye.</w:t>
      </w:r>
      <w:r>
        <w:br/>
      </w:r>
      <w:r>
        <w:rPr>
          <w:sz w:val="20"/>
        </w:rPr>
        <w:t>56:42  mein soch rahi thi ke agar hum logon ne safar kiya hota to aaj dunya mein yeh itni violence na hoti. ab sufiyon ke liye dekhiye ji, medieval world mein itni violence kahan thi?</w:t>
      </w:r>
      <w:r>
        <w:br/>
      </w:r>
      <w:r>
        <w:rPr>
          <w:sz w:val="20"/>
        </w:rPr>
        <w:t>56:53  sofi log aman ka, aman o ashti ka, harmony ka, logon se mohabbat ka paigham unhon ne sari dunya mein phaila diya tha.</w:t>
      </w:r>
      <w:r>
        <w:br/>
      </w:r>
      <w:r>
        <w:rPr>
          <w:sz w:val="20"/>
        </w:rPr>
        <w:t>57:02  to yehi aaj hamein karna hai. to sofi log jo hain, aur jo hai woh sofi logon ka tareeqa yeh tha ke woh dunya ko tyag dete the.</w:t>
      </w:r>
      <w:r>
        <w:br/>
      </w:r>
      <w:r>
        <w:rPr>
          <w:sz w:val="20"/>
        </w:rPr>
        <w:t>57:13  jaise sadhu sant hote hain, to dunya ko tyag de kar ke woh chalt</w:t>
      </w:r>
      <w:r>
        <w:br/>
      </w:r>
      <w:r>
        <w:rPr>
          <w:sz w:val="20"/>
        </w:rPr>
        <w:t>57:18  e the, paidal, unfit chalte the. kyunke unka yeh tha ke jitni zyada mujahida karenge, riyazat karenge, utna hi zyada unka nafs jo hai khatam hoga, ego khatam hoga, aur purification self ka purification hoga.</w:t>
      </w:r>
      <w:r>
        <w:br/>
      </w:r>
      <w:r>
        <w:rPr>
          <w:sz w:val="20"/>
        </w:rPr>
        <w:t>57:34  to yeh tha unka maqsad. to jab woh chalte the na, ab unhon ne ghar bar chhod kar paidal chal rahe hain, to yeh ek dum poori nishani hoti thi ke kitna yeh banda sincere hai,</w:t>
      </w:r>
      <w:r>
        <w:br/>
      </w:r>
      <w:r>
        <w:rPr>
          <w:sz w:val="20"/>
        </w:rPr>
        <w:t>57:48  sach much isko Khuda ki marifat mili hai, aur is marifat ko woh doosron tak pahunchana chahta hai. to rastay mein iske bahut sare log shamil ho jate the.</w:t>
      </w:r>
      <w:r>
        <w:br/>
      </w:r>
      <w:r>
        <w:rPr>
          <w:sz w:val="20"/>
        </w:rPr>
        <w:t>57:59  Khwaja Moinuddin Chishti Ajmer aaye the, to unke sath chalis log shamil the. to is tareeqay se unko rastay mein shamil hote the.</w:t>
      </w:r>
      <w:r>
        <w:br/>
      </w:r>
      <w:r>
        <w:rPr>
          <w:sz w:val="20"/>
        </w:rPr>
        <w:t>58:07  phir jahan woh theharte the, wahan log aa ke, aa ke unke pas jama hote the aur unse learning karte the.</w:t>
      </w:r>
      <w:r>
        <w:br/>
      </w:r>
      <w:r>
        <w:rPr>
          <w:sz w:val="20"/>
        </w:rPr>
        <w:t>58:15  to sufiyon ka kehna tha ke Khuda se sachi mohabbat jo hai, woh isi se, wohi raah hai. tab jo matlab bandon se jo sachi mohabbat hoti hai, wohi raah jati hai Khuda se sachi mohabbat.</w:t>
      </w:r>
      <w:r>
        <w:br/>
      </w:r>
      <w:r>
        <w:rPr>
          <w:sz w:val="20"/>
        </w:rPr>
        <w:t>58:28  matlab agar hum bandon se mohabbat karenge, tabhi hum ko Khuda ki mohabbat milegi. to is tarah se yeh unka jo goal tha, woh bahut zyada is mein insanon ki mohabbat thi,</w:t>
      </w:r>
      <w:r>
        <w:br/>
      </w:r>
      <w:r>
        <w:rPr>
          <w:sz w:val="20"/>
        </w:rPr>
        <w:t>58:43  humanity bahut zyada thi, logon ki madad karna, unki langar waghera sab sufiyon ne hi chalaya tha, jis ko aaj bade paimane par Sikhism mein adopt kiya gaya hai.</w:t>
      </w:r>
      <w:r>
        <w:br/>
      </w:r>
      <w:r>
        <w:rPr>
          <w:sz w:val="20"/>
        </w:rPr>
        <w:t>58:55  to yeh unhi logon ne chalaya tha. jitne bhi log wahan aate the, unka khana peena sab yeh log intezam karte the. kabhi kabhi aisa hota tha ke apna khana bhi de dete the, jab dekhte the ke ab aur kuch nahi hai.</w:t>
      </w:r>
      <w:r>
        <w:br/>
      </w:r>
      <w:r>
        <w:rPr>
          <w:sz w:val="20"/>
        </w:rPr>
        <w:t>59:08  to</w:t>
      </w:r>
      <w:r>
        <w:br/>
      </w:r>
      <w:r>
        <w:rPr>
          <w:sz w:val="20"/>
        </w:rPr>
        <w:t>59:10  to is tareeqay se woh kaam karte rahe, aur bahut sare poore dunya mein is waqt sofia log kaam kar rahe the. kuch mashhoor sofia jo hain, jaise Jalaluddin Muhammad Rumi, to yeh Balkh, Afghanistan se le kar Konya, Turkey gaye, unfit.</w:t>
      </w:r>
      <w:r>
        <w:br/>
      </w:r>
      <w:r>
        <w:rPr>
          <w:sz w:val="20"/>
        </w:rPr>
        <w:t>59:28  aap soch sakte hain jab aadmi unfit chalega to kitne logon se uski mulaqaten hongi. aur rastay mein jo bhi bade bade sofia milte, unke pas woh bethate</w:t>
      </w:r>
      <w:r>
        <w:br/>
      </w:r>
      <w:r>
        <w:rPr>
          <w:sz w:val="20"/>
        </w:rPr>
        <w:t>59:38  , unke pas kuch time spend karte, aur unse learning karte. to is tareeqay se woh apne aap ko enrich, unke apne experiences ke zariye se apne aap ko karte rahe.</w:t>
      </w:r>
      <w:r>
        <w:br/>
      </w:r>
      <w:r>
        <w:rPr>
          <w:sz w:val="20"/>
        </w:rPr>
        <w:t>59:52  isi tareeqay se Bahauddin Naqshbandi the, woh poora Central Asia unhon ne paidal chale, aur unhon ne rastay mein jagah jagah unko kabhi koi scholar mila</w:t>
      </w:r>
      <w:r>
        <w:br/>
      </w:r>
      <w:r>
        <w:rPr>
          <w:sz w:val="20"/>
        </w:rPr>
        <w:t>1:00:04  a, kabhi koi sofi milta, to uske pas woh kuch dinon ke liye rehte aur unse seekhte sab kuch. to yeh log jo hain Makkah bhi paidal jatay.</w:t>
      </w:r>
      <w:r>
        <w:br/>
      </w:r>
      <w:r>
        <w:rPr>
          <w:sz w:val="20"/>
        </w:rPr>
        <w:t>1:00:16  ab yeh log jab Makkah jatay the to sirf rituals ke liye nahi jatay the, balkay wahan tamam logon se mulaqaten karte the. wahan jitne bhi religious scholars hotay ya sofia hotay, ulma hotay, to unse woh wahan milte the.</w:t>
      </w:r>
      <w:r>
        <w:br/>
      </w:r>
      <w:r>
        <w:rPr>
          <w:sz w:val="20"/>
        </w:rPr>
        <w:t>1:00:31  to is tareeqay se woh jo hai un logon ka jo mazhab hai, mazhab aman, woh sari dunya mein, medieval world mein woh phail gaya.</w:t>
      </w:r>
      <w:r>
        <w:br/>
      </w:r>
      <w:r>
        <w:rPr>
          <w:sz w:val="20"/>
        </w:rPr>
        <w:t>1:00:43  to yeh jo travels unke hotay the, woh samajh lijiye, usko aap spiritual journey keh sakte hain. to jaise Maulana bhi sari zindagi safar karte rahe.</w:t>
      </w:r>
      <w:r>
        <w:br/>
      </w:r>
      <w:r>
        <w:rPr>
          <w:sz w:val="20"/>
        </w:rPr>
        <w:t>1:00:53  to pehle to unhon ne Mewad se safar shuru kiya. Mewad mein ek Abdul Rahim Baddadi sahib the,</w:t>
      </w:r>
      <w:r>
        <w:br/>
      </w:r>
      <w:r>
        <w:rPr>
          <w:sz w:val="20"/>
        </w:rPr>
        <w:t>1:01:00  to woh apne sath in ko mewad le jate thay, jagah jagah in ko tarah tarah ke experiences hotay thay. phir us ke baad jahan bhi moqa milta tha safar ka, to pehle to india mein, phir us ke baad bahir janay ka bohat moqa mila.</w:t>
      </w:r>
      <w:r>
        <w:br/>
      </w:r>
      <w:r>
        <w:rPr>
          <w:sz w:val="20"/>
        </w:rPr>
        <w:t>1:01:17  unhon ne likha hai kahin ke taqreeban 200 bar woh hawai jahaz ka unhon ne safar kiya. to bahir safar karte rahay aur learning ke liye jahaz se hi woh learning shuru kar detay thay.</w:t>
      </w:r>
      <w:r>
        <w:br/>
      </w:r>
      <w:r>
        <w:rPr>
          <w:sz w:val="20"/>
        </w:rPr>
        <w:t>1:01:29  kabhi kabhi mein bhi sath mein hoti thi to kehtay thay, "dekho is mein magazine rakha hua hai, dekho us ko batao kya kya hai is mein." is mein se kuch na kuch learning kar letay thay, kahin na kahin koi mil gaya, kisi se baat kar li.</w:t>
      </w:r>
      <w:r>
        <w:br/>
      </w:r>
      <w:r>
        <w:rPr>
          <w:sz w:val="20"/>
        </w:rPr>
        <w:t>1:01:42  to is tareeqay se woh apni learning barabar karte rahay. is wajah se aadmi bohat ziyada mature ho jata hai. agar woh aadmi sirf apne mein rahay to woh mazeed kya seekhay ga?</w:t>
      </w:r>
      <w:r>
        <w:br/>
      </w:r>
      <w:r>
        <w:rPr>
          <w:sz w:val="20"/>
        </w:rPr>
        <w:t>1:01:54  kyun ke insaan ke dimagh mein, jo insaan ka jo dimagh hai, is mein sab kuch potential form mein hai. to is ko actualize karne ke liye humain logon se interaction karna zaroori hai, sirf kitabon se nahi hota.</w:t>
      </w:r>
      <w:r>
        <w:br/>
      </w:r>
      <w:r>
        <w:rPr>
          <w:sz w:val="20"/>
        </w:rPr>
        <w:t>1:02:08  kitnay log Maulana ke paas atay thay aur kehtay thay ke "kitab hum ne parhi, itna samajh mein nahi aya jitna aap se mil kar ke samjhay hum.</w:t>
      </w:r>
      <w:r>
        <w:br/>
      </w:r>
      <w:r>
        <w:rPr>
          <w:sz w:val="20"/>
        </w:rPr>
        <w:t>1:02:17  " Tariq Badr sahib, unhon ne sab kitaben parhi theen jo Lahore ke, aur unhon ne website bhi dekhi thi. lekin woh America aaye kehnay lagay, "aap se milnay ke baad jitna humain samajh mein aya, woh is se nahi samajh mein aya tha."</w:t>
      </w:r>
      <w:r>
        <w:br/>
      </w:r>
      <w:r>
        <w:rPr>
          <w:sz w:val="20"/>
        </w:rPr>
        <w:t>1:02:33  to is tareeqay se humain bohat zaroori hai ke hum logon se mulaqaten karen aur is maqsad se mulaqat karen ke un se apni learning bhi karen gay aur sharing bhi karen gay, un ko Khuda ka paigham pohanchayen gay jo kuch humain mila hua hai.</w:t>
      </w:r>
      <w:r>
        <w:br/>
      </w:r>
      <w:r>
        <w:rPr>
          <w:sz w:val="20"/>
        </w:rPr>
        <w:t>1:02:54  to aur sufia ka asal mein aik khaas baat thi ke woh un ke liye sab barabar</w:t>
      </w:r>
      <w:r>
        <w:br/>
      </w:r>
      <w:r>
        <w:rPr>
          <w:sz w:val="20"/>
        </w:rPr>
        <w:t>1:03:00  hotay thay, chota ho, bara ho, ameer ho, ghareeb ho, parha likha ho, jahil ho. to un ke bilkul selfless yeh hotay thay. isi wajah se tamam log jo hain, un ke paas atay thay.</w:t>
      </w:r>
      <w:r>
        <w:br/>
      </w:r>
      <w:r>
        <w:rPr>
          <w:sz w:val="20"/>
        </w:rPr>
        <w:t>1:03:13  aur aik zamanay tha ke bas sufi culture hi sari dunya mein chalta tha. to bohat hi aman aman qaim tha aur bohat hi ziyada log aik doosray se mohabbat karte thay, aik doosray se achay taluqat thay.</w:t>
      </w:r>
      <w:r>
        <w:br/>
      </w:r>
      <w:r>
        <w:rPr>
          <w:sz w:val="20"/>
        </w:rPr>
        <w:t>1:03:30  to woh sab ab khatam ho gaya. ab dobara humain revive karna hai is culture ko, jo peghambaron ke culture ko, sufiyon ke culture ko, aur dunya mein aman o ashti ke sath is dunya mein rehna hai.</w:t>
      </w:r>
      <w:r>
        <w:br/>
      </w:r>
      <w:r>
        <w:rPr>
          <w:sz w:val="20"/>
        </w:rPr>
        <w:t>1:03:44  jang o jadal se kuch milnay wala nahi hai. to yeh jo hai, is ko hum interfaith harmony bhi keh sakte hain ke aik doosray se Maulana kehtay hain, "humain azan fardan karna hai, exchange of ideas karne</w:t>
      </w:r>
      <w:r>
        <w:br/>
      </w:r>
      <w:r>
        <w:rPr>
          <w:sz w:val="20"/>
        </w:rPr>
        <w:t>1:03:59  hain." is se humain aik jaise hum, hamaray hamaray paas kuch idea hai, ab doosray se humain kuch idea mila to is se hamari jo idea jo hai, aur enrich hota hai, kuch third idea is mein se niklta hai.</w:t>
      </w:r>
      <w:r>
        <w:br/>
      </w:r>
      <w:r>
        <w:rPr>
          <w:sz w:val="20"/>
        </w:rPr>
        <w:t>1:04:13  to is tareeqay se humain apne aap ko band kar ke ab apne ghar mein nahi rehna hai, balkay logon se milna hai, logon se taluqat bananay hain, jahan moqa milay safar karna hai, aur aik doosray se learning karni</w:t>
      </w:r>
      <w:r>
        <w:br/>
      </w:r>
      <w:r>
        <w:rPr>
          <w:sz w:val="20"/>
        </w:rPr>
        <w:t>1:04:28  hai. to isi mein humain dunya ka bhi bhala hai aur isi mein akhirat ka bhi. Allah taala bohat bara ajr dain gay is ka. Apa, before I invite Doctor sahib, yeh aik follow up question hai in sufism, because yahan pe thora sa confusion hai.</w:t>
      </w:r>
      <w:r>
        <w:br/>
      </w:r>
      <w:r>
        <w:rPr>
          <w:sz w:val="20"/>
        </w:rPr>
        <w:t>1:04:44  Anis Rehman sahib, jo Pakistan se program ko dekh rahay hain, unhon ne bhi aik sawal kiya tha. unhon ne aap se follow up question kiya hai ke lekin Maulana sahib to sufism ke qail nahi thay, to is ko bhi aap wazeh kar dain.</w:t>
      </w:r>
      <w:r>
        <w:br/>
      </w:r>
      <w:r>
        <w:rPr>
          <w:sz w:val="20"/>
        </w:rPr>
        <w:t>1:04:58  Maulana sahib to kehtay thay, "I am sufi by birth." matlab woh sufi, woh sufism jo ritual based sufism ho gaya tha, us ke qail nahi</w:t>
      </w:r>
      <w:r>
        <w:br/>
      </w:r>
      <w:r>
        <w:rPr>
          <w:sz w:val="20"/>
        </w:rPr>
        <w:t>1:05:09  thay. lekin sufi jo ka jo matlab hai ke purification of the self, simplicity, Khuda se taluq, Khuda se marifat, aur logon se mohabbat, itna ziyada logon se mohabbat karte thay ke mujhe kabhi aisa nahi laga ke doosray logon se,</w:t>
      </w:r>
      <w:r>
        <w:br/>
      </w:r>
      <w:r>
        <w:rPr>
          <w:sz w:val="20"/>
        </w:rPr>
        <w:t>1:05:28  apnay bachon ke ke muqablay mein, doosray logon se woh un ko kam mohabbat hai. ji</w:t>
      </w:r>
      <w:r>
        <w:br/>
      </w:r>
      <w:r>
        <w:rPr>
          <w:sz w:val="20"/>
        </w:rPr>
        <w:t>1:05:34  to yeh sab jo values theen, jo values theen sufia ki, woh sab un ke andar theen. lekin woh rituals jo hain na, yeh sab qawali wali jo baad mein chala hai, yeh sab baad mein yeh doosray culture se bohat sari cheezain Islamize kar li gayi hain.</w:t>
      </w:r>
      <w:r>
        <w:br/>
      </w:r>
      <w:r>
        <w:rPr>
          <w:sz w:val="20"/>
        </w:rPr>
        <w:t>1:05:55  is ko woh nahi mantay thay, lekin woh to khud unhon ne kaha, "I am sufi by birth."</w:t>
      </w:r>
      <w:r>
        <w:br/>
      </w:r>
      <w:r>
        <w:rPr>
          <w:sz w:val="20"/>
        </w:rPr>
        <w:t>1:06:00  Apa, in the sense that jaise living style mein woh sufism un ka bilkul unhon ne adopt kiya hua tha, simplistic level pe rehna aur apni zindagi ko batana.</w:t>
      </w:r>
      <w:r>
        <w:br/>
      </w:r>
      <w:r>
        <w:rPr>
          <w:sz w:val="20"/>
        </w:rPr>
        <w:t>1:06:13  but otherwise he has written a lot ke woh hard b</w:t>
      </w:r>
      <w:r>
        <w:br/>
      </w:r>
      <w:r>
        <w:rPr>
          <w:sz w:val="20"/>
        </w:rPr>
        <w:t>1:06:16  yes tha. to unhon ne aik tareeqay se contemporized aur modernized kiya sufism ko ke ideologically to mind based spirituality hi rahay gi, jaisa ke Quran aur Hadith mein milta hai.</w:t>
      </w:r>
      <w:r>
        <w:br/>
      </w:r>
      <w:r>
        <w:rPr>
          <w:sz w:val="20"/>
        </w:rPr>
        <w:t>1:06:26  bat aap ke rehne aur sehne, aap ko jo zindagi batani hai, woh sofi style hona chahiye. dekhen, early sofis waise hi the, bilkul woh Khuda se darte the.</w:t>
      </w:r>
      <w:r>
        <w:br/>
      </w:r>
      <w:r>
        <w:rPr>
          <w:sz w:val="20"/>
        </w:rPr>
        <w:t>1:06:37  ji, bohat ziyada Khuda se darte the, rote the, namazen parhte the, ibadat karte the, aur jahan koi milta tha,</w:t>
      </w:r>
      <w:r>
        <w:br/>
      </w:r>
      <w:r>
        <w:rPr>
          <w:sz w:val="20"/>
        </w:rPr>
        <w:t>1:06:44  us ko Khuda ki baaten batate the. to woh early sofis ke mutabiq the woh. lekin baad mein jo sofia ne doosre doosre culture ko adopt kar liya, us se woh mutafiq nahi the.</w:t>
      </w:r>
      <w:r>
        <w:br/>
      </w:r>
      <w:r>
        <w:rPr>
          <w:sz w:val="20"/>
        </w:rPr>
        <w:t>1:06:56  ji, bilkul. jazak Allah apa for doing a wonderful session today. we will wait for your next session, and till the time doctor sahib comes to launch the booklet, i would like to read few more comments that have come.</w:t>
      </w:r>
      <w:r>
        <w:br/>
      </w:r>
      <w:r>
        <w:rPr>
          <w:sz w:val="20"/>
        </w:rPr>
        <w:t>1:07:12  Muhammad Irfan Rashidi sahib ne Nagpur se likha hai ke dawati zehan ke sath safar karna dunya aur akhirat dono mein faida mand hai.</w:t>
      </w:r>
      <w:r>
        <w:br/>
      </w:r>
      <w:r>
        <w:rPr>
          <w:sz w:val="20"/>
        </w:rPr>
        <w:t>1:07:24  jazak Allah apa. Vikrant Dagar ne Noida se likha hai, "Thank you for doing this session on this topic of travel.</w:t>
      </w:r>
      <w:r>
        <w:br/>
      </w:r>
      <w:r>
        <w:rPr>
          <w:sz w:val="20"/>
        </w:rPr>
        <w:t>1:07:34  People often travel, but do not have this perspective in mind. That travel is also a sunnah of prophets.</w:t>
      </w:r>
      <w:r>
        <w:br/>
      </w:r>
      <w:r>
        <w:rPr>
          <w:sz w:val="20"/>
        </w:rPr>
        <w:t>1:07:43  It is actually a double blessing that they are traveling and can also earn reward by doing dawah work on their travel.</w:t>
      </w:r>
      <w:r>
        <w:br/>
      </w:r>
      <w:r>
        <w:rPr>
          <w:sz w:val="20"/>
        </w:rPr>
        <w:t>1:07:53  A thought provoking session and very informative." yeh comment bheja hai Yaqoob Um</w:t>
      </w:r>
      <w:r>
        <w:br/>
      </w:r>
      <w:r>
        <w:rPr>
          <w:sz w:val="20"/>
        </w:rPr>
        <w:t>1:08:02  re sahib ne, "Today talk by. Apa is very important and meaningful. Traveling for dawah work is a very crucial task for believers, as it is their duty.</w:t>
      </w:r>
      <w:r>
        <w:br/>
      </w:r>
      <w:r>
        <w:rPr>
          <w:sz w:val="20"/>
        </w:rPr>
        <w:t>1:08:13  Today most Muslims are engaged in community work, which is of secondary importance. The most important mission given to Muslims is dawah.</w:t>
      </w:r>
      <w:r>
        <w:br/>
      </w:r>
      <w:r>
        <w:rPr>
          <w:sz w:val="20"/>
        </w:rPr>
        <w:t>1:08:22  Muslims should now exert their time, energy and money to ensure the Quran reaches every nook and corner of the globe."</w:t>
      </w:r>
      <w:r>
        <w:br/>
      </w:r>
      <w:r>
        <w:rPr>
          <w:sz w:val="20"/>
        </w:rPr>
        <w:t>1:08:32  So with this, we will now go towards the launch of the new booklet, new translation of Maulana Wahiduddin Khan sahib book in Prophet Muhammad life in Punjabi language.</w:t>
      </w:r>
      <w:r>
        <w:br/>
      </w:r>
      <w:r>
        <w:rPr>
          <w:sz w:val="20"/>
        </w:rPr>
        <w:t>1:08:48  We have been time and again launching new books in different languages, national and international languages, including the Quran translation</w:t>
      </w:r>
      <w:r>
        <w:br/>
      </w:r>
      <w:r>
        <w:rPr>
          <w:sz w:val="20"/>
        </w:rPr>
        <w:t>1:08:56  . This one is in Punjabi, because we have been receiving many requests of Maulana sahib literature to be brought in Punjabi language.</w:t>
      </w:r>
      <w:r>
        <w:br/>
      </w:r>
      <w:r>
        <w:rPr>
          <w:sz w:val="20"/>
        </w:rPr>
        <w:t>1:09:07  Early doctor sahib had launched the Quran translation in Punjabi and some other work. Today is the new translation launch, so I will request him to do the launch.</w:t>
      </w:r>
      <w:r>
        <w:br/>
      </w:r>
      <w:r>
        <w:rPr>
          <w:sz w:val="20"/>
        </w:rPr>
        <w:t>1:09:18  Doctor sahib, Bismillah Rahman Rahim.</w:t>
      </w:r>
      <w:r>
        <w:br/>
      </w:r>
      <w:r>
        <w:rPr>
          <w:sz w:val="20"/>
        </w:rPr>
        <w:t>1:09:21  Jaisa aap ne bhi kaha, aaj ka masha Allah jo talk thi apa ki, aaj ki talk bohat hi achi thi. Aur khaas taur se jo safar ke bare mein aur is ka jo sahi istemal hai safar ka, ke is ko dawati maqsad ke liye kiya jaye.</w:t>
      </w:r>
      <w:r>
        <w:br/>
      </w:r>
      <w:r>
        <w:rPr>
          <w:sz w:val="20"/>
        </w:rPr>
        <w:t>1:09:38  To yeh concept Maulana ne hi diya, aur jaisa apa ne kaha hai ke Maulana ne khud safar kiya hai. Ji, aur safarnamay likhe, jaisa aap ko pata hai.</w:t>
      </w:r>
      <w:r>
        <w:br/>
      </w:r>
      <w:r>
        <w:rPr>
          <w:sz w:val="20"/>
        </w:rPr>
        <w:t>1:09:46  Ji, aur mujhe yaad hai ke Maulana Mewat ka safar, ek ek Mewat ka safar, ek ek kitaab hai.</w:t>
      </w:r>
      <w:r>
        <w:br/>
      </w:r>
      <w:r>
        <w:rPr>
          <w:sz w:val="20"/>
        </w:rPr>
        <w:t>1:09:56  To is mein likha hai ke woh safar aam taur se bus se hota tha. Ji, yahan se bus jaya karti thi Mewat. To batate hain ke main aage baitha hua tha driver ke seat ke pass aur baith ke likh raha tha.</w:t>
      </w:r>
      <w:r>
        <w:br/>
      </w:r>
      <w:r>
        <w:rPr>
          <w:sz w:val="20"/>
        </w:rPr>
        <w:t>1:10:11  To driver ne kaha ke Maulana sahib, koi shair suna</w:t>
      </w:r>
      <w:r>
        <w:br/>
      </w:r>
      <w:r>
        <w:rPr>
          <w:sz w:val="20"/>
        </w:rPr>
        <w:t>1:10:14  e. To unhon ne kaha, "Nahi, main shair shairi nahi karta." To driver ne kaha ke hamare khayal se to sare Musalman shair hote hain.</w:t>
      </w:r>
      <w:r>
        <w:br/>
      </w:r>
      <w:r>
        <w:rPr>
          <w:sz w:val="20"/>
        </w:rPr>
        <w:t>1:10:24  Ji, to aise hi main ek baar safar kar raha tha Maulana ke sath, shayad pehla safar tha US ka.</w:t>
      </w:r>
      <w:r>
        <w:br/>
      </w:r>
      <w:r>
        <w:rPr>
          <w:sz w:val="20"/>
        </w:rPr>
        <w:t>1:10:32  To main chunke pehli baar shayad jahaz mein baitha tha, to main idhar udhar dekh raha tha ke kaisa jahaz hota hai. Aur jab jahaz ura to maine dekha ke Maulana ne aise pair kiya is pe seat pe aur aise kuch likhne lage.</w:t>
      </w:r>
      <w:r>
        <w:br/>
      </w:r>
      <w:r>
        <w:rPr>
          <w:sz w:val="20"/>
        </w:rPr>
        <w:t>1:10:44  humm, to mein ne ghor se dekha ke kya likh rahe hain. to unhon ne likha tha ke jab hamara jahaz ura fiza mein to mujhe aisa laga ke ek bohat bari chirya meri rooh ko le ke aasman mein ur gayi.</w:t>
      </w:r>
      <w:r>
        <w:br/>
      </w:r>
      <w:r>
        <w:rPr>
          <w:sz w:val="20"/>
        </w:rPr>
        <w:t>1:11:00  masha Allah!</w:t>
      </w:r>
      <w:r>
        <w:br/>
      </w:r>
      <w:r>
        <w:rPr>
          <w:sz w:val="20"/>
        </w:rPr>
        <w:t>1:11:02  aur phir is ke baad akhirat aur aur aur is aur mujhe akhirat mein pohncha diya. phir is ke baad akhirat ki baatein likhne lage.</w:t>
      </w:r>
      <w:r>
        <w:br/>
      </w:r>
      <w:r>
        <w:rPr>
          <w:sz w:val="20"/>
        </w:rPr>
        <w:t>1:11:12  to yeh jo tajrubaat hain, yeh safar pe hote hain. ji, aur agar aap ka zehn bedar ho aur da'wati zehn ho to bohat hi unique qism ke tajrubaat hote hain safar mein.</w:t>
      </w:r>
      <w:r>
        <w:br/>
      </w:r>
      <w:r>
        <w:rPr>
          <w:sz w:val="20"/>
        </w:rPr>
        <w:t>1:11:25  ji, aur khaas taur se agar aap ke andar da'wati mizaj ho to aap ko har insaan lage ga ke woh ek mad'u hai, use hamein kuch baat pohnchani hai.</w:t>
      </w:r>
      <w:r>
        <w:br/>
      </w:r>
      <w:r>
        <w:rPr>
          <w:sz w:val="20"/>
        </w:rPr>
        <w:t>1:11:34  hum log jab safar karte hain to jahaz mein jo log hote hain, un ko dene ki koshish karte hain. humm, quran rakhte hain apne paas, english quran. ji, to bohat se log bohat pasand karte hain.</w:t>
      </w:r>
      <w:r>
        <w:br/>
      </w:r>
      <w:r>
        <w:rPr>
          <w:sz w:val="20"/>
        </w:rPr>
        <w:t>1:11:45  to yeh safar ka jo aaj aaj ka jo talk tha da'wati safar ke upar, bohat hi unique tha. ji, bohat acha tha</w:t>
      </w:r>
      <w:r>
        <w:br/>
      </w:r>
      <w:r>
        <w:rPr>
          <w:sz w:val="20"/>
        </w:rPr>
        <w:t>1:11:54  insha Allah. is se acha doctor sahib, ek cheez ji, ek cheez yeh bhi interesting hai ke Maulana ne is pe bhi bataya ke ab log jo travel karte hain, holidays pe jate hain to Maulana ne kaha ke ab woh holidays mein jate hain de-stress hone ke liye.</w:t>
      </w:r>
      <w:r>
        <w:br/>
      </w:r>
      <w:r>
        <w:rPr>
          <w:sz w:val="20"/>
        </w:rPr>
        <w:t>1:12:07  lekin ab ek cheez wapas le ke aate hain, which is stress of travel. and isi liye logon ko jet lag bhi hota hai. hum log dekhte the ke Maulana itne long distance travel karte the lekin wapas aate the, un ko jet lag nahi hota tha.</w:t>
      </w:r>
      <w:r>
        <w:br/>
      </w:r>
      <w:r>
        <w:rPr>
          <w:sz w:val="20"/>
        </w:rPr>
        <w:t>1:12:20  to humein bhi kehte the ke yeh kya jet lag</w:t>
      </w:r>
      <w:r>
        <w:br/>
      </w:r>
      <w:r>
        <w:rPr>
          <w:sz w:val="20"/>
        </w:rPr>
        <w:t>1:12:23  ? mein aaya, mein mein mein mein ne mein nahaya dhoya aur breakfast kiya aur ab mein ready hoon aur woh kaam pe lag gaye. aur is ka reason doctor sahib yahi hota tha ke jab aap travel kar rahe hain and aap is mein aap reflection kar rahe hain, contemplation kar rahe hain, you are learning new things aur aap ko har cheez ko aap akhirat se Khuda se jod rahe hain.</w:t>
      </w:r>
      <w:r>
        <w:br/>
      </w:r>
      <w:r>
        <w:rPr>
          <w:sz w:val="20"/>
        </w:rPr>
        <w:t>1:12:42  to aap ke andar itni excitement aur curiosity hoti hai ke aap logon ko bataein</w:t>
      </w:r>
      <w:r>
        <w:br/>
      </w:r>
      <w:r>
        <w:rPr>
          <w:sz w:val="20"/>
        </w:rPr>
        <w:t>1:12:48  to aap ko woh thakawat hi nahi hogi, aap ko woh stress hi nahi hoga. and your travel truly becomes beneficial. isi liye log jo travel karte hain fun aur entertainment ke liye, woh jate to hain de-stress hone ke liye lekin holiday stress le ke wapas aate hain.</w:t>
      </w:r>
      <w:r>
        <w:br/>
      </w:r>
      <w:r>
        <w:rPr>
          <w:sz w:val="20"/>
        </w:rPr>
        <w:t>1:13:02  so ek cheez yeh bhi un ki zindagi se seekhne ko mili ke aap ka travel kis maqsad se hai? ba-maqsad safar. ji, ban jata hai agar yeh zehn</w:t>
      </w:r>
      <w:r>
        <w:br/>
      </w:r>
      <w:r>
        <w:rPr>
          <w:sz w:val="20"/>
        </w:rPr>
        <w:t>1:13:11  to mujhe behad khushi ho rahi hai yeh kitaab launch karne ke liye. yeh punjabi language mein Prophet Muhammad Salallaho Alaihe Wasallam ki kitaab hai.</w:t>
      </w:r>
      <w:r>
        <w:br/>
      </w:r>
      <w:r>
        <w:rPr>
          <w:sz w:val="20"/>
        </w:rPr>
        <w:t>1:13:22  bohat hi choti brief si ek Prophet ki life aur teachings ke upar aur is ka translation kiya hai doctor Devender Singh ne aur is mein ta'awun kiya hai doctor Astuti Malhotra ne.</w:t>
      </w:r>
      <w:r>
        <w:br/>
      </w:r>
      <w:r>
        <w:rPr>
          <w:sz w:val="20"/>
        </w:rPr>
        <w:t>1:13:36  aur hum logon ki koshish hai ke hum different languages mein books layein aur aur quran layein. khaas taur se</w:t>
      </w:r>
      <w:r>
        <w:br/>
      </w:r>
      <w:r>
        <w:rPr>
          <w:sz w:val="20"/>
        </w:rPr>
        <w:t>1:13:44  taqreeban 50 languages mein quran ka translation ho chuka hai. aur jo jo bhi log hain, khaas taur se non-muslims, woh sab se pehle jo cheez parhna chahte hain woh quran hai aur jo is ke baad doosri cheez hai woh Prophet ke bare mein janna chahte hain.</w:t>
      </w:r>
      <w:r>
        <w:br/>
      </w:r>
      <w:r>
        <w:rPr>
          <w:sz w:val="20"/>
        </w:rPr>
        <w:t>1:14:01  ji,</w:t>
      </w:r>
      <w:r>
        <w:br/>
      </w:r>
      <w:r>
        <w:rPr>
          <w:sz w:val="20"/>
        </w:rPr>
        <w:t>1:14:02  to hamari yeh koshish rahe gi ke hum quran zyada se zyada languages mein publish karein aur booklets is tarah ki publish karein jis mein Rasool Allah ki zindagi ke bare mein ho aur Rasool Allah Salallaho Alaihe Wasallam ki ki life ke bare mein ho.</w:t>
      </w:r>
      <w:r>
        <w:br/>
      </w:r>
      <w:r>
        <w:rPr>
          <w:sz w:val="20"/>
        </w:rPr>
        <w:t>1:14:18  to yeh do cheezein bohat aham hain. to meri dua hai jin logon ne is mein ta'awun kiya, Allah taala un ko ajr e azeem ata farmaye. thank you doctor sahib for the</w:t>
      </w:r>
      <w:r>
        <w:br/>
      </w:r>
      <w:r>
        <w:rPr>
          <w:sz w:val="20"/>
        </w:rPr>
        <w:t>1:14:28  launch. you can download this booklet from CPS website www.cpsglobal.org.</w:t>
      </w:r>
      <w:r>
        <w:br/>
      </w:r>
      <w:r>
        <w:rPr>
          <w:sz w:val="20"/>
        </w:rPr>
        <w:t>1:14:36  we will end today's session and will be back next Sunday same time. thank you.</w:t>
      </w:r>
    </w:p>
    <w:p>
      <w:pPr>
        <w:pStyle w:val="Heading2"/>
      </w:pPr>
      <w:r>
        <w:t>Why did Sahaba wage war if war is vicious?</w:t>
      </w:r>
    </w:p>
    <w:p>
      <w:r>
        <w:rPr>
          <w:color w:val="666666"/>
          <w:sz w:val="18"/>
        </w:rPr>
        <w:t>Seerah &amp; Prophet · CPS Mission Conference 2023 April 30, 2023 · 27m 11s · at 51:06 · https://youtu.be/sfTBajRastM?t=3066</w:t>
      </w:r>
    </w:p>
    <w:p>
      <w:r>
        <w:rPr>
          <w:i/>
        </w:rPr>
        <w:t>“During earlier times, Sahaba went to war with Persian and Byzantine Empire. I understand that it was to remove the structure where there was no freedom to choose for its people. My question is that why did they not apply the principle that you mentioned today, that war is an unending vicious cycle?”</w:t>
      </w:r>
    </w:p>
    <w:p>
      <w:r>
        <w:rPr>
          <w:sz w:val="20"/>
        </w:rPr>
        <w:t>51:06  Doctor Sahab. agla sawal aap se hai, jaise hadith mein aaya hai ke "man and women are two equal half of a single unit".</w:t>
      </w:r>
      <w:r>
        <w:br/>
      </w:r>
      <w:r>
        <w:rPr>
          <w:sz w:val="20"/>
        </w:rPr>
        <w:t>51:15  aur Maulana Wahiduddin Khan Sahab bohat ziyada is cheez ko emphasize bhi karte the, aur advice bhi karte the ke "man and women should make one another as intellectual companions".</w:t>
      </w:r>
      <w:r>
        <w:br/>
      </w:r>
      <w:r>
        <w:rPr>
          <w:sz w:val="20"/>
        </w:rPr>
        <w:t>51:28  to main chahoon ga ke yeh jo spiritual partnership hai, spiritual partners ka concept hai, jo woh bohat emphasize karte the, us ke baray mein aap kuch hum sab ko batain.</w:t>
      </w:r>
      <w:r>
        <w:br/>
      </w:r>
      <w:r>
        <w:rPr>
          <w:sz w:val="20"/>
        </w:rPr>
        <w:t>51:39  Inshallah, kal jo session hua tha CPS ladies ka, woh to bara inspiring tha. ji, bilkul. to already maine bohat hi gehrai se is baat ko samjha hua hai.</w:t>
      </w:r>
      <w:r>
        <w:br/>
      </w:r>
      <w:r>
        <w:rPr>
          <w:sz w:val="20"/>
        </w:rPr>
        <w:t>51:50  Maulana spiritual partner aur intellectual partner ki baatein karte the. in fact, Doctor Sahab, sorry to</w:t>
      </w:r>
      <w:r>
        <w:br/>
      </w:r>
      <w:r>
        <w:rPr>
          <w:sz w:val="20"/>
        </w:rPr>
        <w:t>51:56  interrupt, kal mostly, most of the men were saying ke "women outclass men yesterday". and I agree to that.</w:t>
      </w:r>
      <w:r>
        <w:br/>
      </w:r>
      <w:r>
        <w:rPr>
          <w:sz w:val="20"/>
        </w:rPr>
        <w:t>52:05  ab hamein kuch karna hoga. ji, acha. to main kuch misalein leta hoon. sab se achi misal to hamein Ummahat al-Momineen ki milti hai.</w:t>
      </w:r>
      <w:r>
        <w:br/>
      </w:r>
      <w:r>
        <w:rPr>
          <w:sz w:val="20"/>
        </w:rPr>
        <w:t>52:18  Hazrat Aisha batati hain ke tahajjud ke waqt Rasool Allah salallahu alaihi wasallam uthte the to namaz parhne ke liye, to agar main jaag rahi hoti thi to mujh se baatein karte the.</w:t>
      </w:r>
      <w:r>
        <w:br/>
      </w:r>
      <w:r>
        <w:rPr>
          <w:sz w:val="20"/>
        </w:rPr>
        <w:t>52:32  fa kanat mustayqizatan haddathani yeh ab Rasool Allah salallahu alaihi wasallam us waqt spiritual discussion nahi karte honge, intellectual discussion karte</w:t>
      </w:r>
      <w:r>
        <w:br/>
      </w:r>
      <w:r>
        <w:rPr>
          <w:sz w:val="20"/>
        </w:rPr>
        <w:t>52:43  rahe honge. is ki wajah se Hazrat Aisha R.A. ne bohat sari aisi cheezein discover keen Rasool Allah ki zindagi se, jis ko istinbat Aisha kaha jata hai,</w:t>
      </w:r>
      <w:r>
        <w:br/>
      </w:r>
      <w:r>
        <w:rPr>
          <w:sz w:val="20"/>
        </w:rPr>
        <w:t>52:57  jis ki wajah se yani ummat ko bohat faida hua. aur kai waqiat hain.</w:t>
      </w:r>
      <w:r>
        <w:br/>
      </w:r>
      <w:r>
        <w:rPr>
          <w:sz w:val="20"/>
        </w:rPr>
        <w:t>53:09  ek</w:t>
      </w:r>
      <w:r>
        <w:br/>
      </w:r>
      <w:r>
        <w:rPr>
          <w:sz w:val="20"/>
        </w:rPr>
        <w:t>53:13  khaas cheez yeh hai ke Rasool Allah jo jo prophet ke ghar ki baat thi, yani household kaisa tha, Rasool Allah ke kaise baat cheet hoti thi, ke kya discussion hote the, kis tarah, woh sab cheezein hamein Hazrat Aisha ki hadithon se milte hain.</w:t>
      </w:r>
      <w:r>
        <w:br/>
      </w:r>
      <w:r>
        <w:rPr>
          <w:sz w:val="20"/>
        </w:rPr>
        <w:t>53:31  bohat sari baaten.</w:t>
      </w:r>
      <w:r>
        <w:br/>
      </w:r>
      <w:r>
        <w:rPr>
          <w:sz w:val="20"/>
        </w:rPr>
        <w:t>53:36  aik baat kehti hain ke rasool Allah kabhi arguments mein nahi parhte thay, behas waghera mein. agar kabhi bohat majboora behas ya arguments mein parhna parta tha to Prophet was the last person to start the argument and the first person to exit from it.</w:t>
      </w:r>
      <w:r>
        <w:br/>
      </w:r>
      <w:r>
        <w:rPr>
          <w:sz w:val="20"/>
        </w:rPr>
        <w:t>53:55  yani bohat mushkil se behas waghera karte thay kabhi,</w:t>
      </w:r>
      <w:r>
        <w:br/>
      </w:r>
      <w:r>
        <w:rPr>
          <w:sz w:val="20"/>
        </w:rPr>
        <w:t>53:59  agar majboora, aur agar ho bhi gayi, arguments ho gaye to foran nikal jatay thay. aik thora dilchasp waqia hai.</w:t>
      </w:r>
      <w:r>
        <w:br/>
      </w:r>
      <w:r>
        <w:rPr>
          <w:sz w:val="20"/>
        </w:rPr>
        <w:t>54:09  aik baar Hazrat Aisha R.A. ki aur rasool Allah ki bohat behas ho gayi, khatam hi nahi ho rahi thi baat. to rasool Allah ne kaha ke acha, tum kisi judge ko bula lo, woh ab faisla kar de.</w:t>
      </w:r>
      <w:r>
        <w:br/>
      </w:r>
      <w:r>
        <w:rPr>
          <w:sz w:val="20"/>
        </w:rPr>
        <w:t>54:27  to rasool Allah ne kaha ke Hazrat Abu Ubada Ibn Al-Jarah ko bulatay hain. baray Sahabi thay.</w:t>
      </w:r>
      <w:r>
        <w:br/>
      </w:r>
      <w:r>
        <w:rPr>
          <w:sz w:val="20"/>
        </w:rPr>
        <w:t>54:36  to unhon ne kaha No, he might favor you. to Hazrat Abu Ubada Ibn Al-Jarah, Ameen Al-Ummah kaha tha rasool Allah ne, the most trusted Sahabi of this community.</w:t>
      </w:r>
      <w:r>
        <w:br/>
      </w:r>
      <w:r>
        <w:rPr>
          <w:sz w:val="20"/>
        </w:rPr>
        <w:t>54:54  to unhon ne kaha ke nahi, how about my father Abu Bakr? to rasool Allah ne kaha theek hai, ab Hazrat Abu Bakr ko bulatay hain. to Hazrat Abu Bakr aaye, bethe.</w:t>
      </w:r>
      <w:r>
        <w:br/>
      </w:r>
      <w:r>
        <w:rPr>
          <w:sz w:val="20"/>
        </w:rPr>
        <w:t>55:06  to Prophet ne kaha Hazrat Aisha se ke acha, tum shuru karo. to Hazrat Aisha ne kaha No, you start aur bolein ke agar aap koi galat baat kahengay to main abhi beech mein I'll stop you and I'll correct you.</w:t>
      </w:r>
      <w:r>
        <w:br/>
      </w:r>
      <w:r>
        <w:rPr>
          <w:sz w:val="20"/>
        </w:rPr>
        <w:t>55:23  to is andaaz ki jab baat suni Hazrat Abu Bakr ne to woh khare ho gaye aur ghusay ho gaye ke How can you talk to he is the messenger of Allah? to he was about to slap her pakar liya Hazrat Aisha ko aur aik haath laganay walay thay, tab tak rasool Allah aa gaye, bachaya.</w:t>
      </w:r>
      <w:r>
        <w:br/>
      </w:r>
      <w:r>
        <w:rPr>
          <w:sz w:val="20"/>
        </w:rPr>
        <w:t>55:41  to khair, woh baat khatam ho gayi aur Hazrat Abu Bakr chalay gaye. to Prophet ne kaha ke Look, I have saved from you I have saved from this person I have saved you from this person.</w:t>
      </w:r>
      <w:r>
        <w:br/>
      </w:r>
      <w:r>
        <w:rPr>
          <w:sz w:val="20"/>
        </w:rPr>
        <w:t>55:52  to is tarah ki bhi baaten hoti theen, thoray dilchasp andaaz ki. to yeh matlab rasool Allah ویسے to paighambar thay lekin ghar mein saaray ghar ghar ke kaam karte thay.</w:t>
      </w:r>
      <w:r>
        <w:br/>
      </w:r>
      <w:r>
        <w:rPr>
          <w:sz w:val="20"/>
        </w:rPr>
        <w:t>56:04  Hazrat Aisha batati hain, khud apnay kapray silte thay jo phat jatay thay ya apnay sandal waghera khud theek karte thay. household ka kaam jo hota tha, woh bhi karte thay.</w:t>
      </w:r>
      <w:r>
        <w:br/>
      </w:r>
      <w:r>
        <w:rPr>
          <w:sz w:val="20"/>
        </w:rPr>
        <w:t>56:15  to yeh yeh yeh sab baaten hamein Hazrat Aisha ki hadithon se milta hai, milti hain. aik aik aik aik parosi tha, Iranian,</w:t>
      </w:r>
      <w:r>
        <w:br/>
      </w:r>
      <w:r>
        <w:rPr>
          <w:sz w:val="20"/>
        </w:rPr>
        <w:t>56:30  woh kabhi koi bohat acha soup banata tha to woh Prophet ko invite karta tha. to aik baar woh aaya, kaha Prophet se ke Please come and have some soup with us.</w:t>
      </w:r>
      <w:r>
        <w:br/>
      </w:r>
      <w:r>
        <w:rPr>
          <w:sz w:val="20"/>
        </w:rPr>
        <w:t>56:44  to Hazrat Aisha bhi theen wahan barabar mein. to rasool Allah ne kaha ke Wahazihi, what about her? Can she also come? Can she also join?</w:t>
      </w:r>
      <w:r>
        <w:br/>
      </w:r>
      <w:r>
        <w:rPr>
          <w:sz w:val="20"/>
        </w:rPr>
        <w:t>56:53  to us ne kaha No, only you. to rasool Allah ne kaha ke Then I will not come. I am not coming. to phir us ne insist kiya, Iranian ne, ke Please come, please come have some soup with us.</w:t>
      </w:r>
      <w:r>
        <w:br/>
      </w:r>
      <w:r>
        <w:rPr>
          <w:sz w:val="20"/>
        </w:rPr>
        <w:t>57:07  to phir rasool Allah ne kaha Wahazihi, what about her? And she, can she also come?</w:t>
      </w:r>
      <w:r>
        <w:br/>
      </w:r>
      <w:r>
        <w:rPr>
          <w:sz w:val="20"/>
        </w:rPr>
        <w:t>57:13  to us ne kaha No, only you. to rasool Allah ne kaha ke No, then I am not come. I am not coming. to teesri baar us Iranian ne phir insist kiya Please come, have some soup.</w:t>
      </w:r>
      <w:r>
        <w:br/>
      </w:r>
      <w:r>
        <w:rPr>
          <w:sz w:val="20"/>
        </w:rPr>
        <w:t>57:25  Please come inside. Please, please. phir Prophet ne kaha ke Wahazihi, what about her? And can she join?</w:t>
      </w:r>
      <w:r>
        <w:br/>
      </w:r>
      <w:r>
        <w:rPr>
          <w:sz w:val="20"/>
        </w:rPr>
        <w:t>57:33  to woh Iranian ne kaha Wahazihi, let her come. to us tareeqay se rasool Allah ka talluq tha.</w:t>
      </w:r>
      <w:r>
        <w:br/>
      </w:r>
      <w:r>
        <w:rPr>
          <w:sz w:val="20"/>
        </w:rPr>
        <w:t>57:41  aik aur waqia hai. aik baar rasool Allah so rahay thay aur Hazrat Aisha bhi so rahi theen.</w:t>
      </w:r>
      <w:r>
        <w:br/>
      </w:r>
      <w:r>
        <w:rPr>
          <w:sz w:val="20"/>
        </w:rPr>
        <w:t>57:51  to raat ka waqt tha, us waqt charagh waghera bhi nahi hota tha. andheray mein jab un ki aankh khul gayi, Hazrat Aisha ki, to unhon ne aisay kar ke dekha to laga un ko ke Prophet hain nahi.</w:t>
      </w:r>
      <w:r>
        <w:br/>
      </w:r>
      <w:r>
        <w:rPr>
          <w:sz w:val="20"/>
        </w:rPr>
        <w:t>58:06  unhein unhein yeh guman hua ke shayad bahar chalay gaye, kisi aur ghar mein chalay gaye. to</w:t>
      </w:r>
      <w:r>
        <w:br/>
      </w:r>
      <w:r>
        <w:rPr>
          <w:sz w:val="20"/>
        </w:rPr>
        <w:t>58:14  phir aisay aisay kiya to Prophet ke sir pe haath laga. to Prophet uth gaye, bolay ke Has your Saturn come to you?</w:t>
      </w:r>
      <w:r>
        <w:br/>
      </w:r>
      <w:r>
        <w:rPr>
          <w:sz w:val="20"/>
        </w:rPr>
        <w:t>58:24  yani woh jo gumaan kar rahi thi. To hazrat aisha ne kaha ke O Messenger of Allah, don't you have a Saturn? To prophet ne kaha ke Yes, I do have a Saturn, but God has given me control over him, and I have made him a Muslim.</w:t>
      </w:r>
      <w:r>
        <w:br/>
      </w:r>
      <w:r>
        <w:rPr>
          <w:sz w:val="20"/>
        </w:rPr>
        <w:t>58:41  To thora bohat subtle humor bhi tha rasool Allah ki baaton mein. Aise hi hazrat khadija ke baray mein bhi bohat achi baatein hain.</w:t>
      </w:r>
      <w:r>
        <w:br/>
      </w:r>
      <w:r>
        <w:rPr>
          <w:sz w:val="20"/>
        </w:rPr>
        <w:t>58:52  Woh to un ke baray mein to aik baar hadith mein aata hai ke prophet cave mein thay aur jibril farishtay bhi aaye hue thay.</w:t>
      </w:r>
      <w:r>
        <w:br/>
      </w:r>
      <w:r>
        <w:rPr>
          <w:sz w:val="20"/>
        </w:rPr>
        <w:t>59:04  To farishtay jibril ne kaha ke khadija aa rahi hain.</w:t>
      </w:r>
      <w:r>
        <w:br/>
      </w:r>
      <w:r>
        <w:rPr>
          <w:sz w:val="20"/>
        </w:rPr>
        <w:t>59:09  Yani cave aap logon ko pata hai kitnay ooper hai aur hazrat khadija makkah se un ke liye kuch saman le ke aa rahi thi. To jibril ne kaha ke aik vessel un ke hath mein hai jis mein kuch There is some soup and there is some water and there is some food for you.</w:t>
      </w:r>
      <w:r>
        <w:br/>
      </w:r>
      <w:r>
        <w:rPr>
          <w:sz w:val="20"/>
        </w:rPr>
        <w:t>59:26  She is bringing that vessel for you.</w:t>
      </w:r>
      <w:r>
        <w:br/>
      </w:r>
      <w:r>
        <w:rPr>
          <w:sz w:val="20"/>
        </w:rPr>
        <w:t>59:29  To ab woh aap tasawwur karein She was fifty-five years old at that time. Lekin un ka ta'alluq aur dilchaspi aur shauq itna tha ke rasool Allah ke liye khana le ke aa rahi thi aur ooper charh ke aayi.</w:t>
      </w:r>
      <w:r>
        <w:br/>
      </w:r>
      <w:r>
        <w:rPr>
          <w:sz w:val="20"/>
        </w:rPr>
        <w:t>59:42  To</w:t>
      </w:r>
      <w:r>
        <w:br/>
      </w:r>
      <w:r>
        <w:rPr>
          <w:sz w:val="20"/>
        </w:rPr>
        <w:t>59:44  Jibril farishtay jibril ne kaha ke jab woh aayi to un ko un ke rab ka salam kahiye aur mera bhi salam kahiye.</w:t>
      </w:r>
      <w:r>
        <w:br/>
      </w:r>
      <w:r>
        <w:rPr>
          <w:sz w:val="20"/>
        </w:rPr>
        <w:t>59:55  Aur kahiye ke un ke liye aik aisa ghar hoga motiyon ka jis mein na koi shor hoga na koi takleef. La sakhb fiha wa la nasb</w:t>
      </w:r>
      <w:r>
        <w:br/>
      </w:r>
      <w:r>
        <w:rPr>
          <w:sz w:val="20"/>
        </w:rPr>
        <w:t>1:00:06  Asal mein kya tha ke makkah ke jo shareer log thay na woh aa ke shor machate thay, phainkte thay saman, kooda karkat dalte thay. To hazrat khadija ko takleef pohnchti thi.</w:t>
      </w:r>
      <w:r>
        <w:br/>
      </w:r>
      <w:r>
        <w:rPr>
          <w:sz w:val="20"/>
        </w:rPr>
        <w:t>1:00:15  Isi ki taraf ishara hai ke tumhein aisa ghar Allah de ga jannat mein ke na koi shor hoga na koi takleef hogi. To jab hazrat khadija aayi ooper charh ke saman le ke to prophet ne kaha ke yahan jibril hain, woh dekh nahi sakti thi aur tum ko salam bhej rahi hain.</w:t>
      </w:r>
      <w:r>
        <w:br/>
      </w:r>
      <w:r>
        <w:rPr>
          <w:sz w:val="20"/>
        </w:rPr>
        <w:t>1:00:36  Tum ko Allah ka salam le ke aayi hain. Yani God has sent salam to her. Yeh to shayad koi aur misaal nahi milti.</w:t>
      </w:r>
      <w:r>
        <w:br/>
      </w:r>
      <w:r>
        <w:rPr>
          <w:sz w:val="20"/>
        </w:rPr>
        <w:t>1:00:46  To rasool Allah ne kaha hai ke Allah ka salam tum ko le ke aa rahe hain aur aur woh khud bhi salam kar rahe hain, keh rahe</w:t>
      </w:r>
      <w:r>
        <w:br/>
      </w:r>
      <w:r>
        <w:rPr>
          <w:sz w:val="20"/>
        </w:rPr>
        <w:t>1:00:52  hain. To hazrat khadija muskurayi aur boli ke Allah hi salamat ka sar chashma hai aur mera salam jibril ko bhi aur aap ko bhi mera salam aur Allah ki rehmaten.</w:t>
      </w:r>
      <w:r>
        <w:br/>
      </w:r>
      <w:r>
        <w:rPr>
          <w:sz w:val="20"/>
        </w:rPr>
        <w:t>1:01:08  To yeh darja tha hazrat khadija ka aur aur bohat hi achi</w:t>
      </w:r>
      <w:r>
        <w:br/>
      </w:r>
      <w:r>
        <w:rPr>
          <w:sz w:val="20"/>
        </w:rPr>
        <w:t>1:01:16  . Ab jaise aik aik aur waqia aakhri mein leta hoon mukhtasar sa ke jab hudaybiya ka mauqa tha to rasool Allah sal Allah alayh wasallam ne kaha sahaba se ke ab tum log makkah mat jao, qurbani kar lo yahin, wapas chalte hain.</w:t>
      </w:r>
      <w:r>
        <w:br/>
      </w:r>
      <w:r>
        <w:rPr>
          <w:sz w:val="20"/>
        </w:rPr>
        <w:t>1:01:33  To aap ko pata hai ke sahaba ne rasool Allah ki baat nahi mani aur rasool Allah bohat pareshan hue ke koi meri baat nahi sun raha.</w:t>
      </w:r>
      <w:r>
        <w:br/>
      </w:r>
      <w:r>
        <w:rPr>
          <w:sz w:val="20"/>
        </w:rPr>
        <w:t>1:01:43  To wapas jab tent mein aaye to wahan par us waqt hazrat umm salama thi jo ke bohat hi scholar thi aur bari mudabir khatoon thi.</w:t>
      </w:r>
      <w:r>
        <w:br/>
      </w:r>
      <w:r>
        <w:rPr>
          <w:sz w:val="20"/>
        </w:rPr>
        <w:t>1:01:52  To hazrat umm salama ne kaha ke matlab mashwara diya prophet ko ke aap aisa karein, aap qurbani kar dijiye, baqi phir sahaba sab kar len ge.</w:t>
      </w:r>
      <w:r>
        <w:br/>
      </w:r>
      <w:r>
        <w:rPr>
          <w:sz w:val="20"/>
        </w:rPr>
        <w:t>1:02:02  To aise hi kiya rasool Allah ne aur phir sahaba ne qurbani</w:t>
      </w:r>
      <w:r>
        <w:br/>
      </w:r>
      <w:r>
        <w:rPr>
          <w:sz w:val="20"/>
        </w:rPr>
        <w:t>1:02:07  ki. To yani yeh jo husband wife ka role hai woh yahi hai ke intellectual partner bane, spiritual partner bane taake aik doosre ki spirituality ko jagayein aur yahi goal mere khayal se hona chahiye.</w:t>
      </w:r>
      <w:r>
        <w:br/>
      </w:r>
      <w:r>
        <w:rPr>
          <w:sz w:val="20"/>
        </w:rPr>
        <w:t>1:02:23  Ji to sab se achi misaal to hamein hazrat aisha ki baaton se milti hai. Ji ji mashallah, bohat achay examples diye doctor sahib, bohat achay se wazih</w:t>
      </w:r>
      <w:r>
        <w:br/>
      </w:r>
      <w:r>
        <w:rPr>
          <w:sz w:val="20"/>
        </w:rPr>
        <w:t>1:02:33  kiya. Maulana kehte thay ke intellectual partnership is very important and it's the highest goal. In fact, he used to say that if there is one word to define its success, it is adjustment.</w:t>
      </w:r>
      <w:r>
        <w:br/>
      </w:r>
      <w:r>
        <w:rPr>
          <w:sz w:val="20"/>
        </w:rPr>
        <w:t>1:02:47  And adjustment is not surrender or submission. It just shows that the person who adjusts is living on a higher intellectual level of thinking.</w:t>
      </w:r>
      <w:r>
        <w:br/>
      </w:r>
      <w:r>
        <w:rPr>
          <w:sz w:val="20"/>
        </w:rPr>
        <w:t>1:02:59  So adjustment comes from a high level of thinking and is a very enjoyable experience. To ab aap jaise mein ne adjustment ki bhi baat ki thi to agla question mein aap se poochna chahta hoon on teamwork and unity.</w:t>
      </w:r>
      <w:r>
        <w:br/>
      </w:r>
      <w:r>
        <w:rPr>
          <w:sz w:val="20"/>
        </w:rPr>
        <w:t>1:03:16  Dawat ka kaam effective tor pe tabhi ho sakta hai jab hum collectively unity ke saath teamwork ki shakal mein is ko karein</w:t>
      </w:r>
      <w:r>
        <w:br/>
      </w:r>
      <w:r>
        <w:rPr>
          <w:sz w:val="20"/>
        </w:rPr>
        <w:t>1:03:25  . Kyunke is ke baghair individual level pe aap aala darje ka dawat ka kaam nahi kar sakte. Kal hum ne is pe charcha bhi ki thi.</w:t>
      </w:r>
      <w:r>
        <w:br/>
      </w:r>
      <w:r>
        <w:rPr>
          <w:sz w:val="20"/>
        </w:rPr>
        <w:t>1:03:34  To yeh mera aakhri sawal hai aaj ka, is ke baray mein aap kuch batayein.</w:t>
      </w:r>
      <w:r>
        <w:br/>
      </w:r>
      <w:r>
        <w:rPr>
          <w:sz w:val="20"/>
        </w:rPr>
        <w:t>1:03:42  Unity is the most important value in life. Not only for dawat work but also for any</w:t>
      </w:r>
      <w:r>
        <w:br/>
      </w:r>
      <w:r>
        <w:rPr>
          <w:sz w:val="20"/>
        </w:rPr>
        <w:t>1:03:52  great work. You cannot perform any great work on an individual level. Individually you can't perform any great work.</w:t>
      </w:r>
      <w:r>
        <w:br/>
      </w:r>
      <w:r>
        <w:rPr>
          <w:sz w:val="20"/>
        </w:rPr>
        <w:t>1:04:02  And dawat work, which is a global task given to Muslim Ummah, so how can you perform without uniting</w:t>
      </w:r>
      <w:r>
        <w:br/>
      </w:r>
      <w:r>
        <w:rPr>
          <w:sz w:val="20"/>
        </w:rPr>
        <w:t>1:04:13  ? Because whenever more than one people join together for a cause, for a mission, there are differences.</w:t>
      </w:r>
      <w:r>
        <w:br/>
      </w:r>
      <w:r>
        <w:rPr>
          <w:sz w:val="20"/>
        </w:rPr>
        <w:t>1:04:25  You know, we think differently. Even brothers and sisters think differently. So but we adjust in our home, so why can't we adjust outside of our homes?</w:t>
      </w:r>
      <w:r>
        <w:br/>
      </w:r>
      <w:r>
        <w:rPr>
          <w:sz w:val="20"/>
        </w:rPr>
        <w:t>1:04:41  So we must think that, always think that this is something God given. And you cannot go against the planning of God.</w:t>
      </w:r>
      <w:r>
        <w:br/>
      </w:r>
      <w:r>
        <w:rPr>
          <w:sz w:val="20"/>
        </w:rPr>
        <w:t>1:04:55  God has given us freedom, God has given us</w:t>
      </w:r>
      <w:r>
        <w:br/>
      </w:r>
      <w:r>
        <w:rPr>
          <w:sz w:val="20"/>
        </w:rPr>
        <w:t>1:05:01  this thinking ability. Everyone thinks differently. So</w:t>
      </w:r>
      <w:r>
        <w:br/>
      </w:r>
      <w:r>
        <w:rPr>
          <w:sz w:val="20"/>
        </w:rPr>
        <w:t>1:05:09  in, you know, I did my MA in English literature, so there is one paper on criticism.</w:t>
      </w:r>
      <w:r>
        <w:br/>
      </w:r>
      <w:r>
        <w:rPr>
          <w:sz w:val="20"/>
        </w:rPr>
        <w:t>1:05:19  But in Urdu syllabuses, we don't have such papers on criticism. So criticism is invited.</w:t>
      </w:r>
      <w:r>
        <w:br/>
      </w:r>
      <w:r>
        <w:rPr>
          <w:sz w:val="20"/>
        </w:rPr>
        <w:t>1:05:29  My father used to say that I love being criticized.</w:t>
      </w:r>
      <w:r>
        <w:br/>
      </w:r>
      <w:r>
        <w:rPr>
          <w:sz w:val="20"/>
        </w:rPr>
        <w:t>1:05:35  That is why he never,</w:t>
      </w:r>
      <w:r>
        <w:br/>
      </w:r>
      <w:r>
        <w:rPr>
          <w:sz w:val="20"/>
        </w:rPr>
        <w:t>1:05:39  he was never disturbed of criticism. He said that this creates our thinking, this gives us, hamari thinking ability ko barhata hai, this promotes our thinking ability.</w:t>
      </w:r>
      <w:r>
        <w:br/>
      </w:r>
      <w:r>
        <w:rPr>
          <w:sz w:val="20"/>
        </w:rPr>
        <w:t>1:06:00  So that is why when we are criticized by anyone, we should not think that he is our enemy or she is our enemy.</w:t>
      </w:r>
      <w:r>
        <w:br/>
      </w:r>
      <w:r>
        <w:rPr>
          <w:sz w:val="20"/>
        </w:rPr>
        <w:t>1:06:10  We just should think that is he making some valid point. If the point is valid, we must be ready to accept it</w:t>
      </w:r>
      <w:r>
        <w:br/>
      </w:r>
      <w:r>
        <w:rPr>
          <w:sz w:val="20"/>
        </w:rPr>
        <w:t>1:06:22  . And if the point is not valid, we can either ignore it or we can explain to the person that that point is not right.</w:t>
      </w:r>
      <w:r>
        <w:br/>
      </w:r>
      <w:r>
        <w:rPr>
          <w:sz w:val="20"/>
        </w:rPr>
        <w:t>1:06:33  This is not the right, this is not right. So but cool mindedly, we should never be disturbed and we should never feel bad about it.</w:t>
      </w:r>
      <w:r>
        <w:br/>
      </w:r>
      <w:r>
        <w:rPr>
          <w:sz w:val="20"/>
        </w:rPr>
        <w:t>1:06:47  We should never mind if we are being criticized.</w:t>
      </w:r>
      <w:r>
        <w:br/>
      </w:r>
      <w:r>
        <w:rPr>
          <w:sz w:val="20"/>
        </w:rPr>
        <w:t>1:06:51  Because criticism, healthy criticism, is very important for the promotion of our thinking faculty.</w:t>
      </w:r>
      <w:r>
        <w:br/>
      </w:r>
      <w:r>
        <w:rPr>
          <w:sz w:val="20"/>
        </w:rPr>
        <w:t>1:07:03  We must be ever ready to do so. And unless and until we don't accept criticism, we cannot work unitedly for this divine cause of especially dawat work</w:t>
      </w:r>
      <w:r>
        <w:br/>
      </w:r>
      <w:r>
        <w:rPr>
          <w:sz w:val="20"/>
        </w:rPr>
        <w:t>1:07:21  . Now we are a global team. So this is something must for us. Because we can't perform individually.</w:t>
      </w:r>
      <w:r>
        <w:br/>
      </w:r>
      <w:r>
        <w:rPr>
          <w:sz w:val="20"/>
        </w:rPr>
        <w:t>1:07:32  How can one individual work for this mission which is being done at a global level?</w:t>
      </w:r>
      <w:r>
        <w:br/>
      </w:r>
      <w:r>
        <w:rPr>
          <w:sz w:val="20"/>
        </w:rPr>
        <w:t>1:07:44  So we must understand it, we must read Maulana's literature that criticism is a must, is a sign of one non if we want to do something unitedly and at a global level.</w:t>
      </w:r>
      <w:r>
        <w:br/>
      </w:r>
      <w:r>
        <w:rPr>
          <w:sz w:val="20"/>
        </w:rPr>
        <w:t>1:08:03  Even at home, if we are always disturbed with criticism, there are something or the other always because everyone thinks differently.</w:t>
      </w:r>
      <w:r>
        <w:br/>
      </w:r>
      <w:r>
        <w:rPr>
          <w:sz w:val="20"/>
        </w:rPr>
        <w:t>1:08:17  There is a saying that if everyone thinks alike, no one thinks very much. So this is very, very true that we have to be open to criticism</w:t>
      </w:r>
      <w:r>
        <w:br/>
      </w:r>
      <w:r>
        <w:rPr>
          <w:sz w:val="20"/>
        </w:rPr>
        <w:t>1:08:32  . And if my father would not have been open to criticism, he would not have worked, he would not have produced all the literature he produced, more than two hundred books.</w:t>
      </w:r>
      <w:r>
        <w:br/>
      </w:r>
      <w:r>
        <w:rPr>
          <w:sz w:val="20"/>
        </w:rPr>
        <w:t>1:08:45  Because he was open to criticism, he was never disturbed. There were so many people who came to him and criticized him on his face.</w:t>
      </w:r>
      <w:r>
        <w:br/>
      </w:r>
      <w:r>
        <w:rPr>
          <w:sz w:val="20"/>
        </w:rPr>
        <w:t>1:08:54  But he did not mind, he just smiled as if nothing serious had happened.</w:t>
      </w:r>
      <w:r>
        <w:br/>
      </w:r>
      <w:r>
        <w:rPr>
          <w:sz w:val="20"/>
        </w:rPr>
        <w:t>1:09:00  So we have learned from him that we should also be open to criticism and this is necessary for performing the dawah work, the mission.</w:t>
      </w:r>
      <w:r>
        <w:br/>
      </w:r>
      <w:r>
        <w:rPr>
          <w:sz w:val="20"/>
        </w:rPr>
        <w:t>1:09:13  Not only at global level, at national level, at international level, this is must because we are working together. Ji jazak Allah apa, we are actually running behind the schedule, so I will not be able to take more questions or comments.</w:t>
      </w:r>
      <w:r>
        <w:br/>
      </w:r>
      <w:r>
        <w:rPr>
          <w:sz w:val="20"/>
        </w:rPr>
        <w:t>1:09:29  But lastly, I would request Dr. sahib that in the end to share some prayers with all of us. Inshallah, Maulana ka kehna tha ke jo dua hai woh dil ke ehsas ka naam hai,</w:t>
      </w:r>
      <w:r>
        <w:br/>
      </w:r>
      <w:r>
        <w:rPr>
          <w:sz w:val="20"/>
        </w:rPr>
        <w:t>1:09:45  kuch alfaaz ka naam nahi hai. Yani aam taur se hum sunte hain jo log bolne wale hain ke yeh dua aap pachaas baar padh lijiye, yeh subah padh lijiye, yeh shaam ko padh lijiye.</w:t>
      </w:r>
      <w:r>
        <w:br/>
      </w:r>
      <w:r>
        <w:rPr>
          <w:sz w:val="20"/>
        </w:rPr>
        <w:t>1:09:58  Toh yeh yeh koi sahi baat nahi hai. Dua toh dil ki gehrai se nikalti hai, phir woh alfaaz mein dhal jati hai. Yani seene mein aap ke ek samandar jab beh padta hai, samandar moajzan hota hai toh phir woh kuch alfaaz niklte</w:t>
      </w:r>
      <w:r>
        <w:br/>
      </w:r>
      <w:r>
        <w:rPr>
          <w:sz w:val="20"/>
        </w:rPr>
        <w:t>1:10:16  hain. Toh jo jo paighambaron ki duayein hain Quran mein ya sahaba ki duayein hain ya Rasool Allah salallahu alaihi wasallam ki duayein hain, woh aisi duayein hain ke woh unke ehsasat ki akasi hai.</w:t>
      </w:r>
      <w:r>
        <w:br/>
      </w:r>
      <w:r>
        <w:rPr>
          <w:sz w:val="20"/>
        </w:rPr>
        <w:t>1:10:32  Ab mein ek do dua leta hoon, chuki waqt ab bohat kam hai. Ek dua jo Prophet ko bohat pasand thi aur Maulana bhi aksar usko padhte the,</w:t>
      </w:r>
      <w:r>
        <w:br/>
      </w:r>
      <w:r>
        <w:rPr>
          <w:sz w:val="20"/>
        </w:rPr>
        <w:t>1:10:45  bohat Maulana ko pasand thi. Yeh hai Ya Hayyu Ya Qayyumu bi rahmatika astagheethu O Living God, O Sustaining God, I seek Your Mercy.</w:t>
      </w:r>
      <w:r>
        <w:br/>
      </w:r>
      <w:r>
        <w:rPr>
          <w:sz w:val="20"/>
        </w:rPr>
        <w:t>1:10:56  Mein teri mercy, mein teri rehmat ka mohtaj hoon. Ya Hayyu Ya Qayyumu bi rahmatika astagheethu aur iska agla hissa hai Aslih li shani kulli ke meri sari jo meri Problems hain, usko solve kar d</w:t>
      </w:r>
      <w:r>
        <w:br/>
      </w:r>
      <w:r>
        <w:rPr>
          <w:sz w:val="20"/>
        </w:rPr>
        <w:t>1:11:11  e. I seek Your Help in settingright all my affairs. Aslih li shani kulli wa la takilni ila nafsi tarfata aini yeh bohat zabardast hai ke Please do not leave me to myself even for a blink of an eye.</w:t>
      </w:r>
      <w:r>
        <w:br/>
      </w:r>
      <w:r>
        <w:rPr>
          <w:sz w:val="20"/>
        </w:rPr>
        <w:t>1:11:30  Don't leave me alone even for a blink of an eye. La takilni ila nafsi tarfata aini</w:t>
      </w:r>
      <w:r>
        <w:br/>
      </w:r>
      <w:r>
        <w:rPr>
          <w:sz w:val="20"/>
        </w:rPr>
        <w:t>1:11:37  yeh bohat achi dua hai aur Maulana aksar usko padhte the. Aur sahaba bhi kehte hain ke jab koi pareshani hoti thi Rasool Allah, koi News aati thi kahin se toh hum sunne lagte the ke woh ahista ahista padhte the Ya Hayyu Ya Qayyumu bi rahmatika astagheethu aur</w:t>
      </w:r>
      <w:r>
        <w:br/>
      </w:r>
      <w:r>
        <w:rPr>
          <w:sz w:val="20"/>
        </w:rPr>
        <w:t>1:11:59  ek dua jo Rasool Allah ki bohat achi dua hai Quran ke bare mein, bohat hi zabardast dua hai,</w:t>
      </w:r>
      <w:r>
        <w:br/>
      </w:r>
      <w:r>
        <w:rPr>
          <w:sz w:val="20"/>
        </w:rPr>
        <w:t>1:12:07  woh hai Allahumma taj al al Qurana rabiyya qalbi O Allah, make the Quran the spring of my heart, and the light of my chest, and the remover of my sadness,</w:t>
      </w:r>
      <w:r>
        <w:br/>
      </w:r>
      <w:r>
        <w:rPr>
          <w:sz w:val="20"/>
        </w:rPr>
        <w:t>1:12:25  and the reliever of my worries. Such a beautiful dua yani Allahumma taj al al Qurana rabiyya qalbi wa noora sadri wa jala huzni wa dhahaba hammi.</w:t>
      </w:r>
      <w:r>
        <w:br/>
      </w:r>
      <w:r>
        <w:rPr>
          <w:sz w:val="20"/>
        </w:rPr>
        <w:t>1:12:37  Kitni zabardast dua hai yeh aur haqeeqat yeh hai ke jab Quran aap padhein, jaise abhi baat hui thi tadabbur ke sath aur gehrai se, toh yeh Quran aap ke dil ki aur aap ke seene ka noor ban jata hai.</w:t>
      </w:r>
      <w:r>
        <w:br/>
      </w:r>
      <w:r>
        <w:rPr>
          <w:sz w:val="20"/>
        </w:rPr>
        <w:t>1:12:55  Noor ka matlab yeh hai, noor woh light wale, yeh light wale noor nahi, balkeh Maulana kehte the ke noor ka matlab jahan bhi noor lafz aaya hai Quran mein, toh woh guidance ke bare mein aaya hai, Khuda ki guidance.</w:t>
      </w:r>
      <w:r>
        <w:br/>
      </w:r>
      <w:r>
        <w:rPr>
          <w:sz w:val="20"/>
        </w:rPr>
        <w:t>1:13:08  Yani yeh Quran aap ke liye guide book ban jayegi jab aap gehrai se padhenge. Is liye yeh Allahumma taj al al Qurana rabiyya qalbi wa noora sadri wa jala huzni wa dhahaba hammi.</w:t>
      </w:r>
      <w:r>
        <w:br/>
      </w:r>
      <w:r>
        <w:rPr>
          <w:sz w:val="20"/>
        </w:rPr>
        <w:t>1:13:20  yani jo aap ki takleefein hain, jo pareshaniyan hain, jis mein aap mubtala rehte hain, subah shaam sochte rehte hain, jab quran gehrai se aap padhenge aur us ki jo gehri baatein aap ke dil mein utrengi, to yeh sab jo masail hain, woh aap ke liye bohat halke hote chale jayenge.</w:t>
      </w:r>
      <w:r>
        <w:br/>
      </w:r>
      <w:r>
        <w:rPr>
          <w:sz w:val="20"/>
        </w:rPr>
        <w:t>1:13:40  aur sari jo pareshani hai aur Sadness hai aur takleef hai, aur woh sab cheezein ahista ahista khatam ho jayengi.</w:t>
      </w:r>
      <w:r>
        <w:br/>
      </w:r>
      <w:r>
        <w:rPr>
          <w:sz w:val="20"/>
        </w:rPr>
        <w:t>1:13:50  aur to yeh bohat hi achhi hain paighambaron ki duaein quran mein aati hain. Hazrat Musa (AS) ki dua itni achhi dua hai aur balkeh jo hum log padhte hain Rabbishrah li sadri woh khud bohat hi zabardast dua hai, us mein sari baat aa gayi</w:t>
      </w:r>
      <w:r>
        <w:br/>
      </w:r>
      <w:r>
        <w:rPr>
          <w:sz w:val="20"/>
        </w:rPr>
        <w:t>1:14:07  hai. Musa (AS) ne jab dua ki to bohat hi umdah dua hai aur bohat hi achhi dua hai. To ab jaise Rasool Allah ne kaha ke jo Zunun ki dua kare, us ki dua Reject nahi hoti hai.</w:t>
      </w:r>
      <w:r>
        <w:br/>
      </w:r>
      <w:r>
        <w:rPr>
          <w:sz w:val="20"/>
        </w:rPr>
        <w:t>1:14:22  yani Yunus (AS) ki dua jab woh machhli ke pait mein chale gaye to unhone kaha La ilaha illa anta subhanaka inni kuntu minaz zalimin ke aye Allah, tu pak hai, main hi maine hi zulm kiya hai.</w:t>
      </w:r>
      <w:r>
        <w:br/>
      </w:r>
      <w:r>
        <w:rPr>
          <w:sz w:val="20"/>
        </w:rPr>
        <w:t>1:14:35  to</w:t>
      </w:r>
      <w:r>
        <w:br/>
      </w:r>
      <w:r>
        <w:rPr>
          <w:sz w:val="20"/>
        </w:rPr>
        <w:t>1:14:36  Allah ne usi waqt qabool ki, machhli ne la ke daal diya aur dua ki taaseer dekhiye ke jab gaye Hazrat Yunus (AS) to jo jo log un ko Reject kar rahe the, woh bhi iman le aaye, ek lakh</w:t>
      </w:r>
      <w:r>
        <w:br/>
      </w:r>
      <w:r>
        <w:rPr>
          <w:sz w:val="20"/>
        </w:rPr>
        <w:t>1:14:52  se zyada. To itni zabardast dua hai lekin dua dil se nikalni chahiye. Aur Hazrat</w:t>
      </w:r>
      <w:r>
        <w:br/>
      </w:r>
      <w:r>
        <w:rPr>
          <w:sz w:val="20"/>
        </w:rPr>
        <w:t>1:15:05  Zakariya ki dua bohat hi achhi quran mein Surah Maryam ke bilkul aaghaz mein hai ke Id nadā rabbahu nidā'an kha</w:t>
      </w:r>
      <w:r>
        <w:br/>
      </w:r>
      <w:r>
        <w:rPr>
          <w:sz w:val="20"/>
        </w:rPr>
        <w:t>1:15:14  fiyyan When he called his Lord in low voice yani khafi kehte hain bareek cheez ko ke aisi yani Whisper ke andaaz mein dua ki.</w:t>
      </w:r>
      <w:r>
        <w:br/>
      </w:r>
      <w:r>
        <w:rPr>
          <w:sz w:val="20"/>
        </w:rPr>
        <w:t>1:15:26  kitni zabardast hai ke us ne apne Rab ko Whisper ke andaaz mein pukara. Choonkeh aap jab Allah se dua karte hain to Loudspeaker pe nahi hoti hai, woh bohat hi khamosh dil se nikli hui dua hoti hai.</w:t>
      </w:r>
      <w:r>
        <w:br/>
      </w:r>
      <w:r>
        <w:rPr>
          <w:sz w:val="20"/>
        </w:rPr>
        <w:t>1:15:42  aur Hazrat Zakariya ne farmaya ke lam akum bidu'aika Rabbi shaqiyyan ke aye mere Rab, tujh se main dua kar ke kabhi mayoos nahi hua, kabhi tune meri dua Reject nahi ki.</w:t>
      </w:r>
      <w:r>
        <w:br/>
      </w:r>
      <w:r>
        <w:rPr>
          <w:sz w:val="20"/>
        </w:rPr>
        <w:t>1:15:54  to yeh jo paighambaron ki duaein hain, woh bohat hi umdah duaein hain, woh hamein batati hain ke kisi khaas mauqe pe un ke dil mein kya ehsasat paida hue, kya un ke dil ki کیفیت thi.</w:t>
      </w:r>
      <w:r>
        <w:br/>
      </w:r>
      <w:r>
        <w:rPr>
          <w:sz w:val="20"/>
        </w:rPr>
        <w:t>1:16:07  to dil ke ehsasat ka naam dua hai. Baqi jo paighambaron ki duaein hain, woh bohat hi achhi hain. Rabbana zalamna anfusana ab yeh dono dua kar rahe hain, Adam and Eve dono dua kar rahe hain</w:t>
      </w:r>
      <w:r>
        <w:br/>
      </w:r>
      <w:r>
        <w:rPr>
          <w:sz w:val="20"/>
        </w:rPr>
        <w:t>1:16:22  Rabbana zalamna anfusana Our Lord, we have wronged our souls, and if you will not forgive us and have mercy on us, we will be among the lost.</w:t>
      </w:r>
      <w:r>
        <w:br/>
      </w:r>
      <w:r>
        <w:rPr>
          <w:sz w:val="20"/>
        </w:rPr>
        <w:t>1:16:32  Rabbana zalamna anfusana wa in lam taghfir lana wa tarhamna lanakunnana minal khasirin to zabardast dua hai yeh aur sari paighambaron ki duaein jo hain, woh hamein batati hain ke dua ka tareeqa kya</w:t>
      </w:r>
      <w:r>
        <w:br/>
      </w:r>
      <w:r>
        <w:rPr>
          <w:sz w:val="20"/>
        </w:rPr>
        <w:t>1:16:48  hai. To ji, dua behraal dil se honi chahiye aur un ki hamein duaon se hamein ek rasta, ek tareeqa milta hai ke hum kaise dua karein.</w:t>
      </w:r>
      <w:r>
        <w:br/>
      </w:r>
      <w:r>
        <w:rPr>
          <w:sz w:val="20"/>
        </w:rPr>
        <w:t>1:16:59  Thank you Doctor Sahab, aaj ki Sunday class waqai mein bohat special thi. Aa, is ka, is ke, is ka experience, is ke lessons inshallah hum sab ko yaad rahenge.</w:t>
      </w:r>
      <w:r>
        <w:br/>
      </w:r>
      <w:r>
        <w:rPr>
          <w:sz w:val="20"/>
        </w:rPr>
        <w:t>1:17:12  Jazak Allah Doctor Sahab, Jazak Allah Aapa for doing an amazing session today. Thank you.</w:t>
      </w:r>
      <w:r>
        <w:br/>
      </w:r>
      <w:r>
        <w:rPr>
          <w:sz w:val="20"/>
        </w:rPr>
        <w:t>1:17:18  And with this, we will end this session now.</w:t>
      </w:r>
    </w:p>
    <w:p>
      <w:pPr>
        <w:pStyle w:val="Heading2"/>
      </w:pPr>
      <w:r>
        <w:t>Why did Sahaba wage war if war is vicious?</w:t>
      </w:r>
    </w:p>
    <w:p>
      <w:r>
        <w:rPr>
          <w:color w:val="666666"/>
          <w:sz w:val="18"/>
        </w:rPr>
        <w:t>Seerah &amp; Prophet · Islam and Peace August 25, 2013 · 16m 01s · at 59:31 · https://youtu.be/WbBu4W6AUUs?t=3571</w:t>
      </w:r>
    </w:p>
    <w:p>
      <w:r>
        <w:rPr>
          <w:i/>
        </w:rPr>
        <w:t>“During earlier times, Sahaba went to war with Persian and Byzantine Empire. I understand that it was to remove the structure where there was no freedom to choose for its people. My question is that why did they not apply the principle that you mentioned today, that war is an unending vicious cycle?”</w:t>
      </w:r>
    </w:p>
    <w:p>
      <w:r>
        <w:rPr>
          <w:sz w:val="20"/>
        </w:rPr>
        <w:t>59:31  maulana, agla sawal khurram qureshi sahib ka hai, calicut se. unhon ne likha hai: "during earlier times, sahaba went to war with persian and byzantine empire.</w:t>
      </w:r>
      <w:r>
        <w:br/>
      </w:r>
      <w:r>
        <w:rPr>
          <w:sz w:val="20"/>
        </w:rPr>
        <w:t>59:42  i understand that it was to remove the structure where there was no freedom to choose for its people. maulana, my question is that why did they not apply the principle that you mentioned today, that war is an unending vicious cycle?"</w:t>
      </w:r>
      <w:r>
        <w:br/>
      </w:r>
      <w:r>
        <w:rPr>
          <w:sz w:val="20"/>
        </w:rPr>
        <w:t>1:00:08  nahi, aisa nahi hua. wahan pe hua, yani aap ko maloom hai ke jo woh tha, woh jo tha, jo heraclius jo tha, wahan ka jo aakhri badshah, woh bhag kar gaya constantinople mein.</w:t>
      </w:r>
      <w:r>
        <w:br/>
      </w:r>
      <w:r>
        <w:rPr>
          <w:sz w:val="20"/>
        </w:rPr>
        <w:t>1:00:26  wahan par us ne planning ki aur bohat dinon ke baad woh mukammal hui, woh fateh muhammad al fateh ke zamane mein hui.</w:t>
      </w:r>
      <w:r>
        <w:br/>
      </w:r>
      <w:r>
        <w:rPr>
          <w:sz w:val="20"/>
        </w:rPr>
        <w:t>1:00:37  lekin yahan pe ek baat bhi yeh add karunga ke is is waqeye ko, yani jo wahan hua, sassani empire ka khatma aur roman empire ka khatma, is ko main ne bohat tafseel se likha hai apni kitab mein jo abhi chhap rahi hai,</w:t>
      </w:r>
      <w:r>
        <w:br/>
      </w:r>
      <w:r>
        <w:rPr>
          <w:sz w:val="20"/>
        </w:rPr>
        <w:t>1:00:52  islam padri sadi mein, ke woh woh ek woh ek divine plan tha. woh yani everything was everything was managed by god almighty.</w:t>
      </w:r>
      <w:r>
        <w:br/>
      </w:r>
      <w:r>
        <w:rPr>
          <w:sz w:val="20"/>
        </w:rPr>
        <w:t>1:01:06  is mein musalmanon ka role to sirf yani asal nahi tha, balke asal role is mein is mein farishton ka tha. aur allah taala ka main ne is mein bataya hai aap ko ke allah taala ki yeh jo dunya banai hai, woh freedom pe base karti hai.</w:t>
      </w:r>
      <w:r>
        <w:br/>
      </w:r>
      <w:r>
        <w:rPr>
          <w:sz w:val="20"/>
        </w:rPr>
        <w:t>1:01:26  yani allah taala ko yeh manzoor hai ke har aadmi ko azadi ho, freedom of choice mila hua ho.</w:t>
      </w:r>
      <w:r>
        <w:br/>
      </w:r>
      <w:r>
        <w:rPr>
          <w:sz w:val="20"/>
        </w:rPr>
        <w:t>1:01:32  to yeh yeh sunnat allah hai ke jab bhi koi yani aisa kare ke khuda ke is is plan ko jeopardize kare, woh ke insaan ko freedom chheen le, woh freedom of choice na rehne de, to wahan allah taala intervene karte hain.</w:t>
      </w:r>
      <w:r>
        <w:br/>
      </w:r>
      <w:r>
        <w:rPr>
          <w:sz w:val="20"/>
        </w:rPr>
        <w:t>1:01:51  to</w:t>
      </w:r>
      <w:r>
        <w:br/>
      </w:r>
      <w:r>
        <w:rPr>
          <w:sz w:val="20"/>
        </w:rPr>
        <w:t>1:01:54  aise waqiyat hain history mein jab ke khuda ne intervene kiya, to woh intervention tha taake yeh taake woh khatam ho, religious persecution aur insaan ko azadi mil jaye.</w:t>
      </w:r>
      <w:r>
        <w:br/>
      </w:r>
      <w:r>
        <w:rPr>
          <w:sz w:val="20"/>
        </w:rPr>
        <w:t>1:02:07  aise hi waqea baisveen sadi mein hua hai, rashan yaani communist empire ke sath. communist empire jo thi, us ne bhi insan se freedom chheen li thi, freedom of choice.</w:t>
      </w:r>
      <w:r>
        <w:br/>
      </w:r>
      <w:r>
        <w:rPr>
          <w:sz w:val="20"/>
        </w:rPr>
        <w:t>1:02:22  to main samajhta hoon ke jo rashan communist empire jab toota, that was due to divine intervention. aisa nahi ke kisi America ne tod diya us ko.</w:t>
      </w:r>
      <w:r>
        <w:br/>
      </w:r>
      <w:r>
        <w:rPr>
          <w:sz w:val="20"/>
        </w:rPr>
        <w:t>1:02:34  Allah taala ka manzoor nahi tha ke koi freedom of freedom freedom ko abalish karay. yeh Allah taala ka manzoor nahi, kyunke woh kisi planet ko in in undo karne ke barabar hai.</w:t>
      </w:r>
      <w:r>
        <w:br/>
      </w:r>
      <w:r>
        <w:rPr>
          <w:sz w:val="20"/>
        </w:rPr>
        <w:t>1:02:47  woh</w:t>
      </w:r>
      <w:r>
        <w:br/>
      </w:r>
      <w:r>
        <w:rPr>
          <w:sz w:val="20"/>
        </w:rPr>
        <w:t>1:02:49  to qadeem jo kingship jo thi, woh us ne azadi ko abalish kar sakta kar diya tha. is liye Allah taala ne chaha ke kingship ka zamana khatam ho.</w:t>
      </w:r>
      <w:r>
        <w:br/>
      </w:r>
      <w:r>
        <w:rPr>
          <w:sz w:val="20"/>
        </w:rPr>
        <w:t>1:02:59  wohi zamane mein communist empire ne azadi ko khatam kar diya tha, to us ko Allah taala ne tod diya. to is tarah ke waqeat jo hain, us ko aap simple tareeqay se nahi samajh sakte.</w:t>
      </w:r>
      <w:r>
        <w:br/>
      </w:r>
      <w:r>
        <w:rPr>
          <w:sz w:val="20"/>
        </w:rPr>
        <w:t>1:03:10  us ko manna parega ke that was due to divine intervention.</w:t>
      </w:r>
      <w:r>
        <w:br/>
      </w:r>
      <w:r>
        <w:rPr>
          <w:sz w:val="20"/>
        </w:rPr>
        <w:t>1:03:15  yeh maine apni is kitab mein jo abhi chhap rahi hai, meri is mein tafseel ke sath maine is ko discuss kiya hai. Maulana, Dhampur se Mehtab Ahmed sahib ne aap se poocha hai ek hadith ke baray mein.</w:t>
      </w:r>
      <w:r>
        <w:br/>
      </w:r>
      <w:r>
        <w:rPr>
          <w:sz w:val="20"/>
        </w:rPr>
        <w:t>1:03:28  unhon ne likha hai: "ek hadith hai ke tum mein woh log achhay hain jo apne ghar walon ke sath achhay hain." woh chahte hain ke aap is ki wazahat karen.</w:t>
      </w:r>
      <w:r>
        <w:br/>
      </w:r>
      <w:r>
        <w:rPr>
          <w:sz w:val="20"/>
        </w:rPr>
        <w:t>1:03:41  haan khairukum khairukum li ahli wa ali khairukum li ahli ke tum mein achha woh hai jo apne ghar walon ke liye achha hai, aur main apne ghar walon ke liye achha hoon.</w:t>
      </w:r>
      <w:r>
        <w:br/>
      </w:r>
      <w:r>
        <w:rPr>
          <w:sz w:val="20"/>
        </w:rPr>
        <w:t>1:03:55  to ghar walay jo hain, woh gaya hamare liye sab se nearest paper hai. hamare liye woh</w:t>
      </w:r>
      <w:r>
        <w:br/>
      </w:r>
      <w:r>
        <w:rPr>
          <w:sz w:val="20"/>
        </w:rPr>
        <w:t>1:04:04  humein jo jo is dunya mein paper diya gaya hai, nearest test hai. to is mein ghar walay hotay hain. yeh dunya mein poori zindagi hamari test hai, poori zindagi sab kuch hai.</w:t>
      </w:r>
      <w:r>
        <w:br/>
      </w:r>
      <w:r>
        <w:rPr>
          <w:sz w:val="20"/>
        </w:rPr>
        <w:t>1:04:16  hum yahan baithe hain, yeh bhi test hai ke hum kaise bolte hain aur kaise suntay hain, yeh bhi test hai. to poori zindagi yaad rakhiye, yaani pedaish se maut tak insan ki woh test hoti hai.</w:t>
      </w:r>
      <w:r>
        <w:br/>
      </w:r>
      <w:r>
        <w:rPr>
          <w:sz w:val="20"/>
        </w:rPr>
        <w:t>1:04:33  to test ka sab se pehla maidan ghar hi to hai. woh sab se pehla maidan jis mein subah shaam rehta hai aadmi, woh ghar hai. to aadmi ko sabit karna parta hai ke woh ghar mein kaisa hai.</w:t>
      </w:r>
      <w:r>
        <w:br/>
      </w:r>
      <w:r>
        <w:rPr>
          <w:sz w:val="20"/>
        </w:rPr>
        <w:t>1:04:47  agar wahan fail ho jaye to society bhi fail ho jayegi. koi aadmi agar is is qareebi jo maidan hai imtehan ka, wahan fail ho jaye to is ka matlab hai ke woh society bhi fail ho jayegi.</w:t>
      </w:r>
      <w:r>
        <w:br/>
      </w:r>
      <w:r>
        <w:rPr>
          <w:sz w:val="20"/>
        </w:rPr>
        <w:t>1:05:02  yeh matlab hai is is hadith ka.</w:t>
      </w:r>
      <w:r>
        <w:br/>
      </w:r>
      <w:r>
        <w:rPr>
          <w:sz w:val="20"/>
        </w:rPr>
        <w:t>1:05:11  Maulana, agla sawal doctor Pradhan ka hai, Delhi se. unhon ne likha hai: "Maulana, India has different laws for Muslims as Muslim personal law, but it is mostly used in talaq cases</w:t>
      </w:r>
      <w:r>
        <w:br/>
      </w:r>
      <w:r>
        <w:rPr>
          <w:sz w:val="20"/>
        </w:rPr>
        <w:t>1:05:25  z. but when Muslims do wrong things like rape, no Muslim leader ask for death penalty for the culprits.</w:t>
      </w:r>
      <w:r>
        <w:br/>
      </w:r>
      <w:r>
        <w:rPr>
          <w:sz w:val="20"/>
        </w:rPr>
        <w:t>1:05:34  should we follow in these cases India law or to ask for Muslims to follow the personal law?" nahi, dekhiye, yeh ek confusion hai shayad ke jis cheez ko aap ne farmaya woh law of land se cover hota hai, Muslim personal law se nahi.</w:t>
      </w:r>
      <w:r>
        <w:br/>
      </w:r>
      <w:r>
        <w:rPr>
          <w:sz w:val="20"/>
        </w:rPr>
        <w:t>1:05:53  Muslim personal law bohat hi limited cheezon mein hai.</w:t>
      </w:r>
      <w:r>
        <w:br/>
      </w:r>
      <w:r>
        <w:rPr>
          <w:sz w:val="20"/>
        </w:rPr>
        <w:t>1:05:56  haan, hum sab law of land se cover ho rahe hain, Muslim personal law se nahi. woh to nikah o talaq ke baray mein hai, kyunke ulama ne yeh is zamane mein, Angrezon ke zamane mein, bada tha yeh qanoon.</w:t>
      </w:r>
      <w:r>
        <w:br/>
      </w:r>
      <w:r>
        <w:rPr>
          <w:sz w:val="20"/>
        </w:rPr>
        <w:t>1:06:10  ulama ne yeh masla pesh kiya tha ke halankay main is ko nahi manta, lekin ulama ne Angrezon ke samnay yeh masla pesh kiya ke agar ghair Muslim judge hai aur woh talaq de to talaq waqe nahi hogi,</w:t>
      </w:r>
      <w:r>
        <w:br/>
      </w:r>
      <w:r>
        <w:rPr>
          <w:sz w:val="20"/>
        </w:rPr>
        <w:t>1:06:26  waqe hi nahi hogi talaq. halankay main is ko nahi manta, main samajhta hoon ke law of land hi se cover ho ho raha hai. woh</w:t>
      </w:r>
      <w:r>
        <w:br/>
      </w:r>
      <w:r>
        <w:rPr>
          <w:sz w:val="20"/>
        </w:rPr>
        <w:t>1:06:33  to beharhal ek alag masla hai, lekin Angrezon ne maan liya ulama ki is baat ko ke bhai, tumhara masla agar aisa hai to chalo tum Muslim personal law bana lo.</w:t>
      </w:r>
      <w:r>
        <w:br/>
      </w:r>
      <w:r>
        <w:rPr>
          <w:sz w:val="20"/>
        </w:rPr>
        <w:t>1:06:43  us waqt is ka naam hota tha Mohammedan law, us waqt Mohammedan law kaha jata tha is ko, ab is ka naam hai Muslim personal law. woh harghiz harghiz law of land ka badal nahi hai.</w:t>
      </w:r>
      <w:r>
        <w:br/>
      </w:r>
      <w:r>
        <w:rPr>
          <w:sz w:val="20"/>
        </w:rPr>
        <w:t>1:06:52  law of land jo hai, wahi hamesha privilege karega. yeh mere nazdeek ulama ka yeh موقف sahi nahi tha ke unhon ne kaha ke sahib, hamara nikah o talaq ka masla jo hai, woh isko alag karo, warna woh talaq waqe nahi hogi aur hum haram mein mubtala rahenge.</w:t>
      </w:r>
      <w:r>
        <w:br/>
      </w:r>
      <w:r>
        <w:rPr>
          <w:sz w:val="20"/>
        </w:rPr>
        <w:t>1:07:10  yeh yeh mein isko sahi nahi samajhta, lekin behraal ulama ne aisa kaha aur angrezon ne isko maan liya. toh mamla Allah bana, wahi chal raha hai aap ka Muslim Personal Law par.</w:t>
      </w:r>
      <w:r>
        <w:br/>
      </w:r>
      <w:r>
        <w:rPr>
          <w:sz w:val="20"/>
        </w:rPr>
        <w:t>1:07:19  mein isko bilkul bekar samajhta hoon. Muslim Personal Law ko law of land jo hai, wahi wahi wahi hamare upar bhi apply hona chahiye.</w:t>
      </w:r>
      <w:r>
        <w:br/>
      </w:r>
      <w:r>
        <w:rPr>
          <w:sz w:val="20"/>
        </w:rPr>
        <w:t>1:07:29  jahan tak musalmanon ke kuch zaati mamlaat hain, toh aapas mein tay kar lijiye. aap</w:t>
      </w:r>
      <w:r>
        <w:br/>
      </w:r>
      <w:r>
        <w:rPr>
          <w:sz w:val="20"/>
        </w:rPr>
        <w:t>1:07:33  is ko is ko aap law kyu banwate hain? yaani aap jab koi difference paida ho, mein aap biwi mein toh ulama jayein, wahan ja kar ke is ko khatam karein.</w:t>
      </w:r>
      <w:r>
        <w:br/>
      </w:r>
      <w:r>
        <w:rPr>
          <w:sz w:val="20"/>
        </w:rPr>
        <w:t>1:07:44  فبحثوا حقا من أهله وحقا من أهله ulama apni zimmedari ko hukumat pe koi daalte hain.</w:t>
      </w:r>
      <w:r>
        <w:br/>
      </w:r>
      <w:r>
        <w:rPr>
          <w:sz w:val="20"/>
        </w:rPr>
        <w:t>1:07:52  yeh ab ulama ki apni zimmedari hai ke jahan kahin masla paida ho, jayein milein, samjhayein, bujhayein, samjha bujha kar ke aapas mein razi razamandee kar lo aapas mein.</w:t>
      </w:r>
      <w:r>
        <w:br/>
      </w:r>
      <w:r>
        <w:rPr>
          <w:sz w:val="20"/>
        </w:rPr>
        <w:t>1:08:02  kyunki yeh bilkul mein is ko sahi nahi samajhta ke is ko law ka masla banaya jaye. is se mujhe ittefaq nahi hai. law ek hi rehna chahiye mulk mein, wahi jo law of land hai, wahi rehna chahiye.</w:t>
      </w:r>
      <w:r>
        <w:br/>
      </w:r>
      <w:r>
        <w:rPr>
          <w:sz w:val="20"/>
        </w:rPr>
        <w:t>1:08:14  aur hamare jo masail hain, woh aapas mein razamandee se, aapas ke discussion se tay</w:t>
      </w:r>
      <w:r>
        <w:br/>
      </w:r>
      <w:r>
        <w:rPr>
          <w:sz w:val="20"/>
        </w:rPr>
        <w:t>1:08:20  karna chahiye. mere paas se aate hain masail nikah o talaq ke, toh mein un ko samjhata hoon, samjha ke razi karta hoon un ko. toh mein is ko sahi nahi samajhta usoolan ke is tarah ke jo mamlaat hain, is ko law ka masla banaya jaye.</w:t>
      </w:r>
      <w:r>
        <w:br/>
      </w:r>
      <w:r>
        <w:rPr>
          <w:sz w:val="20"/>
        </w:rPr>
        <w:t>1:08:33  law wahi hai sab ke liye, alag aap ke liye law nahi rahega. musalmanon ke liye alag law ho, doosron ka alag law ho, aisa nahi ho sakta. yeh bilkul namumkin baat hai, impossible hai secular India mein.</w:t>
      </w:r>
      <w:r>
        <w:br/>
      </w:r>
      <w:r>
        <w:rPr>
          <w:sz w:val="20"/>
        </w:rPr>
        <w:t>1:08:47  toh yeh hai bhai mere.</w:t>
      </w:r>
      <w:r>
        <w:br/>
      </w:r>
      <w:r>
        <w:rPr>
          <w:sz w:val="20"/>
        </w:rPr>
        <w:t>1:08:51  Maulana, agla sawal lene se pehle ek comment padhna chahenge jo Doha, Qatar se Maulana Abdul Basit Umri ne bheja hai.</w:t>
      </w:r>
      <w:r>
        <w:br/>
      </w:r>
      <w:r>
        <w:rPr>
          <w:sz w:val="20"/>
        </w:rPr>
        <w:t>1:08:59  unhon ne likha hai: "Maulana, mein ne aaj pehli baar clearly Rasool Allah ki is hikmati amal ko jo Sulah Hudaibiyah ki shakal mein milti hai, samjha aur Rasool Allah ke ghazwaat ke baray mein jo tajziya aap ne kiya, mein ne pehli baar aisa tajziya suna jo Sulah Hudaibiyah ko itna wazeh aur clear karta hai.</w:t>
      </w:r>
      <w:r>
        <w:br/>
      </w:r>
      <w:r>
        <w:rPr>
          <w:sz w:val="20"/>
        </w:rPr>
        <w:t>1:09:24  manfi soch ki jo baat aap ne batayi, woh bilkul durust hai.</w:t>
      </w:r>
      <w:r>
        <w:br/>
      </w:r>
      <w:r>
        <w:rPr>
          <w:sz w:val="20"/>
        </w:rPr>
        <w:t>1:09:29  khud mera yeh haal tha ke Al-Risala mission se judne se pehle nafrat aur adawat ki soch mein jeeta tha, kyunki Al-Risala mission ke ilawa jo kitabein Islami ki Islam ki tashreeh karti hain,</w:t>
      </w:r>
      <w:r>
        <w:br/>
      </w:r>
      <w:r>
        <w:rPr>
          <w:sz w:val="20"/>
        </w:rPr>
        <w:t>1:09:44  un mein yeh nafrat, adawat, sazish jaisi boli hoti hai. Allah ka shukar hai ke is ne mujhe is dal dal se nikala aur Al-Risala mission ki daryaft ke zariye misbat soch ki tofeeq di.</w:t>
      </w:r>
      <w:r>
        <w:br/>
      </w:r>
      <w:r>
        <w:rPr>
          <w:sz w:val="20"/>
        </w:rPr>
        <w:t>1:09:58  Allah aap ko sehat aur tandrusti de taake hum aap se zyada se zyada istifada kar sakein." Dekhiye bhai, ek baat ki wazahat karna chahta hoon ke yeh baat jo hai ke is musalmanon ki likhi hui kitabon mein nafrat ki baatein hain,</w:t>
      </w:r>
      <w:r>
        <w:br/>
      </w:r>
      <w:r>
        <w:rPr>
          <w:sz w:val="20"/>
        </w:rPr>
        <w:t>1:10:18  woh ek is ka matlab nahi ke pehle kitabein bhi aisi hua karti thi.</w:t>
      </w:r>
      <w:r>
        <w:br/>
      </w:r>
      <w:r>
        <w:rPr>
          <w:sz w:val="20"/>
        </w:rPr>
        <w:t>1:10:25  yaani musalmanon ki jo kitabein likhi gayi hain, is ke do period hain: ek yaani printing press ke baad, ek printing se pehle.</w:t>
      </w:r>
      <w:r>
        <w:br/>
      </w:r>
      <w:r>
        <w:rPr>
          <w:sz w:val="20"/>
        </w:rPr>
        <w:t>1:10:36  yaani pre printing aur post printing mein farq hai, agar aap mutala karein toh. toh</w:t>
      </w:r>
      <w:r>
        <w:br/>
      </w:r>
      <w:r>
        <w:rPr>
          <w:sz w:val="20"/>
        </w:rPr>
        <w:t>1:10:45  pre printing ke daur mein jo kitabein likhi gayi thi, woh is mein is tarah ki baatein nahi hain. lekin ek ek coincidence hai, coincidence ke jab press duniya mein aaya toh us waqt musalman Western power se,</w:t>
      </w:r>
      <w:r>
        <w:br/>
      </w:r>
      <w:r>
        <w:rPr>
          <w:sz w:val="20"/>
        </w:rPr>
        <w:t>1:10:59  yaani un ko magh</w:t>
      </w:r>
      <w:r>
        <w:br/>
      </w:r>
      <w:r>
        <w:rPr>
          <w:sz w:val="20"/>
        </w:rPr>
        <w:t>1:11:01  loob hue the. Western power jo hai, nikliya aur Africa aur Asia mein jo musalman hukumat thi, us ko unhon ne aur power kiya, un ko khatam kiya.</w:t>
      </w:r>
      <w:r>
        <w:br/>
      </w:r>
      <w:r>
        <w:rPr>
          <w:sz w:val="20"/>
        </w:rPr>
        <w:t>1:11:11  toh printing press ke sath sath aa gaya yeh mamla. toh musalman chunki nafrat mein mubtala the Western se, Western people se, yaani yeh ek yeh yeh asal mein phenomenon hai colonialism ka.</w:t>
      </w:r>
      <w:r>
        <w:br/>
      </w:r>
      <w:r>
        <w:rPr>
          <w:sz w:val="20"/>
        </w:rPr>
        <w:t>1:11:29  yeh nafrat,</w:t>
      </w:r>
      <w:r>
        <w:br/>
      </w:r>
      <w:r>
        <w:rPr>
          <w:sz w:val="20"/>
        </w:rPr>
        <w:t>1:11:31  nafrat jo hai, colonialism ka phenomenon hai. lekin chukiye coincidence-ly aisa hua tha ke isi waqt press bhi aaya, to us zamane mein jo cheezein likhi musalmanon ne, woh sab nafrat se bhar gayeen.</w:t>
      </w:r>
      <w:r>
        <w:br/>
      </w:r>
      <w:r>
        <w:rPr>
          <w:sz w:val="20"/>
        </w:rPr>
        <w:t>1:11:42  warna is se pehle jo kitabein likhi gayeen hain musalmanon ki, woh is mein aisa nahi hai. is is mein is mein is tarah ki nafrat nahi hai.</w:t>
      </w:r>
      <w:r>
        <w:br/>
      </w:r>
      <w:r>
        <w:rPr>
          <w:sz w:val="20"/>
        </w:rPr>
        <w:t>1:11:53  Maulana, Bangalore se sawal hai Maulana Inayatullah Umri ka.</w:t>
      </w:r>
      <w:r>
        <w:br/>
      </w:r>
      <w:r>
        <w:rPr>
          <w:sz w:val="20"/>
        </w:rPr>
        <w:t>1:11:57  Unhon ne likha hai: "Maulana, har aalim Quran ki taraf lautne ki dawat deta hai. Quran ke huqooq, Quran par amal, Quran se dawat, Quran ki iqamat, is mein confusion kahan hai?</w:t>
      </w:r>
      <w:r>
        <w:br/>
      </w:r>
      <w:r>
        <w:rPr>
          <w:sz w:val="20"/>
        </w:rPr>
        <w:t>1:12:12  Is ki wazahat karein."</w:t>
      </w:r>
      <w:r>
        <w:br/>
      </w:r>
      <w:r>
        <w:rPr>
          <w:sz w:val="20"/>
        </w:rPr>
        <w:t>1:12:18  Dekhiye, woh jo kehte hain, aap us ko yaani gehrai ke sath mutala kijiyee.</w:t>
      </w:r>
      <w:r>
        <w:br/>
      </w:r>
      <w:r>
        <w:rPr>
          <w:sz w:val="20"/>
        </w:rPr>
        <w:t>1:12:27  Gehrai ke sath. Jo main ne paya hai, woh yeh ke naam lete hain Quran ka, baat kehte hain apne jo apne mindset mein un ke hai.</w:t>
      </w:r>
      <w:r>
        <w:br/>
      </w:r>
      <w:r>
        <w:rPr>
          <w:sz w:val="20"/>
        </w:rPr>
        <w:t>1:12:36  Main ek misaal deta hoon ke Jamaat-e-Thanai bani to un ka jo parche nikalta tha, us ka naam tha "Tarjuma-e-Quran".</w:t>
      </w:r>
      <w:r>
        <w:br/>
      </w:r>
      <w:r>
        <w:rPr>
          <w:sz w:val="20"/>
        </w:rPr>
        <w:t>1:12:47  Tarjuma-e-Quran, yeh un ka organ tha.</w:t>
      </w:r>
      <w:r>
        <w:br/>
      </w:r>
      <w:r>
        <w:rPr>
          <w:sz w:val="20"/>
        </w:rPr>
        <w:t>1:12:50  Lekin unhon ne Quran ka sirf naam liya, apne nazariye ko Quran se nikal nikal ke us ko pesh karna shuru kar diya. Yaani unhon ne Islam ki political interpretation diya aur yeh bataya musalmanon ka mission ke musalmanon ka mission hai ke woh dunya bhar mein Islami hukumat qaim karein.</w:t>
      </w:r>
      <w:r>
        <w:br/>
      </w:r>
      <w:r>
        <w:rPr>
          <w:sz w:val="20"/>
        </w:rPr>
        <w:t>1:13:09  Yeh kahin bhi Quran mein nahi tha. Main ne is ko challenge kiya hai bar bar ke Quran mein kahan likha hai ke musalmanon ka mission yeh hai ke sari dunya mein woh Islam ki hukumat qaim karein.</w:t>
      </w:r>
      <w:r>
        <w:br/>
      </w:r>
      <w:r>
        <w:rPr>
          <w:sz w:val="20"/>
        </w:rPr>
        <w:t>1:13:20  To naam lete thay Quran ka, ab baat kehte thay apni</w:t>
      </w:r>
      <w:r>
        <w:br/>
      </w:r>
      <w:r>
        <w:rPr>
          <w:sz w:val="20"/>
        </w:rPr>
        <w:t>1:13:24  . Yeh hai masla. To yeh log Quran ka naam yeh baat sirf yeh na dekhiye ke Quran ka naam bhi le rahe hain. Woh yeh dekhiye, woh jo baat keh rahe hain, kya woh Quran se nikal rahi hai?</w:t>
      </w:r>
      <w:r>
        <w:br/>
      </w:r>
      <w:r>
        <w:rPr>
          <w:sz w:val="20"/>
        </w:rPr>
        <w:t>1:13:37  Yeh mat dekhiye sirf itna ke unhon ne naam liya hai Quran ka, balke yeh dekhiye ke kya woh baat sach mein nikal rahi hai?</w:t>
      </w:r>
      <w:r>
        <w:br/>
      </w:r>
      <w:r>
        <w:rPr>
          <w:sz w:val="20"/>
        </w:rPr>
        <w:t>1:13:47  To apne khud sakhta yaani jo unhon ne khud se ek tasawwur bana rakha hai, baat to chalate hain, woh hawala dete hain Quran ka aur hadith ka.</w:t>
      </w:r>
      <w:r>
        <w:br/>
      </w:r>
      <w:r>
        <w:rPr>
          <w:sz w:val="20"/>
        </w:rPr>
        <w:t>1:14:00  Yeh bohat zyada kar rahe hain yeh log. Aap jab is aitbar se tajziya karenge to aap samajh jayenge ke yeh yeh kafi nahi hai.</w:t>
      </w:r>
      <w:r>
        <w:br/>
      </w:r>
      <w:r>
        <w:rPr>
          <w:sz w:val="20"/>
        </w:rPr>
        <w:t>1:14:12  Yeh yeh doosri qaumein bhi yahi karti hain, Yahood bhi yahi karte</w:t>
      </w:r>
      <w:r>
        <w:br/>
      </w:r>
      <w:r>
        <w:rPr>
          <w:sz w:val="20"/>
        </w:rPr>
        <w:t>1:14:16  thay ke naam lete thay Bible ka, lekin chalate thay apni khwahishein. Yeh is ko main kahoon ke yeh exploitation.</w:t>
      </w:r>
      <w:r>
        <w:br/>
      </w:r>
      <w:r>
        <w:rPr>
          <w:sz w:val="20"/>
        </w:rPr>
        <w:t>1:14:25  Yeh sab exploitation karte hain. Jab tak aap is ko gehrai ke sath mutala kar ke yeh na payein ke waqeatan yahi Quran mein likha hua hai, tab tak aap is ko na maniye.</w:t>
      </w:r>
      <w:r>
        <w:br/>
      </w:r>
      <w:r>
        <w:rPr>
          <w:sz w:val="20"/>
        </w:rPr>
        <w:t>1:14:40  Maulana, agla sawal Raichur se hai Zahiruddin Sahab ka.</w:t>
      </w:r>
      <w:r>
        <w:br/>
      </w:r>
      <w:r>
        <w:rPr>
          <w:sz w:val="20"/>
        </w:rPr>
        <w:t>1:14:45  Unhon ne likha hai: "Quran ki aayaton mein naasikh woh aur mansookh ka usool ulama ne kahan se banaya? Is ke baray mein batayein." Dekhiye, main nahi manta is ko.</w:t>
      </w:r>
      <w:r>
        <w:br/>
      </w:r>
      <w:r>
        <w:rPr>
          <w:sz w:val="20"/>
        </w:rPr>
        <w:t>1:14:57  Ek bhi ek bhi naskh nahi manta main. Aur Quran mein jo naskh ki ayat aayi hai, woh Quran ke baray mein nahi hai, woh pichli kitab ke baray mein hai.</w:t>
      </w:r>
      <w:r>
        <w:br/>
      </w:r>
      <w:r>
        <w:rPr>
          <w:sz w:val="20"/>
        </w:rPr>
        <w:t>1:15:09  Is par main likh chuka hoon Al-Risala mein ke naskh ek bhi naskh mein nahi manta. Aur yeh ek ek ilmi masla hai.</w:t>
      </w:r>
      <w:r>
        <w:br/>
      </w:r>
      <w:r>
        <w:rPr>
          <w:sz w:val="20"/>
        </w:rPr>
        <w:t>1:15:19  Agar aap janna chahte hon to mera mazmoon aap parh sakte hain, jo chhap jo chhap chuka hai is mein. Maulana, agla sawal Chennai se hai Maulana Iqbal Umri ka.</w:t>
      </w:r>
    </w:p>
    <w:p>
      <w:pPr>
        <w:pStyle w:val="Heading2"/>
      </w:pPr>
      <w:r>
        <w:t>Why do lovers of Prophet show unmercy</w:t>
      </w:r>
    </w:p>
    <w:p>
      <w:r>
        <w:rPr>
          <w:color w:val="666666"/>
          <w:sz w:val="18"/>
        </w:rPr>
        <w:t>Seerah &amp; Prophet · The Issue of Shatm-e-Rasool (Abuse of the Prophet) December 19, 2021 Prof. Farida Khanam · 11m 54s · at 1:04:59 · https://youtu.be/ExQS_PHirUc?t=3899</w:t>
      </w:r>
    </w:p>
    <w:p>
      <w:r>
        <w:rPr>
          <w:i/>
        </w:rPr>
        <w:t>“All Muslims consider the Prophet as mercy for the worlds, but those who claim love for the Prophet adopt unmerciful behavior. Why is that? What is the real reason? Please explain.”</w:t>
      </w:r>
    </w:p>
    <w:p>
      <w:r>
        <w:rPr>
          <w:sz w:val="20"/>
        </w:rPr>
        <w:t>1:04:59  apa yeh ek ah sawal bheja hai Maulana Iqbal Umri ne Chennai se. unhon ne likha hai ke Rasool Allah ko sab musalman rehmatulilalameen mante hain, magar mohabbat rasool ka dawa karne wale ghair rahmana sulook kyun apnaye hue hain?</w:t>
      </w:r>
      <w:r>
        <w:br/>
      </w:r>
      <w:r>
        <w:rPr>
          <w:sz w:val="20"/>
        </w:rPr>
        <w:t>1:05:19  is ki asal wajah kya hai? is ke baray mein batayen.</w:t>
      </w:r>
      <w:r>
        <w:br/>
      </w:r>
      <w:r>
        <w:rPr>
          <w:sz w:val="20"/>
        </w:rPr>
        <w:t>1:05:27  is ki wajah yeh hai ke musalmanon ne deen ko spirit ke aitbar se nahi liya, zahir ke ait</w:t>
      </w:r>
      <w:r>
        <w:br/>
      </w:r>
      <w:r>
        <w:rPr>
          <w:sz w:val="20"/>
        </w:rPr>
        <w:t>1:05:33  bar se liya. zahir mein kya hota hai ke ah namaz mein hath paon ko phaila kar rakho, hata kar rakho, seenay par hath bandho, pait ke naaf ke neeche hath bandho, yeh sab cheezein zahir mein hain.</w:t>
      </w:r>
      <w:r>
        <w:br/>
      </w:r>
      <w:r>
        <w:rPr>
          <w:sz w:val="20"/>
        </w:rPr>
        <w:t>1:05:44  to musalmanon ne deen ko is aitbar se liya hai, woh spirit ke aitbar se lete hain ke Allah se mohabbat karna, insaan ke sath khair khwahi karni hai, ah jannat ki khwahish karni hai, taqwa ikhtiyar karna hai.</w:t>
      </w:r>
      <w:r>
        <w:br/>
      </w:r>
      <w:r>
        <w:rPr>
          <w:sz w:val="20"/>
        </w:rPr>
        <w:t>1:05:54  to yeh cheezein nahi aati. to Rasool Allah sallallahu alaihi wasallam rehmatulilalameen hain, lekin musalmanon ne rehmatulilalameen ke amal mein se jo zahir hissa tha, us ko ikhtiyar kiya, aur woh bhi is interpretation par jo fuqaha ne kiya tha.</w:t>
      </w:r>
      <w:r>
        <w:br/>
      </w:r>
      <w:r>
        <w:rPr>
          <w:sz w:val="20"/>
        </w:rPr>
        <w:t>1:06:07  is</w:t>
      </w:r>
      <w:r>
        <w:br/>
      </w:r>
      <w:r>
        <w:rPr>
          <w:sz w:val="20"/>
        </w:rPr>
        <w:t>1:06:08  buniyad par kiya woh amal jo kar rahe hain, woh ghair rehmat, ghair rehmat wala amal hai. asal mein wohi well wishing zaroori hai.</w:t>
      </w:r>
      <w:r>
        <w:br/>
      </w:r>
      <w:r>
        <w:rPr>
          <w:sz w:val="20"/>
        </w:rPr>
        <w:t>1:06:18  hum doosron ke jab tak well wisher nahi banenge, to yeh rehmat ki baatein jo hain, yeh samajh mein hi nahi ayengi. to aaj musalmanon ko samajh mein nahi aa raha hai.</w:t>
      </w:r>
      <w:r>
        <w:br/>
      </w:r>
      <w:r>
        <w:rPr>
          <w:sz w:val="20"/>
        </w:rPr>
        <w:t>1:06:27  pehle sab se pehle un se mohabbat karni hai, un ke well wisher banne hain, un ka naseeh banna hai, aur yeh sochna hai ke Khuda hum se kya chahta hai.</w:t>
      </w:r>
      <w:r>
        <w:br/>
      </w:r>
      <w:r>
        <w:rPr>
          <w:sz w:val="20"/>
        </w:rPr>
        <w:t>1:06:37  to wohi jaise aap ne bataya hai ke woh bilkul form par amal kar ke woh samajhte hain sab kuch ho gaya. form par hum thori form to jabhi important hai, jab spirit us ke andar ho.</w:t>
      </w:r>
      <w:r>
        <w:br/>
      </w:r>
      <w:r>
        <w:rPr>
          <w:sz w:val="20"/>
        </w:rPr>
        <w:t>1:06:49  agar spirit nahi hai to form ki koi importance nahi hai. to is tarah se humein woh culture develop karna parega, aur apni deconditioning karni paregi.</w:t>
      </w:r>
      <w:r>
        <w:br/>
      </w:r>
      <w:r>
        <w:rPr>
          <w:sz w:val="20"/>
        </w:rPr>
        <w:t>1:07:01  tabhi hum baaton ko gehrai se samajh sakte hain, aur aur Rasool ke uswa par amal kar sakte hain. apa yeh do sawal hain jo almost similar hain.</w:t>
      </w:r>
      <w:r>
        <w:br/>
      </w:r>
      <w:r>
        <w:rPr>
          <w:sz w:val="20"/>
        </w:rPr>
        <w:t>1:07:11  main yeh parhna chahunga. ek Imran Ahmed sahib ne Delhi se likha hai, ah unhon ne likha hai: "jazak Allah apa" ah aaj ke bayan ke liye.</w:t>
      </w:r>
      <w:r>
        <w:br/>
      </w:r>
      <w:r>
        <w:rPr>
          <w:sz w:val="20"/>
        </w:rPr>
        <w:t>1:07:24  ah phir unhon ne likha hai ke: "the violence that is happening today is because Muslims live in the glory of their past and try to regain the glory that was snatched away from their own deficiencies and the conspiracies of others.</w:t>
      </w:r>
      <w:r>
        <w:br/>
      </w:r>
      <w:r>
        <w:rPr>
          <w:sz w:val="20"/>
        </w:rPr>
        <w:t>1:07:40  to regain such glory, the Quran and Hadith have been interpreted politically. The same is the issue of the prophet,</w:t>
      </w:r>
      <w:r>
        <w:br/>
      </w:r>
      <w:r>
        <w:rPr>
          <w:sz w:val="20"/>
        </w:rPr>
        <w:t>1:07:49  that too was made by the jurists during the time of the glory of the past, which is totally unislamic. what are your views on it?" aur Basit sahib ne ah Delhi se likha hai: "what is the politics behind ignoring all the proof against punishing someone who engages in blasphemy?"</w:t>
      </w:r>
      <w:r>
        <w:br/>
      </w:r>
      <w:r>
        <w:rPr>
          <w:sz w:val="20"/>
        </w:rPr>
        <w:t>1:08:14  yeh past glory wala jo hai, yeh bohat hi important baat hai. hmm, kyunke musalman abhi tak past glory mein jee rahe hain. woh samajhte hain ke jab tak hamare pas political power nahi hoga, tab tak hamare hamara jo hai,</w:t>
      </w:r>
      <w:r>
        <w:br/>
      </w:r>
      <w:r>
        <w:rPr>
          <w:sz w:val="20"/>
        </w:rPr>
        <w:t>1:08:28  humein kuch nahi mila hua hai. halankay zamanah badal gaya. yahi hai ke un ko zamanay ko samajhna parega. ab zamanah badal gaya.</w:t>
      </w:r>
      <w:r>
        <w:br/>
      </w:r>
      <w:r>
        <w:rPr>
          <w:sz w:val="20"/>
        </w:rPr>
        <w:t>1:08:37  baghair power ke, baghair iqtidaar ke, hum sab kuch hasil kar sakte hain.</w:t>
      </w:r>
      <w:r>
        <w:br/>
      </w:r>
      <w:r>
        <w:rPr>
          <w:sz w:val="20"/>
        </w:rPr>
        <w:t>1:08:42  pehla zamanah jo tha na, woh agriculture age tha. to is mein jis ke pas power hota tha, usi ke pas sab kuch hota tha. aaj to power jo hai, political power, jaise Maulana sahib ne kaha ke woh sirf woh ek administration hai.</w:t>
      </w:r>
      <w:r>
        <w:br/>
      </w:r>
      <w:r>
        <w:rPr>
          <w:sz w:val="20"/>
        </w:rPr>
        <w:t>1:08:59  aur Europe, America wale mein yahi lafz use kiya jata hai: administration. aur tamam rastay jo hain, woh khul gaye hain. to humein zamanay ko samajhna parega.</w:t>
      </w:r>
      <w:r>
        <w:br/>
      </w:r>
      <w:r>
        <w:rPr>
          <w:sz w:val="20"/>
        </w:rPr>
        <w:t>1:09:10  jisko kaha gaya ke paighambar aseer zamana hota hai, to zamane ko samajhna parega, aur uske mutabiq tayari karni paregi.</w:t>
      </w:r>
      <w:r>
        <w:br/>
      </w:r>
      <w:r>
        <w:rPr>
          <w:sz w:val="20"/>
        </w:rPr>
        <w:t>1:09:20  tamam progress and development hum hasil kar sakte hain zamane ko samajh kar. kyunke aaj jo sari opportunities khul gayi hain na, wo pehle nahi theen.</w:t>
      </w:r>
      <w:r>
        <w:br/>
      </w:r>
      <w:r>
        <w:rPr>
          <w:sz w:val="20"/>
        </w:rPr>
        <w:t>1:09:30  to yahi log nahi samajh rahe hain. isko agar jis din wo samajh lenge, us din unko lagega ke political power ho ya na ho,</w:t>
      </w:r>
      <w:r>
        <w:br/>
      </w:r>
      <w:r>
        <w:rPr>
          <w:sz w:val="20"/>
        </w:rPr>
        <w:t>1:09:38  har halat mein unko tamam opportunities available hain, dunya ki taraqqi ke liye bhi, aur deen ke liye bhi. basit sahib ka ah apa unka sawal tha ke: "what is the politics behind ignoring all the proof against punishing someone who engages in blasphemy?"</w:t>
      </w:r>
      <w:r>
        <w:br/>
      </w:r>
      <w:r>
        <w:rPr>
          <w:sz w:val="20"/>
        </w:rPr>
        <w:t>1:10:02  aaj kal yahi har jagah ho raha hai ke bas we and they concept itna develop ho gaya hai ke jab hamare log kuch bhi karen, wo sab maaf hai.</w:t>
      </w:r>
      <w:r>
        <w:br/>
      </w:r>
      <w:r>
        <w:rPr>
          <w:sz w:val="20"/>
        </w:rPr>
        <w:t>1:10:12  to wo isko kuch samajhte hi nahi, kyunke wo samajhte hain dunya ko unhone dushman aur dost mein bant rakha hai. to jab dushman ke khilaf kuch bhi kiya jaye, to jo wo karta hai, wo ye nahi dekhte ke islam kya keh raha hai.</w:t>
      </w:r>
      <w:r>
        <w:br/>
      </w:r>
      <w:r>
        <w:rPr>
          <w:sz w:val="20"/>
        </w:rPr>
        <w:t>1:10:28  rasool Allah salallahu alaihi wasallam ka uswa hamein kya bata raha hai? wo bas ye dekh rahe hain ke dushman ke khilaf kuch bhi kiya jaye,</w:t>
      </w:r>
      <w:r>
        <w:br/>
      </w:r>
      <w:r>
        <w:rPr>
          <w:sz w:val="20"/>
        </w:rPr>
        <w:t>1:10:36  wo unko theek lagta hai. isko wo hero bana dete hain. to abhi jo hamare parosi mulk mein hua ke wo jisne bhi wo bank ke manager ko qatal kiya, ah sri lankan ko ek qatal kiya, ek pagal ko qatal kiya, jo ye karta hai na, usko hero bana dete hain.</w:t>
      </w:r>
      <w:r>
        <w:br/>
      </w:r>
      <w:r>
        <w:rPr>
          <w:sz w:val="20"/>
        </w:rPr>
        <w:t>1:10:55  uswa kyunke samajhte hain ke ah isko aisa le lete hain ke unko aisa lagta hai ke sari dunya hamari dushman hai.</w:t>
      </w:r>
      <w:r>
        <w:br/>
      </w:r>
      <w:r>
        <w:rPr>
          <w:sz w:val="20"/>
        </w:rPr>
        <w:t>1:11:04  to wo wo unka ek mizaj ban gaya, unki soch ban gayi hai. to ye soch unko apni durust karni paregi, kyunke sab se zyada jo hai, wo thinking level par hota hai.</w:t>
      </w:r>
      <w:r>
        <w:br/>
      </w:r>
      <w:r>
        <w:rPr>
          <w:sz w:val="20"/>
        </w:rPr>
        <w:t>1:11:15  apni deconditioning karni paregi ke koi hamara dushman nahi hai, sab hamare dost hain, aur kuch koi actual dost hai, koi potential dost hai.</w:t>
      </w:r>
      <w:r>
        <w:br/>
      </w:r>
      <w:r>
        <w:rPr>
          <w:sz w:val="20"/>
        </w:rPr>
        <w:t>1:11:25  to hamara jaisa unke sath hum jaisa amal karenge, waise hi hamein uska return milega.</w:t>
      </w:r>
      <w:r>
        <w:br/>
      </w:r>
      <w:r>
        <w:rPr>
          <w:sz w:val="20"/>
        </w:rPr>
        <w:t>1:11:33  ye asal mein hum ko samajhna hoga ke ulama ne jo itna sara kiya, asal mein hota kya hai ke awam ki bheed jo ikhatti hoti hai, wo hoti hai ke aap isko koi sensitive issue dein, tab hota hai.</w:t>
      </w:r>
      <w:r>
        <w:br/>
      </w:r>
      <w:r>
        <w:rPr>
          <w:sz w:val="20"/>
        </w:rPr>
        <w:t>1:11:45  ulama ne wahan par Pakistan mein bohat hi sensitive issue hai. even yahan hai ke ek news maine padhi thi ke wahan par ek metro station ka naam rakh diya: "khatm e nabuwat".</w:t>
      </w:r>
      <w:r>
        <w:br/>
      </w:r>
      <w:r>
        <w:rPr>
          <w:sz w:val="20"/>
        </w:rPr>
        <w:t>1:11:54  naam rakh diya: "khatm e nabuwat". to itna sensitive issue hai.</w:t>
      </w:r>
      <w:r>
        <w:br/>
      </w:r>
      <w:r>
        <w:rPr>
          <w:sz w:val="20"/>
        </w:rPr>
        <w:t>1:11:57  to ulama ne bheed ikhatti karne ke liye inko exploit kiya. ye inko samajhna hoga, warna rasool Allah salallahu alaihi wasallam ka khayal jitna ek musalman rakh sakta hai, us se hazar guna, lakh guna zyada khair Allah taala rakhta hai.</w:t>
      </w:r>
      <w:r>
        <w:br/>
      </w:r>
      <w:r>
        <w:rPr>
          <w:sz w:val="20"/>
        </w:rPr>
        <w:t>1:12:09  ek waqia hai Quran mein ke rasool Allah salallahu alaihi wasallam ke zamane mein rasool Allah salallahu alaihi wasallam ki shadi hi wali mehma hui. kuch sahaba is mein se thodi der ruk gaye.</w:t>
      </w:r>
      <w:r>
        <w:br/>
      </w:r>
      <w:r>
        <w:rPr>
          <w:sz w:val="20"/>
        </w:rPr>
        <w:t>1:12:18  is se rasool Allah salallahu alaihi wasallam ko takleef hui. to rasool Allah salallahu alaihi wasallam ne lekin kuch nahi kiya. Allah taala ne foran ek ayat nazil kar di. bas itna thoda sa waqia tha, us par ayat nazil kar di.</w:t>
      </w:r>
      <w:r>
        <w:br/>
      </w:r>
      <w:r>
        <w:rPr>
          <w:sz w:val="20"/>
        </w:rPr>
        <w:t>1:12:27  to itna bada waqia hota hai ke har din rasool Allah salallahu alaihi wasallam ko bura bhala kaha jata tha. agar wo qatal ya khatm e rasool ka koi qanoon nazil karna hota, zaroor Allah taala us par koi qanoon nazil kar deta, Quran ke andar nazil kar deta.</w:t>
      </w:r>
      <w:r>
        <w:br/>
      </w:r>
      <w:r>
        <w:rPr>
          <w:sz w:val="20"/>
        </w:rPr>
        <w:t>1:12:40  magar hum dekhte hain ke aisa koi qanoon hi nahi. ah fiqh muqaran ya compare fiqh ki kitab hai: "bidayat al mujtahid". is mein teen char cheezein batayi gayi hain ke capital punishment mein hain.</w:t>
      </w:r>
      <w:r>
        <w:br/>
      </w:r>
      <w:r>
        <w:rPr>
          <w:sz w:val="20"/>
        </w:rPr>
        <w:t>1:12:49  is mein se iska zikr hi nahi hai. fuqaha ne isko zikr nahi kiya hai. agar apni taraf se baad mein ye kiya, lekin jo ah early islam mein jo fiqh develop hui thi, tabieen ke daur mein ya ek sahaba ke daur mein, is mein ye sab cheezein nahi theen.</w:t>
      </w:r>
      <w:r>
        <w:br/>
      </w:r>
      <w:r>
        <w:rPr>
          <w:sz w:val="20"/>
        </w:rPr>
        <w:t>1:13:03  to is se maloom hota hai ke ye ah musalman exploit ho rahe hain is ke naam par. in se bachein</w:t>
      </w:r>
      <w:r>
        <w:br/>
      </w:r>
      <w:r>
        <w:rPr>
          <w:sz w:val="20"/>
        </w:rPr>
        <w:t>1:13:09  aur sahi islam jo isko represent karen, to Allah taala ah ki ke ke raste par chalna haan hoga. ah ye aakhri sawal hai aap ka.</w:t>
      </w:r>
      <w:r>
        <w:br/>
      </w:r>
      <w:r>
        <w:rPr>
          <w:sz w:val="20"/>
        </w:rPr>
        <w:t>1:13:21  ye bheja hai abdul rehman sahib ne dilli se. unhone likha hai: "there are speakers who refer to a hadith where prophet said that you won't be a momin unless or until you love me more than you love your parents."</w:t>
      </w:r>
      <w:r>
        <w:br/>
      </w:r>
      <w:r>
        <w:rPr>
          <w:sz w:val="20"/>
        </w:rPr>
        <w:t>1:13:38  then these people say that when we cannot tolerate anyone abusing our parents, then how can we tolerate anyone disrespecting our prophet?</w:t>
      </w:r>
      <w:r>
        <w:br/>
      </w:r>
      <w:r>
        <w:rPr>
          <w:sz w:val="20"/>
        </w:rPr>
        <w:t>1:13:48  aapa what are your comments on this? yeh sab to ghar mein yeh sab waqiat hotay hi rehtay hain. to hum is ko samjhayein gay, is ko naseehat karein gay, is ko marein gay thori.</w:t>
      </w:r>
      <w:r>
        <w:br/>
      </w:r>
      <w:r>
        <w:rPr>
          <w:sz w:val="20"/>
        </w:rPr>
        <w:t>1:14:01  to yeh sab waqiat to hotay hi</w:t>
      </w:r>
      <w:r>
        <w:br/>
      </w:r>
      <w:r>
        <w:rPr>
          <w:sz w:val="20"/>
        </w:rPr>
        <w:t>1:14:03  rehtay hain. is ko hum samjhayein, is ko hum rasool Allah sal Allah alayh wasalam ke waqiat batayein, is ko hum kitaab dein parhnay ke liye. agar hum ko lagta hai ke is ne ghalt baat kahi hai, to marna, violence ka use karna ghalt hai.</w:t>
      </w:r>
      <w:r>
        <w:br/>
      </w:r>
      <w:r>
        <w:rPr>
          <w:sz w:val="20"/>
        </w:rPr>
        <w:t>1:14:17  is ko samjhana, is ko aur is ko is se baat cheet karna, is se dialogue karna, yeh thori ghalt hai. to</w:t>
      </w:r>
      <w:r>
        <w:br/>
      </w:r>
      <w:r>
        <w:rPr>
          <w:sz w:val="20"/>
        </w:rPr>
        <w:t>1:14:24  jaisay hum ghar mein hotay rehtay hain, bhai bhaiyon behnon mein ghar mein hotay rehtay hain, to hum koi martay hain, is ko samjhatay hain ke aisa nahin.</w:t>
      </w:r>
      <w:r>
        <w:br/>
      </w:r>
      <w:r>
        <w:rPr>
          <w:sz w:val="20"/>
        </w:rPr>
        <w:t>1:14:33  bachon ko samjhatay hain, aisa nahin karna chahiye. to tamam insanon ko hum ko aisay hi samajhna hai jaisay hum apni family member ko samajhtay hain.</w:t>
      </w:r>
      <w:r>
        <w:br/>
      </w:r>
      <w:r>
        <w:rPr>
          <w:sz w:val="20"/>
        </w:rPr>
        <w:t>1:14:42  agar woh family member aisay samajhnay lagein gay, to yeh to masla hi khatam ho jaye ga. kaun apnay bhai behan ko maar dalta hai ke tum ne humain baap mere maa baap ko aisa kyun keh diya?</w:t>
      </w:r>
      <w:r>
        <w:br/>
      </w:r>
      <w:r>
        <w:rPr>
          <w:sz w:val="20"/>
        </w:rPr>
        <w:t>1:14:52  to yeh to khud hi argument jo hai, is ke khilaf jata hai. is mein aik aur cheez mein add karna chahoon ga, chounkay mohabbat ki baat aa gayi ke rasool Allah sal Allah alayh wasalam se mohabbat kartay hain, to yeh hamesha yaad rakhna chahiye ke arabi ka aik shair hai: "in al muhibbu lima yuhibbu yutee" ke mohabbat karnay wala us ki itaa'at karta hai jis se woh mohabbat karta hai.</w:t>
      </w:r>
      <w:r>
        <w:br/>
      </w:r>
      <w:r>
        <w:rPr>
          <w:sz w:val="20"/>
        </w:rPr>
        <w:t>1:15:14  to hum ko yeh dekhna chahiye, agar hum mohabbat kar rahay hain rasool Allah sal Allah alayh wasalam se, to is mein aap ka model kya tha? agar hum is model ke mutabiq chaltay hain, to hum ne mohabbat kiya, aur agar model ke mutabiq chaltay hain, to hum ne mohabbat ka dawa kiya, lekin amal woh kiya jo hamaray wam mein tha, hamari khwahish mein tha.</w:t>
      </w:r>
      <w:r>
        <w:br/>
      </w:r>
      <w:r>
        <w:rPr>
          <w:sz w:val="20"/>
        </w:rPr>
        <w:t>1:15:30  to yeh farq hum ko karna chahiye. hum mohabbat ka dawa kartay hain, lekin hum jo bless fami ke mamlay mein jo amal kartay hain, woh rasool Allah sal Allah alayh wasalam ka uswa nahin hai, woh hamara wam hai.</w:t>
      </w:r>
      <w:r>
        <w:br/>
      </w:r>
      <w:r>
        <w:rPr>
          <w:sz w:val="20"/>
        </w:rPr>
        <w:t>1:15:41  as a whole muslim samaj, yeh hamari khwahish hai, apni khwahish hai, rasool Allah sal Allah alayh wasalam ka tareeqa nahin hai. bohat sahi baat hai ke yeh to mohabbat ka taqaza hai ke hum aap ke uswa par chalein.</w:t>
      </w:r>
      <w:r>
        <w:br/>
      </w:r>
      <w:r>
        <w:rPr>
          <w:sz w:val="20"/>
        </w:rPr>
        <w:t>1:15:54  okay, so we will end the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