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59 questions · category Seerah &amp; Prophet · full transcripts with timestamps · exported 2026-09-21</w:t>
      </w:r>
    </w:p>
    <w:p>
      <w:pPr>
        <w:pStyle w:val="Heading2"/>
      </w:pPr>
      <w:r>
        <w:t>Books on Prophet and Companions</w:t>
      </w:r>
    </w:p>
    <w:p>
      <w:r>
        <w:rPr>
          <w:color w:val="666666"/>
          <w:sz w:val="18"/>
        </w:rPr>
        <w:t>Seerah &amp; Prophet · Islam &amp; Prophet of Islam 21 Oct, 2012 - Maulana Wahiduddin Khan · 1m 16s · at 1:17:29 · https://youtu.be/2hwtfOyNeS0?t=4649</w:t>
      </w:r>
    </w:p>
    <w:p>
      <w:r>
        <w:rPr>
          <w:i/>
        </w:rPr>
        <w:t>“Please guide which books we should read to understand the life of the Prophet of Islam and the Companions?”</w:t>
      </w:r>
    </w:p>
    <w:p>
      <w:r>
        <w:rPr>
          <w:sz w:val="20"/>
        </w:rPr>
        <w:t>1:17:29  maulana, agla sawal raipur se aaya hai miss shabana ka. unhon ne likha hai: "maulana sahib, please guide us which book we should read to understand the life of prophet of islam and sahaba?" to bahut sari kitabein hain, apne taste ke lehaz se aap padhiye.</w:t>
      </w:r>
      <w:r>
        <w:br/>
      </w:r>
      <w:r>
        <w:rPr>
          <w:sz w:val="20"/>
        </w:rPr>
        <w:t>1:17:49  yani sankaron ki kitabein hain, tadad mein kitabein hain. main koi kitab suggest nahin kar sakta. aap khud yani library mein jaiye, wahan par dekhiye.</w:t>
      </w:r>
      <w:r>
        <w:br/>
      </w:r>
      <w:r>
        <w:rPr>
          <w:sz w:val="20"/>
        </w:rPr>
        <w:t>1:18:03  hamara, main sirf yeh keh sakta hoon ke hamare haan aisi kitabein kai chhapi hain. baqi aap ko haq hai ke aap jo chahein kitabein padhein. dekhiye, hamare haan kitab chhapi hai "paighambar e inqilab" aur "mutala-e-seerat" aur "seerat-e-rasool" aur "prophet of peace".</w:t>
      </w:r>
      <w:r>
        <w:br/>
      </w:r>
      <w:r>
        <w:rPr>
          <w:sz w:val="20"/>
        </w:rPr>
        <w:t>1:18:25  yeh kitabein chhapi hain. aur bhi kitabein hain, lekin yeh to direct taur par seerat par kitab hai. hamare haan se. baqi aap kaun si kitabein padhna pasand karen ge?</w:t>
      </w:r>
      <w:r>
        <w:br/>
      </w:r>
      <w:r>
        <w:rPr>
          <w:sz w:val="20"/>
        </w:rPr>
        <w:t>1:18:34  to yeh to aap ko haq hai ke aap kisi bhi book shop mein ja kar ke wahan se jo chahein le lein, jo jo pasand ho aap ko.</w:t>
      </w:r>
    </w:p>
    <w:p>
      <w:pPr>
        <w:pStyle w:val="Heading2"/>
      </w:pPr>
      <w:r>
        <w:t>Caliphate Wars and the Sunnah of Hudaybiyyah</w:t>
      </w:r>
    </w:p>
    <w:p>
      <w:r>
        <w:rPr>
          <w:color w:val="666666"/>
          <w:sz w:val="18"/>
        </w:rPr>
        <w:t>Seerah &amp; Prophet · Hadith Prediction November 3, 2013 · 1m 13s · at 47:59 · https://youtu.be/cb5Lzw9c8aE?t=2879</w:t>
      </w:r>
    </w:p>
    <w:p>
      <w:r>
        <w:rPr>
          <w:i/>
        </w:rPr>
        <w:t>“Why did the Rightly Guided Caliphate not follow the Sunnah of Hudaybiyyah? Why did they fight against Rome and Iran?”</w:t>
      </w:r>
    </w:p>
    <w:p>
      <w:r>
        <w:rPr>
          <w:sz w:val="20"/>
        </w:rPr>
        <w:t>47:59  maulana, agla sawal lene se pehle ek comment padhna chahenge jo ajmer se doctor safina tabassum ne bheja hai. unhon ne likha hai: "thanks maulana sahib for making us understand the khule ke azeem and helping us avoid the great loss that we would have suffered."</w:t>
      </w:r>
      <w:r>
        <w:br/>
      </w:r>
      <w:r>
        <w:rPr>
          <w:sz w:val="20"/>
        </w:rPr>
        <w:t>48:19  maulana, agla sawal bhopal se hai. rehan khan sahib ne kiya hai, unhon ne likha hai: "why did khilafat rashideen did not follow sunnat of hudaybiya?</w:t>
      </w:r>
      <w:r>
        <w:br/>
      </w:r>
      <w:r>
        <w:rPr>
          <w:sz w:val="20"/>
        </w:rPr>
        <w:t>48:32  why did they fight against rome and iran?" is ke bare mein batayen.</w:t>
      </w:r>
      <w:r>
        <w:br/>
      </w:r>
      <w:r>
        <w:rPr>
          <w:sz w:val="20"/>
        </w:rPr>
        <w:t>48:41  nahi yaar, yeh aap ka sawal sahi nahi hai. aap ki tafseel janne ke liye meri kitab padhiye, deen e kamil</w:t>
      </w:r>
      <w:r>
        <w:br/>
      </w:r>
      <w:r>
        <w:rPr>
          <w:sz w:val="20"/>
        </w:rPr>
        <w:t>48:47  . is mein tafseel se likha hai aap ne. to woh to log hudaybiya se nahi tha, woh woh alag masla hai. masail ki bahut si qismein hoti hain, har har har har jagah ek hi principle apply nahi hota hai.</w:t>
      </w:r>
      <w:r>
        <w:br/>
      </w:r>
      <w:r>
        <w:rPr>
          <w:sz w:val="20"/>
        </w:rPr>
        <w:t>49:01  woh alag principle hai, wahan alag principle hai. aap pehle padh lijiyega meri kitab, deen e kamil, phir aap sawal kijiyega agle sunday ko, inshallah.</w:t>
      </w:r>
    </w:p>
    <w:p>
      <w:pPr>
        <w:pStyle w:val="Heading2"/>
      </w:pPr>
      <w:r>
        <w:t>Companions' lifestyle: eating, living, sleeping</w:t>
      </w:r>
    </w:p>
    <w:p>
      <w:r>
        <w:rPr>
          <w:color w:val="666666"/>
          <w:sz w:val="18"/>
        </w:rPr>
        <w:t>Seerah &amp; Prophet · Q&amp;A 04 Mar 2012 Maulana Wahiduddin Khan · 45s · at 36:59 · https://youtu.be/txRmutuvWQI?t=2219</w:t>
      </w:r>
    </w:p>
    <w:p>
      <w:r>
        <w:rPr>
          <w:i/>
        </w:rPr>
        <w:t>“What was the system of eating, living, and sleeping of the Companions? Explain in the light of Hadith.”</w:t>
      </w:r>
    </w:p>
    <w:p>
      <w:r>
        <w:rPr>
          <w:sz w:val="20"/>
        </w:rPr>
        <w:t>36:59  maulana, unka ek aur sawal hai. unhone poocha hai ke: "sahaba ke khane rehne aur sone ka kya nizam tha? hadith ki roshni mein batayen."</w:t>
      </w:r>
      <w:r>
        <w:br/>
      </w:r>
      <w:r>
        <w:rPr>
          <w:sz w:val="20"/>
        </w:rPr>
        <w:t>37:09  aap woh kitab padh lijiye: maulana altaf, maulana woh kya naam ka hai? toh sahaba ka hain yusuf, haan yusuf, aasif ka naam yusuf kandhalvi.</w:t>
      </w:r>
      <w:r>
        <w:br/>
      </w:r>
      <w:r>
        <w:rPr>
          <w:sz w:val="20"/>
        </w:rPr>
        <w:t>37:22  haan, maulana yusuf kandhalvi ki kitab hai, bohat hi comprehensive kitab hai. woh hajat sahaba, woh arabi mein, urdu mein, angrezi mein chhap chuki hai.</w:t>
      </w:r>
      <w:r>
        <w:br/>
      </w:r>
      <w:r>
        <w:rPr>
          <w:sz w:val="20"/>
        </w:rPr>
        <w:t>37:36  aap jo zaban aap ko aasan ho, use padhiye. is mein poori tafseel mil jayegi aap ko.</w:t>
      </w:r>
    </w:p>
    <w:p>
      <w:pPr>
        <w:pStyle w:val="Heading2"/>
      </w:pPr>
      <w:r>
        <w:t>Completing the unfinished task of Prophet</w:t>
      </w:r>
    </w:p>
    <w:p>
      <w:r>
        <w:rPr>
          <w:color w:val="666666"/>
          <w:sz w:val="18"/>
        </w:rPr>
        <w:t>Seerah &amp; Prophet · Prophetic Wisdom | May 01, 2016 · 1m 58s · at 47:04 · https://youtu.be/KrjwjAw03zw?t=2824</w:t>
      </w:r>
    </w:p>
    <w:p>
      <w:r>
        <w:rPr>
          <w:i/>
        </w:rPr>
        <w:t>“In the last Sunday class you had said that we have to finish the unfinished task of Prophet of Islam. As we know that Prophet was chosen to...”</w:t>
      </w:r>
    </w:p>
    <w:p>
      <w:r>
        <w:rPr>
          <w:sz w:val="20"/>
        </w:rPr>
        <w:t>47:04  rakhein Maulana agla sawal Mr. Ajay Dwivedi ne kiya hai Delhi se aur unhon ne likha hai Maulana</w:t>
      </w:r>
      <w:r>
        <w:br/>
      </w:r>
      <w:r>
        <w:rPr>
          <w:sz w:val="20"/>
        </w:rPr>
        <w:t>47:11  sahib in the last Sunday class you had said that we have</w:t>
      </w:r>
      <w:r>
        <w:br/>
      </w:r>
      <w:r>
        <w:rPr>
          <w:sz w:val="20"/>
        </w:rPr>
        <w:t>47:19  to finish the unfinished task of Prophet of Islam Maulana as we know that Prophet was chosen to</w:t>
      </w:r>
      <w:r>
        <w:br/>
      </w:r>
      <w:r>
        <w:rPr>
          <w:sz w:val="20"/>
        </w:rPr>
        <w:t>47:26  receive the revelations from God and as a result Quran was given to mankind so in what context</w:t>
      </w:r>
      <w:r>
        <w:br/>
      </w:r>
      <w:r>
        <w:rPr>
          <w:sz w:val="20"/>
        </w:rPr>
        <w:t>47:34  you said that we have to finish the unfinished task of Prophet of Islam could you please elaborate</w:t>
      </w:r>
      <w:r>
        <w:br/>
      </w:r>
      <w:r>
        <w:rPr>
          <w:sz w:val="20"/>
        </w:rPr>
        <w:t>47:41  and clarify the same dekhiye jahan tak Quran ki baat hai to Quran to hamein poori</w:t>
      </w:r>
      <w:r>
        <w:br/>
      </w:r>
      <w:r>
        <w:rPr>
          <w:sz w:val="20"/>
        </w:rPr>
        <w:t>47:49  hidayat is mein di ja chuki hai Quran hamare liye mukammal hidayat nama hai is cheez mein humein finish nahi humein kya finish karenge woh to finish already finish ho chuka hai nahi us ko phailane ke maani mein yaani jo message hai jo Quran ka aur Sunnah ka jo message hai woh to us ko phailane ka kaam jaari rahega kyunkeh humein</w:t>
      </w:r>
      <w:r>
        <w:br/>
      </w:r>
      <w:r>
        <w:rPr>
          <w:sz w:val="20"/>
        </w:rPr>
        <w:t>48:19  shuh naye log paida honge nayi generation aayegi aaj jo log hain woh mar jayenge</w:t>
      </w:r>
      <w:r>
        <w:br/>
      </w:r>
      <w:r>
        <w:rPr>
          <w:sz w:val="20"/>
        </w:rPr>
        <w:t>48:25  phir doosre log paida ho ke saamne aayenge woh to hamesha hi unfinished rahega woh due</w:t>
      </w:r>
      <w:r>
        <w:br/>
      </w:r>
      <w:r>
        <w:rPr>
          <w:sz w:val="20"/>
        </w:rPr>
        <w:t>48:31  to the law of nature to koi bhi shakhs yeh nahi kar sakta ke in terms of ideology</w:t>
      </w:r>
      <w:r>
        <w:br/>
      </w:r>
      <w:r>
        <w:rPr>
          <w:sz w:val="20"/>
        </w:rPr>
        <w:t>48:37  in terms of book woh unfinished hai unfinished is cheez mein hai ke log paida ho rahe hain</w:t>
      </w:r>
      <w:r>
        <w:br/>
      </w:r>
      <w:r>
        <w:rPr>
          <w:sz w:val="20"/>
        </w:rPr>
        <w:t>48:44  paida ho rahe hain paida ho rahe hain</w:t>
      </w:r>
      <w:r>
        <w:br/>
      </w:r>
      <w:r>
        <w:rPr>
          <w:sz w:val="20"/>
        </w:rPr>
        <w:t>48:50  to unko kaun pahunchaye unko un logon ko pahunchana hai jo believers hain jo apne ko</w:t>
      </w:r>
      <w:r>
        <w:br/>
      </w:r>
      <w:r>
        <w:rPr>
          <w:sz w:val="20"/>
        </w:rPr>
        <w:t>48:56  kehte hain ke hum iske waris hain to unko ek kaam to qayamat tak karte rehna</w:t>
      </w:r>
    </w:p>
    <w:p>
      <w:pPr>
        <w:pStyle w:val="Heading2"/>
      </w:pPr>
      <w:r>
        <w:t>Difference between Ismail's progeny and ordinary people</w:t>
      </w:r>
    </w:p>
    <w:p>
      <w:r>
        <w:rPr>
          <w:color w:val="666666"/>
          <w:sz w:val="18"/>
        </w:rPr>
        <w:t>Seerah &amp; Prophet · The Message of Eid Al-Adha November 6, 2011 Maulana Wahiduddin Khan · 1m 28s · at 1:06:09 · https://youtu.be/y59PU_RD2cg?t=3969</w:t>
      </w:r>
    </w:p>
    <w:p>
      <w:r>
        <w:rPr>
          <w:i/>
        </w:rPr>
        <w:t>“What was the difference between the progeny that Allah advanced through Prophet Ismail and ordinary people? Was there a special quality in them?”</w:t>
      </w:r>
    </w:p>
    <w:p>
      <w:r>
        <w:rPr>
          <w:sz w:val="20"/>
        </w:rPr>
        <w:t>1:06:09  maulana, agla sawal kya hai karachi se? ah, mister aamir bin yusuf ne. unhon ne likha hai: "allah ne jo nasl hazrat ismail ke zariye aage badhai, us mein aur aam afraad mein kya farq tha?</w:t>
      </w:r>
      <w:r>
        <w:br/>
      </w:r>
      <w:r>
        <w:rPr>
          <w:sz w:val="20"/>
        </w:rPr>
        <w:t>1:06:26  kya special quality pai jati thi? us ke bare mein bataen." bas itna hi farq tha ke woh log conditioning se pak the.</w:t>
      </w:r>
      <w:r>
        <w:br/>
      </w:r>
      <w:r>
        <w:rPr>
          <w:sz w:val="20"/>
        </w:rPr>
        <w:t>1:06:37  aaj hum log rehte hain shahrron mein, society mein, wahan alag thalag the. woh log alag thalag rehne ki wajah se woh conditioning se bach gaye.</w:t>
      </w:r>
      <w:r>
        <w:br/>
      </w:r>
      <w:r>
        <w:rPr>
          <w:sz w:val="20"/>
        </w:rPr>
        <w:t>1:06:48  hum aap conditioning se bach nahin paate. baqi aur koi special signisity nahin thi un mein. jaise hum hain, waise woh bhi the.</w:t>
      </w:r>
      <w:r>
        <w:br/>
      </w:r>
      <w:r>
        <w:rPr>
          <w:sz w:val="20"/>
        </w:rPr>
        <w:t>1:06:59  koi farq nahin tha.</w:t>
      </w:r>
      <w:r>
        <w:br/>
      </w:r>
      <w:r>
        <w:rPr>
          <w:sz w:val="20"/>
        </w:rPr>
        <w:t>1:07:02  to hamein bhi apne aap ko, yaani apne</w:t>
      </w:r>
      <w:r>
        <w:br/>
      </w:r>
      <w:r>
        <w:rPr>
          <w:sz w:val="20"/>
        </w:rPr>
        <w:t>1:07:08  apne aap ko is tarah rakhna hai ke woh apne aap ko conditioning se bacha payen. to deconditioning karna, jo aadmi apni deconditioning kar sake, woh waise hi ban jayega jaise ke woh log the.</w:t>
      </w:r>
      <w:r>
        <w:br/>
      </w:r>
      <w:r>
        <w:rPr>
          <w:sz w:val="20"/>
        </w:rPr>
        <w:t>1:07:23  jo farq hai, woh sirf yahi hai. conditioning hogi to hum use alag dikhai den g</w:t>
      </w:r>
      <w:r>
        <w:br/>
      </w:r>
      <w:r>
        <w:rPr>
          <w:sz w:val="20"/>
        </w:rPr>
        <w:t>1:07:30  e, lekin agar deconditioning hum kar len apni to hum bhi waise hi ban jayenge jaise woh log the.</w:t>
      </w:r>
    </w:p>
    <w:p>
      <w:pPr>
        <w:pStyle w:val="Heading2"/>
      </w:pPr>
      <w:r>
        <w:t>Difference between Sahaba and today's Muslims</w:t>
      </w:r>
    </w:p>
    <w:p>
      <w:r>
        <w:rPr>
          <w:color w:val="666666"/>
          <w:sz w:val="18"/>
        </w:rPr>
        <w:t>Seerah &amp; Prophet · Divine Guidance November 20, 2016 · 1m 25s · at 52:07 · https://youtu.be/tbcloc-fvSE?t=3127</w:t>
      </w:r>
    </w:p>
    <w:p>
      <w:r>
        <w:rPr>
          <w:i/>
        </w:rPr>
        <w:t>“What is the difference between the Sahaba and present day Muslims? The Sahaba moved by Islam, possessed positive mindset, and spread positivity all over the world. But Muslims of today who claim to be followers of Islam are spreading negativity and hatred everywhere. What is your opinion on this?”</w:t>
      </w:r>
    </w:p>
    <w:p>
      <w:r>
        <w:rPr>
          <w:sz w:val="20"/>
        </w:rPr>
        <w:t>52:07  jazak Allah khaira." Maulana, agla sawal Dilli se kiya hai Dr. Fareeda Khanam ne.</w:t>
      </w:r>
      <w:r>
        <w:br/>
      </w:r>
      <w:r>
        <w:rPr>
          <w:sz w:val="20"/>
        </w:rPr>
        <w:t>52:13  unhon ne likha hai: "What is the difference between the Sahaba and present day Muslims?</w:t>
      </w:r>
      <w:r>
        <w:br/>
      </w:r>
      <w:r>
        <w:rPr>
          <w:sz w:val="20"/>
        </w:rPr>
        <w:t>52:20  The Sahaba moved by Islam, possessed positive mindset, and spread positivity all over the world. But Muslims of today who claim to be followers of Islam are spreading negativity and hatred everywhere. What is your opinion on this?</w:t>
      </w:r>
      <w:r>
        <w:br/>
      </w:r>
      <w:r>
        <w:rPr>
          <w:sz w:val="20"/>
        </w:rPr>
        <w:t>52:39  " main yeh sochta hoon ke asli spirit thi, is pe emphasis nahi diya gaya baad ke zamaney mein.</w:t>
      </w:r>
      <w:r>
        <w:br/>
      </w:r>
      <w:r>
        <w:rPr>
          <w:sz w:val="20"/>
        </w:rPr>
        <w:t>52:45  form par sara emphasis chala gaya.</w:t>
      </w:r>
      <w:r>
        <w:br/>
      </w:r>
      <w:r>
        <w:rPr>
          <w:sz w:val="20"/>
        </w:rPr>
        <w:t>52:51  to Sahaba ki spirit to wohi hai jo unhon ne bataya.</w:t>
      </w:r>
      <w:r>
        <w:br/>
      </w:r>
      <w:r>
        <w:rPr>
          <w:sz w:val="20"/>
        </w:rPr>
        <w:t>52:57  lekin jab form ko emphasis di gayi to form ko ko follow kar ke unho ne samjha ke</w:t>
      </w:r>
      <w:r>
        <w:br/>
      </w:r>
      <w:r>
        <w:rPr>
          <w:sz w:val="20"/>
        </w:rPr>
        <w:t>53:03  hum ne Islam ko follow kar liya.</w:t>
      </w:r>
      <w:r>
        <w:br/>
      </w:r>
      <w:r>
        <w:rPr>
          <w:sz w:val="20"/>
        </w:rPr>
        <w:t>53:09  waise Sahaba ki spirit to wohi thi jo bataya unhon ne.</w:t>
      </w:r>
      <w:r>
        <w:br/>
      </w:r>
      <w:r>
        <w:rPr>
          <w:sz w:val="20"/>
        </w:rPr>
        <w:t>53:15  lekin jab form ko asal maan liya jaye to yeh baat kamzor pad jayegi ke hamein is</w:t>
      </w:r>
      <w:r>
        <w:br/>
      </w:r>
      <w:r>
        <w:rPr>
          <w:sz w:val="20"/>
        </w:rPr>
        <w:t>53:21  tarah banna hai.</w:t>
      </w:r>
      <w:r>
        <w:br/>
      </w:r>
      <w:r>
        <w:rPr>
          <w:sz w:val="20"/>
        </w:rPr>
        <w:t>53:27  insan ko khair khwah banna hai, hamein peaceful banna hai waghera.</w:t>
      </w:r>
      <w:r>
        <w:br/>
      </w:r>
      <w:r>
        <w:rPr>
          <w:sz w:val="20"/>
        </w:rPr>
        <w:t>53:33  Maulana, agla sawal lete hain jo Guwahati se bheja hai Saifullah Sahab ne.</w:t>
      </w:r>
    </w:p>
    <w:p>
      <w:pPr>
        <w:pStyle w:val="Heading2"/>
      </w:pPr>
      <w:r>
        <w:t>Differentiating dawah and jihad targets</w:t>
      </w:r>
    </w:p>
    <w:p>
      <w:r>
        <w:rPr>
          <w:color w:val="666666"/>
          <w:sz w:val="18"/>
        </w:rPr>
        <w:t>Seerah &amp; Prophet · Man and Angels April 27, 2014 · 58s · at 58:49 · https://youtu.be/b3fk1cakPeo?t=3529</w:t>
      </w:r>
    </w:p>
    <w:p>
      <w:r>
        <w:rPr>
          <w:i/>
        </w:rPr>
        <w:t>“How will we differentiate which target needs dawah and which target needs force and jihad? If things were possible only through dawah, then why did the Prophet of Islam use force?”</w:t>
      </w:r>
    </w:p>
    <w:p>
      <w:r>
        <w:rPr>
          <w:sz w:val="20"/>
        </w:rPr>
        <w:t>58:48  warna kuch nahi.</w:t>
      </w:r>
      <w:r>
        <w:br/>
      </w:r>
      <w:r>
        <w:rPr>
          <w:sz w:val="20"/>
        </w:rPr>
        <w:t>58:49  Maulana, agla sawal Dilli se kiya hai Dr Muhammad Talat Zaheer Sahab ne. unho ne likha hai: "How will we differentiate that which target needs دعویٰ and which target needs force aur jahad؟\</w:t>
      </w:r>
      <w:r>
        <w:br/>
      </w:r>
      <w:r>
        <w:rPr>
          <w:sz w:val="20"/>
        </w:rPr>
        <w:t>59:04  If things were possible only through dawa, then why did Prophet of Islam use the force?</w:t>
      </w:r>
      <w:r>
        <w:br/>
      </w:r>
      <w:r>
        <w:rPr>
          <w:sz w:val="20"/>
        </w:rPr>
        <w:t>59:12  yeh bilkul galat baat hai ke force istemal kiya hukumat qaim karne ke liye. To aap jo kitabein padhi hain, woh galat kitabein padhi hain aap ne. Aap hamari kitabein padhiye aap.</w:t>
      </w:r>
      <w:r>
        <w:br/>
      </w:r>
      <w:r>
        <w:rPr>
          <w:sz w:val="20"/>
        </w:rPr>
        <w:t>59:22  yeh yeh seerat ki tasweer hi bilkul baseless hai. Aap hamari kitabein hain seerat par, aap padhiye is ko.</w:t>
      </w:r>
      <w:r>
        <w:br/>
      </w:r>
      <w:r>
        <w:rPr>
          <w:sz w:val="20"/>
        </w:rPr>
        <w:t>59:32  phir sawal kijiye. Yeh jo samajhte hain log ke hukumat Rasool Allah ne taqat istemal kar ke hukumat qaim ki, to bilkul yeh to false picture hai.</w:t>
      </w:r>
      <w:r>
        <w:br/>
      </w:r>
      <w:r>
        <w:rPr>
          <w:sz w:val="20"/>
        </w:rPr>
        <w:t>59:43  yeh sahi to hai nahi. Pehle aap kitabein padhiye, phir sawal kijiye.</w:t>
      </w:r>
    </w:p>
    <w:p>
      <w:pPr>
        <w:pStyle w:val="Heading2"/>
      </w:pPr>
      <w:r>
        <w:t>Explanation of Ghazwa Hind</w:t>
      </w:r>
    </w:p>
    <w:p>
      <w:r>
        <w:rPr>
          <w:color w:val="666666"/>
          <w:sz w:val="18"/>
        </w:rPr>
        <w:t>Seerah &amp; Prophet · Creative Thinking February 19, 2017 · 1m 35s · at 1:03:04 · https://youtu.be/L-x1xNJc__8?t=3784</w:t>
      </w:r>
    </w:p>
    <w:p>
      <w:r>
        <w:rPr>
          <w:i/>
        </w:rPr>
        <w:t>“Maulana, please explain about Ghazwa Hind.”</w:t>
      </w:r>
    </w:p>
    <w:p>
      <w:r>
        <w:rPr>
          <w:sz w:val="20"/>
        </w:rPr>
        <w:t>1:03:04  ji maulana, agla sawal lete hain jo anwar subhani sahab ne bheja hai delhi se.</w:t>
      </w:r>
      <w:r>
        <w:br/>
      </w:r>
      <w:r>
        <w:rPr>
          <w:sz w:val="20"/>
        </w:rPr>
        <w:t>1:03:10  unhon ne aapse poocha hai: "maulana sahab, please explain about ghazwa-e-hind." ghazwa-e-hind par maine</w:t>
      </w:r>
      <w:r>
        <w:br/>
      </w:r>
      <w:r>
        <w:rPr>
          <w:sz w:val="20"/>
        </w:rPr>
        <w:t>1:03:15  likha hai, wo to padh lijie.</w:t>
      </w:r>
      <w:r>
        <w:br/>
      </w:r>
      <w:r>
        <w:rPr>
          <w:sz w:val="20"/>
        </w:rPr>
        <w:t>1:03:20  yahan par jo jo main bolta hoon, us ko le kar sawal kijiye to zyada acha hoga.</w:t>
      </w:r>
      <w:r>
        <w:br/>
      </w:r>
      <w:r>
        <w:rPr>
          <w:sz w:val="20"/>
        </w:rPr>
        <w:t>1:03:26  baqi ghazwa-e-hind ka wo matlab hargiz nahi jo pakistan walon ne rakha ho.</w:t>
      </w:r>
      <w:r>
        <w:br/>
      </w:r>
      <w:r>
        <w:rPr>
          <w:sz w:val="20"/>
        </w:rPr>
        <w:t>1:03:31  bilkul fall short pe khade hue hain pakistanion wale.</w:t>
      </w:r>
      <w:r>
        <w:br/>
      </w:r>
      <w:r>
        <w:rPr>
          <w:sz w:val="20"/>
        </w:rPr>
        <w:t>1:03:36  main sakhti se kahunga kyunke ghazwa-e-hind jo wo military chala rahe hain, us ko ghazwa-e-hind samajhte hain.</w:t>
      </w:r>
      <w:r>
        <w:br/>
      </w:r>
      <w:r>
        <w:rPr>
          <w:sz w:val="20"/>
        </w:rPr>
        <w:t>1:03:41  is ko bilkul fall short pe jeete hain.</w:t>
      </w:r>
      <w:r>
        <w:br/>
      </w:r>
      <w:r>
        <w:rPr>
          <w:sz w:val="20"/>
        </w:rPr>
        <w:t>1:03:47  hargiz hargiz woh ghazwa e hind nahi hai jo woh kar rahe hain.</w:t>
      </w:r>
      <w:r>
        <w:br/>
      </w:r>
      <w:r>
        <w:rPr>
          <w:sz w:val="20"/>
        </w:rPr>
        <w:t>1:03:52  yani proxy war chalate hain aur is ko kehte hain ghazwa e hind.</w:t>
      </w:r>
      <w:r>
        <w:br/>
      </w:r>
      <w:r>
        <w:rPr>
          <w:sz w:val="20"/>
        </w:rPr>
        <w:t>1:03:57  proxy war to apne aap mein haram hai.</w:t>
      </w:r>
      <w:r>
        <w:br/>
      </w:r>
      <w:r>
        <w:rPr>
          <w:sz w:val="20"/>
        </w:rPr>
        <w:t>1:04:03  bas jo matlab batate hain is ka pakistanion wale, woh bilkul galat hai.</w:t>
      </w:r>
      <w:r>
        <w:br/>
      </w:r>
      <w:r>
        <w:rPr>
          <w:sz w:val="20"/>
        </w:rPr>
        <w:t>1:04:08  is mein koi shaq nahi.</w:t>
      </w:r>
      <w:r>
        <w:br/>
      </w:r>
      <w:r>
        <w:rPr>
          <w:sz w:val="20"/>
        </w:rPr>
        <w:t>1:04:13  aur is ka jo sahi expression hai, woh mein likh chuka hoon.</w:t>
      </w:r>
      <w:r>
        <w:br/>
      </w:r>
      <w:r>
        <w:rPr>
          <w:sz w:val="20"/>
        </w:rPr>
        <w:t>1:04:18  is ko aap parh lijiye, phir sawal kijiye.</w:t>
      </w:r>
      <w:r>
        <w:br/>
      </w:r>
      <w:r>
        <w:rPr>
          <w:sz w:val="20"/>
        </w:rPr>
        <w:t>1:04:24  maulana, ek comment parhna chahenge jo yaqoob maulana yaqoob umri sahib ne bheja hai dilli se.</w:t>
      </w:r>
      <w:r>
        <w:br/>
      </w:r>
      <w:r>
        <w:rPr>
          <w:sz w:val="20"/>
        </w:rPr>
        <w:t>1:04:29  unhon ne likha hai: "maulana, today only i came to know that islam dealing the worship from nature.</w:t>
      </w:r>
      <w:r>
        <w:br/>
      </w:r>
      <w:r>
        <w:rPr>
          <w:sz w:val="20"/>
        </w:rPr>
        <w:t>1:04:34  this is very clear and a very balanced statement.</w:t>
      </w:r>
      <w:r>
        <w:br/>
      </w:r>
      <w:r>
        <w:rPr>
          <w:sz w:val="20"/>
        </w:rPr>
        <w:t>1:04:40  Jazak Allah." Maulana, agla sawal bheja hai Maulana Asrar ul Hassan sahib ne Chennai se. Unhone likha hai: "Maulana, aisa kyon hota hai ke jab bhi ek nayi cheez ya naya masla pesh aata hai to tamam Musalman sab se pehle negative response karte hain, siwaye aap ke? Aisa kyon hai?" Bhai, agar aap manein to iski wajah yeh hai ke log jeete hain apne aap mein. Main jeeta hoon Allah mein. Saare Musalman apne aap mein jeete hain, apni qaum mein, apni ummat mein, apne mulk mein jeete hain. Allah ko le kar jeetne wala koi hai nahin. Saare duniya mein bade, woh abhi tak koi is insaan ko nahin paya hai maine jo Allah mein jeeta ho. Apna culture, apni qaum, apni family, apna group, apni jamaat, isi mein jeete hain log. Meri finding yahi hai. Har ek jeet raha hai apne aap mein. Isi ko main keh raha hoon apne aap mein. Apni family, apni aulad, apna business, apna mulk, apni qaum, apni jamaat, isi mein jeete hain log. Allah mein jeene wala to koi insaan mujhe nazar nahin aata. To jab aisa hoga to negative thinking paida hoga aur kya paida hoga? Maulana, agla comment lena chahenge jo Dr Muhammad Waqar Alam ne bheja hai USA se. Unhone likha hai: "Maulana, if your argument is about creative thinking that Islam started creative thinking in religion, it seems alright about religion. Otherwise, there are several societies and nations present before or during the Prophet era which were creative thinkers alike." So we will end the session here. We will be back next Sunday same time. Thank you.</w:t>
      </w:r>
    </w:p>
    <w:p>
      <w:pPr>
        <w:pStyle w:val="Heading2"/>
      </w:pPr>
      <w:r>
        <w:t>Explanation of Jizya and its relevance today</w:t>
      </w:r>
    </w:p>
    <w:p>
      <w:r>
        <w:rPr>
          <w:color w:val="666666"/>
          <w:sz w:val="18"/>
        </w:rPr>
        <w:t>Seerah &amp; Prophet · Root Cause of Terrorism February 22, 2015 · 1m 00s · at 46:08 · https://youtu.be/n0AIGEI7b9U?t=2768</w:t>
      </w:r>
    </w:p>
    <w:p>
      <w:r>
        <w:rPr>
          <w:i/>
        </w:rPr>
        <w:t>“Can you please explain the concept of Jizya? Was it relevant only during Prophet's time and does it have any relevance for other times?”</w:t>
      </w:r>
    </w:p>
    <w:p>
      <w:r>
        <w:rPr>
          <w:sz w:val="20"/>
        </w:rPr>
        <w:t>46:08  maulana, agla sawal Tampa USA se Tariq Ali sahab ka aaya hai aur woh aap se</w:t>
      </w:r>
      <w:r>
        <w:br/>
      </w:r>
      <w:r>
        <w:rPr>
          <w:sz w:val="20"/>
        </w:rPr>
        <w:t>46:15  جاننا چاہتے ہیں کہ: "Can you please explain the concept of Jizya? Was it relevant only during Prophet's</w:t>
      </w:r>
      <w:r>
        <w:br/>
      </w:r>
      <w:r>
        <w:rPr>
          <w:sz w:val="20"/>
        </w:rPr>
        <w:t>46:23  time aur does it have any relevance for other times?" dekhein, yeh hamari jo meeting hoti hai, woh</w:t>
      </w:r>
      <w:r>
        <w:br/>
      </w:r>
      <w:r>
        <w:rPr>
          <w:sz w:val="20"/>
        </w:rPr>
        <w:t>46:31  fiqhi masail ke liye nahi hoti hai.</w:t>
      </w:r>
      <w:r>
        <w:br/>
      </w:r>
      <w:r>
        <w:rPr>
          <w:sz w:val="20"/>
        </w:rPr>
        <w:t>46:34  is par mein ne kitabein likhi hain, us ko padh lijiye aap.</w:t>
      </w:r>
      <w:r>
        <w:br/>
      </w:r>
      <w:r>
        <w:rPr>
          <w:sz w:val="20"/>
        </w:rPr>
        <w:t>46:39  is waqt to aap woh baatein bataiye jo jin ka talluq dawat se ho, peace se ho.</w:t>
      </w:r>
      <w:r>
        <w:br/>
      </w:r>
      <w:r>
        <w:rPr>
          <w:sz w:val="20"/>
        </w:rPr>
        <w:t>46:46  hamara mozu jo hota hai, yeh woh peace aur dawat aur marifat yeh hota hai.</w:t>
      </w:r>
      <w:r>
        <w:br/>
      </w:r>
      <w:r>
        <w:rPr>
          <w:sz w:val="20"/>
        </w:rPr>
        <w:t>46:53  baqi yeh sab fiqhi masail hain.</w:t>
      </w:r>
      <w:r>
        <w:br/>
      </w:r>
      <w:r>
        <w:rPr>
          <w:sz w:val="20"/>
        </w:rPr>
        <w:t>46:55  meri kitab hai, us ko aap padh lijiye, uska naam hai "hikmat-e-Islam".</w:t>
      </w:r>
      <w:r>
        <w:br/>
      </w:r>
      <w:r>
        <w:rPr>
          <w:sz w:val="20"/>
        </w:rPr>
        <w:t>47:01  is mein is ko, is ko hum ne likha is ke bare mein.</w:t>
      </w:r>
      <w:r>
        <w:br/>
      </w:r>
      <w:r>
        <w:rPr>
          <w:sz w:val="20"/>
        </w:rPr>
        <w:t>47:07  hikmat e islam.</w:t>
      </w:r>
    </w:p>
    <w:p>
      <w:pPr>
        <w:pStyle w:val="Heading2"/>
      </w:pPr>
      <w:r>
        <w:t>Following all prophets or only Prophet Muhammad</w:t>
      </w:r>
    </w:p>
    <w:p>
      <w:r>
        <w:rPr>
          <w:color w:val="666666"/>
          <w:sz w:val="18"/>
        </w:rPr>
        <w:t>Seerah &amp; Prophet · Politics and Nation Building May 19, 2013 · 1m 30s · at 1:14:17 · https://youtu.be/kmiMGq0Ki2Q?t=4457</w:t>
      </w:r>
    </w:p>
    <w:p>
      <w:r>
        <w:rPr>
          <w:i/>
        </w:rPr>
        <w:t>“Are all prophets an example for us, or only Prophet Muhammad? Do we have to follow all prophets or only Prophet Muhammad? Please clarify.”</w:t>
      </w:r>
    </w:p>
    <w:p>
      <w:r>
        <w:rPr>
          <w:sz w:val="20"/>
        </w:rPr>
        <w:t>1:14:17  Maulana agla sawal Lucknow se hai Muhammad Danish Fazal sahib ka</w:t>
      </w:r>
      <w:r>
        <w:br/>
      </w:r>
      <w:r>
        <w:rPr>
          <w:sz w:val="20"/>
        </w:rPr>
        <w:t>1:14:22  unhon ne likha hai hamare liye sare paighambar mein iswa hai ya sirf Prophet Muhammad mein hume sare paighambaron ko follow karna hai ya sirf Prophet Muhammad ko is ko wazeh karein Quran mein bohat wazeh hai ke sab paighambar iswa hain Quran ki ek ayat hai ke kai paighambaron ko naam bana zikr kiya gaya hai</w:t>
      </w:r>
      <w:r>
        <w:br/>
      </w:r>
      <w:r>
        <w:rPr>
          <w:sz w:val="20"/>
        </w:rPr>
        <w:t>1:14:47  ek hi jagah aur phir farmaya ke ulul azim allazina hadallah fahdohom behtada yeh hain woh log jin ko Allah ne hadayat di to un sab ki tum pervi karo yeh to bohat clear hai Quran majeed mein.</w:t>
      </w:r>
    </w:p>
    <w:p>
      <w:pPr>
        <w:pStyle w:val="Heading2"/>
      </w:pPr>
      <w:r>
        <w:t>Following every Sahaba as stars</w:t>
      </w:r>
    </w:p>
    <w:p>
      <w:r>
        <w:rPr>
          <w:color w:val="666666"/>
          <w:sz w:val="18"/>
        </w:rPr>
        <w:t>Seerah &amp; Prophet · Conversation with Maulana Wahiduddin Khan | October 01, 2017 · 1m 22s · at 42:42 · https://youtu.be/TmOYGd3rp2M?t=2562</w:t>
      </w:r>
    </w:p>
    <w:p>
      <w:r>
        <w:rPr>
          <w:i/>
        </w:rPr>
        <w:t>“It has been said that every Sahaba is to be followed. They are like stars.”</w:t>
      </w:r>
    </w:p>
    <w:p>
      <w:r>
        <w:rPr>
          <w:sz w:val="20"/>
        </w:rPr>
        <w:t>42:42  Maulana, agla sawal Kolkata se Aftab Alam sahib ne bheja hai.</w:t>
      </w:r>
      <w:r>
        <w:br/>
      </w:r>
      <w:r>
        <w:rPr>
          <w:sz w:val="20"/>
        </w:rPr>
        <w:t>42:47  "It has been said that every Sahaba is to be followed.</w:t>
      </w:r>
      <w:r>
        <w:br/>
      </w:r>
      <w:r>
        <w:rPr>
          <w:sz w:val="20"/>
        </w:rPr>
        <w:t>42:51  They are like stars.</w:t>
      </w:r>
      <w:r>
        <w:br/>
      </w:r>
      <w:r>
        <w:rPr>
          <w:sz w:val="20"/>
        </w:rPr>
        <w:t>42:55  But it is learned from history that sometimes they have been diverted from truth and it had led</w:t>
      </w:r>
      <w:r>
        <w:br/>
      </w:r>
      <w:r>
        <w:rPr>
          <w:sz w:val="20"/>
        </w:rPr>
        <w:t>43:00  to a big conflict like the Battle of Siffin, which was the first civil war.</w:t>
      </w:r>
      <w:r>
        <w:br/>
      </w:r>
      <w:r>
        <w:rPr>
          <w:sz w:val="20"/>
        </w:rPr>
        <w:t>43:07  Then in what manner we have been directed to follow them?</w:t>
      </w:r>
      <w:r>
        <w:br/>
      </w:r>
      <w:r>
        <w:rPr>
          <w:sz w:val="20"/>
        </w:rPr>
        <w:t>43:15  Please explain this issue." Dekhiye, Sahaba ke haan agar ikhtilaf na ho, bilkul to woh hai it'at ka masla.</w:t>
      </w:r>
      <w:r>
        <w:br/>
      </w:r>
      <w:r>
        <w:rPr>
          <w:sz w:val="20"/>
        </w:rPr>
        <w:t>43:23  aur agar ikhtilaf paya jaye, tab woh hai ijtihad ka masla.</w:t>
      </w:r>
      <w:r>
        <w:br/>
      </w:r>
      <w:r>
        <w:rPr>
          <w:sz w:val="20"/>
        </w:rPr>
        <w:t>43:30  kyunke الصحابة كلهم عدول toh agar aap ko nazar aata hai ke Sahaba ne kis moamle mein mukhtalif andaaz ikhtiyar kiya, toh aap us masle ko ijtihad ka masla banaiye. aap ghaur kijiye ke us mein aap ki nazar se kya theek hai. agar aisa nahi hai toh is ko it'aat ka masla banaiye. yeh maslak hai qadeem</w:t>
      </w:r>
      <w:r>
        <w:br/>
      </w:r>
      <w:r>
        <w:rPr>
          <w:sz w:val="20"/>
        </w:rPr>
        <w:t>44:00  zamane se ulama ka is muamle mein.</w:t>
      </w:r>
    </w:p>
    <w:p>
      <w:pPr>
        <w:pStyle w:val="Heading2"/>
      </w:pPr>
      <w:r>
        <w:t>Identifying the Person of Ahsan al-Amal</w:t>
      </w:r>
    </w:p>
    <w:p>
      <w:r>
        <w:rPr>
          <w:color w:val="666666"/>
          <w:sz w:val="18"/>
        </w:rPr>
        <w:t>Seerah &amp; Prophet · How to Become Deserving of Paradise August 16, 2020 Maulana Wahiduddin Khan · 1m 44s · at 25:51 · https://youtu.be/jFXK3TMiqtA?t=1551</w:t>
      </w:r>
    </w:p>
    <w:p>
      <w:r>
        <w:rPr>
          <w:i/>
        </w:rPr>
        <w:t>“Who will be the person of 'Ahsan al-Amal'? Today its application has become known. What example is there in the Seerah?”</w:t>
      </w:r>
    </w:p>
    <w:p>
      <w:r>
        <w:rPr>
          <w:sz w:val="20"/>
        </w:rPr>
        <w:t>25:51  jazak allah maulana sahib." iqbal umri sahib ne comment aur sawal bheja hai. unhon ne likha hai: "ehsan ul amal wala kon hoga?</w:t>
      </w:r>
      <w:r>
        <w:br/>
      </w:r>
      <w:r>
        <w:rPr>
          <w:sz w:val="20"/>
        </w:rPr>
        <w:t>26:03  aaj is ka application maloom hua." yani self made man banna.</w:t>
      </w:r>
      <w:r>
        <w:br/>
      </w:r>
      <w:r>
        <w:rPr>
          <w:sz w:val="20"/>
        </w:rPr>
        <w:t>26:11  self made banne ka matlab jannat ke laiq banna. seerat mein is ki misaal kya hai? maulana, ghar e hira, sulah hudaibiya, kya yeh hai?</w:t>
      </w:r>
      <w:r>
        <w:br/>
      </w:r>
      <w:r>
        <w:rPr>
          <w:sz w:val="20"/>
        </w:rPr>
        <w:t>26:24  is ko wazeh karein.</w:t>
      </w:r>
      <w:r>
        <w:br/>
      </w:r>
      <w:r>
        <w:rPr>
          <w:sz w:val="20"/>
        </w:rPr>
        <w:t>26:32  rasool Allah ka to har amal ajjal namuna hai.</w:t>
      </w:r>
      <w:r>
        <w:br/>
      </w:r>
      <w:r>
        <w:rPr>
          <w:sz w:val="20"/>
        </w:rPr>
        <w:t>26:44  main samajhta hoon ke rasool Allah ka ek namuna yeh hai, bohat hi basic</w:t>
      </w:r>
      <w:r>
        <w:br/>
      </w:r>
      <w:r>
        <w:rPr>
          <w:sz w:val="20"/>
        </w:rPr>
        <w:t>26:54  ke problem ko manage karo. rasool Allah ne makki daur mein, madni daur mein yeh kiya. aap ko bar bar problem aaye, aap ne problem se kabhi takrao nahi kiya,</w:t>
      </w:r>
      <w:r>
        <w:br/>
      </w:r>
      <w:r>
        <w:rPr>
          <w:sz w:val="20"/>
        </w:rPr>
        <w:t>27:09  is ko manage kiya.</w:t>
      </w:r>
      <w:r>
        <w:br/>
      </w:r>
      <w:r>
        <w:rPr>
          <w:sz w:val="20"/>
        </w:rPr>
        <w:t>27:14  to problem ko manage karna seekhiye,</w:t>
      </w:r>
      <w:r>
        <w:br/>
      </w:r>
      <w:r>
        <w:rPr>
          <w:sz w:val="20"/>
        </w:rPr>
        <w:t>27:22  tab aap woh insaan banenge jis ka chunao kiya jayega jannat ke liye.</w:t>
      </w:r>
    </w:p>
    <w:p>
      <w:pPr>
        <w:pStyle w:val="Heading2"/>
      </w:pPr>
      <w:r>
        <w:t>Imamat of prophet's funeral prayer</w:t>
      </w:r>
    </w:p>
    <w:p>
      <w:r>
        <w:rPr>
          <w:color w:val="666666"/>
          <w:sz w:val="18"/>
        </w:rPr>
        <w:t>Seerah &amp; Prophet · Revival and Revivalist | June 7, 2015 · 53s · at 53:18 · https://youtu.be/tJqheiPlZ94?t=3198</w:t>
      </w:r>
    </w:p>
    <w:p>
      <w:r>
        <w:rPr>
          <w:i/>
        </w:rPr>
        <w:t>“Why was the imamat of prayers of the dead body of a prophet not done?”</w:t>
      </w:r>
    </w:p>
    <w:p>
      <w:r>
        <w:rPr>
          <w:sz w:val="20"/>
        </w:rPr>
        <w:t>53:18  is ka ke hamari ab hamari zimmedari yeh hai ke hum is ko boost karein. hum booster banein. to inshallah woh mukammal ho jayega. maulana, yeh agla sawal kiya hai mukhtar ahmad ne bihar se. why the imamat of prayers of the dead body of a prophet was not done? yeh koi sawal nahin hai. aap kitabein padhi hain, aap ne</w:t>
      </w:r>
      <w:r>
        <w:br/>
      </w:r>
      <w:r>
        <w:rPr>
          <w:sz w:val="20"/>
        </w:rPr>
        <w:t>53:48  puri khasi kitaben nahin padhi hain tareekh ki.</w:t>
      </w:r>
      <w:r>
        <w:br/>
      </w:r>
      <w:r>
        <w:rPr>
          <w:sz w:val="20"/>
        </w:rPr>
        <w:t>53:51  yeh koi masla nahin hai.</w:t>
      </w:r>
      <w:r>
        <w:br/>
      </w:r>
      <w:r>
        <w:rPr>
          <w:sz w:val="20"/>
        </w:rPr>
        <w:t>53:55  aap kitaben padhiye.</w:t>
      </w:r>
      <w:r>
        <w:br/>
      </w:r>
      <w:r>
        <w:rPr>
          <w:sz w:val="20"/>
        </w:rPr>
        <w:t>53:58  agar aap urdu padhna chahte hain to un ki kitab padhiye.</w:t>
      </w:r>
      <w:r>
        <w:br/>
      </w:r>
      <w:r>
        <w:rPr>
          <w:sz w:val="20"/>
        </w:rPr>
        <w:t>54:01  tareekh-e-Islam ne yeh abadi ki padhiye.</w:t>
      </w:r>
      <w:r>
        <w:br/>
      </w:r>
      <w:r>
        <w:rPr>
          <w:sz w:val="20"/>
        </w:rPr>
        <w:t>54:05  arabi padhna chahte hain, al-bada'eh woh nara padhe padhiye.</w:t>
      </w:r>
      <w:r>
        <w:br/>
      </w:r>
      <w:r>
        <w:rPr>
          <w:sz w:val="20"/>
        </w:rPr>
        <w:t>54:08  is mein aap ko jawab mil jaega.</w:t>
      </w:r>
    </w:p>
    <w:p>
      <w:pPr>
        <w:pStyle w:val="Heading2"/>
      </w:pPr>
      <w:r>
        <w:t>Insults to the Prophet and how they were handled</w:t>
      </w:r>
    </w:p>
    <w:p>
      <w:r>
        <w:rPr>
          <w:color w:val="666666"/>
          <w:sz w:val="18"/>
        </w:rPr>
        <w:t>Seerah &amp; Prophet · Islam &amp; Prophet of Islam 21 Oct, 2012 - Maulana Wahiduddin Khan · 1m 21s · at 1:25:09 · https://youtu.be/2hwtfOyNeS0?t=5109</w:t>
      </w:r>
    </w:p>
    <w:p>
      <w:r>
        <w:rPr>
          <w:i/>
        </w:rPr>
        <w:t>“At the time of the Prophet of Islam, was there any incident of insult? If yes, how was it dealt with?”</w:t>
      </w:r>
    </w:p>
    <w:p>
      <w:r>
        <w:rPr>
          <w:sz w:val="20"/>
        </w:rPr>
        <w:t>1:25:09  maulana, agla sawal raipur se hai idrees sahab ka. unhon ne likha hai: "at the time of prophet of islam, was there any incident of insult?</w:t>
      </w:r>
      <w:r>
        <w:br/>
      </w:r>
      <w:r>
        <w:rPr>
          <w:sz w:val="20"/>
        </w:rPr>
        <w:t>1:25:21  if yes, how was it dealt with?"</w:t>
      </w:r>
      <w:r>
        <w:br/>
      </w:r>
      <w:r>
        <w:rPr>
          <w:sz w:val="20"/>
        </w:rPr>
        <w:t>1:25:28  aap dekhiye quran ko sab se pehle ke quran mein saare hi paighambaron ki insult ki gayi. misaal ke taur par yeh ayat hai quran mein: "ya hasratan alal ibad, afsos hai badon par ke jo bhi paighambar aaya, har paighambar ka unhon ne mazak udaya, har paighambar ko istehza kiya.</w:t>
      </w:r>
      <w:r>
        <w:br/>
      </w:r>
      <w:r>
        <w:rPr>
          <w:sz w:val="20"/>
        </w:rPr>
        <w:t>1:25:55  to har paighambar ke saath yeh rasool Allah ke saath bhi hua. to har paighambar ke saath woh waqea hua jis ko aaj kal kehte hain gustakhi ya insult.</w:t>
      </w:r>
      <w:r>
        <w:br/>
      </w:r>
      <w:r>
        <w:rPr>
          <w:sz w:val="20"/>
        </w:rPr>
        <w:t>1:26:06  lekin paighambaron ne kya kiya? hargiz hargiz protest nahi kiya. paighambaron ne apni dawat tabligh ko jaari rakha. bas.</w:t>
      </w:r>
      <w:r>
        <w:br/>
      </w:r>
      <w:r>
        <w:rPr>
          <w:sz w:val="20"/>
        </w:rPr>
        <w:t>1:26:15  jaari rakha, jaari rakha yahan tak ke log, bahut se log convince hue. jo nahi convince hue, un ka muamla Allah ke hawale ho gaya. jo convince hue, woh un ke saathi ban gaye.</w:t>
      </w:r>
    </w:p>
    <w:p>
      <w:pPr>
        <w:pStyle w:val="Heading2"/>
      </w:pPr>
      <w:r>
        <w:t>Is UN Charter Culmination of Hudaibiya Treaty</w:t>
      </w:r>
    </w:p>
    <w:p>
      <w:r>
        <w:rPr>
          <w:color w:val="666666"/>
          <w:sz w:val="18"/>
        </w:rPr>
        <w:t>Seerah &amp; Prophet · Living in a New Age | March 26, 2017 · 54s · at 50:50 · https://youtu.be/iST0AxQscKo?t=3050</w:t>
      </w:r>
    </w:p>
    <w:p>
      <w:r>
        <w:rPr>
          <w:i/>
        </w:rPr>
        <w:t>“Can we say that the United Nations Charter is the culmination of Sulh Hudaibiya (the Treaty of Hudaibiya)?”</w:t>
      </w:r>
    </w:p>
    <w:p>
      <w:r>
        <w:rPr>
          <w:sz w:val="20"/>
        </w:rPr>
        <w:t>50:50  Maulana Miss Shabana Ansari ne Pakistan se sawal bheja hai.</w:t>
      </w:r>
      <w:r>
        <w:br/>
      </w:r>
      <w:r>
        <w:rPr>
          <w:sz w:val="20"/>
        </w:rPr>
        <w:t>50:56  unhon ne likha hai ke Maulana sahib can we say that United Nations charter is culmination of sulah</w:t>
      </w:r>
      <w:r>
        <w:br/>
      </w:r>
      <w:r>
        <w:rPr>
          <w:sz w:val="20"/>
        </w:rPr>
        <w:t>51:02  Hudaibiyah? Aap jo bhi kahiye yeh bhi keh sakte hain aap.</w:t>
      </w:r>
      <w:r>
        <w:br/>
      </w:r>
      <w:r>
        <w:rPr>
          <w:sz w:val="20"/>
        </w:rPr>
        <w:t>51:08  lekin yeh aap</w:t>
      </w:r>
      <w:r>
        <w:br/>
      </w:r>
      <w:r>
        <w:rPr>
          <w:sz w:val="20"/>
        </w:rPr>
        <w:t>51:14  wazahat agar yani fazilat ke lehaz se kahein ke hamara hamara credit hai to yeh galat hoga.</w:t>
      </w:r>
      <w:r>
        <w:br/>
      </w:r>
      <w:r>
        <w:rPr>
          <w:sz w:val="20"/>
        </w:rPr>
        <w:t>51:21  musalmanon ka mizaj yeh hai ke har cheez credit khud lana chahte hain.</w:t>
      </w:r>
      <w:r>
        <w:br/>
      </w:r>
      <w:r>
        <w:rPr>
          <w:sz w:val="20"/>
        </w:rPr>
        <w:t>51:29  nahi woh Allah Allah ta'ala ne ek halaat badle ek naya process jari kiya is ka culmination hai.</w:t>
      </w:r>
      <w:r>
        <w:br/>
      </w:r>
      <w:r>
        <w:rPr>
          <w:sz w:val="20"/>
        </w:rPr>
        <w:t>51:37  aap chahein ke musalmanon ko credit dein yeh koi healthy soch nahi hai. Maulana likh</w:t>
      </w:r>
    </w:p>
    <w:p>
      <w:pPr>
        <w:pStyle w:val="Heading2"/>
      </w:pPr>
      <w:r>
        <w:t>Islam's purpose and Prophet's struggle</w:t>
      </w:r>
    </w:p>
    <w:p>
      <w:r>
        <w:rPr>
          <w:color w:val="666666"/>
          <w:sz w:val="18"/>
        </w:rPr>
        <w:t>Seerah &amp; Prophet · Forget the Grievances, January 01, 2017 · 1m 46s · at 50:52 · https://youtu.be/zW4q8dl2cmw?t=3052</w:t>
      </w:r>
    </w:p>
    <w:p>
      <w:r>
        <w:rPr>
          <w:i/>
        </w:rPr>
        <w:t>“Maulana, Muslims generally believe that Islam came to re-establish truth, and the Prophet strived hard to establish truth to get his rights. What is your view?”</w:t>
      </w:r>
    </w:p>
    <w:p>
      <w:r>
        <w:rPr>
          <w:sz w:val="20"/>
        </w:rPr>
        <w:t>50:52  this is so true, maulana sahib, jazak allah. " maulana, agla sawal ah fraz khan sahib ne kiya hai</w:t>
      </w:r>
      <w:r>
        <w:br/>
      </w:r>
      <w:r>
        <w:rPr>
          <w:sz w:val="20"/>
        </w:rPr>
        <w:t>51:00  دلی سے، اور انہوں نے لکھا ہے: "مولانا، Muslims generally believe that Islam came to re-establish Haq,</w:t>
      </w:r>
      <w:r>
        <w:br/>
      </w:r>
      <w:r>
        <w:rPr>
          <w:sz w:val="20"/>
        </w:rPr>
        <w:t>51:07  And Prophet strived hard to establish Haq to get his rights.</w:t>
      </w:r>
      <w:r>
        <w:br/>
      </w:r>
      <w:r>
        <w:rPr>
          <w:sz w:val="20"/>
        </w:rPr>
        <w:t>51:12  They even quote Allama Iqbal that Islam zinda hota hai har Karbala ke baad.</w:t>
      </w:r>
      <w:r>
        <w:br/>
      </w:r>
      <w:r>
        <w:rPr>
          <w:sz w:val="20"/>
        </w:rPr>
        <w:t>51:18  They also think that if we do not stand to claim our rights, then we would be</w:t>
      </w:r>
      <w:r>
        <w:br/>
      </w:r>
      <w:r>
        <w:rPr>
          <w:sz w:val="20"/>
        </w:rPr>
        <w:t>51:26  pushed back to oblivion.</w:t>
      </w:r>
      <w:r>
        <w:br/>
      </w:r>
      <w:r>
        <w:rPr>
          <w:sz w:val="20"/>
        </w:rPr>
        <w:t>51:28  مولانا، how can we address such mindsets? سب سے بڑی ضرورت یہ ہے کہ اقبال کو quote</w:t>
      </w:r>
      <w:r>
        <w:br/>
      </w:r>
      <w:r>
        <w:rPr>
          <w:sz w:val="20"/>
        </w:rPr>
        <w:t>51:35  karna choriye.</w:t>
      </w:r>
      <w:r>
        <w:br/>
      </w:r>
      <w:r>
        <w:rPr>
          <w:sz w:val="20"/>
        </w:rPr>
        <w:t>51:37  iqbal koi hamare liye koi authority nahi hai.</w:t>
      </w:r>
      <w:r>
        <w:br/>
      </w:r>
      <w:r>
        <w:rPr>
          <w:sz w:val="20"/>
        </w:rPr>
        <w:t>51:40  quran ko quote kijiye, hadith ko quote kijiye.</w:t>
      </w:r>
      <w:r>
        <w:br/>
      </w:r>
      <w:r>
        <w:rPr>
          <w:sz w:val="20"/>
        </w:rPr>
        <w:t>51:44  تو حق کو establish کرنا ہمارا کام ہے۔</w:t>
      </w:r>
      <w:r>
        <w:br/>
      </w:r>
      <w:r>
        <w:rPr>
          <w:sz w:val="20"/>
        </w:rPr>
        <w:t>51:47  yeh kai na quran mein likha hai, na hadith mein likha hai.</w:t>
      </w:r>
      <w:r>
        <w:br/>
      </w:r>
      <w:r>
        <w:rPr>
          <w:sz w:val="20"/>
        </w:rPr>
        <w:t>51:52  iqbal ka likha hai to iqbal koi authority nahi hai.</w:t>
      </w:r>
      <w:r>
        <w:br/>
      </w:r>
      <w:r>
        <w:rPr>
          <w:sz w:val="20"/>
        </w:rPr>
        <w:t>51:56  sab se pehla kaam hai ke iqbal ko choriye, quran ko lijiye, quran ko le kar sochiye.</w:t>
      </w:r>
      <w:r>
        <w:br/>
      </w:r>
      <w:r>
        <w:rPr>
          <w:sz w:val="20"/>
        </w:rPr>
        <w:t>52:04  aur dusri baat ye hai ke Quran mein jo haq ki baat hai, woh follow karne ke maani</w:t>
      </w:r>
      <w:r>
        <w:br/>
      </w:r>
      <w:r>
        <w:rPr>
          <w:sz w:val="20"/>
        </w:rPr>
        <w:t>52:11  ہیں، implement کرنے کے معنی نہیں ہیں۔</w:t>
      </w:r>
      <w:r>
        <w:br/>
      </w:r>
      <w:r>
        <w:rPr>
          <w:sz w:val="20"/>
        </w:rPr>
        <w:t>52:14  حق یا عدل یا قسط کی بات جہاں قرآن میں ہے، وہ follow کرو، follow کرو، follow کرو۔</w:t>
      </w:r>
      <w:r>
        <w:br/>
      </w:r>
      <w:r>
        <w:rPr>
          <w:sz w:val="20"/>
        </w:rPr>
        <w:t>52:22  یہ نہیں کہ اس کو implement کرو، enforce کرو، یہ ہے ہی نہیں جو اقبال نے بنا رکھا</w:t>
      </w:r>
      <w:r>
        <w:br/>
      </w:r>
      <w:r>
        <w:rPr>
          <w:sz w:val="20"/>
        </w:rPr>
        <w:t>52:30  ہے، اقبال کے followers نے بنا رکھا ہے۔</w:t>
      </w:r>
      <w:r>
        <w:br/>
      </w:r>
      <w:r>
        <w:rPr>
          <w:sz w:val="20"/>
        </w:rPr>
        <w:t>52:33  اقبال تو deviation کا کیس ہے، falling کا کیس نہیں ہے۔</w:t>
      </w:r>
    </w:p>
    <w:p>
      <w:pPr>
        <w:pStyle w:val="Heading2"/>
      </w:pPr>
      <w:r>
        <w:t>Keeping beard despite knowing sunnah</w:t>
      </w:r>
    </w:p>
    <w:p>
      <w:r>
        <w:rPr>
          <w:color w:val="666666"/>
          <w:sz w:val="18"/>
        </w:rPr>
        <w:t>Seerah &amp; Prophet · God in the Age of Science January 08, 2017 · 1m 01s · at 1:13:04 · https://youtu.be/au1bRdQDZ0U?t=4384</w:t>
      </w:r>
    </w:p>
    <w:p>
      <w:r>
        <w:rPr>
          <w:i/>
        </w:rPr>
        <w:t>“Keeping a beard is part of an Islamic life and one of the favorite sunnah of the Prophet. Of a person despite knowing this does not keep it, what is the guidance?”</w:t>
      </w:r>
    </w:p>
    <w:p>
      <w:r>
        <w:rPr>
          <w:sz w:val="20"/>
        </w:rPr>
        <w:t>1:13:04  billah hamein shaitan al-rajim kehna parega tab use nijat milegi molana agla sawal abbas bhatt sahib</w:t>
      </w:r>
      <w:r>
        <w:br/>
      </w:r>
      <w:r>
        <w:rPr>
          <w:sz w:val="20"/>
        </w:rPr>
        <w:t>1:13:12  ne kiya hai kashmir se unhon ne likha hai keeping a beard is part of an islamic life</w:t>
      </w:r>
      <w:r>
        <w:br/>
      </w:r>
      <w:r>
        <w:rPr>
          <w:sz w:val="20"/>
        </w:rPr>
        <w:t>1:13:20  And one of the favorite Sunnah of our Prophet, if a person, despite knowing this, does not keep</w:t>
      </w:r>
      <w:r>
        <w:br/>
      </w:r>
      <w:r>
        <w:rPr>
          <w:sz w:val="20"/>
        </w:rPr>
        <w:t>1:13:27  a beard deen what would you say to him dekhein hum ye aisa hamare mozuat nahi hain jis</w:t>
      </w:r>
      <w:r>
        <w:br/>
      </w:r>
      <w:r>
        <w:rPr>
          <w:sz w:val="20"/>
        </w:rPr>
        <w:t>1:13:35  ke mozuat ye hain use puchiye jo log insurance mein phanse hue hain un se puchiye hum to</w:t>
      </w:r>
      <w:r>
        <w:br/>
      </w:r>
      <w:r>
        <w:rPr>
          <w:sz w:val="20"/>
        </w:rPr>
        <w:t>1:13:43  marifat ki aur dawah ki baat karte hain marifat o dawah ke bare mein poochna hai to hum</w:t>
      </w:r>
      <w:r>
        <w:br/>
      </w:r>
      <w:r>
        <w:rPr>
          <w:sz w:val="20"/>
        </w:rPr>
        <w:t>1:13:50  se pooch sakte hain baki dadi aur pajama aap ka aap ka concern hai to un se poochein</w:t>
      </w:r>
      <w:r>
        <w:br/>
      </w:r>
      <w:r>
        <w:rPr>
          <w:sz w:val="20"/>
        </w:rPr>
        <w:t>1:13:58  jo is ka expert hain mein is ka expert nahi hoon ji molana professor najma siddiqui ne dilli</w:t>
      </w:r>
    </w:p>
    <w:p>
      <w:pPr>
        <w:pStyle w:val="Heading2"/>
      </w:pPr>
      <w:r>
        <w:t>Lifestyle of the Companions in hadith</w:t>
      </w:r>
    </w:p>
    <w:p>
      <w:r>
        <w:rPr>
          <w:color w:val="666666"/>
          <w:sz w:val="18"/>
        </w:rPr>
        <w:t>Seerah &amp; Prophet · The Character of a Dayee 4 March 2012 - Maulana Wahiduddin Khan · 50s · at 1:40:23 · https://youtu.be/YtavJpVNbEM?t=6023</w:t>
      </w:r>
    </w:p>
    <w:p>
      <w:r>
        <w:rPr>
          <w:i/>
        </w:rPr>
        <w:t>“What was the system of eating, living and sleeping of the Companions? Explain in the light of hadith.”</w:t>
      </w:r>
    </w:p>
    <w:p>
      <w:r>
        <w:rPr>
          <w:sz w:val="20"/>
        </w:rPr>
        <w:t>1:40:23  tab tak yahi sab rahega. Maulana, un ka ek aur sawal hai. unhone poocha hai ke: "sahaba ke khane, rehne aur sone ka kya nizam tha?</w:t>
      </w:r>
      <w:r>
        <w:br/>
      </w:r>
      <w:r>
        <w:rPr>
          <w:sz w:val="20"/>
        </w:rPr>
        <w:t>1:40:34  hadees ki roshni mein bataein."</w:t>
      </w:r>
      <w:r>
        <w:br/>
      </w:r>
      <w:r>
        <w:rPr>
          <w:sz w:val="20"/>
        </w:rPr>
        <w:t>1:40:40  aap woh kitab padh lijiye: "Maulana Altaf, Maulana woh kya naam tha? Hayat al-Sahaba ka?" Yassu, Yassu, haan, Yassu, author ka naam tha, Yusuf Kandhalvi.</w:t>
      </w:r>
      <w:r>
        <w:br/>
      </w:r>
      <w:r>
        <w:rPr>
          <w:sz w:val="20"/>
        </w:rPr>
        <w:t>1:40:51  haan, Maulana Yusuf Kandhalvi ki kitab hai, bohat hi comprehensive kitab hai. woh Hayat al-Sahaba,</w:t>
      </w:r>
      <w:r>
        <w:br/>
      </w:r>
      <w:r>
        <w:rPr>
          <w:sz w:val="20"/>
        </w:rPr>
        <w:t>1:41:01  woh arabi mein, urdu mein, angrezi mein chhap chuki hai. aap jo zuban aap ko aasan ho, use padhiye, is mein poori tafseel mil jayegi aap ko.</w:t>
      </w:r>
    </w:p>
    <w:p>
      <w:pPr>
        <w:pStyle w:val="Heading2"/>
      </w:pPr>
      <w:r>
        <w:t>Meaning of mastering Arabs and non-Arabs</w:t>
      </w:r>
    </w:p>
    <w:p>
      <w:r>
        <w:rPr>
          <w:color w:val="666666"/>
          <w:sz w:val="18"/>
        </w:rPr>
        <w:t>Seerah &amp; Prophet · God Gives in Abundance 13 Oct 2019 - Maulana Wahiduddin Khan · 1m 34s · at 42:24 · https://youtu.be/eC4RaczXBzM?t=2544</w:t>
      </w:r>
    </w:p>
    <w:p>
      <w:r>
        <w:rPr>
          <w:i/>
        </w:rPr>
        <w:t>“The Prophet's saying is: 'By reciting the Kalima you will become masters of Arabs and non-Arabs.' What does this mean? Was it in a political sense?”</w:t>
      </w:r>
    </w:p>
    <w:p>
      <w:r>
        <w:rPr>
          <w:sz w:val="20"/>
        </w:rPr>
        <w:t>42:24  is ke sath kisi bhi doosri cheez ko mix nahi karenge, inshallah." inshallah. maulana, unhone ek sawal bhi bheja hai.</w:t>
      </w:r>
      <w:r>
        <w:br/>
      </w:r>
      <w:r>
        <w:rPr>
          <w:sz w:val="20"/>
        </w:rPr>
        <w:t>42:35  unka sawal hai: "rasool allah ka yeh qaul hai: kalma parhne se arab o ajam ke malik banaye jaenge." maulana, is ka kya matlab hai?</w:t>
      </w:r>
      <w:r>
        <w:br/>
      </w:r>
      <w:r>
        <w:rPr>
          <w:sz w:val="20"/>
        </w:rPr>
        <w:t>42:48  kya yeh siyasi maene mein tha? dekhen, malik ke maene siyasi nahi hain. nahi, yeh kalma sare alam mein phailaga, logon ke dilon ko maskhar karega,</w:t>
      </w:r>
      <w:r>
        <w:br/>
      </w:r>
      <w:r>
        <w:rPr>
          <w:sz w:val="20"/>
        </w:rPr>
        <w:t>43:01  sare alam ki hidayat ka zariya banega. woh kisi bhi aitbaar se siyasi maene mein nahi hai, nahi hai, nahi hai.</w:t>
      </w:r>
      <w:r>
        <w:br/>
      </w:r>
      <w:r>
        <w:rPr>
          <w:sz w:val="20"/>
        </w:rPr>
        <w:t>43:16  muhammad ammar sahib ne delhi se comment bheja hai. unhone likha hai: "maulana, i always wanted to become a da'i and used to pray to the almighty to make me part of his mission.</w:t>
      </w:r>
      <w:r>
        <w:br/>
      </w:r>
      <w:r>
        <w:rPr>
          <w:sz w:val="20"/>
        </w:rPr>
        <w:t>43:31  allah gifted me CPS international in response to my prayer. today i thank allah that he has answered my prayer.</w:t>
      </w:r>
      <w:r>
        <w:br/>
      </w:r>
      <w:r>
        <w:rPr>
          <w:sz w:val="20"/>
        </w:rPr>
        <w:t>43:41  alhamdulillah, today i am a da'i. maulana, i request you to pray for me that may allah accept my work and make it easy for me to help spread his message everywhere." inshallah.</w:t>
      </w:r>
    </w:p>
    <w:p>
      <w:pPr>
        <w:pStyle w:val="Heading2"/>
      </w:pPr>
      <w:r>
        <w:t>Mecca and Medina models defensive or offensive</w:t>
      </w:r>
    </w:p>
    <w:p>
      <w:r>
        <w:rPr>
          <w:color w:val="666666"/>
          <w:sz w:val="18"/>
        </w:rPr>
        <w:t>Seerah &amp; Prophet · Good News from Kashmir May 14, 2017 · 1m 40s · at 56:47 · https://youtu.be/2XwuYi_nH28?t=3407</w:t>
      </w:r>
    </w:p>
    <w:p>
      <w:r>
        <w:rPr>
          <w:i/>
        </w:rPr>
        <w:t>“Maulana, I was having a discussion on Islam with someone here in Chennai. He mentioned to me that the Mecca model was a defensive model and the Medina model was an offensive one. I want to know, is there any classification between these two models? Was this person right in stating that one model was defensive and the other offensive?”</w:t>
      </w:r>
    </w:p>
    <w:p>
      <w:r>
        <w:rPr>
          <w:sz w:val="20"/>
        </w:rPr>
        <w:t>56:47  nature." maulana, agla sawal bheja hai chennai se kolo nadeem sahab ne.</w:t>
      </w:r>
      <w:r>
        <w:br/>
      </w:r>
      <w:r>
        <w:rPr>
          <w:sz w:val="20"/>
        </w:rPr>
        <w:t>56:52  انہوں نے لکھا ہے: "مولانا صاحب، I was having a discussion on Islam with some b</w:t>
      </w:r>
      <w:r>
        <w:br/>
      </w:r>
      <w:r>
        <w:rPr>
          <w:sz w:val="20"/>
        </w:rPr>
        <w:t>56:57  people here in Chennai. he mentioned to me that the Mecca model was a defensive model and the Medina model was an offensive one. I want to know, is there any classification between these two models? was this person right in stating that one model was defensive and the other model was offensive?" dekhen, yeh to base less baat hai aur Allah taala ke haan unki flagellation hogi ke kis haq</w:t>
      </w:r>
      <w:r>
        <w:br/>
      </w:r>
      <w:r>
        <w:rPr>
          <w:sz w:val="20"/>
        </w:rPr>
        <w:t>57:27  se tum ne aisa kaha.</w:t>
      </w:r>
      <w:r>
        <w:br/>
      </w:r>
      <w:r>
        <w:rPr>
          <w:sz w:val="20"/>
        </w:rPr>
        <w:t>57:31  makkah ke model ke bare mein kahan se likha hai? madine ke bare mein kahan se likha hai?</w:t>
      </w:r>
      <w:r>
        <w:br/>
      </w:r>
      <w:r>
        <w:rPr>
          <w:sz w:val="20"/>
        </w:rPr>
        <w:t>57:35  yeh tumhara khud sakhta woh hai.</w:t>
      </w:r>
      <w:r>
        <w:br/>
      </w:r>
      <w:r>
        <w:rPr>
          <w:sz w:val="20"/>
        </w:rPr>
        <w:t>57:40  bila shubah aise log jo is tarah ki baatein karein, aakhirat mein un ki flagellation hogi, is mein koi</w:t>
      </w:r>
      <w:r>
        <w:br/>
      </w:r>
      <w:r>
        <w:rPr>
          <w:sz w:val="20"/>
        </w:rPr>
        <w:t>57:44  shak nahi hai.</w:t>
      </w:r>
      <w:r>
        <w:br/>
      </w:r>
      <w:r>
        <w:rPr>
          <w:sz w:val="20"/>
        </w:rPr>
        <w:t>57:48  wahi kaho jo quran o hadith mein hai, jo quran o hadith mein nahi hai, us ko mat bolo.</w:t>
      </w:r>
      <w:r>
        <w:br/>
      </w:r>
      <w:r>
        <w:rPr>
          <w:sz w:val="20"/>
        </w:rPr>
        <w:t>57:53  jo imam, hamare imam ne kaha tha ke: "ayatan shama kitab Allah ta'aqal" to jo quran</w:t>
      </w:r>
      <w:r>
        <w:br/>
      </w:r>
      <w:r>
        <w:rPr>
          <w:sz w:val="20"/>
        </w:rPr>
        <w:t>57:57  mein hai, Rasool Allah ki sunnat mein jo hai, usko le kar bolo to jaiz hai. bolna apne zuban se bologe to woh to haram hai, bolna hi haram hai. kahan likha hai woh Mecca ke bare mein aur kahan likha hai Madine ke bare mein? woh baat jo aap keh rahe hain, woh to hai hi nahi, woh to hai hi nahi. kahin jo hai, usko boliye Quran ke hawale se, sunnat ke hawale se, tab sunenge, warna sunenge nahi. "Aytani shum Kitab</w:t>
      </w:r>
    </w:p>
    <w:p>
      <w:pPr>
        <w:pStyle w:val="Heading2"/>
      </w:pPr>
      <w:r>
        <w:t>Miracle of sun stopping for Ali</w:t>
      </w:r>
    </w:p>
    <w:p>
      <w:r>
        <w:rPr>
          <w:color w:val="666666"/>
          <w:sz w:val="18"/>
        </w:rPr>
        <w:t>Seerah &amp; Prophet · On Death June 08, 2014 · 1m 12s · at 59:09 · https://youtu.be/p0lSKQ0edmw?t=3549</w:t>
      </w:r>
    </w:p>
    <w:p>
      <w:r>
        <w:rPr>
          <w:i/>
        </w:rPr>
        <w:t>“A speaker stated that when Hazrat Ali delayed the Asr prayer, he gestured to the sun to stop, and it stopped. How strange that a human can interfere in the system of the universe without causing disruption?”</w:t>
      </w:r>
    </w:p>
    <w:p>
      <w:r>
        <w:rPr>
          <w:sz w:val="20"/>
        </w:rPr>
        <w:t>59:09  ji. maulana, agla sawal abhi dilli se hai.</w:t>
      </w:r>
      <w:r>
        <w:br/>
      </w:r>
      <w:r>
        <w:rPr>
          <w:sz w:val="20"/>
        </w:rPr>
        <w:t>59:14  jameel akhtar sahib ne kiya hai. aur unhon ne likha hai ke... ek muqarrir ne bayan kiya ke...</w:t>
      </w:r>
      <w:r>
        <w:br/>
      </w:r>
      <w:r>
        <w:rPr>
          <w:sz w:val="20"/>
        </w:rPr>
        <w:t>59:22  hazrat ali ne asr ki namaz mein taakhir ke waqt suraj ko rukne ka ishara kiya. aur woh ruk gaya. kaisi ajeeb baat hai ke kainat ke nizam mein insan dakhal andazi kare aur gadbadi paida na ho.</w:t>
      </w:r>
      <w:r>
        <w:br/>
      </w:r>
      <w:r>
        <w:rPr>
          <w:sz w:val="20"/>
        </w:rPr>
        <w:t>59:39  is ki wazahat karen. nahi, yeh to jhooti hadith hai.</w:t>
      </w:r>
      <w:r>
        <w:br/>
      </w:r>
      <w:r>
        <w:rPr>
          <w:sz w:val="20"/>
        </w:rPr>
        <w:t>59:42  yaani yahi to mauzu hadith hai. ghari hui hadith, ghari hui. yeh hadith ghari hui hai. aur muhaddiseen ne is ko is ki tanqeed kar ke dikha diya hai.</w:t>
      </w:r>
      <w:r>
        <w:br/>
      </w:r>
      <w:r>
        <w:rPr>
          <w:sz w:val="20"/>
        </w:rPr>
        <w:t>59:58  yeh bilashuba yeh hadith mauzu hadith hai. is ka koi taalluq hazrat ali se nahi hai. na na solar system se hai.</w:t>
      </w:r>
      <w:r>
        <w:br/>
      </w:r>
      <w:r>
        <w:rPr>
          <w:sz w:val="20"/>
        </w:rPr>
        <w:t>1:00:07  kuch bhi nahi hai.</w:t>
      </w:r>
    </w:p>
    <w:p>
      <w:pPr>
        <w:pStyle w:val="Heading2"/>
      </w:pPr>
      <w:r>
        <w:t>Muslims not following Prophet and companions' models</w:t>
      </w:r>
    </w:p>
    <w:p>
      <w:r>
        <w:rPr>
          <w:color w:val="666666"/>
          <w:sz w:val="18"/>
        </w:rPr>
        <w:t>Seerah &amp; Prophet · Question &amp; Answer Jan 6th 2013 - Maulana Wahiduddin Kahn · 1m 29s · at 26:01 · https://youtu.be/1FAK1QuHEpw?t=1561</w:t>
      </w:r>
    </w:p>
    <w:p>
      <w:r>
        <w:rPr>
          <w:i/>
        </w:rPr>
        <w:t>“Muslims do not follow the models set by the Prophet and his companions. They think adding titles to their names is sufficient. When we remind them of this fact they fail to understand it. It is something alien to them that they are our models. What is your opinion on this?”</w:t>
      </w:r>
    </w:p>
    <w:p>
      <w:r>
        <w:rPr>
          <w:sz w:val="20"/>
        </w:rPr>
        <w:t>26:01  Maulana, agla sawal Dilli se hai, Dr. Muslima Siddiqui ka. Unhon ne likha hai: "Muslims do not follow the models set by the Prophet and his companions.</w:t>
      </w:r>
      <w:r>
        <w:br/>
      </w:r>
      <w:r>
        <w:rPr>
          <w:sz w:val="20"/>
        </w:rPr>
        <w:t>26:14  They think adding titles to their names is sufficient. When we remind them of this fact they fail to understand it.</w:t>
      </w:r>
      <w:r>
        <w:br/>
      </w:r>
      <w:r>
        <w:rPr>
          <w:sz w:val="20"/>
        </w:rPr>
        <w:t>26:23  It is something alien to them that they are our models. What is your opinion on this?"</w:t>
      </w:r>
      <w:r>
        <w:br/>
      </w:r>
      <w:r>
        <w:rPr>
          <w:sz w:val="20"/>
        </w:rPr>
        <w:t>26:32  Asal mein yeh daur-e-zawaal ka phenomena hai. Zawaal.</w:t>
      </w:r>
      <w:r>
        <w:br/>
      </w:r>
      <w:r>
        <w:rPr>
          <w:sz w:val="20"/>
        </w:rPr>
        <w:t>26:40  Degeneration. Jab kisi qaum mein, kisi ummat mein zawaal aata hai, yaani degeneration ka zamana aata hai to kya hota hai?</w:t>
      </w:r>
      <w:r>
        <w:br/>
      </w:r>
      <w:r>
        <w:rPr>
          <w:sz w:val="20"/>
        </w:rPr>
        <w:t>26:51  Rituals ko nahin chhodte woh. Woh rituals chhod dein to unki identity khatm ho jayegi. Apni identity ko baqi rakhne ke liye kuch zahiri rituals, khoob altaab-o-aadab lagayenge, khoob bade bade alfaaz bolenge.</w:t>
      </w:r>
      <w:r>
        <w:br/>
      </w:r>
      <w:r>
        <w:rPr>
          <w:sz w:val="20"/>
        </w:rPr>
        <w:t>27:05  Lekin spirit ke sense mein khatm ho chuke hote hain woh. Yeh hamesha daur-e-zawaal mein yahi hota hai ke alfaaz badh jaate hain, rituals badh jaate hain aur jo spirit wali baatein hain woh ghayab ho jaati hain.</w:t>
      </w:r>
      <w:r>
        <w:br/>
      </w:r>
      <w:r>
        <w:rPr>
          <w:sz w:val="20"/>
        </w:rPr>
        <w:t>27:22  Hamesha yahi hua hai daur-e-zawaal mein aur ab bhi Musalmanon ka yahi haal hai.</w:t>
      </w:r>
    </w:p>
    <w:p>
      <w:pPr>
        <w:pStyle w:val="Heading2"/>
      </w:pPr>
      <w:r>
        <w:t>Muslims not following Prophet's model</w:t>
      </w:r>
    </w:p>
    <w:p>
      <w:r>
        <w:rPr>
          <w:color w:val="666666"/>
          <w:sz w:val="18"/>
        </w:rPr>
        <w:t>Seerah &amp; Prophet · Age Of Consumerism I January 6, 2013 Maulana Wahiduddin Khan · 1m 29s · at 1:25:35 · https://youtu.be/CuRYFl7JuEM?t=5135</w:t>
      </w:r>
    </w:p>
    <w:p>
      <w:r>
        <w:rPr>
          <w:i/>
        </w:rPr>
        <w:t>“Muslims do not follow the model set by the Prophet and his companions; they think adding titles to their names is sufficient. When reminded, they fail to understand that they themselves are supposed to be models.”</w:t>
      </w:r>
    </w:p>
    <w:p>
      <w:r>
        <w:rPr>
          <w:sz w:val="20"/>
        </w:rPr>
        <w:t>1:25:35  maulana, agla sawal dilli se hai, doctor muslema siddiqui ka. unhone likha hai: "muslims do not follow the model set by the prophet and his companions.</w:t>
      </w:r>
      <w:r>
        <w:br/>
      </w:r>
      <w:r>
        <w:rPr>
          <w:sz w:val="20"/>
        </w:rPr>
        <w:t>1:25:48  they think adding titles to their names is sufficient.</w:t>
      </w:r>
      <w:r>
        <w:br/>
      </w:r>
      <w:r>
        <w:rPr>
          <w:sz w:val="20"/>
        </w:rPr>
        <w:t>1:25:52  when we remind them of this fact, they fail to understand it. it is something alien to them that they are are models.</w:t>
      </w:r>
      <w:r>
        <w:br/>
      </w:r>
      <w:r>
        <w:rPr>
          <w:sz w:val="20"/>
        </w:rPr>
        <w:t>1:26:03  what is your opinion in this?" asal mein yeh daur-e-zawaal ka phenomena hai.</w:t>
      </w:r>
      <w:r>
        <w:br/>
      </w:r>
      <w:r>
        <w:rPr>
          <w:sz w:val="20"/>
        </w:rPr>
        <w:t>1:26:12  zawaal, degeneration. jab kisi qaum mein, kisi ummat mein zawaal aata hai, yani degeneration ka zamana aata hai, to kya hota hai?</w:t>
      </w:r>
      <w:r>
        <w:br/>
      </w:r>
      <w:r>
        <w:rPr>
          <w:sz w:val="20"/>
        </w:rPr>
        <w:t>1:26:25  rituals ko nahi chhodte woh. kyunke rituals chhod dein to un ki un ka identity khatm ho jayegi.</w:t>
      </w:r>
      <w:r>
        <w:br/>
      </w:r>
      <w:r>
        <w:rPr>
          <w:sz w:val="20"/>
        </w:rPr>
        <w:t>1:26:30  apni identity ko baqi rakhne ke liye kuch zahiri rituals, khoob ulqab-o-adab lagayeinge, woh bare bare alfaaz bolenge, lekin spirit ke sense mein khatm ho chuke hote hain.</w:t>
      </w:r>
      <w:r>
        <w:br/>
      </w:r>
      <w:r>
        <w:rPr>
          <w:sz w:val="20"/>
        </w:rPr>
        <w:t>1:26:41  woh yeh hamesha daur-e-zawaal mein yahi hota hai ke alfaaz badh jaate hain,</w:t>
      </w:r>
      <w:r>
        <w:br/>
      </w:r>
      <w:r>
        <w:rPr>
          <w:sz w:val="20"/>
        </w:rPr>
        <w:t>1:26:50  rituals badh jaate hain, aur jo spirit wali baatein hain, woh ghayab ho jaati hain. hamesha yahi hua hai daur-e-zawaal mein, aur ab bhi musalmanon mein ka yahi haal hai.</w:t>
      </w:r>
    </w:p>
    <w:p>
      <w:pPr>
        <w:pStyle w:val="Heading2"/>
      </w:pPr>
      <w:r>
        <w:t>Muslims' focus on political history vs Prophet's message</w:t>
      </w:r>
    </w:p>
    <w:p>
      <w:r>
        <w:rPr>
          <w:color w:val="666666"/>
          <w:sz w:val="18"/>
        </w:rPr>
        <w:t>Seerah &amp; Prophet · Eid-al-Azha I October 13, 2013 · 38s · at 58:18 · https://youtu.be/oy7zn-uODcU?t=3498</w:t>
      </w:r>
    </w:p>
    <w:p>
      <w:r>
        <w:rPr>
          <w:i/>
        </w:rPr>
        <w:t>“Why is it that Muslims remember glory of their political history but have forgotten the message of Prophet and his sacrifices? Please comment.”</w:t>
      </w:r>
    </w:p>
    <w:p>
      <w:r>
        <w:rPr>
          <w:sz w:val="20"/>
        </w:rPr>
        <w:t>58:18  chand huin woh sab skirmishes theen yani jharpein bas maulana agla sawal dilli se hai miss sethi malhotra</w:t>
      </w:r>
      <w:r>
        <w:br/>
      </w:r>
      <w:r>
        <w:rPr>
          <w:sz w:val="20"/>
        </w:rPr>
        <w:t>58:25  ka unhone likha hai why is it that muslims remember glory of their political history but have</w:t>
      </w:r>
      <w:r>
        <w:br/>
      </w:r>
      <w:r>
        <w:rPr>
          <w:sz w:val="20"/>
        </w:rPr>
        <w:t>58:33  forgotten the message of prophet and his sacrifices please comment bhai main toh yahi kahoon ke shaitan ne</w:t>
      </w:r>
      <w:r>
        <w:br/>
      </w:r>
      <w:r>
        <w:rPr>
          <w:sz w:val="20"/>
        </w:rPr>
        <w:t>58:41  baqa rakha hai shaitan sab se zyada active hai yani shaitan se zyada koi active nahi toh shaitan</w:t>
      </w:r>
      <w:r>
        <w:br/>
      </w:r>
      <w:r>
        <w:rPr>
          <w:sz w:val="20"/>
        </w:rPr>
        <w:t>58:48  ne logon ko baqa rakha hai aur toh mere paas is ka koi jawab bhi samajh mein nahi</w:t>
      </w:r>
    </w:p>
    <w:p>
      <w:pPr>
        <w:pStyle w:val="Heading2"/>
      </w:pPr>
      <w:r>
        <w:t>Origin of martyrdom in Islamic history</w:t>
      </w:r>
    </w:p>
    <w:p>
      <w:r>
        <w:rPr>
          <w:color w:val="666666"/>
          <w:sz w:val="18"/>
        </w:rPr>
        <w:t>Seerah &amp; Prophet · Natural Warning April 17, 2016 · 1m 09s · at 54:19 · https://youtu.be/fSNOpwgzcss?t=3259</w:t>
      </w:r>
    </w:p>
    <w:p>
      <w:r>
        <w:rPr>
          <w:i/>
        </w:rPr>
        <w:t>“Kindly elaborate how the concept of shahadat (martyrdom) was introduced into Islamic history.”</w:t>
      </w:r>
    </w:p>
    <w:p>
      <w:r>
        <w:rPr>
          <w:sz w:val="20"/>
        </w:rPr>
        <w:t>54:19  mere aziz to sari zimmedari ulama par hai. sari zimmedari hai. maulana, agla sawal ajmer se kya hai doctor safina tabassum ne aur unhon ne aap se poocha hai ke kindly elaborate how the concept of shahadat was introduced into Islamic history.</w:t>
      </w:r>
      <w:r>
        <w:br/>
      </w:r>
      <w:r>
        <w:rPr>
          <w:sz w:val="20"/>
        </w:rPr>
        <w:t>54:39  dekhiye, jahan tak mein janta hoon yeh concept jo hai is waqt aaya jab ke europi qaumein dakhil huin africa aur aur asia mein aur muslim saltanaton ko unhon ne tod diya.</w:t>
      </w:r>
      <w:r>
        <w:br/>
      </w:r>
      <w:r>
        <w:rPr>
          <w:sz w:val="20"/>
        </w:rPr>
        <w:t>54:57  yani jis ko kehte hain colonialism. us waqt yeh musalmanon ko ubharne ke liye lado in se, lado in se, lado ge to shaheed ho jao ge. is se pehle yeh sab nahi tha.</w:t>
      </w:r>
      <w:r>
        <w:br/>
      </w:r>
      <w:r>
        <w:rPr>
          <w:sz w:val="20"/>
        </w:rPr>
        <w:t>55:10  is se pehle nahi tha. aap dekhein, is se pehle kabhi bhi hussain ko shaheed nahi kaha gaya. yeh isi zamane mein kaha gaya. aur shahadat yahood kubra un ke baray mein kaha gaya ke shahadat kubra un anjam di unhon ne.</w:t>
      </w:r>
    </w:p>
    <w:p>
      <w:pPr>
        <w:pStyle w:val="Heading2"/>
      </w:pPr>
      <w:r>
        <w:t>Physical or conceptual advent of Mahdi and Jesus</w:t>
      </w:r>
    </w:p>
    <w:p>
      <w:r>
        <w:rPr>
          <w:color w:val="666666"/>
          <w:sz w:val="18"/>
        </w:rPr>
        <w:t>Seerah &amp; Prophet · Discovery of Modern Age February 10, 2013 · 1m 52s · at 1:00:15 · https://youtu.be/qYGA53ii7E4?t=3615</w:t>
      </w:r>
    </w:p>
    <w:p>
      <w:r>
        <w:rPr>
          <w:i/>
        </w:rPr>
        <w:t>“Please explain about the advent of Mahdi and Jesus (peace be upon them). Are they supposed to come physically or is it a conceptual role in this modern age?”</w:t>
      </w:r>
    </w:p>
    <w:p>
      <w:r>
        <w:rPr>
          <w:sz w:val="20"/>
        </w:rPr>
        <w:t>1:00:15  hamara agla sawal Dilli se hai Shahnawaz Zafar sahib ka. unhon ne likha hai: "please explain about the advent of Mahdi and Isa alaihissalam.</w:t>
      </w:r>
      <w:r>
        <w:br/>
      </w:r>
      <w:r>
        <w:rPr>
          <w:sz w:val="20"/>
        </w:rPr>
        <w:t>1:00:27  are these supposed to come physically or it is a conceptual role in this modern age?" dekhiye, basic baat yeh hai ke aap sari hadithain jo hain parhiye is is hisse mein.</w:t>
      </w:r>
      <w:r>
        <w:br/>
      </w:r>
      <w:r>
        <w:rPr>
          <w:sz w:val="20"/>
        </w:rPr>
        <w:t>1:00:42  sari hadith</w:t>
      </w:r>
      <w:r>
        <w:br/>
      </w:r>
      <w:r>
        <w:rPr>
          <w:sz w:val="20"/>
        </w:rPr>
        <w:t>1:00:43  mein kisi bhi hadith mein yeh nahi hai ke koi aadmi ayega, woh kahega ke main Mahdi hoon, main Masih hoon.</w:t>
      </w:r>
      <w:r>
        <w:br/>
      </w:r>
      <w:r>
        <w:rPr>
          <w:sz w:val="20"/>
        </w:rPr>
        <w:t>1:00:54  yeh declare karega. aisa hai hi nahi. jab ke paighambar ata hai to woh declare karta hai ke main mariz hoon, ana nabiyyu awwalu kadhi, ana rasul rubb al-alameen.</w:t>
      </w:r>
      <w:r>
        <w:br/>
      </w:r>
      <w:r>
        <w:rPr>
          <w:sz w:val="20"/>
        </w:rPr>
        <w:t>1:01:06  to kisi bhi hadith mein jo hadithain is hisse mein ayi hain, us mein yeh baat nahi hai ke aaney wala apni zuban se kahega ke main Mahdi hoon ya main Masih hoon.</w:t>
      </w:r>
      <w:r>
        <w:br/>
      </w:r>
      <w:r>
        <w:rPr>
          <w:sz w:val="20"/>
        </w:rPr>
        <w:t>1:01:17  to is se hi apne aap yeh baat sabit ho jati hai ke woh ek role hai. woh role hai.</w:t>
      </w:r>
      <w:r>
        <w:br/>
      </w:r>
      <w:r>
        <w:rPr>
          <w:sz w:val="20"/>
        </w:rPr>
        <w:t>1:01:23  yeh to logon ne jo logon ne daway kiye hain, woh to main samajhta hoon ke baseless daway the. jinhon ne kaha ke main Mahdi hoon, jinhon ne kaha ke main Masih hoon, to yeh baseless daway the.</w:t>
      </w:r>
      <w:r>
        <w:br/>
      </w:r>
      <w:r>
        <w:rPr>
          <w:sz w:val="20"/>
        </w:rPr>
        <w:t>1:01:34  yeh kahan se bol rahe hain? woh jab hadithon mein yeh baat hai hi nahi ke aaney wala dawa karega, to aap kahan se dawa kar rahe hain?</w:t>
      </w:r>
      <w:r>
        <w:br/>
      </w:r>
      <w:r>
        <w:rPr>
          <w:sz w:val="20"/>
        </w:rPr>
        <w:t>1:01:44  to un hadithon mein kahin bhi yeh nahin hai ke aane wala apni zuban se boley ga ke mein mehdi hoon, mein Maseeh hoon.</w:t>
      </w:r>
      <w:r>
        <w:br/>
      </w:r>
      <w:r>
        <w:rPr>
          <w:sz w:val="20"/>
        </w:rPr>
        <w:t>1:01:52  isi se sabit hota hai ke woh ek role ki baat hai, aur role ka ilm Allah taala ko hai ke Allah ko pata hai kis ne yeh role kiya hai, kis ne nahin kiya hai.</w:t>
      </w:r>
      <w:r>
        <w:br/>
      </w:r>
      <w:r>
        <w:rPr>
          <w:sz w:val="20"/>
        </w:rPr>
        <w:t>1:02:02  hum aap is ko determine nahin kar sakte.</w:t>
      </w:r>
    </w:p>
    <w:p>
      <w:pPr>
        <w:pStyle w:val="Heading2"/>
      </w:pPr>
      <w:r>
        <w:t>Prophet seeing Aisha wearing silver bracelets</w:t>
      </w:r>
    </w:p>
    <w:p>
      <w:r>
        <w:rPr>
          <w:color w:val="666666"/>
          <w:sz w:val="18"/>
        </w:rPr>
        <w:t>Seerah &amp; Prophet · 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Mission: Conversion or Message</w:t>
      </w:r>
    </w:p>
    <w:p>
      <w:r>
        <w:rPr>
          <w:color w:val="666666"/>
          <w:sz w:val="18"/>
        </w:rPr>
        <w:t>Seerah &amp; Prophet · Islam &amp; Prophet of Islam 21 Oct, 2012 - Maulana Wahiduddin Khan · 1m 10s · at 1:26:31 · https://youtu.be/2hwtfOyNeS0?t=5191</w:t>
      </w:r>
    </w:p>
    <w:p>
      <w:r>
        <w:rPr>
          <w:i/>
        </w:rPr>
        <w:t>“Maulana sahib, please tell what was the mission of the Prophet? To make people Muslim or to convey the message of the Quran to people? As people think that Islam commands to forcibly convert people to Islam.”</w:t>
      </w:r>
    </w:p>
    <w:p>
      <w:r>
        <w:rPr>
          <w:sz w:val="20"/>
        </w:rPr>
        <w:t>1:26:31  maulana, agla sawal dilli se hai shakir sahab ka. unhon ne likha hai: "maulana sahab, yeh bataein ke prophet ka mission kya tha?</w:t>
      </w:r>
      <w:r>
        <w:br/>
      </w:r>
      <w:r>
        <w:rPr>
          <w:sz w:val="20"/>
        </w:rPr>
        <w:t>1:26:40  logon ko musalman banana ya phir quran ke paigham ko logon tak pahunchana? jaisa ke log samajhte hain ke islam jabran logon ko musalman banane ka hukum deta hai." bhai, quran mein saaf saaf hai: "la ikraha fid deen".</w:t>
      </w:r>
      <w:r>
        <w:br/>
      </w:r>
      <w:r>
        <w:rPr>
          <w:sz w:val="20"/>
        </w:rPr>
        <w:t>1:26:58  deen mein jabr nahi hai. to yeh khud se apne aap khud sakhta taur par kehte hain kehne wale: "la ikraha fid deen".</w:t>
      </w:r>
      <w:r>
        <w:br/>
      </w:r>
      <w:r>
        <w:rPr>
          <w:sz w:val="20"/>
        </w:rPr>
        <w:t>1:27:09  saaf saaf hai. bahut si ayatein hain is tarah quran mein hain jis mein bataya gaya hai ke paighambar ka kaam sirf pahunchana hai.</w:t>
      </w:r>
      <w:r>
        <w:br/>
      </w:r>
      <w:r>
        <w:rPr>
          <w:sz w:val="20"/>
        </w:rPr>
        <w:t>1:27:20  kya hai woh? "fazakkir innama anta muzakkir, lasta alaihim bimusaytir." tum logon ko baat pahunchao. tum logon ke upar darogha nahi ho. to log khud sakhta taur par jo bhi nazariya banayein, lekin jo bhi quran ko padhega to us mein woh dekhega ke is mein bilkul bilkul saaf taur par yeh baatein batai gayi hain.</w:t>
      </w:r>
    </w:p>
    <w:p>
      <w:pPr>
        <w:pStyle w:val="Heading2"/>
      </w:pPr>
      <w:r>
        <w:t>Prophet's attacks on caravans after migration</w:t>
      </w:r>
    </w:p>
    <w:p>
      <w:r>
        <w:rPr>
          <w:color w:val="666666"/>
          <w:sz w:val="18"/>
        </w:rPr>
        <w:t>Seerah &amp; Prophet · From The Spiritual Tree September 8, 2013 · 1m 19s · at 53:19 · https://youtu.be/Vv6vf2N8YQA?t=3199</w:t>
      </w:r>
    </w:p>
    <w:p>
      <w:r>
        <w:rPr>
          <w:i/>
        </w:rPr>
        <w:t>“People often ask me this question. When Prophet Muhammad migrated from Mecca, he led several attacks on the caravan coming from Mecca. Could you please shed some light on this historical event?”</w:t>
      </w:r>
    </w:p>
    <w:p>
      <w:r>
        <w:rPr>
          <w:sz w:val="20"/>
        </w:rPr>
        <w:t>53:19  maulana yeh agla sawal aaya hai zeeshan yusuf ka hyderabad se. maulana sahab people often ask me this question.</w:t>
      </w:r>
      <w:r>
        <w:br/>
      </w:r>
      <w:r>
        <w:rPr>
          <w:sz w:val="20"/>
        </w:rPr>
        <w:t>53:29  when prophet muhammad migrated from makkah he led several attacks on the caravan coming from makkah.</w:t>
      </w:r>
      <w:r>
        <w:br/>
      </w:r>
      <w:r>
        <w:rPr>
          <w:sz w:val="20"/>
        </w:rPr>
        <w:t>53:39  could you please shed some light on this historical event?</w:t>
      </w:r>
      <w:r>
        <w:br/>
      </w:r>
      <w:r>
        <w:rPr>
          <w:sz w:val="20"/>
        </w:rPr>
        <w:t>53:46  nahi yeh galat interpretation hai is ka is waqe'ay ka.</w:t>
      </w:r>
      <w:r>
        <w:br/>
      </w:r>
      <w:r>
        <w:rPr>
          <w:sz w:val="20"/>
        </w:rPr>
        <w:t>53:49  hamari kitaab aap parhiye. to qabr-e-inqilab ek kitaab hai. aur is mauzu par hamari teen kitaabein hain.</w:t>
      </w:r>
      <w:r>
        <w:br/>
      </w:r>
      <w:r>
        <w:rPr>
          <w:sz w:val="20"/>
        </w:rPr>
        <w:t>53:59  seerat-e-rasool, to qabr-e-inqilab aur ek aur kitaab hai. in par hum bohat kuch likh chuke hain.</w:t>
      </w:r>
      <w:r>
        <w:br/>
      </w:r>
      <w:r>
        <w:rPr>
          <w:sz w:val="20"/>
        </w:rPr>
        <w:t>54:09  yeh bohat hi galat andaaz mein is waqe'ay ko pesh kiya gaya hai.</w:t>
      </w:r>
      <w:r>
        <w:br/>
      </w:r>
      <w:r>
        <w:rPr>
          <w:sz w:val="20"/>
        </w:rPr>
        <w:t>54:14  is ko hum ne is ki tareekhi tajziya kar ke bataya hai ke is ki woh woh soorat nahi hai jis ko aam tor par log samajhte hain.</w:t>
      </w:r>
      <w:r>
        <w:br/>
      </w:r>
      <w:r>
        <w:rPr>
          <w:sz w:val="20"/>
        </w:rPr>
        <w:t>54:26  rasool Allah ki taraf se koi na to aggression hua tha na koi insaaf ke khilaaf koi baat hui thi. aap hamari kitaab parhiye is mein aap is ka jawab pa len ge.</w:t>
      </w:r>
    </w:p>
    <w:p>
      <w:pPr>
        <w:pStyle w:val="Heading2"/>
      </w:pPr>
      <w:r>
        <w:t>Prophet's example of destroying idols and places</w:t>
      </w:r>
    </w:p>
    <w:p>
      <w:r>
        <w:rPr>
          <w:color w:val="666666"/>
          <w:sz w:val="18"/>
        </w:rPr>
        <w:t>Seerah &amp; Prophet · Revival of Muslims March 08, 2015 · 56s · at 1:02:03 · https://youtu.be/8ShFcr8YozI?t=3723</w:t>
      </w:r>
    </w:p>
    <w:p>
      <w:r>
        <w:rPr>
          <w:i/>
        </w:rPr>
        <w:t>“Muslims who destroy the historical places or tear down the historical idols give the example of Prophet of Islam who, after the conquest of Makkah, had sent the Sahabas to different places to tear down the places of worship and idols. Is this correct and what is your comment on it?”</w:t>
      </w:r>
    </w:p>
    <w:p>
      <w:r>
        <w:rPr>
          <w:sz w:val="20"/>
        </w:rPr>
        <w:t>1:02:03  Maulana, agla sawal Dilli se kiya hai Danish Fazal Sahab ne aur unhon ne likha hai ke Muslims who destroy the historical places or raise down the historical idols give the example of Prophet of Islam who, after the conquest of Makkah,</w:t>
      </w:r>
      <w:r>
        <w:br/>
      </w:r>
      <w:r>
        <w:rPr>
          <w:sz w:val="20"/>
        </w:rPr>
        <w:t>1:02:24  had sent the Sahabas to different places to raise down the places of worship and idols.</w:t>
      </w:r>
      <w:r>
        <w:br/>
      </w:r>
      <w:r>
        <w:rPr>
          <w:sz w:val="20"/>
        </w:rPr>
        <w:t>1:02:30  Maulana, is this correct and what is your comment on it? Yaani yeh bilkul correct nahi hai. Yeh jo worshippers the jinhone khud banaya tha, woh Islam mein dakhil ho gaye.</w:t>
      </w:r>
      <w:r>
        <w:br/>
      </w:r>
      <w:r>
        <w:rPr>
          <w:sz w:val="20"/>
        </w:rPr>
        <w:t>1:02:43  To ab woh jagah hai jahan unka koi purpose nahi raha. To unhon ne uthaya isko. Koi Islam ki taleem nahi hai ke but khaane ko uthao.</w:t>
      </w:r>
      <w:r>
        <w:br/>
      </w:r>
      <w:r>
        <w:rPr>
          <w:sz w:val="20"/>
        </w:rPr>
        <w:t>1:02:54  Aise koi na Quran mein, na Hadees mein. Quran o Hadees mein kahin bhi aisa nahi hai.</w:t>
      </w:r>
    </w:p>
    <w:p>
      <w:pPr>
        <w:pStyle w:val="Heading2"/>
      </w:pPr>
      <w:r>
        <w:t>Prophet's time in battles</w:t>
      </w:r>
    </w:p>
    <w:p>
      <w:r>
        <w:rPr>
          <w:color w:val="666666"/>
          <w:sz w:val="18"/>
        </w:rPr>
        <w:t>Seerah &amp; Prophet · Eid-al-Azha I October 13, 2013 · 1m 32s · at 56:45 · https://youtu.be/oy7zn-uODcU?t=3405</w:t>
      </w:r>
    </w:p>
    <w:p>
      <w:r>
        <w:rPr>
          <w:i/>
        </w:rPr>
        <w:t>“In your book 'Muhammad: Prophet of Revolution', you said that the Prophet spent only about two to two and a half days of his life on the battlefield. Many Muslim scholars disagree with this.”</w:t>
      </w:r>
    </w:p>
    <w:p>
      <w:r>
        <w:rPr>
          <w:sz w:val="20"/>
        </w:rPr>
        <w:t>56:45  aap ko mil jayegi maulana agla sawal dilli se kya hai doctor gajdhar sahab ne unhon ne</w:t>
      </w:r>
      <w:r>
        <w:br/>
      </w:r>
      <w:r>
        <w:rPr>
          <w:sz w:val="20"/>
        </w:rPr>
        <w:t>56:53  لکھا ہے آپ کی کتاب محمد Prophet of Revolution میں آپ نے بتایا کہ Prophet پوری زندگی جنگ</w:t>
      </w:r>
      <w:r>
        <w:br/>
      </w:r>
      <w:r>
        <w:rPr>
          <w:sz w:val="20"/>
        </w:rPr>
        <w:t>57:00  کے میدان میں کچھ دو سے ڈھائی دن رہے بہت سے Muslim ulama is se ittefaq nahin rakhte</w:t>
      </w:r>
      <w:r>
        <w:br/>
      </w:r>
      <w:r>
        <w:rPr>
          <w:sz w:val="20"/>
        </w:rPr>
        <w:t>57:08  hain aisa kyun hai ittifaq nahi karte to woh kitab ka hawala den woh un ke apne dimagh</w:t>
      </w:r>
      <w:r>
        <w:br/>
      </w:r>
      <w:r>
        <w:rPr>
          <w:sz w:val="20"/>
        </w:rPr>
        <w:t>57:16  mein hai kitabon mein to hai nahi un ke apne dimagh mein hai aap dekhen uhud ki ladai</w:t>
      </w:r>
      <w:r>
        <w:br/>
      </w:r>
      <w:r>
        <w:rPr>
          <w:sz w:val="20"/>
        </w:rPr>
        <w:t>57:24  hui ek hi din mein khatm ho gayi badr ki hui ek hi din mein khatm ho gayi hunain ki</w:t>
      </w:r>
      <w:r>
        <w:br/>
      </w:r>
      <w:r>
        <w:rPr>
          <w:sz w:val="20"/>
        </w:rPr>
        <w:t>57:31  hui ek hi din mein khatm ho gayi khaibar ka jo tha woh muhasra tha woh ladai nahi thi</w:t>
      </w:r>
      <w:r>
        <w:br/>
      </w:r>
      <w:r>
        <w:rPr>
          <w:sz w:val="20"/>
        </w:rPr>
        <w:t>57:39  yani siege tha woh siege toh woh thoda lamba hua tha baqi ladai toh woh bhi nahi thi</w:t>
      </w:r>
      <w:r>
        <w:br/>
      </w:r>
      <w:r>
        <w:rPr>
          <w:sz w:val="20"/>
        </w:rPr>
        <w:t>57:47  mamooli kuch skirmishes hui theen toh sach poochhein toh is par jo kitaab hai aap padhiye is ko</w:t>
      </w:r>
      <w:r>
        <w:br/>
      </w:r>
      <w:r>
        <w:rPr>
          <w:sz w:val="20"/>
        </w:rPr>
        <w:t>57:54  yani profit of peace profit of peace mein maine dikhaya ke rasool Allah salallaho alaihe wasallam</w:t>
      </w:r>
      <w:r>
        <w:br/>
      </w:r>
      <w:r>
        <w:rPr>
          <w:sz w:val="20"/>
        </w:rPr>
        <w:t>58:02  ke haan koi baqayeda war toh hui hi nahi sab skirmishes theen yani full flash war ek bhi</w:t>
      </w:r>
      <w:r>
        <w:br/>
      </w:r>
      <w:r>
        <w:rPr>
          <w:sz w:val="20"/>
        </w:rPr>
        <w:t>58:10  rasool Allah nahi lade full flash war ka jo koi rasool Allah ke haan koi misaal nahi hai</w:t>
      </w:r>
    </w:p>
    <w:p>
      <w:pPr>
        <w:pStyle w:val="Heading2"/>
      </w:pPr>
      <w:r>
        <w:t>Prophet's worship in Cave Hira before prophethood</w:t>
      </w:r>
    </w:p>
    <w:p>
      <w:r>
        <w:rPr>
          <w:color w:val="666666"/>
          <w:sz w:val="18"/>
        </w:rPr>
        <w:t>Seerah &amp; Prophet · Experience of Hyderabad CPS Meet December 1, 2013 · 41s · at 1:23:49 · https://youtu.be/Y8mcxF2Lhyc?t=5029</w:t>
      </w:r>
    </w:p>
    <w:p>
      <w:r>
        <w:rPr>
          <w:i/>
        </w:rPr>
        <w:t>“What kind of worship did the Prophet used to do in the Cave of Hira before prophethood?”</w:t>
      </w:r>
    </w:p>
    <w:p>
      <w:r>
        <w:rPr>
          <w:sz w:val="20"/>
        </w:rPr>
        <w:t>1:23:49  maulana, agla sawal dilli se kya hai? jameel akhtar sahib ne, unhon ne likha hai: "profit nabuwat se pehle gharahira mein kis tarah ki ibadat kiya karte thay?" is ke baray mein batai</w:t>
      </w:r>
      <w:r>
        <w:br/>
      </w:r>
      <w:r>
        <w:rPr>
          <w:sz w:val="20"/>
        </w:rPr>
        <w:t>1:24:03  en. mein is ke liye koi maloomat kitabon mein ziyada nahi hain,</w:t>
      </w:r>
      <w:r>
        <w:br/>
      </w:r>
      <w:r>
        <w:rPr>
          <w:sz w:val="20"/>
        </w:rPr>
        <w:t>1:24:10  aur meri jo kitab hai "seerat-e-rasool", is mein kuch jo maloomat hain, us ko mein ne likh diya hai. ziyada maloomat kitabon mein is mein mojood nahi hain.</w:t>
      </w:r>
      <w:r>
        <w:br/>
      </w:r>
      <w:r>
        <w:rPr>
          <w:sz w:val="20"/>
        </w:rPr>
        <w:t>1:24:24  jitni maloomat hain, woh is parh li jiye aap "seerat-e-rasool" mein.</w:t>
      </w:r>
    </w:p>
    <w:p>
      <w:pPr>
        <w:pStyle w:val="Heading2"/>
      </w:pPr>
      <w:r>
        <w:t>Prophets' suffering and Allah's remembrance</w:t>
      </w:r>
    </w:p>
    <w:p>
      <w:r>
        <w:rPr>
          <w:color w:val="666666"/>
          <w:sz w:val="18"/>
        </w:rPr>
        <w:t>Seerah &amp; Prophet · The Existence of God-7th October 2012 · 1m 34s · at 1:02:51 · https://youtu.be/XWFqKwm-LPM?t=3771</w:t>
      </w:r>
    </w:p>
    <w:p>
      <w:r>
        <w:rPr>
          <w:i/>
        </w:rPr>
        <w:t>“The prophets lived a life of great discomfort and problems because every prophet was greatly persecuted by his people. Then what is the meaning of the verse that says that the remembrance of Allah...?”</w:t>
      </w:r>
    </w:p>
    <w:p>
      <w:r>
        <w:rPr>
          <w:sz w:val="20"/>
        </w:rPr>
        <w:t>1:02:51  Maulana, agla sawal bhi Karachi Pakistan se hai Miss Saira Latif ka.</w:t>
      </w:r>
      <w:r>
        <w:br/>
      </w:r>
      <w:r>
        <w:rPr>
          <w:sz w:val="20"/>
        </w:rPr>
        <w:t>1:02:58  unhon ne likha hai: "Anbiya e kiram ne bari be sukuni aur masail wali zindagi guzari kyunke har nabbi</w:t>
      </w:r>
      <w:r>
        <w:br/>
      </w:r>
      <w:r>
        <w:rPr>
          <w:sz w:val="20"/>
        </w:rPr>
        <w:t>1:03:05  ko us ki qom ne bohat sataya." phir is ayat ka matlab kya hai ke Allah ke zikr</w:t>
      </w:r>
      <w:r>
        <w:br/>
      </w:r>
      <w:r>
        <w:rPr>
          <w:sz w:val="20"/>
        </w:rPr>
        <w:t>1:03:12  se dilo ko sukoon milta hai? Anbiya e kiram ke dilo ko sukoon aur itminan kyun hasil na ho</w:t>
      </w:r>
      <w:r>
        <w:br/>
      </w:r>
      <w:r>
        <w:rPr>
          <w:sz w:val="20"/>
        </w:rPr>
        <w:t>1:03:18  saka? is ke bare mein batayen.</w:t>
      </w:r>
      <w:r>
        <w:br/>
      </w:r>
      <w:r>
        <w:rPr>
          <w:sz w:val="20"/>
        </w:rPr>
        <w:t>1:03:25  nahin, yeh yeh yeh yeh qol kaha tha ke sukoon hasil nahin hua, yeh to aap ka kehna hai.</w:t>
      </w:r>
      <w:r>
        <w:br/>
      </w:r>
      <w:r>
        <w:rPr>
          <w:sz w:val="20"/>
        </w:rPr>
        <w:t>1:03:32  yeh galat hai baat ke anbiya ko sukoon hasil nahin hua, yeh galat baat hai.</w:t>
      </w:r>
      <w:r>
        <w:br/>
      </w:r>
      <w:r>
        <w:rPr>
          <w:sz w:val="20"/>
        </w:rPr>
        <w:t>1:03:39  dekhen, Quran ki ayat mein sukoon ke mani jismani aish nahin hai, har giz nahin.</w:t>
      </w:r>
      <w:r>
        <w:br/>
      </w:r>
      <w:r>
        <w:rPr>
          <w:sz w:val="20"/>
        </w:rPr>
        <w:t>1:03:45  ke rehne ke liye aap ko achha ghar, achhi car, achha saman mil jaye, yeh matlab nahin is ayat ka.</w:t>
      </w:r>
      <w:r>
        <w:br/>
      </w:r>
      <w:r>
        <w:rPr>
          <w:sz w:val="20"/>
        </w:rPr>
        <w:t>1:03:52  is ka ayat ka matlab hai ke aap ka mind mutmaen ho jaye ke bas sachay rastay par hain.</w:t>
      </w:r>
      <w:r>
        <w:br/>
      </w:r>
      <w:r>
        <w:rPr>
          <w:sz w:val="20"/>
        </w:rPr>
        <w:t>1:03:59  bas yeh matlab hain.</w:t>
      </w:r>
      <w:r>
        <w:br/>
      </w:r>
      <w:r>
        <w:rPr>
          <w:sz w:val="20"/>
        </w:rPr>
        <w:t>1:04:05  in ideological itminan murad hai is se, is se physical aram murad nahi hai.</w:t>
      </w:r>
      <w:r>
        <w:br/>
      </w:r>
      <w:r>
        <w:rPr>
          <w:sz w:val="20"/>
        </w:rPr>
        <w:t>1:04:12  hargiz hargiz yeh yeh galat fehmi nahi honi chahiye ke physical aram murad hai is se.</w:t>
      </w:r>
      <w:r>
        <w:br/>
      </w:r>
      <w:r>
        <w:rPr>
          <w:sz w:val="20"/>
        </w:rPr>
        <w:t>1:04:19  ideological itminan ke main jis rastay par hoon, woh sacha rasta hai, yeh murad hai is ka.</w:t>
      </w:r>
    </w:p>
    <w:p>
      <w:pPr>
        <w:pStyle w:val="Heading2"/>
      </w:pPr>
      <w:r>
        <w:t>Question about Maulana's book on Prophet</w:t>
      </w:r>
    </w:p>
    <w:p>
      <w:r>
        <w:rPr>
          <w:color w:val="666666"/>
          <w:sz w:val="18"/>
        </w:rPr>
        <w:t>Seerah &amp; Prophet · The Crises Management September 18, 2011 · 1m 20s · at 1:08:29 · https://youtu.be/s3cYFtQZwzw?t=4109</w:t>
      </w:r>
    </w:p>
    <w:p>
      <w:r>
        <w:rPr>
          <w:i/>
        </w:rPr>
        <w:t>“I gave 'Prophet of Peace' to Mr. N.N. Sharma, Vice Chairperson of my college. He told me that Maulana has written in the book that it is not right for Muslims to...”</w:t>
      </w:r>
    </w:p>
    <w:p>
      <w:r>
        <w:rPr>
          <w:sz w:val="20"/>
        </w:rPr>
        <w:t>1:08:29  Masha Allah agla sawal Mr Danish Khan ka Greater Noida se hai unhone likha hai</w:t>
      </w:r>
      <w:r>
        <w:br/>
      </w:r>
      <w:r>
        <w:rPr>
          <w:sz w:val="20"/>
        </w:rPr>
        <w:t>1:08:38  I gave 'Prophet of Peace' to Mr. N.N. Sharma, vice chairperson of my college.</w:t>
      </w:r>
      <w:r>
        <w:br/>
      </w:r>
      <w:r>
        <w:rPr>
          <w:sz w:val="20"/>
        </w:rPr>
        <w:t>1:08:45  He told me that Maulana has written in the book that it is not right for Muslims to</w:t>
      </w:r>
      <w:r>
        <w:br/>
      </w:r>
      <w:r>
        <w:rPr>
          <w:sz w:val="20"/>
        </w:rPr>
        <w:t>1:08:51  wage war against the ruler</w:t>
      </w:r>
      <w:r>
        <w:br/>
      </w:r>
      <w:r>
        <w:rPr>
          <w:sz w:val="20"/>
        </w:rPr>
        <w:t>1:08:54  then giving the reference of Libya and Egypt he asked me why can't a Muslim who is oppressed by the ruler revolt against the system theek hai us waqt jo galat countries mein ho raha hai dono taraf se ghalti hai yani ruler bhi galat hai aur jo un ke khilaf kare woh bhi galat hai is ka Islam se koi taluq nahi</w:t>
      </w:r>
      <w:r>
        <w:br/>
      </w:r>
      <w:r>
        <w:rPr>
          <w:sz w:val="20"/>
        </w:rPr>
        <w:t>1:09:19  hai galat countries mein yeh hua ke jis ko aik war rule mil gaya woh dictator ban ke baith gaya woh bhi islam ke khilaf tha ab jo log in ke khilaf age kar rahe hain woh bhi islam se koi talluq nahi is ka yeh sab baatein jo hain yeh musalmanon ki hain islam ki nahi hain you have to differentiate between islam and muslims you have to judge muslims in the light of islamic teachings and not vice versa</w:t>
      </w:r>
    </w:p>
    <w:p>
      <w:pPr>
        <w:pStyle w:val="Heading2"/>
      </w:pPr>
      <w:r>
        <w:t>Quraysh pursuit of Prophet during migration</w:t>
      </w:r>
    </w:p>
    <w:p>
      <w:r>
        <w:rPr>
          <w:color w:val="666666"/>
          <w:sz w:val="18"/>
        </w:rPr>
        <w:t>Seerah &amp; Prophet · Lessons from My Journey to Canada II January 10, 2016 · 1m 41s · at 1:05:50 · https://youtu.be/GHF2Ph3GW7A?t=3950</w:t>
      </w:r>
    </w:p>
    <w:p>
      <w:r>
        <w:rPr>
          <w:i/>
        </w:rPr>
        <w:t>“When the Prophet was migrating to Medina, the Quraysh sent many people to go out to get the Prophet, to go and get the Prophet back...”</w:t>
      </w:r>
    </w:p>
    <w:p>
      <w:r>
        <w:rPr>
          <w:sz w:val="20"/>
        </w:rPr>
        <w:t>1:05:50  مولانا، اگلا سوال مسٹر خواجہ کلیم الدین نے کیا ہے امریکہ سے، اور ان کا سوال ہے: "When</w:t>
      </w:r>
      <w:r>
        <w:br/>
      </w:r>
      <w:r>
        <w:rPr>
          <w:sz w:val="20"/>
        </w:rPr>
        <w:t>1:05:58  The Prophet was migrating to Madinah, the Quraish sent many people to go out to get the Prophet, to</w:t>
      </w:r>
      <w:r>
        <w:br/>
      </w:r>
      <w:r>
        <w:rPr>
          <w:sz w:val="20"/>
        </w:rPr>
        <w:t>1:06:08  go and get the profit back</w:t>
      </w:r>
      <w:r>
        <w:br/>
      </w:r>
      <w:r>
        <w:rPr>
          <w:sz w:val="20"/>
        </w:rPr>
        <w:t>1:06:10  Someone told me today that one person on his camel got so close to the Prophet and wanted to kill him with his arrow, but his hands got frozen. He tried it several times, but he failed. Maulana Sahab, has this incident ever happened in the life of Prophet?</w:t>
      </w:r>
      <w:r>
        <w:br/>
      </w:r>
      <w:r>
        <w:rPr>
          <w:sz w:val="20"/>
        </w:rPr>
        <w:t>1:06:32  Kindly let us know what was the reality or what really happened." Nahin, yeh kahani hai, is ka koi haqeeqat talluq nahin hai. Agar yeh haqeeqat hoti to Rasool Allah ko Makka chhodne ki zaroorat kya hoti? Chhodne ki zaroorat hi kya thi? Yahi waqia Makka mein rehte hue hota to aap ko Makka chhodne ki zaroorat nahin thi. To yeh ek kahani hai, is ki koi haqeeqat nahin hai. Thank you.</w:t>
      </w:r>
    </w:p>
    <w:p>
      <w:pPr>
        <w:pStyle w:val="Heading2"/>
      </w:pPr>
      <w:r>
        <w:t>Reality of Muharram explained</w:t>
      </w:r>
    </w:p>
    <w:p>
      <w:r>
        <w:rPr>
          <w:color w:val="666666"/>
          <w:sz w:val="18"/>
        </w:rPr>
        <w:t>Seerah &amp; Prophet · Q&amp;A 04 DEC 2011 Maulana Wahiduddin Khan · 46s · at 47:36 · https://youtu.be/KIMNmuUZoGo?t=2856</w:t>
      </w:r>
    </w:p>
    <w:p>
      <w:r>
        <w:rPr>
          <w:i/>
        </w:rPr>
        <w:t>“What is the reality of Muharram? Please explain about it.”</w:t>
      </w:r>
    </w:p>
    <w:p>
      <w:r>
        <w:rPr>
          <w:sz w:val="20"/>
        </w:rPr>
        <w:t>47:36  Maulana agla sawal aaya hai Mr. Naeem Bilal ka Delhi se. unhon ne likha hai ke Muharram ki haqeeqat kya hai? is ke bare mein bataein.</w:t>
      </w:r>
      <w:r>
        <w:br/>
      </w:r>
      <w:r>
        <w:rPr>
          <w:sz w:val="20"/>
        </w:rPr>
        <w:t>47:46  is par bohat kitaben likhi hui hain aap parh lijie. yahan sawal karne ki koi zaroorat nahin hai. muharram par aaj kal jitne akhbar nikal rahe hain har akhbar mein har parche mein ummat ameen aa rahe hain.</w:t>
      </w:r>
      <w:r>
        <w:br/>
      </w:r>
      <w:r>
        <w:rPr>
          <w:sz w:val="20"/>
        </w:rPr>
        <w:t>47:59  koi bhi akhbar jo aap parhte hon koi bhi parcha aap jo parhte hon sab mein maarifat ummat ameen chhape hue hain. misaal ke taur par mera aata hai raash saara is mein kai mazahib chhape hue hain.</w:t>
      </w:r>
      <w:r>
        <w:br/>
      </w:r>
      <w:r>
        <w:rPr>
          <w:sz w:val="20"/>
        </w:rPr>
        <w:t>48:11  aise hi mere paas aate hain aur jo urdu mazahib magazine bohat sare hain sab mein chhape hue hain. ise parhiye is ko. yahan is ko discuss karne ki zaroorat nahin hai.</w:t>
      </w:r>
    </w:p>
    <w:p>
      <w:pPr>
        <w:pStyle w:val="Heading2"/>
      </w:pPr>
      <w:r>
        <w:t>Reason for frequent reference to Caliph Umar</w:t>
      </w:r>
    </w:p>
    <w:p>
      <w:r>
        <w:rPr>
          <w:color w:val="666666"/>
          <w:sz w:val="18"/>
        </w:rPr>
        <w:t>Seerah &amp; Prophet · Roza and Quran July 18, 2010 · 58s · at 1:19:14 · https://youtu.be/TSjqSQEb0EQ?t=4754</w:t>
      </w:r>
    </w:p>
    <w:p>
      <w:r>
        <w:rPr>
          <w:i/>
        </w:rPr>
        <w:t>“You often refer to Caliph Umar in your lectures. What is the reason? Are you most influenced by Umar while there are many other companions? Please explain.”</w:t>
      </w:r>
    </w:p>
    <w:p>
      <w:r>
        <w:rPr>
          <w:sz w:val="20"/>
        </w:rPr>
        <w:t>1:19:14  maulana, agla sawal mister shah imran hasan ka hai, munger bihar se.</w:t>
      </w:r>
      <w:r>
        <w:br/>
      </w:r>
      <w:r>
        <w:rPr>
          <w:sz w:val="20"/>
        </w:rPr>
        <w:t>1:19:20  unhon ne likha hai ke aap lecture mein aksar muslim khalifa hazrat umar ka reference dete hain. is ka kya karan hai?</w:t>
      </w:r>
      <w:r>
        <w:br/>
      </w:r>
      <w:r>
        <w:rPr>
          <w:sz w:val="20"/>
        </w:rPr>
        <w:t>1:19:30  kya aap sab se zyada hazrat umar se prabhavit hain jabke sahaba bhi bohat zyada hain? kripya is ke bare mein batayein.</w:t>
      </w:r>
      <w:r>
        <w:br/>
      </w:r>
      <w:r>
        <w:rPr>
          <w:sz w:val="20"/>
        </w:rPr>
        <w:t>1:19:41  yeh koi bohat soojha samjha nahin hai. ab mein baat kar raha hoon, koi waqea yaad aa gaya hai to doosre sahabi</w:t>
      </w:r>
      <w:r>
        <w:br/>
      </w:r>
      <w:r>
        <w:rPr>
          <w:sz w:val="20"/>
        </w:rPr>
        <w:t>1:19:48  ko bhi kaha karta hoon. mein aisa to nahin hai. in ko bhi kehta hoon, doosre sahabi ko bhi kehta hoon. mere paas aisa nahin ke mein in ko, koi mein alag se in in ke liye, mein doosron ko chhod rakha hai.</w:t>
      </w:r>
      <w:r>
        <w:br/>
      </w:r>
      <w:r>
        <w:rPr>
          <w:sz w:val="20"/>
        </w:rPr>
        <w:t>1:20:01  aksar meri kitabein aap padhein to is mein sir sare sahaba ke waqeyat is mein hain. sare sahaba ke waqeyat hain.</w:t>
      </w:r>
    </w:p>
    <w:p>
      <w:pPr>
        <w:pStyle w:val="Heading2"/>
      </w:pPr>
      <w:r>
        <w:t>Response of Aisha at Prophet's death</w:t>
      </w:r>
    </w:p>
    <w:p>
      <w:r>
        <w:rPr>
          <w:color w:val="666666"/>
          <w:sz w:val="18"/>
        </w:rPr>
        <w:t>Seerah &amp; Prophet · Revival of Islam March 23, 2014 · 1m 21s · at 57:33 · https://youtu.be/Wc4Vsc4u1JI?t=3453</w:t>
      </w:r>
    </w:p>
    <w:p>
      <w:r>
        <w:rPr>
          <w:i/>
        </w:rPr>
        <w:t>“We have available information about the reaction of the Companions, especially of Umar and Abu Bakr, at the time of the Prophet's death. We know how they handled and normalized the situation. Do we have any information about the response of Aisha when the Prophet took his last breath in her lap?”</w:t>
      </w:r>
    </w:p>
    <w:p>
      <w:r>
        <w:rPr>
          <w:sz w:val="20"/>
        </w:rPr>
        <w:t>57:33  I will share this with my colleagues in the faculty of Siaria. I wish you all the best for promoting peaceful Islam." Maulana, agla sawal Shahnawaz Zafar sahib ka hai, Delhi se.</w:t>
      </w:r>
      <w:r>
        <w:br/>
      </w:r>
      <w:r>
        <w:rPr>
          <w:sz w:val="20"/>
        </w:rPr>
        <w:t>57:47  unhon ne likha hai: "We have available information about the reaction of Sahabas, especially of Hazrat Umar and Hazrat Abu Bakr, at the time of the death of our Prophet.</w:t>
      </w:r>
      <w:r>
        <w:br/>
      </w:r>
      <w:r>
        <w:rPr>
          <w:sz w:val="20"/>
        </w:rPr>
        <w:t>58:01  We know how did they handle and normalize the situation. Do we have any information about the response of Hazrat Aisha when Prophet took his last breath in her lap?</w:t>
      </w:r>
      <w:r>
        <w:br/>
      </w:r>
      <w:r>
        <w:rPr>
          <w:sz w:val="20"/>
        </w:rPr>
        <w:t>58:14  How did she carry on herself with this tragedy? Do we have anything to learn from her in this regard?" is par aap kitaab parhiye.</w:t>
      </w:r>
      <w:r>
        <w:br/>
      </w:r>
      <w:r>
        <w:rPr>
          <w:sz w:val="20"/>
        </w:rPr>
        <w:t>58:26  Maulana Sheikh Sa'ad Nadvi ki jo kitaab hai</w:t>
      </w:r>
      <w:r>
        <w:br/>
      </w:r>
      <w:r>
        <w:rPr>
          <w:sz w:val="20"/>
        </w:rPr>
        <w:t>58:29  Seerat Aisha, aap us ko parhiye. Is mein aap ko inshallah jawab mil jayega aap ka. Maine bhi Hazrat Aisha pe likha hai. Meri jo kitaab hai woh Aurat mein Baar-e-Insaniyat,</w:t>
      </w:r>
      <w:r>
        <w:br/>
      </w:r>
      <w:r>
        <w:rPr>
          <w:sz w:val="20"/>
        </w:rPr>
        <w:t>58:42  to us ko bhi dekhiye aap. Aur Maulana Sheikh Nadvi ki kitaab Seerat Aisha bhi parhiye. Is mein aap ko poora jawab mil jayega.</w:t>
      </w:r>
    </w:p>
    <w:p>
      <w:pPr>
        <w:pStyle w:val="Heading2"/>
      </w:pPr>
      <w:r>
        <w:t>Scientific discoveries indicated by prophets</w:t>
      </w:r>
    </w:p>
    <w:p>
      <w:r>
        <w:rPr>
          <w:color w:val="666666"/>
          <w:sz w:val="18"/>
        </w:rPr>
        <w:t>Seerah &amp; Prophet · God in the Age of Science January 08, 2017 · 1m 17s · at 1:14:44 · https://youtu.be/au1bRdQDZ0U?t=4484</w:t>
      </w:r>
    </w:p>
    <w:p>
      <w:r>
        <w:rPr>
          <w:i/>
        </w:rPr>
        <w:t>“Maulana, you said in the talk today that discoveries have been done by scientists today, but in reality they had been indicated by the prophets of earlier times. What is your explanation?”</w:t>
      </w:r>
    </w:p>
    <w:p>
      <w:r>
        <w:rPr>
          <w:sz w:val="20"/>
        </w:rPr>
        <w:t>1:14:44  thinking lane ke liye aap un ko hamari kitabein padhwaiye molana agla sawal ahmad abad se gufran khan</w:t>
      </w:r>
      <w:r>
        <w:br/>
      </w:r>
      <w:r>
        <w:rPr>
          <w:sz w:val="20"/>
        </w:rPr>
        <w:t>1:14:52  نے کیا ہے انہوں نے لکھا ہے مولانا You said in the talk today that discoveries have been</w:t>
      </w:r>
      <w:r>
        <w:br/>
      </w:r>
      <w:r>
        <w:rPr>
          <w:sz w:val="20"/>
        </w:rPr>
        <w:t>1:15:00  done by scientists today but in reality they had been indicated by the prophets of earlier times which</w:t>
      </w:r>
      <w:r>
        <w:br/>
      </w:r>
      <w:r>
        <w:rPr>
          <w:sz w:val="20"/>
        </w:rPr>
        <w:t>1:15:08  They said will unfold in later times. The question is secular world will never acknowledge this. So</w:t>
      </w:r>
      <w:r>
        <w:br/>
      </w:r>
      <w:r>
        <w:rPr>
          <w:sz w:val="20"/>
        </w:rPr>
        <w:t>1:15:15  How can we make them realize that these were signs kept in nature and predicted by prophets too</w:t>
      </w:r>
      <w:r>
        <w:br/>
      </w:r>
      <w:r>
        <w:rPr>
          <w:sz w:val="20"/>
        </w:rPr>
        <w:t>1:15:23  increase the conviction in god phir wo kyun karenge wo to us ka secular benefit le rahe</w:t>
      </w:r>
      <w:r>
        <w:br/>
      </w:r>
      <w:r>
        <w:rPr>
          <w:sz w:val="20"/>
        </w:rPr>
        <w:t>1:15:31  hain wo un ka secular benefit le rahe hain ye to aap ka kaam ka hai ke apne</w:t>
      </w:r>
      <w:r>
        <w:br/>
      </w:r>
      <w:r>
        <w:rPr>
          <w:sz w:val="20"/>
        </w:rPr>
        <w:t>1:15:38  ke liye is ko avail karein un ko un ka ye concern nahi hai ye aap ka concern hai</w:t>
      </w:r>
      <w:r>
        <w:br/>
      </w:r>
      <w:r>
        <w:rPr>
          <w:sz w:val="20"/>
        </w:rPr>
        <w:t>1:15:46  science ka scientific discoveries ka jo secular benefit hai us ko khoob le rahe hain wo to lene</w:t>
      </w:r>
      <w:r>
        <w:br/>
      </w:r>
      <w:r>
        <w:rPr>
          <w:sz w:val="20"/>
        </w:rPr>
        <w:t>1:15:54  dijye in ko ap is ko bator data istemal kijye apne sachai ko establish karne ke liye ye</w:t>
      </w:r>
    </w:p>
    <w:p>
      <w:pPr>
        <w:pStyle w:val="Heading2"/>
      </w:pPr>
      <w:r>
        <w:t>Seeing Prophet in Dream Guarantees Paradise?</w:t>
      </w:r>
    </w:p>
    <w:p>
      <w:r>
        <w:rPr>
          <w:color w:val="666666"/>
          <w:sz w:val="18"/>
        </w:rPr>
        <w:t>Seerah &amp; Prophet · The Road to Paradise December 30, 2012 Maulana Wahiduddin Khan · 1m 58s · at 1:07:22 · https://youtu.be/vUiaPsYF4Tk?t=4042</w:t>
      </w:r>
    </w:p>
    <w:p>
      <w:r>
        <w:rPr>
          <w:i/>
        </w:rPr>
        <w:t>“I have heard that if a person sees the Prophet in a dream, that person is guaranteed paradise. What do you say about this?”</w:t>
      </w:r>
    </w:p>
    <w:p>
      <w:r>
        <w:rPr>
          <w:sz w:val="20"/>
        </w:rPr>
        <w:t>1:07:22  molana, agla sawal delhi se hai, muhammad ans sahib ka. unho ne likha hai: "maine yeh suna hai ke agar koi shakhs khwab mein prophet ko dekh le to wo shakhs jannati hai.</w:t>
      </w:r>
      <w:r>
        <w:br/>
      </w:r>
      <w:r>
        <w:rPr>
          <w:sz w:val="20"/>
        </w:rPr>
        <w:t>1:07:37  molana sahib, is ke bare mein aap kya kahenge?" dekhen, yeh log mashhoor hain, is ke bhi koi asal nahi hai.</w:t>
      </w:r>
      <w:r>
        <w:br/>
      </w:r>
      <w:r>
        <w:rPr>
          <w:sz w:val="20"/>
        </w:rPr>
        <w:t>1:07:46  sawal yeh hai ke aap ne dekha prophet ko to kaise? aap ne kya? aap ke pas koi wo hai, yani rasool allah ke bare mein koi alag se kaise janenge?</w:t>
      </w:r>
      <w:r>
        <w:br/>
      </w:r>
      <w:r>
        <w:rPr>
          <w:sz w:val="20"/>
        </w:rPr>
        <w:t>1:07:58  aap ne rasool allah ko dekha kaise janenge? aap</w:t>
      </w:r>
      <w:r>
        <w:br/>
      </w:r>
      <w:r>
        <w:rPr>
          <w:sz w:val="20"/>
        </w:rPr>
        <w:t>1:08:02  , yani khwab mein jo dekha aap ne, to wo aap ne samajh len ke main rasool allah ko dekh raha hoon. to yeh aap ka hadith, wo aap ki apni hadith sunnat, jo kaha gaya hadith mein, apni soch ho sakti hai ya shaitan bhi dikha sakta hai.</w:t>
      </w:r>
      <w:r>
        <w:br/>
      </w:r>
      <w:r>
        <w:rPr>
          <w:sz w:val="20"/>
        </w:rPr>
        <w:t>1:08:19  yeh, yeh jo hadith hai, wo is daur ke bare mein jab aise log maujood the jinho ne rasool allah ko dekha tha, wo apne dekhne ko tele kar sakte the rasool allah ke.</w:t>
      </w:r>
      <w:r>
        <w:br/>
      </w:r>
      <w:r>
        <w:rPr>
          <w:sz w:val="20"/>
        </w:rPr>
        <w:t>1:08:31  dekh, jo dekha tha unho ne</w:t>
      </w:r>
      <w:r>
        <w:br/>
      </w:r>
      <w:r>
        <w:rPr>
          <w:sz w:val="20"/>
        </w:rPr>
        <w:t>1:08:33  , hum ne dekha hi nahi. humein kya pata hai ke rasool allah ki surat kaisi hai? to humein kaise pata hai ke jo hum ne dekha hai, wahi rasool allah wasi the? yeh bilkul ek is hadith ka galat istemal hai.</w:t>
      </w:r>
      <w:r>
        <w:br/>
      </w:r>
      <w:r>
        <w:rPr>
          <w:sz w:val="20"/>
        </w:rPr>
        <w:t>1:08:45  wo hadith jo hai, wo sirf un logon ke liye hai jinho ne rasool allah ko direct dekha tha. wo jante the ke rasool allah ki surat kaisi hai. tab agar wo dekhen aur wo tele kar rahi ho is surat se, to wo keh sakte hain.</w:t>
      </w:r>
      <w:r>
        <w:br/>
      </w:r>
      <w:r>
        <w:rPr>
          <w:sz w:val="20"/>
        </w:rPr>
        <w:t>1:08:59  aaj kal jo jo log dekha karte hain, yeh sab bilkul khud sakhta baaten hain. aaj kal ke dekhne ka koi aitbar nahi, is ka koi taluq is hadith se nahi hai.</w:t>
      </w:r>
      <w:r>
        <w:br/>
      </w:r>
      <w:r>
        <w:rPr>
          <w:sz w:val="20"/>
        </w:rPr>
        <w:t>1:09:11  kaise confirm karen ke aap jab jante hi nahin ke rasool Allah ki surat kaisi thi? koi photo to maujood nahin hai rasool Allah ka.</w:t>
      </w:r>
    </w:p>
    <w:p>
      <w:pPr>
        <w:pStyle w:val="Heading2"/>
      </w:pPr>
      <w:r>
        <w:t>Sensitivity of blasphemy issue</w:t>
      </w:r>
    </w:p>
    <w:p>
      <w:r>
        <w:rPr>
          <w:color w:val="666666"/>
          <w:sz w:val="18"/>
        </w:rPr>
        <w:t>Seerah &amp; Prophet · The Issue of Shatm-e-Rasool (Abuse of the Prophet) December 19, 2021 Prof. Farida Khanam · 1m 53s · at 30:53 · https://youtu.be/ExQS_PHirUc?t=1853</w:t>
      </w:r>
    </w:p>
    <w:p>
      <w:r>
        <w:rPr>
          <w:i/>
        </w:rPr>
        <w:t>“Why is the issue of blasphemy against the Prophet so sensitive for Muslims? What is the reason? Please explain.”</w:t>
      </w:r>
    </w:p>
    <w:p>
      <w:r>
        <w:rPr>
          <w:sz w:val="20"/>
        </w:rPr>
        <w:t>30:53  aah, apa aap kuch sawal lena chahunga. yeh sawal bheja hai miss aisha ne meerut se, aur unhon ne aap se poocha hai ke yeh shatme rasool ka masla itna sensitive kyun hai musalmanon ke liye?</w:t>
      </w:r>
      <w:r>
        <w:br/>
      </w:r>
      <w:r>
        <w:rPr>
          <w:sz w:val="20"/>
        </w:rPr>
        <w:t>31:08  iski kya wajah hai? is is ko batayen.</w:t>
      </w:r>
      <w:r>
        <w:br/>
      </w:r>
      <w:r>
        <w:rPr>
          <w:sz w:val="20"/>
        </w:rPr>
        <w:t>31:11  shatme rasool ke masle par hum ko janna chahiye ke rasool allah salallahu alaihi wasallam ka tareeqa kya tha, aur aaj hum jo kar rahe hain woh kya tareeqa hai.</w:t>
      </w:r>
      <w:r>
        <w:br/>
      </w:r>
      <w:r>
        <w:rPr>
          <w:sz w:val="20"/>
        </w:rPr>
        <w:t>31:20  asal masla yeh hai ke hum rasool allah salallahu alaihi wasallam ke baray mein ghulu mein par chukay hain, extremism mein. rasool allah salallahu alaihi wasallam ki ek hadith aati hai ke: "la tatrooni kama atrat an nasara isa ibn maryam, fa innama ana abdun qoolu abdallahi wa rasooli".</w:t>
      </w:r>
      <w:r>
        <w:br/>
      </w:r>
      <w:r>
        <w:rPr>
          <w:sz w:val="20"/>
        </w:rPr>
        <w:t>31:36  ke mujhe itna na uthao jaisa ke isa ibn maryam ko nasara ne uthaya tha. matlab kya hai? ke hum ko woh maqam na do jo insaniyat ke oper ka maqam hai.</w:t>
      </w:r>
      <w:r>
        <w:br/>
      </w:r>
      <w:r>
        <w:rPr>
          <w:sz w:val="20"/>
        </w:rPr>
        <w:t>31:48  ab quran padhein, agar hum to quran mein shuru mein rasool allah salallahu alaihi wasallam ko kaha keh diya gaya tha: "asbir ala ma yaquloon".</w:t>
      </w:r>
      <w:r>
        <w:br/>
      </w:r>
      <w:r>
        <w:rPr>
          <w:sz w:val="20"/>
        </w:rPr>
        <w:t>32:05  ke woh log jo kuch kar rahe hain, keh rahe hain, is par tum sabr karo aur un ko achay tareeqay se avoid karo.</w:t>
      </w:r>
      <w:r>
        <w:br/>
      </w:r>
      <w:r>
        <w:rPr>
          <w:sz w:val="20"/>
        </w:rPr>
        <w:t>32:16  aaj hum ne kya kar liya hai ke: "aqtil ala ma yaquloon wa la tahjurhum". quran ke agar is ko lein to kya hoga? ke jo kuch woh keh rahe hain, is par un ko qatl karo.</w:t>
      </w:r>
      <w:r>
        <w:br/>
      </w:r>
      <w:r>
        <w:rPr>
          <w:sz w:val="20"/>
        </w:rPr>
        <w:t>32:32  allah ta'ala ne kaha tha rasool allah salallahu alaihi wasallam ko ke sabr karo, aur aaj hum un ko qatl kar rahe hain, aur un ko na chhoden. to yeh case hai ghulu ka. hum ko samajhna chahiye ke hum is qanoon banane ki koshish kar rahe hain ya kuch bhi kar rahe hain, to hum ghulu kar rahe hain,</w:t>
      </w:r>
      <w:r>
        <w:br/>
      </w:r>
      <w:r>
        <w:rPr>
          <w:sz w:val="20"/>
        </w:rPr>
        <w:t>32:35  aur ghulu islam ka tareeqa nahi</w:t>
      </w:r>
    </w:p>
    <w:p>
      <w:pPr>
        <w:pStyle w:val="Heading2"/>
      </w:pPr>
      <w:r>
        <w:t>Teaching Based on Prophet's System</w:t>
      </w:r>
    </w:p>
    <w:p>
      <w:r>
        <w:rPr>
          <w:color w:val="666666"/>
          <w:sz w:val="18"/>
        </w:rPr>
        <w:t>Seerah &amp; Prophet · Islah e Ummat August 10, 2014 · 1m 04s · at 58:58 · https://youtu.be/a7ohKq4Xf0Y?t=3538</w:t>
      </w:r>
    </w:p>
    <w:p>
      <w:r>
        <w:rPr>
          <w:i/>
        </w:rPr>
        <w:t>“No doubt your teaching is based on Nizam Mustafa.”</w:t>
      </w:r>
    </w:p>
    <w:p>
      <w:r>
        <w:rPr>
          <w:sz w:val="20"/>
        </w:rPr>
        <w:t>58:58  maulana agla sawal delhi se hai</w:t>
      </w:r>
      <w:r>
        <w:br/>
      </w:r>
      <w:r>
        <w:rPr>
          <w:sz w:val="20"/>
        </w:rPr>
        <w:t>59:02  aa shahab haider sahib ka hai unhon ne bheja hai</w:t>
      </w:r>
      <w:r>
        <w:br/>
      </w:r>
      <w:r>
        <w:rPr>
          <w:sz w:val="20"/>
        </w:rPr>
        <w:t>59:07  No doubt your teaching is based on Nizam-e-Mustafa.</w:t>
      </w:r>
      <w:r>
        <w:br/>
      </w:r>
      <w:r>
        <w:rPr>
          <w:sz w:val="20"/>
        </w:rPr>
        <w:t>59:11  i appreciate you but i want to know to increase my knowledge is there any islamic weapon akhlaqi hathyar to counter the dangers and threats for true muslims</w:t>
      </w:r>
      <w:r>
        <w:br/>
      </w:r>
      <w:r>
        <w:rPr>
          <w:sz w:val="20"/>
        </w:rPr>
        <w:t>59:27  yeh nizam e mustafa concept mera mera hai nahi yeh mera concept nahi hai yeh toh mein is ko</w:t>
      </w:r>
      <w:r>
        <w:br/>
      </w:r>
      <w:r>
        <w:rPr>
          <w:sz w:val="20"/>
        </w:rPr>
        <w:t>59:33  bidat samajhta hoon rasool Allah ne sahaba ne tabeen ne yeh Allah ne istemal nahi kiya nizam e mustafa</w:t>
      </w:r>
      <w:r>
        <w:br/>
      </w:r>
      <w:r>
        <w:rPr>
          <w:sz w:val="20"/>
        </w:rPr>
        <w:t>59:40  yeh toh aaj kal banaya gaya hai toh mein toh is term ko aik mubtadana term samajhta hoon</w:t>
      </w:r>
      <w:r>
        <w:br/>
      </w:r>
      <w:r>
        <w:rPr>
          <w:sz w:val="20"/>
        </w:rPr>
        <w:t>59:47  bidat samajhta hoon baqi jo baat hai woh aap mutala kijiye</w:t>
      </w:r>
      <w:r>
        <w:br/>
      </w:r>
      <w:r>
        <w:rPr>
          <w:sz w:val="20"/>
        </w:rPr>
        <w:t>59:53  aap study kijiye is se baat clear ho jaye gi</w:t>
      </w:r>
    </w:p>
    <w:p>
      <w:pPr>
        <w:pStyle w:val="Heading2"/>
      </w:pPr>
      <w:r>
        <w:t>War Permitted in Early Islam</w:t>
      </w:r>
    </w:p>
    <w:p>
      <w:r>
        <w:rPr>
          <w:color w:val="666666"/>
          <w:sz w:val="18"/>
        </w:rPr>
        <w:t>Seerah &amp; Prophet · Prophetic Wisdom | May 01, 2016 · 1m 55s · at 56:33 · https://youtu.be/KrjwjAw03zw?t=3393</w:t>
      </w:r>
    </w:p>
    <w:p>
      <w:r>
        <w:rPr>
          <w:i/>
        </w:rPr>
        <w:t>“In the earlier period of Islam there was religious persecution, so war was permitted to Muslims. But nowadays, as I am seeing, what is the ruling?”</w:t>
      </w:r>
    </w:p>
    <w:p>
      <w:r>
        <w:rPr>
          <w:sz w:val="20"/>
        </w:rPr>
        <w:t>56:33  mein is ko bidat samajhta hoon bidat woh koi masnoon kaam nahi hai Maulana agla sawal Delhi se</w:t>
      </w:r>
      <w:r>
        <w:br/>
      </w:r>
      <w:r>
        <w:rPr>
          <w:sz w:val="20"/>
        </w:rPr>
        <w:t>56:39  کیا ہے مولانا فرہاد احمد صاحب نے اور انہوں نے لکھا ہے کہ مولانا in the earlier period</w:t>
      </w:r>
      <w:r>
        <w:br/>
      </w:r>
      <w:r>
        <w:rPr>
          <w:sz w:val="20"/>
        </w:rPr>
        <w:t>56:45  of Islam there was religious persecution so war was permitted to Muslims but now a days I am seeing</w:t>
      </w:r>
      <w:r>
        <w:br/>
      </w:r>
      <w:r>
        <w:rPr>
          <w:sz w:val="20"/>
        </w:rPr>
        <w:t>56:51  that there is no persecution in the</w:t>
      </w:r>
      <w:r>
        <w:br/>
      </w:r>
      <w:r>
        <w:rPr>
          <w:sz w:val="20"/>
        </w:rPr>
        <w:t>56:57  name of race or religion so there is no need of war in the name of Allah that</w:t>
      </w:r>
      <w:r>
        <w:br/>
      </w:r>
      <w:r>
        <w:rPr>
          <w:sz w:val="20"/>
        </w:rPr>
        <w:t>57:05  Muslims are waging today which is called jihad what is the reason for this main to yahi sochta</w:t>
      </w:r>
      <w:r>
        <w:br/>
      </w:r>
      <w:r>
        <w:rPr>
          <w:sz w:val="20"/>
        </w:rPr>
        <w:t>57:12  hoon ke ab qital ka daur khatm ho chuka hai aur khud quran mein hai ke hatta la</w:t>
      </w:r>
      <w:r>
        <w:br/>
      </w:r>
      <w:r>
        <w:rPr>
          <w:sz w:val="20"/>
        </w:rPr>
        <w:t>57:20  takuna fitna woh daur hi khatm ho gaya ab khwamkhwah lad rahe hain</w:t>
      </w:r>
      <w:r>
        <w:br/>
      </w:r>
      <w:r>
        <w:rPr>
          <w:sz w:val="20"/>
        </w:rPr>
        <w:t>57:28  daur qital khatam ho chuka ab peace zariya aap jo chahe kijiye sare rastay khule hue hain mein isi ke liye ke meri kitab likhi hai ejaz peace ke daur qital khatam ho chuka ab ladai bhadai ki koi zaroorat hi nahi hai ab to sirf yeh hai ke aap peaceful jo zariye hain un ko istemal kar ke islam ko khoob phailaiye bas.</w:t>
      </w:r>
    </w:p>
    <w:p>
      <w:pPr>
        <w:pStyle w:val="Heading2"/>
      </w:pPr>
      <w:r>
        <w:t>Was Islamic government established in Prophet's time?</w:t>
      </w:r>
    </w:p>
    <w:p>
      <w:r>
        <w:rPr>
          <w:color w:val="666666"/>
          <w:sz w:val="18"/>
        </w:rPr>
        <w:t>Seerah &amp; Prophet · Islam &amp; Prophet of Islam 21 Oct, 2012 - Maulana Wahiduddin Khan · 1m 47s · at 1:23:22 · https://youtu.be/2hwtfOyNeS0?t=5002</w:t>
      </w:r>
    </w:p>
    <w:p>
      <w:r>
        <w:rPr>
          <w:i/>
        </w:rPr>
        <w:t>“How could you say Islamic government was not established at the time of Prophet Muhammad? However, it was established fully in the area of Hijaz as an example.”</w:t>
      </w:r>
    </w:p>
    <w:p>
      <w:r>
        <w:rPr>
          <w:sz w:val="20"/>
        </w:rPr>
        <w:t>1:23:22  maulana, agla sawal Dilli se hai Naveed Ahmed sahib ka. unhone likha hai: "how could you say Islamic government was not established at the time of Prophet Muhammad?</w:t>
      </w:r>
      <w:r>
        <w:br/>
      </w:r>
      <w:r>
        <w:rPr>
          <w:sz w:val="20"/>
        </w:rPr>
        <w:t>1:23:33  however, it was established fully in the area of Hijaz as an example." maine yeh nahi kaha ke Islamic musalmanon ka rule nahi tha.</w:t>
      </w:r>
      <w:r>
        <w:br/>
      </w:r>
      <w:r>
        <w:rPr>
          <w:sz w:val="20"/>
        </w:rPr>
        <w:t>1:23:43  nahi. maine yeh kaha ke jo jo depict karte hain log, ke ideal role, woh kahin wajood nahi tha is ka.</w:t>
      </w:r>
      <w:r>
        <w:br/>
      </w:r>
      <w:r>
        <w:rPr>
          <w:sz w:val="20"/>
        </w:rPr>
        <w:t>1:23:52  ideal government, ideal system, ideal society, is ka kahin wajood nahi tha. role to tha, zahir hai. islam se pehle bhi tha, islam ke baad bhi tha.</w:t>
      </w:r>
      <w:r>
        <w:br/>
      </w:r>
      <w:r>
        <w:rPr>
          <w:sz w:val="20"/>
        </w:rPr>
        <w:t>1:24:01  aaj bhi hai. to islamic government ka hona alag baat hai. lekin log jo is ko depict karte hain is tareeqe se ke wahan koi ideal system tha, perfect samajh tha, yeh bilkul afsanvi baat hai.</w:t>
      </w:r>
      <w:r>
        <w:br/>
      </w:r>
      <w:r>
        <w:rPr>
          <w:sz w:val="20"/>
        </w:rPr>
        <w:t>1:24:15  is ka koi wajood nahi kahin. is ka koi wajood nahi. aap dekhiye, main rasool Allah sallallahu alaihi wasallam ki wafat hui to hazrat ayesha kehti hain ke: "falamma tawaffa rasool Allah sallallahu alaihi wasallam,</w:t>
      </w:r>
      <w:r>
        <w:br/>
      </w:r>
      <w:r>
        <w:rPr>
          <w:sz w:val="20"/>
        </w:rPr>
        <w:t>1:24:31  rasool Allah ki wafat hui to saare arab mein baghavat phail gayi." where was that ideal government? where was that ideal government? aap bataiye.</w:t>
      </w:r>
      <w:r>
        <w:br/>
      </w:r>
      <w:r>
        <w:rPr>
          <w:sz w:val="20"/>
        </w:rPr>
        <w:t>1:24:42  hazrat hazrat usman ke zamane mein khalifa ko qatl kar dala logon ne. musalmanon ne qatl kiya. is ke baad hazrat ali aur muawiya jang hui. is mein kitne saal woh maare gaye?</w:t>
      </w:r>
      <w:r>
        <w:br/>
      </w:r>
      <w:r>
        <w:rPr>
          <w:sz w:val="20"/>
        </w:rPr>
        <w:t>1:24:51  to where was that ideal government? government thi is ka banne mein inkar kar raha hoon. lekin log jo aaj bhi mukhtalif tasveer pesh karte hain ke wahan ideal government thi aur perfect system tha, ideal society thi, yeh sab bilkul khayali baatein hain.</w:t>
      </w:r>
      <w:r>
        <w:br/>
      </w:r>
      <w:r>
        <w:rPr>
          <w:sz w:val="20"/>
        </w:rPr>
        <w:t>1:25:05  aisa kuch nahi tha.</w:t>
      </w:r>
    </w:p>
    <w:p>
      <w:pPr>
        <w:pStyle w:val="Heading2"/>
      </w:pPr>
      <w:r>
        <w:t>Was faith a rediscovery for Sahaba?</w:t>
      </w:r>
    </w:p>
    <w:p>
      <w:r>
        <w:rPr>
          <w:color w:val="666666"/>
          <w:sz w:val="18"/>
        </w:rPr>
        <w:t>Seerah &amp; Prophet · Personality of A Believer February 2, 2014 · 1m 13s · at 1:02:36 · https://youtu.be/EiK_-O-Bjps?t=3756</w:t>
      </w:r>
    </w:p>
    <w:p>
      <w:r>
        <w:rPr>
          <w:i/>
        </w:rPr>
        <w:t>“Please tell me, was Iman a rediscovery for the Companions?”</w:t>
      </w:r>
    </w:p>
    <w:p>
      <w:r>
        <w:rPr>
          <w:sz w:val="20"/>
        </w:rPr>
        <w:t>1:02:36  maulana, agla sawal dhampur se hai mehtab ahmad sahab ka</w:t>
      </w:r>
      <w:r>
        <w:br/>
      </w:r>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What is the nineteen code in Prophet Yusuf's story</w:t>
      </w:r>
    </w:p>
    <w:p>
      <w:r>
        <w:rPr>
          <w:color w:val="666666"/>
          <w:sz w:val="18"/>
        </w:rPr>
        <w:t>Seerah &amp; Prophet · Story of the Prophet Yusuf May 11, 2014 Maulana Wahiduddin Khan · 1m 15s · at 47:56 · https://youtu.be/2alsBthUWhw?t=2876</w:t>
      </w:r>
    </w:p>
    <w:p>
      <w:r>
        <w:rPr>
          <w:i/>
        </w:rPr>
        <w:t>“That when Yusuf was in that well, an angel came to him and told him that in near future you will be taken out from this well and also informed him about nineteen codes. That is you have five fingers and fourteen joints in hand with some sums up to nineteen. What is this nineteen code?”</w:t>
      </w:r>
    </w:p>
    <w:p>
      <w:r>
        <w:rPr>
          <w:sz w:val="20"/>
        </w:rPr>
        <w:t>47:56  molana agla sawal dilli se hai. mudassir ahmed sahib ne kiya hai. unhon ne likha hai: "That when Yusuf was in that well, an angel came to him and told him that in near future you will be taken out from this well and also informed him about nineteen codes.</w:t>
      </w:r>
      <w:r>
        <w:br/>
      </w:r>
      <w:r>
        <w:rPr>
          <w:sz w:val="20"/>
        </w:rPr>
        <w:t>48:17  That is you have five fingers and fourteen joints in hand with some sums up to nineteen.</w:t>
      </w:r>
      <w:r>
        <w:br/>
      </w:r>
      <w:r>
        <w:rPr>
          <w:sz w:val="20"/>
        </w:rPr>
        <w:t>48:24  What is this nineteen code?" yeh bohat si kahaniyan hazrat yusuf ke baray mein bohat si kahaniyan banai gayi hain. aik kitab banai gayi hai yusuf zulkai.</w:t>
      </w:r>
      <w:r>
        <w:br/>
      </w:r>
      <w:r>
        <w:rPr>
          <w:sz w:val="20"/>
        </w:rPr>
        <w:t>48:34  is mein hazrat yusuf ki shadi bhi kar di gayi zulkai se. yeh sab kahaniyan hain. is ka asal is se koi talluq nahi hai.</w:t>
      </w:r>
      <w:r>
        <w:br/>
      </w:r>
      <w:r>
        <w:rPr>
          <w:sz w:val="20"/>
        </w:rPr>
        <w:t>48:41  to mein janta hoon ke poori aik aik aik woh bana di gayi hai. yani poori poori kitab chhapi hai baqayda.</w:t>
      </w:r>
      <w:r>
        <w:br/>
      </w:r>
      <w:r>
        <w:rPr>
          <w:sz w:val="20"/>
        </w:rPr>
        <w:t>48:53  yusuf zulkai parshian language mein hai. bohat si kahaniyan is mein hain. woh sab ghalat hain. jo baat quran mein hai wahi sahi hai.</w:t>
      </w:r>
      <w:r>
        <w:br/>
      </w:r>
      <w:r>
        <w:rPr>
          <w:sz w:val="20"/>
        </w:rPr>
        <w:t>49:03  kuch ajzaa aisay hain jo bible mein hain. woh bhi agar quran ke khilaf nahi to bhi is ko hum sahi mantay hain.</w:t>
      </w:r>
    </w:p>
    <w:p>
      <w:pPr>
        <w:pStyle w:val="Heading2"/>
      </w:pPr>
      <w:r>
        <w:t>When did tribal age end?</w:t>
      </w:r>
    </w:p>
    <w:p>
      <w:r>
        <w:rPr>
          <w:color w:val="666666"/>
          <w:sz w:val="18"/>
        </w:rPr>
        <w:t>Seerah &amp; Prophet · Islam and Violence October 12, 2014 · 1m 27s · at 56:06 · https://youtu.be/KmpXYZjPlj8?t=3366</w:t>
      </w:r>
    </w:p>
    <w:p>
      <w:r>
        <w:rPr>
          <w:i/>
        </w:rPr>
        <w:t>“When did the tribal age get over in history, in your opinion?”</w:t>
      </w:r>
    </w:p>
    <w:p>
      <w:r>
        <w:rPr>
          <w:sz w:val="20"/>
        </w:rPr>
        <w:t>56:06  agar woh jaan lein ke sachai kya hai to woh mujhe yaqeen hai ke woh sab chhod denge. is ko Maulana, agla sawal Delhi se kiya hai Miss Naghma Siddiqui ne, aur unhone aapse poocha hai ke "When did the tribal age get over in history in your opinion?"</w:t>
      </w:r>
      <w:r>
        <w:br/>
      </w:r>
      <w:r>
        <w:rPr>
          <w:sz w:val="20"/>
        </w:rPr>
        <w:t>56:25  mere nazdeek to Hazrat Umar ke zamane mein khatm ho chuka tha. is ke baad koi kaam nahi tha, yani tashaddud ka.</w:t>
      </w:r>
      <w:r>
        <w:br/>
      </w:r>
      <w:r>
        <w:rPr>
          <w:sz w:val="20"/>
        </w:rPr>
        <w:t>56:36  is par maine abhi ek article likha hai ke main samajhta hoon ke Hazrat Umar ke zamane mein woh khatm ho chuka. aur yeh maine liya hai un ke Hazrat Abdullah Ibn Umar ke is se.</w:t>
      </w:r>
      <w:r>
        <w:br/>
      </w:r>
      <w:r>
        <w:rPr>
          <w:sz w:val="20"/>
        </w:rPr>
        <w:t>56:47  Qatalna, woh to kar diya aap ne, woh to ho gaya. ab</w:t>
      </w:r>
      <w:r>
        <w:br/>
      </w:r>
      <w:r>
        <w:rPr>
          <w:sz w:val="20"/>
        </w:rPr>
        <w:t>56:53  yeh abhi maine ek article likha hai is ko le kar ke ke Abdullah Umar ne kyun kaha tha ke Qatalna, woh to hum ne kar diya, woh to ho gaya. ab to peaceful da'wah work karna hai.</w:t>
      </w:r>
      <w:r>
        <w:br/>
      </w:r>
      <w:r>
        <w:rPr>
          <w:sz w:val="20"/>
        </w:rPr>
        <w:t>57:09  to main samajhta hoon ke Hazrat Abdullah, Hazrat Hazrat Umar ka zamana jo tha, usi waqt is ko khatm ho jana chahiye tha, lekin woh continue raha aur abhi tak continue hai.</w:t>
      </w:r>
      <w:r>
        <w:br/>
      </w:r>
      <w:r>
        <w:rPr>
          <w:sz w:val="20"/>
        </w:rPr>
        <w:t>57:21  to beharhaal, ab hamein waqt aa gaya hai ke aakhri waqt aa gaya hai ke hum is ka ailaan karein, khule taur par ailaan karein ke yeh tribal culture ka continuation hai, is ka Islam se koi ta'alluq nahi hai.</w:t>
      </w:r>
    </w:p>
    <w:p>
      <w:pPr>
        <w:pStyle w:val="Heading2"/>
      </w:pPr>
      <w:r>
        <w:t>Which Madhhab Did Prophet Belong To?</w:t>
      </w:r>
    </w:p>
    <w:p>
      <w:r>
        <w:rPr>
          <w:color w:val="666666"/>
          <w:sz w:val="18"/>
        </w:rPr>
        <w:t>Seerah &amp; Prophet · Importance of Patience October 26, 2014 · 1m 32s · at 1:11:17 · https://youtu.be/XdOlp9-fPG0?t=4277</w:t>
      </w:r>
    </w:p>
    <w:p>
      <w:r>
        <w:rPr>
          <w:i/>
        </w:rPr>
        <w:t>“Which school of thought did the Prophet Muhammad belong to? Because every sect claims he was from their sect. Please clarify.”</w:t>
      </w:r>
    </w:p>
    <w:p>
      <w:r>
        <w:rPr>
          <w:sz w:val="20"/>
        </w:rPr>
        <w:t>1:11:17  Maulana, agla sawal Delhi se kya hai Raj Malik Sahab ne, aur unhon ne likha hai: "Maulana, yeh bataein ke Paighambar-e-Islam kis maslak ke the?</w:t>
      </w:r>
      <w:r>
        <w:br/>
      </w:r>
      <w:r>
        <w:rPr>
          <w:sz w:val="20"/>
        </w:rPr>
        <w:t>1:11:29  kyun ke jis maslak ke logon se mila jaye, woh yahi kehte hain ke Rasool us ke maslak ke the." Is ko wazeh karein. Bhai, yeh maslak jo aaj kal na hai, lafz maslak bola jata hai fiqhi school ke liye,</w:t>
      </w:r>
      <w:r>
        <w:br/>
      </w:r>
      <w:r>
        <w:rPr>
          <w:sz w:val="20"/>
        </w:rPr>
        <w:t>1:11:46  to fiqhi school to tha hi nahi is zamane mein. Ab bahri daur mein yeh hua, woh abhi tab bhi itna katar nahi tha jo aaj ab hai.</w:t>
      </w:r>
      <w:r>
        <w:br/>
      </w:r>
      <w:r>
        <w:rPr>
          <w:sz w:val="20"/>
        </w:rPr>
        <w:t>1:11:55  Ab bahri daur mein yeh is char maktab nahi bane the, ab jo char fiqh bani hui hai, yeh yeh sirf ek bas log aate the, masla puchte the, usi darje mein thi.</w:t>
      </w:r>
      <w:r>
        <w:br/>
      </w:r>
      <w:r>
        <w:rPr>
          <w:sz w:val="20"/>
        </w:rPr>
        <w:t>1:12:08  baqi ek group ban gaya hai, char alag alag, yeh yeh is zamane mein bhi the nahi tha.</w:t>
      </w:r>
      <w:r>
        <w:br/>
      </w:r>
      <w:r>
        <w:rPr>
          <w:sz w:val="20"/>
        </w:rPr>
        <w:t>1:12:14  to maslak ka jo concept hai maujooda zamane mein fiqhi school ke ma'ne mein, to woh tha hi nahi.</w:t>
      </w:r>
      <w:r>
        <w:br/>
      </w:r>
      <w:r>
        <w:rPr>
          <w:sz w:val="20"/>
        </w:rPr>
        <w:t>1:12:23  Paighambar zamane mein yeh to innovation hai, yeh to innovation hai baat ko, aur yeh aaya hai ghulu ki wajah se, jis ko kehte hain extremism.</w:t>
      </w:r>
      <w:r>
        <w:br/>
      </w:r>
      <w:r>
        <w:rPr>
          <w:sz w:val="20"/>
        </w:rPr>
        <w:t>1:12:35  Is se is se aadmi ko, yani bahar rehna chahiye.</w:t>
      </w:r>
      <w:r>
        <w:br/>
      </w:r>
      <w:r>
        <w:rPr>
          <w:sz w:val="20"/>
        </w:rPr>
        <w:t>1:12:40  Islam mein koi maslak nahi, koi fiqhi group bandi nahi, ek hi Islam hai, woh sab ke liye hai.</w:t>
      </w:r>
    </w:p>
    <w:p>
      <w:pPr>
        <w:pStyle w:val="Heading2"/>
      </w:pPr>
      <w:r>
        <w:t>Who formed best dawah team after Prophet?</w:t>
      </w:r>
    </w:p>
    <w:p>
      <w:r>
        <w:rPr>
          <w:color w:val="666666"/>
          <w:sz w:val="18"/>
        </w:rPr>
        <w:t>Seerah &amp; Prophet · The Importance of Team Work February 5, 2012 · 1m 42s · at 1:30:26 · https://youtu.be/qBbwznqIqVw?t=5426</w:t>
      </w:r>
    </w:p>
    <w:p>
      <w:r>
        <w:rPr>
          <w:i/>
        </w:rPr>
        <w:t>“After the Prophet Muhammad, who succeeded in forming the best team for dawah work?”</w:t>
      </w:r>
    </w:p>
    <w:p>
      <w:r>
        <w:rPr>
          <w:sz w:val="20"/>
        </w:rPr>
        <w:t>1:30:26  maulana, agla sawal hai saharanpur se doctor aslam ka. unhon ne poocha hai: "maulana sahib, after rasool Allah, who succeeded in forming the best team for da'wah work?"</w:t>
      </w:r>
      <w:r>
        <w:br/>
      </w:r>
      <w:r>
        <w:rPr>
          <w:sz w:val="20"/>
        </w:rPr>
        <w:t>1:30:40  bhai, aap khud tareekh padhiye, is mein dekhiye. aap kaise batayen kis ko? hum kisi ka naam lena to mushkil hai na?</w:t>
      </w:r>
      <w:r>
        <w:br/>
      </w:r>
      <w:r>
        <w:rPr>
          <w:sz w:val="20"/>
        </w:rPr>
        <w:t>1:30:52  aap khud tareekh mein dekhiye. hum sirf yeh kar sakte hain ke team banane ke principle wahan kya milte hain?</w:t>
      </w:r>
      <w:r>
        <w:br/>
      </w:r>
      <w:r>
        <w:rPr>
          <w:sz w:val="20"/>
        </w:rPr>
        <w:t>1:31:01  kisi team ko hum thappa lagayen ke yeh yeh hai woh team sahaba jaisi to hum kaise aisa kar sakte hain? yeh to aap ka apna perception hai.</w:t>
      </w:r>
      <w:r>
        <w:br/>
      </w:r>
      <w:r>
        <w:rPr>
          <w:sz w:val="20"/>
        </w:rPr>
        <w:t>1:31:09  hamare paas koi thappa nahin hai aisa. hamare bas mein sirf yahi hai ke hum us principle ko daryaft karen. bas, woh hum ne arz kar diya.</w:t>
      </w:r>
    </w:p>
    <w:p>
      <w:pPr>
        <w:pStyle w:val="Heading2"/>
      </w:pPr>
      <w:r>
        <w:t>Why Ignore Treaty of Hudaybiyyah?</w:t>
      </w:r>
    </w:p>
    <w:p>
      <w:r>
        <w:rPr>
          <w:color w:val="666666"/>
          <w:sz w:val="18"/>
        </w:rPr>
        <w:t>Seerah &amp; Prophet · Man and Angels April 27, 2014 · 59s · at 1:01:50 · https://youtu.be/b3fk1cakPeo?t=3710</w:t>
      </w:r>
    </w:p>
    <w:p>
      <w:r>
        <w:rPr>
          <w:i/>
        </w:rPr>
        <w:t>“Muslims glorify the pattern of God's help in the battle of Badr and somehow the Treaty of Hudaybiyyah is usually ignored. What is the reason for this?”</w:t>
      </w:r>
    </w:p>
    <w:p>
      <w:r>
        <w:rPr>
          <w:sz w:val="20"/>
        </w:rPr>
        <w:t>1:01:50  Maulana, agla sawal Ajmer se Dr Safina Tabassum ne kiya hai. Unhone likha hai: "Moulana sahib, Muslims glorify the pattern of God's help in the battle of Badr and somehow the Treaty of Hudaybiyyah is usually ignored.</w:t>
      </w:r>
      <w:r>
        <w:br/>
      </w:r>
      <w:r>
        <w:rPr>
          <w:sz w:val="20"/>
        </w:rPr>
        <w:t>1:02:08  What is the reason for this?"</w:t>
      </w:r>
      <w:r>
        <w:br/>
      </w:r>
      <w:r>
        <w:rPr>
          <w:sz w:val="20"/>
        </w:rPr>
        <w:t>1:02:11  Bhai, is par to aap bahut likh chuke hain. Aap hamari kitabein padhiye. Musalman na jante hain Hudaybiyyah ko aur na jante hain Badr ko.</w:t>
      </w:r>
      <w:r>
        <w:br/>
      </w:r>
      <w:r>
        <w:rPr>
          <w:sz w:val="20"/>
        </w:rPr>
        <w:t>1:02:20  Yeh akhbari baatein padh padh kar ke is ko ghataate hain aur is ko badhaate hain. Yeh jin Musalmanon ki aap baatein kar rahe hain, aap woh na Hudaybiyyah ko jante hain na Badr ko jante hain.</w:t>
      </w:r>
      <w:r>
        <w:br/>
      </w:r>
      <w:r>
        <w:rPr>
          <w:sz w:val="20"/>
        </w:rPr>
        <w:t>1:02:31  Baghair padhe hue, suni sunai baaton par bolte rehte hain. Aap hamari kitabein padhiye to aap ko maloom hoga ke Badr ki haqeeqat kya hai, Hudaybiyyah ki haqeeqat kya hai.</w:t>
      </w:r>
      <w:r>
        <w:br/>
      </w:r>
      <w:r>
        <w:rPr>
          <w:sz w:val="20"/>
        </w:rPr>
        <w:t>1:02:46  Phir yeh masla hal ho jayega.</w:t>
      </w:r>
    </w:p>
    <w:p>
      <w:pPr>
        <w:pStyle w:val="Heading2"/>
      </w:pPr>
      <w:r>
        <w:t>Why Muslims ignore Hudaybiyah peace agreement</w:t>
      </w:r>
    </w:p>
    <w:p>
      <w:r>
        <w:rPr>
          <w:color w:val="666666"/>
          <w:sz w:val="18"/>
        </w:rPr>
        <w:t>Seerah &amp; Prophet · The Age of Alternative April 24, 2016 · 1m 50s · at 46:10 · https://youtu.be/JoilI-TK4Ig?t=2770</w:t>
      </w:r>
    </w:p>
    <w:p>
      <w:r>
        <w:rPr>
          <w:i/>
        </w:rPr>
        <w:t>“Moulana, you have always referred to the Hudaybiyah Agreement as a peace agreement, and the lesson from it is as clear as day is after night. However, when we talk to Muslim brothers, they always refer to verses and hadith pertaining to war to justify violence in the name of Islam. Why is it so difficult for them that they give no importance to the Hudaybiyah Treaty, and what is the reason for this, Moulana?”</w:t>
      </w:r>
    </w:p>
    <w:p>
      <w:r>
        <w:rPr>
          <w:sz w:val="20"/>
        </w:rPr>
        <w:t>46:10  yeh hai is ka raaz. maulana, agla sawal bhopal se bheja hai salman sahib ne, aur unhon ne likha hai: "maulana, you have always referred to Hudaybiyyah agreement as peace agreement.</w:t>
      </w:r>
      <w:r>
        <w:br/>
      </w:r>
      <w:r>
        <w:rPr>
          <w:sz w:val="20"/>
        </w:rPr>
        <w:t>46:24  the lesson from it is as clear as day is after night. however, when we talk to muslim brothers, they always referred to verses or hadith pertaining to war to justify the violence in the name of Islam.</w:t>
      </w:r>
      <w:r>
        <w:br/>
      </w:r>
      <w:r>
        <w:rPr>
          <w:sz w:val="20"/>
        </w:rPr>
        <w:t>46:41  why is it so difficult for them that they give no importance to Hudaybiyyah treaty? what is the reason for this, mol</w:t>
      </w:r>
      <w:r>
        <w:br/>
      </w:r>
      <w:r>
        <w:rPr>
          <w:sz w:val="20"/>
        </w:rPr>
        <w:t>46:49  ana sahib?" dekhiye, aap ne koi hadees to naqal nahi ki, to mein batata hoon aap ko. musalmanon ka mizaj yeh hai ke apne maqsad ke liye aayaton aur hadeeson ko tor maror kar pesh karte hain.</w:t>
      </w:r>
      <w:r>
        <w:br/>
      </w:r>
      <w:r>
        <w:rPr>
          <w:sz w:val="20"/>
        </w:rPr>
        <w:t>47:02  aap koi ayat, koi hadees batayein to mein us ka wazahat karunga is ki ke jo aayatein ya jo hadeesein yeh log jang ke liye pesh karte hain, woh sab tor maror kar hoti hain, distorted way hoti hain, sahi sadak par nahi hoti.</w:t>
      </w:r>
      <w:r>
        <w:br/>
      </w:r>
      <w:r>
        <w:rPr>
          <w:sz w:val="20"/>
        </w:rPr>
        <w:t>47:17  okay, before we move on to the next question, we would like to tell all the viewers, particularly from the Pakistan area, that the Pakistan team has participated in the book fair which is going on currently at Islamabad, and today is the last day of the book fair.</w:t>
      </w:r>
      <w:r>
        <w:br/>
      </w:r>
      <w:r>
        <w:rPr>
          <w:sz w:val="20"/>
        </w:rPr>
        <w:t>47:36  so all those people who want to buy Maulana sahib's books, particularly his recent publications, can go to stall number 39 at Pak China Friendship Centre.</w:t>
      </w:r>
      <w:r>
        <w:br/>
      </w:r>
      <w:r>
        <w:rPr>
          <w:sz w:val="20"/>
        </w:rPr>
        <w:t>47:48  you can contact there Tariq Badar sahib, Saifullah sahib, Tariq Habib sahib, and sister Shabana Ansari to get books of Maulana sahib.</w:t>
      </w:r>
    </w:p>
    <w:p>
      <w:pPr>
        <w:pStyle w:val="Heading2"/>
      </w:pPr>
      <w:r>
        <w:t>Why Muslims unaware of Prophet's science role?</w:t>
      </w:r>
    </w:p>
    <w:p>
      <w:r>
        <w:rPr>
          <w:color w:val="666666"/>
          <w:sz w:val="18"/>
        </w:rPr>
        <w:t>Seerah &amp; Prophet · Realization of God September 15, 2013 · 1m 02s · at 57:10 · https://youtu.be/CNEEeM5uyi8?t=3430</w:t>
      </w:r>
    </w:p>
    <w:p>
      <w:r>
        <w:rPr>
          <w:i/>
        </w:rPr>
        <w:t>“The process of discovering nature was initiated by Prophet Muhammad. Why are Muslims still unaware of this fact?”</w:t>
      </w:r>
    </w:p>
    <w:p>
      <w:r>
        <w:rPr>
          <w:sz w:val="20"/>
        </w:rPr>
        <w:t>57:10  Maulana, agla sawal Ajmer se hai, Doctor Safina Tabassum ka. Unhon ne likha hai: "The process of discovering of nature was initiated by Prophet Muhammad."</w:t>
      </w:r>
      <w:r>
        <w:br/>
      </w:r>
      <w:r>
        <w:rPr>
          <w:sz w:val="20"/>
        </w:rPr>
        <w:t>57:23  Maulana Sahib, my question is that: why Muslims are still unaware, in unaware of this fact? Bhai, Musalmanon ki vakalat karna mera kaam nahin hai.</w:t>
      </w:r>
      <w:r>
        <w:br/>
      </w:r>
      <w:r>
        <w:rPr>
          <w:sz w:val="20"/>
        </w:rPr>
        <w:t>57:34  aap mujh se yeh sawal kyun karte hain? "I am not advocate of Musalman, I am advocate of Islam."</w:t>
      </w:r>
      <w:r>
        <w:br/>
      </w:r>
      <w:r>
        <w:rPr>
          <w:sz w:val="20"/>
        </w:rPr>
        <w:t>57:44  "I am advocate of Islam, I am not advocate of Musalman." aap ko puchna hai to un logon ke aas pas bahut se musalman honge, un se puch li jiye.</w:t>
      </w:r>
      <w:r>
        <w:br/>
      </w:r>
      <w:r>
        <w:rPr>
          <w:sz w:val="20"/>
        </w:rPr>
        <w:t>57:52  aap ke aas pas bahut se musalman honge, un se punchen. main sirf woh batane ke liye yahan aata hoon ke islam mein kya hai, quran mein kya hai, hadith mein kya hai, rasool allah ka tareeqa kya tha, sahaba ka tareeqa kya tha, yeh mujh se punchen.</w:t>
      </w:r>
      <w:r>
        <w:br/>
      </w:r>
      <w:r>
        <w:rPr>
          <w:sz w:val="20"/>
        </w:rPr>
        <w:t>58:05  baqi puchna hai to musalmanon ke aas pas bahut hain, aap ko un se punchen.</w:t>
      </w:r>
    </w:p>
    <w:p>
      <w:pPr>
        <w:pStyle w:val="Heading2"/>
      </w:pPr>
      <w:r>
        <w:t>Why Prophet rejected Abu Sufyan's peace offer</w:t>
      </w:r>
    </w:p>
    <w:p>
      <w:r>
        <w:rPr>
          <w:color w:val="666666"/>
          <w:sz w:val="18"/>
        </w:rPr>
        <w:t>Seerah &amp; Prophet · Man and Angels April 27, 2014 · 56s · at 1:03:34 · https://youtu.be/b3fk1cakPeo?t=3814</w:t>
      </w:r>
    </w:p>
    <w:p>
      <w:r>
        <w:rPr>
          <w:i/>
        </w:rPr>
        <w:t>“When the Treaty of Hudaybiyyah was broken, Abu Sufyan approached the Prophet to renew it. But the Prophet did not do so. Now some people are asking if Islam gives prime importance to peace over war. Then why did the Prophet not accept Abu Sufyan's offer?”</w:t>
      </w:r>
    </w:p>
    <w:p>
      <w:r>
        <w:rPr>
          <w:sz w:val="20"/>
        </w:rPr>
        <w:t>1:03:34  Maulana, agla sawal Muhammad Abdullah sahib ne kiya hai Kolkata se. Unhon ne likha hai: "When sulah Hudaybiyyah was broken, Abu Sufyan approached Prophet to renew it.</w:t>
      </w:r>
      <w:r>
        <w:br/>
      </w:r>
      <w:r>
        <w:rPr>
          <w:sz w:val="20"/>
        </w:rPr>
        <w:t>1:03:49  But Prophet did not do so. Now some people are asking if Islam gives prime importance to sulah over jang.</w:t>
      </w:r>
      <w:r>
        <w:br/>
      </w:r>
      <w:r>
        <w:rPr>
          <w:sz w:val="20"/>
        </w:rPr>
        <w:t>1:03:59  Then why did not the Prophet accept Abu Sufyan's offer?</w:t>
      </w:r>
      <w:r>
        <w:br/>
      </w:r>
      <w:r>
        <w:rPr>
          <w:sz w:val="20"/>
        </w:rPr>
        <w:t>1:04:04  " Maulana, please comment on this. Dekhiye, yeh aap yeh baat aap likh chuke hain kitab mein, woh aap us ko parhiye. Main baar baar maine kaha hai ke jo baat kitab mein aa chuki hai, us ke upar ek kitab ko parha jaye.</w:t>
      </w:r>
      <w:r>
        <w:br/>
      </w:r>
      <w:r>
        <w:rPr>
          <w:sz w:val="20"/>
        </w:rPr>
        <w:t>1:04:15  Phir sawal kiya jaye. Aap us ko parhiye, hamari seerat par kai kitabein hain, us ko parhiye aap.</w:t>
      </w:r>
      <w:r>
        <w:br/>
      </w:r>
      <w:r>
        <w:rPr>
          <w:sz w:val="20"/>
        </w:rPr>
        <w:t>1:04:25  Phir sawal kijiye.</w:t>
      </w:r>
    </w:p>
    <w:p>
      <w:pPr>
        <w:pStyle w:val="Heading2"/>
      </w:pPr>
      <w:r>
        <w:t>Why are Seerah books written in jihad pattern?</w:t>
      </w:r>
    </w:p>
    <w:p>
      <w:r>
        <w:rPr>
          <w:color w:val="666666"/>
          <w:sz w:val="18"/>
        </w:rPr>
        <w:t>Seerah &amp; Prophet · The Process of Personality Development June 30, 2013 · 1m 33s · at 1:01:55 · https://youtu.be/CSSFRydcJlo?t=3715</w:t>
      </w:r>
    </w:p>
    <w:p>
      <w:r>
        <w:rPr>
          <w:i/>
        </w:rPr>
        <w:t>“Why are Seerah books written in a jihad pattern? Because of this, it seems that the Prophet was a jihad prophet.”</w:t>
      </w:r>
    </w:p>
    <w:p>
      <w:r>
        <w:rPr>
          <w:sz w:val="20"/>
        </w:rPr>
        <w:t>1:01:55  maulana, agla sawal hai from abu sarah hyderabad se. unhon ne likha hai ke seerat ki kitabein jihadi pattern mein kyun likhi gayi hain?</w:t>
      </w:r>
      <w:r>
        <w:br/>
      </w:r>
      <w:r>
        <w:rPr>
          <w:sz w:val="20"/>
        </w:rPr>
        <w:t>1:02:07  is ki wajah se aisa lagta hai ke rasool Allah jihadi paighambar thay.</w:t>
      </w:r>
      <w:r>
        <w:br/>
      </w:r>
      <w:r>
        <w:rPr>
          <w:sz w:val="20"/>
        </w:rPr>
        <w:t>1:02:14  nahi, dekhen, aisa nahi hai. us ko aap generalize mat kijiye. yeh sahi hai ke yani ghazwati pattern mein likhi gayi kitabein, kyunke qadeem zamanay mein jo tareeqa tha tareekh nigari ka, woh yahi tha.</w:t>
      </w:r>
      <w:r>
        <w:br/>
      </w:r>
      <w:r>
        <w:rPr>
          <w:sz w:val="20"/>
        </w:rPr>
        <w:t>1:02:32  yeh to abdul rehman ibn khaldun ke baad yeh tareeqa paida hua.</w:t>
      </w:r>
      <w:r>
        <w:br/>
      </w:r>
      <w:r>
        <w:rPr>
          <w:sz w:val="20"/>
        </w:rPr>
        <w:t>1:02:38  to us rasool Allah ke ke baray mein jo seerat kitabein hain, to usi mein na samjhen ke seerat wohi kul seerat ho gayi.</w:t>
      </w:r>
      <w:r>
        <w:br/>
      </w:r>
      <w:r>
        <w:rPr>
          <w:sz w:val="20"/>
        </w:rPr>
        <w:t>1:02:46  rasool Allah ki seerat ke teen ma'khaz hain, us ko samajh lijiye. sab se pehle quran ma'khaz hai, us ke baad hadees ma'khaz hai, us ke baad seerat ki kitabein.</w:t>
      </w:r>
      <w:r>
        <w:br/>
      </w:r>
      <w:r>
        <w:rPr>
          <w:sz w:val="20"/>
        </w:rPr>
        <w:t>1:02:58  to maghazi ibn ishaq ko aap samjhen ke wohi seerat hai, to yeh galat hai. yeh samajhna galat hai.</w:t>
      </w:r>
      <w:r>
        <w:br/>
      </w:r>
      <w:r>
        <w:rPr>
          <w:sz w:val="20"/>
        </w:rPr>
        <w:t>1:03:05  to rasool Allah ko aap ko janna agar hai to aap ko quran mein jo rasool Allah ke baray mein hai, woh dekhna paray ga.</w:t>
      </w:r>
      <w:r>
        <w:br/>
      </w:r>
      <w:r>
        <w:rPr>
          <w:sz w:val="20"/>
        </w:rPr>
        <w:t>1:03:14  hadees mein jo aap ki tasweer hai, woh dekhna paray ga. aur phir sehat ki kitabon ko dekhna paray ga. tab aap rasool Allah ki sehat ke baray mein poora, yani poori jankari hasil kar paayen ge.</w:t>
      </w:r>
    </w:p>
    <w:p>
      <w:pPr>
        <w:pStyle w:val="Heading2"/>
      </w:pPr>
      <w:r>
        <w:t>Why did Gabriel embrace the Prophet at revelation?</w:t>
      </w:r>
    </w:p>
    <w:p>
      <w:r>
        <w:rPr>
          <w:color w:val="666666"/>
          <w:sz w:val="18"/>
        </w:rPr>
        <w:t>Seerah &amp; Prophet · Life after Death I 22nd Jan. 2012 Maulana Wahiduddin Khan · 1m 04s · at 1:06:01 · https://youtu.be/Pa8c09DFrkA?t=3961</w:t>
      </w:r>
    </w:p>
    <w:p>
      <w:r>
        <w:rPr>
          <w:i/>
        </w:rPr>
        <w:t>“When the first revelation was sent down to the Messenger of Allah, why did Jibra'il seize him? Please explain.”</w:t>
      </w:r>
    </w:p>
    <w:p>
      <w:r>
        <w:rPr>
          <w:sz w:val="20"/>
        </w:rPr>
        <w:t>1:06:01  Maulana, agla sawal Bangalore se aaya hai, Maulana Naseerullah Qureshi sahab ka. Unhon ne likha hai:</w:t>
      </w:r>
      <w:r>
        <w:br/>
      </w:r>
      <w:r>
        <w:rPr>
          <w:sz w:val="20"/>
        </w:rPr>
        <w:t>1:06:08  Jab Rasool Allah par pehli wahi nazil hui to Jibrael ne Rasool ko kyun dabucha? Wazahat farmayen.</w:t>
      </w:r>
      <w:r>
        <w:br/>
      </w:r>
      <w:r>
        <w:rPr>
          <w:sz w:val="20"/>
        </w:rPr>
        <w:t>1:06:19  Dabucha nahin hai, embrace kiya. Dabucha matlab nahin hai, embrace kiya. Matlab seenay se lagaya.</w:t>
      </w:r>
      <w:r>
        <w:br/>
      </w:r>
      <w:r>
        <w:rPr>
          <w:sz w:val="20"/>
        </w:rPr>
        <w:t>1:06:30  To pehla tajurba tha Rasool Allah sal Allahu alaihi wasallam ko. To embrace kar ke unhon ne is is dehshat ko khatam kiya. Bas.</w:t>
      </w:r>
      <w:r>
        <w:br/>
      </w:r>
      <w:r>
        <w:rPr>
          <w:sz w:val="20"/>
        </w:rPr>
        <w:t>1:06:40  Aur koi is mein koi mysterious baat nahin hai. Aap bhi kisi dost se achaanak milen, pachaas saal ke baad, to woh kuch shakk se dekhega aap ko ke pata nahin yeh wahi koi doosra aadmi hai.</w:t>
      </w:r>
      <w:r>
        <w:br/>
      </w:r>
      <w:r>
        <w:rPr>
          <w:sz w:val="20"/>
        </w:rPr>
        <w:t>1:06:52  To aap us ko gale mil jayenge, embrace karenge.</w:t>
      </w:r>
      <w:r>
        <w:br/>
      </w:r>
      <w:r>
        <w:rPr>
          <w:sz w:val="20"/>
        </w:rPr>
        <w:t>1:06:56  Taake us ki dehshat khatam ho. Us ki ajnabiyat khatam ho. Bas itni si baat hai, koi is mein mystery nahin hai.</w:t>
      </w:r>
    </w:p>
    <w:p>
      <w:pPr>
        <w:pStyle w:val="Heading2"/>
      </w:pPr>
      <w:r>
        <w:t>Why not take lessons from battles?</w:t>
      </w:r>
    </w:p>
    <w:p>
      <w:r>
        <w:rPr>
          <w:color w:val="666666"/>
          <w:sz w:val="18"/>
        </w:rPr>
        <w:t>Seerah &amp; Prophet · How to Manage Controversy 10 Nov 2019 - Maulana Wahiduddin Khan · 1m 00s · at 50:19 · https://youtu.be/UafTzJXHrSA?t=3019</w:t>
      </w:r>
    </w:p>
    <w:p>
      <w:r>
        <w:rPr>
          <w:i/>
        </w:rPr>
        <w:t>“With due respect, there are many other incidents in the life of Prophet of Islam, like Badr, Uhud, Hunain, etc. Why don't we take lessons from them?”</w:t>
      </w:r>
    </w:p>
    <w:p>
      <w:r>
        <w:rPr>
          <w:sz w:val="20"/>
        </w:rPr>
        <w:t>50:19  all. thank you Maulana sahib for all the master lessons." Masha Allah. Maulana, agla sawal Tasaduq Shakeel sahib ne bheja hai.</w:t>
      </w:r>
      <w:r>
        <w:br/>
      </w:r>
      <w:r>
        <w:rPr>
          <w:sz w:val="20"/>
        </w:rPr>
        <w:t>50:30  unhon ne location nahin likhi hai apni. un ka sawal hai: "Maulana sahib, with due respect, there are many other incidents in the life of Prophet of Islam, like Badr, Uhud, Hunayn, etc.</w:t>
      </w:r>
      <w:r>
        <w:br/>
      </w:r>
      <w:r>
        <w:rPr>
          <w:sz w:val="20"/>
        </w:rPr>
        <w:t>50:43  why don't we take lessons from th</w:t>
      </w:r>
      <w:r>
        <w:br/>
      </w:r>
      <w:r>
        <w:rPr>
          <w:sz w:val="20"/>
        </w:rPr>
        <w:t>50:46  em?" is par mein ne bohat likha hai. aap Paigham-e-Inqilab parh lijiye. yeh jo reference aap log dete hain, woh bohat hi ziyada ghalat hai.</w:t>
      </w:r>
      <w:r>
        <w:br/>
      </w:r>
      <w:r>
        <w:rPr>
          <w:sz w:val="20"/>
        </w:rPr>
        <w:t>51:00  aap meri kitab parhiye: "Paighambar-e-Islam".</w:t>
      </w:r>
      <w:r>
        <w:br/>
      </w:r>
      <w:r>
        <w:rPr>
          <w:sz w:val="20"/>
        </w:rPr>
        <w:t>51:08  we would like to tell Mr Shakeel that you know, all these books of Maulana sahib are available on the website www.cpsglobal.</w:t>
      </w:r>
    </w:p>
    <w:p>
      <w:pPr>
        <w:pStyle w:val="Heading2"/>
      </w:pPr>
      <w:r>
        <w:t>Why scholars ignore Hudaibiya Treaty importance</w:t>
      </w:r>
    </w:p>
    <w:p>
      <w:r>
        <w:rPr>
          <w:color w:val="666666"/>
          <w:sz w:val="18"/>
        </w:rPr>
        <w:t>Seerah &amp; Prophet · How to Manage Controversy 10 Nov 2019 - Maulana Wahiduddin Khan · 1m 36s · at 54:01 · https://youtu.be/UafTzJXHrSA?t=3241</w:t>
      </w:r>
    </w:p>
    <w:p>
      <w:r>
        <w:rPr>
          <w:i/>
        </w:rPr>
        <w:t>“What is the reason that our scholars give as much importance to the battles (Ghazawat) but do not give that much importance to the Treaty of Hudaibiya? Both are such that Allah gave victory through the Treaty of Hudaibiya. Are they unable to grasp the wisdom of it? What is the reason for this?”</w:t>
      </w:r>
    </w:p>
    <w:p>
      <w:r>
        <w:rPr>
          <w:sz w:val="20"/>
        </w:rPr>
        <w:t>54:01  Maulana, agla sawal bheja hai Ms Shabana Ansari ne Pakistan se. unhon ne likha hai: "Maulana, kya wajah hai ke hamare ulama jitni importance ghazwat ko dete hain, utni importance Hudaybiyyah treaty ko nahin dete?" although, Allah has given victory on Hudaybiyyah treaty.</w:t>
      </w:r>
      <w:r>
        <w:br/>
      </w:r>
      <w:r>
        <w:rPr>
          <w:sz w:val="20"/>
        </w:rPr>
        <w:t>54:23  are they unable to grasp the wisdom of i</w:t>
      </w:r>
      <w:r>
        <w:br/>
      </w:r>
      <w:r>
        <w:rPr>
          <w:sz w:val="20"/>
        </w:rPr>
        <w:t>54:26  t. what is the reason for this? aap in hazraat ki majlison mein baithiye aur suniye. kisi bhi in hazraat ki kisi bhi majlis mein aap Allah ke darr ka taassur nahin payenge.</w:t>
      </w:r>
      <w:r>
        <w:br/>
      </w:r>
      <w:r>
        <w:rPr>
          <w:sz w:val="20"/>
        </w:rPr>
        <w:t>54:43  doosri doosri baaten milen gi aap ko. to yeh to yeh to Quran o Hadees se sabit hai</w:t>
      </w:r>
      <w:r>
        <w:br/>
      </w:r>
      <w:r>
        <w:rPr>
          <w:sz w:val="20"/>
        </w:rPr>
        <w:t>54:56  keh allah ka dar jab nikal jaye to aur bhi har cheez nikal jati hai. aur yeh mujh se poochne ki zaroorat nahi hai.</w:t>
      </w:r>
      <w:r>
        <w:br/>
      </w:r>
      <w:r>
        <w:rPr>
          <w:sz w:val="20"/>
        </w:rPr>
        <w:t>55:09  aap kisi bhi un hazraat ke jo musalmanon ke leader bane bane hue hain, leaderi kar rahe hain, un ki kisi majlis mein ja ke parh jaiye.</w:t>
      </w:r>
      <w:r>
        <w:br/>
      </w:r>
      <w:r>
        <w:rPr>
          <w:sz w:val="20"/>
        </w:rPr>
        <w:t>55:21  aap dekhenge ke wahan</w:t>
      </w:r>
      <w:r>
        <w:br/>
      </w:r>
      <w:r>
        <w:rPr>
          <w:sz w:val="20"/>
        </w:rPr>
        <w:t>55:26  allah ke dar ka koi khana hi nahi hai, koi khana hi nahi hai.</w:t>
      </w:r>
    </w:p>
    <w:p>
      <w:pPr>
        <w:pStyle w:val="Heading2"/>
      </w:pPr>
      <w:r>
        <w:t>Women Role Models in Islamic History</w:t>
      </w:r>
    </w:p>
    <w:p>
      <w:r>
        <w:rPr>
          <w:color w:val="666666"/>
          <w:sz w:val="18"/>
        </w:rPr>
        <w:t>Seerah &amp; Prophet · The Role of a Woman March 8, 2020 Maulana Wahiduddin Khan · 1m 22s · at 28:17 · https://youtu.be/aBPy_KTsk1A?t=1697</w:t>
      </w:r>
    </w:p>
    <w:p>
      <w:r>
        <w:rPr>
          <w:i/>
        </w:rPr>
        <w:t>“On Women's Day, I want to ask: are there examples of women in Islamic history from whom today's women can take guidance?”</w:t>
      </w:r>
    </w:p>
    <w:p>
      <w:r>
        <w:rPr>
          <w:sz w:val="20"/>
        </w:rPr>
        <w:t>28:17  Maulana, agla sawal Dhiraj Kumar ji ka hai. Unho'n ne location nahi likhi hai. Woh is waqt aap ka program dekh rahe hain.</w:t>
      </w:r>
      <w:r>
        <w:br/>
      </w:r>
      <w:r>
        <w:rPr>
          <w:sz w:val="20"/>
        </w:rPr>
        <w:t>28:25  unho'n ne likha hai "Maulana, my respects. Main ne aap ko bohat waqt se parha hai aur aap ko waqai mein</w:t>
      </w:r>
      <w:r>
        <w:br/>
      </w:r>
      <w:r>
        <w:rPr>
          <w:sz w:val="20"/>
        </w:rPr>
        <w:t>28:35  buzurg samajhta hoon. Aap ka gyan Sahadpur aur Vic Park hai. Main aaj Mahila Diwas pe aap se yeh janna chahta hoon ke Islami tareekh se kuch aisi khawateen ka misaal zaroor hoga jin se aaj ki khawateen</w:t>
      </w:r>
      <w:r>
        <w:br/>
      </w:r>
      <w:r>
        <w:rPr>
          <w:sz w:val="20"/>
        </w:rPr>
        <w:t>28:54  hausla hasil kar sakti hain. Aap un se, aap un mein se kuch ke bare mein batane ki meherbani kijiye.</w:t>
      </w:r>
      <w:r>
        <w:br/>
      </w:r>
      <w:r>
        <w:rPr>
          <w:sz w:val="20"/>
        </w:rPr>
        <w:t>29:03  Parmeshwar aap ko aage bhi sehat mand zindagi ata kare, aisi meri dua hai. Mashallah, mashallah.</w:t>
      </w:r>
      <w:r>
        <w:br/>
      </w:r>
      <w:r>
        <w:rPr>
          <w:sz w:val="20"/>
        </w:rPr>
        <w:t>29:12  mein aap ke liye bohat dua karta hoon. Miss Shabina Ali ne Kolkata se likha hai "Maulana, you have always reiterated the role of women in the mission work</w:t>
      </w:r>
      <w:r>
        <w:br/>
      </w:r>
      <w:r>
        <w:rPr>
          <w:sz w:val="20"/>
        </w:rPr>
        <w:t>29:24  . Thank you for appreciating and inspiring us that has helped us in recognizing and unfolding our potential." Mashallah, Mashallah,</w:t>
      </w:r>
    </w:p>
    <w:p>
      <w:pPr>
        <w:pStyle w:val="Heading2"/>
      </w:pPr>
      <w:r>
        <w:t>Women's hijab in Prophet's time and now</w:t>
      </w:r>
    </w:p>
    <w:p>
      <w:r>
        <w:rPr>
          <w:color w:val="666666"/>
          <w:sz w:val="18"/>
        </w:rPr>
        <w:t>Seerah &amp; Prophet · The Importance of the Quran May 15, 2016 Maulana Wahiduddin Khan · 1m 05s · at 1:04:33 · https://youtu.be/9a-OOUR_bLg?t=3873</w:t>
      </w:r>
    </w:p>
    <w:p>
      <w:r>
        <w:rPr>
          <w:i/>
        </w:rPr>
        <w:t>“How did women use to live in the time of the Prophet regarding hijab and burqa, and what is the order now?”</w:t>
      </w:r>
    </w:p>
    <w:p>
      <w:r>
        <w:rPr>
          <w:sz w:val="20"/>
        </w:rPr>
        <w:t>1:04:33  Maulana, agla sawal kya hai Nabeel Hussain sahib ne Lahore Pakistan se aur unhone aap se poocha hai ke is hijab aur burqa.</w:t>
      </w:r>
      <w:r>
        <w:br/>
      </w:r>
      <w:r>
        <w:rPr>
          <w:sz w:val="20"/>
        </w:rPr>
        <w:t>1:04:44  Alsu di Arab way to live. How did women use to live in the time of the prophet and what is the order now?</w:t>
      </w:r>
      <w:r>
        <w:br/>
      </w:r>
      <w:r>
        <w:rPr>
          <w:sz w:val="20"/>
        </w:rPr>
        <w:t>1:04:56  Dekhein, aap do kitaab parh lijiye is maamle mein. Aik to bari kitaab hai, is ka naam hai Khatoon e Islam aur doosri kitaab hai mashhoor Arab aalim</w:t>
      </w:r>
      <w:r>
        <w:br/>
      </w:r>
      <w:r>
        <w:rPr>
          <w:sz w:val="20"/>
        </w:rPr>
        <w:t>1:05:15  Naseeruddin Alalbani, Sheikh Naseeruddin Alalbani ki kitaab hai Hijab al Marat al Muslima.</w:t>
      </w:r>
      <w:r>
        <w:br/>
      </w:r>
      <w:r>
        <w:rPr>
          <w:sz w:val="20"/>
        </w:rPr>
        <w:t>1:05:25  Is kitaab ka khulasa maine apni kitaab mein, yeh Arabi kitaab hai, is ka khulasa maine apni kitaab mein Urdu mein de diya hai. Is ko aap parh lijiye, phir sawal kijiye.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