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727 questions · category Society &amp; Dawah · full transcripts with timestamps · exported 2026-09-21</w:t>
      </w:r>
    </w:p>
    <w:p>
      <w:pPr>
        <w:pStyle w:val="Heading2"/>
      </w:pPr>
      <w:r>
        <w:t>Accusation of Supporting Infidels</w:t>
      </w:r>
    </w:p>
    <w:p>
      <w:r>
        <w:rPr>
          <w:color w:val="666666"/>
          <w:sz w:val="18"/>
        </w:rPr>
        <w:t>Society &amp; Dawah · The Age of Alternative April 24, 2016 · 40s · at 49:35 · https://youtu.be/JoilI-TK4Ig?t=2975</w:t>
      </w:r>
    </w:p>
    <w:p>
      <w:r>
        <w:rPr>
          <w:i/>
        </w:rPr>
        <w:t>“Maulana, why are you always against innocent Muslims and openly support the infidel?”</w:t>
      </w:r>
    </w:p>
    <w:p>
      <w:r>
        <w:rPr>
          <w:sz w:val="20"/>
        </w:rPr>
        <w:t>49:35  kuch log is ko azaab batate hain, azaab nahi, yeh reminder hai. maulana, agla sawal lene se pehle do comments parhna chahenge. pehla comment bheja hai ajmer se doctor safina tabassum ne.</w:t>
      </w:r>
      <w:r>
        <w:br/>
      </w:r>
      <w:r>
        <w:rPr>
          <w:sz w:val="20"/>
        </w:rPr>
        <w:t>49:47  unhon ne likha hai ke: "very rational thinking Maulana sahib, that being a muslim is not a matter of pride, it is a matter of responsibility." agla comment bheja hai faraz ahmed sahib ne, aur unhon ne likha hai ke: "u turn is a tauba and very well explained Maulana sahib, and I completely agree with you." mashallah.</w:t>
      </w:r>
    </w:p>
    <w:p>
      <w:pPr>
        <w:pStyle w:val="Heading2"/>
      </w:pPr>
      <w:r>
        <w:t>Accusations of Working with RSS</w:t>
      </w:r>
    </w:p>
    <w:p>
      <w:r>
        <w:rPr>
          <w:color w:val="666666"/>
          <w:sz w:val="18"/>
        </w:rPr>
        <w:t>Society &amp; Dawah · Revival and Revivalist June 7, 2015 · 2m 29s · at 50:02 · https://youtu.be/MCY8AJ87BXc?t=3002</w:t>
      </w:r>
    </w:p>
    <w:p>
      <w:r>
        <w:rPr>
          <w:i/>
        </w:rPr>
        <w:t>“Maulana, I gave your book 'Shatm-e-Rasool Ka Mas'ala' to a person. Later he praised the book but said that Maulana works for Azrael and RSS and gets money from them. I said this is all propaganda, but he got angry and said he is a journalist, has interviewed you many times, knows you well, and that you always blame Muslims.”</w:t>
      </w:r>
    </w:p>
    <w:p>
      <w:r>
        <w:rPr>
          <w:sz w:val="20"/>
        </w:rPr>
        <w:t>50:02  Maulana, yeh agla sawal aaya hai Mr Raj Malik ka Delhi se. Maulana, ek sahib ko maine aap ki kitab Shatm Rasool ka masla diya.</w:t>
      </w:r>
      <w:r>
        <w:br/>
      </w:r>
      <w:r>
        <w:rPr>
          <w:sz w:val="20"/>
        </w:rPr>
        <w:t>50:14  baad mein is sahib ne kitab ki tareef ki, lekin yeh kaha ke Maulana Azrael aur RSS ke liye kaam karte hain, wahan se unko paisa milta hai.</w:t>
      </w:r>
      <w:r>
        <w:br/>
      </w:r>
      <w:r>
        <w:rPr>
          <w:sz w:val="20"/>
        </w:rPr>
        <w:t>50:26  Maulana, maine kaha ke yeh sab propaganda hai, to woh ghussa ho gaye aur kaha ke main journalist hoon, kai baar Maulana ka interview liya hai, main unko achi tarah jaanta hoon, woh sara blame Musalmanon ko dete hain.</w:t>
      </w:r>
      <w:r>
        <w:br/>
      </w:r>
      <w:r>
        <w:rPr>
          <w:sz w:val="20"/>
        </w:rPr>
        <w:t>50:45  dekhiye, masla yeh nahi hai ke kis ko blame diya jata hai.</w:t>
      </w:r>
      <w:r>
        <w:br/>
      </w:r>
      <w:r>
        <w:rPr>
          <w:sz w:val="20"/>
        </w:rPr>
        <w:t>50:52  masla yeh hai ke daleel kya hai? woh jo baat woh keh rahe hain, uski unke paas koi daleel honi chahiye. yaani kis daleel se woh kehte hain ke hum, yaani Israel ka kaam kar rahe hain ya BJP ka kaam kar rahe hain?</w:t>
      </w:r>
      <w:r>
        <w:br/>
      </w:r>
      <w:r>
        <w:rPr>
          <w:sz w:val="20"/>
        </w:rPr>
        <w:t>51:08  ko</w:t>
      </w:r>
      <w:r>
        <w:br/>
      </w:r>
      <w:r>
        <w:rPr>
          <w:sz w:val="20"/>
        </w:rPr>
        <w:t>51:09  i daleel chahiye? to daleel daleel kya hai? ke jo baat humne kahi hai, woh Quran ke mutabiq hai, Quran ke mutabiq nahi hai. misaal ke taur par dekhiye, Shat Rasool ka masla lijiye.</w:t>
      </w:r>
      <w:r>
        <w:br/>
      </w:r>
      <w:r>
        <w:rPr>
          <w:sz w:val="20"/>
        </w:rPr>
        <w:t>51:22  Quran mein kahin bhi yeh nahi ke jo shat kahe, usko maar dalo. jo Musalman kar rahe hain, already Quran mein iska ulta hai. Quran mein hai ke doosron ko tum shat na karo, warna woh retaliate karenge.</w:t>
      </w:r>
      <w:r>
        <w:br/>
      </w:r>
      <w:r>
        <w:rPr>
          <w:sz w:val="20"/>
        </w:rPr>
        <w:t>51:40  Musalmanon ko is se mana kiya gaya hai ke doosron ko bhadak aisi baat kaha jis se bhadak uthe hain aur woh reaction mein kuch karne lage hain.</w:t>
      </w:r>
      <w:r>
        <w:br/>
      </w:r>
      <w:r>
        <w:rPr>
          <w:sz w:val="20"/>
        </w:rPr>
        <w:t>51:49  to Musalmanon se kaha, Musalmanon se kaha gaya, doosron ko nahi.</w:t>
      </w:r>
      <w:r>
        <w:br/>
      </w:r>
      <w:r>
        <w:rPr>
          <w:sz w:val="20"/>
        </w:rPr>
        <w:t>51:56  to hum jo baat karte hain, Quran o Hadees ke hawale se kehte hain, kisi ko hamare upar ek criticism karne ka haq hai, lekin daleel shayad karna chahiye.</w:t>
      </w:r>
      <w:r>
        <w:br/>
      </w:r>
      <w:r>
        <w:rPr>
          <w:sz w:val="20"/>
        </w:rPr>
        <w:t>52:07  yeh to ilzaam ki boli hai, allegation ki boli hai. to allegation to kis ke upar laga dijiye? Shaitan ne naoozubillah Allah mere upar laga diya allegation ke tum ne Khudaaya to ne discrimination se kaam liya.</w:t>
      </w:r>
      <w:r>
        <w:br/>
      </w:r>
      <w:r>
        <w:rPr>
          <w:sz w:val="20"/>
        </w:rPr>
        <w:t>52:24  to allegation se kuch nahi hota, aap ko daleel deni padegi.</w:t>
      </w:r>
    </w:p>
    <w:p>
      <w:pPr>
        <w:pStyle w:val="Heading2"/>
      </w:pPr>
      <w:r>
        <w:t>Acknowledging reality for Muslim success</w:t>
      </w:r>
    </w:p>
    <w:p>
      <w:r>
        <w:rPr>
          <w:color w:val="666666"/>
          <w:sz w:val="18"/>
        </w:rPr>
        <w:t>Society &amp; Dawah · Age of Democracy May 25, 2014 · 2m 19s · at 1:17:15 · https://youtu.be/pyZy1-EhW1Q?t=4635</w:t>
      </w:r>
    </w:p>
    <w:p>
      <w:r>
        <w:rPr>
          <w:i/>
        </w:rPr>
        <w:t>“Over two hundred years of failure of Muslim can be easily changed to success if they acknowledge the reality. If anyone with objective mind considers today lecture, it is very easy to see that what you presented is the reality.”</w:t>
      </w:r>
    </w:p>
    <w:p>
      <w:r>
        <w:rPr>
          <w:sz w:val="20"/>
        </w:rPr>
        <w:t>1:17:15  maulana, agla sawal raipur se kiya hai Idris sahib ne</w:t>
      </w:r>
      <w:r>
        <w:br/>
      </w:r>
      <w:r>
        <w:rPr>
          <w:sz w:val="20"/>
        </w:rPr>
        <w:t>1:17:19  . unhone likha hai: "over to hundred years of failure of muslims can be easily changed to success if they acknowledge the reality.</w:t>
      </w:r>
      <w:r>
        <w:br/>
      </w:r>
      <w:r>
        <w:rPr>
          <w:sz w:val="20"/>
        </w:rPr>
        <w:t>1:17:30  if anyone with objective mind considers today's lecture, it is very easy to say, it is very easy to see that what you presented is the reality.</w:t>
      </w:r>
      <w:r>
        <w:br/>
      </w:r>
      <w:r>
        <w:rPr>
          <w:sz w:val="20"/>
        </w:rPr>
        <w:t>1:17:43  but whenever reality about religion is presented, people fail to consider it objectively and disregard it.</w:t>
      </w:r>
      <w:r>
        <w:br/>
      </w:r>
      <w:r>
        <w:rPr>
          <w:sz w:val="20"/>
        </w:rPr>
        <w:t>1:17:52  however, the same people adopt objective approach for their personal and economical issues. Maulana, why is there this difference?</w:t>
      </w:r>
      <w:r>
        <w:br/>
      </w:r>
      <w:r>
        <w:rPr>
          <w:sz w:val="20"/>
        </w:rPr>
        <w:t>1:18:03  is liye ke ek compulsion hai, doosri compulsion nahi hai.</w:t>
      </w:r>
      <w:r>
        <w:br/>
      </w:r>
      <w:r>
        <w:rPr>
          <w:sz w:val="20"/>
        </w:rPr>
        <w:t>1:18:09  yani job ke maamle mein agar woh aisa na kare to wahan woh job khatam ho jaye gi. business ka na kare to business khatam ho jaye ga.</w:t>
      </w:r>
      <w:r>
        <w:br/>
      </w:r>
      <w:r>
        <w:rPr>
          <w:sz w:val="20"/>
        </w:rPr>
        <w:t>1:18:18  is compulsion ki wajah se wahan par theek thaak rehte hain woh. lekin sachai ko mannay na mannay mein compulsion nahi hai. is wajah se woh itna sincere nahi hote is ke maamle mein.</w:t>
      </w:r>
      <w:r>
        <w:br/>
      </w:r>
      <w:r>
        <w:rPr>
          <w:sz w:val="20"/>
        </w:rPr>
        <w:t>1:18:31  saada si baat mere nazdeek hai ji ke jahan compulsion hai, wahan to foran maan lete hain woh.</w:t>
      </w:r>
      <w:r>
        <w:br/>
      </w:r>
      <w:r>
        <w:rPr>
          <w:sz w:val="20"/>
        </w:rPr>
        <w:t>1:18:36  jahan compulsion nahi hai to</w:t>
      </w:r>
      <w:r>
        <w:br/>
      </w:r>
      <w:r>
        <w:rPr>
          <w:sz w:val="20"/>
        </w:rPr>
        <w:t>1:18:42  jahan yeh hai ke soch kar ke aur apni azadi ke tehat is ko ikhtiyar karna, jahan yeh baat hoti hai to wahan par is ko brush aside kar dete hain.</w:t>
      </w:r>
      <w:r>
        <w:br/>
      </w:r>
      <w:r>
        <w:rPr>
          <w:sz w:val="20"/>
        </w:rPr>
        <w:t>1:18:53  to main sochta hoon ke yeh aisa hona bilkul fitri hai kyunke Allah taala compulsion ke tehat ikhtiyar ki hui sachai ka koi aitbaar nahi hai Allah ke haan.</w:t>
      </w:r>
      <w:r>
        <w:br/>
      </w:r>
      <w:r>
        <w:rPr>
          <w:sz w:val="20"/>
        </w:rPr>
        <w:t>1:19:03  agar Allah taala compulsion daal dein sachai ke maamle mein bhi to is is ko mannay ka koi aitbaar nahi hoga. sachai ko manna is waqt qabil aitbaar hai jab ke aap ko freedom ho aur aap ko koi compulsion na ho, phir bhi aap is ko manen.</w:t>
      </w:r>
      <w:r>
        <w:br/>
      </w:r>
      <w:r>
        <w:rPr>
          <w:sz w:val="20"/>
        </w:rPr>
        <w:t>1:19:24  yeh to creation plan of God ko bata to khair hai, is ko kharab nahi ho sakta.</w:t>
      </w:r>
    </w:p>
    <w:p>
      <w:pPr>
        <w:pStyle w:val="Heading2"/>
      </w:pPr>
      <w:r>
        <w:t>Addressing Accusations of Being Traitors</w:t>
      </w:r>
    </w:p>
    <w:p>
      <w:r>
        <w:rPr>
          <w:color w:val="666666"/>
          <w:sz w:val="18"/>
        </w:rPr>
        <w:t>Society &amp; Dawah · 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Addressing degeneration of Islam</w:t>
      </w:r>
    </w:p>
    <w:p>
      <w:r>
        <w:rPr>
          <w:color w:val="666666"/>
          <w:sz w:val="18"/>
        </w:rPr>
        <w:t>Society &amp; Dawah · Degeneration of Ummah October 16, 2016 · 1m 13s · at 54:04 · https://youtu.be/W8nafLKMQes?t=3244</w:t>
      </w:r>
    </w:p>
    <w:p>
      <w:r>
        <w:rPr>
          <w:i/>
        </w:rPr>
        <w:t>“Who should take the step for addressing the issue of degeneration of Islam? Is there any need of an organization and what kind of ways can be adopted to address this issue? Why don't...”</w:t>
      </w:r>
    </w:p>
    <w:p>
      <w:r>
        <w:rPr>
          <w:sz w:val="20"/>
        </w:rPr>
        <w:t>54:04  Maulana, agla sawal Sahiwal Pakistan se Imran Khan sahib ne kiya hai aur unhon ne likha hai: "Maulana</w:t>
      </w:r>
      <w:r>
        <w:br/>
      </w:r>
      <w:r>
        <w:rPr>
          <w:sz w:val="20"/>
        </w:rPr>
        <w:t>54:12  Sahab, who should take the step for addressing the issue of degeneration of Islam? Is there any</w:t>
      </w:r>
      <w:r>
        <w:br/>
      </w:r>
      <w:r>
        <w:rPr>
          <w:sz w:val="20"/>
        </w:rPr>
        <w:t>54:19  need of an organization or what kind of ways can be adopted to address this issue? Why don't</w:t>
      </w:r>
      <w:r>
        <w:br/>
      </w:r>
      <w:r>
        <w:rPr>
          <w:sz w:val="20"/>
        </w:rPr>
        <w:t>54:27  you take step to do this? Jazak Allah." to hum to kar rahe hain, yehi kaam kar rahe</w:t>
      </w:r>
      <w:r>
        <w:br/>
      </w:r>
      <w:r>
        <w:rPr>
          <w:sz w:val="20"/>
        </w:rPr>
        <w:t>54:35  hain.</w:t>
      </w:r>
      <w:r>
        <w:br/>
      </w:r>
      <w:r>
        <w:rPr>
          <w:sz w:val="20"/>
        </w:rPr>
        <w:t>54:36  Dekhein, beginning kabhi bhi organization nahi hoti, individuals individuals hoti hain.</w:t>
      </w:r>
      <w:r>
        <w:br/>
      </w:r>
      <w:r>
        <w:rPr>
          <w:sz w:val="20"/>
        </w:rPr>
        <w:t>54:41  Aap bhi kar daliye, yeh jo tareeqa chala hua hai, organize organization khari karna aur phir us se</w:t>
      </w:r>
      <w:r>
        <w:br/>
      </w:r>
      <w:r>
        <w:rPr>
          <w:sz w:val="20"/>
        </w:rPr>
        <w:t>54:49  bigining karna, yeh to yeh to bilkul political cheezon mein hota hai, kisi baray inqilab ke liye nahi</w:t>
      </w:r>
      <w:r>
        <w:br/>
      </w:r>
      <w:r>
        <w:rPr>
          <w:sz w:val="20"/>
        </w:rPr>
        <w:t>54:56  hota.</w:t>
      </w:r>
      <w:r>
        <w:br/>
      </w:r>
      <w:r>
        <w:rPr>
          <w:sz w:val="20"/>
        </w:rPr>
        <w:t>54:58  hum ne kaam kiya individual se, ab Allah ke fazal se poori dunya hamare saathi hain, poori dunya</w:t>
      </w:r>
      <w:r>
        <w:br/>
      </w:r>
      <w:r>
        <w:rPr>
          <w:sz w:val="20"/>
        </w:rPr>
        <w:t>55:06  saathi hain.</w:t>
      </w:r>
      <w:r>
        <w:br/>
      </w:r>
      <w:r>
        <w:rPr>
          <w:sz w:val="20"/>
        </w:rPr>
        <w:t>55:07  aise hi barhtay barhtay barhtay aur bohat kuch kaam ho sakta hai, inshallah.</w:t>
      </w:r>
      <w:r>
        <w:br/>
      </w:r>
      <w:r>
        <w:rPr>
          <w:sz w:val="20"/>
        </w:rPr>
        <w:t>55:13  aap bhi isi isi ka hissa hain, aap mere nazdeek.</w:t>
      </w:r>
    </w:p>
    <w:p>
      <w:pPr>
        <w:pStyle w:val="Heading2"/>
      </w:pPr>
      <w:r>
        <w:t>Advice for Muslims in trouble</w:t>
      </w:r>
    </w:p>
    <w:p>
      <w:r>
        <w:rPr>
          <w:color w:val="666666"/>
          <w:sz w:val="18"/>
        </w:rPr>
        <w:t>Society &amp; Dawah · The Prophet An Example of Modesty August 27, 2017 · 1m 24s · at 48:06 · https://youtu.be/aR3V4c8fQC4?t=2886</w:t>
      </w:r>
    </w:p>
    <w:p>
      <w:r>
        <w:rPr>
          <w:i/>
        </w:rPr>
        <w:t>“In the whole world, Muslims are in trouble at this situation. Maulana sahib, what is the advice that what Muslims should do?”</w:t>
      </w:r>
    </w:p>
    <w:p>
      <w:r>
        <w:rPr>
          <w:sz w:val="20"/>
        </w:rPr>
        <w:t>48:06  maulana, agla sawal bheja hai kaleem ahmad sahab ne, unhone location hi likhi hai, unka sawal yeh hai, "In the whole world, Muslims are in trouble at this situation.</w:t>
      </w:r>
      <w:r>
        <w:br/>
      </w:r>
      <w:r>
        <w:rPr>
          <w:sz w:val="20"/>
        </w:rPr>
        <w:t>48:20  maulana sahab, what is the advice that what Muslims should do?"</w:t>
      </w:r>
      <w:r>
        <w:br/>
      </w:r>
      <w:r>
        <w:rPr>
          <w:sz w:val="20"/>
        </w:rPr>
        <w:t>48:29  dekhiye, musalmanon ke liye guide book hai quran, lekin maujooda zamane mein musalmanon ke liye guide book ban gaya hai media.</w:t>
      </w:r>
      <w:r>
        <w:br/>
      </w:r>
      <w:r>
        <w:rPr>
          <w:sz w:val="20"/>
        </w:rPr>
        <w:t>48:42  bas media mein jo chupta hai usi ka charcha, usi ko sochna, usi par likhna, usi par bolna. ek quran as a guide book musalmanon ke liye raha nahin hai, bahut se bahut kuch log padh lete hain tilawat ke taur par,</w:t>
      </w:r>
      <w:r>
        <w:br/>
      </w:r>
      <w:r>
        <w:rPr>
          <w:sz w:val="20"/>
        </w:rPr>
        <w:t>48:59  guide book ke taur par koi quran ko leta nahin hai. Guide book bana hua hai wahi media, political logon ki taqreerein,</w:t>
      </w:r>
      <w:r>
        <w:br/>
      </w:r>
      <w:r>
        <w:rPr>
          <w:sz w:val="20"/>
        </w:rPr>
        <w:t>49:10  facebook mein jo baatein aati hain woh wahi guide book hai.</w:t>
      </w:r>
      <w:r>
        <w:br/>
      </w:r>
      <w:r>
        <w:rPr>
          <w:sz w:val="20"/>
        </w:rPr>
        <w:t>49:17  masla, asal masla yahi hai. ab musalmanon ko yeh karna padega ke woh dobara loten quran ki taraf, real silsile mein, tab yeh masla hal hoga.</w:t>
      </w:r>
    </w:p>
    <w:p>
      <w:pPr>
        <w:pStyle w:val="Heading2"/>
      </w:pPr>
      <w:r>
        <w:t>Advice for Muslims living in fear</w:t>
      </w:r>
    </w:p>
    <w:p>
      <w:r>
        <w:rPr>
          <w:color w:val="666666"/>
          <w:sz w:val="18"/>
        </w:rPr>
        <w:t>Society &amp; Dawah · 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Advice for victims of communalism</w:t>
      </w:r>
    </w:p>
    <w:p>
      <w:r>
        <w:rPr>
          <w:color w:val="666666"/>
          <w:sz w:val="18"/>
        </w:rPr>
        <w:t>Society &amp; Dawah · Discovery of Paradise March 22, 2015 · 6m 48s · at 1:05:46 · https://youtu.be/2axrfd7sZkE?t=3946</w:t>
      </w:r>
    </w:p>
    <w:p>
      <w:r>
        <w:rPr>
          <w:i/>
        </w:rPr>
        <w:t>“There is an increase of communalism these days. What is your advice to all those who have become victims of this communalism?”</w:t>
      </w:r>
    </w:p>
    <w:p>
      <w:r>
        <w:rPr>
          <w:sz w:val="20"/>
        </w:rPr>
        <w:t>1:05:46  maulana, agla sawal pune se kya hai imran sahib ne, aur unhon ne likha hai ke: "maulana, there is an increase of communalism these days.</w:t>
      </w:r>
      <w:r>
        <w:br/>
      </w:r>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Ahl-e-Iman as brilliant personality</w:t>
      </w:r>
    </w:p>
    <w:p>
      <w:r>
        <w:rPr>
          <w:color w:val="666666"/>
          <w:sz w:val="18"/>
        </w:rPr>
        <w:t>Society &amp; Dawah · Brilliant Personality November 27, 2016 · 2m 04s · at 58:32 · https://youtu.be/268O3sgnjC0?t=3512</w:t>
      </w:r>
    </w:p>
    <w:p>
      <w:r>
        <w:rPr>
          <w:i/>
        </w:rPr>
        <w:t>“According to you, Ahl-e-Iman is a brilliant personality, but nowadays I see that Ahl-e-Iman is the opposite of brilliant personality in the field of Islam. Why is that?”</w:t>
      </w:r>
    </w:p>
    <w:p>
      <w:r>
        <w:rPr>
          <w:sz w:val="20"/>
        </w:rPr>
        <w:t>58:32  Maulana, agla sawal Delhi se kya hai Maulana Farhad Umri ne aur unhon ne likha hai: "According to</w:t>
      </w:r>
      <w:r>
        <w:br/>
      </w:r>
      <w:r>
        <w:rPr>
          <w:sz w:val="20"/>
        </w:rPr>
        <w:t>58:39  you, Ahl-e-Iman is a brilliant personality, but nowadays I see that Ahl-e-Iman is the opposite of brilliant personality</w:t>
      </w:r>
      <w:r>
        <w:br/>
      </w:r>
      <w:r>
        <w:rPr>
          <w:sz w:val="20"/>
        </w:rPr>
        <w:t>58:46  in the field of Islam.</w:t>
      </w:r>
      <w:r>
        <w:br/>
      </w:r>
      <w:r>
        <w:rPr>
          <w:sz w:val="20"/>
        </w:rPr>
        <w:t>58:53  Maulana sahib, what is the reason behind this?</w:t>
      </w:r>
      <w:r>
        <w:br/>
      </w:r>
      <w:r>
        <w:rPr>
          <w:sz w:val="20"/>
        </w:rPr>
        <w:t>58:59  Kindly comment." Dekhein, brilliant personality ka lafz maine aakhirat ke saath istemal kiya hai, duniya ke saath nahin.</w:t>
      </w:r>
      <w:r>
        <w:br/>
      </w:r>
      <w:r>
        <w:rPr>
          <w:sz w:val="20"/>
        </w:rPr>
        <w:t>59:05  woh jo quran mein aaya hai ke woh dunya mein jab akhirat mein aayenge to un ke</w:t>
      </w:r>
      <w:r>
        <w:br/>
      </w:r>
      <w:r>
        <w:rPr>
          <w:sz w:val="20"/>
        </w:rPr>
        <w:t>59:11  saath noor hoga, us ko mein ne explain kiya hai.</w:t>
      </w:r>
      <w:r>
        <w:br/>
      </w:r>
      <w:r>
        <w:rPr>
          <w:sz w:val="20"/>
        </w:rPr>
        <w:t>59:17  yani akhirat mein woh parnoor shakhsiyat ke taur par numayan honge to us ka matlab kya hai?</w:t>
      </w:r>
      <w:r>
        <w:br/>
      </w:r>
      <w:r>
        <w:rPr>
          <w:sz w:val="20"/>
        </w:rPr>
        <w:t>59:23  to isi ko mein ne kaha ke brilliant personality.</w:t>
      </w:r>
      <w:r>
        <w:br/>
      </w:r>
      <w:r>
        <w:rPr>
          <w:sz w:val="20"/>
        </w:rPr>
        <w:t>59:29  to yeh jaisa ke mein ne arz kiya ke yeh jo brilliant personality hai momin ki, dunya mein</w:t>
      </w:r>
      <w:r>
        <w:br/>
      </w:r>
      <w:r>
        <w:rPr>
          <w:sz w:val="20"/>
        </w:rPr>
        <w:t>59:35  is ka glimpse to aap dekh sakte hain, us ki poori personality ko nahi dekh sakte.</w:t>
      </w:r>
      <w:r>
        <w:br/>
      </w:r>
      <w:r>
        <w:rPr>
          <w:sz w:val="20"/>
        </w:rPr>
        <w:t>59:41  baqi yeh jo musalman hain, ek bheed hai, woh to muslim nahi hain, woh to degenerated community hai.</w:t>
      </w:r>
      <w:r>
        <w:br/>
      </w:r>
      <w:r>
        <w:rPr>
          <w:sz w:val="20"/>
        </w:rPr>
        <w:t>59:48  degenerated community jis ko babal mein kaha gaya al-fardata al-fardata al-marfuda radiated silver.</w:t>
      </w:r>
      <w:r>
        <w:br/>
      </w:r>
      <w:r>
        <w:rPr>
          <w:sz w:val="20"/>
        </w:rPr>
        <w:t>59:54  to in ka maamla ek alag maamla hai, yani in ke andar humein in ke imaan ko revive</w:t>
      </w:r>
      <w:r>
        <w:br/>
      </w:r>
      <w:r>
        <w:rPr>
          <w:sz w:val="20"/>
        </w:rPr>
        <w:t>1:00:00  karna hai, in ke liye imaan o islam ko rediscovery banana hai.</w:t>
      </w:r>
      <w:r>
        <w:br/>
      </w:r>
      <w:r>
        <w:rPr>
          <w:sz w:val="20"/>
        </w:rPr>
        <w:t>1:00:06  baqi jo baat mein ne kahi, woh is ayat ki sharah mein hai ke akhirat mein woh jab</w:t>
      </w:r>
      <w:r>
        <w:br/>
      </w:r>
      <w:r>
        <w:rPr>
          <w:sz w:val="20"/>
        </w:rPr>
        <w:t>1:00:12  aayenge to woh ek bohat aala darje ki parnoor shakhsiyat un ki hogi.</w:t>
      </w:r>
      <w:r>
        <w:br/>
      </w:r>
      <w:r>
        <w:rPr>
          <w:sz w:val="20"/>
        </w:rPr>
        <w:t>1:00:18  isi ko mein ne kaha ke brilliant personality.</w:t>
      </w:r>
      <w:r>
        <w:br/>
      </w:r>
      <w:r>
        <w:rPr>
          <w:sz w:val="20"/>
        </w:rPr>
        <w:t>1:00:24  ab woh akhirat ke aitbar se hai, agarchay dunya mein is ka glimpse dekh sakte hain, lekin apni</w:t>
      </w:r>
      <w:r>
        <w:br/>
      </w:r>
      <w:r>
        <w:rPr>
          <w:sz w:val="20"/>
        </w:rPr>
        <w:t>1:00:30  bharpoor shakal mein woh zahir hogi akhirat mein.</w:t>
      </w:r>
    </w:p>
    <w:p>
      <w:pPr>
        <w:pStyle w:val="Heading2"/>
      </w:pPr>
      <w:r>
        <w:t>Alternative for da'wah when busy</w:t>
      </w:r>
    </w:p>
    <w:p>
      <w:r>
        <w:rPr>
          <w:color w:val="666666"/>
          <w:sz w:val="18"/>
        </w:rPr>
        <w:t>Society &amp; Dawah · 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America's ideological approach to terrorism</w:t>
      </w:r>
    </w:p>
    <w:p>
      <w:r>
        <w:rPr>
          <w:color w:val="666666"/>
          <w:sz w:val="18"/>
        </w:rPr>
        <w:t>Society &amp; Dawah · Root Cause of Terrorism February 22, 2015 · 1m 52s · at 39:14 · https://youtu.be/n0AIGEI7b9U?t=2354</w:t>
      </w:r>
    </w:p>
    <w:p>
      <w:r>
        <w:rPr>
          <w:i/>
        </w:rPr>
        <w:t>“America despite having a powerful presidency, for example, it countered communism with its ideological approach. However, it failed to adopt this ideological approach to deal with present day terrorism as they continue...”</w:t>
      </w:r>
    </w:p>
    <w:p>
      <w:r>
        <w:rPr>
          <w:sz w:val="20"/>
        </w:rPr>
        <w:t>39:14  Maulana, agla sawal kya hai Miss Raziya Siddiqui ne Delhi se aur unhon ne likha hai: "America despite</w:t>
      </w:r>
      <w:r>
        <w:br/>
      </w:r>
      <w:r>
        <w:rPr>
          <w:sz w:val="20"/>
        </w:rPr>
        <w:t>39:21  Having a powerful precedence, for example, it countered communism with its ideological approach.</w:t>
      </w:r>
      <w:r>
        <w:br/>
      </w:r>
      <w:r>
        <w:rPr>
          <w:sz w:val="20"/>
        </w:rPr>
        <w:t>39:27  However, it failed to adopt this ideological approach to deal with present-day terrorism as they continue</w:t>
      </w:r>
      <w:r>
        <w:br/>
      </w:r>
      <w:r>
        <w:rPr>
          <w:sz w:val="20"/>
        </w:rPr>
        <w:t>39:35  to use arms in win.</w:t>
      </w:r>
      <w:r>
        <w:br/>
      </w:r>
      <w:r>
        <w:rPr>
          <w:sz w:val="20"/>
        </w:rPr>
        <w:t>39:37  What is the reason for this failure?" Ba-waqi'a to yahi hai ke America ne jo tareeqa apnaya</w:t>
      </w:r>
      <w:r>
        <w:br/>
      </w:r>
      <w:r>
        <w:rPr>
          <w:sz w:val="20"/>
        </w:rPr>
        <w:t>39:45  tha Roos par, yahan woh tareeqa apnaya nahi kar saka ke Soviet Union ka muqabla kiya us ne</w:t>
      </w:r>
      <w:r>
        <w:br/>
      </w:r>
      <w:r>
        <w:rPr>
          <w:sz w:val="20"/>
        </w:rPr>
        <w:t>39:53  ideology se.</w:t>
      </w:r>
      <w:r>
        <w:br/>
      </w:r>
      <w:r>
        <w:rPr>
          <w:sz w:val="20"/>
        </w:rPr>
        <w:t>39:54  Jaise ke maine arz kiya ke Balloon Jailers kitaab ko sari dunya mein bohat zabanon mein tarjuma</w:t>
      </w:r>
      <w:r>
        <w:br/>
      </w:r>
      <w:r>
        <w:rPr>
          <w:sz w:val="20"/>
        </w:rPr>
        <w:t>40:02  karwaya amreeka ne aur is par woh chhupa tha ke "da book that is shaking the commerce world".</w:t>
      </w:r>
      <w:r>
        <w:br/>
      </w:r>
      <w:r>
        <w:rPr>
          <w:sz w:val="20"/>
        </w:rPr>
        <w:t>40:09  yahan bhi yeh chahiye tha ke aisi kitaben tayar hon jo terrorist world ko hila dein, lekin yahan</w:t>
      </w:r>
      <w:r>
        <w:br/>
      </w:r>
      <w:r>
        <w:rPr>
          <w:sz w:val="20"/>
        </w:rPr>
        <w:t>40:17  par mein samajhta hoon ke yaani amreeka ke mashir is baat ko samajh nahi sake aur woh na</w:t>
      </w:r>
      <w:r>
        <w:br/>
      </w:r>
      <w:r>
        <w:rPr>
          <w:sz w:val="20"/>
        </w:rPr>
        <w:t>40:25  to is ka hal white house ki conference hai aur na bomb bombardment.</w:t>
      </w:r>
      <w:r>
        <w:br/>
      </w:r>
      <w:r>
        <w:rPr>
          <w:sz w:val="20"/>
        </w:rPr>
        <w:t>40:30  is ke liye powerful literature darkar hai, is mein koi shaq nahi.</w:t>
      </w:r>
      <w:r>
        <w:br/>
      </w:r>
      <w:r>
        <w:rPr>
          <w:sz w:val="20"/>
        </w:rPr>
        <w:t>40:36  hum allah ke fazal se yahi kaam kar rahe hain, aisa nahi ke mein yeh baat keh raha</w:t>
      </w:r>
      <w:r>
        <w:br/>
      </w:r>
      <w:r>
        <w:rPr>
          <w:sz w:val="20"/>
        </w:rPr>
        <w:t>40:44  hoon balkeh hamara jo mission hai CPS, woh mission yahi hai ke hum powerful literature</w:t>
      </w:r>
      <w:r>
        <w:br/>
      </w:r>
      <w:r>
        <w:rPr>
          <w:sz w:val="20"/>
        </w:rPr>
        <w:t>40:51  taiyar kar rahe hain is ko counter karne ke liye aur allah ke fazal se hazaron hazar log</w:t>
      </w:r>
      <w:r>
        <w:br/>
      </w:r>
      <w:r>
        <w:rPr>
          <w:sz w:val="20"/>
        </w:rPr>
        <w:t>40:59  aise hain jin ki samajh mein baat aayi hai aur unhon ne chhod diya is violence ko.</w:t>
      </w:r>
    </w:p>
    <w:p>
      <w:pPr>
        <w:pStyle w:val="Heading2"/>
      </w:pPr>
      <w:r>
        <w:t>America's success in eliminating terrorism</w:t>
      </w:r>
    </w:p>
    <w:p>
      <w:r>
        <w:rPr>
          <w:color w:val="666666"/>
          <w:sz w:val="18"/>
        </w:rPr>
        <w:t>Society &amp; Dawah · Islamic Pacifism Q&amp;A 8 May 2011 · 9m 01s · at 35:38 · https://youtu.be/5ZersGDNVcw?t=2138</w:t>
      </w:r>
    </w:p>
    <w:p>
      <w:r>
        <w:rPr>
          <w:i/>
        </w:rPr>
        <w:t>“To what extent has America been successful in eliminating terrorism? What is your opinion about this?”</w:t>
      </w:r>
    </w:p>
    <w:p>
      <w:r>
        <w:rPr>
          <w:sz w:val="20"/>
        </w:rPr>
        <w:t>35:38  Maulana Yaqoob Umri ne Solahpur se sawal kiya hai. Unhon ne likha hai: "America terrorism ko khatam karne mein kahan tak kamyab hai?" Is ke baray mein aap ka kya khayal hai?</w:t>
      </w:r>
      <w:r>
        <w:br/>
      </w:r>
      <w:r>
        <w:rPr>
          <w:sz w:val="20"/>
        </w:rPr>
        <w:t>35:51  To aaj ke to yahi tha mauzu. Main ne is mein yahi kaha hai ke na Osama kamyab hai, na America kamyab hai.</w:t>
      </w:r>
      <w:r>
        <w:br/>
      </w:r>
      <w:r>
        <w:rPr>
          <w:sz w:val="20"/>
        </w:rPr>
        <w:t>36:00  Dono nakaam hain. Kyun ke military koi option nahi hai.</w:t>
      </w:r>
      <w:r>
        <w:br/>
      </w:r>
      <w:r>
        <w:rPr>
          <w:sz w:val="20"/>
        </w:rPr>
        <w:t>36:08  Dekhiye, yeh jo America jo kar raha hai, woh is liye nahi kar raha hai ke woh khatam kar sakta hai. Woh out of revenge kar raha hai. Jab nine eleven ka waqia hua tha to us waqt ka jo president tha, us ne kaha tha ke hum is ka inteqaam len ge.</w:t>
      </w:r>
      <w:r>
        <w:br/>
      </w:r>
      <w:r>
        <w:rPr>
          <w:sz w:val="20"/>
        </w:rPr>
        <w:t>36:25  Hum is ka inteqaam len ge. To aam jagah dekhiye aap, gharon mein, apne mohallay mein dekhiye aap, jab koi waqia aisa hota hai to inteqaam ki aag bhark uthti hai.</w:t>
      </w:r>
      <w:r>
        <w:br/>
      </w:r>
      <w:r>
        <w:rPr>
          <w:sz w:val="20"/>
        </w:rPr>
        <w:t>36:35  Revenge ki aag. To yeh sab revenge ka mamla hai. Woh bhi revenge le rahe hain, woh bhi revenge le rahe hain.</w:t>
      </w:r>
      <w:r>
        <w:br/>
      </w:r>
      <w:r>
        <w:rPr>
          <w:sz w:val="20"/>
        </w:rPr>
        <w:t>36:44  To koi result ko dekh nahi raha hai. Haalankeh result ko dekha hai to laga hai ke yeh to aap ek futa le ke size kar rahe hain.</w:t>
      </w:r>
      <w:r>
        <w:br/>
      </w:r>
      <w:r>
        <w:rPr>
          <w:sz w:val="20"/>
        </w:rPr>
        <w:t>36:55  Kyun ke hamari sari jo koshishen hain, woh counter productive ban rahi hain.</w:t>
      </w:r>
      <w:r>
        <w:br/>
      </w:r>
      <w:r>
        <w:rPr>
          <w:sz w:val="20"/>
        </w:rPr>
        <w:t>37:01  Woh result ko dekh nahi rahe. To na America dekh raha hai, na Al-Qaeda dekh raha hai. Dono is mein mere barabar ke shareek hain.</w:t>
      </w:r>
      <w:r>
        <w:br/>
      </w:r>
      <w:r>
        <w:rPr>
          <w:sz w:val="20"/>
        </w:rPr>
        <w:t>37:13  Maulana Abdul Basit Umri ne Doha Qatar se poocha hai ke tadreej ki, Islam mein tadreej ki kya ahmiyat hai?</w:t>
      </w:r>
      <w:r>
        <w:br/>
      </w:r>
      <w:r>
        <w:rPr>
          <w:sz w:val="20"/>
        </w:rPr>
        <w:t>37:25  Tadreej ka matlab hota hai gradual process. Islam mein dekhiye, gradual change mana jata hai.</w:t>
      </w:r>
      <w:r>
        <w:br/>
      </w:r>
      <w:r>
        <w:rPr>
          <w:sz w:val="20"/>
        </w:rPr>
        <w:t>37:34  Radical change nahin.</w:t>
      </w:r>
      <w:r>
        <w:br/>
      </w:r>
      <w:r>
        <w:rPr>
          <w:sz w:val="20"/>
        </w:rPr>
        <w:t>37:38  Yaani gradual tor par, dheere dheere badlao lana. Yeh hai Islam mein. Radical change Islam mein nahin hai. Kyunke woh nature ke khilaaf hai, fitrat ke khilaaf hai.</w:t>
      </w:r>
      <w:r>
        <w:br/>
      </w:r>
      <w:r>
        <w:rPr>
          <w:sz w:val="20"/>
        </w:rPr>
        <w:t>37:50  Islam ke Rasool Allah Sal Allah o Alaihi Wasallam ki jo poori life aap parhein to jo aap tabdeeli laye samaaj mein, main woh sab gradual tareeqe par laye.</w:t>
      </w:r>
      <w:r>
        <w:br/>
      </w:r>
      <w:r>
        <w:rPr>
          <w:sz w:val="20"/>
        </w:rPr>
        <w:t>37:59  Radical tareeqe par nahin.</w:t>
      </w:r>
      <w:r>
        <w:br/>
      </w:r>
      <w:r>
        <w:rPr>
          <w:sz w:val="20"/>
        </w:rPr>
        <w:t>38:01  Kyunke radical tareeqe par koi tabdeeli kabhi aa nahin sakti hai. Yeh to ek radical change ek lafz hai. Iska koi matlab nahin hai.</w:t>
      </w:r>
      <w:r>
        <w:br/>
      </w:r>
      <w:r>
        <w:rPr>
          <w:sz w:val="20"/>
        </w:rPr>
        <w:t>38:11  To gradual change hi possible hai, wahi Islam ka tareeqa hai.</w:t>
      </w:r>
      <w:r>
        <w:br/>
      </w:r>
      <w:r>
        <w:rPr>
          <w:sz w:val="20"/>
        </w:rPr>
        <w:t>38:19  Jaise misaal ke tor par dekhiye aap, Makka mein sharab haram nahin ki gayi. Haalanke Khudai shariyat mein sharab haram hua karti hai.</w:t>
      </w:r>
      <w:r>
        <w:br/>
      </w:r>
      <w:r>
        <w:rPr>
          <w:sz w:val="20"/>
        </w:rPr>
        <w:t>38:29  Makka mein haram nahin ki gayi. Dheere dheere ahkaam utarte rahe sharab ke bare mein.</w:t>
      </w:r>
      <w:r>
        <w:br/>
      </w:r>
      <w:r>
        <w:rPr>
          <w:sz w:val="20"/>
        </w:rPr>
        <w:t>38:37  Kayi stage par sharab ko haram kiya gaya hai. Yeh maine likha hai, woh aayaton ko maine naqal kiya hai ke pehle yeh kaha gaya, phir yeh kaha gaya, phir yeh kaha gaya.</w:t>
      </w:r>
      <w:r>
        <w:br/>
      </w:r>
      <w:r>
        <w:rPr>
          <w:sz w:val="20"/>
        </w:rPr>
        <w:t>38:46  To Madine mein jab log tayyar ho gaye, yaani jab to us waqt jaa kar ke ailaan kiya gaya ke sharab haram hai.</w:t>
      </w:r>
      <w:r>
        <w:br/>
      </w:r>
      <w:r>
        <w:rPr>
          <w:sz w:val="20"/>
        </w:rPr>
        <w:t>38:58  To har har tabdeeli mein yahi kiya gaya, gradual change ka tareeqa ikhtiyar kiya gaya. Radical change ka tareeqa Islam mein bilkul nahin hai.</w:t>
      </w:r>
      <w:r>
        <w:br/>
      </w:r>
      <w:r>
        <w:rPr>
          <w:sz w:val="20"/>
        </w:rPr>
        <w:t>39:12  Mr. Mustafa Omri ne Delhi se poocha hai: "Maulana sahib, scrutiny ka matlab kya hai? Aur distraction ka kya matlab hai?" Iske bare mein bataein.</w:t>
      </w:r>
      <w:r>
        <w:br/>
      </w:r>
      <w:r>
        <w:rPr>
          <w:sz w:val="20"/>
        </w:rPr>
        <w:t>39:29  Dekhiye, maine jo lafz istemaal kiya hai, shayad agar isko le kar pooch rahe hain aap, to main yeh kahunga ke jab koi shakhs aap ko ek khabar de to uski scrutiny kijiye.</w:t>
      </w:r>
      <w:r>
        <w:br/>
      </w:r>
      <w:r>
        <w:rPr>
          <w:sz w:val="20"/>
        </w:rPr>
        <w:t>39:43  Scrutiny matlab chhaan been kijiye.</w:t>
      </w:r>
      <w:r>
        <w:br/>
      </w:r>
      <w:r>
        <w:rPr>
          <w:sz w:val="20"/>
        </w:rPr>
        <w:t>39:47  Chhaan been kijiye. Jaise aap poochhein ke bhai yeh baatein tum keh rahe ho, tumne kahan dekhi? Kahan suni?</w:t>
      </w:r>
      <w:r>
        <w:br/>
      </w:r>
      <w:r>
        <w:rPr>
          <w:sz w:val="20"/>
        </w:rPr>
        <w:t>39:57  To woh kahe ge woh falan kitaab mein hai. Kaha tumne woh kitaab padhi hai? Agar woh kahega haan to kahe ge woh satar banao, woh kis page par hai woh?</w:t>
      </w:r>
      <w:r>
        <w:br/>
      </w:r>
      <w:r>
        <w:rPr>
          <w:sz w:val="20"/>
        </w:rPr>
        <w:t>40:06  Phir kitaab lao dikhao. Phir kitaab le kar dekhein aap kya us page par woh baat likhi hui hai.</w:t>
      </w:r>
      <w:r>
        <w:br/>
      </w:r>
      <w:r>
        <w:rPr>
          <w:sz w:val="20"/>
        </w:rPr>
        <w:t>40:12  Yeh hai scrutiny, yaani chhaan been.</w:t>
      </w:r>
      <w:r>
        <w:br/>
      </w:r>
      <w:r>
        <w:rPr>
          <w:sz w:val="20"/>
        </w:rPr>
        <w:t>40:17  Scrutiny ke liye Quran Majeed mein lafz aaya hai, woh woh woh doosra lafz hai lekin is yeh hukum is Quran mein maujood hai.</w:t>
      </w:r>
      <w:r>
        <w:br/>
      </w:r>
      <w:r>
        <w:rPr>
          <w:sz w:val="20"/>
        </w:rPr>
        <w:t>40:28  Tabayyun ka matlab yahi hai ke scrutiny karo iski.</w:t>
      </w:r>
      <w:r>
        <w:br/>
      </w:r>
      <w:r>
        <w:rPr>
          <w:sz w:val="20"/>
        </w:rPr>
        <w:t>40:37  Yahan faasiq jo hai iska matlab yeh nahin ke faasiq de khabar to karo nahin to na karo. Nahin. Mufassireen ne isko wazeh kiya hai ke koi bhi khabar ho, usko chhaan been karna chahiye iski.</w:t>
      </w:r>
      <w:r>
        <w:br/>
      </w:r>
      <w:r>
        <w:rPr>
          <w:sz w:val="20"/>
        </w:rPr>
        <w:t>40:52  Kyunke aksar log jo hai</w:t>
      </w:r>
      <w:r>
        <w:br/>
      </w:r>
      <w:r>
        <w:rPr>
          <w:sz w:val="20"/>
        </w:rPr>
        <w:t>40:54  Baat ko is tarah naqal karte hain ke baghair khud bhi samajhte nahin, doosre ko bhi bata nahin paate. To scrutiny jo main kehta hoon, woh khud Quran mein iska hukum maujood hai is aayat mein.</w:t>
      </w:r>
      <w:r>
        <w:br/>
      </w:r>
      <w:r>
        <w:rPr>
          <w:sz w:val="20"/>
        </w:rPr>
        <w:t>41:09  Aur main zaati taur par samajhta hoon ke baghair scrutiny kiye hue kisi baat ko maan lena yeh bilashubah bahut bada jurm hai, jurm.</w:t>
      </w:r>
      <w:r>
        <w:br/>
      </w:r>
      <w:r>
        <w:rPr>
          <w:sz w:val="20"/>
        </w:rPr>
        <w:t>41:19  Yaani akhlaqi jurm. Aap ke liye do hi option hain: ya to is baat ko sun kar maanein nahin, ya maanna hai to tehqeeq karein.</w:t>
      </w:r>
      <w:r>
        <w:br/>
      </w:r>
      <w:r>
        <w:rPr>
          <w:sz w:val="20"/>
        </w:rPr>
        <w:t>41:31  tahqeeq ke baghair maan lein aap to aap ka right nahi hai maanne ka. aur khuda ke pakar jayenge aap. doosri baat kya hai?</w:t>
      </w:r>
      <w:r>
        <w:br/>
      </w:r>
      <w:r>
        <w:rPr>
          <w:sz w:val="20"/>
        </w:rPr>
        <w:t>41:40  Scrutiny aur distraction. Distraction to hamari zindagi mein har waqt hota rehta hai. Yaani distract maani hote hain, yaani inhiraaf karna.</w:t>
      </w:r>
      <w:r>
        <w:br/>
      </w:r>
      <w:r>
        <w:rPr>
          <w:sz w:val="20"/>
        </w:rPr>
        <w:t>41:54  idhar se udhar inhiraaf kar jaana.</w:t>
      </w:r>
      <w:r>
        <w:br/>
      </w:r>
      <w:r>
        <w:rPr>
          <w:sz w:val="20"/>
        </w:rPr>
        <w:t>41:57  to</w:t>
      </w:r>
      <w:r>
        <w:br/>
      </w:r>
      <w:r>
        <w:rPr>
          <w:sz w:val="20"/>
        </w:rPr>
        <w:t>42:00  har har subah, yaani subah shaam aap ko mukhtalif qism ke distraction pesh aate hain. is distraction ki wajah se aap kabhi ghusse mein pad jaate hain, kabhi inteqaam lene ka dimaagh aa jaata hai, khayal.</w:t>
      </w:r>
      <w:r>
        <w:br/>
      </w:r>
      <w:r>
        <w:rPr>
          <w:sz w:val="20"/>
        </w:rPr>
        <w:t>42:16  kabhi ladne lagte hain.</w:t>
      </w:r>
      <w:r>
        <w:br/>
      </w:r>
      <w:r>
        <w:rPr>
          <w:sz w:val="20"/>
        </w:rPr>
        <w:t>42:19  to mislan aap soch rahe hain, ek misbat andaaz mein soch rahe hain, soch rahe hain. lekin ek shakhs ne aap ko bura keh diya to aap lage us se ladne.</w:t>
      </w:r>
      <w:r>
        <w:br/>
      </w:r>
      <w:r>
        <w:rPr>
          <w:sz w:val="20"/>
        </w:rPr>
        <w:t>42:28  wohi distraction hai wo. to aap ke soch ki line mein</w:t>
      </w:r>
      <w:r>
        <w:br/>
      </w:r>
      <w:r>
        <w:rPr>
          <w:sz w:val="20"/>
        </w:rPr>
        <w:t>42:36  jo aadmi bhatkaao le aaye, yaani misbat soch se aap ko manfi soch ki taraf daale, wahi distraction hai. to aadmi ko distraction se bahut zyada bachna hai.</w:t>
      </w:r>
      <w:r>
        <w:br/>
      </w:r>
      <w:r>
        <w:rPr>
          <w:sz w:val="20"/>
        </w:rPr>
        <w:t>42:50  koi aisi duniya hamein nahi milegi jahan hamein</w:t>
      </w:r>
      <w:r>
        <w:br/>
      </w:r>
      <w:r>
        <w:rPr>
          <w:sz w:val="20"/>
        </w:rPr>
        <w:t>42:53  distraction na pesh aaye. wo to hoga hi hoga. is liye hamein pehchaanna chahiye ke yeh hai distraction. aur yeh is ka bhi Quran majeed mein ishaara maujood hai.</w:t>
      </w:r>
      <w:r>
        <w:br/>
      </w:r>
      <w:r>
        <w:rPr>
          <w:sz w:val="20"/>
        </w:rPr>
        <w:t>43:06  is ko kaha gaya hai ke: "main shaitan ko chhedta hoon".</w:t>
      </w:r>
      <w:r>
        <w:br/>
      </w:r>
      <w:r>
        <w:rPr>
          <w:sz w:val="20"/>
        </w:rPr>
        <w:t>43:19  yeh alfaaz hain? jab unhein shaitan ka giroh chhoota hai to foran chaukane ho jaate hain. yeh chhoona kya hai? yahi hai distraction. yaani</w:t>
      </w:r>
      <w:r>
        <w:br/>
      </w:r>
      <w:r>
        <w:rPr>
          <w:sz w:val="20"/>
        </w:rPr>
        <w:t>43:24  shaitan ka koi giroh unhein bhatkaata hai, idhar se udhar, idhar se udhar. to jaldi se ba-khabar hote hain ke bhai yeh to shaitan waswasa hai. to hamein is se apne ko bachana bahut zaroori hai.</w:t>
      </w:r>
      <w:r>
        <w:br/>
      </w:r>
      <w:r>
        <w:rPr>
          <w:sz w:val="20"/>
        </w:rPr>
        <w:t>43:39  Mr. Shahroz Khan ne Delhi se likha hai: "insaan ko selective reporting se bachte hue complete reporting karni chahiye." kya is baare mein Quran mein koi rehnumai ki gayi hai?</w:t>
      </w:r>
      <w:r>
        <w:br/>
      </w:r>
      <w:r>
        <w:rPr>
          <w:sz w:val="20"/>
        </w:rPr>
        <w:t>43:55  dekhiye, yeh mutalba sahi nahi hai. aap apni maa se mohabbat karte ho to mujhe bataiye kahan kaam likha hua hai ke aap apni maa se mohabbat karo? koi ayat bata rahi hai mujhe?</w:t>
      </w:r>
      <w:r>
        <w:br/>
      </w:r>
      <w:r>
        <w:rPr>
          <w:sz w:val="20"/>
        </w:rPr>
        <w:t>44:06  yaani rehnumai ho sakti hai ke maujood ho, main sochun to wo ayat bata sakun inshallah. lekin yeh zehan galat hai. har baat ke liye aap kahein Quran ki ayat lao.</w:t>
      </w:r>
      <w:r>
        <w:br/>
      </w:r>
      <w:r>
        <w:rPr>
          <w:sz w:val="20"/>
        </w:rPr>
        <w:t>44:15  to main poochta hoon, aadmi apni maa se mohabbat karta hai to Quran mein kaun si ayat likhi hui hai ke apni maa se mohabbat karo? kahan likha hua hai?</w:t>
      </w:r>
      <w:r>
        <w:br/>
      </w:r>
      <w:r>
        <w:rPr>
          <w:sz w:val="20"/>
        </w:rPr>
        <w:t>44:23  bataiye.</w:t>
      </w:r>
    </w:p>
    <w:p>
      <w:pPr>
        <w:pStyle w:val="Heading2"/>
      </w:pPr>
      <w:r>
        <w:t>Answering professionals' questions about their professions</w:t>
      </w:r>
    </w:p>
    <w:p>
      <w:r>
        <w:rPr>
          <w:color w:val="666666"/>
          <w:sz w:val="18"/>
        </w:rPr>
        <w:t>Society &amp; Dawah · Realization of God March 16, 2014 Maulana Wahiduddin Khan · 2m 49s · at 53:21 · https://youtu.be/OA8Apjhruag?t=3201</w:t>
      </w:r>
    </w:p>
    <w:p>
      <w:r>
        <w:rPr>
          <w:i/>
        </w:rPr>
        <w:t>“During my dawah work, I have encountered this problem more often when I meet professionals like bankers, engineers, and lawyers. They usually, after reading your books, ask specific questions about their profession and want to know if you have said something about the profession of law or banking system. I am usually lost at that time. What should I answer them at that time?”</w:t>
      </w:r>
    </w:p>
    <w:p>
      <w:r>
        <w:rPr>
          <w:sz w:val="20"/>
        </w:rPr>
        <w:t>53:21  maulana, agla sawal bhi pakistan se aya hai. sister salma ne kiya hai. unhon ne likha hai: "maulana sahib, during my dawa work, i have encountered this problem more often when i meet professionals like bankers, engineers, and lawyers.</w:t>
      </w:r>
      <w:r>
        <w:br/>
      </w:r>
      <w:r>
        <w:rPr>
          <w:sz w:val="20"/>
        </w:rPr>
        <w:t>53:40  they usually, after reading your books, ask specific questions about their profession and want to know that if you have said something about the profession of law or banking system.</w:t>
      </w:r>
      <w:r>
        <w:br/>
      </w:r>
      <w:r>
        <w:rPr>
          <w:sz w:val="20"/>
        </w:rPr>
        <w:t>53:53  i am usually lost at that time. what should i answer them at that time?</w:t>
      </w:r>
      <w:r>
        <w:br/>
      </w:r>
      <w:r>
        <w:rPr>
          <w:sz w:val="20"/>
        </w:rPr>
        <w:t>53:59  please advise me." dekhiye, yeh job jo hota hai, job ek profession hai.</w:t>
      </w:r>
      <w:r>
        <w:br/>
      </w:r>
      <w:r>
        <w:rPr>
          <w:sz w:val="20"/>
        </w:rPr>
        <w:t>54:08  professional course karne wale jo hain, un ko job mil jata hai. is mani mein quran mein kuch hit ho sakti hai, lekin quran is ki kitab nahi hai.</w:t>
      </w:r>
      <w:r>
        <w:br/>
      </w:r>
      <w:r>
        <w:rPr>
          <w:sz w:val="20"/>
        </w:rPr>
        <w:t>54:19  koi professional book nahi hai. quran majeed, quran majeed to hidayat ki kitab hai. insan dunya mein kaise rahe aur akhirat mein us ko jannat kaise mile, yeh batane ke liye, creation plan of god batane ke liye.</w:t>
      </w:r>
      <w:r>
        <w:br/>
      </w:r>
      <w:r>
        <w:rPr>
          <w:sz w:val="20"/>
        </w:rPr>
        <w:t>54:34  to use kahe ke aap un se bohat kitaben hain, wahan parhiye. quran is ke liye nahi hai. quran to divine guide book hai aur dunya mein kaise aap rahen,</w:t>
      </w:r>
      <w:r>
        <w:br/>
      </w:r>
      <w:r>
        <w:rPr>
          <w:sz w:val="20"/>
        </w:rPr>
        <w:t>54:49  sirat-e-mustaqeem par aur akhirat mein jannat kaise mile, is ko batane ke liye. baqi aap janna chahte hain to phir aap doosri kitaben un ko parhiye. yani direct taur par nahi hai, lekin indirect taur par bohat kuch mil jayega.</w:t>
      </w:r>
      <w:r>
        <w:br/>
      </w:r>
      <w:r>
        <w:rPr>
          <w:sz w:val="20"/>
        </w:rPr>
        <w:t>55:04  hamari koi kitaben hain, char kitaben, woh yeh hi to hai. woh indirect taur par is mein quran hi ki baat kahi gayi hai, jis ka naam hai raja hayat, tabe hayat,</w:t>
      </w:r>
      <w:r>
        <w:br/>
      </w:r>
      <w:r>
        <w:rPr>
          <w:sz w:val="20"/>
        </w:rPr>
        <w:t>55:18  rehnama hayat, kitab-e-zindagi. yeh char kitaben hain, woh woh sab ke sab quran ke talimat ka application hai hamari rozmarra ki zindagi mein.</w:t>
      </w:r>
      <w:r>
        <w:br/>
      </w:r>
      <w:r>
        <w:rPr>
          <w:sz w:val="20"/>
        </w:rPr>
        <w:t>55:34  to un ko dijiye, woh parhen. is ko agar woh english wale log hain to un ko aap hamara vision dijiye. urdu wale log hain to yeh sari kitaben dijiye un ko.</w:t>
      </w:r>
      <w:r>
        <w:br/>
      </w:r>
      <w:r>
        <w:rPr>
          <w:sz w:val="20"/>
        </w:rPr>
        <w:t>55:43  un ka jawab ho jayega. raja hayat, tabe hayat, rehnama hayat, kitab-e-zindagi, aise logon ke liye kitaben best hain.</w:t>
      </w:r>
      <w:r>
        <w:br/>
      </w:r>
      <w:r>
        <w:rPr>
          <w:sz w:val="20"/>
        </w:rPr>
        <w:t>55:52  woh kitabon mein jo baat kahi gayi hai, woh quran hadith hi ke lekar kahi gayi hai. unhi ke isharon ki tafsir ki gayi hai. is mein quran hadith ke jo isharay hain, unhi ki tafsir ki gayi hai.</w:t>
      </w:r>
      <w:r>
        <w:br/>
      </w:r>
      <w:r>
        <w:rPr>
          <w:sz w:val="20"/>
        </w:rPr>
        <w:t>56:05  aisay logon ko aap yeh kitabein dijiye.</w:t>
      </w:r>
    </w:p>
    <w:p>
      <w:pPr>
        <w:pStyle w:val="Heading2"/>
      </w:pPr>
      <w:r>
        <w:t>Applicability of non-confrontation model</w:t>
      </w:r>
    </w:p>
    <w:p>
      <w:r>
        <w:rPr>
          <w:color w:val="666666"/>
          <w:sz w:val="18"/>
        </w:rPr>
        <w:t>Society &amp; Dawah · The Companions and the Hadith Scholars June 24, 2012 · 1m 44s · at 1:30:15 · https://youtu.be/Dj4QiYnxgBs?t=5415</w:t>
      </w:r>
    </w:p>
    <w:p>
      <w:r>
        <w:rPr>
          <w:i/>
        </w:rPr>
        <w:t>“Is non-confrontation model of Muhaddithin applicable in non-Muslim countries as this is pre-government period? Secondly, can the confrontation with colonial government be compared with Muhaddithin non-confrontation model?”</w:t>
      </w:r>
    </w:p>
    <w:p>
      <w:r>
        <w:rPr>
          <w:sz w:val="20"/>
        </w:rPr>
        <w:t>1:30:15  mein samajhta hoon ke yeh buniyadi kaam hai. jo hamare haan se tayyar kiya gaya hai. maulana, agla sawal dilli se hai, mister yahya qamar sahib ka.</w:t>
      </w:r>
      <w:r>
        <w:br/>
      </w:r>
      <w:r>
        <w:rPr>
          <w:sz w:val="20"/>
        </w:rPr>
        <w:t>1:30:26  unhon ne likha hai "Is non-confrontation model of muhaddiseen applicable in non-muslim countries as this is pre-government period?</w:t>
      </w:r>
      <w:r>
        <w:br/>
      </w:r>
      <w:r>
        <w:rPr>
          <w:sz w:val="20"/>
        </w:rPr>
        <w:t>1:30:38  Secondly, can the confrontation with ustamari government be compared with muhaddiseen non-confrontation model?" yeh sawal bilkul ghair mutalliq hai.</w:t>
      </w:r>
      <w:r>
        <w:br/>
      </w:r>
      <w:r>
        <w:rPr>
          <w:sz w:val="20"/>
        </w:rPr>
        <w:t>1:30:52  masla yeh nahi hai ke muslim hukumat ho to aap takraao nahi karen ge. aur doosre log hon to aap takraao karen ge. kisi bhi hukumat mein agar aap ko mawaqe hasil hain to aap ko takraao haram hai.</w:t>
      </w:r>
      <w:r>
        <w:br/>
      </w:r>
      <w:r>
        <w:rPr>
          <w:sz w:val="20"/>
        </w:rPr>
        <w:t>1:31:06  haram.</w:t>
      </w:r>
      <w:r>
        <w:br/>
      </w:r>
      <w:r>
        <w:rPr>
          <w:sz w:val="20"/>
        </w:rPr>
        <w:t>1:31:07  chahe india ho ya america ho. asal masla yeh nahi hai ke woh hukumat mein jo baitha hua hai, woh muslim hai ya non-muslim. seat par.</w:t>
      </w:r>
      <w:r>
        <w:br/>
      </w:r>
      <w:r>
        <w:rPr>
          <w:sz w:val="20"/>
        </w:rPr>
        <w:t>1:31:15  is se koi baat nahi hai. baat sirf yeh hai ke freedom of religion hai ke nahi hai. jab hai to bas phir haram ho gaya woh.</w:t>
      </w:r>
      <w:r>
        <w:br/>
      </w:r>
      <w:r>
        <w:rPr>
          <w:sz w:val="20"/>
        </w:rPr>
        <w:t>1:31:26  jaise muhaddiseen ke zamanay mein muslim hukmaran thay. sahih hai. lekin aaj jo hai, non-hukmran, yeh non-muslim hain, yeh bhi sahih hai.</w:t>
      </w:r>
      <w:r>
        <w:br/>
      </w:r>
      <w:r>
        <w:rPr>
          <w:sz w:val="20"/>
        </w:rPr>
        <w:t>1:31:35  lekin illat to mushtarak hai. illat mushtarak hai. yani mawaqe kaar jo woh de raha ho, us se takraao nahi kiya jayega.</w:t>
      </w:r>
      <w:r>
        <w:br/>
      </w:r>
      <w:r>
        <w:rPr>
          <w:sz w:val="20"/>
        </w:rPr>
        <w:t>1:31:45  yani opportunity khuli rahen aur freedom of religion maujood ho to phir takraao haram ho jayega. chahe woh america ho ya india ho ya koi aur mulk ho.</w:t>
      </w:r>
    </w:p>
    <w:p>
      <w:pPr>
        <w:pStyle w:val="Heading2"/>
      </w:pPr>
      <w:r>
        <w:t>Applying Unity Despite Differences in Dawah</w:t>
      </w:r>
    </w:p>
    <w:p>
      <w:r>
        <w:rPr>
          <w:color w:val="666666"/>
          <w:sz w:val="18"/>
        </w:rPr>
        <w:t>Society &amp; Dawah · Importance of Peace August 17, 2014 · 1m 58s · at 54:03 · https://youtu.be/ifxSwh2Jckw?t=3243</w:t>
      </w:r>
    </w:p>
    <w:p>
      <w:r>
        <w:rPr>
          <w:i/>
        </w:rPr>
        <w:t>“One of your quotes: 'Learn to maintain unity despite differences.' This is the best formula for maintaining peace and to do Dawah work. But normally people do not follow this principle even while doing Dawah work. My question is how can it be applied in Dawah work?”</w:t>
      </w:r>
    </w:p>
    <w:p>
      <w:r>
        <w:rPr>
          <w:sz w:val="20"/>
        </w:rPr>
        <w:t>54:03  Maulana, agla sawal Muzaffar Nagar se Anas sahib ne kiya hai aur unhone likha hai: One of your quotes "Ikhtilaf ke bawajood ittehad rakhna seekho." Maulana This is the best formula for maintaining peace and to do Dawa work.</w:t>
      </w:r>
      <w:r>
        <w:br/>
      </w:r>
      <w:r>
        <w:rPr>
          <w:sz w:val="20"/>
        </w:rPr>
        <w:t>54:22  But Maulana normally people do not follow this principle even while doing Dawa work. My question is how can it be applied in Dawa work?</w:t>
      </w:r>
      <w:r>
        <w:br/>
      </w:r>
      <w:r>
        <w:rPr>
          <w:sz w:val="20"/>
        </w:rPr>
        <w:t>54:32  Please advice. Asal mein dekhiye, ikhtilaf ke bawajood ittehad kisi insaan ke muqable mein hota hai.</w:t>
      </w:r>
      <w:r>
        <w:br/>
      </w:r>
      <w:r>
        <w:rPr>
          <w:sz w:val="20"/>
        </w:rPr>
        <w:t>54:42  Kisi se ikhtilaf hua, phir us ko us se aap ko ittehad karna hai. To bazahir aap ke samne aik insaan hota hai jis ke muqable mein aap ko yeh apnana padta hai, yeh nazariya ke ikhtilaf ke bawajood ittehad.</w:t>
      </w:r>
      <w:r>
        <w:br/>
      </w:r>
      <w:r>
        <w:rPr>
          <w:sz w:val="20"/>
        </w:rPr>
        <w:t>54:58  Halanke woh Allah ke liye hai.</w:t>
      </w:r>
      <w:r>
        <w:br/>
      </w:r>
      <w:r>
        <w:rPr>
          <w:sz w:val="20"/>
        </w:rPr>
        <w:t>55:01  Agar is mein aap "La ilaha illallah" Allah ke liye to foran aadmi thanda ho jayega.</w:t>
      </w:r>
      <w:r>
        <w:br/>
      </w:r>
      <w:r>
        <w:rPr>
          <w:sz w:val="20"/>
        </w:rPr>
        <w:t>55:09  Kyunke aisa kar ke us ko Allah ka sawab lena hai, Allah ka inaam lena hai.</w:t>
      </w:r>
      <w:r>
        <w:br/>
      </w:r>
      <w:r>
        <w:rPr>
          <w:sz w:val="20"/>
        </w:rPr>
        <w:t>55:16  To is tarah ke mamle ko insaan ka mamla na samajhna, balke Allah ka mamla samajhna aur "La ilaha illallah" us ko karna, isi se aadmi ke sare manfi khayalat khatam ho jate hain aur uska zehn thanda ho jata hai.</w:t>
      </w:r>
      <w:r>
        <w:br/>
      </w:r>
      <w:r>
        <w:rPr>
          <w:sz w:val="20"/>
        </w:rPr>
        <w:t>55:33  Lekin jab aap koi insaan ka mamla samjhenge to aap react karenge.</w:t>
      </w:r>
      <w:r>
        <w:br/>
      </w:r>
      <w:r>
        <w:rPr>
          <w:sz w:val="20"/>
        </w:rPr>
        <w:t>55:38  Yeh yeh sara khulasa hai ke cheezon ko Allah ke aitbar se kijiye, Allah ki nisbat se kijiye, insaan ki nisbat se nahi.</w:t>
      </w:r>
      <w:r>
        <w:br/>
      </w:r>
      <w:r>
        <w:rPr>
          <w:sz w:val="20"/>
        </w:rPr>
        <w:t>55:48  Koi bhi cheez ho, koi bhi cheez ho, chahe ghar mein ho ya ghar mein bahar ho, cheezon ko aap insaan ki nisbat na dekhiye, Allah ki nisbat nisbat se dekhiye. Bas sab cheez durust ho jayegi.</w:t>
      </w:r>
    </w:p>
    <w:p>
      <w:pPr>
        <w:pStyle w:val="Heading2"/>
      </w:pPr>
      <w:r>
        <w:t>Applying Vatican Principle in Social Life</w:t>
      </w:r>
    </w:p>
    <w:p>
      <w:r>
        <w:rPr>
          <w:color w:val="666666"/>
          <w:sz w:val="18"/>
        </w:rPr>
        <w:t>Society &amp; Dawah · Formula of Human Life | March 13, 2016 · 2m 41s · at 1:07:36 · https://youtu.be/Et_ZQTYZzjU?t=4056</w:t>
      </w:r>
    </w:p>
    <w:p>
      <w:r>
        <w:rPr>
          <w:i/>
        </w:rPr>
        <w:t>“Can the Vatican principle be applied in one's social life by limiting oneself to the possible? Please advise.”</w:t>
      </w:r>
    </w:p>
    <w:p>
      <w:r>
        <w:rPr>
          <w:sz w:val="20"/>
        </w:rPr>
        <w:t>1:07:36  maulana, agla sawal miss</w:t>
      </w:r>
      <w:r>
        <w:br/>
      </w:r>
      <w:r>
        <w:rPr>
          <w:sz w:val="20"/>
        </w:rPr>
        <w:t>1:07:42  naghma siddiqui ne kiya hai dilli se, aur unhon ne aap se poocha hai ke: "can the vatican</w:t>
      </w:r>
      <w:r>
        <w:br/>
      </w:r>
      <w:r>
        <w:rPr>
          <w:sz w:val="20"/>
        </w:rPr>
        <w:t>1:07:48  principle be applied in ones social life by limiting our self to the possible?" please advice.</w:t>
      </w:r>
      <w:r>
        <w:br/>
      </w:r>
      <w:r>
        <w:rPr>
          <w:sz w:val="20"/>
        </w:rPr>
        <w:t>1:07:54  bilkul, hum to apne ghar mein hi vatican principle ko apply karte hain.</w:t>
      </w:r>
      <w:r>
        <w:br/>
      </w:r>
      <w:r>
        <w:rPr>
          <w:sz w:val="20"/>
        </w:rPr>
        <w:t>1:08:00  aap yaqeen kijiye, mein aap ko batata hoon bohat hi interesting story.</w:t>
      </w:r>
      <w:r>
        <w:br/>
      </w:r>
      <w:r>
        <w:rPr>
          <w:sz w:val="20"/>
        </w:rPr>
        <w:t>1:08:07  mere ghar mein yeh jo c 2</w:t>
      </w:r>
      <w:r>
        <w:br/>
      </w:r>
      <w:r>
        <w:rPr>
          <w:sz w:val="20"/>
        </w:rPr>
        <w:t>1:08:13  9 jo hai, wahan aik corner hai, is ko mein kehta hoon yaani garden ki taraf face karta hai.</w:t>
      </w:r>
      <w:r>
        <w:br/>
      </w:r>
      <w:r>
        <w:rPr>
          <w:sz w:val="20"/>
        </w:rPr>
        <w:t>1:08:20  woh to mein is ko kehta hoon spiritual corner.</w:t>
      </w:r>
      <w:r>
        <w:br/>
      </w:r>
      <w:r>
        <w:rPr>
          <w:sz w:val="20"/>
        </w:rPr>
        <w:t>1:08:28  wahan aik aik ceiling fan hai, us ceiling fan ke neeche mein baithta tha to kya hua ke</w:t>
      </w:r>
      <w:r>
        <w:br/>
      </w:r>
      <w:r>
        <w:rPr>
          <w:sz w:val="20"/>
        </w:rPr>
        <w:t>1:08:36  wahan par yeh pigeon jo hoti hai na, pigeon jis ko hum faakhta kehte hain, woh wahan par</w:t>
      </w:r>
      <w:r>
        <w:br/>
      </w:r>
      <w:r>
        <w:rPr>
          <w:sz w:val="20"/>
        </w:rPr>
        <w:t>1:08:43  bohat aanay lagi.</w:t>
      </w:r>
      <w:r>
        <w:br/>
      </w:r>
      <w:r>
        <w:rPr>
          <w:sz w:val="20"/>
        </w:rPr>
        <w:t>1:08:48  to aik din aisa hua ke aik faakhta, aik pigeon, is ke is se takra gayi.</w:t>
      </w:r>
      <w:r>
        <w:br/>
      </w:r>
      <w:r>
        <w:rPr>
          <w:sz w:val="20"/>
        </w:rPr>
        <w:t>1:08:52  fan chal raha tha to usi waqt giri aur mar gayi.</w:t>
      </w:r>
      <w:r>
        <w:br/>
      </w:r>
      <w:r>
        <w:rPr>
          <w:sz w:val="20"/>
        </w:rPr>
        <w:t>1:08:56  woh khoon nikalne laga to mein ne samjha ke yeh shayad by chance hua.</w:t>
      </w:r>
      <w:r>
        <w:br/>
      </w:r>
      <w:r>
        <w:rPr>
          <w:sz w:val="20"/>
        </w:rPr>
        <w:t>1:09:01  ab mein phir bhi chalata raha, phir aik do din ke baad phir yahi hua.</w:t>
      </w:r>
      <w:r>
        <w:br/>
      </w:r>
      <w:r>
        <w:rPr>
          <w:sz w:val="20"/>
        </w:rPr>
        <w:t>1:09:05  us din se aaj tak mein chalata hi nahin.</w:t>
      </w:r>
      <w:r>
        <w:br/>
      </w:r>
      <w:r>
        <w:rPr>
          <w:sz w:val="20"/>
        </w:rPr>
        <w:t>1:09:09  mein ne apne hi ghar mein aik vatican bana rakha hai, bana rakha hai,</w:t>
      </w:r>
      <w:r>
        <w:br/>
      </w:r>
      <w:r>
        <w:rPr>
          <w:sz w:val="20"/>
        </w:rPr>
        <w:t>1:09:13  is ko de diya faakhta ko ke uro jo chahe karo.</w:t>
      </w:r>
      <w:r>
        <w:br/>
      </w:r>
      <w:r>
        <w:rPr>
          <w:sz w:val="20"/>
        </w:rPr>
        <w:t>1:09:19  mein mein itne mein rahoon ga.</w:t>
      </w:r>
      <w:r>
        <w:br/>
      </w:r>
      <w:r>
        <w:rPr>
          <w:sz w:val="20"/>
        </w:rPr>
        <w:t>1:09:24  This is also applying the Vatican principle.</w:t>
      </w:r>
      <w:r>
        <w:br/>
      </w:r>
      <w:r>
        <w:rPr>
          <w:sz w:val="20"/>
        </w:rPr>
        <w:t>1:09:29  yeh to nature hai, aap ko shaq ho jaye to mere ghar mein dekh lijye ke mein apne</w:t>
      </w:r>
      <w:r>
        <w:br/>
      </w:r>
      <w:r>
        <w:rPr>
          <w:sz w:val="20"/>
        </w:rPr>
        <w:t>1:09:34  is jo mera apna corner tha, jahan mein rozana baithta tha, wahan mein apne aap ko mein ne</w:t>
      </w:r>
      <w:r>
        <w:br/>
      </w:r>
      <w:r>
        <w:rPr>
          <w:sz w:val="20"/>
        </w:rPr>
        <w:t>1:09:39  sameit liya aur sara de diya fakhta ko,</w:t>
      </w:r>
      <w:r>
        <w:br/>
      </w:r>
      <w:r>
        <w:rPr>
          <w:sz w:val="20"/>
        </w:rPr>
        <w:t>1:09:44  pigeon ko.</w:t>
      </w:r>
      <w:r>
        <w:br/>
      </w:r>
      <w:r>
        <w:rPr>
          <w:sz w:val="20"/>
        </w:rPr>
        <w:t>1:09:50  This is also Vatican principle, yani Pope ne yeh kiya tha ke Europe ko de diya, doosron ko</w:t>
      </w:r>
      <w:r>
        <w:br/>
      </w:r>
      <w:r>
        <w:rPr>
          <w:sz w:val="20"/>
        </w:rPr>
        <w:t>1:09:55  khud vatican ke aik chote area mein apna seater bana liya.</w:t>
      </w:r>
      <w:r>
        <w:br/>
      </w:r>
      <w:r>
        <w:rPr>
          <w:sz w:val="20"/>
        </w:rPr>
        <w:t>1:10:01  wohi mein ne kiya hai, already apne ghar mein.</w:t>
      </w:r>
      <w:r>
        <w:br/>
      </w:r>
      <w:r>
        <w:rPr>
          <w:sz w:val="20"/>
        </w:rPr>
        <w:t>1:10:07  yeh toh best yani principal hai aur yeh law of nature pe base karta hai.</w:t>
      </w:r>
      <w:r>
        <w:br/>
      </w:r>
      <w:r>
        <w:rPr>
          <w:sz w:val="20"/>
        </w:rPr>
        <w:t>1:10:12  kisi ko shaq ho toh mere ghar mein aa ke dekh sakta hai. woh</w:t>
      </w:r>
    </w:p>
    <w:p>
      <w:pPr>
        <w:pStyle w:val="Heading2"/>
      </w:pPr>
      <w:r>
        <w:t>Applying war versus ideology wisdom</w:t>
      </w:r>
    </w:p>
    <w:p>
      <w:r>
        <w:rPr>
          <w:color w:val="666666"/>
          <w:sz w:val="18"/>
        </w:rPr>
        <w:t>Society &amp; Dawah · The Creation Plan December 09, 2018 · 2m 05s · at 53:45 · https://youtu.be/y8tS4vW9lFI?t=3225</w:t>
      </w:r>
    </w:p>
    <w:p>
      <w:r>
        <w:rPr>
          <w:i/>
        </w:rPr>
        <w:t>“You talked about war versus ideology in today's talk. This is very powerful wisdom in the present time for the ummah. My question is: How can we apply this today?”</w:t>
      </w:r>
    </w:p>
    <w:p>
      <w:r>
        <w:rPr>
          <w:sz w:val="20"/>
        </w:rPr>
        <w:t>53:45  For such personalities, God has created paradise. May God give us strength to actualize our personality." Maulana, agla sawal lete hain.</w:t>
      </w:r>
      <w:r>
        <w:br/>
      </w:r>
      <w:r>
        <w:rPr>
          <w:sz w:val="20"/>
        </w:rPr>
        <w:t>53:57  Ye sawal bheja hai Chennai se Maulana Iqbal Umri ne. Unho ne likha hai: "Maulana, you talked about war versus ideology in today's talk.</w:t>
      </w:r>
      <w:r>
        <w:br/>
      </w:r>
      <w:r>
        <w:rPr>
          <w:sz w:val="20"/>
        </w:rPr>
        <w:t>54:09  This is very powerful wisdom in the present time for the Ummah. My question is: How can we apply this today?</w:t>
      </w:r>
      <w:r>
        <w:br/>
      </w:r>
      <w:r>
        <w:rPr>
          <w:sz w:val="20"/>
        </w:rPr>
        <w:t>54:19  Kindly explain this to all of us." Bhai, waise hi jaise Rasool Allah ne kiya.</w:t>
      </w:r>
      <w:r>
        <w:br/>
      </w:r>
      <w:r>
        <w:rPr>
          <w:sz w:val="20"/>
        </w:rPr>
        <w:t>54:29  Yaani dekhiye, war se peace ki taraf aana ye opposite party kam nahi, kaam nahi hai.</w:t>
      </w:r>
      <w:r>
        <w:br/>
      </w:r>
      <w:r>
        <w:rPr>
          <w:sz w:val="20"/>
        </w:rPr>
        <w:t>54:45  Maidan maidan ko war se hata kar ke peace mein lana, ye wo opposite party kabhi bhi nahi kare gi.</w:t>
      </w:r>
      <w:r>
        <w:br/>
      </w:r>
      <w:r>
        <w:rPr>
          <w:sz w:val="20"/>
        </w:rPr>
        <w:t>54:55  yeh aap ko khud karna parta hai, chahe lafz rasool Allah kaghaz pe bithana parae.</w:t>
      </w:r>
      <w:r>
        <w:br/>
      </w:r>
      <w:r>
        <w:rPr>
          <w:sz w:val="20"/>
        </w:rPr>
        <w:t>55:03  to hut dhali ko khatam karein, akarr ko khatam karein, ana ko khatam karein. hamari ummat mein jo log rehnuma ban gaye, unhone is se mutalba se sikhaya hai, wo doosre se mango, doosre se mango,</w:t>
      </w:r>
      <w:r>
        <w:br/>
      </w:r>
      <w:r>
        <w:rPr>
          <w:sz w:val="20"/>
        </w:rPr>
        <w:t>55:19  tum karo. rasool Allah ne kaha ke mein karunga.</w:t>
      </w:r>
      <w:r>
        <w:br/>
      </w:r>
      <w:r>
        <w:rPr>
          <w:sz w:val="20"/>
        </w:rPr>
        <w:t>55:27  yeh kehti hai bari sunnat rasool hai yeh ke aaj ke musalman doosre se mang karte hain ke tum karo, aur rasool Allah ne yeh kiya ke mein karunga, i will do it.</w:t>
      </w:r>
      <w:r>
        <w:br/>
      </w:r>
      <w:r>
        <w:rPr>
          <w:sz w:val="20"/>
        </w:rPr>
        <w:t>55:41  to bas isi sunnat ko le lene aur is ka dunya mein peace aa jayega.</w:t>
      </w:r>
    </w:p>
    <w:p>
      <w:pPr>
        <w:pStyle w:val="Heading2"/>
      </w:pPr>
      <w:r>
        <w:t>Approach of social reformer in diverse India</w:t>
      </w:r>
    </w:p>
    <w:p>
      <w:r>
        <w:rPr>
          <w:color w:val="666666"/>
          <w:sz w:val="18"/>
        </w:rPr>
        <w:t>Society &amp; Dawah · Social Reform | December 22, 2013 | Maulana Wahiduddin Khan · 1m 45s · at 52:38 · https://youtu.be/kGP903BvDto?t=3158</w:t>
      </w:r>
    </w:p>
    <w:p>
      <w:r>
        <w:rPr>
          <w:i/>
        </w:rPr>
        <w:t>“What should be the approach of social reformer for the society? India is a country which has diversity.”</w:t>
      </w:r>
    </w:p>
    <w:p>
      <w:r>
        <w:rPr>
          <w:sz w:val="20"/>
        </w:rPr>
        <w:t>52:38  Maulana, agla sawal Ajmer se kiya hai Dr. Safeena Tabassum ne.</w:t>
      </w:r>
      <w:r>
        <w:br/>
      </w:r>
      <w:r>
        <w:rPr>
          <w:sz w:val="20"/>
        </w:rPr>
        <w:t>52:44  unho ne likha hai: "What should be the approach of social reformer for the society?</w:t>
      </w:r>
      <w:r>
        <w:br/>
      </w:r>
      <w:r>
        <w:rPr>
          <w:sz w:val="20"/>
        </w:rPr>
        <w:t>52:50  India is a country which has diversity.</w:t>
      </w:r>
      <w:r>
        <w:br/>
      </w:r>
      <w:r>
        <w:rPr>
          <w:sz w:val="20"/>
        </w:rPr>
        <w:t>52:56  Does it mean that it has a great potential to progress?</w:t>
      </w:r>
      <w:r>
        <w:br/>
      </w:r>
      <w:r>
        <w:rPr>
          <w:sz w:val="20"/>
        </w:rPr>
        <w:t>53:02  What is your comment? bhai, India ka to</w:t>
      </w:r>
      <w:r>
        <w:br/>
      </w:r>
      <w:r>
        <w:rPr>
          <w:sz w:val="20"/>
        </w:rPr>
        <w:t>53:08  sab se bara masla Corruption hai.</w:t>
      </w:r>
      <w:r>
        <w:br/>
      </w:r>
      <w:r>
        <w:rPr>
          <w:sz w:val="20"/>
        </w:rPr>
        <w:t>53:12  India mein sab kuch theek thaak hai.</w:t>
      </w:r>
      <w:r>
        <w:br/>
      </w:r>
      <w:r>
        <w:rPr>
          <w:sz w:val="20"/>
        </w:rPr>
        <w:t>53:15  main samajhta hoon ke yahan koi aur bari kami nahi hai.</w:t>
      </w:r>
      <w:r>
        <w:br/>
      </w:r>
      <w:r>
        <w:rPr>
          <w:sz w:val="20"/>
        </w:rPr>
        <w:t>53:19  sab se bara jo masla hai yahan ka Corruption hai.</w:t>
      </w:r>
      <w:r>
        <w:br/>
      </w:r>
      <w:r>
        <w:rPr>
          <w:sz w:val="20"/>
        </w:rPr>
        <w:t>53:23  woh itna zyada hai ke neeche se ooper tak corrupt hi corrupt hai.</w:t>
      </w:r>
      <w:r>
        <w:br/>
      </w:r>
      <w:r>
        <w:rPr>
          <w:sz w:val="20"/>
        </w:rPr>
        <w:t>53:27  toh is masle ko kaise khatam kiya jaye? toh abhi jo tadabeer ho rahi hain, is se Corruption</w:t>
      </w:r>
      <w:r>
        <w:br/>
      </w:r>
      <w:r>
        <w:rPr>
          <w:sz w:val="20"/>
        </w:rPr>
        <w:t>53:31  khatam hone wala nahi hai.</w:t>
      </w:r>
      <w:r>
        <w:br/>
      </w:r>
      <w:r>
        <w:rPr>
          <w:sz w:val="20"/>
        </w:rPr>
        <w:t>53:34  is se khatam nahi ho sakta Corruption. yeh bara</w:t>
      </w:r>
      <w:r>
        <w:br/>
      </w:r>
      <w:r>
        <w:rPr>
          <w:sz w:val="20"/>
        </w:rPr>
        <w:t>53:38  bara masla hai, woh bohat zyada sochne ki baat hai. abhi jo tadabeer ho rahi hain, koi tehreek chala raha hai, koi qanoon bana raha hai, is se Corruption khatam honay wala hai. One percent bhi is se koi farq nahi aanay wala hai. is ke is ke siwa jo moajza jo tadabeer hain, is ke siwa humein kuch aur sochna parhega. ab is par main is waqt tafseel se nahi kuch keh sakta. sirf yahi keh sakta hoon keh sab se</w:t>
      </w:r>
      <w:r>
        <w:br/>
      </w:r>
      <w:r>
        <w:rPr>
          <w:sz w:val="20"/>
        </w:rPr>
        <w:t>54:08  bara masla India ka Corruption hai.</w:t>
      </w:r>
      <w:r>
        <w:br/>
      </w:r>
      <w:r>
        <w:rPr>
          <w:sz w:val="20"/>
        </w:rPr>
        <w:t>54:13  aur abhi jo tadabeer ki ja rahi hain, chahe qanoon saazi ho ya tehreekein hon, is se Corruption</w:t>
      </w:r>
      <w:r>
        <w:br/>
      </w:r>
      <w:r>
        <w:rPr>
          <w:sz w:val="20"/>
        </w:rPr>
        <w:t>54:18  khatam hone wala nahi hai.</w:t>
      </w:r>
    </w:p>
    <w:p>
      <w:pPr>
        <w:pStyle w:val="Heading2"/>
      </w:pPr>
      <w:r>
        <w:t>Approach to soften Muslims' hearts</w:t>
      </w:r>
    </w:p>
    <w:p>
      <w:r>
        <w:rPr>
          <w:color w:val="666666"/>
          <w:sz w:val="18"/>
        </w:rPr>
        <w:t>Society &amp; Dawah · 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Approach towards people who reject guidance</w:t>
      </w:r>
    </w:p>
    <w:p>
      <w:r>
        <w:rPr>
          <w:color w:val="666666"/>
          <w:sz w:val="18"/>
        </w:rPr>
        <w:t>Society &amp; Dawah · Islam in A New Age August 30, 2020 Maulana Wahiduddin Khan · 57s · at 34:54 · https://youtu.be/R2EEb2xSIcA?t=2094</w:t>
      </w:r>
    </w:p>
    <w:p>
      <w:r>
        <w:rPr>
          <w:i/>
        </w:rPr>
        <w:t>“There are many people who are unaware and don't want to listen to you. They think that we are just showing off our knowledge, and they start adopting the wrong path just to tease us. And Allah knows why. What should be our approach towards such people and how can we make them understand?”</w:t>
      </w:r>
    </w:p>
    <w:p>
      <w:r>
        <w:rPr>
          <w:sz w:val="20"/>
        </w:rPr>
        <w:t>34:54  maulana, agla sawal miss maryam saim ne bheja hai, unhon ne location nahi likhi hai. un ka sawal hai: maulana, der are many people who are bekhabar and dont want to listen to you.</w:t>
      </w:r>
      <w:r>
        <w:br/>
      </w:r>
      <w:r>
        <w:rPr>
          <w:sz w:val="20"/>
        </w:rPr>
        <w:t>35:11  they think that we are just showing off our knowledge, and they start adopting the wrong path just to tease us.</w:t>
      </w:r>
      <w:r>
        <w:br/>
      </w:r>
      <w:r>
        <w:rPr>
          <w:sz w:val="20"/>
        </w:rPr>
        <w:t>35:21  aur allah knows why. what should be our approach towards such people and how can we make them understand?</w:t>
      </w:r>
      <w:r>
        <w:br/>
      </w:r>
      <w:r>
        <w:rPr>
          <w:sz w:val="20"/>
        </w:rPr>
        <w:t>35:32  dua kijiye un ke liye. mein bhi dua karta hoon ke allah taala un ki bekhabari ko tod de aur sach aur sachay maene mein aarif bane.</w:t>
      </w:r>
      <w:r>
        <w:br/>
      </w:r>
      <w:r>
        <w:rPr>
          <w:sz w:val="20"/>
        </w:rPr>
        <w:t>35:44  aarif!</w:t>
      </w:r>
    </w:p>
    <w:p>
      <w:pPr>
        <w:pStyle w:val="Heading2"/>
      </w:pPr>
      <w:r>
        <w:t>Arab Scholar Blames Muslims' Failure on Jihad</w:t>
      </w:r>
    </w:p>
    <w:p>
      <w:r>
        <w:rPr>
          <w:color w:val="666666"/>
          <w:sz w:val="18"/>
        </w:rPr>
        <w:t>Society &amp; Dawah · The Secret of Divine Wisdom September 2, 2012 · 3m 53s · at 1:15:21 · https://youtu.be/ZXQlrW7PqAE?t=4521</w:t>
      </w:r>
    </w:p>
    <w:p>
      <w:r>
        <w:rPr>
          <w:i/>
        </w:rPr>
        <w:t>“An Arab scholar has written in his book that Muslims are failing because they are not waging jihad and because 52 Muslim countries did not support Palestine in its jihad. What do you say about this?”</w:t>
      </w:r>
    </w:p>
    <w:p>
      <w:r>
        <w:rPr>
          <w:sz w:val="20"/>
        </w:rPr>
        <w:t>1:15:21  maulana agla sawal tamil nadu se hai maulana asrar umri sahib ka unhon ne likha hai maulana arab ke aik aalim ne apni kitab mein musalmanon ki nakami ka sabab jihad ka na hona aur 52 muslim countries ka falasteen ke jihad mein sath na dena bataya hai is ke baray mein aap kya kahen ge yeh to yani akhri had tak baseless baat hai</w:t>
      </w:r>
      <w:r>
        <w:br/>
      </w:r>
      <w:r>
        <w:rPr>
          <w:sz w:val="20"/>
        </w:rPr>
        <w:t>1:15:50  yani behal un ki jihad to ho raha hai beshumar log mare gaye hain beshumar aisa</w:t>
      </w:r>
      <w:r>
        <w:br/>
      </w:r>
      <w:r>
        <w:rPr>
          <w:sz w:val="20"/>
        </w:rPr>
        <w:t>1:15:56  barbad kiya aaj bhi jihad jari hai</w:t>
      </w:r>
      <w:r>
        <w:br/>
      </w:r>
      <w:r>
        <w:rPr>
          <w:sz w:val="20"/>
        </w:rPr>
        <w:t>1:15:59  yani yani jihad to itna zyada ho raha hai ke aur jihad ho gaya aur jihad</w:t>
      </w:r>
      <w:r>
        <w:br/>
      </w:r>
      <w:r>
        <w:rPr>
          <w:sz w:val="20"/>
        </w:rPr>
        <w:t>1:16:05  asal cheez kya hai yeh log jo hain</w:t>
      </w:r>
      <w:r>
        <w:br/>
      </w:r>
      <w:r>
        <w:rPr>
          <w:sz w:val="20"/>
        </w:rPr>
        <w:t>1:16:09  in logon ka muamla yeh hai ke woh do cheezon farq farq nahi kar paate</w:t>
      </w:r>
      <w:r>
        <w:br/>
      </w:r>
      <w:r>
        <w:rPr>
          <w:sz w:val="20"/>
        </w:rPr>
        <w:t>1:16:15  ek hai lack of jihad ek hai lack of result of jihad</w:t>
      </w:r>
      <w:r>
        <w:br/>
      </w:r>
      <w:r>
        <w:rPr>
          <w:sz w:val="20"/>
        </w:rPr>
        <w:t>1:16:23  lack of jihad lack of result of jihad kyunke dekhiye 1948 mein inhi arbon ne narah lagaya tha ke hum israel ko yani samandar mein dhakel den ge in ko in ko khatam kar den ge hum in ko jihad ke zariye mita den ge</w:t>
      </w:r>
      <w:r>
        <w:br/>
      </w:r>
      <w:r>
        <w:rPr>
          <w:sz w:val="20"/>
        </w:rPr>
        <w:t>1:16:45  acha jihad shuru 1948 se jihad shuru hua hai to jis jo jis ailan ke sath kiya tha unhon ne kaha hamara jihad yeh in ko mita de ga to mita nahi paye to ab woh unhein sochna chahiye ke jo cheez mafqood hai woh jihad nahi hai jo cheez mafqood hai woh woh nateeja jihad hai</w:t>
      </w:r>
      <w:r>
        <w:br/>
      </w:r>
      <w:r>
        <w:rPr>
          <w:sz w:val="20"/>
        </w:rPr>
        <w:t>1:17:11  to yeh log jante nahi difference ko</w:t>
      </w:r>
      <w:r>
        <w:br/>
      </w:r>
      <w:r>
        <w:rPr>
          <w:sz w:val="20"/>
        </w:rPr>
        <w:t>1:17:14  dekhen principle of differentiation jo hai bohat hi rare log jaan pate hain to yeh chunchke yani result nahi nikal raha hai to samajhte hain ke jihad bhi nahi ho raha hai hain aik subah sham rozana jihad ho raha hai beshumar log mare gaye aur rozana mar ja rahe hain</w:t>
      </w:r>
      <w:r>
        <w:br/>
      </w:r>
      <w:r>
        <w:rPr>
          <w:sz w:val="20"/>
        </w:rPr>
        <w:t>1:17:37  jihad ke liye in falastiniyon ne surangen khod din misr se aur us ke gaza ke darmiyan</w:t>
      </w:r>
      <w:r>
        <w:br/>
      </w:r>
      <w:r>
        <w:rPr>
          <w:sz w:val="20"/>
        </w:rPr>
        <w:t>1:17:47  yani yani jihad ke liye bachta hoon ke poori tareekh mein musalmanon ne jitna jihad kiya utna jihad akele falasteen ke naam par kiya gaya hai</w:t>
      </w:r>
      <w:r>
        <w:br/>
      </w:r>
      <w:r>
        <w:rPr>
          <w:sz w:val="20"/>
        </w:rPr>
        <w:t>1:17:58  65 saalon ke darmiyan aur sari dunya ke musalman is ko yeh duaen karte hain is ke liye paise dete hain is ke liye mazameen chhapte hain is ki kitaben chhapte hain</w:t>
      </w:r>
      <w:r>
        <w:br/>
      </w:r>
      <w:r>
        <w:rPr>
          <w:sz w:val="20"/>
        </w:rPr>
        <w:t>1:18:11  yani sari dunya ke musalman ya to amlan ya fikran is mein involve hain woh</w:t>
      </w:r>
      <w:r>
        <w:br/>
      </w:r>
      <w:r>
        <w:rPr>
          <w:sz w:val="20"/>
        </w:rPr>
        <w:t>1:18:17  to yeh yeh yeh to bilkul be asal baat hai ke jihad nahi ho raha hai asal baat yeh hai ke yeh log yeh nahi samajh pate ke ke lack of jihad aur lack of result of jihad mein kya farq hai is liye aisi kitaben likhte hain woh</w:t>
      </w:r>
      <w:r>
        <w:br/>
      </w:r>
      <w:r>
        <w:rPr>
          <w:sz w:val="20"/>
        </w:rPr>
        <w:t>1:18:37  to nateeja jihad mafqood hai na ke jihad ab to jihad ko yani yeh ailan karna chahiye ke jihad band karo ke jihad se koi nateeja nahi nikla yani yeh ulta ailan kar rahe hain ke jihad nahi ho raha hai ab to kehna chahiye ke jihad bohat kiya bohat kiya hum ne kai kai kai generation tak jihad jari raha ab beshumar log mare gaye</w:t>
      </w:r>
      <w:r>
        <w:br/>
      </w:r>
      <w:r>
        <w:rPr>
          <w:sz w:val="20"/>
        </w:rPr>
        <w:t>1:19:06  ab to band karo jihad ko ab koi doosra tareeqa nikalo is masle ke liye</w:t>
      </w:r>
    </w:p>
    <w:p>
      <w:pPr>
        <w:pStyle w:val="Heading2"/>
      </w:pPr>
      <w:r>
        <w:t>Are Muslim problems punishment for not doing dawah?</w:t>
      </w:r>
    </w:p>
    <w:p>
      <w:r>
        <w:rPr>
          <w:color w:val="666666"/>
          <w:sz w:val="18"/>
        </w:rPr>
        <w:t>Society &amp; Dawah · The Secret of Divine Wisdom September 2, 2012 · 1m 26s · at 1:34:42 · https://youtu.be/ZXQlrW7PqAE?t=5682</w:t>
      </w:r>
    </w:p>
    <w:p>
      <w:r>
        <w:rPr>
          <w:i/>
        </w:rPr>
        <w:t>“Can we describe all the problems of Muslims in Assam, Palestine, Burma, Kashmir and many parts of the world as punishment from Allah because Muslims are not spreading the word of God to non-believers?”</w:t>
      </w:r>
    </w:p>
    <w:p>
      <w:r>
        <w:rPr>
          <w:sz w:val="20"/>
        </w:rPr>
        <w:t>1:34:42  let all of us make an effort to use our freedom with a positive spirit as per the creation plan of almighty god and let's be among the successful ones my best wishes are with all of you shahnawaz zafar jazak Allah jazak Allah maulana agla sawal dilli se hai dr paridhan ka unho'n ne likha hai</w:t>
      </w:r>
      <w:r>
        <w:br/>
      </w:r>
      <w:r>
        <w:rPr>
          <w:sz w:val="20"/>
        </w:rPr>
        <w:t>1:35:08  maulana can we describe all the problems of muslims in assam palestine burma kashmir and many parts of the world as azab from Allah because muslims are not spreading word of god to non believers nahi dekhiye azab ka lafz bolne ka hamein haq nahi hai kisi paighambar ko haq nahi hota yeh bohat yani bari jurrat hogi ke hum azab kar den</w:t>
      </w:r>
      <w:r>
        <w:br/>
      </w:r>
      <w:r>
        <w:rPr>
          <w:sz w:val="20"/>
        </w:rPr>
        <w:t>1:35:38  yeh Allah ke domain mein dakhil hona hai</w:t>
      </w:r>
      <w:r>
        <w:br/>
      </w:r>
      <w:r>
        <w:rPr>
          <w:sz w:val="20"/>
        </w:rPr>
        <w:t>1:35:42  to apni limit pe rakh kar hamein bolna parega insan ki limit mein</w:t>
      </w:r>
      <w:r>
        <w:br/>
      </w:r>
      <w:r>
        <w:rPr>
          <w:sz w:val="20"/>
        </w:rPr>
        <w:t>1:35:47  azaab ka lafz jo hai woh Allah ke ki ki</w:t>
      </w:r>
      <w:r>
        <w:br/>
      </w:r>
      <w:r>
        <w:rPr>
          <w:sz w:val="20"/>
        </w:rPr>
        <w:t>1:35:53  ki boli hamari boli nahi hai to hum apne apne lehaz se insani dayre mein rakh kar hum</w:t>
      </w:r>
      <w:r>
        <w:br/>
      </w:r>
      <w:r>
        <w:rPr>
          <w:sz w:val="20"/>
        </w:rPr>
        <w:t>1:35:59  yahi kahengay jo hadith mein hai ke musalmanon ne ladai jhagde ka culture chalaya to un ki</w:t>
      </w:r>
      <w:r>
        <w:br/>
      </w:r>
      <w:r>
        <w:rPr>
          <w:sz w:val="20"/>
        </w:rPr>
        <w:t>1:36:06  aql khoi gayi</w:t>
      </w:r>
    </w:p>
    <w:p>
      <w:pPr>
        <w:pStyle w:val="Heading2"/>
      </w:pPr>
      <w:r>
        <w:t>Are Muslims truly tolerant or hypocritical</w:t>
      </w:r>
    </w:p>
    <w:p>
      <w:r>
        <w:rPr>
          <w:color w:val="666666"/>
          <w:sz w:val="18"/>
        </w:rPr>
        <w:t>Society &amp; Dawah · Living in a World of Competition October 24, 2010 · 7m 08s · at 1:16:44 · https://youtu.be/0DRVM8YxM5U?t=4604</w:t>
      </w:r>
    </w:p>
    <w:p>
      <w:r>
        <w:rPr>
          <w:i/>
        </w:rPr>
        <w:t>“Today Muslims have become more tolerant. Is it a real change in their nature or hypocrisy? Kindly comment.”</w:t>
      </w:r>
    </w:p>
    <w:p>
      <w:r>
        <w:rPr>
          <w:sz w:val="20"/>
        </w:rPr>
        <w:t>1:16:44  Maulana, agla sawal kya hai? Doctor Safeena ne New Delhi se, unhon ne likha hai: "today muslims have become more tolerant.</w:t>
      </w:r>
      <w:r>
        <w:br/>
      </w:r>
      <w:r>
        <w:rPr>
          <w:sz w:val="20"/>
        </w:rPr>
        <w:t>1:16:55  is it really change in their nature or hypocrisy?" kindly comment.</w:t>
      </w:r>
      <w:r>
        <w:br/>
      </w:r>
      <w:r>
        <w:rPr>
          <w:sz w:val="20"/>
        </w:rPr>
        <w:t>1:17:01  bilkul tolerant nahin hue hain, ab in ka akele hum baat kar lijiye un se. sadkon par nahin aaye, yeh sahi hai. kyun? sadkon pe nahin aate?</w:t>
      </w:r>
      <w:r>
        <w:br/>
      </w:r>
      <w:r>
        <w:rPr>
          <w:sz w:val="20"/>
        </w:rPr>
        <w:t>1:17:11  in ko apne bachon ko parhana hai aur paisa kamana hai. bas to out of interest woh aisa ho gaye hain, woh out of interest ke chhoden jhagron ko.</w:t>
      </w:r>
      <w:r>
        <w:br/>
      </w:r>
      <w:r>
        <w:rPr>
          <w:sz w:val="20"/>
        </w:rPr>
        <w:t>1:17:21  hamara, hamara, hamein to bachon ko parhana hai, hamein taraqqi karna hai dunya mein, hamein paisa kamana hai. baqi andar wahi, wahi ghubar bhara hua hai. kisi bhi shakhs se aap akele mein baat kijiye, tanhai mein baat kijiye, matlab do char aadmi aap baithte hain, wahan baat kijiye, wahi nafraten bhari hui hain andar.</w:t>
      </w:r>
      <w:r>
        <w:br/>
      </w:r>
      <w:r>
        <w:rPr>
          <w:sz w:val="20"/>
        </w:rPr>
        <w:t>1:17:40  to yeh sab out of interest hai, yeh aur jo out of interest jo ho, woh isi ka naam to hypocrisy hai. main manta hoon ke musalmanon mein ek change aaya hai, lekin woh change aaya hai munafiqana, yani hypocrisy wala change hai.</w:t>
      </w:r>
      <w:r>
        <w:br/>
      </w:r>
      <w:r>
        <w:rPr>
          <w:sz w:val="20"/>
        </w:rPr>
        <w:t>1:17:55  yeh ke apna interest khatre mein aaya to badal gaye. baqi jahan tak principle ki baat hai, woh waise ki waise hi hai.</w:t>
      </w:r>
      <w:r>
        <w:br/>
      </w:r>
      <w:r>
        <w:rPr>
          <w:sz w:val="20"/>
        </w:rPr>
        <w:t>1:18:09  main, yani baqayda taur par main janta hoon ke log jo hain, apne bachon ko door kiye hue hain takrao se aur sadkon par nahin aanay detay.</w:t>
      </w:r>
      <w:r>
        <w:br/>
      </w:r>
      <w:r>
        <w:rPr>
          <w:sz w:val="20"/>
        </w:rPr>
        <w:t>1:18:19  lekin jab un se baat kijiye to wahi, wahi nafrat ki boli bolenge, wahi nafrat ki boli. to main bataoon ke is hypocrisy, is hypocrisy behtar to yeh ladke mar jate, shayad shahadat ka darja milta.</w:t>
      </w:r>
      <w:r>
        <w:br/>
      </w:r>
      <w:r>
        <w:rPr>
          <w:sz w:val="20"/>
        </w:rPr>
        <w:t>1:18:36  to sahi yeh hai ke musalman yeh manen ke hum ghalati par thay, we were wrong ke hum ne sadkon par aaye, hum jalsay mein dhoom machai, hum ne nare lagaye, yeh sab ghalati thi hamari.</w:t>
      </w:r>
      <w:r>
        <w:br/>
      </w:r>
      <w:r>
        <w:rPr>
          <w:sz w:val="20"/>
        </w:rPr>
        <w:t>1:18:50  khulay taur par ailan karen ke we were wrong, aur phir yeh tareeqa ikhtiyar karen, tab woh sawab ban jayega. yaad rakhen, jab tak ghalati ka ailan na karen musalman, tab tak sawab kuch nahin milnay wala un ko.</w:t>
      </w:r>
      <w:r>
        <w:br/>
      </w:r>
      <w:r>
        <w:rPr>
          <w:sz w:val="20"/>
        </w:rPr>
        <w:t>1:19:04  bachche parh lenge, un ko yeh hoga,</w:t>
      </w:r>
      <w:r>
        <w:br/>
      </w:r>
      <w:r>
        <w:rPr>
          <w:sz w:val="20"/>
        </w:rPr>
        <w:t>1:19:07  bachche padh lenge, un ka ghar mein paisa aa jayega. ek sahab ne bahut sahih baat kahi ke musalman jo change aaya hai aaj kal, is ka sab se bada wajah multinationals hain.</w:t>
      </w:r>
      <w:r>
        <w:br/>
      </w:r>
      <w:r>
        <w:rPr>
          <w:sz w:val="20"/>
        </w:rPr>
        <w:t>1:19:21  aap ko pata hoga, multinationals jab se aaye hain to to paisa bahut badha diya unhon ne, yaani tankhwahon ka mayar, allowance ka mayar bahut badha diya, bahut badha diya.</w:t>
      </w:r>
      <w:r>
        <w:br/>
      </w:r>
      <w:r>
        <w:rPr>
          <w:sz w:val="20"/>
        </w:rPr>
        <w:t>1:19:32  ab, ab jo hai, is type ki policies affordable nahi rahi.</w:t>
      </w:r>
      <w:r>
        <w:br/>
      </w:r>
      <w:r>
        <w:rPr>
          <w:sz w:val="20"/>
        </w:rPr>
        <w:t>1:19:38  log sochte hain, itna zyada hum paisa kama sakte hain, hamare bachche padhein to itne itne paise un ko milenge, aur itne shandar car mein hum chalenge, itne shandar ghar mein rahenge.</w:t>
      </w:r>
      <w:r>
        <w:br/>
      </w:r>
      <w:r>
        <w:rPr>
          <w:sz w:val="20"/>
        </w:rPr>
        <w:t>1:19:49  hum is cheez ne ek trend mein badli, badlav paida kiya hai, is interest ne. lekin yeh sawab nahi milega is ko.</w:t>
      </w:r>
      <w:r>
        <w:br/>
      </w:r>
      <w:r>
        <w:rPr>
          <w:sz w:val="20"/>
        </w:rPr>
        <w:t>1:19:58  duniya ke nuksan se musalman bach jayenge, duniya ke nuksan se bach jayenge. woh</w:t>
      </w:r>
      <w:r>
        <w:br/>
      </w:r>
      <w:r>
        <w:rPr>
          <w:sz w:val="20"/>
        </w:rPr>
        <w:t>1:20:05  sawab jab milega ke sab se pehle elan karein, khula khula elan: "we were wrong" ke hum ne khwamkhwah nafrat ki policy chalayi, tashaddud ki policy chalayi, aur takrao ki policy chalayi.</w:t>
      </w:r>
      <w:r>
        <w:br/>
      </w:r>
      <w:r>
        <w:rPr>
          <w:sz w:val="20"/>
        </w:rPr>
        <w:t>1:20:18  woh, woh ghalati thi woh ke takrao ki policy ko ghalati batayein, saaf saaf, khule taur par, phir kahein ke ab hum sul ki policy chalayenge to sawab milega is ka, warna duniya ke nuksan se bach jayenge, sawab kuch bhi nahi milega.</w:t>
      </w:r>
      <w:r>
        <w:br/>
      </w:r>
      <w:r>
        <w:rPr>
          <w:sz w:val="20"/>
        </w:rPr>
        <w:t>1:20:37  nai dilli se mr abdul rehman ne likha hai: "maulana sahib, when we say that the quran is the preserved book, how would we argue for it?" kyun ke kitabein maujood hain, bahut sari aap padhiye, tadween e quran ke naam se kitabein maujood hain,</w:t>
      </w:r>
      <w:r>
        <w:br/>
      </w:r>
      <w:r>
        <w:rPr>
          <w:sz w:val="20"/>
        </w:rPr>
        <w:t>1:20:58  matlab is tareekhi is ka record maujood hai ke kaise kaise quran p</w:t>
      </w:r>
      <w:r>
        <w:br/>
      </w:r>
      <w:r>
        <w:rPr>
          <w:sz w:val="20"/>
        </w:rPr>
        <w:t>1:21:03  reserve hua, ke rasool allah ke zamane mein kaise likha jata tha aur yaad kiya jata tha. phir is ke baad sahaba, tabeen, tabe tabeen ke zamane mein kaise is ko likha gaya, yaad kiya gaya, mehfooz kiya gaya.</w:t>
      </w:r>
      <w:r>
        <w:br/>
      </w:r>
      <w:r>
        <w:rPr>
          <w:sz w:val="20"/>
        </w:rPr>
        <w:t>1:21:16  is mein bahut, bahut sari kitabein hain. khud mera bhi mazmoon sipahi isi mauzu par, tadween e quran ke mauzu par hai. to aap padhiye in kitabon ko, is se aap maloomat hasil ho jayengi.</w:t>
      </w:r>
      <w:r>
        <w:br/>
      </w:r>
      <w:r>
        <w:rPr>
          <w:sz w:val="20"/>
        </w:rPr>
        <w:t>1:21:30  is mauzu ka, is ka ek mustaqil mauzu hai, yeh is ko kehte hain tadween e quran, jama o tadween e quran, hifazat e quran.</w:t>
      </w:r>
      <w:r>
        <w:br/>
      </w:r>
      <w:r>
        <w:rPr>
          <w:sz w:val="20"/>
        </w:rPr>
        <w:t>1:21:40  yeh sab bahut, bahut kitabein hain, is is mauzu par hain.</w:t>
      </w:r>
      <w:r>
        <w:br/>
      </w:r>
      <w:r>
        <w:rPr>
          <w:sz w:val="20"/>
        </w:rPr>
        <w:t>1:21:45  doctor farida khanam ne dilli se likha hai: "why is it that muslims have become resistant to any advice? even the references from quran and hadith fail to move them.</w:t>
      </w:r>
      <w:r>
        <w:br/>
      </w:r>
      <w:r>
        <w:rPr>
          <w:sz w:val="20"/>
        </w:rPr>
        <w:t>1:22:00  they are convinced of their being on the right path. they think paradise is reserved for them, and that paradise is their birthright.</w:t>
      </w:r>
      <w:r>
        <w:br/>
      </w:r>
      <w:r>
        <w:rPr>
          <w:sz w:val="20"/>
        </w:rPr>
        <w:t>1:22:12  can paradise be birthright for anyone? please explain this." hargiz nahi, hargiz nahi, hargiz nahi.</w:t>
      </w:r>
      <w:r>
        <w:br/>
      </w:r>
      <w:r>
        <w:rPr>
          <w:sz w:val="20"/>
        </w:rPr>
        <w:t>1:22:20  paradise kisi ka paidaishi haq nahi hai,</w:t>
      </w:r>
      <w:r>
        <w:br/>
      </w:r>
      <w:r>
        <w:rPr>
          <w:sz w:val="20"/>
        </w:rPr>
        <w:t>1:22:27  lekin mushkil yeh hai ke hamare masjidon mein, hum madarson mein sikhaya jata hai. masjidon aur madarson mein sabak milta hai, woh yahi milta hai ke jannat to hamare liye hai,</w:t>
      </w:r>
      <w:r>
        <w:br/>
      </w:r>
      <w:r>
        <w:rPr>
          <w:sz w:val="20"/>
        </w:rPr>
        <w:t>1:22:40  aur maujooda musalmanon ke bare mein, jaise ke maine arz kiya is se pehle, woh qaumi, qaumi mazhab par hain. woh khudai mazhab par nahi hain.</w:t>
      </w:r>
      <w:r>
        <w:br/>
      </w:r>
      <w:r>
        <w:rPr>
          <w:sz w:val="20"/>
        </w:rPr>
        <w:t>1:22:50  main is mein zara bhi shaq nahi hoon.</w:t>
      </w:r>
      <w:r>
        <w:br/>
      </w:r>
      <w:r>
        <w:rPr>
          <w:sz w:val="20"/>
        </w:rPr>
        <w:t>1:22:52  is mein in ki qaumi khwahishat, in ke qaumi azayem, qaumi mafadat, yeh in ka mazhab hai. is ko legitimize karne ke liye islam ke naam lete hain, woh</w:t>
      </w:r>
      <w:r>
        <w:br/>
      </w:r>
      <w:r>
        <w:rPr>
          <w:sz w:val="20"/>
        </w:rPr>
        <w:t>1:23:06  is ko jaiz batane ke liye islam ke naam lete hain. haqiqatan, woh in ka jo</w:t>
      </w:r>
      <w:r>
        <w:br/>
      </w:r>
      <w:r>
        <w:rPr>
          <w:sz w:val="20"/>
        </w:rPr>
        <w:t>1:23:16  jis islam par hain, woh in ka qaumi mazhab hai, qaumi culture hai, qaumi jazbat hain.</w:t>
      </w:r>
      <w:r>
        <w:br/>
      </w:r>
      <w:r>
        <w:rPr>
          <w:sz w:val="20"/>
        </w:rPr>
        <w:t>1:23:24  to islam ke naam lete hain, is ko bas isi ko maine kaha ke ghalati par sarkashi ka izafa hai. is mein to maine bahut zyada likha hai, sainkaron mazameen likhe hain is masle par ke apne qaumi mazhab ko log islamize kiye hue hain,</w:t>
      </w:r>
      <w:r>
        <w:br/>
      </w:r>
      <w:r>
        <w:rPr>
          <w:sz w:val="20"/>
        </w:rPr>
        <w:t>1:23:41  aur is se, is tareeqay se woh islami nahi ban jaye ga. is tarah se woh islami nahi ban jaye ga.</w:t>
      </w:r>
    </w:p>
    <w:p>
      <w:pPr>
        <w:pStyle w:val="Heading2"/>
      </w:pPr>
      <w:r>
        <w:t>Are Preachers Unaware of the Modern Age</w:t>
      </w:r>
    </w:p>
    <w:p>
      <w:r>
        <w:rPr>
          <w:color w:val="666666"/>
          <w:sz w:val="18"/>
        </w:rPr>
        <w:t>Society &amp; Dawah · Dars-e-Quran, Chapter 2, Verses 55-57 | March 25, 2018 · 28s · at 58:25 · https://youtu.be/2MykDXfNV_w?t=3505</w:t>
      </w:r>
    </w:p>
    <w:p>
      <w:r>
        <w:rPr>
          <w:i/>
        </w:rPr>
        <w:t>“Is it the reason that our preachers are unaware of this modern age and in...”</w:t>
      </w:r>
    </w:p>
    <w:p>
      <w:r>
        <w:rPr>
          <w:sz w:val="20"/>
        </w:rPr>
        <w:t>58:25  maulana, agla sawal miss shabana ansari ne bheja hai pakistan se.</w:t>
      </w:r>
      <w:r>
        <w:br/>
      </w:r>
      <w:r>
        <w:rPr>
          <w:sz w:val="20"/>
        </w:rPr>
        <w:t>58:30  unhon ne likha hai:</w:t>
      </w:r>
      <w:r>
        <w:br/>
      </w:r>
      <w:r>
        <w:rPr>
          <w:sz w:val="20"/>
        </w:rPr>
        <w:t>58:35  "مولانا صاحب، is it the reason that our preachers are unaware of this modern age and in</w:t>
      </w:r>
      <w:r>
        <w:br/>
      </w:r>
      <w:r>
        <w:rPr>
          <w:sz w:val="20"/>
        </w:rPr>
        <w:t>58:41  aware to the modern education and technology? So they don't realize them as supporters? Is this true?" Haan,</w:t>
      </w:r>
      <w:r>
        <w:br/>
      </w:r>
      <w:r>
        <w:rPr>
          <w:sz w:val="20"/>
        </w:rPr>
        <w:t>58:47  bilkul sahi hai, hundred percent sahi hai, main is se ittefaq karta hoon.</w:t>
      </w:r>
    </w:p>
    <w:p>
      <w:pPr>
        <w:pStyle w:val="Heading2"/>
      </w:pPr>
      <w:r>
        <w:t>Are Shias True Muslims? How to Explain?</w:t>
      </w:r>
    </w:p>
    <w:p>
      <w:r>
        <w:rPr>
          <w:color w:val="666666"/>
          <w:sz w:val="18"/>
        </w:rPr>
        <w:t>Society &amp; Dawah · Age of Peace November 18, 2012 · 2m 30s · at 1:29:39 · https://youtu.be/Y9nkQnBqbrs?t=5379</w:t>
      </w:r>
    </w:p>
    <w:p>
      <w:r>
        <w:rPr>
          <w:i/>
        </w:rPr>
        <w:t>“I was discussing with a Muslim that the Quran must be conveyed to people. He said that Shias also read the Quran and understand it more than us. Are they true Muslims? How should I explain to such people?”</w:t>
      </w:r>
    </w:p>
    <w:p>
      <w:r>
        <w:rPr>
          <w:sz w:val="20"/>
        </w:rPr>
        <w:t>1:29:39  molana, yeh sawal dilli se hai muhammad ans sahib ka. unhone likha hai: "molana, main ek musalman sahib se dawat ke bare mein baat kar raha tha ke quran ko logon tak pahunchana zaroori hai.</w:t>
      </w:r>
      <w:r>
        <w:br/>
      </w:r>
      <w:r>
        <w:rPr>
          <w:sz w:val="20"/>
        </w:rPr>
        <w:t>1:29:52  to unhone kaha ke quran to shia hazrat bhi parhte hain aur hum logon se zyada wahi log samajh kar parhte hain. unhone kaha ke to kya woh log sahi musalman ban gaye?</w:t>
      </w:r>
      <w:r>
        <w:br/>
      </w:r>
      <w:r>
        <w:rPr>
          <w:sz w:val="20"/>
        </w:rPr>
        <w:t>1:30:05  molana, is ke bare mein batayein ke aise logon ko kya aur kis tarah samjhana chahiye? dekhiye, yeh sab apne dimagh se sochna hai.</w:t>
      </w:r>
      <w:r>
        <w:br/>
      </w:r>
      <w:r>
        <w:rPr>
          <w:sz w:val="20"/>
        </w:rPr>
        <w:t>1:30:14  apne dimagh se sochna kufar hai, kufar ya shaitani</w:t>
      </w:r>
      <w:r>
        <w:br/>
      </w:r>
      <w:r>
        <w:rPr>
          <w:sz w:val="20"/>
        </w:rPr>
        <w:t>1:30:19  pan hai. yeh shaitan ne apne dimagh socha to Allah ke mukhalif ban gaya. woh nahi, quran ke dimagh socheye. aap apne dimagh sochna shaitani soch hai.</w:t>
      </w:r>
      <w:r>
        <w:br/>
      </w:r>
      <w:r>
        <w:rPr>
          <w:sz w:val="20"/>
        </w:rPr>
        <w:t>1:30:30  yeh quran se socheye to kya likha hai quran mein? fadhakkar innama anta mudhakkir. lasta alaihim bimusaitir. illaa man tawalla wa kafara fayu'adhdhibuhullahu al-adhab al-akbar. innana ilayna iyabahum thumma inna alayna hisabahum</w:t>
      </w:r>
      <w:r>
        <w:br/>
      </w:r>
      <w:r>
        <w:rPr>
          <w:sz w:val="20"/>
        </w:rPr>
        <w:t>1:30:49  is ka matlab hai ke Allah taala ne farmaya rasool Allah salallaho alaihi wasallam se ke tum logon ko baat pahunchate raho, yaad dehani karte raho.</w:t>
      </w:r>
      <w:r>
        <w:br/>
      </w:r>
      <w:r>
        <w:rPr>
          <w:sz w:val="20"/>
        </w:rPr>
        <w:t>1:30:58  tum logon ke upar darogha nahi ho, matlab tum koi power nahi, koi badal dalo, un ko is ki fikr mat karo. tum pahuncha do, baqi mamla Allah taala ka hai, woh akhirat mein is ka hisab le ga.</w:t>
      </w:r>
      <w:r>
        <w:br/>
      </w:r>
      <w:r>
        <w:rPr>
          <w:sz w:val="20"/>
        </w:rPr>
        <w:t>1:31:12  to yeh yeh sab jhooti soch hai. hamara kaam hai pahunchana, pahunchana, peh</w:t>
      </w:r>
      <w:r>
        <w:br/>
      </w:r>
      <w:r>
        <w:rPr>
          <w:sz w:val="20"/>
        </w:rPr>
        <w:t>1:31:17  chana. baqi amal Allah taala ka hai. agar hum ne pahuncha diya to is ke baad jo doosra kaam hai, woh Allah taala ka kaam hai. that is yaani that is demand of, that is domain of god.</w:t>
      </w:r>
      <w:r>
        <w:br/>
      </w:r>
      <w:r>
        <w:rPr>
          <w:sz w:val="20"/>
        </w:rPr>
        <w:t>1:31:29  sare musalmanon ka mamla hai ke Khuda ke domain mein ja kar sochna chahte hain aur apna jo kaam hai, us ko bhule hue hain.</w:t>
      </w:r>
      <w:r>
        <w:br/>
      </w:r>
      <w:r>
        <w:rPr>
          <w:sz w:val="20"/>
        </w:rPr>
        <w:t>1:31:39  baharhal, yeh bilkul galat soch hai.</w:t>
      </w:r>
      <w:r>
        <w:br/>
      </w:r>
      <w:r>
        <w:rPr>
          <w:sz w:val="20"/>
        </w:rPr>
        <w:t>1:31:42  yeh shia ki baat hai, na sunni ki baat hai, na hindu ki baat hai, na muslim ki baat hai. asal baat yeh hai ke jis ko yeh ehsas ho ke quran Allah ka kalam hai aur woh hai li'l 'alamina nazeera. matloob hai yaani har har ek ko pahunchana to humein pahunchana hai, pahunchana hai, pahunchana hai aur dua karna hai.</w:t>
      </w:r>
      <w:r>
        <w:br/>
      </w:r>
      <w:r>
        <w:rPr>
          <w:sz w:val="20"/>
        </w:rPr>
        <w:t>1:32:02  pahunchane ke baad jo kaam aap ka hai, woh dua karna hai. yeh sab sochna nahi hai.</w:t>
      </w:r>
    </w:p>
    <w:p>
      <w:pPr>
        <w:pStyle w:val="Heading2"/>
      </w:pPr>
      <w:r>
        <w:t>Arrest of innocent Muslim youth in India</w:t>
      </w:r>
    </w:p>
    <w:p>
      <w:r>
        <w:rPr>
          <w:color w:val="666666"/>
          <w:sz w:val="18"/>
        </w:rPr>
        <w:t>Society &amp; Dawah · Divine Law of Success 14th October 2012 Slow · 4m 19s · at 1:26:57 · https://youtu.be/2zXfZhIf1jA?t=5217</w:t>
      </w:r>
    </w:p>
    <w:p>
      <w:r>
        <w:rPr>
          <w:i/>
        </w:rPr>
        <w:t>“Nowadays in India, innocent Muslim youth are being arrested from Azamgarh, Darbhanga, and many other places. What is your response to this?”</w:t>
      </w:r>
    </w:p>
    <w:p>
      <w:r>
        <w:rPr>
          <w:sz w:val="20"/>
        </w:rPr>
        <w:t>1:26:57  jazakmullah khair." maulana, agla sawal aya hai shah imran sahib ka dilli se.</w:t>
      </w:r>
      <w:r>
        <w:br/>
      </w:r>
      <w:r>
        <w:rPr>
          <w:sz w:val="20"/>
        </w:rPr>
        <w:t>1:27:02  unhon ne likha hai: "aaj kal india mein be-qusoor muslim naujawanon ko giraftar kiya ja raha hai.</w:t>
      </w:r>
      <w:r>
        <w:br/>
      </w:r>
      <w:r>
        <w:rPr>
          <w:sz w:val="20"/>
        </w:rPr>
        <w:t>1:27:07  azamgarh, darbhanga aur na jaane bharat ke kis kis hisse se muslim naujawanon ko pakda gaya.</w:t>
      </w:r>
      <w:r>
        <w:br/>
      </w:r>
      <w:r>
        <w:rPr>
          <w:sz w:val="20"/>
        </w:rPr>
        <w:t>1:27:12  akhbar mein is ki reporting aati rehti hai.</w:t>
      </w:r>
      <w:r>
        <w:br/>
      </w:r>
      <w:r>
        <w:rPr>
          <w:sz w:val="20"/>
        </w:rPr>
        <w:t>1:27:17  is ke bare mein aap bhartiya musalmanon ko kiya sandesh dena chahenge?" yeh be-qusoor ka jo</w:t>
      </w:r>
      <w:r>
        <w:br/>
      </w:r>
      <w:r>
        <w:rPr>
          <w:sz w:val="20"/>
        </w:rPr>
        <w:t>1:27:22  lafz hai, yeh bilkul hi mujhe bohat ajeeb lagta hai.</w:t>
      </w:r>
      <w:r>
        <w:br/>
      </w:r>
      <w:r>
        <w:rPr>
          <w:sz w:val="20"/>
        </w:rPr>
        <w:t>1:27:27  aaj hi subah mein baat kar raha tha kisi se ke chahe hindu ho ya musalman, sab ka</w:t>
      </w:r>
      <w:r>
        <w:br/>
      </w:r>
      <w:r>
        <w:rPr>
          <w:sz w:val="20"/>
        </w:rPr>
        <w:t>1:27:33  mamla yeh hai ke india mein rozana chhapte hain.</w:t>
      </w:r>
      <w:r>
        <w:br/>
      </w:r>
      <w:r>
        <w:rPr>
          <w:sz w:val="20"/>
        </w:rPr>
        <w:t>1:27:38  yeh scheme, woh scandal, yeh jurm.</w:t>
      </w:r>
      <w:r>
        <w:br/>
      </w:r>
      <w:r>
        <w:rPr>
          <w:sz w:val="20"/>
        </w:rPr>
        <w:t>1:27:43  lekin jab kisi ko pakda jata hai to pakda jata hai to adalat chhoot jata hai.</w:t>
      </w:r>
      <w:r>
        <w:br/>
      </w:r>
      <w:r>
        <w:rPr>
          <w:sz w:val="20"/>
        </w:rPr>
        <w:t>1:27:48  woh kehta hai ke main be-qusoor hoon.</w:t>
      </w:r>
      <w:r>
        <w:br/>
      </w:r>
      <w:r>
        <w:rPr>
          <w:sz w:val="20"/>
        </w:rPr>
        <w:t>1:27:53  to main keh raha tha kisi se ke kaise ajeeb hai yeh country jahan crime to khoob ho</w:t>
      </w:r>
      <w:r>
        <w:br/>
      </w:r>
      <w:r>
        <w:rPr>
          <w:sz w:val="20"/>
        </w:rPr>
        <w:t>1:27:58  rahe hain aur criminal koi bhi nahi.</w:t>
      </w:r>
      <w:r>
        <w:br/>
      </w:r>
      <w:r>
        <w:rPr>
          <w:sz w:val="20"/>
        </w:rPr>
        <w:t>1:28:03  bohat ajeeb baat hai na musalmanon mein na hinduo mein.</w:t>
      </w:r>
      <w:r>
        <w:br/>
      </w:r>
      <w:r>
        <w:rPr>
          <w:sz w:val="20"/>
        </w:rPr>
        <w:t>1:28:08  yaani crime ka jangla uga hua hai hamare mulk mein.</w:t>
      </w:r>
      <w:r>
        <w:br/>
      </w:r>
      <w:r>
        <w:rPr>
          <w:sz w:val="20"/>
        </w:rPr>
        <w:t>1:28:13  aap akhbaron mein padhiye, media mein dekhiye.</w:t>
      </w:r>
      <w:r>
        <w:br/>
      </w:r>
      <w:r>
        <w:rPr>
          <w:sz w:val="20"/>
        </w:rPr>
        <w:t>1:28:18  yaani if there are crimes then where are the criminals to sab apne ko be-qusoori kehte hain.</w:t>
      </w:r>
      <w:r>
        <w:br/>
      </w:r>
      <w:r>
        <w:rPr>
          <w:sz w:val="20"/>
        </w:rPr>
        <w:t>1:28:23  musalmanon ki baat nahi hai.</w:t>
      </w:r>
      <w:r>
        <w:br/>
      </w:r>
      <w:r>
        <w:rPr>
          <w:sz w:val="20"/>
        </w:rPr>
        <w:t>1:28:28  jitne politicians hain, jitne log hain jo scandal karte hain, big big hazaron karoron rupay ke un ke</w:t>
      </w:r>
      <w:r>
        <w:br/>
      </w:r>
      <w:r>
        <w:rPr>
          <w:sz w:val="20"/>
        </w:rPr>
        <w:t>1:28:33  upar ilzaam aata hai.</w:t>
      </w:r>
      <w:r>
        <w:br/>
      </w:r>
      <w:r>
        <w:rPr>
          <w:sz w:val="20"/>
        </w:rPr>
        <w:t>1:28:39  kehte hain ke main to be qusoor hoon, mujhe bila wajah pakda ja raha hai.</w:t>
      </w:r>
      <w:r>
        <w:br/>
      </w:r>
      <w:r>
        <w:rPr>
          <w:sz w:val="20"/>
        </w:rPr>
        <w:t>1:28:44  aur jaate hain adalat mein, kya hota hai? Ek hoshiyar wakeel ko paisa dete hain, woh ek ne</w:t>
      </w:r>
      <w:r>
        <w:br/>
      </w:r>
      <w:r>
        <w:rPr>
          <w:sz w:val="20"/>
        </w:rPr>
        <w:t>1:28:49  ek ne ek technical ground nikaal kar ke usay chura leta hai.</w:t>
      </w:r>
      <w:r>
        <w:br/>
      </w:r>
      <w:r>
        <w:rPr>
          <w:sz w:val="20"/>
        </w:rPr>
        <w:t>1:28:54  to main ne ek mazmoon likha tha jo times of india mein chhapa tha ke purana masla hai</w:t>
      </w:r>
      <w:r>
        <w:br/>
      </w:r>
      <w:r>
        <w:rPr>
          <w:sz w:val="20"/>
        </w:rPr>
        <w:t>1:28:59  ke man proposal, god disposal.</w:t>
      </w:r>
      <w:r>
        <w:br/>
      </w:r>
      <w:r>
        <w:rPr>
          <w:sz w:val="20"/>
        </w:rPr>
        <w:t>1:29:04  ab india mein yeh ho raha hai ke parliament proposals, lawyer disposals.</w:t>
      </w:r>
      <w:r>
        <w:br/>
      </w:r>
      <w:r>
        <w:rPr>
          <w:sz w:val="20"/>
        </w:rPr>
        <w:t>1:29:09  yeh musalmanon ki baat nahi, sab ki baat hi hai.</w:t>
      </w:r>
      <w:r>
        <w:br/>
      </w:r>
      <w:r>
        <w:rPr>
          <w:sz w:val="20"/>
        </w:rPr>
        <w:t>1:29:14  sab be qusoor, be qusoor, be qusoor kar rahe hain.</w:t>
      </w:r>
      <w:r>
        <w:br/>
      </w:r>
      <w:r>
        <w:rPr>
          <w:sz w:val="20"/>
        </w:rPr>
        <w:t>1:29:19  to yeh yeh ek waqia hai ke india mein crime ka jangla uga hua hai, lekin criminal ek bhi nahi.</w:t>
      </w:r>
      <w:r>
        <w:br/>
      </w:r>
      <w:r>
        <w:rPr>
          <w:sz w:val="20"/>
        </w:rPr>
        <w:t>1:29:24  kisi ko punishment nahi, kisi ko saza nahi.</w:t>
      </w:r>
      <w:r>
        <w:br/>
      </w:r>
      <w:r>
        <w:rPr>
          <w:sz w:val="20"/>
        </w:rPr>
        <w:t>1:29:29  yeh sab pani se kaam nahi chalega, yeh sab pani se kaam nahi chalega.</w:t>
      </w:r>
      <w:r>
        <w:br/>
      </w:r>
      <w:r>
        <w:rPr>
          <w:sz w:val="20"/>
        </w:rPr>
        <w:t>1:29:34  jab crime hai to kuch criminal bhi to honge is ke andar.</w:t>
      </w:r>
      <w:r>
        <w:br/>
      </w:r>
      <w:r>
        <w:rPr>
          <w:sz w:val="20"/>
        </w:rPr>
        <w:t>1:29:40  apni ghaltiyon ko maanna parega aap ko.</w:t>
      </w:r>
      <w:r>
        <w:br/>
      </w:r>
      <w:r>
        <w:rPr>
          <w:sz w:val="20"/>
        </w:rPr>
        <w:t>1:29:45  aur doosri baat hai ke jab crimeon ka jangla uga hua ho to aisi pakad thakkar hogi.</w:t>
      </w:r>
      <w:r>
        <w:br/>
      </w:r>
      <w:r>
        <w:rPr>
          <w:sz w:val="20"/>
        </w:rPr>
        <w:t>1:29:50  kisi ko ghalati se pakad le jayenge.</w:t>
      </w:r>
      <w:r>
        <w:br/>
      </w:r>
      <w:r>
        <w:rPr>
          <w:sz w:val="20"/>
        </w:rPr>
        <w:t>1:29:55  khud mere bete ko pakad le gaye isi delhi mein, ja ke thanay mein bitha diya.</w:t>
      </w:r>
      <w:r>
        <w:br/>
      </w:r>
      <w:r>
        <w:rPr>
          <w:sz w:val="20"/>
        </w:rPr>
        <w:t>1:30:00  to main ne cheekha chillaya, main ek aadmi ko bheja ja ke baat kijiye, kya maamla hai? Ja</w:t>
      </w:r>
      <w:r>
        <w:br/>
      </w:r>
      <w:r>
        <w:rPr>
          <w:sz w:val="20"/>
        </w:rPr>
        <w:t>1:30:05  ke baat kiya, safai wazahat ki to unhon ne chhod diya.</w:t>
      </w:r>
      <w:r>
        <w:br/>
      </w:r>
      <w:r>
        <w:rPr>
          <w:sz w:val="20"/>
        </w:rPr>
        <w:t>1:30:10  yeh to ho gayi.</w:t>
      </w:r>
      <w:r>
        <w:br/>
      </w:r>
      <w:r>
        <w:rPr>
          <w:sz w:val="20"/>
        </w:rPr>
        <w:t>1:30:15  jab bhi kisi samaj mein crime ho gaye to aisa ho gayi.</w:t>
      </w:r>
      <w:r>
        <w:br/>
      </w:r>
      <w:r>
        <w:rPr>
          <w:sz w:val="20"/>
        </w:rPr>
        <w:t>1:30:20  koi qusoorwar pakda gaya, koi be qusoor pakda jayega.</w:t>
      </w:r>
      <w:r>
        <w:br/>
      </w:r>
      <w:r>
        <w:rPr>
          <w:sz w:val="20"/>
        </w:rPr>
        <w:t>1:30:25  aisa ho gayi.</w:t>
      </w:r>
      <w:r>
        <w:br/>
      </w:r>
      <w:r>
        <w:rPr>
          <w:sz w:val="20"/>
        </w:rPr>
        <w:t>1:30:30  is ke liye shor karna bilkul bekar hai.</w:t>
      </w:r>
      <w:r>
        <w:br/>
      </w:r>
      <w:r>
        <w:rPr>
          <w:sz w:val="20"/>
        </w:rPr>
        <w:t>1:30:35  yeh yeh bilkul bekar hai.</w:t>
      </w:r>
      <w:r>
        <w:br/>
      </w:r>
      <w:r>
        <w:rPr>
          <w:sz w:val="20"/>
        </w:rPr>
        <w:t>1:30:41  woh hadith se sabit hai kaisa hoga.</w:t>
      </w:r>
      <w:r>
        <w:br/>
      </w:r>
      <w:r>
        <w:rPr>
          <w:sz w:val="20"/>
        </w:rPr>
        <w:t>1:30:46  ek hadith isi silsile mein ek hadith hai.</w:t>
      </w:r>
      <w:r>
        <w:br/>
      </w:r>
      <w:r>
        <w:rPr>
          <w:sz w:val="20"/>
        </w:rPr>
        <w:t>1:30:51  aur hamein bajaye yeh shor o gul karne ke, apne aamal ko durust karna chahiye, apni image ko</w:t>
      </w:r>
      <w:r>
        <w:br/>
      </w:r>
      <w:r>
        <w:rPr>
          <w:sz w:val="20"/>
        </w:rPr>
        <w:t>1:30:56  durust karna chahiye.</w:t>
      </w:r>
      <w:r>
        <w:br/>
      </w:r>
      <w:r>
        <w:rPr>
          <w:sz w:val="20"/>
        </w:rPr>
        <w:t>1:31:01  is waqt masla hai ke musalman ki image bigri hui hai.</w:t>
      </w:r>
      <w:r>
        <w:br/>
      </w:r>
      <w:r>
        <w:rPr>
          <w:sz w:val="20"/>
        </w:rPr>
        <w:t>1:31:06  apni image ko durust karo.</w:t>
      </w:r>
      <w:r>
        <w:br/>
      </w:r>
      <w:r>
        <w:rPr>
          <w:sz w:val="20"/>
        </w:rPr>
        <w:t>1:31:11  jab tak image durust nahi ki jayegi, tab tak yeh sab hota rahega.</w:t>
      </w:r>
    </w:p>
    <w:p>
      <w:pPr>
        <w:pStyle w:val="Heading2"/>
      </w:pPr>
      <w:r>
        <w:t>Associating mosque with group: division or establishment?</w:t>
      </w:r>
    </w:p>
    <w:p>
      <w:r>
        <w:rPr>
          <w:color w:val="666666"/>
          <w:sz w:val="18"/>
        </w:rPr>
        <w:t>Society &amp; Dawah · Self Correction November 09, 2014 Maulana Wahiduddin Khan · 32s · at 1:11:43 · https://youtu.be/PpwTmeCQkSQ?t=4303</w:t>
      </w:r>
    </w:p>
    <w:p>
      <w:r>
        <w:rPr>
          <w:i/>
        </w:rPr>
        <w:t>“Is associating a mosque with a particular group, such as Masjid Ahl-e-Hadith, a cause of division in religion or establishment of religion? Please explain.”</w:t>
      </w:r>
    </w:p>
    <w:p>
      <w:r>
        <w:rPr>
          <w:sz w:val="20"/>
        </w:rPr>
        <w:t>1:11:43  maulana, agla sawal kya hai Adeelabad, Telangana se Muhammad Mahmood sahib ne, aur unhon ne likha hai</w:t>
      </w:r>
      <w:r>
        <w:br/>
      </w:r>
      <w:r>
        <w:rPr>
          <w:sz w:val="20"/>
        </w:rPr>
        <w:t>1:11:48  ke kya kisi masjid ko kisi jamaat se jod dena, jaise ke Masjid Ahl-e-Hadith, tafruq fi al-din</w:t>
      </w:r>
      <w:r>
        <w:br/>
      </w:r>
      <w:r>
        <w:rPr>
          <w:sz w:val="20"/>
        </w:rPr>
        <w:t>1:11:53  hai ya iqamat-e-din? is ke bare mein batayen.</w:t>
      </w:r>
      <w:r>
        <w:br/>
      </w:r>
      <w:r>
        <w:rPr>
          <w:sz w:val="20"/>
        </w:rPr>
        <w:t>1:11:59  yeh sab jhagde ki baaten hain, woh unhi se poochhiye jo aisa karte hain.</w:t>
      </w:r>
      <w:r>
        <w:br/>
      </w:r>
      <w:r>
        <w:rPr>
          <w:sz w:val="20"/>
        </w:rPr>
        <w:t>1:12:04  mera zawq to yeh nahi hai, mera zawq to yeh nahi hai, aap unhi logon se poochhiye.</w:t>
      </w:r>
      <w:r>
        <w:br/>
      </w:r>
      <w:r>
        <w:rPr>
          <w:sz w:val="20"/>
        </w:rPr>
        <w:t>1:12:09  mein to sirf dawat aur marifat isi ko kaam samajhta hoon, aur kisi cheez ko mein kaam nahi samajhta.</w:t>
      </w:r>
    </w:p>
    <w:p>
      <w:pPr>
        <w:pStyle w:val="Heading2"/>
      </w:pPr>
      <w:r>
        <w:t>Babri Masjid issue and leadership's shop</w:t>
      </w:r>
    </w:p>
    <w:p>
      <w:r>
        <w:rPr>
          <w:color w:val="666666"/>
          <w:sz w:val="18"/>
        </w:rPr>
        <w:t>Society &amp; Dawah · The Age of Giving Global Thanks Dec 15. 2019—Maulana Wahiduddin Khan · 1m 04s · at 48:48 · https://youtu.be/254Pgn6Ldts?t=2928</w:t>
      </w:r>
    </w:p>
    <w:p>
      <w:r>
        <w:rPr>
          <w:i/>
        </w:rPr>
        <w:t>“Maulana, if our scholars and leaders close the Babri Masjid issue, then their leadership shop will close. What do you say about this?”</w:t>
      </w:r>
    </w:p>
    <w:p>
      <w:r>
        <w:rPr>
          <w:sz w:val="20"/>
        </w:rPr>
        <w:t>48:48  jazakumullah." molana, agla sawal aa bheja hai mehtab, mehtab ahmad sahib ne dhampur se.</w:t>
      </w:r>
      <w:r>
        <w:br/>
      </w:r>
      <w:r>
        <w:rPr>
          <w:sz w:val="20"/>
        </w:rPr>
        <w:t>48:59  unhon ne likha hai: "molana sahib, agar hamare ulama aur leaders ne babri masjid issue ko band kar diya to phir un ki leadership ki dukaan band ho jayegi.</w:t>
      </w:r>
      <w:r>
        <w:br/>
      </w:r>
      <w:r>
        <w:rPr>
          <w:sz w:val="20"/>
        </w:rPr>
        <w:t>49:10  is ke bare mein aap kya kahenge?" hum to shor karte hain allah taala ka ke woh kuch bhi karo, dukaan khuli hui hai, woh bandi nahi hogi.</w:t>
      </w:r>
      <w:r>
        <w:br/>
      </w:r>
      <w:r>
        <w:rPr>
          <w:sz w:val="20"/>
        </w:rPr>
        <w:t>49:22  rasool allah ne khol diya hai is ko. inna fatahna laka fat-han mubeena. rasool allah sallallahu alaihi wasallam khol chuke hain sare darwazon ko.</w:t>
      </w:r>
      <w:r>
        <w:br/>
      </w:r>
      <w:r>
        <w:rPr>
          <w:sz w:val="20"/>
        </w:rPr>
        <w:t>49:35  inna fatahna laka fat-han mubeena. to humein to koi na pareshani hai, na koi gham hai, na koi khone ka ehsas hai.</w:t>
      </w:r>
    </w:p>
    <w:p>
      <w:pPr>
        <w:pStyle w:val="Heading2"/>
      </w:pPr>
      <w:r>
        <w:t>Balancing home with dual working professionals</w:t>
      </w:r>
    </w:p>
    <w:p>
      <w:r>
        <w:rPr>
          <w:color w:val="666666"/>
          <w:sz w:val="18"/>
        </w:rPr>
        <w:t>Society &amp; Dawah · 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Basis of close-mindedness in interfaith interaction</w:t>
      </w:r>
    </w:p>
    <w:p>
      <w:r>
        <w:rPr>
          <w:color w:val="666666"/>
          <w:sz w:val="18"/>
        </w:rPr>
        <w:t>Society &amp; Dawah · Mission of Tajdeed (Revival of Islam) September 15, 2019 Maulana Wahiduddin Khan · 1m 53s · at 27:28 · https://youtu.be/jGfoAffJ4-8?t=1648</w:t>
      </w:r>
    </w:p>
    <w:p>
      <w:r>
        <w:rPr>
          <w:i/>
        </w:rPr>
        <w:t>“You always emphasize interaction with people of other faiths. However, many Muslim leaders urge Muslims not to mix with people of other religions, saying it will deviate them from the Islamic path and Satan will drag them towards kufr. What is the basis of this close-mindedness?”</w:t>
      </w:r>
    </w:p>
    <w:p>
      <w:r>
        <w:rPr>
          <w:sz w:val="20"/>
        </w:rPr>
        <w:t>27:28  maulana, ek sawal lena chahenge jo bhopal se bheja hai. shahzad sheikh sahib ne, unhon ne likha hai: "maulana, you always emphasize interaction with people of other faiths.</w:t>
      </w:r>
      <w:r>
        <w:br/>
      </w:r>
      <w:r>
        <w:rPr>
          <w:sz w:val="20"/>
        </w:rPr>
        <w:t>27:45  however, many muslim leaders urge muslims not to mix with people of other religions as they say it will deviate them from the islamic path and certain will derail them towards kufr.</w:t>
      </w:r>
      <w:r>
        <w:br/>
      </w:r>
      <w:r>
        <w:rPr>
          <w:sz w:val="20"/>
        </w:rPr>
        <w:t>28:02  maulana, what is the basis of this close mindedness?</w:t>
      </w:r>
      <w:r>
        <w:br/>
      </w:r>
      <w:r>
        <w:rPr>
          <w:sz w:val="20"/>
        </w:rPr>
        <w:t>28:07  and secondly, why according to you, interaction is important for muslims?" dekhiye, aap rasool allah ne jo sunnat chhodi hai,</w:t>
      </w:r>
      <w:r>
        <w:br/>
      </w:r>
      <w:r>
        <w:rPr>
          <w:sz w:val="20"/>
        </w:rPr>
        <w:t>28:24  is ko dekhiye. aap rasool allah hamesha</w:t>
      </w:r>
      <w:r>
        <w:br/>
      </w:r>
      <w:r>
        <w:rPr>
          <w:sz w:val="20"/>
        </w:rPr>
        <w:t>28:31  logon ko bhejte thay jin logon ko aap log to samajhte hain ghazwa, woh ghazwa nahin hota tha, woh hota tha sariya.</w:t>
      </w:r>
      <w:r>
        <w:br/>
      </w:r>
      <w:r>
        <w:rPr>
          <w:sz w:val="20"/>
        </w:rPr>
        <w:t>28:42  sariya yani logon mein ja kar da'wah dena. aur aap ko maloom hoga ke hajjat ul wida jo hua tha, aakhri us waqt rasool allah ne ailaan kiya tha ke jao qaumon mein, jao qaumon mein, jao aur islam ka ailaan karo.</w:t>
      </w:r>
      <w:r>
        <w:br/>
      </w:r>
      <w:r>
        <w:rPr>
          <w:sz w:val="20"/>
        </w:rPr>
        <w:t>29:02  to islam to poore ma'ne mein da'wah ka mazhab hai, interaction ka mazhab hai aur dunya mein phail kar logon mein mil kar ke logon mein interaction kar ke da'wah ko phansane ka mazhab hai.</w:t>
      </w:r>
    </w:p>
    <w:p>
      <w:pPr>
        <w:pStyle w:val="Heading2"/>
      </w:pPr>
      <w:r>
        <w:t>Becoming a contributor in society</w:t>
      </w:r>
    </w:p>
    <w:p>
      <w:r>
        <w:rPr>
          <w:color w:val="666666"/>
          <w:sz w:val="18"/>
        </w:rPr>
        <w:t>Society &amp; Dawah · Double Standards of Present-Day Muslims August 6, 2017 · 1m 57s · at 47:03 · https://youtu.be/k1NcZQpHTyg?t=2823</w:t>
      </w:r>
    </w:p>
    <w:p>
      <w:r>
        <w:rPr>
          <w:i/>
        </w:rPr>
        <w:t>“Please tell us how one can become a contributor in society.”</w:t>
      </w:r>
    </w:p>
    <w:p>
      <w:r>
        <w:rPr>
          <w:sz w:val="20"/>
        </w:rPr>
        <w:t>47:03  agla sawal Maulana Wakra Dagar sahib ki taraf se dilli se. woh poochte hain ke "Please tell us how one can become a contributor in society."</w:t>
      </w:r>
      <w:r>
        <w:br/>
      </w:r>
      <w:r>
        <w:rPr>
          <w:sz w:val="20"/>
        </w:rPr>
        <w:t>47:16  dekhen, jo aap ke paas dene ke liye hai, woh den. matlab aap ke paas dawat hai to dawat den.</w:t>
      </w:r>
      <w:r>
        <w:br/>
      </w:r>
      <w:r>
        <w:rPr>
          <w:sz w:val="20"/>
        </w:rPr>
        <w:t>47:28  aap logon ko madad kar sakte hain to madad karen. aap ke paas ek sachi soch hai to us ko share karen logon ke sath.</w:t>
      </w:r>
      <w:r>
        <w:br/>
      </w:r>
      <w:r>
        <w:rPr>
          <w:sz w:val="20"/>
        </w:rPr>
        <w:t>47:39  insan khud jaan sakta hai ke mere paas dene ke liye kya hai. jo cheez hai, us ko woh de. us ki koi ek ek hi qism nahi hai.</w:t>
      </w:r>
      <w:r>
        <w:br/>
      </w:r>
      <w:r>
        <w:rPr>
          <w:sz w:val="20"/>
        </w:rPr>
        <w:t>47:50  jo bhi insan ke faide ki cheez hai, woh aap ke paas hai to aap ko use dena hai.</w:t>
      </w:r>
      <w:r>
        <w:br/>
      </w:r>
      <w:r>
        <w:rPr>
          <w:sz w:val="20"/>
        </w:rPr>
        <w:t>48:05  Maulana Mushtaq Ahmed sahib likhte hain ke "hum dawat ka kaam kaise karen?"</w:t>
      </w:r>
      <w:r>
        <w:br/>
      </w:r>
      <w:r>
        <w:rPr>
          <w:sz w:val="20"/>
        </w:rPr>
        <w:t>48:12  bhai, dekhiye, hamare mission to mein to us ko bohat aasan karna chahta hoon kyunke kitaben hain, sau kitaben hain.</w:t>
      </w:r>
      <w:r>
        <w:br/>
      </w:r>
      <w:r>
        <w:rPr>
          <w:sz w:val="20"/>
        </w:rPr>
        <w:t>48:21  aap kitaben failaiye. aap kitaben nahi failana chahte to khud Quran o Hadees ki gehra study kijiye aur phir us ko logon ko bataiye.</w:t>
      </w:r>
      <w:r>
        <w:br/>
      </w:r>
      <w:r>
        <w:rPr>
          <w:sz w:val="20"/>
        </w:rPr>
        <w:t>48:34  agar aap abhi bhi nahi kar sakte to dua kijiye. dua bhi ek ek qism ki dawat hai.</w:t>
      </w:r>
      <w:r>
        <w:br/>
      </w:r>
      <w:r>
        <w:rPr>
          <w:sz w:val="20"/>
        </w:rPr>
        <w:t>48:46  yeh insan khud soch sakta hai ke mein, yani mere halat, apne halat ke lihaz se mujhe kya karna chahiye.</w:t>
      </w:r>
    </w:p>
    <w:p>
      <w:pPr>
        <w:pStyle w:val="Heading2"/>
      </w:pPr>
      <w:r>
        <w:t>Benefits and harms of tajdeed</w:t>
      </w:r>
    </w:p>
    <w:p>
      <w:r>
        <w:rPr>
          <w:color w:val="666666"/>
          <w:sz w:val="18"/>
        </w:rPr>
        <w:t>Society &amp; Dawah · Mission of Tajdeed (Revival of Islam) September 15, 2019 Maulana Wahiduddin Khan · 2m 20s · at 33:01 · https://youtu.be/jGfoAffJ4-8?t=1981</w:t>
      </w:r>
    </w:p>
    <w:p>
      <w:r>
        <w:rPr>
          <w:i/>
        </w:rPr>
        <w:t>“Renewal (tajdeed) means understanding derailment and guiding the Ummah, and providing guidance suitable for the era. What is the benefit of tajdeed, and what harm will be caused if it is not understood? Please explain.”</w:t>
      </w:r>
    </w:p>
    <w:p>
      <w:r>
        <w:rPr>
          <w:sz w:val="20"/>
        </w:rPr>
        <w:t>33:01  Maulana, agla sawal bheja hai Maulana Iqbal Umri sahib ne. Unhon ne apna comment aur question kiya hai.</w:t>
      </w:r>
      <w:r>
        <w:br/>
      </w:r>
      <w:r>
        <w:rPr>
          <w:sz w:val="20"/>
        </w:rPr>
        <w:t>33:12  Unhon ne likha hai: "Tajdeed ka matlab derailment ko jaan kar ummat ki rehnumai karna aur isi tarah daur ke laiq rehnumai karna.</w:t>
      </w:r>
      <w:r>
        <w:br/>
      </w:r>
      <w:r>
        <w:rPr>
          <w:sz w:val="20"/>
        </w:rPr>
        <w:t>33:26  Maulana, tajdeed ka faida kya hai aur is ko na samjhe to nuqsan kya hoga? Is ke bare mein bataein." Ek faida to main ne arz kar diya ke derailment mein jo Musalmanon ki gaadi parties hat gayi hain, us ko phir lana par rahi hai.</w:t>
      </w:r>
      <w:r>
        <w:br/>
      </w:r>
      <w:r>
        <w:rPr>
          <w:sz w:val="20"/>
        </w:rPr>
        <w:t>33:47  misal ke taur par jang ko Islam samajh liya, us ko lana ke Islam to peacefull da'wah ka naam hai. Ya ahl-e-maghrib ko kaha ke yeh Islamophobia mein mubtala hai, us ko phir se batana ke yeh to khidmat-e-Islam hai.</w:t>
      </w:r>
      <w:r>
        <w:br/>
      </w:r>
      <w:r>
        <w:rPr>
          <w:sz w:val="20"/>
        </w:rPr>
        <w:t>34:07  to jo derailment hua hai, us ko khatam karna aur party ko dobara sahi par gaadi ko sahi dobara sahi party par lana, yahi hai tajdeed.</w:t>
      </w:r>
      <w:r>
        <w:br/>
      </w:r>
      <w:r>
        <w:rPr>
          <w:sz w:val="20"/>
        </w:rPr>
        <w:t>34:27  Miss Ayesha Sajid Anwar ne Delhi se likha hai: "Maulana, from today's lecture, I finally have the answer to the question that my fellow mates keep asking me:</w:t>
      </w:r>
      <w:r>
        <w:br/>
      </w:r>
      <w:r>
        <w:rPr>
          <w:sz w:val="20"/>
        </w:rPr>
        <w:t>34:42  What is wrong with Islam</w:t>
      </w:r>
      <w:r>
        <w:br/>
      </w:r>
      <w:r>
        <w:rPr>
          <w:sz w:val="20"/>
        </w:rPr>
        <w:t>34:44  or what is wrong with people who follow Islam? The phenomenon of derailment answers these questions. I have gained a new dimension for da'wah work." Miss mein mashallah, mashallah.</w:t>
      </w:r>
      <w:r>
        <w:br/>
      </w:r>
      <w:r>
        <w:rPr>
          <w:sz w:val="20"/>
        </w:rPr>
        <w:t>35:00  Miss Meh Jafiaaz ne Delhi se likha hai: "My understanding from today's lecture is that due to unawareness among various Muslim scholars,</w:t>
      </w:r>
      <w:r>
        <w:br/>
      </w:r>
      <w:r>
        <w:rPr>
          <w:sz w:val="20"/>
        </w:rPr>
        <w:t>35:14  Islam couldn't get the right shape. The wrong interpretations defamed Islam</w:t>
      </w:r>
    </w:p>
    <w:p>
      <w:pPr>
        <w:pStyle w:val="Heading2"/>
      </w:pPr>
      <w:r>
        <w:t>Best approach to soften hearts for education</w:t>
      </w:r>
    </w:p>
    <w:p>
      <w:r>
        <w:rPr>
          <w:color w:val="666666"/>
          <w:sz w:val="18"/>
        </w:rPr>
        <w:t>Society &amp; Dawah · Revival of Muslims March 08, 2015 · 37s · at 1:09:34 · https://youtu.be/8ShFcr8YozI?t=4174</w:t>
      </w:r>
    </w:p>
    <w:p>
      <w:r>
        <w:rPr>
          <w:i/>
        </w:rPr>
        <w:t>“My question is that usually nobody likes to listen to criticism. So what should be the best approach to soften the hearts of Muslims for any kind of education?”</w:t>
      </w:r>
    </w:p>
    <w:p>
      <w:r>
        <w:rPr>
          <w:sz w:val="20"/>
        </w:rPr>
        <w:t>1:09:34  ally important hain. Maulana, unka sawal hai. Unhon ne likha hai ke My question is that usually nobody likes to listen to the criticism.</w:t>
      </w:r>
      <w:r>
        <w:br/>
      </w:r>
      <w:r>
        <w:rPr>
          <w:sz w:val="20"/>
        </w:rPr>
        <w:t>1:09:45  So what should be the best approach to soften the hearts of Muslims for any kind of education? Bhai, harsh question mat kijiye.</w:t>
      </w:r>
      <w:r>
        <w:br/>
      </w:r>
      <w:r>
        <w:rPr>
          <w:sz w:val="20"/>
        </w:rPr>
        <w:t>1:09:55  Reason-based question kijiye aur polite andaaz se baat kijiye.</w:t>
      </w:r>
      <w:r>
        <w:br/>
      </w:r>
      <w:r>
        <w:rPr>
          <w:sz w:val="20"/>
        </w:rPr>
        <w:t>1:10:00  Har aadmi, yani polite andaaz se baat ki jaye to har aadmi sunta hai is ko. Har aadmi sunta hai.</w:t>
      </w:r>
    </w:p>
    <w:p>
      <w:pPr>
        <w:pStyle w:val="Heading2"/>
      </w:pPr>
      <w:r>
        <w:t>Blasphemy law vs purpose of Islam</w:t>
      </w:r>
    </w:p>
    <w:p>
      <w:r>
        <w:rPr>
          <w:color w:val="666666"/>
          <w:sz w:val="18"/>
        </w:rPr>
        <w:t>Society &amp; Dawah · The Issue of Shatm-e-Rasool (Abuse of the Prophet) December 19, 2021 Prof. Farida Khanam · 11m 34s · at 32:47 · https://youtu.be/ExQS_PHirUc?t=1967</w:t>
      </w:r>
    </w:p>
    <w:p>
      <w:r>
        <w:rPr>
          <w:i/>
        </w:rPr>
        <w:t>“How does blasphemy law contradict the purpose of Islam? Also, what is the model that we see from the life of Prophet that shows that what Muslims are doing today in the name of blasphemy law is totally wrong?”</w:t>
      </w:r>
    </w:p>
    <w:p>
      <w:r>
        <w:rPr>
          <w:sz w:val="20"/>
        </w:rPr>
        <w:t>32:47  hai, khwah rasool allah salallahu alaihi wasallam ke ta'alluq se ho ya kisi aur insan ke ta'alluq se ho. ghulu islam ka tareeqa nahi hai, yeh hum ko samajhna paray ga. aah, apa yeh sawal hai.</w:t>
      </w:r>
      <w:r>
        <w:br/>
      </w:r>
      <w:r>
        <w:rPr>
          <w:sz w:val="20"/>
        </w:rPr>
        <w:t>33:01  aah, do teen logon ne yeh sawal poocha hai. similar question hai, jaise aah mr basit jamal ne delhi se poocha hai ke: "aah, how does blasphemy law contradict the purpose of islam".</w:t>
      </w:r>
      <w:r>
        <w:br/>
      </w:r>
      <w:r>
        <w:rPr>
          <w:sz w:val="20"/>
        </w:rPr>
        <w:t>33:05  aah, is ke baray mein thora thori roshni dalen. aah</w:t>
      </w:r>
      <w:r>
        <w:br/>
      </w:r>
      <w:r>
        <w:rPr>
          <w:sz w:val="20"/>
        </w:rPr>
        <w:t>33:23  , isi tareeqay, isi waise hi milta julta sawal aah miss shazia khan ne lucknow se poocha hai ke: "what is the model that we see from the life of prophet that shows that what muslims are doing today in the name of blasphemy is totally wrong".</w:t>
      </w:r>
      <w:r>
        <w:br/>
      </w:r>
      <w:r>
        <w:rPr>
          <w:sz w:val="20"/>
        </w:rPr>
        <w:t>33:29  to in dono sawalon pe thori si roshni daliye aap.</w:t>
      </w:r>
      <w:r>
        <w:br/>
      </w:r>
      <w:r>
        <w:rPr>
          <w:sz w:val="20"/>
        </w:rPr>
        <w:t>33:41  asal mein musalman yeh bhool gaye hain ke hamara jo rishta hai non muslim se, woh d'ai madhu ka rishta hai. woh unhon ne in logon ko apna rival samajh liya hai.</w:t>
      </w:r>
      <w:r>
        <w:br/>
      </w:r>
      <w:r>
        <w:rPr>
          <w:sz w:val="20"/>
        </w:rPr>
        <w:t>33:47  ek zaman tha ke taqreeban hazar baras tak sari dunya par musalman rule kar rahe</w:t>
      </w:r>
      <w:r>
        <w:br/>
      </w:r>
      <w:r>
        <w:rPr>
          <w:sz w:val="20"/>
        </w:rPr>
        <w:t>34:02  the. ab doosray logon ne taraqqi ki aur doosray logon ko mauqa mila, aur yeh rasool khud quran mein aya hai ke yeh jo iqtidaar hai, woh allah ta'ala doosray logon ko de ga, kyunke yeh test ke paper hain.</w:t>
      </w:r>
      <w:r>
        <w:br/>
      </w:r>
      <w:r>
        <w:rPr>
          <w:sz w:val="20"/>
        </w:rPr>
        <w:t>34:11  to doosray logon ko iqtidaar mile ga, lekin musalmanon ne yeh samjha ke doosray logon ne sazish kar ke hamara iqtidaar chheen liya hai.</w:t>
      </w:r>
      <w:r>
        <w:br/>
      </w:r>
      <w:r>
        <w:rPr>
          <w:sz w:val="20"/>
        </w:rPr>
        <w:t>34:16  we and they ka concept paida hua. to woh itna zyada is mamle mein sensitive ho gaye, woh defeatist mentality ki wajah se itna sensitive ho gaye ke zara sa bhi unke bare mein kuch kaha jata hai,</w:t>
      </w:r>
      <w:r>
        <w:br/>
      </w:r>
      <w:r>
        <w:rPr>
          <w:sz w:val="20"/>
        </w:rPr>
        <w:t>34:31  quran ke bare mein, rasool ke bare mein, khaas taur par rasool ke bare mein, to woh bilkul provoke ho jate hain. halanke woh naya zamana hai, woh</w:t>
      </w:r>
      <w:r>
        <w:br/>
      </w:r>
      <w:r>
        <w:rPr>
          <w:sz w:val="20"/>
        </w:rPr>
        <w:t>34:42  yeh samajhte nahi ke pehle zamane mein sabhi log provoke hote the, to woh itna zyada, itna zyada woh nahi tha.</w:t>
      </w:r>
      <w:r>
        <w:br/>
      </w:r>
      <w:r>
        <w:rPr>
          <w:sz w:val="20"/>
        </w:rPr>
        <w:t>34:51  mamla itna barhta nahi tha woh, aur pehle zamane mein media nahi tha. to lekin ab jo hai, sari duniya jo hai, woh badal gayi hai, aur religious freedom sari duniya ne accept kar liya hai.</w:t>
      </w:r>
      <w:r>
        <w:br/>
      </w:r>
      <w:r>
        <w:rPr>
          <w:sz w:val="20"/>
        </w:rPr>
        <w:t>35:04  halanke religious freedom islam le kar aya, lekin baad mein musalman apna sab</w:t>
      </w:r>
      <w:r>
        <w:br/>
      </w:r>
      <w:r>
        <w:rPr>
          <w:sz w:val="20"/>
        </w:rPr>
        <w:t>35:10  q bhool gaye. unhone quran se aur rasool se hidayat lena chhod diya. ab sirf woh apne jazbat par chalte hain, aur woh yeh dekhte hi nahi ke duniya in sab cheezon ko chhod chuki hai.</w:t>
      </w:r>
      <w:r>
        <w:br/>
      </w:r>
      <w:r>
        <w:rPr>
          <w:sz w:val="20"/>
        </w:rPr>
        <w:t>35:22  yeh sari cheezein, khaas taur par yeh church se aayi thi, aur ancient age mein intolerance bohat zyada tha. encyclopedia britannica mein aap dekh sakte hain ke woh age of intolerance</w:t>
      </w:r>
      <w:r>
        <w:br/>
      </w:r>
      <w:r>
        <w:rPr>
          <w:sz w:val="20"/>
        </w:rPr>
        <w:t>35:36  tha. to woh uski wajah se is tarah ki baatein jo blasphemy laws waghera bane, aaj bhi blasphemy law hai england ke jo law mein, lekin woh inactive hai.</w:t>
      </w:r>
      <w:r>
        <w:br/>
      </w:r>
      <w:r>
        <w:rPr>
          <w:sz w:val="20"/>
        </w:rPr>
        <w:t>35:48  lekin musalmanon ne isko activate kar liya, kyunke woh samajhte hain ke sari duniya hamari dushman hai. to unko yeh, unka yeh perception jo hai, unko badalna hoga, aur logon ko dai madhu ke hisab se dekhna hoga.</w:t>
      </w:r>
      <w:r>
        <w:br/>
      </w:r>
      <w:r>
        <w:rPr>
          <w:sz w:val="20"/>
        </w:rPr>
        <w:t>36:04  tab tamam log jo hain, jaise ke Maulana sahib ne bar bar kaha ke yeh duniya dar-ul-insaan hai, dushman aur dost mein yeh duniya nahi baanti ja sakti.</w:t>
      </w:r>
      <w:r>
        <w:br/>
      </w:r>
      <w:r>
        <w:rPr>
          <w:sz w:val="20"/>
        </w:rPr>
        <w:t>36:14  aur jo hum ko, har ek ko, hamein Khuda ki baat batani hai, Khuda ka paigham pahunchana hai, chahe woh musalman ho, na non-muslim ho, sab ko hamein Khuda ki baat pahunchani hai.</w:t>
      </w:r>
      <w:r>
        <w:br/>
      </w:r>
      <w:r>
        <w:rPr>
          <w:sz w:val="20"/>
        </w:rPr>
        <w:t>36:26  aur yahi hamara rishta hai un logon ke sath. woh</w:t>
      </w:r>
      <w:r>
        <w:br/>
      </w:r>
      <w:r>
        <w:rPr>
          <w:sz w:val="20"/>
        </w:rPr>
        <w:t>36:30  dushman aur dost ka rishta nahi hai, balke potential friend ka rishta hai. agar dushman ke sath hum acha sulook karein to woh hamara kal dost ban jayega.</w:t>
      </w:r>
      <w:r>
        <w:br/>
      </w:r>
      <w:r>
        <w:rPr>
          <w:sz w:val="20"/>
        </w:rPr>
        <w:t>36:41  to yahi unko discover karna hai. ji apa, mere mein in fact yeh bhi samajhta hoon ke yeh jo response muslims, sum of these muslims have been giving in the subject of b</w:t>
      </w:r>
      <w:r>
        <w:br/>
      </w:r>
      <w:r>
        <w:rPr>
          <w:sz w:val="20"/>
        </w:rPr>
        <w:t>36:55  blasphemy, it is nothing less than doing a self goal. and i will explain why i am saying this. ah, jaise aap ne apa abhi bataya, bohat sahi ke ek musalman ya ek momin ki identity uske dai hone se establish hoti hai.</w:t>
      </w:r>
      <w:r>
        <w:br/>
      </w:r>
      <w:r>
        <w:rPr>
          <w:sz w:val="20"/>
        </w:rPr>
        <w:t>37:09  to is duniya mein ah, har ek musalman ke liye ah, ek hi equ</w:t>
      </w:r>
      <w:r>
        <w:br/>
      </w:r>
      <w:r>
        <w:rPr>
          <w:sz w:val="20"/>
        </w:rPr>
        <w:t>37:14  ation hai, woh hai dai aur madhu ki equation. ah, which means that every dai has to be a lot more patient, a lot more tolerant, and above all, you know, be a well-wisher for entire humanity.</w:t>
      </w:r>
      <w:r>
        <w:br/>
      </w:r>
      <w:r>
        <w:rPr>
          <w:sz w:val="20"/>
        </w:rPr>
        <w:t>37:27  ah, main bhi jab logon se discussion karta hoon, yeh subject bohat zyada samne aata hai.</w:t>
      </w:r>
      <w:r>
        <w:br/>
      </w:r>
      <w:r>
        <w:rPr>
          <w:sz w:val="20"/>
        </w:rPr>
        <w:t>37:32  ah, but agar hum ah, quran ko dekhein, ah, yeh sab log ah, is baat se zaroor agree karenge ke jo quran utara gaya, woh ah, sirf musalmanon ke liye nahi utara gaya, balke ah, poori insaniyat ke liye utara gaya.</w:t>
      </w:r>
      <w:r>
        <w:br/>
      </w:r>
      <w:r>
        <w:rPr>
          <w:sz w:val="20"/>
        </w:rPr>
        <w:t>37:44  is mein message hai poori insaniyat ke liye. ab isi mein woh ayat bhi aati hai, aap ne bhi bataya ke prophet of islam was sent as a mercy to humanity.</w:t>
      </w:r>
      <w:r>
        <w:br/>
      </w:r>
      <w:r>
        <w:rPr>
          <w:sz w:val="20"/>
        </w:rPr>
        <w:t>37:55  ab yahan pe sochne wali baat yeh hai ke aap mercyful ya forgiving aap kab banenge kisi ah, opposite party ke liye?</w:t>
      </w:r>
      <w:r>
        <w:br/>
      </w:r>
      <w:r>
        <w:rPr>
          <w:sz w:val="20"/>
        </w:rPr>
        <w:t>38:04  ah, aap mercyful ya forgiving normal situation mein nahi honge, ya phir jab aap ke taluqat bohat ache hon, aap ko bohat appreciate kiya jaye.</w:t>
      </w:r>
      <w:r>
        <w:br/>
      </w:r>
      <w:r>
        <w:rPr>
          <w:sz w:val="20"/>
        </w:rPr>
        <w:t>38:13  ah, yeh forgiveness ya mercyfulness tab aati hai ah, jab aap ko abuse kiya jaye, aap ko oppress kiya jaye, insult kiya jaye, aap ke sath injustice kari jaye.</w:t>
      </w:r>
      <w:r>
        <w:br/>
      </w:r>
      <w:r>
        <w:rPr>
          <w:sz w:val="20"/>
        </w:rPr>
        <w:t>38:22  is</w:t>
      </w:r>
      <w:r>
        <w:br/>
      </w:r>
      <w:r>
        <w:rPr>
          <w:sz w:val="20"/>
        </w:rPr>
        <w:t>38:23  ke baad agar aap mercyful hote hain, tab aap mercyful ya forgive ah, forgiver kehlata hain. aur prophet ki zindagi se bhi hum ne yahi dekha ke unhone ah, kis tarah woh jitne log jo unko oppose karte the ya abuse karte the, jaise apa ne bataya, to kaise unhone unko maaf kar diya.</w:t>
      </w:r>
      <w:r>
        <w:br/>
      </w:r>
      <w:r>
        <w:rPr>
          <w:sz w:val="20"/>
        </w:rPr>
        <w:t>38:42  aur</w:t>
      </w:r>
      <w:r>
        <w:br/>
      </w:r>
      <w:r>
        <w:rPr>
          <w:sz w:val="20"/>
        </w:rPr>
        <w:t>38:43  aah, prophet is a role model for all muslims, and if prophet is a forgiver, and he is a merciful personality for everyone.</w:t>
      </w:r>
      <w:r>
        <w:br/>
      </w:r>
      <w:r>
        <w:rPr>
          <w:sz w:val="20"/>
        </w:rPr>
        <w:t>38:52  that this is the same conduct or trade that we have to adopt in a life. to apa, jab mein islamic history ke baray mein bhi parh raha tha, to mujhe kai example samnay aaye, jaise aah, Safwan bin Umayya ka example hai ke woh kaise bees saal se bhi zyada prophet ke khilaf</w:t>
      </w:r>
      <w:r>
        <w:br/>
      </w:r>
      <w:r>
        <w:rPr>
          <w:sz w:val="20"/>
        </w:rPr>
        <w:t>39:11  rahe. he was one of the bitter enemies of the enemy of the prophet, and aah, Khalid bin Waleed aah, jo war general thay, woh un ke bohat qareebi dost thay.</w:t>
      </w:r>
      <w:r>
        <w:br/>
      </w:r>
      <w:r>
        <w:rPr>
          <w:sz w:val="20"/>
        </w:rPr>
        <w:t>39:20  unhon ne un ko dawat di, lekin unhon ne kaha ke mein kabhi bhi prophet ko mein follow nahi karunga. aah, in fact, un ke jo cousin aah, Umair thay, aur jo un ke dost bhi thay, unhon ne prophet aah, ko marne ke liye un ko Madinah bheja, jab prophet Madinah mein</w:t>
      </w:r>
      <w:r>
        <w:br/>
      </w:r>
      <w:r>
        <w:rPr>
          <w:sz w:val="20"/>
        </w:rPr>
        <w:t>39:37  thay. aah, lekin Umair ne khud prophet ko aah, follow aah, karna behtar samjha. aah, ab yahan pe hum dekhte hain ke yeh to aah, blasphemy se bhi zyada aagay ki baat ho gayi ke prophet ko marne ke liye unhon ne plan banaya.</w:t>
      </w:r>
      <w:r>
        <w:br/>
      </w:r>
      <w:r>
        <w:rPr>
          <w:sz w:val="20"/>
        </w:rPr>
        <w:t>39:51  aah, isi aah, aah, isi Safwan bin Umayya ko prophet ne maaf bhi kiya aur ooncha uhda bhi diya. is</w:t>
      </w:r>
      <w:r>
        <w:br/>
      </w:r>
      <w:r>
        <w:rPr>
          <w:sz w:val="20"/>
        </w:rPr>
        <w:t>39:59  hi tareeqay se hum Abu Sufyan ka example dekhte hain, ya Umar bin Suhail ka dekhte hain ke kaise Umar bin Suhail bhi woh personality thay jinhon ne Hudaybiyyah treaty ke waqt Rasool ka word aah, erase kiya tha.</w:t>
      </w:r>
      <w:r>
        <w:br/>
      </w:r>
      <w:r>
        <w:rPr>
          <w:sz w:val="20"/>
        </w:rPr>
        <w:t>40:11  lekin prophet ne un ko bhi jab Makkah Makkah fateh hua, aah, un ko maaf kiya. aur wohi Umar bin Suhail baad mein aagay ja ke jab prophet ki death hui thi to woh kharay hue, and he was a very good orator, and he spoke aah, aah, with lot of passion ke prophet ke aah, aah, death ke baad Islam aur zyada strong</w:t>
      </w:r>
      <w:r>
        <w:br/>
      </w:r>
      <w:r>
        <w:rPr>
          <w:sz w:val="20"/>
        </w:rPr>
        <w:t>40:34  ho gaya hai. to kaise log wapas mud ke aaye. aah, to yeh jaanna bohat zaroori hai ke Islam aah, objective is to root root out the cause of blasphemy, and not give command aah, to kill people.</w:t>
      </w:r>
      <w:r>
        <w:br/>
      </w:r>
      <w:r>
        <w:rPr>
          <w:sz w:val="20"/>
        </w:rPr>
        <w:t>40:49  aah, and this is very important that aah, we have to recognize. aah, mein is mein add karna chahunga,</w:t>
      </w:r>
      <w:r>
        <w:br/>
      </w:r>
      <w:r>
        <w:rPr>
          <w:sz w:val="20"/>
        </w:rPr>
        <w:t>40:59  Quran mein bataya gaya: "Ma yaatihim min rasoolin illa kaano bihi yastahzi'oon" ke jo bhi Rasool aaye, un ka mazaaq uraya gaya hai. to asal hota kya hai ke koi bhi insaan jo aata hai aur Rasool bankar aaye, to kisi doosre insaan ko us ke imaan aur us ke fikr se hatana bohat hi mushkil kaam hota hai.</w:t>
      </w:r>
      <w:r>
        <w:br/>
      </w:r>
      <w:r>
        <w:rPr>
          <w:sz w:val="20"/>
        </w:rPr>
        <w:t>41:19  intehai mushkil kaam hai. ab is maidan mein koi bhi aayega, us ko koi gaali dega, koi mazaaq urayega, yeh to hota rahega. ab agar blasphemy ka law aa jata, Allah taala aah, nazil kar deta to koi bhi insaan nahi bach sakta tha.</w:t>
      </w:r>
      <w:r>
        <w:br/>
      </w:r>
      <w:r>
        <w:rPr>
          <w:sz w:val="20"/>
        </w:rPr>
        <w:t>41:34  even Islam ki tareekh dekhein to jaisa ke abhi apa aur Regis sahib ne misaal diya, maine bhi parhi hai, mere zehn mein beshumar misaal aa rahi hain. Hazrat Umar bhi bach nahi paate kyunke Hazrat Umar ne aah, jab nikle thay ke qatal karenge, us se pehle to sab ko takleef dete hi thay, nikle thay qatal karenge.</w:t>
      </w:r>
      <w:r>
        <w:br/>
      </w:r>
      <w:r>
        <w:rPr>
          <w:sz w:val="20"/>
        </w:rPr>
        <w:t>41:50  to us waqt kisi ne poocha tha: "yeh kahan ja rahe ho?" to kaha: "Hazrat Umar ne yeh kaha tha ke mein is be-deen ko maarne ja raha hoon jis ne hamare Arab ke aah, Arab mein bilkul tafreeqa paida kar diya, ikhtilaf paida kar diya hai." to yeh lafz dekhiye: "mein is be-deen ko maarne ja raha hoon" yeh to bilkul hi sarapa us ki baat hai.</w:t>
      </w:r>
      <w:r>
        <w:br/>
      </w:r>
      <w:r>
        <w:rPr>
          <w:sz w:val="20"/>
        </w:rPr>
        <w:t>42:13  fateh Makkah ke mauqay par Hind ne kaha tha: "Hind wohi hai jo Rasool Allah salallahu alayhi wasallam ki bitter dushman thi aur aap ke chacha ko aah, marwane ka kaam saunpa tha aur bhi doosri cheezein karti rehti thi." us ne yeh kaha tha:</w:t>
      </w:r>
      <w:r>
        <w:br/>
      </w:r>
      <w:r>
        <w:rPr>
          <w:sz w:val="20"/>
        </w:rPr>
        <w:t>42:30  "Ya Rasool Allah! Ma kaana 'ala zahril ardi min ahl-i-khabaa'in ahabb ilayhi min ahl-i-khabaa'ik, thumma ma asbaha al-yawma 'ala zahril ardi ahl-i-khabaa'in ahabb ilayhi min an ya'uzzu min ahl-i-khabaa'ik.</w:t>
      </w:r>
      <w:r>
        <w:br/>
      </w:r>
      <w:r>
        <w:rPr>
          <w:sz w:val="20"/>
        </w:rPr>
        <w:t>42:46  " aey Allah ke Rasool! aaj se pehle rooye zameen par koi bhi khayma wala aisa nahi tha jis ke baray mein mujhe sab se zyada pasandeeda ho ke woh zaleel ho.</w:t>
      </w:r>
      <w:r>
        <w:br/>
      </w:r>
      <w:r>
        <w:rPr>
          <w:sz w:val="20"/>
        </w:rPr>
        <w:t>42:55  yani Rasool Allah salallahu alayhi wasallam sab se zyada zaleel hona ko zaleel karna Hind ko pasandeeda tha. aur ab mujhe sab se zyada pasandeeda yeh hai ke aap aur aap ke log woh izzat paayein.</w:t>
      </w:r>
      <w:r>
        <w:br/>
      </w:r>
      <w:r>
        <w:rPr>
          <w:sz w:val="20"/>
        </w:rPr>
        <w:t>43:10  to ab dekhiye, agar insaan aah, ke liye yeh qanoon ban jata to koi bhi insaan bach nahi pata tha. Makkah ke andar to ek insaan bhi bach nahi pata, Madinah ke andar bhi kuch log bach sakte to bach sakte thay, dehati koi bhi nahi bachta, badu jis ko kehte hain, koi bhi nahi bachta tha.</w:t>
      </w:r>
      <w:r>
        <w:br/>
      </w:r>
      <w:r>
        <w:rPr>
          <w:sz w:val="20"/>
        </w:rPr>
        <w:t>43:26  Taif ke log saare log maare jaate hain. phir is ke baad hum jo aaj Rasool Allah salallahu alayhi wasallam ke naam par kar rahe hain, hum bhi koi, hum kisi ko nahi maloom rehta ke Islam kya hai kyunke sab log mar jaate hain us waqt.</w:t>
      </w:r>
      <w:r>
        <w:br/>
      </w:r>
      <w:r>
        <w:rPr>
          <w:sz w:val="20"/>
        </w:rPr>
        <w:t>43:37  to yeh jo payghambar ke jo aata hai, us ko takleefein hoti hain. to hum ko yeh jaanna chahiye, samajhna chahiye ke is se jo cheez kharab hoti hai, woh dawat ka mahol kharab hota hai.</w:t>
      </w:r>
      <w:r>
        <w:br/>
      </w:r>
      <w:r>
        <w:rPr>
          <w:sz w:val="20"/>
        </w:rPr>
        <w:t>43:51  dawat ka mahol kharab hota hai, Khuda ke mansoobay takhleeq se aagahi ka mahol kharab hota hai. kyunke qayamat ke din Allah taala kisi se pooch nahi sakta ke tum ko mera paigham pohancha ke nahi pohancha, kyunke woh kehta hai ke tum ne qanoon banaya tha ke jo bhi Rasool ko ki shat'am kare, us ko maar diya jaye.</w:t>
      </w:r>
      <w:r>
        <w:br/>
      </w:r>
      <w:r>
        <w:rPr>
          <w:sz w:val="20"/>
        </w:rPr>
        <w:t>44:09  to yeh bilkul hi Islam ke mansoobay takhleeq ke bilkul hi khilaf qanoon hai jo soch rahe hain ya jo samajh rahe hain ya fiqh ka jo kaam hai, yeh bilkul hi khilaf hai.</w:t>
      </w:r>
    </w:p>
    <w:p>
      <w:pPr>
        <w:pStyle w:val="Heading2"/>
      </w:pPr>
      <w:r>
        <w:t>Book recommendation and blasphemy law in Islamic state</w:t>
      </w:r>
    </w:p>
    <w:p>
      <w:r>
        <w:rPr>
          <w:color w:val="666666"/>
          <w:sz w:val="18"/>
        </w:rPr>
        <w:t>Society &amp; Dawah · God Oriented Life (In Conversation with Maulana) 23 10 11 · 4m 13s · at 19:32 · https://youtu.be/E_LWwsWww2U?t=1172</w:t>
      </w:r>
    </w:p>
    <w:p>
      <w:r>
        <w:rPr>
          <w:i/>
        </w:rPr>
        <w:t>“Today's discussion on freedom of thought was very enlightening. Could you please suggest me any of your books devoted to this topic to further my knowledge? Also, if a man living in an Islamic state uses abusive language about the Prophet of Islam, then how should that Islamic administration deal with him?”</w:t>
      </w:r>
    </w:p>
    <w:p>
      <w:r>
        <w:rPr>
          <w:sz w:val="20"/>
        </w:rPr>
        <w:t>19:32  maulana agla sawal mister zeeshan yusuf ka hai hyderabad se unhone likha hai maulana today discussion on freedom of thought was very enlightening could you please suggest me any of your books devoted to this topic to further my knowledge</w:t>
      </w:r>
      <w:r>
        <w:br/>
      </w:r>
      <w:r>
        <w:rPr>
          <w:sz w:val="20"/>
        </w:rPr>
        <w:t>19:53  ek kitab hai deen insaniyat is mein kai chapter hain ek chapter fifty pages ka hai huryat e fikr yani fikr ki azadi is ko aap padh sakte hain kitab ka naam hai deen insaniyat is chapter ka naam hai huryat e fikr jo pachas pages ka hai</w:t>
      </w:r>
      <w:r>
        <w:br/>
      </w:r>
      <w:r>
        <w:rPr>
          <w:sz w:val="20"/>
        </w:rPr>
        <w:t>20:17  maulana unhone ek apna doubt bhi likha hai jo woh chahte hain ke aap clear karein unhone likha hai ke if a man who living in an islamic state use abusive language about prophet of islam then how should that very islamic administration deal with that man the question i guess could be asked to me while i am doing my da'wah work please suggest me your valuable</w:t>
      </w:r>
      <w:r>
        <w:br/>
      </w:r>
      <w:r>
        <w:rPr>
          <w:sz w:val="20"/>
        </w:rPr>
        <w:t>20:43  answer dekhiye yeh masla lan artic hai nahi</w:t>
      </w:r>
      <w:r>
        <w:br/>
      </w:r>
      <w:r>
        <w:rPr>
          <w:sz w:val="20"/>
        </w:rPr>
        <w:t>20:49  admission ka hai nahi yeh masla yeh masla dawat o tabligh ka hai yani aap is ko ja</w:t>
      </w:r>
      <w:r>
        <w:br/>
      </w:r>
      <w:r>
        <w:rPr>
          <w:sz w:val="20"/>
        </w:rPr>
        <w:t>20:55  ke miliye is se baat kijiye agar us ne kitab likhi hai to aap bhi ek kitab likhiye</w:t>
      </w:r>
      <w:r>
        <w:br/>
      </w:r>
      <w:r>
        <w:rPr>
          <w:sz w:val="20"/>
        </w:rPr>
        <w:t>21:00  aap bhi kijiye</w:t>
      </w:r>
      <w:r>
        <w:br/>
      </w:r>
      <w:r>
        <w:rPr>
          <w:sz w:val="20"/>
        </w:rPr>
        <w:t>21:02  yeh lan artic masla hi nahi hai lan artic ka masla jab hoga jab ke wo koi social</w:t>
      </w:r>
      <w:r>
        <w:br/>
      </w:r>
      <w:r>
        <w:rPr>
          <w:sz w:val="20"/>
        </w:rPr>
        <w:t>21:07  crime kare kisi ko physical injury pahunchaye kisi ka maal chheen le kisi ka hath paon tode wo</w:t>
      </w:r>
      <w:r>
        <w:br/>
      </w:r>
      <w:r>
        <w:rPr>
          <w:sz w:val="20"/>
        </w:rPr>
        <w:t>21:15  sirf agar zaban se ek baat bolta hai</w:t>
      </w:r>
      <w:r>
        <w:br/>
      </w:r>
      <w:r>
        <w:rPr>
          <w:sz w:val="20"/>
        </w:rPr>
        <w:t>21:19  wo koi mazmoon chhapta hai to wo hargiz hargiz admission ka masla nahi hai wo wo masla hai</w:t>
      </w:r>
      <w:r>
        <w:br/>
      </w:r>
      <w:r>
        <w:rPr>
          <w:sz w:val="20"/>
        </w:rPr>
        <w:t>21:27  daii o molakh ka yani</w:t>
      </w:r>
      <w:r>
        <w:br/>
      </w:r>
      <w:r>
        <w:rPr>
          <w:sz w:val="20"/>
        </w:rPr>
        <w:t>21:28  daii o molakh is se mil kar ke is ke doubt clear karen</w:t>
      </w:r>
      <w:r>
        <w:br/>
      </w:r>
      <w:r>
        <w:rPr>
          <w:sz w:val="20"/>
        </w:rPr>
        <w:t>21:34  is par khud bhi mazmoon likhen kitab likhen yahi karen is ki misal yeh hai dekhiye</w:t>
      </w:r>
      <w:r>
        <w:br/>
      </w:r>
      <w:r>
        <w:rPr>
          <w:sz w:val="20"/>
        </w:rPr>
        <w:t>21:40  ke madine mein rasool Allah sallallahu alaihi wasallam ke zamane mein state qaim ho chuka tha</w:t>
      </w:r>
      <w:r>
        <w:br/>
      </w:r>
      <w:r>
        <w:rPr>
          <w:sz w:val="20"/>
        </w:rPr>
        <w:t>21:47  yani admission qaim ho chuka tha wahan par madine mein</w:t>
      </w:r>
      <w:r>
        <w:br/>
      </w:r>
      <w:r>
        <w:rPr>
          <w:sz w:val="20"/>
        </w:rPr>
        <w:t>21:51  to us zamane mein wahan par aisa tha ke kuch log</w:t>
      </w:r>
      <w:r>
        <w:br/>
      </w:r>
      <w:r>
        <w:rPr>
          <w:sz w:val="20"/>
        </w:rPr>
        <w:t>21:56  rasool Allah ke khilaf ya Islam ke khilaf bolte the</w:t>
      </w:r>
      <w:r>
        <w:br/>
      </w:r>
      <w:r>
        <w:rPr>
          <w:sz w:val="20"/>
        </w:rPr>
        <w:t>22:00  to ek sahabi the un ka naam tha hasan bin sabit woh shair the</w:t>
      </w:r>
      <w:r>
        <w:br/>
      </w:r>
      <w:r>
        <w:rPr>
          <w:sz w:val="20"/>
        </w:rPr>
        <w:t>22:07  is zamane mein dekhen jab printing press nahi tha to sher o shairi yeh</w:t>
      </w:r>
      <w:r>
        <w:br/>
      </w:r>
      <w:r>
        <w:rPr>
          <w:sz w:val="20"/>
        </w:rPr>
        <w:t>22:13  shairi jo thi woh aaj kal ke tareeqe se samjhen ke woh journalism thi is zamane ki sahafat</w:t>
      </w:r>
      <w:r>
        <w:br/>
      </w:r>
      <w:r>
        <w:rPr>
          <w:sz w:val="20"/>
        </w:rPr>
        <w:t>22:19  journalism kyunke chhap chhap kar ke phaila nahi sakte the aap kisi cheez ko kyunke naqab tanffus tha</w:t>
      </w:r>
      <w:r>
        <w:br/>
      </w:r>
      <w:r>
        <w:rPr>
          <w:sz w:val="20"/>
        </w:rPr>
        <w:t>22:26  to aap sher ke roop mein jab aap karte the to to bohat jald logon ko yaad hota</w:t>
      </w:r>
      <w:r>
        <w:br/>
      </w:r>
      <w:r>
        <w:rPr>
          <w:sz w:val="20"/>
        </w:rPr>
        <w:t>22:30  hota tha woh phailate the is ko</w:t>
      </w:r>
      <w:r>
        <w:br/>
      </w:r>
      <w:r>
        <w:rPr>
          <w:sz w:val="20"/>
        </w:rPr>
        <w:t>22:33  to aap ne</w:t>
      </w:r>
      <w:r>
        <w:br/>
      </w:r>
      <w:r>
        <w:rPr>
          <w:sz w:val="20"/>
        </w:rPr>
        <w:t>22:35  hasan bin sabit se kaha ke tum is ka jawab do yeh jo log Islam ke khilaf ya</w:t>
      </w:r>
      <w:r>
        <w:br/>
      </w:r>
      <w:r>
        <w:rPr>
          <w:sz w:val="20"/>
        </w:rPr>
        <w:t>22:43  Quran ke khilaf baaten karte hain to aata hai ek kitab um mein ke hasan bin sabit ke</w:t>
      </w:r>
      <w:r>
        <w:br/>
      </w:r>
      <w:r>
        <w:rPr>
          <w:sz w:val="20"/>
        </w:rPr>
        <w:t>22:48  liye mimbar rakha gaya masjid Nabwi mein yani Madine ki masjid Nabwi mein un ke liye mimbar rakha</w:t>
      </w:r>
      <w:r>
        <w:br/>
      </w:r>
      <w:r>
        <w:rPr>
          <w:sz w:val="20"/>
        </w:rPr>
        <w:t>22:55  gaya is par baithe aur baith kar unhon ne ash'ar kahe un</w:t>
      </w:r>
      <w:r>
        <w:br/>
      </w:r>
      <w:r>
        <w:rPr>
          <w:sz w:val="20"/>
        </w:rPr>
        <w:t>22:59  ke khilaf woh ash'ar jaise akhbar phailte hain use woh phailaya gaya woh yeh jawab to ek tareeqa</w:t>
      </w:r>
      <w:r>
        <w:br/>
      </w:r>
      <w:r>
        <w:rPr>
          <w:sz w:val="20"/>
        </w:rPr>
        <w:t>23:05  hai yeh to main saaf arz karta hoon ke agar koi rasool ke khilaf Khuda ke khilaf Quran</w:t>
      </w:r>
      <w:r>
        <w:br/>
      </w:r>
      <w:r>
        <w:rPr>
          <w:sz w:val="20"/>
        </w:rPr>
        <w:t>23:13  ke khilaf Islam ke khilaf bolta hai to woh hargiz hargiz intezamiya ka masla nahi hai woh law</w:t>
      </w:r>
      <w:r>
        <w:br/>
      </w:r>
      <w:r>
        <w:rPr>
          <w:sz w:val="20"/>
        </w:rPr>
        <w:t>23:20  order ka masla nahi hai woh police ka masla nahi hai woh masla hai</w:t>
      </w:r>
      <w:r>
        <w:br/>
      </w:r>
      <w:r>
        <w:rPr>
          <w:sz w:val="20"/>
        </w:rPr>
        <w:t>23:26  is baat ka ke aap is ko samjhaen is ke khilaf is ke is ke is par kitab</w:t>
      </w:r>
      <w:r>
        <w:br/>
      </w:r>
      <w:r>
        <w:rPr>
          <w:sz w:val="20"/>
        </w:rPr>
        <w:t>23:31  likhen is par mazmoon likhen is par yeh karen yani kitab ke jawab mein kitab qalam ke jawab</w:t>
      </w:r>
      <w:r>
        <w:br/>
      </w:r>
      <w:r>
        <w:rPr>
          <w:sz w:val="20"/>
        </w:rPr>
        <w:t>23:38  mein qalam taqreer ke jawab mein taqreer yeh hai Islam ka tareeqa</w:t>
      </w:r>
    </w:p>
    <w:p>
      <w:pPr>
        <w:pStyle w:val="Heading2"/>
      </w:pPr>
      <w:r>
        <w:t>Books for rational and historical presentation of Islam</w:t>
      </w:r>
    </w:p>
    <w:p>
      <w:r>
        <w:rPr>
          <w:color w:val="666666"/>
          <w:sz w:val="18"/>
        </w:rPr>
        <w:t>Society &amp; Dawah · Divine Help February 09, 2014 Maulana Wahiduddin Khan · 4m 29s · at 1:03:20 · https://youtu.be/eJBjiYGZcKY?t=3800</w:t>
      </w:r>
    </w:p>
    <w:p>
      <w:r>
        <w:rPr>
          <w:i/>
        </w:rPr>
        <w:t>“Which books should be used to present Islam in a rational and historical manner?”</w:t>
      </w:r>
    </w:p>
    <w:p>
      <w:r>
        <w:rPr>
          <w:sz w:val="20"/>
        </w:rPr>
        <w:t>1:03:20  Maulana agla sawal Hyderabad se hai.</w:t>
      </w:r>
      <w:r>
        <w:br/>
      </w:r>
      <w:r>
        <w:rPr>
          <w:sz w:val="20"/>
        </w:rPr>
        <w:t>1:03:25  Maulana Sanaullah Khan sahib ka.</w:t>
      </w:r>
      <w:r>
        <w:br/>
      </w:r>
      <w:r>
        <w:rPr>
          <w:sz w:val="20"/>
        </w:rPr>
        <w:t>1:03:30  Unhon ne likha hai: Islam ko rational aur historical andaaz mein pesh karne ke liye kin kitabon ka</w:t>
      </w:r>
      <w:r>
        <w:br/>
      </w:r>
      <w:r>
        <w:rPr>
          <w:sz w:val="20"/>
        </w:rPr>
        <w:t>1:03:34  mutala karna chahiye? Is ke bare mein bataein.</w:t>
      </w:r>
      <w:r>
        <w:br/>
      </w:r>
      <w:r>
        <w:rPr>
          <w:sz w:val="20"/>
        </w:rPr>
        <w:t>1:03:39  Dekhiye main kisi ek kitab ka hawala nahi de sakta.</w:t>
      </w:r>
      <w:r>
        <w:br/>
      </w:r>
      <w:r>
        <w:rPr>
          <w:sz w:val="20"/>
        </w:rPr>
        <w:t>1:03:43  Kitaben to bohat si parhni parti hain.</w:t>
      </w:r>
      <w:r>
        <w:br/>
      </w:r>
      <w:r>
        <w:rPr>
          <w:sz w:val="20"/>
        </w:rPr>
        <w:t>1:03:48  Sirf main yeh keh sakta hoon ke maine khud jo zindagi mein parha hai is pehlu se</w:t>
      </w:r>
      <w:r>
        <w:br/>
      </w:r>
      <w:r>
        <w:rPr>
          <w:sz w:val="20"/>
        </w:rPr>
        <w:t>1:03:52  to is ko main ne chand kitabon mein likha hai.</w:t>
      </w:r>
      <w:r>
        <w:br/>
      </w:r>
      <w:r>
        <w:rPr>
          <w:sz w:val="20"/>
        </w:rPr>
        <w:t>1:03:57  Is mein se taza kitab jo chhap rahi hai is ka naam hai Izhaar-e-Deen.</w:t>
      </w:r>
      <w:r>
        <w:br/>
      </w:r>
      <w:r>
        <w:rPr>
          <w:sz w:val="20"/>
        </w:rPr>
        <w:t>1:04:02  Izhaar-e-Deen ki jo kitab hai jo saat sau pages se zyada ki hai is ka mozu yahi hai.</w:t>
      </w:r>
      <w:r>
        <w:br/>
      </w:r>
      <w:r>
        <w:rPr>
          <w:sz w:val="20"/>
        </w:rPr>
        <w:t>1:04:06  Yaani Islam ko Islam ko yaani reason ki language mein, language of reason mein pesh karna.</w:t>
      </w:r>
      <w:r>
        <w:br/>
      </w:r>
      <w:r>
        <w:rPr>
          <w:sz w:val="20"/>
        </w:rPr>
        <w:t>1:04:11  To main ne jo mutala kiya hai is ka ek nateeja tehqeeq is mein aap dekh sakte hain.</w:t>
      </w:r>
      <w:r>
        <w:br/>
      </w:r>
      <w:r>
        <w:rPr>
          <w:sz w:val="20"/>
        </w:rPr>
        <w:t>1:04:15  Baqi mutale ke liye yaad rakhiye jo do shakalain hoti hain.</w:t>
      </w:r>
      <w:r>
        <w:br/>
      </w:r>
      <w:r>
        <w:rPr>
          <w:sz w:val="20"/>
        </w:rPr>
        <w:t>1:04:20  Ya to aap kisi par aitmad karein aur is ke zariye se aap jo kuch mil raha ho</w:t>
      </w:r>
      <w:r>
        <w:br/>
      </w:r>
      <w:r>
        <w:rPr>
          <w:sz w:val="20"/>
        </w:rPr>
        <w:t>1:04:24  wo wo le kar ke aur is se apna apne kaam ko aage barhaein.</w:t>
      </w:r>
      <w:r>
        <w:br/>
      </w:r>
      <w:r>
        <w:rPr>
          <w:sz w:val="20"/>
        </w:rPr>
        <w:t>1:04:29  Dosra yeh ke khud aadmi discover karna chahe.</w:t>
      </w:r>
      <w:r>
        <w:br/>
      </w:r>
      <w:r>
        <w:rPr>
          <w:sz w:val="20"/>
        </w:rPr>
        <w:t>1:04:33  To is ke liye to poora kutubkhana parhna parta hai.</w:t>
      </w:r>
      <w:r>
        <w:br/>
      </w:r>
      <w:r>
        <w:rPr>
          <w:sz w:val="20"/>
        </w:rPr>
        <w:t>1:04:38  Jis ke paas waqt ho wo poora kutubkhana parhe.</w:t>
      </w:r>
      <w:r>
        <w:br/>
      </w:r>
      <w:r>
        <w:rPr>
          <w:sz w:val="20"/>
        </w:rPr>
        <w:t>1:04:43  To waqt ka masla hai.</w:t>
      </w:r>
      <w:r>
        <w:br/>
      </w:r>
      <w:r>
        <w:rPr>
          <w:sz w:val="20"/>
        </w:rPr>
        <w:t>1:04:47  Kis ke paas waqt hai, kis ke paas waqt nahi hai.</w:t>
      </w:r>
      <w:r>
        <w:br/>
      </w:r>
      <w:r>
        <w:rPr>
          <w:sz w:val="20"/>
        </w:rPr>
        <w:t>1:04:52  Main to Allah ke fazl se koi kaam hi duniya mein nahi kiya.</w:t>
      </w:r>
      <w:r>
        <w:br/>
      </w:r>
      <w:r>
        <w:rPr>
          <w:sz w:val="20"/>
        </w:rPr>
        <w:t>1:04:56  Mujhe na station se bhi, na paise se, na building se, kisi cheez se nahi.</w:t>
      </w:r>
      <w:r>
        <w:br/>
      </w:r>
      <w:r>
        <w:rPr>
          <w:sz w:val="20"/>
        </w:rPr>
        <w:t>1:05:01  Na bheed se.</w:t>
      </w:r>
      <w:r>
        <w:br/>
      </w:r>
      <w:r>
        <w:rPr>
          <w:sz w:val="20"/>
        </w:rPr>
        <w:t>1:05:05  To sirf parha, parha, parha, parha.</w:t>
      </w:r>
      <w:r>
        <w:br/>
      </w:r>
      <w:r>
        <w:rPr>
          <w:sz w:val="20"/>
        </w:rPr>
        <w:t>1:05:10  To main samajhta hoon ke self discovery ki price yeh hai ke aadmi kisi aur cheez ka shauq</w:t>
      </w:r>
      <w:r>
        <w:br/>
      </w:r>
      <w:r>
        <w:rPr>
          <w:sz w:val="20"/>
        </w:rPr>
        <w:t>1:05:15  to mein samajhta hoon ke self discovery ki price yeh hai ke aadmi kisi aur cheez ka shauq</w:t>
      </w:r>
      <w:r>
        <w:br/>
      </w:r>
      <w:r>
        <w:rPr>
          <w:sz w:val="20"/>
        </w:rPr>
        <w:t>1:05:19  is ke andar na ho.</w:t>
      </w:r>
      <w:r>
        <w:br/>
      </w:r>
      <w:r>
        <w:rPr>
          <w:sz w:val="20"/>
        </w:rPr>
        <w:t>1:05:24  mere andar khane aur parhne ka bhi shauq nahi hai.</w:t>
      </w:r>
      <w:r>
        <w:br/>
      </w:r>
      <w:r>
        <w:rPr>
          <w:sz w:val="20"/>
        </w:rPr>
        <w:t>1:05:28  sab cheez mujhe lagti hai ek sa.</w:t>
      </w:r>
      <w:r>
        <w:br/>
      </w:r>
      <w:r>
        <w:rPr>
          <w:sz w:val="20"/>
        </w:rPr>
        <w:t>1:05:33  to dekhiye do aadmi ke samne choice hai.</w:t>
      </w:r>
      <w:r>
        <w:br/>
      </w:r>
      <w:r>
        <w:rPr>
          <w:sz w:val="20"/>
        </w:rPr>
        <w:t>1:05:37  ya to kisi par aitmad kar ke us ke zariye jo mil raha ho us par apna zehn banao.</w:t>
      </w:r>
      <w:r>
        <w:br/>
      </w:r>
      <w:r>
        <w:rPr>
          <w:sz w:val="20"/>
        </w:rPr>
        <w:t>1:05:42  aur agar woh self discovery chahta hai to phir us ko ek har shauq ko chhodna padega.</w:t>
      </w:r>
      <w:r>
        <w:br/>
      </w:r>
      <w:r>
        <w:rPr>
          <w:sz w:val="20"/>
        </w:rPr>
        <w:t>1:05:46  har habit ko chhodna padega.</w:t>
      </w:r>
      <w:r>
        <w:br/>
      </w:r>
      <w:r>
        <w:rPr>
          <w:sz w:val="20"/>
        </w:rPr>
        <w:t>1:05:51  apne ko dedicate karna padega.</w:t>
      </w:r>
      <w:r>
        <w:br/>
      </w:r>
      <w:r>
        <w:rPr>
          <w:sz w:val="20"/>
        </w:rPr>
        <w:t>1:05:56  mutale ke liye sab se pehle.</w:t>
      </w:r>
      <w:r>
        <w:br/>
      </w:r>
      <w:r>
        <w:rPr>
          <w:sz w:val="20"/>
        </w:rPr>
        <w:t>1:06:00  chaalis pachas saal tak us ko parhna padega.</w:t>
      </w:r>
      <w:r>
        <w:br/>
      </w:r>
      <w:r>
        <w:rPr>
          <w:sz w:val="20"/>
        </w:rPr>
        <w:t>1:06:05  jaise ek qissa maine parha.</w:t>
      </w:r>
      <w:r>
        <w:br/>
      </w:r>
      <w:r>
        <w:rPr>
          <w:sz w:val="20"/>
        </w:rPr>
        <w:t>1:06:09  Maulana ameen hasan islahi sahab se mile.</w:t>
      </w:r>
      <w:r>
        <w:br/>
      </w:r>
      <w:r>
        <w:rPr>
          <w:sz w:val="20"/>
        </w:rPr>
        <w:t>1:06:14  ek hain Maulana javed ghamdi.</w:t>
      </w:r>
      <w:r>
        <w:br/>
      </w:r>
      <w:r>
        <w:rPr>
          <w:sz w:val="20"/>
        </w:rPr>
        <w:t>1:06:18  aaj kal malaysia mein rehte hain woh.</w:t>
      </w:r>
      <w:r>
        <w:br/>
      </w:r>
      <w:r>
        <w:rPr>
          <w:sz w:val="20"/>
        </w:rPr>
        <w:t>1:06:23  un se unhon ne yeh sawal kiya.</w:t>
      </w:r>
      <w:r>
        <w:br/>
      </w:r>
      <w:r>
        <w:rPr>
          <w:sz w:val="20"/>
        </w:rPr>
        <w:t>1:06:28  unhon ne kaha ke chaalis saal parho.</w:t>
      </w:r>
      <w:r>
        <w:br/>
      </w:r>
      <w:r>
        <w:rPr>
          <w:sz w:val="20"/>
        </w:rPr>
        <w:t>1:06:32  sab kaam band kar ke.</w:t>
      </w:r>
      <w:r>
        <w:br/>
      </w:r>
      <w:r>
        <w:rPr>
          <w:sz w:val="20"/>
        </w:rPr>
        <w:t>1:06:37  chaalis saal tak koi kaam nahi.</w:t>
      </w:r>
      <w:r>
        <w:br/>
      </w:r>
      <w:r>
        <w:rPr>
          <w:sz w:val="20"/>
        </w:rPr>
        <w:t>1:06:41  parhte raho, parhte raho, parhte raho chaalis saal tak.</w:t>
      </w:r>
      <w:r>
        <w:br/>
      </w:r>
      <w:r>
        <w:rPr>
          <w:sz w:val="20"/>
        </w:rPr>
        <w:t>1:06:46  to tum pahunch jaoge.</w:t>
      </w:r>
      <w:r>
        <w:br/>
      </w:r>
      <w:r>
        <w:rPr>
          <w:sz w:val="20"/>
        </w:rPr>
        <w:t>1:06:50  to ya to aadmi khud chaalis saal tak parhe lekin har shauq ko chhodna padega us ko.</w:t>
      </w:r>
      <w:r>
        <w:br/>
      </w:r>
      <w:r>
        <w:rPr>
          <w:sz w:val="20"/>
        </w:rPr>
        <w:t>1:06:55  yeh nahi ke aap us doosre shauq mein jaari rahen.</w:t>
      </w:r>
      <w:r>
        <w:br/>
      </w:r>
      <w:r>
        <w:rPr>
          <w:sz w:val="20"/>
        </w:rPr>
        <w:t>1:07:00  aur yeh bhi jaari rahe to nahi ho sakta.</w:t>
      </w:r>
      <w:r>
        <w:br/>
      </w:r>
      <w:r>
        <w:rPr>
          <w:sz w:val="20"/>
        </w:rPr>
        <w:t>1:07:04  to ya to aap har shauq ko chhod kar ke sirf parhen, sirf parhen, sirf parhen.</w:t>
      </w:r>
      <w:r>
        <w:br/>
      </w:r>
      <w:r>
        <w:rPr>
          <w:sz w:val="20"/>
        </w:rPr>
        <w:t>1:07:09  agar aap ke paas waqt nahi hai to phir kisi par bharosa kijiye.</w:t>
      </w:r>
      <w:r>
        <w:br/>
      </w:r>
      <w:r>
        <w:rPr>
          <w:sz w:val="20"/>
        </w:rPr>
        <w:t>1:07:13  kisi par aitmad kijiye.</w:t>
      </w:r>
      <w:r>
        <w:br/>
      </w:r>
      <w:r>
        <w:rPr>
          <w:sz w:val="20"/>
        </w:rPr>
        <w:t>1:07:18  aur to koi shakal nahi hai mere khayal se.</w:t>
      </w:r>
      <w:r>
        <w:br/>
      </w:r>
      <w:r>
        <w:rPr>
          <w:sz w:val="20"/>
        </w:rPr>
        <w:t>1:07:22  jahan tak mera talluq hai maine allah ke fazl se yahi kiya. padha.</w:t>
      </w:r>
      <w:r>
        <w:br/>
      </w:r>
      <w:r>
        <w:rPr>
          <w:sz w:val="20"/>
        </w:rPr>
        <w:t>1:07:27  sari zindagi padhta raha, padhta raha, padhta.</w:t>
      </w:r>
      <w:r>
        <w:br/>
      </w:r>
      <w:r>
        <w:rPr>
          <w:sz w:val="20"/>
        </w:rPr>
        <w:t>1:07:31  to bohat si kitabein meri hain jo aap dekh sakte hain.</w:t>
      </w:r>
      <w:r>
        <w:br/>
      </w:r>
      <w:r>
        <w:rPr>
          <w:sz w:val="20"/>
        </w:rPr>
        <w:t>1:07:36  taza kitab jo chhap chhap rahi hai wahi hai izhar deen.</w:t>
      </w:r>
      <w:r>
        <w:br/>
      </w:r>
      <w:r>
        <w:rPr>
          <w:sz w:val="20"/>
        </w:rPr>
        <w:t>1:07:41  is ka khaas mozu yahi hai.</w:t>
      </w:r>
      <w:r>
        <w:br/>
      </w:r>
      <w:r>
        <w:rPr>
          <w:sz w:val="20"/>
        </w:rPr>
        <w:t>1:07:45  islam ko rational usool mein pesh karna.</w:t>
      </w:r>
    </w:p>
    <w:p>
      <w:pPr>
        <w:pStyle w:val="Heading2"/>
      </w:pPr>
      <w:r>
        <w:t>Books to Give for Dawah</w:t>
      </w:r>
    </w:p>
    <w:p>
      <w:r>
        <w:rPr>
          <w:color w:val="666666"/>
          <w:sz w:val="18"/>
        </w:rPr>
        <w:t>Society &amp; Dawah · The Companions and the Hadith Scholars June 24, 2012 · 6m 50s · at 1:09:11 · https://youtu.be/Dj4QiYnxgBs?t=4151</w:t>
      </w:r>
    </w:p>
    <w:p>
      <w:r>
        <w:rPr>
          <w:i/>
        </w:rPr>
        <w:t>“What books should we give to people who come in contact with us to tell them about Islam?”</w:t>
      </w:r>
    </w:p>
    <w:p>
      <w:r>
        <w:rPr>
          <w:sz w:val="20"/>
        </w:rPr>
        <w:t>1:09:11  maulana, agla sawal dilli se hai, nazim ahmad sahab ka. unhon ne likha hai: "jo log hamare sampark mein aate hain, unko islam ke bare mein batane ke liye kaunsi kitabein hum dein?" is ke bare mein bataein.</w:t>
      </w:r>
      <w:r>
        <w:br/>
      </w:r>
      <w:r>
        <w:rPr>
          <w:sz w:val="20"/>
        </w:rPr>
        <w:t>1:09:28  bhai, dekhein, yeh koi</w:t>
      </w:r>
      <w:r>
        <w:br/>
      </w:r>
      <w:r>
        <w:rPr>
          <w:sz w:val="20"/>
        </w:rPr>
        <w:t>1:09:32  yaani yeh koi batane ki baat nahi hai, yeh to aap ke samajhne ki baat hai. kyunke jo aap ke sampark mein aate hain, woh kya hain? to woh tarah tarah ke log ho sakte hain.</w:t>
      </w:r>
      <w:r>
        <w:br/>
      </w:r>
      <w:r>
        <w:rPr>
          <w:sz w:val="20"/>
        </w:rPr>
        <w:t>1:09:42  insaan ki to bohat qismein hain. to aap ko khud kitabein padhna hoga, padh ke khud aap ko tay karna hoga ke un ke mind ko address karne wali kitab kaun si hai.</w:t>
      </w:r>
      <w:r>
        <w:br/>
      </w:r>
      <w:r>
        <w:rPr>
          <w:sz w:val="20"/>
        </w:rPr>
        <w:t>1:09:56  yeh koi doosra aadmi nahi bata sakta hai.</w:t>
      </w:r>
      <w:r>
        <w:br/>
      </w:r>
      <w:r>
        <w:rPr>
          <w:sz w:val="20"/>
        </w:rPr>
        <w:t>1:10:01  maulana, agla ek comment aaya hai, patna se, bihar se, daniyal sahab ka. unhon ne likha hai: "maulana, pichhle sunday ko main dilli mein tha, maine CPS Hall mein aap ke lecture ko attend kiya, jiska topic tha Political Activism aur Futile Activism. aur aaj main online lecture yeh sun raha</w:t>
      </w:r>
      <w:r>
        <w:br/>
      </w:r>
      <w:r>
        <w:rPr>
          <w:sz w:val="20"/>
        </w:rPr>
        <w:t>1:10:23  hoon, in dono lecture se kai bahut zyada important islam ke aspects clear hue.</w:t>
      </w:r>
      <w:r>
        <w:br/>
      </w:r>
      <w:r>
        <w:rPr>
          <w:sz w:val="20"/>
        </w:rPr>
        <w:t>1:10:29  jis ke baad mere andar thrilling ka ehsas ho raha hai.</w:t>
      </w:r>
      <w:r>
        <w:br/>
      </w:r>
      <w:r>
        <w:rPr>
          <w:sz w:val="20"/>
        </w:rPr>
        <w:t>1:10:33  jo baatein maine samjhi, wo yeh hain ke hum 200 saal se political empire ko regain karne ki</w:t>
      </w:r>
      <w:r>
        <w:br/>
      </w:r>
      <w:r>
        <w:rPr>
          <w:sz w:val="20"/>
        </w:rPr>
        <w:t>1:10:39  koshish kar rahe hain.</w:t>
      </w:r>
      <w:r>
        <w:br/>
      </w:r>
      <w:r>
        <w:rPr>
          <w:sz w:val="20"/>
        </w:rPr>
        <w:t>1:10:42  halanki, us se bhi zyada bada empire maujood hai, aur wo hai dawah empire.</w:t>
      </w:r>
      <w:r>
        <w:br/>
      </w:r>
      <w:r>
        <w:rPr>
          <w:sz w:val="20"/>
        </w:rPr>
        <w:t>1:10:48  aur dawah empire ke baad kisi aur empire ki zaroorat nahi.</w:t>
      </w:r>
      <w:r>
        <w:br/>
      </w:r>
      <w:r>
        <w:rPr>
          <w:sz w:val="20"/>
        </w:rPr>
        <w:t>1:10:53  doosri aham baat yeh hai ke quran ke mutabiq hamare liye zimmedari yeh hai ke hum adal ko apnayein, na ke adal ko naafiz karne ke liye pur tashaddud jahad karein. teesri, prophet aur sahaba ke zamane mein religious persecution ka zamana tha.</w:t>
      </w:r>
      <w:r>
        <w:br/>
      </w:r>
      <w:r>
        <w:rPr>
          <w:sz w:val="20"/>
        </w:rPr>
        <w:t>1:11:12  un logon ne jo bhi defensive confrontation kiya, uska asal maqsad religious persecution ko khatm karne ka tha,</w:t>
      </w:r>
      <w:r>
        <w:br/>
      </w:r>
      <w:r>
        <w:rPr>
          <w:sz w:val="20"/>
        </w:rPr>
        <w:t>1:11:21  na ke political power ko gain karne ka.</w:t>
      </w:r>
      <w:r>
        <w:br/>
      </w:r>
      <w:r>
        <w:rPr>
          <w:sz w:val="20"/>
        </w:rPr>
        <w:t>1:11:25  aur unhi ki koshishon ke nateeje mein jo process shuru hua, uska culmination aaj freedom of expression hai.</w:t>
      </w:r>
      <w:r>
        <w:br/>
      </w:r>
      <w:r>
        <w:rPr>
          <w:sz w:val="20"/>
        </w:rPr>
        <w:t>1:11:33  Maulana sahib, yeh baatein kya maine sahi samjhi? theek,</w:t>
      </w:r>
      <w:r>
        <w:br/>
      </w:r>
      <w:r>
        <w:rPr>
          <w:sz w:val="20"/>
        </w:rPr>
        <w:t>1:11:37  bahut sahi, bilkul sahi hai.</w:t>
      </w:r>
      <w:r>
        <w:br/>
      </w:r>
      <w:r>
        <w:rPr>
          <w:sz w:val="20"/>
        </w:rPr>
        <w:t>1:11:40  bilkul theek hai.</w:t>
      </w:r>
      <w:r>
        <w:br/>
      </w:r>
      <w:r>
        <w:rPr>
          <w:sz w:val="20"/>
        </w:rPr>
        <w:t>1:11:42  maulana, agla sawal dilli se hai, Miss Nagma Siddiqui ka. unhon ne likha hai: "If ideal cannot be achieved, why has there been efforts throughout history to achieve it?"</w:t>
      </w:r>
      <w:r>
        <w:br/>
      </w:r>
      <w:r>
        <w:rPr>
          <w:sz w:val="20"/>
        </w:rPr>
        <w:t>1:11:58  dekhiye, insaan jo hai, yaani Ideal Seeking Animal hai. paidaishi taur par us ke mind mein ek mayar hai, ek ideal hai, jisko woh achieve karna chahta hai.</w:t>
      </w:r>
      <w:r>
        <w:br/>
      </w:r>
      <w:r>
        <w:rPr>
          <w:sz w:val="20"/>
        </w:rPr>
        <w:t>1:12:14  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r>
        <w:br/>
      </w:r>
      <w:r>
        <w:rPr>
          <w:sz w:val="20"/>
        </w:rPr>
        <w:t>1:12:42  jo mayar pasandi thi akhirat ki, jannat ki yaad karne ke liye, us se apne ko ishq lagane ke liye. us mayar pasandi ko chah ke is duniya mein main bana loon. is ke nateeje mein yeh tareekh mein yeh manzar aap ko dikhai de deta hai.</w:t>
      </w:r>
      <w:r>
        <w:br/>
      </w:r>
      <w:r>
        <w:rPr>
          <w:sz w:val="20"/>
        </w:rPr>
        <w:t>1:13:09  maulana, agla sawal dilli se hai, nafees sahab ne likha hai. unhon ne poocha hai ke kisi waqea ka zikr karte hue aap ne ek hadith ka hawala diya tha, jo is tarah thi: "jab na-ahl log ohdedar banaye jaane lage to qayamat ka intezar karo." is hadith mein kya baat kahi gayi hai,</w:t>
      </w:r>
      <w:r>
        <w:br/>
      </w:r>
      <w:r>
        <w:rPr>
          <w:sz w:val="20"/>
        </w:rPr>
        <w:t>1:13:32  main use poori tarah se samajh nahi paya hoon.</w:t>
      </w:r>
      <w:r>
        <w:br/>
      </w:r>
      <w:r>
        <w:rPr>
          <w:sz w:val="20"/>
        </w:rPr>
        <w:t>1:13:37  is hadith ke alfaaz hain: "jab ussist al amru bi ghair ahlihi fad aris sa'ah"</w:t>
      </w:r>
      <w:r>
        <w:br/>
      </w:r>
      <w:r>
        <w:rPr>
          <w:sz w:val="20"/>
        </w:rPr>
        <w:t>1:13:47  . jab maamlaat jo hain, na-ahlon ke haath mein</w:t>
      </w:r>
      <w:r>
        <w:br/>
      </w:r>
      <w:r>
        <w:rPr>
          <w:sz w:val="20"/>
        </w:rPr>
        <w:t>1:13:54  jane lage to intezar karo qayamat ka.</w:t>
      </w:r>
      <w:r>
        <w:br/>
      </w:r>
      <w:r>
        <w:rPr>
          <w:sz w:val="20"/>
        </w:rPr>
        <w:t>1:14:00  samajhta hoon ke yeh jo hadith thi, is ki peshangoi yeh zamane poori ho chuki hai. aaj jis jagah dekhein, na-ahl log baithe hue hain.</w:t>
      </w:r>
      <w:r>
        <w:br/>
      </w:r>
      <w:r>
        <w:rPr>
          <w:sz w:val="20"/>
        </w:rPr>
        <w:t>1:14:12  har seat par ek na-ahl aadmi baitha hua hai.</w:t>
      </w:r>
      <w:r>
        <w:br/>
      </w:r>
      <w:r>
        <w:rPr>
          <w:sz w:val="20"/>
        </w:rPr>
        <w:t>1:14:19  is ka sabab kya hai? kyun aisa hua ke na-ahl log baith gaye? woh ja ja kar ke</w:t>
      </w:r>
      <w:r>
        <w:br/>
      </w:r>
      <w:r>
        <w:rPr>
          <w:sz w:val="20"/>
        </w:rPr>
        <w:t>1:14:24  to is ko aap dhoondhiye. lekin yeh to waqea hai ke is zamane mein jitni seat hai, sab par na-ahl log baithe hue hain.</w:t>
      </w:r>
      <w:r>
        <w:br/>
      </w:r>
      <w:r>
        <w:rPr>
          <w:sz w:val="20"/>
        </w:rPr>
        <w:t>1:14:33  jahan tak main jaanta hoon, woh yeh hai ke na-ahl log baatein khoob bolte hain, na-ahl aadmi munafiq khoob munafiqat khoob dikhata hai.</w:t>
      </w:r>
      <w:r>
        <w:br/>
      </w:r>
      <w:r>
        <w:rPr>
          <w:sz w:val="20"/>
        </w:rPr>
        <w:t>1:14:45  khoob achhi achhi baatein karega</w:t>
      </w:r>
      <w:r>
        <w:br/>
      </w:r>
      <w:r>
        <w:rPr>
          <w:sz w:val="20"/>
        </w:rPr>
        <w:t>1:14:47  to log samjhen ke yeh bohat mozu hai is uhde ke liye. aur jo aadmi sacha hoga, Allah se darta hoga, barh barh kar baaten nahin bolega.</w:t>
      </w:r>
      <w:r>
        <w:br/>
      </w:r>
      <w:r>
        <w:rPr>
          <w:sz w:val="20"/>
        </w:rPr>
        <w:t>1:14:59  woh language, woh language of understatement istemal karega.</w:t>
      </w:r>
      <w:r>
        <w:br/>
      </w:r>
      <w:r>
        <w:rPr>
          <w:sz w:val="20"/>
        </w:rPr>
        <w:t>1:15:04  theek hai? ek hai language of overstatement, ek hai language of understatement. to munafiq jo hota hai, woh language of overstatement bolta hai.</w:t>
      </w:r>
      <w:r>
        <w:br/>
      </w:r>
      <w:r>
        <w:rPr>
          <w:sz w:val="20"/>
        </w:rPr>
        <w:t>1:15:15  aur jo sacha aadmi hoga, woh language of understatement bolega. to log tajziya kar nahin paate. to is ki baaton ke dhoke mein aa jaate hain, kehte hain ke yeh hai, is ko seat pe bithao.</w:t>
      </w:r>
      <w:r>
        <w:br/>
      </w:r>
      <w:r>
        <w:rPr>
          <w:sz w:val="20"/>
        </w:rPr>
        <w:t>1:15:29  yeh daur to poora isi ka hai.</w:t>
      </w:r>
      <w:r>
        <w:br/>
      </w:r>
      <w:r>
        <w:rPr>
          <w:sz w:val="20"/>
        </w:rPr>
        <w:t>1:15:32  hadees mein aata hai ke "turfa al-aman". ek zamana aayega jab honesty uth jayegi. honesty uthne ka matlab kya hai?</w:t>
      </w:r>
      <w:r>
        <w:br/>
      </w:r>
      <w:r>
        <w:rPr>
          <w:sz w:val="20"/>
        </w:rPr>
        <w:t>1:15:42  munafiqat ka daur aa jayega. khoob baaten karenge log. wahi to hai aaj kal. har aadmi baaton ka badshah bana hua hai.</w:t>
      </w:r>
      <w:r>
        <w:br/>
      </w:r>
      <w:r>
        <w:rPr>
          <w:sz w:val="20"/>
        </w:rPr>
        <w:t>1:15:53  to sache log jo hain, woh baaten bana nahin paate. to un ko seat bhi nahin milti.</w:t>
      </w:r>
    </w:p>
    <w:p>
      <w:pPr>
        <w:pStyle w:val="Heading2"/>
      </w:pPr>
      <w:r>
        <w:t>Brief dawah communication with a stranger</w:t>
      </w:r>
    </w:p>
    <w:p>
      <w:r>
        <w:rPr>
          <w:color w:val="666666"/>
          <w:sz w:val="18"/>
        </w:rPr>
        <w:t>Society &amp; Dawah · Divine Ideology of Life I 11 July 2010 · 1m 23s · at 1:41:01 · https://youtu.be/wOmHVfyjMJY?t=6061</w:t>
      </w:r>
    </w:p>
    <w:p>
      <w:r>
        <w:rPr>
          <w:i/>
        </w:rPr>
        <w:t>“If one gets only few minutes of opportunity to do Dawa work with a stranger, how and what part should be communicated to him?”</w:t>
      </w:r>
    </w:p>
    <w:p>
      <w:r>
        <w:rPr>
          <w:sz w:val="20"/>
        </w:rPr>
        <w:t>1:41:01  maulana, yeh sawal kiya hai Mr. Idrees ne Raipur se. unhon ne likha hai ke "If one gets only few minutes of opportunity to do Dawa work with a stranger, how and what part should be communicated to him?" part?</w:t>
      </w:r>
      <w:r>
        <w:br/>
      </w:r>
      <w:r>
        <w:rPr>
          <w:sz w:val="20"/>
        </w:rPr>
        <w:t>1:41:19  nahin, aap ke paas pamphlet rehna chahiye. hamare paas pamphlet hai. chhote chhote pamphlet bahut hain. aap apni pocket mein rakhiye ya mauqa ho to us ko de dijiye.</w:t>
      </w:r>
      <w:r>
        <w:br/>
      </w:r>
      <w:r>
        <w:rPr>
          <w:sz w:val="20"/>
        </w:rPr>
        <w:t>1:41:30  sab se best yahi hai. ke har waqt aap ki pocket mein yeh pamphlet jo hai, dawa pamphlet hai, woh rehna chahiye. jahan mauqa ho use de dijiye.</w:t>
      </w:r>
      <w:r>
        <w:br/>
      </w:r>
      <w:r>
        <w:rPr>
          <w:sz w:val="20"/>
        </w:rPr>
        <w:t>1:41:43  jaise main ne ek qissa bataya tha ke hamare ek saathi jahaz ja rahe the Delhi se Bombay. jab interview hue to wahan par ek bada leader baitha hua tha. ek bada leader.</w:t>
      </w:r>
      <w:r>
        <w:br/>
      </w:r>
      <w:r>
        <w:rPr>
          <w:sz w:val="20"/>
        </w:rPr>
        <w:t>1:41:52  ek well-known leader.</w:t>
      </w:r>
      <w:r>
        <w:br/>
      </w:r>
      <w:r>
        <w:rPr>
          <w:sz w:val="20"/>
        </w:rPr>
        <w:t>1:41:55  to jab interview dekha ke woh yahan baitha hua hai to foran unhon ne ek pamphlet nikala. "Reality of Life".</w:t>
      </w:r>
      <w:r>
        <w:br/>
      </w:r>
      <w:r>
        <w:rPr>
          <w:sz w:val="20"/>
        </w:rPr>
        <w:t>1:42:03  us ne kaha ke "Sir, this for your inflight reading." de diya aur sahib us ko padhta raha, padhta raha, padhta raha.</w:t>
      </w:r>
      <w:r>
        <w:br/>
      </w:r>
      <w:r>
        <w:rPr>
          <w:sz w:val="20"/>
        </w:rPr>
        <w:t>1:42:12  to best tareeqa yeh hai ke aap ki pocket mein yeh sab cheezein rahein, aap ki bag mein cheezein rahein. jahan us ko payein wahi dete rahein aap us ko.</w:t>
      </w:r>
    </w:p>
    <w:p>
      <w:pPr>
        <w:pStyle w:val="Heading2"/>
      </w:pPr>
      <w:r>
        <w:t>Bringing Back Ijtihad in Islam</w:t>
      </w:r>
    </w:p>
    <w:p>
      <w:r>
        <w:rPr>
          <w:color w:val="666666"/>
          <w:sz w:val="18"/>
        </w:rPr>
        <w:t>Society &amp; Dawah · The Importance of Ijtihad August 1, 2010 · 2m 36s · at 1:06:32 · https://youtu.be/3q98aQ-j2ks?t=3992</w:t>
      </w:r>
    </w:p>
    <w:p>
      <w:r>
        <w:rPr>
          <w:i/>
        </w:rPr>
        <w:t>“What can we do to bring back ijtihad in Islam?”</w:t>
      </w:r>
    </w:p>
    <w:p>
      <w:r>
        <w:rPr>
          <w:sz w:val="20"/>
        </w:rPr>
        <w:t>1:06:32  Maulana, agla sawal kya hai? Ms. Sati Mitra ne Delhi se, unhone poocha hai ke What can we do to bring back Ijtihad in Islam?</w:t>
      </w:r>
      <w:r>
        <w:br/>
      </w:r>
      <w:r>
        <w:rPr>
          <w:sz w:val="20"/>
        </w:rPr>
        <w:t>1:06:49  yeh to bahut hi mushkil kaam hai, kyunke sab se bada masla hai is ka is conditioning ko todna, is obsession ko khatam karna.</w:t>
      </w:r>
      <w:r>
        <w:br/>
      </w:r>
      <w:r>
        <w:rPr>
          <w:sz w:val="20"/>
        </w:rPr>
        <w:t>1:06:59  kyunke hazaar saala conditioning hai, yeh</w:t>
      </w:r>
      <w:r>
        <w:br/>
      </w:r>
      <w:r>
        <w:rPr>
          <w:sz w:val="20"/>
        </w:rPr>
        <w:t>1:07:05  hazaar saala conditioning hai. hazaar saal se yeh sikhaya gaya hai logon ko ke ijtihad-e-mutlaq ab mumkin nahi hai. ab to yeh ke sirf yaani muqayyad ijtihad jaiz hai.</w:t>
      </w:r>
      <w:r>
        <w:br/>
      </w:r>
      <w:r>
        <w:rPr>
          <w:sz w:val="20"/>
        </w:rPr>
        <w:t>1:07:19  to jo woh keh gaye hain, woh woh jo hamare fuqaha the, jo mujtahid-e-mutlaq ka darja un ko diya gaya hai, jin ko unhi ka koi juz'iya talash karo, koi unhi ki koi precedence, koi nazeer talash karo, aur phir us ko le kar hi koi baat kaho.</w:t>
      </w:r>
      <w:r>
        <w:br/>
      </w:r>
      <w:r>
        <w:rPr>
          <w:sz w:val="20"/>
        </w:rPr>
        <w:t>1:07:43  ab jaise ke yeh moza hai, yeh jo mill mein banta hai, to us ko aap jaiz kehne ke liye aap ko yeh kehna padega ke jo chamre ke moze bante the, chunke woh jaiz the, is liye yeh bhi jaiz hai.</w:t>
      </w:r>
      <w:r>
        <w:br/>
      </w:r>
      <w:r>
        <w:rPr>
          <w:sz w:val="20"/>
        </w:rPr>
        <w:t>1:07:56  matlab is ke hawale se is ke jawaz ko aap talash karenge, aur jahan koi hawala na ho to woh hai ijtihad-e-mutlaq. bila hawala sochna, yeh democracy pehle kabhi nahi thi, freedom of expression, freedom of expression kabhi pehle tha nahi,</w:t>
      </w:r>
      <w:r>
        <w:br/>
      </w:r>
      <w:r>
        <w:rPr>
          <w:sz w:val="20"/>
        </w:rPr>
        <w:t>1:08:14  secularism pehle kabhi tha nahi. ek cheez jo nayi thi, us ke bare mein ijtihad karne ke liye wahan se kahan se aap juz'iya kahan se layenge? phir precedence kahan se layenge?</w:t>
      </w:r>
      <w:r>
        <w:br/>
      </w:r>
      <w:r>
        <w:rPr>
          <w:sz w:val="20"/>
        </w:rPr>
        <w:t>1:08:25  is ke liye to ijtihad e mutlaq hi karna pare ga. to wo darwaza hi band hai. yeh to is ko torna pare ga, is conditioning ko, is option ko khatam karna pare ga.</w:t>
      </w:r>
      <w:r>
        <w:br/>
      </w:r>
      <w:r>
        <w:rPr>
          <w:sz w:val="20"/>
        </w:rPr>
        <w:t>1:08:34  aik liye aik lambi struggle chahiye is ke liye.</w:t>
      </w:r>
      <w:r>
        <w:br/>
      </w:r>
      <w:r>
        <w:rPr>
          <w:sz w:val="20"/>
        </w:rPr>
        <w:t>1:08:42  lambi struggle ke baad wo daur aye ga, jab ke yani general acceptance hasil ho is fikr ko hasil ho. kuch log abhi paida ho gaye, hum is pe koshish kar rahe hain 50, 60 saal isi ke liye.</w:t>
      </w:r>
      <w:r>
        <w:br/>
      </w:r>
      <w:r>
        <w:rPr>
          <w:sz w:val="20"/>
        </w:rPr>
        <w:t>1:08:53  to aik group paida hua hai, behrhal, lekin general acceptance lane ke liye abhi aur bohat mehnat karni hai, bohat mehnat karni hai, bohat mehnat karni hai. tab ja kar wo khoobsurat haal samne aye ga.</w:t>
      </w:r>
    </w:p>
    <w:p>
      <w:pPr>
        <w:pStyle w:val="Heading2"/>
      </w:pPr>
      <w:r>
        <w:t>CPS mission global reach and prepared minds</w:t>
      </w:r>
    </w:p>
    <w:p>
      <w:r>
        <w:rPr>
          <w:color w:val="666666"/>
          <w:sz w:val="18"/>
        </w:rPr>
        <w:t>Society &amp; Dawah · The Secular Contribution of Islam | April 16, 2017 · 56s · at 51:13 · https://youtu.be/QV_HIq7KeaY?t=3073</w:t>
      </w:r>
    </w:p>
    <w:p>
      <w:r>
        <w:rPr>
          <w:i/>
        </w:rPr>
        <w:t>“Alhamdulillah, the message of CPS mission has reached globally in last few years and lot of prepared minds are in making today around...”</w:t>
      </w:r>
    </w:p>
    <w:p>
      <w:r>
        <w:rPr>
          <w:sz w:val="20"/>
        </w:rPr>
        <w:t>51:13  ji Maulana, agla comment bheja hai jis mein sawal bhi hai doctor Waqar Alam sahib ka.</w:t>
      </w:r>
      <w:r>
        <w:br/>
      </w:r>
      <w:r>
        <w:rPr>
          <w:sz w:val="20"/>
        </w:rPr>
        <w:t>51:19  un ka jo comment kam question hai, unhon ne likha hai: Maulana muhtaram, alhamdulillah, the message of CPS</w:t>
      </w:r>
      <w:r>
        <w:br/>
      </w:r>
      <w:r>
        <w:rPr>
          <w:sz w:val="20"/>
        </w:rPr>
        <w:t>51:25  mission has reached globally in last few years and lot of prepared minds are in making today around</w:t>
      </w:r>
      <w:r>
        <w:br/>
      </w:r>
      <w:r>
        <w:rPr>
          <w:sz w:val="20"/>
        </w:rPr>
        <w:t>51:31  the world.</w:t>
      </w:r>
      <w:r>
        <w:br/>
      </w:r>
      <w:r>
        <w:rPr>
          <w:sz w:val="20"/>
        </w:rPr>
        <w:t>51:37  I feel this is theright time to step back, consolidate and prepare a dedicated team with focused training</w:t>
      </w:r>
      <w:r>
        <w:br/>
      </w:r>
      <w:r>
        <w:rPr>
          <w:sz w:val="20"/>
        </w:rPr>
        <w:t>51:43  for Allah's work according to CPS philosophy.</w:t>
      </w:r>
      <w:r>
        <w:br/>
      </w:r>
      <w:r>
        <w:rPr>
          <w:sz w:val="20"/>
        </w:rPr>
        <w:t>51:49  A team of aqwan e rasool is ready and needs an intense training from you.</w:t>
      </w:r>
      <w:r>
        <w:br/>
      </w:r>
      <w:r>
        <w:rPr>
          <w:sz w:val="20"/>
        </w:rPr>
        <w:t>51:56  I hope you will consider the urgency and chalk out a program to prepare a dedicated team to take this mission</w:t>
      </w:r>
      <w:r>
        <w:br/>
      </w:r>
      <w:r>
        <w:rPr>
          <w:sz w:val="20"/>
        </w:rPr>
        <w:t>52:02  forward. Inshallah, Inshallah.</w:t>
      </w:r>
    </w:p>
    <w:p>
      <w:pPr>
        <w:pStyle w:val="Heading2"/>
      </w:pPr>
      <w:r>
        <w:t>Caliph as political term and need for interference</w:t>
      </w:r>
    </w:p>
    <w:p>
      <w:r>
        <w:rPr>
          <w:color w:val="666666"/>
          <w:sz w:val="18"/>
        </w:rPr>
        <w:t>Society &amp; Dawah · How God Manages Human History December 23, 2018 · 1m 25s · at 1:09:14 · https://youtu.be/j_yxigrCl5U?t=4154</w:t>
      </w:r>
    </w:p>
    <w:p>
      <w:r>
        <w:rPr>
          <w:i/>
        </w:rPr>
        <w:t>“Caliph is not a political term, but I think without political interference, many issues remain unresolved. What is your opinion on this?”</w:t>
      </w:r>
    </w:p>
    <w:p>
      <w:r>
        <w:rPr>
          <w:sz w:val="20"/>
        </w:rPr>
        <w:t>1:09:14  maulana, agla sawal dilli se shahnawaz siddiqui sahab ne kiya hai. unhone likha hai: "califf is not a political term, but I think without political interference, many issues remain unresolved.</w:t>
      </w:r>
      <w:r>
        <w:br/>
      </w:r>
      <w:r>
        <w:rPr>
          <w:sz w:val="20"/>
        </w:rPr>
        <w:t>1:09:31  what is your opinion on this?" dekhiye, meri</w:t>
      </w:r>
      <w:r>
        <w:br/>
      </w:r>
      <w:r>
        <w:rPr>
          <w:sz w:val="20"/>
        </w:rPr>
        <w:t>1:09:39  puri zindagi ki tajurba yeh hai ke political interference sirf problem ko badhata hai, kisi problem ko hal nahi karta.</w:t>
      </w:r>
      <w:r>
        <w:br/>
      </w:r>
      <w:r>
        <w:rPr>
          <w:sz w:val="20"/>
        </w:rPr>
        <w:t>1:09:49  jo yeh samajhta ho ke political interference masla khatam hogya, to mujhe is ki misal likh ke bheje. jitne waqiyat aap bataye ke political interference ke, woh sab badhane wale honge, boost boost dene wale honge.</w:t>
      </w:r>
      <w:r>
        <w:br/>
      </w:r>
      <w:r>
        <w:rPr>
          <w:sz w:val="20"/>
        </w:rPr>
        <w:t>1:10:07  ab india mein bohat interference hota hai aur sab se zyada problem india mein hai. aap chale jayein switzerland mein, aap chale jaiye japan mein, wahan bohat koi peace hai,</w:t>
      </w:r>
      <w:r>
        <w:br/>
      </w:r>
      <w:r>
        <w:rPr>
          <w:sz w:val="20"/>
        </w:rPr>
        <w:t>1:10:20  koi masla hi nahi aur political interference wahan hota hi nahi hai. yeh to log mafroozat par jee rahe hain, khud hi apne dimagh mein mafroza banate hain aur usi ko samajhte hain ke yeh waqea hai.</w:t>
      </w:r>
    </w:p>
    <w:p>
      <w:pPr>
        <w:pStyle w:val="Heading2"/>
      </w:pPr>
      <w:r>
        <w:t>Caliphate as a Goal vs CPS</w:t>
      </w:r>
    </w:p>
    <w:p>
      <w:r>
        <w:rPr>
          <w:color w:val="666666"/>
          <w:sz w:val="18"/>
        </w:rPr>
        <w:t>Society &amp; Dawah · Hadith Prediction November 3, 2013 · 1m 57s · at 51:29 · https://youtu.be/cb5Lzw9c8aE?t=3089</w:t>
      </w:r>
    </w:p>
    <w:p>
      <w:r>
        <w:rPr>
          <w:i/>
        </w:rPr>
        <w:t>“Maulana sahib, a person said: 'What is the real goal of CPS? We have the caliphate, what do you have?' The caliphate is a self-made goal. Where is it written in the Quran or Hadith to establish a caliphate? It is a fabricated goal.”</w:t>
      </w:r>
    </w:p>
    <w:p>
      <w:r>
        <w:rPr>
          <w:sz w:val="20"/>
        </w:rPr>
        <w:t>51:29  maulana, agla sawal aaya hai kerala se, shabbir ahmed sahab ka. unhon ne likha hai: "maulana sahab, ek sahab ne farmaya ke cps ka asal goal kya hai?</w:t>
      </w:r>
      <w:r>
        <w:br/>
      </w:r>
      <w:r>
        <w:rPr>
          <w:sz w:val="20"/>
        </w:rPr>
        <w:t>51:41  hamare paas to khilafat hai, aap ke paas kya hai?" khilafat khud sakhta goal hai.</w:t>
      </w:r>
      <w:r>
        <w:br/>
      </w:r>
      <w:r>
        <w:rPr>
          <w:sz w:val="20"/>
        </w:rPr>
        <w:t>51:49  kahan likha hua hai quran mein, hadith mein? khilafat qaim karo, yeh to banawati goal hai, apna</w:t>
      </w:r>
      <w:r>
        <w:br/>
      </w:r>
      <w:r>
        <w:rPr>
          <w:sz w:val="20"/>
        </w:rPr>
        <w:t>51:55  bana hua. is par to logon ko flogging ki jayegi. yeh tum ne kahan se bana liya? yeh kahan likha hua tha ke tum khilafat qaim karo? yeh tumhara mission hai?</w:t>
      </w:r>
      <w:r>
        <w:br/>
      </w:r>
      <w:r>
        <w:rPr>
          <w:sz w:val="20"/>
        </w:rPr>
        <w:t>52:06  khud sakhta mission nahi hai. yeh aap sab se pehle quran aur hadith sabit kijiye ke aye musalmano, tumhara mission yeh hai ke tum ko duniya mein khilafat qaim karna hai.</w:t>
      </w:r>
      <w:r>
        <w:br/>
      </w:r>
      <w:r>
        <w:rPr>
          <w:sz w:val="20"/>
        </w:rPr>
        <w:t>52:16  kahan yeh hai?</w:t>
      </w:r>
      <w:r>
        <w:br/>
      </w:r>
      <w:r>
        <w:rPr>
          <w:sz w:val="20"/>
        </w:rPr>
        <w:t>52:19  cps ka mission jo hai, woh dawat-e-ilahi hai, yani allah ke tamam bando par allah ka paigham pahunchana,</w:t>
      </w:r>
      <w:r>
        <w:br/>
      </w:r>
      <w:r>
        <w:rPr>
          <w:sz w:val="20"/>
        </w:rPr>
        <w:t>52:29  tamam bando tak. aur yeh rasool allah salallaho alaihi wasallam ne kaha tha khutbe hazrat al-wida ke mauqe par ke in allah basani kaffatan fatuni aey logon, allah ne mujhe bheja hai tamam insano ke liye,</w:t>
      </w:r>
      <w:r>
        <w:br/>
      </w:r>
      <w:r>
        <w:rPr>
          <w:sz w:val="20"/>
        </w:rPr>
        <w:t>52:45  to meri baat pahuncha do sab tak.</w:t>
      </w:r>
      <w:r>
        <w:br/>
      </w:r>
      <w:r>
        <w:rPr>
          <w:sz w:val="20"/>
        </w:rPr>
        <w:t>52:50  balleghu aniy walawaya jo tum ko mujh se mila, woh sab pahuncha do. to pahunchana, tabligh, dawah, yeh mission hai.</w:t>
      </w:r>
      <w:r>
        <w:br/>
      </w:r>
      <w:r>
        <w:rPr>
          <w:sz w:val="20"/>
        </w:rPr>
        <w:t>52:59  is par tamam hadithien aur aayatein is par saboot hain. to dawat-e-ilahi ummat-e-muslima ka mission hai, yeh quran o hadith sabit hai.</w:t>
      </w:r>
      <w:r>
        <w:br/>
      </w:r>
      <w:r>
        <w:rPr>
          <w:sz w:val="20"/>
        </w:rPr>
        <w:t>53:10  baqi ummat-e-muslima ko yeh yeh mission batana ke khilafat qaim karo, yeh to khud sakhta hai. pehle yeh sabit karo quran o hadith se,</w:t>
      </w:r>
      <w:r>
        <w:br/>
      </w:r>
      <w:r>
        <w:rPr>
          <w:sz w:val="20"/>
        </w:rPr>
        <w:t>53:20  us ke baad hi yeh baat aap keh sakte hain.</w:t>
      </w:r>
    </w:p>
    <w:p>
      <w:pPr>
        <w:pStyle w:val="Heading2"/>
      </w:pPr>
      <w:r>
        <w:t>Calling Quran the latest divine edition</w:t>
      </w:r>
    </w:p>
    <w:p>
      <w:r>
        <w:rPr>
          <w:color w:val="666666"/>
          <w:sz w:val="18"/>
        </w:rPr>
        <w:t>Society &amp; Dawah · Roza and Quran July 18, 2010 · 1m 24s · at 1:17:50 · https://youtu.be/TSjqSQEb0EQ?t=4670</w:t>
      </w:r>
    </w:p>
    <w:p>
      <w:r>
        <w:rPr>
          <w:i/>
        </w:rPr>
        <w:t>“When introducing the Quran to a non-Muslim, can we say that it is the latest edition of divine guidelines, making it obligatory for everyone to know and follow?”</w:t>
      </w:r>
    </w:p>
    <w:p>
      <w:r>
        <w:rPr>
          <w:sz w:val="20"/>
        </w:rPr>
        <w:t>1:17:50  maulana, agla sawal mister abdul rehman ka hai, new dehli se</w:t>
      </w:r>
      <w:r>
        <w:br/>
      </w:r>
      <w:r>
        <w:rPr>
          <w:sz w:val="20"/>
        </w:rPr>
        <w:t>1:17:54  . unhon ne likha hai ke "While introducing and gifting Quran to a madhu, can we say that Quran is the latest edition of divine guidelines, and therefore it is obligatory for everyone to know and follow these instructions?" nahin, yeh latest ka lafz jo hai, mein is ko pasand nahin karta.</w:t>
      </w:r>
      <w:r>
        <w:br/>
      </w:r>
      <w:r>
        <w:rPr>
          <w:sz w:val="20"/>
        </w:rPr>
        <w:t>1:18:16  saheeh to hai lekin pasand nahin karta. lekin is mein superlative nikalti hai. mein yeh lafz bolna pasand nahin karta</w:t>
      </w:r>
      <w:r>
        <w:br/>
      </w:r>
      <w:r>
        <w:rPr>
          <w:sz w:val="20"/>
        </w:rPr>
        <w:t>1:18:24  . mein kehta hoon preserved kalam, mehfooz kalam. yahan jab latest kehte hain to is mein apne aap aa jata hai ke yeh afzal hai woh.</w:t>
      </w:r>
      <w:r>
        <w:br/>
      </w:r>
      <w:r>
        <w:rPr>
          <w:sz w:val="20"/>
        </w:rPr>
        <w:t>1:18:35  lekin aap kahein ke preserved kalam hai to sab log, sare woh scholar mante hain ke aur sab kitabein jo hain, apni preserved halat mein nahin hain.</w:t>
      </w:r>
      <w:r>
        <w:br/>
      </w:r>
      <w:r>
        <w:rPr>
          <w:sz w:val="20"/>
        </w:rPr>
        <w:t>1:18:45  badal gayi hain. badal gayi hain. sare scholar mante hain.</w:t>
      </w:r>
      <w:r>
        <w:br/>
      </w:r>
      <w:r>
        <w:rPr>
          <w:sz w:val="20"/>
        </w:rPr>
        <w:t>1:18:51  lekin quran ke bare mein sab log mante hain ke quran mein ek ayat ke barabar bhi koi tabdeeli nahin aayi hai. yeh ek historical fact hai.</w:t>
      </w:r>
      <w:r>
        <w:br/>
      </w:r>
      <w:r>
        <w:rPr>
          <w:sz w:val="20"/>
        </w:rPr>
        <w:t>1:19:02  historical fact ki zaban mein boliye.</w:t>
      </w:r>
      <w:r>
        <w:br/>
      </w:r>
      <w:r>
        <w:rPr>
          <w:sz w:val="20"/>
        </w:rPr>
        <w:t>1:19:08  mein to zahiri taur par aise hi karta hoon.</w:t>
      </w:r>
    </w:p>
    <w:p>
      <w:pPr>
        <w:pStyle w:val="Heading2"/>
      </w:pPr>
      <w:r>
        <w:t>Can Islamic institutions start research in sciences?</w:t>
      </w:r>
    </w:p>
    <w:p>
      <w:r>
        <w:rPr>
          <w:color w:val="666666"/>
          <w:sz w:val="18"/>
        </w:rPr>
        <w:t>Society &amp; Dawah · God in the Age of Science January 08, 2017 · 38s · at 1:14:06 · https://youtu.be/au1bRdQDZ0U?t=4446</w:t>
      </w:r>
    </w:p>
    <w:p>
      <w:r>
        <w:rPr>
          <w:i/>
        </w:rPr>
        <w:t>“Today's lecture was heart touching. Is it possible that the Muslims' high level institutions like Darul Uloom Deoband may be persuaded to start research in pure sciences from this angle? What is your opinion on this?”</w:t>
      </w:r>
    </w:p>
    <w:p>
      <w:r>
        <w:rPr>
          <w:sz w:val="20"/>
        </w:rPr>
        <w:t>1:14:06  سے سوال کیا ہے انہوں نے لکھا ہے مولانا صاحب today's lecture was heart touching. Is it possible</w:t>
      </w:r>
      <w:r>
        <w:br/>
      </w:r>
      <w:r>
        <w:rPr>
          <w:sz w:val="20"/>
        </w:rPr>
        <w:t>1:14:14  that the Muslims' high-level institutions like Darul Uloom etc. may be persuaded to start research in pure sciences</w:t>
      </w:r>
      <w:r>
        <w:br/>
      </w:r>
      <w:r>
        <w:rPr>
          <w:sz w:val="20"/>
        </w:rPr>
        <w:t>1:14:21  from this angle what is your opinion on this ha kehna chahiye un ko study karein lekin ye</w:t>
      </w:r>
      <w:r>
        <w:br/>
      </w:r>
      <w:r>
        <w:rPr>
          <w:sz w:val="20"/>
        </w:rPr>
        <w:t>1:14:29  kafi nahi hai sab se pehle un ko hamari kitabein padhwaiye bohat se logon ne padha hai lekin</w:t>
      </w:r>
      <w:r>
        <w:br/>
      </w:r>
      <w:r>
        <w:rPr>
          <w:sz w:val="20"/>
        </w:rPr>
        <w:t>1:14:37  ڈگری لے لیتے ہیں بس اس کے بعد کافی سمجھتے ہیں way of thinking آنی چاہیے way of</w:t>
      </w:r>
    </w:p>
    <w:p>
      <w:pPr>
        <w:pStyle w:val="Heading2"/>
      </w:pPr>
      <w:r>
        <w:t>Can Muslims eat prasad distributed at factory?</w:t>
      </w:r>
    </w:p>
    <w:p>
      <w:r>
        <w:rPr>
          <w:color w:val="666666"/>
          <w:sz w:val="18"/>
        </w:rPr>
        <w:t>Society &amp; Dawah · God and Man February 19, 2012 · 1m 35s · at 1:09:24 · https://youtu.be/rL4g0LOU3wo?t=4164</w:t>
      </w:r>
    </w:p>
    <w:p>
      <w:r>
        <w:rPr>
          <w:i/>
        </w:rPr>
        <w:t>“I am working in a factory and on every Tuesday there is distribution of prasad. Can we take and eat this prasad?”</w:t>
      </w:r>
    </w:p>
    <w:p>
      <w:r>
        <w:rPr>
          <w:sz w:val="20"/>
        </w:rPr>
        <w:t>1:09:24  Maulana, agla sawal Delhi se hai Mr Saadat Khan ka. Unhon ne poocha hai: "I am working in a factory and on every Tuesday there is distribution of prasad.</w:t>
      </w:r>
      <w:r>
        <w:br/>
      </w:r>
      <w:r>
        <w:rPr>
          <w:sz w:val="20"/>
        </w:rPr>
        <w:t>1:09:38  Can we take and eat this prasad?"</w:t>
      </w:r>
      <w:r>
        <w:br/>
      </w:r>
      <w:r>
        <w:rPr>
          <w:sz w:val="20"/>
        </w:rPr>
        <w:t>1:09:41  Haan zaroor. Yani yeh log aksar mujh se sawal karte hain. Woh aksar sawal hi kyun karte hain? Yeh sawal aata hai koi mind mein.</w:t>
      </w:r>
      <w:r>
        <w:br/>
      </w:r>
      <w:r>
        <w:rPr>
          <w:sz w:val="20"/>
        </w:rPr>
        <w:t>1:09:50  Koi prashad kya hota hai? Yahi khane peene ki cheezein hoti hain. To is mein is mein harj kya hai? Kisi ne fatwa diya ho to jhoota fatwa hai woh.</w:t>
      </w:r>
      <w:r>
        <w:br/>
      </w:r>
      <w:r>
        <w:rPr>
          <w:sz w:val="20"/>
        </w:rPr>
        <w:t>1:10:00  Aaj kal jhoote fawton ke bahar hai. Aap bataiye ke momin jo hai woh daai hota hai.</w:t>
      </w:r>
      <w:r>
        <w:br/>
      </w:r>
      <w:r>
        <w:rPr>
          <w:sz w:val="20"/>
        </w:rPr>
        <w:t>1:10:07  Daai us ko afford nahi kar sakta ke logon se interact na kare, un se taluq na badhaye, un se door door dori bana le. Daai us ko afford nahi kar sakta.</w:t>
      </w:r>
      <w:r>
        <w:br/>
      </w:r>
      <w:r>
        <w:rPr>
          <w:sz w:val="20"/>
        </w:rPr>
        <w:t>1:10:17  To aap agar is tarah se karenge ke prashad nahi lena hai, un ke sath baithna nahi hai, un ke sath share nahi karna hai to dori ban jayegi.</w:t>
      </w:r>
      <w:r>
        <w:br/>
      </w:r>
      <w:r>
        <w:rPr>
          <w:sz w:val="20"/>
        </w:rPr>
        <w:t>1:10:26  To aap dawati kaam kaise karenge?</w:t>
      </w:r>
      <w:r>
        <w:br/>
      </w:r>
      <w:r>
        <w:rPr>
          <w:sz w:val="20"/>
        </w:rPr>
        <w:t>1:10:30  dawati culture mein yeh farz hai, farz ke aap un ke parshad ko lein, un ke sath interact karein, un ke sath share karein.</w:t>
      </w:r>
      <w:r>
        <w:br/>
      </w:r>
      <w:r>
        <w:rPr>
          <w:sz w:val="20"/>
        </w:rPr>
        <w:t>1:10:40  bilkul farz ke darje mein zaroori hai. is ko masla poochna hi galat hai. jo masle par fatwa de, woh double ghalati karta hai woh. is mamle mein kisi ne jo agar fatwa diya hai to woh jhoota fatwa hai mere nazdeek.</w:t>
      </w:r>
      <w:r>
        <w:br/>
      </w:r>
      <w:r>
        <w:rPr>
          <w:sz w:val="20"/>
        </w:rPr>
        <w:t>1:10:54  koi is ki haqeeqat nahi hai. Maulana, un ka aik aur</w:t>
      </w:r>
      <w:r>
        <w:br/>
      </w:r>
      <w:r>
        <w:rPr>
          <w:sz w:val="20"/>
        </w:rPr>
        <w:t>1:11:00  sawal hai. unhon ne poocha hai: "Can we do the salam to non-Muslims and if they give their salam to us then can we give a reply wa alaikum assalam to them?" zaroor.</w:t>
      </w:r>
    </w:p>
    <w:p>
      <w:pPr>
        <w:pStyle w:val="Heading2"/>
      </w:pPr>
      <w:r>
        <w:t>Can Muslims eat prasad distributed at work?</w:t>
      </w:r>
    </w:p>
    <w:p>
      <w:r>
        <w:rPr>
          <w:color w:val="666666"/>
          <w:sz w:val="18"/>
        </w:rPr>
        <w:t>Society &amp; Dawah · God and Man I February 19, 2012 Maulana Wahiduddin Khan · 1m 29s · at 1:09:18 · https://youtu.be/8TP3nlGRZek?t=4158</w:t>
      </w:r>
    </w:p>
    <w:p>
      <w:r>
        <w:rPr>
          <w:i/>
        </w:rPr>
        <w:t>“I am working in a factory and on every Tuesday there is distribution of prasad. Can we take and eat this prasad?”</w:t>
      </w:r>
    </w:p>
    <w:p>
      <w:r>
        <w:rPr>
          <w:sz w:val="20"/>
        </w:rPr>
        <w:t>1:09:18  maulana agla sawal dilli se hai mister saadat khan ka. unhon ne poocha hai I am working in a factory and on every Tuesday there is distribution of prasad.</w:t>
      </w:r>
      <w:r>
        <w:br/>
      </w:r>
      <w:r>
        <w:rPr>
          <w:sz w:val="20"/>
        </w:rPr>
        <w:t>1:09:32  Can we take and eat this prasad?</w:t>
      </w:r>
      <w:r>
        <w:br/>
      </w:r>
      <w:r>
        <w:rPr>
          <w:sz w:val="20"/>
        </w:rPr>
        <w:t>1:09:35  haan zaroor. yani yeh log aksar mujh se sawal karte hain. main kehta hoon sawal hi kyun karte hain? yeh sawal aata hai koi mind mein.</w:t>
      </w:r>
      <w:r>
        <w:br/>
      </w:r>
      <w:r>
        <w:rPr>
          <w:sz w:val="20"/>
        </w:rPr>
        <w:t>1:09:44  ke parshad kya hota hai? yahi khane peene ki cheezen hoti hain. to is mein is mein harj kya hai? kisi ne fatwa diya ho to jhoota fatwa hai woh.</w:t>
      </w:r>
      <w:r>
        <w:br/>
      </w:r>
      <w:r>
        <w:rPr>
          <w:sz w:val="20"/>
        </w:rPr>
        <w:t>1:09:53  aaj kal jhoote fatwon ke bahar hai.</w:t>
      </w:r>
      <w:r>
        <w:br/>
      </w:r>
      <w:r>
        <w:rPr>
          <w:sz w:val="20"/>
        </w:rPr>
        <w:t>1:09:57  aap batayein ke momin jo hai woh daai hota hai. daai us ko afford nahi kar sakta ke logon se interact na kare, un se taluq na badhaye, un se door door dori bana le.</w:t>
      </w:r>
      <w:r>
        <w:br/>
      </w:r>
      <w:r>
        <w:rPr>
          <w:sz w:val="20"/>
        </w:rPr>
        <w:t>1:10:08  daai us ko afford nahi kar sakta. to aap agar is tarah se karenge ke parshad nahi lena hai, un ke sath baithna nahi hai,</w:t>
      </w:r>
      <w:r>
        <w:br/>
      </w:r>
      <w:r>
        <w:rPr>
          <w:sz w:val="20"/>
        </w:rPr>
        <w:t>1:10:17  un ke sath share nahi karna hai to dori ban jayegi. to aap dawati kaam kaise karenge? dawati culture mein yeh farz hai farz ke aap un ke parshad ko lein, un ke sath interact karein, un ke sath share karein.</w:t>
      </w:r>
      <w:r>
        <w:br/>
      </w:r>
      <w:r>
        <w:rPr>
          <w:sz w:val="20"/>
        </w:rPr>
        <w:t>1:10:34  bilkul farz ke darje mein zaroori hai.</w:t>
      </w:r>
      <w:r>
        <w:br/>
      </w:r>
      <w:r>
        <w:rPr>
          <w:sz w:val="20"/>
        </w:rPr>
        <w:t>1:10:37  us ko masla poochna hi galat hai. jo masle woh fatwa de woh double galti karta hai woh. is mamle mein kisi ne jo agar fatwa diya hai to woh jhoota fatwa hai mere nazdeek.</w:t>
      </w:r>
    </w:p>
    <w:p>
      <w:pPr>
        <w:pStyle w:val="Heading2"/>
      </w:pPr>
      <w:r>
        <w:t>Can Muslims not buy five acres for mosque?</w:t>
      </w:r>
    </w:p>
    <w:p>
      <w:r>
        <w:rPr>
          <w:color w:val="666666"/>
          <w:sz w:val="18"/>
        </w:rPr>
        <w:t>Society &amp; Dawah · The Age of Giving Global Thanks Dec 15. 2019—Maulana Wahiduddin Khan · 2m 56s · at 32:38 · https://youtu.be/254Pgn6Ldts?t=1958</w:t>
      </w:r>
    </w:p>
    <w:p>
      <w:r>
        <w:rPr>
          <w:i/>
        </w:rPr>
        <w:t>“Have Muslims become so degraded that they cannot buy five acres of land? The issue is not the piece of land; the issue is the mosque that Hindus demolished. What would you say about this?”</w:t>
      </w:r>
    </w:p>
    <w:p>
      <w:r>
        <w:rPr>
          <w:sz w:val="20"/>
        </w:rPr>
        <w:t>32:38  maulana, yeh sawal aah lahore se aya hai, syed numan safdar sahab ne bheja hai. unhon ne yeh likha hai ke kya muslims itne gaye guzre hain ke panch ekad zameen nahi khareed sakte?</w:t>
      </w:r>
      <w:r>
        <w:br/>
      </w:r>
      <w:r>
        <w:rPr>
          <w:sz w:val="20"/>
        </w:rPr>
        <w:t>32:52  masla zameen ke tukre ka nahi hai, masla masjid ka hai jis ko hinduon ne shaheed kiya. is ke bare mein aap kya kahenge?</w:t>
      </w:r>
      <w:r>
        <w:br/>
      </w:r>
      <w:r>
        <w:rPr>
          <w:sz w:val="20"/>
        </w:rPr>
        <w:t>33:03  yeh bohat ajeeb baat hai ke shukr ke mauqe par aap nashukr kalma bol rahe hain. yeh koi islam nahi hai.</w:t>
      </w:r>
      <w:r>
        <w:br/>
      </w:r>
      <w:r>
        <w:rPr>
          <w:sz w:val="20"/>
        </w:rPr>
        <w:t>33:14  aap shukr ki baatein kyun nahi bolte? nashukr ke pehlu agar hain, ultay taraf andaz kijiye. shukr ke pehlu ko highlight kijiye.</w:t>
      </w:r>
      <w:r>
        <w:br/>
      </w:r>
      <w:r>
        <w:rPr>
          <w:sz w:val="20"/>
        </w:rPr>
        <w:t>33:27  yeh sahi quran ki, sahi islam ki is mein nahi hai. aaj, aaj subah mein soch raha tha ke kya ho jaye ke quran ka pehla jo kalma hai,</w:t>
      </w:r>
      <w:r>
        <w:br/>
      </w:r>
      <w:r>
        <w:rPr>
          <w:sz w:val="20"/>
        </w:rPr>
        <w:t>33:41  alhamdulillah, pehla kalma behrhaal hamd ka matlab shukr hai.</w:t>
      </w:r>
      <w:r>
        <w:br/>
      </w:r>
      <w:r>
        <w:rPr>
          <w:sz w:val="20"/>
        </w:rPr>
        <w:t>33:53  shukr hai allah rabbul alameen ka. is matlab ke har cheez mein, har cheez mein, har cheez mein, uthne baithne mein, khane peene mein, har khabar mein aap shukr ka pul nikaliye aur allah rabbul alameen ko yaad kijiye.</w:t>
      </w:r>
      <w:r>
        <w:br/>
      </w:r>
      <w:r>
        <w:rPr>
          <w:sz w:val="20"/>
        </w:rPr>
        <w:t>34:11  yeh andaz mujhe islami andaz nahi nazar aata.</w:t>
      </w:r>
      <w:r>
        <w:br/>
      </w:r>
      <w:r>
        <w:rPr>
          <w:sz w:val="20"/>
        </w:rPr>
        <w:t>34:20  mile par shukr karna ka naam shukr hai, na mile hue par shukr karna yeh islam nahi hai. phir sun lijiye, mile hue par shukr wali training karna yeh islam hai.</w:t>
      </w:r>
      <w:r>
        <w:br/>
      </w:r>
      <w:r>
        <w:rPr>
          <w:sz w:val="20"/>
        </w:rPr>
        <w:t>34:36  na mile ko nikal kar, dhoond dhoond kar nikalein aap aur us par shukriya ka izhar karein, yeh islam nahi hai.</w:t>
      </w:r>
      <w:r>
        <w:br/>
      </w:r>
      <w:r>
        <w:rPr>
          <w:sz w:val="20"/>
        </w:rPr>
        <w:t>34:49  maulana, aik comment aya hai dilli se, maulana farhad umri ne bheja hai. unhon ne likha hai: "maulana, you are right when you said that the hadith of masjid is not only for the prophet, it is for all the muslims.</w:t>
      </w:r>
      <w:r>
        <w:br/>
      </w:r>
      <w:r>
        <w:rPr>
          <w:sz w:val="20"/>
        </w:rPr>
        <w:t>35:05  there is a hadith in which it clearly mentions the word 'my ummah'. the wording of the hadith is as follows: 'the whole earth has been made for me and for my ummah, a masjid and a means of purification.' this is being reported in musnad ahmad, hadith number aah 22137</w:t>
      </w:r>
      <w:r>
        <w:br/>
      </w:r>
      <w:r>
        <w:rPr>
          <w:sz w:val="20"/>
        </w:rPr>
        <w:t>35:27  . so, it is a blessing of god for all the muslims."</w:t>
      </w:r>
    </w:p>
    <w:p>
      <w:pPr>
        <w:pStyle w:val="Heading2"/>
      </w:pPr>
      <w:r>
        <w:t>Can Muslims protest peacefully</w:t>
      </w:r>
    </w:p>
    <w:p>
      <w:r>
        <w:rPr>
          <w:color w:val="666666"/>
          <w:sz w:val="18"/>
        </w:rPr>
        <w:t>Society &amp; Dawah · How God Manages Human History December 23, 2018 · 8m 04s · at 50:44 · https://youtu.be/j_yxigrCl5U?t=3044</w:t>
      </w:r>
    </w:p>
    <w:p>
      <w:r>
        <w:rPr>
          <w:i/>
        </w:rPr>
        <w:t>“Can we as Muslims at least protest peacefully without use of violence?”</w:t>
      </w:r>
    </w:p>
    <w:p>
      <w:r>
        <w:rPr>
          <w:sz w:val="20"/>
        </w:rPr>
        <w:t>50:44  yeh sawal bheja hai bangalore se iftikhar hussain sahib ne. molana, un ka sawal yeh hai: "molana, you said today that present age is age of peace.</w:t>
      </w:r>
      <w:r>
        <w:br/>
      </w:r>
      <w:r>
        <w:rPr>
          <w:sz w:val="20"/>
        </w:rPr>
        <w:t>51:00  and quoting hitler, you said: 'there will be no victors but survivors if there is any more war.' my question is then: can we as muslims at least protest peacefully without use of violence?</w:t>
      </w:r>
      <w:r>
        <w:br/>
      </w:r>
      <w:r>
        <w:rPr>
          <w:sz w:val="20"/>
        </w:rPr>
        <w:t>51:18  i am saying this because unless we raise our voice, authorities will not listen to the concerns and will keep on exploiting us.</w:t>
      </w:r>
      <w:r>
        <w:br/>
      </w:r>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r>
        <w:br/>
      </w:r>
      <w:r>
        <w:rPr>
          <w:sz w:val="20"/>
        </w:rPr>
        <w:t>55:51  unhone likha hai: "Molana, polytheism exists even today like it existed at the time of Prophet of Islam.</w:t>
      </w:r>
      <w:r>
        <w:br/>
      </w:r>
      <w:r>
        <w:rPr>
          <w:sz w:val="20"/>
        </w:rPr>
        <w:t>56:00  So what is wrong if Muslims are engaging in conflict with polytheists as this is what Prophet and later sahaba did, which helped in spreading of Islam?</w:t>
      </w:r>
      <w:r>
        <w:br/>
      </w:r>
      <w:r>
        <w:rPr>
          <w:sz w:val="20"/>
        </w:rPr>
        <w:t>56:12  So in a way Muslims are engaged in conflict with polytheists that is like following sunnat. Why is it that you stop?" is se bara koi jhoot nahi ho sakta, is se bara koi jhoot nahi ho sakta.</w:t>
      </w:r>
      <w:r>
        <w:br/>
      </w:r>
      <w:r>
        <w:rPr>
          <w:sz w:val="20"/>
        </w:rPr>
        <w:t>56:28  dekhiye, is raaz ko janiye ke shirk se murad Quran mein jo shirk jarah hai, shirk eitiqadi nahi hai.</w:t>
      </w:r>
      <w:r>
        <w:br/>
      </w:r>
      <w:r>
        <w:rPr>
          <w:sz w:val="20"/>
        </w:rPr>
        <w:t>56:40  shirk eitiqadi to kabhi khatam hi nahi hoga, Allah ke script ke mutabiq. shirk eitiqadi na kabhi khatam hua, na kabhi khatam hoga.</w:t>
      </w:r>
      <w:r>
        <w:br/>
      </w:r>
      <w:r>
        <w:rPr>
          <w:sz w:val="20"/>
        </w:rPr>
        <w:t>56:50  shirk jarah ko Quran ne khatam kar diya aur inqalabat jo aaye duniya mein, is ne khatam kar diya. to Allah ka jo matlab tha, woh yeh nahi tha ke shirk eitiqadi khatam ho jaye.</w:t>
      </w:r>
      <w:r>
        <w:br/>
      </w:r>
      <w:r>
        <w:rPr>
          <w:sz w:val="20"/>
        </w:rPr>
        <w:t>57:06  iska matlab tha ke shirk jarah khatam ho jaye. qatil fitna, yahan shirk se murad hai shirk jarah.</w:t>
      </w:r>
      <w:r>
        <w:br/>
      </w:r>
      <w:r>
        <w:rPr>
          <w:sz w:val="20"/>
        </w:rPr>
        <w:t>57:16  kaise ajeeb hai, parhe likhe log ki baaton ko samajhte nahi aur bari bari baatein karte hain.</w:t>
      </w:r>
      <w:r>
        <w:br/>
      </w:r>
      <w:r>
        <w:rPr>
          <w:sz w:val="20"/>
        </w:rPr>
        <w:t>57:24  Maulana, agla comment lena chahenge. yeh bheja hai Mahboob bhai ne Mumbai se. unhone likha hai: "Molana, today you said a sentence: Musalmanon ne ladai ko namaz ka darja de rakha hai.</w:t>
      </w:r>
      <w:r>
        <w:br/>
      </w:r>
      <w:r>
        <w:rPr>
          <w:sz w:val="20"/>
        </w:rPr>
        <w:t>57:41  This is the path-breaking sentence for any Muslim to break his conditioning in this regard. Maulana, definitely my conviction has doubled towards you.</w:t>
      </w:r>
      <w:r>
        <w:br/>
      </w:r>
      <w:r>
        <w:rPr>
          <w:sz w:val="20"/>
        </w:rPr>
        <w:t>57:52  Jazak Allah." Dr. Najma Siddiqui ne Dubai se likha hai: "Very meaningfully described historical gist from the Islamic perspective,</w:t>
      </w:r>
      <w:r>
        <w:br/>
      </w:r>
      <w:r>
        <w:rPr>
          <w:sz w:val="20"/>
        </w:rPr>
        <w:t>58:06  focusing on various shocks for learning process, for learning lessons. Also pointing out our mistakes and need for global da'wah work.</w:t>
      </w:r>
      <w:r>
        <w:br/>
      </w:r>
      <w:r>
        <w:rPr>
          <w:sz w:val="20"/>
        </w:rPr>
        <w:t>58:16  May Allah help all of us in this work. Jazak Allah." Maulana, Sahar Saleem ne likha hai Kashmir se: "Molana sahib, in today's lecture we all again got the broader vision for da'wah.</w:t>
      </w:r>
      <w:r>
        <w:br/>
      </w:r>
      <w:r>
        <w:rPr>
          <w:sz w:val="20"/>
        </w:rPr>
        <w:t>58:34  We should be thankful to today's time where it is so easy and convenient to make da'wah empire. We should take global dawah as an opportunity by truly understanding what it really means.</w:t>
      </w:r>
    </w:p>
    <w:p>
      <w:pPr>
        <w:pStyle w:val="Heading2"/>
      </w:pPr>
      <w:r>
        <w:t>Can Politics Ever Be Right?</w:t>
      </w:r>
    </w:p>
    <w:p>
      <w:r>
        <w:rPr>
          <w:color w:val="666666"/>
          <w:sz w:val="18"/>
        </w:rPr>
        <w:t>Society &amp; Dawah · Religion and Democracy December 25, 2011 · 1m 36s · at 1:48:39 · https://youtu.be/8Mf_yvDA8ik?t=6519</w:t>
      </w:r>
    </w:p>
    <w:p>
      <w:r>
        <w:rPr>
          <w:i/>
        </w:rPr>
        <w:t>“Politics is only a source of fighting and discord. In politics, people speak against each other. So how can politics be right? Maulana, perhaps he wants to ask at a general level: how can the political system be right?”</w:t>
      </w:r>
    </w:p>
    <w:p>
      <w:r>
        <w:rPr>
          <w:sz w:val="20"/>
        </w:rPr>
        <w:t>1:48:39  sawal hai. Unhone likha hai: "Rajneeti sirf ladai aur matbhed ka zariya hai. Kyun ke rajneeti mein insaan ek doosre ke against bolta hai.</w:t>
      </w:r>
      <w:r>
        <w:br/>
      </w:r>
      <w:r>
        <w:rPr>
          <w:sz w:val="20"/>
        </w:rPr>
        <w:t>1:48:51  to rajneeti sahi kaise ho sakti hai?"</w:t>
      </w:r>
      <w:r>
        <w:br/>
      </w:r>
      <w:r>
        <w:rPr>
          <w:sz w:val="20"/>
        </w:rPr>
        <w:t>1:48:57  to main sahi kahan karoon? Main to kabhi nahi kaha ke sahi hai. Maulana, shayad woh general level pe poochna chah rahe hain ke political system jo hai, woh sahi kaise ho sakta hai?</w:t>
      </w:r>
      <w:r>
        <w:br/>
      </w:r>
      <w:r>
        <w:rPr>
          <w:sz w:val="20"/>
        </w:rPr>
        <w:t>1:49:11  political system ko sahi karne ki koshish mat kijiye. Jo hai, us ko accept kar lijiye. Mera to nazariya yahi hai ke jab aap system ko sahi karna chahenge to kya hoga?</w:t>
      </w:r>
      <w:r>
        <w:br/>
      </w:r>
      <w:r>
        <w:rPr>
          <w:sz w:val="20"/>
        </w:rPr>
        <w:t>1:49:20  yahi sab hoga. Ladai jhagda, nafrat, aisi</w:t>
      </w:r>
      <w:r>
        <w:br/>
      </w:r>
      <w:r>
        <w:rPr>
          <w:sz w:val="20"/>
        </w:rPr>
        <w:t>1:49:25  cheez maan lijie. mera masla kya yeh hai ke political act mein jo hai, mera jo nazariya hai, woh yahi hai ke political, jis ko mein kehta hoon political statism,</w:t>
      </w:r>
      <w:r>
        <w:br/>
      </w:r>
      <w:r>
        <w:rPr>
          <w:sz w:val="20"/>
        </w:rPr>
        <w:t>1:49:39  yani siyasat mein mera nazariya hai political statism. koi bhi hakim hai, mujhe us se ladaai nahi karna hai.</w:t>
      </w:r>
      <w:r>
        <w:br/>
      </w:r>
      <w:r>
        <w:rPr>
          <w:sz w:val="20"/>
        </w:rPr>
        <w:t>1:49:48  koi bhi system hai, mujh se jhagadna nahi hai.</w:t>
      </w:r>
      <w:r>
        <w:br/>
      </w:r>
      <w:r>
        <w:rPr>
          <w:sz w:val="20"/>
        </w:rPr>
        <w:t>1:49:50  mujhe accept, accept kar ke mujhe apni activity ka mauqa mil jata hai. mujhe accept kar ke mujhe khud short time mujhe mil jata hai ke mein apne study karoon, apna mission chalaoon, apne aitbaar se jo karna hai, woh karoon.</w:t>
      </w:r>
      <w:r>
        <w:br/>
      </w:r>
      <w:r>
        <w:rPr>
          <w:sz w:val="20"/>
        </w:rPr>
        <w:t>1:50:10  to mera nazariya to political statism ka hai.</w:t>
      </w:r>
    </w:p>
    <w:p>
      <w:pPr>
        <w:pStyle w:val="Heading2"/>
      </w:pPr>
      <w:r>
        <w:t>Can a Muslim work in Communist Party</w:t>
      </w:r>
    </w:p>
    <w:p>
      <w:r>
        <w:rPr>
          <w:color w:val="666666"/>
          <w:sz w:val="18"/>
        </w:rPr>
        <w:t>Society &amp; Dawah · Revival of Muslims March 08, 2015 · 40s · at 1:06:53 · https://youtu.be/8ShFcr8YozI?t=4013</w:t>
      </w:r>
    </w:p>
    <w:p>
      <w:r>
        <w:rPr>
          <w:i/>
        </w:rPr>
        <w:t>“Maulana Sahib, I am in a confusion. I want your views on that can a Muslim work in the Communist Party and cast his vote for it.”</w:t>
      </w:r>
    </w:p>
    <w:p>
      <w:r>
        <w:rPr>
          <w:sz w:val="20"/>
        </w:rPr>
        <w:t>1:06:53  Maulana, agla sawal bhi Delhi se hai Shiq Rahman Sahab ne kiya hai aur unhon ne likha hai ke Maulana Sahab, I am in a confusion.</w:t>
      </w:r>
      <w:r>
        <w:br/>
      </w:r>
      <w:r>
        <w:rPr>
          <w:sz w:val="20"/>
        </w:rPr>
        <w:t>1:07:03  I want your views on that can a Muslim work in the Communist Party and cast his vote for it. is ke baray mein batayen.</w:t>
      </w:r>
      <w:r>
        <w:br/>
      </w:r>
      <w:r>
        <w:rPr>
          <w:sz w:val="20"/>
        </w:rPr>
        <w:t>1:07:13  ka matlab</w:t>
      </w:r>
      <w:r>
        <w:br/>
      </w:r>
      <w:r>
        <w:rPr>
          <w:sz w:val="20"/>
        </w:rPr>
        <w:t>1:07:15  ? woh yeh aapse janna chahte hain ke kya ek Muslim jo hai, woh Communist Party mein kaam karte hue kya vote bhi de sakta hai Communist Party ko?</w:t>
      </w:r>
      <w:r>
        <w:br/>
      </w:r>
      <w:r>
        <w:rPr>
          <w:sz w:val="20"/>
        </w:rPr>
        <w:t>1:07:24  bhayi, main political issues mera subject nahin hai. aap jis ka subject political issues ho, us se poochhiye.</w:t>
      </w:r>
    </w:p>
    <w:p>
      <w:pPr>
        <w:pStyle w:val="Heading2"/>
      </w:pPr>
      <w:r>
        <w:t>Can common Muslims' thinking be corrected despite ulama's approach?</w:t>
      </w:r>
    </w:p>
    <w:p>
      <w:r>
        <w:rPr>
          <w:color w:val="666666"/>
          <w:sz w:val="18"/>
        </w:rPr>
        <w:t>Society &amp; Dawah · Building A Creative Personality | 20 Nov 2011 · 1m 50s · at 1:39:28 · https://youtu.be/jdfhpwfEvKg?t=5968</w:t>
      </w:r>
    </w:p>
    <w:p>
      <w:r>
        <w:rPr>
          <w:i/>
        </w:rPr>
        <w:t>“Ulama have closed the doors of ijtihad. I want to know if common Muslims' thinking can be corrected, even if their ulama's existing mentality and approach continues.”</w:t>
      </w:r>
    </w:p>
    <w:p>
      <w:r>
        <w:rPr>
          <w:sz w:val="20"/>
        </w:rPr>
        <w:t>1:39:28  dindari kisi form ka naam nahi hai. dindari taalluq billah ka naam hai. to woh hindu musalman ke aitbar se na dekhiye, insaan ke aitbar se dekhiye aap ke woh insaan kis kis tarah ki zindagi guzar raha hai. woh insaan ke aitbar se insaanon ko dekhiye, na ke hindu muslim ke aitbar se. molana, agla sawal raipur se aaya hai. mister idrees aur miss shabana ne likha hai ke ulama have closed</w:t>
      </w:r>
      <w:r>
        <w:br/>
      </w:r>
      <w:r>
        <w:rPr>
          <w:sz w:val="20"/>
        </w:rPr>
        <w:t>1:39:58  open the doors of the ijtehad.</w:t>
      </w:r>
      <w:r>
        <w:br/>
      </w:r>
      <w:r>
        <w:rPr>
          <w:sz w:val="20"/>
        </w:rPr>
        <w:t>1:40:04  I want to know if common Muslims' thinking be corrected, even if their ulema's existing mentality and approach continues.</w:t>
      </w:r>
      <w:r>
        <w:br/>
      </w:r>
      <w:r>
        <w:rPr>
          <w:sz w:val="20"/>
        </w:rPr>
        <w:t>1:40:10  aur correction and ulama thinking is a precondition to improve the situation.</w:t>
      </w:r>
      <w:r>
        <w:br/>
      </w:r>
      <w:r>
        <w:rPr>
          <w:sz w:val="20"/>
        </w:rPr>
        <w:t>1:40:16  bhai, kon sa masla hai jis mein ulma poochte hon? musalman koi job ke liye, business ke liye,</w:t>
      </w:r>
      <w:r>
        <w:br/>
      </w:r>
      <w:r>
        <w:rPr>
          <w:sz w:val="20"/>
        </w:rPr>
        <w:t>1:40:23  shadi ke liye, jehez ke liye koi poochta hai? isi mein koi shart lagai jaye.</w:t>
      </w:r>
      <w:r>
        <w:br/>
      </w:r>
      <w:r>
        <w:rPr>
          <w:sz w:val="20"/>
        </w:rPr>
        <w:t>1:40:29  ji, ulma bilkul ineffective hain.</w:t>
      </w:r>
      <w:r>
        <w:br/>
      </w:r>
      <w:r>
        <w:rPr>
          <w:sz w:val="20"/>
        </w:rPr>
        <w:t>1:40:32  society mein koi in ka asar nahi hai.</w:t>
      </w:r>
      <w:r>
        <w:br/>
      </w:r>
      <w:r>
        <w:rPr>
          <w:sz w:val="20"/>
        </w:rPr>
        <w:t>1:40:36  bas kuch fatwa dete hain, kuch bolte hain.</w:t>
      </w:r>
      <w:r>
        <w:br/>
      </w:r>
      <w:r>
        <w:rPr>
          <w:sz w:val="20"/>
        </w:rPr>
        <w:t>1:40:40  lekin asar kya hai? mujhe bataiye, kon aadmi hai? aap is ko is ka naam bataein mujhe jo</w:t>
      </w:r>
      <w:r>
        <w:br/>
      </w:r>
      <w:r>
        <w:rPr>
          <w:sz w:val="20"/>
        </w:rPr>
        <w:t>1:40:44  apne job ke liye ulma se poochta ho, business ke liye ulma se poochta ho, shadi mein jahaz</w:t>
      </w:r>
      <w:r>
        <w:br/>
      </w:r>
      <w:r>
        <w:rPr>
          <w:sz w:val="20"/>
        </w:rPr>
        <w:t>1:40:48  doon ke na doon, is liye is ulma se poochta ho? kuch nahi, koi poochta nahi.</w:t>
      </w:r>
      <w:r>
        <w:br/>
      </w:r>
      <w:r>
        <w:rPr>
          <w:sz w:val="20"/>
        </w:rPr>
        <w:t>1:40:51  to is mein bhi koi aap excuse banate hain.</w:t>
      </w:r>
      <w:r>
        <w:br/>
      </w:r>
      <w:r>
        <w:rPr>
          <w:sz w:val="20"/>
        </w:rPr>
        <w:t>1:40:55  har aadmi ko khud parhna chahiye, khud</w:t>
      </w:r>
      <w:r>
        <w:br/>
      </w:r>
      <w:r>
        <w:rPr>
          <w:sz w:val="20"/>
        </w:rPr>
        <w:t>1:40:59  mutalea karna chahiye, aur quran ko, hadith ko, aur doosri kitabein jo hain, is ko parh kar ke</w:t>
      </w:r>
      <w:r>
        <w:br/>
      </w:r>
      <w:r>
        <w:rPr>
          <w:sz w:val="20"/>
        </w:rPr>
        <w:t>1:41:04  khud rai banaye.</w:t>
      </w:r>
      <w:r>
        <w:br/>
      </w:r>
      <w:r>
        <w:rPr>
          <w:sz w:val="20"/>
        </w:rPr>
        <w:t>1:41:09  woh kya sahi hai, kya galat hai? ulma to ineffective hain.</w:t>
      </w:r>
      <w:r>
        <w:br/>
      </w:r>
      <w:r>
        <w:rPr>
          <w:sz w:val="20"/>
        </w:rPr>
        <w:t>1:41:14  mein nahi samajhta kisi bhi shobe mein in ka koi darja hai.</w:t>
      </w:r>
    </w:p>
    <w:p>
      <w:pPr>
        <w:pStyle w:val="Heading2"/>
      </w:pPr>
      <w:r>
        <w:t>Can divine gender roles change with time</w:t>
      </w:r>
    </w:p>
    <w:p>
      <w:r>
        <w:rPr>
          <w:color w:val="666666"/>
          <w:sz w:val="18"/>
        </w:rPr>
        <w:t>Society &amp; Dawah · Freedom of Thought in Islam 23 October, 2011 · 4m 17s · at 1:21:44 · https://youtu.be/aGbxRNNOKzo?t=4904</w:t>
      </w:r>
    </w:p>
    <w:p>
      <w:r>
        <w:rPr>
          <w:i/>
        </w:rPr>
        <w:t>“I have some issues with the divine ordaining of division of labor between men and women, as you have indicated. That is the man to work outside and woman to home. Is this divine ordaining subject to change with demands of changing life?”</w:t>
      </w:r>
    </w:p>
    <w:p>
      <w:r>
        <w:rPr>
          <w:sz w:val="20"/>
        </w:rPr>
        <w:t>1:21:44  Maulana, agla sawal aaya hai Mr. Kailash Nath ka, Kingston, USA se. unhon</w:t>
      </w:r>
      <w:r>
        <w:br/>
      </w:r>
      <w:r>
        <w:rPr>
          <w:sz w:val="20"/>
        </w:rPr>
        <w:t>1:21:50  ne likha hai: "Maulana, I have some issues with a divine ordaining of division of labor between men and women, as you have indicated.</w:t>
      </w:r>
      <w:r>
        <w:br/>
      </w:r>
      <w:r>
        <w:rPr>
          <w:sz w:val="20"/>
        </w:rPr>
        <w:t>1:22:00  date is the main to work outside and women to home. Is this divine ordering subject to change with the demands of changing life?</w:t>
      </w:r>
      <w:r>
        <w:br/>
      </w:r>
      <w:r>
        <w:rPr>
          <w:sz w:val="20"/>
        </w:rPr>
        <w:t>1:22:11  If women not only do so much outside these days, they even are recruited to the defense and assigned to frontline and field action, where they are vulnerable targets for abuse.</w:t>
      </w:r>
      <w:r>
        <w:br/>
      </w:r>
      <w:r>
        <w:rPr>
          <w:sz w:val="20"/>
        </w:rPr>
        <w:t>1:22:25  I realize the physical and psychological differences in the makeup and constitution between men and women,</w:t>
      </w:r>
      <w:r>
        <w:br/>
      </w:r>
      <w:r>
        <w:rPr>
          <w:sz w:val="20"/>
        </w:rPr>
        <w:t>1:22:32  but isnt it that men can do a lot to share and be a helping hand for women at home, and women can do the same with men out side?</w:t>
      </w:r>
      <w:r>
        <w:br/>
      </w:r>
      <w:r>
        <w:rPr>
          <w:sz w:val="20"/>
        </w:rPr>
        <w:t>1:22:43  wouldn't this divine order of division of labor you are talking about are so much at odds with the realities of the world we live in?</w:t>
      </w:r>
      <w:r>
        <w:br/>
      </w:r>
      <w:r>
        <w:rPr>
          <w:sz w:val="20"/>
        </w:rPr>
        <w:t>1:22:52  your comments in this regard will help, and may god give you, keep you going in continuing to guide and bless us towards our efforts to make good sense out of this complex world." dekhiye, main ne aisa yeh likha hai, aap is ko phir se parhiye meri tehreer ko ke aurat sirf ghar kaam kare aur bohat se bahir kaam kare, aisa main ne likha hai.</w:t>
      </w:r>
      <w:r>
        <w:br/>
      </w:r>
      <w:r>
        <w:rPr>
          <w:sz w:val="20"/>
        </w:rPr>
        <w:t>1:23:15  main ne kaha ke basically aisa hona chahiye, basically. wahan lafz parhiye aap</w:t>
      </w:r>
      <w:r>
        <w:br/>
      </w:r>
      <w:r>
        <w:rPr>
          <w:sz w:val="20"/>
        </w:rPr>
        <w:t>1:23:19  mera. hmm, aisa nahi likha, likha main ne kabhi bhi nahi likha hai. yani aik general division yeh hai, general, aam halat mein ke aisa aurat kare, aisa mard kare.</w:t>
      </w:r>
      <w:r>
        <w:br/>
      </w:r>
      <w:r>
        <w:rPr>
          <w:sz w:val="20"/>
        </w:rPr>
        <w:t>1:23:33  lekin agar aap zaroorat samajhte hain to mard bahir ja kar kaam kar sakti hai aur is mein koi islam mein koi harj nahi hai.</w:t>
      </w:r>
      <w:r>
        <w:br/>
      </w:r>
      <w:r>
        <w:rPr>
          <w:sz w:val="20"/>
        </w:rPr>
        <w:t>1:23:45  harj, asal cheez jo hai, dekhiye, yeh nahi ke aurat ghar mein confine rahe, yeh matlab nahi asal mein. asal cheez jo islam mein hai woh hai nudity, yani free society aur yeh sab jo hota hai,</w:t>
      </w:r>
      <w:r>
        <w:br/>
      </w:r>
      <w:r>
        <w:rPr>
          <w:sz w:val="20"/>
        </w:rPr>
        <w:t>1:23:59  yani mard o aurat bilkul machliyon ki tarah rehte hain, yeh sab galat hai islam mein. aisa nahi ke aurat bahir kaam nahi kar sakti.</w:t>
      </w:r>
      <w:r>
        <w:br/>
      </w:r>
      <w:r>
        <w:rPr>
          <w:sz w:val="20"/>
        </w:rPr>
        <w:t>1:24:09  aisa hargiz nahi hai. lekin aam halaat mein, main ne kaha hai ke aam halaat mein agar yeh arrangement hota hai ke aurat ghar ka sambhalti hai, mard bahir ka sambhalta hai to yeh aik natural division hoga.</w:t>
      </w:r>
      <w:r>
        <w:br/>
      </w:r>
      <w:r>
        <w:rPr>
          <w:sz w:val="20"/>
        </w:rPr>
        <w:t>1:24:25  aap Europe, America ka zikr farma rahe hain, main bar bar wahan gaya hoon. wahan par choonke is ko nahi mante log to is se bohat nuqsan hua hai.</w:t>
      </w:r>
      <w:r>
        <w:br/>
      </w:r>
      <w:r>
        <w:rPr>
          <w:sz w:val="20"/>
        </w:rPr>
        <w:t>1:24:34  wahan</w:t>
      </w:r>
      <w:r>
        <w:br/>
      </w:r>
      <w:r>
        <w:rPr>
          <w:sz w:val="20"/>
        </w:rPr>
        <w:t>1:24:35  jis ko kehte hain broken homes. broken homes ka jo masla paida hua hai woh har wahan ka super masla hai. broken homes, yani maan alag, bachay alag aur shohar alag.</w:t>
      </w:r>
      <w:r>
        <w:br/>
      </w:r>
      <w:r>
        <w:rPr>
          <w:sz w:val="20"/>
        </w:rPr>
        <w:t>1:24:49  to bachay bilkul, yani koi un ki training nahi hoti, bilkul animal ki tarah jeete hain woh. to broken homes ka jo jo phenomena wahan hai woh woh to super evil hai.</w:t>
      </w:r>
      <w:r>
        <w:br/>
      </w:r>
      <w:r>
        <w:rPr>
          <w:sz w:val="20"/>
        </w:rPr>
        <w:t>1:25:04  wahan ki society bilkul, yani tabaah ho gayi is ki bana par. to natural taqseem mein yeh hai, main ne kaha hai ke dono shobay hain, yani ghar sambhalna, bachon ko sambhalna aur bahir ka sambhalna bhi.</w:t>
      </w:r>
      <w:r>
        <w:br/>
      </w:r>
      <w:r>
        <w:rPr>
          <w:sz w:val="20"/>
        </w:rPr>
        <w:t>1:25:19  lekin yeh koi aisa nahi ke aise hi lazman har jagah hona chah</w:t>
      </w:r>
      <w:r>
        <w:br/>
      </w:r>
      <w:r>
        <w:rPr>
          <w:sz w:val="20"/>
        </w:rPr>
        <w:t>1:25:23  iye. main ne yeh bhi kaha hai, aap parhein is ko ke yeh jo generation ko jo tayyar karna hai ke through education, is ke liye best teacher auratain hoti hain.</w:t>
      </w:r>
      <w:r>
        <w:br/>
      </w:r>
      <w:r>
        <w:rPr>
          <w:sz w:val="20"/>
        </w:rPr>
        <w:t>1:25:38  yani education ka jo department hai woh auraton ko sambhalna chahiye kyunke auratain bohat acha teaching ka job kar sakti hain, yeh bhi main ne likha hai.</w:t>
      </w:r>
      <w:r>
        <w:br/>
      </w:r>
      <w:r>
        <w:rPr>
          <w:sz w:val="20"/>
        </w:rPr>
        <w:t>1:25:48  to aap phir se parhiye is ko, main ne is ko aisa nahi likha hai ke sirf yeh aur sirf woh.</w:t>
      </w:r>
    </w:p>
    <w:p>
      <w:pPr>
        <w:pStyle w:val="Heading2"/>
      </w:pPr>
      <w:r>
        <w:t>Can obsessed Muslims establish Khilafat in modern age?</w:t>
      </w:r>
    </w:p>
    <w:p>
      <w:r>
        <w:rPr>
          <w:color w:val="666666"/>
          <w:sz w:val="18"/>
        </w:rPr>
        <w:t>Society &amp; Dawah · The Problem of Intellectual Stagnation May 13, 2012 · 2m 36s · at 1:09:41 · https://youtu.be/Qi5BZlv-Vog?t=4181</w:t>
      </w:r>
    </w:p>
    <w:p>
      <w:r>
        <w:rPr>
          <w:i/>
        </w:rPr>
        <w:t>“Muslims are still in the obsession of establishing Khilafat. In an age of nationalism and spirit of freedom, is it possible for these obsessed Muslims to translate their dreams into reality?”</w:t>
      </w:r>
    </w:p>
    <w:p>
      <w:r>
        <w:rPr>
          <w:sz w:val="20"/>
        </w:rPr>
        <w:t>1:09:41  maulana, agla sawal dilli se hai mr khalid ansari sahab ka. unhon ne likha hai ke "muslims are still in the obsession of establishing khilafat."</w:t>
      </w:r>
      <w:r>
        <w:br/>
      </w:r>
      <w:r>
        <w:rPr>
          <w:sz w:val="20"/>
        </w:rPr>
        <w:t>1:09:53  Maulana, in an age of nationalism and spirit of freedom, is it possible for these obsessed Muslims to translate their dreams into reality?</w:t>
      </w:r>
      <w:r>
        <w:br/>
      </w:r>
      <w:r>
        <w:rPr>
          <w:sz w:val="20"/>
        </w:rPr>
        <w:t>1:10:04  bilkul hi impossible hai, aakhirat tak impossible hai. dekhen, masla yeh hai ke musalmanon ka mazhab jo hai, it is derived from history and not from the quran.</w:t>
      </w:r>
      <w:r>
        <w:br/>
      </w:r>
      <w:r>
        <w:rPr>
          <w:sz w:val="20"/>
        </w:rPr>
        <w:t>1:10:16  ab jo musalmanon ka mazhab hai, woh tareekh se liya hua hai.</w:t>
      </w:r>
      <w:r>
        <w:br/>
      </w:r>
      <w:r>
        <w:rPr>
          <w:sz w:val="20"/>
        </w:rPr>
        <w:t>1:10:21  ab musalmanon ke aur islam ke beech mein history hai. quran ka jo daur hai, quran hadith ka jo daur hai, us ke baad tareekh ka zamana aya.</w:t>
      </w:r>
      <w:r>
        <w:br/>
      </w:r>
      <w:r>
        <w:rPr>
          <w:sz w:val="20"/>
        </w:rPr>
        <w:t>1:10:32  to aaj ke musalmanon mein aur quran ke daur mein beech mein history haail hai. to woh history tak pahunch paate hain, us se aage unhein kuch pata nahin.</w:t>
      </w:r>
      <w:r>
        <w:br/>
      </w:r>
      <w:r>
        <w:rPr>
          <w:sz w:val="20"/>
        </w:rPr>
        <w:t>1:10:42  bade bade in ke jo log hain, bade bade top ke log bhi, woh bhi wohi islam jante hain jo history se unhon ne derive kiya hai.</w:t>
      </w:r>
      <w:r>
        <w:br/>
      </w:r>
      <w:r>
        <w:rPr>
          <w:sz w:val="20"/>
        </w:rPr>
        <w:t>1:10:51  yeh ab musalmanon ka problem hai. baqi yeh ke is zamane mein khilafat qaim karna, khilafat ka matlab hai ke muslim empire, yeh namumkin nahin, balke yeh to badness hai.</w:t>
      </w:r>
      <w:r>
        <w:br/>
      </w:r>
      <w:r>
        <w:rPr>
          <w:sz w:val="20"/>
        </w:rPr>
        <w:t>1:11:04  badness se kam nahin hai. yeh bilkul hi main hairaan hoon ke kaise aisi baatein log bolte hain aur aql se, aql se, reason se, soch se koi talluq nahin hai.</w:t>
      </w:r>
      <w:r>
        <w:br/>
      </w:r>
      <w:r>
        <w:rPr>
          <w:sz w:val="20"/>
        </w:rPr>
        <w:t>1:11:17  bilashuba, yeh badness hai, badness.</w:t>
      </w:r>
    </w:p>
    <w:p>
      <w:pPr>
        <w:pStyle w:val="Heading2"/>
      </w:pPr>
      <w:r>
        <w:t>Can the state have a religion?</w:t>
      </w:r>
    </w:p>
    <w:p>
      <w:r>
        <w:rPr>
          <w:color w:val="666666"/>
          <w:sz w:val="18"/>
        </w:rPr>
        <w:t>Society &amp; Dawah · Q&amp;A 13 Nov 2011 · 2m 33s · at 51:45 · https://youtu.be/oOZ9h37_pL8?t=3105</w:t>
      </w:r>
    </w:p>
    <w:p>
      <w:r>
        <w:rPr>
          <w:i/>
        </w:rPr>
        <w:t>“Can the state have a religion? Please comment.”</w:t>
      </w:r>
    </w:p>
    <w:p>
      <w:r>
        <w:rPr>
          <w:sz w:val="20"/>
        </w:rPr>
        <w:t>51:45  maulana agla sawal hai mister yusuf khan ka ghaziabad se. unhon ne likha hai ke can the state have a religion? please comment.</w:t>
      </w:r>
      <w:r>
        <w:br/>
      </w:r>
      <w:r>
        <w:rPr>
          <w:sz w:val="20"/>
        </w:rPr>
        <w:t>51:56  hmm can the state have a religion? is ke bare mein woh aap ka chahte hain comment</w:t>
      </w:r>
      <w:r>
        <w:br/>
      </w:r>
      <w:r>
        <w:rPr>
          <w:sz w:val="20"/>
        </w:rPr>
        <w:t>52:01  . state ka religion? ji. is zamane ka yeh ek bidat hai main samajhta hoon. state ka religion banna. yeh to is zamane ki bidat hai. jo do jagah sab se bari israel mein aur pakistan mein.</w:t>
      </w:r>
      <w:r>
        <w:br/>
      </w:r>
      <w:r>
        <w:rPr>
          <w:sz w:val="20"/>
        </w:rPr>
        <w:t>52:16  islam mein aisa koi nahi hai.</w:t>
      </w:r>
      <w:r>
        <w:br/>
      </w:r>
      <w:r>
        <w:rPr>
          <w:sz w:val="20"/>
        </w:rPr>
        <w:t>52:18  yeh islam ka tasawwur hi hai bidat hai bidat. to aur bhi baaz mulk hain is zamane mein jinhon ne yeh ailaan kiya ke hamara hamare state ka religion hai woh islam hai.</w:t>
      </w:r>
      <w:r>
        <w:br/>
      </w:r>
      <w:r>
        <w:rPr>
          <w:sz w:val="20"/>
        </w:rPr>
        <w:t>52:30  yeh in ka apna banaya hua hai. rasool allah sallallahu alaihi wasallam ne madine mein jab is jo state state banai thi to unhon ne apne ailaan nahi kiya ke hamare state ka religion mazhab islam hoga.</w:t>
      </w:r>
      <w:r>
        <w:br/>
      </w:r>
      <w:r>
        <w:rPr>
          <w:sz w:val="20"/>
        </w:rPr>
        <w:t>52:42  aap ne farmaya kama takoonoon kazalik yuwalla alaikum. jaise tum hoge wahi tumhari hukoomat hogi. matlab ek is jo samaj hai is samaj mein election hoga.</w:t>
      </w:r>
      <w:r>
        <w:br/>
      </w:r>
      <w:r>
        <w:rPr>
          <w:sz w:val="20"/>
        </w:rPr>
        <w:t>52:55  fair and free election. jaise logon ko bataya woh waise logon ko rule karenge wahi.</w:t>
      </w:r>
      <w:r>
        <w:br/>
      </w:r>
      <w:r>
        <w:rPr>
          <w:sz w:val="20"/>
        </w:rPr>
        <w:t>53:00  state ka koi aqeeda nahi hota. yeh is zamane ki bidat hai jo kuch mulkon ne nikali hai. state ka ek religion. state sirf administration ke liye hoti hai.</w:t>
      </w:r>
      <w:r>
        <w:br/>
      </w:r>
      <w:r>
        <w:rPr>
          <w:sz w:val="20"/>
        </w:rPr>
        <w:t>53:12  state sirf administration ke liye hoti hai yaad rakhiye aap. is state ka maqsad hai administration. intezam duniya. mazhab aap ka fard ka hota hai.</w:t>
      </w:r>
      <w:r>
        <w:br/>
      </w:r>
      <w:r>
        <w:rPr>
          <w:sz w:val="20"/>
        </w:rPr>
        <w:t>53:22  mazhab fard ka hota hai state ka fard state ka nahi hota. jaise pakistan mein jo so called islamist the unhon ne kaha ke state ne kalma padh liya.</w:t>
      </w:r>
      <w:r>
        <w:br/>
      </w:r>
      <w:r>
        <w:rPr>
          <w:sz w:val="20"/>
        </w:rPr>
        <w:t>53:32  yeh bilkul ridiculous baat hai ridiculous ke state ne kalma padh liya. wahan ek chala tha agar aap log jante hon tareekh wahan ki ek muhim chali thi.</w:t>
      </w:r>
      <w:r>
        <w:br/>
      </w:r>
      <w:r>
        <w:rPr>
          <w:sz w:val="20"/>
        </w:rPr>
        <w:t>53:43  woh is ka qaaida tha</w:t>
      </w:r>
      <w:r>
        <w:br/>
      </w:r>
      <w:r>
        <w:rPr>
          <w:sz w:val="20"/>
        </w:rPr>
        <w:t>53:46  objective resolution qarardad maqasid to pakistan ki assembly ne is ko manzoor kar liya tha. to wahan unhon ne kaha ke khushiyan manayein fateh ki ke state ne kalma padh liya.</w:t>
      </w:r>
      <w:r>
        <w:br/>
      </w:r>
      <w:r>
        <w:rPr>
          <w:sz w:val="20"/>
        </w:rPr>
        <w:t>53:58  yeh bilkul ridiculous baat hai. kalma ek fard padhta hai ek insaan padhta hai state nahi padhti.</w:t>
      </w:r>
      <w:r>
        <w:br/>
      </w:r>
      <w:r>
        <w:rPr>
          <w:sz w:val="20"/>
        </w:rPr>
        <w:t>54:05  state jo hai islam mein woh sirf administration hai bas is se zyada kuch nahi hai. baqi samaj mein aap kaam kijiye afraad ko badlie.</w:t>
      </w:r>
      <w:r>
        <w:br/>
      </w:r>
      <w:r>
        <w:rPr>
          <w:sz w:val="20"/>
        </w:rPr>
        <w:t>54:14  jaise afraad honge waise hi hukoomat banegi.</w:t>
      </w:r>
    </w:p>
    <w:p>
      <w:pPr>
        <w:pStyle w:val="Heading2"/>
      </w:pPr>
      <w:r>
        <w:t>Cause and Solution of Muslim Disunity</w:t>
      </w:r>
    </w:p>
    <w:p>
      <w:r>
        <w:rPr>
          <w:color w:val="666666"/>
          <w:sz w:val="18"/>
        </w:rPr>
        <w:t>Society &amp; Dawah · Life After Death January 22, 2012 · 1m 11s · at 1:08:56 · https://youtu.be/5hVH1BLKBF4?t=4136</w:t>
      </w:r>
    </w:p>
    <w:p>
      <w:r>
        <w:rPr>
          <w:i/>
        </w:rPr>
        <w:t>“In every group and institution of Muslims, differences are found. There is no unity among Muslims. What is the cause of this difference among Muslims? And what is its solution? Is it all the result of abandoning the work of dawah ilallah?”</w:t>
      </w:r>
    </w:p>
    <w:p>
      <w:r>
        <w:rPr>
          <w:sz w:val="20"/>
        </w:rPr>
        <w:t>1:08:56  maulana, agla sawal aya hai dilli se. maulana zakwan nadvi ka,</w:t>
      </w:r>
      <w:r>
        <w:br/>
      </w:r>
      <w:r>
        <w:rPr>
          <w:sz w:val="20"/>
        </w:rPr>
        <w:t>1:09:00  unhon ne likha hai: "musalmanon ke har group mein aur har idaray mein differences paye jatay hain. musalmanon ke darmiyan ittehad maujood nahi.</w:t>
      </w:r>
      <w:r>
        <w:br/>
      </w:r>
      <w:r>
        <w:rPr>
          <w:sz w:val="20"/>
        </w:rPr>
        <w:t>1:09:11  musalmanon ke darmiyan is ikhtilaf ka sabab kya hai? aur is ka hal kya hai? kya yeh sab dawat al Allah ke kaam ko chhodne ka nateeja hai?</w:t>
      </w:r>
      <w:r>
        <w:br/>
      </w:r>
      <w:r>
        <w:rPr>
          <w:sz w:val="20"/>
        </w:rPr>
        <w:t>1:09:22  kyun ke dawat hi woh cheez hai jis se aadmi ko unity ke liye common ground milta hai."</w:t>
      </w:r>
      <w:r>
        <w:br/>
      </w:r>
      <w:r>
        <w:rPr>
          <w:sz w:val="20"/>
        </w:rPr>
        <w:t>1:09:29  haan, yeh baat sahi hai. dawat Allah jo hai, woh ek common ground deta hai poori ummat ko.</w:t>
      </w:r>
      <w:r>
        <w:br/>
      </w:r>
      <w:r>
        <w:rPr>
          <w:sz w:val="20"/>
        </w:rPr>
        <w:t>1:09:38  is mein koi ikhtilaf nahi, koi material dispute nahi hai. property ke liye ho to main chahoon ke mujhe mile, wahan wahan woh mile.</w:t>
      </w:r>
      <w:r>
        <w:br/>
      </w:r>
      <w:r>
        <w:rPr>
          <w:sz w:val="20"/>
        </w:rPr>
        <w:t>1:09:49  lekin dawat Allah ke liye kya hai?</w:t>
      </w:r>
      <w:r>
        <w:br/>
      </w:r>
      <w:r>
        <w:rPr>
          <w:sz w:val="20"/>
        </w:rPr>
        <w:t>1:09:52  to yeh baat sahi hai ke ummat mein agar ittehad ko farogh dena hai to dawat Allah ko in mein khoob khoob farogh diya jaye. jitna zyada ummat dawat Allah par khadi hogi, utne zyada ikhtilaf apne aap mit jayenge.</w:t>
      </w:r>
    </w:p>
    <w:p>
      <w:pPr>
        <w:pStyle w:val="Heading2"/>
      </w:pPr>
      <w:r>
        <w:t>Cause and solution of Muslim differences</w:t>
      </w:r>
    </w:p>
    <w:p>
      <w:r>
        <w:rPr>
          <w:color w:val="666666"/>
          <w:sz w:val="18"/>
        </w:rPr>
        <w:t>Society &amp; Dawah · Life after Death I 22nd Jan. 2012 Maulana Wahiduddin Khan · 1m 04s · at 1:08:45 · https://youtu.be/Pa8c09DFrkA?t=4125</w:t>
      </w:r>
    </w:p>
    <w:p>
      <w:r>
        <w:rPr>
          <w:i/>
        </w:rPr>
        <w:t>“Differences exist in every Muslim group and institution. There is no unity among Muslims. What is the cause of this difference among Muslims, and what is its solution? Is this the result of abandoning the work of Dawah?”</w:t>
      </w:r>
    </w:p>
    <w:p>
      <w:r>
        <w:rPr>
          <w:sz w:val="20"/>
        </w:rPr>
        <w:t>1:08:45  Maulana, agla sawal aaya hai Delhi se, Maulana Zikwan Nadvi ka. Unhon ne likha hai: Musalmanon ke har group mein aur har idaray mein differences paye jatay hain.</w:t>
      </w:r>
      <w:r>
        <w:br/>
      </w:r>
      <w:r>
        <w:rPr>
          <w:sz w:val="20"/>
        </w:rPr>
        <w:t>1:08:57  Musalmanon ke darmiyan ittehad maujood nahin. Musalmanon ke darmiyan is ikhtilaf ka sabab kya hai? Aur is ka hal kya hai?</w:t>
      </w:r>
      <w:r>
        <w:br/>
      </w:r>
      <w:r>
        <w:rPr>
          <w:sz w:val="20"/>
        </w:rPr>
        <w:t>1:09:07  Kya yeh sab dawat al Allah ke kaam ko chhodne ka nateeja hai? Kyun ke dawat hi woh cheez hai jis se aadmi ko</w:t>
      </w:r>
      <w:r>
        <w:br/>
      </w:r>
      <w:r>
        <w:rPr>
          <w:sz w:val="20"/>
        </w:rPr>
        <w:t>1:09:15  unity ke liye common ground milta hai. Haan, yeh baat sahi hai. Dawat al Allah jo hai, woh ek common ground deta hai poori ummat ko.</w:t>
      </w:r>
      <w:r>
        <w:br/>
      </w:r>
      <w:r>
        <w:rPr>
          <w:sz w:val="20"/>
        </w:rPr>
        <w:t>1:09:27  is mein koi ikhtilaf nahin, koi material dispute nahin hai.</w:t>
      </w:r>
      <w:r>
        <w:br/>
      </w:r>
      <w:r>
        <w:rPr>
          <w:sz w:val="20"/>
        </w:rPr>
        <w:t>1:09:33  property ke liye ho to mein chahunga mujhe mile, wahan jahan woh mile. lekin dawat e Allah ke liye kya hai? to yeh baat sahi hai ke ummat mein agar ittehad ko farogh dena hai to dawat e Allah ko un mein khoob khoob farogh diya jaye.</w:t>
      </w:r>
    </w:p>
    <w:p>
      <w:pPr>
        <w:pStyle w:val="Heading2"/>
      </w:pPr>
      <w:r>
        <w:t>Cause of Muslim pride and hatred</w:t>
      </w:r>
    </w:p>
    <w:p>
      <w:r>
        <w:rPr>
          <w:color w:val="666666"/>
          <w:sz w:val="18"/>
        </w:rPr>
        <w:t>Society &amp; Dawah · 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Cause of Muslim pride and hatred</w:t>
      </w:r>
    </w:p>
    <w:p>
      <w:r>
        <w:rPr>
          <w:color w:val="666666"/>
          <w:sz w:val="18"/>
        </w:rPr>
        <w:t>Society &amp; Dawah · 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Cause of Muslims' pride and hatred towards others</w:t>
      </w:r>
    </w:p>
    <w:p>
      <w:r>
        <w:rPr>
          <w:color w:val="666666"/>
          <w:sz w:val="18"/>
        </w:rPr>
        <w:t>Society &amp; Dawah · 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Cause of intellectual dwarfism among Muslims</w:t>
      </w:r>
    </w:p>
    <w:p>
      <w:r>
        <w:rPr>
          <w:color w:val="666666"/>
          <w:sz w:val="18"/>
        </w:rPr>
        <w:t>Society &amp; Dawah · Divine Plan | March 12, 2017 · 2m 47s · at 53:25 · https://youtu.be/dqB4muqGG4I?t=3205</w:t>
      </w:r>
    </w:p>
    <w:p>
      <w:r>
        <w:rPr>
          <w:i/>
        </w:rPr>
        <w:t>“What is the cause of intellectual dwarfism that is prevalent among current age Muslims?”</w:t>
      </w:r>
    </w:p>
    <w:p>
      <w:r>
        <w:rPr>
          <w:sz w:val="20"/>
        </w:rPr>
        <w:t>53:25  paigham pohanchati hai logon ko aisi tamam jitni bhi cheezein hain nature ki woh sab yahi kar rahi hain sirf sunne ki zaroorat hai bas Maulana Delhi se sawal kiya hai Zubair Ahmed Shah sahib ne unhone aapse poocha hai ke what is the cause of intellectual dwarfism that is prevalent among current age Muslims is ki wajah hai ke log ek yeh baat logon ko concern nahi hai ke intellectual development kari</w:t>
      </w:r>
      <w:r>
        <w:br/>
      </w:r>
      <w:r>
        <w:rPr>
          <w:sz w:val="20"/>
        </w:rPr>
        <w:t>53:55  n to dawar ban rahay hain jab aap develop nahi karengay apni aqal ko to dawar ban</w:t>
      </w:r>
      <w:r>
        <w:br/>
      </w:r>
      <w:r>
        <w:rPr>
          <w:sz w:val="20"/>
        </w:rPr>
        <w:t>54:03  jayengay to yeh yeh yeh yeh concept hi nahi hai aap jaiye masjidon mein jaiye madarson</w:t>
      </w:r>
      <w:r>
        <w:br/>
      </w:r>
      <w:r>
        <w:rPr>
          <w:sz w:val="20"/>
        </w:rPr>
        <w:t>54:11  mein jaiye jalson mein jaiye kahin yeh baat kahi nahi jati musalmanon ke madarse musalmanon ki masjidain musalmanon</w:t>
      </w:r>
      <w:r>
        <w:br/>
      </w:r>
      <w:r>
        <w:rPr>
          <w:sz w:val="20"/>
        </w:rPr>
        <w:t>54:19  ke jalsay yeh baat kahin kahi nahi ja rahi ke apnay ko develop karo</w:t>
      </w:r>
      <w:r>
        <w:br/>
      </w:r>
      <w:r>
        <w:rPr>
          <w:sz w:val="20"/>
        </w:rPr>
        <w:t>54:27  personally development intellectual development spiritual development yeh baat kahin kahi nahi ja rahi to logon ko is ka</w:t>
      </w:r>
      <w:r>
        <w:br/>
      </w:r>
      <w:r>
        <w:rPr>
          <w:sz w:val="20"/>
        </w:rPr>
        <w:t>54:34  shauq bhi nahi to to dawars to banengay ji Maulana kuch comments parhna chahengay jo abhi</w:t>
      </w:r>
      <w:r>
        <w:br/>
      </w:r>
      <w:r>
        <w:rPr>
          <w:sz w:val="20"/>
        </w:rPr>
        <w:t>54:42  abhi aaye hain pehla comment aaya hai miss karotlin kaash srinagar se unhon ne likha hai in</w:t>
      </w:r>
      <w:r>
        <w:br/>
      </w:r>
      <w:r>
        <w:rPr>
          <w:sz w:val="20"/>
        </w:rPr>
        <w:t>54:50  today's lecture you have deliberated on a number of vital issues</w:t>
      </w:r>
      <w:r>
        <w:br/>
      </w:r>
      <w:r>
        <w:rPr>
          <w:sz w:val="20"/>
        </w:rPr>
        <w:t>54:58  the most important ones are unawareness of muslims about the creation plan of the creator and another that</w:t>
      </w:r>
      <w:r>
        <w:br/>
      </w:r>
      <w:r>
        <w:rPr>
          <w:sz w:val="20"/>
        </w:rPr>
        <w:t>55:05  of revering quran in letter not in spirit your assertion that it's obligatory for muslims to distribute quran</w:t>
      </w:r>
      <w:r>
        <w:br/>
      </w:r>
      <w:r>
        <w:rPr>
          <w:sz w:val="20"/>
        </w:rPr>
        <w:t>55:13  in all languages wherever and whenever they can is a message muslims can't afford to ignore the fact</w:t>
      </w:r>
      <w:r>
        <w:br/>
      </w:r>
      <w:r>
        <w:rPr>
          <w:sz w:val="20"/>
        </w:rPr>
        <w:t>55:20  that there is a sea of facilities that makes our j</w:t>
      </w:r>
      <w:r>
        <w:br/>
      </w:r>
      <w:r>
        <w:rPr>
          <w:sz w:val="20"/>
        </w:rPr>
        <w:t>55:28  ob very easy is beyond doubt i think you to be the only scholar who make make us</w:t>
      </w:r>
      <w:r>
        <w:br/>
      </w:r>
      <w:r>
        <w:rPr>
          <w:sz w:val="20"/>
        </w:rPr>
        <w:t>55:35  aware of our duties and we have to be extremely grateful to you for this we will be</w:t>
      </w:r>
      <w:r>
        <w:br/>
      </w:r>
      <w:r>
        <w:rPr>
          <w:sz w:val="20"/>
        </w:rPr>
        <w:t>55:43  doing a great disservice to the mission of dawah if we fail to follow the message thank you</w:t>
      </w:r>
      <w:r>
        <w:br/>
      </w:r>
      <w:r>
        <w:rPr>
          <w:sz w:val="20"/>
        </w:rPr>
        <w:t>55:50  very much for such an enlightening lecture musa musallama siddiqui ne dili se likha hai</w:t>
      </w:r>
      <w:r>
        <w:br/>
      </w:r>
      <w:r>
        <w:rPr>
          <w:sz w:val="20"/>
        </w:rPr>
        <w:t>55:58  aaj realize hua ke allah ne itne mauqe khol diye hain aur use bhi hum istemal na karein</w:t>
      </w:r>
      <w:r>
        <w:br/>
      </w:r>
      <w:r>
        <w:rPr>
          <w:sz w:val="20"/>
        </w:rPr>
        <w:t>56:06  to allah ki kitni badi rehmat se mehroom reh sakte hain riyaz bhatt sahib ne maulana apna comment</w:t>
      </w:r>
    </w:p>
    <w:p>
      <w:pPr>
        <w:pStyle w:val="Heading2"/>
      </w:pPr>
      <w:r>
        <w:t>Cause of political diversion in Abbasid period</w:t>
      </w:r>
    </w:p>
    <w:p>
      <w:r>
        <w:rPr>
          <w:color w:val="666666"/>
          <w:sz w:val="18"/>
        </w:rPr>
        <w:t>Society &amp; Dawah · Q&amp;A 11 Jul 2010 Maulana Wahiduddin Khan · 59s · at 15:40 · https://youtu.be/UHtdtzGGwFQ?t=940</w:t>
      </w:r>
    </w:p>
    <w:p>
      <w:r>
        <w:rPr>
          <w:i/>
        </w:rPr>
        <w:t>“What caused diversion towards politics during the Abbasid period?”</w:t>
      </w:r>
    </w:p>
    <w:p>
      <w:r>
        <w:rPr>
          <w:sz w:val="20"/>
        </w:rPr>
        <w:t>15:40  maulana, un ka ek aur sawal hai. unhon ne likha hai ke what caused diversion towards politics during the abbasid period?</w:t>
      </w:r>
      <w:r>
        <w:br/>
      </w:r>
      <w:r>
        <w:rPr>
          <w:sz w:val="20"/>
        </w:rPr>
        <w:t>15:50  to main ne arz kiya ke jab environment, jab rasool allah ke zamane mein, sahaba ke zamane mein tha, woh woh political power ka nahi tha.</w:t>
      </w:r>
      <w:r>
        <w:br/>
      </w:r>
      <w:r>
        <w:rPr>
          <w:sz w:val="20"/>
        </w:rPr>
        <w:t>16:01  wahan koi political power nahi thi. to lord acton ne kaha tha ke power corrupts and absolute power corrupts absolutely.</w:t>
      </w:r>
      <w:r>
        <w:br/>
      </w:r>
      <w:r>
        <w:rPr>
          <w:sz w:val="20"/>
        </w:rPr>
        <w:t>16:12  yahan power ka matlab hai political power. to power corrupts and absolute power corrupts absolutely. jaise power aya to corruption shuru ho gaya.</w:t>
      </w:r>
      <w:r>
        <w:br/>
      </w:r>
      <w:r>
        <w:rPr>
          <w:sz w:val="20"/>
        </w:rPr>
        <w:t>16:23  empire ban gaya to corruption apne peak par pahunch gaya. yeh to sab har ek ke sath hota hai. jahan bhi power aaya, corruption aaya. yeh to sab aaj yeh to universal phenomena hai.</w:t>
      </w:r>
    </w:p>
    <w:p>
      <w:pPr>
        <w:pStyle w:val="Heading2"/>
      </w:pPr>
      <w:r>
        <w:t>Changing Muslims' stance on insulting Prophet</w:t>
      </w:r>
    </w:p>
    <w:p>
      <w:r>
        <w:rPr>
          <w:color w:val="666666"/>
          <w:sz w:val="18"/>
        </w:rPr>
        <w:t>Society &amp; Dawah · The Importance of the Quran May 15, 2016 Maulana Wahiduddin Khan · 56s · at 1:02:27 · https://youtu.be/9a-OOUR_bLg?t=3747</w:t>
      </w:r>
    </w:p>
    <w:p>
      <w:r>
        <w:rPr>
          <w:i/>
        </w:rPr>
        <w:t>“Muslims are not willing to change their stand on insulting the Prophet. They take it as a matter of utmost concern and feel hurt. If anyone says anything against the Prophet, how can we bring about the change in their thinking?”</w:t>
      </w:r>
    </w:p>
    <w:p>
      <w:r>
        <w:rPr>
          <w:sz w:val="20"/>
        </w:rPr>
        <w:t>1:02:27  maulana, agla sawal lete hain jo salman sahib ne bheja hai bhigneshwar se aur unhon ne likha hai: "maulana, Muslims are not willing to change their stand on shatm-e-rasool.</w:t>
      </w:r>
      <w:r>
        <w:br/>
      </w:r>
      <w:r>
        <w:rPr>
          <w:sz w:val="20"/>
        </w:rPr>
        <w:t>1:02:41  they take it as a matter of utmost concern and feel hurt. if anyone says anything against the prophet, how can we bring about the change in their thinking?"</w:t>
      </w:r>
      <w:r>
        <w:br/>
      </w:r>
      <w:r>
        <w:rPr>
          <w:sz w:val="20"/>
        </w:rPr>
        <w:t>1:02:57  yahi hai ke aap bataiye, quran hadith hum ne is pe kitabein likhi hain, mazameen likhe hain, hum ne sabit kiya ke nahi, quran mein na hadith mein yeh.</w:t>
      </w:r>
      <w:r>
        <w:br/>
      </w:r>
      <w:r>
        <w:rPr>
          <w:sz w:val="20"/>
        </w:rPr>
        <w:t>1:03:08  yeh baatein logon ko achhi tarike se pata hai samjhaie ke jo jo quran mein na ho, hadith mein na ho to islam ka masla kaise ban jayegi?</w:t>
      </w:r>
    </w:p>
    <w:p>
      <w:pPr>
        <w:pStyle w:val="Heading2"/>
      </w:pPr>
      <w:r>
        <w:t>Changing falsehood among Muslims</w:t>
      </w:r>
    </w:p>
    <w:p>
      <w:r>
        <w:rPr>
          <w:color w:val="666666"/>
          <w:sz w:val="18"/>
        </w:rPr>
        <w:t>Society &amp; Dawah · Realistic Approach March 30, 2014 Maulana Wahiduddin Khan · 1m 00s · at 1:02:46 · https://youtu.be/K36UonBsGlA?t=3766</w:t>
      </w:r>
    </w:p>
    <w:p>
      <w:r>
        <w:rPr>
          <w:i/>
        </w:rPr>
        <w:t>“Muslims who are living in falsehood don't realize that they are living in falsehood as everyone around them is practicing the same. How can we change the situation in a realistic manner? Please advise us.”</w:t>
      </w:r>
    </w:p>
    <w:p>
      <w:r>
        <w:rPr>
          <w:sz w:val="20"/>
        </w:rPr>
        <w:t>1:02:46  maulana, agla sawal doctor najma siddiqui ne kiya hai dilli se. unhon ne likha hai: "muslims who are living in falsehood don't realize that they are living in falsehood as everyone around them is practicing the same.</w:t>
      </w:r>
      <w:r>
        <w:br/>
      </w:r>
      <w:r>
        <w:rPr>
          <w:sz w:val="20"/>
        </w:rPr>
        <w:t>1:03:04  how can we change the situation in a realistic manner?</w:t>
      </w:r>
      <w:r>
        <w:br/>
      </w:r>
      <w:r>
        <w:rPr>
          <w:sz w:val="20"/>
        </w:rPr>
        <w:t>1:03:08  please advise us." dekhiye, hamare mission mein allah ke fazl se yaani hazaron log hain jo poori dunya mein, woh is se yeh obsession se bahir aa gaye hain.</w:t>
      </w:r>
      <w:r>
        <w:br/>
      </w:r>
      <w:r>
        <w:rPr>
          <w:sz w:val="20"/>
        </w:rPr>
        <w:t>1:03:22  is obsession se bahir aaye hain. kyon ke unhon ne hamari literature ko padha, hamare lecture ko suna. yeh kijiye. aur zyada padhaiye.</w:t>
      </w:r>
      <w:r>
        <w:br/>
      </w:r>
      <w:r>
        <w:rPr>
          <w:sz w:val="20"/>
        </w:rPr>
        <w:t>1:03:30  aur zyada logon ko kahiye ke woh lecture ko sunen. jis tarah se abhi itne sare log is obsession se bahir aa gaye hain, to aur bhi aayenge is obsession se bahir.</w:t>
      </w:r>
      <w:r>
        <w:br/>
      </w:r>
      <w:r>
        <w:rPr>
          <w:sz w:val="20"/>
        </w:rPr>
        <w:t>1:03:42  sab se aasan tareeqa yahi hai.</w:t>
      </w:r>
    </w:p>
    <w:p>
      <w:pPr>
        <w:pStyle w:val="Heading2"/>
      </w:pPr>
      <w:r>
        <w:t>Christians' missionary vs Muslims' dawah</w:t>
      </w:r>
    </w:p>
    <w:p>
      <w:r>
        <w:rPr>
          <w:color w:val="666666"/>
          <w:sz w:val="18"/>
        </w:rPr>
        <w:t>Society &amp; Dawah · Eid-al-Azha I October 13, 2013 · 3m 12s · at 50:42 · https://youtu.be/oy7zn-uODcU?t=3042</w:t>
      </w:r>
    </w:p>
    <w:p>
      <w:r>
        <w:rPr>
          <w:i/>
        </w:rPr>
        <w:t>“Why is it that only Christians were able to organize missionary activities on a large scale? Muslims have failed to engage in dawah work in an organized manner in the past as well.”</w:t>
      </w:r>
    </w:p>
    <w:p>
      <w:r>
        <w:rPr>
          <w:sz w:val="20"/>
        </w:rPr>
        <w:t>50:42  sawal karna chahiye mission se related sawal maulana agla sawal dilli se hai doctor farida khanoom ka unhon</w:t>
      </w:r>
      <w:r>
        <w:br/>
      </w:r>
      <w:r>
        <w:rPr>
          <w:sz w:val="20"/>
        </w:rPr>
        <w:t>50:50  نے لکھا ہے, "Why is it that only Christians were able to organize missionary activities on a large</w:t>
      </w:r>
      <w:r>
        <w:br/>
      </w:r>
      <w:r>
        <w:rPr>
          <w:sz w:val="20"/>
        </w:rPr>
        <w:t>50:58  scale muslims have failed to engage in da'wah work in an organized manner in the past as well</w:t>
      </w:r>
      <w:r>
        <w:br/>
      </w:r>
      <w:r>
        <w:rPr>
          <w:sz w:val="20"/>
        </w:rPr>
        <w:t>51:06  as in the present what is your comment on this mein ne is pe bohat socha hai mujhe</w:t>
      </w:r>
      <w:r>
        <w:br/>
      </w:r>
      <w:r>
        <w:rPr>
          <w:sz w:val="20"/>
        </w:rPr>
        <w:t>51:13  samajh mein aata hai ke ke musalmanon ke jo paighambar the woh jab dunya se gaye to woh</w:t>
      </w:r>
      <w:r>
        <w:br/>
      </w:r>
      <w:r>
        <w:rPr>
          <w:sz w:val="20"/>
        </w:rPr>
        <w:t>51:21  ek hukoomat qaim ho chuki thi phir woh hukoomat empire ban gayi yani jis ko musalmanon ne phir</w:t>
      </w:r>
      <w:r>
        <w:br/>
      </w:r>
      <w:r>
        <w:rPr>
          <w:sz w:val="20"/>
        </w:rPr>
        <w:t>51:29  islami hukoomat ka naam diya islami hukoomat ka lafz rasoolullah ne nahi diya tha sahaba ne nahi</w:t>
      </w:r>
      <w:r>
        <w:br/>
      </w:r>
      <w:r>
        <w:rPr>
          <w:sz w:val="20"/>
        </w:rPr>
        <w:t>51:36  diya tha islami hukoomat lekin haqeeqatan woh muslim hukoomat thi lekin is ko islami hukoomat ka naam diya</w:t>
      </w:r>
      <w:r>
        <w:br/>
      </w:r>
      <w:r>
        <w:rPr>
          <w:sz w:val="20"/>
        </w:rPr>
        <w:t>51:44  unhon ne to ek lambi muddat tak muslim nuqta nazar se islam ka empire qaim raha acha christianity</w:t>
      </w:r>
      <w:r>
        <w:br/>
      </w:r>
      <w:r>
        <w:rPr>
          <w:sz w:val="20"/>
        </w:rPr>
        <w:t>51:52  mein aisa nahi hua hazrat masih chale gaye dunya se to chand aadmiyon ke saathi chhod kar gaye</w:t>
      </w:r>
      <w:r>
        <w:br/>
      </w:r>
      <w:r>
        <w:rPr>
          <w:sz w:val="20"/>
        </w:rPr>
        <w:t>52:00  koi hukoomat nahi thi baad ko abhi koi hukoomat nahi bani to christian ko yeh mauqa nahi mila</w:t>
      </w:r>
      <w:r>
        <w:br/>
      </w:r>
      <w:r>
        <w:rPr>
          <w:sz w:val="20"/>
        </w:rPr>
        <w:t>52:07  ke woh kisi empire ko christian empire kahein musalmanon ko mauqa mila ke woh kisi hukoomat ko islami</w:t>
      </w:r>
      <w:r>
        <w:br/>
      </w:r>
      <w:r>
        <w:rPr>
          <w:sz w:val="20"/>
        </w:rPr>
        <w:t>52:15  empire kahein agarche islami empire ka lafz rasoolullah ne nahi diya tha lekin musalmanon ne de diya</w:t>
      </w:r>
      <w:r>
        <w:br/>
      </w:r>
      <w:r>
        <w:rPr>
          <w:sz w:val="20"/>
        </w:rPr>
        <w:t>52:23  aur yeh hazaar saal tak yeh chalta raha aur aaj bhi hamari literature mein bhara hua hai yeh</w:t>
      </w:r>
      <w:r>
        <w:br/>
      </w:r>
      <w:r>
        <w:rPr>
          <w:sz w:val="20"/>
        </w:rPr>
        <w:t>52:30  to christians ki tareekh mein yeh lafz hadaf hai christian empire christian empire aur musalmanon ki tareekh mein</w:t>
      </w:r>
      <w:r>
        <w:br/>
      </w:r>
      <w:r>
        <w:rPr>
          <w:sz w:val="20"/>
        </w:rPr>
        <w:t>52:38  to yahi lafz sab se bada lafz hai islami empire islami empire is se dono ka alag alag</w:t>
      </w:r>
      <w:r>
        <w:br/>
      </w:r>
      <w:r>
        <w:rPr>
          <w:sz w:val="20"/>
        </w:rPr>
        <w:t>52:46  mind mind set bana hai christian ka mind set jo bana hai woh peace par base karta hai</w:t>
      </w:r>
      <w:r>
        <w:br/>
      </w:r>
      <w:r>
        <w:rPr>
          <w:sz w:val="20"/>
        </w:rPr>
        <w:t>52:54  aur musalmanon ka jo mind set bana hai woh politics par base karta hai aur saari ghalati hai</w:t>
      </w:r>
      <w:r>
        <w:br/>
      </w:r>
      <w:r>
        <w:rPr>
          <w:sz w:val="20"/>
        </w:rPr>
        <w:t>53:01  literature ki yeh saari ghalati literature ki hai mein mere nazdeek ki jitni hukoomatein thi musalmanon ki woh</w:t>
      </w:r>
      <w:r>
        <w:br/>
      </w:r>
      <w:r>
        <w:rPr>
          <w:sz w:val="20"/>
        </w:rPr>
        <w:t>53:09  to dynasty thi dynasty lekin aap tareekh parhiye musalmanon ki kisi bhi is mein yeh parhenge ke</w:t>
      </w:r>
      <w:r>
        <w:br/>
      </w:r>
      <w:r>
        <w:rPr>
          <w:sz w:val="20"/>
        </w:rPr>
        <w:t>53:17  yeh dynasty thi is ko islami hukoomat kahenge to haqeeqatan woh yani banu ummayah ke zamanay se</w:t>
      </w:r>
      <w:r>
        <w:br/>
      </w:r>
      <w:r>
        <w:rPr>
          <w:sz w:val="20"/>
        </w:rPr>
        <w:t>53:24  mughal hukoomat tak aur turkish yani khilafat tak sab dynasty thi khandani hukoomat lekin is ko naam dete</w:t>
      </w:r>
      <w:r>
        <w:br/>
      </w:r>
      <w:r>
        <w:rPr>
          <w:sz w:val="20"/>
        </w:rPr>
        <w:t>53:32  rahe kya islami hukoomat to christian christians ki history mein christian empire ka word hi maujood nahi hai</w:t>
      </w:r>
      <w:r>
        <w:br/>
      </w:r>
      <w:r>
        <w:rPr>
          <w:sz w:val="20"/>
        </w:rPr>
        <w:t>53:40  unki dictionary mein maujood nahi hai christian empire ka lafz jabke musalmanon ki dictionary mein bhara hua</w:t>
      </w:r>
      <w:r>
        <w:br/>
      </w:r>
      <w:r>
        <w:rPr>
          <w:sz w:val="20"/>
        </w:rPr>
        <w:t>53:48  hai islami empire is se mindset alag alag bana ab is ko hum correction karna chahte hain</w:t>
      </w:r>
    </w:p>
    <w:p>
      <w:pPr>
        <w:pStyle w:val="Heading2"/>
      </w:pPr>
      <w:r>
        <w:t>Clarification on Jihad and Ijtihad</w:t>
      </w:r>
    </w:p>
    <w:p>
      <w:r>
        <w:rPr>
          <w:color w:val="666666"/>
          <w:sz w:val="18"/>
        </w:rPr>
        <w:t>Society &amp; Dawah · Personality Building January 05, 2014 · 1m 27s · at 1:26:42 · https://youtu.be/3Zppdm2K4ug?t=5202</w:t>
      </w:r>
    </w:p>
    <w:p>
      <w:r>
        <w:rPr>
          <w:i/>
        </w:rPr>
        <w:t>“Please throw some light on Jihad and Ijtihad. Much confusion prevails in these subjects.”</w:t>
      </w:r>
    </w:p>
    <w:p>
      <w:r>
        <w:rPr>
          <w:sz w:val="20"/>
        </w:rPr>
        <w:t>1:26:42  Maulana, agla sawal Chennai se aya hai Khalil ur Rehman sahib ka. Unhon ne aapse poocha hai ke "Please throw some light on Jihad aur Ijtihad.</w:t>
      </w:r>
      <w:r>
        <w:br/>
      </w:r>
      <w:r>
        <w:rPr>
          <w:sz w:val="20"/>
        </w:rPr>
        <w:t>1:26:54  Much confusion prevails in this subject." Is par hum bohat likha, aap parh lijiye. Hamari kitabon mein Jihad o Ijtihad mein bohat kafi maslan ek kitab aap parh lijiye "Masail Ijtihad".</w:t>
      </w:r>
      <w:r>
        <w:br/>
      </w:r>
      <w:r>
        <w:rPr>
          <w:sz w:val="20"/>
        </w:rPr>
        <w:t>1:27:09  Sirf ek hi kitab mein aap ko poora jawab mil jayega. "Masail Ijtihad".</w:t>
      </w:r>
    </w:p>
    <w:p>
      <w:pPr>
        <w:pStyle w:val="Heading2"/>
      </w:pPr>
      <w:r>
        <w:t>Clarification on power as goal or need</w:t>
      </w:r>
    </w:p>
    <w:p>
      <w:r>
        <w:rPr>
          <w:color w:val="666666"/>
          <w:sz w:val="18"/>
        </w:rPr>
        <w:t>Society &amp; Dawah · Revival of Islam March 23, 2014 · 2m 19s · at 1:13:19 · https://youtu.be/Wc4Vsc4u1JI?t=4399</w:t>
      </w:r>
    </w:p>
    <w:p>
      <w:r>
        <w:rPr>
          <w:i/>
        </w:rPr>
        <w:t>“A person said that power is not our goal, it is a need. Please clarify the confusion in this. The confusion is that it is in the Quran and Hadith. If you speak from your mind, it becomes a forbidden act. For example, if you say that prayer is for exercise of the body, then what?”</w:t>
      </w:r>
    </w:p>
    <w:p>
      <w:r>
        <w:rPr>
          <w:sz w:val="20"/>
        </w:rPr>
        <w:t>1:13:19  maulana, ye sawal aaya hai muhammad ilyas sahab ka chennai se. unhone likha hai: "Maulana, ek sahab ne kaha ke iqtadar hamara maqsad nahi, zarurat hai." Maulana, is mein jo mughalta hai, us ko wazeh karein.</w:t>
      </w:r>
      <w:r>
        <w:br/>
      </w:r>
      <w:r>
        <w:rPr>
          <w:sz w:val="20"/>
        </w:rPr>
        <w:t>1:13:36  mughalta ye hai ke quran mein hai na, hadith mein hai. yahi mughalta hai.</w:t>
      </w:r>
      <w:r>
        <w:br/>
      </w:r>
      <w:r>
        <w:rPr>
          <w:sz w:val="20"/>
        </w:rPr>
        <w:t>1:13:43  ye to mughalta hai. saaf hai. aap apne dimagh se bolein to ye to ek feal haram hua. aap kahein ke namaz is liye hai ke is mein body ko exercise milti hai, to batao.</w:t>
      </w:r>
      <w:r>
        <w:br/>
      </w:r>
      <w:r>
        <w:rPr>
          <w:sz w:val="20"/>
        </w:rPr>
        <w:t>1:13:58  namaz is liye hoti hai ke is se sehat banti hai, to quran mein kahan likha hua hai? kahan likha hua hai quran? batao. to kahan likha hua hai ke hukumat tumhari zarurat hai, hukumat qaim karo?</w:t>
      </w:r>
      <w:r>
        <w:br/>
      </w:r>
      <w:r>
        <w:rPr>
          <w:sz w:val="20"/>
        </w:rPr>
        <w:t>1:14:10  kahan likha hua hai?</w:t>
      </w:r>
      <w:r>
        <w:br/>
      </w:r>
      <w:r>
        <w:rPr>
          <w:sz w:val="20"/>
        </w:rPr>
        <w:t>1:14:12  yeh to gunah se bari cheez hai yeh ke aap aisi baat kahein jo quran mein nahi hai. yeh gunah se, yeh crime hai, crime. koi aisi ayat nahi hai quran majeed mein jo yeh kehti ho ke aye musalmano,</w:t>
      </w:r>
      <w:r>
        <w:br/>
      </w:r>
      <w:r>
        <w:rPr>
          <w:sz w:val="20"/>
        </w:rPr>
        <w:t>1:14:27  hukumat tumhari zaroorat hai, is liye hukumat qaim karo. jo log hukumat muqabil hain, un ko larr kar ke khatam hatao, un ko. aur tum apni hukumat qaim karo.</w:t>
      </w:r>
      <w:r>
        <w:br/>
      </w:r>
      <w:r>
        <w:rPr>
          <w:sz w:val="20"/>
        </w:rPr>
        <w:t>1:14:36  kahan likha hua hai?</w:t>
      </w:r>
      <w:r>
        <w:br/>
      </w:r>
      <w:r>
        <w:rPr>
          <w:sz w:val="20"/>
        </w:rPr>
        <w:t>1:14:38  jo log aap se kehte hain ke woh to allah taala ke haan un ki flagging hogi. ke tum ne woh kaam baat kaise kahi jo quran mein likhi hui nahi thi? apne dimagh se.</w:t>
      </w:r>
    </w:p>
    <w:p>
      <w:pPr>
        <w:pStyle w:val="Heading2"/>
      </w:pPr>
      <w:r>
        <w:t>Clarify politics as convenience not belief</w:t>
      </w:r>
    </w:p>
    <w:p>
      <w:r>
        <w:rPr>
          <w:color w:val="666666"/>
          <w:sz w:val="18"/>
        </w:rPr>
        <w:t>Society &amp; Dawah · Sahaba and Muhaddithin 24th June 2012 - Maulana Wahiduddin Khan · 1m 27s · at 1:07:54 · https://youtu.be/tUPo7MI0Bdo?t=4074</w:t>
      </w:r>
    </w:p>
    <w:p>
      <w:r>
        <w:rPr>
          <w:i/>
        </w:rPr>
        <w:t>“You have written that in Islam politics is a matter of convenience and not a matter of belief. Kindly clarify this.”</w:t>
      </w:r>
    </w:p>
    <w:p>
      <w:r>
        <w:rPr>
          <w:sz w:val="20"/>
        </w:rPr>
        <w:t>1:07:54  Maulana, in ka ek aur sawal hai. Unho ne likha hai ke You have written that in Islam politics is a matter of convenience and not a matter of belief.</w:t>
      </w:r>
      <w:r>
        <w:br/>
      </w:r>
      <w:r>
        <w:rPr>
          <w:sz w:val="20"/>
        </w:rPr>
        <w:t>1:08:07  Kindly clarify this. Wahi baat jo maine kaha,</w:t>
      </w:r>
      <w:r>
        <w:br/>
      </w:r>
      <w:r>
        <w:rPr>
          <w:sz w:val="20"/>
        </w:rPr>
        <w:t>1:08:17  convenience ka matlab yeh hai jaise halaat us ke mutabiq hon. Aur ek cheez woh hai deen mein jis ka talluq halaat se nahi, mere apne irade se hai.</w:t>
      </w:r>
      <w:r>
        <w:br/>
      </w:r>
      <w:r>
        <w:rPr>
          <w:sz w:val="20"/>
        </w:rPr>
        <w:t>1:08:31  jaise hi mein irada karoon, fi- الفور mein us ko ikhtiyar kar sakta hoon.</w:t>
      </w:r>
      <w:r>
        <w:br/>
      </w:r>
      <w:r>
        <w:rPr>
          <w:sz w:val="20"/>
        </w:rPr>
        <w:t>1:08:35  Allah ko ek manna, aakhirat ko yaqeen karna, jannat jahannum ko manna, Allah ke creation plan ko manna, jis waqt mujh par khule, usi waqt us ko mein yaqeen kar sakta hoon ke yeh barhaq hai.</w:t>
      </w:r>
      <w:r>
        <w:br/>
      </w:r>
      <w:r>
        <w:rPr>
          <w:sz w:val="20"/>
        </w:rPr>
        <w:t>1:08:53  lekin jab yani jo system hai, jo social taqaze hain, wahan par aap koi cheez naafiz karna chahein toh jab naafiz ho payegi?</w:t>
      </w:r>
      <w:r>
        <w:br/>
      </w:r>
      <w:r>
        <w:rPr>
          <w:sz w:val="20"/>
        </w:rPr>
        <w:t>1:09:06  jab ke log maanein us ko, warna warna kuch bhi nahi hoga.</w:t>
      </w:r>
      <w:r>
        <w:br/>
      </w:r>
      <w:r>
        <w:rPr>
          <w:sz w:val="20"/>
        </w:rPr>
        <w:t>1:09:11  toh yani woh halaat par depend karta hai, jab ke aqeedah ka talluq halaat se nahi, woh aap mere apne irade se hai.</w:t>
      </w:r>
    </w:p>
    <w:p>
      <w:pPr>
        <w:pStyle w:val="Heading2"/>
      </w:pPr>
      <w:r>
        <w:t>Clarifying Self Planning and Central Planning</w:t>
      </w:r>
    </w:p>
    <w:p>
      <w:r>
        <w:rPr>
          <w:color w:val="666666"/>
          <w:sz w:val="18"/>
        </w:rPr>
        <w:t>Society &amp; Dawah · Replanning | February 26, 2017 · 1m 48s · at 1:04:38 · https://youtu.be/E120hwMH9x8?t=3878</w:t>
      </w:r>
    </w:p>
    <w:p>
      <w:r>
        <w:rPr>
          <w:i/>
        </w:rPr>
        <w:t>“Please explain self planning and central planning in more detail; this matter is not yet clear to the mission workers.”</w:t>
      </w:r>
    </w:p>
    <w:p>
      <w:r>
        <w:rPr>
          <w:sz w:val="20"/>
        </w:rPr>
        <w:t>1:04:38  hai wohi hai result oriented Maulana agla sawal</w:t>
      </w:r>
      <w:r>
        <w:br/>
      </w:r>
      <w:r>
        <w:rPr>
          <w:sz w:val="20"/>
        </w:rPr>
        <w:t>1:04:46  Chennai se Maulana Iqbal Umri ne bheja hai unhon ne likha hai ke self planning aur central planning ki mazeed wazahat karen abhi yeh baat mission walon ko wazeh nahi hui hai shayad dekhiye jahan tak mein janta hoon aam taur par central planning ka usool hai yani jo jamaat hoti hai jo organization hota hai us ke kuch jo</w:t>
      </w:r>
      <w:r>
        <w:br/>
      </w:r>
      <w:r>
        <w:rPr>
          <w:sz w:val="20"/>
        </w:rPr>
        <w:t>1:05:16  top ke log hain woh baithte hain baith kar aik aik plan banate hain mislan chaar saal ka</w:t>
      </w:r>
      <w:r>
        <w:br/>
      </w:r>
      <w:r>
        <w:rPr>
          <w:sz w:val="20"/>
        </w:rPr>
        <w:t>1:05:24  plan aur phir woh sab ko distribute kar diya jata hai ke iss plan ke mutabiq chaar saal</w:t>
      </w:r>
      <w:r>
        <w:br/>
      </w:r>
      <w:r>
        <w:rPr>
          <w:sz w:val="20"/>
        </w:rPr>
        <w:t>1:05:31  tak paanch saal tak kaam karo that is central planning mein magar mission mein yeh central planning nahi</w:t>
      </w:r>
      <w:r>
        <w:br/>
      </w:r>
      <w:r>
        <w:rPr>
          <w:sz w:val="20"/>
        </w:rPr>
        <w:t>1:05:39  chalti yeh toh industry waghera mein hoti hai mission mein har member ko creative hona chahiye kyunke har waqt</w:t>
      </w:r>
      <w:r>
        <w:br/>
      </w:r>
      <w:r>
        <w:rPr>
          <w:sz w:val="20"/>
        </w:rPr>
        <w:t>1:05:47  naya nai situation har waqt naya insan to is ke liye aap ko self learner banna parta hai central planning se koi koi technical ka to kaam ho sakta hai lekin bara kaam jo hai woh is waqt hoga jab ke mission ke log logon ka jo creative thinking ho woh self planning janiye har soorat e haal mein phir se sochna aata ho un ko</w:t>
      </w:r>
      <w:r>
        <w:br/>
      </w:r>
      <w:r>
        <w:rPr>
          <w:sz w:val="20"/>
        </w:rPr>
        <w:t>1:06:17  jaisa ke bombay walon ne kiya bombay walon ne mere nazdeek aik aik example set kiya hai sab</w:t>
      </w:r>
    </w:p>
    <w:p>
      <w:pPr>
        <w:pStyle w:val="Heading2"/>
      </w:pPr>
      <w:r>
        <w:t>Clarity on idol-breaking and Babri Masjid</w:t>
      </w:r>
    </w:p>
    <w:p>
      <w:r>
        <w:rPr>
          <w:color w:val="666666"/>
          <w:sz w:val="18"/>
        </w:rPr>
        <w:t>Society &amp; Dawah · Understanding the Quran April 7, 2019 · 2m 49s · at 51:57 · https://youtu.be/m_Om5MtQJz4?t=3117</w:t>
      </w:r>
    </w:p>
    <w:p>
      <w:r>
        <w:rPr>
          <w:i/>
        </w:rPr>
        <w:t>“The Prophet broke all idols, while Mahmud Ghazni broke idols for wealth. How can this be used to justify the Babri Masjid demolition, given that Mughal rulers granted lands for temples? Please provide clarity.”</w:t>
      </w:r>
    </w:p>
    <w:p>
      <w:r>
        <w:rPr>
          <w:sz w:val="20"/>
        </w:rPr>
        <w:t>51:57  molana, agla sawal lete hain. yeh Mumbai se bheja hai Razzaq Memon sahib ne. unhon ne likha hai: "Nabi sallallahu alaihi wasallam ne tamam buton ko tod diya tha.</w:t>
      </w:r>
      <w:r>
        <w:br/>
      </w:r>
      <w:r>
        <w:rPr>
          <w:sz w:val="20"/>
        </w:rPr>
        <w:t>52:11  Mahmood Ghaznavi ne daulat hasil karne ke liye but tode honge. is ko Babri Masjid girane ki wajah nahin bataya ja sakta.</w:t>
      </w:r>
      <w:r>
        <w:br/>
      </w:r>
      <w:r>
        <w:rPr>
          <w:sz w:val="20"/>
        </w:rPr>
        <w:t>52:20  Mughal hukmaran ne mandir ke liye jaageerein ataa ki theen. molana, is pe clarity dein." theek kaha aap ne.</w:t>
      </w:r>
      <w:r>
        <w:br/>
      </w:r>
      <w:r>
        <w:rPr>
          <w:sz w:val="20"/>
        </w:rPr>
        <w:t>52:29  is mein clarity to hai hi. aap hi ke batane mein phir clear ho jata hai.</w:t>
      </w:r>
      <w:r>
        <w:br/>
      </w:r>
      <w:r>
        <w:rPr>
          <w:sz w:val="20"/>
        </w:rPr>
        <w:t>52:37  sahi kaha aap ne.</w:t>
      </w:r>
      <w:r>
        <w:br/>
      </w:r>
      <w:r>
        <w:rPr>
          <w:sz w:val="20"/>
        </w:rPr>
        <w:t>52:44  Professor Najma Siddiqui ne dilli se comment bheja hai. unhon ne likha hai: "Molana, today you have given an important meaning to disjointed letters of the Quran and helped us to learn to apply Quran in new situations and make it a living Quran.</w:t>
      </w:r>
      <w:r>
        <w:br/>
      </w:r>
      <w:r>
        <w:rPr>
          <w:sz w:val="20"/>
        </w:rPr>
        <w:t>53:02  Jazak Allah." Mashallah. Faraz Khan sahib ne dilli se likha hai: "Molana, today I learned that theright due of Quran is not to cram it, but to extract the wisdom out of</w:t>
      </w:r>
      <w:r>
        <w:br/>
      </w:r>
      <w:r>
        <w:rPr>
          <w:sz w:val="20"/>
        </w:rPr>
        <w:t>53:15  it. To read it through an ijtihadi angle. The disjointed words of Quran represent this revolutionary spirit of Quran.</w:t>
      </w:r>
      <w:r>
        <w:br/>
      </w:r>
      <w:r>
        <w:rPr>
          <w:sz w:val="20"/>
        </w:rPr>
        <w:t>53:26  We have to reapply, reinterpret Quran.</w:t>
      </w:r>
      <w:r>
        <w:br/>
      </w:r>
      <w:r>
        <w:rPr>
          <w:sz w:val="20"/>
        </w:rPr>
        <w:t>53:30  Prophet Muhammad's method of using idols in Kaaba as assets as compared to Prophet Ibrahim, who destroyed them, is a direct example of reinterpretation of God's message."</w:t>
      </w:r>
      <w:r>
        <w:br/>
      </w:r>
      <w:r>
        <w:rPr>
          <w:sz w:val="20"/>
        </w:rPr>
        <w:t>53:46  Sehi hai. Okay, so we will end this session now. Thank you.</w:t>
      </w:r>
    </w:p>
    <w:p>
      <w:pPr>
        <w:pStyle w:val="Heading2"/>
      </w:pPr>
      <w:r>
        <w:t>Combining modern and madrasa education</w:t>
      </w:r>
    </w:p>
    <w:p>
      <w:r>
        <w:rPr>
          <w:color w:val="666666"/>
          <w:sz w:val="18"/>
        </w:rPr>
        <w:t>Society &amp; Dawah · Present Day Muslims Jan 13, 2013 · 1m 43s · at 1:37:04 · https://youtu.be/CVcbWVYitog?t=5824</w:t>
      </w:r>
    </w:p>
    <w:p>
      <w:r>
        <w:rPr>
          <w:i/>
        </w:rPr>
        <w:t>“Is it possible to combine modern and madrasa education together?”</w:t>
      </w:r>
    </w:p>
    <w:p>
      <w:r>
        <w:rPr>
          <w:sz w:val="20"/>
        </w:rPr>
        <w:t>1:37:04  Maulana, agla sawal Delhi se hai, Muhammad Ahbab sahib ka. unhon ne likha hai: Maulana, kya Modern aur madaris Education ko ek sath dena mumkin hai?</w:t>
      </w:r>
      <w:r>
        <w:br/>
      </w:r>
      <w:r>
        <w:rPr>
          <w:sz w:val="20"/>
        </w:rPr>
        <w:t>1:37:16  is ke bare mein bataiye. to main ne arz kiya na ke mumkin nahi hai. yeh bohat zyada hai, is ka main tajruba kar chuka hoon.</w:t>
      </w:r>
      <w:r>
        <w:br/>
      </w:r>
      <w:r>
        <w:rPr>
          <w:sz w:val="20"/>
        </w:rPr>
        <w:t>1:37:23  ab is ki tafseel yahan batane ki zarurat nahi hai. lekin ek ek ek maqola hai ke "Party is art of the possible." .</w:t>
      </w:r>
      <w:r>
        <w:br/>
      </w:r>
      <w:r>
        <w:rPr>
          <w:sz w:val="20"/>
        </w:rPr>
        <w:t>1:37:33  to yeh sirf Party ki baat nahi hai, har mamle mein. madaris ko Modernize karne ka jo mamla hai, woh bilkul hi Impossible hai.</w:t>
      </w:r>
      <w:r>
        <w:br/>
      </w:r>
      <w:r>
        <w:rPr>
          <w:sz w:val="20"/>
        </w:rPr>
        <w:t>1:37:43  kisi kamre mein computer rakh diya aap ne, koi bachcha computer type kar raha hai, yeh Modernization nahi hai. Modernization is se bohat aage ki cheez hai.</w:t>
      </w:r>
      <w:r>
        <w:br/>
      </w:r>
      <w:r>
        <w:rPr>
          <w:sz w:val="20"/>
        </w:rPr>
        <w:t>1:37:52  aaj kal yeh hai ke kya madaris mein log ja ke computer wagera rakh dete hain? kehte hain ke dekho, hamara jadeed taleem bhi ho rahi hai. is ka naam jadeed taleem nahi hai.</w:t>
      </w:r>
      <w:r>
        <w:br/>
      </w:r>
      <w:r>
        <w:rPr>
          <w:sz w:val="20"/>
        </w:rPr>
        <w:t>1:38:02  log jante nahi ke jadeed taleem kis cheez ka naam hai. to madaris ko Modernize karna, yeh lafz bilkul hi main ise yani samajhta hoon ke qabil amal nahi hai.</w:t>
      </w:r>
      <w:r>
        <w:br/>
      </w:r>
      <w:r>
        <w:rPr>
          <w:sz w:val="20"/>
        </w:rPr>
        <w:t>1:38:16  yeh hargiz Practicable nahi hai.</w:t>
      </w:r>
      <w:r>
        <w:br/>
      </w:r>
      <w:r>
        <w:rPr>
          <w:sz w:val="20"/>
        </w:rPr>
        <w:t>1:38:19  to kyun hum is mein, hum jo Practicable na ho, hum kyun wahan takrayen ja kar ke? aap wahan kaam kijiye jahan ke jahan ke aap yani kuch karne ki Position mein hain.</w:t>
      </w:r>
      <w:r>
        <w:br/>
      </w:r>
      <w:r>
        <w:rPr>
          <w:sz w:val="20"/>
        </w:rPr>
        <w:t>1:38:33  to secular Education mein aap karne ki Position mein hain, wahan kaam kijiye. madaris ko chhod dijiye un ke haal par, kuch nahi kar sakte aap. main bohat is mein tajruba kar chuka hoon.</w:t>
      </w:r>
    </w:p>
    <w:p>
      <w:pPr>
        <w:pStyle w:val="Heading2"/>
      </w:pPr>
      <w:r>
        <w:t>Comment on Geelani's appeal against Al-Risala</w:t>
      </w:r>
    </w:p>
    <w:p>
      <w:r>
        <w:rPr>
          <w:color w:val="666666"/>
          <w:sz w:val="18"/>
        </w:rPr>
        <w:t>Society &amp; Dawah · Islam and Politics November 17, 2013 · 1m 28s · at 1:09:51 · https://youtu.be/LgKA8wg4NPc?t=4191</w:t>
      </w:r>
    </w:p>
    <w:p>
      <w:r>
        <w:rPr>
          <w:i/>
        </w:rPr>
        <w:t>“Recently in a rally in Kashmir, Mr. Syed Ali Shah Geelani appealed to Kashmiris not to read Al-Risala because it is creating confusion in Islam. Maulana, what is your comment on that?”</w:t>
      </w:r>
    </w:p>
    <w:p>
      <w:r>
        <w:rPr>
          <w:sz w:val="20"/>
        </w:rPr>
        <w:t>1:09:51  maulana agla sawal kashmir se kya hai hamidullah hamid sahib ne unhon ne likha hai</w:t>
      </w:r>
      <w:r>
        <w:br/>
      </w:r>
      <w:r>
        <w:rPr>
          <w:sz w:val="20"/>
        </w:rPr>
        <w:t>1:09:58  recently in a rally at kashmir mr syed ali shah geelani has appealed kashmiris not to read al risala</w:t>
      </w:r>
      <w:r>
        <w:br/>
      </w:r>
      <w:r>
        <w:rPr>
          <w:sz w:val="20"/>
        </w:rPr>
        <w:t>1:10:08  as it is creating confusion in islam Maulana what is your comment on that</w:t>
      </w:r>
      <w:r>
        <w:br/>
      </w:r>
      <w:r>
        <w:rPr>
          <w:sz w:val="20"/>
        </w:rPr>
        <w:t>1:10:15  dekhen asal masla to confusion kya hai in ki jo report aai hai akhbar mein parha mein ne</w:t>
      </w:r>
      <w:r>
        <w:br/>
      </w:r>
      <w:r>
        <w:rPr>
          <w:sz w:val="20"/>
        </w:rPr>
        <w:t>1:10:20  is ko wo yeh nahi bata paya hai ke kon sa confusion create kar raha hai al risala</w:t>
      </w:r>
      <w:r>
        <w:br/>
      </w:r>
      <w:r>
        <w:rPr>
          <w:sz w:val="20"/>
        </w:rPr>
        <w:t>1:10:27  yeh to ek ilzaam hai bas ek ilzaam unhon ne ki zuban bole woh allegation ki zuban lekin yeh nahi bataya ke what is that confusion jab tak aap yeh specific taur par na batayein ke risala kaun sa confusion create kar raha hai to is ka koi jawab kahan dega kahin ke bhai yeh to ek baseless allegation hai ek ilzaam hai bas</w:t>
      </w:r>
      <w:r>
        <w:br/>
      </w:r>
      <w:r>
        <w:rPr>
          <w:sz w:val="20"/>
        </w:rPr>
        <w:t>1:10:56  ilzaam to kuch bhi kar sakte hain aap ek aadmi ko keh dein ke tum insaan nahi ho tum animal ho to ilzaam to kuch bhi kuch bhi de sakte hain aap kisi ko to beharhaal woh maine report padhi hai woh sirf allegation hai is mein unhon ne yeh baat nahi batai ke risala kaun sa confusion create kar raha hai</w:t>
      </w:r>
    </w:p>
    <w:p>
      <w:pPr>
        <w:pStyle w:val="Heading2"/>
      </w:pPr>
      <w:r>
        <w:t>Comment on opening dialogue with Salman Rushdie</w:t>
      </w:r>
    </w:p>
    <w:p>
      <w:r>
        <w:rPr>
          <w:color w:val="666666"/>
          <w:sz w:val="18"/>
        </w:rPr>
        <w:t>Society &amp; Dawah · Revival of Muslim Ummah, February 4, 2013 · 1m 12s · at 1:05:09 · https://youtu.be/xB3MfWhLHoM?t=3909</w:t>
      </w:r>
    </w:p>
    <w:p>
      <w:r>
        <w:rPr>
          <w:i/>
        </w:rPr>
        <w:t>“Maulana, please tell us what is your comment on the initiative of the All India Muslim Personal Law Board to open dialogue with Salman Rushdie?”</w:t>
      </w:r>
    </w:p>
    <w:p>
      <w:r>
        <w:rPr>
          <w:sz w:val="20"/>
        </w:rPr>
        <w:t>1:05:09  Maulana, agla sawal Dhampur se hai Ahmed Fawad sahib ka.</w:t>
      </w:r>
      <w:r>
        <w:br/>
      </w:r>
      <w:r>
        <w:rPr>
          <w:sz w:val="20"/>
        </w:rPr>
        <w:t>1:05:13  Unhon ne likha hai: "Maulana sahib, please tell us what is your comment on the initiative of All India Muslim Personal Law Board to open dialogue with Salman Rushdie?" Yeh bilkul ek be-maani baat hai.</w:t>
      </w:r>
      <w:r>
        <w:br/>
      </w:r>
      <w:r>
        <w:rPr>
          <w:sz w:val="20"/>
        </w:rPr>
        <w:t>1:05:30  Pehle yeh maanen, aap yeh log ke hum ne ghalti ki fatwa de kar ke, yaani fatwa de ke: "Model lo, model lo, model lo." Ab kehte hain dialogue.</w:t>
      </w:r>
      <w:r>
        <w:br/>
      </w:r>
      <w:r>
        <w:rPr>
          <w:sz w:val="20"/>
        </w:rPr>
        <w:t>1:05:39  To jab tak aap yeh na kahen ke fatwa dena ghalti thi, tab tak yeh dialogue kahan se hoga?</w:t>
      </w:r>
      <w:r>
        <w:br/>
      </w:r>
      <w:r>
        <w:rPr>
          <w:sz w:val="20"/>
        </w:rPr>
        <w:t>1:05:48  Kya itna bewakoof hai Salman Rushdie ke aap se kahega: "Ae, hum dialogue karte hain?" Itna bewakoof samajhte ho us ko? Aap nahi, nahi. Woh woh lazmi yeh chahega ke sab se pehle tum yeh kaho ke hum ne jo fatwa issue kiya tha ke model Salman Rushdie ko itna inaam diya jayega, woh sab ghalt fatwa tha, woh jhoota fatwa tha.</w:t>
      </w:r>
      <w:r>
        <w:br/>
      </w:r>
      <w:r>
        <w:rPr>
          <w:sz w:val="20"/>
        </w:rPr>
        <w:t>1:06:08  Nahi to kuch bhi nahi. Yeh jo offer hai, offer nahi, bilkul ek ek ridiculous baat hai. Ridiculous Salman Rushdie soor ka hans dega.</w:t>
      </w:r>
    </w:p>
    <w:p>
      <w:pPr>
        <w:pStyle w:val="Heading2"/>
      </w:pPr>
      <w:r>
        <w:t>Commercialization and dawah focus</w:t>
      </w:r>
    </w:p>
    <w:p>
      <w:r>
        <w:rPr>
          <w:color w:val="666666"/>
          <w:sz w:val="18"/>
        </w:rPr>
        <w:t>Society &amp; Dawah · The Meaning of Ummat-i-Wasat Nov 25, 2018 · 1m 59s · at 44:16 · https://youtu.be/3POFfvXaFss?t=2656</w:t>
      </w:r>
    </w:p>
    <w:p>
      <w:r>
        <w:rPr>
          <w:i/>
        </w:rPr>
        <w:t>“Maulana, you talked about commercialization in today's talk. It is the same commercialization which is also making Muslim youth job oriented and business oriented. As a result, their focus on da'wah has reduced. So don't you think that commercialization is a negative phenomenon of modern time?”</w:t>
      </w:r>
    </w:p>
    <w:p>
      <w:r>
        <w:rPr>
          <w:sz w:val="20"/>
        </w:rPr>
        <w:t>44:16  maulana, yeh sawal bheja hai ahmedabad se fawad fawad sahib ne. unhone likha hai: "maulana, you talked about commercialization in today's talk.</w:t>
      </w:r>
      <w:r>
        <w:br/>
      </w:r>
      <w:r>
        <w:rPr>
          <w:sz w:val="20"/>
        </w:rPr>
        <w:t>44:29  it is the same commercialization which is also making Muslim youth job oriented or business oriented.</w:t>
      </w:r>
      <w:r>
        <w:br/>
      </w:r>
      <w:r>
        <w:rPr>
          <w:sz w:val="20"/>
        </w:rPr>
        <w:t>44:38  as a result, their focus on dawah has reduced. so don't you think that commercialization is a negative phenomenon of modern times?" nahi, hargiz nahi, hargiz nahi.</w:t>
      </w:r>
      <w:r>
        <w:br/>
      </w:r>
      <w:r>
        <w:rPr>
          <w:sz w:val="20"/>
        </w:rPr>
        <w:t>44:55  dekhiye, har cheez ka ek history hota hai, ek proper use hota hai. maslan, musalmanon ne Quran se qital nikal rakha hai, ladte phirte hain, pathar marte hain, gun chalate hain.</w:t>
      </w:r>
      <w:r>
        <w:br/>
      </w:r>
      <w:r>
        <w:rPr>
          <w:sz w:val="20"/>
        </w:rPr>
        <w:t>45:12  woh misuse of Quran hai. toh aap yeh samajh lijiye ke har cheez, har cheez, har cheez ka misuse bhi hai aur proper use bhi hai.</w:t>
      </w:r>
      <w:r>
        <w:br/>
      </w:r>
      <w:r>
        <w:rPr>
          <w:sz w:val="20"/>
        </w:rPr>
        <w:t>45:23  toh main iske proper use ko keh raha hoon, aap bhi misuse, misuse ka pehlu bol rahe hain. toh yeh toh imtehan hai, duniya toh imtehan hai, yahan toh misuse ka aspect hamesha rahega, Quran ke bare mein bhi rahega.</w:t>
      </w:r>
      <w:r>
        <w:br/>
      </w:r>
      <w:r>
        <w:rPr>
          <w:sz w:val="20"/>
        </w:rPr>
        <w:t>45:41  aap misuse ki baat kyun karte hain? proper use ki baat kijiye.</w:t>
      </w:r>
      <w:r>
        <w:br/>
      </w:r>
      <w:r>
        <w:rPr>
          <w:sz w:val="20"/>
        </w:rPr>
        <w:t>45:49  faisal saleem sahib ne bangalore se comment bheja hai, unhone likha hai: "maulana sahib, from today's session, i understood that we have all the facilities which is given to us by God.</w:t>
      </w:r>
      <w:r>
        <w:br/>
      </w:r>
      <w:r>
        <w:rPr>
          <w:sz w:val="20"/>
        </w:rPr>
        <w:t>46:03  we just need to incorporate them into our life and move ahead with no excuse to achieve or complete the mission of Allah. "</w:t>
      </w:r>
    </w:p>
    <w:p>
      <w:pPr>
        <w:pStyle w:val="Heading2"/>
      </w:pPr>
      <w:r>
        <w:t>Committee savings for da'ee</w:t>
      </w:r>
    </w:p>
    <w:p>
      <w:r>
        <w:rPr>
          <w:color w:val="666666"/>
          <w:sz w:val="18"/>
        </w:rPr>
        <w:t>Society &amp; Dawah · God and Man February 19, 2012 · 2m 27s · at 1:06:57 · https://youtu.be/rL4g0LOU3wo?t=4017</w:t>
      </w:r>
    </w:p>
    <w:p>
      <w:r>
        <w:rPr>
          <w:i/>
        </w:rPr>
        <w:t>“Parents, considering the future needs of their children, take out some money each month and put it into a committee. Can a da'ee (caller to Islam) do such a practice?”</w:t>
      </w:r>
    </w:p>
    <w:p>
      <w:r>
        <w:rPr>
          <w:sz w:val="20"/>
        </w:rPr>
        <w:t>1:06:57  Isi yaqeen ke sath hamein dawat ka kaam karna hai. Maulana, agla sawal aaya hai Karachi Pakistan se Mr Abdul Latif ka.</w:t>
      </w:r>
      <w:r>
        <w:br/>
      </w:r>
      <w:r>
        <w:rPr>
          <w:sz w:val="20"/>
        </w:rPr>
        <w:t>1:07:06  Unhon ne poocha hai: "Waldein apne bachchon ke mustaqbil ki zaroorat ko maddenazar rakhte hue apni raqam mein se kuch raqam har mahine nikal kar committee daalte hain.</w:t>
      </w:r>
      <w:r>
        <w:br/>
      </w:r>
      <w:r>
        <w:rPr>
          <w:sz w:val="20"/>
        </w:rPr>
        <w:t>1:07:21  Kya is tarah ka amal ek daai kar sakta hai?"</w:t>
      </w:r>
      <w:r>
        <w:br/>
      </w:r>
      <w:r>
        <w:rPr>
          <w:sz w:val="20"/>
        </w:rPr>
        <w:t>1:07:28  Dekhiye, jo maa baap hain, aam taur par maine dekha hai ke un ke dunya ke mustaqbil ke liye to bohat woh sochte hain.</w:t>
      </w:r>
      <w:r>
        <w:br/>
      </w:r>
      <w:r>
        <w:rPr>
          <w:sz w:val="20"/>
        </w:rPr>
        <w:t>1:07:39  Asal mein sirf to aakhirat ka mustaqbil hai. Is ke liye sochna chahiye. Bohat ajeeb baat hai ke Quran majeed mein hai do aayatein, main aap ke samne pesh karta hoon.</w:t>
      </w:r>
      <w:r>
        <w:br/>
      </w:r>
      <w:r>
        <w:rPr>
          <w:sz w:val="20"/>
        </w:rPr>
        <w:t>1:07:53  Wa ma min da'watin fil ardi illa ala Allahi rizquha yeh dunya ke bare mein hai ke is dunya mein har aadmi ka rizq Allah ki taraf se muqarrar hai.</w:t>
      </w:r>
      <w:r>
        <w:br/>
      </w:r>
      <w:r>
        <w:rPr>
          <w:sz w:val="20"/>
        </w:rPr>
        <w:t>1:08:04  Woh mil kar rahega is ko. Dunya ke rizq ke bare mein Allah taala ne yeh zimma le liya hai ke woh zaroor woh har har ek ko rizq pahunchayega is ko.</w:t>
      </w:r>
      <w:r>
        <w:br/>
      </w:r>
      <w:r>
        <w:rPr>
          <w:sz w:val="20"/>
        </w:rPr>
        <w:t>1:08:17  Achha, aakhirat ke bare mein kya hai? Aakhirat ke bare mein yeh hai ke laysa lil insani illa ma saaba</w:t>
      </w:r>
      <w:r>
        <w:br/>
      </w:r>
      <w:r>
        <w:rPr>
          <w:sz w:val="20"/>
        </w:rPr>
        <w:t>1:08:24  Wahan aakhirat mein insaan ko sirf wohi milega jis ke liye khud us ne koshish ki ho. Yani Allah ki taraf se kuch nahi diya jayega is ko. Siwaye koshish ka anjaam, koshish ka badla.</w:t>
      </w:r>
      <w:r>
        <w:br/>
      </w:r>
      <w:r>
        <w:rPr>
          <w:sz w:val="20"/>
        </w:rPr>
        <w:t>1:08:37  Yani yeh ghor kijiye ke dunya mein insaan ke liye Khuda ne zimma le rakha hai ke us ko zaroor us ka rizq pahunchaya jayega. Aur aakhirat ke bare mein farma raha hai Allah taala ke wahan tum apne hi amal ko bhugtana padega tum ko.</w:t>
      </w:r>
      <w:r>
        <w:br/>
      </w:r>
      <w:r>
        <w:rPr>
          <w:sz w:val="20"/>
        </w:rPr>
        <w:t>1:08:51  To kaise ajeeb log hain ke apne liye, bachchon ke liye, un ko hona chahiye fikrmand aakhirat ke liye. Aur fikrmand hote hain dunya ke liye.</w:t>
      </w:r>
      <w:r>
        <w:br/>
      </w:r>
      <w:r>
        <w:rPr>
          <w:sz w:val="20"/>
        </w:rPr>
        <w:t>1:09:01  Bohat ajeeb baat hai yeh. Main is masle ko yani fiqhi aitbaar se kuch jawab nahi doonga main. Fiqhi aitbaar se kya hai, kya nahi hai, woh main is par k</w:t>
      </w:r>
      <w:r>
        <w:br/>
      </w:r>
      <w:r>
        <w:rPr>
          <w:sz w:val="20"/>
        </w:rPr>
        <w:t>1:09:11  ch nahi bolunga. Main is is is is soch par koi taajjub karta hoon ke dunya ke mustaqbil ki fikr aur aakhirat ke mustaqbil ke liye koi fikr nahi.</w:t>
      </w:r>
    </w:p>
    <w:p>
      <w:pPr>
        <w:pStyle w:val="Heading2"/>
      </w:pPr>
      <w:r>
        <w:t>Communication gap and communal riots</w:t>
      </w:r>
    </w:p>
    <w:p>
      <w:r>
        <w:rPr>
          <w:color w:val="666666"/>
          <w:sz w:val="18"/>
        </w:rPr>
        <w:t>Society &amp; Dawah · Lessons from My Journey to Agra October 27, 2013 · 5m 18s · at 1:10:12 · https://youtu.be/Gg2N0h4ETH8?t=4212</w:t>
      </w:r>
    </w:p>
    <w:p>
      <w:r>
        <w:rPr>
          <w:i/>
        </w:rPr>
        <w:t>“Is communication gap the main culprit for the increase of communal riots in India?”</w:t>
      </w:r>
    </w:p>
    <w:p>
      <w:r>
        <w:rPr>
          <w:sz w:val="20"/>
        </w:rPr>
        <w:t>1:10:12  Maulana, agla sawal Dr. Iqbal Pardhan ka hai Delhi se. unhon ne likha hai: "Maulana, last month i got a call of a dear friend Mr. Swe Ram Tutia from Modi Nagar in UP.</w:t>
      </w:r>
      <w:r>
        <w:br/>
      </w:r>
      <w:r>
        <w:rPr>
          <w:sz w:val="20"/>
        </w:rPr>
        <w:t>1:10:28  he was very concerned about me because of the communal riots in Muzaffarnagar. he advised me that i should not visit the riot affected areas.</w:t>
      </w:r>
      <w:r>
        <w:br/>
      </w:r>
      <w:r>
        <w:rPr>
          <w:sz w:val="20"/>
        </w:rPr>
        <w:t>1:10:38  Maulana, my question is that is communication gap the main culprit for increase of communal right communal rights that we see in India?" nahi, dekhen, communication gap ki baat nahi hai ye.</w:t>
      </w:r>
      <w:r>
        <w:br/>
      </w:r>
      <w:r>
        <w:rPr>
          <w:sz w:val="20"/>
        </w:rPr>
        <w:t>1:10:53  ye patience na hone ki baat</w:t>
      </w:r>
      <w:r>
        <w:br/>
      </w:r>
      <w:r>
        <w:rPr>
          <w:sz w:val="20"/>
        </w:rPr>
        <w:t>1:10:57  hai. sabr nahi hai logon ke andar. zara si baat pe bhadak uthte hain. communication gap nahi hai. sab ki jeb mein mobile hai. har aaj kal kis ki jeb mein mobile nahi hai?</w:t>
      </w:r>
      <w:r>
        <w:br/>
      </w:r>
      <w:r>
        <w:rPr>
          <w:sz w:val="20"/>
        </w:rPr>
        <w:t>1:11:09  to communication gap kahan hai? asal cheez ye hai ke haan, yani hamare andar ye mizaj ban gaya hai ke hum sabr nahi kar paate,</w:t>
      </w:r>
      <w:r>
        <w:br/>
      </w:r>
      <w:r>
        <w:rPr>
          <w:sz w:val="20"/>
        </w:rPr>
        <w:t>1:11:22  tolerate nahi kar paate, avoid nahi paate. bas zara si koi baat pe bhadak a</w:t>
      </w:r>
      <w:r>
        <w:br/>
      </w:r>
      <w:r>
        <w:rPr>
          <w:sz w:val="20"/>
        </w:rPr>
        <w:t>1:11:26  the, koi baat suni, bhadak uthe. to logon ko sab se zaroori cheez jo hai wo ke andar sabr ka mizaj paida karen, patience ka mizaj paida karen, avoidance ka, a'raz ka.</w:t>
      </w:r>
      <w:r>
        <w:br/>
      </w:r>
      <w:r>
        <w:rPr>
          <w:sz w:val="20"/>
        </w:rPr>
        <w:t>1:11:42  is se communal dot khatam ho gayi. communication se is ka koi ta'alluq nahi kyunke communication ka har aadmi ke jeb mein mobile hai.</w:t>
      </w:r>
      <w:r>
        <w:br/>
      </w:r>
      <w:r>
        <w:rPr>
          <w:sz w:val="20"/>
        </w:rPr>
        <w:t>1:11:52  communication to khoob khoob hai.</w:t>
      </w:r>
      <w:r>
        <w:br/>
      </w:r>
      <w:r>
        <w:rPr>
          <w:sz w:val="20"/>
        </w:rPr>
        <w:t>1:11:56  main ne jo india mein right hotay hain, is ka main ne kuch kuch kuch rights ko test case ke tor par mutala kiya hai.</w:t>
      </w:r>
      <w:r>
        <w:br/>
      </w:r>
      <w:r>
        <w:rPr>
          <w:sz w:val="20"/>
        </w:rPr>
        <w:t>1:12:05  hamesha main ne paya hai ke jo cheez jo cheez maujood nahi thi, woh patience maujood nahi tha. is liye bhark utha mamla aur fasad ho gaya. zara si baat to zara si baat to ghar pe hoti hai.</w:t>
      </w:r>
      <w:r>
        <w:br/>
      </w:r>
      <w:r>
        <w:rPr>
          <w:sz w:val="20"/>
        </w:rPr>
        <w:t>1:12:17  zara si baat to hamesha hogi.</w:t>
      </w:r>
      <w:r>
        <w:br/>
      </w:r>
      <w:r>
        <w:rPr>
          <w:sz w:val="20"/>
        </w:rPr>
        <w:t>1:12:20  jab bhi aap mil jul kar rahengay, social life mein thori thori baatein hamesha hoti rahengi. chahe hindu musalman hon ya sirf musalman hon ya sirf hindu hon, hoga woh.</w:t>
      </w:r>
      <w:r>
        <w:br/>
      </w:r>
      <w:r>
        <w:rPr>
          <w:sz w:val="20"/>
        </w:rPr>
        <w:t>1:12:33  to sirf is ka hal sirf yeh hai ke log yani bharkna chorein, provoke na hon, patience se kaam kaam lein, choti choti baaton ko nazar andaaz karein aur koi hal is ka doosra hai nahi.</w:t>
      </w:r>
      <w:r>
        <w:br/>
      </w:r>
      <w:r>
        <w:rPr>
          <w:sz w:val="20"/>
        </w:rPr>
        <w:t>1:12:52  is par hum bohat likh chukay hain. merit ka fasad hua tha 1986 mein to bohat lambi report hum ne likhi thi.</w:t>
      </w:r>
      <w:r>
        <w:br/>
      </w:r>
      <w:r>
        <w:rPr>
          <w:sz w:val="20"/>
        </w:rPr>
        <w:t>1:13:01  poora risala is mein 50 safhay ki is mein yeh sab baatein likhi theen tafseel ke sath ke india ka right jo hai, is ki sab genesis yahi hai ke mil jul kar rehna hi parta hai.</w:t>
      </w:r>
      <w:r>
        <w:br/>
      </w:r>
      <w:r>
        <w:rPr>
          <w:sz w:val="20"/>
        </w:rPr>
        <w:t>1:13:15  humein social life to hamari hoti hi hoti hai,</w:t>
      </w:r>
      <w:r>
        <w:br/>
      </w:r>
      <w:r>
        <w:rPr>
          <w:sz w:val="20"/>
        </w:rPr>
        <w:t>1:13:18  lekin to social life mein aisa lazman hoga ke kisi ke khilaf kuch baat ho jayegi. choti si baat, is choti si baat ko aap avoid kijiye, nazar andaaz kijiye, is ko bardasht kar lijye.</w:t>
      </w:r>
      <w:r>
        <w:br/>
      </w:r>
      <w:r>
        <w:rPr>
          <w:sz w:val="20"/>
        </w:rPr>
        <w:t>1:13:32  aur nahi to phir kya hoga? woh main ne ek hadith is mein naqal ki thi. ek sahabi ka qaul hai ke "malayurda bil qaleel mimma yati bis safheeyarada bil kaseer"</w:t>
      </w:r>
      <w:r>
        <w:br/>
      </w:r>
      <w:r>
        <w:rPr>
          <w:sz w:val="20"/>
        </w:rPr>
        <w:t>1:13:47  . yani jo aadmi chotay shar ko bardasht nahi karega ijtamai zindagi mein, us ko ijtamai zindagi ke baray shar ko bardasht karna padega.</w:t>
      </w:r>
      <w:r>
        <w:br/>
      </w:r>
      <w:r>
        <w:rPr>
          <w:sz w:val="20"/>
        </w:rPr>
        <w:t>1:13:59  yani social life mein jo option hai, woh hai less evil aur get evil ka. yani evil aur no evil ka option nahi hai.</w:t>
      </w:r>
      <w:r>
        <w:br/>
      </w:r>
      <w:r>
        <w:rPr>
          <w:sz w:val="20"/>
        </w:rPr>
        <w:t>1:14:08  is ko achi tarah samajh lijye. yeh sara yani jo misr mein jo kuch ho raha hai ya iraq aur pakistan mein jo kuch ho raha hai ya india mein jo kuch ho raha hai, har jagah hi apply hota hai formula ke zindagi mein jo hamein option hai,</w:t>
      </w:r>
      <w:r>
        <w:br/>
      </w:r>
      <w:r>
        <w:rPr>
          <w:sz w:val="20"/>
        </w:rPr>
        <w:t>1:14:27  between evil aur no evil nahi hai, balkay between get evil aur less evil hai.</w:t>
      </w:r>
      <w:r>
        <w:br/>
      </w:r>
      <w:r>
        <w:rPr>
          <w:sz w:val="20"/>
        </w:rPr>
        <w:t>1:14:35  aap ko less evil ko bardasht karna hi padega ta ke aap get evil se bacha sakein apne aap ko. kyunke no evil ki situation to kabhi pai hi nahi jayegi.</w:t>
      </w:r>
      <w:r>
        <w:br/>
      </w:r>
      <w:r>
        <w:rPr>
          <w:sz w:val="20"/>
        </w:rPr>
        <w:t>1:14:48  no evil ki situation chahe peghamabari duniya mein hon, tab bhi nahi ho sakti. tab bhi mumkin nahi hai aisa. kyunke ijtamai zindagi mein hamesha kuch na kuch hota rehta hai.</w:t>
      </w:r>
      <w:r>
        <w:br/>
      </w:r>
      <w:r>
        <w:rPr>
          <w:sz w:val="20"/>
        </w:rPr>
        <w:t>1:15:00  ijtamai zindagi mein namumkin hai ke kuch na kuch unwanted situation paida na ho. to main phir repeat karunga ke is duniya mein aadmi ke liye jo choice hai, woh between evil aur no evil nahi hai.</w:t>
      </w:r>
      <w:r>
        <w:br/>
      </w:r>
      <w:r>
        <w:rPr>
          <w:sz w:val="20"/>
        </w:rPr>
        <w:t>1:15:17  woh between get evil aur less evil hai. to aap less evil ka choice le lijye ta ke aap get evil se bacha sakein.</w:t>
      </w:r>
    </w:p>
    <w:p>
      <w:pPr>
        <w:pStyle w:val="Heading2"/>
      </w:pPr>
      <w:r>
        <w:t>Community work versus dawah work emphasis</w:t>
      </w:r>
    </w:p>
    <w:p>
      <w:r>
        <w:rPr>
          <w:color w:val="666666"/>
          <w:sz w:val="18"/>
        </w:rPr>
        <w:t>Society &amp; Dawah · The Early Life of Prophet Muhammad November 28, 2021 Dr. Saniyasnain Khan · 4m 55s · at 48:07 · https://youtu.be/xjZAqfhmg1Y?t=2887</w:t>
      </w:r>
    </w:p>
    <w:p>
      <w:r>
        <w:rPr>
          <w:i/>
        </w:rPr>
        <w:t>“Today many people emphasize more on community work as compared to dawah work. Can you tell something more about this?”</w:t>
      </w:r>
    </w:p>
    <w:p>
      <w:r>
        <w:rPr>
          <w:sz w:val="20"/>
        </w:rPr>
        <w:t>48:07  the events, even apparently negative events, are actually the opportunities to avail its nectar. ah doctor doctor sahab, yeh agla sawal Lucknow se hai, Feroz Khan sahab ne bheja hai.</w:t>
      </w:r>
      <w:r>
        <w:br/>
      </w:r>
      <w:r>
        <w:rPr>
          <w:sz w:val="20"/>
        </w:rPr>
        <w:t>48:22  ah aap ne zikr bhi kiya tha is ka, ah community work aur dawah work. to un ka sawal yahi hai ke ah aaj bohat sare log community work pe zyada emphasize karte hain, ah as compared to dawah work.</w:t>
      </w:r>
      <w:r>
        <w:br/>
      </w:r>
      <w:r>
        <w:rPr>
          <w:sz w:val="20"/>
        </w:rPr>
        <w:t>48:37  to is ke bare mein kuch aur agar aap bata sakein. haan, yeh baat sahi hai. aaj kahin bhi aap chale jaiye, khas taur se west mein agar aap jayen, America ko agar aap misaal len to bare bare idare hain wahan,</w:t>
      </w:r>
      <w:r>
        <w:br/>
      </w:r>
      <w:r>
        <w:rPr>
          <w:sz w:val="20"/>
        </w:rPr>
        <w:t>48:56  bare bare Muslim institutions hain jo ke bohat hi bada community work ka kaam karte hain aur isi ko samajhte hain ke yeh Islami kaam hai.</w:t>
      </w:r>
      <w:r>
        <w:br/>
      </w:r>
      <w:r>
        <w:rPr>
          <w:sz w:val="20"/>
        </w:rPr>
        <w:t>49:10  yeh bohat bari ghalat fehmi hai. jaise maine bataya tha ke ek momin ka pehla mission hai dawah, aur dawah ka matlab hai inzar o tabshir, yani insanon ko akhirat ke bare mein ba khabar karna.</w:t>
      </w:r>
      <w:r>
        <w:br/>
      </w:r>
      <w:r>
        <w:rPr>
          <w:sz w:val="20"/>
        </w:rPr>
        <w:t>49:33  lekin chunke dawah ka kaam ah aisa hota hai ke is mein koi recognition nahi hota, duniyavi recognition.</w:t>
      </w:r>
      <w:r>
        <w:br/>
      </w:r>
      <w:r>
        <w:rPr>
          <w:sz w:val="20"/>
        </w:rPr>
        <w:t>49:43  aap agar kahein ke main dawah ka kaam karta hoon to koi mutasir nahi hoga, balkeh agar aap kahein</w:t>
      </w:r>
      <w:r>
        <w:br/>
      </w:r>
      <w:r>
        <w:rPr>
          <w:sz w:val="20"/>
        </w:rPr>
        <w:t>49:49  ke main ah muslim empowerment ka kaam kar raha hoon ya main orphanage chala raha hoon ya main</w:t>
      </w:r>
      <w:r>
        <w:br/>
      </w:r>
      <w:r>
        <w:rPr>
          <w:sz w:val="20"/>
        </w:rPr>
        <w:t>49:58  ah ah ghareeb bachon ka kaam kar raha hoon, yeh sab kaam bhi bohat ahem hain aur rewardable</w:t>
      </w:r>
      <w:r>
        <w:br/>
      </w:r>
      <w:r>
        <w:rPr>
          <w:sz w:val="20"/>
        </w:rPr>
        <w:t>50:03  hain, lekin yeh prime mission nahi ho sakta ek momin ka, ek ek is shakhs ka jo Quran</w:t>
      </w:r>
      <w:r>
        <w:br/>
      </w:r>
      <w:r>
        <w:rPr>
          <w:sz w:val="20"/>
        </w:rPr>
        <w:t>50:12  peh aur Allah pe yaqeen rakhta ho.</w:t>
      </w:r>
      <w:r>
        <w:br/>
      </w:r>
      <w:r>
        <w:rPr>
          <w:sz w:val="20"/>
        </w:rPr>
        <w:t>50:15  to is liye chunke yeh ah dawah ka kaam ek bohat hi mamooli kaam nazar aata hai logon ko, aur doosri baat yeh bhi hai ke dawah ka mizaj nahi bana.</w:t>
      </w:r>
      <w:r>
        <w:br/>
      </w:r>
      <w:r>
        <w:rPr>
          <w:sz w:val="20"/>
        </w:rPr>
        <w:t>50:26  log sare kamon ko, jo bhi kaam hai, jo bhi ah social work hai aur community work hai aur charitable kaam jo karte hain, sab ko log dawah mein jod jod dete hain ke yeh bhi dawah hai, woh bhi dawah hai, halanke aisa nahi hai.</w:t>
      </w:r>
      <w:r>
        <w:br/>
      </w:r>
      <w:r>
        <w:rPr>
          <w:sz w:val="20"/>
        </w:rPr>
        <w:t>50:40  dawah to bohat hi specific kaam hai jo paighambaron ne kiya, aur woh yeh tha ke insanon ko Allah ke bare mein ba khabar kiya jaye aur Allah ke takhleeqi mansoobe ke bare mein, creation plan ke bare mein ba khabar kiya jaye.</w:t>
      </w:r>
      <w:r>
        <w:br/>
      </w:r>
      <w:r>
        <w:rPr>
          <w:sz w:val="20"/>
        </w:rPr>
        <w:t>50:56  to yahi hai woh kaam jo hamein karna hai aur hamein karna chahiye. isi se akhirat mein inshallah nijat hogi hum logon ki. ji, ah aik do quran ki ayat aur hadith mein parhna chahunga.</w:t>
      </w:r>
      <w:r>
        <w:br/>
      </w:r>
      <w:r>
        <w:rPr>
          <w:sz w:val="20"/>
        </w:rPr>
        <w:t>51:09  ji, ah rasool Allah sal Allah alaihi wasallam ke bare mein quran mein do jagah aya hai: "shahid o mubashir o nadhira" ke Allah taala ko ne rasool Allah sal Allah alaihi wasallam ko bheja shahadat dene wala,</w:t>
      </w:r>
      <w:r>
        <w:br/>
      </w:r>
      <w:r>
        <w:rPr>
          <w:sz w:val="20"/>
        </w:rPr>
        <w:t>51:22  basharat dene wala aur aagah karne wala bana kar. yeh surah al ahzab mein bhi hai aur surah al fath mein bhi hai. surah al fath mein is ke aage hai: "li tu'minu billahi wa rasulihi" taakeh aey logon,</w:t>
      </w:r>
      <w:r>
        <w:br/>
      </w:r>
      <w:r>
        <w:rPr>
          <w:sz w:val="20"/>
        </w:rPr>
        <w:t>51:35  tum Allah aur us ke rasool par iman lao. to yeh hai, isi ko aik hadith mein misaal ke andaaz mein bataya gaya tha.</w:t>
      </w:r>
      <w:r>
        <w:br/>
      </w:r>
      <w:r>
        <w:rPr>
          <w:sz w:val="20"/>
        </w:rPr>
        <w:t>51:43  rasool Allah sal Allah alaihi wasallam kehte hain: "main ne khwab dekha ke farishte aaye, kayi farishte thay, is mein aik farishte ne yeh kaha ke is shakhs ki misaal bayan karo, yeh jo so raha hai, is ki misaal bayan karo." to us ne kaha ke is ki misaal aik aadmi ki hai ke kisi ne aik ghar banaya aur us mein dastar khwan bichaya khane ka,</w:t>
      </w:r>
      <w:r>
        <w:br/>
      </w:r>
      <w:r>
        <w:rPr>
          <w:sz w:val="20"/>
        </w:rPr>
        <w:t>52:02  aur aik dawat dene wale ko bheja.</w:t>
      </w:r>
    </w:p>
    <w:p>
      <w:pPr>
        <w:pStyle w:val="Heading2"/>
      </w:pPr>
      <w:r>
        <w:t>Comparison of divorce in Hinduism and Islam</w:t>
      </w:r>
    </w:p>
    <w:p>
      <w:r>
        <w:rPr>
          <w:color w:val="666666"/>
          <w:sz w:val="18"/>
        </w:rPr>
        <w:t>Society &amp; Dawah · Three levels of Realization July 4, 2010 · 4m 03s · at 1:31:19 · https://youtu.be/NtCTVVov3Nw?t=5479</w:t>
      </w:r>
    </w:p>
    <w:p>
      <w:r>
        <w:rPr>
          <w:i/>
        </w:rPr>
        <w:t>“In Hinduism, there is no divorce. Is that good or bad? In Islam, divorce is also not good, but it is allowed. But if you end it suddenly, problems persist. Because divorce comes under necessity.”</w:t>
      </w:r>
    </w:p>
    <w:p>
      <w:r>
        <w:rPr>
          <w:sz w:val="20"/>
        </w:rPr>
        <w:t>1:31:19  jab jab us ko is se separation lena ho to keh sakti hai ke aaj se mein ne tum se separation le li to teen cheezein hain aik aam talaq aik hai talaq rajai ka usool aur doosra hai nikah tafweez maulana un ka aik aur sawal hai unhon ne poocha hai ke hindu dharm mein talaq nahi hai yeh achi baat hai ya buri</w:t>
      </w:r>
      <w:r>
        <w:br/>
      </w:r>
      <w:r>
        <w:rPr>
          <w:sz w:val="20"/>
        </w:rPr>
        <w:t>1:31:46  islam mein bhi talaq nahi hai</w:t>
      </w:r>
      <w:r>
        <w:br/>
      </w:r>
      <w:r>
        <w:rPr>
          <w:sz w:val="20"/>
        </w:rPr>
        <w:t>1:31:50  yeh achi hi hai yeh lekin aik dam aap khatm kar dein tab bhi mushkil hoti rehti hai agar aik dam khatm kar dein kyunke talaq jo hai yeh law of necessity ke tehat aata hai quran hadith mein aata hai ke sab se zyada yani sab se zyada unwanted cheez jo islam mein jaiz ki gayi woh talaq hai</w:t>
      </w:r>
      <w:r>
        <w:br/>
      </w:r>
      <w:r>
        <w:rPr>
          <w:sz w:val="20"/>
        </w:rPr>
        <w:t>1:32:15  to to talaq koi wanted cheez nahi hai</w:t>
      </w:r>
      <w:r>
        <w:br/>
      </w:r>
      <w:r>
        <w:rPr>
          <w:sz w:val="20"/>
        </w:rPr>
        <w:t>1:32:17  aaj kal jo log talaq talaq karte rehte hain woh to islam mein jaiz hi nahi hai woh to gunah karte hain woh yani aisi situation kabhi aa jati hai ke baghair talaq ke koi chara nahi hota jaise misaal ka bataunga aap ko mein egypt gaya to egypt mein aik sahab the bohat hi pareshan rehte the inhan ko paisa tha makan tha sab kuch tha</w:t>
      </w:r>
      <w:r>
        <w:br/>
      </w:r>
      <w:r>
        <w:rPr>
          <w:sz w:val="20"/>
        </w:rPr>
        <w:t>1:32:39  pata yeh chala ke unhon ne jab shadi ki to shadi ke baad kuch dino ke baad doctor ne yeh keh diya ke aap is se woh nahi kar sakte yani sexual relationship nahi kar sakte warna yeh pata nahi kya bohat bara koi masla paida ho jayega koi aisa uska physical uska kuch mamla tha aisa to wahan par talaq nahi de sake kyunke talaq dena egypt ne bohat hi mushkil kaam hai</w:t>
      </w:r>
      <w:r>
        <w:br/>
      </w:r>
      <w:r>
        <w:rPr>
          <w:sz w:val="20"/>
        </w:rPr>
        <w:t>1:33:07  talaq agar dein to aurat sari aap ki jaidad property sab utha li jayegi yani ghar aur bank bane sab kuch utha li jayegi ab woh bajaye bed ridden ho gaye hain isi tension mein jeete jeete ab bed ridden ho gaya ho gaya hai aur halanke mujh se kam umar in ke hain to baaz muslim countries mein aisa hai jaise egypt mein ke talaq dene ko bohat hi unhon ne difficult bana diya hai</w:t>
      </w:r>
      <w:r>
        <w:br/>
      </w:r>
      <w:r>
        <w:rPr>
          <w:sz w:val="20"/>
        </w:rPr>
        <w:t>1:33:34  to ab talaq do to sab kuch ghar aur bank par sab kuch dena pare ga to itna tension itna tension raha in ko ke wo beemar ho gaye jis mein bed written hai aur aurat ne aurat ne ijazat de di aurat ijazat de de to kar sakte hain ijazat de to na kar sakte hain to dekhen is mein hinduit islam mein koi farq nahi bara farq nahi hai ab to hinduo mein sansartan ho gaya hindu is mein yani marriage act mein</w:t>
      </w:r>
      <w:r>
        <w:br/>
      </w:r>
      <w:r>
        <w:rPr>
          <w:sz w:val="20"/>
        </w:rPr>
        <w:t>1:34:04  ab aap jante hain pehle wala nahi hai ab ab jo hai dosra hai yani talaq ko bohat hi exception mein jaiz qarar de diya gaya hai to islam bhi exception hi mein jaiz hai wo aisa nahi ke jaise aaj kal karte hain log talaq talaq wo to islam mein jaiz hi nahi hai wo to gunah ka kaam hai</w:t>
      </w:r>
      <w:r>
        <w:br/>
      </w:r>
      <w:r>
        <w:rPr>
          <w:sz w:val="20"/>
        </w:rPr>
        <w:t>1:34:25  bohat hi koi exceptional situation ho</w:t>
      </w:r>
      <w:r>
        <w:br/>
      </w:r>
      <w:r>
        <w:rPr>
          <w:sz w:val="20"/>
        </w:rPr>
        <w:t>1:34:29  jis mein koi doosra option na ho aap ke liye koi option na ho doosra</w:t>
      </w:r>
      <w:r>
        <w:br/>
      </w:r>
      <w:r>
        <w:rPr>
          <w:sz w:val="20"/>
        </w:rPr>
        <w:t>1:34:35  tab talaq hai</w:t>
      </w:r>
      <w:r>
        <w:br/>
      </w:r>
      <w:r>
        <w:rPr>
          <w:sz w:val="20"/>
        </w:rPr>
        <w:t>1:34:38  bare talaq nahi hai</w:t>
      </w:r>
      <w:r>
        <w:br/>
      </w:r>
      <w:r>
        <w:rPr>
          <w:sz w:val="20"/>
        </w:rPr>
        <w:t>1:34:41  aur Islam mein polygamy bhi nahi hai</w:t>
      </w:r>
      <w:r>
        <w:br/>
      </w:r>
      <w:r>
        <w:rPr>
          <w:sz w:val="20"/>
        </w:rPr>
        <w:t>1:34:44  Islam mein asal jo hai monogamy hai polygamy bhi law of necessity ke tehat aati hai jaise ladai hui</w:t>
      </w:r>
      <w:r>
        <w:br/>
      </w:r>
      <w:r>
        <w:rPr>
          <w:sz w:val="20"/>
        </w:rPr>
        <w:t>1:34:52  mard mare gaye aurtein ziyada ho gayin</w:t>
      </w:r>
      <w:r>
        <w:br/>
      </w:r>
      <w:r>
        <w:rPr>
          <w:sz w:val="20"/>
        </w:rPr>
        <w:t>1:34:55  to ab society mein aurtein zyada ho gayin to kya kiya jaye yani surplus ho gayin surplus to surplus ko manage karne ke liye polygamy hai aisi talaq ke liye bhi ye islam ijazat hai to kabhi aisi situation paida ho jati hai jabke bohat hi zyada yani grave situation hai to polygamy bhi aur aur talaq dono law of necessity ke tehat hai ye general law nahi hai ye</w:t>
      </w:r>
    </w:p>
    <w:p>
      <w:pPr>
        <w:pStyle w:val="Heading2"/>
      </w:pPr>
      <w:r>
        <w:t>Compromising attitude for team unity in spreading ideology</w:t>
      </w:r>
    </w:p>
    <w:p>
      <w:r>
        <w:rPr>
          <w:color w:val="666666"/>
          <w:sz w:val="18"/>
        </w:rPr>
        <w:t>Society &amp; Dawah · The Importance of Team Work February 5, 2012 · 2m 26s · at 1:00:07 · https://youtu.be/qBbwznqIqVw?t=3607</w:t>
      </w:r>
    </w:p>
    <w:p>
      <w:r>
        <w:rPr>
          <w:i/>
        </w:rPr>
        <w:t>“Moulana, today's talk is thought-provoking for teamwork. Is it necessary for team unity that we maintain a compromising attitude while spreading ideology? Some people say we should not be sticklers. Please clarify.”</w:t>
      </w:r>
    </w:p>
    <w:p>
      <w:r>
        <w:rPr>
          <w:sz w:val="20"/>
        </w:rPr>
        <w:t>1:00:07  maulana, yeh maulana sahab, yeh sawal aaya hai patna se daniyal sahab ka. unhon ne likha hai: "maulana, aaj ka khitab team work ke liye thought provoking hai.</w:t>
      </w:r>
      <w:r>
        <w:br/>
      </w:r>
      <w:r>
        <w:rPr>
          <w:sz w:val="20"/>
        </w:rPr>
        <w:t>1:00:19  maulana, kya team unity ke liye zaroori hai ke hum ideology ko spread karte waqt compromising attitude mein rahein?</w:t>
      </w:r>
      <w:r>
        <w:br/>
      </w:r>
      <w:r>
        <w:rPr>
          <w:sz w:val="20"/>
        </w:rPr>
        <w:t>1:00:28  kuch log kehte hain hum lakeer ke faqeer nahi hona chahiye. maulana, barah e karam is ko wazeh kijiye."</w:t>
      </w:r>
      <w:r>
        <w:br/>
      </w:r>
      <w:r>
        <w:rPr>
          <w:sz w:val="20"/>
        </w:rPr>
        <w:t>1:00:38  lakeer ke faqeer koi na quran hai, na hadith hai, na quran ki ayat hai, na koi hadith hai. yeh to khud sakhta aqwal hain.</w:t>
      </w:r>
      <w:r>
        <w:br/>
      </w:r>
      <w:r>
        <w:rPr>
          <w:sz w:val="20"/>
        </w:rPr>
        <w:t>1:00:50  jis ko aitraz karna hai, woh quran o hadith se aitraz kare, warna Allah taala ka jhoota qarar payega. koday mare jayenge is ko. saada baat nahi hai.</w:t>
      </w:r>
      <w:r>
        <w:br/>
      </w:r>
      <w:r>
        <w:rPr>
          <w:sz w:val="20"/>
        </w:rPr>
        <w:t>1:01:02  deen ke maamle mein aap apni aql se nahi bol sakte.</w:t>
      </w:r>
      <w:r>
        <w:br/>
      </w:r>
      <w:r>
        <w:rPr>
          <w:sz w:val="20"/>
        </w:rPr>
        <w:t>1:01:06  lakeer ke faqeer kaun si ayat hai? yeh kaun si hadith mein hai? kis sahabi ka qol hai? yani maamla deen ka hai, dawat Allah ka hai, aur aap awami maqbola pesh kar rahe hain.</w:t>
      </w:r>
      <w:r>
        <w:br/>
      </w:r>
      <w:r>
        <w:rPr>
          <w:sz w:val="20"/>
        </w:rPr>
        <w:t>1:01:21  yeh hai insincerity, yeh hai bekhaufi, yeh hai Allah se na darna.</w:t>
      </w:r>
      <w:r>
        <w:br/>
      </w:r>
      <w:r>
        <w:rPr>
          <w:sz w:val="20"/>
        </w:rPr>
        <w:t>1:01:33  aise logon ko bohat zyada risk le rahe hain, bohat bara risk le rahe hain ke Allah ka un ki flagging ki jaye. flagging</w:t>
      </w:r>
      <w:r>
        <w:br/>
      </w:r>
      <w:r>
        <w:rPr>
          <w:sz w:val="20"/>
        </w:rPr>
        <w:t>1:01:42  dekhiye, jab muamla deen ka ho,</w:t>
      </w:r>
      <w:r>
        <w:br/>
      </w:r>
      <w:r>
        <w:rPr>
          <w:sz w:val="20"/>
        </w:rPr>
        <w:t>1:01:47  ek aadmi deeni mission chala raha hai to aap ko sirf Quran o Hadees se bolne ka haq hai, kisi aur reference pe bolne ka haq hi nahi hai aap ko.</w:t>
      </w:r>
      <w:r>
        <w:br/>
      </w:r>
      <w:r>
        <w:rPr>
          <w:sz w:val="20"/>
        </w:rPr>
        <w:t>1:02:00  aise log jo hain, main yahi kahunga ke woh bohat bara risk le rahe hain ke Allah ke haan un ko poocha jaye ke tum kahan se bolay thay?</w:t>
      </w:r>
      <w:r>
        <w:br/>
      </w:r>
      <w:r>
        <w:rPr>
          <w:sz w:val="20"/>
        </w:rPr>
        <w:t>1:02:10  kis ayat mein aur kis hadees mein yeh baat thi? aur jab woh jawab na de payein to un ko koday maray jayen. main bohat shadeed is muamle mein hoon ke Khuda ke deen ke muamle mein koi Quran o Hadees ke bahar ka ek ek ek reasoning pesh kare,</w:t>
      </w:r>
      <w:r>
        <w:br/>
      </w:r>
      <w:r>
        <w:rPr>
          <w:sz w:val="20"/>
        </w:rPr>
        <w:t>1:02:28  khud sakhta reasoning.</w:t>
      </w:r>
    </w:p>
    <w:p>
      <w:pPr>
        <w:pStyle w:val="Heading2"/>
      </w:pPr>
      <w:r>
        <w:t>Concept of Joint Family in Islam</w:t>
      </w:r>
    </w:p>
    <w:p>
      <w:r>
        <w:rPr>
          <w:color w:val="666666"/>
          <w:sz w:val="18"/>
        </w:rPr>
        <w:t>Society &amp; Dawah · Man and the Laws of Nature April 1, 2012 · 2m 31s · at 1:34:22 · https://youtu.be/coIrwYQgb6Y?t=5662</w:t>
      </w:r>
    </w:p>
    <w:p>
      <w:r>
        <w:rPr>
          <w:i/>
        </w:rPr>
        <w:t>“What is the concept of joint family in Islam?”</w:t>
      </w:r>
    </w:p>
    <w:p>
      <w:r>
        <w:rPr>
          <w:sz w:val="20"/>
        </w:rPr>
        <w:t>1:34:22  maulana, agla sawal dilli se hai. miss ayesha ka</w:t>
      </w:r>
      <w:r>
        <w:br/>
      </w:r>
      <w:r>
        <w:rPr>
          <w:sz w:val="20"/>
        </w:rPr>
        <w:t>1:34:25  . unhon ne aap se poocha hai: "what is the concept of joint family in Islam?" dekhen, joint family jo hai, wo Islam ka masla nahi hai.</w:t>
      </w:r>
      <w:r>
        <w:br/>
      </w:r>
      <w:r>
        <w:rPr>
          <w:sz w:val="20"/>
        </w:rPr>
        <w:t>1:34:35  wo ek practical masla hai. yeh koi sharai masla nahi hai. aap akele rahen, chahe mil kar rahen, yeh aap ke upar hai.</w:t>
      </w:r>
      <w:r>
        <w:br/>
      </w:r>
      <w:r>
        <w:rPr>
          <w:sz w:val="20"/>
        </w:rPr>
        <w:t>1:34:47  yeh aap ka apna choice hai. hisab yeh nahi kehta ke tum joint family banao ya nahi kehta.</w:t>
      </w:r>
      <w:r>
        <w:br/>
      </w:r>
      <w:r>
        <w:rPr>
          <w:sz w:val="20"/>
        </w:rPr>
        <w:t>1:34:54  lekin main sirf yeh keh sakta hoon ke ke sirf yeh keh sakta hoon ke yani married life hai, married life mein hamesha problem rehta hai.</w:t>
      </w:r>
      <w:r>
        <w:br/>
      </w:r>
      <w:r>
        <w:rPr>
          <w:sz w:val="20"/>
        </w:rPr>
        <w:t>1:35:07  yani ek ek jora akele rahe, sirf husband aur wife, tab bhi problem hai. family ke sath mil kar rahe, tab bhi problem hai.</w:t>
      </w:r>
      <w:r>
        <w:br/>
      </w:r>
      <w:r>
        <w:rPr>
          <w:sz w:val="20"/>
        </w:rPr>
        <w:t>1:35:18  yahan tak ke shadi na karen, tab bhi problem hai.</w:t>
      </w:r>
      <w:r>
        <w:br/>
      </w:r>
      <w:r>
        <w:rPr>
          <w:sz w:val="20"/>
        </w:rPr>
        <w:t>1:35:21  to har soorat mein problem baqi rehta hai. sirf is ka nature badalta rehta hai. nature akele hain, tab bhi problem.</w:t>
      </w:r>
      <w:r>
        <w:br/>
      </w:r>
      <w:r>
        <w:rPr>
          <w:sz w:val="20"/>
        </w:rPr>
        <w:t>1:35:30  do hain, tab bhi problem. family mein, tab bhi problem. to hota yeh hai ke aadmi jis situation mein hai, wahan jo problem face kar raha hai, to us us waqt tak bas yahan yeh problem hai.</w:t>
      </w:r>
      <w:r>
        <w:br/>
      </w:r>
      <w:r>
        <w:rPr>
          <w:sz w:val="20"/>
        </w:rPr>
        <w:t>1:35:43  agar main is se alag tareeqa ikhtiyar karoon to wahan problem nahi rahega. aam taur par yeh log khayal hain.</w:t>
      </w:r>
      <w:r>
        <w:br/>
      </w:r>
      <w:r>
        <w:rPr>
          <w:sz w:val="20"/>
        </w:rPr>
        <w:t>1:35:51  to beharhal main yeh kahunga ke married life itself is a problem hai. balkeh life itself is a problem. life khud problem hai.</w:t>
      </w:r>
      <w:r>
        <w:br/>
      </w:r>
      <w:r>
        <w:rPr>
          <w:sz w:val="20"/>
        </w:rPr>
        <w:t>1:36:00  quran mein hai ke: "laqad khalaqal insana fi kabad". insaan ko hum ne paida kiya hai. problem hai. to problem to part of life hai. kese aap problem free life bana banayenge?</w:t>
      </w:r>
      <w:r>
        <w:br/>
      </w:r>
      <w:r>
        <w:rPr>
          <w:sz w:val="20"/>
        </w:rPr>
        <w:t>1:36:12  akele rahiye, shadi kar ke rahiye, joint family mein rahiye, kahin bhi rahiye,</w:t>
      </w:r>
      <w:r>
        <w:br/>
      </w:r>
      <w:r>
        <w:rPr>
          <w:sz w:val="20"/>
        </w:rPr>
        <w:t>1:36:20  har jagah problem</w:t>
      </w:r>
      <w:r>
        <w:br/>
      </w:r>
      <w:r>
        <w:rPr>
          <w:sz w:val="20"/>
        </w:rPr>
        <w:t>1:36:21  hai. to asal cheez hai ke: "you have no, you have to know the art, art of problem management". asal cheez yeh hai. joint family theek hai aur aur alag alag rehna theek hai.</w:t>
      </w:r>
      <w:r>
        <w:br/>
      </w:r>
      <w:r>
        <w:rPr>
          <w:sz w:val="20"/>
        </w:rPr>
        <w:t>1:36:33  donon theek hain. is mein koi sharai masla nahi hai. asal masla yeh hai ke aap jannay ke problem ko mujhe manage karna hai. problem se takrana nahi hai.</w:t>
      </w:r>
      <w:r>
        <w:br/>
      </w:r>
      <w:r>
        <w:rPr>
          <w:sz w:val="20"/>
        </w:rPr>
        <w:t>1:36:43  bas is is is is cheez ko log nahi jante. log yeh art of problem management nahi jante. is liye pareshan rehte hain.</w:t>
      </w:r>
    </w:p>
    <w:p>
      <w:pPr>
        <w:pStyle w:val="Heading2"/>
      </w:pPr>
      <w:r>
        <w:t>Concept of kafir in Islam</w:t>
      </w:r>
    </w:p>
    <w:p>
      <w:r>
        <w:rPr>
          <w:color w:val="666666"/>
          <w:sz w:val="18"/>
        </w:rPr>
        <w:t>Society &amp; Dawah · Example of the Prophet March 20, 2016 · 2m 15s · at 54:24 · https://youtu.be/79HmhzXU41w?t=3264</w:t>
      </w:r>
    </w:p>
    <w:p>
      <w:r>
        <w:rPr>
          <w:i/>
        </w:rPr>
        <w:t>“What is the concept of kafir in Islam? Nowadays many Muslims declare kafir to one another and also to non-Muslims. What is your comment on this?”</w:t>
      </w:r>
    </w:p>
    <w:p>
      <w:r>
        <w:rPr>
          <w:sz w:val="20"/>
        </w:rPr>
        <w:t>54:24  Maulana, agla sawal bhi mianwali pakistan se hai, zulfiqar khan sahab ka, aur unhone likha hai: What</w:t>
      </w:r>
      <w:r>
        <w:br/>
      </w:r>
      <w:r>
        <w:rPr>
          <w:sz w:val="20"/>
        </w:rPr>
        <w:t>54:32  is the concept of kafir in Islam</w:t>
      </w:r>
      <w:r>
        <w:br/>
      </w:r>
      <w:r>
        <w:rPr>
          <w:sz w:val="20"/>
        </w:rPr>
        <w:t>54:36  Because nowadays many Muslims declare کافر to one another and also to non-Muslims. What is your comment on this?</w:t>
      </w:r>
      <w:r>
        <w:br/>
      </w:r>
      <w:r>
        <w:rPr>
          <w:sz w:val="20"/>
        </w:rPr>
        <w:t>54:47  dekhein, kafir ka lafzi maani hai munkir.</w:t>
      </w:r>
      <w:r>
        <w:br/>
      </w:r>
      <w:r>
        <w:rPr>
          <w:sz w:val="20"/>
        </w:rPr>
        <w:t>54:51  kafir koi qaum nahi hai, kafir koi community nahi hai.</w:t>
      </w:r>
      <w:r>
        <w:br/>
      </w:r>
      <w:r>
        <w:rPr>
          <w:sz w:val="20"/>
        </w:rPr>
        <w:t>54:55  aaj kal jo istemal karte hain woh bilkul galat hai, iska islam se koi talluq nahi.</w:t>
      </w:r>
      <w:r>
        <w:br/>
      </w:r>
      <w:r>
        <w:rPr>
          <w:sz w:val="20"/>
        </w:rPr>
        <w:t>55:02  kafir ek saada lafz hai munkir ke maani mein.</w:t>
      </w:r>
      <w:r>
        <w:br/>
      </w:r>
      <w:r>
        <w:rPr>
          <w:sz w:val="20"/>
        </w:rPr>
        <w:t>55:07  aisa kuch nahi ke yeh muslim community hai, woh kafir community hai.</w:t>
      </w:r>
      <w:r>
        <w:br/>
      </w:r>
      <w:r>
        <w:rPr>
          <w:sz w:val="20"/>
        </w:rPr>
        <w:t>55:10  yeh bilkul galat hai, bilkul galat hai, bilkul galat hai.</w:t>
      </w:r>
      <w:r>
        <w:br/>
      </w:r>
      <w:r>
        <w:rPr>
          <w:sz w:val="20"/>
        </w:rPr>
        <w:t>55:16  quran mein kafir ka lafz community ke maani mein nahi aaya, inkaar karne wale ke maani mein aaya.</w:t>
      </w:r>
      <w:r>
        <w:br/>
      </w:r>
      <w:r>
        <w:rPr>
          <w:sz w:val="20"/>
        </w:rPr>
        <w:t>55:21  to koi aadmi agar inkaar kare to aap kahenge ke inkaar kar raha hai.</w:t>
      </w:r>
      <w:r>
        <w:br/>
      </w:r>
      <w:r>
        <w:rPr>
          <w:sz w:val="20"/>
        </w:rPr>
        <w:t>55:26  ek saada baat hogi woh.</w:t>
      </w:r>
      <w:r>
        <w:br/>
      </w:r>
      <w:r>
        <w:rPr>
          <w:sz w:val="20"/>
        </w:rPr>
        <w:t>55:29  abhi kafir ka lafz derogatory sense mein ban gaya hai.</w:t>
      </w:r>
      <w:r>
        <w:br/>
      </w:r>
      <w:r>
        <w:rPr>
          <w:sz w:val="20"/>
        </w:rPr>
        <w:t>55:34  kafir ka lafz hai derogatory sense mein ban gaya hai.</w:t>
      </w:r>
      <w:r>
        <w:br/>
      </w:r>
      <w:r>
        <w:rPr>
          <w:sz w:val="20"/>
        </w:rPr>
        <w:t>55:38  yeh bilkul hi ghair islami hai.</w:t>
      </w:r>
      <w:r>
        <w:br/>
      </w:r>
      <w:r>
        <w:rPr>
          <w:sz w:val="20"/>
        </w:rPr>
        <w:t>55:43  islam mein yeh hai ke aap apni baat kahiye,</w:t>
      </w:r>
      <w:r>
        <w:br/>
      </w:r>
      <w:r>
        <w:rPr>
          <w:sz w:val="20"/>
        </w:rPr>
        <w:t>55:47  koi maane to maane, na maane to na maane, na maane to phir dua kijiye.</w:t>
      </w:r>
      <w:r>
        <w:br/>
      </w:r>
      <w:r>
        <w:rPr>
          <w:sz w:val="20"/>
        </w:rPr>
        <w:t>55:52  yani takfeer islam mein hai hi nahi hai.</w:t>
      </w:r>
      <w:r>
        <w:br/>
      </w:r>
      <w:r>
        <w:rPr>
          <w:sz w:val="20"/>
        </w:rPr>
        <w:t>55:56  yeh to takfeer ka riwaj pada hua hai, yeh bilkul hi islam ke khilaf hai.</w:t>
      </w:r>
      <w:r>
        <w:br/>
      </w:r>
      <w:r>
        <w:rPr>
          <w:sz w:val="20"/>
        </w:rPr>
        <w:t>56:00  kabhi takfeer nahi ki, takfeer ki thi islam mein pehli baar khawarij ne.</w:t>
      </w:r>
      <w:r>
        <w:br/>
      </w:r>
      <w:r>
        <w:rPr>
          <w:sz w:val="20"/>
        </w:rPr>
        <w:t>56:06  islam ki tareekh mein pehli baar takfeer kiya khawarij ne jin ko ulma khud kafir kehte hain, un</w:t>
      </w:r>
      <w:r>
        <w:br/>
      </w:r>
      <w:r>
        <w:rPr>
          <w:sz w:val="20"/>
        </w:rPr>
        <w:t>56:11  ko to takfeer ka tareeqa islam mein hargiz nahi hai.</w:t>
      </w:r>
      <w:r>
        <w:br/>
      </w:r>
      <w:r>
        <w:rPr>
          <w:sz w:val="20"/>
        </w:rPr>
        <w:t>56:17  islam mein tablegh hai, dawat hai, bas.</w:t>
      </w:r>
      <w:r>
        <w:br/>
      </w:r>
      <w:r>
        <w:rPr>
          <w:sz w:val="20"/>
        </w:rPr>
        <w:t>56:20  wo agar manta hai to uska feal hai, na maane to uska feal hai.</w:t>
      </w:r>
      <w:r>
        <w:br/>
      </w:r>
      <w:r>
        <w:rPr>
          <w:sz w:val="20"/>
        </w:rPr>
        <w:t>56:26  faman shaa falyoumin, faman shaa falyukfir yeh allah ka muamla hai.</w:t>
      </w:r>
      <w:r>
        <w:br/>
      </w:r>
      <w:r>
        <w:rPr>
          <w:sz w:val="20"/>
        </w:rPr>
        <w:t>56:31  yeh sara jo culture musalmanon mein chala hua hai ke kafir kehna, takfeer karna, yeh sab culture islam</w:t>
      </w:r>
      <w:r>
        <w:br/>
      </w:r>
      <w:r>
        <w:rPr>
          <w:sz w:val="20"/>
        </w:rPr>
        <w:t>56:37  ke khilaf hai.</w:t>
      </w:r>
    </w:p>
    <w:p>
      <w:pPr>
        <w:pStyle w:val="Heading2"/>
      </w:pPr>
      <w:r>
        <w:t>Conflict between Semitic and non-Semitic religions</w:t>
      </w:r>
    </w:p>
    <w:p>
      <w:r>
        <w:rPr>
          <w:color w:val="666666"/>
          <w:sz w:val="18"/>
        </w:rPr>
        <w:t>Society &amp; Dawah · War and Peace August 28, 2016 Maulana Wahiduddin Khan · 50s · at 50:38 · https://youtu.be/8ViacW5xI3w?t=3038</w:t>
      </w:r>
    </w:p>
    <w:p>
      <w:r>
        <w:rPr>
          <w:i/>
        </w:rPr>
        <w:t>“Why does the conflict between Semitic and non-Semitic religions continue till today? Why is religion considered a reason of violence?”</w:t>
      </w:r>
    </w:p>
    <w:p>
      <w:r>
        <w:rPr>
          <w:sz w:val="20"/>
        </w:rPr>
        <w:t>50:38  unhone ek aur sawal kiya hai, maulana, unhone aap se poocha hai ke semitic aur non-semitic</w:t>
      </w:r>
      <w:r>
        <w:br/>
      </w:r>
      <w:r>
        <w:rPr>
          <w:sz w:val="20"/>
        </w:rPr>
        <w:t>50:45  religion ka conflict aaj tak kyun jari hai? mazhab ko kyun reason of violence samjha jata hai? is</w:t>
      </w:r>
      <w:r>
        <w:br/>
      </w:r>
      <w:r>
        <w:rPr>
          <w:sz w:val="20"/>
        </w:rPr>
        <w:t>50:51  ke bare mein batayen.</w:t>
      </w:r>
      <w:r>
        <w:br/>
      </w:r>
      <w:r>
        <w:rPr>
          <w:sz w:val="20"/>
        </w:rPr>
        <w:t>50:57  bhai, kaun sa conflict jo hai aaj jari na hua ab tak? yeh to kabhi khatm nahi hua.</w:t>
      </w:r>
      <w:r>
        <w:br/>
      </w:r>
      <w:r>
        <w:rPr>
          <w:sz w:val="20"/>
        </w:rPr>
        <w:t>51:03  wo conflict jo shuru hua tha habil qabil ke, wo bhi aaj tak jari hai.</w:t>
      </w:r>
      <w:r>
        <w:br/>
      </w:r>
      <w:r>
        <w:rPr>
          <w:sz w:val="20"/>
        </w:rPr>
        <w:t>51:10  to koi conflict duniya mein khatm nahi hota qayamat se pehle.</w:t>
      </w:r>
      <w:r>
        <w:br/>
      </w:r>
      <w:r>
        <w:rPr>
          <w:sz w:val="20"/>
        </w:rPr>
        <w:t>51:16  yeh to ho hi nahi sakta ke kafir free duniya ban jaye, wo to ho nahi sakta, wo</w:t>
      </w:r>
      <w:r>
        <w:br/>
      </w:r>
      <w:r>
        <w:rPr>
          <w:sz w:val="20"/>
        </w:rPr>
        <w:t>51:22  to law of nature ke khilaaf hai.</w:t>
      </w:r>
    </w:p>
    <w:p>
      <w:pPr>
        <w:pStyle w:val="Heading2"/>
      </w:pPr>
      <w:r>
        <w:t>Conflict between state and public</w:t>
      </w:r>
    </w:p>
    <w:p>
      <w:r>
        <w:rPr>
          <w:color w:val="666666"/>
          <w:sz w:val="18"/>
        </w:rPr>
        <w:t>Society &amp; Dawah · 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Connecting cultural speech to Quran appropriate?</w:t>
      </w:r>
    </w:p>
    <w:p>
      <w:r>
        <w:rPr>
          <w:color w:val="666666"/>
          <w:sz w:val="18"/>
        </w:rPr>
        <w:t>Society &amp; Dawah · Age Of Consumerism I January 6, 2013 Maulana Wahiduddin Khan · 1m 42s · at 1:33:03 · https://youtu.be/CuRYFl7JuEM?t=5583</w:t>
      </w:r>
    </w:p>
    <w:p>
      <w:r>
        <w:rPr>
          <w:i/>
        </w:rPr>
        <w:t>“I heard a speech of a great scholar about Muslim culture. In the end he quoted Prophet Ibrahim's statement: 'O my people! I do not ask you for any reward; my reward is with Allah.' My question is: after such a cultural speech, how appropriate is it to connect it to the Quran?”</w:t>
      </w:r>
    </w:p>
    <w:p>
      <w:r>
        <w:rPr>
          <w:sz w:val="20"/>
        </w:rPr>
        <w:t>1:33:03  Maulana, yeh sawal Dilli se hai, Shah Imran Hasan Sahab ka. Unhon ne likha hai:</w:t>
      </w:r>
      <w:r>
        <w:br/>
      </w:r>
      <w:r>
        <w:rPr>
          <w:sz w:val="20"/>
        </w:rPr>
        <w:t>1:33:09  "ek bade aalim deen ki maine taqreer suni. Yeh taqreer Muslim culture ke upar thi. Aakhir mein unhon ne Hazrat Ibrahim ki yeh baat kahi ke 'Ae me</w:t>
      </w:r>
      <w:r>
        <w:br/>
      </w:r>
      <w:r>
        <w:rPr>
          <w:sz w:val="20"/>
        </w:rPr>
        <w:t>1:33:23  ri qaum! Main tum se koi ajr nahi mangta, mera ajr to Allah ke paas hai.'" Maulana Sahab, mera sawal yeh hai ke is tarah ki cultural taqreer ke baad is ko Quran se jodna kaisa hai?</w:t>
      </w:r>
      <w:r>
        <w:br/>
      </w:r>
      <w:r>
        <w:rPr>
          <w:sz w:val="20"/>
        </w:rPr>
        <w:t>1:33:45  Cultural jo Musalmanon ka zehan hai, cultural identity yani</w:t>
      </w:r>
    </w:p>
    <w:p>
      <w:pPr>
        <w:pStyle w:val="Heading2"/>
      </w:pPr>
      <w:r>
        <w:t>Conscience, Peace, and Dawah Opportunity</w:t>
      </w:r>
    </w:p>
    <w:p>
      <w:r>
        <w:rPr>
          <w:color w:val="666666"/>
          <w:sz w:val="18"/>
        </w:rPr>
        <w:t>Society &amp; Dawah · The Problem of Conditioning April 22, 2012 · 1m 26s · at 1:12:01 · https://youtu.be/j-kJQzOz46g?t=4321</w:t>
      </w:r>
    </w:p>
    <w:p>
      <w:r>
        <w:rPr>
          <w:i/>
        </w:rPr>
        <w:t>“Is a person's conscience saying that one should establish peace and then take the opportunity for dawah?”</w:t>
      </w:r>
    </w:p>
    <w:p>
      <w:r>
        <w:rPr>
          <w:sz w:val="20"/>
        </w:rPr>
        <w:t>1:12:01  maulana, Tamil Nadu se Maulana Iqbal Omri ne sawal kiya hai. unhon ne likha hai: "Maulana, kya insan ka zamir yeh keh raha hai ke aman do aur dawat ka mauqa lo?" main yun kahunga ke daai ka concern hai muaddal halaat mein dawat dena.</w:t>
      </w:r>
      <w:r>
        <w:br/>
      </w:r>
      <w:r>
        <w:rPr>
          <w:sz w:val="20"/>
        </w:rPr>
        <w:t>1:12:23  to yeh daai ki zimmedari hai ke woh aman qaim kare. madu ki zimmedari nahi hai.</w:t>
      </w:r>
      <w:r>
        <w:br/>
      </w:r>
      <w:r>
        <w:rPr>
          <w:sz w:val="20"/>
        </w:rPr>
        <w:t>1:12:30  aman qaim karna daai ki zimmedari hai. kyun ke daai ko yeh matloob hai ke dono tak dawat pohnche, dawat ke sargarme ja rahe hon.</w:t>
      </w:r>
      <w:r>
        <w:br/>
      </w:r>
      <w:r>
        <w:rPr>
          <w:sz w:val="20"/>
        </w:rPr>
        <w:t>1:12:41  to is ke liye muaddal halaat darkaar hain, aman ke halaat darkaar hain. to yeh madu ki zimmedari hai ke woh har qeemat par aman qaim kare.</w:t>
      </w:r>
      <w:r>
        <w:br/>
      </w:r>
      <w:r>
        <w:rPr>
          <w:sz w:val="20"/>
        </w:rPr>
        <w:t>1:12:51  jaise ke rasool Allah sal Allah alaihi wasallam ne har qeemat di is liye ke aman qaim ho.</w:t>
      </w:r>
      <w:r>
        <w:br/>
      </w:r>
      <w:r>
        <w:rPr>
          <w:sz w:val="20"/>
        </w:rPr>
        <w:t>1:12:56  jab taqaza hua makkah mein to aap hijrat kar gaye. Hudaybiyah ke mauqe par aap ne yak tarfa shartein maan lein. to is halaat ke aitbaar se yeh faisla kiya jayega ke aman ko qaim karne ka tareeqa kya hai.</w:t>
      </w:r>
      <w:r>
        <w:br/>
      </w:r>
      <w:r>
        <w:rPr>
          <w:sz w:val="20"/>
        </w:rPr>
        <w:t>1:13:13  baqi mein yeh baat zaroor kahunga ke yeh daai ki zimmedari hai, madu ki zimmedari nahi hai. Madu se maang karna yeh bilkul is masle mein bilkul ek irrelevant baat hai.</w:t>
      </w:r>
    </w:p>
    <w:p>
      <w:pPr>
        <w:pStyle w:val="Heading2"/>
      </w:pPr>
      <w:r>
        <w:t>Conveying religion's connection to God's plan</w:t>
      </w:r>
    </w:p>
    <w:p>
      <w:r>
        <w:rPr>
          <w:color w:val="666666"/>
          <w:sz w:val="18"/>
        </w:rPr>
        <w:t>Society &amp; Dawah · Prophetic Model February 16, 2014 · 1m 35s · at 1:04:35 · https://youtu.be/ypIIqSmExzk?t=3875</w:t>
      </w:r>
    </w:p>
    <w:p>
      <w:r>
        <w:rPr>
          <w:i/>
        </w:rPr>
        <w:t>“While doing dawah work, how do we convey that religion has a very deep connection with the purpose of creation plan of God?”</w:t>
      </w:r>
    </w:p>
    <w:p>
      <w:r>
        <w:rPr>
          <w:sz w:val="20"/>
        </w:rPr>
        <w:t>1:04:35  molana yeh sawal dilli se aya hai mudassir ansari sahib ka. unhon ne likha hai: "While doing daawa work how do we convey that religion has got a very deep connection with purpose of creation plan</w:t>
      </w:r>
      <w:r>
        <w:br/>
      </w:r>
      <w:r>
        <w:rPr>
          <w:sz w:val="20"/>
        </w:rPr>
        <w:t>1:04:53  of God. " is ke bare mein bataein.</w:t>
      </w:r>
      <w:r>
        <w:br/>
      </w:r>
      <w:r>
        <w:rPr>
          <w:sz w:val="20"/>
        </w:rPr>
        <w:t>1:05:00  yani is se sawal kiya bhai sochen jo parhe ga quran majeed parhe ga to is ko clear ho jaye ga? kiya is mein question kiya banta hai yeh? mein samjha nahi kiya question banta hai yeh.</w:t>
      </w:r>
      <w:r>
        <w:br/>
      </w:r>
      <w:r>
        <w:rPr>
          <w:sz w:val="20"/>
        </w:rPr>
        <w:t>1:05:10  hmm bhai quran jo bhi parhe ga to mein to ek naya lafz diya hai creation plan of God. warna p</w:t>
      </w:r>
    </w:p>
    <w:p>
      <w:pPr>
        <w:pStyle w:val="Heading2"/>
      </w:pPr>
      <w:r>
        <w:t>Conveying spirituality to materialistic women</w:t>
      </w:r>
    </w:p>
    <w:p>
      <w:r>
        <w:rPr>
          <w:color w:val="666666"/>
          <w:sz w:val="18"/>
        </w:rPr>
        <w:t>Society &amp; Dawah · Religion and Democracy December 25, 2011 · 2m 50s · at 1:17:13 · https://youtu.be/8Mf_yvDA8ik?t=4633</w:t>
      </w:r>
    </w:p>
    <w:p>
      <w:r>
        <w:rPr>
          <w:i/>
        </w:rPr>
        <w:t>“My question is that today's women spend most of their time and ability only for their material comforts. In such a situation, how can the message of spirituality be conveyed to them?”</w:t>
      </w:r>
    </w:p>
    <w:p>
      <w:r>
        <w:rPr>
          <w:sz w:val="20"/>
        </w:rPr>
        <w:t>1:17:13  maulana, agla sawal karachi se aya hai miss saira latif ka. unhon ne likha hai: "mera sawal yeh hai ke aaj ki khawateen apna zyada tar waqt aur salahiyat sirf apni madi sahulaton ki nazar kiye hue hain.</w:t>
      </w:r>
      <w:r>
        <w:br/>
      </w:r>
      <w:r>
        <w:rPr>
          <w:sz w:val="20"/>
        </w:rPr>
        <w:t>1:17:30  aisi halat mein un ko rohaniyat ka paigham kis tarah pohanchaya jaye?"</w:t>
      </w:r>
      <w:r>
        <w:br/>
      </w:r>
      <w:r>
        <w:rPr>
          <w:sz w:val="20"/>
        </w:rPr>
        <w:t>1:17:38  asal mein baat yeh hai ke log material cheezon ki value jante hain aur spiritual wali baatein jo hain, is ki value nahi sochte.</w:t>
      </w:r>
      <w:r>
        <w:br/>
      </w:r>
      <w:r>
        <w:rPr>
          <w:sz w:val="20"/>
        </w:rPr>
        <w:t>1:17:48  woh asal baat yeh hai ke agar un ko bataya jaye ke material cheezon ke mein ka plus point aur minus point kya hai,</w:t>
      </w:r>
      <w:r>
        <w:br/>
      </w:r>
      <w:r>
        <w:rPr>
          <w:sz w:val="20"/>
        </w:rPr>
        <w:t>1:18:03  yeh un ko khabar is ki nahi hai, kyunke material cheezon ke peeche daurne mein kya hota hai? yeh to hota hai tension, stress, taluqat mein yani khinchao, tarah tarah ke problem jo ate hain, isi liye ate hain ke hum material cheezon ko apna goal banaye hue hain.</w:t>
      </w:r>
      <w:r>
        <w:br/>
      </w:r>
      <w:r>
        <w:rPr>
          <w:sz w:val="20"/>
        </w:rPr>
        <w:t>1:18:23  to spiritual jo goal hai, is ko hum agar samne rakhen to achaanak hum ko ek bilkul hi peaceful life mil jati hai, bohat peaceful life.</w:t>
      </w:r>
      <w:r>
        <w:br/>
      </w:r>
      <w:r>
        <w:rPr>
          <w:sz w:val="20"/>
        </w:rPr>
        <w:t>1:18:36  aur phir peaceful life ka faida yeh hota hai ke hum jo asal jo asal jo kaam hai, woh kar paate hain. yani intellectual development sab se bari cheez dunya mein jo hai, woh hai intellectual development.</w:t>
      </w:r>
      <w:r>
        <w:br/>
      </w:r>
      <w:r>
        <w:rPr>
          <w:sz w:val="20"/>
        </w:rPr>
        <w:t>1:18:48  isi ko quran mein kaha gaya hai: "tazkiya". tazkiya kya hai?</w:t>
      </w:r>
      <w:r>
        <w:br/>
      </w:r>
      <w:r>
        <w:rPr>
          <w:sz w:val="20"/>
        </w:rPr>
        <w:t>1:18:53  intellectual development ka naam hai tazkiya. to asal kaam jo hai, wahi nahi kar pata aadmi material cheezon mein phansne ki wajah se. main to allah ke fazl se material cheezon se bilkul hi apne ko banaya hai,</w:t>
      </w:r>
      <w:r>
        <w:br/>
      </w:r>
      <w:r>
        <w:rPr>
          <w:sz w:val="20"/>
        </w:rPr>
        <w:t>1:19:07  itna door kar liya hai ke koi meri need hi nahi, koi zaroorat hi meri nahi hai. jo jo logon ne jo jo jo mujhe de diya gaya pehanne ke liye, woh maine pehan liya.</w:t>
      </w:r>
      <w:r>
        <w:br/>
      </w:r>
      <w:r>
        <w:rPr>
          <w:sz w:val="20"/>
        </w:rPr>
        <w:t>1:19:19  jo khane ke liye de diya gaya, woh kha liya. bas</w:t>
      </w:r>
      <w:r>
        <w:br/>
      </w:r>
      <w:r>
        <w:rPr>
          <w:sz w:val="20"/>
        </w:rPr>
        <w:t>1:19:23  to mujhe peace hi peace hai. to mujhe mauqa hai ke main raat din apne aap ko intellectual development mein masroof rakhun. mera jo intellectual process jo hai, woh chalta rehta hai barabar, kyunke doosri cheezon mein apne ko distract nahi kiya hua hai.</w:t>
      </w:r>
      <w:r>
        <w:br/>
      </w:r>
      <w:r>
        <w:rPr>
          <w:sz w:val="20"/>
        </w:rPr>
        <w:t>1:19:39  to is raat ko samajhte hain yeh log ke kitna bada nuqsan kar rahe hain, yaani apne is, yaani apne is lifestyle ki wajah se.</w:t>
      </w:r>
      <w:r>
        <w:br/>
      </w:r>
      <w:r>
        <w:rPr>
          <w:sz w:val="20"/>
        </w:rPr>
        <w:t>1:19:51  to inko yeh yeh baat khul jaye, agar ke yeh lifestyle jo hai, aap ke liye bohat hi, yaani disastrous hai. to inshallah aap yeh islaah kar lenge.</w:t>
      </w:r>
    </w:p>
    <w:p>
      <w:pPr>
        <w:pStyle w:val="Heading2"/>
      </w:pPr>
      <w:r>
        <w:t>Correcting Muslim thinking with closed ijtihad</w:t>
      </w:r>
    </w:p>
    <w:p>
      <w:r>
        <w:rPr>
          <w:color w:val="666666"/>
          <w:sz w:val="18"/>
        </w:rPr>
        <w:t>Society &amp; Dawah · Q&amp;A 20 Nov 2011 Maulana Wahiduddin Khan · 1m 33s · at 38:22 · https://youtu.be/7sNDn8Y6jUc?t=2302</w:t>
      </w:r>
    </w:p>
    <w:p>
      <w:r>
        <w:rPr>
          <w:i/>
        </w:rPr>
        <w:t>“Scholars have closed the doors of ijtihad. I want to know if common Muslims' thinking can be corrected even if their scholars' existing mentality and approach continues, and if correction in scholars' thinking is a precondition to improve the situation.”</w:t>
      </w:r>
    </w:p>
    <w:p>
      <w:r>
        <w:rPr>
          <w:sz w:val="20"/>
        </w:rPr>
        <w:t>38:22  Maulana agla sawal Raipur se aya hai. Mr. Idrees aur Miss Shabana ne likha hai ke ulama have closed the doors of the ijtihad.</w:t>
      </w:r>
      <w:r>
        <w:br/>
      </w:r>
      <w:r>
        <w:rPr>
          <w:sz w:val="20"/>
        </w:rPr>
        <w:t>38:32  I want to know if common muslims thinking be corrected even if their ulma existing mentality and approach continues.</w:t>
      </w:r>
      <w:r>
        <w:br/>
      </w:r>
      <w:r>
        <w:rPr>
          <w:sz w:val="20"/>
        </w:rPr>
        <w:t>38:42  aur correction in ulama thinking is a precondition to improve the situation.</w:t>
      </w:r>
      <w:r>
        <w:br/>
      </w:r>
      <w:r>
        <w:rPr>
          <w:sz w:val="20"/>
        </w:rPr>
        <w:t>38:48  bhai kaun sa masla hai is mein ulama poochte hain musalman. koi job ke liye business ke liye shadi ke liye jehez ke liye koi poochta hai?</w:t>
      </w:r>
      <w:r>
        <w:br/>
      </w:r>
      <w:r>
        <w:rPr>
          <w:sz w:val="20"/>
        </w:rPr>
        <w:t>38:57  isi mein koi shart lagai jaye. ji. ulama bilkul ineffective hain society mein koi in ka asar nahi hai bas kuch fatwa dete hain kuch bolte hain lekin asar kya hai?</w:t>
      </w:r>
      <w:r>
        <w:br/>
      </w:r>
      <w:r>
        <w:rPr>
          <w:sz w:val="20"/>
        </w:rPr>
        <w:t>39:10  mujhe bataiye kaun aadmi hai aap is ko is ka naam bataye mujhe jo apne job ke liye ulama se poochta ho business ke liye ulama</w:t>
      </w:r>
      <w:r>
        <w:br/>
      </w:r>
      <w:r>
        <w:rPr>
          <w:sz w:val="20"/>
        </w:rPr>
        <w:t>39:18  se poochta ho shadi mein jehez doon ke na doon is liye is ulama se poochta ho kuch nahi koi poochta nahi to is mein bhi koi aap excuse banate hain har aadmi ko khud padhna chahiye khud mutala karna chahiye aur quran ko hadith ko</w:t>
      </w:r>
      <w:r>
        <w:br/>
      </w:r>
      <w:r>
        <w:rPr>
          <w:sz w:val="20"/>
        </w:rPr>
        <w:t>39:36  aur doosri kitabein jo hain us ko padh kar ke khud rai banaye woh kya sahi hai kya galat hai ulama to ineffective hain main nahi samajhta kisi bhi shobe mein in ka koi darja hai woh fatwa dete hain lekin manta kaun hai in ke fatwe ko.</w:t>
      </w:r>
    </w:p>
    <w:p>
      <w:pPr>
        <w:pStyle w:val="Heading2"/>
      </w:pPr>
      <w:r>
        <w:t>Correctness of thought about dawah duty</w:t>
      </w:r>
    </w:p>
    <w:p>
      <w:r>
        <w:rPr>
          <w:color w:val="666666"/>
          <w:sz w:val="18"/>
        </w:rPr>
        <w:t>Society &amp; Dawah · God and Man February 19, 2012 · 2m 17s · at 1:26:10 · https://youtu.be/rL4g0LOU3wo?t=5170</w:t>
      </w:r>
    </w:p>
    <w:p>
      <w:r>
        <w:rPr>
          <w:i/>
        </w:rPr>
        <w:t>“Molana, whenever I have a hesitation to avail a dawah opportunity, a second thought comes to my mind. That is, if I do not do this dawah work, then nobody else on earth is going to do that. Then I get engaged in dawah activity. Molana, is such a thought correct?”</w:t>
      </w:r>
    </w:p>
    <w:p>
      <w:r>
        <w:rPr>
          <w:sz w:val="20"/>
        </w:rPr>
        <w:t>1:26:10  Maulana, agla sawal hai Mr. Sajid Anwar ka Roorkee se. unhon ne likha hai: "Molana, whenever I have a hesitation to avail a dawah opportunity, a second thought comes to my mind</w:t>
      </w:r>
      <w:r>
        <w:br/>
      </w:r>
      <w:r>
        <w:rPr>
          <w:sz w:val="20"/>
        </w:rPr>
        <w:t>1:26:25  . That is, if I do not do this dawah work, then nobody else on earth is going to do that. Then I get engaged in dawah activity.</w:t>
      </w:r>
      <w:r>
        <w:br/>
      </w:r>
      <w:r>
        <w:rPr>
          <w:sz w:val="20"/>
        </w:rPr>
        <w:t>1:26:36  Molana, is such a thought correct?" bohat correct hai. More than correct hai. More than correct hai.</w:t>
      </w:r>
      <w:r>
        <w:br/>
      </w:r>
      <w:r>
        <w:rPr>
          <w:sz w:val="20"/>
        </w:rPr>
        <w:t>1:26:47  yeh har da'i ke andar yeh jazba hona chahiye. ke maine kiya to koi doosra karne wala nahin.</w:t>
      </w:r>
      <w:r>
        <w:br/>
      </w:r>
      <w:r>
        <w:rPr>
          <w:sz w:val="20"/>
        </w:rPr>
        <w:t>1:26:54  jaise Rasool Allah sal'lallahu alaihi wasallam ne Badr ke mauqe par dekhe, ek hazar bohat se مسلح log aaye the hamla karne ke liye.</w:t>
      </w:r>
      <w:r>
        <w:br/>
      </w:r>
      <w:r>
        <w:rPr>
          <w:sz w:val="20"/>
        </w:rPr>
        <w:t>1:27:04  Rasool Allah ke paas us waqt sirf teen sau tera aadmi the bas. idhar ek hazar bohat مسلح, yahan teen sau tera. un ke paas samaan bohat hi kam samaan.</w:t>
      </w:r>
      <w:r>
        <w:br/>
      </w:r>
      <w:r>
        <w:rPr>
          <w:sz w:val="20"/>
        </w:rPr>
        <w:t>1:27:15  to woh yaani jab maidan mein utre muqable ke liye, to Rasool Allah sal'lallahu alaihi wasallam sajde mein gir pade.</w:t>
      </w:r>
      <w:r>
        <w:br/>
      </w:r>
      <w:r>
        <w:rPr>
          <w:sz w:val="20"/>
        </w:rPr>
        <w:t>1:27:27  maidan jang ke bahar aap ke liye ek ek chhappar type ka hota tha, us ko areesh kehte the. areesh. areesh ke ma'ni samajh len aaj kal ke zuban mein chhappar.</w:t>
      </w:r>
      <w:r>
        <w:br/>
      </w:r>
      <w:r>
        <w:rPr>
          <w:sz w:val="20"/>
        </w:rPr>
        <w:t>1:27:36  is mein aap the. aap sajde mein gir pade. aap ne kaha: ALLAHUMMA IN TUSLIK HAAZIHI 'ISABATUN LA TU'BADU BA'DAHA FI AL-ARDI</w:t>
      </w:r>
      <w:r>
        <w:br/>
      </w:r>
      <w:r>
        <w:rPr>
          <w:sz w:val="20"/>
        </w:rPr>
        <w:t>1:27:46  khudaya agar yeh chand log halak ho gaye to teri ibadat ka numaya nahin hoga. to yeh is se aap samajhte hain ke spirit kya hoti hai aadmi ki.</w:t>
      </w:r>
      <w:r>
        <w:br/>
      </w:r>
      <w:r>
        <w:rPr>
          <w:sz w:val="20"/>
        </w:rPr>
        <w:t>1:27:59  ke maine kiya to hoga kaam nahin to kaam hi nahin hoga. yeh is se aap ko yaani aap ke andar bohat bohat motivation aata hai.</w:t>
      </w:r>
      <w:r>
        <w:br/>
      </w:r>
      <w:r>
        <w:rPr>
          <w:sz w:val="20"/>
        </w:rPr>
        <w:t>1:28:10  bohat bohat incentive aata hai. bohat bohat muharrik aata hai.</w:t>
      </w:r>
      <w:r>
        <w:br/>
      </w:r>
      <w:r>
        <w:rPr>
          <w:sz w:val="20"/>
        </w:rPr>
        <w:t>1:28:16  kya to maine kiya to kaam hoga. maine nahin kiya to kaam hi nahin hoga. is hadith ka matlab yeh hai. to yeh to bohat acha jazba hai.</w:t>
      </w:r>
    </w:p>
    <w:p>
      <w:pPr>
        <w:pStyle w:val="Heading2"/>
      </w:pPr>
      <w:r>
        <w:t>Correctness of thought that no one else will do dawah</w:t>
      </w:r>
    </w:p>
    <w:p>
      <w:r>
        <w:rPr>
          <w:color w:val="666666"/>
          <w:sz w:val="18"/>
        </w:rPr>
        <w:t>Society &amp; Dawah · God and Man I February 19, 2012 Maulana Wahiduddin Khan · 1m 53s · at 1:27:53 · https://youtu.be/8TP3nlGRZek?t=5273</w:t>
      </w:r>
    </w:p>
    <w:p>
      <w:r>
        <w:rPr>
          <w:i/>
        </w:rPr>
        <w:t>“Whenever I have a hesitation to avail a dawah opportunity, a second thought comes to my mind: if I do not do this dawah work, then nobody else on earth is going to do that. Then I get engaged in dawah activity. Is such a thought correct?”</w:t>
      </w:r>
    </w:p>
    <w:p>
      <w:r>
        <w:rPr>
          <w:sz w:val="20"/>
        </w:rPr>
        <w:t>1:27:53  maulana agla sawal hai Mr. Sajid Anwar ka Roorkee se. Unhon ne likha hai Maulana whenever I have a hesitation to avail a دعویٰ opportunity, a second thought comes to my mind.</w:t>
      </w:r>
      <w:r>
        <w:br/>
      </w:r>
      <w:r>
        <w:rPr>
          <w:sz w:val="20"/>
        </w:rPr>
        <w:t>1:28:09  that is, if I do not do this دعویٰ work, then nobody else on earth is going to do that. Then I get engaged in دعویٰ activity.</w:t>
      </w:r>
      <w:r>
        <w:br/>
      </w:r>
      <w:r>
        <w:rPr>
          <w:sz w:val="20"/>
        </w:rPr>
        <w:t>1:28:20  maulana, is such a thought correct</w:t>
      </w:r>
      <w:r>
        <w:br/>
      </w:r>
      <w:r>
        <w:rPr>
          <w:sz w:val="20"/>
        </w:rPr>
        <w:t>1:28:23  ? bohat correct hai. More than correct hai. More than correct hai. Yahi har da'i ke andar yahi jazba hona chahiye.</w:t>
      </w:r>
      <w:r>
        <w:br/>
      </w:r>
      <w:r>
        <w:rPr>
          <w:sz w:val="20"/>
        </w:rPr>
        <w:t>1:28:33  ke mein ne kiya to koi doosra karne wala nahi. Jaise Rasool Allah Sal Allahu Alaihi Wa Sallam ne Badr ke mauqay par dekhe. Aik hazar bohat hi musallah log aaye thay.</w:t>
      </w:r>
      <w:r>
        <w:br/>
      </w:r>
      <w:r>
        <w:rPr>
          <w:sz w:val="20"/>
        </w:rPr>
        <w:t>1:28:47  hamla karne ke liye. Rasool Allah ke paas us waqt sirf teen so terah aadmi thay bas. Idhar aik</w:t>
      </w:r>
    </w:p>
    <w:p>
      <w:pPr>
        <w:pStyle w:val="Heading2"/>
      </w:pPr>
      <w:r>
        <w:t>Creating a sane world amid science</w:t>
      </w:r>
    </w:p>
    <w:p>
      <w:r>
        <w:rPr>
          <w:color w:val="666666"/>
          <w:sz w:val="18"/>
        </w:rPr>
        <w:t>Society &amp; Dawah · The Discovery of God IIC Prog (Maulana Talk) November 2, 2019 · 59s · at 38:57 · https://youtu.be/u24tYGW6tCM?t=2337</w:t>
      </w:r>
    </w:p>
    <w:p>
      <w:r>
        <w:rPr>
          <w:i/>
        </w:rPr>
        <w:t>“The means by which we live have distanced the ends for which we live. Our scientific power has outrun our spiritual power. We have guided missiles, but misguided men. How do we create a sane world?”</w:t>
      </w:r>
    </w:p>
    <w:p>
      <w:r>
        <w:rPr>
          <w:sz w:val="20"/>
        </w:rPr>
        <w:t>38:57  Maulana, agla sawal kya hai Professor S S Bhakri sahib ne. Unho ne likha hai "The means by which we live have distanced the ends for which we live.</w:t>
      </w:r>
      <w:r>
        <w:br/>
      </w:r>
      <w:r>
        <w:rPr>
          <w:sz w:val="20"/>
        </w:rPr>
        <w:t>39:11  Our scientific power has outrun our spiritual power. We have guided missiles, but misguided men.</w:t>
      </w:r>
      <w:r>
        <w:br/>
      </w:r>
      <w:r>
        <w:rPr>
          <w:sz w:val="20"/>
        </w:rPr>
        <w:t>39:21  How do we create a sane world?" Har scientist zaroor woh spiritual person hota hai.</w:t>
      </w:r>
      <w:r>
        <w:br/>
      </w:r>
      <w:r>
        <w:rPr>
          <w:sz w:val="20"/>
        </w:rPr>
        <w:t>39:30  Aik higher reality us ko pursue karta hai woh.</w:t>
      </w:r>
      <w:r>
        <w:br/>
      </w:r>
      <w:r>
        <w:rPr>
          <w:sz w:val="20"/>
        </w:rPr>
        <w:t>39:34  Maine science ki kitabein bohat zyada padhi hain, lekin kahin na kahin woh scientist kisi apne se bari cheez ko manta hai, apne se bari cheez ko.</w:t>
      </w:r>
      <w:r>
        <w:br/>
      </w:r>
      <w:r>
        <w:rPr>
          <w:sz w:val="20"/>
        </w:rPr>
        <w:t>39:46  Yeh na manay to phir woh apni pursuit ko continue nahi kar sakta.</w:t>
      </w:r>
    </w:p>
    <w:p>
      <w:pPr>
        <w:pStyle w:val="Heading2"/>
      </w:pPr>
      <w:r>
        <w:t>Creating informal education and CPS literature</w:t>
      </w:r>
    </w:p>
    <w:p>
      <w:r>
        <w:rPr>
          <w:color w:val="666666"/>
          <w:sz w:val="18"/>
        </w:rPr>
        <w:t>Society &amp; Dawah · Sahaba and Muhaddithin 24th June 2012 - Maulana Wahiduddin Khan · 1m 07s · at 1:35:40 · https://youtu.be/tUPo7MI0Bdo?t=5740</w:t>
      </w:r>
    </w:p>
    <w:p>
      <w:r>
        <w:rPr>
          <w:i/>
        </w:rPr>
        <w:t>“How to create centers of informal education? Secondly, can we build up good person by distributing the literature of CPS? Kindly comment.”</w:t>
      </w:r>
    </w:p>
    <w:p>
      <w:r>
        <w:rPr>
          <w:sz w:val="20"/>
        </w:rPr>
        <w:t>1:35:40  Maulana sahib, thank you for giving us content for thinking every sunday." Maulana, agla sawal hai, ah Doctor, unka naam clear nahi hai.</w:t>
      </w:r>
      <w:r>
        <w:br/>
      </w:r>
      <w:r>
        <w:rPr>
          <w:sz w:val="20"/>
        </w:rPr>
        <w:t>1:35:52  ah unhon ne likha hai: "how to create centers of informal education? secondly, can we build up good person by distributing the literature of CPS?" kindly comment.</w:t>
      </w:r>
      <w:r>
        <w:br/>
      </w:r>
      <w:r>
        <w:rPr>
          <w:sz w:val="20"/>
        </w:rPr>
        <w:t>1:36:05  ji, yeh ab kar rahe hain. yeh to hum kar rahe hain.</w:t>
      </w:r>
      <w:r>
        <w:br/>
      </w:r>
      <w:r>
        <w:rPr>
          <w:sz w:val="20"/>
        </w:rPr>
        <w:t>1:36:09  misal ke taur par dekhein, saare musalman negative ho rahe hain. is mein agar koi exception hai to CPS ke logon ka hai. isi kitabon ko parh kar ke saari duniya ke musalman, aap jahan yahan se Europe tak chale jaiye, America tak chale jaiye, Africa tak chale jaiye, ek ek musalman negative ho raha hai.</w:t>
      </w:r>
      <w:r>
        <w:br/>
      </w:r>
      <w:r>
        <w:rPr>
          <w:sz w:val="20"/>
        </w:rPr>
        <w:t>1:36:29  is pura negativity ke jangall mein sirf wohi log is se bache hue hain jo CPS ke log hain. yahi kitabon ko parh kar ke to aap is kitabon ko parhwaiye.</w:t>
      </w:r>
      <w:r>
        <w:br/>
      </w:r>
      <w:r>
        <w:rPr>
          <w:sz w:val="20"/>
        </w:rPr>
        <w:t>1:36:40  mein samajhta hoon ke yeh buniyadi kaam hai jo hamare haan se tayyar kiya gaya hai.</w:t>
      </w:r>
    </w:p>
    <w:p>
      <w:pPr>
        <w:pStyle w:val="Heading2"/>
      </w:pPr>
      <w:r>
        <w:t>Creating interest in non-Muslims for dawah</w:t>
      </w:r>
    </w:p>
    <w:p>
      <w:r>
        <w:rPr>
          <w:color w:val="666666"/>
          <w:sz w:val="18"/>
        </w:rPr>
        <w:t>Society &amp; Dawah · Surah Al-'Asr I November 23, 2014 Maulana Wahiduddin Khan · 56s · at 1:15:28 · https://youtu.be/3dBMIUC0Dqw?t=4528</w:t>
      </w:r>
    </w:p>
    <w:p>
      <w:r>
        <w:rPr>
          <w:i/>
        </w:rPr>
        <w:t>“When we do dawah work and if non-Muslims do not show any interest, then what should we do to create their interest? Please advise us.”</w:t>
      </w:r>
    </w:p>
    <w:p>
      <w:r>
        <w:rPr>
          <w:sz w:val="20"/>
        </w:rPr>
        <w:t>1:15:28  maulana, agla sawal bhopal se hai, fawad sahib ka, aur unhon ne likha hai When we do da'wa work and if non-muslims do not show any interest,</w:t>
      </w:r>
      <w:r>
        <w:br/>
      </w:r>
      <w:r>
        <w:rPr>
          <w:sz w:val="20"/>
        </w:rPr>
        <w:t>1:15:42  then what should we do to create their interest</w:t>
      </w:r>
      <w:r>
        <w:br/>
      </w:r>
      <w:r>
        <w:rPr>
          <w:sz w:val="20"/>
        </w:rPr>
        <w:t>1:15:45  ? Please advise us. dua kijiye. dua aur da'wa dono ek doosre ke liye integral part hain.</w:t>
      </w:r>
      <w:r>
        <w:br/>
      </w:r>
      <w:r>
        <w:rPr>
          <w:sz w:val="20"/>
        </w:rPr>
        <w:t>1:15:58  da'wat kijiye, dua kijiye, da'wat kijiye, dua kijiye. jaise rasool allah sallallahu alaihi wasallam karte the. yani da'wat ke baghair to dua koi, koi, koi, koi, yani effective nahin hogi.</w:t>
      </w:r>
      <w:r>
        <w:br/>
      </w:r>
      <w:r>
        <w:rPr>
          <w:sz w:val="20"/>
        </w:rPr>
        <w:t>1:16:11  da'wat ke baghair dua effective nahin hogi. lekin aap da'wat karein aur saath saath dua karein to to zaroor effective hogi.</w:t>
      </w:r>
    </w:p>
    <w:p>
      <w:pPr>
        <w:pStyle w:val="Heading2"/>
      </w:pPr>
      <w:r>
        <w:t>Creation of Pakistan as settled decision</w:t>
      </w:r>
    </w:p>
    <w:p>
      <w:r>
        <w:rPr>
          <w:color w:val="666666"/>
          <w:sz w:val="18"/>
        </w:rPr>
        <w:t>Society &amp; Dawah · The Concept of Divine Help June 16, 2013 · 3m 16s · at 45:41 · https://youtu.be/b0QaxGSnAOI?t=2741</w:t>
      </w:r>
    </w:p>
    <w:p>
      <w:r>
        <w:rPr>
          <w:i/>
        </w:rPr>
        <w:t>“Maulana, I am from Lahore, Pakistan. I fully agree and appreciate your mission of dawah activism with peace. I agree with your point of view on the Kashmir issue that its political decision was settled in 1948. Can we take the creation of Pakistan in the same way that it was decided practically on August 14, 1947?”</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Criticism of Al-Risala Mission's peace teaching</w:t>
      </w:r>
    </w:p>
    <w:p>
      <w:r>
        <w:rPr>
          <w:color w:val="666666"/>
          <w:sz w:val="18"/>
        </w:rPr>
        <w:t>Society &amp; Dawah · Islam &amp; Prophet of Islam 21 Oct, 2012 - Maulana Wahiduddin Khan · 1m 19s · at 1:30:03 · https://youtu.be/2hwtfOyNeS0?t=5403</w:t>
      </w:r>
    </w:p>
    <w:p>
      <w:r>
        <w:rPr>
          <w:i/>
        </w:rPr>
        <w:t>“What is your response to the criticism that Al-Risala Mission's only shortcoming is teaching Muslims complete peace?”</w:t>
      </w:r>
    </w:p>
    <w:p>
      <w:r>
        <w:rPr>
          <w:sz w:val="20"/>
        </w:rPr>
        <w:t>1:30:03  kabhi nahi aayega. maulana, agla sawal dilli se hai shah imran hassan sahib ka. unhone likha hai: "ek sahib se baat hui, unhone kaha ke Al-Risala mission ki kami sirf yeh hai ke woh musalmanon ko sulh-e-kul ki taleem deta hai.</w:t>
      </w:r>
      <w:r>
        <w:br/>
      </w:r>
      <w:r>
        <w:rPr>
          <w:sz w:val="20"/>
        </w:rPr>
        <w:t>1:30:23  aap is par kya kahenge?" bhai, to quran mein hai: "assalato kh</w:t>
      </w:r>
    </w:p>
    <w:p>
      <w:pPr>
        <w:pStyle w:val="Heading2"/>
      </w:pPr>
      <w:r>
        <w:t>Criticism of Al-Risala mission's scope</w:t>
      </w:r>
    </w:p>
    <w:p>
      <w:r>
        <w:rPr>
          <w:color w:val="666666"/>
          <w:sz w:val="18"/>
        </w:rPr>
        <w:t>Society &amp; Dawah · Personality Building January 05, 2014 · 5m 31s · at 47:33 · https://youtu.be/3Zppdm2K4ug?t=2853</w:t>
      </w:r>
    </w:p>
    <w:p>
      <w:r>
        <w:rPr>
          <w:i/>
        </w:rPr>
        <w:t>“Someone said that the Al-Risala mission is not interested in social issues. He also said that this mission is correct for India, but for the whole world, only dawah and peace activity is not possible. Please comment on this.”</w:t>
      </w:r>
    </w:p>
    <w:p>
      <w:r>
        <w:rPr>
          <w:sz w:val="20"/>
        </w:rPr>
        <w:t>47:33  maulana, un ka ek aur sawal hai. unhon ne likha hai: "maulana, ek sahib ne kaha ke Al-Risala mission ko ijtamai masail se dilchaspi nahi hai."</w:t>
      </w:r>
      <w:r>
        <w:br/>
      </w:r>
      <w:r>
        <w:rPr>
          <w:sz w:val="20"/>
        </w:rPr>
        <w:t>47:46  unhon ne yeh bhi kaha ke yeh mission India ke liye to sahi hai lekin saari dunya ke liye sirf dawat aur aman wali activity mumkin nahi hai.</w:t>
      </w:r>
      <w:r>
        <w:br/>
      </w:r>
      <w:r>
        <w:rPr>
          <w:sz w:val="20"/>
        </w:rPr>
        <w:t>47:57  maulana, is par kuch farmayein. dekhiye, yeh soch jo hai, is mein ghalati kya hai? yeh soch apne mind set ko le kar ke hai.</w:t>
      </w:r>
      <w:r>
        <w:br/>
      </w:r>
      <w:r>
        <w:rPr>
          <w:sz w:val="20"/>
        </w:rPr>
        <w:t>48:07  un ke mind mein ek model hai, us model ko le kar yeh bol rahe hain.</w:t>
      </w:r>
      <w:r>
        <w:br/>
      </w:r>
      <w:r>
        <w:rPr>
          <w:sz w:val="20"/>
        </w:rPr>
        <w:t>48:14  un se aap puchiye ke kya unhon ne kabhi aisa kiya ke apne mind ko preoccupation se khali kar ke poore Quran ko padha?</w:t>
      </w:r>
      <w:r>
        <w:br/>
      </w:r>
      <w:r>
        <w:rPr>
          <w:sz w:val="20"/>
        </w:rPr>
        <w:t>48:26  unhon ne a z tak ke dekhen quran kya batata hai. to india ho, chahe america ho, quran mein farq nahin hai.</w:t>
      </w:r>
      <w:r>
        <w:br/>
      </w:r>
      <w:r>
        <w:rPr>
          <w:sz w:val="20"/>
        </w:rPr>
        <w:t>48:37  yahan bhi wahi karna hai jo wahan woh karna hai.</w:t>
      </w:r>
      <w:r>
        <w:br/>
      </w:r>
      <w:r>
        <w:rPr>
          <w:sz w:val="20"/>
        </w:rPr>
        <w:t>48:41  to main ne allah ke fazl se bar bar quran ko parha hai is nazariye se ke quran khud kya kehta hai, apne mind set ko le kar nahin.</w:t>
      </w:r>
      <w:r>
        <w:br/>
      </w:r>
      <w:r>
        <w:rPr>
          <w:sz w:val="20"/>
        </w:rPr>
        <w:t>48:56  to main ne yahi paya hai ke quran mein jo baat kahi gayi hai, woh sab se zyada jo quran mein aap payenge, koi bhi page kholen to main apne lafzon mein kahunga ke khaliq ke creation plan ko batane ke liye ke duniya yeh banayi gayi hai tumhare liye.</w:t>
      </w:r>
      <w:r>
        <w:br/>
      </w:r>
      <w:r>
        <w:rPr>
          <w:sz w:val="20"/>
        </w:rPr>
        <w:t>49:21  tum yahan hamesha nahin rahoge, tum ko marna hai.</w:t>
      </w:r>
      <w:r>
        <w:br/>
      </w:r>
      <w:r>
        <w:rPr>
          <w:sz w:val="20"/>
        </w:rPr>
        <w:t>49:25  yeh tumhara tumhare liye tumhara yeh habitat nahin hai, yeh tumhara mustaqil aboard nahin hai. apne ko tayyar karo ke agli duniya jo jo tumhara habitat hai, tumhara eternal aboard hai, wahan ke liye tum deserve karo ke wahan tumhe settle settle kiya ja sake.</w:t>
      </w:r>
      <w:r>
        <w:br/>
      </w:r>
      <w:r>
        <w:rPr>
          <w:sz w:val="20"/>
        </w:rPr>
        <w:t>49:44  yeh sare quran mein yeh cheez bhari hui hai. koi aadmi jo is se inkar karta hai, us ko chahiye ke koi quran ki koi ayat bataye.</w:t>
      </w:r>
      <w:r>
        <w:br/>
      </w:r>
      <w:r>
        <w:rPr>
          <w:sz w:val="20"/>
        </w:rPr>
        <w:t>49:58  to log quran ki ayat ko nahin batate, apne mind set ko le kar bolte hain. to zahir hai, kisi ke mind set ka koi se koi baat sabit nahin hoti.</w:t>
      </w:r>
      <w:r>
        <w:br/>
      </w:r>
      <w:r>
        <w:rPr>
          <w:sz w:val="20"/>
        </w:rPr>
        <w:t>50:11  kisi ka mind set jo hai, woh koi woh woh koi authentic cheez nahin ke us ko le kar hum rai banayein. jab</w:t>
      </w:r>
      <w:r>
        <w:br/>
      </w:r>
      <w:r>
        <w:rPr>
          <w:sz w:val="20"/>
        </w:rPr>
        <w:t>50:20  tak aap ek mashhoor aalim ka qaul hai ke "yatuni shai'an min kitabi allahi ta'aqqalu" ke quran ki koi ayat le ke aao, tab main to jawab doonga.</w:t>
      </w:r>
      <w:r>
        <w:br/>
      </w:r>
      <w:r>
        <w:rPr>
          <w:sz w:val="20"/>
        </w:rPr>
        <w:t>50:33  aise kaise jawab doon? tum apne mind set se bol rahe ho, to main is ka jawab kya doonga? "yatuni shai'an min kitabi allahi ta'aqqalu".</w:t>
      </w:r>
      <w:r>
        <w:br/>
      </w:r>
      <w:r>
        <w:rPr>
          <w:sz w:val="20"/>
        </w:rPr>
        <w:t>50:42  lao koi quran majeed ka koi ayat.</w:t>
      </w:r>
      <w:r>
        <w:br/>
      </w:r>
      <w:r>
        <w:rPr>
          <w:sz w:val="20"/>
        </w:rPr>
        <w:t>50:45  to yeh jo log is tarah ki baatein bolte hain, un ko chahiye ke woh quran ki ayat pesh karein, phir main is ka bataoon ke is ka matlab kya hai.</w:t>
      </w:r>
      <w:r>
        <w:br/>
      </w:r>
      <w:r>
        <w:rPr>
          <w:sz w:val="20"/>
        </w:rPr>
        <w:t>50:55  jaise ek misaal deta hoon main ke quran ki ayaton ko log galat taur par refer karte hain.</w:t>
      </w:r>
      <w:r>
        <w:br/>
      </w:r>
      <w:r>
        <w:rPr>
          <w:sz w:val="20"/>
        </w:rPr>
        <w:t>51:02  maslan dekhiye, quran mein ek ayat hai: "kunoo quwwami bil qist". yani a logon, tum qist par qaim hone wale bano.</w:t>
      </w:r>
      <w:r>
        <w:br/>
      </w:r>
      <w:r>
        <w:rPr>
          <w:sz w:val="20"/>
        </w:rPr>
        <w:t>51:17  "kunoo quwwami bil qist". qist matlab hota hai justice, aadil. justice par justice ko follow karne wale bano.</w:t>
      </w:r>
      <w:r>
        <w:br/>
      </w:r>
      <w:r>
        <w:rPr>
          <w:sz w:val="20"/>
        </w:rPr>
        <w:t>51:29  a logon, tum justice ko follow karne wale bano. ab is ko unhon ne kya kiya? yeh passive sense mein active sense bana diya is ko ke tum duniya mein jhanda uthao, justice kaho, duniya mein justice qaim karo.</w:t>
      </w:r>
      <w:r>
        <w:br/>
      </w:r>
      <w:r>
        <w:rPr>
          <w:sz w:val="20"/>
        </w:rPr>
        <w:t>51:45  yeh hai hi nahin is ayat mein. woh ayat, woh ayat jo hai, woh woh passive sense mein hai, active sense mein nahin hai.</w:t>
      </w:r>
      <w:r>
        <w:br/>
      </w:r>
      <w:r>
        <w:rPr>
          <w:sz w:val="20"/>
        </w:rPr>
        <w:t>51:54  yani apne aap ko tum, ab tum khud follow karo justice ko. tum khud apne aap ko ek just insaan ke taur par develop karo.</w:t>
      </w:r>
      <w:r>
        <w:br/>
      </w:r>
      <w:r>
        <w:rPr>
          <w:sz w:val="20"/>
        </w:rPr>
        <w:t>52:05  to koi aisi ayat bataye mujhe jahan likha ho ke tum ko yeh kaam karna hai ke justice ka system, justice ka nizam duniya mein qaim karna hai.</w:t>
      </w:r>
      <w:r>
        <w:br/>
      </w:r>
      <w:r>
        <w:rPr>
          <w:sz w:val="20"/>
        </w:rPr>
        <w:t>52:14  yeh kaun si ayat hai? aisi koi ayat nahin.</w:t>
      </w:r>
      <w:r>
        <w:br/>
      </w:r>
      <w:r>
        <w:rPr>
          <w:sz w:val="20"/>
        </w:rPr>
        <w:t>52:18  aisi dekhiye, quran mein hai ke "inna arsalna rusulana bil bayyinati wal kitaba wal mizana li yaquma nasu bil qist".</w:t>
      </w:r>
      <w:r>
        <w:br/>
      </w:r>
      <w:r>
        <w:rPr>
          <w:sz w:val="20"/>
        </w:rPr>
        <w:t>52:29  yani peghambar ke zariye allah ne bheja hidayat "li yaquma nasu bil qist". yani taake log qist ko follow karein, log justice ko follow karein.</w:t>
      </w:r>
      <w:r>
        <w:br/>
      </w:r>
      <w:r>
        <w:rPr>
          <w:sz w:val="20"/>
        </w:rPr>
        <w:t>52:42  to justice ko follow kar, yeh to ayat hai bohat maujood hai quran majeed mein, lekin yeh kaha hai ke justice ek system ba tour system ke duniya mein nafiz karo, hukumaton ko todo, nizam ko badlo.</w:t>
      </w:r>
      <w:r>
        <w:br/>
      </w:r>
      <w:r>
        <w:rPr>
          <w:sz w:val="20"/>
        </w:rPr>
        <w:t>52:53  yeh to kahin hai hi nahin. to jab tak koi aadmi is tarah ki ayat par yani na bataye, tab tak us ki baat jo hai, valid nahin hogi, invalid hogi.</w:t>
      </w:r>
    </w:p>
    <w:p>
      <w:pPr>
        <w:pStyle w:val="Heading2"/>
      </w:pPr>
      <w:r>
        <w:t>Da'i qualities and starting conversation</w:t>
      </w:r>
    </w:p>
    <w:p>
      <w:r>
        <w:rPr>
          <w:color w:val="666666"/>
          <w:sz w:val="18"/>
        </w:rPr>
        <w:t>Society &amp; Dawah · The Character of a Dayee 4 March 2012 - Maulana Wahiduddin Khan · 1m 03s · at 1:39:19 · https://youtu.be/YtavJpVNbEM?t=5959</w:t>
      </w:r>
    </w:p>
    <w:p>
      <w:r>
        <w:rPr>
          <w:i/>
        </w:rPr>
        <w:t>“What are the special qualities of a da'i, and how should a da'i start talking to the mad'u?”</w:t>
      </w:r>
    </w:p>
    <w:p>
      <w:r>
        <w:rPr>
          <w:sz w:val="20"/>
        </w:rPr>
        <w:t>1:39:19  maulana, agla sawal dilli se hai mr muhammad altafuddin inamdar sahib ka. unhon ne poocha hai ke: "da'i ke khaas sifaat bataein, aur da'i mad'u se start mein kaise baat karein?"</w:t>
      </w:r>
      <w:r>
        <w:br/>
      </w:r>
      <w:r>
        <w:rPr>
          <w:sz w:val="20"/>
        </w:rPr>
        <w:t>1:39:39  sara wahi khulasa hai: "well wishing, khair khwahi."</w:t>
      </w:r>
      <w:r>
        <w:br/>
      </w:r>
      <w:r>
        <w:rPr>
          <w:sz w:val="20"/>
        </w:rPr>
        <w:t>1:39:46  maan baap ko apne bete se khair khwahi hoti hai, to is ko koi is ko mashwara poochne nahi jata. woh woh khud janta hai ke mujhe kya karna chahiye. to sara jo is mein, yaani jo is ka jo khulasa hai,</w:t>
      </w:r>
      <w:r>
        <w:br/>
      </w:r>
      <w:r>
        <w:rPr>
          <w:sz w:val="20"/>
        </w:rPr>
        <w:t>1:40:03  woh yahi hai ke madu ke liye khair khwahi, well wishing. jab tak yeh nahi hogi, tak batane se bhi kuch baat aadmi pakdega nahi.</w:t>
      </w:r>
      <w:r>
        <w:br/>
      </w:r>
      <w:r>
        <w:rPr>
          <w:sz w:val="20"/>
        </w:rPr>
        <w:t>1:40:16  jo mohabbat hoti hai maan baap ko apne bete se, woh mohabbat jab tak paida nahi hogi madu se,</w:t>
      </w:r>
    </w:p>
    <w:p>
      <w:pPr>
        <w:pStyle w:val="Heading2"/>
      </w:pPr>
      <w:r>
        <w:t>Da'wah in Militant Affected States like Kashmir</w:t>
      </w:r>
    </w:p>
    <w:p>
      <w:r>
        <w:rPr>
          <w:color w:val="666666"/>
          <w:sz w:val="18"/>
        </w:rPr>
        <w:t>Society &amp; Dawah · Reason and Faith July 10, 2016 · 3m 09s · at 41:49 · https://youtu.be/axR4I5yv29E?t=2509</w:t>
      </w:r>
    </w:p>
    <w:p>
      <w:r>
        <w:rPr>
          <w:i/>
        </w:rPr>
        <w:t>“How can a da'ee perform da'wah work in militantly affected states like Kashmir where activities are carried over in the name of Jihad? What is your guidance to all of us?”</w:t>
      </w:r>
    </w:p>
    <w:p>
      <w:r>
        <w:rPr>
          <w:sz w:val="20"/>
        </w:rPr>
        <w:t>41:49  Maulana, yeh sawal Kashmir se aaya hai aur Haji Ismail sahib ne bheja hai. Unhon ne aap se poocha hai ke Maulana sahib how can a daai perform daawa work in militantly affected states like Kashmir where activities are carried over in the name of Jihad? What is your guidance to all of us?</w:t>
      </w:r>
      <w:r>
        <w:br/>
      </w:r>
      <w:r>
        <w:rPr>
          <w:sz w:val="20"/>
        </w:rPr>
        <w:t>42:15  dekhiye, yeh sawal jo hai, yeh maine bhi socha hai is par.</w:t>
      </w:r>
      <w:r>
        <w:br/>
      </w:r>
      <w:r>
        <w:rPr>
          <w:sz w:val="20"/>
        </w:rPr>
        <w:t>42:20  to Rasool Allah ke bare mein jo baatein Quran mein aayi hain, woh Rasool Allah hi ke bare</w:t>
      </w:r>
      <w:r>
        <w:br/>
      </w:r>
      <w:r>
        <w:rPr>
          <w:sz w:val="20"/>
        </w:rPr>
        <w:t>42:26  mein nahi hain, woh Rasool Allah ke waste se khud hamare bare mein bhi hain, yani ummat ke</w:t>
      </w:r>
      <w:r>
        <w:br/>
      </w:r>
      <w:r>
        <w:rPr>
          <w:sz w:val="20"/>
        </w:rPr>
        <w:t>42:32  bare mein bhi hain.</w:t>
      </w:r>
      <w:r>
        <w:br/>
      </w:r>
      <w:r>
        <w:rPr>
          <w:sz w:val="20"/>
        </w:rPr>
        <w:t>42:38  to jis cheez ko aap kehte hain aaj militantly, yeh wahan qadeem Makka mein bhi thi, qadeem Makka</w:t>
      </w:r>
      <w:r>
        <w:br/>
      </w:r>
      <w:r>
        <w:rPr>
          <w:sz w:val="20"/>
        </w:rPr>
        <w:t>42:44  mein bhi thi, qadeem Arab mein bhi thi.</w:t>
      </w:r>
      <w:r>
        <w:br/>
      </w:r>
      <w:r>
        <w:rPr>
          <w:sz w:val="20"/>
        </w:rPr>
        <w:t>42:50  to us waqt Sahaba sochte the kya kiya jaye.</w:t>
      </w:r>
      <w:r>
        <w:br/>
      </w:r>
      <w:r>
        <w:rPr>
          <w:sz w:val="20"/>
        </w:rPr>
        <w:t>42:56  to riwayat mein aata hai ke Sahaba talwar le kar Rasool Allah ke raat ke waqt, yani bute</w:t>
      </w:r>
      <w:r>
        <w:br/>
      </w:r>
      <w:r>
        <w:rPr>
          <w:sz w:val="20"/>
        </w:rPr>
        <w:t>43:02  security ke wahan ghoomne lage, aap ke ghar ke charon taraf.</w:t>
      </w:r>
      <w:r>
        <w:br/>
      </w:r>
      <w:r>
        <w:rPr>
          <w:sz w:val="20"/>
        </w:rPr>
        <w:t>43:08  ek din Rasool Allah ne raat ko apna chehra bahar nikala aur bola ke logon, gharon ko wapas</w:t>
      </w:r>
      <w:r>
        <w:br/>
      </w:r>
      <w:r>
        <w:rPr>
          <w:sz w:val="20"/>
        </w:rPr>
        <w:t>43:14  jao, Allah ne hamari hifazat ka zimma le liya hai.</w:t>
      </w:r>
      <w:r>
        <w:br/>
      </w:r>
      <w:r>
        <w:rPr>
          <w:sz w:val="20"/>
        </w:rPr>
        <w:t>43:20  yeh ayat utri thi us waqt.</w:t>
      </w:r>
      <w:r>
        <w:br/>
      </w:r>
      <w:r>
        <w:rPr>
          <w:sz w:val="20"/>
        </w:rPr>
        <w:t>43:26  YA AYUHAL RASOOL.</w:t>
      </w:r>
      <w:r>
        <w:br/>
      </w:r>
      <w:r>
        <w:rPr>
          <w:sz w:val="20"/>
        </w:rPr>
        <w:t>43:32  ballegh ma'awwidhan alaika min rabbika wa in lam taf'al famalam tuballigh risalatak wallahu ya'simuka minan naas yeh ayat Surah</w:t>
      </w:r>
      <w:r>
        <w:br/>
      </w:r>
      <w:r>
        <w:rPr>
          <w:sz w:val="20"/>
        </w:rPr>
        <w:t>43:39  Al Maidah mein hai.</w:t>
      </w:r>
      <w:r>
        <w:br/>
      </w:r>
      <w:r>
        <w:rPr>
          <w:sz w:val="20"/>
        </w:rPr>
        <w:t>43:46  Surah Al Maidah ke tehat aap yeh riwayat dekh sakte hain.</w:t>
      </w:r>
      <w:r>
        <w:br/>
      </w:r>
      <w:r>
        <w:rPr>
          <w:sz w:val="20"/>
        </w:rPr>
        <w:t>43:53  is ayat mein yeh kaha gaya ke aye Rasool, tum apni duty karte raho dawat ki, تبلیغ معوذ</w:t>
      </w:r>
      <w:r>
        <w:br/>
      </w:r>
      <w:r>
        <w:rPr>
          <w:sz w:val="20"/>
        </w:rPr>
        <w:t>44:00  Allah ka kaam karte raho, baqi tumhari hifazat ka zimma hum ne le liya hai.</w:t>
      </w:r>
      <w:r>
        <w:br/>
      </w:r>
      <w:r>
        <w:rPr>
          <w:sz w:val="20"/>
        </w:rPr>
        <w:t>44:08  wallahu ya'simuka minan naas is se yeh usool nikalta hai ke ismat minan naas ka raaz تبلیغ معوذ</w:t>
      </w:r>
      <w:r>
        <w:br/>
      </w:r>
      <w:r>
        <w:rPr>
          <w:sz w:val="20"/>
        </w:rPr>
        <w:t>44:15  Allah mein chupa hua hai.</w:t>
      </w:r>
      <w:r>
        <w:br/>
      </w:r>
      <w:r>
        <w:rPr>
          <w:sz w:val="20"/>
        </w:rPr>
        <w:t>44:22  is se yeh usool nikalta hai ke ismat min naas ka raaz tabligh maoozullah mein chupa hua hai.</w:t>
      </w:r>
      <w:r>
        <w:br/>
      </w:r>
      <w:r>
        <w:rPr>
          <w:sz w:val="20"/>
        </w:rPr>
        <w:t>44:29  aap dil se tabligh kijiye, logon se mohabbat kijiye, shikayat ki boli mat boliye, ghar mein bhi nahin.</w:t>
      </w:r>
      <w:r>
        <w:br/>
      </w:r>
      <w:r>
        <w:rPr>
          <w:sz w:val="20"/>
        </w:rPr>
        <w:t>44:37  to aap dawat ko is ki sharton ke sath jab aap anjam denge to Allah ki taraf</w:t>
      </w:r>
      <w:r>
        <w:br/>
      </w:r>
      <w:r>
        <w:rPr>
          <w:sz w:val="20"/>
        </w:rPr>
        <w:t>44:44  se aap ki guarantee ki wada hai, hifazat ka wada hai.</w:t>
      </w:r>
      <w:r>
        <w:br/>
      </w:r>
      <w:r>
        <w:rPr>
          <w:sz w:val="20"/>
        </w:rPr>
        <w:t>44:51  yahi mera jawab hai.</w:t>
      </w:r>
    </w:p>
    <w:p>
      <w:pPr>
        <w:pStyle w:val="Heading2"/>
      </w:pPr>
      <w:r>
        <w:t>Dawah Work Necessary as Islam Perceived Violent</w:t>
      </w:r>
    </w:p>
    <w:p>
      <w:r>
        <w:rPr>
          <w:color w:val="666666"/>
          <w:sz w:val="18"/>
        </w:rPr>
        <w:t>Society &amp; Dawah · Divine Crusades December 14, 2014 · 52s · at 1:01:51 · https://youtu.be/qZhY00S5LQg?t=3711</w:t>
      </w:r>
    </w:p>
    <w:p>
      <w:r>
        <w:rPr>
          <w:i/>
        </w:rPr>
        <w:t>“Dawa work has become necessary in today's time when Islam is being perceived as a violent religion.”</w:t>
      </w:r>
    </w:p>
    <w:p>
      <w:r>
        <w:rPr>
          <w:sz w:val="20"/>
        </w:rPr>
        <w:t>1:01:51  Maulana, agla sawal Shahab Haider sahib ka hai, Delhi se.</w:t>
      </w:r>
      <w:r>
        <w:br/>
      </w:r>
      <w:r>
        <w:rPr>
          <w:sz w:val="20"/>
        </w:rPr>
        <w:t>1:01:56  aur unhon ne likha hai ke Dawa work has become necessary in today's time when Islam is being</w:t>
      </w:r>
      <w:r>
        <w:br/>
      </w:r>
      <w:r>
        <w:rPr>
          <w:sz w:val="20"/>
        </w:rPr>
        <w:t>1:02:02  perceived as a violent religion.</w:t>
      </w:r>
      <w:r>
        <w:br/>
      </w:r>
      <w:r>
        <w:rPr>
          <w:sz w:val="20"/>
        </w:rPr>
        <w:t>1:02:08  Maulana, please advise me and suggest me how I can increase my enthusiasm so that I can do</w:t>
      </w:r>
      <w:r>
        <w:br/>
      </w:r>
      <w:r>
        <w:rPr>
          <w:sz w:val="20"/>
        </w:rPr>
        <w:t>1:02:14  Dawa work more effectively.</w:t>
      </w:r>
      <w:r>
        <w:br/>
      </w:r>
      <w:r>
        <w:rPr>
          <w:sz w:val="20"/>
        </w:rPr>
        <w:t>1:02:20  Bas study barhaiye, literature padhiye aur literature phailaiye.</w:t>
      </w:r>
      <w:r>
        <w:br/>
      </w:r>
      <w:r>
        <w:rPr>
          <w:sz w:val="20"/>
        </w:rPr>
        <w:t>1:02:25  Two point formula hai.</w:t>
      </w:r>
      <w:r>
        <w:br/>
      </w:r>
      <w:r>
        <w:rPr>
          <w:sz w:val="20"/>
        </w:rPr>
        <w:t>1:02:31  Jo dawa literature hai, usko padhiye aur dawa literature ko khoob phailaiye.</w:t>
      </w:r>
      <w:r>
        <w:br/>
      </w:r>
      <w:r>
        <w:rPr>
          <w:sz w:val="20"/>
        </w:rPr>
        <w:t>1:02:37  Bas aur kuch karna hi nahi hai.</w:t>
      </w:r>
    </w:p>
    <w:p>
      <w:pPr>
        <w:pStyle w:val="Heading2"/>
      </w:pPr>
      <w:r>
        <w:t>Dawah Work vs Establishing Caliphate</w:t>
      </w:r>
    </w:p>
    <w:p>
      <w:r>
        <w:rPr>
          <w:color w:val="666666"/>
          <w:sz w:val="18"/>
        </w:rPr>
        <w:t>Society &amp; Dawah · Spiritual Light of The Believers (Itmam-E-Noor ) May 12, 2013 · 1m 58s · at 53:53 · https://youtu.be/SmjmddWA1Jo?t=3233</w:t>
      </w:r>
    </w:p>
    <w:p>
      <w:r>
        <w:rPr>
          <w:i/>
        </w:rPr>
        <w:t>“You say that our real work is dawah work, while others are of the opinion that our real work is to establish an Islamic caliphate, and they also give references from the Quran and Hadith. My question is, whom should an ordinary Muslim follow?”</w:t>
      </w:r>
    </w:p>
    <w:p>
      <w:r>
        <w:rPr>
          <w:sz w:val="20"/>
        </w:rPr>
        <w:t>53:53  maulana, agla sawal dilli se hai, shah imran hassan sahab ka.</w:t>
      </w:r>
      <w:r>
        <w:br/>
      </w:r>
      <w:r>
        <w:rPr>
          <w:sz w:val="20"/>
        </w:rPr>
        <w:t>53:57  unhon ne likha hai: "aap kehte hain ke hamara asal kaam dawah work hai, jabke doosre ki rai yeh hai ke hamara asal kaam islami khilafat qaim karna hai,</w:t>
      </w:r>
      <w:r>
        <w:br/>
      </w:r>
      <w:r>
        <w:rPr>
          <w:sz w:val="20"/>
        </w:rPr>
        <w:t>54:10  aur woh log bhi quran aur hadith se reference dete hain. mera sawal yeh hai ke aaya aik aam musalman kis ki baat ko maane?" is ko explain karein.</w:t>
      </w:r>
      <w:r>
        <w:br/>
      </w:r>
      <w:r>
        <w:rPr>
          <w:sz w:val="20"/>
        </w:rPr>
        <w:t>54:21  dekhiye, aam musalman ko chahiye ke woh quran ko parhe.</w:t>
      </w:r>
      <w:r>
        <w:br/>
      </w:r>
      <w:r>
        <w:rPr>
          <w:sz w:val="20"/>
        </w:rPr>
        <w:t>54:24  khilafat ka jo log kehte hain ke woh mission batate hain, woh kahein sari quran mein hadith to hai hi nahin. quran mein aisi koi ayat nahin hai jin mein kaha gaya hai ke "ae musalmano!</w:t>
      </w:r>
      <w:r>
        <w:br/>
      </w:r>
      <w:r>
        <w:rPr>
          <w:sz w:val="20"/>
        </w:rPr>
        <w:t>54:36  tum ko sari dunya mein khilafat qaim karna hai. khilafat qaim karo!" yeh kahan hai? kahin koi nahin hai. aur dawah to ki baat se to sara quran bhara hua hai.</w:t>
      </w:r>
      <w:r>
        <w:br/>
      </w:r>
      <w:r>
        <w:rPr>
          <w:sz w:val="20"/>
        </w:rPr>
        <w:t>54:50  rasool Allah ne farmaya tehajjud al wida ke mauqe par sahaba ko khitab karte hue ke "Allah ne mujhe sari dunya ke liye bheja hai.</w:t>
      </w:r>
      <w:r>
        <w:br/>
      </w:r>
      <w:r>
        <w:rPr>
          <w:sz w:val="20"/>
        </w:rPr>
        <w:t>55:00  in Allah buwasal al kaffa nas to sab tak pahuncha do." aur phir aap ne abhi kaha ke "falagh shahid al ghaib" jo yahan hai, woh un ko bataye jo yahan maujood nahin hain.</w:t>
      </w:r>
      <w:r>
        <w:br/>
      </w:r>
      <w:r>
        <w:rPr>
          <w:sz w:val="20"/>
        </w:rPr>
        <w:t>55:16  to dawah ka hukum to quran o hadith mein maujood hai. yeh kahan maujood hai ke khilafat qaim karo? yeh to kahin hai hi nahin. logon ke apne dimaghon mein hai, aur quran mein apne dimag se baat karna yeh to haram hai,</w:t>
      </w:r>
      <w:r>
        <w:br/>
      </w:r>
      <w:r>
        <w:rPr>
          <w:sz w:val="20"/>
        </w:rPr>
        <w:t>55:31  yeh jaiz hi nahin hai. jo log aisa kehte hain, un se poochein ke koi single ayat batao jahan yeh likha hua ho ke "ae musalmano! tumhara farz hai ke sari dunya mein tum khilafat qaim karo." kahan yeh hai?</w:t>
      </w:r>
      <w:r>
        <w:br/>
      </w:r>
      <w:r>
        <w:rPr>
          <w:sz w:val="20"/>
        </w:rPr>
        <w:t>55:44  kahin hai hi nahin.</w:t>
      </w:r>
    </w:p>
    <w:p>
      <w:pPr>
        <w:pStyle w:val="Heading2"/>
      </w:pPr>
      <w:r>
        <w:t>Dawah considered waste of money</w:t>
      </w:r>
    </w:p>
    <w:p>
      <w:r>
        <w:rPr>
          <w:color w:val="666666"/>
          <w:sz w:val="18"/>
        </w:rPr>
        <w:t>Society &amp; Dawah · Revival and Revivalist | June 7, 2015 · 1m 30s · at 45:43 · https://youtu.be/tJqheiPlZ94?t=2743</w:t>
      </w:r>
    </w:p>
    <w:p>
      <w:r>
        <w:rPr>
          <w:i/>
        </w:rPr>
        <w:t>“Why do Muslims consider dawah a waste of money?”</w:t>
      </w:r>
    </w:p>
    <w:p>
      <w:r>
        <w:rPr>
          <w:sz w:val="20"/>
        </w:rPr>
        <w:t>45:43  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r>
        <w:br/>
      </w:r>
      <w:r>
        <w:rPr>
          <w:sz w:val="20"/>
        </w:rPr>
        <w:t>46:13  waste of money? dekhen, dawat ki importance musalmanon ko pata hi nahi.</w:t>
      </w:r>
      <w:r>
        <w:br/>
      </w:r>
      <w:r>
        <w:rPr>
          <w:sz w:val="20"/>
        </w:rPr>
        <w:t>46:19  masla yeh hai ke jitne musalmanon ke jo likhne wale aur bolne wale log hain, unhon ne kabhi</w:t>
      </w:r>
      <w:r>
        <w:br/>
      </w:r>
      <w:r>
        <w:rPr>
          <w:sz w:val="20"/>
        </w:rPr>
        <w:t>46:25  dawat ki imd batai hi nahi.</w:t>
      </w:r>
      <w:r>
        <w:br/>
      </w:r>
      <w:r>
        <w:rPr>
          <w:sz w:val="20"/>
        </w:rPr>
        <w:t>46:31  to woh is wajah se ke dawat ka kaam karna, time waste karna hai.</w:t>
      </w:r>
      <w:r>
        <w:br/>
      </w:r>
      <w:r>
        <w:rPr>
          <w:sz w:val="20"/>
        </w:rPr>
        <w:t>46:37  dawat woh ch</w:t>
      </w:r>
      <w:r>
        <w:br/>
      </w:r>
      <w:r>
        <w:rPr>
          <w:sz w:val="20"/>
        </w:rPr>
        <w:t>46:43  eez hai jo aap ko, yani is aap ko nabi ka, aap ko yeh credit deti hai ke</w:t>
      </w:r>
      <w:r>
        <w:br/>
      </w:r>
      <w:r>
        <w:rPr>
          <w:sz w:val="20"/>
        </w:rPr>
        <w:t>46:50  aap ne woh kaam kiya jo jis kaam ko nabi ne chhora tha apne baad, woh kaam kar rahe hain.</w:t>
      </w:r>
      <w:r>
        <w:br/>
      </w:r>
      <w:r>
        <w:rPr>
          <w:sz w:val="20"/>
        </w:rPr>
        <w:t>46:58  wilike nabi, yeh woh log hain jo nabi ke saathi hon ge.</w:t>
      </w:r>
      <w:r>
        <w:br/>
      </w:r>
      <w:r>
        <w:rPr>
          <w:sz w:val="20"/>
        </w:rPr>
        <w:t>47:05  inhein itna bara darja milega ke qayamat mein anbiya ke saathi hon ge yeh log. yeh bat</w:t>
      </w:r>
    </w:p>
    <w:p>
      <w:pPr>
        <w:pStyle w:val="Heading2"/>
      </w:pPr>
      <w:r>
        <w:t>Dawah dificulties in consumerist culture</w:t>
      </w:r>
    </w:p>
    <w:p>
      <w:r>
        <w:rPr>
          <w:color w:val="666666"/>
          <w:sz w:val="18"/>
        </w:rPr>
        <w:t>Society &amp; Dawah · 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Dawah for Muslims or Only Non-Muslims?</w:t>
      </w:r>
    </w:p>
    <w:p>
      <w:r>
        <w:rPr>
          <w:color w:val="666666"/>
          <w:sz w:val="18"/>
        </w:rPr>
        <w:t>Society &amp; Dawah · Islam in A New Age March 18, 2012 · 30s · at 1:08:02 · https://youtu.be/P5hzq_NheY0?t=4082</w:t>
      </w:r>
    </w:p>
    <w:p>
      <w:r>
        <w:rPr>
          <w:i/>
        </w:rPr>
        <w:t>“Should Muslims also be given dawah like non-Muslims, or is dawah only for non-Muslims?”</w:t>
      </w:r>
    </w:p>
    <w:p>
      <w:r>
        <w:rPr>
          <w:sz w:val="20"/>
        </w:rPr>
        <w:t>1:08:02  maulana, agla sawal aya hai hyderabad pakistan se mr numaan afzal sahib ka. unhon ne aapse poocha hai ke kya musalmanon ko bhi ghair muslimon ki tarah dawat di jaye ya dawat ka kaam ghair muslimon ke liye hi hai?</w:t>
      </w:r>
      <w:r>
        <w:br/>
      </w:r>
      <w:r>
        <w:rPr>
          <w:sz w:val="20"/>
        </w:rPr>
        <w:t>1:08:20  sab ke liye hai. jis ko islam par shakk ho, jo islam ko na manta ho, islam ke bare mein jis ko sawalat hon, un sab ko hi bataut karna hai.</w:t>
      </w:r>
    </w:p>
    <w:p>
      <w:pPr>
        <w:pStyle w:val="Heading2"/>
      </w:pPr>
      <w:r>
        <w:t>Dawah in few minutes with stranger</w:t>
      </w:r>
    </w:p>
    <w:p>
      <w:r>
        <w:rPr>
          <w:color w:val="666666"/>
          <w:sz w:val="18"/>
        </w:rPr>
        <w:t>Society &amp; Dawah · Q&amp;A 11 Jul 2010 Maulana Wahiduddin Khan · 1m 23s · at 42:54 · https://youtu.be/UHtdtzGGwFQ?t=2574</w:t>
      </w:r>
    </w:p>
    <w:p>
      <w:r>
        <w:rPr>
          <w:i/>
        </w:rPr>
        <w:t>“If one gets only few minutes of opportunity to do dawah work with a stranger, how and what part should be communicated to him?”</w:t>
      </w:r>
    </w:p>
    <w:p>
      <w:r>
        <w:rPr>
          <w:sz w:val="20"/>
        </w:rPr>
        <w:t>42:54  maulana, yeh sawal kiya hai mr. idrees ne raipur se. unhon ne likha hai ke "if one gets only few minutes of opportunity to do dawah work with a stranger, how and what part should be communicated to him?"</w:t>
      </w:r>
      <w:r>
        <w:br/>
      </w:r>
      <w:r>
        <w:rPr>
          <w:sz w:val="20"/>
        </w:rPr>
        <w:t>43:11  part nahi, aap ke paas pamphlet reh jaye. hamare paas pamphlet hai. chhote chhote pamphlet bahut bade. aap ne pocket mein rakhe hain ya mauqa ho us ko de diye.</w:t>
      </w:r>
      <w:r>
        <w:br/>
      </w:r>
      <w:r>
        <w:rPr>
          <w:sz w:val="20"/>
        </w:rPr>
        <w:t>43:23  sab se best yahi hai. ke har waqt aap ki pocket mein yeh pamphlet jo hai dawah pamphlet hai woh rehna chahiye. jahan mauqa ho use de diye.</w:t>
      </w:r>
      <w:r>
        <w:br/>
      </w:r>
      <w:r>
        <w:rPr>
          <w:sz w:val="20"/>
        </w:rPr>
        <w:t>43:36  jaise main ne ek qissa bataya tha ke hamare ek saathi hua jahaz ja rahe the dilli se bombay. jab woh enter hue to wahan par ek bada leader baitha hua tha. ek bada leader.</w:t>
      </w:r>
      <w:r>
        <w:br/>
      </w:r>
      <w:r>
        <w:rPr>
          <w:sz w:val="20"/>
        </w:rPr>
        <w:t>43:45  ek well-known leader. to jab enter hue to dekha ke woh yahan baitha hua hai. to foran unhon ne ek pamphlet nikala. reality of life.</w:t>
      </w:r>
      <w:r>
        <w:br/>
      </w:r>
      <w:r>
        <w:rPr>
          <w:sz w:val="20"/>
        </w:rPr>
        <w:t>43:56  us ne kaha ke sir this for your inflight reading. de diya. aur sahib us ko padhta raha, padhta raha, padhta raha.</w:t>
      </w:r>
      <w:r>
        <w:br/>
      </w:r>
      <w:r>
        <w:rPr>
          <w:sz w:val="20"/>
        </w:rPr>
        <w:t>44:05  to best tareeqa yeh hai ke aap ki pocket mein yeh sab cheezein rehain. aap ke bag mein cheezein rehain. jahan us ko payein wahan dete rahein aap us ko.</w:t>
      </w:r>
    </w:p>
    <w:p>
      <w:pPr>
        <w:pStyle w:val="Heading2"/>
      </w:pPr>
      <w:r>
        <w:t>Dawah of tawhid and revolution</w:t>
      </w:r>
    </w:p>
    <w:p>
      <w:r>
        <w:rPr>
          <w:color w:val="666666"/>
          <w:sz w:val="18"/>
        </w:rPr>
        <w:t>Society &amp; Dawah · Example of the Prophet March 20, 2016 · 1m 17s · at 1:38:18 · https://youtu.be/79HmhzXU41w?t=5898</w:t>
      </w:r>
    </w:p>
    <w:p>
      <w:r>
        <w:rPr>
          <w:i/>
        </w:rPr>
        <w:t>“A person said that today, the dawah of tawhid must be taken to the level of revolution. By revolution, he meant reaching the level of political power. Please comment.”</w:t>
      </w:r>
    </w:p>
    <w:p>
      <w:r>
        <w:rPr>
          <w:sz w:val="20"/>
        </w:rPr>
        <w:t>1:38:18  agla sawal maulana iqbal umri ka hai chennai se, aur unhon ne likha hai</w:t>
      </w:r>
      <w:r>
        <w:br/>
      </w:r>
      <w:r>
        <w:rPr>
          <w:sz w:val="20"/>
        </w:rPr>
        <w:t>1:38:25  maulana ek sahab ne kaha ke aaj dawat toheed ko inqalab ke darje tak pahunchana hai.</w:t>
      </w:r>
      <w:r>
        <w:br/>
      </w:r>
      <w:r>
        <w:rPr>
          <w:sz w:val="20"/>
        </w:rPr>
        <w:t>1:38:32  inqalab ka matlab unhon ne kaha ke iqtadar ke darje tak.</w:t>
      </w:r>
      <w:r>
        <w:br/>
      </w:r>
      <w:r>
        <w:rPr>
          <w:sz w:val="20"/>
        </w:rPr>
        <w:t>1:38:37  maulana is mein jo mughalta hai, us ko wazeh karen.</w:t>
      </w:r>
      <w:r>
        <w:br/>
      </w:r>
      <w:r>
        <w:rPr>
          <w:sz w:val="20"/>
        </w:rPr>
        <w:t>1:38:41  Nahi yeh to khud sakhta baat hai kahan likha hua hai Quran mein Hadees mein aur kis paighambar ne pahunchaya iqtidaar ke darje par kisi paighambar ne nahi pahunchaya yaani agar.</w:t>
      </w:r>
      <w:r>
        <w:br/>
      </w:r>
      <w:r>
        <w:rPr>
          <w:sz w:val="20"/>
        </w:rPr>
        <w:t>1:38:53  yani agar dawat ka matlab hai is ko iqtadar tak pahunchaya jaye to sare peghambar nek kaam the.</w:t>
      </w:r>
      <w:r>
        <w:br/>
      </w:r>
      <w:r>
        <w:rPr>
          <w:sz w:val="20"/>
        </w:rPr>
        <w:t>1:39:01  yeh yeh to khud sakhta baaten hain.</w:t>
      </w:r>
      <w:r>
        <w:br/>
      </w:r>
      <w:r>
        <w:rPr>
          <w:sz w:val="20"/>
        </w:rPr>
        <w:t>1:39:04  aap bilkul jo log</w:t>
      </w:r>
      <w:r>
        <w:br/>
      </w:r>
      <w:r>
        <w:rPr>
          <w:sz w:val="20"/>
        </w:rPr>
        <w:t>1:39:07  sanjida na hon, wahi is waqt keh sakte hain.</w:t>
      </w:r>
      <w:r>
        <w:br/>
      </w:r>
      <w:r>
        <w:rPr>
          <w:sz w:val="20"/>
        </w:rPr>
        <w:t>1:39:11  un ko kehne ke liye sab se pehle quran o hadees ko padhna chahiye, aur is ka hawala</w:t>
      </w:r>
      <w:r>
        <w:br/>
      </w:r>
      <w:r>
        <w:rPr>
          <w:sz w:val="20"/>
        </w:rPr>
        <w:t>1:39:15  dena chahiye. yeh baat kehne se pehle woh</w:t>
      </w:r>
      <w:r>
        <w:br/>
      </w:r>
      <w:r>
        <w:rPr>
          <w:sz w:val="20"/>
        </w:rPr>
        <w:t>1:39:20  aitkaf mein baith kar ke quran o hadees ko padhen, aur phir is mein se reference nikal kar</w:t>
      </w:r>
      <w:r>
        <w:br/>
      </w:r>
      <w:r>
        <w:rPr>
          <w:sz w:val="20"/>
        </w:rPr>
        <w:t>1:39:25  bataen. aise kehna to yeh bahut hi ghair zimmedari ki baat hai.</w:t>
      </w:r>
      <w:r>
        <w:br/>
      </w:r>
      <w:r>
        <w:rPr>
          <w:sz w:val="20"/>
        </w:rPr>
        <w:t>1:39:30  main samajhta hoon ke is par yani mawkhaza hoga insan ka, aisi baaton ko kare.</w:t>
      </w:r>
    </w:p>
    <w:p>
      <w:pPr>
        <w:pStyle w:val="Heading2"/>
      </w:pPr>
      <w:r>
        <w:t>Dawah responsibility: individual or group?</w:t>
      </w:r>
    </w:p>
    <w:p>
      <w:r>
        <w:rPr>
          <w:color w:val="666666"/>
          <w:sz w:val="18"/>
        </w:rPr>
        <w:t>Society &amp; Dawah · Revival and Revivalist | June 7, 2015 · 3m 00s · at 1:06:25 · https://youtu.be/tJqheiPlZ94?t=3985</w:t>
      </w:r>
    </w:p>
    <w:p>
      <w:r>
        <w:rPr>
          <w:i/>
        </w:rPr>
        <w:t>“Is dawah work the responsibility of every Muslim or only a group? And is it fardh 'ayn or fardh kifayah?”</w:t>
      </w:r>
    </w:p>
    <w:p>
      <w:r>
        <w:rPr>
          <w:sz w:val="20"/>
        </w:rPr>
        <w:t>1:06:25  tance of yani yeh jo comprehension ki importance jo hai challenge ki importance hai musalman ko jante hi nahi sab se bara masla musalmanon ko yahi hai ke woh favor ko jante hain aur challenge ko nahi jante Maulana yeh agla sawal aya hai doctor musalma siddiqui ka delhi se az dawa work responsibility of every muslim or it is the responsibility of only</w:t>
      </w:r>
      <w:r>
        <w:br/>
      </w:r>
      <w:r>
        <w:rPr>
          <w:sz w:val="20"/>
        </w:rPr>
        <w:t>1:06:55  a group nahi nahi yeh yeh purana masla hai ke farz ain hai ya farz kifaya hai main</w:t>
      </w:r>
      <w:r>
        <w:br/>
      </w:r>
      <w:r>
        <w:rPr>
          <w:sz w:val="20"/>
        </w:rPr>
        <w:t>1:07:01  kehta hoon ke yeh farz ain hai yani har musalman jahan kisi se mile to us ko pata</w:t>
      </w:r>
      <w:r>
        <w:br/>
      </w:r>
      <w:r>
        <w:rPr>
          <w:sz w:val="20"/>
        </w:rPr>
        <w:t>1:07:07  hai woh ke Allah ne kya hukum bheja hai yeh nahi ke koi doosra kar de to mujh</w:t>
      </w:r>
      <w:r>
        <w:br/>
      </w:r>
      <w:r>
        <w:rPr>
          <w:sz w:val="20"/>
        </w:rPr>
        <w:t>1:07:14  se saakit ho gaya yeh galat tasawwur yeh tasawwur galat hai to farz al-kifaya nahin hai yeh farz</w:t>
      </w:r>
      <w:r>
        <w:br/>
      </w:r>
      <w:r>
        <w:rPr>
          <w:sz w:val="20"/>
        </w:rPr>
        <w:t>1:07:20  ain hai har musalman ko jis tarah namaz farz hai use dawat farz hai</w:t>
      </w:r>
      <w:r>
        <w:br/>
      </w:r>
      <w:r>
        <w:rPr>
          <w:sz w:val="20"/>
        </w:rPr>
        <w:t>1:07:26  jo nahin karega pakda jayega maulana yeh agla question aya hai mister danish fazal ka lucknow</w:t>
      </w:r>
      <w:r>
        <w:br/>
      </w:r>
      <w:r>
        <w:rPr>
          <w:sz w:val="20"/>
        </w:rPr>
        <w:t>1:07:33  سے while listening your lecture in class or online we have no negativity but when we are</w:t>
      </w:r>
      <w:r>
        <w:br/>
      </w:r>
      <w:r>
        <w:rPr>
          <w:sz w:val="20"/>
        </w:rPr>
        <w:t>1:07:41  not in your lecture then negativity comes in our mind how to eliminate this dekhiye main jahan tak</w:t>
      </w:r>
      <w:r>
        <w:br/>
      </w:r>
      <w:r>
        <w:rPr>
          <w:sz w:val="20"/>
        </w:rPr>
        <w:t>1:07:48  samajhta hoon iski wajah yeh hai ke log ek</w:t>
      </w:r>
      <w:r>
        <w:br/>
      </w:r>
      <w:r>
        <w:rPr>
          <w:sz w:val="20"/>
        </w:rPr>
        <w:t>1:07:56  bar sun lete hain ek bar sunne se yahi hoga aap ko bar bar sunna chahiye aur kitabein</w:t>
      </w:r>
      <w:r>
        <w:br/>
      </w:r>
      <w:r>
        <w:rPr>
          <w:sz w:val="20"/>
        </w:rPr>
        <w:t>1:08:03  bhi padhna chahiye supported literature ko main kehta hoon lecture ko bar bar suniye aur sath sath support</w:t>
      </w:r>
      <w:r>
        <w:br/>
      </w:r>
      <w:r>
        <w:rPr>
          <w:sz w:val="20"/>
        </w:rPr>
        <w:t>1:08:11  jo supportive literature usko bhi padhiye warna iske baad jab aap jaate ho society mein society</w:t>
      </w:r>
      <w:r>
        <w:br/>
      </w:r>
      <w:r>
        <w:rPr>
          <w:sz w:val="20"/>
        </w:rPr>
        <w:t>1:08:18  wahi hai to iska asar pahunch pahunchega aap ko lekin agar aap lecture ko repeat karein aur kitab</w:t>
      </w:r>
      <w:r>
        <w:br/>
      </w:r>
      <w:r>
        <w:rPr>
          <w:sz w:val="20"/>
        </w:rPr>
        <w:t>1:08:26  ein parhen to inshallah is se aap mukammal tor par bach jayenge okay we will end the session now.</w:t>
      </w:r>
    </w:p>
    <w:p>
      <w:pPr>
        <w:pStyle w:val="Heading2"/>
      </w:pPr>
      <w:r>
        <w:t>Dawah scope in enemy countries despite shrinking political activism</w:t>
      </w:r>
    </w:p>
    <w:p>
      <w:r>
        <w:rPr>
          <w:color w:val="666666"/>
          <w:sz w:val="18"/>
        </w:rPr>
        <w:t>Society &amp; Dawah · Dars-e-Quran, Ch. 2 Verse 50-52 |  March 11, 2018 · 1m 15s · at 56:55 · https://youtu.be/ShSyMy4LPfc?t=3415</w:t>
      </w:r>
    </w:p>
    <w:p>
      <w:r>
        <w:rPr>
          <w:i/>
        </w:rPr>
        <w:t>“With reference to dawah work in Israel, I am saying that there is vast scope for dawah work even in countries known to Muslims as enemies of Islam. On the other hand, recent history shows that all political activism of Muslims is shrinking in terms of results, as also mentioned in the Quran, chapter 21, verse 44: 'Do they not see that We are coming to...?'”</w:t>
      </w:r>
    </w:p>
    <w:p>
      <w:r>
        <w:rPr>
          <w:sz w:val="20"/>
        </w:rPr>
        <w:t>56:55  yeh kehne ki zaroorat hai sare musalman kyun nahi kehte sare ulama kyun nahi kehte? Maulana agla sawal lete hain jo bheja hai Maulana farhad sahib ne delhi se unhon ne likha hai with reference of dawah news in israel i am seeing that there is vast space for dawah work even in the countries which are known to muslims as enemies of islam in the other hand the recent</w:t>
      </w:r>
      <w:r>
        <w:br/>
      </w:r>
      <w:r>
        <w:rPr>
          <w:sz w:val="20"/>
        </w:rPr>
        <w:t>57:25  History shows that all political activism of Muslims are shrinking in terms of result as also mentioned in</w:t>
      </w:r>
      <w:r>
        <w:br/>
      </w:r>
      <w:r>
        <w:rPr>
          <w:sz w:val="20"/>
        </w:rPr>
        <w:t>57:32  The Quran Chapter 21, verse number 44, which says, "Do they not see that We are coming to"</w:t>
      </w:r>
      <w:r>
        <w:br/>
      </w:r>
      <w:r>
        <w:rPr>
          <w:sz w:val="20"/>
        </w:rPr>
        <w:t>57:40  their land narrowing it down from all its sides? Maulana can we say that it is a clear</w:t>
      </w:r>
      <w:r>
        <w:br/>
      </w:r>
      <w:r>
        <w:rPr>
          <w:sz w:val="20"/>
        </w:rPr>
        <w:t>57:47  indication from god for the</w:t>
      </w:r>
      <w:r>
        <w:br/>
      </w:r>
      <w:r>
        <w:rPr>
          <w:sz w:val="20"/>
        </w:rPr>
        <w:t>57:55  task ahead of muslims to be of dawah work and not political activism? Please comment on this.</w:t>
      </w:r>
      <w:r>
        <w:br/>
      </w:r>
      <w:r>
        <w:rPr>
          <w:sz w:val="20"/>
        </w:rPr>
        <w:t>58:02  yeh bilkul sahi baat hai sahi baat hai koi shakk nahin.</w:t>
      </w:r>
    </w:p>
    <w:p>
      <w:pPr>
        <w:pStyle w:val="Heading2"/>
      </w:pPr>
      <w:r>
        <w:t>Dawah to colleagues who believe in Krishna</w:t>
      </w:r>
    </w:p>
    <w:p>
      <w:r>
        <w:rPr>
          <w:color w:val="666666"/>
          <w:sz w:val="18"/>
        </w:rPr>
        <w:t>Society &amp; Dawah · The Existence of God-7th October 2012 · 1m 34s · at 1:12:43 · https://youtu.be/XWFqKwm-LPM?t=4363</w:t>
      </w:r>
    </w:p>
    <w:p>
      <w:r>
        <w:rPr>
          <w:i/>
        </w:rPr>
        <w:t>“I am working in a factory in Ghaziabad. I do dawah work in between with my non-Muslim colleagues, but they all believe that Shri Krishna...”</w:t>
      </w:r>
    </w:p>
    <w:p>
      <w:r>
        <w:rPr>
          <w:sz w:val="20"/>
        </w:rPr>
        <w:t>1:12:43  molana, agla sawal dilli se hai saadat yar sahib ka.</w:t>
      </w:r>
      <w:r>
        <w:br/>
      </w:r>
      <w:r>
        <w:rPr>
          <w:sz w:val="20"/>
        </w:rPr>
        <w:t>1:12:49  انہوں نے لکھا ہے: "I am working in a factory in Ghaziabad.</w:t>
      </w:r>
      <w:r>
        <w:br/>
      </w:r>
      <w:r>
        <w:rPr>
          <w:sz w:val="20"/>
        </w:rPr>
        <w:t>1:12:56  i do dawa work in between in my non muslim colleagues, but they all believe that shri krishna</w:t>
      </w:r>
      <w:r>
        <w:br/>
      </w:r>
      <w:r>
        <w:rPr>
          <w:sz w:val="20"/>
        </w:rPr>
        <w:t>1:13:03  ji is god.</w:t>
      </w:r>
      <w:r>
        <w:br/>
      </w:r>
      <w:r>
        <w:rPr>
          <w:sz w:val="20"/>
        </w:rPr>
        <w:t>1:13:09  How we can convince them that Shri Krishna Ji is not God? Please give satisfactory answer so that</w:t>
      </w:r>
      <w:r>
        <w:br/>
      </w:r>
      <w:r>
        <w:rPr>
          <w:sz w:val="20"/>
        </w:rPr>
        <w:t>1:13:16  "We can convince our non-Muslim friends." No, you should never make this a starting point. This</w:t>
      </w:r>
      <w:r>
        <w:br/>
      </w:r>
      <w:r>
        <w:rPr>
          <w:sz w:val="20"/>
        </w:rPr>
        <w:t>1:13:23  kabhi bhi aap koshish na karein, yeh dawat nahi hai, yeh to munazra hai, munazra hai.</w:t>
      </w:r>
      <w:r>
        <w:br/>
      </w:r>
      <w:r>
        <w:rPr>
          <w:sz w:val="20"/>
        </w:rPr>
        <w:t>1:13:30  yeh sab bahas munazre ke mozuat hain, is ka naam dawat nahi hai.</w:t>
      </w:r>
      <w:r>
        <w:br/>
      </w:r>
      <w:r>
        <w:rPr>
          <w:sz w:val="20"/>
        </w:rPr>
        <w:t>1:13:36  quran mein dekhein: "ta'ala ala kalima suwae bina bainakum allah naoozubillah", yaani common ground se dawat shuru</w:t>
      </w:r>
      <w:r>
        <w:br/>
      </w:r>
      <w:r>
        <w:rPr>
          <w:sz w:val="20"/>
        </w:rPr>
        <w:t>1:13:43  hoti hai, controversial ground se nahi shuru hoti.</w:t>
      </w:r>
      <w:r>
        <w:br/>
      </w:r>
      <w:r>
        <w:rPr>
          <w:sz w:val="20"/>
        </w:rPr>
        <w:t>1:13:50  dawat to aap jo controversial point hai, us se koi shuru karna chahte hain, aap jo common ground</w:t>
      </w:r>
      <w:r>
        <w:br/>
      </w:r>
      <w:r>
        <w:rPr>
          <w:sz w:val="20"/>
        </w:rPr>
        <w:t>1:13:56  hai, us ko le kar shuru kijiye ga dawat apni, aur quran mein parhne ke liye dijiye kitabein, dijiye.</w:t>
      </w:r>
      <w:r>
        <w:br/>
      </w:r>
      <w:r>
        <w:rPr>
          <w:sz w:val="20"/>
        </w:rPr>
        <w:t>1:14:03  yeh dawat ka sahi tareeqa nahi ke aap is ke is mozu ke upar bahas karein jo ke</w:t>
      </w:r>
      <w:r>
        <w:br/>
      </w:r>
      <w:r>
        <w:rPr>
          <w:sz w:val="20"/>
        </w:rPr>
        <w:t>1:14:10  controversial point aap ke in ke beech mein hai.</w:t>
      </w:r>
    </w:p>
    <w:p>
      <w:pPr>
        <w:pStyle w:val="Heading2"/>
      </w:pPr>
      <w:r>
        <w:t>Dawah work in rural areas</w:t>
      </w:r>
    </w:p>
    <w:p>
      <w:r>
        <w:rPr>
          <w:color w:val="666666"/>
          <w:sz w:val="18"/>
        </w:rPr>
        <w:t>Society &amp; Dawah · Replanning | February 26, 2017 · 2m 15s · at 1:11:33 · https://youtu.be/E120hwMH9x8?t=4293</w:t>
      </w:r>
    </w:p>
    <w:p>
      <w:r>
        <w:rPr>
          <w:i/>
        </w:rPr>
        <w:t>“No doubt the dawah work CPS is doing is commendable, but I see this organization working globally and on higher sector. What about the work on ground level, meaning rural setups, since majority of India lives in rural setup? Please advise what we should do.”</w:t>
      </w:r>
    </w:p>
    <w:p>
      <w:r>
        <w:rPr>
          <w:sz w:val="20"/>
        </w:rPr>
        <w:t>1:11:33  se fayyaz sahib ne ek sawal bheja hai unhone likha hai maulana sahib no doubt the daawa</w:t>
      </w:r>
      <w:r>
        <w:br/>
      </w:r>
      <w:r>
        <w:rPr>
          <w:sz w:val="20"/>
        </w:rPr>
        <w:t>1:11:41  work CPS is doing is commendable</w:t>
      </w:r>
      <w:r>
        <w:br/>
      </w:r>
      <w:r>
        <w:rPr>
          <w:sz w:val="20"/>
        </w:rPr>
        <w:t>1:11:49  but I have this one thing to say I see this organization working globally and on higher sector but what about the work on ground level by ground level I mean rural setups since majority of India lives in rural setup please advise what should we do dekhiye yeh aap ki jo soch hai yeh communist soch hai communist soch</w:t>
      </w:r>
      <w:r>
        <w:br/>
      </w:r>
      <w:r>
        <w:rPr>
          <w:sz w:val="20"/>
        </w:rPr>
        <w:t>1:12:19  yeh islami soch nahi hai yeh socialiston ne yeh yeh term use ijad kiya hai ground level par</w:t>
      </w:r>
      <w:r>
        <w:br/>
      </w:r>
      <w:r>
        <w:rPr>
          <w:sz w:val="20"/>
        </w:rPr>
        <w:t>1:12:29  kaam karna warna dekhiye quran mein bataye anbiya ne jo kaam kiya tha to qal marr al-ladheena kafaroo</w:t>
      </w:r>
      <w:r>
        <w:br/>
      </w:r>
      <w:r>
        <w:rPr>
          <w:sz w:val="20"/>
        </w:rPr>
        <w:t>1:12:39  min al-qawm yani qom ke jo mulk the woh unhone koi response diya yeh dekhiye aap is paighamoon</w:t>
      </w:r>
      <w:r>
        <w:br/>
      </w:r>
      <w:r>
        <w:rPr>
          <w:sz w:val="20"/>
        </w:rPr>
        <w:t>1:12:49  ka khitab awalan mulk se hua karta tha yani us waqt ke jo intellectuals the yeh yeh soch bilkul galat hai yeh yeh communist soch hai yeh Islam ki soch nahi hai yeh okay so we will end this session today we will be back next Sunday same time thank you.</w:t>
      </w:r>
    </w:p>
    <w:p>
      <w:pPr>
        <w:pStyle w:val="Heading2"/>
      </w:pPr>
      <w:r>
        <w:t>Dawah: Individual or Collective Duty</w:t>
      </w:r>
    </w:p>
    <w:p>
      <w:r>
        <w:rPr>
          <w:color w:val="666666"/>
          <w:sz w:val="18"/>
        </w:rPr>
        <w:t>Society &amp; Dawah · Revival and Revivalist June 7, 2015 · 2m 32s · at 1:06:25 · https://youtu.be/MCY8AJ87BXc?t=3985</w:t>
      </w:r>
    </w:p>
    <w:p>
      <w:r>
        <w:rPr>
          <w:i/>
        </w:rPr>
        <w:t>“Is the responsibility of Dawah work every Muslim's individual duty (Fardh 'Ayn) or only a collective duty (Fardh Kifayah)? I say it is Fardh 'Ayn, meaning every Muslim, wherever they meet someone, should know what command Allah has sent.”</w:t>
      </w:r>
    </w:p>
    <w:p>
      <w:r>
        <w:rPr>
          <w:sz w:val="20"/>
        </w:rPr>
        <w:t>1:06:25  Maulana, yeh agla sawal aya hai Dr. Saleha Siddiqui ka Delhi se.</w:t>
      </w:r>
      <w:r>
        <w:br/>
      </w:r>
      <w:r>
        <w:rPr>
          <w:sz w:val="20"/>
        </w:rPr>
        <w:t>1:06:30  az dawa work responsibility of every muslim or it is the responsibility of only a group?</w:t>
      </w:r>
      <w:r>
        <w:br/>
      </w:r>
      <w:r>
        <w:rPr>
          <w:sz w:val="20"/>
        </w:rPr>
        <w:t>1:06:39  nahi, nahi, yeh yeh purana masla hai ke farz ain hai ya farz kifaya hai. main kehta hoon ke yeh farz ain hai. yani har musalman jahan kisi se mile to us ko pata hai woh ke Allah ne kya hukum bheja hai.</w:t>
      </w:r>
      <w:r>
        <w:br/>
      </w:r>
      <w:r>
        <w:rPr>
          <w:sz w:val="20"/>
        </w:rPr>
        <w:t>1:06:55  yeh nahi ke koi doosra kar de to mujh se saqat ho gaya. yeh galat tasawwur, yeh tasawwur galat hai.</w:t>
      </w:r>
      <w:r>
        <w:br/>
      </w:r>
      <w:r>
        <w:rPr>
          <w:sz w:val="20"/>
        </w:rPr>
        <w:t>1:07:00  to farz alal kifaya nahi hai, yeh farz ain hai. har musalman ko jis tarah namaz farz hai, is tarah dawat farz hai. jo nahi karega, pakra jayega.</w:t>
      </w:r>
      <w:r>
        <w:br/>
      </w:r>
      <w:r>
        <w:rPr>
          <w:sz w:val="20"/>
        </w:rPr>
        <w:t>1:07:14  Maulana, yeh agla question aaya hai Mr. Danish Fazil ka Lucknow se. While listening your lecture on class or online, we have no negativity, but we when we are not in your lecture, then negativity comes in our mind.</w:t>
      </w:r>
      <w:r>
        <w:br/>
      </w:r>
      <w:r>
        <w:rPr>
          <w:sz w:val="20"/>
        </w:rPr>
        <w:t>1:07:30  how to eliminate this?</w:t>
      </w:r>
      <w:r>
        <w:br/>
      </w:r>
      <w:r>
        <w:rPr>
          <w:sz w:val="20"/>
        </w:rPr>
        <w:t>1:07:35  dekhiye, main jahan tak samajhta hoon, is ki wajah yeh hai ke log aik bar sun lete hain. aik bar sunne se yahi hoga. aap ko bar bar sunna chahiye aur kitabein bhi padhni chahiye.</w:t>
      </w:r>
      <w:r>
        <w:br/>
      </w:r>
      <w:r>
        <w:rPr>
          <w:sz w:val="20"/>
        </w:rPr>
        <w:t>1:07:45  supportive literature ko main kehta hoon, lecture ko bar bar suniye aur sath sath report jo supportive literature hai, us ko bhi padhiye.</w:t>
      </w:r>
      <w:r>
        <w:br/>
      </w:r>
      <w:r>
        <w:rPr>
          <w:sz w:val="20"/>
        </w:rPr>
        <w:t>1:07:57  warna is ke baad aap jate hain society mein. society wahi hai to is ka asar pahunchega aap ko. lekin agar aap lecture ko repeat karein aur kitabein padhein to inshallah is se aap mukammal taur par bach jayenge.</w:t>
      </w:r>
    </w:p>
    <w:p>
      <w:pPr>
        <w:pStyle w:val="Heading2"/>
      </w:pPr>
      <w:r>
        <w:t>Dealing With a Reader Who Would Have Argued</w:t>
      </w:r>
    </w:p>
    <w:p>
      <w:r>
        <w:rPr>
          <w:color w:val="666666"/>
          <w:sz w:val="18"/>
        </w:rPr>
        <w:t>Society &amp; Dawah · Living in Falsehood December 15, 2013 · 3m 17s · at 58:39 · https://youtu.be/UvboK59uF6s?t=3519</w:t>
      </w:r>
    </w:p>
    <w:p>
      <w:r>
        <w:rPr>
          <w:i/>
        </w:rPr>
        <w:t>“During a tour, I met a person to whom I had given The Prophet of Peace a few years back. He told me that he had read the book and two more of his family members also read the book. Then he mentioned to me that if instead of the book the author himself had talked to me on this topic, I would have argued with him.”</w:t>
      </w:r>
    </w:p>
    <w:p>
      <w:r>
        <w:rPr>
          <w:sz w:val="20"/>
        </w:rPr>
        <w:t>58:39  maulana, agla sawal lete hain jo roorkee se hai. sajid anwar sahab ne kiya hai. unhone likha hai: "During a tour, I met one person to whom I had given the Prophet of Peace a few years back.</w:t>
      </w:r>
      <w:r>
        <w:br/>
      </w:r>
      <w:r>
        <w:rPr>
          <w:sz w:val="20"/>
        </w:rPr>
        <w:t>58:56  When I met him, he told me that he had read the book and two more of his family members also read the book.</w:t>
      </w:r>
      <w:r>
        <w:br/>
      </w:r>
      <w:r>
        <w:rPr>
          <w:sz w:val="20"/>
        </w:rPr>
        <w:t>59:04  Then he mentioned to me that if instead of the book, if the author himself had talked to me on this topic, then I would have argued with him.</w:t>
      </w:r>
      <w:r>
        <w:br/>
      </w:r>
      <w:r>
        <w:rPr>
          <w:sz w:val="20"/>
        </w:rPr>
        <w:t>59:15  But while reading, I had no option but to read the book, and thus the author was successful in communicating what he wanted to say.</w:t>
      </w:r>
      <w:r>
        <w:br/>
      </w:r>
      <w:r>
        <w:rPr>
          <w:sz w:val="20"/>
        </w:rPr>
        <w:t>59:27  From this incident, I could discover the role of spreading literature in our mission, as it has not only the multiplying effect but also the power of successfully communicating the ideology.</w:t>
      </w:r>
      <w:r>
        <w:br/>
      </w:r>
      <w:r>
        <w:rPr>
          <w:sz w:val="20"/>
        </w:rPr>
        <w:t>59:42  Maulana, is my understanding correct? Dekhiye baat sahi hai.</w:t>
      </w:r>
      <w:r>
        <w:br/>
      </w:r>
      <w:r>
        <w:rPr>
          <w:sz w:val="20"/>
        </w:rPr>
        <w:t>59:47  Hota yeh hai ke agar aap kisi se baat karein aur uski jo soch hai uske against mein koi baat aap karein to foran ego clash ho jata hai.</w:t>
      </w:r>
      <w:r>
        <w:br/>
      </w:r>
      <w:r>
        <w:rPr>
          <w:sz w:val="20"/>
        </w:rPr>
        <w:t>59:58  Woh defensive psychology aa jati hai uske andar. Defensive psychology. Ke ek aadmi negative soch wala hai, ladai bhadai mein involve hai, aap bolein uske khilaf to foran woh defensive ban jayega.</w:t>
      </w:r>
      <w:r>
        <w:br/>
      </w:r>
      <w:r>
        <w:rPr>
          <w:sz w:val="20"/>
        </w:rPr>
        <w:t>1:00:15  Defensive psychology develop karegi. Aur phir ego clash ho jayega. Lekin jab aap usko kitaab dete hain, woh ja kar apne kamre mein padhta hai jahan woh akela hai to wahan koi doosra nahi hota jisse uska koi ego clash ho.</w:t>
      </w:r>
      <w:r>
        <w:br/>
      </w:r>
      <w:r>
        <w:rPr>
          <w:sz w:val="20"/>
        </w:rPr>
        <w:t>1:00:30  To zyada behtar taur par kitaab ke andar jo likha hua hai usko samajh pata hai.</w:t>
      </w:r>
      <w:r>
        <w:br/>
      </w:r>
      <w:r>
        <w:rPr>
          <w:sz w:val="20"/>
        </w:rPr>
        <w:t>1:00:37  To main samajhta hoon ke literature ko phailana yeh bahut hi basic kaam hai. Aur woh bhi ek kaam hai ke aap is cheez dein, aap logon se baat cheet karein, woh bhi ek kaam hai.</w:t>
      </w:r>
      <w:r>
        <w:br/>
      </w:r>
      <w:r>
        <w:rPr>
          <w:sz w:val="20"/>
        </w:rPr>
        <w:t>1:00:48  Beshak woh bhi karna hi karna hai. Lekin main ek farq bata raha hoon. Ke koi tanqeed agar aap karein kisi aadmi se jab ke woh us mein involve hai to foran woh defensive mein taraf chala jayega.</w:t>
      </w:r>
      <w:r>
        <w:br/>
      </w:r>
      <w:r>
        <w:rPr>
          <w:sz w:val="20"/>
        </w:rPr>
        <w:t>1:01:02  Foran apna difaa karne lagega woh. Lekin kitaab mein kya difaa karega</w:t>
      </w:r>
      <w:r>
        <w:br/>
      </w:r>
      <w:r>
        <w:rPr>
          <w:sz w:val="20"/>
        </w:rPr>
        <w:t>1:01:07  ? Kitaab mein to saamne koi hai hi nahi jisse difaa kare woh. To Quran ka distribution aur yeh jo literature jisko main kehta hoon supporting literature, uska distribution bahut hi important hai.</w:t>
      </w:r>
      <w:r>
        <w:br/>
      </w:r>
      <w:r>
        <w:rPr>
          <w:sz w:val="20"/>
        </w:rPr>
        <w:t>1:01:19  Bahut zyada important hai. Isko filter karne ki zaroorat hai.</w:t>
      </w:r>
      <w:r>
        <w:br/>
      </w:r>
      <w:r>
        <w:rPr>
          <w:sz w:val="20"/>
        </w:rPr>
        <w:t>1:01:23  Jo maine pichli baar 28 November ko Hyderabad mein ek call di thi. Yani operation filter. To woh bahut soch samajh kar woh call di thi maine ke Quran ko aur supporting literature ko filter kar dijiye.</w:t>
      </w:r>
      <w:r>
        <w:br/>
      </w:r>
      <w:r>
        <w:rPr>
          <w:sz w:val="20"/>
        </w:rPr>
        <w:t>1:01:37  Saari duniya mein. Mukhtalif language mein tayyar kar ke. Saari duniya mein filter kar dijiye. Quran ko aur supporting literature ko.</w:t>
      </w:r>
      <w:r>
        <w:br/>
      </w:r>
      <w:r>
        <w:rPr>
          <w:sz w:val="20"/>
        </w:rPr>
        <w:t>1:01:47  Yeh bahut hi powerful tareeqa hai yani da'wah work ka.</w:t>
      </w:r>
    </w:p>
    <w:p>
      <w:pPr>
        <w:pStyle w:val="Heading2"/>
      </w:pPr>
      <w:r>
        <w:t>Dealing with Muslim apathy towards dawah</w:t>
      </w:r>
    </w:p>
    <w:p>
      <w:r>
        <w:rPr>
          <w:color w:val="666666"/>
          <w:sz w:val="18"/>
        </w:rPr>
        <w:t>Society &amp; Dawah · Revival of Abrahamic Mission October 28, 2012 · 3m 23s · at 1:04:04 · https://youtu.be/9mV72V5gsqM?t=3844</w:t>
      </w:r>
    </w:p>
    <w:p>
      <w:r>
        <w:rPr>
          <w:i/>
        </w:rPr>
        <w:t>“When we explain to Muslims that dawah (calling to God) is a responsibility, it does not get any positive response. They say yes, it is good, but continue to do either their social or national work. When the task is so big and Muslims are not giving a positive response, what should we do?”</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r>
        <w:br/>
      </w:r>
      <w:r>
        <w:rPr>
          <w:sz w:val="20"/>
        </w:rPr>
        <w:t>1:06:24  abhi bhi hamare mulk mein aala mayar ki education nahi hai. Haalanke beshumar log social work kar rahe hain, milli work kar rahe hain, is mein arbon kharbon rupay kharch kar rahe hain.</w:t>
      </w:r>
      <w:r>
        <w:br/>
      </w:r>
      <w:r>
        <w:rPr>
          <w:sz w:val="20"/>
        </w:rPr>
        <w:t>1:06:33  yeh sab mere nazdeek bilkul bekar kaam hai. Islami aitbar se bhi, aqli aitbar se bhi, bohat aala darje ka school kholein, lakhon ki tadad mein saare mulk mein, sara paisa is mein laga dein,</w:t>
      </w:r>
      <w:r>
        <w:br/>
      </w:r>
      <w:r>
        <w:rPr>
          <w:sz w:val="20"/>
        </w:rPr>
        <w:t>1:06:48  yeh hai kaam.</w:t>
      </w:r>
      <w:r>
        <w:br/>
      </w:r>
      <w:r>
        <w:rPr>
          <w:sz w:val="20"/>
        </w:rPr>
        <w:t>1:06:50  abhi bhi aala darje ke school hamare mulk mein mojood nahi hain aur social work ki dhoom hai, milli work ki dhoom hai. To mein is mamle mein bohat hi sakht rai rakhta hoon.</w:t>
      </w:r>
      <w:r>
        <w:br/>
      </w:r>
      <w:r>
        <w:rPr>
          <w:sz w:val="20"/>
        </w:rPr>
        <w:t>1:07:04  un kaam ko mein kaam nahi samajhta. Mein aik kaam samajhta hoon ke is is baat ko ke insaan ka incentive jagaya jaye, motivate kiya jaye, aur doosri baat yeh ke bohat hi high standard ki education di jaye.</w:t>
      </w:r>
      <w:r>
        <w:br/>
      </w:r>
      <w:r>
        <w:rPr>
          <w:sz w:val="20"/>
        </w:rPr>
        <w:t>1:07:18  is ko</w:t>
      </w:r>
      <w:r>
        <w:br/>
      </w:r>
      <w:r>
        <w:rPr>
          <w:sz w:val="20"/>
        </w:rPr>
        <w:t>1:07:20  isi ko mein kaam samajhta hoon. Baqi sab leadership hai, leadership.</w:t>
      </w:r>
    </w:p>
    <w:p>
      <w:pPr>
        <w:pStyle w:val="Heading2"/>
      </w:pPr>
      <w:r>
        <w:t>Dealing with ego issues in teams</w:t>
      </w:r>
    </w:p>
    <w:p>
      <w:r>
        <w:rPr>
          <w:color w:val="666666"/>
          <w:sz w:val="18"/>
        </w:rPr>
        <w:t>Society &amp; Dawah · Spirit of the Mission September 16, 2018 · 1m 58s · at 53:47 · https://youtu.be/rjiTU2v3U30?t=3227</w:t>
      </w:r>
    </w:p>
    <w:p>
      <w:r>
        <w:rPr>
          <w:i/>
        </w:rPr>
        <w:t>“Often we see teams get formed but then break away due to ego issues. What is your guidance on this? And how can we inculcate the spirit in every member that the cause of dawah is bigger than the individual?”</w:t>
      </w:r>
    </w:p>
    <w:p>
      <w:r>
        <w:rPr>
          <w:sz w:val="20"/>
        </w:rPr>
        <w:t>53:47  masha allah. maulana, agla sawal lete hain. yeh bheja hai</w:t>
      </w:r>
      <w:r>
        <w:br/>
      </w:r>
      <w:r>
        <w:rPr>
          <w:sz w:val="20"/>
        </w:rPr>
        <w:t>53:55  usman arif sahib ne dubai se. unhon ne likha hai: "maulana, often we see teams get formed, but then eventually break away due to ego issues.</w:t>
      </w:r>
      <w:r>
        <w:br/>
      </w:r>
      <w:r>
        <w:rPr>
          <w:sz w:val="20"/>
        </w:rPr>
        <w:t>54:08  what is your guidance on this subject? and how can we inculcate the spirit in every member that cause of dawah is bigger than the individual?"</w:t>
      </w:r>
      <w:r>
        <w:br/>
      </w:r>
      <w:r>
        <w:rPr>
          <w:sz w:val="20"/>
        </w:rPr>
        <w:t>54:22  bhai, ego issue kise aata hai? dai bhai ki badu mein yeh dai ke hawale se keh rahe hain. maulana, to dai ko apne ego khatam karna chahiye.</w:t>
      </w:r>
      <w:r>
        <w:br/>
      </w:r>
      <w:r>
        <w:rPr>
          <w:sz w:val="20"/>
        </w:rPr>
        <w:t>54:33  jab woh quran ko phailana chahta hai to sab se pehle apne ego kill kijiye. yeh to koi baat nahi hui. yeh ego bhi hai aur dawah bhi kaam.</w:t>
      </w:r>
      <w:r>
        <w:br/>
      </w:r>
      <w:r>
        <w:rPr>
          <w:sz w:val="20"/>
        </w:rPr>
        <w:t>54:45  yeh kaise ho sakta hai? agar aap dai banna chahte hain allah ke haan to ego to</w:t>
      </w:r>
    </w:p>
    <w:p>
      <w:pPr>
        <w:pStyle w:val="Heading2"/>
      </w:pPr>
      <w:r>
        <w:t>Dealing with hurt from Muslims' responses</w:t>
      </w:r>
    </w:p>
    <w:p>
      <w:r>
        <w:rPr>
          <w:color w:val="666666"/>
          <w:sz w:val="18"/>
        </w:rPr>
        <w:t>Society &amp; Dawah · Dars-e-Quran, Chapter 25, V. 1 (Spreading Quran) September 9, 2018 · 45s · at 52:54 · https://youtu.be/zf3V6LP2Qg0?t=3174</w:t>
      </w:r>
    </w:p>
    <w:p>
      <w:r>
        <w:rPr>
          <w:i/>
        </w:rPr>
        <w:t>“When talking to Muslims about religious matters, their responses cause me so much pain that if not for your guidance, I would become prejudiced against them, but still my heart hurts a lot. What should I do?”</w:t>
      </w:r>
    </w:p>
    <w:p>
      <w:r>
        <w:rPr>
          <w:sz w:val="20"/>
        </w:rPr>
        <w:t>52:54  maulana, agla sawal bheja hai mehtab sahab ne dhampur se. unhon ne likha hai: maulana sahab, aksar musalmanon se deeni baat karte hue un ke jawab se itni takleef hoti hai ke agar aap ki guidance na ho to un se badzan ho jaon,</w:t>
      </w:r>
      <w:r>
        <w:br/>
      </w:r>
      <w:r>
        <w:rPr>
          <w:sz w:val="20"/>
        </w:rPr>
        <w:t>53:14  lekin dil tab bhi bohat dukhta hai. kya karun? bas dua kijiye, jahan koi kuch aur tadbeer nazar na aaye to wahan dua kijiye.</w:t>
      </w:r>
    </w:p>
    <w:p>
      <w:pPr>
        <w:pStyle w:val="Heading2"/>
      </w:pPr>
      <w:r>
        <w:t>Defending Quran from Revision Claims</w:t>
      </w:r>
    </w:p>
    <w:p>
      <w:r>
        <w:rPr>
          <w:color w:val="666666"/>
          <w:sz w:val="18"/>
        </w:rPr>
        <w:t>Society &amp; Dawah · Islam in A New Age August 30, 2020 Maulana Wahiduddin Khan · 2m 01s · at 35:52 · https://youtu.be/R2EEb2xSIcA?t=2152</w:t>
      </w:r>
    </w:p>
    <w:p>
      <w:r>
        <w:rPr>
          <w:i/>
        </w:rPr>
        <w:t>“Many non-Muslims point out that the Quran needs to be revised to make it suitable to contemporary understanding. How can we make non-Muslims understand that the Quran does not need any revision? How should we achieve this?”</w:t>
      </w:r>
    </w:p>
    <w:p>
      <w:r>
        <w:rPr>
          <w:sz w:val="20"/>
        </w:rPr>
        <w:t>35:52  maulana, agla sawal kanpur se bheja hai shakeel ahmed sahib ne. unhon ne likha hai: maulana, many non muslims point out that quran needs to be revised to make it suitable to contemporary understanding.</w:t>
      </w:r>
      <w:r>
        <w:br/>
      </w:r>
      <w:r>
        <w:rPr>
          <w:sz w:val="20"/>
        </w:rPr>
        <w:t>36:10  my question is: how can we make non muslims understand that quran does not need any revision?</w:t>
      </w:r>
      <w:r>
        <w:br/>
      </w:r>
      <w:r>
        <w:rPr>
          <w:sz w:val="20"/>
        </w:rPr>
        <w:t>36:18  how should we achieve this? bhai, yeh quran ko revise karne ka koi sawal hi nahi hai.</w:t>
      </w:r>
      <w:r>
        <w:br/>
      </w:r>
      <w:r>
        <w:rPr>
          <w:sz w:val="20"/>
        </w:rPr>
        <w:t>36:27  pehle bataiye aap ki quran mein kya kami hai, kya ghalati hai? kya yani baghair is ke aap kaise kahenge ke is ko revise hona chahiye?</w:t>
      </w:r>
      <w:r>
        <w:br/>
      </w:r>
      <w:r>
        <w:rPr>
          <w:sz w:val="20"/>
        </w:rPr>
        <w:t>36:42  yeh to sab kehne walon ki be</w:t>
      </w:r>
      <w:r>
        <w:br/>
      </w:r>
      <w:r>
        <w:rPr>
          <w:sz w:val="20"/>
        </w:rPr>
        <w:t>36:46  khabari hai ke woh aik abadi kitab ko woh yeh yeh hazrat de rahe hain. allah taala unhein hidayat ata farmaye.</w:t>
      </w:r>
      <w:r>
        <w:br/>
      </w:r>
      <w:r>
        <w:rPr>
          <w:sz w:val="20"/>
        </w:rPr>
        <w:t>37:05  maulana yaqoob umri ne dilli se likha hai: maulana, you are only the islamic scholar who gives a ray of hope in the modern age, while all others are only discouraging with wrong interpretation of the same.</w:t>
      </w:r>
      <w:r>
        <w:br/>
      </w:r>
      <w:r>
        <w:rPr>
          <w:sz w:val="20"/>
        </w:rPr>
        <w:t>37:25  miss falak qareeba ne likha hai dilli se: congratulations to maulana on continuing his work at the age of 95.</w:t>
      </w:r>
      <w:r>
        <w:br/>
      </w:r>
      <w:r>
        <w:rPr>
          <w:sz w:val="20"/>
        </w:rPr>
        <w:t>37:37  may allah bless you!</w:t>
      </w:r>
      <w:r>
        <w:br/>
      </w:r>
      <w:r>
        <w:rPr>
          <w:sz w:val="20"/>
        </w:rPr>
        <w:t>37:39  many many congratulations to the cps team for their hard work and dedication. may allah bless you all for spreading the word.</w:t>
      </w:r>
    </w:p>
    <w:p>
      <w:pPr>
        <w:pStyle w:val="Heading2"/>
      </w:pPr>
      <w:r>
        <w:t>Defining defensive war in Islam</w:t>
      </w:r>
    </w:p>
    <w:p>
      <w:r>
        <w:rPr>
          <w:color w:val="666666"/>
          <w:sz w:val="18"/>
        </w:rPr>
        <w:t>Society &amp; Dawah · Q&amp;A 04 Mar 2012 Maulana Wahiduddin Khan · 1m 35s · at 51:33 · https://youtu.be/txRmutuvWQI?t=3093</w:t>
      </w:r>
    </w:p>
    <w:p>
      <w:r>
        <w:rPr>
          <w:i/>
        </w:rPr>
        <w:t>“Please tell me, how can we define defensive war in Islam?”</w:t>
      </w:r>
    </w:p>
    <w:p>
      <w:r>
        <w:rPr>
          <w:sz w:val="20"/>
        </w:rPr>
        <w:t>51:33  maulana, agla sawal Dilli se hai Miss Shaishta ka. unhon ne aap se poocha hai ke "please tell me, how can we define defensive war in Islam?"</w:t>
      </w:r>
      <w:r>
        <w:br/>
      </w:r>
      <w:r>
        <w:rPr>
          <w:sz w:val="20"/>
        </w:rPr>
        <w:t>51:45  dekhen, defensive war ka talluq pehli baat yeh hai ke awam se nahi hai, NGOs se nahi hai. aaj kal jo idhar udhar musalman lad rahe hain defense ke naam par, woh defense nahi hai.</w:t>
      </w:r>
      <w:r>
        <w:br/>
      </w:r>
      <w:r>
        <w:rPr>
          <w:sz w:val="20"/>
        </w:rPr>
        <w:t>51:57  woh to woh to anarchy hai. anarchy sarkashi hai. dekhen, defensive war ka matlab kya hai?</w:t>
      </w:r>
      <w:r>
        <w:br/>
      </w:r>
      <w:r>
        <w:rPr>
          <w:sz w:val="20"/>
        </w:rPr>
        <w:t>52:08  aik established state hai, established government hai,</w:t>
      </w:r>
    </w:p>
    <w:p>
      <w:pPr>
        <w:pStyle w:val="Heading2"/>
      </w:pPr>
      <w:r>
        <w:t>Definition and Method of Dawah</w:t>
      </w:r>
    </w:p>
    <w:p>
      <w:r>
        <w:rPr>
          <w:color w:val="666666"/>
          <w:sz w:val="18"/>
        </w:rPr>
        <w:t>Society &amp; Dawah · Prophetic Wisdom | May 01, 2016 · 1m 28s · at 53:36 · https://youtu.be/KrjwjAw03zw?t=3216</w:t>
      </w:r>
    </w:p>
    <w:p>
      <w:r>
        <w:rPr>
          <w:i/>
        </w:rPr>
        <w:t>“What is Dawah and what is the correct method to perform it?”</w:t>
      </w:r>
    </w:p>
    <w:p>
      <w:r>
        <w:rPr>
          <w:sz w:val="20"/>
        </w:rPr>
        <w:t>53:36  makhi ke par ka qanoon molana agla sawal molana iqbal umri ne kiya hai chennai se aur unhon</w:t>
      </w:r>
      <w:r>
        <w:br/>
      </w:r>
      <w:r>
        <w:rPr>
          <w:sz w:val="20"/>
        </w:rPr>
        <w:t>53:42  ne aap se poocha hai ke dawat kis ko kehte hain aur is ko ada karne ka sahi</w:t>
      </w:r>
      <w:r>
        <w:br/>
      </w:r>
      <w:r>
        <w:rPr>
          <w:sz w:val="20"/>
        </w:rPr>
        <w:t>53:48  tareeqa kya hai molana itmam</w:t>
      </w:r>
      <w:r>
        <w:br/>
      </w:r>
      <w:r>
        <w:rPr>
          <w:sz w:val="20"/>
        </w:rPr>
        <w:t>53:54  hujjat ka criteria kya hai in baaton ke jawab bataiye dekhiye hujjat hamare aap ke janne ki baat</w:t>
      </w:r>
      <w:r>
        <w:br/>
      </w:r>
      <w:r>
        <w:rPr>
          <w:sz w:val="20"/>
        </w:rPr>
        <w:t>54:01  nahi hai hum yeh nahi keh sakte ke hujjat tamam ho gayi yeh allah ke ilm mein hai</w:t>
      </w:r>
      <w:r>
        <w:br/>
      </w:r>
      <w:r>
        <w:rPr>
          <w:sz w:val="20"/>
        </w:rPr>
        <w:t>54:07  ke hujjat hui ke nahi hui peghambaron ko pata nahi hota tha ke hujjat hui ke nahi hui</w:t>
      </w:r>
      <w:r>
        <w:br/>
      </w:r>
      <w:r>
        <w:rPr>
          <w:sz w:val="20"/>
        </w:rPr>
        <w:t>54:13  yeh soch sahi nahi hai hamein to apni zimmedari ke liye kaam karna hai hujjat poori hui</w:t>
      </w:r>
      <w:r>
        <w:br/>
      </w:r>
      <w:r>
        <w:rPr>
          <w:sz w:val="20"/>
        </w:rPr>
        <w:t>54:20  ya nahi hui yeh Allah ka ke ilm ki baat hai</w:t>
      </w:r>
      <w:r>
        <w:br/>
      </w:r>
      <w:r>
        <w:rPr>
          <w:sz w:val="20"/>
        </w:rPr>
        <w:t>54:26  baqi jahan tak dawat ka talluq hai to wahi jo quran mein hai ke wa ma arsalna rasulan illa</w:t>
      </w:r>
      <w:r>
        <w:br/>
      </w:r>
      <w:r>
        <w:rPr>
          <w:sz w:val="20"/>
        </w:rPr>
        <w:t>54:36  bi risalatin qawmiyyatin to logon ki apni understandable zaban mein Allah ke paigham ko pahunchana logon ki apni understandable</w:t>
      </w:r>
      <w:r>
        <w:br/>
      </w:r>
      <w:r>
        <w:rPr>
          <w:sz w:val="20"/>
        </w:rPr>
        <w:t>54:46  zaban mein Allah ke paigham un ko pahunchana mislan quran ka tarjuma phailana literature phailana</w:t>
      </w:r>
      <w:r>
        <w:br/>
      </w:r>
      <w:r>
        <w:rPr>
          <w:sz w:val="20"/>
        </w:rPr>
        <w:t>54:57  bas yahi dawat hai baqi hujjat ka kaam aap ko hujjat ka muamla aap ko Allah ke upar</w:t>
      </w:r>
    </w:p>
    <w:p>
      <w:pPr>
        <w:pStyle w:val="Heading2"/>
      </w:pPr>
      <w:r>
        <w:t>Definition of poor and how to help</w:t>
      </w:r>
    </w:p>
    <w:p>
      <w:r>
        <w:rPr>
          <w:color w:val="666666"/>
          <w:sz w:val="18"/>
        </w:rPr>
        <w:t>Society &amp; Dawah · The Road to Paradise December 11, 2016 · 2m 49s · at 1:19:10 · https://youtu.be/iW2QmcY1_yU?t=4750</w:t>
      </w:r>
    </w:p>
    <w:p>
      <w:r>
        <w:rPr>
          <w:i/>
        </w:rPr>
        <w:t>“Who is called poor? How can we help them? Please tell us about this.”</w:t>
      </w:r>
    </w:p>
    <w:p>
      <w:r>
        <w:rPr>
          <w:sz w:val="20"/>
        </w:rPr>
        <w:t>1:19:10  Jee, Maulana, agla sawal Anwar Subhani sahib ne kiya hai Delhi se.</w:t>
      </w:r>
      <w:r>
        <w:br/>
      </w:r>
      <w:r>
        <w:rPr>
          <w:sz w:val="20"/>
        </w:rPr>
        <w:t>1:19:16  Aur unhon ne aap se poocha hai ke ghareeb kis ko kehte hain? Hum un ki madad kis</w:t>
      </w:r>
      <w:r>
        <w:br/>
      </w:r>
      <w:r>
        <w:rPr>
          <w:sz w:val="20"/>
        </w:rPr>
        <w:t>1:19:22  tarah kar sakte hain? Is ke baray mein batayein.</w:t>
      </w:r>
      <w:r>
        <w:br/>
      </w:r>
      <w:r>
        <w:rPr>
          <w:sz w:val="20"/>
        </w:rPr>
        <w:t>1:19:28  Yeh sawal bhi wohi hai ke sawal kiya hai? Har cheez ka sawal kiya hai? Hadees mein jo</w:t>
      </w:r>
      <w:r>
        <w:br/>
      </w:r>
      <w:r>
        <w:rPr>
          <w:sz w:val="20"/>
        </w:rPr>
        <w:t>1:19:35  maujood hai, Sahabi kehte hain ke nauheena ankasar al sawal hum ko mana kiya hai ziyada sawal karne se.</w:t>
      </w:r>
      <w:r>
        <w:br/>
      </w:r>
      <w:r>
        <w:rPr>
          <w:sz w:val="20"/>
        </w:rPr>
        <w:t>1:19:41  Is ka matlab kiya hai? Is ka matlab yeh hai ke Islam self discovery par zor deta hai,</w:t>
      </w:r>
      <w:r>
        <w:br/>
      </w:r>
      <w:r>
        <w:rPr>
          <w:sz w:val="20"/>
        </w:rPr>
        <w:t>1:19:47  na questioning par.</w:t>
      </w:r>
      <w:r>
        <w:br/>
      </w:r>
      <w:r>
        <w:rPr>
          <w:sz w:val="20"/>
        </w:rPr>
        <w:t>1:19:54  Yeh jo farmaya ke ziyada sawal mat karo, is ka matlab kiya bhi hai? Khud discover karo, khud</w:t>
      </w:r>
      <w:r>
        <w:br/>
      </w:r>
      <w:r>
        <w:rPr>
          <w:sz w:val="20"/>
        </w:rPr>
        <w:t>1:20:00  discover karo, khud discover karo.</w:t>
      </w:r>
      <w:r>
        <w:br/>
      </w:r>
      <w:r>
        <w:rPr>
          <w:sz w:val="20"/>
        </w:rPr>
        <w:t>1:20:06  Jin logon ne daryaft kiya ke ke solar system ka qanoon kiya hai, zameen ka qanoon kiya hai,</w:t>
      </w:r>
      <w:r>
        <w:br/>
      </w:r>
      <w:r>
        <w:rPr>
          <w:sz w:val="20"/>
        </w:rPr>
        <w:t>1:20:12  woh poochne nahi gaye thay kisi se.</w:t>
      </w:r>
      <w:r>
        <w:br/>
      </w:r>
      <w:r>
        <w:rPr>
          <w:sz w:val="20"/>
        </w:rPr>
        <w:t>1:20:19  Unhon ne apni zindagiyaan laga dein is ki discovery mein, tab daryaft kiya hai unhon ne.</w:t>
      </w:r>
      <w:r>
        <w:br/>
      </w:r>
      <w:r>
        <w:rPr>
          <w:sz w:val="20"/>
        </w:rPr>
        <w:t>1:20:25  To bohat bari hadees hai yeh nauheena ankasar al sawal hum ko mana kiya gaya hai ziyada sawal karne se.</w:t>
      </w:r>
      <w:r>
        <w:br/>
      </w:r>
      <w:r>
        <w:rPr>
          <w:sz w:val="20"/>
        </w:rPr>
        <w:t>1:20:31  Is ka matlab kiya hai? Hum ko hukum diya gaya hai ke ziyada socho, ziyada daryaft karo, ziyada discovery karo.</w:t>
      </w:r>
      <w:r>
        <w:br/>
      </w:r>
      <w:r>
        <w:rPr>
          <w:sz w:val="20"/>
        </w:rPr>
        <w:t>1:20:37  Apne mind ko develop karo taake tum har cheez ko discover karo.</w:t>
      </w:r>
      <w:r>
        <w:br/>
      </w:r>
      <w:r>
        <w:rPr>
          <w:sz w:val="20"/>
        </w:rPr>
        <w:t>1:20:44  Sawal karna kiya hai? Yeh hadees jo hai, is ko mein yani shah kaleed samajhta hoon, yani master</w:t>
      </w:r>
      <w:r>
        <w:br/>
      </w:r>
      <w:r>
        <w:rPr>
          <w:sz w:val="20"/>
        </w:rPr>
        <w:t>1:20:50  key samajhta hoon.</w:t>
      </w:r>
      <w:r>
        <w:br/>
      </w:r>
      <w:r>
        <w:rPr>
          <w:sz w:val="20"/>
        </w:rPr>
        <w:t>1:20:56  yeh jo hadith hai ke nauheena ankasar al sawal yeh sahabi kehte hain ke rasool Allah sal Allahu alaihi</w:t>
      </w:r>
      <w:r>
        <w:br/>
      </w:r>
      <w:r>
        <w:rPr>
          <w:sz w:val="20"/>
        </w:rPr>
        <w:t>1:21:02  wasallam ne hum ko mana kiya hai ke zyada sawal mat karo.</w:t>
      </w:r>
      <w:r>
        <w:br/>
      </w:r>
      <w:r>
        <w:rPr>
          <w:sz w:val="20"/>
        </w:rPr>
        <w:t>1:21:09  is ka matlab kya hai? Zyada socho, zyada discover karo.</w:t>
      </w:r>
      <w:r>
        <w:br/>
      </w:r>
      <w:r>
        <w:rPr>
          <w:sz w:val="20"/>
        </w:rPr>
        <w:t>1:21:15  Self discovery ka process barhao.</w:t>
      </w:r>
      <w:r>
        <w:br/>
      </w:r>
      <w:r>
        <w:rPr>
          <w:sz w:val="20"/>
        </w:rPr>
        <w:t>1:21:21  Yahan tak keh diya aap ne, aziz, kitni bari baat keh di aap ne.</w:t>
      </w:r>
      <w:r>
        <w:br/>
      </w:r>
      <w:r>
        <w:rPr>
          <w:sz w:val="20"/>
        </w:rPr>
        <w:t>1:21:27  Istafti qalb-ak apne aap se fatwa poocho.</w:t>
      </w:r>
      <w:r>
        <w:br/>
      </w:r>
      <w:r>
        <w:rPr>
          <w:sz w:val="20"/>
        </w:rPr>
        <w:t>1:21:34  Log daurte hain mufti ke paas.</w:t>
      </w:r>
      <w:r>
        <w:br/>
      </w:r>
      <w:r>
        <w:rPr>
          <w:sz w:val="20"/>
        </w:rPr>
        <w:t>1:21:40  ke paas aap ne farmaya ke istafti qalb-ak apne dil se fatwa poocho.</w:t>
      </w:r>
      <w:r>
        <w:br/>
      </w:r>
      <w:r>
        <w:rPr>
          <w:sz w:val="20"/>
        </w:rPr>
        <w:t>1:21:46  Yaani apne aap, apne mind ko itna develop karo ke woh khud discover kar sake.</w:t>
      </w:r>
      <w:r>
        <w:br/>
      </w:r>
      <w:r>
        <w:rPr>
          <w:sz w:val="20"/>
        </w:rPr>
        <w:t>1:21:53  Yeh matlab hai is ka.</w:t>
      </w:r>
    </w:p>
    <w:p>
      <w:pPr>
        <w:pStyle w:val="Heading2"/>
      </w:pPr>
      <w:r>
        <w:t>Definition of result-oriented dawah work</w:t>
      </w:r>
    </w:p>
    <w:p>
      <w:r>
        <w:rPr>
          <w:color w:val="666666"/>
          <w:sz w:val="18"/>
        </w:rPr>
        <w:t>Society &amp; Dawah · Lessons from My Journey to Canada II January 10, 2016 · 1m 00s · at 57:53 · https://youtu.be/GHF2Ph3GW7A?t=3473</w:t>
      </w:r>
    </w:p>
    <w:p>
      <w:r>
        <w:rPr>
          <w:i/>
        </w:rPr>
        <w:t>“What is result-oriented dawah work?”</w:t>
      </w:r>
    </w:p>
    <w:p>
      <w:r>
        <w:rPr>
          <w:sz w:val="20"/>
        </w:rPr>
        <w:t>57:53  maulana, agla sawal chennai se kya hai maulana iqbal umri ne, aur unhone likha hai ke "result</w:t>
      </w:r>
      <w:r>
        <w:br/>
      </w:r>
      <w:r>
        <w:rPr>
          <w:sz w:val="20"/>
        </w:rPr>
        <w:t>58:01  oriented daawa work kiya hai?" maulana, is qism ke sawal log aksar kyun karte hain? is ke baray</w:t>
      </w:r>
      <w:r>
        <w:br/>
      </w:r>
      <w:r>
        <w:rPr>
          <w:sz w:val="20"/>
        </w:rPr>
        <w:t>58:08  mein batayen. mein to samajhta hoon ke yahan result ka matlab yeh nahi ke woh islam qabool kar</w:t>
      </w:r>
      <w:r>
        <w:br/>
      </w:r>
      <w:r>
        <w:rPr>
          <w:sz w:val="20"/>
        </w:rPr>
        <w:t>58:13  le, yeh matlab nahi.</w:t>
      </w:r>
      <w:r>
        <w:br/>
      </w:r>
      <w:r>
        <w:rPr>
          <w:sz w:val="20"/>
        </w:rPr>
        <w:t>58:16  balkeh hum ka matlab hum sachay speed ke sath dawat ka kaam karen ke Allah ka hukum hai,</w:t>
      </w:r>
      <w:r>
        <w:br/>
      </w:r>
      <w:r>
        <w:rPr>
          <w:sz w:val="20"/>
        </w:rPr>
        <w:t>58:23  is liye hum kar rahay hain.</w:t>
      </w:r>
      <w:r>
        <w:br/>
      </w:r>
      <w:r>
        <w:rPr>
          <w:sz w:val="20"/>
        </w:rPr>
        <w:t>58:25  sachi speed yeh</w:t>
      </w:r>
      <w:r>
        <w:br/>
      </w:r>
      <w:r>
        <w:rPr>
          <w:sz w:val="20"/>
        </w:rPr>
        <w:t>58:30  koi criterion nahi hai ke woh aadmi maan le ke na maan le, yeh uska apna choice</w:t>
      </w:r>
      <w:r>
        <w:br/>
      </w:r>
      <w:r>
        <w:rPr>
          <w:sz w:val="20"/>
        </w:rPr>
        <w:t>58:35  hai. hum us ko dictate nahi kar sakte.</w:t>
      </w:r>
      <w:r>
        <w:br/>
      </w:r>
      <w:r>
        <w:rPr>
          <w:sz w:val="20"/>
        </w:rPr>
        <w:t>58:40  humain sirf apnay aap ko dekhte rehna hai ke hum jo kaam kar rahay hain, woh sachi speed</w:t>
      </w:r>
      <w:r>
        <w:br/>
      </w:r>
      <w:r>
        <w:rPr>
          <w:sz w:val="20"/>
        </w:rPr>
        <w:t>58:45  ke sath kar rahay hain</w:t>
      </w:r>
      <w:r>
        <w:br/>
      </w:r>
      <w:r>
        <w:rPr>
          <w:sz w:val="20"/>
        </w:rPr>
        <w:t>58:48  ya nahi. agar sachi speed ke sath hai to bas wohi result oriented hai.</w:t>
      </w:r>
    </w:p>
    <w:p>
      <w:pPr>
        <w:pStyle w:val="Heading2"/>
      </w:pPr>
      <w:r>
        <w:t>Democracy as age of reason and peace</w:t>
      </w:r>
    </w:p>
    <w:p>
      <w:r>
        <w:rPr>
          <w:color w:val="666666"/>
          <w:sz w:val="18"/>
        </w:rPr>
        <w:t>Society &amp; Dawah · Age of Democracy May 25, 2014 · 2m 15s · at 1:19:34 · https://youtu.be/pyZy1-EhW1Q?t=4774</w:t>
      </w:r>
    </w:p>
    <w:p>
      <w:r>
        <w:rPr>
          <w:i/>
        </w:rPr>
        <w:t>“Is it right to say that the age of democracy is the age of reason, freedom, opportunity and peace? What is your comment?”</w:t>
      </w:r>
    </w:p>
    <w:p>
      <w:r>
        <w:rPr>
          <w:sz w:val="20"/>
        </w:rPr>
        <w:t>1:19:34  maulana, agla sawal Miss Naghma Siddiqui ne kiya hai Delhi se. unhone aapse poocha hai ke "is it right to say that age of democracy is age of reason, freedom, opportunity and peace?" what is your comment?</w:t>
      </w:r>
      <w:r>
        <w:br/>
      </w:r>
      <w:r>
        <w:rPr>
          <w:sz w:val="20"/>
        </w:rPr>
        <w:t>1:19:51  sahi, sahi baat hai, theek baat hai.</w:t>
      </w:r>
      <w:r>
        <w:br/>
      </w:r>
      <w:r>
        <w:rPr>
          <w:sz w:val="20"/>
        </w:rPr>
        <w:t>1:19:57  maulana, agla sawal ajay ne kiya hai dilli se.</w:t>
      </w:r>
      <w:r>
        <w:br/>
      </w:r>
      <w:r>
        <w:rPr>
          <w:sz w:val="20"/>
        </w:rPr>
        <w:t>1:20:01  unhon ne likha hai ke "maulana, az it correct that lack of modern education and negative leadership has been responsible for today muslim mindset?" haan, to maine khud hi keh diya ke negative leadership sari zimmedari hai.</w:t>
      </w:r>
      <w:r>
        <w:br/>
      </w:r>
      <w:r>
        <w:rPr>
          <w:sz w:val="20"/>
        </w:rPr>
        <w:t>1:20:19  maashrat ki kya zimmedari hai? baaz to samajhte nahi baaton ko. maashrat sath baaton ko samajhte nahi.</w:t>
      </w:r>
      <w:r>
        <w:br/>
      </w:r>
      <w:r>
        <w:rPr>
          <w:sz w:val="20"/>
        </w:rPr>
        <w:t>1:20:26  jaise jaise ke aaj hi jo maine bataya aap ko, ek top ke arab ka yeh article hai. ab aap log padhenge to kahenge ke wah bhai, achi baat likhi hai.</w:t>
      </w:r>
      <w:r>
        <w:br/>
      </w:r>
      <w:r>
        <w:rPr>
          <w:sz w:val="20"/>
        </w:rPr>
        <w:t>1:20:35  musa ne jo kiya tha, wahi hamein karna chahiye. yeh to firoun hai, yeh bhi. lekin bilkul galat baat hai, baseless hai. hazrat musa ne kab ladai ki thi firoun se?</w:t>
      </w:r>
      <w:r>
        <w:br/>
      </w:r>
      <w:r>
        <w:rPr>
          <w:sz w:val="20"/>
        </w:rPr>
        <w:t>1:20:45  to maashrat cheezon ko explore nahi kar paati.</w:t>
      </w:r>
      <w:r>
        <w:br/>
      </w:r>
      <w:r>
        <w:rPr>
          <w:sz w:val="20"/>
        </w:rPr>
        <w:t>1:20:50  jo intellectuals hain, jo leaders hain, wo ek unki zimmedari hai ke unko aisi kai logon ko mis lead kar rahe hain.</w:t>
      </w:r>
    </w:p>
    <w:p>
      <w:pPr>
        <w:pStyle w:val="Heading2"/>
      </w:pPr>
      <w:r>
        <w:t>Democracy in the Arab and Muslim world</w:t>
      </w:r>
    </w:p>
    <w:p>
      <w:r>
        <w:rPr>
          <w:color w:val="666666"/>
          <w:sz w:val="18"/>
        </w:rPr>
        <w:t>Society &amp; Dawah · The Creation Plan of God I February 14, 2016 · 57s · at 1:08:24 · https://youtu.be/BzfZIALqyNI?t=4104</w:t>
      </w:r>
    </w:p>
    <w:p>
      <w:r>
        <w:rPr>
          <w:i/>
        </w:rPr>
        <w:t>“Why there is no democracy in the Arab world? In your opinion, can true democracy ever be expected in the Arab and Muslim world?”</w:t>
      </w:r>
    </w:p>
    <w:p>
      <w:r>
        <w:rPr>
          <w:sz w:val="20"/>
        </w:rPr>
        <w:t>1:08:24  مولانا، اگلا سوال کیا ہے اسد صاحب نے بہار سے، اور انہوں نے لکھا ہے کہ: "مولانا، why</w:t>
      </w:r>
      <w:r>
        <w:br/>
      </w:r>
      <w:r>
        <w:rPr>
          <w:sz w:val="20"/>
        </w:rPr>
        <w:t>1:08:32  There is no democracy in the Arab world? In your opinion, can true democracy ever be expected in</w:t>
      </w:r>
      <w:r>
        <w:br/>
      </w:r>
      <w:r>
        <w:rPr>
          <w:sz w:val="20"/>
        </w:rPr>
        <w:t>1:08:40  the arab aur muslim world? bhai, bhai, dictate, bhai, dictate to nahi kar sakta.</w:t>
      </w:r>
      <w:r>
        <w:br/>
      </w:r>
      <w:r>
        <w:rPr>
          <w:sz w:val="20"/>
        </w:rPr>
        <w:t>1:08:46  woh un ka choice hai.</w:t>
      </w:r>
      <w:r>
        <w:br/>
      </w:r>
      <w:r>
        <w:rPr>
          <w:sz w:val="20"/>
        </w:rPr>
        <w:t>1:08:48  woh democracy ko lein ya dynasty ko lein, un ka apna choice hai.</w:t>
      </w:r>
      <w:r>
        <w:br/>
      </w:r>
      <w:r>
        <w:rPr>
          <w:sz w:val="20"/>
        </w:rPr>
        <w:t>1:08:53  hum, hamara choice yeh nahi hai.</w:t>
      </w:r>
      <w:r>
        <w:br/>
      </w:r>
      <w:r>
        <w:rPr>
          <w:sz w:val="20"/>
        </w:rPr>
        <w:t>1:08:56  albata agar woh violence karein to hum wahan un ko kahein ge ke woh violence karne ka right</w:t>
      </w:r>
      <w:r>
        <w:br/>
      </w:r>
      <w:r>
        <w:rPr>
          <w:sz w:val="20"/>
        </w:rPr>
        <w:t>1:09:04  un ko nahi hai.</w:t>
      </w:r>
      <w:r>
        <w:br/>
      </w:r>
      <w:r>
        <w:rPr>
          <w:sz w:val="20"/>
        </w:rPr>
        <w:t>1:09:05  democracy aur dynasty dono un ka apna choice hai.</w:t>
      </w:r>
      <w:r>
        <w:br/>
      </w:r>
      <w:r>
        <w:rPr>
          <w:sz w:val="20"/>
        </w:rPr>
        <w:t>1:09:09  hum dictate nahi kar sakte un ko.</w:t>
      </w:r>
      <w:r>
        <w:br/>
      </w:r>
      <w:r>
        <w:rPr>
          <w:sz w:val="20"/>
        </w:rPr>
        <w:t>1:09:12  albata agar violence karein ge woh to hum wahan bol sakte hain ke bhai tum apne had se</w:t>
      </w:r>
      <w:r>
        <w:br/>
      </w:r>
      <w:r>
        <w:rPr>
          <w:sz w:val="20"/>
        </w:rPr>
        <w:t>1:09:20  bahar ja rahe ho.</w:t>
      </w:r>
    </w:p>
    <w:p>
      <w:pPr>
        <w:pStyle w:val="Heading2"/>
      </w:pPr>
      <w:r>
        <w:t>Deterrent power: weapons or ideology?</w:t>
      </w:r>
    </w:p>
    <w:p>
      <w:r>
        <w:rPr>
          <w:color w:val="666666"/>
          <w:sz w:val="18"/>
        </w:rPr>
        <w:t>Society &amp; Dawah · Spiritual Light of The Believers (Itmam-E-Noor ) May 12, 2013 · 3m 02s · at 44:25 · https://youtu.be/SmjmddWA1Jo?t=2665</w:t>
      </w:r>
    </w:p>
    <w:p>
      <w:r>
        <w:rPr>
          <w:i/>
        </w:rPr>
        <w:t>“In this age, what should be called the awe-inspiring power (quwwat-e-marhab): weapons or ideology? Please explain.”</w:t>
      </w:r>
    </w:p>
    <w:p>
      <w:r>
        <w:rPr>
          <w:sz w:val="20"/>
        </w:rPr>
        <w:t>44:25  maulana, yeh sawal Chennai se aaya hai Maulana Iqbal Umri ka. unhon ne aap se poocha hai ke is daur mein quwwat-e-marhab kis ko kahenge?</w:t>
      </w:r>
      <w:r>
        <w:br/>
      </w:r>
      <w:r>
        <w:rPr>
          <w:sz w:val="20"/>
        </w:rPr>
        <w:t>44:37  hathiyar ko ya ideology ko? is ke bare mein bataein. ideology ko? hathiyar ko koi value nahi rahi ab.</w:t>
      </w:r>
      <w:r>
        <w:br/>
      </w:r>
      <w:r>
        <w:rPr>
          <w:sz w:val="20"/>
        </w:rPr>
        <w:t>44:49  hathiyar ki koi value nahi rahi.</w:t>
      </w:r>
      <w:r>
        <w:br/>
      </w:r>
      <w:r>
        <w:rPr>
          <w:sz w:val="20"/>
        </w:rPr>
        <w:t>44:54  aap dekhein, first world war hui, koi koi jeeta is mein? koi jeeta nahi. sirf tabahi hui. second world war hui, tab bhi koi jeeta?</w:t>
      </w:r>
      <w:r>
        <w:br/>
      </w:r>
      <w:r>
        <w:rPr>
          <w:sz w:val="20"/>
        </w:rPr>
        <w:t>45:04  sirf tabahi hui. ab dunya mein jagah jagah masail hain. koi larr kar is ko, yaani apne masail hal kar pa raha hai?</w:t>
      </w:r>
      <w:r>
        <w:br/>
      </w:r>
      <w:r>
        <w:rPr>
          <w:sz w:val="20"/>
        </w:rPr>
        <w:t>45:14  logon ke paas atom bomb hai, lekin woh istemal nahi kar sakte.</w:t>
      </w:r>
      <w:r>
        <w:br/>
      </w:r>
      <w:r>
        <w:rPr>
          <w:sz w:val="20"/>
        </w:rPr>
        <w:t>45:19  bohat se mulkon ke paas atom bomb hain, jangi hawai jahaz hain, kya kya hain, lekin har mulk ke paas masail hain. koi masail hal nahi kar pata is se.</w:t>
      </w:r>
      <w:r>
        <w:br/>
      </w:r>
      <w:r>
        <w:rPr>
          <w:sz w:val="20"/>
        </w:rPr>
        <w:t>45:32  to yeh to, yaani first world war ke baad hi yeh cheez sabit ho gayi thi ke hathiyar se kuch hone wala nahi hai.</w:t>
      </w:r>
      <w:r>
        <w:br/>
      </w:r>
      <w:r>
        <w:rPr>
          <w:sz w:val="20"/>
        </w:rPr>
        <w:t>45:42  hathiyaron ka inbar hai logon ke qaumon ke paas. is ke baad masail ke bhi inbar hain.</w:t>
      </w:r>
      <w:r>
        <w:br/>
      </w:r>
      <w:r>
        <w:rPr>
          <w:sz w:val="20"/>
        </w:rPr>
        <w:t>45:49  to ideology hi taqat hai, kyunke ideology insan ko fateh karti hai. ideology insan ko fateh karti hai.</w:t>
      </w:r>
      <w:r>
        <w:br/>
      </w:r>
      <w:r>
        <w:rPr>
          <w:sz w:val="20"/>
        </w:rPr>
        <w:t>45:59  aur is ka main samajhta hoon ke main aik ka aik reference dena chahoon ga ke jab abbas period ke aakhri doran mein tatariyon ne hamla kiya tha, abbas empire ko tabah kar diya tha,</w:t>
      </w:r>
      <w:r>
        <w:br/>
      </w:r>
      <w:r>
        <w:rPr>
          <w:sz w:val="20"/>
        </w:rPr>
        <w:t>46:14  to us waqt bohat ziyada bura haal tha musalmanon ka. aur yeh kehte thay log ke إذا قيل لك أنت تترى إن ذبحوا فلا تُصدق</w:t>
      </w:r>
      <w:r>
        <w:br/>
      </w:r>
      <w:r>
        <w:rPr>
          <w:sz w:val="20"/>
        </w:rPr>
        <w:t>46:26  ke tatariyon ko shikast dena mumkin nahi hai. lekin wohi tatari jo hai, maftooh ho gaye aur islam ke khadim ban gaye.</w:t>
      </w:r>
      <w:r>
        <w:br/>
      </w:r>
      <w:r>
        <w:rPr>
          <w:sz w:val="20"/>
        </w:rPr>
        <w:t>46:36  kaise? ideology ke zariye se. chunancha hitler ne is waqeye ko zikr karte hue likha hai ke The legend of Muslim have conquered where their arms had failed isi tarah turkiyat ne misr ke bare mein likha hai ke The Egyptians were conquered not by sword but by the Quran</w:t>
      </w:r>
      <w:r>
        <w:br/>
      </w:r>
      <w:r>
        <w:rPr>
          <w:sz w:val="20"/>
        </w:rPr>
        <w:t>46:57  ke misri jo thay, woh talwar se fateh nahi hue, quran se fateh hui. to pehle bhi yeh waqea tha, ab to hathiyaron ke ke dher ke dher lage hue hain aur koi apne masle ko hathiyar se hal nahi kar pa raha hai.</w:t>
      </w:r>
      <w:r>
        <w:br/>
      </w:r>
      <w:r>
        <w:rPr>
          <w:sz w:val="20"/>
        </w:rPr>
        <w:t>47:15  ab to aakhri had tak sabit ho gaya ke jang aur hathiyar bilkul be asar hain aur sari taqat jo hai, ideology ki hai.</w:t>
      </w:r>
    </w:p>
    <w:p>
      <w:pPr>
        <w:pStyle w:val="Heading2"/>
      </w:pPr>
      <w:r>
        <w:t>Developing a mother's well-wishing for non-Muslims</w:t>
      </w:r>
    </w:p>
    <w:p>
      <w:r>
        <w:rPr>
          <w:color w:val="666666"/>
          <w:sz w:val="18"/>
        </w:rPr>
        <w:t>Society &amp; Dawah · Realistic Approach March 30, 2014 Maulana Wahiduddin Khan · 2m 26s · at 49:14 · https://youtu.be/K36UonBsGlA?t=2954</w:t>
      </w:r>
    </w:p>
    <w:p>
      <w:r>
        <w:rPr>
          <w:i/>
        </w:rPr>
        <w:t>“In one of your Sunday sessions you spoke about Da'wah work. You said that a da'i should be a well-wisher like a mother is for her child. In a mother's case it is a blood relation, so how can we develop the same well-wishing towards non-Muslims?”</w:t>
      </w:r>
    </w:p>
    <w:p>
      <w:r>
        <w:rPr>
          <w:sz w:val="20"/>
        </w:rPr>
        <w:t>49:14  maulana, agla sawal yusuf sahib ne kiya hai bhopal se. unhon ne likha hai: "maulana, in one of your sunday sessions you spoke about دعویٰ work</w:t>
      </w:r>
      <w:r>
        <w:br/>
      </w:r>
      <w:r>
        <w:rPr>
          <w:sz w:val="20"/>
        </w:rPr>
        <w:t>49:26  . and you said that داعی should be a well-wisher like a mother is for her child. i want to know that in a mother's case it is a case of blood relation.</w:t>
      </w:r>
      <w:r>
        <w:br/>
      </w:r>
      <w:r>
        <w:rPr>
          <w:sz w:val="20"/>
        </w:rPr>
        <w:t>49:38  so how can we develop the same well-wishing towards non-muslims like a mother</w:t>
      </w:r>
      <w:r>
        <w:br/>
      </w:r>
      <w:r>
        <w:rPr>
          <w:sz w:val="20"/>
        </w:rPr>
        <w:t>49:44  ? please advise us." dekhiye, asal cheez hai incentive. mother ke liye jo incentive hai, us se billion time zyada داعی ke liye incentive hai.</w:t>
      </w:r>
      <w:r>
        <w:br/>
      </w:r>
      <w:r>
        <w:rPr>
          <w:sz w:val="20"/>
        </w:rPr>
        <w:t>49:59  Mother ka Incentive yeh hai ke bachcha bara ho kar ke barhappe mein mera sahara banega. Maa ka jo Incentive hai, woh yeh hai ke jab mein boorhi houngi to yeh mera sahara banega.</w:t>
      </w:r>
      <w:r>
        <w:br/>
      </w:r>
      <w:r>
        <w:rPr>
          <w:sz w:val="20"/>
        </w:rPr>
        <w:t>50:13  Yeh kama kama mujhe khilayega. Lekin daai ka jo Incentive hai, woh to is se billion trillion time ziyada hai. Woh yeh ke jannat milegi. Aap is ko ghatate hain, is ko barhate hain.</w:t>
      </w:r>
      <w:r>
        <w:br/>
      </w:r>
      <w:r>
        <w:rPr>
          <w:sz w:val="20"/>
        </w:rPr>
        <w:t>50:28  Ek hadith hai ke Rasool Allah Sal Allah Alaihi Wasallam ne Hazrat Ali ko bheja kisi muhim par. To farmaya ke agar ek insaan bhi tumhari wajah se sachai ko pa le to woh tumhare liye surkh oonton se ziyada behtar hai.</w:t>
      </w:r>
      <w:r>
        <w:br/>
      </w:r>
      <w:r>
        <w:rPr>
          <w:sz w:val="20"/>
        </w:rPr>
        <w:t>50:47  Qadeem zamane mein surkh oont bohat bari cheez samjhi jati thi. Aaj kaha jayega ke billion trillion dollar se bhi ziyada behtar hai. Logon ne discover nahi kiya dawat ki ahmiyat ko.</w:t>
      </w:r>
      <w:r>
        <w:br/>
      </w:r>
      <w:r>
        <w:rPr>
          <w:sz w:val="20"/>
        </w:rPr>
        <w:t>50:59  Dawat to paradise ka gate hai. Is ki discovery hi nahi kiya. Maa ko kya milna hai bachche se?</w:t>
      </w:r>
      <w:r>
        <w:br/>
      </w:r>
      <w:r>
        <w:rPr>
          <w:sz w:val="20"/>
        </w:rPr>
        <w:t>51:10  Bohat thori si cheez milegi. Kuch kama ke khila dega woh. Lekin daai agar sachi dawat de, aur sachi dawat dawat ke liye well-wishing hona bohat zaroori hai,</w:t>
      </w:r>
      <w:r>
        <w:br/>
      </w:r>
      <w:r>
        <w:rPr>
          <w:sz w:val="20"/>
        </w:rPr>
        <w:t>51:23  To woh to aap ke liye jannat ka darwaza kholne wala hai. Eternal paradise ka darwaza kholne wala. Is se billion trillion se bhi ziyada bari cheez milti hai daai ko apne madu se mohabbat kar ke.</w:t>
      </w:r>
    </w:p>
    <w:p>
      <w:pPr>
        <w:pStyle w:val="Heading2"/>
      </w:pPr>
      <w:r>
        <w:t>Developing interest in Islamic literature for youth</w:t>
      </w:r>
    </w:p>
    <w:p>
      <w:r>
        <w:rPr>
          <w:color w:val="666666"/>
          <w:sz w:val="18"/>
        </w:rPr>
        <w:t>Society &amp; Dawah · The Concept of Help Feb 9, 2020—Maulana Wahiduddin Khan · 4m 16s · at 52:01 · https://youtu.be/WScXmduh1AQ?t=3121</w:t>
      </w:r>
    </w:p>
    <w:p>
      <w:r>
        <w:rPr>
          <w:i/>
        </w:rPr>
        <w:t>“In present era, we see younger generation is less interested towards books, especially Islamic literature. Can we have an advice from you, Maulana? That how can we develop interest in younger generation towards Islamic literature and Holy Quran?”</w:t>
      </w:r>
    </w:p>
    <w:p>
      <w:r>
        <w:rPr>
          <w:sz w:val="20"/>
        </w:rPr>
        <w:t>52:01  maulana kashmir se sheikh ahmed sheikh sahib ne sawal bheja hai. unhon ne likha hai: "in present era we see our young generation is less interested towards books, especially islamic literature.</w:t>
      </w:r>
      <w:r>
        <w:br/>
      </w:r>
      <w:r>
        <w:rPr>
          <w:sz w:val="20"/>
        </w:rPr>
        <w:t>52:17  can we have an advice from you, maulana sahib? that how can we develop interest in our young generation towards islamic literature and holy quran?"</w:t>
      </w:r>
      <w:r>
        <w:br/>
      </w:r>
      <w:r>
        <w:rPr>
          <w:sz w:val="20"/>
        </w:rPr>
        <w:t>52:32  dekhiye, yeh zamana jo hai, yeh hai age of reason. age of reason aur hamare log jo hain, woh fatwa ki zuban jante hain, joshe taqeenon ko jante hain,</w:t>
      </w:r>
      <w:r>
        <w:br/>
      </w:r>
      <w:r>
        <w:rPr>
          <w:sz w:val="20"/>
        </w:rPr>
        <w:t>52:48  fakhr ki zuban jante hain. to sara literature jo tayyar kiya unhon ne, woh rubbish hai. rubbish kyunke reason ki zuban hai hi nahi.</w:t>
      </w:r>
      <w:r>
        <w:br/>
      </w:r>
      <w:r>
        <w:rPr>
          <w:sz w:val="20"/>
        </w:rPr>
        <w:t>53:00  rezn ki zaban mein literature tayyar kiya hi nahi kisi ne. fakhr ki zaban ya kisi qism ki to wo to miss lewt karti hai.</w:t>
      </w:r>
      <w:r>
        <w:br/>
      </w:r>
      <w:r>
        <w:rPr>
          <w:sz w:val="20"/>
        </w:rPr>
        <w:t>53:14  main ne tajruba kiya is ka. main is kitab mere sath shuru kiya rezn ki zaban mein. to aaj sari dunya mein hazaron log hain jo in ko Allah ne hidayat di hai.</w:t>
      </w:r>
      <w:r>
        <w:br/>
      </w:r>
      <w:r>
        <w:rPr>
          <w:sz w:val="20"/>
        </w:rPr>
        <w:t>53:29  aap apne is pas jahan bhi aap hon, dunya ke khatte mein hon, aap survey kijiye. aap dekhiye ke wo kitaben jo likhi gayi thin fakhr ki zaban mein, siyasat ki zaban mein,</w:t>
      </w:r>
      <w:r>
        <w:br/>
      </w:r>
      <w:r>
        <w:rPr>
          <w:sz w:val="20"/>
        </w:rPr>
        <w:t>53:42  is se kuch bhi nahi hua. aur jo kitab likhi gayi hai leader ki zaban mein, is se bohat se logon ko zindagi mili hai. aap apne is pas aap survey karen to aap yeh misalen pa pa pa jayen ge.</w:t>
      </w:r>
      <w:r>
        <w:br/>
      </w:r>
      <w:r>
        <w:rPr>
          <w:sz w:val="20"/>
        </w:rPr>
        <w:t>54:04  maulana, agla comment mumbai se aya hai miss hasna sajid anwar ka. unhon ne likha hai: "maulana voice was so clear and emphatic as if maulana was talking ten years before." miss sahar saleem ne dilli se likha hai: "maulana, today talk gave me answers to so many questions and i got a complete new perspective on help.</w:t>
      </w:r>
      <w:r>
        <w:br/>
      </w:r>
      <w:r>
        <w:rPr>
          <w:sz w:val="20"/>
        </w:rPr>
        <w:t>54:33  today i got the reason my father asking me to leave the comfort zone and develop the personality to face struggle with patience.</w:t>
      </w:r>
      <w:r>
        <w:br/>
      </w:r>
      <w:r>
        <w:rPr>
          <w:sz w:val="20"/>
        </w:rPr>
        <w:t>54:44  help can be a hindrance for discovering potential. the discovery of potential is a journey which empowers and enables a person to solve problems and make more opportunities for themself and realize their potential.</w:t>
      </w:r>
      <w:r>
        <w:br/>
      </w:r>
      <w:r>
        <w:rPr>
          <w:sz w:val="20"/>
        </w:rPr>
        <w:t>55:01  thank you Maulana sahib for helping us."</w:t>
      </w:r>
      <w:r>
        <w:br/>
      </w:r>
      <w:r>
        <w:rPr>
          <w:sz w:val="20"/>
        </w:rPr>
        <w:t>55:06  masha Allah. miss karotlin ne srinagar se likha hai, jo class mein maujood hain: "Maulana, i hope the</w:t>
      </w:r>
      <w:r>
        <w:br/>
      </w:r>
      <w:r>
        <w:rPr>
          <w:sz w:val="20"/>
        </w:rPr>
        <w:t>55:13  parents who are watching program will go for an introspection</w:t>
      </w:r>
      <w:r>
        <w:br/>
      </w:r>
      <w:r>
        <w:rPr>
          <w:sz w:val="20"/>
        </w:rPr>
        <w:t>55:18  and realize their follies in pampering children and try to help them to discover their wisdom and potential</w:t>
      </w:r>
      <w:r>
        <w:br/>
      </w:r>
      <w:r>
        <w:rPr>
          <w:sz w:val="20"/>
        </w:rPr>
        <w:t>55:28  to develop a strong personality."</w:t>
      </w:r>
      <w:r>
        <w:br/>
      </w:r>
      <w:r>
        <w:rPr>
          <w:sz w:val="20"/>
        </w:rPr>
        <w:t>55:33  maa baap jo hai sirf pampering jante hain bas, aur pampering jo hai wo to zeher hai. zeher.</w:t>
      </w:r>
      <w:r>
        <w:br/>
      </w:r>
      <w:r>
        <w:rPr>
          <w:sz w:val="20"/>
        </w:rPr>
        <w:t>55:42  mehtab ahmad sahib ne dhampur se likha hai: "maulana sahib, aap ki baat sahi hai. ek maa ko bhi yeh lalach hota hai ke mera beta bara ho kar meri madad karega.</w:t>
      </w:r>
      <w:r>
        <w:br/>
      </w:r>
      <w:r>
        <w:rPr>
          <w:sz w:val="20"/>
        </w:rPr>
        <w:t>55:55  magar ek dai maa se bhi zyada insan ka khair khwah aur madadgar hota hai. aaj dawah work bhi paise ke bina nahi hota.</w:t>
      </w:r>
      <w:r>
        <w:br/>
      </w:r>
      <w:r>
        <w:rPr>
          <w:sz w:val="20"/>
        </w:rPr>
        <w:t>56:06  jazak allah maulana." maulana, agle do sawal kuch milte julte hain to hum dono ko parhna chahenge.</w:t>
      </w:r>
    </w:p>
    <w:p>
      <w:pPr>
        <w:pStyle w:val="Heading2"/>
      </w:pPr>
      <w:r>
        <w:t>Developing motherly well-wishing for non-Muslims</w:t>
      </w:r>
    </w:p>
    <w:p>
      <w:r>
        <w:rPr>
          <w:color w:val="666666"/>
          <w:sz w:val="18"/>
        </w:rPr>
        <w:t>Society &amp; Dawah · Realistic Approach 30 March, 2014 · 2m 26s · at 49:18 · https://youtu.be/HIFxmWWiEG4?t=2958</w:t>
      </w:r>
    </w:p>
    <w:p>
      <w:r>
        <w:rPr>
          <w:i/>
        </w:rPr>
        <w:t>“In one of your Sunday sessions, you spoke about dawah work, and you said that a dai should be a well-wisher like a mother is for her child. I want to know that in a mother's case, it is a case of blood relation. So how can we develop the same well-wishing towards non-Muslims like a mother? Please advise us.”</w:t>
      </w:r>
    </w:p>
    <w:p>
      <w:r>
        <w:rPr>
          <w:sz w:val="20"/>
        </w:rPr>
        <w:t>49:18  Maulana, agla sawal Yusuf sahib ne kiya hai Bhopal se. unhon ne likha hai: "Maulana, in one of your Sunday sessions, you spoke about da'wah work, and you said that da'ee should be a well-wisher like a mother is for her child.</w:t>
      </w:r>
      <w:r>
        <w:br/>
      </w:r>
      <w:r>
        <w:rPr>
          <w:sz w:val="20"/>
        </w:rPr>
        <w:t>49:36  I want to know that in a mother's case, it is a case of blood relation. so how can we develop the same well-wishing towards non-Muslims like a mother?</w:t>
      </w:r>
      <w:r>
        <w:br/>
      </w:r>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Developing positive minds in madrasa girls</w:t>
      </w:r>
    </w:p>
    <w:p>
      <w:r>
        <w:rPr>
          <w:color w:val="666666"/>
          <w:sz w:val="18"/>
        </w:rPr>
        <w:t>Society &amp; Dawah · Politics and Nation Building May 19, 2013 · 1m 11s · at 1:08:07 · https://youtu.be/kmiMGq0Ki2Q?t=4087</w:t>
      </w:r>
    </w:p>
    <w:p>
      <w:r>
        <w:rPr>
          <w:i/>
        </w:rPr>
        <w:t>“I have an assignment to teach English to madrasa girls for one month. How can I effectively use this time to start the process of positive mind development in the girls?”</w:t>
      </w:r>
    </w:p>
    <w:p>
      <w:r>
        <w:rPr>
          <w:sz w:val="20"/>
        </w:rPr>
        <w:t>1:08:07  baqi sab cheezon ko secretary bana dein yehi ek hi solution hai is mamle ka Maulana agla sawal Raipur se hai miss Shabana ka unhon ne likha hai i have got an assignment to teach english to madrasa girls this goes me an opportunity of interaction for about one month</w:t>
      </w:r>
      <w:r>
        <w:br/>
      </w:r>
      <w:r>
        <w:rPr>
          <w:sz w:val="20"/>
        </w:rPr>
        <w:t>1:08:29  Maulana sahib you have mentioned many times that asal cheez hai development of mind that is positive thinking open mind its please guide me as to how i can effectively use this time of one month to start the process of the girls positive mind development</w:t>
      </w:r>
      <w:r>
        <w:br/>
      </w:r>
      <w:r>
        <w:rPr>
          <w:sz w:val="20"/>
        </w:rPr>
        <w:t>1:08:53  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pStyle w:val="Heading2"/>
      </w:pPr>
      <w:r>
        <w:t>Did Muslim Reaction Increase Curiosity for Film?</w:t>
      </w:r>
    </w:p>
    <w:p>
      <w:r>
        <w:rPr>
          <w:color w:val="666666"/>
          <w:sz w:val="18"/>
        </w:rPr>
        <w:t>Society &amp; Dawah · Creative Solution or Ijtihadi Hal September 16, 2012 · 6m 37s · at 1:20:07 · https://youtu.be/yBKbiu0d_1A?t=4807</w:t>
      </w:r>
    </w:p>
    <w:p>
      <w:r>
        <w:rPr>
          <w:i/>
        </w:rPr>
        <w:t>“Times of India says: "Had Muslims not reacted violently, very few people would have watched the film. Not only has it increased people's curiosity, but now YouTube plans to put the complete video online." What are your thoughts on this?”</w:t>
      </w:r>
    </w:p>
    <w:p>
      <w:r>
        <w:rPr>
          <w:sz w:val="20"/>
        </w:rPr>
        <w:t>1:20:07  maulana, agla sawal dilli se hai doctor farida khanam ka.</w:t>
      </w:r>
      <w:r>
        <w:br/>
      </w:r>
      <w:r>
        <w:rPr>
          <w:sz w:val="20"/>
        </w:rPr>
        <w:t>1:20:11  unhon ne likha hai ke maulana, yeh jo abhi present violence hua hai movie ko le ke, to is mein unhon ne likha hai ke times of india mein aaya hai ke "head muslims not reacted violently, very few people would have watch the film.</w:t>
      </w:r>
      <w:r>
        <w:br/>
      </w:r>
      <w:r>
        <w:rPr>
          <w:sz w:val="20"/>
        </w:rPr>
        <w:t>1:20:28  not only has it increased the curiosity of people, but now youtube plans to put the complete video on line." maulana, what is your thoughts on in this?</w:t>
      </w:r>
      <w:r>
        <w:br/>
      </w:r>
      <w:r>
        <w:rPr>
          <w:sz w:val="20"/>
        </w:rPr>
        <w:t>1:20:38  yeh to</w:t>
      </w:r>
      <w:r>
        <w:br/>
      </w:r>
      <w:r>
        <w:rPr>
          <w:sz w:val="20"/>
        </w:rPr>
        <w:t>1:20:39  bohat sahi baat hai. maine hi padha hai wiedia ke is is report ko. yeh to musalman, maine thoda sa dekha internet par, thoda sa dekha hai is ko.</w:t>
      </w:r>
      <w:r>
        <w:br/>
      </w:r>
      <w:r>
        <w:rPr>
          <w:sz w:val="20"/>
        </w:rPr>
        <w:t>1:20:52  itna absurd hai woh bilkul, yaani itni theme is ki fazool hai ke woh is qabil nahin ke koi dekhe der tak.</w:t>
      </w:r>
      <w:r>
        <w:br/>
      </w:r>
      <w:r>
        <w:rPr>
          <w:sz w:val="20"/>
        </w:rPr>
        <w:t>1:21:00  is ko aadmi is ko zara sa dekhe ga, is ke baad chhod de ga. is ko</w:t>
      </w:r>
      <w:r>
        <w:br/>
      </w:r>
      <w:r>
        <w:rPr>
          <w:sz w:val="20"/>
        </w:rPr>
        <w:t>1:21:07  yeh to musalman ne shorgon bachaya, shorgon bachaya to is ki ahmiyat paida kar di. shorgon bacha ke yahi baat hui thi salman rushdie ke muamle mein ke woh kitaab bhi bilkul is ki theme bohat thi, third class ki theme hai is ki.</w:t>
      </w:r>
      <w:r>
        <w:br/>
      </w:r>
      <w:r>
        <w:rPr>
          <w:sz w:val="20"/>
        </w:rPr>
        <w:t>1:21:24  aur lekin wahan jo shor bachaya hai, tab logon ko khwab hi kya ke is ko padho, kya baat hai is kitaab mein. to salman rushdie ke muamle mein bhi musalmanon ne shorgor kar ke is ki ahmiyat</w:t>
      </w:r>
      <w:r>
        <w:br/>
      </w:r>
      <w:r>
        <w:rPr>
          <w:sz w:val="20"/>
        </w:rPr>
        <w:t>1:21:36  badha di. aise hi is baar bhi shorgor kar ke is ki ahmiyat badha di. warna koi bhi shakhs is kitaab ko padhe ya is ah yeh innocent substance ko dekhe, itna zyada laagu hai, itna zyada absurd hai ke aadmi kahe ke la haula wala quwwat, kahe ke chhod de ga is ko.</w:t>
      </w:r>
      <w:r>
        <w:br/>
      </w:r>
      <w:r>
        <w:rPr>
          <w:sz w:val="20"/>
        </w:rPr>
        <w:t>1:21:57  koi is se koi problem hi koi hone wala nahin hai, har giz nahin. koi ek aadmi is is se koi asar lene wala nahin hai.</w:t>
      </w:r>
      <w:r>
        <w:br/>
      </w:r>
      <w:r>
        <w:rPr>
          <w:sz w:val="20"/>
        </w:rPr>
        <w:t>1:22:07  lekin jab shorgol karein ge aap to ahmiyat badh jaye gi. shorgol karne ki wajah se ahmiyat badh gayi is ki. maulana, un ka ek aur sawal hai.</w:t>
      </w:r>
      <w:r>
        <w:br/>
      </w:r>
      <w:r>
        <w:rPr>
          <w:sz w:val="20"/>
        </w:rPr>
        <w:t>1:22:18  unhon ne likha hai "one of my students told me that after completing his studies, he would join jihad.</w:t>
      </w:r>
      <w:r>
        <w:br/>
      </w:r>
      <w:r>
        <w:rPr>
          <w:sz w:val="20"/>
        </w:rPr>
        <w:t>1:22:27  i asked him the reason for his doing so. he replied that our brothers are being killed in assam</w:t>
      </w:r>
      <w:r>
        <w:br/>
      </w:r>
      <w:r>
        <w:rPr>
          <w:sz w:val="20"/>
        </w:rPr>
        <w:t>1:22:35  . how can we remain silent at such operation? we have to retaliate." maulana, what is your comment? dekhein, yeh sara muamla yeh hai ke musalmanon ke jo so called jo leader hain,</w:t>
      </w:r>
      <w:r>
        <w:br/>
      </w:r>
      <w:r>
        <w:rPr>
          <w:sz w:val="20"/>
        </w:rPr>
        <w:t>1:22:50  bilkul musalmanon mein third class log jo hain, aa kar ke bolte hain. aur is mein stage par aur woh urdu akhbaron mein sab aata hai.</w:t>
      </w:r>
      <w:r>
        <w:br/>
      </w:r>
      <w:r>
        <w:rPr>
          <w:sz w:val="20"/>
        </w:rPr>
        <w:t>1:23:00  zyada tar urdu akhbaron mein sab baatein hoti hain.</w:t>
      </w:r>
      <w:r>
        <w:br/>
      </w:r>
      <w:r>
        <w:rPr>
          <w:sz w:val="20"/>
        </w:rPr>
        <w:t>1:23:03  woh samajhte hain ke wahan zulm ho raha hai. akhbari reporton mein one sided reporting hoti hai, yak tarfa reporting, yaani khud musalmanon ne kya kiya, yeh nahin hoti.</w:t>
      </w:r>
      <w:r>
        <w:br/>
      </w:r>
      <w:r>
        <w:rPr>
          <w:sz w:val="20"/>
        </w:rPr>
        <w:t>1:23:16  main is ki ek misaal deta hoon ke burma mein aap internet se check kar lijiye ke burma mein mashhoor hai ke burma mein zulm ho raha hai, zulm ho raha hai, zulm ho raha hai.</w:t>
      </w:r>
      <w:r>
        <w:br/>
      </w:r>
      <w:r>
        <w:rPr>
          <w:sz w:val="20"/>
        </w:rPr>
        <w:t>1:23:27  musalmanon ko maar rahe hain. to in dilli ke kuch yahi jo so called leader hain musalmanon ke, unhon ne dilli ke jo burma ka ambassador hai, us ko letter likha ke sahib, aap se milna chahte hain.</w:t>
      </w:r>
      <w:r>
        <w:br/>
      </w:r>
      <w:r>
        <w:rPr>
          <w:sz w:val="20"/>
        </w:rPr>
        <w:t>1:23:44  us jo zulm musalmanon ke khilaf ho raha hai, us se baat karne ke liye.</w:t>
      </w:r>
      <w:r>
        <w:br/>
      </w:r>
      <w:r>
        <w:rPr>
          <w:sz w:val="20"/>
        </w:rPr>
        <w:t>1:23:48  to us ne ek letter likha. us letter ko us ne internet pe daal diya. aap dekh sakte ho us letter ko. burma ke safeer ne, jo dilli mein hai, us ne kaha ke aap log waqiyat se ko ko poori tarah se li jiye.</w:t>
      </w:r>
      <w:r>
        <w:br/>
      </w:r>
      <w:r>
        <w:rPr>
          <w:sz w:val="20"/>
        </w:rPr>
        <w:t>1:24:04  aap be khabar hain is waqeye se</w:t>
      </w:r>
      <w:r>
        <w:br/>
      </w:r>
      <w:r>
        <w:rPr>
          <w:sz w:val="20"/>
        </w:rPr>
        <w:t>1:24:06  . us ne kaha ke wahan par aisa hua ke ek ek buddhist ladki ko, buddhist ladki ko kai musalman ladkon ne gang rape kiya aur phir maar bhi dala us ko.</w:t>
      </w:r>
      <w:r>
        <w:br/>
      </w:r>
      <w:r>
        <w:rPr>
          <w:sz w:val="20"/>
        </w:rPr>
        <w:t>1:24:22  to zahir hai ke use, use, use, use to wahan par ek trigger hona hi tha. yeh sab baatein aap dekh lijiye, internet maujood hai.</w:t>
      </w:r>
      <w:r>
        <w:br/>
      </w:r>
      <w:r>
        <w:rPr>
          <w:sz w:val="20"/>
        </w:rPr>
        <w:t>1:24:32  to is tarah ki hum hum hum huma kaana harkatein jo ki jaati hain, is ko report nahi karte akhbar wale. is ke retaliation ki report karte hain.</w:t>
      </w:r>
      <w:r>
        <w:br/>
      </w:r>
      <w:r>
        <w:rPr>
          <w:sz w:val="20"/>
        </w:rPr>
        <w:t>1:24:41  in ko main kehta hoon one sided reporting. to yeh, yeh, yeh, yeh sab se zyada yeh musalmanon ke akhbar hain, woh aag lagate hain.</w:t>
      </w:r>
      <w:r>
        <w:br/>
      </w:r>
      <w:r>
        <w:rPr>
          <w:sz w:val="20"/>
        </w:rPr>
        <w:t>1:24:50  musalmanon ke akhbar mein sab se zyada one sided reporting hoti hai.</w:t>
      </w:r>
      <w:r>
        <w:br/>
      </w:r>
      <w:r>
        <w:rPr>
          <w:sz w:val="20"/>
        </w:rPr>
        <w:t>1:24:54  main ne ek mazmoon likha tha ke musalmanon ki jo sahafat hai, ye yellow sahafat, yellow journals ki sab se bari misaal hai.</w:t>
      </w:r>
      <w:r>
        <w:br/>
      </w:r>
      <w:r>
        <w:rPr>
          <w:sz w:val="20"/>
        </w:rPr>
        <w:t>1:25:04  jitne musalmanon ke akhbarat the, chahe urdu ho ya angrezi mein hon, sab yellow journals ki misaal hote hain. yaani adhi baat na kehna, adhi baat kehna, ise log bhadak bhadak kar ke kehte hain.</w:t>
      </w:r>
      <w:r>
        <w:br/>
      </w:r>
      <w:r>
        <w:rPr>
          <w:sz w:val="20"/>
        </w:rPr>
        <w:t>1:25:16  to assam mein kuch nahi hai, na burma mein kuch hai.</w:t>
      </w:r>
      <w:r>
        <w:br/>
      </w:r>
      <w:r>
        <w:rPr>
          <w:sz w:val="20"/>
        </w:rPr>
        <w:t>1:25:21  har jagah musalmanon ko batana chahiye ke tum ne jo hamakatein ki thin, us ko band karo. yeh retaliation hai. retaliation ko woh zulm batate hain.</w:t>
      </w:r>
      <w:r>
        <w:br/>
      </w:r>
      <w:r>
        <w:rPr>
          <w:sz w:val="20"/>
        </w:rPr>
        <w:t>1:25:32  burma mein bhi retaliation hai, assam mein bhi retaliation hai. to jo jo talib ilm bechara aisa soch raha hai, woh woh janta hi nahi kuch.</w:t>
      </w:r>
      <w:r>
        <w:br/>
      </w:r>
      <w:r>
        <w:rPr>
          <w:sz w:val="20"/>
        </w:rPr>
        <w:t>1:25:42  is ko haqeeqat khabar nahi. is musalmanon ke akhbar ne parh liya, us ne bas samajhta hai ke yahi waqia hai.</w:t>
      </w:r>
      <w:r>
        <w:br/>
      </w:r>
      <w:r>
        <w:rPr>
          <w:sz w:val="20"/>
        </w:rPr>
        <w:t>1:25:48  halanke musalmanon ke akhbar mein yak tarafah reporting rehti hai. to is ko agar samjha diya jaye ke tum poori soorat-e-haal ko pata karo ke kya hai, to maloom hoga ke yeh musalman innocent nahi hain.</w:t>
      </w:r>
      <w:r>
        <w:br/>
      </w:r>
      <w:r>
        <w:rPr>
          <w:sz w:val="20"/>
        </w:rPr>
        <w:t>1:26:09  yaani musalmanon ka koi innocent dikhate hain. saare urdu urdu akhbarat aur musalmanon ke angrezi akhbar, urdu akhbar jate hain, musalmanon ko innocent dikhate hain, masoom bilkul.</w:t>
      </w:r>
      <w:r>
        <w:br/>
      </w:r>
      <w:r>
        <w:rPr>
          <w:sz w:val="20"/>
        </w:rPr>
        <w:t>1:26:21  isi se log bhadakte hain ke hum to bilkul innocent hain, hamare khilaf khwamkhwah zulm ho raha hai. bhai, yeh bilkul aisa nahi hai. aap is ki ek misaal bhi maine di aap ko.</w:t>
      </w:r>
      <w:r>
        <w:br/>
      </w:r>
      <w:r>
        <w:rPr>
          <w:sz w:val="20"/>
        </w:rPr>
        <w:t>1:26:30  aap internet pe check kar lijiye ke burma ka safeer jo india mein hai,</w:t>
      </w:r>
      <w:r>
        <w:br/>
      </w:r>
      <w:r>
        <w:rPr>
          <w:sz w:val="20"/>
        </w:rPr>
        <w:t>1:26:35  us ne jo khat likha tha, us ko us ne daal diya hai internet par. use us ko download kar ke parh lijiye aap.</w:t>
      </w:r>
    </w:p>
    <w:p>
      <w:pPr>
        <w:pStyle w:val="Heading2"/>
      </w:pPr>
      <w:r>
        <w:t>Difference Between Khan's Group and Other Groups</w:t>
      </w:r>
    </w:p>
    <w:p>
      <w:r>
        <w:rPr>
          <w:color w:val="666666"/>
          <w:sz w:val="18"/>
        </w:rPr>
        <w:t>Society &amp; Dawah · In Conversation on Maulana Wahiduddin Khan with Omries October 9, 2022 · 28m 40s · at 18:24 · https://youtu.be/zMfnWSEr95I?t=1104</w:t>
      </w:r>
    </w:p>
    <w:p>
      <w:r>
        <w:rPr>
          <w:i/>
        </w:rPr>
        <w:t>“In relation to this, I want to ask you: What difference did you find? One difference became clear to you upon meeting, but Maulana Wahiduddin Khan Sahib has one group with a claim, and there are many groups in the world; you both travelled widely. So what difference did you find?”</w:t>
      </w:r>
    </w:p>
    <w:p>
      <w:r>
        <w:rPr>
          <w:sz w:val="20"/>
        </w:rPr>
        <w:t>18:24  To isi ke hawale se hi mein aap se poochna chah raha hoon agla sawal ke aap ne kya difference paya</w:t>
      </w:r>
      <w:r>
        <w:br/>
      </w:r>
      <w:r>
        <w:rPr>
          <w:sz w:val="20"/>
        </w:rPr>
        <w:t>18:31  ? Ek difference to aap ko milte hi zahir ho gaya, lekin Maulana Wahiduddin Khan sahab ka ek dawah group hai, aur dunya bhar mein bohat se group hain, aur aap ne khoob travel kiya, dono ne.</w:t>
      </w:r>
      <w:r>
        <w:br/>
      </w:r>
      <w:r>
        <w:rPr>
          <w:sz w:val="20"/>
        </w:rPr>
        <w:t>18:41  Ji to kya difference paya aap ne?</w:t>
      </w:r>
      <w:r>
        <w:br/>
      </w:r>
      <w:r>
        <w:rPr>
          <w:sz w:val="20"/>
        </w:rPr>
        <w:t>18:45  Ah, difference yeh tha, mein Maulana se agar mein kahoon ke agarche 97 se Maulana ko parh raha tha, mein 2000 mein Maulana se mila bhi, lekin Maulana ko parhne ke bawajood mukammal taur par Maulana ko samajhne ka jo mauqa mila, woh 2009 mein hai.</w:t>
      </w:r>
      <w:r>
        <w:br/>
      </w:r>
      <w:r>
        <w:rPr>
          <w:sz w:val="20"/>
        </w:rPr>
        <w:t>19:02  Jab Maulana se hum mustaqil milne ke liye aate the, Maulana ke sath</w:t>
      </w:r>
      <w:r>
        <w:br/>
      </w:r>
      <w:r>
        <w:rPr>
          <w:sz w:val="20"/>
        </w:rPr>
        <w:t>19:07  bethakein hoti theen, to is mein Maulana ke sath rehte hue dawah aur marifat ke bohat ah, woh darwaze khulne lage jo kitabon mein se hum ko wazeh nahi ho rahi theen.</w:t>
      </w:r>
      <w:r>
        <w:br/>
      </w:r>
      <w:r>
        <w:rPr>
          <w:sz w:val="20"/>
        </w:rPr>
        <w:t>19:16  Ya kitab hum parhte the, lekin chounke hamari ek rawayati soch thi, conditioned mind tha, us ke parhne ki wajah se hum apni pasand ki baat us se le lete the, aur jo hum ko samajh mein nahi aati, chhod dete the.</w:t>
      </w:r>
      <w:r>
        <w:br/>
      </w:r>
      <w:r>
        <w:rPr>
          <w:sz w:val="20"/>
        </w:rPr>
        <w:t>19:26  Ji to Maulana ki bethakon mein baithne ke baad woh conditioning hamari tooti. To us ke baad hum ko farq yeh maloom hua ke hum jo mukhtalif dawah group ke sath kaam karte hain, us</w:t>
      </w:r>
      <w:r>
        <w:br/>
      </w:r>
      <w:r>
        <w:rPr>
          <w:sz w:val="20"/>
        </w:rPr>
        <w:t>19:37  mein aur Maulana ke dawah groups mein bohat zyada farq hai. Ji to us ke baad hum ne faisla kiya ke Maulana ka guidance ke sath hum dawah ka kaam karein ge.</w:t>
      </w:r>
      <w:r>
        <w:br/>
      </w:r>
      <w:r>
        <w:rPr>
          <w:sz w:val="20"/>
        </w:rPr>
        <w:t>19:45  Maulana jis tarah kahein, dawah ka kaam waisa karein ge. Ji to 2010 mein jab hum ne faisla kiya to mere ek ustad ne poocha, bhai aap Maulana ke sath dawah ka kaam kar rahe hain?</w:t>
      </w:r>
      <w:r>
        <w:br/>
      </w:r>
      <w:r>
        <w:rPr>
          <w:sz w:val="20"/>
        </w:rPr>
        <w:t>19:54  To pehle bhi aap bohat se logon ke sath dawah ka kaam kar rahe the, to unhi ke sath rehte, farq kya hai? Woh bhi dawah ka kaam karte hain, aap bhi dawah ka kaam karte hain. To us waqt mere zehan mein ek baat aayi, to un se mein ne kaha, dekhiye, Maulana</w:t>
      </w:r>
      <w:r>
        <w:br/>
      </w:r>
      <w:r>
        <w:rPr>
          <w:sz w:val="20"/>
        </w:rPr>
        <w:t>20:07  ke dawah ke kaam mein aur doosron ke dawah ke kaam mein ek farq hai. Woh yeh hai ke Maulana jo hai, nawakhiz dawah sikh</w:t>
      </w:r>
      <w:r>
        <w:br/>
      </w:r>
      <w:r>
        <w:rPr>
          <w:sz w:val="20"/>
        </w:rPr>
        <w:t>20:14  ate hain. Ek term hai shariyat ki, kehte hain nawakhiz al-salat, yani aap jab namaz parhte hain to us ki kuch conditions hain, usi ke sath aap parhein ge.</w:t>
      </w:r>
      <w:r>
        <w:br/>
      </w:r>
      <w:r>
        <w:rPr>
          <w:sz w:val="20"/>
        </w:rPr>
        <w:t>20:23  Agar aap woh conditions tod dein ge to aap ki namaz khatam. Ji us ko kehte hain nawakhiz al-salat. Jis tarah namaz mein hum baat cheet nahi karein ge, khana nahi khayein ge, pani nahi peyein ge, agar hum namaz mein yeh karein ge to hamari namaz khatam.</w:t>
      </w:r>
      <w:r>
        <w:br/>
      </w:r>
      <w:r>
        <w:rPr>
          <w:sz w:val="20"/>
        </w:rPr>
        <w:t>20:36  Jis tarah hum haj ko jate hain to haj ki shart yeh hai ke hum ihram bandh ke rahein, hunting na karein. Agar hum ne apna ihram nikal diya aur sadhe kapde pehne to haj ke haj khatam.</w:t>
      </w:r>
      <w:r>
        <w:br/>
      </w:r>
      <w:r>
        <w:rPr>
          <w:sz w:val="20"/>
        </w:rPr>
        <w:t>20:46  Hamara us ko kehte hain nawakhiz al-haj. To har jo ibadat hai, us ka ek nawakhiz bhi bataya jata hai, us ke conditions bhi kya hain, aur us ko khatam karne wali cheezein bhi kya hain.</w:t>
      </w:r>
      <w:r>
        <w:br/>
      </w:r>
      <w:r>
        <w:rPr>
          <w:sz w:val="20"/>
        </w:rPr>
        <w:t>20:55  Ji Maulana se milne se mujhe maloom hua</w:t>
      </w:r>
      <w:r>
        <w:br/>
      </w:r>
      <w:r>
        <w:rPr>
          <w:sz w:val="20"/>
        </w:rPr>
        <w:t>20:58  ke dawah ki ek spirit hai, aur us spirit ko bhi khatam karne wali kuch cheezein hain. Woh yeh hain ke jis mad'u qaum se hum, jis ko hum Khuda ka paigham pahunchana chahte hain, use one-sided hum us ke well-wisher banein.</w:t>
      </w:r>
      <w:r>
        <w:br/>
      </w:r>
      <w:r>
        <w:rPr>
          <w:sz w:val="20"/>
        </w:rPr>
        <w:t>21:12  Woh kuch bhi hamare sath karein, acha ya bura, hum us ke sath well-wishing karein, aur kabhi bhi us se nafrat na karein. Agar thodi bhi hamare andar nafrat aa jaye, khwah woh kisi bhi mamle ko le kar, to samajho ke hamari dawah spirit khatam ho gayi.</w:t>
      </w:r>
      <w:r>
        <w:br/>
      </w:r>
      <w:r>
        <w:rPr>
          <w:sz w:val="20"/>
        </w:rPr>
        <w:t>21:26  ma</w:t>
      </w:r>
      <w:r>
        <w:br/>
      </w:r>
      <w:r>
        <w:rPr>
          <w:sz w:val="20"/>
        </w:rPr>
        <w:t>21:27  sha Allah! Yeh bohat hi mind, bohat mujhe laga ke us waqt jo ustad se baat kiya to woh khamosh ho gaye. To is tarah jab mein dekhne laga to waqai Maulana ka jo literature hai, unhone ummat ko aagah kiya hai ke kya cheezein hain jo dawah spirit ko kill karne wali cheezein hain.</w:t>
      </w:r>
      <w:r>
        <w:br/>
      </w:r>
      <w:r>
        <w:rPr>
          <w:sz w:val="20"/>
        </w:rPr>
        <w:t>21:42  Jis tarah mad'u qaum se aap kabhi nafrat nahi karein ge, agar nafrat karein ge to yeh cheez kill ho jayegi. Right oriented nahi honge, aap apne kisi bhi sathiyon se ya apne insanon se apne rights ko mangna, yeh bhi us ko kill karne wala hai.</w:t>
      </w:r>
      <w:r>
        <w:br/>
      </w:r>
      <w:r>
        <w:rPr>
          <w:sz w:val="20"/>
        </w:rPr>
        <w:t>21:57  One-sided aap un ki takleefon par sabr ke sath rahenge, aur yeh baatein Quran mein bhi zikr ki gayi hain. Jis tarah ke ke Allah jitne bhi nabi aate the, woh log kehte the ke la asalukum alaihim najran, hum apni dawah par aap se koi right nahi mangte, koi cheez nahi mangte.</w:t>
      </w:r>
      <w:r>
        <w:br/>
      </w:r>
      <w:r>
        <w:rPr>
          <w:sz w:val="20"/>
        </w:rPr>
        <w:t>22:14  isi tarah hazrat musa ne kaha, jitni bhi aap log takleef denge, is par hum sabr karenge.</w:t>
      </w:r>
      <w:r>
        <w:br/>
      </w:r>
      <w:r>
        <w:rPr>
          <w:sz w:val="20"/>
        </w:rPr>
        <w:t>22:21  gaye. to khair, zamana bhi badal chuka, ab woh takleefein bhi nahi rahin, woh religious persecution ka age bhi nahi raha. to madu qom se aur zyada hum valuing hona chahiye.</w:t>
      </w:r>
      <w:r>
        <w:br/>
      </w:r>
      <w:r>
        <w:rPr>
          <w:sz w:val="20"/>
        </w:rPr>
        <w:t>22:30  to yeh agar hamare andar valuing khatam ho gayi to goya ke woh dawah spirit ko kill karne wali cheezein hain. ji to yeh farq Maulana se milne se aur unke dawah group se mujhe mila.</w:t>
      </w:r>
      <w:r>
        <w:br/>
      </w:r>
      <w:r>
        <w:rPr>
          <w:sz w:val="20"/>
        </w:rPr>
        <w:t>22:40  mashallah! bohat achhe se wazeh kiya aap ne, Maulana Israr sahib. Maulana Iqbal sahib, aap is mein kuch add karna chahenge?</w:t>
      </w:r>
      <w:r>
        <w:br/>
      </w:r>
      <w:r>
        <w:rPr>
          <w:sz w:val="20"/>
        </w:rPr>
        <w:t>22:47  ji, khateeb Israr sahib ne kafi achhe tareeqe se Maulana ki baat batai, dawah ke silsile mein farq hai.</w:t>
      </w:r>
      <w:r>
        <w:br/>
      </w:r>
      <w:r>
        <w:rPr>
          <w:sz w:val="20"/>
        </w:rPr>
        <w:t>22:57  main is mein ek add karna chahunga ke aksar hamare saath, hum jin logon se bhi, jin group mein bhi hum log the, un logon ka nishana ghair wazeh tha.</w:t>
      </w:r>
      <w:r>
        <w:br/>
      </w:r>
      <w:r>
        <w:rPr>
          <w:sz w:val="20"/>
        </w:rPr>
        <w:t>23:07  asal mein jaise Maulana ka nishana yeh hai ke madu tak paigham ko pahuncha diya jaye, yeh Maulana ka nishana tha.</w:t>
      </w:r>
      <w:r>
        <w:br/>
      </w:r>
      <w:r>
        <w:rPr>
          <w:sz w:val="20"/>
        </w:rPr>
        <w:t>23:16  lekin un logon ka nishana dawah se koi inqilab, dawah se demographic change, dawah se falan falan, to Maulana ka nishana pahuncha dena chahiye.</w:t>
      </w:r>
      <w:r>
        <w:br/>
      </w:r>
      <w:r>
        <w:rPr>
          <w:sz w:val="20"/>
        </w:rPr>
        <w:t>23:27  dawah ko inzar ka, dawah ka mani hai inzar, Allah taala ke paigham ko logon tak pahuncha</w:t>
      </w:r>
      <w:r>
        <w:br/>
      </w:r>
      <w:r>
        <w:rPr>
          <w:sz w:val="20"/>
        </w:rPr>
        <w:t>23:34  ein. isi tarah Maulana ne hum ko aakhri tak jo ek dam aisa hum ko target diya hai ke jaisa ke hadith mein aata hai ke la bait madr wa la wabr illa adkhal Allah kalmat al Islam.</w:t>
      </w:r>
      <w:r>
        <w:br/>
      </w:r>
      <w:r>
        <w:rPr>
          <w:sz w:val="20"/>
        </w:rPr>
        <w:t>23:47  to yahan par Maulana kehte hain ke hadith mein jo zimmedari di gayi hai ke kalmat al Islam ko har ghar mein pahuncha diya jaye, na ke har dil mein utar diya jaye.</w:t>
      </w:r>
      <w:r>
        <w:br/>
      </w:r>
      <w:r>
        <w:rPr>
          <w:sz w:val="20"/>
        </w:rPr>
        <w:t>23:59  e. to yeh asal mein jo Maulana ne hum ko target diya hai ke Allah se aur aakhirat se logon ko aagah kar diya jaye, yeh aap ki zimmedari hai.</w:t>
      </w:r>
      <w:r>
        <w:br/>
      </w:r>
      <w:r>
        <w:rPr>
          <w:sz w:val="20"/>
        </w:rPr>
        <w:t>24:11  to aksar main dekhta hoon ke jo bhi dawah group hain, woh bilkul mayusi mein mubtala rehte hain. woh dawah hamari zimmedari hai, hidayat Allah ki zimmedari hai, bol kar dawah ke liye kya kya zaroori cheezein hain, woh unke paas nahi hain.</w:t>
      </w:r>
      <w:r>
        <w:br/>
      </w:r>
      <w:r>
        <w:rPr>
          <w:sz w:val="20"/>
        </w:rPr>
        <w:t>24:27  jaise Maulana ne 200 ke qareeb kitabein likhin, madu ki zuban ko samjha, zamane ko samjha, aur zamane ke laiq rehnumai ki, yeh sab sari cheezein Maulana ke paas pai jati hain.</w:t>
      </w:r>
      <w:r>
        <w:br/>
      </w:r>
      <w:r>
        <w:rPr>
          <w:sz w:val="20"/>
        </w:rPr>
        <w:t>24:40  doosron ke paas sirf dawah ka lafz hai, lekin is ke liye jo kuch rehnumai karna hai, woh cheez nahi thi.</w:t>
      </w:r>
      <w:r>
        <w:br/>
      </w:r>
      <w:r>
        <w:rPr>
          <w:sz w:val="20"/>
        </w:rPr>
        <w:t>24:48  to hum ne logon se poocha, hamare zimmedaron se ke agar is ke muqable mein koi achhi rehnumai hai to dijiye.</w:t>
      </w:r>
      <w:r>
        <w:br/>
      </w:r>
      <w:r>
        <w:rPr>
          <w:sz w:val="20"/>
        </w:rPr>
        <w:t>24:58  to aaj tak koi achhi rehnumai nahi de sake.</w:t>
      </w:r>
      <w:r>
        <w:br/>
      </w:r>
      <w:r>
        <w:rPr>
          <w:sz w:val="20"/>
        </w:rPr>
        <w:t>25:01  e. to Maulana hi ka jo kuch diya hai, diya hua hai, woh sare insano ko samajh mein bhi aata hai, universal hai.</w:t>
      </w:r>
      <w:r>
        <w:br/>
      </w:r>
      <w:r>
        <w:rPr>
          <w:sz w:val="20"/>
        </w:rPr>
        <w:t>25:10  to is ke liye hum Maulana ki baat ko mante hain. jazak Allah, Maulana Iqbal sahib. Maulana Israr sahib, abhi aap ne jaise hum sab ko bataya ke kis tarah Maulana ke group aur baqi group mein difference hai, aap ne bohat achhe se</w:t>
      </w:r>
      <w:r>
        <w:br/>
      </w:r>
      <w:r>
        <w:rPr>
          <w:sz w:val="20"/>
        </w:rPr>
        <w:t>25:26  wazeh kiya. to zahir si baat hai ke woh Maulana Wahiduddin Khan sahib ki jo fikr hai, woh bilkul unique thi. ji, aur yeh bhi hum jante hain ke kai log aur groups jo hain, woh unki fikr se ikhtilaf rakhte the.</w:t>
      </w:r>
      <w:r>
        <w:br/>
      </w:r>
      <w:r>
        <w:rPr>
          <w:sz w:val="20"/>
        </w:rPr>
        <w:t>25:41  to aap kis nuqte nazar se is ko dekhte hain, is ke bare mein hum sab ko bataein.</w:t>
      </w:r>
      <w:r>
        <w:br/>
      </w:r>
      <w:r>
        <w:rPr>
          <w:sz w:val="20"/>
        </w:rPr>
        <w:t>25:46  haan, is ko Maulana se main samajhta hoon ke musalmanon ki tamam jo school of thoughts hain ya jo mukhtalif log hain, tamam ikhtilaf rakhte hain.</w:t>
      </w:r>
      <w:r>
        <w:br/>
      </w:r>
      <w:r>
        <w:rPr>
          <w:sz w:val="20"/>
        </w:rPr>
        <w:t>25:58  ji, is ka sabab ek yeh hai, main yeh samajhta hoon ek hadith mein aap ko yahan par quote karna chahunga. Allah ke rasool ne kaha: "badal Islam ghareeban sa yaood kama ba</w:t>
      </w:r>
      <w:r>
        <w:br/>
      </w:r>
      <w:r>
        <w:rPr>
          <w:sz w:val="20"/>
        </w:rPr>
        <w:t>26:10  da". Islam ek strange way mein shuru hua, initiate mein woh ek yani ajnabi deen tha, unknown deen tha.</w:t>
      </w:r>
      <w:r>
        <w:br/>
      </w:r>
      <w:r>
        <w:rPr>
          <w:sz w:val="20"/>
        </w:rPr>
        <w:t>26:19  phir baad mein phir woh unknown ban jayega. ji, to is ki tashreeh yeh hai ke Islam shuru mein jab aayega, rasool Allah ke zamane mein jo deen tha, sahaba ke us mein, woh bilkul pure apni shakal mein tha.</w:t>
      </w:r>
      <w:r>
        <w:br/>
      </w:r>
      <w:r>
        <w:rPr>
          <w:sz w:val="20"/>
        </w:rPr>
        <w:t>26:32  lekin jyon jyon door guzarta gaya to log apni conditioning ke mutabiq, apni traditions ke mutabiq, is mein bohat si cheezein daakhil karte gae. is mein bohat se parde pad jaate hain.</w:t>
      </w:r>
      <w:r>
        <w:br/>
      </w:r>
      <w:r>
        <w:rPr>
          <w:sz w:val="20"/>
        </w:rPr>
        <w:t>26:42  to Maulana ne in pardon ko hataya. ji, deen par jo parde the, woh sab hat</w:t>
      </w:r>
      <w:r>
        <w:br/>
      </w:r>
      <w:r>
        <w:rPr>
          <w:sz w:val="20"/>
        </w:rPr>
        <w:t>26:47  aya. to chounke poore log apne kisi akabir ko le kar, apne aslaf ko le kar, ya apne maslak ko le kar conditioned hain, to is ko tod kar is cheez ko samajh nahin sake.</w:t>
      </w:r>
      <w:r>
        <w:br/>
      </w:r>
      <w:r>
        <w:rPr>
          <w:sz w:val="20"/>
        </w:rPr>
        <w:t>26:58  Maulana ne is ko tod kar, in pardon ko hata kar, jo asal deen tha Rasool Allah ke zamane ka, us ko pesh kiya. to woh cheez qabil-e-hazm nahin rahi ulama ke liye.</w:t>
      </w:r>
      <w:r>
        <w:br/>
      </w:r>
      <w:r>
        <w:rPr>
          <w:sz w:val="20"/>
        </w:rPr>
        <w:t>27:08  hmm, jis tarah misaal ke taur par main batata hoon ke hamare darmiyan Quran ki tilawat ki bohat ziyada ahmiyat hai.</w:t>
      </w:r>
      <w:r>
        <w:br/>
      </w:r>
      <w:r>
        <w:rPr>
          <w:sz w:val="20"/>
        </w:rPr>
        <w:t>27:15  to goya ke Quran ek kitaab-e-tilawat hai. lekin Maulana ne bataya ke yeh sirf kitaab-e-tilawat nahin hai, yeh woh kitaab hai jis se hum naseehat haasil karein aur jis se tadabbur aur tafakkur kar ke, ghore-o-fikr kar ke apni zindagi ke liye rehnumai haasil karein.</w:t>
      </w:r>
      <w:r>
        <w:br/>
      </w:r>
      <w:r>
        <w:rPr>
          <w:sz w:val="20"/>
        </w:rPr>
        <w:t>27:30  lekin aam taur par yeh hamare paas kitaab-e-tilawat bani hui hai. isi tarah jo ibadatein hain hamari, to aam taur par aap ibaadat ke bare mein poochenge to form-based ibaadat hi batayi jayengi.</w:t>
      </w:r>
      <w:r>
        <w:br/>
      </w:r>
      <w:r>
        <w:rPr>
          <w:sz w:val="20"/>
        </w:rPr>
        <w:t>27:42  yani ibaadat par mabni bar masail hote hain. Maulana</w:t>
      </w:r>
      <w:r>
        <w:br/>
      </w:r>
      <w:r>
        <w:rPr>
          <w:sz w:val="20"/>
        </w:rPr>
        <w:t>27:45  ke paas ibaadat ki tashreeh jo hai, woh khushu' beiz hai. yani is ki spirit ko Maulana ne wazeh kiya hai. isi tarah aap lenge Rasool Sallallahu Alaihi Wasallam ko lenge to Rasool Allah ke silsile mein log ishq-e-Rasool ko to jaante hain, Rasool Allah ke ishq mein hangame karna jaante hain.</w:t>
      </w:r>
      <w:r>
        <w:br/>
      </w:r>
      <w:r>
        <w:rPr>
          <w:sz w:val="20"/>
        </w:rPr>
        <w:t>28:01  lekin it'at-e-Rasool kya hai? Rasool Allah ki zimmedari zindagi mein hamare liye bas ah role kya hai? is ko koi nahin jaanta. is ko Maulana ne wazeh kiya.</w:t>
      </w:r>
      <w:r>
        <w:br/>
      </w:r>
      <w:r>
        <w:rPr>
          <w:sz w:val="20"/>
        </w:rPr>
        <w:t>28:09  to jab Maulana is ko wazeh karte the to zahir si baat hai ke in jo makatib hain, jo thoughts hain, in</w:t>
      </w:r>
      <w:r>
        <w:br/>
      </w:r>
      <w:r>
        <w:rPr>
          <w:sz w:val="20"/>
        </w:rPr>
        <w:t>28:16  ke jo بڑon ne jo bataya hai, woh baat is ke khilaf dikhti thi. to log qabool karna un ko samajh mein nahin aata tha. to is se ikhtilaf karte the. to bas mein yahi samajhta hoon ke Maulana ne chounke pure ah deen ko pesh kiya, is ke pardon ko chaak kar ke logon ke samne, to chounke logon ke paas jo deen hai, us pe parde pade hue hain, condition hai, to is ko na samajhne ki wajah se woh log Maulana ke mukhalif hain.</w:t>
      </w:r>
      <w:r>
        <w:br/>
      </w:r>
      <w:r>
        <w:rPr>
          <w:sz w:val="20"/>
        </w:rPr>
        <w:t>28:37  ji ji ji. aur Maulana Iqbal Sahab, main jaanta hoon is baat ko ke aap ne khud is ikhtilaf ko</w:t>
      </w:r>
      <w:r>
        <w:br/>
      </w:r>
      <w:r>
        <w:rPr>
          <w:sz w:val="20"/>
        </w:rPr>
        <w:t>28:44  face kiya hai, experience kiya hai. to aap is par kuch kehna chahenge?</w:t>
      </w:r>
      <w:r>
        <w:br/>
      </w:r>
      <w:r>
        <w:rPr>
          <w:sz w:val="20"/>
        </w:rPr>
        <w:t>28:49  jaisa khateeb Sahab ne farmaya, wahi ke Islam ajnabi Islam ko jab revive karte hain to logon ko baatein ajnabi maloom ho jati hain.</w:t>
      </w:r>
      <w:r>
        <w:br/>
      </w:r>
      <w:r>
        <w:rPr>
          <w:sz w:val="20"/>
        </w:rPr>
        <w:t>29:00  to Arabi mein ek maqoola hai ke "al-nas jahil". log jis ko jaante nahin, us ko le ke dushmani karne lagte hain.</w:t>
      </w:r>
      <w:r>
        <w:br/>
      </w:r>
      <w:r>
        <w:rPr>
          <w:sz w:val="20"/>
        </w:rPr>
        <w:t>29:09  to mazeed is mein ek baat yeh hai ke Maulana ne jo ah hamari asal shanakht batayi hai Musalmanon ki ke Musalman da'i qaum hai aur baqi sab sare log mad'u hain.</w:t>
      </w:r>
      <w:r>
        <w:br/>
      </w:r>
      <w:r>
        <w:rPr>
          <w:sz w:val="20"/>
        </w:rPr>
        <w:t>29:24  to yeh jo Maulana ne hum ko bataya hai, yeh cheez ummat samajh nahin paayi ke hamari asal kya zimmedari hai aur hum mad'u se kaisa sulook</w:t>
      </w:r>
      <w:r>
        <w:br/>
      </w:r>
      <w:r>
        <w:rPr>
          <w:sz w:val="20"/>
        </w:rPr>
        <w:t>29:35  karein. to yeh asal cheez hai jis ki wajah se Maulana ki jitni bhi policies hain, woh da'wa aur mad'u based policies Quran o Hadees ke mutabiq hain ke mad'u ke sare haq jitne bhi hain, woh Maulana jahan se bhi mil sake, mad'u ke liye haq, woh haq Maulana sabit karna chahte hain.</w:t>
      </w:r>
      <w:r>
        <w:br/>
      </w:r>
      <w:r>
        <w:rPr>
          <w:sz w:val="20"/>
        </w:rPr>
        <w:t>29:52  ummat chounke ummat chahe woh secular tabqa ho ya religious tabqa ho, yeh is zehan ko samajh nahin saka.</w:t>
      </w:r>
      <w:r>
        <w:br/>
      </w:r>
      <w:r>
        <w:rPr>
          <w:sz w:val="20"/>
        </w:rPr>
        <w:t>30:00  is liye Maulana ki jo bhi policies hain, is se ikhtilaf karne ki wajah se goya Maulana ko samajhne se bhi ah door rahe, ikhtilaf kiye hain.</w:t>
      </w:r>
      <w:r>
        <w:br/>
      </w:r>
      <w:r>
        <w:rPr>
          <w:sz w:val="20"/>
        </w:rPr>
        <w:t>30:10  to asal mein har ek yeh sabit karne ki koshish karta hai ke wajood-e-adawat kya hai? "faiz alladhi bainaka wa bainahu adawat" yani adawat</w:t>
      </w:r>
      <w:r>
        <w:br/>
      </w:r>
      <w:r>
        <w:rPr>
          <w:sz w:val="20"/>
        </w:rPr>
        <w:t>30:20  kya hai? har ek sabit karne ki koshish karta hai "faiz alladhi bainaka wa bainahu adawat". ka'annahu wali hamim. hamamat kaise paida karna hai?</w:t>
      </w:r>
      <w:r>
        <w:br/>
      </w:r>
      <w:r>
        <w:rPr>
          <w:sz w:val="20"/>
        </w:rPr>
        <w:t>30:29  hamamat kaise sabit karna hai? yani sachi khair khwahi, sachi dosti kaise sabit karna hai? yeh ummat ko maloom nahin hai. adawat kahan ho rahi hai?</w:t>
      </w:r>
      <w:r>
        <w:br/>
      </w:r>
      <w:r>
        <w:rPr>
          <w:sz w:val="20"/>
        </w:rPr>
        <w:t>30:38  is ko kaise inkishaf karna hai? is ko kaise unfold karna hai? yeh sari cheezein un ko samajh mein aati hain. to inshallah halaat aise hain ke zaroor</w:t>
      </w:r>
      <w:r>
        <w:br/>
      </w:r>
      <w:r>
        <w:rPr>
          <w:sz w:val="20"/>
        </w:rPr>
        <w:t>30:48  maulana ke paigham ko log samajh rahe hain, maulana ke dard ko log samajh rahe hain. jaisa ke hum abhi mukhtalif jagah se hote hue, book fair se hote hue aaye hue hain, hum to wahan jante hain ke maulana ki kitabon ko english mein, hindi mein log padhna chahte hain, maulana ki baaton ko sunna chahte hain.</w:t>
      </w:r>
      <w:r>
        <w:br/>
      </w:r>
      <w:r>
        <w:rPr>
          <w:sz w:val="20"/>
        </w:rPr>
        <w:t>31:06  yeh sari cheezen iski daleel hain ke ab log samajhne lage hain ke maulana ka asal paigham kya hai. ji maulana iqbal sahab, bahut achha kaha aap ne ke maulana ke dard ko log samajh</w:t>
      </w:r>
      <w:r>
        <w:br/>
      </w:r>
      <w:r>
        <w:rPr>
          <w:sz w:val="20"/>
        </w:rPr>
        <w:t>31:18  rahe hain, unki kitabon ko padh rahe hain. unki soch jo hai, woh dheere dheere hum khud bhi is cheez ko mehsoos bhi kar rahe hain aur hum ne isko witness bhi kiya hai ke kis tarah poori duniya mein woh</w:t>
      </w:r>
      <w:r>
        <w:br/>
      </w:r>
      <w:r>
        <w:rPr>
          <w:sz w:val="20"/>
        </w:rPr>
        <w:t>31:28  phail raha hai. ah ek sawal yahan pe yeh aata hai ke maulana wahiduddin khan sahab ka jo khaas mauzu tha, woh tha marifat aur tazkiya.</w:t>
      </w:r>
      <w:r>
        <w:br/>
      </w:r>
      <w:r>
        <w:rPr>
          <w:sz w:val="20"/>
        </w:rPr>
        <w:t>31:37  to main chahunga iske bare mein aap zaroor bataein.</w:t>
      </w:r>
      <w:r>
        <w:br/>
      </w:r>
      <w:r>
        <w:rPr>
          <w:sz w:val="20"/>
        </w:rPr>
        <w:t>31:40  maulana ne jo marifat aur tazkiya ki baat ki hai, woh bilkul daur jadeed ki nisbat se jo cheezen ah unfold hui hain, is silsile mein rakhte hue ah intellectual tabqe ke liye ek bahut bada sawal hai ke islam mein intellectual base kya hai?</w:t>
      </w:r>
      <w:r>
        <w:br/>
      </w:r>
      <w:r>
        <w:rPr>
          <w:sz w:val="20"/>
        </w:rPr>
        <w:t>32:04  kya dil hai ya dimagh hai?</w:t>
      </w:r>
      <w:r>
        <w:br/>
      </w:r>
      <w:r>
        <w:rPr>
          <w:sz w:val="20"/>
        </w:rPr>
        <w:t>32:07  to yeh sabse bada masla hai. isi liye jo is secular log hain, woh religious ko ek bas aise hi khayali pulao samajhte hain, balkeh usko intellectual base yeh argument hai, iska usko koi nahi janta.</w:t>
      </w:r>
      <w:r>
        <w:br/>
      </w:r>
      <w:r>
        <w:rPr>
          <w:sz w:val="20"/>
        </w:rPr>
        <w:t>32:23  iski wajah yeh hai ke sare logon ke paas tazkiya aur marifat ka base, ah sufiyon ke paas ho ya ghair sufiyon ke paas ho, woh jo hai heart</w:t>
      </w:r>
      <w:r>
        <w:br/>
      </w:r>
      <w:r>
        <w:rPr>
          <w:sz w:val="20"/>
        </w:rPr>
        <w:t>32:34  base hai. maulana usko mind base kehte hain. chuki ah aaj kal jo science se wazeh hota hai ke sochne samajhne ki salahiyat dimagh mein hoti hai.</w:t>
      </w:r>
      <w:r>
        <w:br/>
      </w:r>
      <w:r>
        <w:rPr>
          <w:sz w:val="20"/>
        </w:rPr>
        <w:t>32:47  jab is nuqte nazar se hum dekhte hain to tazkiya aur marifat ek shaoori amal hai, na ke sirf ek ghair shaoori koi ek state hai.</w:t>
      </w:r>
      <w:r>
        <w:br/>
      </w:r>
      <w:r>
        <w:rPr>
          <w:sz w:val="20"/>
        </w:rPr>
        <w:t>32:58  balkeh jab is nuqte nazar se quran ko dekhte hain hum to quran ki aayaten, kainat ki aayaten, aayate allah hain, ayyam allah hain, al-maut wa ba'dahu hai, yeh sab waqeyat tazkiya ke waqeyat ho jate hain.</w:t>
      </w:r>
      <w:r>
        <w:br/>
      </w:r>
      <w:r>
        <w:rPr>
          <w:sz w:val="20"/>
        </w:rPr>
        <w:t>33:11  balkeh kainat ki har cheez se kaise tazkiya hasil karna hai, kaise marifat hasil karna hai, iska shaoori tareeqa hai.</w:t>
      </w:r>
      <w:r>
        <w:br/>
      </w:r>
      <w:r>
        <w:rPr>
          <w:sz w:val="20"/>
        </w:rPr>
        <w:t>33:19  yani maulana ka ka tazkiya yeh hai ke aadmi aankh khol kar tazkiya kare, aankh bandh kar nahi, bandh kar ke nahi</w:t>
      </w:r>
      <w:r>
        <w:br/>
      </w:r>
      <w:r>
        <w:rPr>
          <w:sz w:val="20"/>
        </w:rPr>
        <w:t>33:27  , balkeh yeh yeh marifat aur tazkiya ke bab mein maulana ne jo kuch kaha hai, woh bahut zyada samajhne ki cheez hai ke shaoori tazkiya kya hota hai.</w:t>
      </w:r>
      <w:r>
        <w:br/>
      </w:r>
      <w:r>
        <w:rPr>
          <w:sz w:val="20"/>
        </w:rPr>
        <w:t>33:39  to shaoor ke tazkiye par maulana base karte hain aur shaoor insan ko woh heart pump, heart chuki sirf pumping organ hai, wahan nahi hai balkeh dimagh</w:t>
      </w:r>
      <w:r>
        <w:br/>
      </w:r>
      <w:r>
        <w:rPr>
          <w:sz w:val="20"/>
        </w:rPr>
        <w:t>33:51  mein hai. dimaghi shaoor ke sath is mind base spirituality ki jo baat karte hain, yeh asal ah farq hai.</w:t>
      </w:r>
      <w:r>
        <w:br/>
      </w:r>
      <w:r>
        <w:rPr>
          <w:sz w:val="20"/>
        </w:rPr>
        <w:t>34:00  ji bahut aham baat hai yeh maulana iqbal sahab ke maulana ka jo ah emphasis tha, woh mind base spirituality pe tha, heart based spirituality pe nahi.</w:t>
      </w:r>
      <w:r>
        <w:br/>
      </w:r>
      <w:r>
        <w:rPr>
          <w:sz w:val="20"/>
        </w:rPr>
        <w:t>34:11  aur yeh bahut achhi baat aap ne batai ke tazkiya band aankhon se nahi, balkeh khuli hui aankhon se hota hai.</w:t>
      </w:r>
      <w:r>
        <w:br/>
      </w:r>
      <w:r>
        <w:rPr>
          <w:sz w:val="20"/>
        </w:rPr>
        <w:t>34:19  yeh bahut hi important subject hai. to maulana asrar sahab, main chahunga aap bhi zaroor is par kuch bataein.</w:t>
      </w:r>
      <w:r>
        <w:br/>
      </w:r>
      <w:r>
        <w:rPr>
          <w:sz w:val="20"/>
        </w:rPr>
        <w:t>34:25  haan, yeh sahi baat hai ke maulana ne jo marifat aur tazkiya ka tasawwur hum ko diya hai, woh bilkul alag hai jo muslim literature mein paya jata hai.</w:t>
      </w:r>
      <w:r>
        <w:br/>
      </w:r>
      <w:r>
        <w:rPr>
          <w:sz w:val="20"/>
        </w:rPr>
        <w:t>34:33  ji, hum muslim literature mein jo marifat aur tazkiya ki baat hoti hai, woh murakabe ki baat hoti hai. meditation karne se samajhte hain ke khuda ki marifat hasil hogi.</w:t>
      </w:r>
      <w:r>
        <w:br/>
      </w:r>
      <w:r>
        <w:rPr>
          <w:sz w:val="20"/>
        </w:rPr>
        <w:t>34:43  ji, lekin maulana ne isko meditation se hata kar soch ki buniyad par rakh diya hai. ji ke aap kisi cheez par sochein, reason out karein to aap ki khuda ki badi marifat hasil ho sakti hai.</w:t>
      </w:r>
      <w:r>
        <w:br/>
      </w:r>
      <w:r>
        <w:rPr>
          <w:sz w:val="20"/>
        </w:rPr>
        <w:t>34:53  ji, iski wajah se main dekhta</w:t>
      </w:r>
      <w:r>
        <w:br/>
      </w:r>
      <w:r>
        <w:rPr>
          <w:sz w:val="20"/>
        </w:rPr>
        <w:t>34:55  hoon ke hamari zindagi mein bhi kafi faida hua. ji, iski ek misaal main aap ke samne pesh karunga. mera ek chhota, mera bachcha jab chhota tha, god mein to main ghar mein tha to woh achhanak rone laga,</w:t>
      </w:r>
      <w:r>
        <w:br/>
      </w:r>
      <w:r>
        <w:rPr>
          <w:sz w:val="20"/>
        </w:rPr>
        <w:t>35:09  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r>
        <w:br/>
      </w:r>
      <w:r>
        <w:rPr>
          <w:sz w:val="20"/>
        </w:rPr>
        <w:t>35:25  ko zam zam ka pani mila. aur hamare liye allah taala ne pani itna aasan kiya hai ke ek botal ya glass milaao aur pila do. to us waqt mujhe yeh discovery hui ke jo pani hum peete hain, log umooman zam zam pani barkat ka samajh ke peete hain.</w:t>
      </w:r>
      <w:r>
        <w:br/>
      </w:r>
      <w:r>
        <w:rPr>
          <w:sz w:val="20"/>
        </w:rPr>
        <w:t>35:39  bhai, us waqt se mera yeh ehsaas ho gaya hai ke jo bhi pani mujhe milta hai, woh khud zam zam hai mere liye. khud quran mein kehta hai: "khuda</w:t>
      </w:r>
      <w:r>
        <w:br/>
      </w:r>
      <w:r>
        <w:rPr>
          <w:sz w:val="20"/>
        </w:rPr>
        <w:t>35:47  mubarakah" jo pani hum ne aasman se utara hai, woh barkat ka pani hai. ji, to jo bhi pani, khwah hum kahin bhi rahein, kahin se bhi woh pani milta ho, woh sirf woh bhi hamare liye ek zam zam ki haisiyat hai.</w:t>
      </w:r>
      <w:r>
        <w:br/>
      </w:r>
      <w:r>
        <w:rPr>
          <w:sz w:val="20"/>
        </w:rPr>
        <w:t>35:59  khuda agar sikha de to koi us ko nahi la sakta. to woh ehsaas jab paida hota hai, woh soch ki buniyad par hi mila. to jab bhi main pani ka ek qatra bhi peeta hoon, to mujhe woh zam zam ka hi feeling ke saath mein peeta hoon.</w:t>
      </w:r>
      <w:r>
        <w:br/>
      </w:r>
      <w:r>
        <w:rPr>
          <w:sz w:val="20"/>
        </w:rPr>
        <w:t>36:11  ji, to yeh molana ki marifat aur tazkiya ki jo tarbiyat thi, us ka samajhta hoon main ek asar tha. ji ji, to kuch</w:t>
      </w:r>
      <w:r>
        <w:br/>
      </w:r>
      <w:r>
        <w:rPr>
          <w:sz w:val="20"/>
        </w:rPr>
        <w:t>36:17  kitabein aap batana chahenge, kuch titles jo log dekh rahe hain, us ko woh cps website se download kar sakte hain ya good word book se khareed sakte hain.</w:t>
      </w:r>
      <w:r>
        <w:br/>
      </w:r>
      <w:r>
        <w:rPr>
          <w:sz w:val="20"/>
        </w:rPr>
        <w:t>36:26  kuch aise titles aap bataiye hum sab ko. haan, dekhein, is mein buniyadi taur par jo aham kitab hai, "al-rabbaniyah allah o akbar". ji, ah yeh shuru buniyadi taur par har jo beginners hain, us ko padhna chahiye.</w:t>
      </w:r>
      <w:r>
        <w:br/>
      </w:r>
      <w:r>
        <w:rPr>
          <w:sz w:val="20"/>
        </w:rPr>
        <w:t>36:38  ji, is ke baad "kitab marifat khuda ki". ji, "daryaft ah god arizis". ji, yeh kitabein hain jin ke padhne se ah baraah-e-raast marifat ka aap ko molana ki jo rehnumai hai, us ko mile gi.</w:t>
      </w:r>
      <w:r>
        <w:br/>
      </w:r>
      <w:r>
        <w:rPr>
          <w:sz w:val="20"/>
        </w:rPr>
        <w:t>36:51  ji, aur waise poora literature mol</w:t>
      </w:r>
      <w:r>
        <w:br/>
      </w:r>
      <w:r>
        <w:rPr>
          <w:sz w:val="20"/>
        </w:rPr>
        <w:t>36:53  ana ka "al-risalah khusoosi" woh marifat par hi mabni hai. ji, is se marifat ki hi ghiza milti hai. hmm, ji ji, jazak allah molana iqbal sahib.</w:t>
      </w:r>
      <w:r>
        <w:br/>
      </w:r>
      <w:r>
        <w:rPr>
          <w:sz w:val="20"/>
        </w:rPr>
        <w:t>37:02  molana ki tafsir "tazkir al-quran" bahut ah popular hai aur bahut widely read hai. ah, aur is baat par aap bhi agree karenge ke marifat ka khazana hai.</w:t>
      </w:r>
      <w:r>
        <w:br/>
      </w:r>
      <w:r>
        <w:rPr>
          <w:sz w:val="20"/>
        </w:rPr>
        <w:t>37:12  woh ah agar hamein quran ko apni daily life mein apply karna hai to woh hum ah un ki tafsir se yeh jaan</w:t>
      </w:r>
      <w:r>
        <w:br/>
      </w:r>
      <w:r>
        <w:rPr>
          <w:sz w:val="20"/>
        </w:rPr>
        <w:t>37:20  sakte hain. balkeh agar un ki tafsir ka mutalaah karein to main yeh kahunga ke poori personality insaan ki badal sakti hai.</w:t>
      </w:r>
      <w:r>
        <w:br/>
      </w:r>
      <w:r>
        <w:rPr>
          <w:sz w:val="20"/>
        </w:rPr>
        <w:t>37:28  poori 360 degree a person can change into a spiritual person. to ah main chahunga molana iqbal sahib ki un ki tafsir ke bare mein aap hum sab ko zaroor bataein.</w:t>
      </w:r>
      <w:r>
        <w:br/>
      </w:r>
      <w:r>
        <w:rPr>
          <w:sz w:val="20"/>
        </w:rPr>
        <w:t>37:41  asal mein jaisa ke aap ko maloom hai ke ah jo bhi tazkir aur dawati kaam karte hain, un logon ke paas dawat aur tazkir base koi tafsir nahi hai.</w:t>
      </w:r>
      <w:r>
        <w:br/>
      </w:r>
      <w:r>
        <w:rPr>
          <w:sz w:val="20"/>
        </w:rPr>
        <w:t>37:56  hum log taqreeban das saal tak bahut mehnat ke. hum logon ka tareeqa yeh rehta tha ke hum log apne saath ek diary rakhte the, yaani molana se milne se pehle, aur quran se jo nikaat hote hain, woh likha karte the aur sab jama kar ke sab padhne ki koshish karte the.</w:t>
      </w:r>
      <w:r>
        <w:br/>
      </w:r>
      <w:r>
        <w:rPr>
          <w:sz w:val="20"/>
        </w:rPr>
        <w:t>38:14  ah, lekin mera jahan tak khayal hai, koi badi baat ya koi ah aisi baat jis mein tazkir aur dawat ka itna wazeh pehlu saamne aaye, aisi koi tafsir ya koi aisi study circle mein hum ne nahi paya.</w:t>
      </w:r>
      <w:r>
        <w:br/>
      </w:r>
      <w:r>
        <w:rPr>
          <w:sz w:val="20"/>
        </w:rPr>
        <w:t>38:28  jab hum ne, jab maine molana ki "tazkir al-quran" padha to wahan har</w:t>
      </w:r>
      <w:r>
        <w:br/>
      </w:r>
      <w:r>
        <w:rPr>
          <w:sz w:val="20"/>
        </w:rPr>
        <w:t>38:35  har safhe mein aap ko ya to dawat ki baat mile gi ya to tazkir ki baat mile gi. koi na koi kainaati baat mil hi jaye gi is mein. to maine arabi tafaseer bhi dekhein, baaqiya urdu tafaseer bhi dekhein.</w:t>
      </w:r>
      <w:r>
        <w:br/>
      </w:r>
      <w:r>
        <w:rPr>
          <w:sz w:val="20"/>
        </w:rPr>
        <w:t>38:46  "dawat al-quran" ke naam se bhi ek tafsir hai, lekin is mein dawat ka woh andaaz ya woh baatein jo dawat ki hon, tazkir ki hon, woh baatein maine nahi paein.</w:t>
      </w:r>
      <w:r>
        <w:br/>
      </w:r>
      <w:r>
        <w:rPr>
          <w:sz w:val="20"/>
        </w:rPr>
        <w:t>38:55  "tazkir al-quran" ek aisi kitab hai,</w:t>
      </w:r>
      <w:r>
        <w:br/>
      </w:r>
      <w:r>
        <w:rPr>
          <w:sz w:val="20"/>
        </w:rPr>
        <w:t>38:57  yaqeenan woh quran mein tazkir ke bare mein "fazakkir bil quran" tazkir ke bare mein jo bhi aayatein hain, us ki amli tafsir hai.</w:t>
      </w:r>
      <w:r>
        <w:br/>
      </w:r>
      <w:r>
        <w:rPr>
          <w:sz w:val="20"/>
        </w:rPr>
        <w:t>39:06  to woh "tazkir al-quran" hai. aap is mein har safha, ek safha padhte hi asal tazkir kya hai, is mein maloom ho jati hai. to aam taur se log "rujoo ila al-quran" ki baat to karte hain, yaani quran ki taraf laut kar aao, lekin kaise lotein, kis bab mein lootna chahiye, kaise lootna chahiye, lootne ke liye kya karna chahiye, woh saari cheezein "tazkir al-quran"</w:t>
      </w:r>
      <w:r>
        <w:br/>
      </w:r>
      <w:r>
        <w:rPr>
          <w:sz w:val="20"/>
        </w:rPr>
        <w:t>39:28  mein hum ko mile gi. ji ji, jazak allah molana israr sahib, is pe kuch aap add karna chahenge? haan, main iqbal sahib ne is ko bahut acha wazeh kiya.</w:t>
      </w:r>
      <w:r>
        <w:br/>
      </w:r>
      <w:r>
        <w:rPr>
          <w:sz w:val="20"/>
        </w:rPr>
        <w:t>39:38  "tazkir al quran" ki ahmiyat is liye bhi hai ke waise sainkaron tafaseer arabi aur urdu mein maujood hain, lekin un ke parhne se aap ko maloomat to mile gi, lekin is se globedia to aap ko quran ka mil jayega.</w:t>
      </w:r>
      <w:r>
        <w:br/>
      </w:r>
      <w:r>
        <w:rPr>
          <w:sz w:val="20"/>
        </w:rPr>
        <w:t>39:51  lekin quran jo apne aap ko kehta hai, jaisa quran apna</w:t>
      </w:r>
      <w:r>
        <w:br/>
      </w:r>
      <w:r>
        <w:rPr>
          <w:sz w:val="20"/>
        </w:rPr>
        <w:t>39:55  taaruf karate hue kehta hai: "innaha illa zikr lil alameen" . quran ek sare logon ke liye naseehat hai. isi tarah quran kehta hai ke "haza balaghun lin nas" .</w:t>
      </w:r>
      <w:r>
        <w:br/>
      </w:r>
      <w:r>
        <w:rPr>
          <w:sz w:val="20"/>
        </w:rPr>
        <w:t>40:05  yeh logon ke liye ek message hai, is ko logon tak pahunchana chahiye aur logon ko is ka paigham pahunchaya jaye. to lekin is do pehlu se tafaseer khali hain.</w:t>
      </w:r>
      <w:r>
        <w:br/>
      </w:r>
      <w:r>
        <w:rPr>
          <w:sz w:val="20"/>
        </w:rPr>
        <w:t>40:15  to maulana ne in do pehluon ko le ke "tazkir al quran" likha hai. aap is ko</w:t>
      </w:r>
      <w:r>
        <w:br/>
      </w:r>
      <w:r>
        <w:rPr>
          <w:sz w:val="20"/>
        </w:rPr>
        <w:t>40:19  parhenge to is mein aap ko naseehat ki baatein milengi. quran mein jo lessons hain, hamare learnings hain, is ko bataya gaya hai. aur isi tarah da'wati zehn saazi bhi is mein ki gayi hai.</w:t>
      </w:r>
      <w:r>
        <w:br/>
      </w:r>
      <w:r>
        <w:rPr>
          <w:sz w:val="20"/>
        </w:rPr>
        <w:t>40:30  aur teesra ek aham pehlu is ka yeh hai ke musalmanon ki jo</w:t>
      </w:r>
      <w:r>
        <w:br/>
      </w:r>
      <w:r>
        <w:rPr>
          <w:sz w:val="20"/>
        </w:rPr>
        <w:t>40:35  aap jante hain ke jo koi qaum jab zawaal yafta ho jati hai to us ke conditions ho jate hain. aur zawaal yafta qaum ki jo nafsiyat hoti hain, woh mili ho jati hain, qaumi ho jati hain.</w:t>
      </w:r>
      <w:r>
        <w:br/>
      </w:r>
      <w:r>
        <w:rPr>
          <w:sz w:val="20"/>
        </w:rPr>
        <w:t>40:46  ji, to siyasi ho jati hain. is ko maulana ne bohat achhi tarah se is mein toda hai. ji, agar aap is mein parhenge to aap khuda ke sahi banda ban ke niklenge, na ke ek qaumi insan, na ke ek mili insan.</w:t>
      </w:r>
      <w:r>
        <w:br/>
      </w:r>
      <w:r>
        <w:rPr>
          <w:sz w:val="20"/>
        </w:rPr>
        <w:t>40:59  ji, to is concept ko maulana ne, yaani ek zawaal yafta nafsiyat ka, is mein bohat hi achha maulana ne tajziya kiya hai. aur</w:t>
      </w:r>
      <w:r>
        <w:br/>
      </w:r>
      <w:r>
        <w:rPr>
          <w:sz w:val="20"/>
        </w:rPr>
        <w:t>41:05  ek sahi momin ki nafsiyat kya hoti hain, is ko is mein pesh kiya hai. is lihaaz se is ka parhna hamare liye behad zaroori hai. ji ji ji, to jo maulana israr sahib, jo log program dekh rahe hain is waqt, un ko kuch ah quran ke mauzu par maulana wahiduddin khan sahib ki kuch kitabein aap recommend karenge?</w:t>
      </w:r>
      <w:r>
        <w:br/>
      </w:r>
      <w:r>
        <w:rPr>
          <w:sz w:val="20"/>
        </w:rPr>
        <w:t>41:22  haan, is mein ah aham kitabein yeh hain: "mutala quran", ji "azmat quran",</w:t>
      </w:r>
      <w:r>
        <w:br/>
      </w:r>
      <w:r>
        <w:rPr>
          <w:sz w:val="20"/>
        </w:rPr>
        <w:t>41:29  aur "quran ka matloob insan", "marifat quran". to yeh kitabein hain jis se is ka faida istefada kiya ja sakta hai. aur khud "tazkir al quran" ka jo introduction hai, muqaddama, woh bohat hi zyada ahmiyat rakhta hai.</w:t>
      </w:r>
      <w:r>
        <w:br/>
      </w:r>
      <w:r>
        <w:rPr>
          <w:sz w:val="20"/>
        </w:rPr>
        <w:t>41:41  ji ji ji, to quran ke hawaale se sawal tha, to seerat pe bhi main poochna chahunga. ji ke maulana wahiduddin khan sahib ke nuqta nazar se</w:t>
      </w:r>
      <w:r>
        <w:br/>
      </w:r>
      <w:r>
        <w:rPr>
          <w:sz w:val="20"/>
        </w:rPr>
        <w:t>41:51  ah seerat rasool ke bunyadi pehlu kya hain? ji, is ko bhi aap wazeh karein. haan, yeh sawal aaj ke din ke lihaaz se bhi bohat aham hai.</w:t>
      </w:r>
      <w:r>
        <w:br/>
      </w:r>
      <w:r>
        <w:rPr>
          <w:sz w:val="20"/>
        </w:rPr>
        <w:t>42:00  ji, kyunke aaj 12 rabi ul awal hai. ji, to rasool allah ki aaj paidaish hai.</w:t>
      </w:r>
      <w:r>
        <w:br/>
      </w:r>
      <w:r>
        <w:rPr>
          <w:sz w:val="20"/>
        </w:rPr>
        <w:t>42:04  hmm, to seerat ka jo mauzu hai, is par ka main samajhta hoon urdu zaban mein kafi kitabein likhi gayi hain. ji,</w:t>
      </w:r>
      <w:r>
        <w:br/>
      </w:r>
      <w:r>
        <w:rPr>
          <w:sz w:val="20"/>
        </w:rPr>
        <w:t>42:12  lekin yeh tamam kitabein maulana ne "mutala seerat" ke ah muqaddame mein likha hai ke pure ah jo seerat ki kitabein hain, woh tamam kitabein ya to taqlidi andaaz mein likhi gayi hain ya aqeedatmandana andaaz mein likhi gayi hain.</w:t>
      </w:r>
      <w:r>
        <w:br/>
      </w:r>
      <w:r>
        <w:rPr>
          <w:sz w:val="20"/>
        </w:rPr>
        <w:t>42:27  taqlidana andaaz ka matlab yeh hai ke ek traditional way jo tareekh ka chalta aa raha tha pehle se, us lihaaz se likha gaya hai. to is se bohat bada jo nuqsaan hua, yeh hai ke rasool allah ki wafat ke baad tareekh jab likhi gayi to rasool allah ki jo</w:t>
      </w:r>
      <w:r>
        <w:br/>
      </w:r>
      <w:r>
        <w:rPr>
          <w:sz w:val="20"/>
        </w:rPr>
        <w:t>42:42  asal hesiyat thi, yaani da'i, aap logon ko khuda ka paigham pahunchane wale the, khuda ka realization karane wale the. ji, to woh hesiyat kam ho gayi.</w:t>
      </w:r>
      <w:r>
        <w:br/>
      </w:r>
      <w:r>
        <w:rPr>
          <w:sz w:val="20"/>
        </w:rPr>
        <w:t>42:51  chunki us waqt jo tareekhein likhi jati thi, yeh tha ke woh king ki tareekh likhi jati thi, is ko base kar ke likha jata tha. ji, ke woh king ne kitni junghein ki, kaise fateh hasil ki, us ki pasalar kaisa tha, us ki quwwat kaisi thi, kaise logon ko phacharta tha.</w:t>
      </w:r>
      <w:r>
        <w:br/>
      </w:r>
      <w:r>
        <w:rPr>
          <w:sz w:val="20"/>
        </w:rPr>
        <w:t>43:04  to is tarah ki woh is mein baatein hoti thi. to isi nahaj se seerat ko bhi likh diya gaya. bohat important baat hai yeh. ji, to shuru se hi seerat ka</w:t>
      </w:r>
      <w:r>
        <w:br/>
      </w:r>
      <w:r>
        <w:rPr>
          <w:sz w:val="20"/>
        </w:rPr>
        <w:t>43:12  naam jo tha, "life of prophet muhammad" ke bajaye "al maghazi" rakh diya gaya. ji, "al maghazi" kehte hain waris. waris to pehli mere khayal se hai ke jo seerat ah urwah bin zubair ki seerat batai jati hai, jo ek sahabi ke bete hain, tab'i, uska naam "al maghazi" rakha gaya.</w:t>
      </w:r>
      <w:r>
        <w:br/>
      </w:r>
      <w:r>
        <w:rPr>
          <w:sz w:val="20"/>
        </w:rPr>
        <w:t>43:29  phir ibn ishaq, ibn hisham, ji, pura un ki seerat ka hi naam ho gaya "al maghazi". to isi tarah musalmanon ke zehn mein bhi ji yeh chha gaya ke ek rasool allah jangju the, ek fateh the, aap dunya ko fateh karne aur maghloob karne ke liye</w:t>
      </w:r>
      <w:r>
        <w:br/>
      </w:r>
      <w:r>
        <w:rPr>
          <w:sz w:val="20"/>
        </w:rPr>
        <w:t>43:42  aate hain, aap ek achhe commander the, ek achhe hakim the. ji, lekin quran jo hum ko batata hai, woh yeh hai: "barah direct alfaaz mein inna arsalnak shahidan wa mubashiran wa naziran wa da'iyan ila allahi bi iznihi wa sirajan munira".</w:t>
      </w:r>
      <w:r>
        <w:br/>
      </w:r>
      <w:r>
        <w:rPr>
          <w:sz w:val="20"/>
        </w:rPr>
        <w:t>43:57  is mein rasool Allah ki panch baatein batai gayi hain. ji, five words bhi jo aik hi maani batata hai, woh hai: aap</w:t>
      </w:r>
      <w:r>
        <w:br/>
      </w:r>
      <w:r>
        <w:rPr>
          <w:sz w:val="20"/>
        </w:rPr>
        <w:t>44:04  daai thay. ji, yani nazeer logon ko aakhirat se darrane walay thay, khushkhabri dene walay thay, Allah ki taraf bulane walay thay, aur aap aik roshan charagh thay.</w:t>
      </w:r>
      <w:r>
        <w:br/>
      </w:r>
      <w:r>
        <w:rPr>
          <w:sz w:val="20"/>
        </w:rPr>
        <w:t>44:13  to rasool Allah ki jo is hesiyat se seerat ki kitabon mein mutala nahi kiya gaya. ji, to pehli baar Maulana ne is cheez ko wazeh kiya aur seerat ke is pehlu ko le kar bataya.</w:t>
      </w:r>
      <w:r>
        <w:br/>
      </w:r>
      <w:r>
        <w:rPr>
          <w:sz w:val="20"/>
        </w:rPr>
        <w:t>44:23  to is se aik aur wazeh hua ke umoomi taur par jab daur jadeed mein peace aur harmony ki baat ki gayi to dunya mein bohat si mukhtalif shakhsiyaton ki misaal pesh ki gayi.</w:t>
      </w:r>
      <w:r>
        <w:br/>
      </w:r>
      <w:r>
        <w:rPr>
          <w:sz w:val="20"/>
        </w:rPr>
        <w:t>44:35  to Maulana ne sab se pehle pesh kiya ke agar koi prophet of peace ho sakta hai to Muhammad hain. hmm, koi messenger of peace ho sakta hai to woh Muhammad hain. ji, to aap jante hain is par kitab bhi Maulana ki aayi hai: "Prophet of Peace".</w:t>
      </w:r>
      <w:r>
        <w:br/>
      </w:r>
      <w:r>
        <w:rPr>
          <w:sz w:val="20"/>
        </w:rPr>
        <w:t>44:46  ji, to woh mein samajhta hoon is lihaaz se</w:t>
      </w:r>
      <w:r>
        <w:br/>
      </w:r>
      <w:r>
        <w:rPr>
          <w:sz w:val="20"/>
        </w:rPr>
        <w:t>44:49  ah seerat ka mutala nahi kiya gaya. to Maulana ne rasool Allah ke ah daawati pehluon ko bohat achhi tarah ujaagar kiya aur yeh bhi bataya ke aap ka jo rasool Allah ka jo life style tha, woh hamare liye bohat practical hai aur wisdom full hai.</w:t>
      </w:r>
      <w:r>
        <w:br/>
      </w:r>
      <w:r>
        <w:rPr>
          <w:sz w:val="20"/>
        </w:rPr>
        <w:t>45:04  to is ko le kar hum bohat aage barh sakte hain. woh koi aqeedatmandana cheez ya is ko kuch manane wali cheez nahi hai. ji, ji, yeh bohat aham hai. ji, ji,</w:t>
      </w:r>
      <w:r>
        <w:br/>
      </w:r>
      <w:r>
        <w:rPr>
          <w:sz w:val="20"/>
        </w:rPr>
        <w:t>45:12  bohat important baat aap ne clear kari, Maulana Israr sahib, ke generally aur yahi dekha gaya hai, log yahi samajhte hain ke ah rasool Allah aik war general thay, lekin jo unhon ne moral consciousness awaken kari society mein, jo aik daai wala role unhon ne play kara, aur jo peace, ah jo aman, ah us ko establish kiya, yeh bilkul history mein aur kitabon mein, aur jo aksar log debate karte hain, us mein woh zahir hi nahi karte.</w:t>
      </w:r>
      <w:r>
        <w:br/>
      </w:r>
      <w:r>
        <w:rPr>
          <w:sz w:val="20"/>
        </w:rPr>
        <w:t>45:38  to yeh aap ne bohat important baat, yeh aaj is ko achhe se wazeh kiya Maulana Wahiduddin Khan sahib ke literature ke hawale se. ah Maulana Iqbal sahib, ah aap is pe kuch aur add karna chahenge?</w:t>
      </w:r>
      <w:r>
        <w:br/>
      </w:r>
      <w:r>
        <w:rPr>
          <w:sz w:val="20"/>
        </w:rPr>
        <w:t>45:51  khateeb sahib ne bilkul sahi baat farmayi ke jo aman ka peghamabar hai, aman ka pehlu jo aik dam bilkul ah tareekh mein chhip gaya tha, to us ko Maulana ne wazeh kiya hai.</w:t>
      </w:r>
      <w:r>
        <w:br/>
      </w:r>
      <w:r>
        <w:rPr>
          <w:sz w:val="20"/>
        </w:rPr>
        <w:t>46:03  to is par Maulana ne jo bhi kitabein likhi hain, jaise "Mutala-e-Seerat" hai, "Paigham-e-Inqilab" hai, "Prophet of Peace" hai,</w:t>
      </w:r>
      <w:r>
        <w:br/>
      </w:r>
      <w:r>
        <w:rPr>
          <w:sz w:val="20"/>
        </w:rPr>
        <w:t>46:12  jitni bhi Maulana ne tehreerein likhi hain, is ka yahi raha ke "Prophet of War" ke bajaye yeh "Prophet of Peace" hain. is ke liye kai misalein di hain.</w:t>
      </w:r>
      <w:r>
        <w:br/>
      </w:r>
      <w:r>
        <w:rPr>
          <w:sz w:val="20"/>
        </w:rPr>
        <w:t>46:22  the hundred walay ne yeh to kaha ke supremely successful person, lekin us ki wajah nahi batai. ji, un ko wajah yeh kehni chahiye tha ke conflict management aala darje ka hai, yani jangon ke tareekh ko Maulana ne Sulah Hudaibiyah mein badal diya.</w:t>
      </w:r>
      <w:r>
        <w:br/>
      </w:r>
      <w:r>
        <w:rPr>
          <w:sz w:val="20"/>
        </w:rPr>
        <w:t>46:37  phir isi tarah saare jitne bhi jang lade jaate thay, us ko aap ne buffering policy se us ko aik dam yeh kar diya, manage kar diya.</w:t>
      </w:r>
      <w:r>
        <w:br/>
      </w:r>
      <w:r>
        <w:rPr>
          <w:sz w:val="20"/>
        </w:rPr>
        <w:t>46:46  isi tarah rasool Allah sallallahu alaihi wasallam ne taqreeban jitne bhi jang hue hain, us ko Maulana yeh kehte hain ke woh bas jhadapon mein badal diya.</w:t>
      </w:r>
      <w:r>
        <w:br/>
      </w:r>
      <w:r>
        <w:rPr>
          <w:sz w:val="20"/>
        </w:rPr>
        <w:t>46:55  yeh jo rasool Allah sallallahu alaihi wasallam ki pur aman programming thi, yeh wazeh nahi hua abhi tak logon ke samne. ji, to sahi baat</w:t>
      </w:r>
    </w:p>
    <w:p>
      <w:pPr>
        <w:pStyle w:val="Heading2"/>
      </w:pPr>
      <w:r>
        <w:t>Difference Between Tajaddud and Tajdeed</w:t>
      </w:r>
    </w:p>
    <w:p>
      <w:r>
        <w:rPr>
          <w:color w:val="666666"/>
          <w:sz w:val="18"/>
        </w:rPr>
        <w:t>Society &amp; Dawah · Revival and Revivalist | June 7, 2015 · 2m 03s · at 55:47 · https://youtu.be/tJqheiPlZ94?t=3347</w:t>
      </w:r>
    </w:p>
    <w:p>
      <w:r>
        <w:rPr>
          <w:i/>
        </w:rPr>
        <w:t>“What is the difference between tajaddud (modernism) and tajdeed (renewal)? Who is called a modernist?”</w:t>
      </w:r>
    </w:p>
    <w:p>
      <w:r>
        <w:rPr>
          <w:sz w:val="20"/>
        </w:rPr>
        <w:t>55:47  maulana, yeh agla sawal aaya hai maulana iqbal umri ka chennai se.</w:t>
      </w:r>
      <w:r>
        <w:br/>
      </w:r>
      <w:r>
        <w:rPr>
          <w:sz w:val="20"/>
        </w:rPr>
        <w:t>55:49  maulana, positive approach rakhna aur insaniyat ki mukammal khair khwahi karna hi asal tajdid hai. aaj wazeh hua. tajaddud aur tajdid mein kya farq hai? tajaddud pasand kis ko kaha jata hai? dekhen, tajdid ka matlab hota hai asal deen ki tajdid. maslan asal deen kya hai? ke namaz ka form baqi rah</w:t>
      </w:r>
      <w:r>
        <w:br/>
      </w:r>
      <w:r>
        <w:rPr>
          <w:sz w:val="20"/>
        </w:rPr>
        <w:t>56:19  e, rooh na baqi rahe. jaise hadith mein aata hai ke la salata liman lam yatasahhash. to log is ko bhool jayein aur samjhein ke masail wali namaz padh lo to namaz ho gayi. aur la salata liman lam bhool jayein woh. to tajdid ka kaam yeh hai ke is ko yaad dilaya jaye. is ko yaad dilaya jaye. aur ta ke log jo hain apne form wali namaz ke sath sath khushu wali namaz is mein izafa</w:t>
      </w:r>
      <w:r>
        <w:br/>
      </w:r>
      <w:r>
        <w:rPr>
          <w:sz w:val="20"/>
        </w:rPr>
        <w:t>56:49  karen.</w:t>
      </w:r>
      <w:r>
        <w:br/>
      </w:r>
      <w:r>
        <w:rPr>
          <w:sz w:val="20"/>
        </w:rPr>
        <w:t>56:52  yeh to hua tajdeed ka kaam.</w:t>
      </w:r>
      <w:r>
        <w:br/>
      </w:r>
      <w:r>
        <w:rPr>
          <w:sz w:val="20"/>
        </w:rPr>
        <w:t>56:55  tajaddud yeh hai ke apne dimagh se nikalna.</w:t>
      </w:r>
      <w:r>
        <w:br/>
      </w:r>
      <w:r>
        <w:rPr>
          <w:sz w:val="20"/>
        </w:rPr>
        <w:t>56:58  misalan kuch log kehte hain qurbani jo hai yeh paise ka ziya hai.</w:t>
      </w:r>
      <w:r>
        <w:br/>
      </w:r>
      <w:r>
        <w:rPr>
          <w:sz w:val="20"/>
        </w:rPr>
        <w:t>57:00  qurbani band karo aur logon ko paisa baant do.</w:t>
      </w:r>
      <w:r>
        <w:br/>
      </w:r>
      <w:r>
        <w:rPr>
          <w:sz w:val="20"/>
        </w:rPr>
        <w:t>57:03  yeh sab tajaddud hai.</w:t>
      </w:r>
      <w:r>
        <w:br/>
      </w:r>
      <w:r>
        <w:rPr>
          <w:sz w:val="20"/>
        </w:rPr>
        <w:t>57:06  kyunke jo deen mein nahin hai us ko aap ne apne dimagh se nikala.</w:t>
      </w:r>
      <w:r>
        <w:br/>
      </w:r>
      <w:r>
        <w:rPr>
          <w:sz w:val="20"/>
        </w:rPr>
        <w:t>57:09  roze ke liye kehte hain ke woh arab mein khane ki cheezen kam hoti thin.</w:t>
      </w:r>
      <w:r>
        <w:br/>
      </w:r>
      <w:r>
        <w:rPr>
          <w:sz w:val="20"/>
        </w:rPr>
        <w:t>57:11  likha diya ke roze rakho.</w:t>
      </w:r>
      <w:r>
        <w:br/>
      </w:r>
      <w:r>
        <w:rPr>
          <w:sz w:val="20"/>
        </w:rPr>
        <w:t>57:14  ab roze ki zaroorat nahin.</w:t>
      </w:r>
      <w:r>
        <w:br/>
      </w:r>
      <w:r>
        <w:rPr>
          <w:sz w:val="20"/>
        </w:rPr>
        <w:t>57:17  yeh sab tajaddud hai.</w:t>
      </w:r>
      <w:r>
        <w:br/>
      </w:r>
      <w:r>
        <w:rPr>
          <w:sz w:val="20"/>
        </w:rPr>
        <w:t>57:19  yani jo cheez deen mein maujood ho apne dimaagh se aap kahein ke nahi yeh nahi hai.</w:t>
      </w:r>
      <w:r>
        <w:br/>
      </w:r>
      <w:r>
        <w:rPr>
          <w:sz w:val="20"/>
        </w:rPr>
        <w:t>57:24  roze ke bare mein yeh kahein ke arab mein khane peene ka kam hota tha to roze rakhte gaye.</w:t>
      </w:r>
      <w:r>
        <w:br/>
      </w:r>
      <w:r>
        <w:rPr>
          <w:sz w:val="20"/>
        </w:rPr>
        <w:t>57:28  ab roze ki zaroorat nahi hai.</w:t>
      </w:r>
      <w:r>
        <w:br/>
      </w:r>
      <w:r>
        <w:rPr>
          <w:sz w:val="20"/>
        </w:rPr>
        <w:t>57:32  yeh tajaddud hai.</w:t>
      </w:r>
      <w:r>
        <w:br/>
      </w:r>
      <w:r>
        <w:rPr>
          <w:sz w:val="20"/>
        </w:rPr>
        <w:t>57:37  lekin agar roze ke form baqi rahe ke isprt khatm ho jaye to usko zinda kar rahe</w:t>
      </w:r>
      <w:r>
        <w:br/>
      </w:r>
      <w:r>
        <w:rPr>
          <w:sz w:val="20"/>
        </w:rPr>
        <w:t>57:41  hain aap to woh tajdeed hai.</w:t>
      </w:r>
      <w:r>
        <w:br/>
      </w:r>
      <w:r>
        <w:rPr>
          <w:sz w:val="20"/>
        </w:rPr>
        <w:t>57:45  yeh yeh dono ka farq</w:t>
      </w:r>
    </w:p>
    <w:p>
      <w:pPr>
        <w:pStyle w:val="Heading2"/>
      </w:pPr>
      <w:r>
        <w:t>Difference between community and secular thinking</w:t>
      </w:r>
    </w:p>
    <w:p>
      <w:r>
        <w:rPr>
          <w:color w:val="666666"/>
          <w:sz w:val="18"/>
        </w:rPr>
        <w:t>Society &amp; Dawah · The Importance of the Quran May 15, 2016 Maulana Wahiduddin Khan · 2m 44s · at 49:14 · https://youtu.be/9a-OOUR_bLg?t=2954</w:t>
      </w:r>
    </w:p>
    <w:p>
      <w:r>
        <w:rPr>
          <w:i/>
        </w:rPr>
        <w:t>“What is the difference between community thinking and secular thinking?”</w:t>
      </w:r>
    </w:p>
    <w:p>
      <w:r>
        <w:rPr>
          <w:sz w:val="20"/>
        </w:rPr>
        <w:t>49:14  maulana, yeh ek comment aaya hai aur sawal bhi hai saath mein jo maulana iqbal umri ne bheja hai chennai se.</w:t>
      </w:r>
      <w:r>
        <w:br/>
      </w:r>
      <w:r>
        <w:rPr>
          <w:sz w:val="20"/>
        </w:rPr>
        <w:t>49:23  un ka comment is tarah hai, unhon ne likha hai ke "positive attitude is the only starting point of muslim ummah." it is only al risala mission which is giving such guidelines.</w:t>
      </w:r>
      <w:r>
        <w:br/>
      </w:r>
      <w:r>
        <w:rPr>
          <w:sz w:val="20"/>
        </w:rPr>
        <w:t>49:39  we are very thankful to god for this. jazak Allah. my question is that what is the difference between community thinking and secular thinking?</w:t>
      </w:r>
      <w:r>
        <w:br/>
      </w:r>
      <w:r>
        <w:rPr>
          <w:sz w:val="20"/>
        </w:rPr>
        <w:t>49:52  please explain the difference. dekhein, dono ek bhi ho sakte hain aur alag alag bhi.</w:t>
      </w:r>
      <w:r>
        <w:br/>
      </w:r>
      <w:r>
        <w:rPr>
          <w:sz w:val="20"/>
        </w:rPr>
        <w:t>50:04  yani secular thinking ka matlab yeh hai ke ke</w:t>
      </w:r>
      <w:r>
        <w:br/>
      </w:r>
      <w:r>
        <w:rPr>
          <w:sz w:val="20"/>
        </w:rPr>
        <w:t>50:12  mazhab ko authentic bana kar sochna ya na ho. secular thinking jo hoti hai, wahi cheez hai.</w:t>
      </w:r>
      <w:r>
        <w:br/>
      </w:r>
      <w:r>
        <w:rPr>
          <w:sz w:val="20"/>
        </w:rPr>
        <w:t>50:21  is ko kehte hain reason thinking. secular thinking anti mazhab thinking nahi hai. secular thinking darasal reason thinking ka work hai.</w:t>
      </w:r>
      <w:r>
        <w:br/>
      </w:r>
      <w:r>
        <w:rPr>
          <w:sz w:val="20"/>
        </w:rPr>
        <w:t>50:32  yani reason ko har cheez se azaad kar ke sochna. aadmi paband na ho kisi mazhabi kitaab ka.</w:t>
      </w:r>
      <w:r>
        <w:br/>
      </w:r>
      <w:r>
        <w:rPr>
          <w:sz w:val="20"/>
        </w:rPr>
        <w:t>50:45  to woh secular thinking darasal naam hai doosre alfaaz mein reason thinking ka. baqi jo communal thinking hai, woh to aap apni company ke faide ke liye ya sochna.</w:t>
      </w:r>
      <w:r>
        <w:br/>
      </w:r>
      <w:r>
        <w:rPr>
          <w:sz w:val="20"/>
        </w:rPr>
        <w:t>50:59  maslan farz kiye is jagah aap ki company aur doosri company mein fasaad ho gaya, ladai ho gayi to aap apni company ko side le kar bolein.</w:t>
      </w:r>
      <w:r>
        <w:br/>
      </w:r>
      <w:r>
        <w:rPr>
          <w:sz w:val="20"/>
        </w:rPr>
        <w:t>51:12  is ka tareeqa aam taur par yeh hota hai ke jo aap ki company mein kiya, us ka zikr hi na karein aur doosri company mein jo retaliate kiya, us ka zikr karein.</w:t>
      </w:r>
      <w:r>
        <w:br/>
      </w:r>
      <w:r>
        <w:rPr>
          <w:sz w:val="20"/>
        </w:rPr>
        <w:t>51:23  yani action ka zikr, reaction. action ka zikr na karna aur reaction ko sab kuch bana bana dena.</w:t>
      </w:r>
      <w:r>
        <w:br/>
      </w:r>
      <w:r>
        <w:rPr>
          <w:sz w:val="20"/>
        </w:rPr>
        <w:t>51:33  to my community right or wrong. is ko aap keh sakte hain ke my community right or wrong. to yeh ta'assub haqeeqat mein yeh ta'assub kaise hai?</w:t>
      </w:r>
      <w:r>
        <w:br/>
      </w:r>
      <w:r>
        <w:rPr>
          <w:sz w:val="20"/>
        </w:rPr>
        <w:t>51:45  yeh secular is ko aap nahi kehte ke yeh secularism kaise hai? haqeeqat mein yeh ta'assub kaise hai?</w:t>
      </w:r>
    </w:p>
    <w:p>
      <w:pPr>
        <w:pStyle w:val="Heading2"/>
      </w:pPr>
      <w:r>
        <w:t>Difference between dawah and worship?</w:t>
      </w:r>
    </w:p>
    <w:p>
      <w:r>
        <w:rPr>
          <w:color w:val="666666"/>
          <w:sz w:val="18"/>
        </w:rPr>
        <w:t>Society &amp; Dawah · Islam in A New Age March 18, 2012 · 1m 07s · at 1:20:38 · https://youtu.be/P5hzq_NheY0?t=4838</w:t>
      </w:r>
    </w:p>
    <w:p>
      <w:r>
        <w:rPr>
          <w:i/>
        </w:rPr>
        <w:t>“What is the difference between dawah and worship?”</w:t>
      </w:r>
    </w:p>
    <w:p>
      <w:r>
        <w:rPr>
          <w:sz w:val="20"/>
        </w:rPr>
        <w:t>1:20:38  Maulana, agla sawal hai Tamil Nadu se Maulana Iqbal Umri sahib ka. unhon ne aapse poocha hai ke dawat aur ibadat mein kya farq hai?</w:t>
      </w:r>
      <w:r>
        <w:br/>
      </w:r>
      <w:r>
        <w:rPr>
          <w:sz w:val="20"/>
        </w:rPr>
        <w:t>1:20:51  ibadat to har aadmi ka farz hai. yani jab aap Allah par iman rakhte hain aur Allah ki qurbat chahte hain to ibadat ka jazba paida hota hai.</w:t>
      </w:r>
      <w:r>
        <w:br/>
      </w:r>
      <w:r>
        <w:rPr>
          <w:sz w:val="20"/>
        </w:rPr>
        <w:t>1:21:07  to jo kehte hain sirat-ul-abd bi rabbih us ke is ke tehat jo kaam kiya jata hai, us ko hum ibadat kehte hain.</w:t>
      </w:r>
      <w:r>
        <w:br/>
      </w:r>
      <w:r>
        <w:rPr>
          <w:sz w:val="20"/>
        </w:rPr>
        <w:t>1:21:18  aur dawat jo hai, doosron tak Allah ka paigham pahunchana.</w:t>
      </w:r>
      <w:r>
        <w:br/>
      </w:r>
      <w:r>
        <w:rPr>
          <w:sz w:val="20"/>
        </w:rPr>
        <w:t>1:21:21  to kaha yeh keh sakte hain ke ibadat ek ek zaati satah par Allah ke deen ko ikhtiyar karne ka naam hai.</w:t>
      </w:r>
      <w:r>
        <w:br/>
      </w:r>
      <w:r>
        <w:rPr>
          <w:sz w:val="20"/>
        </w:rPr>
        <w:t>1:21:30  aur dawat doosron ki satah par Allah ke deen ko pahunchane ka naam hai. ek ek ek internal hai, ek external hai.</w:t>
      </w:r>
      <w:r>
        <w:br/>
      </w:r>
      <w:r>
        <w:rPr>
          <w:sz w:val="20"/>
        </w:rPr>
        <w:t>1:21:42  yeh farq hai.</w:t>
      </w:r>
    </w:p>
    <w:p>
      <w:pPr>
        <w:pStyle w:val="Heading2"/>
      </w:pPr>
      <w:r>
        <w:t>Difference between secular democracy and shura</w:t>
      </w:r>
    </w:p>
    <w:p>
      <w:r>
        <w:rPr>
          <w:color w:val="666666"/>
          <w:sz w:val="18"/>
        </w:rPr>
        <w:t>Society &amp; Dawah · Social Reform | December 22, 2013 | Maulana Wahiduddin Khan · 2m 17s · at 1:19:17 · https://youtu.be/kGP903BvDto?t=4757</w:t>
      </w:r>
    </w:p>
    <w:p>
      <w:r>
        <w:rPr>
          <w:i/>
        </w:rPr>
        <w:t>“What is the difference between secular democracy and shura?”</w:t>
      </w:r>
    </w:p>
    <w:p>
      <w:r>
        <w:rPr>
          <w:sz w:val="20"/>
        </w:rPr>
        <w:t>1:19:17  aur yeh ghair ilmi istadlal hai." Maulana, in ka doosra sawal yeh hai, unhon ne likha hai: "What</w:t>
      </w:r>
      <w:r>
        <w:br/>
      </w:r>
      <w:r>
        <w:rPr>
          <w:sz w:val="20"/>
        </w:rPr>
        <w:t>1:19:25  is the difference between secular democracy and shura?"</w:t>
      </w:r>
      <w:r>
        <w:br/>
      </w:r>
      <w:r>
        <w:rPr>
          <w:sz w:val="20"/>
        </w:rPr>
        <w:t>1:19:33  yeh to main ne arz kar diya aap ne baat cheet mein ke secular democracy jo hai, basically</w:t>
      </w:r>
      <w:r>
        <w:br/>
      </w:r>
      <w:r>
        <w:rPr>
          <w:sz w:val="20"/>
        </w:rPr>
        <w:t>1:19:38  woh woh koi aqeedah nahi hai.</w:t>
      </w:r>
      <w:r>
        <w:br/>
      </w:r>
      <w:r>
        <w:rPr>
          <w:sz w:val="20"/>
        </w:rPr>
        <w:t>1:19:43  is ko lamzahabi jamhooriyat kehna sahi nahi hai.</w:t>
      </w:r>
      <w:r>
        <w:br/>
      </w:r>
      <w:r>
        <w:rPr>
          <w:sz w:val="20"/>
        </w:rPr>
        <w:t>1:19:48  secular democracy sirf ek dhanchay ka naam hai. dhancha.</w:t>
      </w:r>
      <w:r>
        <w:br/>
      </w:r>
      <w:r>
        <w:rPr>
          <w:sz w:val="20"/>
        </w:rPr>
        <w:t>1:19:53  yani logon se election ke zariye se logon ki rai lena aur un ki rai ke mutabiq hukoomat banana.</w:t>
      </w:r>
      <w:r>
        <w:br/>
      </w:r>
      <w:r>
        <w:rPr>
          <w:sz w:val="20"/>
        </w:rPr>
        <w:t>1:19:59  is ka na koi aqeeday se talluq hai na is ka mazhab se talluq hai.</w:t>
      </w:r>
      <w:r>
        <w:br/>
      </w:r>
      <w:r>
        <w:rPr>
          <w:sz w:val="20"/>
        </w:rPr>
        <w:t>1:20:04  to mein apne dhanchay ke aitbar se mein ne dekha, is mein koi burai nahi hai.</w:t>
      </w:r>
      <w:r>
        <w:br/>
      </w:r>
      <w:r>
        <w:rPr>
          <w:sz w:val="20"/>
        </w:rPr>
        <w:t>1:20:10  masla jo hai, yeh hai ke maujooda jo concept hai democracy ka, is mein accountability koi concept nahi hai.</w:t>
      </w:r>
      <w:r>
        <w:br/>
      </w:r>
      <w:r>
        <w:rPr>
          <w:sz w:val="20"/>
        </w:rPr>
        <w:t>1:20:16  yani kisi apne se bartar kisi ke aagay mein accountable houn.</w:t>
      </w:r>
      <w:r>
        <w:br/>
      </w:r>
      <w:r>
        <w:rPr>
          <w:sz w:val="20"/>
        </w:rPr>
        <w:t>1:20:22  is liye yahan par amalan kya hota hai ke democracy anarchy ban jati hai. anarchy.</w:t>
      </w:r>
      <w:r>
        <w:br/>
      </w:r>
      <w:r>
        <w:rPr>
          <w:sz w:val="20"/>
        </w:rPr>
        <w:t>1:20:28  to anarchy ko ke tor ke liye,</w:t>
      </w:r>
      <w:r>
        <w:br/>
      </w:r>
      <w:r>
        <w:rPr>
          <w:sz w:val="20"/>
        </w:rPr>
        <w:t>1:20:34  is ko is ko is par control qā'im karne ke liye zarūrī hai ki vahāñ ek accountability concept maujūd ho. aur vo sirf mazhab se ātā hai. yānī jis kā ek authentic version islām hai. ok, we will end this session now. thank you.</w:t>
      </w:r>
    </w:p>
    <w:p>
      <w:pPr>
        <w:pStyle w:val="Heading2"/>
      </w:pPr>
      <w:r>
        <w:t>Difference of CPS mission from conversion</w:t>
      </w:r>
    </w:p>
    <w:p>
      <w:r>
        <w:rPr>
          <w:color w:val="666666"/>
          <w:sz w:val="18"/>
        </w:rPr>
        <w:t>Society &amp; Dawah · Dars-e-Quran, Ch. 2 Verse 54 | March 18, 2018 · 1m 25s · at 58:40 · https://youtu.be/xQ2LXsz1oTw?t=3520</w:t>
      </w:r>
    </w:p>
    <w:p>
      <w:r>
        <w:rPr>
          <w:i/>
        </w:rPr>
        <w:t>“Many Muslims are engaged in dawah work, but the target seems conversion. How is the CPS mission different in this regard?”</w:t>
      </w:r>
    </w:p>
    <w:p>
      <w:r>
        <w:rPr>
          <w:sz w:val="20"/>
        </w:rPr>
        <w:t>58:40  maulana, un ka ek aur sawal hai, unhone likha hai: "many muslims are engaged in dawah work,</w:t>
      </w:r>
      <w:r>
        <w:br/>
      </w:r>
      <w:r>
        <w:rPr>
          <w:sz w:val="20"/>
        </w:rPr>
        <w:t>58:46  but their target seems conversion.</w:t>
      </w:r>
      <w:r>
        <w:br/>
      </w:r>
      <w:r>
        <w:rPr>
          <w:sz w:val="20"/>
        </w:rPr>
        <w:t>58:52  how is CPS mission different in this regard?" hargiz nahi, yaad rahe ke conversion hargiz hamara</w:t>
      </w:r>
      <w:r>
        <w:br/>
      </w:r>
      <w:r>
        <w:rPr>
          <w:sz w:val="20"/>
        </w:rPr>
        <w:t>58:59  target nahi hai.</w:t>
      </w:r>
      <w:r>
        <w:br/>
      </w:r>
      <w:r>
        <w:rPr>
          <w:sz w:val="20"/>
        </w:rPr>
        <w:t>59:05  target to doosron ne bana rakha hai.</w:t>
      </w:r>
      <w:r>
        <w:br/>
      </w:r>
      <w:r>
        <w:rPr>
          <w:sz w:val="20"/>
        </w:rPr>
        <w:t>59:11  target kehne ke ma'ne hain ke hum business kar rahe hain.</w:t>
      </w:r>
      <w:r>
        <w:br/>
      </w:r>
      <w:r>
        <w:rPr>
          <w:sz w:val="20"/>
        </w:rPr>
        <w:t>59:17  ya'ni dawat ek business ban jati hai, yeh taza taza bara ho, taza bara ho.</w:t>
      </w:r>
      <w:r>
        <w:br/>
      </w:r>
      <w:r>
        <w:rPr>
          <w:sz w:val="20"/>
        </w:rPr>
        <w:t>59:23  jab se democracy duniya mein aai hai, democracy, tab se ginti ka mu'amla barh gaya.</w:t>
      </w:r>
      <w:r>
        <w:br/>
      </w:r>
      <w:r>
        <w:rPr>
          <w:sz w:val="20"/>
        </w:rPr>
        <w:t>59:29  pehle yeh tha bhi nahi, yeh yeh ginti ka jo mu'amla hai ke</w:t>
      </w:r>
      <w:r>
        <w:br/>
      </w:r>
      <w:r>
        <w:rPr>
          <w:sz w:val="20"/>
        </w:rPr>
        <w:t>59:35  convert karo, ginti barhao, yeh aaya hai democracy ke zariye.</w:t>
      </w:r>
      <w:r>
        <w:br/>
      </w:r>
      <w:r>
        <w:rPr>
          <w:sz w:val="20"/>
        </w:rPr>
        <w:t>59:40  yeh khud Denon likha hai apni kitab "Discovery of India" mein ke democracy ki den hai yeh ke</w:t>
      </w:r>
      <w:r>
        <w:br/>
      </w:r>
      <w:r>
        <w:rPr>
          <w:sz w:val="20"/>
        </w:rPr>
        <w:t>59:45  ginti barhao, ginti barhao.</w:t>
      </w:r>
      <w:r>
        <w:br/>
      </w:r>
      <w:r>
        <w:rPr>
          <w:sz w:val="20"/>
        </w:rPr>
        <w:t>59:50  yeh to business ho gaya, dawat ek business ho gai.</w:t>
      </w:r>
      <w:r>
        <w:br/>
      </w:r>
      <w:r>
        <w:rPr>
          <w:sz w:val="20"/>
        </w:rPr>
        <w:t>59:55  Islam mein har giz har giz nahi yeh business.</w:t>
      </w:r>
      <w:r>
        <w:br/>
      </w:r>
      <w:r>
        <w:rPr>
          <w:sz w:val="20"/>
        </w:rPr>
        <w:t>1:00:00  Islam mein dawat ek business nahi, yeh yeh Islam mein ek muqaddas farz hai, ek</w:t>
      </w:r>
    </w:p>
    <w:p>
      <w:pPr>
        <w:pStyle w:val="Heading2"/>
      </w:pPr>
      <w:r>
        <w:t>Difficulty doing dawah in consumer culture</w:t>
      </w:r>
    </w:p>
    <w:p>
      <w:r>
        <w:rPr>
          <w:color w:val="666666"/>
          <w:sz w:val="18"/>
        </w:rPr>
        <w:t>Society &amp; Dawah · 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Difficulty of being human-oriented</w:t>
      </w:r>
    </w:p>
    <w:p>
      <w:r>
        <w:rPr>
          <w:color w:val="666666"/>
          <w:sz w:val="18"/>
        </w:rPr>
        <w:t>Society &amp; Dawah · Revival of Muslims March 08, 2015 · 1m 03s · at 56:04 · https://youtu.be/8ShFcr8YozI?t=3364</w:t>
      </w:r>
    </w:p>
    <w:p>
      <w:r>
        <w:rPr>
          <w:i/>
        </w:rPr>
        <w:t>“Regarding the Al-Risala Mission, the accusation is that after the 1990s you are not oriented towards the Millat and Muslims. If you want to read, you should read books before 1990. Maulana, why is it so difficult to be human-oriented?”</w:t>
      </w:r>
    </w:p>
    <w:p>
      <w:r>
        <w:rPr>
          <w:sz w:val="20"/>
        </w:rPr>
        <w:t>56:04  maulana, agla sawal chennai se kiya hai maulana iqbal umri ne aur unhon ne likha hai ke maulana al risala mission ke bare mein yahi ilzaam hai ke 1990s ke baad se aap millat aur muslim oriented nahi hain.</w:t>
      </w:r>
      <w:r>
        <w:br/>
      </w:r>
      <w:r>
        <w:rPr>
          <w:sz w:val="20"/>
        </w:rPr>
        <w:t>56:23  agar aap ko padhna hai to 1990 se pehle ki kitabon ko padhna chahiye. maulana, insan oriented hona itna mushkil kyun hai?</w:t>
      </w:r>
      <w:r>
        <w:br/>
      </w:r>
      <w:r>
        <w:rPr>
          <w:sz w:val="20"/>
        </w:rPr>
        <w:t>56:36  mushkil to har cheez hoti hai is duniya mein, koi cheez mushkil aasan nahi hai. mushkil to har cheez hoti hai. to meri, mein to khud manta hoon ke pehle jo mein bana tha, woh madarse ne jaisa banaya hua tha, woh ban gaya.</w:t>
      </w:r>
      <w:r>
        <w:br/>
      </w:r>
      <w:r>
        <w:rPr>
          <w:sz w:val="20"/>
        </w:rPr>
        <w:t>56:55  ghar ne jaisa banaya hua hai, waisa ban gaya. mere qareeb ka jo mahaul tha, woh jaisa banaya hua tha, waisa ban gaya. phir mein ne khud apne aap ko discover kiya, quran ko discover kiya.</w:t>
      </w:r>
    </w:p>
    <w:p>
      <w:pPr>
        <w:pStyle w:val="Heading2"/>
      </w:pPr>
      <w:r>
        <w:t>Disconnect between Maulana and Muslim leaders on enemy concept</w:t>
      </w:r>
    </w:p>
    <w:p>
      <w:r>
        <w:rPr>
          <w:color w:val="666666"/>
          <w:sz w:val="18"/>
        </w:rPr>
        <w:t>Society &amp; Dawah · Formula of Human Life | March 13, 2016 · 4m 20s · at 50:58 · https://youtu.be/Et_ZQTYZzjU?t=3058</w:t>
      </w:r>
    </w:p>
    <w:p>
      <w:r>
        <w:rPr>
          <w:i/>
        </w:rPr>
        <w:t>“You said that there is no enemy and everyone is a friend. But why do Muslim clerics and leaders always talk in terms of friend and enemy? In fact, for them sometimes the whole world is an enemy to Islam. Why is there a disconnect between you and the Muslim leaders?”</w:t>
      </w:r>
    </w:p>
    <w:p>
      <w:r>
        <w:rPr>
          <w:sz w:val="20"/>
        </w:rPr>
        <w:t>50:58  Maulana, agla sawal Bhopal se aya hai Javed sahab ka, aur unhon ne likha hai: "Maulana, you said that there is no enemy and everyone is a friend. But why is it then that Muslim clerics or leaders always talk in terms of friend and enemy? In fact, for them sometimes the whole world is an enemy to Islam. Why is there a disconnect between y</w:t>
      </w:r>
      <w:r>
        <w:br/>
      </w:r>
      <w:r>
        <w:rPr>
          <w:sz w:val="20"/>
        </w:rPr>
        <w:t>51:28  "And the Muslim leaders?" Bhai dekhiye, iska saada jawab yeh hai ki main Quran ke angle</w:t>
      </w:r>
      <w:r>
        <w:br/>
      </w:r>
      <w:r>
        <w:rPr>
          <w:sz w:val="20"/>
        </w:rPr>
        <w:t>51:38  se har cheez ko leta hoon.</w:t>
      </w:r>
      <w:r>
        <w:br/>
      </w:r>
      <w:r>
        <w:rPr>
          <w:sz w:val="20"/>
        </w:rPr>
        <w:t>51:48  meri soch jo hai, wo quran ke angle se hoti hai, community ke angle se nahi hoti.</w:t>
      </w:r>
      <w:r>
        <w:br/>
      </w:r>
      <w:r>
        <w:rPr>
          <w:sz w:val="20"/>
        </w:rPr>
        <w:t>51:58  political angle ya community angle se nahi hoti, quran ke angle se hoti hai.</w:t>
      </w:r>
      <w:r>
        <w:br/>
      </w:r>
      <w:r>
        <w:rPr>
          <w:sz w:val="20"/>
        </w:rPr>
        <w:t>52:06  to quran mein to dekhein, maine aap ayat padhi, aap ke aap ke samne ek ayat padhi</w:t>
      </w:r>
      <w:r>
        <w:br/>
      </w:r>
      <w:r>
        <w:rPr>
          <w:sz w:val="20"/>
        </w:rPr>
        <w:t>52:13  جو چیپٹر 41 کی آیت تھی کہ اگر کوئی تمہیں دکھائی دیتا ہے enemy تو تم اس سے</w:t>
      </w:r>
      <w:r>
        <w:br/>
      </w:r>
      <w:r>
        <w:rPr>
          <w:sz w:val="20"/>
        </w:rPr>
        <w:t>52:21  husna karo, acha sulook karo.</w:t>
      </w:r>
      <w:r>
        <w:br/>
      </w:r>
      <w:r>
        <w:rPr>
          <w:sz w:val="20"/>
        </w:rPr>
        <w:t>52:28  to wo tumhara dost ban jayega.</w:t>
      </w:r>
      <w:r>
        <w:br/>
      </w:r>
      <w:r>
        <w:rPr>
          <w:sz w:val="20"/>
        </w:rPr>
        <w:t>52:36  ye to quran ki ayat hai ke agar hum dekhein, yani apparently hamein dikhai de ke ye ek</w:t>
      </w:r>
      <w:r>
        <w:br/>
      </w:r>
      <w:r>
        <w:rPr>
          <w:sz w:val="20"/>
        </w:rPr>
        <w:t>52:44  enemy hai, potentially yani koi bond enemy nahi hota.</w:t>
      </w:r>
      <w:r>
        <w:br/>
      </w:r>
      <w:r>
        <w:rPr>
          <w:sz w:val="20"/>
        </w:rPr>
        <w:t>52:51  quran mein aisi koi ayat nahin hai ke koi aadmi</w:t>
      </w:r>
      <w:r>
        <w:br/>
      </w:r>
      <w:r>
        <w:rPr>
          <w:sz w:val="20"/>
        </w:rPr>
        <w:t>52:59  bond enemy hota hai, hum us ko enemy ke roop mein dekhne lagte hain.</w:t>
      </w:r>
      <w:r>
        <w:br/>
      </w:r>
      <w:r>
        <w:rPr>
          <w:sz w:val="20"/>
        </w:rPr>
        <w:t>53:06  to theek hai, hum us ke sath yani good behaviour karen.</w:t>
      </w:r>
      <w:r>
        <w:br/>
      </w:r>
      <w:r>
        <w:rPr>
          <w:sz w:val="20"/>
        </w:rPr>
        <w:t>53:14  good behaviour ka matlab kya hai? yani reaction na karna aur positive response dena.</w:t>
      </w:r>
      <w:r>
        <w:br/>
      </w:r>
      <w:r>
        <w:rPr>
          <w:sz w:val="20"/>
        </w:rPr>
        <w:t>53:21  yani you have to avoid</w:t>
      </w:r>
      <w:r>
        <w:br/>
      </w:r>
      <w:r>
        <w:rPr>
          <w:sz w:val="20"/>
        </w:rPr>
        <w:t>53:29  reaction and you have to give positive response.</w:t>
      </w:r>
      <w:r>
        <w:br/>
      </w:r>
      <w:r>
        <w:rPr>
          <w:sz w:val="20"/>
        </w:rPr>
        <w:t>53:33  bas yahi formula hai.</w:t>
      </w:r>
      <w:r>
        <w:br/>
      </w:r>
      <w:r>
        <w:rPr>
          <w:sz w:val="20"/>
        </w:rPr>
        <w:t>53:37  to koi enemy nahin dikhai dega aap ko.</w:t>
      </w:r>
      <w:r>
        <w:br/>
      </w:r>
      <w:r>
        <w:rPr>
          <w:sz w:val="20"/>
        </w:rPr>
        <w:t>53:40  mujhe to koi enemy dikhai nahin tha.</w:t>
      </w:r>
      <w:r>
        <w:br/>
      </w:r>
      <w:r>
        <w:rPr>
          <w:sz w:val="20"/>
        </w:rPr>
        <w:t>53:44  main india mein rehta hoon, main europe mein ghuma hoon, main america gaya hoon, duniya ke aksar countries</w:t>
      </w:r>
      <w:r>
        <w:br/>
      </w:r>
      <w:r>
        <w:rPr>
          <w:sz w:val="20"/>
        </w:rPr>
        <w:t>53:48  mein gaya hoon, mujhe to koi dikhai nahin diya enemy.</w:t>
      </w:r>
      <w:r>
        <w:br/>
      </w:r>
      <w:r>
        <w:rPr>
          <w:sz w:val="20"/>
        </w:rPr>
        <w:t>53:52  koi bhi nahin.</w:t>
      </w:r>
      <w:r>
        <w:br/>
      </w:r>
      <w:r>
        <w:rPr>
          <w:sz w:val="20"/>
        </w:rPr>
        <w:t>53:55  sab mujhe apne dost friend dikhai dete hain kyunke</w:t>
      </w:r>
      <w:r>
        <w:br/>
      </w:r>
      <w:r>
        <w:rPr>
          <w:sz w:val="20"/>
        </w:rPr>
        <w:t>53:59  main dekhta hoon quran ke angle se.</w:t>
      </w:r>
      <w:r>
        <w:br/>
      </w:r>
      <w:r>
        <w:rPr>
          <w:sz w:val="20"/>
        </w:rPr>
        <w:t>54:04  jaise rasool Allah ne kaha tha ke alaihi assalam nafsan yahudi ke liye farmaya aap ne.</w:t>
      </w:r>
      <w:r>
        <w:br/>
      </w:r>
      <w:r>
        <w:rPr>
          <w:sz w:val="20"/>
        </w:rPr>
        <w:t>54:09  jis jo ke jewish community ke bare mein musalman samajhte hain ke woh enemy community hai, us ke</w:t>
      </w:r>
      <w:r>
        <w:br/>
      </w:r>
      <w:r>
        <w:rPr>
          <w:sz w:val="20"/>
        </w:rPr>
        <w:t>54:14  bare mein rasool Allah ne farmaya: "alaihi assalam nafsan".</w:t>
      </w:r>
      <w:r>
        <w:br/>
      </w:r>
      <w:r>
        <w:rPr>
          <w:sz w:val="20"/>
        </w:rPr>
        <w:t>54:19  kya woh insaan nahin? insaan nahin ka matlab hai ke main bhi insaan, woh bhi insaan.</w:t>
      </w:r>
      <w:r>
        <w:br/>
      </w:r>
      <w:r>
        <w:rPr>
          <w:sz w:val="20"/>
        </w:rPr>
        <w:t>54:24  to rasool Allah ne apply kiya</w:t>
      </w:r>
      <w:r>
        <w:br/>
      </w:r>
      <w:r>
        <w:rPr>
          <w:sz w:val="20"/>
        </w:rPr>
        <w:t>54:29  we and we ka formula, we and they ka formula aap ne istemal nahin kiya.</w:t>
      </w:r>
      <w:r>
        <w:br/>
      </w:r>
      <w:r>
        <w:rPr>
          <w:sz w:val="20"/>
        </w:rPr>
        <w:t>54:35  to mera to tareeqa yeh hai ke main quran ke mutabiq aap is par ghor kijiye.</w:t>
      </w:r>
      <w:r>
        <w:br/>
      </w:r>
      <w:r>
        <w:rPr>
          <w:sz w:val="20"/>
        </w:rPr>
        <w:t>54:41  rasool Allah ne jo farmaya tha ek jo ke liye: "alaihi assalam nafsan".</w:t>
      </w:r>
      <w:r>
        <w:br/>
      </w:r>
      <w:r>
        <w:rPr>
          <w:sz w:val="20"/>
        </w:rPr>
        <w:t>54:47  kya woh insaan nahin? is matlab ke aap ne jis formula ke istemal apply kiya yahan, woh yeh</w:t>
      </w:r>
      <w:r>
        <w:br/>
      </w:r>
      <w:r>
        <w:rPr>
          <w:sz w:val="20"/>
        </w:rPr>
        <w:t>54:54  تھا کہ یعنی we and we کا فارمولا۔ آج کل</w:t>
      </w:r>
      <w:r>
        <w:br/>
      </w:r>
      <w:r>
        <w:rPr>
          <w:sz w:val="20"/>
        </w:rPr>
        <w:t>55:00  جو لوگ ہیں، وہ we and they کا فارمولا اپلائی کرتے ہیں۔</w:t>
      </w:r>
      <w:r>
        <w:br/>
      </w:r>
      <w:r>
        <w:rPr>
          <w:sz w:val="20"/>
        </w:rPr>
        <w:t>55:06  yeh to quran ke khilaf hai, sunnat ke khilaf hai.</w:t>
      </w:r>
      <w:r>
        <w:br/>
      </w:r>
      <w:r>
        <w:rPr>
          <w:sz w:val="20"/>
        </w:rPr>
        <w:t>55:12  aap aap ya koi shakhs quran ke angle se sunnat rasool ke angle se dekhega to kahe</w:t>
      </w:r>
    </w:p>
    <w:p>
      <w:pPr>
        <w:pStyle w:val="Heading2"/>
      </w:pPr>
      <w:r>
        <w:t>Discovering one's role in CPS mission</w:t>
      </w:r>
    </w:p>
    <w:p>
      <w:r>
        <w:rPr>
          <w:color w:val="666666"/>
          <w:sz w:val="18"/>
        </w:rPr>
        <w:t>Society &amp; Dawah · Experience of Hyderabad CPS Meet December 1, 2013 · 2m 14s · at 1:13:34 · https://youtu.be/Y8mcxF2Lhyc?t=4414</w:t>
      </w:r>
    </w:p>
    <w:p>
      <w:r>
        <w:rPr>
          <w:i/>
        </w:rPr>
        <w:t>“You have mentioned many times that one should discover his or her role. Please guide us as how we can discover our own roles in the CPS mission.”</w:t>
      </w:r>
    </w:p>
    <w:p>
      <w:r>
        <w:rPr>
          <w:sz w:val="20"/>
        </w:rPr>
        <w:t>1:13:34  Maulana, Roorkee se Sajid Anwar sahib ne sawal bheja</w:t>
      </w:r>
      <w:r>
        <w:br/>
      </w:r>
      <w:r>
        <w:rPr>
          <w:sz w:val="20"/>
        </w:rPr>
        <w:t>1:13:38  hai. unhon ne likha hai: "Maulana, you have mentioned many a time that one should discover his or her role.</w:t>
      </w:r>
      <w:r>
        <w:br/>
      </w:r>
      <w:r>
        <w:rPr>
          <w:sz w:val="20"/>
        </w:rPr>
        <w:t>1:13:47  Please guide us as how we can discover our own roles in the CPS mission." dekhiye, yeh main samajhta hoon ke shayad yeh kisi aur ka mashwara dene ki baat nahi hai,</w:t>
      </w:r>
      <w:r>
        <w:br/>
      </w:r>
      <w:r>
        <w:rPr>
          <w:sz w:val="20"/>
        </w:rPr>
        <w:t>1:14:02  yeh apne aap janne ki baat hai.</w:t>
      </w:r>
      <w:r>
        <w:br/>
      </w:r>
      <w:r>
        <w:rPr>
          <w:sz w:val="20"/>
        </w:rPr>
        <w:t>1:14:07  kyun ke dekhiye, is mein do shartein hain. is ki pehli shart yeh hai ke aap ko deen mission jo aap ka attachment hai, us ko todna pare ga.</w:t>
      </w:r>
      <w:r>
        <w:br/>
      </w:r>
      <w:r>
        <w:rPr>
          <w:sz w:val="20"/>
        </w:rPr>
        <w:t>1:14:21  yeh namumkin hai ke aap ko doosre attachment baqi rakhen aur aap role bhi daryaft kar len.</w:t>
      </w:r>
      <w:r>
        <w:br/>
      </w:r>
      <w:r>
        <w:rPr>
          <w:sz w:val="20"/>
        </w:rPr>
        <w:t>1:14:29  jab tak aap mission ko apna primary cursor nahi banayein ge, tab tak role bhi daryaft nahi kar sakte.</w:t>
      </w:r>
      <w:r>
        <w:br/>
      </w:r>
      <w:r>
        <w:rPr>
          <w:sz w:val="20"/>
        </w:rPr>
        <w:t>1:14:39  to pehli condition yeh hai ke doosri cheezon se, matlab worldly jo doosri cheezein hain, un ko aap secondary banayein, secondary banayein, primary ke darjay mein na rakhen.</w:t>
      </w:r>
      <w:r>
        <w:br/>
      </w:r>
      <w:r>
        <w:rPr>
          <w:sz w:val="20"/>
        </w:rPr>
        <w:t>1:14:55  is ke baad phir sochein ke aap ke halaat, aap ki salahiyat, aap ki jo Allah ne jo aap ko siftien di hain, woh kya hain.</w:t>
      </w:r>
      <w:r>
        <w:br/>
      </w:r>
      <w:r>
        <w:rPr>
          <w:sz w:val="20"/>
        </w:rPr>
        <w:t>1:15:08  yeh do maqasid, yeh do shartein hain, in ko poora karne ke baad aadmi khud jaan leta hai. yaani sab se pehle us ko jitni bhi worldly cheezon se aadmi ko attachment ho jata hai, us ko todna.</w:t>
      </w:r>
      <w:r>
        <w:br/>
      </w:r>
      <w:r>
        <w:rPr>
          <w:sz w:val="20"/>
        </w:rPr>
        <w:t>1:15:23  kyun ke woh rok hai, aadmi ko thinking process chalne nahi deta. is ki wajah se aadmi ka thinking process right direction mein nahi chal sakta.</w:t>
      </w:r>
      <w:r>
        <w:br/>
      </w:r>
      <w:r>
        <w:rPr>
          <w:sz w:val="20"/>
        </w:rPr>
        <w:t>1:15:33  jab yeh kar len ge aap, to aap ka thinking process right direction mein chalega. phir bohat aasani se aap daryaft kar len ge ke hamara role kya hai, bohat aasani se.</w:t>
      </w:r>
    </w:p>
    <w:p>
      <w:pPr>
        <w:pStyle w:val="Heading2"/>
      </w:pPr>
      <w:r>
        <w:t>Dissent in religion versus secular world</w:t>
      </w:r>
    </w:p>
    <w:p>
      <w:r>
        <w:rPr>
          <w:color w:val="666666"/>
          <w:sz w:val="18"/>
        </w:rPr>
        <w:t>Society &amp; Dawah · Creative Thinking February 19, 2017 · 2m 08s · at 51:32 · https://youtu.be/L-x1xNJc__8?t=3092</w:t>
      </w:r>
    </w:p>
    <w:p>
      <w:r>
        <w:rPr>
          <w:i/>
        </w:rPr>
        <w:t>“Maulana, you said dissent is good as it helps in one's intellectual development.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r>
        <w:rPr>
          <w:sz w:val="20"/>
        </w:rPr>
        <w:t>51:32  Maulana sahib, agla sawal bheja hai Zubair Iqbal sahib ne Muradabad se, aur unhon ne likha hai:</w:t>
      </w:r>
      <w:r>
        <w:br/>
      </w:r>
      <w:r>
        <w:rPr>
          <w:sz w:val="20"/>
        </w:rPr>
        <w:t>51:40  "Maulana, you said dissent is good as it helps in one's intellectual development.</w:t>
      </w:r>
      <w:r>
        <w:br/>
      </w:r>
      <w:r>
        <w:rPr>
          <w:sz w:val="20"/>
        </w:rPr>
        <w:t>51:49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r>
        <w:br/>
      </w:r>
      <w:r>
        <w:rPr>
          <w:sz w:val="20"/>
        </w:rPr>
        <w:t>52:15  " musalmanon ki kamzori yeh hai ke woh tolerance kho diya, unhon ne tolerance to hai hi nahin.</w:t>
      </w:r>
      <w:r>
        <w:br/>
      </w:r>
      <w:r>
        <w:rPr>
          <w:sz w:val="20"/>
        </w:rPr>
        <w:t>52:21  woh jante hi nahin sachi baatein, woh jante hi nahin ke kisi issue par peaceful discussion karen, yeh</w:t>
      </w:r>
      <w:r>
        <w:br/>
      </w:r>
      <w:r>
        <w:rPr>
          <w:sz w:val="20"/>
        </w:rPr>
        <w:t>52:28  jante hi nahin.</w:t>
      </w:r>
      <w:r>
        <w:br/>
      </w:r>
      <w:r>
        <w:rPr>
          <w:sz w:val="20"/>
        </w:rPr>
        <w:t>52:34  woh debate karna jante hain, violence karna jante hain, ghussa hona jante hain.</w:t>
      </w:r>
      <w:r>
        <w:br/>
      </w:r>
      <w:r>
        <w:rPr>
          <w:sz w:val="20"/>
        </w:rPr>
        <w:t>52:41  koi issue agar paida ho aur us par peaceful discussion karen, aap that leads to intellectual development, yeh</w:t>
      </w:r>
      <w:r>
        <w:br/>
      </w:r>
      <w:r>
        <w:rPr>
          <w:sz w:val="20"/>
        </w:rPr>
        <w:t>52:48  musalman jante nahin.</w:t>
      </w:r>
      <w:r>
        <w:br/>
      </w:r>
      <w:r>
        <w:rPr>
          <w:sz w:val="20"/>
        </w:rPr>
        <w:t>52:54  isi ko batana hai musalmanon ko, yeh batana hai ke jab bhi koi aap ki rai se alag</w:t>
      </w:r>
      <w:r>
        <w:br/>
      </w:r>
      <w:r>
        <w:rPr>
          <w:sz w:val="20"/>
        </w:rPr>
        <w:t>53:01  rai zahir kare to ghussa mat huiye, peaceful andaaz mein us se discuss kijiye to khud aap hi</w:t>
      </w:r>
      <w:r>
        <w:br/>
      </w:r>
      <w:r>
        <w:rPr>
          <w:sz w:val="20"/>
        </w:rPr>
        <w:t>53:07  ko faida hoga, aap ka zehni irtaqa hoga, aap ko neeli ibadat samajh mein aayegi.</w:t>
      </w:r>
      <w:r>
        <w:br/>
      </w:r>
      <w:r>
        <w:rPr>
          <w:sz w:val="20"/>
        </w:rPr>
        <w:t>53:14  yehi baat musalmanon ko batai nahin gayi hai, sach poochhiye to musalmanon ka case unawareness ka case hai.</w:t>
      </w:r>
      <w:r>
        <w:br/>
      </w:r>
      <w:r>
        <w:rPr>
          <w:sz w:val="20"/>
        </w:rPr>
        <w:t>53:21  masjido mein, madarson mein, jalson mein yeh baat batai nahin gayi thi.</w:t>
      </w:r>
      <w:r>
        <w:br/>
      </w:r>
      <w:r>
        <w:rPr>
          <w:sz w:val="20"/>
        </w:rPr>
        <w:t>53:27  to hum chahte hain ke yeh process shuru ho, musalmanon ko bataya jaye, un ki unawareness toda jaye</w:t>
      </w:r>
      <w:r>
        <w:br/>
      </w:r>
      <w:r>
        <w:rPr>
          <w:sz w:val="20"/>
        </w:rPr>
        <w:t>53:34  to sab theek ho jaye ga.</w:t>
      </w:r>
    </w:p>
    <w:p>
      <w:pPr>
        <w:pStyle w:val="Heading2"/>
      </w:pPr>
      <w:r>
        <w:t>Diversion towards politics in Abbasid period</w:t>
      </w:r>
    </w:p>
    <w:p>
      <w:r>
        <w:rPr>
          <w:color w:val="666666"/>
          <w:sz w:val="18"/>
        </w:rPr>
        <w:t>Society &amp; Dawah · Divine Ideology of Life I 11 July 2010 · 59s · at 1:13:49 · https://youtu.be/wOmHVfyjMJY?t=4429</w:t>
      </w:r>
    </w:p>
    <w:p>
      <w:r>
        <w:rPr>
          <w:i/>
        </w:rPr>
        <w:t>“What caused diversion towards politics during the Abbasid period?”</w:t>
      </w:r>
    </w:p>
    <w:p>
      <w:r>
        <w:rPr>
          <w:sz w:val="20"/>
        </w:rPr>
        <w:t>1:13:49  Maulana, un ka ek aur sawal hai. unhon ne likha hai ke "What caused diversion towards politics during the Abbasid period?" to main ne arz kiya</w:t>
      </w:r>
      <w:r>
        <w:br/>
      </w:r>
      <w:r>
        <w:rPr>
          <w:sz w:val="20"/>
        </w:rPr>
        <w:t>1:14:02  ke jab environment, jab rasool Allah ke zamane mein, sahaba ke zamane mein tha, woh woh political power ka nahin tha. wahan koi political power nahin thi.</w:t>
      </w:r>
      <w:r>
        <w:br/>
      </w:r>
      <w:r>
        <w:rPr>
          <w:sz w:val="20"/>
        </w:rPr>
        <w:t>1:14:13  to Lord Acton ne kaha tha ke power corrupts and absolute power corrupts absolutely. yahan power ka matlab hai political power.</w:t>
      </w:r>
      <w:r>
        <w:br/>
      </w:r>
      <w:r>
        <w:rPr>
          <w:sz w:val="20"/>
        </w:rPr>
        <w:t>1:14:24  to power corrupts and absolute power corrupts absolutely. jaise power aaya to corruption shuru ho gaya.</w:t>
      </w:r>
      <w:r>
        <w:br/>
      </w:r>
      <w:r>
        <w:rPr>
          <w:sz w:val="20"/>
        </w:rPr>
        <w:t>1:14:32  empire ban gaya to corruption apne peak par pahunch gaya. yeh to sab har ek ke sath ho gaya. jahan bhi power aaya, corruption aaya. yeh to sab aaj yeh to universal phenomena hai.</w:t>
      </w:r>
    </w:p>
    <w:p>
      <w:pPr>
        <w:pStyle w:val="Heading2"/>
      </w:pPr>
      <w:r>
        <w:t>Does Da'wah Increase Knowledge?</w:t>
      </w:r>
    </w:p>
    <w:p>
      <w:r>
        <w:rPr>
          <w:color w:val="666666"/>
          <w:sz w:val="18"/>
        </w:rPr>
        <w:t>Society &amp; Dawah · Revival of Islam March 23, 2014 · 2m 31s · at 1:09:23 · https://youtu.be/Wc4Vsc4u1JI?t=4163</w:t>
      </w:r>
    </w:p>
    <w:p>
      <w:r>
        <w:rPr>
          <w:i/>
        </w:rPr>
        <w:t>“Da'wah increases knowledge (ma'rifah). Is this correct?”</w:t>
      </w:r>
    </w:p>
    <w:p>
      <w:r>
        <w:rPr>
          <w:sz w:val="20"/>
        </w:rPr>
        <w:t>1:09:23  Allah aap ko lambi umar aur sehat de." Maulana, agla sawal Delhi se hai. Anas sahib ne kiya hai.</w:t>
      </w:r>
      <w:r>
        <w:br/>
      </w:r>
      <w:r>
        <w:rPr>
          <w:sz w:val="20"/>
        </w:rPr>
        <w:t>1:09:32  unhon ne likha hai: "Dawat se marifat mein izafa hota hai. Maulana, kya yeh sahi hai?"</w:t>
      </w:r>
      <w:r>
        <w:br/>
      </w:r>
      <w:r>
        <w:rPr>
          <w:sz w:val="20"/>
        </w:rPr>
        <w:t>1:09:42  mera kehna sahi hai. bilkul sahi hai. is liye ke dekhiye, dawat kya hai?</w:t>
      </w:r>
      <w:r>
        <w:br/>
      </w:r>
      <w:r>
        <w:rPr>
          <w:sz w:val="20"/>
        </w:rPr>
        <w:t>1:09:51  dawat announcement ka naam nahi hai. sirf distribution ka naam bhi nahi hai. dawat ek culture hai, ek planning hai, ek soch hai.</w:t>
      </w:r>
      <w:r>
        <w:br/>
      </w:r>
      <w:r>
        <w:rPr>
          <w:sz w:val="20"/>
        </w:rPr>
        <w:t>1:10:06  jis tarah se ek businessman jo hai, acha kamyab businessman jo hai, wo puri zindagi ko lagata hai. wo sochta hai, planning karta hai.</w:t>
      </w:r>
      <w:r>
        <w:br/>
      </w:r>
      <w:r>
        <w:rPr>
          <w:sz w:val="20"/>
        </w:rPr>
        <w:t>1:10:16  sare jo aspects iske hain, yani iske negative point, positive point, to phir ek business khara karta hai wo. to sacha dawi jo hai, wo bohat sochega ke meri dawat kis tarah se zyada effective ho.</w:t>
      </w:r>
      <w:r>
        <w:br/>
      </w:r>
      <w:r>
        <w:rPr>
          <w:sz w:val="20"/>
        </w:rPr>
        <w:t>1:10:32  bohat sochega.</w:t>
      </w:r>
      <w:r>
        <w:br/>
      </w:r>
      <w:r>
        <w:rPr>
          <w:sz w:val="20"/>
        </w:rPr>
        <w:t>1:10:34  lekin na sochne ki wajah se kitna bara, yani musalman gunah kar rahe hain ke madu ko dushman declare kiya hua hai. main samajhta hoon ke bohat hi bara gunah hai.</w:t>
      </w:r>
      <w:r>
        <w:br/>
      </w:r>
      <w:r>
        <w:rPr>
          <w:sz w:val="20"/>
        </w:rPr>
        <w:t>1:10:44  ye crime hai ke madu ko dushman declare karna. kyunke socha nahi hai. aql nahi hai. sochne ki salahiyat hi nahi. to dawat ko jab aap planning bana dein to is mein soch aa jati hai.</w:t>
      </w:r>
      <w:r>
        <w:br/>
      </w:r>
      <w:r>
        <w:rPr>
          <w:sz w:val="20"/>
        </w:rPr>
        <w:t>1:11:00  jaise hi aap ye samajh lein ke dawat ek planning ka naam hai, to phir sari soch shamil ho jayegi. ke madu ke mind kya hai?</w:t>
      </w:r>
      <w:r>
        <w:br/>
      </w:r>
      <w:r>
        <w:rPr>
          <w:sz w:val="20"/>
        </w:rPr>
        <w:t>1:11:10  madu ka culture kya hai? madu ke liye talif e qalb kaise ki jaye? madu ke mind ko address kaise kiya jaye? to sochenge, sochenge, sochenge.</w:t>
      </w:r>
      <w:r>
        <w:br/>
      </w:r>
      <w:r>
        <w:rPr>
          <w:sz w:val="20"/>
        </w:rPr>
        <w:t>1:11:21  to is se zahir hai ke intellectual development hoga.</w:t>
      </w:r>
      <w:r>
        <w:br/>
      </w:r>
      <w:r>
        <w:rPr>
          <w:sz w:val="20"/>
        </w:rPr>
        <w:t>1:11:24  to dawat ek bohat zabardast ek ek exercise hai jis mein pura mind involve hota hai. pura pura mind involve hota hai.</w:t>
      </w:r>
      <w:r>
        <w:br/>
      </w:r>
      <w:r>
        <w:rPr>
          <w:sz w:val="20"/>
        </w:rPr>
        <w:t>1:11:36  is se ek intellectual development hota hai, spiritual development hota hai, ek personality banti hai. sab kuch hota hai. to main samajhta hoon ke dawat ek ek complete culture ka naam hai.</w:t>
      </w:r>
      <w:r>
        <w:br/>
      </w:r>
      <w:r>
        <w:rPr>
          <w:sz w:val="20"/>
        </w:rPr>
        <w:t>1:11:50  complete culture ka naam hai.</w:t>
      </w:r>
    </w:p>
    <w:p>
      <w:pPr>
        <w:pStyle w:val="Heading2"/>
      </w:pPr>
      <w:r>
        <w:t>Does Islam Need to Redefine Itself?</w:t>
      </w:r>
    </w:p>
    <w:p>
      <w:r>
        <w:rPr>
          <w:color w:val="666666"/>
          <w:sz w:val="18"/>
        </w:rPr>
        <w:t>Society &amp; Dawah · Realization of God September 15, 2013 · 1m 37s · at 1:11:38 · https://youtu.be/CNEEeM5uyi8?t=4298</w:t>
      </w:r>
    </w:p>
    <w:p>
      <w:r>
        <w:rPr>
          <w:i/>
        </w:rPr>
        <w:t>“Is it time that Islam needs to redefine itself? Can we expect Islam to be more liberal in the coming future? What is your comment on this?”</w:t>
      </w:r>
    </w:p>
    <w:p>
      <w:r>
        <w:rPr>
          <w:sz w:val="20"/>
        </w:rPr>
        <w:t>1:11:38  org. i repeat, info at cps global dot org. Maulana, agla sawal Salman sahib ka hai, Aligarh se.</w:t>
      </w:r>
      <w:r>
        <w:br/>
      </w:r>
      <w:r>
        <w:rPr>
          <w:sz w:val="20"/>
        </w:rPr>
        <w:t>1:11:47  unhone likha hai: "Maulana sahib, is it time that Islam needs to redefine itself? can we expect Islam to be more liberal in coming future?</w:t>
      </w:r>
      <w:r>
        <w:br/>
      </w:r>
      <w:r>
        <w:rPr>
          <w:sz w:val="20"/>
        </w:rPr>
        <w:t>1:11:58  what is your comment on this?" nahi, yeh koi yeh koi sawal nahi hai. sara sawal jo hai, musalmanon ne paida kar rakha hai.</w:t>
      </w:r>
      <w:r>
        <w:br/>
      </w:r>
      <w:r>
        <w:rPr>
          <w:sz w:val="20"/>
        </w:rPr>
        <w:t>1:12:07  Islam apne aap mein bilkul aaj bhi intact hai, bilkul natural nature par qaim hai. jo Islam Quran mein aur sunnat mein hai, woh aaj bhi waise hi hai jaisa ke pehle tha.</w:t>
      </w:r>
      <w:r>
        <w:br/>
      </w:r>
      <w:r>
        <w:rPr>
          <w:sz w:val="20"/>
        </w:rPr>
        <w:t>1:12:20  musalman apne aap ko Islam ka numainda bana kar pesh karte hain, apne idaron ko Islami idara batate hain, apne hukumaton ko Islami hukumat batate hain.</w:t>
      </w:r>
      <w:r>
        <w:br/>
      </w:r>
      <w:r>
        <w:rPr>
          <w:sz w:val="20"/>
        </w:rPr>
        <w:t>1:12:31  is waqt dunya ko confusion ho raha hai.</w:t>
      </w:r>
      <w:r>
        <w:br/>
      </w:r>
      <w:r>
        <w:rPr>
          <w:sz w:val="20"/>
        </w:rPr>
        <w:t>1:12:35  confusion is musalmanon ne paida kiya hai, Islam ne koi confusion nahi paida kiya. aaj bhi Quran intact hai, aaj bhi hadith intact hai, aaj bhi sahaba ki zindagiun ka halaat intact hain.</w:t>
      </w:r>
      <w:r>
        <w:br/>
      </w:r>
      <w:r>
        <w:rPr>
          <w:sz w:val="20"/>
        </w:rPr>
        <w:t>1:12:46  sara masla yeh hai ke musalman apne galat kaam karte hain, qoumi galat ko pata hai, qoumi kaam aur is ka naam rakhte hain Islam.</w:t>
      </w:r>
      <w:r>
        <w:br/>
      </w:r>
      <w:r>
        <w:rPr>
          <w:sz w:val="20"/>
        </w:rPr>
        <w:t>1:12:55  is ka naam Islam rakh dete hain, Islami idara, Islami mamlikat aur Islami hukumat aur Islami jamaat. yeh sab khud sakhta naam hain.</w:t>
      </w:r>
      <w:r>
        <w:br/>
      </w:r>
      <w:r>
        <w:rPr>
          <w:sz w:val="20"/>
        </w:rPr>
        <w:t>1:13:06  is ko alag kar diya to Islam aaj bhi waise hi hai, intact jaisa ke pehle tha.</w:t>
      </w:r>
    </w:p>
    <w:p>
      <w:pPr>
        <w:pStyle w:val="Heading2"/>
      </w:pPr>
      <w:r>
        <w:t>Does Islam allow rebellion for freedom?</w:t>
      </w:r>
    </w:p>
    <w:p>
      <w:r>
        <w:rPr>
          <w:color w:val="666666"/>
          <w:sz w:val="18"/>
        </w:rPr>
        <w:t>Society &amp; Dawah · Man &amp; Paradise Aug 18, 2013 - Maulana Wahiduddin Khan · 2m 30s · at 44:54 · https://youtu.be/yKy1suwbP8o?t=2694</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one to become a rebel to demand freedom?”</w:t>
      </w:r>
    </w:p>
    <w:p>
      <w:r>
        <w:rPr>
          <w:sz w:val="20"/>
        </w:rPr>
        <w:t>44:54  maulana, agla sawal Dilli se hai Dr. Fareeda Khanam ka. unhon ne likha hai: "yesterday i was watching TV channel Aljazeera.</w:t>
      </w:r>
      <w:r>
        <w:br/>
      </w:r>
      <w:r>
        <w:rPr>
          <w:sz w:val="20"/>
        </w:rPr>
        <w:t>45:04  one Egyptian lady who was with the protesters. was being asked by the reporter as to why she was with the protesters.</w:t>
      </w:r>
      <w:r>
        <w:br/>
      </w:r>
      <w:r>
        <w:rPr>
          <w:sz w:val="20"/>
        </w:rPr>
        <w:t>45:13  she replied: 'i have a fancy home, i have a fancy car, but i don't enjoy freedom. my question is: does Islam allow to become a rebel to demand for</w:t>
      </w:r>
      <w:r>
        <w:br/>
      </w:r>
      <w:r>
        <w:rPr>
          <w:sz w:val="20"/>
        </w:rPr>
        <w:t>45:28  freedom?'" bilkul yeh mere nazdeek toh haram hai. haram konsi freedom? kis cheez ko aap freedom kehte hain? kis cheez ko?</w:t>
      </w:r>
      <w:r>
        <w:br/>
      </w:r>
      <w:r>
        <w:rPr>
          <w:sz w:val="20"/>
        </w:rPr>
        <w:t>45:37  yeh yeh jo bol rahi hai, woh woh bhi toh freedom hai. yaani ek hukoomat qaim hai, is mein aap bol rahe hain, yeh yeh bhi toh freedom hai.</w:t>
      </w:r>
      <w:r>
        <w:br/>
      </w:r>
      <w:r>
        <w:rPr>
          <w:sz w:val="20"/>
        </w:rPr>
        <w:t>45:46  mein is ko galat samajhta hoon ke un ko freedom nahi thi. pehle bhi thi aur ab bhi hai.</w:t>
      </w:r>
      <w:r>
        <w:br/>
      </w:r>
      <w:r>
        <w:rPr>
          <w:sz w:val="20"/>
        </w:rPr>
        <w:t>45:55  jis cheez ki freedom, yaani Islam ka tasawwur jo yeh hai ke aap aap Islam mein jo summum bonum hai, freedom nahi hai, woh hai peace.</w:t>
      </w:r>
      <w:r>
        <w:br/>
      </w:r>
      <w:r>
        <w:rPr>
          <w:sz w:val="20"/>
        </w:rPr>
        <w:t>46:10  yeh western concept hai ke woh freedom ko summum bonum maante hain. unlimited freedom Islam ka tasawwur yeh nahi hai.</w:t>
      </w:r>
      <w:r>
        <w:br/>
      </w:r>
      <w:r>
        <w:rPr>
          <w:sz w:val="20"/>
        </w:rPr>
        <w:t>46:19  Islam ki tozeeq agar aap ko mawaqe ko avail karne ka opportunity khuli hui hai, is mein aap ko koi rukawat nahi hai, toh wahi freedom Islam ke nazdeek kaafi hai.</w:t>
      </w:r>
      <w:r>
        <w:br/>
      </w:r>
      <w:r>
        <w:rPr>
          <w:sz w:val="20"/>
        </w:rPr>
        <w:t>46:34  jaise hum India mein dekhiye, hum ko hum India mein daawati kaam kar rahe hain, koi rukawat nahi. hum ko theek yahi mauqa Misr mein pehle bhi tha aur ab bhi tha.</w:t>
      </w:r>
      <w:r>
        <w:br/>
      </w:r>
      <w:r>
        <w:rPr>
          <w:sz w:val="20"/>
        </w:rPr>
        <w:t>46:45  toh konsa freedom woh chahti hai? jo freedom woh chahti hai, woh Islam mein matloob hi nahi hai. toh mein dekh yeh ek bilkul galat baat hai, baseless baat hai ke un ko freedom nahi mili hui.</w:t>
      </w:r>
      <w:r>
        <w:br/>
      </w:r>
      <w:r>
        <w:rPr>
          <w:sz w:val="20"/>
        </w:rPr>
        <w:t>46:59  freedom na hoti toh un ke paas car bhi na hoti, un ke paas ghar bhi na hota, bol bhi nahi sakti thi woh.</w:t>
      </w:r>
      <w:r>
        <w:br/>
      </w:r>
      <w:r>
        <w:rPr>
          <w:sz w:val="20"/>
        </w:rPr>
        <w:t>47:06  mein toh samajhta hoon ke yeh is tarah ki jo baatein yeh log bol rahe hain, yaani ke woh jaante hi nahi ke freedom kya hai aur ghulami kya hai.</w:t>
      </w:r>
      <w:r>
        <w:br/>
      </w:r>
      <w:r>
        <w:rPr>
          <w:sz w:val="20"/>
        </w:rPr>
        <w:t>47:16  bas ek ek josh mein bol rahe hain, bas kuch bekhabari, bekhabar hain har cheez se. woh</w:t>
      </w:r>
    </w:p>
    <w:p>
      <w:pPr>
        <w:pStyle w:val="Heading2"/>
      </w:pPr>
      <w:r>
        <w:t>Does dawa work earn greater reward than good deeds?</w:t>
      </w:r>
    </w:p>
    <w:p>
      <w:r>
        <w:rPr>
          <w:color w:val="666666"/>
          <w:sz w:val="18"/>
        </w:rPr>
        <w:t>Society &amp; Dawah · Spiritual Goal January 15, 2017 · 1m 34s · at 1:08:38 · https://youtu.be/D3JYu4p_P34?t=4118</w:t>
      </w:r>
    </w:p>
    <w:p>
      <w:r>
        <w:rPr>
          <w:i/>
        </w:rPr>
        <w:t>“The Quran says that God will help those who do Dawa work. Dawa work is called in the Quran helping as helping God. That is doing God's work. If we do good deeds, we do it for our own betterment. But communicating divine message to God's servant is helping God. Won't it earn greater reward?”</w:t>
      </w:r>
    </w:p>
    <w:p>
      <w:r>
        <w:rPr>
          <w:sz w:val="20"/>
        </w:rPr>
        <w:t>1:08:38  maulana, agla sawal doctor farida khanam ne dilli se bheja hai.</w:t>
      </w:r>
      <w:r>
        <w:br/>
      </w:r>
      <w:r>
        <w:rPr>
          <w:sz w:val="20"/>
        </w:rPr>
        <w:t>1:08:45  unho ne likha hai: "The Quran says that God will help those who do Dawa work.</w:t>
      </w:r>
      <w:r>
        <w:br/>
      </w:r>
      <w:r>
        <w:rPr>
          <w:sz w:val="20"/>
        </w:rPr>
        <w:t>1:08:52  Dawa work is called in the Quran helping as helping God. That is doing God's work. If we do good deeds, we do it for our own betterment. But communicating divine message to God's servant is helping God. Won't it earn greater reward?</w:t>
      </w:r>
      <w:r>
        <w:br/>
      </w:r>
      <w:r>
        <w:rPr>
          <w:sz w:val="20"/>
        </w:rPr>
        <w:t>1:09:13  To is mein to kuch sawal hain. Sahi baat hai. Ji, Maulana ne unhone wohi poocha hai ke agar good deeds karenge to woh to aap ki improvement ke liye hai, lekin Khuda ka kaam jo hai, woh kya bada reward nahi kisi ko dilayega? To yeh is mein ek sawal ka hissa tha, Maulana. To dono ek doosre se mile hue hain, alag alag hain. Ji Ji. So we will end today's session and will be back next Sunday same time. Thank you.</w:t>
      </w:r>
    </w:p>
    <w:p>
      <w:pPr>
        <w:pStyle w:val="Heading2"/>
      </w:pPr>
      <w:r>
        <w:t>Does extreme purdah emphasis show lack of dawah awareness?</w:t>
      </w:r>
    </w:p>
    <w:p>
      <w:r>
        <w:rPr>
          <w:color w:val="666666"/>
          <w:sz w:val="18"/>
        </w:rPr>
        <w:t>Society &amp; Dawah · Sahaba and Muhaddithin 24th June 2012 - Maulana Wahiduddin Khan · 2m 13s · at 1:33:26 · https://youtu.be/tUPo7MI0Bdo?t=5606</w:t>
      </w:r>
    </w:p>
    <w:p>
      <w:r>
        <w:rPr>
          <w:i/>
        </w:rPr>
        <w:t>“A Muslim female scholar emphasizes purdah so much that only her eyes are visible. Is not our extreme intensity in a controversial issue a result of our lack of dawah awareness?”</w:t>
      </w:r>
    </w:p>
    <w:p>
      <w:r>
        <w:rPr>
          <w:sz w:val="20"/>
        </w:rPr>
        <w:t>1:33:26  Maulana, agla sawal Karachi Pakistan se hai, Miss Saira Latif ka. unhon ne likha hai: "aik Muslim khatoon scholar, aik Muslim scholar, aik Muslim khatoon scholar hain jo parde par bohat ziyada</w:t>
      </w:r>
      <w:r>
        <w:br/>
      </w:r>
      <w:r>
        <w:rPr>
          <w:sz w:val="20"/>
        </w:rPr>
        <w:t>1:33:44  zor deti hain. yahan tak ke un ke halqay ki alamat ban gayi hai ke un ki sirf aankhen khuli rehti hain.</w:t>
      </w:r>
      <w:r>
        <w:br/>
      </w:r>
      <w:r>
        <w:rPr>
          <w:sz w:val="20"/>
        </w:rPr>
        <w:t>1:33:54  Maulana sahib, kya hamara aik ikhtilafi masla mein itni shiddat karna hamari da'wati shu'oor ki kami ka nateeja nahin hai?" dekhen, da'wat shu'oor ka baat alag hai, lekin yeh</w:t>
      </w:r>
      <w:r>
        <w:br/>
      </w:r>
      <w:r>
        <w:rPr>
          <w:sz w:val="20"/>
        </w:rPr>
        <w:t>1:34:11  masla fiqh ka hai. fiqh mein dekhen, do maslak hain. aik masla hai haq-e-anab ka, aik maslak hai doosre logon ka.</w:t>
      </w:r>
      <w:r>
        <w:br/>
      </w:r>
      <w:r>
        <w:rPr>
          <w:sz w:val="20"/>
        </w:rPr>
        <w:t>1:34:22  doosre fuqaha ne parde ko yahi ahmiyat di hai jis ko waqt aap ne bataya. lekin</w:t>
      </w:r>
      <w:r>
        <w:br/>
      </w:r>
      <w:r>
        <w:rPr>
          <w:sz w:val="20"/>
        </w:rPr>
        <w:t>1:34:31  maslak hanfi jo hai, is mein dekhein, yaani parda to mante hain woh log, lekin teen cheezon ko is se exempt karte hain:</w:t>
      </w:r>
      <w:r>
        <w:br/>
      </w:r>
      <w:r>
        <w:rPr>
          <w:sz w:val="20"/>
        </w:rPr>
        <w:t>1:34:46  wajj o kafain o qadmain, yaani chehra aur yeh haath aur paon.</w:t>
      </w:r>
      <w:r>
        <w:br/>
      </w:r>
      <w:r>
        <w:rPr>
          <w:sz w:val="20"/>
        </w:rPr>
        <w:t>1:34:54  jis ko samajhna ho, us ko to mein do kitabon ka hawala deta hoon, woh parh lein. ek hai Allama Albani ki kitab "hijab hijab al-barah al-muslima" aur doosri jo hai,</w:t>
      </w:r>
      <w:r>
        <w:br/>
      </w:r>
      <w:r>
        <w:rPr>
          <w:sz w:val="20"/>
        </w:rPr>
        <w:t>1:35:08  woh Pakistan ke bohat hi bade maane hue aalim the, Maulana Shabbir Ahmed Usmani. unhon ne Pakistan mein qaraardad maqasid ki qiyadat ki thi.</w:t>
      </w:r>
      <w:r>
        <w:br/>
      </w:r>
      <w:r>
        <w:rPr>
          <w:sz w:val="20"/>
        </w:rPr>
        <w:t>1:35:18  unki tafseer hai, is mein "illa mazahira minha" ke tehat aap parh li jiye. unhon ne yeh</w:t>
      </w:r>
      <w:r>
        <w:br/>
      </w:r>
      <w:r>
        <w:rPr>
          <w:sz w:val="20"/>
        </w:rPr>
        <w:t>1:35:24  baat likhi hai ke anaab ka maslak yeh hai.</w:t>
      </w:r>
      <w:r>
        <w:br/>
      </w:r>
      <w:r>
        <w:rPr>
          <w:sz w:val="20"/>
        </w:rPr>
        <w:t>1:35:30  Maulana, agla ek comment aaya hai, woh Raipur se hai, Miss Shabana ka. unhon ne likha hai ke "today talk was very inspiring.</w:t>
      </w:r>
    </w:p>
    <w:p>
      <w:pPr>
        <w:pStyle w:val="Heading2"/>
      </w:pPr>
      <w:r>
        <w:t>Does listening indicate lack of faith confidence</w:t>
      </w:r>
    </w:p>
    <w:p>
      <w:r>
        <w:rPr>
          <w:color w:val="666666"/>
          <w:sz w:val="18"/>
        </w:rPr>
        <w:t>Society &amp; Dawah · Material Science and Spiritual Science 20 May 2012 · 1m 31s · at 1:22:31 · https://youtu.be/4K6CxjThlxQ?t=4951</w:t>
      </w:r>
    </w:p>
    <w:p>
      <w:r>
        <w:rPr>
          <w:i/>
        </w:rPr>
        <w:t>“When doing dawah, one strategy is to listen to the other person's talk as well. Does listening to others mean that we are not fully confident in our own faith and thinking?”</w:t>
      </w:r>
    </w:p>
    <w:p>
      <w:r>
        <w:rPr>
          <w:sz w:val="20"/>
        </w:rPr>
        <w:t>1:22:31  Hadith ka matlab yahi hai woh Hadith absolute sense mein nahi hai Maulana agla sawal Hyderabad se hai Mr Zeeshan ne likha hai</w:t>
      </w:r>
      <w:r>
        <w:br/>
      </w:r>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Does the enjoining good group exist?</w:t>
      </w:r>
    </w:p>
    <w:p>
      <w:r>
        <w:rPr>
          <w:color w:val="666666"/>
          <w:sz w:val="18"/>
        </w:rPr>
        <w:t>Society &amp; Dawah · Islam and Violence October 12, 2014 · 1m 42s · at 1:15:37 · https://youtu.be/KmpXYZjPlj8?t=4537</w:t>
      </w:r>
    </w:p>
    <w:p>
      <w:r>
        <w:rPr>
          <w:i/>
        </w:rPr>
        <w:t>“In Surah Al-Imran it is said that there should be a group among you that calls people to goodness, enjoins good, and forbids evil. These are the successful ones. I want to know if such a group exists now or not, or should we try to create one, and if so, at an organizational level or a movement level?”</w:t>
      </w:r>
    </w:p>
    <w:p>
      <w:r>
        <w:rPr>
          <w:sz w:val="20"/>
        </w:rPr>
        <w:t>1:15:37  maulana, agla sawal naseem khan sahib ka hai, mumbai se, aur unhon ne likha hai: "maulana, al imran mein kaha gaya hai tum mein ek jamaat aisi honi chahiye jo logon ko khair ki taraf bulaye,</w:t>
      </w:r>
      <w:r>
        <w:br/>
      </w:r>
      <w:r>
        <w:rPr>
          <w:sz w:val="20"/>
        </w:rPr>
        <w:t>1:15:55  bhalaai ka hukum de, aur buraiyon buraiyon se roke. yahi log kamyab hone wale hain.</w:t>
      </w:r>
      <w:r>
        <w:br/>
      </w:r>
      <w:r>
        <w:rPr>
          <w:sz w:val="20"/>
        </w:rPr>
        <w:t>1:16:04  mein yeh janna chahta hoon ke yeh jamaat abhi koi hai ya nahin hai, ya banane ki koshish ki jaye, aur koshish ki jaye to woh tanzeemi satah par ho ya tehreeki satah par?</w:t>
      </w:r>
      <w:r>
        <w:br/>
      </w:r>
      <w:r>
        <w:rPr>
          <w:sz w:val="20"/>
        </w:rPr>
        <w:t>1:16:18  baraye karam bataein." dekhiye, mein to yahi manta hoon ke tehreeki satah par, tanzeemi satah par nahin.</w:t>
      </w:r>
      <w:r>
        <w:br/>
      </w:r>
      <w:r>
        <w:rPr>
          <w:sz w:val="20"/>
        </w:rPr>
        <w:t>1:16:26  is aayat mein yeh nahin keh lafz jamaat ka matlab yeh nahin keh woh organization jo aaj kal samjha jata hai keh log member hon, un ka register ho.</w:t>
      </w:r>
      <w:r>
        <w:br/>
      </w:r>
      <w:r>
        <w:rPr>
          <w:sz w:val="20"/>
        </w:rPr>
        <w:t>1:16:37  is mani mein nahin hai. matlab jamaat log ke mani mein hai. aise log hone chahiye jo yeh kaam karen. bas musalmanon ke andar jamaat banana, yeh mein is ko sahi nahin samajhta.</w:t>
      </w:r>
      <w:r>
        <w:br/>
      </w:r>
      <w:r>
        <w:rPr>
          <w:sz w:val="20"/>
        </w:rPr>
        <w:t>1:16:51  jo musalmanon ki ummat-e-muslima hai, wohi jamaat hai.</w:t>
      </w:r>
      <w:r>
        <w:br/>
      </w:r>
      <w:r>
        <w:rPr>
          <w:sz w:val="20"/>
        </w:rPr>
        <w:t>1:16:55  ab jis ko kaam karna hai, woh kare, baghair yani tanzeem banaye, baghair kare. mein is ka qael hoon keh musalmanon ke andar double tanzeem banaye, yeh yeh isi se firqa paida hota hai, firqabandi hoti hai.</w:t>
      </w:r>
      <w:r>
        <w:br/>
      </w:r>
      <w:r>
        <w:rPr>
          <w:sz w:val="20"/>
        </w:rPr>
        <w:t>1:17:10  to is aayat ko jo aap ne farmaya, is se murad bilashuba historical pattern hai, jamaati pattern nahin hai.</w:t>
      </w:r>
    </w:p>
    <w:p>
      <w:pPr>
        <w:pStyle w:val="Heading2"/>
      </w:pPr>
      <w:r>
        <w:t>Donating to Ganesh Utsav for goodwill</w:t>
      </w:r>
    </w:p>
    <w:p>
      <w:r>
        <w:rPr>
          <w:color w:val="666666"/>
          <w:sz w:val="18"/>
        </w:rPr>
        <w:t>Society &amp; Dawah · Creative Solution or Ijtihadi Hul 16th Sep '12 SLOW · 2m 16s · at 1:35:32 · https://youtu.be/Ri7r6K65b2Y?t=5732</w:t>
      </w:r>
    </w:p>
    <w:p>
      <w:r>
        <w:rPr>
          <w:i/>
        </w:rPr>
        <w:t>“Social and cultural programs are organized in neighborhoods for Ganesh Utsav. Is it okay to contribute donations with the intention of promoting goodwill, social harmony, and ta'lif qalb?”</w:t>
      </w:r>
    </w:p>
    <w:p>
      <w:r>
        <w:rPr>
          <w:sz w:val="20"/>
        </w:rPr>
        <w:t>1:35:32  maulana, agla sawal rae pur se aya hai idrees sahab ka.</w:t>
      </w:r>
      <w:r>
        <w:br/>
      </w:r>
      <w:r>
        <w:rPr>
          <w:sz w:val="20"/>
        </w:rPr>
        <w:t>1:35:36  انہوں نے لکھا ہے: "First social and cultural programs organized in neighborhoods for Ganesh Utsav.</w:t>
      </w:r>
      <w:r>
        <w:br/>
      </w:r>
      <w:r>
        <w:rPr>
          <w:sz w:val="20"/>
        </w:rPr>
        <w:t>1:35:43  Is it okay to contribute donations with intention of promoting goodwill, social harmony and talif-e-qalb? Kindly</w:t>
      </w:r>
      <w:r>
        <w:br/>
      </w:r>
      <w:r>
        <w:rPr>
          <w:sz w:val="20"/>
        </w:rPr>
        <w:t>1:35:50  advice. "dekhen, is par koi ek, koi is par koi ek general usool nahin bana sakta.</w:t>
      </w:r>
      <w:r>
        <w:br/>
      </w:r>
      <w:r>
        <w:rPr>
          <w:sz w:val="20"/>
        </w:rPr>
        <w:t>1:35:57  it depends upon situation.</w:t>
      </w:r>
      <w:r>
        <w:br/>
      </w:r>
      <w:r>
        <w:rPr>
          <w:sz w:val="20"/>
        </w:rPr>
        <w:t>1:35:59  jahan jahan paish aa rahi hai soorat-e-haal, wahan wahan aap dekhen ke ke aap ke option kis kis</w:t>
      </w:r>
      <w:r>
        <w:br/>
      </w:r>
      <w:r>
        <w:rPr>
          <w:sz w:val="20"/>
        </w:rPr>
        <w:t>1:36:07  do ke beech mein hain.</w:t>
      </w:r>
      <w:r>
        <w:br/>
      </w:r>
      <w:r>
        <w:rPr>
          <w:sz w:val="20"/>
        </w:rPr>
        <w:t>1:36:09  to lesser evil aur greater evil ka aap darmiyan option hota hai.</w:t>
      </w:r>
      <w:r>
        <w:br/>
      </w:r>
      <w:r>
        <w:rPr>
          <w:sz w:val="20"/>
        </w:rPr>
        <w:t>1:36:14  to jo cheez aap ko lesser evil lage, is ka option le lijiye.</w:t>
      </w:r>
      <w:r>
        <w:br/>
      </w:r>
      <w:r>
        <w:rPr>
          <w:sz w:val="20"/>
        </w:rPr>
        <w:t>1:36:20  right aur wrong ke darmiyan option nahin hota hai.</w:t>
      </w:r>
      <w:r>
        <w:br/>
      </w:r>
      <w:r>
        <w:rPr>
          <w:sz w:val="20"/>
        </w:rPr>
        <w:t>1:36:23  lesser evil aur greater evil ke darmiyan option hota hai.</w:t>
      </w:r>
      <w:r>
        <w:br/>
      </w:r>
      <w:r>
        <w:rPr>
          <w:sz w:val="20"/>
        </w:rPr>
        <w:t>1:36:28  to yeh yahan baith kar hum kuch nahin kar sakte.</w:t>
      </w:r>
      <w:r>
        <w:br/>
      </w:r>
      <w:r>
        <w:rPr>
          <w:sz w:val="20"/>
        </w:rPr>
        <w:t>1:36:32  jo aadmi wahan, jo wahan par moqa par maujood hai, woh is wahi faisla kar sakta hai ke</w:t>
      </w:r>
      <w:r>
        <w:br/>
      </w:r>
      <w:r>
        <w:rPr>
          <w:sz w:val="20"/>
        </w:rPr>
        <w:t>1:36:40  kon sa lesser evil hai, kon sa greater evil hai.</w:t>
      </w:r>
      <w:r>
        <w:br/>
      </w:r>
      <w:r>
        <w:rPr>
          <w:sz w:val="20"/>
        </w:rPr>
        <w:t>1:36:44  okay, we will end the session now.</w:t>
      </w:r>
      <w:r>
        <w:br/>
      </w:r>
      <w:r>
        <w:rPr>
          <w:sz w:val="20"/>
        </w:rPr>
        <w:t>1:36:47  thank you.</w:t>
      </w:r>
      <w:r>
        <w:br/>
      </w:r>
      <w:r>
        <w:rPr>
          <w:sz w:val="20"/>
        </w:rPr>
        <w:t>1:36:48  koi sawal? ji sir, ek glass pani, woh thanda pani.</w:t>
      </w:r>
    </w:p>
    <w:p>
      <w:pPr>
        <w:pStyle w:val="Heading2"/>
      </w:pPr>
      <w:r>
        <w:t>Donating to Ganesh Utsav for social harmony</w:t>
      </w:r>
    </w:p>
    <w:p>
      <w:r>
        <w:rPr>
          <w:color w:val="666666"/>
          <w:sz w:val="18"/>
        </w:rPr>
        <w:t>Society &amp; Dawah · Creative Solution or Ijtihadi Hal September 16, 2012 · 2m 24s · at 1:31:34 · https://youtu.be/yBKbiu0d_1A?t=5494</w:t>
      </w:r>
    </w:p>
    <w:p>
      <w:r>
        <w:rPr>
          <w:i/>
        </w:rPr>
        <w:t>“First, social and cultural programs are organized in neighborhoods for Ganesh Utsav. Is it okay to contribute donations with the intention of promoting good will, social harmony, and Ta'lif al-Qulub?”</w:t>
      </w:r>
    </w:p>
    <w:p>
      <w:r>
        <w:rPr>
          <w:sz w:val="20"/>
        </w:rPr>
        <w:t>1:31:34  na koi be adabi hui hai, na kuch hua. yeh sirf rumor thi jis pe itna bara gaon khara ho gaya. aur bilashuba is ka islam se koi talluq nahi. maulana, agla sawal raipur se aya hai idrees sahab ka.</w:t>
      </w:r>
      <w:r>
        <w:br/>
      </w:r>
      <w:r>
        <w:rPr>
          <w:sz w:val="20"/>
        </w:rPr>
        <w:t>1:31:49  unhone likha hai: "first social and cultural programs organized in neighborhoods</w:t>
      </w:r>
      <w:r>
        <w:br/>
      </w:r>
      <w:r>
        <w:rPr>
          <w:sz w:val="20"/>
        </w:rPr>
        <w:t>1:31:55  for ganesh utsav. is it okay to contribute donations with intention of promoting goodwill, social harmony and talif qalb?</w:t>
      </w:r>
      <w:r>
        <w:br/>
      </w:r>
      <w:r>
        <w:rPr>
          <w:sz w:val="20"/>
        </w:rPr>
        <w:t>1:32:05  kindly advice." dekhein, is par koi aik</w:t>
      </w:r>
      <w:r>
        <w:br/>
      </w:r>
      <w:r>
        <w:rPr>
          <w:sz w:val="20"/>
        </w:rPr>
        <w:t>1:32:14  koi aik is par koi aik general usool nahi bana sakta.</w:t>
      </w:r>
      <w:r>
        <w:br/>
      </w:r>
      <w:r>
        <w:rPr>
          <w:sz w:val="20"/>
        </w:rPr>
        <w:t>1:32:20  it depends upon situation. jahan jahan pesh aa rahi hai surat haal, wahan pe aap dekhiye ke ke aap ke option kis kis do ke beech mein hain.</w:t>
      </w:r>
      <w:r>
        <w:br/>
      </w:r>
      <w:r>
        <w:rPr>
          <w:sz w:val="20"/>
        </w:rPr>
        <w:t>1:32:35  to lesser evil aur greater evil ka darmiyan option hota hai. to jo cheez aap ko lesser evil lage, is ka option le lijiye.</w:t>
      </w:r>
      <w:r>
        <w:br/>
      </w:r>
      <w:r>
        <w:rPr>
          <w:sz w:val="20"/>
        </w:rPr>
        <w:t>1:32:48  right aur wrong ke darmiyan option nahi hota hai. lesser evil aur greater evil ke darmiyan option hota hai. to yeh yahan baith kar hum kuch nahi kar sakte.</w:t>
      </w:r>
      <w:r>
        <w:br/>
      </w:r>
      <w:r>
        <w:rPr>
          <w:sz w:val="20"/>
        </w:rPr>
        <w:t>1:32:59  jo aadmi wahan jo wahan par mauqa par maujood hai, woh is wahi faisla kar sakta hai ke kaun sa lesser evil hai, kaun sa greater evil hai.</w:t>
      </w:r>
    </w:p>
    <w:p>
      <w:pPr>
        <w:pStyle w:val="Heading2"/>
      </w:pPr>
      <w:r>
        <w:t>Donating to sectarian institutions and support</w:t>
      </w:r>
    </w:p>
    <w:p>
      <w:r>
        <w:rPr>
          <w:color w:val="666666"/>
          <w:sz w:val="18"/>
        </w:rPr>
        <w:t>Society &amp; Dawah · Present Day Muslims Jan 13, 2013 · 1m 20s · at 1:25:33 · https://youtu.be/CVcbWVYitog?t=5133</w:t>
      </w:r>
    </w:p>
    <w:p>
      <w:r>
        <w:rPr>
          <w:i/>
        </w:rPr>
        <w:t>“Is donating to any sect's mosque or madrasa supporting sectarianism? Please explain.”</w:t>
      </w:r>
    </w:p>
    <w:p>
      <w:r>
        <w:rPr>
          <w:sz w:val="20"/>
        </w:rPr>
        <w:t>1:25:33  maulana, agla sawal bhi pakistan se hai, aamir bin yusuf sahib ka. unhon ne likha hai: "kisi bhi firqa ki masjid ya madrasa ko chanda dena firqa wariyat ko support karna hai ya nahi?</w:t>
      </w:r>
      <w:r>
        <w:br/>
      </w:r>
      <w:r>
        <w:rPr>
          <w:sz w:val="20"/>
        </w:rPr>
        <w:t>1:25:48  is ke baray mein bataein." bhai, yeh sab maqami maslay hain, aap wohi janiye jahan aap hain. main yahan se baith kar kuch nahi kar sakta. baqi maine nahi samjha ke masjidon ko itni masjidain ho chuki hain, ab nai masjidain banane ki koi zaroorat nahi hai.</w:t>
      </w:r>
      <w:r>
        <w:br/>
      </w:r>
      <w:r>
        <w:rPr>
          <w:sz w:val="20"/>
        </w:rPr>
        <w:t>1:26:03  masjidon ko chanda dene ke bajaye aap dawat mein paisa kharch kijiye. itni masjidain hain, itni masjidain hain ke mazeed masjidon ki koi zaroorat hi nahi hai.</w:t>
      </w:r>
      <w:r>
        <w:br/>
      </w:r>
      <w:r>
        <w:rPr>
          <w:sz w:val="20"/>
        </w:rPr>
        <w:t>1:26:13  agar aap ka paisa hai to dawat Allah mein kharch kijiye, quran ke tarjume mein kharch kijiye. koi zaroorat nahi hai nai masjidain banane ki. bohat kaafi hai jitne musalman hain, un ko namaz ada karne ke liye.</w:t>
      </w:r>
      <w:r>
        <w:br/>
      </w:r>
      <w:r>
        <w:rPr>
          <w:sz w:val="20"/>
        </w:rPr>
        <w:t>1:26:27  mazeed yeh ke rasool Allah ne farmaya ke sari zameen bhari masjidain bana di gayeen.</w:t>
      </w:r>
      <w:r>
        <w:br/>
      </w:r>
      <w:r>
        <w:rPr>
          <w:sz w:val="20"/>
        </w:rPr>
        <w:t>1:26:33  to jahan yani aik building ke roop mein, aik aik aik aik building ke roop mein masjid balfarz na kahin ho, tab bhi aap bazaar mein parh li jiye namaz.</w:t>
      </w:r>
      <w:r>
        <w:br/>
      </w:r>
      <w:r>
        <w:rPr>
          <w:sz w:val="20"/>
        </w:rPr>
        <w:t>1:26:46  is mein koi harj o harj nahi hai. yeh sab to bekar baatein hain.</w:t>
      </w:r>
    </w:p>
    <w:p>
      <w:pPr>
        <w:pStyle w:val="Heading2"/>
      </w:pPr>
      <w:r>
        <w:t>Double standard on mosque relocation</w:t>
      </w:r>
    </w:p>
    <w:p>
      <w:r>
        <w:rPr>
          <w:color w:val="666666"/>
          <w:sz w:val="18"/>
        </w:rPr>
        <w:t>Society &amp; Dawah · The Lesson of History September 21, 2014 · 1m 56s · at 1:15:40 · https://youtu.be/aMVHLKMkhcQ?t=4540</w:t>
      </w:r>
    </w:p>
    <w:p>
      <w:r>
        <w:rPr>
          <w:i/>
        </w:rPr>
        <w:t>“Muslims do not raise any objection to the relocation of mosques in Arab countries, but they do not accept the same principle for India. Why is this difference in their attitude?”</w:t>
      </w:r>
    </w:p>
    <w:p>
      <w:r>
        <w:rPr>
          <w:sz w:val="20"/>
        </w:rPr>
        <w:t>1:15:40  Maulana, agla sawal Dr. Fareeda Khanam ne Delhi se kiya hai. aur unhone likha hai ke Muslims do not raise any objection to the relocation of masjid in Arab countries, but they do not accept the same principle for India.</w:t>
      </w:r>
      <w:r>
        <w:br/>
      </w:r>
      <w:r>
        <w:rPr>
          <w:sz w:val="20"/>
        </w:rPr>
        <w:t>1:15:56  Why is this difference in their attitude? is zamane mein maine likha tha is par article.</w:t>
      </w:r>
      <w:r>
        <w:br/>
      </w:r>
      <w:r>
        <w:rPr>
          <w:sz w:val="20"/>
        </w:rPr>
        <w:t>1:16:04  to Hindustan ke jo yeh jo is zamane mein jo aa gaye the Babri Masjid ke tehreek mein, unhone kaha ke woh Arab wale Arab jaane.</w:t>
      </w:r>
      <w:r>
        <w:br/>
      </w:r>
      <w:r>
        <w:rPr>
          <w:sz w:val="20"/>
        </w:rPr>
        <w:t>1:16:17  hum hum yahan India mein, hamara Islam, hamara yani India mein in ka Islam alag hai, Arab wale in ka Islam alag hai.</w:t>
      </w:r>
      <w:r>
        <w:br/>
      </w:r>
      <w:r>
        <w:rPr>
          <w:sz w:val="20"/>
        </w:rPr>
        <w:t>1:16:27  yeh kitni imkan jawab hai yeh. yeh koi jawab hai ke arab ka islam jo bhi ho, hamara islam alag hai.</w:t>
      </w:r>
      <w:r>
        <w:br/>
      </w:r>
      <w:r>
        <w:rPr>
          <w:sz w:val="20"/>
        </w:rPr>
        <w:t>1:16:37  toh is ke koi logic nahi, koi is ki koi daleel nahi, kuch bhi nahi. yeh ek ek ek hadd dharmi ki baat hai.</w:t>
      </w:r>
      <w:r>
        <w:br/>
      </w:r>
      <w:r>
        <w:rPr>
          <w:sz w:val="20"/>
        </w:rPr>
        <w:t>1:16:49  is mein toh mein bohat zyada mein yani india mein safar kiya tha, taqreerein ki thi, mazmoon likhe thay. aur koi ek bhi musalman india mein mujhe nahi mila, na ab bhi hai, jo babri masjid ke baray mein sahi maano mein deeni andaaz mein sochta ho.</w:t>
      </w:r>
      <w:r>
        <w:br/>
      </w:r>
      <w:r>
        <w:rPr>
          <w:sz w:val="20"/>
        </w:rPr>
        <w:t>1:17:06  sirf jazbati sochte hain log. aaj bhi mujhe nahi maloom ke babri masjid ke naam aate hain, bhadak uthte hain. yeh na is ka taluq na islam se hai, na aqal se hai, kisi</w:t>
      </w:r>
      <w:r>
        <w:br/>
      </w:r>
      <w:r>
        <w:rPr>
          <w:sz w:val="20"/>
        </w:rPr>
        <w:t>1:17:18  cheez se nahi. ek jazb, ek toh ek stripped emotionalism hai. emotionalism bhi koi hoti hogi, sahi.</w:t>
      </w:r>
      <w:r>
        <w:br/>
      </w:r>
      <w:r>
        <w:rPr>
          <w:sz w:val="20"/>
        </w:rPr>
        <w:t>1:17:27  lekin yeh musalmanon ke jo hai, stripped emotionalism hai. koi sar na paye is emotionalism ka.</w:t>
      </w:r>
    </w:p>
    <w:p>
      <w:pPr>
        <w:pStyle w:val="Heading2"/>
      </w:pPr>
      <w:r>
        <w:t>Double standard towards wife and mother</w:t>
      </w:r>
    </w:p>
    <w:p>
      <w:r>
        <w:rPr>
          <w:color w:val="666666"/>
          <w:sz w:val="18"/>
        </w:rPr>
        <w:t>Society &amp; Dawah · 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Duty of Mecca to spread peace</w:t>
      </w:r>
    </w:p>
    <w:p>
      <w:r>
        <w:rPr>
          <w:color w:val="666666"/>
          <w:sz w:val="18"/>
        </w:rPr>
        <w:t>Society &amp; Dawah · Root Cause of Terrorism February 22, 2015 · 1m 01s · at 50:51 · https://youtu.be/n0AIGEI7b9U?t=3051</w:t>
      </w:r>
    </w:p>
    <w:p>
      <w:r>
        <w:rPr>
          <w:i/>
        </w:rPr>
        <w:t>“Regarding spreading the goal of peace, isn't it the main duty of the people of Mecca, as all different sects of Muslims are following their own imams, but the...”</w:t>
      </w:r>
    </w:p>
    <w:p>
      <w:r>
        <w:rPr>
          <w:sz w:val="20"/>
        </w:rPr>
        <w:t>50:51  maulana, agla sawal Singapore se kiya hai Noreen Sattar ne.</w:t>
      </w:r>
      <w:r>
        <w:br/>
      </w:r>
      <w:r>
        <w:rPr>
          <w:sz w:val="20"/>
        </w:rPr>
        <w:t>50:56  انہوں نے آپ سے پوچھا ہے کہ: "Regarding spreading this goal of peace, isn't it the main duty</w:t>
      </w:r>
      <w:r>
        <w:br/>
      </w:r>
      <w:r>
        <w:rPr>
          <w:sz w:val="20"/>
        </w:rPr>
        <w:t>51:03  of the people of Makkah, as all different sects of Muslim are following their own imams, but they</w:t>
      </w:r>
      <w:r>
        <w:br/>
      </w:r>
      <w:r>
        <w:rPr>
          <w:sz w:val="20"/>
        </w:rPr>
        <w:t>51:11  All do take the Mecca fatwa seriously.</w:t>
      </w:r>
      <w:r>
        <w:br/>
      </w:r>
      <w:r>
        <w:rPr>
          <w:sz w:val="20"/>
        </w:rPr>
        <w:t>51:14  "Don't you think that Saudi people have failed in this duty? Why are they silent on this?" Nahin,</w:t>
      </w:r>
      <w:r>
        <w:br/>
      </w:r>
      <w:r>
        <w:rPr>
          <w:sz w:val="20"/>
        </w:rPr>
        <w:t>51:22  yeh yeh yeh mujhe nahin maloom ke yeh kis ka nazariya hai.</w:t>
      </w:r>
      <w:r>
        <w:br/>
      </w:r>
      <w:r>
        <w:rPr>
          <w:sz w:val="20"/>
        </w:rPr>
        <w:t>51:27  Makkah ki zimmedari nahin hai, yeh to sari Muslim ummat ki zimmedari hai.</w:t>
      </w:r>
      <w:r>
        <w:br/>
      </w:r>
      <w:r>
        <w:rPr>
          <w:sz w:val="20"/>
        </w:rPr>
        <w:t>51:33  Makkah Hajj ka center hai, bas Makkah jo hai Hajj ka center hai.</w:t>
      </w:r>
      <w:r>
        <w:br/>
      </w:r>
      <w:r>
        <w:rPr>
          <w:sz w:val="20"/>
        </w:rPr>
        <w:t>51:39  yeh inhone jo likha hai, mujhe nahin maloom ke yeh kis ka nazariya hai.</w:t>
      </w:r>
      <w:r>
        <w:br/>
      </w:r>
      <w:r>
        <w:rPr>
          <w:sz w:val="20"/>
        </w:rPr>
        <w:t>51:45  yeh yeh sare musalmanon ki duty hai, inhi ki duty kyun hai? sari Muslim ummat ki duty hai.</w:t>
      </w:r>
    </w:p>
    <w:p>
      <w:pPr>
        <w:pStyle w:val="Heading2"/>
      </w:pPr>
      <w:r>
        <w:t>Easy formula for doing dawah work</w:t>
      </w:r>
    </w:p>
    <w:p>
      <w:r>
        <w:rPr>
          <w:color w:val="666666"/>
          <w:sz w:val="18"/>
        </w:rPr>
        <w:t>Society &amp; Dawah · Age of Peace November 18, 2012 · 1m 37s · at 1:32:09 · https://youtu.be/Y9nkQnBqbrs?t=5529</w:t>
      </w:r>
    </w:p>
    <w:p>
      <w:r>
        <w:rPr>
          <w:i/>
        </w:rPr>
        <w:t>“What is the easy formula for doing dawah work?”</w:t>
      </w:r>
    </w:p>
    <w:p>
      <w:r>
        <w:rPr>
          <w:sz w:val="20"/>
        </w:rPr>
        <w:t>1:32:09  dawat aur dua, dawat aur dua, bas yahi hamari zimmedari hai. molana, agla sawal dhampur se hai mehtab ahmad sahib ka.</w:t>
      </w:r>
      <w:r>
        <w:br/>
      </w:r>
      <w:r>
        <w:rPr>
          <w:sz w:val="20"/>
        </w:rPr>
        <w:t>1:32:19  unhone likha hai: "molana sahib! what is the easy formula of doing the dawah work?"</w:t>
      </w:r>
      <w:r>
        <w:br/>
      </w:r>
      <w:r>
        <w:rPr>
          <w:sz w:val="20"/>
        </w:rPr>
        <w:t>1:32:35  dekhiye, formula to ek hi hai: jo ilm aap ke paas Allah ka hai, us ko pahunchayein, chahe bol kar ya kitab ki shakal mein, aur jitna aap ke bas mein ho.</w:t>
      </w:r>
      <w:r>
        <w:br/>
      </w:r>
      <w:r>
        <w:rPr>
          <w:sz w:val="20"/>
        </w:rPr>
        <w:t>1:32:51  atqullaha masta ta'tum yaani itna kaam karo jo tumhare bas mein hai. to bol kar agar hum samajhte hain ke effective tor par bata sakte hain, to bol kar batayein,</w:t>
      </w:r>
      <w:r>
        <w:br/>
      </w:r>
      <w:r>
        <w:rPr>
          <w:sz w:val="20"/>
        </w:rPr>
        <w:t>1:33:04  nahi to aap kitab pahunchayein, quran pahunchayein. to is ka faisla hoga halaat se, yaani hamari kya capacity hai, halaat kya hain, un ke lehaz se jo hamare bas mein effective tareeqa hai, effective,</w:t>
      </w:r>
      <w:r>
        <w:br/>
      </w:r>
      <w:r>
        <w:rPr>
          <w:sz w:val="20"/>
        </w:rPr>
        <w:t>1:33:20  woh hamein karna chahiye. yeh aadmi khud samajh sakta hai ke main kis aitbar se zyada effective ho sakta hoon, zyada moassar ho sakta hoon.</w:t>
      </w:r>
      <w:r>
        <w:br/>
      </w:r>
      <w:r>
        <w:rPr>
          <w:sz w:val="20"/>
        </w:rPr>
        <w:t>1:33:29  to apni samajh se jis cheez ko samjhe ke yeh mere liye effective dawah work hai, woh kare aadmi aur jitna bas mein ho, utna kare. yeh aadmi khud faisla kar sakta hai, yaani dawi khud faisla kar sakta hai.</w:t>
      </w:r>
    </w:p>
    <w:p>
      <w:pPr>
        <w:pStyle w:val="Heading2"/>
      </w:pPr>
      <w:r>
        <w:t>Effect of Muslim approach on Western attitude</w:t>
      </w:r>
    </w:p>
    <w:p>
      <w:r>
        <w:rPr>
          <w:color w:val="666666"/>
          <w:sz w:val="18"/>
        </w:rPr>
        <w:t>Society &amp; Dawah · The Age of Opportunity Explosion December 2, 2018 Maulana Wahiduddin Khan · 10m 47s · at 49:51 · https://youtu.be/LqGWdCG81hc?t=2991</w:t>
      </w:r>
    </w:p>
    <w:p>
      <w:r>
        <w:rPr>
          <w:i/>
        </w:rPr>
        <w:t>“If Muslims change their approach towards Western powers, then do you think West will change their attitude towards the Muslim world immediately? What is your comment on this?”</w:t>
      </w:r>
    </w:p>
    <w:p>
      <w:r>
        <w:rPr>
          <w:sz w:val="20"/>
        </w:rPr>
        <w:t>49:51  yeh sawal bheja hai fawad kadoi sahib ne bhopal se. unhon ne likha hai, "molana, if muslims change their approach towards western powers, then do you think west will change their attitude towards the muslim world immediately?</w:t>
      </w:r>
      <w:r>
        <w:br/>
      </w:r>
      <w:r>
        <w:rPr>
          <w:sz w:val="20"/>
        </w:rPr>
        <w:t>50:11  what is your comment on this?" dekhiye, mujhe aap ke is sawal par bible ka ek</w:t>
      </w:r>
      <w:r>
        <w:br/>
      </w:r>
      <w:r>
        <w:rPr>
          <w:sz w:val="20"/>
        </w:rPr>
        <w:t>50:25  ek bible ki ek ayat yaad aa gayi jo ek paighambar ka qaul hai. ek paighambar ka qaul hai,</w:t>
      </w:r>
      <w:r>
        <w:br/>
      </w:r>
      <w:r>
        <w:rPr>
          <w:sz w:val="20"/>
        </w:rPr>
        <w:t>50:38  bible mein paighambaron ka kalam hai tarjume ki shakal mein.</w:t>
      </w:r>
      <w:r>
        <w:br/>
      </w:r>
      <w:r>
        <w:rPr>
          <w:sz w:val="20"/>
        </w:rPr>
        <w:t>50:46  to ek ek ek paighambar ne kaha tha apne zamane ke logon ko khitab karte hue, "main tum se kehta hoon ke agar insan chup chup rahen to pathar chalayenge."</w:t>
      </w:r>
      <w:r>
        <w:br/>
      </w:r>
      <w:r>
        <w:rPr>
          <w:sz w:val="20"/>
        </w:rPr>
        <w:t>51:06  kaisi ajib baat thi</w:t>
      </w:r>
      <w:r>
        <w:br/>
      </w:r>
      <w:r>
        <w:rPr>
          <w:sz w:val="20"/>
        </w:rPr>
        <w:t>51:07  ! yeh future ki zaban bol rahe the woh ke aaj tum pathar ban jao to ban jao, ek waqt aayega ke ke pathar ko bhi zaban ho jayegi, west ko bhi zaban ho jayegi, east ko bhi zaban ho jayegi.</w:t>
      </w:r>
      <w:r>
        <w:br/>
      </w:r>
      <w:r>
        <w:rPr>
          <w:sz w:val="20"/>
        </w:rPr>
        <w:t>51:23  yeh future ki zaban thi. paighambar ne kaha tha ke, "ae mere mukhatibeen!</w:t>
      </w:r>
      <w:r>
        <w:br/>
      </w:r>
      <w:r>
        <w:rPr>
          <w:sz w:val="20"/>
        </w:rPr>
        <w:t>51:31  agar tum meri baat na mano, agar tum chup ho jao sachai ke itraf mein, ek zamana aayega jab allah patharon ko zaban dega,</w:t>
      </w:r>
      <w:r>
        <w:br/>
      </w:r>
      <w:r>
        <w:rPr>
          <w:sz w:val="20"/>
        </w:rPr>
        <w:t>51:43  fajir logon ko bhi zaban dega bukhari ki zaban mein, aur fajir log bhi sachai ki zaban bolna shuru kar denge." to aap allah ki rehmat ko dekhiye,</w:t>
      </w:r>
      <w:r>
        <w:br/>
      </w:r>
      <w:r>
        <w:rPr>
          <w:sz w:val="20"/>
        </w:rPr>
        <w:t>51:57  kaun kya kar raha hai, us ko na dekhiye.</w:t>
      </w:r>
      <w:r>
        <w:br/>
      </w:r>
      <w:r>
        <w:rPr>
          <w:sz w:val="20"/>
        </w:rPr>
        <w:t>52:02  allah ne kya ailan kar rakha hai, us ko dekhiye. musalmanon ka mizaj ban gaya hai ke bas negative baat, negative baat bolte hain. jo isi mein positive aspect hai, woh us ko dekh dekh nahi paate hain.</w:t>
      </w:r>
      <w:r>
        <w:br/>
      </w:r>
      <w:r>
        <w:rPr>
          <w:sz w:val="20"/>
        </w:rPr>
        <w:t>52:17  main dunya ke future ko bright dekh raha hoon, aap bhi yahi adat daliye.</w:t>
      </w:r>
      <w:r>
        <w:br/>
      </w:r>
      <w:r>
        <w:rPr>
          <w:sz w:val="20"/>
        </w:rPr>
        <w:t>52:30  molana ayaz ahmed sahib ne jamshedpur se likha hai, "alhamdulillah! dunya mein aayi hui tabdili ko molana ne bilkul naye andaaz mein pesh kiya.</w:t>
      </w:r>
      <w:r>
        <w:br/>
      </w:r>
      <w:r>
        <w:rPr>
          <w:sz w:val="20"/>
        </w:rPr>
        <w:t>52:40  aaj har insan ko jitni asaniyan moassar hain, woh dawat ke imkan ko bohat badal deti hain.</w:t>
      </w:r>
      <w:r>
        <w:br/>
      </w:r>
      <w:r>
        <w:rPr>
          <w:sz w:val="20"/>
        </w:rPr>
        <w:t>52:50  allah hum sab ko in imkanat ko istemal karne ki tofeeq ata kar." doctor aslam sahib ne saharanpur se likha hai, "jab dimagh se creativity nikal jati hai to nafrat is dimagh mein apna ghar bana leti hai." miss qurtulain ne kashmir se likha hai,</w:t>
      </w:r>
      <w:r>
        <w:br/>
      </w:r>
      <w:r>
        <w:rPr>
          <w:sz w:val="20"/>
        </w:rPr>
        <w:t>53:09  explaining atar darkness and positive aspect of Islamic age is a starting, is a startling revelation for Muslims.</w:t>
      </w:r>
      <w:r>
        <w:br/>
      </w:r>
      <w:r>
        <w:rPr>
          <w:sz w:val="20"/>
        </w:rPr>
        <w:t>53:18  equating western civilization, which in fact is pro Islam with western culture, is a maznomar of Muslims.</w:t>
      </w:r>
      <w:r>
        <w:br/>
      </w:r>
      <w:r>
        <w:rPr>
          <w:sz w:val="20"/>
        </w:rPr>
        <w:t>53:27  this resulted in westophobia and prove suicidal and stumbling block in the war work of Muslims.</w:t>
      </w:r>
      <w:r>
        <w:br/>
      </w:r>
      <w:r>
        <w:rPr>
          <w:sz w:val="20"/>
        </w:rPr>
        <w:t>53:37  the sooner we get rid of this phobia, better it is. Western civilization is exploring natural laws and it is most beneficial in spreading word of God.</w:t>
      </w:r>
      <w:r>
        <w:br/>
      </w:r>
      <w:r>
        <w:rPr>
          <w:sz w:val="20"/>
        </w:rPr>
        <w:t>53:49  Muslims dilemma not is not to dealing culture from civilization is unfortunate. So it is high time we overcome this dilemma and istemal the western progress and scientific achievements in favor of the war work.</w:t>
      </w:r>
      <w:r>
        <w:br/>
      </w:r>
      <w:r>
        <w:rPr>
          <w:sz w:val="20"/>
        </w:rPr>
        <w:t>54:05  it is age of peace, opportunity and tolerance, and we must istemal this opportunity." Jazakumullah.</w:t>
      </w:r>
      <w:r>
        <w:br/>
      </w:r>
      <w:r>
        <w:rPr>
          <w:sz w:val="20"/>
        </w:rPr>
        <w:t>54:13  Mus Rubhana Ansari ne likha hai, "Pakistan se negativity is the darkness. Dohema is in terms of result which made it westophobia because of unawareness of Muslims.</w:t>
      </w:r>
      <w:r>
        <w:br/>
      </w:r>
      <w:r>
        <w:rPr>
          <w:sz w:val="20"/>
        </w:rPr>
        <w:t>54:28  although it was a super news for support of Islam and Muslims. Jazak Allah Maulana sahib! Its only you who enlighten us always." Maulana Maulana Iqbal Umri ne Chennai se likha hai, "Maulana!</w:t>
      </w:r>
      <w:r>
        <w:br/>
      </w:r>
      <w:r>
        <w:rPr>
          <w:sz w:val="20"/>
        </w:rPr>
        <w:t>54:44  aaj mujhe fitna dohema kya hai, yeh wazeh hua. Musalmanon ki fikri halat hai." Maulana, ab ek sawal lena chahenge.</w:t>
      </w:r>
      <w:r>
        <w:br/>
      </w:r>
      <w:r>
        <w:rPr>
          <w:sz w:val="20"/>
        </w:rPr>
        <w:t>54:55  yeh bheja hai Kanpur se Ayaz sahib ne. Unhon ne likha hai, "Maulana!</w:t>
      </w:r>
      <w:r>
        <w:br/>
      </w:r>
      <w:r>
        <w:rPr>
          <w:sz w:val="20"/>
        </w:rPr>
        <w:t>55:04  if conveying the message of Islam to the whole world is the biggest priority of every Muslim. Then why Muslims don't understand that?</w:t>
      </w:r>
      <w:r>
        <w:br/>
      </w:r>
      <w:r>
        <w:rPr>
          <w:sz w:val="20"/>
        </w:rPr>
        <w:t>55:14  that the whole world includes western world also, and that they will not listen to your message if you talk, or you try if you talk in a negative way by hurting them or killing them.</w:t>
      </w:r>
      <w:r>
        <w:br/>
      </w:r>
      <w:r>
        <w:rPr>
          <w:sz w:val="20"/>
        </w:rPr>
        <w:t>55:29  the negative talk will further take the maddo community away from receiving Quran. Maulana! Why this disconnect is so rampant among Muslims?" Dekhiye, rampant nahi hai, naya daur shuru ho chuka hai.</w:t>
      </w:r>
      <w:r>
        <w:br/>
      </w:r>
      <w:r>
        <w:rPr>
          <w:sz w:val="20"/>
        </w:rPr>
        <w:t>55:45  suraj nikal raha hai, nikal chuka hai. Suraj nikal chuka hai, naya daur shuru ho chuka hai.</w:t>
      </w:r>
      <w:r>
        <w:br/>
      </w:r>
      <w:r>
        <w:rPr>
          <w:sz w:val="20"/>
        </w:rPr>
        <w:t>55:55  aap hamari mission ki jo activities hain,</w:t>
      </w:r>
      <w:r>
        <w:br/>
      </w:r>
      <w:r>
        <w:rPr>
          <w:sz w:val="20"/>
        </w:rPr>
        <w:t>56:01  aaj subah ko main ne apne qareebi saathi se kaha, aaj hi subah ki baat hai ke mera dream tha ke hamare saathi khud se karne lagen, khud program banayein, khud is ko execute karein,</w:t>
      </w:r>
      <w:r>
        <w:br/>
      </w:r>
      <w:r>
        <w:rPr>
          <w:sz w:val="20"/>
        </w:rPr>
        <w:t>56:18  baghair kisi central direction ke. To us ne kaha ke yeh to already ho chuka hai.</w:t>
      </w:r>
      <w:r>
        <w:br/>
      </w:r>
      <w:r>
        <w:rPr>
          <w:sz w:val="20"/>
        </w:rPr>
        <w:t>56:28  har din hamare saathi dunya bhar mein, yahan se wahan, wahan se wahan ja rahe hain aur Allah ke paigham ko pahuncha rahe hain, Quran ko phaila rahe hain. Lekin hum kaam kar rahe hain low profile mein.</w:t>
      </w:r>
      <w:r>
        <w:br/>
      </w:r>
      <w:r>
        <w:rPr>
          <w:sz w:val="20"/>
        </w:rPr>
        <w:t>56:42  jo log kuch karte nahi, high profile mein chala rahe hain to log samajhte hain ke woh kaam kar rahe hain. Sir ki yaad rakhiye, sir ki taqat hai.</w:t>
      </w:r>
      <w:r>
        <w:br/>
      </w:r>
      <w:r>
        <w:rPr>
          <w:sz w:val="20"/>
        </w:rPr>
        <w:t>56:53  high profile mein cheekh rahe hain to aap samajhte hain ke woh kar rahe hain kuch. Hamare saathi low profile mein kaam kar rahe hain to aap ko dikhai nahi deta.</w:t>
      </w:r>
      <w:r>
        <w:br/>
      </w:r>
      <w:r>
        <w:rPr>
          <w:sz w:val="20"/>
        </w:rPr>
        <w:t>57:04  sara mamla yeh hai ke aap shar ki taqaton ke high profile ko lete hain aur khair ki taqaton ke low profile ko nahi pakad paate.</w:t>
      </w:r>
      <w:r>
        <w:br/>
      </w:r>
      <w:r>
        <w:rPr>
          <w:sz w:val="20"/>
        </w:rPr>
        <w:t>57:15  aaj woh daur aa chuka hai, aa chuka hai.</w:t>
      </w:r>
      <w:r>
        <w:br/>
      </w:r>
      <w:r>
        <w:rPr>
          <w:sz w:val="20"/>
        </w:rPr>
        <w:t>57:22  lekin woh hamesha yaad rakhiye, paighambar bhi. Aap ko maloom hai ke sare paighambar history mein record nahi ho paye,</w:t>
      </w:r>
      <w:r>
        <w:br/>
      </w:r>
      <w:r>
        <w:rPr>
          <w:sz w:val="20"/>
        </w:rPr>
        <w:t>57:40  sirf Rasool Allah ke mission ka record hua, woh bhi Roman Empire ke reference mein. Is ko, is ko samajh lijiye ke Rasool Allah ka mission jo hai, history mein record hua hai Roman Empire ke reference mein.</w:t>
      </w:r>
      <w:r>
        <w:br/>
      </w:r>
      <w:r>
        <w:rPr>
          <w:sz w:val="20"/>
        </w:rPr>
        <w:t>57:59  bahut ajeeb baat hai. Aur doosre paighambar to record hi nahi hue.</w:t>
      </w:r>
      <w:r>
        <w:br/>
      </w:r>
      <w:r>
        <w:rPr>
          <w:sz w:val="20"/>
        </w:rPr>
        <w:t>58:06  is ko samajh lijiye, phir se sochiye aap ke rasool Allah ka mission jo tareekh mein record ho gaya hai, aap ek paighambar of history ban rahe hain, woh Roman Empire ke reference mein hua.</w:t>
      </w:r>
      <w:r>
        <w:br/>
      </w:r>
      <w:r>
        <w:rPr>
          <w:sz w:val="20"/>
        </w:rPr>
        <w:t>58:23  to hamare saathi chuki kaam kar rahe hain low profile mein, is liye logon ko dikhai nahi deta. abhi hum high profile mein karein, bomb marein to sari dunya mein khabar phail jayegi.</w:t>
      </w:r>
      <w:r>
        <w:br/>
      </w:r>
      <w:r>
        <w:rPr>
          <w:sz w:val="20"/>
        </w:rPr>
        <w:t>58:36  to shukr ki jiye, shukr, shikayat mat kijiye. main aap sab logon se kahunga ke aap shikayat ki boli chhod dijiye, shor ki boli boliye.</w:t>
      </w:r>
      <w:r>
        <w:br/>
      </w:r>
      <w:r>
        <w:rPr>
          <w:sz w:val="20"/>
        </w:rPr>
        <w:t>58:48  Allah ke aage sajde mein gir padiye ke Allah ne jise log, jis jis ko log kehte the, firqa dohima, woh ulta ho gaya, ujale ke, ujale ka zamana ban gaya.</w:t>
      </w:r>
      <w:r>
        <w:br/>
      </w:r>
      <w:r>
        <w:rPr>
          <w:sz w:val="20"/>
        </w:rPr>
        <w:t>59:03  is par sab logon ko chahiye ke gir padein is sajde mein ke jis cheez ko log tareeki ki fateh keh rahe the, woh ujale ka zamana ban gaya.</w:t>
      </w:r>
      <w:r>
        <w:br/>
      </w:r>
      <w:r>
        <w:rPr>
          <w:sz w:val="20"/>
        </w:rPr>
        <w:t>59:16  shukr, shukr, shukr, aur kuch nahi.</w:t>
      </w:r>
      <w:r>
        <w:br/>
      </w:r>
      <w:r>
        <w:rPr>
          <w:sz w:val="20"/>
        </w:rPr>
        <w:t>59:23  Muhammad Irfan Rasheedi sahib ne Nagpur se likha hai, "af we want to come out of fitne dohima, we must develop positive thinking.</w:t>
      </w:r>
      <w:r>
        <w:br/>
      </w:r>
      <w:r>
        <w:rPr>
          <w:sz w:val="20"/>
        </w:rPr>
        <w:t>59:33  Maulana sahib, no person is more positive thinker than you." Muhammad Shafiq sahib ne Ambur, Tamil Nadu se likha hai, "that is true, many non muslim brothers are following teachings of Islam perfectly compare to our muslim brothers, because of either our laziness or lack of spirit in us." Tariq Badar sahib ne Pakistan, Lahore se likha hai, "Maulana sahib, today lecture made us positive again.</w:t>
      </w:r>
      <w:r>
        <w:br/>
      </w:r>
      <w:r>
        <w:rPr>
          <w:sz w:val="20"/>
        </w:rPr>
        <w:t>1:00:02  we will explore opportunities and focus on planning. jazak Allah." Mahboob bhai ne Mumbai se likha hai, "Maulana team Mumbai is listening to today class together.</w:t>
      </w:r>
      <w:r>
        <w:br/>
      </w:r>
      <w:r>
        <w:rPr>
          <w:sz w:val="20"/>
        </w:rPr>
        <w:t>1:00:17  jazak Allah Maulana for another wonderful session." Shahid Hussain sahib ne Kashmir se likha hai, "an illustration of two great predictions of Quran and Hadith, which symbolize great opportunities for the divine mission and apprehension of misguided muslim perception.</w:t>
      </w:r>
    </w:p>
    <w:p>
      <w:pPr>
        <w:pStyle w:val="Heading2"/>
      </w:pPr>
      <w:r>
        <w:t>Effect of honor terms on dawah</w:t>
      </w:r>
    </w:p>
    <w:p>
      <w:r>
        <w:rPr>
          <w:color w:val="666666"/>
          <w:sz w:val="18"/>
        </w:rPr>
        <w:t>Society &amp; Dawah · The Concept of Divine Help June 16, 2013 · 1m 36s · at 52:23 · https://youtu.be/b0QaxGSnAOI?t=3143</w:t>
      </w:r>
    </w:p>
    <w:p>
      <w:r>
        <w:rPr>
          <w:i/>
        </w:rPr>
        <w:t>“How much do terms like 'Islamic honor' and 'national zeal' affect the dawah mindset? Please clarify.”</w:t>
      </w:r>
    </w:p>
    <w:p>
      <w:r>
        <w:rPr>
          <w:sz w:val="20"/>
        </w:rPr>
        <w:t>52:23  doosra sawal hai Chennai se hi Maulana Iqbal Umri ka. unhon ne likha hai: "Islami ghairat aur qoumi humiyat, is qism ke alfaaz dawat-e-zehan ko kitna kill karte hain?</w:t>
      </w:r>
      <w:r>
        <w:br/>
      </w:r>
      <w:r>
        <w:rPr>
          <w:sz w:val="20"/>
        </w:rPr>
        <w:t>52:38  wazahat farmayein." main dekhein, Islami ghairat ka lafz hi galat hai aur qoumi ghairat ka lafz hi galat hai.</w:t>
      </w:r>
      <w:r>
        <w:br/>
      </w:r>
      <w:r>
        <w:rPr>
          <w:sz w:val="20"/>
        </w:rPr>
        <w:t>52:46  yeh bilkul Quran o Hadees mein alfaaz mein maujood nahin hain. yeh aadmi apni, apne, apni yaani logon ke jo nakhat hoti hai, jo un se kibr hota hai,</w:t>
      </w:r>
      <w:r>
        <w:br/>
      </w:r>
      <w:r>
        <w:rPr>
          <w:sz w:val="20"/>
        </w:rPr>
        <w:t>53:04  aur jo badhai hoti hai, us ke tehat jo kuch karte hain, us ko kehte hain keh Islami ghairat. woh ghairat nahin hai, woh to, woh to ek shaitan bol raha hai aap ki zuban se.</w:t>
      </w:r>
      <w:r>
        <w:br/>
      </w:r>
      <w:r>
        <w:rPr>
          <w:sz w:val="20"/>
        </w:rPr>
        <w:t>53:15  ghair</w:t>
      </w:r>
      <w:r>
        <w:br/>
      </w:r>
      <w:r>
        <w:rPr>
          <w:sz w:val="20"/>
        </w:rPr>
        <w:t>53:16  t koi cheez nahin hai. ghairat az nothing in Islam. yeh lafz hi mein us ko ghair Islam hi samajhta hoon.</w:t>
      </w:r>
      <w:r>
        <w:br/>
      </w:r>
      <w:r>
        <w:rPr>
          <w:sz w:val="20"/>
        </w:rPr>
        <w:t>53:26  Islam ka jo tareeqa hai, woh kya? sabr karna, bardasht karna, doosron ke liye duaein karna, doosron ke liye khair khwah banna.</w:t>
      </w:r>
      <w:r>
        <w:br/>
      </w:r>
      <w:r>
        <w:rPr>
          <w:sz w:val="20"/>
        </w:rPr>
        <w:t>53:36  Islami ghairat aaye gi to aap ladenge? woh Islam hai, woh to Islam ki jar ukhaadna hai.</w:t>
      </w:r>
      <w:r>
        <w:br/>
      </w:r>
      <w:r>
        <w:rPr>
          <w:sz w:val="20"/>
        </w:rPr>
        <w:t>53:44  baharhal, main ne jo kuch parha hai, main samajhta hoon keh dono alfaaz galat hain: Islami ghairat bhi aur qoumi ghairat bhi. is liye Islam mein koi, mere dil ko gunjaish nahin hai.</w:t>
      </w:r>
      <w:r>
        <w:br/>
      </w:r>
      <w:r>
        <w:rPr>
          <w:sz w:val="20"/>
        </w:rPr>
        <w:t>54:00  Maulana, agla sawal Raichur se hai Zaheeruddin sahib ka. unhon ne aap se poocha hai keh "What should be the essential qualities of a dai?" us ke baray mein batayein.</w:t>
      </w:r>
    </w:p>
    <w:p>
      <w:pPr>
        <w:pStyle w:val="Heading2"/>
      </w:pPr>
      <w:r>
        <w:t>Effectiveness of literature distribution vs personal training</w:t>
      </w:r>
    </w:p>
    <w:p>
      <w:r>
        <w:rPr>
          <w:color w:val="666666"/>
          <w:sz w:val="18"/>
        </w:rPr>
        <w:t>Society &amp; Dawah · Self Correction November 09, 2014 · 4m 27s · at 1:04:45 · https://youtu.be/EgAukdSfGRU?t=3885</w:t>
      </w:r>
    </w:p>
    <w:p>
      <w:r>
        <w:rPr>
          <w:i/>
        </w:rPr>
        <w:t>“What is your view on the observation that literature distributed to madrasas is unused and personal training is more worthwhile?”</w:t>
      </w:r>
    </w:p>
    <w:p>
      <w:r>
        <w:rPr>
          <w:sz w:val="20"/>
        </w:rPr>
        <w:t>1:04:45  molana, agla sawal kya hai doctor wasiq ur rehman sahib ne dilli se, aur unhon ne likha hai ke "I have found literature distributed to mollems in madrasas are lying in shelves without ever being touched by students and teachers.</w:t>
      </w:r>
      <w:r>
        <w:br/>
      </w:r>
      <w:r>
        <w:rPr>
          <w:sz w:val="20"/>
        </w:rPr>
        <w:t>1:05:05  I feel personal training is more worthwhile rather than just distributing the literature." molana, "What is your view on this</w:t>
      </w:r>
      <w:r>
        <w:br/>
      </w:r>
      <w:r>
        <w:rPr>
          <w:sz w:val="20"/>
        </w:rPr>
        <w:t>1:05:14  ?" kya mein samjha nahin? kya kar rahe hain ke molana jo literature distribute karte hain, unhon ne khaas kar jo madrasas mein jo mollems hain, wahan woh paya ke aksar woh shelf mein rakh dete hain aur us ko koi bhi hath nahin lagata aur na hi woh parha jata hai.</w:t>
      </w:r>
      <w:r>
        <w:br/>
      </w:r>
      <w:r>
        <w:rPr>
          <w:sz w:val="20"/>
        </w:rPr>
        <w:t>1:05:32  to woh yeh keh rahe hain ke distribution ki bajaye jo personal training wala jo method hai, woh zyada fruitful ya result oriented hai.</w:t>
      </w:r>
      <w:r>
        <w:br/>
      </w:r>
      <w:r>
        <w:rPr>
          <w:sz w:val="20"/>
        </w:rPr>
        <w:t>1:05:40  nahin, woh literature parhana bohat zaroori hai.</w:t>
      </w:r>
      <w:r>
        <w:br/>
      </w:r>
      <w:r>
        <w:rPr>
          <w:sz w:val="20"/>
        </w:rPr>
        <w:t>1:05:44  is ke siwa aur jo chahe kijiye.</w:t>
      </w:r>
      <w:r>
        <w:br/>
      </w:r>
      <w:r>
        <w:rPr>
          <w:sz w:val="20"/>
        </w:rPr>
        <w:t>1:05:49  literature parhana bohat hi zaroori hai. dekhiye, aap ghalati kya kar rahe hain? result ko mass ke level par jaanch rahe hain. mass ke level par kabhi bhi na jaanchiye.</w:t>
      </w:r>
      <w:r>
        <w:br/>
      </w:r>
      <w:r>
        <w:rPr>
          <w:sz w:val="20"/>
        </w:rPr>
        <w:t>1:06:01  individual ke level par jaanchiye. yeh bohat bari ghalati hai. mass ke level par dekha jaye to kabhi bhi peghambaron ke zamane mein mass ke level par result nahin nikla.</w:t>
      </w:r>
      <w:r>
        <w:br/>
      </w:r>
      <w:r>
        <w:rPr>
          <w:sz w:val="20"/>
        </w:rPr>
        <w:t>1:06:13  kisi peghambar ke zamane mein dekhiye, aap mass ke level par result nahin nikalta. individual level par nikalta hai. to distribute aap karenge, to distribute karenge to yeh thori ke sare log badal jayenge.</w:t>
      </w:r>
      <w:r>
        <w:br/>
      </w:r>
      <w:r>
        <w:rPr>
          <w:sz w:val="20"/>
        </w:rPr>
        <w:t>1:06:27  aap aur doosra jo tareeqa aap bata rahe hain, woh bhi kar ke dekh lijiye. is mein bhi aisa nahin hoga ke mass ke level par log badal jayenge.</w:t>
      </w:r>
      <w:r>
        <w:br/>
      </w:r>
      <w:r>
        <w:rPr>
          <w:sz w:val="20"/>
        </w:rPr>
        <w:t>1:06:39  yeh to kuch seeker hote hain, kuch sincere log hote hain, kuch chahte hain janna. woh jab parhte hain to woh achaanak badra ho jata hai.</w:t>
      </w:r>
      <w:r>
        <w:br/>
      </w:r>
      <w:r>
        <w:rPr>
          <w:sz w:val="20"/>
        </w:rPr>
        <w:t>1:06:50  jaise dekhiye, ek ek martaba yahan kashmir baithi hui thi, agar aap ko yaad ho. to ek aadmi aya tha, us ne yahin par bataya tha qissa, us ne apna ke woh milton tha.</w:t>
      </w:r>
      <w:r>
        <w:br/>
      </w:r>
      <w:r>
        <w:rPr>
          <w:sz w:val="20"/>
        </w:rPr>
        <w:t>1:07:03  woh</w:t>
      </w:r>
      <w:r>
        <w:br/>
      </w:r>
      <w:r>
        <w:rPr>
          <w:sz w:val="20"/>
        </w:rPr>
        <w:t>1:07:06  phir ek bar nikla, woh ek maqam par kahin to doosre ne dekha ke kuch phaare hue parze pade hue hain. koi cheez thi chhipi hui, woh phaad kar phenk diya kisi ne.</w:t>
      </w:r>
      <w:r>
        <w:br/>
      </w:r>
      <w:r>
        <w:rPr>
          <w:sz w:val="20"/>
        </w:rPr>
        <w:t>1:07:18  us ko uthaya, us ne tukre tukre kar diya. to us ne us ko utha kar le gaya aur sab tukre jod jod kar chipcha chipka kar ke us ka page banaya.</w:t>
      </w:r>
      <w:r>
        <w:br/>
      </w:r>
      <w:r>
        <w:rPr>
          <w:sz w:val="20"/>
        </w:rPr>
        <w:t>1:07:29  us tukre ko page bana ke parha. us ko</w:t>
      </w:r>
      <w:r>
        <w:br/>
      </w:r>
      <w:r>
        <w:rPr>
          <w:sz w:val="20"/>
        </w:rPr>
        <w:t>1:07:32  to parha to us waqt hi to ek naya message is ka tar hai. woh hamari kitab ka ek tukra tha. woh kisi ghusse mein phaad diya tha kisi ne. ab ghor kijiye, ek aadmi ne ghusse mein phaara aur doosre aadmi ne us ko chipka kar parha aur yahan aya.</w:t>
      </w:r>
      <w:r>
        <w:br/>
      </w:r>
      <w:r>
        <w:rPr>
          <w:sz w:val="20"/>
        </w:rPr>
        <w:t>1:07:47  woh kaha ke maine toba kar li miltonsi se. to kabhi bhi result ko mass level par mat jaanchiye.</w:t>
      </w:r>
      <w:r>
        <w:br/>
      </w:r>
      <w:r>
        <w:rPr>
          <w:sz w:val="20"/>
        </w:rPr>
        <w:t>1:07:58  individual level par jaanchiye.</w:t>
      </w:r>
      <w:r>
        <w:br/>
      </w:r>
      <w:r>
        <w:rPr>
          <w:sz w:val="20"/>
        </w:rPr>
        <w:t>1:08:01  yeh ghalati kabhi mat kijiye. woh ne peghambaron ka kaam bhi aap ko laga ke kuch bhi nahin hua.</w:t>
      </w:r>
      <w:r>
        <w:br/>
      </w:r>
      <w:r>
        <w:rPr>
          <w:sz w:val="20"/>
        </w:rPr>
        <w:t>1:08:10  ek sahib mere paas ek bar to aaye, woh kai idare chala rahe the, kai school college. to bohat maishati ki baat ki unhon ne ke hum ne socha tha ke is se islaah hogi aur koi islaah nahin hui.</w:t>
      </w:r>
      <w:r>
        <w:br/>
      </w:r>
      <w:r>
        <w:rPr>
          <w:sz w:val="20"/>
        </w:rPr>
        <w:t>1:08:25  hum ko to bohat maishati ho rahi hai.</w:t>
      </w:r>
      <w:r>
        <w:br/>
      </w:r>
      <w:r>
        <w:rPr>
          <w:sz w:val="20"/>
        </w:rPr>
        <w:t>1:08:27  to yahi baat maine un se kahi, aap islaah ko mass level par chahte hain dekhna, aap individual level par dekhiye.</w:t>
      </w:r>
      <w:r>
        <w:br/>
      </w:r>
      <w:r>
        <w:rPr>
          <w:sz w:val="20"/>
        </w:rPr>
        <w:t>1:08:37  to kuch dair chup ho gaye, woh phir soch. unhon ne kaha ke waqai mujhe dikhai dene laga falan shakhs, falan shakhs, falan shakhs is mein.</w:t>
      </w:r>
      <w:r>
        <w:br/>
      </w:r>
      <w:r>
        <w:rPr>
          <w:sz w:val="20"/>
        </w:rPr>
        <w:t>1:08:45  to bohat yani islaah hui, nateeja nikla. to jab bhi aap mass level par dekhenge to har kaam aap ko bekar lage ga.</w:t>
      </w:r>
      <w:r>
        <w:br/>
      </w:r>
      <w:r>
        <w:rPr>
          <w:sz w:val="20"/>
        </w:rPr>
        <w:t>1:08:57  hata ke peghambar ka kaam bhi, naoozubillah. lekin jab individual level par ja chuke to har kaam acha lage ga aap ko. yeh ghalti kabhi mat kijiye.</w:t>
      </w:r>
    </w:p>
    <w:p>
      <w:pPr>
        <w:pStyle w:val="Heading2"/>
      </w:pPr>
      <w:r>
        <w:t>Elaborate on comment about political regime</w:t>
      </w:r>
    </w:p>
    <w:p>
      <w:r>
        <w:rPr>
          <w:color w:val="666666"/>
          <w:sz w:val="18"/>
        </w:rPr>
        <w:t>Society &amp; Dawah · Quran A Miracle June 01, 2014 · 2m 34s · at 50:45 · https://youtu.be/8KM3lDsj4PY?t=3045</w:t>
      </w:r>
    </w:p>
    <w:p>
      <w:r>
        <w:rPr>
          <w:i/>
        </w:rPr>
        <w:t>“In an interview to a news channel yesterday you spoke about the current political regime. Can you please elaborate on what you had said?”</w:t>
      </w:r>
    </w:p>
    <w:p>
      <w:r>
        <w:rPr>
          <w:sz w:val="20"/>
        </w:rPr>
        <w:t>50:45  maulana agla sawal delhi se kiya hai miss tooti malhotra ne unhon ne likha hai ke maulana in an interview to a news channel yesterday you spoke about the current political regime can you please elaborate on what you had said</w:t>
      </w:r>
      <w:r>
        <w:br/>
      </w:r>
      <w:r>
        <w:rPr>
          <w:sz w:val="20"/>
        </w:rPr>
        <w:t>51:10  mein ne is mein dekhiye yeh kaha tha ke it is system that prevails</w:t>
      </w:r>
      <w:r>
        <w:br/>
      </w:r>
      <w:r>
        <w:rPr>
          <w:sz w:val="20"/>
        </w:rPr>
        <w:t>51:20  it is system that prevails and not the individuals to india mein ke countries mein mein ne kaha tha ke india mein sau baras ke halaat ke nateejay mein ek system develop hua hai.</w:t>
      </w:r>
      <w:r>
        <w:br/>
      </w:r>
      <w:r>
        <w:rPr>
          <w:sz w:val="20"/>
        </w:rPr>
        <w:t>51:34  kuch tradition develop hui hain. Aaj se nahi chal raha yeh. Abhi mein radio par sun raha tha raja mohan rai ka qissa aa raha tha ke raja mohan rai ne bohat zabardast mehnat ki mehnat kar ke ek india mein ek ek naya daur lane ke liye.</w:t>
      </w:r>
      <w:r>
        <w:br/>
      </w:r>
      <w:r>
        <w:rPr>
          <w:sz w:val="20"/>
        </w:rPr>
        <w:t>51:52  to raja ram mohan rai aur tagore swami vivekananda aur aurobindo mahatma gandhi raj gopal achari yani ek pyara sa bohat ek silsila hai.</w:t>
      </w:r>
      <w:r>
        <w:br/>
      </w:r>
      <w:r>
        <w:rPr>
          <w:sz w:val="20"/>
        </w:rPr>
        <w:t>52:08  to un logon ke koshishon ke nateejay mein india mein ek system develop hua hai. Hum is ka part hain. Constitution isi ka part hai. Model government isi ka part hai.</w:t>
      </w:r>
      <w:r>
        <w:br/>
      </w:r>
      <w:r>
        <w:rPr>
          <w:sz w:val="20"/>
        </w:rPr>
        <w:t>52:19  democracy isi ka part hai. To yeh yeh system work karega. Koi ek aadmi koi individual aa kar seat par baith jaye chand saal ke liye to woh us waqt ultimate dalega aisa nahi hota dunya mein.</w:t>
      </w:r>
      <w:r>
        <w:br/>
      </w:r>
      <w:r>
        <w:rPr>
          <w:sz w:val="20"/>
        </w:rPr>
        <w:t>52:34  aisa nahi hota. To hamein dekhna chahiye ke india jo hai is ka kuch history jo hai history ke jo ek ek history hai is is history ke tehat india mein kya system bana hai.</w:t>
      </w:r>
      <w:r>
        <w:br/>
      </w:r>
      <w:r>
        <w:rPr>
          <w:sz w:val="20"/>
        </w:rPr>
        <w:t>52:50  kya india bana hai. Woh prevail karega. Ek aadmi nahi jo char saal panch saal ki aa kar seat par baith jaye.</w:t>
      </w:r>
      <w:r>
        <w:br/>
      </w:r>
      <w:r>
        <w:rPr>
          <w:sz w:val="20"/>
        </w:rPr>
        <w:t>52:58  isi ko mein ne kaha tha it is system that prevails and not an individual aur yeh bilkul ek ek bilkul yani ek fact hai is mein koi shakk ki baat nahi.</w:t>
      </w:r>
    </w:p>
    <w:p>
      <w:pPr>
        <w:pStyle w:val="Heading2"/>
      </w:pPr>
      <w:r>
        <w:t>Elaboration on dawah explosion in Kashmir</w:t>
      </w:r>
    </w:p>
    <w:p>
      <w:r>
        <w:rPr>
          <w:color w:val="666666"/>
          <w:sz w:val="18"/>
        </w:rPr>
        <w:t>Society &amp; Dawah · The Secret of Divine Wisdom September 2, 2012 · 4m 49s · at 1:19:15 · https://youtu.be/ZXQlrW7PqAE?t=4755</w:t>
      </w:r>
    </w:p>
    <w:p>
      <w:r>
        <w:rPr>
          <w:i/>
        </w:rPr>
        <w:t>“Maulana, on your latest book 'Dawn Over Kashmir', you are very hopeful about the dawah explosion in Kashmir. I request you to kindly elaborate on that.”</w:t>
      </w:r>
    </w:p>
    <w:p>
      <w:r>
        <w:rPr>
          <w:sz w:val="20"/>
        </w:rPr>
        <w:t>1:19:15  maulana syed abid hussain sahib jinhon ne jo barwan se hain unhon ne sawal likha hai maulana sahib as per your latest book dawn over kashmir you are very hopeful about the da'wah explosion in kashmir i request you to kindly elaborate on that</w:t>
      </w:r>
      <w:r>
        <w:br/>
      </w:r>
      <w:r>
        <w:rPr>
          <w:sz w:val="20"/>
        </w:rPr>
        <w:t>1:19:34  dekhiye yeh bohat hi simple logic hai</w:t>
      </w:r>
      <w:r>
        <w:br/>
      </w:r>
      <w:r>
        <w:rPr>
          <w:sz w:val="20"/>
        </w:rPr>
        <w:t>1:19:41  yani jab bhi insan</w:t>
      </w:r>
      <w:r>
        <w:br/>
      </w:r>
      <w:r>
        <w:rPr>
          <w:sz w:val="20"/>
        </w:rPr>
        <w:t>1:19:46  ke sath yeh experience pesh aaye ke woh</w:t>
      </w:r>
      <w:r>
        <w:br/>
      </w:r>
      <w:r>
        <w:rPr>
          <w:sz w:val="20"/>
        </w:rPr>
        <w:t>1:19:54  violent activism chalaye aur nateeje mein kaha tabahi mile</w:t>
      </w:r>
      <w:r>
        <w:br/>
      </w:r>
      <w:r>
        <w:rPr>
          <w:sz w:val="20"/>
        </w:rPr>
        <w:t>1:20:00  to kya aata hai second thought revision reassessment aur phir woh u turn leta hai</w:t>
      </w:r>
      <w:r>
        <w:br/>
      </w:r>
      <w:r>
        <w:rPr>
          <w:sz w:val="20"/>
        </w:rPr>
        <w:t>1:20:10  iski misaal hai japan second world war se pehle japan mein bohat zabardast tashaddud culture tha yani tareekh mein pehli baar japaniyon ne nikala tha yeh suicide bombing jis ko harakiri kehte thay woh</w:t>
      </w:r>
      <w:r>
        <w:br/>
      </w:r>
      <w:r>
        <w:rPr>
          <w:sz w:val="20"/>
        </w:rPr>
        <w:t>1:20:30  lekin jab</w:t>
      </w:r>
      <w:r>
        <w:br/>
      </w:r>
      <w:r>
        <w:rPr>
          <w:sz w:val="20"/>
        </w:rPr>
        <w:t>1:20:34  second world war mein unki haar ho gayi mukammal shikast ho gayi unke sheher tabah ho gaye to unka second thought aaya unke andar</w:t>
      </w:r>
      <w:r>
        <w:br/>
      </w:r>
      <w:r>
        <w:rPr>
          <w:sz w:val="20"/>
        </w:rPr>
        <w:t>1:20:44  to phir u turn liya unhon ne aur hirohito jo badshah tha us ne taqreer ki thi ke we have to suffer the unsufferable</w:t>
      </w:r>
      <w:r>
        <w:br/>
      </w:r>
      <w:r>
        <w:rPr>
          <w:sz w:val="20"/>
        </w:rPr>
        <w:t>1:20:59  to take a new decision yani hamein ek na qabil bardasht ko bardasht karna hai taake aap kahein ke na decision lein yani bajaye violence ke peace ka rasta ikhtiyar karein</w:t>
      </w:r>
      <w:r>
        <w:br/>
      </w:r>
      <w:r>
        <w:rPr>
          <w:sz w:val="20"/>
        </w:rPr>
        <w:t>1:21:13  to main kashmiyon ke bare mein yahi rai rakhta hoon ke woh bal insan hain pathar nahi hain to unhon ne kashmir mein jihad ke naam par violence chalaya aur woh mukammal tor par nakaam hua kyunke dekhiye ek lakh kashmiri mare gaye ek lakh</w:t>
      </w:r>
      <w:r>
        <w:br/>
      </w:r>
      <w:r>
        <w:rPr>
          <w:sz w:val="20"/>
        </w:rPr>
        <w:t>1:21:41  Pakistan ne Kashmir ke liye</w:t>
      </w:r>
      <w:r>
        <w:br/>
      </w:r>
      <w:r>
        <w:rPr>
          <w:sz w:val="20"/>
        </w:rPr>
        <w:t>1:21:44  char ladaiyan ladeen</w:t>
      </w:r>
      <w:r>
        <w:br/>
      </w:r>
      <w:r>
        <w:rPr>
          <w:sz w:val="20"/>
        </w:rPr>
        <w:t>1:21:46  aur khud Pakistani government ne keh diya ke ab ab hum ladai nahi lad sakte kyun ke char ladaiyon</w:t>
      </w:r>
      <w:r>
        <w:br/>
      </w:r>
      <w:r>
        <w:rPr>
          <w:sz w:val="20"/>
        </w:rPr>
        <w:t>1:21:53  mein hum Kashmir ko hasil nahi kar sake</w:t>
      </w:r>
      <w:r>
        <w:br/>
      </w:r>
      <w:r>
        <w:rPr>
          <w:sz w:val="20"/>
        </w:rPr>
        <w:t>1:21:57  to Pakistan failed state ban gaya aap bataiye ke ek regular army Pakistan ki hesiyat ek regular regular</w:t>
      </w:r>
      <w:r>
        <w:br/>
      </w:r>
      <w:r>
        <w:rPr>
          <w:sz w:val="20"/>
        </w:rPr>
        <w:t>1:22:05  army ki hai woh char ladai lad kar ke Kashmir ko qabza nahi kar saka</w:t>
      </w:r>
      <w:r>
        <w:br/>
      </w:r>
      <w:r>
        <w:rPr>
          <w:sz w:val="20"/>
        </w:rPr>
        <w:t>1:22:11  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r>
        <w:br/>
      </w:r>
      <w:r>
        <w:rPr>
          <w:sz w:val="20"/>
        </w:rPr>
        <w:t>1:22:41  yahan meri umeed hai ke itne sare jo yani kashmiyon ka jo so called jihad jo tha jab woh counter productive ban gaya to ab zahir hai ke woh pathar nahi hain woh sochenge woh aur soch rahe hain</w:t>
      </w:r>
      <w:r>
        <w:br/>
      </w:r>
      <w:r>
        <w:rPr>
          <w:sz w:val="20"/>
        </w:rPr>
        <w:t>1:22:59  to yahan yahan hai meri umeed ke woh u turn lenge aur tashaddud ke bajaye peaceful culture chalayenge apne haan aur</w:t>
      </w:r>
      <w:r>
        <w:br/>
      </w:r>
      <w:r>
        <w:rPr>
          <w:sz w:val="20"/>
        </w:rPr>
        <w:t>1:23:14  yahi maine likha hai is mein aur main sochta hoon ke is ka aghaz ho chuka hai</w:t>
      </w:r>
      <w:r>
        <w:br/>
      </w:r>
      <w:r>
        <w:rPr>
          <w:sz w:val="20"/>
        </w:rPr>
        <w:t>1:23:22  Kashmir mein bahut se log aise hain jo jo mujh se zabani bhi bataya hai telephone bhi</w:t>
      </w:r>
      <w:r>
        <w:br/>
      </w:r>
      <w:r>
        <w:rPr>
          <w:sz w:val="20"/>
        </w:rPr>
        <w:t>1:23:28  aata hai un ka khat bhi aaye hain ke pehle hum</w:t>
      </w:r>
      <w:r>
        <w:br/>
      </w:r>
      <w:r>
        <w:rPr>
          <w:sz w:val="20"/>
        </w:rPr>
        <w:t>1:23:33  yahan ke jo army thi us ko hum pathar marte the ab hum ko Quran pesh karte hain</w:t>
      </w:r>
      <w:r>
        <w:br/>
      </w:r>
      <w:r>
        <w:rPr>
          <w:sz w:val="20"/>
        </w:rPr>
        <w:t>1:23:39  to yahi to it is a good sign</w:t>
      </w:r>
      <w:r>
        <w:br/>
      </w:r>
      <w:r>
        <w:rPr>
          <w:sz w:val="20"/>
        </w:rPr>
        <w:t>1:23:43  is se pata hai pata chalta hai kashmir mein aik aik naya aik nai sar taloo ho chuki</w:t>
      </w:r>
      <w:r>
        <w:br/>
      </w:r>
      <w:r>
        <w:rPr>
          <w:sz w:val="20"/>
        </w:rPr>
        <w:t>1:23:49  hai aik nai subah aa chuki hai wahan par</w:t>
      </w:r>
      <w:r>
        <w:br/>
      </w:r>
      <w:r>
        <w:rPr>
          <w:sz w:val="20"/>
        </w:rPr>
        <w:t>1:23:53  aur inshallah yeh aur badhega badhega badhega yahan tak ke wahan yani nisf al nahar ka waqt aa jayega</w:t>
      </w:r>
    </w:p>
    <w:p>
      <w:pPr>
        <w:pStyle w:val="Heading2"/>
      </w:pPr>
      <w:r>
        <w:t>Essential qualities of a da'i</w:t>
      </w:r>
    </w:p>
    <w:p>
      <w:r>
        <w:rPr>
          <w:color w:val="666666"/>
          <w:sz w:val="18"/>
        </w:rPr>
        <w:t>Society &amp; Dawah · The Concept of Divine Help June 16, 2013 · 1m 59s · at 54:00 · https://youtu.be/b0QaxGSnAOI?t=3240</w:t>
      </w:r>
    </w:p>
    <w:p>
      <w:r>
        <w:rPr>
          <w:i/>
        </w:rPr>
        <w:t>“What should be the essential qualities of a da'i (caller to Islam)?”</w:t>
      </w:r>
    </w:p>
    <w:p>
      <w:r>
        <w:rPr>
          <w:sz w:val="20"/>
        </w:rPr>
        <w:t>54:00  Maulana, agla sawal Raichur se hai Zaheeruddin sahib ka. unhon ne aap se poocha hai keh "What should be the essential qualities of a dai?" us ke baray mein batayein.</w:t>
      </w:r>
      <w:r>
        <w:br/>
      </w:r>
      <w:r>
        <w:rPr>
          <w:sz w:val="20"/>
        </w:rPr>
        <w:t>54:14  dekhiye, Quran mein do cheez batayi gayi hain. woh kya hai? "In lakum nasih amin" is ka matlab kya hai?</w:t>
      </w:r>
      <w:r>
        <w:br/>
      </w:r>
      <w:r>
        <w:rPr>
          <w:sz w:val="20"/>
        </w:rPr>
        <w:t>54:31  mad'u ke liye yak-tarfa khair khwahi. mad'u ke liye yak-tarfa khair khwahi aur dawat inhi, inhi,</w:t>
      </w:r>
      <w:r>
        <w:br/>
      </w:r>
      <w:r>
        <w:rPr>
          <w:sz w:val="20"/>
        </w:rPr>
        <w:t>54:44  isi cheez ki dena jo Allah ki taraf se aaya. apni taraf shamil na karna kuch. maslan, aap debate karein, aap qoumi sahifat ki baatein karein, zulm ki shikayat karein, case aap ne aur cheez shamil kar li,</w:t>
      </w:r>
      <w:r>
        <w:br/>
      </w:r>
      <w:r>
        <w:rPr>
          <w:sz w:val="20"/>
        </w:rPr>
        <w:t>54:58  doosri cheez shamil kar li.</w:t>
      </w:r>
      <w:r>
        <w:br/>
      </w:r>
      <w:r>
        <w:rPr>
          <w:sz w:val="20"/>
        </w:rPr>
        <w:t>55:00  to do hi shart hain: mad'u ke liye yak-tarfa taur par, unilateral taur par aap khair khwah bane rahein, value issuer bane rahein.</w:t>
      </w:r>
      <w:r>
        <w:br/>
      </w:r>
      <w:r>
        <w:rPr>
          <w:sz w:val="20"/>
        </w:rPr>
        <w:t>55:10  aur doosri shart yeh hai keh aap wohi karein, dawat isi, isi cheez ki dein jo Quran mein bataya gaya hai. log kya kehte hain?</w:t>
      </w:r>
      <w:r>
        <w:br/>
      </w:r>
      <w:r>
        <w:rPr>
          <w:sz w:val="20"/>
        </w:rPr>
        <w:t>55:20  naam lete hain dawat ka aur baatein karte hain kya? fakhr ki, qoumi, qoumi siyasat ki, yeh sab</w:t>
      </w:r>
      <w:r>
        <w:br/>
      </w:r>
      <w:r>
        <w:rPr>
          <w:sz w:val="20"/>
        </w:rPr>
        <w:t>55:28  baatein karte hain. woh bilashuba Islam mein jaiz nahin hai. to yeh, yeh do, yeh, yeh do cheezein apne andar paida kijiye jo is ayat mein milti hai: nasih hona aur amin hona.</w:t>
      </w:r>
      <w:r>
        <w:br/>
      </w:r>
      <w:r>
        <w:rPr>
          <w:sz w:val="20"/>
        </w:rPr>
        <w:t>55:41  nasih hone ke mani hain walosher hona, ameen hone ke mani hain ke bohat hi honest hona is mamle mein ke wahi baat, usi baat ki dawat dena hai jo quran mein bataya gaya hai.</w:t>
      </w:r>
      <w:r>
        <w:br/>
      </w:r>
      <w:r>
        <w:rPr>
          <w:sz w:val="20"/>
        </w:rPr>
        <w:t>55:51  kisi aur baat ko shamil nahi karna is mein.</w:t>
      </w:r>
    </w:p>
    <w:p>
      <w:pPr>
        <w:pStyle w:val="Heading2"/>
      </w:pPr>
      <w:r>
        <w:t>Establishing Islam in non-Muslim countries</w:t>
      </w:r>
    </w:p>
    <w:p>
      <w:r>
        <w:rPr>
          <w:color w:val="666666"/>
          <w:sz w:val="18"/>
        </w:rPr>
        <w:t>Society &amp; Dawah · The Lesson of History September 21, 2014 · 1m 33s · at 59:14 · https://youtu.be/aMVHLKMkhcQ?t=3554</w:t>
      </w:r>
    </w:p>
    <w:p>
      <w:r>
        <w:rPr>
          <w:i/>
        </w:rPr>
        <w:t>“Should Muslims not try to establish the religion of Islam in a country where they are living? Please comment.”</w:t>
      </w:r>
    </w:p>
    <w:p>
      <w:r>
        <w:rPr>
          <w:sz w:val="20"/>
        </w:rPr>
        <w:t>59:14  maulana, agla sawal lene se pehle yeh comment parhna chahenge jo iqbal umri sahib ne bheja hai. jo abhi is waqt amravati, maharashtra mein hain aur yeh program dekh rahe hain kuch logon ke sath.</w:t>
      </w:r>
      <w:r>
        <w:br/>
      </w:r>
      <w:r>
        <w:rPr>
          <w:sz w:val="20"/>
        </w:rPr>
        <w:t>59:25  unhone likha hai ke maulana aaj pehli bar glo kya hota hai, yeh hum logon ne jana. aur amravati, maharashtra se hi maulana shafiq qasmi sahib ka bhi sawal hai.</w:t>
      </w:r>
      <w:r>
        <w:br/>
      </w:r>
      <w:r>
        <w:rPr>
          <w:sz w:val="20"/>
        </w:rPr>
        <w:t>59:37  unhone likha hai ke Should Muslims not try to establish deen-e-islam in a country where they are living? please comment.</w:t>
      </w:r>
      <w:r>
        <w:br/>
      </w:r>
      <w:r>
        <w:rPr>
          <w:sz w:val="20"/>
        </w:rPr>
        <w:t>59:47  dekhen, deen ko establish karna yeh ek bidati tasawwur hai. deen ko follow karna,</w:t>
      </w:r>
      <w:r>
        <w:br/>
      </w:r>
      <w:r>
        <w:rPr>
          <w:sz w:val="20"/>
        </w:rPr>
        <w:t>59:55  yeh to is zamane mein jo paida hui hui political thinker, unhone yeh bidat phaila rakhi hai ke deen ko nafiz karna, deen ko implement karna, deen ko yeh jo hai tasawwur, is ke is mein to saraliyan ho rahi hain.</w:t>
      </w:r>
      <w:r>
        <w:br/>
      </w:r>
      <w:r>
        <w:rPr>
          <w:sz w:val="20"/>
        </w:rPr>
        <w:t>1:00:10  quran ka jo tasawwur hai ke deen ko follow karo, deen ki pairvi karo, deen ki itaat karo. deen ko karna hai, deen ko karwana nahi hai.</w:t>
      </w:r>
      <w:r>
        <w:br/>
      </w:r>
      <w:r>
        <w:rPr>
          <w:sz w:val="20"/>
        </w:rPr>
        <w:t>1:00:23  isi se sari buraiyan paida ho</w:t>
      </w:r>
      <w:r>
        <w:br/>
      </w:r>
      <w:r>
        <w:rPr>
          <w:sz w:val="20"/>
        </w:rPr>
        <w:t>1:00:25  een. musalman jahan bhi hain, chahe woh india mein hon, kahin bhi hon, follow kar rahe hain un ko. aur follow karne mein koi rukawat nahi hai. rukawat hai jab aap kahin ke tum political seat chhado, hamein prime minister banna hai, to wahan jhagda paida hota hai.</w:t>
      </w:r>
    </w:p>
    <w:p>
      <w:pPr>
        <w:pStyle w:val="Heading2"/>
      </w:pPr>
      <w:r>
        <w:t>Establishing mosque in non-Muslim colony</w:t>
      </w:r>
    </w:p>
    <w:p>
      <w:r>
        <w:rPr>
          <w:color w:val="666666"/>
          <w:sz w:val="18"/>
        </w:rPr>
        <w:t>Society &amp; Dawah · Spirit of Ramadan June 14, 2015 · 1m 36s · at 55:58 · https://youtu.be/mKQdhE2rhdQ?t=3358</w:t>
      </w:r>
    </w:p>
    <w:p>
      <w:r>
        <w:rPr>
          <w:i/>
        </w:rPr>
        <w:t>“These days, if some Muslims' houses are built in a non-Muslim colony, they want to establish a proper mosque there even though there is a place to pray. Please shed light on this in the light of Quran and Hadith.”</w:t>
      </w:r>
    </w:p>
    <w:p>
      <w:r>
        <w:rPr>
          <w:sz w:val="20"/>
        </w:rPr>
        <w:t>55:58  Maulana, yeh agla sawal kiya hai Dr. Iqbal Pardhan ne Delhi se</w:t>
      </w:r>
      <w:r>
        <w:br/>
      </w:r>
      <w:r>
        <w:rPr>
          <w:sz w:val="20"/>
        </w:rPr>
        <w:t>56:03  : "Maulana, aaj kal Musalmanon ke kuch ghar agar kisi ghair Muslim colony mein ban jaate hain to Muslim wahan namaz parhne ki jagah hote hue bhi baqayda Masjid qaim karna chahte hain.</w:t>
      </w:r>
      <w:r>
        <w:br/>
      </w:r>
      <w:r>
        <w:rPr>
          <w:sz w:val="20"/>
        </w:rPr>
        <w:t>56:18  Quran aur Hadees ki roshni mein is par roshni daliye." dekhiye, yeh to bilkul bohat hi zyada galat zehan hai mere nazdeek. is mein khwamkhwah jhagda paida</w:t>
      </w:r>
      <w:r>
        <w:br/>
      </w:r>
      <w:r>
        <w:rPr>
          <w:sz w:val="20"/>
        </w:rPr>
        <w:t>56:29  hota hai. Masjid banayenge, phir loud speaker lagayenge, phir shor karenge, aur nafratein paida hongi. ek museebat</w:t>
      </w:r>
      <w:r>
        <w:br/>
      </w:r>
      <w:r>
        <w:rPr>
          <w:sz w:val="20"/>
        </w:rPr>
        <w:t>56:38  dekhiye. yeh Bani Israel jo thay Hazrat Musa ke zamane mein, to Misr mein woh aqalliyat mein thay, majority doosre logon ki thi.</w:t>
      </w:r>
      <w:r>
        <w:br/>
      </w:r>
      <w:r>
        <w:rPr>
          <w:sz w:val="20"/>
        </w:rPr>
        <w:t>56:51  to isi tarah ki sooratenhaal thi wahan par jo India mein.</w:t>
      </w:r>
      <w:r>
        <w:br/>
      </w:r>
      <w:r>
        <w:rPr>
          <w:sz w:val="20"/>
        </w:rPr>
        <w:t>56:57  to Quran mein aap parh lijiye yeh ayat ke "waj'alu buyutakum qiblatan wa aqimu salata". apne ghar ki qibla bana lo, apne ghar ki Masjid bana lo, apne ghar ki Masjid bana ke namaz parho.</w:t>
      </w:r>
      <w:r>
        <w:br/>
      </w:r>
      <w:r>
        <w:rPr>
          <w:sz w:val="20"/>
        </w:rPr>
        <w:t>57:12  yeh yeh kuch nahi hai ke aap wahan khwamkhwah lad bhad kar kahein ke hum humein Masjid chahiye, hamara haq hai ke Masjid banayein. yeh Islam se koi ta'alluq nahi hai, yeh yeh Islam se koi ta'alluq is ka nahi</w:t>
      </w:r>
      <w:r>
        <w:br/>
      </w:r>
      <w:r>
        <w:rPr>
          <w:sz w:val="20"/>
        </w:rPr>
        <w:t>57:24  hai. "waj'alu buyutakum qiblatan wa aqimu salata". Masjidon ka yani apne apne gharon ko Masjid bana lo, wahan par namaz parho.</w:t>
      </w:r>
    </w:p>
    <w:p>
      <w:pPr>
        <w:pStyle w:val="Heading2"/>
      </w:pPr>
      <w:r>
        <w:t>Excuse of inflation for neglecting religion</w:t>
      </w:r>
    </w:p>
    <w:p>
      <w:r>
        <w:rPr>
          <w:color w:val="666666"/>
          <w:sz w:val="18"/>
        </w:rPr>
        <w:t>Society &amp; Dawah · Divine Management in History April 7, 2013 · 7m 27s · at 57:57 · https://youtu.be/wcBzG56LuPY?t=3477</w:t>
      </w:r>
    </w:p>
    <w:p>
      <w:r>
        <w:rPr>
          <w:i/>
        </w:rPr>
        <w:t>“When people are invited to Islam, they say that inflation is so high they have no time to think about religion. What is your opinion on this?”</w:t>
      </w:r>
    </w:p>
    <w:p>
      <w:r>
        <w:rPr>
          <w:sz w:val="20"/>
        </w:rPr>
        <w:t>57:57  Maulana, yeh sawal aaya hai Karachi Pakistan se Abdul Latif sahib ka. Unhon ne likha hai: "Aaj ke insaan ko jab deen ki taraf bulaya jata hai to woh yeh uzr batate hain ke mehangai itni zyada ho gayi hai ke humein waqt hi nahi milta ke hum deen ke bare mein sochein." Maulana sahib, is bare mein aap ki kya rai hai?</w:t>
      </w:r>
      <w:r>
        <w:br/>
      </w:r>
      <w:r>
        <w:rPr>
          <w:sz w:val="20"/>
        </w:rPr>
        <w:t>58:24  dekhein, main bhi is dunya mein rehta hoon,</w:t>
      </w:r>
      <w:r>
        <w:br/>
      </w:r>
      <w:r>
        <w:rPr>
          <w:sz w:val="20"/>
        </w:rPr>
        <w:t>58:27  isi dunya mein jahan mehangai bohat zyada hai. Main ne dono daur dekha hai, azadi se pehle isi dunya mein mehangai bilkul nahi thi.</w:t>
      </w:r>
      <w:r>
        <w:br/>
      </w:r>
      <w:r>
        <w:rPr>
          <w:sz w:val="20"/>
        </w:rPr>
        <w:t>58:41  mujhe ab tak yaad hai ek waqia ke Maulana Mujeeb Ullah Nadvi ghar se yani apne ghar walon ko bataye baghair parhne ke liye Nadvah aa gaye,</w:t>
      </w:r>
      <w:r>
        <w:br/>
      </w:r>
      <w:r>
        <w:rPr>
          <w:sz w:val="20"/>
        </w:rPr>
        <w:t>58:56  ghar wale nadwa ke khilaf thay is zamane mein.</w:t>
      </w:r>
      <w:r>
        <w:br/>
      </w:r>
      <w:r>
        <w:rPr>
          <w:sz w:val="20"/>
        </w:rPr>
        <w:t>59:00  to unhon ne bataya ke ab sirf mere paas paanch rupiya tha, us waqt</w:t>
      </w:r>
      <w:r>
        <w:br/>
      </w:r>
      <w:r>
        <w:rPr>
          <w:sz w:val="20"/>
        </w:rPr>
        <w:t>59:06  paanch rupiya, aur kahe unhon ne bataya ke ek mahine tak maine is paanch rupay se bohat</w:t>
      </w:r>
      <w:r>
        <w:br/>
      </w:r>
      <w:r>
        <w:rPr>
          <w:sz w:val="20"/>
        </w:rPr>
        <w:t>59:13  itminan ke sath</w:t>
      </w:r>
      <w:r>
        <w:br/>
      </w:r>
      <w:r>
        <w:rPr>
          <w:sz w:val="20"/>
        </w:rPr>
        <w:t>59:16  yani khaya, nashta aur khana aur</w:t>
      </w:r>
      <w:r>
        <w:br/>
      </w:r>
      <w:r>
        <w:rPr>
          <w:sz w:val="20"/>
        </w:rPr>
        <w:t>59:21  dopehar ka aur sham ka, sab paanch rupay mein ek mahine tak.</w:t>
      </w:r>
      <w:r>
        <w:br/>
      </w:r>
      <w:r>
        <w:rPr>
          <w:sz w:val="20"/>
        </w:rPr>
        <w:t>59:28  ab jo hai, har aadmi janta hai ke ab paanch rupay koi value nahi hai. To main bhi is dunya mein hoon. Asal baat dekhein, mehangai nahi hai.</w:t>
      </w:r>
      <w:r>
        <w:br/>
      </w:r>
      <w:r>
        <w:rPr>
          <w:sz w:val="20"/>
        </w:rPr>
        <w:t>59:42  asal baat yeh nahi ke mehangai barh gayi hai, asal baat yeh hai ke logon ne apne ikhrajaat barha liye hain. Har aadmi ne kharch barha rakha hai, itna zyada kharch karte hain har mad mein.</w:t>
      </w:r>
      <w:r>
        <w:br/>
      </w:r>
      <w:r>
        <w:rPr>
          <w:sz w:val="20"/>
        </w:rPr>
        <w:t>59:56  bachon ke kapra, bachon ki khwahishein poori karna, bachon ki pampering, shadi byah yani koi mad aisi nahi hai jis mein log bohat zyada kharch na karte hon.</w:t>
      </w:r>
      <w:r>
        <w:br/>
      </w:r>
      <w:r>
        <w:rPr>
          <w:sz w:val="20"/>
        </w:rPr>
        <w:t>1:00:09  mera koi kharch nahi hai, to mujhe koi is qism ki pareshani bhi nahi.</w:t>
      </w:r>
      <w:r>
        <w:br/>
      </w:r>
      <w:r>
        <w:rPr>
          <w:sz w:val="20"/>
        </w:rPr>
        <w:t>1:00:18  main ne koi kharch hi nahi, jo hai wahi kha liya hai, jo hai wahi pi liya.</w:t>
      </w:r>
      <w:r>
        <w:br/>
      </w:r>
      <w:r>
        <w:rPr>
          <w:sz w:val="20"/>
        </w:rPr>
        <w:t>1:00:25  to logon ko chahiye ke is tarah ki shikayatein karne ke baad apne kharch ko ghatayein,</w:t>
      </w:r>
      <w:r>
        <w:br/>
      </w:r>
      <w:r>
        <w:rPr>
          <w:sz w:val="20"/>
        </w:rPr>
        <w:t>1:00:34  jaisa ke main ne ghata rakha hai. Apne kharch ko ghatayein, phir aap ko mehangai ki shikayat nahi hogi.</w:t>
      </w:r>
      <w:r>
        <w:br/>
      </w:r>
      <w:r>
        <w:rPr>
          <w:sz w:val="20"/>
        </w:rPr>
        <w:t>1:00:43  yeh main apne tajrube ki buniyad par poore yaqeen ke sath keh sakta hoon. Maulana, agla ek comment aaya hai aur ek sawal bhi aaya hai Kashmir se Muhammad Saleem Mir sahib</w:t>
      </w:r>
      <w:r>
        <w:br/>
      </w:r>
      <w:r>
        <w:rPr>
          <w:sz w:val="20"/>
        </w:rPr>
        <w:t>1:00:54  ka. Pehle un ka comment padhte hain. Unhon ne likha hai: "In Al-Risala issue March titled Azdawaj-e-Zindagi, you have quoted a verse from Surah Al-Baqarah in light of home partner and life partner.</w:t>
      </w:r>
      <w:r>
        <w:br/>
      </w:r>
      <w:r>
        <w:rPr>
          <w:sz w:val="20"/>
        </w:rPr>
        <w:t>1:01:10  The interpretation in this regard which I was trying to find out in Quranic verses other than Tazkir-ul-Quran was never comprehended by my mind,</w:t>
      </w:r>
      <w:r>
        <w:br/>
      </w:r>
      <w:r>
        <w:rPr>
          <w:sz w:val="20"/>
        </w:rPr>
        <w:t>1:01:22  and it was the first time that I understood the divine plan in terms of home partner and a life partner." Aur Maulana, unhon ne ek sawal kiya hai.</w:t>
      </w:r>
      <w:r>
        <w:br/>
      </w:r>
      <w:r>
        <w:rPr>
          <w:sz w:val="20"/>
        </w:rPr>
        <w:t>1:01:33  un ka sawal yeh hai: "The one who always thinks regarding the accountability of the Day of Judgment is called a God-oriented thinker.</w:t>
      </w:r>
      <w:r>
        <w:br/>
      </w:r>
      <w:r>
        <w:rPr>
          <w:sz w:val="20"/>
        </w:rPr>
        <w:t>1:01:45  My question is how to develop such pattern of thinking among the Muslims who are not even ready to accept the basics of creation plan of God?" Is ke bare mein batayein.</w:t>
      </w:r>
      <w:r>
        <w:br/>
      </w:r>
      <w:r>
        <w:rPr>
          <w:sz w:val="20"/>
        </w:rPr>
        <w:t>1:02:01  dekhiye, is ka koi, is ka koi</w:t>
      </w:r>
      <w:r>
        <w:br/>
      </w:r>
      <w:r>
        <w:rPr>
          <w:sz w:val="20"/>
        </w:rPr>
        <w:t>1:02:07  yani koi tarasumati tareeqa nahi hai.</w:t>
      </w:r>
      <w:r>
        <w:br/>
      </w:r>
      <w:r>
        <w:rPr>
          <w:sz w:val="20"/>
        </w:rPr>
        <w:t>1:02:14  wohi ke jo main ne kiya, Allah ke fazl se matlab Quran ko main ne tilawat nahi ki balkeh study ki.</w:t>
      </w:r>
      <w:r>
        <w:br/>
      </w:r>
      <w:r>
        <w:rPr>
          <w:sz w:val="20"/>
        </w:rPr>
        <w:t>1:02:24  Quran ki main ne sirf tilawat nahi ki balkeh study ki. Aise hi main ne jo sunnat-e-Rasool hai, us ko gehrai ke sath parha aur jo relevant literature hai, sab ko parha.</w:t>
      </w:r>
      <w:r>
        <w:br/>
      </w:r>
      <w:r>
        <w:rPr>
          <w:sz w:val="20"/>
        </w:rPr>
        <w:t>1:02:39  to Allah ke fazl se mere andar yeh cheez develop ho gayi.</w:t>
      </w:r>
      <w:r>
        <w:br/>
      </w:r>
      <w:r>
        <w:rPr>
          <w:sz w:val="20"/>
        </w:rPr>
        <w:t>1:02:45  mujhe is qism ki Allah ke fazl se koi shikayat nahi hai. to koi, koi doosra tareeqa nahi hai. isi Allah ki kitab ko parhna, isi rasool ki sunnat ka mutalea karna aur kainat ko khuli aankhon se dekhna,</w:t>
      </w:r>
      <w:r>
        <w:br/>
      </w:r>
      <w:r>
        <w:rPr>
          <w:sz w:val="20"/>
        </w:rPr>
        <w:t>1:03:04  kainat ko khuli aankhon se dekhna</w:t>
      </w:r>
      <w:r>
        <w:br/>
      </w:r>
      <w:r>
        <w:rPr>
          <w:sz w:val="20"/>
        </w:rPr>
        <w:t>1:03:09  to isi se sab baatein paida hoti hain.</w:t>
      </w:r>
      <w:r>
        <w:br/>
      </w:r>
      <w:r>
        <w:rPr>
          <w:sz w:val="20"/>
        </w:rPr>
        <w:t>1:03:13  ab mein kya, aap ko kal, kal, kal parson ka ek, ek tajruba batata hoon ke mein apne ghar ke samne jo mera jo balcony hai, us par baitha hua tha.</w:t>
      </w:r>
      <w:r>
        <w:br/>
      </w:r>
      <w:r>
        <w:rPr>
          <w:sz w:val="20"/>
        </w:rPr>
        <w:t>1:03:27  subah ka waqt tha aur suraj abhi bhi nikla tha. to ek sahib milne ke liye aa gaye. to meri aadat hai ke mein poochta hoon aadmi se ke aap ke paas koi nai news hai?</w:t>
      </w:r>
      <w:r>
        <w:br/>
      </w:r>
      <w:r>
        <w:rPr>
          <w:sz w:val="20"/>
        </w:rPr>
        <w:t>1:03:43  to mein usay hi poochta hoon ke aap ke paas koi nai news hai? to unhon ne kuch der soch kar kaha ke nahi, koi nai news to nahi hai.</w:t>
      </w:r>
      <w:r>
        <w:br/>
      </w:r>
      <w:r>
        <w:rPr>
          <w:sz w:val="20"/>
        </w:rPr>
        <w:t>1:03:56  to mere dimagh se nikla ke dekhen, suraj nikla hua hai, yeh new nai news nahi hai. raat ki tareeki ke baad suraj nikal aaya aur sara alam jagmaga raha tha ke nai news nahi hai.</w:t>
      </w:r>
      <w:r>
        <w:br/>
      </w:r>
      <w:r>
        <w:rPr>
          <w:sz w:val="20"/>
        </w:rPr>
        <w:t>1:04:11  hawaein chal rahi hain, hawaein rukengi nahi, nai news nahi hai. oxygen ki supply jari hai, band nahi hui. kaha yeh nai news, news nahi hai.</w:t>
      </w:r>
      <w:r>
        <w:br/>
      </w:r>
      <w:r>
        <w:rPr>
          <w:sz w:val="20"/>
        </w:rPr>
        <w:t>1:04:21  zameen apne bohat hi zyada yaani sahi tor par revalu kar rahi hai.</w:t>
      </w:r>
      <w:r>
        <w:br/>
      </w:r>
      <w:r>
        <w:rPr>
          <w:sz w:val="20"/>
        </w:rPr>
        <w:t>1:04:32  kya nai news nahi hai? phir mein ne kaha ke aap ne sham ko khana khaya hoga aur subah ko woh hazam ho gaya. kaha yeh news nahi, nahi, news nahi hai.</w:t>
      </w:r>
      <w:r>
        <w:br/>
      </w:r>
      <w:r>
        <w:rPr>
          <w:sz w:val="20"/>
        </w:rPr>
        <w:t>1:04:44  raat ko aap ki aankh band ho gayi thi, us waqt aankh khuli hai, aap sab dunya ko dekh rahe hain. kya nai news nahi hai?</w:t>
      </w:r>
      <w:r>
        <w:br/>
      </w:r>
      <w:r>
        <w:rPr>
          <w:sz w:val="20"/>
        </w:rPr>
        <w:t>1:04:50  asal cheez yeh hai ke log jo hain jante hain nahi dunya mein kaise rehna hai. ab yeh sab baatein jo mein ne kahin, agar aap yeh sochen to shukr ka samandar aap ke andar aa jayega.</w:t>
      </w:r>
      <w:r>
        <w:br/>
      </w:r>
      <w:r>
        <w:rPr>
          <w:sz w:val="20"/>
        </w:rPr>
        <w:t>1:05:04  shukr ka samandar, marfat ka samandar, rabaniyat ka samandar.</w:t>
      </w:r>
      <w:r>
        <w:br/>
      </w:r>
      <w:r>
        <w:rPr>
          <w:sz w:val="20"/>
        </w:rPr>
        <w:t>1:05:12  to hamari jo kitabein hain, risala jo hai, isi ke liye to hai. is ko parhen, log baqayda bar bar parhen to is se yeh cheez develop hogi.</w:t>
      </w:r>
    </w:p>
    <w:p>
      <w:pPr>
        <w:pStyle w:val="Heading2"/>
      </w:pPr>
      <w:r>
        <w:t>Expecting non-Muslims to accept supernatural concepts</w:t>
      </w:r>
    </w:p>
    <w:p>
      <w:r>
        <w:rPr>
          <w:color w:val="666666"/>
          <w:sz w:val="18"/>
        </w:rPr>
        <w:t>Society &amp; Dawah · God Oriented Life (In Conversation with Maulana) 23 10 11 · 4m 13s · at 3:09 · https://youtu.be/E_LWwsWww2U?t=189</w:t>
      </w:r>
    </w:p>
    <w:p>
      <w:r>
        <w:rPr>
          <w:i/>
        </w:rPr>
        <w:t>“When inviting non-Muslims towards Islam, how can we expect them to accept the supernatural concepts like miracles and existence of Jinn?”</w:t>
      </w:r>
    </w:p>
    <w:p>
      <w:r>
        <w:rPr>
          <w:sz w:val="20"/>
        </w:rPr>
        <w:t>3:09  مس فرحان خان نے ممبئی سے سوال کیا ہے انہوں نے لکھا ہے "When inviting non-Muslims towards</w:t>
      </w:r>
      <w:r>
        <w:br/>
      </w:r>
      <w:r>
        <w:rPr>
          <w:sz w:val="20"/>
        </w:rPr>
        <w:t>3:18  اسلام ہاؤ کین وی ایکسپیکٹ دیم ٹو ایکسیپٹ the supernatural concepts like معجزات and existence of جن"</w:t>
      </w:r>
      <w:r>
        <w:br/>
      </w:r>
      <w:r>
        <w:rPr>
          <w:sz w:val="20"/>
        </w:rPr>
        <w:t>3:40  dekhein aap to aap ka kaam hai</w:t>
      </w:r>
      <w:r>
        <w:br/>
      </w:r>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Experiences with Mumbai Team During Dawa Meet</w:t>
      </w:r>
    </w:p>
    <w:p>
      <w:r>
        <w:rPr>
          <w:color w:val="666666"/>
          <w:sz w:val="18"/>
        </w:rPr>
        <w:t>Society &amp; Dawah · Divine Crusades December 14, 2014 · 1m 37s · at 44:42 · https://youtu.be/qZhY00S5LQg?t=2682</w:t>
      </w:r>
    </w:p>
    <w:p>
      <w:r>
        <w:rPr>
          <w:i/>
        </w:rPr>
        <w:t>“Please share with us some experiences you had with the Mumbai team during the Dawa meet.”</w:t>
      </w:r>
    </w:p>
    <w:p>
      <w:r>
        <w:rPr>
          <w:sz w:val="20"/>
        </w:rPr>
        <w:t>44:42  maulana, yeh sawal aaya hai dilli se doctor muslema siddiqui ka, aur unhon ne aap se poocha hai</w:t>
      </w:r>
      <w:r>
        <w:br/>
      </w:r>
      <w:r>
        <w:rPr>
          <w:sz w:val="20"/>
        </w:rPr>
        <w:t>44:48  ke please share with us some experiences you had with the Mumbai team during the Dawa meet.</w:t>
      </w:r>
      <w:r>
        <w:br/>
      </w:r>
      <w:r>
        <w:rPr>
          <w:sz w:val="20"/>
        </w:rPr>
        <w:t>44:54  bhai, yeh to ab mein samajhta hoon ke inshallah ek safarnama likha jayega, us mein sab baatein</w:t>
      </w:r>
      <w:r>
        <w:br/>
      </w:r>
      <w:r>
        <w:rPr>
          <w:sz w:val="20"/>
        </w:rPr>
        <w:t>45:00  aa jayengi.</w:t>
      </w:r>
      <w:r>
        <w:br/>
      </w:r>
      <w:r>
        <w:rPr>
          <w:sz w:val="20"/>
        </w:rPr>
        <w:t>45:06  baqi do ek baat mein keh sakta hoon ke jis hotel mein hum thehre the to woh hotel</w:t>
      </w:r>
      <w:r>
        <w:br/>
      </w:r>
      <w:r>
        <w:rPr>
          <w:sz w:val="20"/>
        </w:rPr>
        <w:t>45:12  ka jo kiraya tha, woh kafi zyada tha, yani several lakhs.</w:t>
      </w:r>
      <w:r>
        <w:br/>
      </w:r>
      <w:r>
        <w:rPr>
          <w:sz w:val="20"/>
        </w:rPr>
        <w:t>45:18  to woh aadmi jo tha, woh jab us ne dekha ke peaceful mission hai, daawa mission hai</w:t>
      </w:r>
      <w:r>
        <w:br/>
      </w:r>
      <w:r>
        <w:rPr>
          <w:sz w:val="20"/>
        </w:rPr>
        <w:t>45:24  to sara paisa chhod diya us ne.</w:t>
      </w:r>
      <w:r>
        <w:br/>
      </w:r>
      <w:r>
        <w:rPr>
          <w:sz w:val="20"/>
        </w:rPr>
        <w:t>45:30  aur hum log free mein woh rahe, free mein, teen din free mein rahe.</w:t>
      </w:r>
      <w:r>
        <w:br/>
      </w:r>
      <w:r>
        <w:rPr>
          <w:sz w:val="20"/>
        </w:rPr>
        <w:t>45:36  achha, aur kai tajrubaat hue, to is se maine yeh samjha ke daawa work karo, duniya tumhare</w:t>
      </w:r>
      <w:r>
        <w:br/>
      </w:r>
      <w:r>
        <w:rPr>
          <w:sz w:val="20"/>
        </w:rPr>
        <w:t>45:42  liye hai, shayad duniya cheezon ko free kar degi.</w:t>
      </w:r>
      <w:r>
        <w:br/>
      </w:r>
      <w:r>
        <w:rPr>
          <w:sz w:val="20"/>
        </w:rPr>
        <w:t>45:48  yani several lakhs the wahan par, us ke charges, sab ka sab chhod diya unhon ne.</w:t>
      </w:r>
      <w:r>
        <w:br/>
      </w:r>
      <w:r>
        <w:rPr>
          <w:sz w:val="20"/>
        </w:rPr>
        <w:t>45:54  aur mazeed yeh ke woh hamare is mein program mein shareek hue.</w:t>
      </w:r>
      <w:r>
        <w:br/>
      </w:r>
      <w:r>
        <w:rPr>
          <w:sz w:val="20"/>
        </w:rPr>
        <w:t>46:00  to aap jo hai, agar yeh aisa karein ke Allah ke mission ko sach mach ikhlas ke sath</w:t>
      </w:r>
      <w:r>
        <w:br/>
      </w:r>
      <w:r>
        <w:rPr>
          <w:sz w:val="20"/>
        </w:rPr>
        <w:t>46:06  aur sach mach is ke sahi form mein le kar duniya mein khade hon, yeh to sari duniya</w:t>
      </w:r>
      <w:r>
        <w:br/>
      </w:r>
      <w:r>
        <w:rPr>
          <w:sz w:val="20"/>
        </w:rPr>
        <w:t>46:13  aap ki hai.</w:t>
      </w:r>
    </w:p>
    <w:p>
      <w:pPr>
        <w:pStyle w:val="Heading2"/>
      </w:pPr>
      <w:r>
        <w:t>Explain the meaning of contemporary style</w:t>
      </w:r>
    </w:p>
    <w:p>
      <w:r>
        <w:rPr>
          <w:color w:val="666666"/>
          <w:sz w:val="18"/>
        </w:rPr>
        <w:t>Society &amp; Dawah · Surah Al-'Asr I November 23, 2014 Maulana Wahiduddin Khan · 4m 24s · at 54:09 · https://youtu.be/3dBMIUC0Dqw?t=3249</w:t>
      </w:r>
    </w:p>
    <w:p>
      <w:r>
        <w:rPr>
          <w:i/>
        </w:rPr>
        <w:t>“The phrase 'Islamic literature in contemporary idiom' appears in the introduction of your books. Please explain the term 'contemporary style' in detail.”</w:t>
      </w:r>
    </w:p>
    <w:p>
      <w:r>
        <w:rPr>
          <w:sz w:val="20"/>
        </w:rPr>
        <w:t>54:09  Maulana, agla sawal kya hai Jameel Akhtar Sahab ne Delhi se aur unhon ne likha hai ke: "Asri usloob mein Islamic literature yaani Islamic literature in contemporary idiom.</w:t>
      </w:r>
      <w:r>
        <w:br/>
      </w:r>
      <w:r>
        <w:rPr>
          <w:sz w:val="20"/>
        </w:rPr>
        <w:t>54:23  Maulana, yeh jumla aap ki kitabon ke taaruf mein aata hai.</w:t>
      </w:r>
      <w:r>
        <w:br/>
      </w:r>
      <w:r>
        <w:rPr>
          <w:sz w:val="20"/>
        </w:rPr>
        <w:t>54:28  Lafz asri usloob ki tafseeli wazahat karein."</w:t>
      </w:r>
      <w:r>
        <w:br/>
      </w:r>
      <w:r>
        <w:rPr>
          <w:sz w:val="20"/>
        </w:rPr>
        <w:t>54:35  Tafseeli wazahat ka har kitab mein parh leejye aap. Har kitab mein aap yeh baat paayein ge.</w:t>
      </w:r>
      <w:r>
        <w:br/>
      </w:r>
      <w:r>
        <w:rPr>
          <w:sz w:val="20"/>
        </w:rPr>
        <w:t>54:44  Asri usloob ka matlab yeh hai ke aaj ka mind address ho. Aaj ka mind address ho. Main ek misaal deta hoon aap ko ke ek hadees hai, Hazrat Aisha kehti hain Rasool Allah Sal Allah Alaihi Wasallam ke baray mein</w:t>
      </w:r>
      <w:r>
        <w:br/>
      </w:r>
      <w:r>
        <w:rPr>
          <w:sz w:val="20"/>
        </w:rPr>
        <w:t>55:02  Kan yadhkurullaha ala kulli hayawan. Rasool Allah har mauqa par zikr karte thay Allah ka.</w:t>
      </w:r>
      <w:r>
        <w:br/>
      </w:r>
      <w:r>
        <w:rPr>
          <w:sz w:val="20"/>
        </w:rPr>
        <w:t>55:14  To aap log is ko riwayati</w:t>
      </w:r>
      <w:r>
        <w:br/>
      </w:r>
      <w:r>
        <w:rPr>
          <w:sz w:val="20"/>
        </w:rPr>
        <w:t>55:19  jo tafaseer karte hain to yeh likha hai logon ne ke har mauqe par alhamdulillah keh diya, subhan Allah keh diya. yeh is tarah ke jo kalmaat hain woh keh diya.</w:t>
      </w:r>
      <w:r>
        <w:br/>
      </w:r>
      <w:r>
        <w:rPr>
          <w:sz w:val="20"/>
        </w:rPr>
        <w:t>55:30  Allah o Akbar, subhan Allah, alhamdulillah yeh alfaaz aap bolte the har mauqe par.</w:t>
      </w:r>
      <w:r>
        <w:br/>
      </w:r>
      <w:r>
        <w:rPr>
          <w:sz w:val="20"/>
        </w:rPr>
        <w:t>55:37  yeh riwayti tafseer hai. aaj ka insaan is se mutmaeen nahi hoga. maine is par bohat ghore kiya to mujhe samajh mein aaya ke aaj ke insaan ke lihaaz se jo is ki tashreeh honi chahiye woh yeh honi chahiye ke Rasool Allah</w:t>
      </w:r>
      <w:r>
        <w:br/>
      </w:r>
      <w:r>
        <w:rPr>
          <w:sz w:val="20"/>
        </w:rPr>
        <w:t>55:54  har occasion ko point of reference bana kar Allah ko yaad karte the. har occasion ko. jaise misaal ke taur par main kai baar aisa hota hai ke maine glass uthaya aur gir gaya woh.</w:t>
      </w:r>
      <w:r>
        <w:br/>
      </w:r>
      <w:r>
        <w:rPr>
          <w:sz w:val="20"/>
        </w:rPr>
        <w:t>56:11  pani bhi gir gaya. to yeh ek occasion hi hai. to woh banda samajhta hai ke itni bari universe, billion billion sitare aur sab harkat mein hain.</w:t>
      </w:r>
      <w:r>
        <w:br/>
      </w:r>
      <w:r>
        <w:rPr>
          <w:sz w:val="20"/>
        </w:rPr>
        <w:t>56:23  koi sitara gir nahi padta. koi star, koi planet ek doosre par gir nahi padte.</w:t>
      </w:r>
      <w:r>
        <w:br/>
      </w:r>
      <w:r>
        <w:rPr>
          <w:sz w:val="20"/>
        </w:rPr>
        <w:t>56:31  bohat hi perfect tor par woh un ki harkat chal rahi hai. to Allah taala ka kitna zabardast taqat hai. kitna bari power Allah taala ki hai.</w:t>
      </w:r>
      <w:r>
        <w:br/>
      </w:r>
      <w:r>
        <w:rPr>
          <w:sz w:val="20"/>
        </w:rPr>
        <w:t>56:41  bilkul control mein rakhi hui hai. main ek glass ko control nahi kar sakta. yeh hai occasion.</w:t>
      </w:r>
      <w:r>
        <w:br/>
      </w:r>
      <w:r>
        <w:rPr>
          <w:sz w:val="20"/>
        </w:rPr>
        <w:t>56:48  to yeh yeh main is ko riwayti tashreeh samajhta hoon. har mauqe par aap kehte the alhamdulillah, subhan Allah, Allah o Akbar.</w:t>
      </w:r>
      <w:r>
        <w:br/>
      </w:r>
      <w:r>
        <w:rPr>
          <w:sz w:val="20"/>
        </w:rPr>
        <w:t>56:59  yeh yeh yeh is ka yeh matlab nahi samajhta main. ya kam az kam aaj ka insaan is se mutmaeen nahi hoga.</w:t>
      </w:r>
      <w:r>
        <w:br/>
      </w:r>
      <w:r>
        <w:rPr>
          <w:sz w:val="20"/>
        </w:rPr>
        <w:t>57:07  lekin jo main arz kar raha hoon woh is se insaan mutmaeen hoga. ke har occasion ko point of reference bana kar aap Allah ke ke kisi na kisi pehlu ko, kisi kisi ka attribute ko yaad karte the.</w:t>
      </w:r>
      <w:r>
        <w:br/>
      </w:r>
      <w:r>
        <w:rPr>
          <w:sz w:val="20"/>
        </w:rPr>
        <w:t>57:24  kahin azmat Allah ki, azmat kahin Allah ki ke Allah all powerful hai. Allah ke makhsoos jo sifat hain.</w:t>
      </w:r>
      <w:r>
        <w:br/>
      </w:r>
      <w:r>
        <w:rPr>
          <w:sz w:val="20"/>
        </w:rPr>
        <w:t>57:35  to mukhtalif occasion ko aap point of reference bana kar Allah ko yaad karte hain. yeh matlab hai is ka. na ke koi datte hue alfaaz hain us ko munh se bol diya.</w:t>
      </w:r>
      <w:r>
        <w:br/>
      </w:r>
      <w:r>
        <w:rPr>
          <w:sz w:val="20"/>
        </w:rPr>
        <w:t>57:46  woh to lip service hai. woh zikr nahi, woh lip service hai.</w:t>
      </w:r>
      <w:r>
        <w:br/>
      </w:r>
      <w:r>
        <w:rPr>
          <w:sz w:val="20"/>
        </w:rPr>
        <w:t>57:56  ek baat arz kar doon ke aaj ka jo mind hai woh is waqt mutmaeen hota hai jab is mein rational logic ho.</w:t>
      </w:r>
      <w:r>
        <w:br/>
      </w:r>
      <w:r>
        <w:rPr>
          <w:sz w:val="20"/>
        </w:rPr>
        <w:t>58:06  is mein koi rational logic nahi hai ke is mauqe par yeh keh diya, is mauqe par woh keh diya. yeh koi rational logic nahi hai is mein.</w:t>
      </w:r>
      <w:r>
        <w:br/>
      </w:r>
      <w:r>
        <w:rPr>
          <w:sz w:val="20"/>
        </w:rPr>
        <w:t>58:16  lekin jo maine arz kiya is mein ek rational logic hai. aqli tawjeeh hai. to wahan is aaj ka insaan jo hai har cheez mein rational logic dhoondta hai.</w:t>
      </w:r>
      <w:r>
        <w:br/>
      </w:r>
      <w:r>
        <w:rPr>
          <w:sz w:val="20"/>
        </w:rPr>
        <w:t>58:27  yehi hai modern idiom.</w:t>
      </w:r>
    </w:p>
    <w:p>
      <w:pPr>
        <w:pStyle w:val="Heading2"/>
      </w:pPr>
      <w:r>
        <w:t>Explain the reality of wala and bara</w:t>
      </w:r>
    </w:p>
    <w:p>
      <w:r>
        <w:rPr>
          <w:color w:val="666666"/>
          <w:sz w:val="18"/>
        </w:rPr>
        <w:t>Society &amp; Dawah · Q&amp;A 20 Nov 2011 Maulana Wahiduddin Khan · 2m 44s · at 39:55 · https://youtu.be/7sNDn8Y6jUc?t=2395</w:t>
      </w:r>
    </w:p>
    <w:p>
      <w:r>
        <w:rPr>
          <w:i/>
        </w:rPr>
        <w:t>“What is the reality of the issue of 'wala' (loyalty) and 'bara' (disassociation)?”</w:t>
      </w:r>
    </w:p>
    <w:p>
      <w:r>
        <w:rPr>
          <w:sz w:val="20"/>
        </w:rPr>
        <w:t>39:55  ji. maulana agla sawal aaya hai maulana inayatullah umri ka bangalore se. unhone likha hai ke wala aur bara ke masle ki haqeeqat kya hai?</w:t>
      </w:r>
      <w:r>
        <w:br/>
      </w:r>
      <w:r>
        <w:rPr>
          <w:sz w:val="20"/>
        </w:rPr>
        <w:t>40:15  dekhein aaj kal kuch aisi kitabein likhi gayi hain arbon arab duniya mein is mein woh kehte hain ke wala musalmanon ke liye hai aur bara ghair musalmanon ke liye hai</w:t>
      </w:r>
      <w:r>
        <w:br/>
      </w:r>
      <w:r>
        <w:rPr>
          <w:sz w:val="20"/>
        </w:rPr>
        <w:t>40:32  kyunke quran mein aisa aaye hain references ke tum ko musalmanon se wala maani yani gehra taluq mohabbat ka taluq aur bara maani un se judai alahdagi</w:t>
      </w:r>
      <w:r>
        <w:br/>
      </w:r>
      <w:r>
        <w:rPr>
          <w:sz w:val="20"/>
        </w:rPr>
        <w:t>40:50  to kya ghair musalmanon se hamein judai distance banana chahiye juda hona chahiye aur sirf musalmanon se hamein taluq rakhna chahiye to yeh aisi kitabein likhi gayi hain kyunke main in kitabon ko galat samajhta hoon aur quran ke hawale galat dete hain</w:t>
      </w:r>
      <w:r>
        <w:br/>
      </w:r>
      <w:r>
        <w:rPr>
          <w:sz w:val="20"/>
        </w:rPr>
        <w:t>41:07  yani jo quran mein yeh aayatein jo hain woh kisi particular situation ke liye hain us ko aam karte hain woh us ko generalize karte hain woh yani yeh kaha gaya hai mislan ke jab musalman kisi doosre groh se etwar hon to wahan par bara hoga yani hum se taluq distance banana padega kyunke razdari</w:t>
      </w:r>
      <w:r>
        <w:br/>
      </w:r>
      <w:r>
        <w:rPr>
          <w:sz w:val="20"/>
        </w:rPr>
        <w:t>41:33  bartni padti hai raaz muntakil ho jate hain to hum ko distance maintain karna padega to woh halat jang ke liye us ko us ko generalize kar diya unhone aur sari duniya ke jo ghair musalman hain un se dori banao yeh bilkul galat thi yeh islam se koi taluq is ka nahi hai</w:t>
      </w:r>
      <w:r>
        <w:br/>
      </w:r>
      <w:r>
        <w:rPr>
          <w:sz w:val="20"/>
        </w:rPr>
        <w:t>41:50  arbon ka mamla dekhein ek baat bataoon main aap ko ke sare arbon ka mamla yeh hai ke woh un ka jo islam hai woh sara ka sara falasteen se bana hai israel se bana hai sab isi se le kar ke un ka mind banaya hai chunke unhein nafrat hai yahudiyon se is wajah se woh sare islam ko isi waqt</w:t>
      </w:r>
      <w:r>
        <w:br/>
      </w:r>
      <w:r>
        <w:rPr>
          <w:sz w:val="20"/>
        </w:rPr>
        <w:t>42:10  explain karte hain woh sare arab jo hain gehrai ke sath yahudi nafrat mein mubtala hain bas yeh israel se nafrat mein mubtala hain bohat hi gehrai ke sath wahi refer karta hai un ke taqreeron mein un ke mazmoonon mein un ki kitabon mein to arbon ki kitabon ko</w:t>
      </w:r>
      <w:r>
        <w:br/>
      </w:r>
      <w:r>
        <w:rPr>
          <w:sz w:val="20"/>
        </w:rPr>
        <w:t>42:29  ka aap zariya na banayein aap quran o hadith ko direct padhein to aap islam samajh mein ayega.</w:t>
      </w:r>
    </w:p>
    <w:p>
      <w:pPr>
        <w:pStyle w:val="Heading2"/>
      </w:pPr>
      <w:r>
        <w:t>Explaining Peace to War Victims</w:t>
      </w:r>
    </w:p>
    <w:p>
      <w:r>
        <w:rPr>
          <w:color w:val="666666"/>
          <w:sz w:val="18"/>
        </w:rPr>
        <w:t>Society &amp; Dawah · Importance of Peace August 17, 2014 · 2m 41s · at 1:13:23 · https://youtu.be/ifxSwh2Jckw?t=4403</w:t>
      </w:r>
    </w:p>
    <w:p>
      <w:r>
        <w:rPr>
          <w:i/>
        </w:rPr>
        <w:t>“How can the concept of peace be explained to those who have lost their loved ones in war or violence?”</w:t>
      </w:r>
    </w:p>
    <w:p>
      <w:r>
        <w:rPr>
          <w:sz w:val="20"/>
        </w:rPr>
        <w:t>1:13:23  yeh maine is mamle mein bohat socha hai. meri kitab maujood hai, aap parh lijiye. "Dawn over Kashmir" woh parh lijiye aap. Maulana, agla sawal Bhuvaneshwar se aaya hai, Salman sahib ka.</w:t>
      </w:r>
      <w:r>
        <w:br/>
      </w:r>
      <w:r>
        <w:rPr>
          <w:sz w:val="20"/>
        </w:rPr>
        <w:t>1:13:37  aur aaj ke lecture ko le ke unhon ne sawal kiya hai.</w:t>
      </w:r>
      <w:r>
        <w:br/>
      </w:r>
      <w:r>
        <w:rPr>
          <w:sz w:val="20"/>
        </w:rPr>
        <w:t>1:13:41  unhon ne likha hai ke: "Moulana sahib, how can concept of peace be explained to those who have lost their loved ones in war or violence?</w:t>
      </w:r>
      <w:r>
        <w:br/>
      </w:r>
      <w:r>
        <w:rPr>
          <w:sz w:val="20"/>
        </w:rPr>
        <w:t>1:13:52  They say that they have lost everything and they want to take revenge. So how can peace be explained to them as they have nothing more to lose and are full of enmity?" bhai yahi psychology to change war paida karti hai.</w:t>
      </w:r>
      <w:r>
        <w:br/>
      </w:r>
      <w:r>
        <w:rPr>
          <w:sz w:val="20"/>
        </w:rPr>
        <w:t>1:14:11  yahi dekhiye, Rasool Allah ke zamane mein ek jang hui thi, Uhud ki jang kaha jata hai is ko. is mein satar sahaba shaheed hue the.</w:t>
      </w:r>
      <w:r>
        <w:br/>
      </w:r>
      <w:r>
        <w:rPr>
          <w:sz w:val="20"/>
        </w:rPr>
        <w:t>1:14:22  ek ek sahabi jo hai, kitna qeemti tha aap maan lijiye. to satar sahaba shaheed hue the. to sahaba ke andar wohi pata ho jo aap keh rahe hain ke satar, satar apno ki satar qeemti janon ko kaise bhula dein hum?</w:t>
      </w:r>
      <w:r>
        <w:br/>
      </w:r>
      <w:r>
        <w:rPr>
          <w:sz w:val="20"/>
        </w:rPr>
        <w:t>1:14:41  humein ladna hai. to is waqt quran mein yeh ayat utri thi ke fa in asabakum qarhun faqad bakhsa al qawma qarhahum mithlahu wa tilka al ayyamu nadharun lahu binan nas yani pas ko bhulao.</w:t>
      </w:r>
      <w:r>
        <w:br/>
      </w:r>
      <w:r>
        <w:rPr>
          <w:sz w:val="20"/>
        </w:rPr>
        <w:t>1:14:55  to sahaba ne pas ko bhula diya. jo log pas ko na bhulayein to un ke liye kya? ab graveyard hai. pas ko na bhulane ke baad jo cheez milti hai woh graveyard hai.</w:t>
      </w:r>
      <w:r>
        <w:br/>
      </w:r>
      <w:r>
        <w:rPr>
          <w:sz w:val="20"/>
        </w:rPr>
        <w:t>1:15:06  wo jeet nahi milti. yaad rakhiye,</w:t>
      </w:r>
      <w:r>
        <w:br/>
      </w:r>
      <w:r>
        <w:rPr>
          <w:sz w:val="20"/>
        </w:rPr>
        <w:t>1:15:10  sahaba ne uhud mein jo un ko hui thi itni zabardast nuqsan, us ko bhulaya to fateh makka un ke hisse mein aaya. to yaad rakhiye, yeh law of nature hai, yeh corruption of god hai, yeh tareekh ka qanoon hai ke jo log pas ko na bhulayein,</w:t>
      </w:r>
      <w:r>
        <w:br/>
      </w:r>
      <w:r>
        <w:rPr>
          <w:sz w:val="20"/>
        </w:rPr>
        <w:t>1:15:30  wo jahan pohnchein ge woh graveyard hoga.</w:t>
      </w:r>
      <w:r>
        <w:br/>
      </w:r>
      <w:r>
        <w:rPr>
          <w:sz w:val="20"/>
        </w:rPr>
        <w:t>1:15:34  wo koi bagh nahi, koi fateh ka bagh nahi hoga. aap ek agar aap chahte hain ke aap is ko na manein to phir ek nai kainat create kijiye, ek naya universe banaiye.</w:t>
      </w:r>
      <w:r>
        <w:br/>
      </w:r>
      <w:r>
        <w:rPr>
          <w:sz w:val="20"/>
        </w:rPr>
        <w:t>1:15:50  is universe mein to aisa hone wala nahi hai. khuda ki banai hui duniya mein to yahi hoga jo ho raha hai ke agar aap pas ko nahi bhulayenge to jaiye apne qabristan mein, apne ko halak kijiye.</w:t>
      </w:r>
    </w:p>
    <w:p>
      <w:pPr>
        <w:pStyle w:val="Heading2"/>
      </w:pPr>
      <w:r>
        <w:t>Explaining Ramadan to non-Muslims</w:t>
      </w:r>
    </w:p>
    <w:p>
      <w:r>
        <w:rPr>
          <w:color w:val="666666"/>
          <w:sz w:val="18"/>
        </w:rPr>
        <w:t>Society &amp; Dawah · Roza and Quran July 18, 2010 · 1m 38s · at 1:12:04 · https://youtu.be/TSjqSQEb0EQ?t=4324</w:t>
      </w:r>
    </w:p>
    <w:p>
      <w:r>
        <w:rPr>
          <w:i/>
        </w:rPr>
        <w:t>“How to explain Ramadan to a non-Muslim? They ask: 'What is the meaning of fasting for a whole month?' Why do you start from fasting as the starting point? You should first tell other things.”</w:t>
      </w:r>
    </w:p>
    <w:p>
      <w:r>
        <w:rPr>
          <w:sz w:val="20"/>
        </w:rPr>
        <w:t>1:12:04  maulana, agla sawal mr. niaz ahmad ka hai, jammu kashmir se. unhon ne likha hai ke aik ghair muslim ko ramzan ke bare mein kaise samjhaya jaye?</w:t>
      </w:r>
      <w:r>
        <w:br/>
      </w:r>
      <w:r>
        <w:rPr>
          <w:sz w:val="20"/>
        </w:rPr>
        <w:t>1:12:16  woh kehte hain ke aik mahine tak roza rakhne ka kya matlab hai?</w:t>
      </w:r>
      <w:r>
        <w:br/>
      </w:r>
      <w:r>
        <w:rPr>
          <w:sz w:val="20"/>
        </w:rPr>
        <w:t>1:12:22  aap yahan se kyun is ko starting point ko banate hain ke roze par aap se us ko shuru karte hain? dawood, aap pehle us ko yaani jo aur baatein hain jo bataiye,</w:t>
      </w:r>
      <w:r>
        <w:br/>
      </w:r>
      <w:r>
        <w:rPr>
          <w:sz w:val="20"/>
        </w:rPr>
        <w:t>1:12:39  yaani khuda ka wajood, sachai kya hai? quran aik book of god hai. yahan se shuru kijiye.</w:t>
      </w:r>
      <w:r>
        <w:br/>
      </w:r>
      <w:r>
        <w:rPr>
          <w:sz w:val="20"/>
        </w:rPr>
        <w:t>1:12:49  mujhe to aisa koi ghair muslim nahin maloom, kyunke har har mazhab mein roza hai, kahin kisi kisi tareeqe se. sirf islam mein bhi thodi hai. har mazhab mein kahin kisi shakal mein roze maujood hain.</w:t>
      </w:r>
      <w:r>
        <w:br/>
      </w:r>
      <w:r>
        <w:rPr>
          <w:sz w:val="20"/>
        </w:rPr>
        <w:t>1:13:01  to woh apne tareeqe karte hain, musalman apne tareeqe karte hain. lekin dawat ka nuqta-e-aaghaz yeh nahin hai. yahan se dawat nahin shuru ki jayegi.</w:t>
      </w:r>
      <w:r>
        <w:br/>
      </w:r>
      <w:r>
        <w:rPr>
          <w:sz w:val="20"/>
        </w:rPr>
        <w:t>1:13:11  aap use kahiye ke aap abhi kitabein parho. roza to baad ko aayega, roze ka mas'ala</w:t>
      </w:r>
      <w:r>
        <w:br/>
      </w:r>
      <w:r>
        <w:rPr>
          <w:sz w:val="20"/>
        </w:rPr>
        <w:t>1:13:17  mas'ala baad ko aayega. abhi samjho jo us ki basic baatein hain, us ka jo main message hai, us ko pehle samjho.</w:t>
      </w:r>
      <w:r>
        <w:br/>
      </w:r>
      <w:r>
        <w:rPr>
          <w:sz w:val="20"/>
        </w:rPr>
        <w:t>1:13:28  kyunke quran ke bare mein mein kehta hoon, quran jo hai woh christian plan of god ko batata hai. to sab se pehli cheez hai ke christian plan of god ko samjhe aadmi.</w:t>
      </w:r>
      <w:r>
        <w:br/>
      </w:r>
      <w:r>
        <w:rPr>
          <w:sz w:val="20"/>
        </w:rPr>
        <w:t>1:13:40  far higher as the starting point.</w:t>
      </w:r>
    </w:p>
    <w:p>
      <w:pPr>
        <w:pStyle w:val="Heading2"/>
      </w:pPr>
      <w:r>
        <w:t>Explaining peace to border Pathans</w:t>
      </w:r>
    </w:p>
    <w:p>
      <w:r>
        <w:rPr>
          <w:color w:val="666666"/>
          <w:sz w:val="18"/>
        </w:rPr>
        <w:t>Society &amp; Dawah · Building A Creative Personality | 20 Nov 2011 · 6m 04s · at 1:33:23 · https://youtu.be/jdfhpwfEvKg?t=5603</w:t>
      </w:r>
    </w:p>
    <w:p>
      <w:r>
        <w:rPr>
          <w:i/>
        </w:rPr>
        <w:t>“How can we explain complete peace to border Pathans or people of their temperament, given that the Quran also considers them?”</w:t>
      </w:r>
    </w:p>
    <w:p>
      <w:r>
        <w:rPr>
          <w:sz w:val="20"/>
        </w:rPr>
        <w:t>1:33:23  gala sawal kya hai? Mr Shakeel Ahmed ne Delhi se, unhon ne likha hai: jaisa ke Islam sab</w:t>
      </w:r>
      <w:r>
        <w:br/>
      </w:r>
      <w:r>
        <w:rPr>
          <w:sz w:val="20"/>
        </w:rPr>
        <w:t>1:33:29  ke liye hai aur is mein sabhi ki riayat ki gayi hai, to hum sarhadi pathan ya un</w:t>
      </w:r>
      <w:r>
        <w:br/>
      </w:r>
      <w:r>
        <w:rPr>
          <w:sz w:val="20"/>
        </w:rPr>
        <w:t>1:33:35  ke mizaj ke logon ko mukammal peace ki baat kaise samjhayein? jabke Quran mein bhi un ki riayat</w:t>
      </w:r>
      <w:r>
        <w:br/>
      </w:r>
      <w:r>
        <w:rPr>
          <w:sz w:val="20"/>
        </w:rPr>
        <w:t>1:33:41  ki gayi hai ke aankh ka badla aankh, hath ka badla hath waghera, lekin zulm na ho aur</w:t>
      </w:r>
      <w:r>
        <w:br/>
      </w:r>
      <w:r>
        <w:rPr>
          <w:sz w:val="20"/>
        </w:rPr>
        <w:t>1:33:48  maaf kar do</w:t>
      </w:r>
      <w:r>
        <w:br/>
      </w:r>
      <w:r>
        <w:rPr>
          <w:sz w:val="20"/>
        </w:rPr>
        <w:t>1:33:54  to behtar hai agar tum jante ho.</w:t>
      </w:r>
      <w:r>
        <w:br/>
      </w:r>
      <w:r>
        <w:rPr>
          <w:sz w:val="20"/>
        </w:rPr>
        <w:t>1:33:59  kis ke bare mein? pathan? kis ke bare mein? pathan, sarhadi pathan ya un ke jaisay mizaj ke</w:t>
      </w:r>
      <w:r>
        <w:br/>
      </w:r>
      <w:r>
        <w:rPr>
          <w:sz w:val="20"/>
        </w:rPr>
        <w:t>1:34:04  log? dekhen, yeh jo pathan log hain, afghani log hain, yeh asal mein muamla hai ke woh tribal</w:t>
      </w:r>
      <w:r>
        <w:br/>
      </w:r>
      <w:r>
        <w:rPr>
          <w:sz w:val="20"/>
        </w:rPr>
        <w:t>1:34:09  culture par hain.</w:t>
      </w:r>
      <w:r>
        <w:br/>
      </w:r>
      <w:r>
        <w:rPr>
          <w:sz w:val="20"/>
        </w:rPr>
        <w:t>1:34:14  tribal culture mein sab se bari cheez hoti thi revenge, inteqam.</w:t>
      </w:r>
      <w:r>
        <w:br/>
      </w:r>
      <w:r>
        <w:rPr>
          <w:sz w:val="20"/>
        </w:rPr>
        <w:t>1:34:19  yeh jo in ka aap dekhte hain maar dhaarr, woh is ka talluq Islam se nahi hai.</w:t>
      </w:r>
      <w:r>
        <w:br/>
      </w:r>
      <w:r>
        <w:rPr>
          <w:sz w:val="20"/>
        </w:rPr>
        <w:t>1:34:24  woh jihad ka naam len, tab bhi Islam se nahi hai.</w:t>
      </w:r>
      <w:r>
        <w:br/>
      </w:r>
      <w:r>
        <w:rPr>
          <w:sz w:val="20"/>
        </w:rPr>
        <w:t>1:34:28  woh hai tribal culture.</w:t>
      </w:r>
      <w:r>
        <w:br/>
      </w:r>
      <w:r>
        <w:rPr>
          <w:sz w:val="20"/>
        </w:rPr>
        <w:t>1:34:32  tribal culture mein kya hota tha? inteqam sab se bari cheez in ke haan hai.</w:t>
      </w:r>
      <w:r>
        <w:br/>
      </w:r>
      <w:r>
        <w:rPr>
          <w:sz w:val="20"/>
        </w:rPr>
        <w:t>1:34:37  mein jab Afghanistan gaya tha to aik naujawan se poocha, maine: "tum kya karte ho?" to us</w:t>
      </w:r>
      <w:r>
        <w:br/>
      </w:r>
      <w:r>
        <w:rPr>
          <w:sz w:val="20"/>
        </w:rPr>
        <w:t>1:34:41  ne kaha ke "meri maa mujh ko school bhejti hai parhne ke liye." phir khud hi kehta hai</w:t>
      </w:r>
      <w:r>
        <w:br/>
      </w:r>
      <w:r>
        <w:rPr>
          <w:sz w:val="20"/>
        </w:rPr>
        <w:t>1:34:45  ke "mujhe parhna parhna nahi hai.</w:t>
      </w:r>
      <w:r>
        <w:br/>
      </w:r>
      <w:r>
        <w:rPr>
          <w:sz w:val="20"/>
        </w:rPr>
        <w:t>1:34:49  mujhe to aap ne dada ya</w:t>
      </w:r>
      <w:r>
        <w:br/>
      </w:r>
      <w:r>
        <w:rPr>
          <w:sz w:val="20"/>
        </w:rPr>
        <w:t>1:34:54  kaha tha, baap kaha tha, us ka badla lena hai. us ke dada ya baap ko kisi ne maar dala tha." to bas us ke zehan mein sab se badi cheez parhna nahi hai. us ka inteqam jab tak na le, woh us ka yani maamla pakka nahi hoga. to yeh sirf arbon mein yahi tha. yani arbon mein bhi ladai bhidai hoti rehti thi inteqam ki wajah se. to tribal culture mein har jagah, jahan bhi tribal culture hai,</w:t>
      </w:r>
      <w:r>
        <w:br/>
      </w:r>
      <w:r>
        <w:rPr>
          <w:sz w:val="20"/>
        </w:rPr>
        <w:t>1:35:24  wahan par sab se bari cheez hoti hai revenge, inteqam.</w:t>
      </w:r>
      <w:r>
        <w:br/>
      </w:r>
      <w:r>
        <w:rPr>
          <w:sz w:val="20"/>
        </w:rPr>
        <w:t>1:35:28  is ka talluq Islam se kuch bhi nahi hai.</w:t>
      </w:r>
      <w:r>
        <w:br/>
      </w:r>
      <w:r>
        <w:rPr>
          <w:sz w:val="20"/>
        </w:rPr>
        <w:t>1:35:32  woh jihad ka naam lete hain, tab bhi woh intiqami hai, woh jihad nahi hai.</w:t>
      </w:r>
      <w:r>
        <w:br/>
      </w:r>
      <w:r>
        <w:rPr>
          <w:sz w:val="20"/>
        </w:rPr>
        <w:t>1:35:35  to is ki wajah kya hai? in ka taleem nahi hui.</w:t>
      </w:r>
      <w:r>
        <w:br/>
      </w:r>
      <w:r>
        <w:rPr>
          <w:sz w:val="20"/>
        </w:rPr>
        <w:t>1:35:39  jahan jahan taleem hui hai, mein khud bhi aik afghani hoon, wohin se hamare baap dada aaye the,</w:t>
      </w:r>
      <w:r>
        <w:br/>
      </w:r>
      <w:r>
        <w:rPr>
          <w:sz w:val="20"/>
        </w:rPr>
        <w:t>1:35:43  lekin taleem ne mere zehn badal diye.</w:t>
      </w:r>
      <w:r>
        <w:br/>
      </w:r>
      <w:r>
        <w:rPr>
          <w:sz w:val="20"/>
        </w:rPr>
        <w:t>1:35:47  asal cheez jo zaroorat hai in in logon mein, woh yeh hai ke khoob taleem phailai jaye, khoob</w:t>
      </w:r>
      <w:r>
        <w:br/>
      </w:r>
      <w:r>
        <w:rPr>
          <w:sz w:val="20"/>
        </w:rPr>
        <w:t>1:35:51  taleem phailai jaye</w:t>
      </w:r>
      <w:r>
        <w:br/>
      </w:r>
      <w:r>
        <w:rPr>
          <w:sz w:val="20"/>
        </w:rPr>
        <w:t>1:35:55  taake qadeem riwayat jo hain, woh khatam ho jayen aur naye tarz par sochna un ko aa jaye.</w:t>
      </w:r>
      <w:r>
        <w:br/>
      </w:r>
      <w:r>
        <w:rPr>
          <w:sz w:val="20"/>
        </w:rPr>
        <w:t>1:36:02  aur koi hal nahi hai siwaye taleem ke, aur koi hal nahi hai wahan par.</w:t>
      </w:r>
      <w:r>
        <w:br/>
      </w:r>
      <w:r>
        <w:rPr>
          <w:sz w:val="20"/>
        </w:rPr>
        <w:t>1:36:10  Maulana Faizuddin Umri ne Karnataka se likha hai: aap ne farmaya tha ke jo log sachai ko</w:t>
      </w:r>
      <w:r>
        <w:br/>
      </w:r>
      <w:r>
        <w:rPr>
          <w:sz w:val="20"/>
        </w:rPr>
        <w:t>1:36:17  صرف کسی انسان کے بتانے سے مان لیں، وہ سچائی کو underestimate کرتے ہیں۔ سچائی کو</w:t>
      </w:r>
      <w:r>
        <w:br/>
      </w:r>
      <w:r>
        <w:rPr>
          <w:sz w:val="20"/>
        </w:rPr>
        <w:t>1:36:25  sirf is insaan ne jana jis ne use is ko self discovery ke level par daryaft kiya.</w:t>
      </w:r>
      <w:r>
        <w:br/>
      </w:r>
      <w:r>
        <w:rPr>
          <w:sz w:val="20"/>
        </w:rPr>
        <w:t>1:36:30  is baat ko aap wazeh farmayen.</w:t>
      </w:r>
      <w:r>
        <w:br/>
      </w:r>
      <w:r>
        <w:rPr>
          <w:sz w:val="20"/>
        </w:rPr>
        <w:t>1:36:35  dekhen, yeh aala mayar hai.</w:t>
      </w:r>
      <w:r>
        <w:br/>
      </w:r>
      <w:r>
        <w:rPr>
          <w:sz w:val="20"/>
        </w:rPr>
        <w:t>1:36:40  har cheez mein do meyar hotay hain: aik aala, aik secondary.</w:t>
      </w:r>
      <w:r>
        <w:br/>
      </w:r>
      <w:r>
        <w:rPr>
          <w:sz w:val="20"/>
        </w:rPr>
        <w:t>1:36:45  to aala meyar to yahi hai, lekin har aadmi yeh nahi kar sakta aisa.</w:t>
      </w:r>
      <w:r>
        <w:br/>
      </w:r>
      <w:r>
        <w:rPr>
          <w:sz w:val="20"/>
        </w:rPr>
        <w:t>1:36:50  is wajah se main manta hoon ke kisi ko, jis koi aalim jis par us ko bharosa</w:t>
      </w:r>
      <w:r>
        <w:br/>
      </w:r>
      <w:r>
        <w:rPr>
          <w:sz w:val="20"/>
        </w:rPr>
        <w:t>1:36:55  ho, us ki baat ko maan le.</w:t>
      </w:r>
      <w:r>
        <w:br/>
      </w:r>
      <w:r>
        <w:rPr>
          <w:sz w:val="20"/>
        </w:rPr>
        <w:t>1:37:01  woh to aik hai, woh iman jo self discovery, self discovery discovery pe khara ho, yani khud daryaft kardah iman.</w:t>
      </w:r>
      <w:r>
        <w:br/>
      </w:r>
      <w:r>
        <w:rPr>
          <w:sz w:val="20"/>
        </w:rPr>
        <w:t>1:37:07  lekin yeh aala meyar hai, sab log yahan tak nahi puhanch sakte.</w:t>
      </w:r>
      <w:r>
        <w:br/>
      </w:r>
      <w:r>
        <w:rPr>
          <w:sz w:val="20"/>
        </w:rPr>
        <w:t>1:37:14  aam logon ke liye main kehta hoon ke un ke liye taqleed hai, yani kisi aalim ko pakar</w:t>
      </w:r>
      <w:r>
        <w:br/>
      </w:r>
      <w:r>
        <w:rPr>
          <w:sz w:val="20"/>
        </w:rPr>
        <w:t>1:37:20  lein jis par un ko bharosa ho, woh jo kahe, woh karein. bas.</w:t>
      </w:r>
      <w:r>
        <w:br/>
      </w:r>
      <w:r>
        <w:rPr>
          <w:sz w:val="20"/>
        </w:rPr>
        <w:t>1:37:26  Mr. Abdul Rasheed ne dilli se likha hai: maujooda zamanay ke musalmanon ke andar shaoori iman nahi hai.</w:t>
      </w:r>
      <w:r>
        <w:br/>
      </w:r>
      <w:r>
        <w:rPr>
          <w:sz w:val="20"/>
        </w:rPr>
        <w:t>1:37:34  isi tarah hindu bhaiyon ke andar bhi shaoori maujood nahi, shaoor maujood nahi.</w:t>
      </w:r>
      <w:r>
        <w:br/>
      </w:r>
      <w:r>
        <w:rPr>
          <w:sz w:val="20"/>
        </w:rPr>
        <w:t>1:37:42  aisi halat mein dono qomon ke beech dawat ka mu'assir kaam kaise kiya jaye? aik hi hai, shor paida kijiye.</w:t>
      </w:r>
      <w:r>
        <w:br/>
      </w:r>
      <w:r>
        <w:rPr>
          <w:sz w:val="20"/>
        </w:rPr>
        <w:t>1:37:50  un ke andar bhi, un ke andar bhi.</w:t>
      </w:r>
      <w:r>
        <w:br/>
      </w:r>
      <w:r>
        <w:rPr>
          <w:sz w:val="20"/>
        </w:rPr>
        <w:t>1:37:57  is mein to koi do tareeqa nahi hoga.</w:t>
      </w:r>
      <w:r>
        <w:br/>
      </w:r>
      <w:r>
        <w:rPr>
          <w:sz w:val="20"/>
        </w:rPr>
        <w:t>1:38:03  main jahan tak samjha hai, asal cheez jo baat jananay ki hai, yaad rakhiye, woh hai creation plan of God.</w:t>
      </w:r>
      <w:r>
        <w:br/>
      </w:r>
      <w:r>
        <w:rPr>
          <w:sz w:val="20"/>
        </w:rPr>
        <w:t>1:38:09  asal cheez yeh hai.</w:t>
      </w:r>
      <w:r>
        <w:br/>
      </w:r>
      <w:r>
        <w:rPr>
          <w:sz w:val="20"/>
        </w:rPr>
        <w:t>1:38:15  aaj hi subah main soch raha tha ke rozana log paida hotay hain, rozana mar jatay hain.</w:t>
      </w:r>
      <w:r>
        <w:br/>
      </w:r>
      <w:r>
        <w:rPr>
          <w:sz w:val="20"/>
        </w:rPr>
        <w:t>1:38:21  to maut ke baad</w:t>
      </w:r>
      <w:r>
        <w:br/>
      </w:r>
      <w:r>
        <w:rPr>
          <w:sz w:val="20"/>
        </w:rPr>
        <w:t>1:38:27  kya pesh aane wala hai, us se bilkul bekhabar. duniya mein samajhte hain jab tak zinda hain, woh ke kamayo, ghar banao, family ko khush karo wagerah. lekin marte hi achanak ek nai soorat-e-haal. is se bilkul bekhabar hain log. aap kahin bhi jaiye, na maut ka charchaa hai, na aakhirat ka charchaa hai, na hashar ka charchaa hai, na Allah ke samne accountability ka charchaa hai. to asal masla yeh hai, cha</w:t>
      </w:r>
      <w:r>
        <w:br/>
      </w:r>
      <w:r>
        <w:rPr>
          <w:sz w:val="20"/>
        </w:rPr>
        <w:t>1:38:57  chahay hindu ho ya musalman.</w:t>
      </w:r>
      <w:r>
        <w:br/>
      </w:r>
      <w:r>
        <w:rPr>
          <w:sz w:val="20"/>
        </w:rPr>
        <w:t>1:39:02  musalman bhi jo bazahir deendar aap samajhte hain jin ko, woh bhi un ka wahi deendari hai, form</w:t>
      </w:r>
      <w:r>
        <w:br/>
      </w:r>
      <w:r>
        <w:rPr>
          <w:sz w:val="20"/>
        </w:rPr>
        <w:t>1:39:06  ki ho, form wali.</w:t>
      </w:r>
      <w:r>
        <w:br/>
      </w:r>
      <w:r>
        <w:rPr>
          <w:sz w:val="20"/>
        </w:rPr>
        <w:t>1:39:11  dekhiye, deendari woh hai jahan insaan ke andar Allah ki azmat ho, Allah ka khauf ho, Allah se</w:t>
      </w:r>
      <w:r>
        <w:br/>
      </w:r>
      <w:r>
        <w:rPr>
          <w:sz w:val="20"/>
        </w:rPr>
        <w:t>1:39:15  mohabbat ho, Allah ki pakar ka andesha ho.</w:t>
      </w:r>
      <w:r>
        <w:br/>
      </w:r>
      <w:r>
        <w:rPr>
          <w:sz w:val="20"/>
        </w:rPr>
        <w:t>1:39:19  nahi to koi deendari kuch bhi nahi.</w:t>
      </w:r>
      <w:r>
        <w:br/>
      </w:r>
      <w:r>
        <w:rPr>
          <w:sz w:val="20"/>
        </w:rPr>
        <w:t>1:39:24  deendari kisi waza' qata' ka naam nahi hai, kisi ritual ka naam nahi hai.</w:t>
      </w:r>
    </w:p>
    <w:p>
      <w:pPr>
        <w:pStyle w:val="Heading2"/>
      </w:pPr>
      <w:r>
        <w:t>Explaining peace without justice demands</w:t>
      </w:r>
    </w:p>
    <w:p>
      <w:r>
        <w:rPr>
          <w:color w:val="666666"/>
          <w:sz w:val="18"/>
        </w:rPr>
        <w:t>Society &amp; Dawah · Age of Peace November 18, 2012 · 3m 26s · at 1:08:15 · https://youtu.be/Y9nkQnBqbrs?t=4095</w:t>
      </w:r>
    </w:p>
    <w:p>
      <w:r>
        <w:rPr>
          <w:i/>
        </w:rPr>
        <w:t>“The age of peace has come, but when we talk to people about peace, they say yes, but then link justice and other rights to peace. How do we explain to them?”</w:t>
      </w:r>
    </w:p>
    <w:p>
      <w:r>
        <w:rPr>
          <w:sz w:val="20"/>
        </w:rPr>
        <w:t>1:08:15  maulana, agla sawal dilli se hai. miss naghma siddiqui ne kiya hai, unhone likha hai: "da age of peace has come, but when we talk to people about peace, they say yes,</w:t>
      </w:r>
      <w:r>
        <w:br/>
      </w:r>
      <w:r>
        <w:rPr>
          <w:sz w:val="20"/>
        </w:rPr>
        <w:t>1:08:29  but then link justice and other rights to peace. how do we explain to them?" dekhiye, justice ideal maano mein is duniya mein kabhi mumkin nahi hai,</w:t>
      </w:r>
      <w:r>
        <w:br/>
      </w:r>
      <w:r>
        <w:rPr>
          <w:sz w:val="20"/>
        </w:rPr>
        <w:t>1:08:45  woh possible hi nahi hai. chahe peghambar rule kar raha ho, tab bhi mumkin nahi hai, kyunke duniya to test ke liye bani hai.</w:t>
      </w:r>
      <w:r>
        <w:br/>
      </w:r>
      <w:r>
        <w:rPr>
          <w:sz w:val="20"/>
        </w:rPr>
        <w:t>1:08:55  jab test hai to yahan tarah tarah ki baatein hongi. khud rasool Allah jab madine mein hakim ki hesiyat thi, aap ko hunain ka ghazwa hua, wahan par jo ghanimaten aayin, woh taqseem jo ki gayi,</w:t>
      </w:r>
      <w:r>
        <w:br/>
      </w:r>
      <w:r>
        <w:rPr>
          <w:sz w:val="20"/>
        </w:rPr>
        <w:t>1:09:09  to aap ne kya kiya? ke muhajir ko nahi diya, yani muhajir ko de diya, ansar ko nahi diya. aata hai hadith mein: "wa lam yughal ansar shay'an".</w:t>
      </w:r>
      <w:r>
        <w:br/>
      </w:r>
      <w:r>
        <w:rPr>
          <w:sz w:val="20"/>
        </w:rPr>
        <w:t>1:09:20  to ek sahabi ne, baqayda jo sahabi the, rasool Allah se kaha ke: "wallah ma adalt". Khuda ki qasam, aap ne justice nahi kiya.</w:t>
      </w:r>
      <w:r>
        <w:br/>
      </w:r>
      <w:r>
        <w:rPr>
          <w:sz w:val="20"/>
        </w:rPr>
        <w:t>1:09:32  to yeh justice ka jo concept hai, bilkul hi be asal hai, be haqeeqat hai.</w:t>
      </w:r>
      <w:r>
        <w:br/>
      </w:r>
      <w:r>
        <w:rPr>
          <w:sz w:val="20"/>
        </w:rPr>
        <w:t>1:09:37  yeh sirf stupid log kehte hain aisi baatein, kyunke jab duniya test ke liye bani hai to yahan ideal maano mein test ho hi nahi sakti. to ideal ko peace se detach kijiye.</w:t>
      </w:r>
      <w:r>
        <w:br/>
      </w:r>
      <w:r>
        <w:rPr>
          <w:sz w:val="20"/>
        </w:rPr>
        <w:t>1:09:50  ideal ko peace ke sath bracket kar ke aap hamesha andhere mein jiyenge. kabhi sab aql mein nahi aayega, kabhi aql mein nahi aayega. to ideal ko peace ke sath bracket karna yeh bohat bari, main gumrahi samajhta</w:t>
      </w:r>
      <w:r>
        <w:br/>
      </w:r>
      <w:r>
        <w:rPr>
          <w:sz w:val="20"/>
        </w:rPr>
        <w:t>1:10:04  hoon, kyunke jo cheez Allah ke kisi plan ke mutabiq possible na ho, woh woh kaise aap layenge duniya mein?</w:t>
      </w:r>
      <w:r>
        <w:br/>
      </w:r>
      <w:r>
        <w:rPr>
          <w:sz w:val="20"/>
        </w:rPr>
        <w:t>1:10:13  kaise layenge? Allah ka jo kisi plan hai, woh yeh hai ke sab ko azadi ho, sab ko azadi ho. to azadi jab hogi to woh mehsoos bhi karenge, aadmi mehsoos karenge ke ab sab mamla jabr daiz kar denge.</w:t>
      </w:r>
      <w:r>
        <w:br/>
      </w:r>
      <w:r>
        <w:rPr>
          <w:sz w:val="20"/>
        </w:rPr>
        <w:t>1:10:26  ek insaan Hazrat Umar ko moda lega, ek insaan Hazrat Yahya ko moda lega.</w:t>
      </w:r>
      <w:r>
        <w:br/>
      </w:r>
      <w:r>
        <w:rPr>
          <w:sz w:val="20"/>
        </w:rPr>
        <w:t>1:10:33  to yeh sab hota rahega. daai ka jo mission hai, jo target hai, woh nida madad qaim karna nahi hai.</w:t>
      </w:r>
      <w:r>
        <w:br/>
      </w:r>
      <w:r>
        <w:rPr>
          <w:sz w:val="20"/>
        </w:rPr>
        <w:t>1:10:43  yeh jhoota jo logon ne nazariya banaya hai ke hamara kaam adl ka, justice ka nizam banana hai, yeh bilkul jhooti baat hai. jhooti baat is liye keh raha hoon ke is ne sare mamle ko bigaad rakha hai.</w:t>
      </w:r>
      <w:r>
        <w:br/>
      </w:r>
      <w:r>
        <w:rPr>
          <w:sz w:val="20"/>
        </w:rPr>
        <w:t>1:10:55  daai ka nishana hai balagh pohnchana.</w:t>
      </w:r>
      <w:r>
        <w:br/>
      </w:r>
      <w:r>
        <w:rPr>
          <w:sz w:val="20"/>
        </w:rPr>
        <w:t>1:11:01  yaad rakhiye, daai ka nishana harghiz harghiz yeh nahi ke duniya mein justice ka nizam qaim ho, kyunke woh to possible nahi hai. jo nishana hai, woh wahi nishana rahega jo possible ho.</w:t>
      </w:r>
      <w:r>
        <w:br/>
      </w:r>
      <w:r>
        <w:rPr>
          <w:sz w:val="20"/>
        </w:rPr>
        <w:t>1:11:14  aur possible kya hai? pohncha dena, pohncha dena, pohncha dena. jo log apna nazariya Quran se nahi nikalenge, apne dimagh se nikalenge, wahi aisi baatein karte hain.</w:t>
      </w:r>
      <w:r>
        <w:br/>
      </w:r>
      <w:r>
        <w:rPr>
          <w:sz w:val="20"/>
        </w:rPr>
        <w:t>1:11:25  Quran se nikalein aap to Quran mein kahin bhi is ko yeh ayat nahi hai ke tumhari zimmedari yeh hai ke duniya mein tum adl ka nizam qaim karo.</w:t>
      </w:r>
      <w:r>
        <w:br/>
      </w:r>
      <w:r>
        <w:rPr>
          <w:sz w:val="20"/>
        </w:rPr>
        <w:t>1:11:35  yeh kahin bhi nahi hai, yeh to logon ne apne dimagh se nikal rakha hai.</w:t>
      </w:r>
    </w:p>
    <w:p>
      <w:pPr>
        <w:pStyle w:val="Heading2"/>
      </w:pPr>
      <w:r>
        <w:t>Explanation of no unnatural sacrifice for mission</w:t>
      </w:r>
    </w:p>
    <w:p>
      <w:r>
        <w:rPr>
          <w:color w:val="666666"/>
          <w:sz w:val="18"/>
        </w:rPr>
        <w:t>Society &amp; Dawah · Concept of Jihad in Islam September 7, 2014 · 1m 47s · at 47:59 · https://youtu.be/GnKBYM8HbuQ?t=2879</w:t>
      </w:r>
    </w:p>
    <w:p>
      <w:r>
        <w:rPr>
          <w:i/>
        </w:rPr>
        <w:t>“The mission people do not need unnatural sacrifice, please explain this.”</w:t>
      </w:r>
    </w:p>
    <w:p>
      <w:r>
        <w:rPr>
          <w:sz w:val="20"/>
        </w:rPr>
        <w:t>47:59  maulana, agla sawal chennai se aya hai.</w:t>
      </w:r>
      <w:r>
        <w:br/>
      </w:r>
      <w:r>
        <w:rPr>
          <w:sz w:val="20"/>
        </w:rPr>
        <w:t>48:04  maulana iqbal umri ne kiya hai, aur unhon ne aap se poocha hai ke maulana mission walon ko</w:t>
      </w:r>
      <w:r>
        <w:br/>
      </w:r>
      <w:r>
        <w:rPr>
          <w:sz w:val="20"/>
        </w:rPr>
        <w:t>48:09  ghair fitri qurbani ki zaroorat nahi hai, is ki wazahat karen.</w:t>
      </w:r>
      <w:r>
        <w:br/>
      </w:r>
      <w:r>
        <w:rPr>
          <w:sz w:val="20"/>
        </w:rPr>
        <w:t>48:15  mission ka fitri tareeqa kya hai, is ko batayen.</w:t>
      </w:r>
      <w:r>
        <w:br/>
      </w:r>
      <w:r>
        <w:rPr>
          <w:sz w:val="20"/>
        </w:rPr>
        <w:t>48:20  fitri tareeqa ka matlab puraman tareeqa hai.</w:t>
      </w:r>
      <w:r>
        <w:br/>
      </w:r>
      <w:r>
        <w:rPr>
          <w:sz w:val="20"/>
        </w:rPr>
        <w:t>48:26  aaj na ladna hai, na jang karna hai, na hathyar uthana hai, na bomb marna hai, na kuch nahi. puraman tareeqa.</w:t>
      </w:r>
      <w:r>
        <w:br/>
      </w:r>
      <w:r>
        <w:rPr>
          <w:sz w:val="20"/>
        </w:rPr>
        <w:t>48:31  dekhiye, jab puraman tareeqe se kaam karna mumkin ho jaye to sab kuch band.</w:t>
      </w:r>
      <w:r>
        <w:br/>
      </w:r>
      <w:r>
        <w:rPr>
          <w:sz w:val="20"/>
        </w:rPr>
        <w:t>48:36  na protest, na shikayat, na jang, na larai, kuch nahi. sab.</w:t>
      </w:r>
      <w:r>
        <w:br/>
      </w:r>
      <w:r>
        <w:rPr>
          <w:sz w:val="20"/>
        </w:rPr>
        <w:t>48:42  jis tarah rasool ALLAH sallallahu alaihi wasallam ne kiya ke hudaybiya ke baad jab aman aya to</w:t>
      </w:r>
      <w:r>
        <w:br/>
      </w:r>
      <w:r>
        <w:rPr>
          <w:sz w:val="20"/>
        </w:rPr>
        <w:t>48:47  bas sari sargarmiyan puraman dua work par lag gayeen.</w:t>
      </w:r>
      <w:r>
        <w:br/>
      </w:r>
      <w:r>
        <w:rPr>
          <w:sz w:val="20"/>
        </w:rPr>
        <w:t>48:53  yahi fitri tareeqa hai ke jab mawaqe khul gaye, jab azadi dunya mein aa gayi, printing press aa</w:t>
      </w:r>
      <w:r>
        <w:br/>
      </w:r>
      <w:r>
        <w:rPr>
          <w:sz w:val="20"/>
        </w:rPr>
        <w:t>48:58  gaya, technology aa gayi to ab karna kya hai? kuch nahi karna hai.</w:t>
      </w:r>
      <w:r>
        <w:br/>
      </w:r>
      <w:r>
        <w:rPr>
          <w:sz w:val="20"/>
        </w:rPr>
        <w:t>49:03  dua work kijiye.</w:t>
      </w:r>
      <w:r>
        <w:br/>
      </w:r>
      <w:r>
        <w:rPr>
          <w:sz w:val="20"/>
        </w:rPr>
        <w:t>49:09  na tashaddud hai, na siyasi hangama hai, na protest hai, na bheed ikattha kar ke taqreeren karna hai,</w:t>
      </w:r>
      <w:r>
        <w:br/>
      </w:r>
      <w:r>
        <w:rPr>
          <w:sz w:val="20"/>
        </w:rPr>
        <w:t>49:14  yeh sab kuch nahi.</w:t>
      </w:r>
      <w:r>
        <w:br/>
      </w:r>
      <w:r>
        <w:rPr>
          <w:sz w:val="20"/>
        </w:rPr>
        <w:t>49:19  puraman tareeqe se dawat ko phailaiye. literature phailaiye.</w:t>
      </w:r>
      <w:r>
        <w:br/>
      </w:r>
      <w:r>
        <w:rPr>
          <w:sz w:val="20"/>
        </w:rPr>
        <w:t>49:25  video jo yahan par tayyar hota hai, is ko phailaiye.</w:t>
      </w:r>
      <w:r>
        <w:br/>
      </w:r>
      <w:r>
        <w:rPr>
          <w:sz w:val="20"/>
        </w:rPr>
        <w:t>49:30  quran ko taqseem kijiye.</w:t>
      </w:r>
      <w:r>
        <w:br/>
      </w:r>
      <w:r>
        <w:rPr>
          <w:sz w:val="20"/>
        </w:rPr>
        <w:t>49:36  bas yahi fitri tareeqa hai.</w:t>
      </w:r>
      <w:r>
        <w:br/>
      </w:r>
      <w:r>
        <w:rPr>
          <w:sz w:val="20"/>
        </w:rPr>
        <w:t>49:41  yani puraman tareeqe hi ka doosra naam hai fitri tareeqa.</w:t>
      </w:r>
    </w:p>
    <w:p>
      <w:pPr>
        <w:pStyle w:val="Heading2"/>
      </w:pPr>
      <w:r>
        <w:t>Fear of speaking openly among Muslims</w:t>
      </w:r>
    </w:p>
    <w:p>
      <w:r>
        <w:rPr>
          <w:color w:val="666666"/>
          <w:sz w:val="18"/>
        </w:rPr>
        <w:t>Society &amp; Dawah · Study of The Quran November 30, 2014 · 2m 00s · at 1:06:51 · https://youtu.be/x3fcJ2nlDow?t=4011</w:t>
      </w:r>
    </w:p>
    <w:p>
      <w:r>
        <w:rPr>
          <w:i/>
        </w:rPr>
        <w:t>“Nowadays, among Muslims, one is afraid to speak openly about anything, lest something said about the Quran or the Prophet, even indirectly, makes Muslims angry and they do something. What is the way to avoid this?”</w:t>
      </w:r>
    </w:p>
    <w:p>
      <w:r>
        <w:rPr>
          <w:sz w:val="20"/>
        </w:rPr>
        <w:t>1:06:51  Maulana, agla sawal Raj Malak sahib ne kiya hai Delhi se, aur unhon ne likha hai: "Aaj kal Musalman ke darmiyan koi bhi baat khul kar bolte hue darr lagta hai ke isharay mein bhi koi baat Quran aur Nabi ke baray mein jis se Musalman ghussa ho kar kuch kar baithe.</w:t>
      </w:r>
      <w:r>
        <w:br/>
      </w:r>
      <w:r>
        <w:rPr>
          <w:sz w:val="20"/>
        </w:rPr>
        <w:t>1:07:11  is se bachne ka tareeqa kya hai?"</w:t>
      </w:r>
      <w:r>
        <w:br/>
      </w:r>
      <w:r>
        <w:rPr>
          <w:sz w:val="20"/>
        </w:rPr>
        <w:t>1:07:16  tareeqa yeh hai ke Musalman, ke yeh jo Musalmanon mein jo mizaj aa gaya hai, yeh to is ka Islam se koi talluq nahi hai. yeh to shaitani mizaj hai ke Allah Ta'ala ne kaha ke Adam ko main khaleefa banata hoon, aur phir shaitan ghussa ho gaya.</w:t>
      </w:r>
      <w:r>
        <w:br/>
      </w:r>
      <w:r>
        <w:rPr>
          <w:sz w:val="20"/>
        </w:rPr>
        <w:t>1:07:32  ke kaise bana denge khaleefa ab is ko aap? main is se bartar hoon. to cheezon ko sun kar bhadak uthna, yeh to shaitani nafsiyat hai, is ka Islam se koi talluq nahi.</w:t>
      </w:r>
      <w:r>
        <w:br/>
      </w:r>
      <w:r>
        <w:rPr>
          <w:sz w:val="20"/>
        </w:rPr>
        <w:t>1:07:45  aur is se, yani ya to avoid kijiye, ya agar aap aisa aadmi payen jo discuss kar sakta ho to discuss kijiye.</w:t>
      </w:r>
      <w:r>
        <w:br/>
      </w:r>
      <w:r>
        <w:rPr>
          <w:sz w:val="20"/>
        </w:rPr>
        <w:t>1:07:56  warna yaqeenan yeh bhadakne ki nafsiyat jo hai, shaitani nafsiyat hai, is mein koi shakk nahi. pehla jo shakhs bhadka tha, woh shaitan tha.</w:t>
      </w:r>
      <w:r>
        <w:br/>
      </w:r>
      <w:r>
        <w:rPr>
          <w:sz w:val="20"/>
        </w:rPr>
        <w:t>1:08:07  yeh to maloom baat hai ke Allah Ta'ala ne Adam ko banaya, aur yeh kaha ke Adam zameen ka khaleefa hoga.</w:t>
      </w:r>
      <w:r>
        <w:br/>
      </w:r>
      <w:r>
        <w:rPr>
          <w:sz w:val="20"/>
        </w:rPr>
        <w:t>1:08:14  khaleefa ka matlab yeh koi religious term nahi hai, yeh religious term nahi hai. matlab zameen ka intezam chalayega, bas is sense mein.</w:t>
      </w:r>
      <w:r>
        <w:br/>
      </w:r>
      <w:r>
        <w:rPr>
          <w:sz w:val="20"/>
        </w:rPr>
        <w:t>1:08:25  zameen ka intezam chalayega. to shaitan bhadak utha. to kisi baat par ghaur karna, seriously samajhna, yeh insan ka kaam hai.</w:t>
      </w:r>
      <w:r>
        <w:br/>
      </w:r>
      <w:r>
        <w:rPr>
          <w:sz w:val="20"/>
        </w:rPr>
        <w:t>1:08:38  ab bhadakna shaitan ka kaam hai.</w:t>
      </w:r>
      <w:r>
        <w:br/>
      </w:r>
      <w:r>
        <w:rPr>
          <w:sz w:val="20"/>
        </w:rPr>
        <w:t>1:08:40  to Musalman jo baat baat bhadakte hain, bhadak kar larne maarne ke khare hote hain, woh to shaitani culture hai, is ka Islam se koi talluq nahi.</w:t>
      </w:r>
    </w:p>
    <w:p>
      <w:pPr>
        <w:pStyle w:val="Heading2"/>
      </w:pPr>
      <w:r>
        <w:t>Feeling of doing little in dawah work</w:t>
      </w:r>
    </w:p>
    <w:p>
      <w:r>
        <w:rPr>
          <w:color w:val="666666"/>
          <w:sz w:val="18"/>
        </w:rPr>
        <w:t>Society &amp; Dawah · 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Finding hope with Muslims in denial</w:t>
      </w:r>
    </w:p>
    <w:p>
      <w:r>
        <w:rPr>
          <w:color w:val="666666"/>
          <w:sz w:val="18"/>
        </w:rPr>
        <w:t>Society &amp; Dawah · The Age of Giving Global Thanks Dec 15. 2019—Maulana Wahiduddin Khan · 1m 49s · at 53:29 · https://youtu.be/254Pgn6Ldts?t=3209</w:t>
      </w:r>
    </w:p>
    <w:p>
      <w:r>
        <w:rPr>
          <w:i/>
        </w:rPr>
        <w:t>“Sometimes I really get frustrated when I see Muslims that are not at all trying to rediscover Islam. They are always in denial and they hate the leaders who want them to be peaceful. How to see a ray of hope? Please guide us.”</w:t>
      </w:r>
    </w:p>
    <w:p>
      <w:r>
        <w:rPr>
          <w:sz w:val="20"/>
        </w:rPr>
        <w:t>53:29  doctor safeena tabassum ne saharanpur se sawal kiya hai. unhon ne likha hai: "maulana sahab, sometimes i really get frustrated when i see muslims that are not at all trying to rediscover islam.</w:t>
      </w:r>
      <w:r>
        <w:br/>
      </w:r>
      <w:r>
        <w:rPr>
          <w:sz w:val="20"/>
        </w:rPr>
        <w:t>53:44  they are always in denial and they hate those leaders who want them to be peaceful. how to see a ray of ho</w:t>
      </w:r>
      <w:r>
        <w:br/>
      </w:r>
      <w:r>
        <w:rPr>
          <w:sz w:val="20"/>
        </w:rPr>
        <w:t>53:53  pe? please guide us." we guide us. abhi main ne kaha ke aap sab log jo is tarah ki boli bolte hain, woh sab ek hi marz ki bimari hai, mubtala hain.</w:t>
      </w:r>
      <w:r>
        <w:br/>
      </w:r>
      <w:r>
        <w:rPr>
          <w:sz w:val="20"/>
        </w:rPr>
        <w:t>54:07  single waqeye ko generalize karna. jitne log hain, sab yahi kar rahe hain ke single waqeye ko generalize karte hain.</w:t>
      </w:r>
      <w:r>
        <w:br/>
      </w:r>
      <w:r>
        <w:rPr>
          <w:sz w:val="20"/>
        </w:rPr>
        <w:t>54:19  aap apne is tarah ke apne zehan ki islaah kijiye.</w:t>
      </w:r>
    </w:p>
    <w:p>
      <w:pPr>
        <w:pStyle w:val="Heading2"/>
      </w:pPr>
      <w:r>
        <w:t>Fine line between need and comfort consumerism</w:t>
      </w:r>
    </w:p>
    <w:p>
      <w:r>
        <w:rPr>
          <w:color w:val="666666"/>
          <w:sz w:val="18"/>
        </w:rPr>
        <w:t>Society &amp; Dawah · Age of Consumerism January 6, 2013 · 5m 28s · at 1:12:04 · https://youtu.be/zJRZ1OKUhgA?t=4324</w:t>
      </w:r>
    </w:p>
    <w:p>
      <w:r>
        <w:rPr>
          <w:i/>
        </w:rPr>
        <w:t>“Thanks a lot for explaining modern consumerism. My question is the fine line between need-based consumerism and comfort-based consumerism. It is disappearing so quickly that it often becomes difficult to define what is need and what is comfort, especially if parents provide the needful to children.”</w:t>
      </w:r>
    </w:p>
    <w:p>
      <w:r>
        <w:rPr>
          <w:sz w:val="20"/>
        </w:rPr>
        <w:t>1:12:04  maulana, agla sawal delhi se hai, ah, miss s ahmad ka. unhon ne likha hai: "maulana, thanks a lot for explaining the modern consumerism and making us rethink the whole idea of shopping.</w:t>
      </w:r>
      <w:r>
        <w:br/>
      </w:r>
      <w:r>
        <w:rPr>
          <w:sz w:val="20"/>
        </w:rPr>
        <w:t>1:12:21  however, i have a little doubt. my question is the fine line between need based consumerism and comfort based consumerism."</w:t>
      </w:r>
      <w:r>
        <w:br/>
      </w:r>
      <w:r>
        <w:rPr>
          <w:sz w:val="20"/>
        </w:rPr>
        <w:t>1:12:33  it is disappearing so quickly that it is often, it often becomes difficult to define what is need and what is comfort, especially if parents provide the need full to children.</w:t>
      </w:r>
      <w:r>
        <w:br/>
      </w:r>
      <w:r>
        <w:rPr>
          <w:sz w:val="20"/>
        </w:rPr>
        <w:t>1:12:46  the children often demands or sometimes complain for extra comfort. so what should one do? how should a person plan a strategy for it?"</w:t>
      </w:r>
      <w:r>
        <w:br/>
      </w:r>
      <w:r>
        <w:rPr>
          <w:sz w:val="20"/>
        </w:rPr>
        <w:t>1:12:58  bhai, dekhiye, na bachche criterion hain, na parent criterion hain. jo log is mein phanse rahenge, to woh to isi mein phanse rahenge.</w:t>
      </w:r>
      <w:r>
        <w:br/>
      </w:r>
      <w:r>
        <w:rPr>
          <w:sz w:val="20"/>
        </w:rPr>
        <w:t>1:13:08  woh to kabhi in ko chhutti nahi milegi marne se pehle. main to logon se kehta hoon ke dekhiye, quran mein aaya hai ke</w:t>
      </w:r>
      <w:r>
        <w:br/>
      </w:r>
      <w:r>
        <w:rPr>
          <w:sz w:val="20"/>
        </w:rPr>
        <w:t>1:13:20  do aayatein hain quran majeed ki. aaj kal saare log family mein phanse rehte hain. do aayatein hain, woh padhein. woh</w:t>
      </w:r>
      <w:r>
        <w:br/>
      </w:r>
      <w:r>
        <w:rPr>
          <w:sz w:val="20"/>
        </w:rPr>
        <w:t>1:13:27  ek aayat yeh hai ke jahannami log jo hain, un ke bare mein woh aayat hai: "kaan fi ahli masroorah" ke apne family mein khoob khush rehte thay.</w:t>
      </w:r>
      <w:r>
        <w:br/>
      </w:r>
      <w:r>
        <w:rPr>
          <w:sz w:val="20"/>
        </w:rPr>
        <w:t>1:13:40  woh yaani family ki demand poori karna aur family ki ko khush rakhna, un ki company karna, un ke liye har item daala ke dena un ko.</w:t>
      </w:r>
      <w:r>
        <w:br/>
      </w:r>
      <w:r>
        <w:rPr>
          <w:sz w:val="20"/>
        </w:rPr>
        <w:t>1:13:51  to "kaan fi ahli masroorah"</w:t>
      </w:r>
      <w:r>
        <w:br/>
      </w:r>
      <w:r>
        <w:rPr>
          <w:sz w:val="20"/>
        </w:rPr>
        <w:t>1:13:53  woh aadmi family mein jeeta tha, family ke mein khush kharam rehta tha. woh jahanum mein jayega, yeh jahanum ke liye hai.</w:t>
      </w:r>
      <w:r>
        <w:br/>
      </w:r>
      <w:r>
        <w:rPr>
          <w:sz w:val="20"/>
        </w:rPr>
        <w:t>1:14:03  aur jannat ke liye kya hai? "ana kina fi ahleena mashriqeen" mushrik maani khauf, dara hua ke jannat wale kahenge ke hum apne family mein, apne ghar mein khauf ban ke rehte thay, andesha naak ban ke rehte thay,</w:t>
      </w:r>
      <w:r>
        <w:br/>
      </w:r>
      <w:r>
        <w:rPr>
          <w:sz w:val="20"/>
        </w:rPr>
        <w:t>1:14:23  allah ki pakad se dar, jahanum se dar, qayamat ki accountability se dar. is mein jeete thay hum. yeh do tasveerein hain, aap dekh lijiye.</w:t>
      </w:r>
      <w:r>
        <w:br/>
      </w:r>
      <w:r>
        <w:rPr>
          <w:sz w:val="20"/>
        </w:rPr>
        <w:t>1:14:32  yeh zamane ke musalmanon mein shayad hi koi ghar ho jo aap ko mile, woh is ka namoona. is sab wohi ab family mein khush hain, family ke liye saamaan la rahe hain, kama kama kar un ko de rahe hain taake woh bachche khush rahein,</w:t>
      </w:r>
      <w:r>
        <w:br/>
      </w:r>
      <w:r>
        <w:rPr>
          <w:sz w:val="20"/>
        </w:rPr>
        <w:t>1:14:49  ghar wale khush rahein, family wale khush rahein.</w:t>
      </w:r>
      <w:r>
        <w:br/>
      </w:r>
      <w:r>
        <w:rPr>
          <w:sz w:val="20"/>
        </w:rPr>
        <w:t>1:14:53  to yeh to aap yeh rai, yaani yeh yeh mat sochein ke bachche kya kya chahte hain, parent kya chahte hain. aap dekhiye ke jannat walon ki tasveer quran mein kya hai aur jahanum walon ki tasveer quran majeed mein kya hai.</w:t>
      </w:r>
      <w:r>
        <w:br/>
      </w:r>
      <w:r>
        <w:rPr>
          <w:sz w:val="20"/>
        </w:rPr>
        <w:t>1:15:05  is se faisla kijiye. maulana, un ka ek hissa question ka yeh bhi tha ke woh difference jaanna chah rahi thi ke butween fine line butween need based consumerism and comfort based consumers</w:t>
      </w:r>
      <w:r>
        <w:br/>
      </w:r>
      <w:r>
        <w:rPr>
          <w:sz w:val="20"/>
        </w:rPr>
        <w:t>1:15:20  m. dekhiye, haan, is ka bahut aasaan hai. woh jo hadith sunai main ne aap ko, usi hadith samajh lijiye ke dunya mein zinda rehne ke liye jo zaroori ho, wohi need based hai.</w:t>
      </w:r>
      <w:r>
        <w:br/>
      </w:r>
      <w:r>
        <w:rPr>
          <w:sz w:val="20"/>
        </w:rPr>
        <w:t>1:15:35  aur jo jab aap aap jhoote hain, lazzat dhoondh rahe hain, aaram dhoondh rahe hain aur raunaq dhoondh rahe hain aur shandar dhoondh rahe hain, to wahan par woh consumers aa gaya,</w:t>
      </w:r>
      <w:r>
        <w:br/>
      </w:r>
      <w:r>
        <w:rPr>
          <w:sz w:val="20"/>
        </w:rPr>
        <w:t>1:15:50  consumers aa gaya.</w:t>
      </w:r>
      <w:r>
        <w:br/>
      </w:r>
      <w:r>
        <w:rPr>
          <w:sz w:val="20"/>
        </w:rPr>
        <w:t>1:15:53  bahut aasaan hai, bahut aasaan hai. main to dekhiye, yahan rehta hoon jahan 1983 se us waqt jo mera jo kursi thi ya jo furniture tha, wohi aaj bhi hai.</w:t>
      </w:r>
      <w:r>
        <w:br/>
      </w:r>
      <w:r>
        <w:rPr>
          <w:sz w:val="20"/>
        </w:rPr>
        <w:t>1:16:07  is beech mein aap colony mein ghoomiye, doosron ke haan kitni baar badal chuke honge. woh to badal zaroorat hi nahi badla. unhon ne market mein gaye, dekha ke naye qism ka sofa chataiya hai, naye qism ka kursiyan aayi hain, to woh khareed liya, pichla wala hata diya.</w:t>
      </w:r>
      <w:r>
        <w:br/>
      </w:r>
      <w:r>
        <w:rPr>
          <w:sz w:val="20"/>
        </w:rPr>
        <w:t>1:16:23  to</w:t>
      </w:r>
      <w:r>
        <w:br/>
      </w:r>
      <w:r>
        <w:rPr>
          <w:sz w:val="20"/>
        </w:rPr>
        <w:t>1:16:24  aadmi bahut aasani se samajh sakta hai ke dunya mein jeene ke liye waqai zaroorat meri kya hai, bas isi par raazi ho jaaoon.</w:t>
      </w:r>
      <w:r>
        <w:br/>
      </w:r>
      <w:r>
        <w:rPr>
          <w:sz w:val="20"/>
        </w:rPr>
        <w:t>1:16:33  aur doosri ke shauq ke liye aur khwahish ke liye, lazzat ke liye, raunaq ke liye, logon ko khush karne ke liye</w:t>
      </w:r>
      <w:r>
        <w:br/>
      </w:r>
      <w:r>
        <w:rPr>
          <w:sz w:val="20"/>
        </w:rPr>
        <w:t>1:16:45  zyadatar is liye hota hai. yeh yeh social status ka maamla hota hai ke log kya kahenge.</w:t>
      </w:r>
      <w:r>
        <w:br/>
      </w:r>
      <w:r>
        <w:rPr>
          <w:sz w:val="20"/>
        </w:rPr>
        <w:t>1:16:51  social status ke aap aap chhoti gaadi mein baithte hain, doosra wala padosi badi gaadi mein baithta hai, to aap ko lagta hai ke mera darja ghat gaya.</w:t>
      </w:r>
      <w:r>
        <w:br/>
      </w:r>
      <w:r>
        <w:rPr>
          <w:sz w:val="20"/>
        </w:rPr>
        <w:t>1:17:01  aap flat mein rehte hain, doosra kothi mein rehta hai, to aap samajhte hain mera darja ghat gaya. aap ke kamre mein sirf mamooli kursiyan hain, us ke sofa set hai, to aap samajhte hain mera darja ghat gaya.</w:t>
      </w:r>
      <w:r>
        <w:br/>
      </w:r>
      <w:r>
        <w:rPr>
          <w:sz w:val="20"/>
        </w:rPr>
        <w:t>1:17:14  to social status jo hai, woh logon ke zehan mein basa hua rehta hai, bachon ke zehan mein aur parent ke zehan mein. yeh sab jahili soch hai, jahili.</w:t>
      </w:r>
      <w:r>
        <w:br/>
      </w:r>
      <w:r>
        <w:rPr>
          <w:sz w:val="20"/>
        </w:rPr>
        <w:t>1:17:23  bas zindagi guzarne ke liye jo zaroori cheez hai, woh har aadmi samajh sakta hai bohat aasani se. bas isi par raazi ho jaiye.</w:t>
      </w:r>
    </w:p>
    <w:p>
      <w:pPr>
        <w:pStyle w:val="Heading2"/>
      </w:pPr>
      <w:r>
        <w:t>First thing to present when inviting non-Muslims</w:t>
      </w:r>
    </w:p>
    <w:p>
      <w:r>
        <w:rPr>
          <w:color w:val="666666"/>
          <w:sz w:val="18"/>
        </w:rPr>
        <w:t>Society &amp; Dawah · Understanding Islam (In Conversation with Maulana) June 20, 2010 Maulana Wahidudidn Khan · 10m 40s · at 22:08 · https://youtu.be/7UylaPL-iO8?t=1328</w:t>
      </w:r>
    </w:p>
    <w:p>
      <w:r>
        <w:rPr>
          <w:i/>
        </w:rPr>
        <w:t>“If we want to invite a non-Muslim to Islam, what should we present to them first?”</w:t>
      </w:r>
    </w:p>
    <w:p>
      <w:r>
        <w:rPr>
          <w:sz w:val="20"/>
        </w:rPr>
        <w:t>22:08  agle sawal hai nafees shairaz ka new delhi se. yadi hum kisi non muslim ko islam ki dawat dena chahein to hamein sab se pehle kaun si baat us ke samne rakhni chahiye?</w:t>
      </w:r>
      <w:r>
        <w:br/>
      </w:r>
      <w:r>
        <w:rPr>
          <w:sz w:val="20"/>
        </w:rPr>
        <w:t>22:24  sab se pehle use mohabbat karna chahiye. agar mohabbat nahi hai to dawat bhi mat dijiye.</w:t>
      </w:r>
      <w:r>
        <w:br/>
      </w:r>
      <w:r>
        <w:rPr>
          <w:sz w:val="20"/>
        </w:rPr>
        <w:t>22:33  apne dil ko tatoliye ke kya aap ko aap ke dil mein doosron ke liye nafrat hai, shikayat hai ya aap ka dil bilkul doosron ke liye positive hai.</w:t>
      </w:r>
      <w:r>
        <w:br/>
      </w:r>
      <w:r>
        <w:rPr>
          <w:sz w:val="20"/>
        </w:rPr>
        <w:t>22:46  here is the starting point. jo aadmi dawat ka kaam karna chahta hai to sab se pehle us ko apne dil ko pak karna padega nafrat se, negative thought se.</w:t>
      </w:r>
      <w:r>
        <w:br/>
      </w:r>
      <w:r>
        <w:rPr>
          <w:sz w:val="20"/>
        </w:rPr>
        <w:t>22:59  nahi to us ko dawat ka koi Allah taala ka inaam nahi milega.</w:t>
      </w:r>
      <w:r>
        <w:br/>
      </w:r>
      <w:r>
        <w:rPr>
          <w:sz w:val="20"/>
        </w:rPr>
        <w:t>23:05  dawat ka matlab sirf yeh nahi hai ke aap announce kar dein. dawat ka matlab yeh hai ke aap us ke sachhe khair khwah banein, us ke well wisher banein, us ki hidayat ke haris banein.</w:t>
      </w:r>
      <w:r>
        <w:br/>
      </w:r>
      <w:r>
        <w:rPr>
          <w:sz w:val="20"/>
        </w:rPr>
        <w:t>23:17  jab aap aise ban jayenge to phir sari baatein khul jayengi sab. aap ko aap ka yani kisi se pooche pooche baghair sab kuch program aap ka set ho jayega.</w:t>
      </w:r>
      <w:r>
        <w:br/>
      </w:r>
      <w:r>
        <w:rPr>
          <w:sz w:val="20"/>
        </w:rPr>
        <w:t>23:32  das question is from miss aisha zakwan from new delhi. there is a hadith where the prophet says that person is a miser who does not send durood on me when my name is mentioned.</w:t>
      </w:r>
      <w:r>
        <w:br/>
      </w:r>
      <w:r>
        <w:rPr>
          <w:sz w:val="20"/>
        </w:rPr>
        <w:t>23:49  maulana please explain the concept of durood.</w:t>
      </w:r>
      <w:r>
        <w:br/>
      </w:r>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r>
        <w:br/>
      </w:r>
      <w:r>
        <w:rPr>
          <w:sz w:val="20"/>
        </w:rPr>
        <w:t>24:33  Aaj aap ko azadi hai, religious freedom waisa nahi tha wahan par.</w:t>
      </w:r>
      <w:r>
        <w:br/>
      </w:r>
      <w:r>
        <w:rPr>
          <w:sz w:val="20"/>
        </w:rPr>
        <w:t>24:43  Chunancha aap ko bohat takleefein di gayeen. Misal ke taur par Taif gaye aap yahi paigham le kar ke Khuda ek hai to wahan ke sardaron se mile aap.</w:t>
      </w:r>
      <w:r>
        <w:br/>
      </w:r>
      <w:r>
        <w:rPr>
          <w:sz w:val="20"/>
        </w:rPr>
        <w:t>24:54  Sardaron ne kya kiya?</w:t>
      </w:r>
      <w:r>
        <w:br/>
      </w:r>
      <w:r>
        <w:rPr>
          <w:sz w:val="20"/>
        </w:rPr>
        <w:t>24:56  Mazak uraya aap ke ke tum Khuda ko tum hi mile thay paighambar banane ke liye? Dekho apni shakal. Bhai woh hamare aap jaisay insan thay Rasool Allah.</w:t>
      </w:r>
      <w:r>
        <w:br/>
      </w:r>
      <w:r>
        <w:rPr>
          <w:sz w:val="20"/>
        </w:rPr>
        <w:t>25:09  Koi hathi aur pahar to thay nahi. To unhon ne kaha Rasool Khuda ko tum bhi mile thay ke tum ko paighambar bana ke bhej diya?</w:t>
      </w:r>
      <w:r>
        <w:br/>
      </w:r>
      <w:r>
        <w:rPr>
          <w:sz w:val="20"/>
        </w:rPr>
        <w:t>25:18  Tum to kuch hum ko nahi lagte koi khaas aadmi ho. Aaj aap Rasool Allah ko is ki tareekhi waqiat ke sath shamil kar ke dekhte hain to lagta hai ke Rasool Allah bohat hi baray dikhai partay hain aap.</w:t>
      </w:r>
      <w:r>
        <w:br/>
      </w:r>
      <w:r>
        <w:rPr>
          <w:sz w:val="20"/>
        </w:rPr>
        <w:t>25:31  Us waqt ek aam insan thay. To unhon ne apne larkon ko kaha ke in ko maar ke bhagao. Pathar mara un logon ne.</w:t>
      </w:r>
      <w:r>
        <w:br/>
      </w:r>
      <w:r>
        <w:rPr>
          <w:sz w:val="20"/>
        </w:rPr>
        <w:t>25:44  To pathar martay martay bahar le gaye aur wahan par aap ke aap body zakhmi ho gaya, khoon banne laga.</w:t>
      </w:r>
      <w:r>
        <w:br/>
      </w:r>
      <w:r>
        <w:rPr>
          <w:sz w:val="20"/>
        </w:rPr>
        <w:t>25:57  Khoon banne laga na khilaya na pilaya na chaye na sharbat na pani. Maar ke bhaga diya.</w:t>
      </w:r>
      <w:r>
        <w:br/>
      </w:r>
      <w:r>
        <w:rPr>
          <w:sz w:val="20"/>
        </w:rPr>
        <w:t>26:06  Us waqt Allah taala ne Malik-ul-Jawal ko bheja, paharon ka farishtay ko bheja ke woh aya.</w:t>
      </w:r>
      <w:r>
        <w:br/>
      </w:r>
      <w:r>
        <w:rPr>
          <w:sz w:val="20"/>
        </w:rPr>
        <w:t>26:17  Us ne kaha ke aye Muhammad mein Malik-ul-Jawal hoon.</w:t>
      </w:r>
      <w:r>
        <w:br/>
      </w:r>
      <w:r>
        <w:rPr>
          <w:sz w:val="20"/>
        </w:rPr>
        <w:t>26:23  Yeh mere hath mein paharon ko ult palat kar sakta hoon mein. To Taif jo tha us mein dono taraf pahariyan theen. Beech mein woh town tha, idhar udhar pahariyan theen.</w:t>
      </w:r>
      <w:r>
        <w:br/>
      </w:r>
      <w:r>
        <w:rPr>
          <w:sz w:val="20"/>
        </w:rPr>
        <w:t>26:35  Kaha ke agar aap mere paas woh taqat taqat hai ke mein dono pahariyon ko aise mila doon aur log us ko pas kar reh jayen to aap mujhe kya hukum dete hain?</w:t>
      </w:r>
      <w:r>
        <w:br/>
      </w:r>
      <w:r>
        <w:rPr>
          <w:sz w:val="20"/>
        </w:rPr>
        <w:t>26:50  Unhon ne jo aap ka zulm kiya hai woh Allah ne dekha to mujhe bheja hai aap ke paas. To aap ne farmaya ke nahi.</w:t>
      </w:r>
      <w:r>
        <w:br/>
      </w:r>
      <w:r>
        <w:rPr>
          <w:sz w:val="20"/>
        </w:rPr>
        <w:t>27:04  Mein chahta hoon ke zinda rahen, un ki naslein paida hon, un ke bete pote paida hon. Un mein log milen ge jo jo sachai ko manen aur sachay kaam karen.</w:t>
      </w:r>
      <w:r>
        <w:br/>
      </w:r>
      <w:r>
        <w:rPr>
          <w:sz w:val="20"/>
        </w:rPr>
        <w:t>27:14  Yani na sirf present ko balkay future tak se aap un ke hope lagaye hue thay. To kitna ziyada aap ne qurbaniyan dein.</w:t>
      </w:r>
      <w:r>
        <w:br/>
      </w:r>
      <w:r>
        <w:rPr>
          <w:sz w:val="20"/>
        </w:rPr>
        <w:t>27:27  Aap ki qurbaniyon se ek inqilab aaya ke insani tareekh religious persecution ke dor se nikal kar ke religious freedom ke dor mein aai.</w:t>
      </w:r>
      <w:r>
        <w:br/>
      </w:r>
      <w:r>
        <w:rPr>
          <w:sz w:val="20"/>
        </w:rPr>
        <w:t>27:38  Yeh mamooli baat nahi hai. Aisi hazaron cheezein hain. Woh jab aap ka naam aaya to aap ko yaad aana chahiye ke aap sach much benefactor hain.</w:t>
      </w:r>
      <w:r>
        <w:br/>
      </w:r>
      <w:r>
        <w:rPr>
          <w:sz w:val="20"/>
        </w:rPr>
        <w:t>27:50  Sab se bara sacrifice kiya aap ne insani tareekh ko to hum parsay se nikal kar ke science mein laye. Insani tareekh ko religious persecution se nikal kar ke religious freedom ke dor mein laye.</w:t>
      </w:r>
      <w:r>
        <w:br/>
      </w:r>
      <w:r>
        <w:rPr>
          <w:sz w:val="20"/>
        </w:rPr>
        <w:t>28:03  Ek poora ek naya zamana paida kiya aap ne. Tab hum aaj is tarah aitmad se yahan baith kar baatein kar rahay hain. To Rasool Allah ka jo contribution hai history mein, contribution us ko yaad kar ke jab hum kehte hain to isi ka naam Durood hai.</w:t>
      </w:r>
      <w:r>
        <w:br/>
      </w:r>
      <w:r>
        <w:rPr>
          <w:sz w:val="20"/>
        </w:rPr>
        <w:t>28:21  Aur aaj kal jo logon ka riwaj hai woh to kuch bhi nahi, woh to nothing hai, kuch bhi nahi. Kuch bhi ho, lip service hai woh.</w:t>
      </w:r>
      <w:r>
        <w:br/>
      </w:r>
      <w:r>
        <w:rPr>
          <w:sz w:val="20"/>
        </w:rPr>
        <w:t>28:31  Woh to acknowledge karna hai Rasool Allah ke sacrifice ka, acknowledge karna hai Rasool Allah ke contribution ka. Log jantay bhi nahi kya contribution Rasool Allah ka hai.</w:t>
      </w:r>
      <w:r>
        <w:br/>
      </w:r>
      <w:r>
        <w:rPr>
          <w:sz w:val="20"/>
        </w:rPr>
        <w:t>28:43  To jo aadmi Rasool Allah ke contribution ko, yani historical contribution jo aap ka hai, us ko janay, us ko jan kar keh paray ke Khuda ya to is insan ke liye meri taraf se duaein likh le,</w:t>
      </w:r>
      <w:r>
        <w:br/>
      </w:r>
      <w:r>
        <w:rPr>
          <w:sz w:val="20"/>
        </w:rPr>
        <w:t>28:56  is insan ke liye meri taraf se Durood likh le to us ka naam hai Durood. Baqi aaj kal jo kiya jata hai woh lip service, woh to nothing hai.</w:t>
      </w:r>
      <w:r>
        <w:br/>
      </w:r>
      <w:r>
        <w:rPr>
          <w:sz w:val="20"/>
        </w:rPr>
        <w:t>29:10  das question is from miss sadia khan from new delhi. does missionary activity require an ideological base?</w:t>
      </w:r>
      <w:r>
        <w:br/>
      </w:r>
      <w:r>
        <w:rPr>
          <w:sz w:val="20"/>
        </w:rPr>
        <w:t>29:20  what propels the christians to do missionary work?</w:t>
      </w:r>
      <w:r>
        <w:br/>
      </w:r>
      <w:r>
        <w:rPr>
          <w:sz w:val="20"/>
        </w:rPr>
        <w:t>29:27  un ki aik ideology hai, bohat bari ideology hai un ki. is ideology ne un ko active kar rakha hai.</w:t>
      </w:r>
      <w:r>
        <w:br/>
      </w:r>
      <w:r>
        <w:rPr>
          <w:sz w:val="20"/>
        </w:rPr>
        <w:t>29:42  un ki ideology jo hai hum us ko nahi mante lekin bari ideology bohat zabardast hai. woh ideology yeh hai un ki ke salvation jo hai insan ko kaise mile gi?</w:t>
      </w:r>
      <w:r>
        <w:br/>
      </w:r>
      <w:r>
        <w:rPr>
          <w:sz w:val="20"/>
        </w:rPr>
        <w:t>29:53  salvation. kyunke hum aap dono, hum hum aap jo mante hain wahi mante hain jannat aur jahannum. aik christian ka bhi yahi manna hai ke maut ke baad jannat aur jahannum hai.</w:t>
      </w:r>
      <w:r>
        <w:br/>
      </w:r>
      <w:r>
        <w:rPr>
          <w:sz w:val="20"/>
        </w:rPr>
        <w:t>30:05  is mein koi difference nahi hai. lekin aadmi kaise bache ga?</w:t>
      </w:r>
      <w:r>
        <w:br/>
      </w:r>
      <w:r>
        <w:rPr>
          <w:sz w:val="20"/>
        </w:rPr>
        <w:t>30:11  salvation kaise mile gi? toh un ka manna yeh hai ke jo aadmi is yeh aqeedah rakhe, is baat ko maane ke hazrat masih jo hai woh unhone qurbani de di apni apni insaniyat ke jo original sin jo tha us ko us se insan ko bachane ke liye.</w:t>
      </w:r>
      <w:r>
        <w:br/>
      </w:r>
      <w:r>
        <w:rPr>
          <w:sz w:val="20"/>
        </w:rPr>
        <w:t>30:29  un ka manna hai ke hazrat adam ne jo khaya tha yani fabrin tree toh sari nasal hi gunahgar ho gayi.</w:t>
      </w:r>
      <w:r>
        <w:br/>
      </w:r>
      <w:r>
        <w:rPr>
          <w:sz w:val="20"/>
        </w:rPr>
        <w:t>30:38  us ko kehte hain original sin kehte hain us ko woh paidaishi gunah. toh is paidaishi gunah se bahar kaise aye ga in</w:t>
      </w:r>
      <w:r>
        <w:br/>
      </w:r>
      <w:r>
        <w:rPr>
          <w:sz w:val="20"/>
        </w:rPr>
        <w:t>30:46  saan? toh Allah ne apne bete ko bheja taake woh apne ko crucify karaye kar ke insan ko us se nikale, us original original sin se nikale.</w:t>
      </w:r>
      <w:r>
        <w:br/>
      </w:r>
      <w:r>
        <w:rPr>
          <w:sz w:val="20"/>
        </w:rPr>
        <w:t>30:56  toh ab woh samajhte hain ke humein insan ko batana hai ke aye insano tum masih ke is sacrifice ko mano, masih ke is contribution ko mano, us ko acknowledge karo, tabhi tum ko salvation mile gi.</w:t>
      </w:r>
      <w:r>
        <w:br/>
      </w:r>
      <w:r>
        <w:rPr>
          <w:sz w:val="20"/>
        </w:rPr>
        <w:t>31:09  yeh un ki ideology hai. hum us ko ideology sahi nahi samajhte hain lekin behal yahi ideology hai jis ne un ko active kar rakha hai sari duniya mein.</w:t>
      </w:r>
      <w:r>
        <w:br/>
      </w:r>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Focus on mosques vs God realization</w:t>
      </w:r>
    </w:p>
    <w:p>
      <w:r>
        <w:rPr>
          <w:color w:val="666666"/>
          <w:sz w:val="18"/>
        </w:rPr>
        <w:t>Society &amp; Dawah · Concept of God December 7, 2014 · 1m 33s · at 1:15:23 · https://youtu.be/dCgL9lp8EAo?t=4523</w:t>
      </w:r>
    </w:p>
    <w:p>
      <w:r>
        <w:rPr>
          <w:i/>
        </w:rPr>
        <w:t>“I read that during the time of Prophet of Islam, companions' focus was to call the people towards God realization and inculcate in them the spirit of Islam. But in today's time, Muslims' focus is in building and fighting for mosques. Why is there such a difference?”</w:t>
      </w:r>
    </w:p>
    <w:p>
      <w:r>
        <w:rPr>
          <w:sz w:val="20"/>
        </w:rPr>
        <w:t>1:15:23  Maulana, agla sawal Maulana Farhad sahib ne poocha hai Delhi se, aur unhon ne likha hai: "I read that during the time of Prophet of Islam, companions' focus was to call the people towards God realization and inculcate in them the spirit of Islam.</w:t>
      </w:r>
      <w:r>
        <w:br/>
      </w:r>
      <w:r>
        <w:rPr>
          <w:sz w:val="20"/>
        </w:rPr>
        <w:t>1:15:43  But in today's time, Muslims' focus is in building and fighting for mosques. Why is there such a difference?"</w:t>
      </w:r>
      <w:r>
        <w:br/>
      </w:r>
      <w:r>
        <w:rPr>
          <w:sz w:val="20"/>
        </w:rPr>
        <w:t>1:15:53  bhai, moajza dwanay ke musalman zawal yafta ummat hain, yehi difference hai. yeh kya sahaba hain aaj yahan?</w:t>
      </w:r>
      <w:r>
        <w:br/>
      </w:r>
      <w:r>
        <w:rPr>
          <w:sz w:val="20"/>
        </w:rPr>
        <w:t>1:16:02  aaj jo log hain, kya woh sahaba hain? yeh to bohat baad ki generation hain jo degenerate ho chuke hain, zawal ke daur mein aa chuke hain.</w:t>
      </w:r>
      <w:r>
        <w:br/>
      </w:r>
      <w:r>
        <w:rPr>
          <w:sz w:val="20"/>
        </w:rPr>
        <w:t>1:16:13  to is ko aap is se kaise compare karenge?</w:t>
      </w:r>
      <w:r>
        <w:br/>
      </w:r>
      <w:r>
        <w:rPr>
          <w:sz w:val="20"/>
        </w:rPr>
        <w:t>1:16:16  ab to aap ko ummat ko revive karna hai. jab tak revive na na karen to is ke andar woh sifat nahi aa sakti hain. to us waqt hum jis daur mein hain, woh revival of ummat ka daur hai.</w:t>
      </w:r>
      <w:r>
        <w:br/>
      </w:r>
      <w:r>
        <w:rPr>
          <w:sz w:val="20"/>
        </w:rPr>
        <w:t>1:16:33  aur woh revival of ummat jo hoga, woh bohat hi bohat hi sanjeeda amal se hoga. jalsa o jaloos se nahi ho sakta. log jalsa o jaloos karte hain to is se kuch nahi hone wala.</w:t>
      </w:r>
      <w:r>
        <w:br/>
      </w:r>
      <w:r>
        <w:rPr>
          <w:sz w:val="20"/>
        </w:rPr>
        <w:t>1:16:45  bheer bhaad se kuch nahi hone wala. It requires a very very serious effort.</w:t>
      </w:r>
    </w:p>
    <w:p>
      <w:pPr>
        <w:pStyle w:val="Heading2"/>
      </w:pPr>
      <w:r>
        <w:t>Formula for complaint-free culture in mission</w:t>
      </w:r>
    </w:p>
    <w:p>
      <w:r>
        <w:rPr>
          <w:color w:val="666666"/>
          <w:sz w:val="18"/>
        </w:rPr>
        <w:t>Society &amp; Dawah · Peace of Mind June 29, 2014 · 9m 08s · at 53:36 · https://youtu.be/oVwRc_FcAGk?t=3216</w:t>
      </w:r>
    </w:p>
    <w:p>
      <w:r>
        <w:rPr>
          <w:i/>
        </w:rPr>
        <w:t>“What is the formula of a complaint-free culture in a mission?”</w:t>
      </w:r>
    </w:p>
    <w:p>
      <w:r>
        <w:rPr>
          <w:sz w:val="20"/>
        </w:rPr>
        <w:t>53:36  Maulana, agla sawal kya hai Miss Naghma Siddiqui ne Delhi se, aur unhon ne aap se poocha hai ke what is the formula of a complaint free culture in a mission?</w:t>
      </w:r>
      <w:r>
        <w:br/>
      </w:r>
      <w:r>
        <w:rPr>
          <w:sz w:val="20"/>
        </w:rPr>
        <w:t>53:50  formula to banta ji, self management. kabhi bhi agar aap discussion karenge aur pooch gach karenge to kuch hone wala nahi hai, kabhi nahi ho sakta.</w:t>
      </w:r>
      <w:r>
        <w:br/>
      </w:r>
      <w:r>
        <w:rPr>
          <w:sz w:val="20"/>
        </w:rPr>
        <w:t>54:03  pooch gach jahan hoga, jahan discussion kiya jaye ga, yani cheezon par charcha kiya jaye ga, wahan complaint free mahol ban nahi sakta hai.</w:t>
      </w:r>
      <w:r>
        <w:br/>
      </w:r>
      <w:r>
        <w:rPr>
          <w:sz w:val="20"/>
        </w:rPr>
        <w:t>54:15  complaint free mahol banega jab ke aap self management aap ke andar ho, khud hi khud is ko diffuse kar len, khud hi khud.</w:t>
      </w:r>
      <w:r>
        <w:br/>
      </w:r>
      <w:r>
        <w:rPr>
          <w:sz w:val="20"/>
        </w:rPr>
        <w:t>54:24  jaise maine ek misaal is se pehle mein bata chuka hoon aap ko ke Hazrat Khalid jo the, un ko Khalifa Umar ne mazool kar diya, yani mazool karne ke maani yeh the ke woh general the, general, is ko soldier bana diya, mamooli soldier bana diya.</w:t>
      </w:r>
      <w:r>
        <w:br/>
      </w:r>
      <w:r>
        <w:rPr>
          <w:sz w:val="20"/>
        </w:rPr>
        <w:t>54:43  to ek shakliya hai ke ja kar pooch gach karte, woh ke kaise bana diya aap ne, kaun si bari ghalati thi?</w:t>
      </w:r>
      <w:r>
        <w:br/>
      </w:r>
      <w:r>
        <w:rPr>
          <w:sz w:val="20"/>
        </w:rPr>
        <w:t>54:51  pooch gach karte aur sathiyon ko jama karte, sathiyon mein charcha karte ke dekho. lekin unhon ne yeh nahi kiya, khud hi khud manage kar liya is ko.</w:t>
      </w:r>
      <w:r>
        <w:br/>
      </w:r>
      <w:r>
        <w:rPr>
          <w:sz w:val="20"/>
        </w:rPr>
        <w:t>55:02  unhon ne kaha hai ke unhon ne keh diya ke in inni la qatil fi sabil Umar, wa la qatil fi sabil Rabb Umar. mein jo kuch kar raha tha, woh woh woh Umar ke liye thori kar raha tha, Allah ke liye kar raha hoon.</w:t>
      </w:r>
      <w:r>
        <w:br/>
      </w:r>
      <w:r>
        <w:rPr>
          <w:sz w:val="20"/>
        </w:rPr>
        <w:t>55:18  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r>
        <w:br/>
      </w:r>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r>
        <w:br/>
      </w:r>
      <w:r>
        <w:rPr>
          <w:sz w:val="20"/>
        </w:rPr>
        <w:t>56:16  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r>
        <w:br/>
      </w:r>
      <w:r>
        <w:rPr>
          <w:sz w:val="20"/>
        </w:rPr>
        <w:t>56:37  kyunke shikayaton ko itne shakh dar shakh is ke itne pehlu hote hain ke koi kuch bhi kahe ga, aap ki shikayat khatam nahin hogi. kisi bhi wazahat se aap ki shikayat khatam nahin hogi.</w:t>
      </w:r>
      <w:r>
        <w:br/>
      </w:r>
      <w:r>
        <w:rPr>
          <w:sz w:val="20"/>
        </w:rPr>
        <w:t>56:51  shikayat aap khud ya to khatam karein ge ya kabhi khatam hi nahin hogi. shikayat yeh meri zindagi ke barq ka tajruba hai ke shikayat ko ya to ya to aadmi khud kill karta hai ya hamesha shikayat jeeta hai, isi mein mar jata hai.</w:t>
      </w:r>
      <w:r>
        <w:br/>
      </w:r>
      <w:r>
        <w:rPr>
          <w:sz w:val="20"/>
        </w:rPr>
        <w:t>57:04  woh</w:t>
      </w:r>
      <w:r>
        <w:br/>
      </w:r>
      <w:r>
        <w:rPr>
          <w:sz w:val="20"/>
        </w:rPr>
        <w:t>57:06  is ko phir sun lijiye aap ke quran o hadith ka mutala, zindagi ka tajruba dono se maine yeh samjha hai ke shikayat jo hai, aisi buri cheez hai ke agar aadmi khud khat ko khatam kare to khatam ho jaye gi,</w:t>
      </w:r>
      <w:r>
        <w:br/>
      </w:r>
      <w:r>
        <w:rPr>
          <w:sz w:val="20"/>
        </w:rPr>
        <w:t>57:26  jaise sahaba khatam karte thay. aur agar is ne chaha ke pooch gachh se khatam karein to kabhi khatam nahin hogi,</w:t>
      </w:r>
      <w:r>
        <w:br/>
      </w:r>
      <w:r>
        <w:rPr>
          <w:sz w:val="20"/>
        </w:rPr>
        <w:t>57:36  kyunke woh ek angrez dekhe ga waqea ko, doosra angrez dekhe ga, aur koi bhi wazahat ki jaye, phir bhi aap ki shikayat baqi rahe gi.</w:t>
      </w:r>
      <w:r>
        <w:br/>
      </w:r>
      <w:r>
        <w:rPr>
          <w:sz w:val="20"/>
        </w:rPr>
        <w:t>57:46  mera tajruba hai ke kabhi bhi wazahat se shikayat khatam nahin hoti, khatam hi nahin hoti, woh pari rehti hai. to jis aadmi ko Allah ko samne khare hone ka ehsas hai, jo aadmi jannat chahta hai, to us ko chahiye ke shikayat ko kill kare,</w:t>
      </w:r>
      <w:r>
        <w:br/>
      </w:r>
      <w:r>
        <w:rPr>
          <w:sz w:val="20"/>
        </w:rPr>
        <w:t>58:06  self killing seekhe shikayat ke moamle mein.</w:t>
      </w:r>
      <w:r>
        <w:br/>
      </w:r>
      <w:r>
        <w:rPr>
          <w:sz w:val="20"/>
        </w:rPr>
        <w:t>58:12  aur nahin to phir yeh risk le ke Allah ke samne us ko khara hona pare ga aur jawab nahin de paye ga. woh you have to learn the art of self killing.</w:t>
      </w:r>
      <w:r>
        <w:br/>
      </w:r>
      <w:r>
        <w:rPr>
          <w:sz w:val="20"/>
        </w:rPr>
        <w:t>58:22  khud hi khud apne andar kill kar diye, khatam kar dijiye is ko. koi pooch gachh nahin, koi discussion nahin, kuch nahin.</w:t>
      </w:r>
      <w:r>
        <w:br/>
      </w:r>
      <w:r>
        <w:rPr>
          <w:sz w:val="20"/>
        </w:rPr>
        <w:t>58:32  yeh meri pakki yaqeen hai quran o hadith ke mutale se, zai tajrube se aur aql se, dono har har pehlu se maine is par ghhor kiya hai. to main yeh yeh is nateejay pohancha hoon ke shikayat ko ya to aadmi khud khat parta hai, nahin to shikayat kabhi khatam hi nahin hoti.</w:t>
      </w:r>
      <w:r>
        <w:br/>
      </w:r>
      <w:r>
        <w:rPr>
          <w:sz w:val="20"/>
        </w:rPr>
        <w:t>58:50  woh jeeta hai shikayaton, marta hai shikayaton mein.</w:t>
      </w:r>
      <w:r>
        <w:br/>
      </w:r>
      <w:r>
        <w:rPr>
          <w:sz w:val="20"/>
        </w:rPr>
        <w:t>58:56  maulana, agla question kya hai? mister naveed kapoor ne dilli se, aur unhon ne likha hai ke what is the difference between a healthy discussion and an unhealthy discussion?</w:t>
      </w:r>
      <w:r>
        <w:br/>
      </w:r>
      <w:r>
        <w:rPr>
          <w:sz w:val="20"/>
        </w:rPr>
        <w:t>59:09  is ke bare mein batayein. dekhiye, healthy discussion mein us ko maanu ga jo marifat par ho, dawat par ho, aur shikayaton par ho, to woh woh healthy discussion nahin hai.</w:t>
      </w:r>
      <w:r>
        <w:br/>
      </w:r>
      <w:r>
        <w:rPr>
          <w:sz w:val="20"/>
        </w:rPr>
        <w:t>59:20  woh</w:t>
      </w:r>
      <w:r>
        <w:br/>
      </w:r>
      <w:r>
        <w:rPr>
          <w:sz w:val="20"/>
        </w:rPr>
        <w:t>59:21  jo log shikayaton par discussion karein, woh unhealthy discussion karte hain, woh kyunke is ka koi end nahin hai.</w:t>
      </w:r>
      <w:r>
        <w:br/>
      </w:r>
      <w:r>
        <w:rPr>
          <w:sz w:val="20"/>
        </w:rPr>
        <w:t>59:31  maine bohat tajruba aap se hua ke jis ke dil mein shikayatein aa gayin, kuch bhi kehte rahiye, woh shikayat khatam nahin hoti. is ki</w:t>
      </w:r>
      <w:r>
        <w:br/>
      </w:r>
      <w:r>
        <w:rPr>
          <w:sz w:val="20"/>
        </w:rPr>
        <w:t>59:40  main main misalein de kar bata sakta hoon ke kis tarah logon ne aisa, yani shikayat ab paida hui to kuch bhi kaho, kuch bhi kaho, woh shikayat baqi hai, khatam nahin hoti.</w:t>
      </w:r>
      <w:r>
        <w:br/>
      </w:r>
      <w:r>
        <w:rPr>
          <w:sz w:val="20"/>
        </w:rPr>
        <w:t>59:52  is liye main dekh, shikayat ki baaton par is discussion kar raha hoon, woh unhealthy discussion hai.</w:t>
      </w:r>
      <w:r>
        <w:br/>
      </w:r>
      <w:r>
        <w:rPr>
          <w:sz w:val="20"/>
        </w:rPr>
        <w:t>1:00:00  healthy discussion woh hai jo marifat par ho, rabbaniyat par ho, jo dawat par ho, jo islam ki jo zimmedariyan hain, is par ho.</w:t>
      </w:r>
      <w:r>
        <w:br/>
      </w:r>
      <w:r>
        <w:rPr>
          <w:sz w:val="20"/>
        </w:rPr>
        <w:t>1:00:12  woh main us ko healthy discussion samajhta hoon. jo discussion ka koi end hi na ho, woh health unhealthy rahe ga, is ka rahe ga.</w:t>
      </w:r>
      <w:r>
        <w:br/>
      </w:r>
      <w:r>
        <w:rPr>
          <w:sz w:val="20"/>
        </w:rPr>
        <w:t>1:00:24  qaumon mein bhi yeh hota hai. aap jante hain ke aisi qaumein mein jo shikayatein aapas mein hain,</w:t>
      </w:r>
      <w:r>
        <w:br/>
      </w:r>
      <w:r>
        <w:rPr>
          <w:sz w:val="20"/>
        </w:rPr>
        <w:t>1:00:29  pachas pachas saal se discussion chal rahe hain, aaj tak khatam nahin hua. abhi aaj bhi akhbar mein parh raha tha main ke do harif qaumein, do rival qaumon ka discussion ka qissa to chal raha hai pachas saal se, so saal se discussion, woh khatam hi nahin hota.</w:t>
      </w:r>
      <w:r>
        <w:br/>
      </w:r>
      <w:r>
        <w:rPr>
          <w:sz w:val="20"/>
        </w:rPr>
        <w:t>1:00:46  chahe individual ka moamla ho ya nation ka moamla ho, agar aap shikayaton ko le kar ke discussion karein ge to kabhi khatam nahin hoga.</w:t>
      </w:r>
      <w:r>
        <w:br/>
      </w:r>
      <w:r>
        <w:rPr>
          <w:sz w:val="20"/>
        </w:rPr>
        <w:t>1:00:55  to positive subject par discussion kijiye.</w:t>
      </w:r>
      <w:r>
        <w:br/>
      </w:r>
      <w:r>
        <w:rPr>
          <w:sz w:val="20"/>
        </w:rPr>
        <w:t>1:00:58  positive subject, positive subject matlab yeh hai jo islam ke aitbar se ke marifat ka subject, dawat ka subject, rabbaniyat ka subject, shukr ka subject,</w:t>
      </w:r>
      <w:r>
        <w:br/>
      </w:r>
      <w:r>
        <w:rPr>
          <w:sz w:val="20"/>
        </w:rPr>
        <w:t>1:01:13  yeh yeh yeh hai, yeh hai healthy discussion, aur iska hamesha iska faida hi hoga, iska koi nuksan nahi hoga.</w:t>
      </w:r>
      <w:r>
        <w:br/>
      </w:r>
      <w:r>
        <w:rPr>
          <w:sz w:val="20"/>
        </w:rPr>
        <w:t>1:01:28  maulana, agla question lene se pehle ek comment padhna chahenge jo abhi abhi khwaja kaleemuddin sahib ne bheja hai pennsylvania usa se, aur unhone likha hai ke maulana sahib, der is an eminence demand for spanish translation of the quran.</w:t>
      </w:r>
      <w:r>
        <w:br/>
      </w:r>
      <w:r>
        <w:rPr>
          <w:sz w:val="20"/>
        </w:rPr>
        <w:t>1:01:46  der isnt a good and affordable spanish translation of quran available in the market,</w:t>
      </w:r>
      <w:r>
        <w:br/>
      </w:r>
      <w:r>
        <w:rPr>
          <w:sz w:val="20"/>
        </w:rPr>
        <w:t>1:01:53  but by the grace of allah and with the collaboration of good word and cps usa, a spanish translation is being prepared.</w:t>
      </w:r>
      <w:r>
        <w:br/>
      </w:r>
      <w:r>
        <w:rPr>
          <w:sz w:val="20"/>
        </w:rPr>
        <w:t>1:02:03  inshallah, with in with in a month or two, it will be ready. in this connection, der is a need to also know the working knowledge of spanish language, so that effective quranic distribution can take place.</w:t>
      </w:r>
      <w:r>
        <w:br/>
      </w:r>
      <w:r>
        <w:rPr>
          <w:sz w:val="20"/>
        </w:rPr>
        <w:t>1:02:19  d</w:t>
      </w:r>
      <w:r>
        <w:br/>
      </w:r>
      <w:r>
        <w:rPr>
          <w:sz w:val="20"/>
        </w:rPr>
        <w:t>1:02:20  er for, as a ramadan resolution this year, i have started learning spanish language, so that the distribution becomes easier.</w:t>
      </w:r>
      <w:r>
        <w:br/>
      </w:r>
      <w:r>
        <w:rPr>
          <w:sz w:val="20"/>
        </w:rPr>
        <w:t>1:02:29  maulana sahib, i request you to make dua for all of us. hum sab log dua karte hain, bhai yeh to bohat bari news hai. ji, hum sab log dua karte hain, allah taala khoob khoob madad farmaye.</w:t>
      </w:r>
      <w:r>
        <w:br/>
      </w:r>
      <w:r>
        <w:rPr>
          <w:sz w:val="20"/>
        </w:rPr>
        <w:t>1:02:41  yeh to bohat bari news hai, bohat hi achi news hai.</w:t>
      </w:r>
    </w:p>
    <w:p>
      <w:pPr>
        <w:pStyle w:val="Heading2"/>
      </w:pPr>
      <w:r>
        <w:t>Freedom of expression and Pope's statement</w:t>
      </w:r>
    </w:p>
    <w:p>
      <w:r>
        <w:rPr>
          <w:color w:val="666666"/>
          <w:sz w:val="18"/>
        </w:rPr>
        <w:t>Society &amp; Dawah · Root Cause of Terrorism February 22, 2015 · 3m 43s · at 47:08 · https://youtu.be/n0AIGEI7b9U?t=2828</w:t>
      </w:r>
    </w:p>
    <w:p>
      <w:r>
        <w:rPr>
          <w:i/>
        </w:rPr>
        <w:t>“Many people like the Pope's recent statement that freedom of expression is not absolute. The Pope said it after the attack on Charlie Hebdo magazine in France. Please comment.”</w:t>
      </w:r>
    </w:p>
    <w:p>
      <w:r>
        <w:rPr>
          <w:sz w:val="20"/>
        </w:rPr>
        <w:t>47:07  hikmat e islam.</w:t>
      </w:r>
      <w:r>
        <w:br/>
      </w:r>
      <w:r>
        <w:rPr>
          <w:sz w:val="20"/>
        </w:rPr>
        <w:t>47:08  maulana, agla sawal wajihuddin sahib ne kiya hai mumbai se aur unhon ne likha hai: "many people</w:t>
      </w:r>
      <w:r>
        <w:br/>
      </w:r>
      <w:r>
        <w:rPr>
          <w:sz w:val="20"/>
        </w:rPr>
        <w:t>47:16  like the pope's recent statement that freedom of expression is not absolute.</w:t>
      </w:r>
      <w:r>
        <w:br/>
      </w:r>
      <w:r>
        <w:rPr>
          <w:sz w:val="20"/>
        </w:rPr>
        <w:t>47:21  the pope said it, the pope said it after the attack on Charlie Hebdo magazine in France.</w:t>
      </w:r>
      <w:r>
        <w:br/>
      </w:r>
      <w:r>
        <w:rPr>
          <w:sz w:val="20"/>
        </w:rPr>
        <w:t>47:28  absolute freedom can be misused and that's why freedom must not be absolute.</w:t>
      </w:r>
      <w:r>
        <w:br/>
      </w:r>
      <w:r>
        <w:rPr>
          <w:sz w:val="20"/>
        </w:rPr>
        <w:t>47:34  some people say if someone abuses me, i have freedom to retaliate.</w:t>
      </w:r>
      <w:r>
        <w:br/>
      </w:r>
      <w:r>
        <w:rPr>
          <w:sz w:val="20"/>
        </w:rPr>
        <w:t>47:40  please explain this." dekhen, do baatein alag alag hain, do baatein alag alag hain.</w:t>
      </w:r>
      <w:r>
        <w:br/>
      </w:r>
      <w:r>
        <w:rPr>
          <w:sz w:val="20"/>
        </w:rPr>
        <w:t>47:46  mein samajhta hoon ke freedom jo hai, yani by nature absolute hona chahiye is ko ke insan soch</w:t>
      </w:r>
      <w:r>
        <w:br/>
      </w:r>
      <w:r>
        <w:rPr>
          <w:sz w:val="20"/>
        </w:rPr>
        <w:t>47:54  sake, soch sake, soch sake.</w:t>
      </w:r>
      <w:r>
        <w:br/>
      </w:r>
      <w:r>
        <w:rPr>
          <w:sz w:val="20"/>
        </w:rPr>
        <w:t>47:56  yeh absolute hona chahiye, warna creativity ruk jayegi.</w:t>
      </w:r>
      <w:r>
        <w:br/>
      </w:r>
      <w:r>
        <w:rPr>
          <w:sz w:val="20"/>
        </w:rPr>
        <w:t>48:00  freedom par agar pabandi lagayenge to creativity ruk jayegi, phir creative thinking ka development nahi hoga.</w:t>
      </w:r>
      <w:r>
        <w:br/>
      </w:r>
      <w:r>
        <w:rPr>
          <w:sz w:val="20"/>
        </w:rPr>
        <w:t>48:07  insan ki sab se bari sifat yeh hai ke is ke andar creative thinking ho, hai intellectual development</w:t>
      </w:r>
      <w:r>
        <w:br/>
      </w:r>
      <w:r>
        <w:rPr>
          <w:sz w:val="20"/>
        </w:rPr>
        <w:t>48:15  hota hai is ka, to woh ruk jayegi.</w:t>
      </w:r>
      <w:r>
        <w:br/>
      </w:r>
      <w:r>
        <w:rPr>
          <w:sz w:val="20"/>
        </w:rPr>
        <w:t>48:19  is liye mein yeh manta hoon aur islam ka yahi usool hai ke freedom at itself jo hai,</w:t>
      </w:r>
      <w:r>
        <w:br/>
      </w:r>
      <w:r>
        <w:rPr>
          <w:sz w:val="20"/>
        </w:rPr>
        <w:t>48:27  woh total freedom hai.</w:t>
      </w:r>
      <w:r>
        <w:br/>
      </w:r>
      <w:r>
        <w:rPr>
          <w:sz w:val="20"/>
        </w:rPr>
        <w:t>48:28  total freedom.</w:t>
      </w:r>
      <w:r>
        <w:br/>
      </w:r>
      <w:r>
        <w:rPr>
          <w:sz w:val="20"/>
        </w:rPr>
        <w:t>48:30  ab is mein do baatein aati hain, woh yeh hai: ek baat, woh jo mein ne is se</w:t>
      </w:r>
      <w:r>
        <w:br/>
      </w:r>
      <w:r>
        <w:rPr>
          <w:sz w:val="20"/>
        </w:rPr>
        <w:t>48:38  pehlay keh chuka hoon ke sirf yeh hai ke doosre ke liye aap harmful na banen.</w:t>
      </w:r>
      <w:r>
        <w:br/>
      </w:r>
      <w:r>
        <w:rPr>
          <w:sz w:val="20"/>
        </w:rPr>
        <w:t>48:45  khud to chahe jitna sochen, aap apni thinking ko jitna hi chahe aap kare dein, is ko apne</w:t>
      </w:r>
      <w:r>
        <w:br/>
      </w:r>
      <w:r>
        <w:rPr>
          <w:sz w:val="20"/>
        </w:rPr>
        <w:t>48:53  mind ko jitna chahe istemal karen, lekin yeh right nahi hona chahiye ke doosre ke liye harmful</w:t>
      </w:r>
      <w:r>
        <w:br/>
      </w:r>
      <w:r>
        <w:rPr>
          <w:sz w:val="20"/>
        </w:rPr>
        <w:t>49:00  banayen, kyunke woh to woh social crime ka subject ban jata hai, woh freedom ka nahi.</w:t>
      </w:r>
      <w:r>
        <w:br/>
      </w:r>
      <w:r>
        <w:rPr>
          <w:sz w:val="20"/>
        </w:rPr>
        <w:t>49:07  jaise hi aap doosre ke liye harmful bante hain to aap ek social crime karte hain, to</w:t>
      </w:r>
      <w:r>
        <w:br/>
      </w:r>
      <w:r>
        <w:rPr>
          <w:sz w:val="20"/>
        </w:rPr>
        <w:t>49:15  woh bilkul sahi hai.</w:t>
      </w:r>
      <w:r>
        <w:br/>
      </w:r>
      <w:r>
        <w:rPr>
          <w:sz w:val="20"/>
        </w:rPr>
        <w:t>49:17  doosri baat yeh hai ke musalman jo yeh kehte hain ke hamara hamara dil majrooh hua hai, to</w:t>
      </w:r>
      <w:r>
        <w:br/>
      </w:r>
      <w:r>
        <w:rPr>
          <w:sz w:val="20"/>
        </w:rPr>
        <w:t>49:24  yeh majrooh hona ka concept bilkul galat hai, yeh Islam se is ka koi talluq nahin.</w:t>
      </w:r>
      <w:r>
        <w:br/>
      </w:r>
      <w:r>
        <w:rPr>
          <w:sz w:val="20"/>
        </w:rPr>
        <w:t>49:31  aap ka dil majrooh kyun hua? aap ke dil ko aap offend kyun hui hai? aap is ko</w:t>
      </w:r>
      <w:r>
        <w:br/>
      </w:r>
      <w:r>
        <w:rPr>
          <w:sz w:val="20"/>
        </w:rPr>
        <w:t>49:39  point of discussion bana kar is ko is ke baat kijiye.</w:t>
      </w:r>
      <w:r>
        <w:br/>
      </w:r>
      <w:r>
        <w:rPr>
          <w:sz w:val="20"/>
        </w:rPr>
        <w:t>49:44  jis ne koi baat kahi hai, woh aap ko buri lagi hai to aap use use discuss kijiye,</w:t>
      </w:r>
      <w:r>
        <w:br/>
      </w:r>
      <w:r>
        <w:rPr>
          <w:sz w:val="20"/>
        </w:rPr>
        <w:t>49:51  is ko point of discussion banaiye.</w:t>
      </w:r>
      <w:r>
        <w:br/>
      </w:r>
      <w:r>
        <w:rPr>
          <w:sz w:val="20"/>
        </w:rPr>
        <w:t>49:54  point of, yani is ko offend hone ki koi zaroorat nahin hai.</w:t>
      </w:r>
      <w:r>
        <w:br/>
      </w:r>
      <w:r>
        <w:rPr>
          <w:sz w:val="20"/>
        </w:rPr>
        <w:t>49:59  yeh musalman yeh kehte hain ke is se hamara dil offend hota hai, to offend hone ki zaroorat</w:t>
      </w:r>
      <w:r>
        <w:br/>
      </w:r>
      <w:r>
        <w:rPr>
          <w:sz w:val="20"/>
        </w:rPr>
        <w:t>50:07  hi kya hai? aap use discuss kijiye.</w:t>
      </w:r>
      <w:r>
        <w:br/>
      </w:r>
      <w:r>
        <w:rPr>
          <w:sz w:val="20"/>
        </w:rPr>
        <w:t>50:10  to yeh do baatein main arz karunga ke freedom ke liye koi bhi condition nahin hai, siwaye</w:t>
      </w:r>
      <w:r>
        <w:br/>
      </w:r>
      <w:r>
        <w:rPr>
          <w:sz w:val="20"/>
        </w:rPr>
        <w:t>50:17  is ke ke aadmi harmful na bane.</w:t>
      </w:r>
      <w:r>
        <w:br/>
      </w:r>
      <w:r>
        <w:rPr>
          <w:sz w:val="20"/>
        </w:rPr>
        <w:t>50:21  harmful banega to phir woh freedom nahin hogi, woh social crime ho jayega.</w:t>
      </w:r>
      <w:r>
        <w:br/>
      </w:r>
      <w:r>
        <w:rPr>
          <w:sz w:val="20"/>
        </w:rPr>
        <w:t>50:28  doosri baat yeh hai ke koi kisi ki baat aap ko agar galat maloom ho rahi hai, buri</w:t>
      </w:r>
      <w:r>
        <w:br/>
      </w:r>
      <w:r>
        <w:rPr>
          <w:sz w:val="20"/>
        </w:rPr>
        <w:t>50:35  lag rahi hai to aap use discuss kijiye, is ko reason based discussion kijiye is se, aur aur</w:t>
      </w:r>
      <w:r>
        <w:br/>
      </w:r>
      <w:r>
        <w:rPr>
          <w:sz w:val="20"/>
        </w:rPr>
        <w:t>50:43  woh is se aap ko bhi faida hoga, us ko bhi faida hoga.</w:t>
      </w:r>
      <w:r>
        <w:br/>
      </w:r>
      <w:r>
        <w:rPr>
          <w:sz w:val="20"/>
        </w:rPr>
        <w:t>50:49  yeh do baatein main kehta hoon.</w:t>
      </w:r>
    </w:p>
    <w:p>
      <w:pPr>
        <w:pStyle w:val="Heading2"/>
      </w:pPr>
      <w:r>
        <w:t>Fulfilling responsibility of conveying God's message</w:t>
      </w:r>
    </w:p>
    <w:p>
      <w:r>
        <w:rPr>
          <w:color w:val="666666"/>
          <w:sz w:val="18"/>
        </w:rPr>
        <w:t>Society &amp; Dawah · Signs of Doomsday November 7, 2021 Prof. Farida Khanam · 5m 30s · at 40:59 · https://youtu.be/RQZchtP6uRg?t=2459</w:t>
      </w:r>
    </w:p>
    <w:p>
      <w:r>
        <w:rPr>
          <w:i/>
        </w:rPr>
        <w:t>“With such less time available, what should we do to fulfill our responsibility of conveying God's message to mankind?”</w:t>
      </w:r>
    </w:p>
    <w:p>
      <w:r>
        <w:rPr>
          <w:sz w:val="20"/>
        </w:rPr>
        <w:t>40:59  Allah taala hum ko istiqamat de. ameen. jazak Allah aap ka." Muhammad Ammar sahib ne Delhi se bheja hai: "apa, after the coming of covid 19 and getting involved more into cps dawa work, i daily feel the nearness of qayamat." apa, agla sawal leta hoon.</w:t>
      </w:r>
      <w:r>
        <w:br/>
      </w:r>
      <w:r>
        <w:rPr>
          <w:sz w:val="20"/>
        </w:rPr>
        <w:t>41:21  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r>
        <w:br/>
      </w:r>
      <w:r>
        <w:rPr>
          <w:sz w:val="20"/>
        </w:rPr>
        <w:t>41:51  is un ke liye duaen karna hai aur jo bhi hamare paas literature hai, aap is ko de sakte hain aur aap is ko achhi baatein bata sakte hain.</w:t>
      </w:r>
      <w:r>
        <w:br/>
      </w:r>
      <w:r>
        <w:rPr>
          <w:sz w:val="20"/>
        </w:rPr>
        <w:t>42:00  bahut sari baatein to logon ko maloom hi rehti hain. un se baat kijiye, dialogue kariye un se aur un ko bataiye jo creation plan bataiye.</w:t>
      </w:r>
      <w:r>
        <w:br/>
      </w:r>
      <w:r>
        <w:rPr>
          <w:sz w:val="20"/>
        </w:rPr>
        <w:t>42:10  sab se badi baat jo hai woh creation plan hai ke is duniya mein hum hamesha ke liye aaye hi nahi hain. yeh duniya jo hai temporary aboard hai hamara aur yeh duniya khatm hone wali hai.</w:t>
      </w:r>
      <w:r>
        <w:br/>
      </w:r>
      <w:r>
        <w:rPr>
          <w:sz w:val="20"/>
        </w:rPr>
        <w:t>42:22  aur is ke baad jo hai doosri duniya aaye gi. to is doosri duniya ke liye hamein tayyar apne aap ko karna hai. to tayyari karni zaroori hai.</w:t>
      </w:r>
      <w:r>
        <w:br/>
      </w:r>
      <w:r>
        <w:rPr>
          <w:sz w:val="20"/>
        </w:rPr>
        <w:t>42:32  to tayyari apni bhi tayyari karni hai aur doosron ko bhi is ke liye tayyar karna hai ke jab woh Khuda ke aage ab hazir kiye jayein to to woh un un ko ko un ko pachtana na pade ke unhone apni pichhli zindagi mein waste kar diya hai.</w:t>
      </w:r>
      <w:r>
        <w:br/>
      </w:r>
      <w:r>
        <w:rPr>
          <w:sz w:val="20"/>
        </w:rPr>
        <w:t>42:52  to bas yahi karna hai. mujhe ek waqia yaad aata hai: Rasool Allah Sal Allah o Alaihe Wasallam ke zamane mein kisi aadmi ne koi galati kar di to sab us ko bura bhala kehne lage.</w:t>
      </w:r>
      <w:r>
        <w:br/>
      </w:r>
      <w:r>
        <w:rPr>
          <w:sz w:val="20"/>
        </w:rPr>
        <w:t>43:04  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r>
        <w:br/>
      </w:r>
      <w:r>
        <w:rPr>
          <w:sz w:val="20"/>
        </w:rPr>
        <w:t>43:20  to yeh basic jo bahut hi buniyadi point Rasool Allah Sal Allah o Alaihe Wasallam ne is mein bataya tha ke apne bhai ke khilaaf shaitan ke madadgar mat bano.</w:t>
      </w:r>
      <w:r>
        <w:br/>
      </w:r>
      <w:r>
        <w:rPr>
          <w:sz w:val="20"/>
        </w:rPr>
        <w:t>43:29  shaitan ki madad karna kya hai? sari koshish jo shaitan ki ho rahi hai woh yahi ho rahi hai ke hum kisi bhi tareeqe se insaan ko Allah ke raaste se hata kar hamesha ke liye ruswai aur Allah ki narazgi mein is ko daal dein.</w:t>
      </w:r>
      <w:r>
        <w:br/>
      </w:r>
      <w:r>
        <w:rPr>
          <w:sz w:val="20"/>
        </w:rPr>
        <w:t>43:44  kisi bhi tareeqe se. to ab yahan par hum koi aisa kaam karte hain jis ki wajah se insaan Allah se door ho jata hai hamare reason se. to hum ne shaitan ki madad ki.</w:t>
      </w:r>
      <w:r>
        <w:br/>
      </w:r>
      <w:r>
        <w:rPr>
          <w:sz w:val="20"/>
        </w:rPr>
        <w:t>43:54  hum ne koi bad dua kiya jaise bad dua karte hain: "Allah dammir diyarahum wa shattit shimlaha" yeh sab dua karte hain, "qunoot e nazila" karte hain. yeh sab cheezein kya hain?</w:t>
      </w:r>
      <w:r>
        <w:br/>
      </w:r>
      <w:r>
        <w:rPr>
          <w:sz w:val="20"/>
        </w:rPr>
        <w:t>44:02  apne bhai ke khilaaf shaitan ki madad kar di hain. yeh sab cheezein bilkul na karein. hatred nikal dein. dua karein un ko dawat ka kaam pohanchayein. is se barh kar Allah taala ki raza ka koi doosra kaam nahi ho sakta.</w:t>
      </w:r>
      <w:r>
        <w:br/>
      </w:r>
      <w:r>
        <w:rPr>
          <w:sz w:val="20"/>
        </w:rPr>
        <w:t>44:19  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r>
        <w:br/>
      </w:r>
      <w:r>
        <w:rPr>
          <w:sz w:val="20"/>
        </w:rPr>
        <w:t>44:42  aur aaj ke daur mein jab multimedia aur internet hai to Maulana sahib hum sab logon ko bahut zyada is cheez ke bare mein kehte the ke "fill the internet and social media with the message of the Quran".</w:t>
      </w:r>
      <w:r>
        <w:br/>
      </w:r>
      <w:r>
        <w:rPr>
          <w:sz w:val="20"/>
        </w:rPr>
        <w:t>44:57  so CPS international is increasingly creating new material, adding articles, videos into internet, because potentially internet has made it possible that it reaches each and every home.</w:t>
      </w:r>
      <w:r>
        <w:br/>
      </w:r>
      <w:r>
        <w:rPr>
          <w:sz w:val="20"/>
        </w:rPr>
        <w:t>45:15  and this is what prophet had said: "that there will be no house big or small where the word of God has not entered". and social media and internet practically makes it possible.</w:t>
      </w:r>
      <w:r>
        <w:br/>
      </w:r>
      <w:r>
        <w:rPr>
          <w:sz w:val="20"/>
        </w:rPr>
        <w:t>45:27  so all of you who cannot upload it, you can use CPS website, CPS social media handles like Facebook, YouTube, Instagram, and you can share it in your circle, you know, your colleagues, your friends, your neighbors.</w:t>
      </w:r>
      <w:r>
        <w:br/>
      </w:r>
      <w:r>
        <w:rPr>
          <w:sz w:val="20"/>
        </w:rPr>
        <w:t>45:43  and that is a biggest work or the biggest responsibility that you will fulfill, you know, from your side, and you will be able to use the time in a right manner.</w:t>
      </w:r>
      <w:r>
        <w:br/>
      </w:r>
      <w:r>
        <w:rPr>
          <w:sz w:val="20"/>
        </w:rPr>
        <w:t>45:56  so thats another important thing.</w:t>
      </w:r>
      <w:r>
        <w:br/>
      </w:r>
      <w:r>
        <w:rPr>
          <w:sz w:val="20"/>
        </w:rPr>
        <w:t>46:02  apa aik comment aur parhna chahunga. yeh sister baseerat taj ne bheja hai: "i like it simple to the point, normal, no rambling stories, no theatrical speech.</w:t>
      </w:r>
      <w:r>
        <w:br/>
      </w:r>
      <w:r>
        <w:rPr>
          <w:sz w:val="20"/>
        </w:rPr>
        <w:t>46:17  i wonder why why why we cant have such a simple preacher on other side of border."</w:t>
      </w:r>
    </w:p>
    <w:p>
      <w:pPr>
        <w:pStyle w:val="Heading2"/>
      </w:pPr>
      <w:r>
        <w:t>Future of Muslims and their condition</w:t>
      </w:r>
    </w:p>
    <w:p>
      <w:r>
        <w:rPr>
          <w:color w:val="666666"/>
          <w:sz w:val="18"/>
        </w:rPr>
        <w:t>Society &amp; Dawah · Living in a New Age | March 26, 2017 · 1m 16s · at 49:33 · https://youtu.be/iST0AxQscKo?t=2973</w:t>
      </w:r>
    </w:p>
    <w:p>
      <w:r>
        <w:rPr>
          <w:i/>
        </w:rPr>
        <w:t>“What do you think about the future of the Muslims? I think the condition of Muslims is very good.”</w:t>
      </w:r>
    </w:p>
    <w:p>
      <w:r>
        <w:rPr>
          <w:sz w:val="20"/>
        </w:rPr>
        <w:t>49:33  ji Maulana Ameer Qureshi sahib ne Pakistan se sawal bheja hai.</w:t>
      </w:r>
      <w:r>
        <w:br/>
      </w:r>
      <w:r>
        <w:rPr>
          <w:sz w:val="20"/>
        </w:rPr>
        <w:t>49:37  انہوں نے لکھا ہے کہ مولانا صاحب what do you think about the future of the Muslims؟ میں</w:t>
      </w:r>
      <w:r>
        <w:br/>
      </w:r>
      <w:r>
        <w:rPr>
          <w:sz w:val="20"/>
        </w:rPr>
        <w:t>49:40  samajhta hoon ke Muslim ki surat bohat acha hai.</w:t>
      </w:r>
      <w:r>
        <w:br/>
      </w:r>
      <w:r>
        <w:rPr>
          <w:sz w:val="20"/>
        </w:rPr>
        <w:t>49:44  kyun ke abhi abhi hai tareekh mein jab koi upheaval hota hai to kisi positive maqsad ke liye hota hai.</w:t>
      </w:r>
      <w:r>
        <w:br/>
      </w:r>
      <w:r>
        <w:rPr>
          <w:sz w:val="20"/>
        </w:rPr>
        <w:t>49:51  isi ko Maulana Room ne kaha tha ke unhon ne Allah ki scheme ko bataya tha is tareeqe</w:t>
      </w:r>
      <w:r>
        <w:br/>
      </w:r>
      <w:r>
        <w:rPr>
          <w:sz w:val="20"/>
        </w:rPr>
        <w:t>49:59  se unhon ne ke choon banaye konah abad kun awalan ta'meer raawi kun yeh Maulana Room ka shair</w:t>
      </w:r>
      <w:r>
        <w:br/>
      </w:r>
      <w:r>
        <w:rPr>
          <w:sz w:val="20"/>
        </w:rPr>
        <w:t>50:06  hai awalan choon banaye konah abad</w:t>
      </w:r>
      <w:r>
        <w:br/>
      </w:r>
      <w:r>
        <w:rPr>
          <w:sz w:val="20"/>
        </w:rPr>
        <w:t>50:14  ah kund awalan taameer raavi ra kund yani allah rabbul alameen jab chahta hai nayi duniya banana to pichli duniya ko tod deta hai. to musalmanon mein jo jo halchal hai aur gadbad hai is liye ke ek naya emergence aane wala hai inshallah. ek ise great thinking aayegi musalmanon mein. musalmanon mein is se deep thinking aa</w:t>
      </w:r>
      <w:r>
        <w:br/>
      </w:r>
      <w:r>
        <w:rPr>
          <w:sz w:val="20"/>
        </w:rPr>
        <w:t>50:44  ye gi aur phir sab kuch inshallah dheere dheere badal jayega.</w:t>
      </w:r>
    </w:p>
    <w:p>
      <w:pPr>
        <w:pStyle w:val="Heading2"/>
      </w:pPr>
      <w:r>
        <w:t>Giving Quran physically or via email</w:t>
      </w:r>
    </w:p>
    <w:p>
      <w:r>
        <w:rPr>
          <w:color w:val="666666"/>
          <w:sz w:val="18"/>
        </w:rPr>
        <w:t>Society &amp; Dawah · Journey of History December 23, 2012 · 1m 21s · at 1:05:46 · https://youtu.be/bvjWl3U3Dmw?t=3946</w:t>
      </w:r>
    </w:p>
    <w:p>
      <w:r>
        <w:rPr>
          <w:i/>
        </w:rPr>
        <w:t>“Can Quran be given physically and it can be given in soft copy through email? Please advise.”</w:t>
      </w:r>
    </w:p>
    <w:p>
      <w:r>
        <w:rPr>
          <w:sz w:val="20"/>
        </w:rPr>
        <w:t>1:05:46  maulana, agla sawal ah dilli se hai miss saty malhotra ka. unhon ne aapse poocha hai: "can quran be given physically or it can be given in soft copy through email?" please advice.</w:t>
      </w:r>
      <w:r>
        <w:br/>
      </w:r>
      <w:r>
        <w:rPr>
          <w:sz w:val="20"/>
        </w:rPr>
        <w:t>1:06:02  har tareeqe se, jo bhi tareeqa hai, pehle bhi munh se bol ke sunate the log. ab chupa hua bhi denge aap aur internet ke zariye bhi denge.</w:t>
      </w:r>
      <w:r>
        <w:br/>
      </w:r>
      <w:r>
        <w:rPr>
          <w:sz w:val="20"/>
        </w:rPr>
        <w:t>1:06:13  aap</w:t>
      </w:r>
      <w:r>
        <w:br/>
      </w:r>
      <w:r>
        <w:rPr>
          <w:sz w:val="20"/>
        </w:rPr>
        <w:t>1:06:14  jo bhi tareeqa aur koi tareeqa ijad ho, use bhi denge. aisi cheez to pohnchana hai, pohnch jaye bas sahi tareeqe ke sath. maulana, woh doosra hissa un ke sawal ka yeh hai ke kya quran sirf non muslims ko di jaye ya musalmanon ko bhi di jaye?</w:t>
      </w:r>
      <w:r>
        <w:br/>
      </w:r>
      <w:r>
        <w:rPr>
          <w:sz w:val="20"/>
        </w:rPr>
        <w:t>1:06:30  sab ko, sab ko jo sab ko di jaye. quran musalman iman rakhte hain quran par aqeeda, lekin quran ki masjid se bekhabar hain.</w:t>
      </w:r>
      <w:r>
        <w:br/>
      </w:r>
      <w:r>
        <w:rPr>
          <w:sz w:val="20"/>
        </w:rPr>
        <w:t>1:06:41  woh</w:t>
      </w:r>
      <w:r>
        <w:br/>
      </w:r>
      <w:r>
        <w:rPr>
          <w:sz w:val="20"/>
        </w:rPr>
        <w:t>1:06:44  is zamane ke musalman quran ki masjid se bekhabar hain. in ko bhi batana hai. yani ek aadmi aqeeda rakhte hue bekhabar hai, ek aadmi ko aqeeda nahi hai, phir bhi woh bekhabar hai.</w:t>
      </w:r>
      <w:r>
        <w:br/>
      </w:r>
      <w:r>
        <w:rPr>
          <w:sz w:val="20"/>
        </w:rPr>
        <w:t>1:06:55  to kais to aik hi hua na? dono be khabri mein hain, dono be khabri mein hain. to sab ko batana hai.</w:t>
      </w:r>
    </w:p>
    <w:p>
      <w:pPr>
        <w:pStyle w:val="Heading2"/>
      </w:pPr>
      <w:r>
        <w:t>Giving Quran with Gifts to Non-Muslims in UK</w:t>
      </w:r>
    </w:p>
    <w:p>
      <w:r>
        <w:rPr>
          <w:color w:val="666666"/>
          <w:sz w:val="18"/>
        </w:rPr>
        <w:t>Society &amp; Dawah · Lessons from My Journey to Canada II January 10, 2016 · 2m 21s · at 48:21 · https://youtu.be/GHF2Ph3GW7A?t=2901</w:t>
      </w:r>
    </w:p>
    <w:p>
      <w:r>
        <w:rPr>
          <w:i/>
        </w:rPr>
        <w:t>“In the UK we have experienced few times that when we give Quran with chocolates and gifts to non-Muslims, then they keep the...”</w:t>
      </w:r>
    </w:p>
    <w:p>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Government stand on divorce causing Muslim unrest</w:t>
      </w:r>
    </w:p>
    <w:p>
      <w:r>
        <w:rPr>
          <w:color w:val="666666"/>
          <w:sz w:val="18"/>
        </w:rPr>
        <w:t>Society &amp; Dawah · 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Grave dug out due to sectarianism</w:t>
      </w:r>
    </w:p>
    <w:p>
      <w:r>
        <w:rPr>
          <w:color w:val="666666"/>
          <w:sz w:val="18"/>
        </w:rPr>
        <w:t>Society &amp; Dawah · Formula of Human Life | March 13, 2016 · 1m 15s · at 1:16:07 · https://youtu.be/Et_ZQTYZzjU?t=4567</w:t>
      </w:r>
    </w:p>
    <w:p>
      <w:r>
        <w:rPr>
          <w:i/>
        </w:rPr>
        <w:t>“Recently a dead man was dug out of his grave just because he belonged to a different sect, and the graveyard belonged to the other sect.”</w:t>
      </w:r>
    </w:p>
    <w:p>
      <w:r>
        <w:rPr>
          <w:sz w:val="20"/>
        </w:rPr>
        <w:t>1:16:07  Maulana, agla sawal Delhi se kya hai Muhammad Usman sahib ne, aur unhone likha hai: "Recently a</w:t>
      </w:r>
      <w:r>
        <w:br/>
      </w:r>
      <w:r>
        <w:rPr>
          <w:sz w:val="20"/>
        </w:rPr>
        <w:t>1:16:15  dead man was dug out of his grave just because he belonged to a different</w:t>
      </w:r>
      <w:r>
        <w:br/>
      </w:r>
      <w:r>
        <w:rPr>
          <w:sz w:val="20"/>
        </w:rPr>
        <w:t>1:16:23  sect, and graveyard was of a was of the other sect.</w:t>
      </w:r>
      <w:r>
        <w:br/>
      </w:r>
      <w:r>
        <w:rPr>
          <w:sz w:val="20"/>
        </w:rPr>
        <w:t>1:16:29  such is the hatred among various sects of Islam.</w:t>
      </w:r>
      <w:r>
        <w:br/>
      </w:r>
      <w:r>
        <w:rPr>
          <w:sz w:val="20"/>
        </w:rPr>
        <w:t>1:16:35  "How this hatred can be reduced or ended? What can be done to end sectarianism?" Bhai, yeh</w:t>
      </w:r>
      <w:r>
        <w:br/>
      </w:r>
      <w:r>
        <w:rPr>
          <w:sz w:val="20"/>
        </w:rPr>
        <w:t>1:16:41  jo hai, yeh to Islam mein haram hai.</w:t>
      </w:r>
      <w:r>
        <w:br/>
      </w:r>
      <w:r>
        <w:rPr>
          <w:sz w:val="20"/>
        </w:rPr>
        <w:t>1:16:47  qabr qabr ko khod kar ke nikalna, yeh to Islam mein jaiz hi nahi hai. Lekin</w:t>
      </w:r>
      <w:r>
        <w:br/>
      </w:r>
      <w:r>
        <w:rPr>
          <w:sz w:val="20"/>
        </w:rPr>
        <w:t>1:16:53  is mein koi role ho sakta hai judiciary ka, ek reformer ka koi role nahi is mein ho sakta. Haan, agar samjhane bajaye is kaam chale to ja ke woh samjhana chahiye hoga. Lekin generally kya hota hai? Samjhane bajaye is kaam nahi chalta, wahan judiciary ka role aa jata hai. To main yeh kahunga ke agar kaam chal jata hai samjhane bachane se to jo reformers</w:t>
      </w:r>
    </w:p>
    <w:p>
      <w:pPr>
        <w:pStyle w:val="Heading2"/>
      </w:pPr>
      <w:r>
        <w:t>Greeting Non-Muslims with Salaam</w:t>
      </w:r>
    </w:p>
    <w:p>
      <w:r>
        <w:rPr>
          <w:color w:val="666666"/>
          <w:sz w:val="18"/>
        </w:rPr>
        <w:t>Society &amp; Dawah · Hadith Prediction November 3, 2013 · 2m 06s · at 57:30 · https://youtu.be/cb5Lzw9c8aE?t=3450</w:t>
      </w:r>
    </w:p>
    <w:p>
      <w:r>
        <w:rPr>
          <w:i/>
        </w:rPr>
        <w:t>“Can we greet non-Muslims with the Islamic word 'Assalamu Alaikum'?”</w:t>
      </w:r>
    </w:p>
    <w:p>
      <w:r>
        <w:rPr>
          <w:sz w:val="20"/>
        </w:rPr>
        <w:t>57:30  maulana, agla sawal hai kashmir se amir sofi sahab ka. unhon ne aapse poocha hai ke can we greet non-muslims with the islamic word assalamu alaikum?</w:t>
      </w:r>
      <w:r>
        <w:br/>
      </w:r>
      <w:r>
        <w:rPr>
          <w:sz w:val="20"/>
        </w:rPr>
        <w:t>57:42  zaroor, already aap karte hi hain. yeh is se poochne ki baat hi nahi hai. already hum sab duniya ko assalamu alaikum kehte hain.</w:t>
      </w:r>
      <w:r>
        <w:br/>
      </w:r>
      <w:r>
        <w:rPr>
          <w:sz w:val="20"/>
        </w:rPr>
        <w:t>57:51  dekhiye, paanch waqt ki jo aap namaz padhte hain to namaz ke aakhir mein kya kehte hain aap?</w:t>
      </w:r>
      <w:r>
        <w:br/>
      </w:r>
      <w:r>
        <w:rPr>
          <w:sz w:val="20"/>
        </w:rPr>
        <w:t>58:00  yani apna chehra idhar karte hain, idhar karte hain. assalamu alaikum wa rehmatullah assalamu alaikum wa rehmatullah. to sari duniya ki taraf chehra kar ke aap kehte hain: "aye logon, tum par salamat ho!</w:t>
      </w:r>
      <w:r>
        <w:br/>
      </w:r>
      <w:r>
        <w:rPr>
          <w:sz w:val="20"/>
        </w:rPr>
        <w:t>58:13  aye logon, tum par salamat ho!" to kaun log hote hain? kya musalman hote hain? sab log hote hain.</w:t>
      </w:r>
      <w:r>
        <w:br/>
      </w:r>
      <w:r>
        <w:rPr>
          <w:sz w:val="20"/>
        </w:rPr>
        <w:t>58:21  alaikum jo hai, sare insanon ke liye hai. yeh</w:t>
      </w:r>
      <w:r>
        <w:br/>
      </w:r>
      <w:r>
        <w:rPr>
          <w:sz w:val="20"/>
        </w:rPr>
        <w:t>58:29  ek ek muhaddis the, unhon ne kaha ke tadri muslim yqul anta amnun minni anta amnun minni jab aadmi assalamu alaikum kehta hai to jaante ho kya matlab is ka hai?</w:t>
      </w:r>
      <w:r>
        <w:br/>
      </w:r>
      <w:r>
        <w:rPr>
          <w:sz w:val="20"/>
        </w:rPr>
        <w:t>58:43  is ka matlab yeh hai ke sab se woh keh raha hota hai ke tum mujh se mehfooz ho, tum mujh se mehfooz ho, tum par salamat ho, tum par salamat ho.</w:t>
      </w:r>
      <w:r>
        <w:br/>
      </w:r>
      <w:r>
        <w:rPr>
          <w:sz w:val="20"/>
        </w:rPr>
        <w:t>58:51  to jo log yeh poochte hain, bohat se log maine dekha ke woh poochte hain. yeh poochne pe matlab hai. already sare musalman is par practice karte hain, lekin be-shuuri ke tehat</w:t>
      </w:r>
      <w:r>
        <w:br/>
      </w:r>
      <w:r>
        <w:rPr>
          <w:sz w:val="20"/>
        </w:rPr>
        <w:t>59:05  jab bhi hum namaz ko padhne ke baad idhar phirte hain, idhar padhte hain, assalamu alaikum kehte hain, woh sari duniya ke liye hota hai. woh yeh nahi ke aye musalmanon, tumhare upar salamat ho.</w:t>
      </w:r>
      <w:r>
        <w:br/>
      </w:r>
      <w:r>
        <w:rPr>
          <w:sz w:val="20"/>
        </w:rPr>
        <w:t>59:17  sab duniya ke liye</w:t>
      </w:r>
      <w:r>
        <w:br/>
      </w:r>
      <w:r>
        <w:rPr>
          <w:sz w:val="20"/>
        </w:rPr>
        <w:t>59:19  yeh to Islam ki bahut basic taleem hai ke sab ke liye aap ke dil mein salamati ho, sab ke liye aap ke dil mein peace ho, sab ke liye aap ke dil mein khair khwahi ho.</w:t>
      </w:r>
      <w:r>
        <w:br/>
      </w:r>
      <w:r>
        <w:rPr>
          <w:sz w:val="20"/>
        </w:rPr>
        <w:t>59:28  yeh islam ki basic teaching hai, yani social teaching.</w:t>
      </w:r>
    </w:p>
    <w:p>
      <w:pPr>
        <w:pStyle w:val="Heading2"/>
      </w:pPr>
      <w:r>
        <w:t>Groups misusing Prophet's name for violence</w:t>
      </w:r>
    </w:p>
    <w:p>
      <w:r>
        <w:rPr>
          <w:color w:val="666666"/>
          <w:sz w:val="18"/>
        </w:rPr>
        <w:t>Society &amp; Dawah · Example of the Prophet March 20, 2016 · 2m 32s · at 1:16:04 · https://youtu.be/79HmhzXU41w?t=4564</w:t>
      </w:r>
    </w:p>
    <w:p>
      <w:r>
        <w:rPr>
          <w:i/>
        </w:rPr>
        <w:t>“There are groups who use the name of the Prophet and the Prophet's seal and stamp in their flags and spread violence in the name of Islam.”</w:t>
      </w:r>
    </w:p>
    <w:p>
      <w:r>
        <w:rPr>
          <w:sz w:val="20"/>
        </w:rPr>
        <w:t>1:16:04  Maulana, agla sawal Muhammad Wajihuddin sahib ne kiya hai Mumbai se, aur unhone likha hai Maulana</w:t>
      </w:r>
      <w:r>
        <w:br/>
      </w:r>
      <w:r>
        <w:rPr>
          <w:sz w:val="20"/>
        </w:rPr>
        <w:t>1:16:12  Sahib, there are groups who use the name of prophet and the prophet's seal and stamp on their</w:t>
      </w:r>
      <w:r>
        <w:br/>
      </w:r>
      <w:r>
        <w:rPr>
          <w:sz w:val="20"/>
        </w:rPr>
        <w:t>1:16:19  fleighz and spread violence in da name of Islam,</w:t>
      </w:r>
      <w:r>
        <w:br/>
      </w:r>
      <w:r>
        <w:rPr>
          <w:sz w:val="20"/>
        </w:rPr>
        <w:t>1:16:23  Can this be called an Islamic war especially when they use the seal of Prophet on their flags?</w:t>
      </w:r>
      <w:r>
        <w:br/>
      </w:r>
      <w:r>
        <w:rPr>
          <w:sz w:val="20"/>
        </w:rPr>
        <w:t>1:16:30  hargiz nahin, yeh to un Islamic hai, hargiz nahin, hargiz nahin.</w:t>
      </w:r>
      <w:r>
        <w:br/>
      </w:r>
      <w:r>
        <w:rPr>
          <w:sz w:val="20"/>
        </w:rPr>
        <w:t>1:16:35  yeh logon ko Allah ke hath pakra jayega, kisi ko right kiya hai ke woh aisa kare?</w:t>
      </w:r>
      <w:r>
        <w:br/>
      </w:r>
      <w:r>
        <w:rPr>
          <w:sz w:val="20"/>
        </w:rPr>
        <w:t>1:16:40  Islam mein war hai hi nahin, Islam mein sirf peace hai.</w:t>
      </w:r>
      <w:r>
        <w:br/>
      </w:r>
      <w:r>
        <w:rPr>
          <w:sz w:val="20"/>
        </w:rPr>
        <w:t>1:16:47  mein poore apni zindagi mein jo study ki hai, mein kehta hoon ke Islam mein war hai hi</w:t>
      </w:r>
      <w:r>
        <w:br/>
      </w:r>
      <w:r>
        <w:rPr>
          <w:sz w:val="20"/>
        </w:rPr>
        <w:t>1:16:51  nahin, Islam mein sirf peace hai.</w:t>
      </w:r>
      <w:r>
        <w:br/>
      </w:r>
      <w:r>
        <w:rPr>
          <w:sz w:val="20"/>
        </w:rPr>
        <w:t>1:16:56  kabhi kabhi koi establishment government as a defence, limited sense mein</w:t>
      </w:r>
      <w:r>
        <w:br/>
      </w:r>
      <w:r>
        <w:rPr>
          <w:sz w:val="20"/>
        </w:rPr>
        <w:t>1:17:04  hath hath utha sakti hai, limited sense mein full fledge war to Islam mein hai hi nahin.</w:t>
      </w:r>
      <w:r>
        <w:br/>
      </w:r>
      <w:r>
        <w:rPr>
          <w:sz w:val="20"/>
        </w:rPr>
        <w:t>1:17:11  aur jo log aaj kal ke zamane mein jo Islam ke naam par war kar rahe hain, is</w:t>
      </w:r>
      <w:r>
        <w:br/>
      </w:r>
      <w:r>
        <w:rPr>
          <w:sz w:val="20"/>
        </w:rPr>
        <w:t>1:17:16  ka Islam se kuch bhi ta'alluq nahin hai, one percent bhi ta'alluq nahin hai.</w:t>
      </w:r>
      <w:r>
        <w:br/>
      </w:r>
      <w:r>
        <w:rPr>
          <w:sz w:val="20"/>
        </w:rPr>
        <w:t>1:17:24  is par bohat likha hai hum ne ke Islam sarta sar peace hai, peace, peace, peace.</w:t>
      </w:r>
      <w:r>
        <w:br/>
      </w:r>
      <w:r>
        <w:rPr>
          <w:sz w:val="20"/>
        </w:rPr>
        <w:t>1:17:31  tashaddud aur war hai hi nahin,</w:t>
      </w:r>
      <w:r>
        <w:br/>
      </w:r>
      <w:r>
        <w:rPr>
          <w:sz w:val="20"/>
        </w:rPr>
        <w:t>1:17:34  sirf sirf aik establishment government ke liye</w:t>
      </w:r>
      <w:r>
        <w:br/>
      </w:r>
      <w:r>
        <w:rPr>
          <w:sz w:val="20"/>
        </w:rPr>
        <w:t>1:17:41  as a defence,</w:t>
      </w:r>
      <w:r>
        <w:br/>
      </w:r>
      <w:r>
        <w:rPr>
          <w:sz w:val="20"/>
        </w:rPr>
        <w:t>1:17:43  woh bhi limited sense mein war mein jana jaiz hai.</w:t>
      </w:r>
      <w:r>
        <w:br/>
      </w:r>
      <w:r>
        <w:rPr>
          <w:sz w:val="20"/>
        </w:rPr>
        <w:t>1:17:49  limited sense mein full fledge war chherna Islam mein to bilkul hi jaiz nahin, is tarah se koi</w:t>
      </w:r>
      <w:r>
        <w:br/>
      </w:r>
      <w:r>
        <w:rPr>
          <w:sz w:val="20"/>
        </w:rPr>
        <w:t>1:17:55  koi jagah hi nahin hai is ke liye.</w:t>
      </w:r>
      <w:r>
        <w:br/>
      </w:r>
      <w:r>
        <w:rPr>
          <w:sz w:val="20"/>
        </w:rPr>
        <w:t>1:17:58  Islam ka jo mission jo hai, insan ko insan banana hai, is ka war se kia ta'alluq?</w:t>
      </w:r>
      <w:r>
        <w:br/>
      </w:r>
      <w:r>
        <w:rPr>
          <w:sz w:val="20"/>
        </w:rPr>
        <w:t>1:18:05  insan ko insan banana, yeh mission hai Islam ka, is ka is ka ladaai se kia ta'alluq?</w:t>
      </w:r>
      <w:r>
        <w:br/>
      </w:r>
      <w:r>
        <w:rPr>
          <w:sz w:val="20"/>
        </w:rPr>
        <w:t>1:18:12  lad ke kisi ko banayenge aap, Islam woh to samjhana bujhana se hoga ke Islam</w:t>
      </w:r>
      <w:r>
        <w:br/>
      </w:r>
      <w:r>
        <w:rPr>
          <w:sz w:val="20"/>
        </w:rPr>
        <w:t>1:18:19  sirf aik peace hi peace hai.</w:t>
      </w:r>
      <w:r>
        <w:br/>
      </w:r>
      <w:r>
        <w:rPr>
          <w:sz w:val="20"/>
        </w:rPr>
        <w:t>1:18:22  Islam mein shuru se akhir tak</w:t>
      </w:r>
      <w:r>
        <w:br/>
      </w:r>
      <w:r>
        <w:rPr>
          <w:sz w:val="20"/>
        </w:rPr>
        <w:t>1:18:26  yeh mein ne bohat kitabein likhi hain, ab latest book meri hai Age of Peace, is mein bhi</w:t>
      </w:r>
      <w:r>
        <w:br/>
      </w:r>
      <w:r>
        <w:rPr>
          <w:sz w:val="20"/>
        </w:rPr>
        <w:t>1:18:32  is ki mein ne wazahat ki hai.</w:t>
      </w:r>
    </w:p>
    <w:p>
      <w:pPr>
        <w:pStyle w:val="Heading2"/>
      </w:pPr>
      <w:r>
        <w:t>Growing trust deficit between Muslims and non-Muslims</w:t>
      </w:r>
    </w:p>
    <w:p>
      <w:r>
        <w:rPr>
          <w:color w:val="666666"/>
          <w:sz w:val="18"/>
        </w:rPr>
        <w:t>Society &amp; Dawah · Spirit of the Age November 06, 2016 · 2m 25s · at 36:50 · https://youtu.be/URWoioUiDO4?t=2210</w:t>
      </w:r>
    </w:p>
    <w:p>
      <w:r>
        <w:rPr>
          <w:i/>
        </w:rPr>
        <w:t>“There is a growing trust deficit between Muslims and non-Muslims, which is often capitalized by the political parties.”</w:t>
      </w:r>
    </w:p>
    <w:p>
      <w:r>
        <w:rPr>
          <w:sz w:val="20"/>
        </w:rPr>
        <w:t>36:50  Maulana, agla sawal bheja hai, ah, Kamal Siddiqui sahib ne Amritsar se.</w:t>
      </w:r>
      <w:r>
        <w:br/>
      </w:r>
      <w:r>
        <w:rPr>
          <w:sz w:val="20"/>
        </w:rPr>
        <w:t>36:55  انہوں نے لکھا ہے، مولانا صاحب، there is a growing trust deficit between Muslims and non-Muslims, which</w:t>
      </w:r>
      <w:r>
        <w:br/>
      </w:r>
      <w:r>
        <w:rPr>
          <w:sz w:val="20"/>
        </w:rPr>
        <w:t>37:02  is often capitalized by the political parties.</w:t>
      </w:r>
      <w:r>
        <w:br/>
      </w:r>
      <w:r>
        <w:rPr>
          <w:sz w:val="20"/>
        </w:rPr>
        <w:t>37:05  My question is, how can we build trust with one another? What should be the starting point? یہ</w:t>
      </w:r>
      <w:r>
        <w:br/>
      </w:r>
      <w:r>
        <w:rPr>
          <w:sz w:val="20"/>
        </w:rPr>
        <w:t>37:13  to mein ne khud Quran ke hawale se bata diya.</w:t>
      </w:r>
      <w:r>
        <w:br/>
      </w:r>
      <w:r>
        <w:rPr>
          <w:sz w:val="20"/>
        </w:rPr>
        <w:t>37:17  trust qaim karna jo hai, woh sirf is liye nahi hoga ke aap kahain ke trust karo, trust</w:t>
      </w:r>
      <w:r>
        <w:br/>
      </w:r>
      <w:r>
        <w:rPr>
          <w:sz w:val="20"/>
        </w:rPr>
        <w:t>37:25  karo, trust karo.</w:t>
      </w:r>
      <w:r>
        <w:br/>
      </w:r>
      <w:r>
        <w:rPr>
          <w:sz w:val="20"/>
        </w:rPr>
        <w:t>37:27  logon ko yeh yeh wisdom batana parhega, wisdom ke rizq ko avoid karna parta hai.</w:t>
      </w:r>
      <w:r>
        <w:br/>
      </w:r>
      <w:r>
        <w:rPr>
          <w:sz w:val="20"/>
        </w:rPr>
        <w:t>37:33  sirf aap trust ki baat kijiye to kabhi trust qaim nahi hoga.</w:t>
      </w:r>
      <w:r>
        <w:br/>
      </w:r>
      <w:r>
        <w:rPr>
          <w:sz w:val="20"/>
        </w:rPr>
        <w:t>37:39  jo rukawat hai, us ko door karna parhega.</w:t>
      </w:r>
      <w:r>
        <w:br/>
      </w:r>
      <w:r>
        <w:rPr>
          <w:sz w:val="20"/>
        </w:rPr>
        <w:t>37:42  aur rukawat kya hai? log rizq mein phansay rehte hain.</w:t>
      </w:r>
      <w:r>
        <w:br/>
      </w:r>
      <w:r>
        <w:rPr>
          <w:sz w:val="20"/>
        </w:rPr>
        <w:t>37:47  kuch koi negative ayaten hoti hi hoti hain, hamesha us mein phansay rehte hain.</w:t>
      </w:r>
      <w:r>
        <w:br/>
      </w:r>
      <w:r>
        <w:rPr>
          <w:sz w:val="20"/>
        </w:rPr>
        <w:t>37:53  logon ko wisdom bataiye ke dunya mein chuki insaan azaad hai, har insaan apni azaadi ko apni marzi</w:t>
      </w:r>
      <w:r>
        <w:br/>
      </w:r>
      <w:r>
        <w:rPr>
          <w:sz w:val="20"/>
        </w:rPr>
        <w:t>38:00  ke mutabiq istemal karega, to us se poochega nahi? to karnay do us ko, tum bhi</w:t>
      </w:r>
      <w:r>
        <w:br/>
      </w:r>
      <w:r>
        <w:rPr>
          <w:sz w:val="20"/>
        </w:rPr>
        <w:t>38:08  azaad ho, tum bhi karo.</w:t>
      </w:r>
      <w:r>
        <w:br/>
      </w:r>
      <w:r>
        <w:rPr>
          <w:sz w:val="20"/>
        </w:rPr>
        <w:t>38:10  woh agar apni azaadi ko istemal kar raha hai, tum bhi apni azaadi ko istemal karo.</w:t>
      </w:r>
      <w:r>
        <w:br/>
      </w:r>
      <w:r>
        <w:rPr>
          <w:sz w:val="20"/>
        </w:rPr>
        <w:t>38:17  yeh hai wisdom jis se trust paida hota hai.</w:t>
      </w:r>
      <w:r>
        <w:br/>
      </w:r>
      <w:r>
        <w:rPr>
          <w:sz w:val="20"/>
        </w:rPr>
        <w:t>38:21  agar aap yeh chahein ke koi unwanted baat na ho duniya mein, bas siyasi trust ki baat</w:t>
      </w:r>
      <w:r>
        <w:br/>
      </w:r>
      <w:r>
        <w:rPr>
          <w:sz w:val="20"/>
        </w:rPr>
        <w:t>38:29  ho, to woh kabhi na hoga, na kabhi trust qaim hoga.</w:t>
      </w:r>
      <w:r>
        <w:br/>
      </w:r>
      <w:r>
        <w:rPr>
          <w:sz w:val="20"/>
        </w:rPr>
        <w:t>38:33  aitmad nahi qaim ho sakta.</w:t>
      </w:r>
      <w:r>
        <w:br/>
      </w:r>
      <w:r>
        <w:rPr>
          <w:sz w:val="20"/>
        </w:rPr>
        <w:t>38:36  yeh shart aitmad ki nahi hai.</w:t>
      </w:r>
      <w:r>
        <w:br/>
      </w:r>
      <w:r>
        <w:rPr>
          <w:sz w:val="20"/>
        </w:rPr>
        <w:t>38:38  aitmad shart hai wisdom.</w:t>
      </w:r>
      <w:r>
        <w:br/>
      </w:r>
      <w:r>
        <w:rPr>
          <w:sz w:val="20"/>
        </w:rPr>
        <w:t>38:40  logon ko wisdom bataiye ke logon ko azadi hai creator ki taraf se, to aap apni azadi ko</w:t>
      </w:r>
      <w:r>
        <w:br/>
      </w:r>
      <w:r>
        <w:rPr>
          <w:sz w:val="20"/>
        </w:rPr>
        <w:t>38:48  wo use karenge.</w:t>
      </w:r>
      <w:r>
        <w:br/>
      </w:r>
      <w:r>
        <w:rPr>
          <w:sz w:val="20"/>
        </w:rPr>
        <w:t>38:49  Let them use that freedom according to their own.</w:t>
      </w:r>
      <w:r>
        <w:br/>
      </w:r>
      <w:r>
        <w:rPr>
          <w:sz w:val="20"/>
        </w:rPr>
        <w:t>38:53  tab ja kar aitmad qaim hoga.</w:t>
      </w:r>
      <w:r>
        <w:br/>
      </w:r>
      <w:r>
        <w:rPr>
          <w:sz w:val="20"/>
        </w:rPr>
        <w:t>38:56  yahi hai wisdom is maamle mein.</w:t>
      </w:r>
      <w:r>
        <w:br/>
      </w:r>
      <w:r>
        <w:rPr>
          <w:sz w:val="20"/>
        </w:rPr>
        <w:t>38:58  badqismati se log is wisdom ko nahi jante, bas khali kehte hain ke ek doosre par trust karo.</w:t>
      </w:r>
      <w:r>
        <w:br/>
      </w:r>
      <w:r>
        <w:rPr>
          <w:sz w:val="20"/>
        </w:rPr>
        <w:t>39:06  unko yeh wisdom bataiye ke rizq ko chodo, tab ja kar ke wisdom qaim hoga, trust qaim</w:t>
      </w:r>
      <w:r>
        <w:br/>
      </w:r>
      <w:r>
        <w:rPr>
          <w:sz w:val="20"/>
        </w:rPr>
        <w:t>39:14  hoga.</w:t>
      </w:r>
    </w:p>
    <w:p>
      <w:pPr>
        <w:pStyle w:val="Heading2"/>
      </w:pPr>
      <w:r>
        <w:t>Guidance for American Muslims facing Trump's negativity</w:t>
      </w:r>
    </w:p>
    <w:p>
      <w:r>
        <w:rPr>
          <w:color w:val="666666"/>
          <w:sz w:val="18"/>
        </w:rPr>
        <w:t>Society &amp; Dawah · Revival of Ummah January 22, 2017 · 2m 07s · at 45:32 · https://youtu.be/vnPsv0TBCfk?t=2732</w:t>
      </w:r>
    </w:p>
    <w:p>
      <w:r>
        <w:rPr>
          <w:i/>
        </w:rPr>
        <w:t>“What is your guidance to all the American Muslims in the background of new President Donald Trump who all so mentioned negatively about Islam in his first speech of acceptance as the President? Many American Muslims are worried that backlash and racial behavior will increase now. What is your guidance to all the American Muslims?”</w:t>
      </w:r>
    </w:p>
    <w:p>
      <w:r>
        <w:rPr>
          <w:sz w:val="20"/>
        </w:rPr>
        <w:t>45:32  but molana makes teachings of islam so relevant that we are able to experience islam in our breaths and in our heart beats. molana ab sawal lena chahenge. pehla sawal ah bheja hai ansar sahib ne lucknow se.</w:t>
      </w:r>
      <w:r>
        <w:br/>
      </w:r>
      <w:r>
        <w:rPr>
          <w:sz w:val="20"/>
        </w:rPr>
        <w:t>45:52  unhon ne likha hai molana what is your guidance to all the american muslims in the background of new president donald trump who also mentioned negatively about islam in his first speech of acceptance as the president. many american muslims are worried that backlash and racial behavior will increase now.</w:t>
      </w:r>
      <w:r>
        <w:br/>
      </w:r>
      <w:r>
        <w:rPr>
          <w:sz w:val="20"/>
        </w:rPr>
        <w:t>46:17  what is your guidance to all us americans? dekhiye aap sirat rasool ko padhiye. kisi ne kuch keh diya yeh to koi problem hi nahi hai. yani donald trump ne yeh to kaha kuch keh diya.</w:t>
      </w:r>
      <w:r>
        <w:br/>
      </w:r>
      <w:r>
        <w:rPr>
          <w:sz w:val="20"/>
        </w:rPr>
        <w:t>46:41  yani rasool allah ki taees saal ki zindagi mein makka mein madina mein log kehte the bohat ziyada baatein. rasool allah ne kabhi notice hi nahi liya un ka. to yeh kaun sa masla kya hai yeh koi problem hi nahi. koi physical problem paida nahi hua aap ke liye. unhein order nahi hoga ke salam usman chhod dein. yani koi aisa masla jo waqai masla hua paida hi nahi hua. kuch bol hain chhup jaate hain media mein.</w:t>
      </w:r>
      <w:r>
        <w:br/>
      </w:r>
      <w:r>
        <w:rPr>
          <w:sz w:val="20"/>
        </w:rPr>
        <w:t>47:11  to masla hi nahi hai. main hairaan hoon ke kaisa musalman hai yeh. ke real masla aur aur sab farzi masle mein farq nahi karte. real masla aur farzi masle mein farq nahi karte. yeh koi real masla hi nahi maine dekha. to kuch nahi aap apna kaam kar jo karte hain karte rahiye. woh bhi jo un ko karna hai woh karte rahenge.</w:t>
      </w:r>
      <w:r>
        <w:br/>
      </w:r>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p>
    <w:p>
      <w:pPr>
        <w:pStyle w:val="Heading2"/>
      </w:pPr>
      <w:r>
        <w:t>Guidance on education development in da'wah</w:t>
      </w:r>
    </w:p>
    <w:p>
      <w:r>
        <w:rPr>
          <w:color w:val="666666"/>
          <w:sz w:val="18"/>
        </w:rPr>
        <w:t>Society &amp; Dawah · Present Day Muslims Jan 13, 2013 · 1m 14s · at 1:30:09 · https://youtu.be/CVcbWVYitog?t=5409</w:t>
      </w:r>
    </w:p>
    <w:p>
      <w:r>
        <w:rPr>
          <w:i/>
        </w:rPr>
        <w:t>“You said the real work is da'wah and education. You have written a lot on da'wah work. I want your guidance on education development. Please clarify.”</w:t>
      </w:r>
    </w:p>
    <w:p>
      <w:r>
        <w:rPr>
          <w:sz w:val="20"/>
        </w:rPr>
        <w:t>1:30:09  Maulana, agla sawal Delhi se hai, Shah Imran Hasan sahib ka. Unhon ne likha hai: Maulana sahib, aap ne farmaya ke karne ka asal kaam do hain: Da'wa work aur education.</w:t>
      </w:r>
      <w:r>
        <w:br/>
      </w:r>
      <w:r>
        <w:rPr>
          <w:sz w:val="20"/>
        </w:rPr>
        <w:t>1:30:21  Da'wa work par aap ne bohat kuch likh diya hai. Main education Development ke baray mein aap ki rehnumai janna chahta hoon. Is ko wazeh farmayein.</w:t>
      </w:r>
      <w:r>
        <w:br/>
      </w:r>
      <w:r>
        <w:rPr>
          <w:sz w:val="20"/>
        </w:rPr>
        <w:t>1:30:33  Is ki koi likhne ki zaroorat</w:t>
      </w:r>
      <w:r>
        <w:br/>
      </w:r>
      <w:r>
        <w:rPr>
          <w:sz w:val="20"/>
        </w:rPr>
        <w:t>1:30:37  nahi hai. Jo Existing System hai education ka, usi mein poori qaum ko shamil kar dijiyey. Apne naujawanon ko kahiye ke parhein, khoob parhein, khoob parhein.</w:t>
      </w:r>
      <w:r>
        <w:br/>
      </w:r>
      <w:r>
        <w:rPr>
          <w:sz w:val="20"/>
        </w:rPr>
        <w:t>1:30:46  Aisa nahi ke hum koi Parallel nizaam banayein. Kisi Parallel nizaam ki zaroorat nahi hai. Bohat se school khule hue hain, Muslim school, Christian school aur Government school.</w:t>
      </w:r>
      <w:r>
        <w:br/>
      </w:r>
      <w:r>
        <w:rPr>
          <w:sz w:val="20"/>
        </w:rPr>
        <w:t>1:30:59  Usi mein hamare bachay jayen aur khoob dhoom se parhein.</w:t>
      </w:r>
      <w:r>
        <w:br/>
      </w:r>
      <w:r>
        <w:rPr>
          <w:sz w:val="20"/>
        </w:rPr>
        <w:t>1:31:03  Peaceful tareeqay se achhay numbers layein. Aur kisi cheez ki zaroorat nahi hai. Meri Policy baali yahi hai. Main logon se yahi kehta hoon ke koi jo school ho, usi mein dakhla le lo.</w:t>
      </w:r>
      <w:r>
        <w:br/>
      </w:r>
      <w:r>
        <w:rPr>
          <w:sz w:val="20"/>
        </w:rPr>
        <w:t>1:31:17  Aur mehnat ke sath parho, bas.</w:t>
      </w:r>
    </w:p>
    <w:p>
      <w:pPr>
        <w:pStyle w:val="Heading2"/>
      </w:pPr>
      <w:r>
        <w:t>Guiding Muslims to Cope with Non-Muslims</w:t>
      </w:r>
    </w:p>
    <w:p>
      <w:r>
        <w:rPr>
          <w:color w:val="666666"/>
          <w:sz w:val="18"/>
        </w:rPr>
        <w:t>Society &amp; Dawah · 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Handling arguments during dawah work</w:t>
      </w:r>
    </w:p>
    <w:p>
      <w:r>
        <w:rPr>
          <w:color w:val="666666"/>
          <w:sz w:val="18"/>
        </w:rPr>
        <w:t>Society &amp; Dawah · Pillars of Western Thought October 6, 2013 · 1m 12s · at 51:20 · https://youtu.be/o4WfPvju5_M?t=3080</w:t>
      </w:r>
    </w:p>
    <w:p>
      <w:r>
        <w:rPr>
          <w:i/>
        </w:rPr>
        <w:t>“Sometimes it happens that while doing dawah work with a madhu, the madhu starts an argument. I want to know from you what should be our response and how should we handle such a situation.”</w:t>
      </w:r>
    </w:p>
    <w:p>
      <w:r>
        <w:rPr>
          <w:sz w:val="20"/>
        </w:rPr>
        <w:t>51:20  Maulana Ajmer se Dr. Safina Tabassum ne sawal kiya hai. unhon ne likha hai: "Maulana sahib, sometimes it happens that while doing dawah work with ar madhu, the madhu starts an argument.</w:t>
      </w:r>
      <w:r>
        <w:br/>
      </w:r>
      <w:r>
        <w:rPr>
          <w:sz w:val="20"/>
        </w:rPr>
        <w:t>51:35  I want to know from you what should be our response and how should be handle such a situation." i'raad</w:t>
      </w:r>
      <w:r>
        <w:br/>
      </w:r>
      <w:r>
        <w:rPr>
          <w:sz w:val="20"/>
        </w:rPr>
        <w:t>51:45  jab aap dekhen ke fareeq-e-sani jo hai, woh argument ki taraf le ja raha chahta hai aap ko, to phir i'raad kijiye, is ke liye dua kijiye, use kahiye ke bhai theek hai, aap study kijiye,</w:t>
      </w:r>
      <w:r>
        <w:br/>
      </w:r>
      <w:r>
        <w:rPr>
          <w:sz w:val="20"/>
        </w:rPr>
        <w:t>51:59  mazeed study kijiye, aur study kijiye. kabhi bhi argument mein apne ko dakhil mat kijiye.</w:t>
      </w:r>
      <w:r>
        <w:br/>
      </w:r>
      <w:r>
        <w:rPr>
          <w:sz w:val="20"/>
        </w:rPr>
        <w:t>52:06  jab tak aadmi, yani</w:t>
      </w:r>
      <w:r>
        <w:br/>
      </w:r>
      <w:r>
        <w:rPr>
          <w:sz w:val="20"/>
        </w:rPr>
        <w:t>52:12  baat kar raha hai samajhne ke andaaz mein, tab tak aap baat kijiye. ab jaise hi argument pe aa gaye mamla, to phir aap bilkul baat band kar dijiye.</w:t>
      </w:r>
      <w:r>
        <w:br/>
      </w:r>
      <w:r>
        <w:rPr>
          <w:sz w:val="20"/>
        </w:rPr>
        <w:t>52:22  use kahiye ke achha theek hai, ab aur mutala kijiye. to baat aap par khul jayegi. yeh sahi tareeqa hai.</w:t>
      </w:r>
    </w:p>
    <w:p>
      <w:pPr>
        <w:pStyle w:val="Heading2"/>
      </w:pPr>
      <w:r>
        <w:t>Harm of lacking dawah temperament</w:t>
      </w:r>
    </w:p>
    <w:p>
      <w:r>
        <w:rPr>
          <w:color w:val="666666"/>
          <w:sz w:val="18"/>
        </w:rPr>
        <w:t>Society &amp; Dawah · Divine Plan | March 12, 2017 · 2m 06s · at 49:47 · https://youtu.be/dqB4muqGG4I?t=2987</w:t>
      </w:r>
    </w:p>
    <w:p>
      <w:r>
        <w:rPr>
          <w:i/>
        </w:rPr>
        <w:t>“What is the harm of not having a dawah temperament? Is it despair, deprivation, and not availing opportunities?”</w:t>
      </w:r>
    </w:p>
    <w:p>
      <w:r>
        <w:rPr>
          <w:sz w:val="20"/>
        </w:rPr>
        <w:t>49:47  allah bless you us and the whole mankind maulana aap sawal lena chahenge pehla sawal aya hai</w:t>
      </w:r>
      <w:r>
        <w:br/>
      </w:r>
      <w:r>
        <w:rPr>
          <w:sz w:val="20"/>
        </w:rPr>
        <w:t>49:57  maulana iqbal umri ka chennai se unhon ne likha hai maulana dawati mizaj na hone ka nuqsan kya</w:t>
      </w:r>
      <w:r>
        <w:br/>
      </w:r>
      <w:r>
        <w:rPr>
          <w:sz w:val="20"/>
        </w:rPr>
        <w:t>50:07  hai mayusi aur mehroomi aur mawaqe ko avel na karna</w:t>
      </w:r>
      <w:r>
        <w:br/>
      </w:r>
      <w:r>
        <w:rPr>
          <w:sz w:val="20"/>
        </w:rPr>
        <w:t>50:17  is par kuch aap hum sab ko batayen aap ne sahi farmaya aur main samajhta hoon ke sab</w:t>
      </w:r>
      <w:r>
        <w:br/>
      </w:r>
      <w:r>
        <w:rPr>
          <w:sz w:val="20"/>
        </w:rPr>
        <w:t>50:28  se badi maloomat shayad yeh hai ke daawat hum ko ek bohat bada chance de rahi hai bohat</w:t>
      </w:r>
      <w:r>
        <w:br/>
      </w:r>
      <w:r>
        <w:rPr>
          <w:sz w:val="20"/>
        </w:rPr>
        <w:t>50:39  bada woh yeh ke hum allah ke paighambar ban saken</w:t>
      </w:r>
      <w:r>
        <w:br/>
      </w:r>
      <w:r>
        <w:rPr>
          <w:sz w:val="20"/>
        </w:rPr>
        <w:t>50:49  allah ka paigham pahunchane wale ban saken allah ke numainda ban saken main nahi samajhta ke is se</w:t>
      </w:r>
      <w:r>
        <w:br/>
      </w:r>
      <w:r>
        <w:rPr>
          <w:sz w:val="20"/>
        </w:rPr>
        <w:t>50:58  bhi bada koi mauqa ho sakta hai allah ne jo quran bheja hai to khud quran to chal</w:t>
      </w:r>
      <w:r>
        <w:br/>
      </w:r>
      <w:r>
        <w:rPr>
          <w:sz w:val="20"/>
        </w:rPr>
        <w:t>51:06  kar nahi pahunchega logon ko koi chahiye jo is ko le aur pahunchaye to quran intezar kar</w:t>
      </w:r>
      <w:r>
        <w:br/>
      </w:r>
      <w:r>
        <w:rPr>
          <w:sz w:val="20"/>
        </w:rPr>
        <w:t>51:15  raha hai ke aye logon aao yahan tumhare liye ek mauqa hai</w:t>
      </w:r>
      <w:r>
        <w:br/>
      </w:r>
      <w:r>
        <w:rPr>
          <w:sz w:val="20"/>
        </w:rPr>
        <w:t>51:23  to mein samajhta hoon ke jo aadmi daai ki hesiyat se khara hota hai us ko aik ajeeb</w:t>
      </w:r>
      <w:r>
        <w:br/>
      </w:r>
      <w:r>
        <w:rPr>
          <w:sz w:val="20"/>
        </w:rPr>
        <w:t>51:33  ghareeb Allah ki blessing ka haq mil jata hai ke woh Allah ka numainda bane Allah ka aadmi</w:t>
      </w:r>
      <w:r>
        <w:br/>
      </w:r>
      <w:r>
        <w:rPr>
          <w:sz w:val="20"/>
        </w:rPr>
        <w:t>51:43  bane is se bari is se bari baat kya ho sakti hai Maulana agla</w:t>
      </w:r>
    </w:p>
    <w:p>
      <w:pPr>
        <w:pStyle w:val="Heading2"/>
      </w:pPr>
      <w:r>
        <w:t>Harsh punishments versus peace message in Islam</w:t>
      </w:r>
    </w:p>
    <w:p>
      <w:r>
        <w:rPr>
          <w:color w:val="666666"/>
          <w:sz w:val="18"/>
        </w:rPr>
        <w:t>Society &amp; Dawah · Communal Harmony October 16, 2022 · 5m 15s · at 56:55 · https://youtu.be/Ob4BVozf3KY?t=3415</w:t>
      </w:r>
    </w:p>
    <w:p>
      <w:r>
        <w:rPr>
          <w:i/>
        </w:rPr>
        <w:t>“Why does Islam have harsh punishments like in Arab countries if it gives a message of peace? Please explain.”</w:t>
      </w:r>
    </w:p>
    <w:p>
      <w:r>
        <w:rPr>
          <w:sz w:val="20"/>
        </w:rPr>
        <w:t>56:55  y, to is ke baad halaat badle. ji, apa yeh ek sawal Amritsar se likha hai Rohit Kumar ji ne. unhone likha hai ke apa ji jo log poochte hain ke Islam agar shanti ka sandesh deta hai to itni sakht sazaein kyun hain jaise Arab mein karte hain?</w:t>
      </w:r>
      <w:r>
        <w:br/>
      </w:r>
      <w:r>
        <w:rPr>
          <w:sz w:val="20"/>
        </w:rPr>
        <w:t>57:15  is is ko bhi aap hamein samjhaiye. unko sakht sazaein jo hain is mein bhi bahut concession hota hai.</w:t>
      </w:r>
      <w:r>
        <w:br/>
      </w:r>
      <w:r>
        <w:rPr>
          <w:sz w:val="20"/>
        </w:rPr>
        <w:t>57:23  ab Arab log karte hain lekin profit to nahi karte the. to har waqt concession ko woh lete the. to sazaein kuch hain jo deterrent punishment jisko hum kehte hain.</w:t>
      </w:r>
      <w:r>
        <w:br/>
      </w:r>
      <w:r>
        <w:rPr>
          <w:sz w:val="20"/>
        </w:rPr>
        <w:t>57:35  ab dekhiye ke log itna darte hain wahan ki punishment se ke koi bhi jurm wahan nahi hota. ab kabhi bhi raat ke aadhi aadhi raat ko bhi auratein bahar nikal sakti hain.</w:t>
      </w:r>
      <w:r>
        <w:br/>
      </w:r>
      <w:r>
        <w:rPr>
          <w:sz w:val="20"/>
        </w:rPr>
        <w:t>57:46  koi cheez unki raaste mein gir jaati hai to woh gum nahi hoti.</w:t>
      </w:r>
      <w:r>
        <w:br/>
      </w:r>
      <w:r>
        <w:rPr>
          <w:sz w:val="20"/>
        </w:rPr>
        <w:t>57:50  kahin bhi ek baar Maulana haj karne gaye the to ek poora briefcase unke saath ek Arab gaye the, Sulaiman Al-Qaid. to poora briefcase jis mein saara paisa unka tha, woh Jeddah airport par bhool gaye.</w:t>
      </w:r>
      <w:r>
        <w:br/>
      </w:r>
      <w:r>
        <w:rPr>
          <w:sz w:val="20"/>
        </w:rPr>
        <w:t>58:03  woh bhool kar woh aage aah Mecca, Mecca aa gaye. to Mecca aaye ya Madina aa gaye. baad mein unhein yaad aaya ke paisa to hai hi nahi, woh to poora briefcase hi chhoot gaya.</w:t>
      </w:r>
      <w:r>
        <w:br/>
      </w:r>
      <w:r>
        <w:rPr>
          <w:sz w:val="20"/>
        </w:rPr>
        <w:t>58:15  foran woh wapas</w:t>
      </w:r>
      <w:r>
        <w:br/>
      </w:r>
      <w:r>
        <w:rPr>
          <w:sz w:val="20"/>
        </w:rPr>
        <w:t>58:16  gaye. woh baqayda briefcase intact, woh police ki custody mein rakha hua tha. to deterrent punishment ka yeh matlab nahi ke sab ke haath kate hue honge.</w:t>
      </w:r>
      <w:r>
        <w:br/>
      </w:r>
      <w:r>
        <w:rPr>
          <w:sz w:val="20"/>
        </w:rPr>
        <w:t>58:26  woh darane ke liye hai ke jurm nahi ho. ab yahan par jaise itna zyada jurm hota hai, itne zyada log maare jaate hain, kaate jaate hain. kisi ka haath kata hai, kisi ka paon kata hai.</w:t>
      </w:r>
      <w:r>
        <w:br/>
      </w:r>
      <w:r>
        <w:rPr>
          <w:sz w:val="20"/>
        </w:rPr>
        <w:t>58:37  ab wahan to kya hoga? agar ek ka haath paon kat jayega na to saare log dar ke maare seham jayenge aur jurm khatam ho jayega. to is ko hum deterrent punishment kehte hain.</w:t>
      </w:r>
      <w:r>
        <w:br/>
      </w:r>
      <w:r>
        <w:rPr>
          <w:sz w:val="20"/>
        </w:rPr>
        <w:t>58:47  aur Rasool Allah Sallallahu Alaihi Wasallam hamesha logon ko maaf kiya karte the</w:t>
      </w:r>
      <w:r>
        <w:br/>
      </w:r>
      <w:r>
        <w:rPr>
          <w:sz w:val="20"/>
        </w:rPr>
        <w:t>58:50  aur toba par zor dete the ke toba karein aur aindah is tarike ke gunah na karein. to is mein concessions bhi hain, khali punishment hi nahi hai.</w:t>
      </w:r>
      <w:r>
        <w:br/>
      </w:r>
      <w:r>
        <w:rPr>
          <w:sz w:val="20"/>
        </w:rPr>
        <w:t>59:00  woh kuch political bhi woh move hota hai, political purposes se bhi sazaein di jaati hain. to waise Islam mein maafi ke liye bahut zyada ganjayish hai.</w:t>
      </w:r>
      <w:r>
        <w:br/>
      </w:r>
      <w:r>
        <w:rPr>
          <w:sz w:val="20"/>
        </w:rPr>
        <w:t>59:12  ji, apa bahut sawal aur bhi hain lekin ab waqt ho chuka hai. aah, to main ek hi aakhri sawal lena chahunga</w:t>
      </w:r>
      <w:r>
        <w:br/>
      </w:r>
      <w:r>
        <w:rPr>
          <w:sz w:val="20"/>
        </w:rPr>
        <w:t>59:19  ga. aah, jo Miss Shagufta ne bheja hai Gwalior se, unhone likha hai ke raaye ki qurbani kaise dein?</w:t>
      </w:r>
      <w:r>
        <w:br/>
      </w:r>
      <w:r>
        <w:rPr>
          <w:sz w:val="20"/>
        </w:rPr>
        <w:t>59:28  aah, is ke bare mein aap batayein. hum ego ko khatam kar dein. asal to ego hai, hamara ego hurt ho jata hai.</w:t>
      </w:r>
      <w:r>
        <w:br/>
      </w:r>
      <w:r>
        <w:rPr>
          <w:sz w:val="20"/>
        </w:rPr>
        <w:t>59:38  ego ko khatam kar dein, soch lein ke bhai hamara ego kya? ego to asal Allah ka hai. Allah ne kaha hai ke kibriyai mera chadar hai, jo is ko chheene ga woh is ko main zaleel kar doonga.</w:t>
      </w:r>
      <w:r>
        <w:br/>
      </w:r>
      <w:r>
        <w:rPr>
          <w:sz w:val="20"/>
        </w:rPr>
        <w:t>59:50  to hamara ego kya? hum ko jo kuch bhi hai hamare paas woh Khuda ka diya hua hai. hamare paas to kuch hai hi nahi, hum to ek choti bhi paida nahi kar sakte.</w:t>
      </w:r>
      <w:r>
        <w:br/>
      </w:r>
      <w:r>
        <w:rPr>
          <w:sz w:val="20"/>
        </w:rPr>
        <w:t>59:58  to khuda jab chahta hai chheen leta hai. aap musalsal aap society mein dekhte hain, aaj kisi ke paas hai, kal nahi hai. to apna ego khatam karen, sochna padega, thinking process chalana padega.</w:t>
      </w:r>
      <w:r>
        <w:br/>
      </w:r>
      <w:r>
        <w:rPr>
          <w:sz w:val="20"/>
        </w:rPr>
        <w:t>1:00:10  ego khatam kar den to koi baat nahi, agar hamari baat nahi suni gayi to koi baat nahi. phir bhi hum mission mein lage rahenge ke mission to khuda ka mission hai na?</w:t>
      </w:r>
      <w:r>
        <w:br/>
      </w:r>
      <w:r>
        <w:rPr>
          <w:sz w:val="20"/>
        </w:rPr>
        <w:t>1:00:19  is is insan jis ne hamari baat nahi suni, is ka mission thori hai. mission to khuda</w:t>
      </w:r>
      <w:r>
        <w:br/>
      </w:r>
      <w:r>
        <w:rPr>
          <w:sz w:val="20"/>
        </w:rPr>
        <w:t>1:00:24  ka hai. to is liye hum is ko khuda ka mission samajh ke is mein lage rahenge. ji, jazak allah apaa. bohat achhe aap ne aaj jawab diye aur yeh aah bilkul directional aah aur poori wisdom ke sath bhare hue jawab the.</w:t>
      </w:r>
      <w:r>
        <w:br/>
      </w:r>
      <w:r>
        <w:rPr>
          <w:sz w:val="20"/>
        </w:rPr>
        <w:t>1:00:41  thank you so much for taking today session. we we'll end the session here and there are few comments that i have seen where people have expressed their interest to join cps international.</w:t>
      </w:r>
      <w:r>
        <w:br/>
      </w:r>
      <w:r>
        <w:rPr>
          <w:sz w:val="20"/>
        </w:rPr>
        <w:t>1:00:54  please write to info at cps global dot org and we will connect you with the local teams in your respective countries. aah, also if you want to become a quran distributor, then write with your details again in info at cps global dot org.</w:t>
      </w:r>
      <w:r>
        <w:br/>
      </w:r>
      <w:r>
        <w:rPr>
          <w:sz w:val="20"/>
        </w:rPr>
        <w:t>1:01:10  so we will end today session. we will be back next sunday at 10:30 am. thank you.</w:t>
      </w:r>
    </w:p>
    <w:p>
      <w:pPr>
        <w:pStyle w:val="Heading2"/>
      </w:pPr>
      <w:r>
        <w:t>Hatred as obstacle to dawah</w:t>
      </w:r>
    </w:p>
    <w:p>
      <w:r>
        <w:rPr>
          <w:color w:val="666666"/>
          <w:sz w:val="18"/>
        </w:rPr>
        <w:t>Society &amp; Dawah · Dars-e-Quran, Chapter 25, V. 1 (Spreading Quran) September 9, 2018 · 1m 07s · at 50:22 · https://youtu.be/zf3V6LP2Qg0?t=3022</w:t>
      </w:r>
    </w:p>
    <w:p>
      <w:r>
        <w:rPr>
          <w:i/>
        </w:rPr>
        <w:t>“Is hatred for other nations the biggest obstacle to da'wah work? Please explain about this.”</w:t>
      </w:r>
    </w:p>
    <w:p>
      <w:r>
        <w:rPr>
          <w:sz w:val="20"/>
        </w:rPr>
        <w:t>50:22  Maulana, kuch sawal lete hain. ab yeh sawal bheja hai Muhammad Irfan Rasheedi sahib ne Nagpur se.</w:t>
      </w:r>
      <w:r>
        <w:br/>
      </w:r>
      <w:r>
        <w:rPr>
          <w:sz w:val="20"/>
        </w:rPr>
        <w:t>50:33  unhone likha hai: Maulana sahib, kya doosri qaumon se nafrat dawah work ki sab se badi rukawat hai?</w:t>
      </w:r>
      <w:r>
        <w:br/>
      </w:r>
      <w:r>
        <w:rPr>
          <w:sz w:val="20"/>
        </w:rPr>
        <w:t>50:42  is ke bare mein batayein. arey bhai, jannat ke dakhle ki rukawat hai. yaqeen kijiye, jo maqdood se nafrat karega,</w:t>
      </w:r>
      <w:r>
        <w:br/>
      </w:r>
      <w:r>
        <w:rPr>
          <w:sz w:val="20"/>
        </w:rPr>
        <w:t>50:56  is ke liye jannat ke darwaze nahi khulenge. yahan to maine padha hai: jo shakhs apne ma'dud se nafrat karega, us ke liye jannat ke darwaze nahi khulne wale hain.</w:t>
      </w:r>
      <w:r>
        <w:br/>
      </w:r>
      <w:r>
        <w:rPr>
          <w:sz w:val="20"/>
        </w:rPr>
        <w:t>51:13  is par jannat ke darwaze band rahenge.</w:t>
      </w:r>
      <w:r>
        <w:br/>
      </w:r>
      <w:r>
        <w:rPr>
          <w:sz w:val="20"/>
        </w:rPr>
        <w:t>51:20  logon ko tauba karna chahiye. tauba.</w:t>
      </w:r>
    </w:p>
    <w:p>
      <w:pPr>
        <w:pStyle w:val="Heading2"/>
      </w:pPr>
      <w:r>
        <w:t>High or low profile dawa work?</w:t>
      </w:r>
    </w:p>
    <w:p>
      <w:r>
        <w:rPr>
          <w:color w:val="666666"/>
          <w:sz w:val="18"/>
        </w:rPr>
        <w:t>Society &amp; Dawah · Conversation with Maulana Wahiduddin Khan | October 01, 2017 · 3m 07s · at 34:09 · https://youtu.be/TmOYGd3rp2M?t=2049</w:t>
      </w:r>
    </w:p>
    <w:p>
      <w:r>
        <w:rPr>
          <w:i/>
        </w:rPr>
        <w:t>“When we do dawa work in any country, should it be in high profile or in low profile?”</w:t>
      </w:r>
    </w:p>
    <w:p>
      <w:r>
        <w:rPr>
          <w:sz w:val="20"/>
        </w:rPr>
        <w:t>34:09  maulana, hum doosra sawal lete hain jo miss shabana ansari ne bheja hai pakistan se.</w:t>
      </w:r>
      <w:r>
        <w:br/>
      </w:r>
      <w:r>
        <w:rPr>
          <w:sz w:val="20"/>
        </w:rPr>
        <w:t>34:15  unhon ne likha hai ke "When we do dawah work in</w:t>
      </w:r>
      <w:r>
        <w:br/>
      </w:r>
      <w:r>
        <w:rPr>
          <w:sz w:val="20"/>
        </w:rPr>
        <w:t>34:21  any country, it should be in high profile or in low profile.</w:t>
      </w:r>
      <w:r>
        <w:br/>
      </w:r>
      <w:r>
        <w:rPr>
          <w:sz w:val="20"/>
        </w:rPr>
        <w:t>34:27  And what do you mean by low profile if your answer is low profile?" hamesha low profile hi</w:t>
      </w:r>
      <w:r>
        <w:br/>
      </w:r>
      <w:r>
        <w:rPr>
          <w:sz w:val="20"/>
        </w:rPr>
        <w:t>34:32  mein dawah ka kaam hota hai.</w:t>
      </w:r>
      <w:r>
        <w:br/>
      </w:r>
      <w:r>
        <w:rPr>
          <w:sz w:val="20"/>
        </w:rPr>
        <w:t>34:37  high profile mein hota hi nahi.</w:t>
      </w:r>
      <w:r>
        <w:br/>
      </w:r>
      <w:r>
        <w:rPr>
          <w:sz w:val="20"/>
        </w:rPr>
        <w:t>34:42  yeh to bilkul yani in logon ka kaam hai jo ghalu mein phanse hue hain, ghalu mein.</w:t>
      </w:r>
      <w:r>
        <w:br/>
      </w:r>
      <w:r>
        <w:rPr>
          <w:sz w:val="20"/>
        </w:rPr>
        <w:t>34:47  ek jo extremist hain,</w:t>
      </w:r>
      <w:r>
        <w:br/>
      </w:r>
      <w:r>
        <w:rPr>
          <w:sz w:val="20"/>
        </w:rPr>
        <w:t>34:52  jo ghali log hain, wahi high profile mein daudte hain.</w:t>
      </w:r>
      <w:r>
        <w:br/>
      </w:r>
      <w:r>
        <w:rPr>
          <w:sz w:val="20"/>
        </w:rPr>
        <w:t>34:59  woh islam ka tareeqa hi nahi hai.</w:t>
      </w:r>
      <w:r>
        <w:br/>
      </w:r>
      <w:r>
        <w:rPr>
          <w:sz w:val="20"/>
        </w:rPr>
        <w:t>35:07  Basically dekhiye, low profile aur high profile ka jo farq hai, woh yeh hai ke low profile naam</w:t>
      </w:r>
      <w:r>
        <w:br/>
      </w:r>
      <w:r>
        <w:rPr>
          <w:sz w:val="20"/>
        </w:rPr>
        <w:t>35:15  hai peaceful, yaani yaani peace, aap ka idhar method aap ka peaceful ho aur aap ko</w:t>
      </w:r>
      <w:r>
        <w:br/>
      </w:r>
      <w:r>
        <w:rPr>
          <w:sz w:val="20"/>
        </w:rPr>
        <w:t>35:22  doosron se mohabbat ho, nafrat na ho. yani peace aur love ke majmoo'ay ka naam hai low profile. yani jis ke darmiyan aap kaam kar rahe hain, us se aap ko mohabbat hai, us ke aap khair khwah hain aur aap strictly follow karte hain peaceful tareeqay ko. to is se jo tareeqa banta hai, wahi usi ka naam low profile hai. achha, is ke ultay</w:t>
      </w:r>
      <w:r>
        <w:br/>
      </w:r>
      <w:r>
        <w:rPr>
          <w:sz w:val="20"/>
        </w:rPr>
        <w:t>35:52  ke agar aap ko nafrat hai, yeh dushman hai, yeh kafir hai, yeh jahannami hai, maro in ko,</w:t>
      </w:r>
      <w:r>
        <w:br/>
      </w:r>
      <w:r>
        <w:rPr>
          <w:sz w:val="20"/>
        </w:rPr>
        <w:t>36:00  toh banta hai high profile.</w:t>
      </w:r>
      <w:r>
        <w:br/>
      </w:r>
      <w:r>
        <w:rPr>
          <w:sz w:val="20"/>
        </w:rPr>
        <w:t>36:08  Toh basically yeh yeh phenomena hai, yani jis ko quran mein kaha hai naskh khair khwahi.</w:t>
      </w:r>
      <w:r>
        <w:br/>
      </w:r>
      <w:r>
        <w:rPr>
          <w:sz w:val="20"/>
        </w:rPr>
        <w:t>36:15  Yani khair khwahi ka ka jazba ho, khair khwahi ki spirit ho,</w:t>
      </w:r>
      <w:r>
        <w:br/>
      </w:r>
      <w:r>
        <w:rPr>
          <w:sz w:val="20"/>
        </w:rPr>
        <w:t>36:23  is se tareeqa banta hai, woh low profile hota hai.</w:t>
      </w:r>
      <w:r>
        <w:br/>
      </w:r>
      <w:r>
        <w:rPr>
          <w:sz w:val="20"/>
        </w:rPr>
        <w:t>36:30  Jab khair khwahi na ho, bas khali ho, woh takfeer karne ka mizaj ho, doosron ko ghalat batane</w:t>
      </w:r>
      <w:r>
        <w:br/>
      </w:r>
      <w:r>
        <w:rPr>
          <w:sz w:val="20"/>
        </w:rPr>
        <w:t>36:38  ka mizaj ho, tab banta hai high profile.</w:t>
      </w:r>
      <w:r>
        <w:br/>
      </w:r>
      <w:r>
        <w:rPr>
          <w:sz w:val="20"/>
        </w:rPr>
        <w:t>36:45  Yani aap ke dil mein mohabbat ho, jaise maa ka dil woh</w:t>
      </w:r>
      <w:r>
        <w:br/>
      </w:r>
      <w:r>
        <w:rPr>
          <w:sz w:val="20"/>
        </w:rPr>
        <w:t>36:53  hoti hai apne bachay ki.</w:t>
      </w:r>
      <w:r>
        <w:br/>
      </w:r>
      <w:r>
        <w:rPr>
          <w:sz w:val="20"/>
        </w:rPr>
        <w:t>36:59  Toh kabhi aap high profile mein jayenge nahi, low profile hi mein kaam karenge.</w:t>
      </w:r>
      <w:r>
        <w:br/>
      </w:r>
      <w:r>
        <w:rPr>
          <w:sz w:val="20"/>
        </w:rPr>
        <w:t>37:05  Kyunke maa ka tareeqa low profile ka hota hai.</w:t>
      </w:r>
      <w:r>
        <w:br/>
      </w:r>
      <w:r>
        <w:rPr>
          <w:sz w:val="20"/>
        </w:rPr>
        <w:t>37:11  Jo mukhalif hai, uska tareeqa high profile ka hota hai.</w:t>
      </w:r>
    </w:p>
    <w:p>
      <w:pPr>
        <w:pStyle w:val="Heading2"/>
      </w:pPr>
      <w:r>
        <w:t>Hope for misguided Muslims and sects</w:t>
      </w:r>
    </w:p>
    <w:p>
      <w:r>
        <w:rPr>
          <w:color w:val="666666"/>
          <w:sz w:val="18"/>
        </w:rPr>
        <w:t>Society &amp; Dawah · Degeneration of Ummah October 16, 2016 · 2m 32s · at 48:38 · https://youtu.be/W8nafLKMQes?t=2918</w:t>
      </w:r>
    </w:p>
    <w:p>
      <w:r>
        <w:rPr>
          <w:i/>
        </w:rPr>
        <w:t>“The Muslims who have degenerated believe that they are on the right path. Is there any hope for these people and sects to come to the right path?”</w:t>
      </w:r>
    </w:p>
    <w:p>
      <w:r>
        <w:rPr>
          <w:sz w:val="20"/>
        </w:rPr>
        <w:t>48:38  maulana, agla sawal Fawad Malik sahib ne kiya hai Nagpur se aur unhon ne likha hai: "Maulana sahib,</w:t>
      </w:r>
      <w:r>
        <w:br/>
      </w:r>
      <w:r>
        <w:rPr>
          <w:sz w:val="20"/>
        </w:rPr>
        <w:t>48:45  The Muslims who have degenerated believe that they are in the right path.</w:t>
      </w:r>
      <w:r>
        <w:br/>
      </w:r>
      <w:r>
        <w:rPr>
          <w:sz w:val="20"/>
        </w:rPr>
        <w:t>48:51  My question is whether you think there is any hope of these people or sects coming into the</w:t>
      </w:r>
      <w:r>
        <w:br/>
      </w:r>
      <w:r>
        <w:rPr>
          <w:sz w:val="20"/>
        </w:rPr>
        <w:t>48:59  right path? what would you say to this?" dekhiye, main aap se arz karunga ke Surah Al-Hadid</w:t>
      </w:r>
      <w:r>
        <w:br/>
      </w:r>
      <w:r>
        <w:rPr>
          <w:sz w:val="20"/>
        </w:rPr>
        <w:t>49:07  jo Quran ki hai, uski ayat number 16 aur 17 padhiye.</w:t>
      </w:r>
      <w:r>
        <w:br/>
      </w:r>
      <w:r>
        <w:rPr>
          <w:sz w:val="20"/>
        </w:rPr>
        <w:t>49:12  is mein kaha gaya hai ke lambi muddat guzarne ke baad qasawat aati hai, yani zawal aata hai.</w:t>
      </w:r>
      <w:r>
        <w:br/>
      </w:r>
      <w:r>
        <w:rPr>
          <w:sz w:val="20"/>
        </w:rPr>
        <w:t>49:20  lambi muddat guzarne ke baad log qasawat mein mubtala ho jate hain.</w:t>
      </w:r>
      <w:r>
        <w:br/>
      </w:r>
      <w:r>
        <w:rPr>
          <w:sz w:val="20"/>
        </w:rPr>
        <w:t>49:25  isi ko zawal kaha jata hai, yani degeneration.</w:t>
      </w:r>
      <w:r>
        <w:br/>
      </w:r>
      <w:r>
        <w:rPr>
          <w:sz w:val="20"/>
        </w:rPr>
        <w:t>49:29  lekin phir misaal di gayi hai ke lekin iska matlab nahin ke doosra daur na aa sake.</w:t>
      </w:r>
      <w:r>
        <w:br/>
      </w:r>
      <w:r>
        <w:rPr>
          <w:sz w:val="20"/>
        </w:rPr>
        <w:t>49:36  to misaal di gayi ke dekho, barish ko dekho ke zameen murda ho jati hai, yani sookhi ho</w:t>
      </w:r>
      <w:r>
        <w:br/>
      </w:r>
      <w:r>
        <w:rPr>
          <w:sz w:val="20"/>
        </w:rPr>
        <w:t>49:44  jati hai.</w:t>
      </w:r>
      <w:r>
        <w:br/>
      </w:r>
      <w:r>
        <w:rPr>
          <w:sz w:val="20"/>
        </w:rPr>
        <w:t>49:45  phir barish hoti hai to wahan sabza lala uthta hai.</w:t>
      </w:r>
      <w:r>
        <w:br/>
      </w:r>
      <w:r>
        <w:rPr>
          <w:sz w:val="20"/>
        </w:rPr>
        <w:t>49:50  to wo material misaal se insani ehya ka naam pe bataya gaya ke jis tarah se material world</w:t>
      </w:r>
      <w:r>
        <w:br/>
      </w:r>
      <w:r>
        <w:rPr>
          <w:sz w:val="20"/>
        </w:rPr>
        <w:t>49:57  mein sokhi zameen mein barish hoti hai aur phir se sabza ug aata hai, aise hi insanon ke</w:t>
      </w:r>
      <w:r>
        <w:br/>
      </w:r>
      <w:r>
        <w:rPr>
          <w:sz w:val="20"/>
        </w:rPr>
        <w:t>50:05  liye mumkin hai ke un ko sahi rokh par, sahi rokh par kaam kiya jaye.</w:t>
      </w:r>
      <w:r>
        <w:br/>
      </w:r>
      <w:r>
        <w:rPr>
          <w:sz w:val="20"/>
        </w:rPr>
        <w:t>50:12  sahi rokh par to wo dobara zinda ho sakti hai.</w:t>
      </w:r>
      <w:r>
        <w:br/>
      </w:r>
      <w:r>
        <w:rPr>
          <w:sz w:val="20"/>
        </w:rPr>
        <w:t>50:16  is ki aik secular misaal yeh hai ke cheen aik bohat hi purani tehzeeb mani jati hai.</w:t>
      </w:r>
      <w:r>
        <w:br/>
      </w:r>
      <w:r>
        <w:rPr>
          <w:sz w:val="20"/>
        </w:rPr>
        <w:t>50:23  cheen ko aik purani tehzeeb mani jati hai.</w:t>
      </w:r>
      <w:r>
        <w:br/>
      </w:r>
      <w:r>
        <w:rPr>
          <w:sz w:val="20"/>
        </w:rPr>
        <w:t>50:27  phir cheen mein wo tehzeeb khatam ho gayi thi.</w:t>
      </w:r>
      <w:r>
        <w:br/>
      </w:r>
      <w:r>
        <w:rPr>
          <w:sz w:val="20"/>
        </w:rPr>
        <w:t>50:30  ab maujooda zamane mein phir zinda ho gayi wo tehzeeb.</w:t>
      </w:r>
      <w:r>
        <w:br/>
      </w:r>
      <w:r>
        <w:rPr>
          <w:sz w:val="20"/>
        </w:rPr>
        <w:t>50:35  yeh misaal jo aati hai, pehle zamane mein kuch log yeh samajhte thay ke dead civilization ko phir</w:t>
      </w:r>
      <w:r>
        <w:br/>
      </w:r>
      <w:r>
        <w:rPr>
          <w:sz w:val="20"/>
        </w:rPr>
        <w:t>50:42  se zinda nahi kiya ja sakta kyunke china is ki misaal hai ke dead civilization phir zinda ho</w:t>
      </w:r>
      <w:r>
        <w:br/>
      </w:r>
      <w:r>
        <w:rPr>
          <w:sz w:val="20"/>
        </w:rPr>
        <w:t>50:50  sakti hai.</w:t>
      </w:r>
      <w:r>
        <w:br/>
      </w:r>
      <w:r>
        <w:rPr>
          <w:sz w:val="20"/>
        </w:rPr>
        <w:t>50:52  is tarah se ummat e muslema ka mamla hai.</w:t>
      </w:r>
      <w:r>
        <w:br/>
      </w:r>
      <w:r>
        <w:rPr>
          <w:sz w:val="20"/>
        </w:rPr>
        <w:t>50:55  muslema agarche degeneration ka shikar ho chuki hai, lekin yeh law of nature hai ke agar aap</w:t>
      </w:r>
      <w:r>
        <w:br/>
      </w:r>
      <w:r>
        <w:rPr>
          <w:sz w:val="20"/>
        </w:rPr>
        <w:t>51:03  sahi tareeqe se kaam karein to is mein dobara aap is ko zinda kar sakte hain.</w:t>
      </w:r>
    </w:p>
    <w:p>
      <w:pPr>
        <w:pStyle w:val="Heading2"/>
      </w:pPr>
      <w:r>
        <w:t>Housewives participation in dawah work</w:t>
      </w:r>
    </w:p>
    <w:p>
      <w:r>
        <w:rPr>
          <w:color w:val="666666"/>
          <w:sz w:val="18"/>
        </w:rPr>
        <w:t>Society &amp; Dawah · Physical Science or Divine Science I 25th Nov, 2012 - Maulana Wahiduddin Khan · 2m 24s · at 1:06:01 · https://youtu.be/NfJRGRN6OhE?t=3961</w:t>
      </w:r>
    </w:p>
    <w:p>
      <w:r>
        <w:rPr>
          <w:i/>
        </w:rPr>
        <w:t>“How can housewives participate in dawah work? Please tell me about this.”</w:t>
      </w:r>
    </w:p>
    <w:p>
      <w:r>
        <w:rPr>
          <w:sz w:val="20"/>
        </w:rPr>
        <w:t>1:06:01  molana, agla sawal aaya hai Kupwara Kashmir se Ms Haseena Shafeeq Dar ka. unhon ne likha hai: "main aapse molana sahib yeh poochna chahti hoon ke gharelu auratein kis tarah dawat ke kaam mein participate kar sakti hain?</w:t>
      </w:r>
      <w:r>
        <w:br/>
      </w:r>
      <w:r>
        <w:rPr>
          <w:sz w:val="20"/>
        </w:rPr>
        <w:t>1:06:17  is ke bare mein bataein."</w:t>
      </w:r>
      <w:r>
        <w:br/>
      </w:r>
      <w:r>
        <w:rPr>
          <w:sz w:val="20"/>
        </w:rPr>
        <w:t>1:06:21  dekhiye, dawat ka jo kaam hai, wo koi masnooi kaam nahin hai. rozmarra ki zindagi mein dawat chalti rehti hai.</w:t>
      </w:r>
      <w:r>
        <w:br/>
      </w:r>
      <w:r>
        <w:rPr>
          <w:sz w:val="20"/>
        </w:rPr>
        <w:t>1:06:31  is zamane mein bohat aasan hoga jab ke hum predict press ke zamane mein hain. kitabein chhapi hui maujood hain, Quran ka translation aur doosri kitabein.</w:t>
      </w:r>
      <w:r>
        <w:br/>
      </w:r>
      <w:r>
        <w:rPr>
          <w:sz w:val="20"/>
        </w:rPr>
        <w:t>1:06:42  to har aurat aur mard rakhe apne paas in kitabon ko, aur jahan bhi kisi mulaqat ho, in ko de de.</w:t>
      </w:r>
      <w:r>
        <w:br/>
      </w:r>
      <w:r>
        <w:rPr>
          <w:sz w:val="20"/>
        </w:rPr>
        <w:t>1:06:51  abhi ek khatoon ka telephone aaya tha mere paas, unhon ne kaha ke main ek doctor se ilaaj karti thi, woh woh ghair muslim doctor,</w:t>
      </w:r>
      <w:r>
        <w:br/>
      </w:r>
      <w:r>
        <w:rPr>
          <w:sz w:val="20"/>
        </w:rPr>
        <w:t>1:07:04  woh top ka tha. woh to main us ko quran dekhne mein hichk hoti thi ke woh pata nahi kya samjhe us ko.</w:t>
      </w:r>
      <w:r>
        <w:br/>
      </w:r>
      <w:r>
        <w:rPr>
          <w:sz w:val="20"/>
        </w:rPr>
        <w:t>1:07:12  to ek din main ne, yaani un ka woh ilaaj karne ki jati thi, us ke haan ek din main ne himmat kar ke us ko quran pesh kar diya. to woh doctor, jo bohat hi bara doctor tha, woh khara ho gaya bilkul ke yeh quran hai,</w:t>
      </w:r>
      <w:r>
        <w:br/>
      </w:r>
      <w:r>
        <w:rPr>
          <w:sz w:val="20"/>
        </w:rPr>
        <w:t>1:07:26  aur us ko us ne aise kiya</w:t>
      </w:r>
      <w:r>
        <w:br/>
      </w:r>
      <w:r>
        <w:rPr>
          <w:sz w:val="20"/>
        </w:rPr>
        <w:t>1:07:30  to chup gaya. woh to aap doctor ke paas jate hain, aap shopping ke liye jate hain, yaani tarah tarah se ab family ke log milte hain aap se.</w:t>
      </w:r>
      <w:r>
        <w:br/>
      </w:r>
      <w:r>
        <w:rPr>
          <w:sz w:val="20"/>
        </w:rPr>
        <w:t>1:07:41  jo mile, us ko kitabein dijiye. sab se aasan kaam kitabein dena hai. hamare haan sir,</w:t>
      </w:r>
      <w:r>
        <w:br/>
      </w:r>
      <w:r>
        <w:rPr>
          <w:sz w:val="20"/>
        </w:rPr>
        <w:t>1:07:49  har zaban mein kitabein chhapi hui hain, chhoti bari, har qism ki. to har aadmi apni pocket mein, apne bag mein, apne purse mein kitabein rakhe, aur jahan koi mile, us ko deta rahe.</w:t>
      </w:r>
      <w:r>
        <w:br/>
      </w:r>
      <w:r>
        <w:rPr>
          <w:sz w:val="20"/>
        </w:rPr>
        <w:t>1:08:03  is zamane mein to bohat aasan hai da'wati kaam karna, kyunke hum predict press zamane mein hain.</w:t>
      </w:r>
      <w:r>
        <w:br/>
      </w:r>
      <w:r>
        <w:rPr>
          <w:sz w:val="20"/>
        </w:rPr>
        <w:t>1:08:09  pehlay zamane mein mushkil hota tha ke khud hi khud karna parta tha. ab to kitabein rakhi hain, woh dete rahiye. sab se aasan kaam hai, aap safar mein hain, tab bhi dijiye, kahin bhi hain, dijiye, dete rahiye un ko.</w:t>
      </w:r>
    </w:p>
    <w:p>
      <w:pPr>
        <w:pStyle w:val="Heading2"/>
      </w:pPr>
      <w:r>
        <w:t>How CPS Mission Differs in Calling Others</w:t>
      </w:r>
    </w:p>
    <w:p>
      <w:r>
        <w:rPr>
          <w:color w:val="666666"/>
          <w:sz w:val="18"/>
        </w:rPr>
        <w:t>Society &amp; Dawah · Dars-e-Quran, Ch. 2 Verse 54 | March 18, 2018 · 3m 12s · at 55:27 · https://youtu.be/xQ2LXsz1oTw?t=3327</w:t>
      </w:r>
    </w:p>
    <w:p>
      <w:r>
        <w:rPr>
          <w:i/>
        </w:rPr>
        <w:t>“So many people in the world are calling others to their religion. My question is: How is the CPS Mission different in this regard?”</w:t>
      </w:r>
    </w:p>
    <w:p>
      <w:r>
        <w:rPr>
          <w:sz w:val="20"/>
        </w:rPr>
        <w:t>55:27  Maulana, agla sawal Itanagar, Arunachal Pradesh se Muhammad Bilal Shafee sahib ne kiya hai. unhon ne apne do sawal bheje hain. unhon ne likha hai: "Maulana sahib, so many people in the world are calling others to their religion. My question is: How is the CPS mission different in this regard?" Dekhiye, woh sirf</w:t>
      </w:r>
      <w:r>
        <w:br/>
      </w:r>
      <w:r>
        <w:rPr>
          <w:sz w:val="20"/>
        </w:rPr>
        <w:t>55:57  ek baat hai, sirf ek baat hai.</w:t>
      </w:r>
      <w:r>
        <w:br/>
      </w:r>
      <w:r>
        <w:rPr>
          <w:sz w:val="20"/>
        </w:rPr>
        <w:t>56:07  woh yeh hai ke quran accepted tor par authentic version hai, khudai wahid ka hai.</w:t>
      </w:r>
      <w:r>
        <w:br/>
      </w:r>
      <w:r>
        <w:rPr>
          <w:sz w:val="20"/>
        </w:rPr>
        <w:t>56:17  phir se sun lijiye ke hamare nazdeek injeel bhi Khuda ki kitab hai,</w:t>
      </w:r>
      <w:r>
        <w:br/>
      </w:r>
      <w:r>
        <w:rPr>
          <w:sz w:val="20"/>
        </w:rPr>
        <w:t>56:27  torah bhi Khuda ki kitab hai, is lihaz se bible bhi Khuda ki kitab hai.</w:t>
      </w:r>
      <w:r>
        <w:br/>
      </w:r>
      <w:r>
        <w:rPr>
          <w:sz w:val="20"/>
        </w:rPr>
        <w:t>56:35  lekin jo difference hai, woh sirf ek baat ka hai ke yeh saare jo research scholar, jo muhqqiqeen</w:t>
      </w:r>
      <w:r>
        <w:br/>
      </w:r>
      <w:r>
        <w:rPr>
          <w:sz w:val="20"/>
        </w:rPr>
        <w:t>56:43  hain, woh accept karte hain ke quran ek hi kitab hai, ek hi kitab hai jo jis ka</w:t>
      </w:r>
      <w:r>
        <w:br/>
      </w:r>
      <w:r>
        <w:rPr>
          <w:sz w:val="20"/>
        </w:rPr>
        <w:t>56:51  jis ka yeh pehlu establish ho chuka hai ke woh</w:t>
      </w:r>
      <w:r>
        <w:br/>
      </w:r>
      <w:r>
        <w:rPr>
          <w:sz w:val="20"/>
        </w:rPr>
        <w:t>56:59  koi change is ke andar nahi hua, straight change nahi hua.</w:t>
      </w:r>
      <w:r>
        <w:br/>
      </w:r>
      <w:r>
        <w:rPr>
          <w:sz w:val="20"/>
        </w:rPr>
        <w:t>57:05  khud christian scholar ne mana hai is ko, jis ko maine likha aap ki kitab mein, aap</w:t>
      </w:r>
      <w:r>
        <w:br/>
      </w:r>
      <w:r>
        <w:rPr>
          <w:sz w:val="20"/>
        </w:rPr>
        <w:t>57:10  parh sakte hain.</w:t>
      </w:r>
      <w:r>
        <w:br/>
      </w:r>
      <w:r>
        <w:rPr>
          <w:sz w:val="20"/>
        </w:rPr>
        <w:t>57:16  is liye ummat e mohammadi ko haq hai ke woh quran ko phailaye.</w:t>
      </w:r>
      <w:r>
        <w:br/>
      </w:r>
      <w:r>
        <w:rPr>
          <w:sz w:val="20"/>
        </w:rPr>
        <w:t>57:22  doosre log jo islam karte hain, yeh kaam in ko woh kis right se phailate hain, un se poochiye.</w:t>
      </w:r>
      <w:r>
        <w:br/>
      </w:r>
      <w:r>
        <w:rPr>
          <w:sz w:val="20"/>
        </w:rPr>
        <w:t>57:27  jab tumhari jo kitab hai, woh kitab</w:t>
      </w:r>
      <w:r>
        <w:br/>
      </w:r>
      <w:r>
        <w:rPr>
          <w:sz w:val="20"/>
        </w:rPr>
        <w:t>57:33  mehfooz hi nahi, abhi maine jo parhi aap ke samne aaya, bible ka hissa ke quran mein</w:t>
      </w:r>
      <w:r>
        <w:br/>
      </w:r>
      <w:r>
        <w:rPr>
          <w:sz w:val="20"/>
        </w:rPr>
        <w:t>57:39  jo ayat hai "fقتلو" to is par ghor karne se maloom hota hai ke yahan "fقتلو" bazat e maani</w:t>
      </w:r>
      <w:r>
        <w:br/>
      </w:r>
      <w:r>
        <w:rPr>
          <w:sz w:val="20"/>
        </w:rPr>
        <w:t>57:45  mein hai, lekin bible, present bible jo hai, is ko aap parhein to saaf saaf likha hua hai</w:t>
      </w:r>
      <w:r>
        <w:br/>
      </w:r>
      <w:r>
        <w:rPr>
          <w:sz w:val="20"/>
        </w:rPr>
        <w:t>57:51  ke teen hazar se ziyada log qatal kar diye gaye.</w:t>
      </w:r>
      <w:r>
        <w:br/>
      </w:r>
      <w:r>
        <w:rPr>
          <w:sz w:val="20"/>
        </w:rPr>
        <w:t>57:57  to hum manenge ke yeh</w:t>
      </w:r>
      <w:r>
        <w:br/>
      </w:r>
      <w:r>
        <w:rPr>
          <w:sz w:val="20"/>
        </w:rPr>
        <w:t>58:04  woh hua hai, is mein commentators ne barha diya hai is ko.</w:t>
      </w:r>
      <w:r>
        <w:br/>
      </w:r>
      <w:r>
        <w:rPr>
          <w:sz w:val="20"/>
        </w:rPr>
        <w:t>58:09  to khulasa yeh hai ke aisi aap ek kitab hai, woh historical cheez hai, aur bohat si kitabein</w:t>
      </w:r>
      <w:r>
        <w:br/>
      </w:r>
      <w:r>
        <w:rPr>
          <w:sz w:val="20"/>
        </w:rPr>
        <w:t>58:14  hain, un ko parhiye aap to maloom hota hai ke quran ek hi hai kitab jo kisi qism</w:t>
      </w:r>
      <w:r>
        <w:br/>
      </w:r>
      <w:r>
        <w:rPr>
          <w:sz w:val="20"/>
        </w:rPr>
        <w:t>58:19  ka change nahi aaya hai.</w:t>
      </w:r>
      <w:r>
        <w:br/>
      </w:r>
      <w:r>
        <w:rPr>
          <w:sz w:val="20"/>
        </w:rPr>
        <w:t>58:24  to is is wajah se hamein haq hai ke is ko phailayein.</w:t>
      </w:r>
      <w:r>
        <w:br/>
      </w:r>
      <w:r>
        <w:rPr>
          <w:sz w:val="20"/>
        </w:rPr>
        <w:t>58:29  doosre logon ko chahiye ke woh woh woh khud</w:t>
      </w:r>
      <w:r>
        <w:br/>
      </w:r>
      <w:r>
        <w:rPr>
          <w:sz w:val="20"/>
        </w:rPr>
        <w:t>58:34  quran ko phailayein, doosre logon ko chahiye ke woh quran ko phailayein, na ke doosri kitabon ko.</w:t>
      </w:r>
    </w:p>
    <w:p>
      <w:pPr>
        <w:pStyle w:val="Heading2"/>
      </w:pPr>
      <w:r>
        <w:t>How Scholars Adopted Political Interpretation of Islam</w:t>
      </w:r>
    </w:p>
    <w:p>
      <w:r>
        <w:rPr>
          <w:color w:val="666666"/>
          <w:sz w:val="18"/>
        </w:rPr>
        <w:t>Society &amp; Dawah · Islam and Politics November 17, 2013 · 3m 26s · at 1:11:19 · https://youtu.be/LgKA8wg4NPc?t=4279</w:t>
      </w:r>
    </w:p>
    <w:p>
      <w:r>
        <w:rPr>
          <w:i/>
        </w:rPr>
        <w:t>“If the political interpretation of Islam is not derived from Qur'an and Hadith, then how did Muslim scholars become involved in it even though they had knowledge of the Qur'an as well as Hadith?”</w:t>
      </w:r>
    </w:p>
    <w:p>
      <w:r>
        <w:rPr>
          <w:sz w:val="20"/>
        </w:rPr>
        <w:t>1:11:19  maulana agla sawal dilli se kya hai miss naghma siddiqui ne</w:t>
      </w:r>
      <w:r>
        <w:br/>
      </w:r>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How Sufis spread Islam despite strange practices</w:t>
      </w:r>
    </w:p>
    <w:p>
      <w:r>
        <w:rPr>
          <w:color w:val="666666"/>
          <w:sz w:val="18"/>
        </w:rPr>
        <w:t>Society &amp; Dawah · Self Correction November 09, 2014 · 1m 33s · at 1:12:47 · https://youtu.be/EgAukdSfGRU?t=4367</w:t>
      </w:r>
    </w:p>
    <w:p>
      <w:r>
        <w:rPr>
          <w:i/>
        </w:rPr>
        <w:t>“Sufis have played a big role in spreading Islam, but strange things about Islam are found in their conditions. How did they spread Islam? Please explain.”</w:t>
      </w:r>
    </w:p>
    <w:p>
      <w:r>
        <w:rPr>
          <w:sz w:val="20"/>
        </w:rPr>
        <w:t>1:12:47  maulana, agla sawal dilli se kiya hai jameel akhtar sahib ne aur unhon ne likha hai ke Islam ko phailane mein sufiyon ka bara role raha hai.</w:t>
      </w:r>
      <w:r>
        <w:br/>
      </w:r>
      <w:r>
        <w:rPr>
          <w:sz w:val="20"/>
        </w:rPr>
        <w:t>1:12:58  yeh baat aksar kahi jati hai. magar sufiyon ke halaat mein Islam ki ajeeb o ghareeb baaten pai jati hain. phir unhon ne kis tarah Islam ko phailaya, is ke bare mein kuch batayen.</w:t>
      </w:r>
      <w:r>
        <w:br/>
      </w:r>
      <w:r>
        <w:rPr>
          <w:sz w:val="20"/>
        </w:rPr>
        <w:t>1:13:15  asal mein dekhiye, is mein to shakk nahi ke is ne phir Islam ko phailaya. lekin yeh tha mass conversion. to mass conversion to rasool Allah sallallahu alaihi wasallam ke zamane mein bhi hadith mein aata hai ke log, yani main ne is se pehle bata chuka hoon ek hadith aap ko ke mass conversion ke woh ka woh nuqsan tha, nah ke sufiyon ka nuqsan.</w:t>
      </w:r>
      <w:r>
        <w:br/>
      </w:r>
      <w:r>
        <w:rPr>
          <w:sz w:val="20"/>
        </w:rPr>
        <w:t>1:13:41  sufiyon ke zamane mein mass con</w:t>
      </w:r>
      <w:r>
        <w:br/>
      </w:r>
      <w:r>
        <w:rPr>
          <w:sz w:val="20"/>
        </w:rPr>
        <w:t>1:13:43  version hua. Mass conversion yeh hota hai ke log pichhle khayalat ko lekar aate hain aur unki itne bade paon par tarbiyat nahi ho pati.</w:t>
      </w:r>
      <w:r>
        <w:br/>
      </w:r>
      <w:r>
        <w:rPr>
          <w:sz w:val="20"/>
        </w:rPr>
        <w:t>1:13:52  to wahi sab khayalat ko naye andaaz mein likhte hain, woh uski pairwi karne.</w:t>
      </w:r>
      <w:r>
        <w:br/>
      </w:r>
      <w:r>
        <w:rPr>
          <w:sz w:val="20"/>
        </w:rPr>
        <w:t>1:14:00  to main samajhta hoon ke sufia ka role bahut aham hai. Baqi mass conversion ki wajah se jo tarbiyat na ho saki logon ki, usse bigad aaya.</w:t>
      </w:r>
      <w:r>
        <w:br/>
      </w:r>
      <w:r>
        <w:rPr>
          <w:sz w:val="20"/>
        </w:rPr>
        <w:t>1:14:09  to dono ko alag kar ke dekhiye taake sahi raaye qayam kar sakein aap.</w:t>
      </w:r>
    </w:p>
    <w:p>
      <w:pPr>
        <w:pStyle w:val="Heading2"/>
      </w:pPr>
      <w:r>
        <w:t>How Workable Is Complaint as a Right?</w:t>
      </w:r>
    </w:p>
    <w:p>
      <w:r>
        <w:rPr>
          <w:color w:val="666666"/>
          <w:sz w:val="18"/>
        </w:rPr>
        <w:t>Society &amp; Dawah · Importance of Peace December 16, 2012 · 1m 42s · at 1:15:01 · https://youtu.be/nymyorYyEz4?t=4501</w:t>
      </w:r>
    </w:p>
    <w:p>
      <w:r>
        <w:rPr>
          <w:i/>
        </w:rPr>
        <w:t>“Muslims treat complaint as their right and use it everywhere. To what extent is this workable?”</w:t>
      </w:r>
    </w:p>
    <w:p>
      <w:r>
        <w:rPr>
          <w:sz w:val="20"/>
        </w:rPr>
        <w:t>1:15:01  yeh meri rai is mamle mein hai. maulana, agla sawal tamil nadu se hai maulana iqbal umri ka.</w:t>
      </w:r>
      <w:r>
        <w:br/>
      </w:r>
      <w:r>
        <w:rPr>
          <w:sz w:val="20"/>
        </w:rPr>
        <w:t>1:15:10  unhon ne likha hai: "maulana, complaint ko apna haq samajh kar musalman is ko har jagah istemal karte hain. yeh kahan tak workable hai?" workable to hai hi nahi.</w:t>
      </w:r>
      <w:r>
        <w:br/>
      </w:r>
      <w:r>
        <w:rPr>
          <w:sz w:val="20"/>
        </w:rPr>
        <w:t>1:15:24  kahan work kar raha hai? kahan musalmanon ki complaint se kuch kaam ban rahe hain? un ke</w:t>
      </w:r>
      <w:r>
        <w:br/>
      </w:r>
      <w:r>
        <w:rPr>
          <w:sz w:val="20"/>
        </w:rPr>
        <w:t>1:15:30  musalmanon ki shikayat aur complaint to yeh anbaar laga hua hai. is ka woh kaam ek bhi nahi ban raha hai. agar ban raha hota to complaint khatam ho jati.</w:t>
      </w:r>
      <w:r>
        <w:br/>
      </w:r>
      <w:r>
        <w:rPr>
          <w:sz w:val="20"/>
        </w:rPr>
        <w:t>1:15:43  to dekhen, do pehlu is ke hain. ek to yeh hai ke complain ka tareeqa sar-ta-sar, yaani result less tareeqa hai.</w:t>
      </w:r>
      <w:r>
        <w:br/>
      </w:r>
      <w:r>
        <w:rPr>
          <w:sz w:val="20"/>
        </w:rPr>
        <w:t>1:15:52  is mein koi nateeja nikalne wala nahi hai. yeh Allah ke qanoon ke khilaaf hai ke aap ki complain se koi kaam banay. aap ka</w:t>
      </w:r>
      <w:r>
        <w:br/>
      </w:r>
      <w:r>
        <w:rPr>
          <w:sz w:val="20"/>
        </w:rPr>
        <w:t>1:16:00  kabhi nahi banay ga, na bana hai. poori history mein kabhi bhi kisi ne complain kar ke kuch achieve nahi kiya hai, na aaj achieve kar sakta hai. to ek baat yeh hai.</w:t>
      </w:r>
      <w:r>
        <w:br/>
      </w:r>
      <w:r>
        <w:rPr>
          <w:sz w:val="20"/>
        </w:rPr>
        <w:t>1:16:09  doosri baat yeh hai ke complain se aap kuch gain to nahi karte, lose yaqeenan karte hain. kyunke jab complain karenge to aap ke andar negativity aye gi, tension aye ga, ghussa aye ga, anchor aye ga.</w:t>
      </w:r>
      <w:r>
        <w:br/>
      </w:r>
      <w:r>
        <w:rPr>
          <w:sz w:val="20"/>
        </w:rPr>
        <w:t>1:16:25  to apna to nuqsan kar liya aap ne, aur doosre ka kuch doosre se koi le nahi paya. to complain ki language ko main bilkul ghair mehram haram samajhta hoon.</w:t>
      </w:r>
      <w:r>
        <w:br/>
      </w:r>
      <w:r>
        <w:rPr>
          <w:sz w:val="20"/>
        </w:rPr>
        <w:t>1:16:37  matlab haram na kiya hua haram meri rai to nahi hai.</w:t>
      </w:r>
    </w:p>
    <w:p>
      <w:pPr>
        <w:pStyle w:val="Heading2"/>
      </w:pPr>
      <w:r>
        <w:t>How can Muslims break the vicious circle?</w:t>
      </w:r>
    </w:p>
    <w:p>
      <w:r>
        <w:rPr>
          <w:color w:val="666666"/>
          <w:sz w:val="18"/>
        </w:rPr>
        <w:t>Society &amp; Dawah · 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How can politics be correct</w:t>
      </w:r>
    </w:p>
    <w:p>
      <w:r>
        <w:rPr>
          <w:color w:val="666666"/>
          <w:sz w:val="18"/>
        </w:rPr>
        <w:t>Society &amp; Dawah · Discovery of God (In Conversation with Maulana) December 25, 2011 · 1m 38s · at 45:32 · https://youtu.be/-1c1d7cFj0s?t=2732</w:t>
      </w:r>
    </w:p>
    <w:p>
      <w:r>
        <w:rPr>
          <w:i/>
        </w:rPr>
        <w:t>“Politics is only a source of conflict and division, because in politics people speak against each other. So how can politics be correct?”</w:t>
      </w:r>
    </w:p>
    <w:p>
      <w:r>
        <w:rPr>
          <w:sz w:val="20"/>
        </w:rPr>
        <w:t>45:32  mister Asif ka Delhi se sawal hai. unhon ne likha hai: "rajneeti sirf ladai aur mat bhed ka zariya hai. kyunke rajneeti mein insaan ek doosre ke against bolta hai.</w:t>
      </w:r>
      <w:r>
        <w:br/>
      </w:r>
      <w:r>
        <w:rPr>
          <w:sz w:val="20"/>
        </w:rPr>
        <w:t>45:46  to rajneeti sahi kaise ho sakti hai?"</w:t>
      </w:r>
      <w:r>
        <w:br/>
      </w:r>
      <w:r>
        <w:rPr>
          <w:sz w:val="20"/>
        </w:rPr>
        <w:t>45:52  to main sahi kahan karoon? main to kabhi nahi kaha ke sahi hai. maulana, shayad woh general level pe poochna chah rahe hain ke political system jo hai, woh sahi kaise ho sakta hai?</w:t>
      </w:r>
      <w:r>
        <w:br/>
      </w:r>
      <w:r>
        <w:rPr>
          <w:sz w:val="20"/>
        </w:rPr>
        <w:t>46:06  political system ko sahi karne ki koshish mat kijiye. jo hai, us ko accept kar lijiye. mera to nazariya yahi hai. jab aap system ko sahi karna chahenge to kya hoga?</w:t>
      </w:r>
      <w:r>
        <w:br/>
      </w:r>
      <w:r>
        <w:rPr>
          <w:sz w:val="20"/>
        </w:rPr>
        <w:t>46:15  yahi sab hoga. ladai jhagda, nafrat. aisi cheez maan lijiye. mera masla kya yeh hai ke political act mein jo hai, mera jo nazariya hai, woh yahi hai ke political, jis ko main kehta hoon political status quoism,</w:t>
      </w:r>
      <w:r>
        <w:br/>
      </w:r>
      <w:r>
        <w:rPr>
          <w:sz w:val="20"/>
        </w:rPr>
        <w:t>46:34  yani siyasat mein mera nazariya hai political status quoism. koi bhi hakim hai, mujhe us se ladai nahi karna hai.</w:t>
      </w:r>
      <w:r>
        <w:br/>
      </w:r>
      <w:r>
        <w:rPr>
          <w:sz w:val="20"/>
        </w:rPr>
        <w:t>46:43  koi bhi system hai, mujh se jhagan na nahi hai. mujhe accept kar ke, mujhe apni activity ka mauqa mil jata hai. mujhe accept kar ke, mujhe khud short time mujhe mil jata hai ke main apne study karoon, apna mission chalaoon, apne aitbar se jo karna hai, woh karoon.</w:t>
      </w:r>
      <w:r>
        <w:br/>
      </w:r>
      <w:r>
        <w:rPr>
          <w:sz w:val="20"/>
        </w:rPr>
        <w:t>47:05  to mera nazariya to political status quoism ka hai.</w:t>
      </w:r>
    </w:p>
    <w:p>
      <w:pPr>
        <w:pStyle w:val="Heading2"/>
      </w:pPr>
      <w:r>
        <w:t>How can the West be our ideal?</w:t>
      </w:r>
    </w:p>
    <w:p>
      <w:r>
        <w:rPr>
          <w:color w:val="666666"/>
          <w:sz w:val="18"/>
        </w:rPr>
        <w:t>Society &amp; Dawah · Reason and Faith July 10, 2016 · 1m 52s · at 1:09:22 · https://youtu.be/axR4I5yv29E?t=4162</w:t>
      </w:r>
    </w:p>
    <w:p>
      <w:r>
        <w:rPr>
          <w:i/>
        </w:rPr>
        <w:t>“How can the West be our ideal? Please comment on this.”</w:t>
      </w:r>
    </w:p>
    <w:p>
      <w:r>
        <w:rPr>
          <w:sz w:val="20"/>
        </w:rPr>
        <w:t>1:09:22  Maulana, agla sawal Karachi Pakistan se Abdul Wahid sahib ne kiya hai aur unhone aap se poocha hai</w:t>
      </w:r>
      <w:r>
        <w:br/>
      </w:r>
      <w:r>
        <w:rPr>
          <w:sz w:val="20"/>
        </w:rPr>
        <w:t>1:09:28  ke Maulana sahib how can west be our ideal please comment on this kya matlab? Hamara haan, hum</w:t>
      </w:r>
      <w:r>
        <w:br/>
      </w:r>
      <w:r>
        <w:rPr>
          <w:sz w:val="20"/>
        </w:rPr>
        <w:t>1:09:35  ne border kahan kaha hai? Ji, hum ne yeh kaha ke woh ideal hai.</w:t>
      </w:r>
      <w:r>
        <w:br/>
      </w:r>
      <w:r>
        <w:rPr>
          <w:sz w:val="20"/>
        </w:rPr>
        <w:t>1:09:41  Ji, yeh to hum ne kaha nahi, ideal to rasool Allah hain.</w:t>
      </w:r>
      <w:r>
        <w:br/>
      </w:r>
      <w:r>
        <w:rPr>
          <w:sz w:val="20"/>
        </w:rPr>
        <w:t>1:09:47  Ji, hain in ka contribution west ka contribution history mein hai development ke baray mein.</w:t>
      </w:r>
      <w:r>
        <w:br/>
      </w:r>
      <w:r>
        <w:rPr>
          <w:sz w:val="20"/>
        </w:rPr>
        <w:t>1:09:53  Ji, tehzeeb ka development jo hai, is technology ka jo development hai, industry ka jo development hai, is</w:t>
      </w:r>
      <w:r>
        <w:br/>
      </w:r>
      <w:r>
        <w:rPr>
          <w:sz w:val="20"/>
        </w:rPr>
        <w:t>1:10:00  mein in ka west ka contribution hai, woh hum sab is se faida utha rahe hain.</w:t>
      </w:r>
      <w:r>
        <w:br/>
      </w:r>
      <w:r>
        <w:rPr>
          <w:sz w:val="20"/>
        </w:rPr>
        <w:t>1:10:06  to yeh etraf kijiye ke hum faida utha rahe hain.</w:t>
      </w:r>
      <w:r>
        <w:br/>
      </w:r>
      <w:r>
        <w:rPr>
          <w:sz w:val="20"/>
        </w:rPr>
        <w:t>1:10:12  Ji, is ko bura kyun kehte hain? Woh benefactor ko shayad ideal ke sense mein samajh rahe hain</w:t>
      </w:r>
      <w:r>
        <w:br/>
      </w:r>
      <w:r>
        <w:rPr>
          <w:sz w:val="20"/>
        </w:rPr>
        <w:t>1:10:19  ke jab aap ne kaha ke woh benefactor hai, benefactor ke mani hote hain mohsin, ideal nahi.</w:t>
      </w:r>
      <w:r>
        <w:br/>
      </w:r>
      <w:r>
        <w:rPr>
          <w:sz w:val="20"/>
        </w:rPr>
        <w:t>1:10:25  Ji, mohsin is mani mein, tehzeeb ke mani mein, yeh tehzeeb jo hai, jis ko hum civilization kehte</w:t>
      </w:r>
      <w:r>
        <w:br/>
      </w:r>
      <w:r>
        <w:rPr>
          <w:sz w:val="20"/>
        </w:rPr>
        <w:t>1:10:31  hain, woh kis ne paida ki hai? Hum, hum, aap sab log is hadith se faida utha rahe hain.</w:t>
      </w:r>
      <w:r>
        <w:br/>
      </w:r>
      <w:r>
        <w:rPr>
          <w:sz w:val="20"/>
        </w:rPr>
        <w:t>1:10:37  Kaun hai jo hawa jahaz se safar na karta ho? Kaun hai jo car se safar na karta</w:t>
      </w:r>
      <w:r>
        <w:br/>
      </w:r>
      <w:r>
        <w:rPr>
          <w:sz w:val="20"/>
        </w:rPr>
        <w:t>1:10:44  ho? Kaun hai jo mobile istemal na karta ho? To aap is, is, is ka jo contribution hai,</w:t>
      </w:r>
      <w:r>
        <w:br/>
      </w:r>
      <w:r>
        <w:rPr>
          <w:sz w:val="20"/>
        </w:rPr>
        <w:t>1:10:50  is ko istemal kar rahe hain.</w:t>
      </w:r>
      <w:r>
        <w:br/>
      </w:r>
      <w:r>
        <w:rPr>
          <w:sz w:val="20"/>
        </w:rPr>
        <w:t>1:10:56  To benefactor ho gaye woh tehzeeb ke sense mein.</w:t>
      </w:r>
      <w:r>
        <w:br/>
      </w:r>
      <w:r>
        <w:rPr>
          <w:sz w:val="20"/>
        </w:rPr>
        <w:t>1:11:02  Main in ko benefactor keh raha hoon.</w:t>
      </w:r>
      <w:r>
        <w:br/>
      </w:r>
      <w:r>
        <w:rPr>
          <w:sz w:val="20"/>
        </w:rPr>
        <w:t>1:11:09  Baqi jahan tak sachai ka ta'alluq hai to hamara ideal Rasool Allah hain.</w:t>
      </w:r>
    </w:p>
    <w:p>
      <w:pPr>
        <w:pStyle w:val="Heading2"/>
      </w:pPr>
      <w:r>
        <w:t>How can we all live peacefully</w:t>
      </w:r>
    </w:p>
    <w:p>
      <w:r>
        <w:rPr>
          <w:color w:val="666666"/>
          <w:sz w:val="18"/>
        </w:rPr>
        <w:t>Society &amp; Dawah · 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How common person can contribute to mission</w:t>
      </w:r>
    </w:p>
    <w:p>
      <w:r>
        <w:rPr>
          <w:color w:val="666666"/>
          <w:sz w:val="18"/>
        </w:rPr>
        <w:t>Society &amp; Dawah · Kingdom of God August 25, 2018 · 1m 39s · at 37:40 · https://youtu.be/SrnWPkMbEQw?t=2260</w:t>
      </w:r>
    </w:p>
    <w:p>
      <w:r>
        <w:rPr>
          <w:i/>
        </w:rPr>
        <w:t>“How can a common person contribute to this mission? Please guide.”</w:t>
      </w:r>
    </w:p>
    <w:p>
      <w:r>
        <w:rPr>
          <w:sz w:val="20"/>
        </w:rPr>
        <w:t>37:40  maulana, agla sawal bheja hai srinagar se aamir mori sahib ne. unhon ne likha hai ke maulana, how can a common person contribute to this mission?</w:t>
      </w:r>
      <w:r>
        <w:br/>
      </w:r>
      <w:r>
        <w:rPr>
          <w:sz w:val="20"/>
        </w:rPr>
        <w:t>37:54  please guide us. paisa dein, har aadmi ke paas paisa hai. sab ki jebain bhari hui hain. ya ya to active hon, nahi to paisa dein.</w:t>
      </w:r>
      <w:r>
        <w:br/>
      </w:r>
      <w:r>
        <w:rPr>
          <w:sz w:val="20"/>
        </w:rPr>
        <w:t>38:07  ya to khud active hon ya paisa dein taake is kaam ko aage barhaya jaye. kuch nahi, koi exclude nahi logon ke paas.</w:t>
      </w:r>
      <w:r>
        <w:br/>
      </w:r>
      <w:r>
        <w:rPr>
          <w:sz w:val="20"/>
        </w:rPr>
        <w:t>38:20  aaj sab ki jebain bhari hui hain lekin logon ke paas apne apne agenda hai.</w:t>
      </w:r>
      <w:r>
        <w:br/>
      </w:r>
      <w:r>
        <w:rPr>
          <w:sz w:val="20"/>
        </w:rPr>
        <w:t>38:31  har aadmi ke paas, yani so called ghareeb ke paas bhi apna agenda hai.</w:t>
      </w:r>
      <w:r>
        <w:br/>
      </w:r>
      <w:r>
        <w:rPr>
          <w:sz w:val="20"/>
        </w:rPr>
        <w:t>38:41  yeh ayat jo main ne ab yeh parh ke sunai hai, unhon ne is ka ghor se ja ke parhiye ke kya keh rahi hai ayat?</w:t>
      </w:r>
      <w:r>
        <w:br/>
      </w:r>
      <w:r>
        <w:rPr>
          <w:sz w:val="20"/>
        </w:rPr>
        <w:t>38:50  ek yeh kya ayat kya keh rahi hai? lan tanalbir hatta tunfiqo mimma tuhibbun. yani hargiz tum ko neki ka darja nahi milega.</w:t>
      </w:r>
      <w:r>
        <w:br/>
      </w:r>
      <w:r>
        <w:rPr>
          <w:sz w:val="20"/>
        </w:rPr>
        <w:t>39:01  yani Allah ke nazdeek aap neki nahi banenge. Allah ke nazdeek aap ayat se insan likhe hi nahi jayenge. kaisi ajeeb ayat hai.</w:t>
      </w:r>
    </w:p>
    <w:p>
      <w:pPr>
        <w:pStyle w:val="Heading2"/>
      </w:pPr>
      <w:r>
        <w:t>How did sects arise despite intact sources?</w:t>
      </w:r>
    </w:p>
    <w:p>
      <w:r>
        <w:rPr>
          <w:color w:val="666666"/>
          <w:sz w:val="18"/>
        </w:rPr>
        <w:t>Society &amp; Dawah · Age of Democracy May 25, 2014 · 1m 12s · at 1:13:23 · https://youtu.be/pyZy1-EhW1Q?t=4403</w:t>
      </w:r>
    </w:p>
    <w:p>
      <w:r>
        <w:rPr>
          <w:i/>
        </w:rPr>
        <w:t>“When the original sources of Islam, the Quran and Hadith, are intact, how did various sects come into existence?”</w:t>
      </w:r>
    </w:p>
    <w:p>
      <w:r>
        <w:rPr>
          <w:sz w:val="20"/>
        </w:rPr>
        <w:t>1:13:23  maulana, agla sawal dilli se kiya hai jamil akhtar sahab ne. inhon ne likha hai ke jab islam ke mool strot Quran aur hadith apni asal halat mein hain to tarah tarah ke firqe kis tarah ban gaye hain?</w:t>
      </w:r>
      <w:r>
        <w:br/>
      </w:r>
      <w:r>
        <w:rPr>
          <w:sz w:val="20"/>
        </w:rPr>
        <w:t>1:13:39  is ke bare mein bataiye. dekhiye, Quran ko mehfooz karne ka matlab yeh nahi hai ke insan ki azadi ko waris kar diya gaya. insan ki azadi bas surat mein jo qaim hai.</w:t>
      </w:r>
      <w:r>
        <w:br/>
      </w:r>
      <w:r>
        <w:rPr>
          <w:sz w:val="20"/>
        </w:rPr>
        <w:t>1:13:54  Quran bilashuba mehfooz hai lekin insan ko azadi phir bhi hai, freedom of choice phir bhi hai. to islam ka andar bhi hai, islam ke bahar bhi hai.</w:t>
      </w:r>
      <w:r>
        <w:br/>
      </w:r>
      <w:r>
        <w:rPr>
          <w:sz w:val="20"/>
        </w:rPr>
        <w:t>1:14:05  islam ke bahar bhi aadmi apni azadi ko mehsoos kar sakta hai aur muslim community ke andar bhi mehsoos kar sakta hai. to yeh firqa bandiyan jo hain musalmanon ka apni azadi ko mehsoos karna hai.</w:t>
      </w:r>
      <w:r>
        <w:br/>
      </w:r>
      <w:r>
        <w:rPr>
          <w:sz w:val="20"/>
        </w:rPr>
        <w:t>1:14:22  bohat hi saada baat hai. That is phenomenon of misuse of freedom.</w:t>
      </w:r>
    </w:p>
    <w:p>
      <w:pPr>
        <w:pStyle w:val="Heading2"/>
      </w:pPr>
      <w:r>
        <w:t>How does falsehood arise in a community?</w:t>
      </w:r>
    </w:p>
    <w:p>
      <w:r>
        <w:rPr>
          <w:color w:val="666666"/>
          <w:sz w:val="18"/>
        </w:rPr>
        <w:t>Society &amp; Dawah · 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How is intellectual revival possible with negative news?</w:t>
      </w:r>
    </w:p>
    <w:p>
      <w:r>
        <w:rPr>
          <w:color w:val="666666"/>
          <w:sz w:val="18"/>
        </w:rPr>
        <w:t>Society &amp; Dawah · Revival and Revivalist | June 7, 2015 · 1m 00s · at 52:17 · https://youtu.be/tJqheiPlZ94?t=3137</w:t>
      </w:r>
    </w:p>
    <w:p>
      <w:r>
        <w:rPr>
          <w:i/>
        </w:rPr>
        <w:t>“Today in your lecture you said that Muslims have entered the next phase of intellectual revival. But how is it possible when every literature they collect information from and every gathering they set in they only hear and read negative news and conspiracy of others?”</w:t>
      </w:r>
    </w:p>
    <w:p>
      <w:r>
        <w:rPr>
          <w:sz w:val="20"/>
        </w:rPr>
        <w:t>52:17  maulana, yeh agla sawal aaya hai mr imran ka bahrain se. maulana sahab, today in your lecture you said that muslims have entered next phase of intellectual revival. but how is it possible when every literature they collect information from and every gathering they sit in they only hear and read negative news and and conspiracy of other? dekhen, main</w:t>
      </w:r>
      <w:r>
        <w:br/>
      </w:r>
      <w:r>
        <w:rPr>
          <w:sz w:val="20"/>
        </w:rPr>
        <w:t>52:47  ne yeh nahin kaha hai ke woh climactic point tak pahunch gaya.</w:t>
      </w:r>
      <w:r>
        <w:br/>
      </w:r>
      <w:r>
        <w:rPr>
          <w:sz w:val="20"/>
        </w:rPr>
        <w:t>52:51  main ne kaha hai ke process shuru ho gaya hai.</w:t>
      </w:r>
      <w:r>
        <w:br/>
      </w:r>
      <w:r>
        <w:rPr>
          <w:sz w:val="20"/>
        </w:rPr>
        <w:t>52:56  culmination ka point abhi nahin aaya hai.</w:t>
      </w:r>
      <w:r>
        <w:br/>
      </w:r>
      <w:r>
        <w:rPr>
          <w:sz w:val="20"/>
        </w:rPr>
        <w:t>53:00  to hum aap koshish kar ke is ko boost karen, is process ko boost karen, yahan tak ke</w:t>
      </w:r>
      <w:r>
        <w:br/>
      </w:r>
      <w:r>
        <w:rPr>
          <w:sz w:val="20"/>
        </w:rPr>
        <w:t>53:05  woh culminating point tak pahunch jae.</w:t>
      </w:r>
      <w:r>
        <w:br/>
      </w:r>
      <w:r>
        <w:rPr>
          <w:sz w:val="20"/>
        </w:rPr>
        <w:t>53:09  to main ne jo kaha hai, woh process ka shuru hona hai.</w:t>
      </w:r>
      <w:r>
        <w:br/>
      </w:r>
      <w:r>
        <w:rPr>
          <w:sz w:val="20"/>
        </w:rPr>
        <w:t>53:13  process ka ka culmination pe pahunchana nahin hai.</w:t>
      </w:r>
    </w:p>
    <w:p>
      <w:pPr>
        <w:pStyle w:val="Heading2"/>
      </w:pPr>
      <w:r>
        <w:t>How should Muslims react to Rushdie controversy?</w:t>
      </w:r>
    </w:p>
    <w:p>
      <w:r>
        <w:rPr>
          <w:color w:val="666666"/>
          <w:sz w:val="18"/>
        </w:rPr>
        <w:t>Society &amp; Dawah · God and Man February 19, 2012 · 1m 52s · at 1:24:17 · https://youtu.be/rL4g0LOU3wo?t=5057</w:t>
      </w:r>
    </w:p>
    <w:p>
      <w:r>
        <w:rPr>
          <w:i/>
        </w:rPr>
        <w:t>“How should a common Muslim react to controversies such as Salman Rushdie's participation in the Jaipur Literature Festival?”</w:t>
      </w:r>
    </w:p>
    <w:p>
      <w:r>
        <w:rPr>
          <w:sz w:val="20"/>
        </w:rPr>
        <w:t>1:24:17  jazakumullah. Maulana, agla sawal hai Mr. Muhammad Israr ka Kashmir se.</w:t>
      </w:r>
      <w:r>
        <w:br/>
      </w:r>
      <w:r>
        <w:rPr>
          <w:sz w:val="20"/>
        </w:rPr>
        <w:t>1:24:26  unhon ne likha hai: "How should a common Muslim react to the controversies like of recently Salman Rushdie's participation in Jaipur Literature Festival, etc.?" yeh koi sawal</w:t>
      </w:r>
      <w:r>
        <w:br/>
      </w:r>
      <w:r>
        <w:rPr>
          <w:sz w:val="20"/>
        </w:rPr>
        <w:t>1:24:42  hi nahin hai. seedhi si baat yeh hai ke ya to dawat dijiye, ya chup rahiye. ladna padna, agitation karna, yeh to koi kaam hi nahin. main to is ko haram samajhta hoon.</w:t>
      </w:r>
      <w:r>
        <w:br/>
      </w:r>
      <w:r>
        <w:rPr>
          <w:sz w:val="20"/>
        </w:rPr>
        <w:t>1:24:53  Agitation jo hai, agarche aaj kal ke nare mein jaiz hai, lekin main is ko jaiz nahin samajhta. dawat ki shariyat mein jaiz nahin.</w:t>
      </w:r>
      <w:r>
        <w:br/>
      </w:r>
      <w:r>
        <w:rPr>
          <w:sz w:val="20"/>
        </w:rPr>
        <w:t>1:25:03  is tarah ke mamlaat mein sirf do hi hain aap ke liye. ya to is ke bare mein aap ek kitaab likhiye, is ke statement ke bare mein aap ek statement dijiye.</w:t>
      </w:r>
      <w:r>
        <w:br/>
      </w:r>
      <w:r>
        <w:rPr>
          <w:sz w:val="20"/>
        </w:rPr>
        <w:t>1:25:17  is ko daleel se radd kijiye. nahin kuch kar sakte aap to chup baith kar dua kijiye. yaani ya to daleel se jawab ya dua.</w:t>
      </w:r>
      <w:r>
        <w:br/>
      </w:r>
      <w:r>
        <w:rPr>
          <w:sz w:val="20"/>
        </w:rPr>
        <w:t>1:25:26  bas do hi option hain, teesra koi option nahin.</w:t>
      </w:r>
      <w:r>
        <w:br/>
      </w:r>
      <w:r>
        <w:rPr>
          <w:sz w:val="20"/>
        </w:rPr>
        <w:t>1:25:29  teesra jo option hai, woh mere dekh jaiz hi nahin hai. woh gunah mein izafa karte hain aadmi ke. yaani ya to aadmi ne ek ek bayan diya hai, aap bhi bayan de dijiye.</w:t>
      </w:r>
      <w:r>
        <w:br/>
      </w:r>
      <w:r>
        <w:rPr>
          <w:sz w:val="20"/>
        </w:rPr>
        <w:t>1:25:40  kitaab likhi hai, aap ne bhi ek kitaab likh dijiye. kitaab ka jawab kitaab. alfaaz ka jawab alfaaz. taqreer ka jawab taqreer.</w:t>
      </w:r>
      <w:r>
        <w:br/>
      </w:r>
      <w:r>
        <w:rPr>
          <w:sz w:val="20"/>
        </w:rPr>
        <w:t>1:25:50  lekin daleel ke sath. agar aap ke bas mein nahin hai to ghar mein baith kar dua kijiye. masjid jayen, do rak'at namaz parh kar dua kijiye.</w:t>
      </w:r>
      <w:r>
        <w:br/>
      </w:r>
      <w:r>
        <w:rPr>
          <w:sz w:val="20"/>
        </w:rPr>
        <w:t>1:25:59  bas. aur koi bhi kaam jo kiya jaye ga is silsile mein, woh bilashuba aadmi gunah mein izafa kare ga. is mein koi shaq nahin hai.</w:t>
      </w:r>
    </w:p>
    <w:p>
      <w:pPr>
        <w:pStyle w:val="Heading2"/>
      </w:pPr>
      <w:r>
        <w:t>How should Muslims react to Salman Rushdie controversy?</w:t>
      </w:r>
    </w:p>
    <w:p>
      <w:r>
        <w:rPr>
          <w:color w:val="666666"/>
          <w:sz w:val="18"/>
        </w:rPr>
        <w:t>Society &amp; Dawah · God and Man I February 19, 2012 Maulana Wahiduddin Khan · 1m 58s · at 1:24:53 · https://youtu.be/8TP3nlGRZek?t=5093</w:t>
      </w:r>
    </w:p>
    <w:p>
      <w:r>
        <w:rPr>
          <w:i/>
        </w:rPr>
        <w:t>“How should a common Muslim react to the controversies like of recently Salman Rushdie's participation in Jaipur Literature Festival etc.?”</w:t>
      </w:r>
    </w:p>
    <w:p>
      <w:r>
        <w:rPr>
          <w:sz w:val="20"/>
        </w:rPr>
        <w:t>1:24:53  allah aap ko sehat aur tandrusti de. jazakum allah. maulana agla sawal hai mister muhammad israr ka kashmir se.</w:t>
      </w:r>
      <w:r>
        <w:br/>
      </w:r>
      <w:r>
        <w:rPr>
          <w:sz w:val="20"/>
        </w:rPr>
        <w:t>1:25:05  unhon ne likha hai How should a common Muslim react to the controversies like of recently Salman Rushdie's participation in Jaipur Literature Festival etc.?</w:t>
      </w:r>
      <w:r>
        <w:br/>
      </w:r>
      <w:r>
        <w:rPr>
          <w:sz w:val="20"/>
        </w:rPr>
        <w:t>1:25:20  ye koi sawal hi nahi hai. seedhi si baat ye hai ke ya to dawat dijiye, ya chup rahiye. ladna padna, agitation karna, ye to koi kaam hi nahi.</w:t>
      </w:r>
      <w:r>
        <w:br/>
      </w:r>
      <w:r>
        <w:rPr>
          <w:sz w:val="20"/>
        </w:rPr>
        <w:t>1:25:29  mein to is ko haram samajhta hoon. Agitation jo hai, agarchay aaj kal ke naaray mein jaaiz hai, lekin mein is ko jaaiz nahi samajhta.</w:t>
      </w:r>
      <w:r>
        <w:br/>
      </w:r>
      <w:r>
        <w:rPr>
          <w:sz w:val="20"/>
        </w:rPr>
        <w:t>1:25:39  dawat ki shariyat mein jaaiz nahi.</w:t>
      </w:r>
      <w:r>
        <w:br/>
      </w:r>
      <w:r>
        <w:rPr>
          <w:sz w:val="20"/>
        </w:rPr>
        <w:t>1:25:42  is tarah ke mamlaat mein sirf do hi hain aap ke liye. Ya to is ke baray mein aap aik kitaab likhiye.</w:t>
      </w:r>
      <w:r>
        <w:br/>
      </w:r>
      <w:r>
        <w:rPr>
          <w:sz w:val="20"/>
        </w:rPr>
        <w:t>1:25:52  is ke statement ke baray mein aap aik statement dijiye. Is ko daleel se radd kijiye. Nahi kuch kar sakte aap to chup kar ke dua kijiye.</w:t>
      </w:r>
      <w:r>
        <w:br/>
      </w:r>
      <w:r>
        <w:rPr>
          <w:sz w:val="20"/>
        </w:rPr>
        <w:t>1:26:03  yani ya to daleel se jawab ya dua. Bas do hi option hain, teesra koi option nahi hai. Teesra jo option hai, woh mere dekh jaaiz hi nahi hai. Woh gunah mein izafa karte hain aadmi ke.</w:t>
      </w:r>
      <w:r>
        <w:br/>
      </w:r>
      <w:r>
        <w:rPr>
          <w:sz w:val="20"/>
        </w:rPr>
        <w:t>1:26:14  yani ya to aadmi ne aik aik bayan diya hai, aap bhi bayan de dijiye. Kitaab likhi hai, aap ne bhi aik kitaab likh dijiye. Kitaab ka jawab kitaab.</w:t>
      </w:r>
      <w:r>
        <w:br/>
      </w:r>
      <w:r>
        <w:rPr>
          <w:sz w:val="20"/>
        </w:rPr>
        <w:t>1:26:25  alfaaz ka jawab alfaaz.</w:t>
      </w:r>
      <w:r>
        <w:br/>
      </w:r>
      <w:r>
        <w:rPr>
          <w:sz w:val="20"/>
        </w:rPr>
        <w:t>1:26:28  taqreer ka jawab taqreer. Lekin daleel ke sath. Agar aap ke bas mein nahi hai to ghar mein baith ke dua kijiye. Masjid jayen, do rak'at namaz parh ke dua kijiye.</w:t>
      </w:r>
      <w:r>
        <w:br/>
      </w:r>
      <w:r>
        <w:rPr>
          <w:sz w:val="20"/>
        </w:rPr>
        <w:t>1:26:38  bas. Aur koi bhi kaam jo kiya jaye ga is silsilay mein, woh bilashuba aadmi ke gunah mein izafa kare ga.</w:t>
      </w:r>
      <w:r>
        <w:br/>
      </w:r>
      <w:r>
        <w:rPr>
          <w:sz w:val="20"/>
        </w:rPr>
        <w:t>1:26:46  is mein koi shakk nahi hai.</w:t>
      </w:r>
    </w:p>
    <w:p>
      <w:pPr>
        <w:pStyle w:val="Heading2"/>
      </w:pPr>
      <w:r>
        <w:t>How should the Head of State be selected?</w:t>
      </w:r>
    </w:p>
    <w:p>
      <w:r>
        <w:rPr>
          <w:color w:val="666666"/>
          <w:sz w:val="18"/>
        </w:rPr>
        <w:t>Society &amp; Dawah · Islam and Politics November 17, 2013 · 19m 11s · at 26:03 · https://youtu.be/LgKA8wg4NPc?t=1563</w:t>
      </w:r>
    </w:p>
    <w:p>
      <w:r>
        <w:rPr>
          <w:i/>
        </w:rPr>
        <w:t>“How should the Head of State be selected? There is nothing in the Quran and Hadith about how to elect or select the Head of State. Practically, the four Caliphs were all selected by different methods. For example, when Abu Bakr was selected, Madinah was like a town, not a city like Delhi. The people of Madinah, the Companions, gathered in Saqifah Bani Sa'idah, and even that was not all the people of Madinah.”</w:t>
      </w:r>
    </w:p>
    <w:p>
      <w:r>
        <w:rPr>
          <w:sz w:val="20"/>
        </w:rPr>
        <w:t>26:03  head of the state yaani sadar ya wazir-e-azam ya jo bhi lafz bolein aap head of the state ko kaise muntakhib kiya jaye yeh pehla sawal hai lekin aap dekhiye Quran o Hadees mein kuch bhi is ke bare mein nahi hai</w:t>
      </w:r>
      <w:r>
        <w:br/>
      </w:r>
      <w:r>
        <w:rPr>
          <w:sz w:val="20"/>
        </w:rPr>
        <w:t>26:21  yaani head of the state ko kaise aap elect karein kaise muntakhib karein is ke bare mein Quran o Hadees mein kuch bhi nahi ab practical taur par kya hai</w:t>
      </w:r>
      <w:r>
        <w:br/>
      </w:r>
      <w:r>
        <w:rPr>
          <w:sz w:val="20"/>
        </w:rPr>
        <w:t>26:31  jo char khulafa the charon alag alag tareeqe se muntakhib kiye gaye maslan dekhiye Hazrat Abu Bakr jo the to Madine mein us waqt Madina us waqt ek ek town jaisa tha koi dilli aisa shehar nahi tha woh ek town tha bas to Madine mein jo log the jo sahaba woh jama hue saqifa bani sa'ada mein woh bhi sare ahl-e-Madina nahi</w:t>
      </w:r>
      <w:r>
        <w:br/>
      </w:r>
      <w:r>
        <w:rPr>
          <w:sz w:val="20"/>
        </w:rPr>
        <w:t>27:01  woh jo jama hue the unhon ne ailan kar diya ke Rasool Allah ke baad ab Abu Bakr jo hain woh hamare Ameer-ul-Momineen hain</w:t>
      </w:r>
      <w:r>
        <w:br/>
      </w:r>
      <w:r>
        <w:rPr>
          <w:sz w:val="20"/>
        </w:rPr>
        <w:t>27:11  achha is ke baad Hazrat Umar ka mamla hai to pehle khalifa ne namzad kar diya ke mere baad Umar khalifa honge is tarah woh ban gaye</w:t>
      </w:r>
      <w:r>
        <w:br/>
      </w:r>
      <w:r>
        <w:rPr>
          <w:sz w:val="20"/>
        </w:rPr>
        <w:t>27:23  teesre khalifa jo the Hazrat Hazrat Usman un ka mamla yeh hua ke second khalifa ne ek board banaya tha chhe aadmiyon ka aur kaha gaya chhe aadmi jo jis ko bana de woh khalifa ho jayega</w:t>
      </w:r>
      <w:r>
        <w:br/>
      </w:r>
      <w:r>
        <w:rPr>
          <w:sz w:val="20"/>
        </w:rPr>
        <w:t>27:38  chauthe khalifa Hazrat Ali jo the woh to anarchy ki shakal thi wahan par</w:t>
      </w:r>
      <w:r>
        <w:br/>
      </w:r>
      <w:r>
        <w:rPr>
          <w:sz w:val="20"/>
        </w:rPr>
        <w:t>27:45  woh to bas aisi baat ho gaya niza' ki halat qaim thi chunancha Ali khalifa ho gaye tab bhi ladaiyan huin Ali se aur Muawiya se yaani khalifa un ko ailan kar diya ke Ali khalifa hain lekin Muawiya ne aur Banu Umayya ne un ka un ke revolt revolt kar diya</w:t>
      </w:r>
      <w:r>
        <w:br/>
      </w:r>
      <w:r>
        <w:rPr>
          <w:sz w:val="20"/>
        </w:rPr>
        <w:t>28:07  to charon ka char model to aap ghor kijiye ke jo system ka jo number one masla hai political system ka ke head of the state kaise banaya jaye wahi clear nahi hai na as a theory aur na as a practice to yeh dekhiye kami ki baat nahi aayi koi</w:t>
      </w:r>
      <w:r>
        <w:br/>
      </w:r>
      <w:r>
        <w:rPr>
          <w:sz w:val="20"/>
        </w:rPr>
        <w:t>28:32  yeh to Islam ki ek islaah hai ek contribution Islam ka ke kis tareeqe se ek abadi violence jo hai abadi niza' abadi takrao ko khatm kiya jaye yaani puri tareekh mein insan ladta raha hai ladta hai kis ke liye political power ko qabza karne ke liye har ek ke mind mein apna ek ek ek naqsha hai us ko implement karna hai us ko</w:t>
      </w:r>
      <w:r>
        <w:br/>
      </w:r>
      <w:r>
        <w:rPr>
          <w:sz w:val="20"/>
        </w:rPr>
        <w:t>29:02  to sari tareekh mein takrao takrao takrao jahan takrao hai wahan kya hai hate hai hate hai hate hai wahan normalcy nahi hai jab normalcy na ho halaat ma'adal na hon to kya hoga koi bhi constructive kaam achhe tareeqe se anjam nahi pa sakta</w:t>
      </w:r>
      <w:r>
        <w:br/>
      </w:r>
      <w:r>
        <w:rPr>
          <w:sz w:val="20"/>
        </w:rPr>
        <w:t>29:24  yaani jo values hain values mohabbat ki values kaise flush karengi jahan takrao ho jahan hate ho to Islam ne ek bahut hi yaani practical formula diya balki yahi ek hi formula hai jo practi</w:t>
      </w:r>
      <w:r>
        <w:br/>
      </w:r>
      <w:r>
        <w:rPr>
          <w:sz w:val="20"/>
        </w:rPr>
        <w:t>29:47  cally possible bole woh yeh hai ke apni zaat ke bare mein idealist aur kharji system ke mamle mein pragmatism</w:t>
      </w:r>
      <w:r>
        <w:br/>
      </w:r>
      <w:r>
        <w:rPr>
          <w:sz w:val="20"/>
        </w:rPr>
        <w:t>29:59  yaani zaati idealism aur ijtimai pragmatism ya status quoism</w:t>
      </w:r>
      <w:r>
        <w:br/>
      </w:r>
      <w:r>
        <w:rPr>
          <w:sz w:val="20"/>
        </w:rPr>
        <w:t>30:11  to kitna zabardast yeh islaah ki hai Islam ne</w:t>
      </w:r>
      <w:r>
        <w:br/>
      </w:r>
      <w:r>
        <w:rPr>
          <w:sz w:val="20"/>
        </w:rPr>
        <w:t>30:18  bahut hi zabardast islaah ki</w:t>
      </w:r>
      <w:r>
        <w:br/>
      </w:r>
      <w:r>
        <w:rPr>
          <w:sz w:val="20"/>
        </w:rPr>
        <w:t>30:22  yeh Islam mein koi kami ki baat nahi hai balki Islam ka yeh bahut hi bada contribution hai puri human history ke liye sare insano ke liye to yeh main yaani main pure aitmad se keh sakta hoon ke yeh mukammal Islam complete system ka nazariya jo hai yeh shaitan ki tazeen hai</w:t>
      </w:r>
      <w:r>
        <w:br/>
      </w:r>
      <w:r>
        <w:rPr>
          <w:sz w:val="20"/>
        </w:rPr>
        <w:t>30:46  is mein koi shaq nahi is mein koi shaq nahi acha dekhen is ka kya nuqsan hua do cheezon se musalman bilkul khali ho gaye mohabbat khondawandi aur dawat lilah kyunke jab aap heat karenge heat culture jahan aya wahan love culture chala gaya</w:t>
      </w:r>
      <w:r>
        <w:br/>
      </w:r>
      <w:r>
        <w:rPr>
          <w:sz w:val="20"/>
        </w:rPr>
        <w:t>31:15  sari dunya se aap heat kar rahe hain aap to love culture kahan se ayega jis dil mein nafrat hogi us dil mein mohabbat ikatha nahi ho sakti yeh bilkul yani psychological baat hai natural baat hai aur tajrube ki baat hai aur quran mein hai ke yahi baat quran mein in alfaz mein kahi gayi hai ke ke Allah ne ek seene mein do dil nahi banaye</w:t>
      </w:r>
      <w:r>
        <w:br/>
      </w:r>
      <w:r>
        <w:rPr>
          <w:sz w:val="20"/>
        </w:rPr>
        <w:t>31:44  maazallah min</w:t>
      </w:r>
      <w:r>
        <w:br/>
      </w:r>
      <w:r>
        <w:rPr>
          <w:sz w:val="20"/>
        </w:rPr>
        <w:t>31:51  qalbin fi jaufi to jahan jab aap nafrat bhar lenge apne seene mein sare insano ke liye nafrat kyunke aap ka system jo hai wo nahi wo qaim kar rahe hain to is bare mein mohabbat ilahi to khatam ho gayi aur phir doosron se aap nafrat karenge to dawat kahan dega unko dawat ki shart hai khair khwahi jab</w:t>
      </w:r>
      <w:r>
        <w:br/>
      </w:r>
      <w:r>
        <w:rPr>
          <w:sz w:val="20"/>
        </w:rPr>
        <w:t>32:14  insan se khair khwahi nahi to to dawat bhi nahi</w:t>
      </w:r>
      <w:r>
        <w:br/>
      </w:r>
      <w:r>
        <w:rPr>
          <w:sz w:val="20"/>
        </w:rPr>
        <w:t>32:20  insan se khair khwahi nahi dawat bhi nahi ab mein aap ko ek hadith sunata hoon jo bohat hi ba-mani hai agarche sharheen ne is ko ahmiyat ke sath samjha nahi ek hadith hai jo mukhtalif kitabon mein ayi hai aur mishkat mein is ka number hai 197</w:t>
      </w:r>
      <w:r>
        <w:br/>
      </w:r>
      <w:r>
        <w:rPr>
          <w:sz w:val="20"/>
        </w:rPr>
        <w:t>32:46  is ke alfaz yeh hain ke innalah farza faraiz fala tujhe yuha wahad hudoodan fala ta'tadwah</w:t>
      </w:r>
      <w:r>
        <w:br/>
      </w:r>
      <w:r>
        <w:rPr>
          <w:sz w:val="20"/>
        </w:rPr>
        <w:t>33:06  wahurrumatun fala tantakukooh</w:t>
      </w:r>
      <w:r>
        <w:br/>
      </w:r>
      <w:r>
        <w:rPr>
          <w:sz w:val="20"/>
        </w:rPr>
        <w:t>33:10  is ke baad farmaya ke wasakata in ashya min ghair nithani fala tuwasi mujhe isi aakhri tukre se</w:t>
      </w:r>
      <w:r>
        <w:br/>
      </w:r>
      <w:r>
        <w:rPr>
          <w:sz w:val="20"/>
        </w:rPr>
        <w:t>33:17  matlab hai yani is hadith mein bataya gaya hai ke ye ye allah taala ne ye bataya ye</w:t>
      </w:r>
      <w:r>
        <w:br/>
      </w:r>
      <w:r>
        <w:rPr>
          <w:sz w:val="20"/>
        </w:rPr>
        <w:t>33:23  bataya bataya is mein ye hai ke</w:t>
      </w:r>
      <w:r>
        <w:br/>
      </w:r>
      <w:r>
        <w:rPr>
          <w:sz w:val="20"/>
        </w:rPr>
        <w:t>33:27  allah kuch cheezon ke bare mein khamosh raha hai baghair bhule hue to tum us se behas mat</w:t>
      </w:r>
      <w:r>
        <w:br/>
      </w:r>
      <w:r>
        <w:rPr>
          <w:sz w:val="20"/>
        </w:rPr>
        <w:t>33:34  karo wasakata in ashya min ghair nithani fala tuwasi</w:t>
      </w:r>
      <w:r>
        <w:br/>
      </w:r>
      <w:r>
        <w:rPr>
          <w:sz w:val="20"/>
        </w:rPr>
        <w:t>33:43  na yani Allah ne tum ko hidayaten jo di hain jo talimat quran Allah ki taraf se ayi hain is mein kuch cheezen ghair mazkoor hain</w:t>
      </w:r>
      <w:r>
        <w:br/>
      </w:r>
      <w:r>
        <w:rPr>
          <w:sz w:val="20"/>
        </w:rPr>
        <w:t>33:56  to is ghair mazkoor ko behas kar ke apna waqt zaya na karo kyunke woh ghair mazkoor jo hain woh woh maqsood ke taur par wohi maqsood ilahi hai</w:t>
      </w:r>
      <w:r>
        <w:br/>
      </w:r>
      <w:r>
        <w:rPr>
          <w:sz w:val="20"/>
        </w:rPr>
        <w:t>34:10  wasakata ashya min ghair nithani fala tawsa'na yani Allah chup raha hai kuch cheezon ke bare mein baghair bhule hue to to woh behas mat karo ab aap sochiye is ke bare mein</w:t>
      </w:r>
      <w:r>
        <w:br/>
      </w:r>
      <w:r>
        <w:rPr>
          <w:sz w:val="20"/>
        </w:rPr>
        <w:t>34:25  to jin logon ne islam ka political interpretation diya jinhon ne islam ka mukammal nizam bataya jinhon ne is qism ke paise nikale woh yahi to kiya unhon ne ke Allah ne jin cheezon ko zikr nahi kiya tha jin ke bare mein woh sukoot ikhtiyar kiya tha us par behas kar rahe hain us par behas kar rahe hain us pe behas kar rahe hain bilkul literal taur par sahi yeh baat hai jo mein arz kar raha hoon</w:t>
      </w:r>
      <w:r>
        <w:br/>
      </w:r>
      <w:r>
        <w:rPr>
          <w:sz w:val="20"/>
        </w:rPr>
        <w:t>34:53  ke Allah ne quran jo quran utara aur rasool Allah ne jo is ki tashreeh ki dono ko le kar mein keh raha hoon is mein kahin bhi zikr nahi hai is baat ka ke islam mein hukoomat qaim karo islam mein qanoon nafiz karo</w:t>
      </w:r>
      <w:r>
        <w:br/>
      </w:r>
      <w:r>
        <w:rPr>
          <w:sz w:val="20"/>
        </w:rPr>
        <w:t>35:13  aqim dawlatul islam naffiz shariatul islam yeh alfaz kahan hain</w:t>
      </w:r>
      <w:r>
        <w:br/>
      </w:r>
      <w:r>
        <w:rPr>
          <w:sz w:val="20"/>
        </w:rPr>
        <w:t>35:19  yeh log jo batate hain is ke mutabiq to aise alfaz hone chahiye ke aqim dawlatul islam naffiz shariatul islam islam mein hukoomat qaim karo islam mein qanoon ko nafiz karo yeh to koi hai nahi sare quran mein na na hadith mein bhi nahi nahi hai to is ka matlab hai ke yeh woh hissa hai jahan Allah ne sukoot farmaya yeh bohat hi serious baat hai sochne ki</w:t>
      </w:r>
      <w:r>
        <w:br/>
      </w:r>
      <w:r>
        <w:rPr>
          <w:sz w:val="20"/>
        </w:rPr>
        <w:t>35:49  wasakata ashya min ghair nithani fala tawsa'na</w:t>
      </w:r>
      <w:r>
        <w:br/>
      </w:r>
      <w:r>
        <w:rPr>
          <w:sz w:val="20"/>
        </w:rPr>
        <w:t>35:53  to kya hai ke yeh yeh woh yeh woh maidan hai yeh woh daira hai jis mein Allah ne Allah ke peghambar ne sukoot ikhtiyar farmaya hai ab log is ko khud se is mein nikal nikal kar ke aur aise dawe kar rahe hain jis ka koi saboot quran o hadith mein nahi hai</w:t>
      </w:r>
      <w:r>
        <w:br/>
      </w:r>
      <w:r>
        <w:rPr>
          <w:sz w:val="20"/>
        </w:rPr>
        <w:t>36:20  to kitna bara yani jisarat tha ghaur kijiye kitni bari zimmedari apne sar le rahe hain woh log ke jis mamle mein Allah ne sukoot ikhtiyar farmaya hai us ko apni taraf se nikal nikal kar bayan kar rahe hain to sukoot jo tha kisi kami ki wajah se nahi tha</w:t>
      </w:r>
      <w:r>
        <w:br/>
      </w:r>
      <w:r>
        <w:rPr>
          <w:sz w:val="20"/>
        </w:rPr>
        <w:t>36:40  sukoot is liye tha ke agar is is mamle mein tum khud se koi addition karoge izafa karoge to kya hoga abadi ladai abadi nafrat ab wohi ho gaya is zamane mein musalman jo lad rahe hain is ki wahid wajah political interpretation hai</w:t>
      </w:r>
      <w:r>
        <w:br/>
      </w:r>
      <w:r>
        <w:rPr>
          <w:sz w:val="20"/>
        </w:rPr>
        <w:t>37:03  wahid wajah hai har jagah aap musalman lad rahe hain har jagah aap musalman lad rahe hain nahi lad rahe to kam az kam nafrat kar rahe hain</w:t>
      </w:r>
      <w:r>
        <w:br/>
      </w:r>
      <w:r>
        <w:rPr>
          <w:sz w:val="20"/>
        </w:rPr>
        <w:t>37:10  is ka ek hi sabab hai woh hai political interpretation of islam</w:t>
      </w:r>
      <w:r>
        <w:br/>
      </w:r>
      <w:r>
        <w:rPr>
          <w:sz w:val="20"/>
        </w:rPr>
        <w:t>37:19  arab arab dunya mein syed qutb is ke champion hain un ki aap tafsir padhiye fi zilal al quran woh isi qism ki baton se bhari hui hai lekin bayania andaaz khateebana andaaz mein koi is mein daleel daleel nahi hoti jo chahe padh le is ko</w:t>
      </w:r>
      <w:r>
        <w:br/>
      </w:r>
      <w:r>
        <w:rPr>
          <w:sz w:val="20"/>
        </w:rPr>
        <w:t>37:37  is kitab ko arabi mein bhi hai urdu mein bhi hai english mein bhi hai koi bhi shakhs padh ke mujhe bataye ke kahan unhon ne bataya hai ke daleel ke sath ke islam hukum deta hai ke hukoomat qaim karo qanoon nafiz karo daleel ke sath kahan bataya hai</w:t>
      </w:r>
      <w:r>
        <w:br/>
      </w:r>
      <w:r>
        <w:rPr>
          <w:sz w:val="20"/>
        </w:rPr>
        <w:t>38:00  aur jo logon ne is tarah kitaben likhi hain is mozu par sab ka hal yeh hai ke bayania andaaz mein kitaben hain un ki</w:t>
      </w:r>
      <w:r>
        <w:br/>
      </w:r>
      <w:r>
        <w:rPr>
          <w:sz w:val="20"/>
        </w:rPr>
        <w:t>38:07  daleel ke sath nahi hain to Allah taala ke sukoot bohat hi meaningful tha yeh mein kehna chahta hoon</w:t>
      </w:r>
      <w:r>
        <w:br/>
      </w:r>
      <w:r>
        <w:rPr>
          <w:sz w:val="20"/>
        </w:rPr>
        <w:t>38:18  allah ta'ala ka yeh sukoot jo tha bohat meaning full tha ke is ne fard ke liye to sab kuch bata diya ijtima ke liye sirf kuch isharay hain bas aur kuch is se ziyada kuch nahi hai</w:t>
      </w:r>
      <w:r>
        <w:br/>
      </w:r>
      <w:r>
        <w:rPr>
          <w:sz w:val="20"/>
        </w:rPr>
        <w:t>38:31  kyun ke fard jo hai jis ko allah ta'ala ne fard ke liye jo kuch bataya hai is ke liye to mein apne kamray mein is ka amal karun to koi problem nahi woh ek no problem islam hai fard ke liye jo islam hai woh ek no problem islam hai</w:t>
      </w:r>
      <w:r>
        <w:br/>
      </w:r>
      <w:r>
        <w:rPr>
          <w:sz w:val="20"/>
        </w:rPr>
        <w:t>38:49  fard ke liye jo islam ki taleemat hain is ke lehaz se ap dekhiye to islam ek no problem religion hai no problem religion hai</w:t>
      </w:r>
      <w:r>
        <w:br/>
      </w:r>
      <w:r>
        <w:rPr>
          <w:sz w:val="20"/>
        </w:rPr>
        <w:t>38:58  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r>
        <w:br/>
      </w:r>
      <w:r>
        <w:rPr>
          <w:sz w:val="20"/>
        </w:rPr>
        <w:t>39:25  to kitni bari bhool hai jis mein sari ummat e muslema mubtala hai sari ki sari ummat e muslema agar ap ka khayal ho ke nahi mubtala to mujhe naam bataiye us kitab bataiye woh kitab kon si hai jo sabit karti hai ke log is bhool mein mubtala nahi hain</w:t>
      </w:r>
      <w:r>
        <w:br/>
      </w:r>
      <w:r>
        <w:rPr>
          <w:sz w:val="20"/>
        </w:rPr>
        <w:t>39:48  printing press ka zamanay aya isi zamanay mein yeh fitna phaila phaila hai printing press ke zamanay mein</w:t>
      </w:r>
      <w:r>
        <w:br/>
      </w:r>
      <w:r>
        <w:rPr>
          <w:sz w:val="20"/>
        </w:rPr>
        <w:t>39:58  printing press allah ta'ala ne paida kiya tha ta ke hum islam ka ta'amiri kaam karein marifat par kitabein likhein allah ki mohabbat aur khauf par kitabein likhein dawat ke mozu par kitabein likhein lekin kitabein log likh dali kya isi tarah jhagray walay mozu par</w:t>
      </w:r>
      <w:r>
        <w:br/>
      </w:r>
      <w:r>
        <w:rPr>
          <w:sz w:val="20"/>
        </w:rPr>
        <w:t>40:19  to printing press ek fitna ban gaya bohat hi ajeeb baat hai</w:t>
      </w:r>
      <w:r>
        <w:br/>
      </w:r>
      <w:r>
        <w:rPr>
          <w:sz w:val="20"/>
        </w:rPr>
        <w:t>40:29  to yeh baat jo mein kar raha hoon yeh shikayat ke liye nahi balkay ap log jo is mission mein juri hui hain woh samjhein ke un ka kya karna hai un ko kya zimmedari un ki hai is ko samajhne ke liye</w:t>
      </w:r>
      <w:r>
        <w:br/>
      </w:r>
      <w:r>
        <w:rPr>
          <w:sz w:val="20"/>
        </w:rPr>
        <w:t>40:49  ke ummat ek dadal mein phansi hui hai is se hamein nikalna hai to ye baat mein kisi</w:t>
      </w:r>
      <w:r>
        <w:br/>
      </w:r>
      <w:r>
        <w:rPr>
          <w:sz w:val="20"/>
        </w:rPr>
        <w:t>40:53  tanqeed ke taur par keh raha hoon na shikayat ke taur par balkeh ap ko ap ki zimme</w:t>
      </w:r>
      <w:r>
        <w:br/>
      </w:r>
      <w:r>
        <w:rPr>
          <w:sz w:val="20"/>
        </w:rPr>
        <w:t>40:59  dari yaad dilane ke liye keh raha hoon</w:t>
      </w:r>
      <w:r>
        <w:br/>
      </w:r>
      <w:r>
        <w:rPr>
          <w:sz w:val="20"/>
        </w:rPr>
        <w:t>41:03  kaam ka nature kya hai is ko batane ke liye keh raha hoon</w:t>
      </w:r>
      <w:r>
        <w:br/>
      </w:r>
      <w:r>
        <w:rPr>
          <w:sz w:val="20"/>
        </w:rPr>
        <w:t>41:08  ummat e muslima ke islah ka jo</w:t>
      </w:r>
      <w:r>
        <w:br/>
      </w:r>
      <w:r>
        <w:rPr>
          <w:sz w:val="20"/>
        </w:rPr>
        <w:t>41:13  starting point hai is ko wazeh karne ke liye keh raha hoon</w:t>
      </w:r>
      <w:r>
        <w:br/>
      </w:r>
      <w:r>
        <w:rPr>
          <w:sz w:val="20"/>
        </w:rPr>
        <w:t>41:21  to hum sab ka yeh farz hai ke hum</w:t>
      </w:r>
      <w:r>
        <w:br/>
      </w:r>
      <w:r>
        <w:rPr>
          <w:sz w:val="20"/>
        </w:rPr>
        <w:t>41:26  is mamlay mein jo poori dunya ke musalmanon mein jo ek ek ek ek ek ghalat zehan ban gaya hai aur is ghalat zehan ne musalmanon ko mehroom kar diya hai positive thinking se mohabbat insani se dawat e allah se creative thinking se har cheez se mehroom kar diya hai</w:t>
      </w:r>
      <w:r>
        <w:br/>
      </w:r>
      <w:r>
        <w:rPr>
          <w:sz w:val="20"/>
        </w:rPr>
        <w:t>41:51  ab musalman sirf kha kama rahe hain bas khane kamane ke siwa woh kahin dikhai nahi dete woh</w:t>
      </w:r>
      <w:r>
        <w:br/>
      </w:r>
      <w:r>
        <w:rPr>
          <w:sz w:val="20"/>
        </w:rPr>
        <w:t>42:01  yani is zamanay mein jo mawaqe mile hain khane kamane ke ghar banao ghar khareedo aur beton ko parhao isi mein nazar aate hain mus</w:t>
      </w:r>
      <w:r>
        <w:br/>
      </w:r>
      <w:r>
        <w:rPr>
          <w:sz w:val="20"/>
        </w:rPr>
        <w:t>42:09  alman baqi jo maidan hai marifat ka aur dawat e allah ka aur</w:t>
      </w:r>
      <w:r>
        <w:br/>
      </w:r>
      <w:r>
        <w:rPr>
          <w:sz w:val="20"/>
        </w:rPr>
        <w:t>42:21  education ka is mein dikhai nahi dete woh kyun isi isi ki wajah se</w:t>
      </w:r>
      <w:r>
        <w:br/>
      </w:r>
      <w:r>
        <w:rPr>
          <w:sz w:val="20"/>
        </w:rPr>
        <w:t>42:32  to yeh bohat ziyada sochne wali baat hai</w:t>
      </w:r>
      <w:r>
        <w:br/>
      </w:r>
      <w:r>
        <w:rPr>
          <w:sz w:val="20"/>
        </w:rPr>
        <w:t>42:38  bohat ziyada sochne wali baat hai</w:t>
      </w:r>
      <w:r>
        <w:br/>
      </w:r>
      <w:r>
        <w:rPr>
          <w:sz w:val="20"/>
        </w:rPr>
        <w:t>42:44  mein kahoon ke yeh jar ki baat hai</w:t>
      </w:r>
      <w:r>
        <w:br/>
      </w:r>
      <w:r>
        <w:rPr>
          <w:sz w:val="20"/>
        </w:rPr>
        <w:t>42:49  to meri dua hai ke allah ta'ala mujh ko aur ap ko tofeeq de ke hum deen ko is ki asal rooh ke sath samjhein aur phir is ko dunya walon tak pohnchayein khud samajhna aur doosron ko batana</w:t>
      </w:r>
      <w:r>
        <w:br/>
      </w:r>
      <w:r>
        <w:rPr>
          <w:sz w:val="20"/>
        </w:rPr>
        <w:t>43:11  yeh hamara mission hai lekin allah ki tofeeq ke baghair aadmi na to baat ko samajhta aur na is ko follow kar sakta baat ko samajhna bhi allah ki tofeeq is ke liye chahiye aur is par amal karna is par bhi allah ki tofeeq chahiye</w:t>
      </w:r>
      <w:r>
        <w:br/>
      </w:r>
      <w:r>
        <w:rPr>
          <w:sz w:val="20"/>
        </w:rPr>
        <w:t>43:33  to mein apne liye aur ap ke liye yeh dua karta hoon ke allah ta'ala mujh ko aur ap ko yeh tofeeq de ta ke hum</w:t>
      </w:r>
      <w:r>
        <w:br/>
      </w:r>
      <w:r>
        <w:rPr>
          <w:sz w:val="20"/>
        </w:rPr>
        <w:t>43:46  allah ke haan pohanchayen kyun ke beharhaal maut ani hai aur allah ka samna pesh ana hai</w:t>
      </w:r>
      <w:r>
        <w:br/>
      </w:r>
      <w:r>
        <w:rPr>
          <w:sz w:val="20"/>
        </w:rPr>
        <w:t>43:57  to is waqt hum allah ke woh bande qarar payein jin ke liye allah jannat ka faisla farmaye yeh hai hamara goal yeh hamara nishana</w:t>
      </w:r>
      <w:r>
        <w:br/>
      </w:r>
      <w:r>
        <w:rPr>
          <w:sz w:val="20"/>
        </w:rPr>
        <w:t>44:15  to isi ke liye mein dua karta hoon apne liye bhi isi liye dua karta hoon ap ke liye bhi</w:t>
      </w:r>
      <w:r>
        <w:br/>
      </w:r>
      <w:r>
        <w:rPr>
          <w:sz w:val="20"/>
        </w:rPr>
        <w:t>44:23  wahi kamyab hai haqeeqat mein jis aitbar se kamyab hua aur wahi nakam hai jo is aitbar se nakam hua</w:t>
      </w:r>
      <w:r>
        <w:br/>
      </w:r>
      <w:r>
        <w:rPr>
          <w:sz w:val="20"/>
        </w:rPr>
        <w:t>44:37  yahi yani isi ka naam hai islami zindagi isi ka naam hai sirat e mustaqeem aur baghair allah ki tofeeq se ye cheez kisi ko hasil nahi ho sakti</w:t>
      </w:r>
      <w:r>
        <w:br/>
      </w:r>
      <w:r>
        <w:rPr>
          <w:sz w:val="20"/>
        </w:rPr>
        <w:t>44:55  aqool qawli haza wastaghfirullaha li walakum ajmaeen</w:t>
      </w:r>
    </w:p>
    <w:p>
      <w:pPr>
        <w:pStyle w:val="Heading2"/>
      </w:pPr>
      <w:r>
        <w:t>How to Clarify Error of Peace and Violence?</w:t>
      </w:r>
    </w:p>
    <w:p>
      <w:r>
        <w:rPr>
          <w:color w:val="666666"/>
          <w:sz w:val="18"/>
        </w:rPr>
        <w:t>Society &amp; Dawah · Islam and Violence October 12, 2014 · 2m 47s · at 45:37 · https://youtu.be/KmpXYZjPlj8?t=2737</w:t>
      </w:r>
    </w:p>
    <w:p>
      <w:r>
        <w:rPr>
          <w:i/>
        </w:rPr>
        <w:t>“Moulana, today it became clear that tribal culture was given the sacred name of jihad culture, which is why common people remain deceived. How can we clarify the error of those who are on the path of peace and violence? Please tell us about this.”</w:t>
      </w:r>
    </w:p>
    <w:p>
      <w:r>
        <w:rPr>
          <w:sz w:val="20"/>
        </w:rPr>
        <w:t>45:37  okay, we start with the question answer session now. Maulana, yeh sawal aaya hai Chennai se Maulana Iqbal Umri ka, aur unhon ne likha hai ke Maulana, aaj wazeh hua ke tribal culture ko jihadi culture ka muqaddas naam diya gaya, isi liye aam log dhoke mein rehte hain.</w:t>
      </w:r>
      <w:r>
        <w:br/>
      </w:r>
      <w:r>
        <w:rPr>
          <w:sz w:val="20"/>
        </w:rPr>
        <w:t>46:02  Maulana, jo log passive violence ki rah par hain, un ki ghalati kaise wazeh karein, is ke bare mein bataein.</w:t>
      </w:r>
      <w:r>
        <w:br/>
      </w:r>
      <w:r>
        <w:rPr>
          <w:sz w:val="20"/>
        </w:rPr>
        <w:t>46:14  wazeh karne ka tareeqa yahi hai ke hum Quran se, Hadees se, is waqt Sunnat se, is ka ghalat hona logon ko bataein.</w:t>
      </w:r>
      <w:r>
        <w:br/>
      </w:r>
      <w:r>
        <w:rPr>
          <w:sz w:val="20"/>
        </w:rPr>
        <w:t>46:27  yahi tareeqa pehle bhi tha aur ab bhi hai.</w:t>
      </w:r>
      <w:r>
        <w:br/>
      </w:r>
      <w:r>
        <w:rPr>
          <w:sz w:val="20"/>
        </w:rPr>
        <w:t>46:31  hamare paas jo hai, wahi hai: Quran hai, Hadees hai, Seerat-e-Rasool hai, Seerat-e-Sahaba hai. is ke zariye se hum bataein.</w:t>
      </w:r>
      <w:r>
        <w:br/>
      </w:r>
      <w:r>
        <w:rPr>
          <w:sz w:val="20"/>
        </w:rPr>
        <w:t>46:42  abhi main padh raha tha Hazrat Abdullah Ibn Umar ka waqia ke tareekh mein is ko kaha jata hai Fitna Ibn Zubair.</w:t>
      </w:r>
      <w:r>
        <w:br/>
      </w:r>
      <w:r>
        <w:rPr>
          <w:sz w:val="20"/>
        </w:rPr>
        <w:t>46:55  is zamane mein Abdullah Ibn Umar jo the, top ke Sahabi the, lekin is mein shareek nahin the. woh to kuch log un ke paas gaye ke aap yahan jihad ho raha hai, aap is mein shareek nahin hain.</w:t>
      </w:r>
      <w:r>
        <w:br/>
      </w:r>
      <w:r>
        <w:rPr>
          <w:sz w:val="20"/>
        </w:rPr>
        <w:t>47:10  to unhon ne woh ayat padhi: "qatuluhum hatta la takuna fitnatun wa yakuna ad-deenu lillah"</w:t>
      </w:r>
      <w:r>
        <w:br/>
      </w:r>
      <w:r>
        <w:rPr>
          <w:sz w:val="20"/>
        </w:rPr>
        <w:t>47:17  . to unhon ne kaha ke woh to ho gaya. woh yeh jis mein is ayat mein jis qital ka zikr hai, woh to ho gaya, woh to khatm ho gaya.</w:t>
      </w:r>
      <w:r>
        <w:br/>
      </w:r>
      <w:r>
        <w:rPr>
          <w:sz w:val="20"/>
        </w:rPr>
        <w:t>47:27  ab kya hai? ab to daur aa gaya doosra, ab dawat do. to unhon ne kaha: "qatuluhum". yeh Hadees jo hai, Bukhari mein maujood hai, aap dekhiye, is ko bohat anokhi Hadees hai</w:t>
      </w:r>
      <w:r>
        <w:br/>
      </w:r>
      <w:r>
        <w:rPr>
          <w:sz w:val="20"/>
        </w:rPr>
        <w:t>47:42  ke Hazrat Abdullah Ibn Umar, jo top ke Sahabi hain, woh kehte hain ke yeh jo hukm tha qital ka, woh to khatm ho chuka. ab tum ko is ko jaari rakhe hue ho kyunke woh diya gaya tha is par ke persecution ko khatm karne ke liye.</w:t>
      </w:r>
      <w:r>
        <w:br/>
      </w:r>
      <w:r>
        <w:rPr>
          <w:sz w:val="20"/>
        </w:rPr>
        <w:t>48:04  woh to is woh persecution ko khatm ho gaya.</w:t>
      </w:r>
      <w:r>
        <w:br/>
      </w:r>
      <w:r>
        <w:rPr>
          <w:sz w:val="20"/>
        </w:rPr>
        <w:t>48:11  to yeh baatein logon ko batai jayein to inshallah un ki samajh mein aayega aur yeh rawish ko chhod kar sahi rasta ikhtiyar kareinge, inshallah.</w:t>
      </w:r>
    </w:p>
    <w:p>
      <w:pPr>
        <w:pStyle w:val="Heading2"/>
      </w:pPr>
      <w:r>
        <w:t>How to Explain Complete Peace to Border Pathans</w:t>
      </w:r>
    </w:p>
    <w:p>
      <w:r>
        <w:rPr>
          <w:color w:val="666666"/>
          <w:sz w:val="18"/>
        </w:rPr>
        <w:t>Society &amp; Dawah · Q&amp;A 20 Nov 2011 Maulana Wahiduddin Khan · 6m 27s · at 31:54 · https://youtu.be/7sNDn8Y6jUc?t=1914</w:t>
      </w:r>
    </w:p>
    <w:p>
      <w:r>
        <w:rPr>
          <w:i/>
        </w:rPr>
        <w:t>“Since Islam is for everyone and takes everyone into consideration, how can we explain the message of complete peace to the border Pathans or people of their temperament? The Quran also makes allowance for them, saying an eye for an eye, a hand for a hand, etc., but if you forgo retaliation and forgive, it is better if you know. What is the reason for their temperament—is it because they are Pathans, border Pathans, or people of similar temperament?”</w:t>
      </w:r>
    </w:p>
    <w:p>
      <w:r>
        <w:rPr>
          <w:sz w:val="20"/>
        </w:rPr>
        <w:t>31:54  maulana agla sawal kya hai mister shakeel ahmed ne dilli se. unhon ne likha hai. jaisa ke islam sab ke liye hai aur is mein sabhi ki riayat ki gayi hai to hum sarhadi pathan ya un ke mizaj ke logon ko mukammal peace ki baat kaise samjhayein?</w:t>
      </w:r>
      <w:r>
        <w:br/>
      </w:r>
      <w:r>
        <w:rPr>
          <w:sz w:val="20"/>
        </w:rPr>
        <w:t>32:14  jabke quran mein bhi un ki riayat ki gayi hai ke aankh ka badla aankh, hath ka badla hath wagera lekin zulm na ho aur maaf kar do to behtar hai agar tum jante ho.</w:t>
      </w:r>
      <w:r>
        <w:br/>
      </w:r>
      <w:r>
        <w:rPr>
          <w:sz w:val="20"/>
        </w:rPr>
        <w:t>32:31  kis ki wajah se? pathan? pathan sarhadi pathan ya un ke jaise mizaj ke log? dekhein yeh jo pathan log hain afghani log hain yeh asal mein mamla hai ke woh tribal culture par hain.</w:t>
      </w:r>
      <w:r>
        <w:br/>
      </w:r>
      <w:r>
        <w:rPr>
          <w:sz w:val="20"/>
        </w:rPr>
        <w:t>32:45  tribal culture mein sab se bari cheez hoti thi revenge inteqam.</w:t>
      </w:r>
      <w:r>
        <w:br/>
      </w:r>
      <w:r>
        <w:rPr>
          <w:sz w:val="20"/>
        </w:rPr>
        <w:t>32:50  yeh jo in ka aap dekhte hain maar dhaad woh is ka talluq islam se nahi hai. woh jehad ka naam lein tab bhi islam se nahi hai. woh hai tribal culture.</w:t>
      </w:r>
      <w:r>
        <w:br/>
      </w:r>
      <w:r>
        <w:rPr>
          <w:sz w:val="20"/>
        </w:rPr>
        <w:t>32:59  tribal culture mein kya hota tha? inteqam sab se bari cheez in ke haan hai. main jab afghanistan gaya tha</w:t>
      </w:r>
      <w:r>
        <w:br/>
      </w:r>
      <w:r>
        <w:rPr>
          <w:sz w:val="20"/>
        </w:rPr>
        <w:t>33:08  to ek naujawan se poocha maine tum kya karte ho? to us ne kaha ke main meri maan mujh ko school bhejti hai parhne ke liye.</w:t>
      </w:r>
      <w:r>
        <w:br/>
      </w:r>
      <w:r>
        <w:rPr>
          <w:sz w:val="20"/>
        </w:rPr>
        <w:t>33:18  phir khud hi kehta hai ke mujhe parhna parhna nahi hai. mujhe to aap ne dada ya kaha tha baap kaha tha is ka badla lena hai.</w:t>
      </w:r>
      <w:r>
        <w:br/>
      </w:r>
      <w:r>
        <w:rPr>
          <w:sz w:val="20"/>
        </w:rPr>
        <w:t>33:28  us ke dada ya baap ko kisi ne maar dala tha. to bas us ke zehan mein sab se bari cheez parhna nahi hai. is ka inteqam jab tak na le woh is ka yaani mamle ka pakka nahi hoga.</w:t>
      </w:r>
      <w:r>
        <w:br/>
      </w:r>
      <w:r>
        <w:rPr>
          <w:sz w:val="20"/>
        </w:rPr>
        <w:t>33:44  to yeh sirf arbon mein yahi tha. yaani arbon mein bhi ladai bhadai hoti rehti thi inteqam ki wajah se.</w:t>
      </w:r>
      <w:r>
        <w:br/>
      </w:r>
      <w:r>
        <w:rPr>
          <w:sz w:val="20"/>
        </w:rPr>
        <w:t>33:51  to tribal culture mein har jagah jahan bhi tribal culture hai wahan par sab se bari cheez hoti hai revenge inteqam. is ka talluq islam se kuch bhi nahi hai.</w:t>
      </w:r>
      <w:r>
        <w:br/>
      </w:r>
      <w:r>
        <w:rPr>
          <w:sz w:val="20"/>
        </w:rPr>
        <w:t>34:01  woh jehad ka naam lete hain tab bhi woh inteqami hai woh jehad nahi hai. to is ki wajah kya hai? is ki taleem nahi hui.</w:t>
      </w:r>
      <w:r>
        <w:br/>
      </w:r>
      <w:r>
        <w:rPr>
          <w:sz w:val="20"/>
        </w:rPr>
        <w:t>34:09  jahan jahan taleem hui hai. main khud bhi ek afghani hoon. wohin se hamare baap dada aaye the. lekin taleem ne mere zehan mein badal diya.</w:t>
      </w:r>
      <w:r>
        <w:br/>
      </w:r>
      <w:r>
        <w:rPr>
          <w:sz w:val="20"/>
        </w:rPr>
        <w:t>34:19  asal cheez jo zarurat hai in in logo mein woh yeh hai ke khoob taleem phailai jaye. khoob taleem phailai jaye.</w:t>
      </w:r>
      <w:r>
        <w:br/>
      </w:r>
      <w:r>
        <w:rPr>
          <w:sz w:val="20"/>
        </w:rPr>
        <w:t>34:26  taake qadeem riwayat jo hain woh khatm ho jayein aur naye tarz par sochna unko aa jaye. aur koi hal nahi hai. siwaye taleem ke aur koi hal nahi hai wahan par.</w:t>
      </w:r>
      <w:r>
        <w:br/>
      </w:r>
      <w:r>
        <w:rPr>
          <w:sz w:val="20"/>
        </w:rPr>
        <w:t>34:40  maulana faizuddin umri ne karnataka se likha hai. aap ne farmaya tha ke jo log sachai ko sirf kisi insan ke batane se maan lein woh sachai ko underestimate karte hain.</w:t>
      </w:r>
      <w:r>
        <w:br/>
      </w:r>
      <w:r>
        <w:rPr>
          <w:sz w:val="20"/>
        </w:rPr>
        <w:t>34:56  sachai ko sirf is insan ne jana jis ne use us ko self discovery ke level par daryaft kiya. is baat ko aap wazeh farmayein.</w:t>
      </w:r>
      <w:r>
        <w:br/>
      </w:r>
      <w:r>
        <w:rPr>
          <w:sz w:val="20"/>
        </w:rPr>
        <w:t>35:07  dekhein yeh aala mayar hai. har cheez mein do mayar hote hain. ek aala ek secondary. toh aala mayar toh yahi hai.</w:t>
      </w:r>
      <w:r>
        <w:br/>
      </w:r>
      <w:r>
        <w:rPr>
          <w:sz w:val="20"/>
        </w:rPr>
        <w:t>35:16  lekin har aadmi yeh nahi kar sakta aisa. is wajah se main manta hoon ke kisi ko jis koi aalim jis par us ko bharosa ho us ki baat ko maan le woh.</w:t>
      </w:r>
      <w:r>
        <w:br/>
      </w:r>
      <w:r>
        <w:rPr>
          <w:sz w:val="20"/>
        </w:rPr>
        <w:t>35:30  toh ek hai woh iman jo self discovery discovery pe khada ho yani khud daryaft kardah iman.</w:t>
      </w:r>
      <w:r>
        <w:br/>
      </w:r>
      <w:r>
        <w:rPr>
          <w:sz w:val="20"/>
        </w:rPr>
        <w:t>35:40  lekin yeh aala mayar hai sab log yahan tak nahi pahunch sakte. aam logo ke liye main kehta hoon ke un ke liye taqleed hai. yani kisi aalim ko pakad lein jis par un ko bharosa ho woh jo kahe woh karein.</w:t>
      </w:r>
      <w:r>
        <w:br/>
      </w:r>
      <w:r>
        <w:rPr>
          <w:sz w:val="20"/>
        </w:rPr>
        <w:t>35:52  bas.</w:t>
      </w:r>
      <w:r>
        <w:br/>
      </w:r>
      <w:r>
        <w:rPr>
          <w:sz w:val="20"/>
        </w:rPr>
        <w:t>35:57  mister abdul rasheed ne dilli se likha hai. maujooda zamane ke musalmanon ke andar shaoori iman nahi hai.</w:t>
      </w:r>
      <w:r>
        <w:br/>
      </w:r>
      <w:r>
        <w:rPr>
          <w:sz w:val="20"/>
        </w:rPr>
        <w:t>36:07  isi tarah hindu bhaiyon ke andar bhi shaoori maujood nahi. shaoor maujood nahi. aisi halat mein dono qomon ke beech dawat ka asarangez kaam kaise kiya jaye?</w:t>
      </w:r>
      <w:r>
        <w:br/>
      </w:r>
      <w:r>
        <w:rPr>
          <w:sz w:val="20"/>
        </w:rPr>
        <w:t>36:21  ek hi hai ke shor paida kijiye. un ke andar bhi un ke andar bhi.</w:t>
      </w:r>
      <w:r>
        <w:br/>
      </w:r>
      <w:r>
        <w:rPr>
          <w:sz w:val="20"/>
        </w:rPr>
        <w:t>36:29  is mein toh koi do tarah ka nahi hoga.</w:t>
      </w:r>
      <w:r>
        <w:br/>
      </w:r>
      <w:r>
        <w:rPr>
          <w:sz w:val="20"/>
        </w:rPr>
        <w:t>36:37  main jahan tak samjha hai asal cheez jo baat janne ki hai yaad rakhiye woh hai creation plan of god.</w:t>
      </w:r>
      <w:r>
        <w:br/>
      </w:r>
      <w:r>
        <w:rPr>
          <w:sz w:val="20"/>
        </w:rPr>
        <w:t>36:47  asal cheez yeh hai. aaj hi subah main soch raha tha ke</w:t>
      </w:r>
      <w:r>
        <w:br/>
      </w:r>
      <w:r>
        <w:rPr>
          <w:sz w:val="20"/>
        </w:rPr>
        <w:t>36:53  rozana log paida hote hain rozana mar jate hain. toh maut ke baad kya pesh aane wala hai us se bilkul bekhabar.</w:t>
      </w:r>
      <w:r>
        <w:br/>
      </w:r>
      <w:r>
        <w:rPr>
          <w:sz w:val="20"/>
        </w:rPr>
        <w:t>37:03  duniya mein samajhte hain jab tak zinda hain woh ke kamayo ghar banao family</w:t>
      </w:r>
      <w:r>
        <w:br/>
      </w:r>
      <w:r>
        <w:rPr>
          <w:sz w:val="20"/>
        </w:rPr>
        <w:t>37:10  ko khush karo wagera. lekin marte hi achaanak ek nayi surat-e-haal. us se bilkul bekhabar hain log. aap kahin bhi jaiye na maut ka charcha hai na akhirat ka charcha hai na hashar ka charcha hai na allah ke samne accountability ka charcha hai.</w:t>
      </w:r>
      <w:r>
        <w:br/>
      </w:r>
      <w:r>
        <w:rPr>
          <w:sz w:val="20"/>
        </w:rPr>
        <w:t>37:27  toh asal masla yeh hai chahe hindu ho ya musalman.</w:t>
      </w:r>
      <w:r>
        <w:br/>
      </w:r>
      <w:r>
        <w:rPr>
          <w:sz w:val="20"/>
        </w:rPr>
        <w:t>37:31  musalman bhi jo bazahir deendar aap samajhte hain jin ko woh bhi un ka wahi deendari hai. form ki ho form wali. dekhein deendari woh hai jahan insan ke andar allah ki azmat ho.</w:t>
      </w:r>
      <w:r>
        <w:br/>
      </w:r>
      <w:r>
        <w:rPr>
          <w:sz w:val="20"/>
        </w:rPr>
        <w:t>37:47  allah ka khauf ho. allah se mohabbat ho. allah ki pakad ka andesha ho. nahi toh koi deendari kuch bhi nahi. deendari kisi waza qata ka naam nahi hai.</w:t>
      </w:r>
      <w:r>
        <w:br/>
      </w:r>
      <w:r>
        <w:rPr>
          <w:sz w:val="20"/>
        </w:rPr>
        <w:t>37:57  kisi ritual ka naam nahi hai. deendari kisi form ka naam nahi hai. deendari taalluq billah ka naam hai. toh woh hindu musalman ke aitbar se na dekhiye insan ke aitbar se dekhiye aap.</w:t>
      </w:r>
      <w:r>
        <w:br/>
      </w:r>
      <w:r>
        <w:rPr>
          <w:sz w:val="20"/>
        </w:rPr>
        <w:t>38:10  ke woh insan kis kis tarah ki zindagi guzar raha hai woh. insan ke aitbar se insano ko dekhiye na ke hindu muslim ke aitbar se.</w:t>
      </w:r>
    </w:p>
    <w:p>
      <w:pPr>
        <w:pStyle w:val="Heading2"/>
      </w:pPr>
      <w:r>
        <w:t>How to Present Islam's Dawah in Africa</w:t>
      </w:r>
    </w:p>
    <w:p>
      <w:r>
        <w:rPr>
          <w:color w:val="666666"/>
          <w:sz w:val="18"/>
        </w:rPr>
        <w:t>Society &amp; Dawah · The Creation Plan December 09, 2018 · 1m 43s · at 45:26 · https://youtu.be/y8tS4vW9lFI?t=2726</w:t>
      </w:r>
    </w:p>
    <w:p>
      <w:r>
        <w:rPr>
          <w:i/>
        </w:rPr>
        <w:t>“Moulana, I am going to Africa for tabligh. Please guide me as to how I can present the dawah of Islam over there.”</w:t>
      </w:r>
    </w:p>
    <w:p>
      <w:r>
        <w:rPr>
          <w:sz w:val="20"/>
        </w:rPr>
        <w:t>45:26  yeh sawal bheja hai gul rehman sahib ne pakistan se. unhon ne likha hai ke: maulana sahib, i am going to africa for tabligh.</w:t>
      </w:r>
      <w:r>
        <w:br/>
      </w:r>
      <w:r>
        <w:rPr>
          <w:sz w:val="20"/>
        </w:rPr>
        <w:t>45:36  please guide me as to how i can present dawah of islam over there. bhai, main to samajhta hoon ke aap pakistan ke hain to tabligh ke liye aap kyun ja rahe hain africa?</w:t>
      </w:r>
      <w:r>
        <w:br/>
      </w:r>
      <w:r>
        <w:rPr>
          <w:sz w:val="20"/>
        </w:rPr>
        <w:t>45:53  pakistan mein kijiye tabligh. kisi paighambar ne aisa nahi kiya ke yahan se wahan jaye.</w:t>
      </w:r>
      <w:r>
        <w:br/>
      </w:r>
      <w:r>
        <w:rPr>
          <w:sz w:val="20"/>
        </w:rPr>
        <w:t>46:02  paighambar jahan paida hota hai, wahin tabligh ka maidan us ke liye hota hai. to meri samajh mein to yeh aata nahi.</w:t>
      </w:r>
      <w:r>
        <w:br/>
      </w:r>
      <w:r>
        <w:rPr>
          <w:sz w:val="20"/>
        </w:rPr>
        <w:t>46:13  aap ko mashwara doon ga main ke tabligh ka kaam shuru karne se pehle sab se bari, sab se bari jo kitab tabligh hai, woh Quran hai.</w:t>
      </w:r>
      <w:r>
        <w:br/>
      </w:r>
      <w:r>
        <w:rPr>
          <w:sz w:val="20"/>
        </w:rPr>
        <w:t>46:30  sab se bari jo kitab tabligh hai, woh Quran hai.</w:t>
      </w:r>
      <w:r>
        <w:br/>
      </w:r>
      <w:r>
        <w:rPr>
          <w:sz w:val="20"/>
        </w:rPr>
        <w:t>46:36  sab se bari jo kitab tabligh hai, woh Quran hai. to aap Quran ko parhiye, khoob khoob parhiye, khoob khoob parhiye aur discover kijiye ke Allah rab ul alameen aap ko kya message deta hai Quran mein.</w:t>
      </w:r>
      <w:r>
        <w:br/>
      </w:r>
      <w:r>
        <w:rPr>
          <w:sz w:val="20"/>
        </w:rPr>
        <w:t>46:56  aap ka jo soch ka way of thinking hai, woh meri samajh mein to aaya nahi.</w:t>
      </w:r>
    </w:p>
    <w:p>
      <w:pPr>
        <w:pStyle w:val="Heading2"/>
      </w:pPr>
      <w:r>
        <w:t>How to address a wrong system affecting a nation?</w:t>
      </w:r>
    </w:p>
    <w:p>
      <w:r>
        <w:rPr>
          <w:color w:val="666666"/>
          <w:sz w:val="18"/>
        </w:rPr>
        <w:t>Society &amp; Dawah · 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How to address focus on speaker not message?</w:t>
      </w:r>
    </w:p>
    <w:p>
      <w:r>
        <w:rPr>
          <w:color w:val="666666"/>
          <w:sz w:val="18"/>
        </w:rPr>
        <w:t>Society &amp; Dawah · Islah e Ummat August 10, 2014 · 2m 48s · at 54:45 · https://youtu.be/a7ohKq4Xf0Y?t=3285</w:t>
      </w:r>
    </w:p>
    <w:p>
      <w:r>
        <w:rPr>
          <w:i/>
        </w:rPr>
        <w:t>“I am from Pakistan where you tell people something about from CPS learning and literature. They always ask who said that I learned here in Pakistan that people are more concerned on who is saying rather than what is being said. All do in other learnings of science, management, etc. They only see what is said and not who is saying. Maulana, how can I address this issue as this is a major hurdle in spreading CPS message in Pakistan?”</w:t>
      </w:r>
    </w:p>
    <w:p>
      <w:r>
        <w:rPr>
          <w:sz w:val="20"/>
        </w:rPr>
        <w:t>54:45  molana agla sawal aaya hai Pakistan se Tariq Badar sahib ka aur unhone likha hai ke I am from Pakistan where if you tell people something about from CPS learning or literature they always ask who said that</w:t>
      </w:r>
      <w:r>
        <w:br/>
      </w:r>
      <w:r>
        <w:rPr>
          <w:sz w:val="20"/>
        </w:rPr>
        <w:t>55:03  I learned here in Pakistan that people are more concerned on who is saying rather than what is being said although in other learnings of science management etcetera they only see what is said and not who is saying molana sahib how can I address this issue as this is a major hurdle in spreading CPS message in Pakistan</w:t>
      </w:r>
      <w:r>
        <w:br/>
      </w:r>
      <w:r>
        <w:rPr>
          <w:sz w:val="20"/>
        </w:rPr>
        <w:t>55:29  nahi dekhiye major hurdle nahi manta is ko mein</w:t>
      </w:r>
      <w:r>
        <w:br/>
      </w:r>
      <w:r>
        <w:rPr>
          <w:sz w:val="20"/>
        </w:rPr>
        <w:t>55:33  jin logon ke darmiyan aap ne kaam kiya un ka yeh mizaj hai</w:t>
      </w:r>
      <w:r>
        <w:br/>
      </w:r>
      <w:r>
        <w:rPr>
          <w:sz w:val="20"/>
        </w:rPr>
        <w:t>55:38  isi pakistan mein doosron ke mojood hain</w:t>
      </w:r>
      <w:r>
        <w:br/>
      </w:r>
      <w:r>
        <w:rPr>
          <w:sz w:val="20"/>
        </w:rPr>
        <w:t>55:42  aap inhi ke peeche kyun zyada</w:t>
      </w:r>
      <w:r>
        <w:br/>
      </w:r>
      <w:r>
        <w:rPr>
          <w:sz w:val="20"/>
        </w:rPr>
        <w:t>55:45  parhein jo obsession mein jeetay hain</w:t>
      </w:r>
      <w:r>
        <w:br/>
      </w:r>
      <w:r>
        <w:rPr>
          <w:sz w:val="20"/>
        </w:rPr>
        <w:t>55:50  obsession mein jeetay hain jo khulay mind ke hain un mein</w:t>
      </w:r>
      <w:r>
        <w:br/>
      </w:r>
      <w:r>
        <w:rPr>
          <w:sz w:val="20"/>
        </w:rPr>
        <w:t>55:55  un mein kaam kijiye</w:t>
      </w:r>
      <w:r>
        <w:br/>
      </w:r>
      <w:r>
        <w:rPr>
          <w:sz w:val="20"/>
        </w:rPr>
        <w:t>55:58  jaise mere paas pakistan ke ek sahab aaye jo wahan</w:t>
      </w:r>
      <w:r>
        <w:br/>
      </w:r>
      <w:r>
        <w:rPr>
          <w:sz w:val="20"/>
        </w:rPr>
        <w:t>56:03  kisi university mein parhate hain woh to</w:t>
      </w:r>
      <w:r>
        <w:br/>
      </w:r>
      <w:r>
        <w:rPr>
          <w:sz w:val="20"/>
        </w:rPr>
        <w:t>56:08  der tak hamare paas rahe</w:t>
      </w:r>
      <w:r>
        <w:br/>
      </w:r>
      <w:r>
        <w:rPr>
          <w:sz w:val="20"/>
        </w:rPr>
        <w:t>56:11  to bohat zyada ittifaq karte thay hamari baton se</w:t>
      </w:r>
      <w:r>
        <w:br/>
      </w:r>
      <w:r>
        <w:rPr>
          <w:sz w:val="20"/>
        </w:rPr>
        <w:t>56:16  to unhon ne kaha ke aap ki jo writing hai</w:t>
      </w:r>
      <w:r>
        <w:br/>
      </w:r>
      <w:r>
        <w:rPr>
          <w:sz w:val="20"/>
        </w:rPr>
        <w:t>56:21  woh bohat achhi hai lekin is mein aik kami hai</w:t>
      </w:r>
      <w:r>
        <w:br/>
      </w:r>
      <w:r>
        <w:rPr>
          <w:sz w:val="20"/>
        </w:rPr>
        <w:t>56:26  aik kami hai toh mein mein</w:t>
      </w:r>
      <w:r>
        <w:br/>
      </w:r>
      <w:r>
        <w:rPr>
          <w:sz w:val="20"/>
        </w:rPr>
        <w:t>56:30  mein ne poocha ke bataiye kya kami hai</w:t>
      </w:r>
      <w:r>
        <w:br/>
      </w:r>
      <w:r>
        <w:rPr>
          <w:sz w:val="20"/>
        </w:rPr>
        <w:t>56:34  toh unhon ne kaha ke yeh hai ke aap ki</w:t>
      </w:r>
      <w:r>
        <w:br/>
      </w:r>
      <w:r>
        <w:rPr>
          <w:sz w:val="20"/>
        </w:rPr>
        <w:t>56:37  kitabon ko parhne ke baad kisi aur ki kitab parhne ka jee nahi chahta</w:t>
      </w:r>
      <w:r>
        <w:br/>
      </w:r>
      <w:r>
        <w:rPr>
          <w:sz w:val="20"/>
        </w:rPr>
        <w:t>56:42  yeh university ke ustaad thay</w:t>
      </w:r>
      <w:r>
        <w:br/>
      </w:r>
      <w:r>
        <w:rPr>
          <w:sz w:val="20"/>
        </w:rPr>
        <w:t>56:46  aap ki kitabon ko parhne ke baad kisi aur ki kitab parhne ka jee nahi chahta toh aise</w:t>
      </w:r>
      <w:r>
        <w:br/>
      </w:r>
      <w:r>
        <w:rPr>
          <w:sz w:val="20"/>
        </w:rPr>
        <w:t>56:50  bhi Pakistan mein hain</w:t>
      </w:r>
      <w:r>
        <w:br/>
      </w:r>
      <w:r>
        <w:rPr>
          <w:sz w:val="20"/>
        </w:rPr>
        <w:t>56:53  dikhye dawat ka kaam jo hai woh aik hunting process hai un logon ko dhoondna</w:t>
      </w:r>
      <w:r>
        <w:br/>
      </w:r>
      <w:r>
        <w:rPr>
          <w:sz w:val="20"/>
        </w:rPr>
        <w:t>57:00  jo jo</w:t>
      </w:r>
      <w:r>
        <w:br/>
      </w:r>
      <w:r>
        <w:rPr>
          <w:sz w:val="20"/>
        </w:rPr>
        <w:t>57:04  seeker hain jin ke andar objectivity hai jin ke andar opinions hai jo mutala karne ka tayyar ke liye tayyar ho jate hain foran to un ko dhoondhiye un mein kaam kijiye kuch log agar is tarah ke hain band zehan wale to aap un ko un ke liye dua kijiye</w:t>
      </w:r>
    </w:p>
    <w:p>
      <w:pPr>
        <w:pStyle w:val="Heading2"/>
      </w:pPr>
      <w:r>
        <w:t>How to answer claims Islam spread by sword?</w:t>
      </w:r>
    </w:p>
    <w:p>
      <w:r>
        <w:rPr>
          <w:color w:val="666666"/>
          <w:sz w:val="18"/>
        </w:rPr>
        <w:t>Society &amp; Dawah · Purpose of Creation September 28, 2014 · 2m 20s · at 52:05 · https://youtu.be/7M-rzLZzCYw?t=3125</w:t>
      </w:r>
    </w:p>
    <w:p>
      <w:r>
        <w:rPr>
          <w:i/>
        </w:rPr>
        <w:t>“Many people say that Islam spread by wars, first during the Prophet and Sahaba time and later in the Umayyad and Abbasid dynasties, and the source for these wars and territorial expansion was Quran and Hadith. Please tell us how to address such questions, especially when our non-Muslim brothers put this to us.”</w:t>
      </w:r>
    </w:p>
    <w:p>
      <w:r>
        <w:rPr>
          <w:sz w:val="20"/>
        </w:rPr>
        <w:t>52:05  molana agla sawal kya hai zuber sahib ne murad abad se molana mini peoples se dat islam spread by wars first during prophet and sahaba time and then later on umiyat and abbasid dynasty the source they say for these wars and territorial expansion was quran and hadith</w:t>
      </w:r>
      <w:r>
        <w:br/>
      </w:r>
      <w:r>
        <w:rPr>
          <w:sz w:val="20"/>
        </w:rPr>
        <w:t>52:33  please tell us how do we address such questions especially when our non muslim brothers put this to us dekhiye islam jo hai talwar se phaila yeh toh myth khatam ho chuka hai yeh purana myth tha bohat pehle is par bohat hi yani zabardast work kiya hai inhon ne professor</w:t>
      </w:r>
      <w:r>
        <w:br/>
      </w:r>
      <w:r>
        <w:rPr>
          <w:sz w:val="20"/>
        </w:rPr>
        <w:t>53:01  t w arnold ne in ki kitab chhapi thi 1898 mein the preachership of islam toh poori history se inhon ne bataya ke kis tarah se islam peaceful tareeqe se phaila hai aur talwar se nahi phaila hai</w:t>
      </w:r>
      <w:r>
        <w:br/>
      </w:r>
      <w:r>
        <w:rPr>
          <w:sz w:val="20"/>
        </w:rPr>
        <w:t>53:21  aise hi Swami Vivekanand ne apni kitab mein likha hai ke it is it is a nonsense</w:t>
      </w:r>
      <w:r>
        <w:br/>
      </w:r>
      <w:r>
        <w:rPr>
          <w:sz w:val="20"/>
        </w:rPr>
        <w:t>53:26  to say that</w:t>
      </w:r>
      <w:r>
        <w:br/>
      </w:r>
      <w:r>
        <w:rPr>
          <w:sz w:val="20"/>
        </w:rPr>
        <w:t>53:30  Hindus were converted to Islam by force</w:t>
      </w:r>
      <w:r>
        <w:br/>
      </w:r>
      <w:r>
        <w:rPr>
          <w:sz w:val="20"/>
        </w:rPr>
        <w:t>53:35  to ye to ye ye to ek ye ek phaila hua myth hai bas ye log baghair mutale</w:t>
      </w:r>
      <w:r>
        <w:br/>
      </w:r>
      <w:r>
        <w:rPr>
          <w:sz w:val="20"/>
        </w:rPr>
        <w:t>53:41  ke sab kaha karte hain is par to bahut kaafi kaam kaam ho chuka hai aur is ko</w:t>
      </w:r>
      <w:r>
        <w:br/>
      </w:r>
      <w:r>
        <w:rPr>
          <w:sz w:val="20"/>
        </w:rPr>
        <w:t>53:47  poori tarah se sabit ho chuka hai ke Islam</w:t>
      </w:r>
      <w:r>
        <w:br/>
      </w:r>
      <w:r>
        <w:rPr>
          <w:sz w:val="20"/>
        </w:rPr>
        <w:t>53:53  talwaron ke zor se nahi phaila</w:t>
      </w:r>
      <w:r>
        <w:br/>
      </w:r>
      <w:r>
        <w:rPr>
          <w:sz w:val="20"/>
        </w:rPr>
        <w:t>53:55  a khud India mein aap dekhiye India mein kis ne Islam phailaya kya Mughlon ne phailaya hai Mughlon</w:t>
      </w:r>
      <w:r>
        <w:br/>
      </w:r>
      <w:r>
        <w:rPr>
          <w:sz w:val="20"/>
        </w:rPr>
        <w:t>54:00  ko to koi Islam se koi matlab hi nahi tha Sufiyon ne phailaya hai</w:t>
      </w:r>
      <w:r>
        <w:br/>
      </w:r>
      <w:r>
        <w:rPr>
          <w:sz w:val="20"/>
        </w:rPr>
        <w:t>54:07  hum aap jo duniya mein hain wo Sufiyon ki wajah se hain kisi badshah ki talwar se nahi</w:t>
      </w:r>
      <w:r>
        <w:br/>
      </w:r>
      <w:r>
        <w:rPr>
          <w:sz w:val="20"/>
        </w:rPr>
        <w:t>54:12  hai to ye to ye but to khatm ho chuka aap kitaben padhiye jo is mauzu par likhi</w:t>
      </w:r>
      <w:r>
        <w:br/>
      </w:r>
      <w:r>
        <w:rPr>
          <w:sz w:val="20"/>
        </w:rPr>
        <w:t>54:19  gayi hain</w:t>
      </w:r>
    </w:p>
    <w:p>
      <w:pPr>
        <w:pStyle w:val="Heading2"/>
      </w:pPr>
      <w:r>
        <w:t>How to approach disinterested people about Islam?</w:t>
      </w:r>
    </w:p>
    <w:p>
      <w:r>
        <w:rPr>
          <w:color w:val="666666"/>
          <w:sz w:val="18"/>
        </w:rPr>
        <w:t>Society &amp; Dawah · The Character of a Dayee 4 March 2012 - Maulana Wahiduddin Khan · 2m 47s · at 1:42:28 · https://youtu.be/YtavJpVNbEM?t=6148</w:t>
      </w:r>
    </w:p>
    <w:p>
      <w:r>
        <w:rPr>
          <w:i/>
        </w:rPr>
        <w:t>“I approached one of my seniors to tell him about Islam. He said he was not interested in religion at all and would rather not discuss it. How should I approach people like these?”</w:t>
      </w:r>
    </w:p>
    <w:p>
      <w:r>
        <w:rPr>
          <w:sz w:val="20"/>
        </w:rPr>
        <w:t>1:42:28  Maulana, agla sawal Mr. Zeeshan Yusuf ka aaya hai Hyderabad se. unhone aap se poocha hai ke: "I approached one of my seniors for letting him know about Islam.</w:t>
      </w:r>
      <w:r>
        <w:br/>
      </w:r>
      <w:r>
        <w:rPr>
          <w:sz w:val="20"/>
        </w:rPr>
        <w:t>1:42:40  He said that he was not interested in religion at all, and he would rather not prefer to discuss about it. Maulana, how shall I approach people like these?" Dua kijiye,</w:t>
      </w:r>
      <w:r>
        <w:br/>
      </w:r>
      <w:r>
        <w:rPr>
          <w:sz w:val="20"/>
        </w:rPr>
        <w:t>1:42:55  ek se ek badh ke kattar log hain, woh un ke andar aa jata hai. kal ek sahib se meri mulaqat hui, Maulana Owais sahib kal mere paas aaye the,</w:t>
      </w:r>
      <w:r>
        <w:br/>
      </w:r>
      <w:r>
        <w:rPr>
          <w:sz w:val="20"/>
        </w:rPr>
        <w:t>1:43:11  to unhone ek qissa bataya</w:t>
      </w:r>
      <w:r>
        <w:br/>
      </w:r>
      <w:r>
        <w:rPr>
          <w:sz w:val="20"/>
        </w:rPr>
        <w:t>1:43:15  ke woh, unhone, unhone kis ne likha hai? woh qissa Sheikh Hassan Misri hain.</w:t>
      </w:r>
      <w:r>
        <w:br/>
      </w:r>
      <w:r>
        <w:rPr>
          <w:sz w:val="20"/>
        </w:rPr>
        <w:t>1:43:24  Hassan Misri ne, Sheikh Hassan Ji Misri, Sheikh Hassan Misri ek hain,</w:t>
      </w:r>
      <w:r>
        <w:br/>
      </w:r>
      <w:r>
        <w:rPr>
          <w:sz w:val="20"/>
        </w:rPr>
        <w:t>1:43:33  unhone ek qissa bataya hai. woh kal unhone bataya mujhe, woh un ke ustad bhi hain, ghaliban woh Misr mein taleem un ki hui hai, Maulana Owais sahib ki ke ek shakhs jo hai,</w:t>
      </w:r>
      <w:r>
        <w:br/>
      </w:r>
      <w:r>
        <w:rPr>
          <w:sz w:val="20"/>
        </w:rPr>
        <w:t>1:43:49  woh</w:t>
      </w:r>
      <w:r>
        <w:br/>
      </w:r>
      <w:r>
        <w:rPr>
          <w:sz w:val="20"/>
        </w:rPr>
        <w:t>1:43:51  use lamba qissa hai, main mukhtasar kar raha hoon is ko ke ek shakhs ko German zuban mein Quran ka tarjuma diya gaya, ek Christian ko.</w:t>
      </w:r>
      <w:r>
        <w:br/>
      </w:r>
      <w:r>
        <w:rPr>
          <w:sz w:val="20"/>
        </w:rPr>
        <w:t>1:44:01  bohat lamba qissa hai woh, to woh aadmi jo hai, la kar ke us ne rakh diya usay,</w:t>
      </w:r>
      <w:r>
        <w:br/>
      </w:r>
      <w:r>
        <w:rPr>
          <w:sz w:val="20"/>
        </w:rPr>
        <w:t>1:44:09  aur bees saal tak usay rakha hua. kuch asbab paish aaye ke bees saal ke baad usay parha, us ko parha to itna asar pada us ko ke us ne Islam ko book kar liya, Islam ka مبلغ ban gaya.</w:t>
      </w:r>
      <w:r>
        <w:br/>
      </w:r>
      <w:r>
        <w:rPr>
          <w:sz w:val="20"/>
        </w:rPr>
        <w:t>1:44:22  woh</w:t>
      </w:r>
      <w:r>
        <w:br/>
      </w:r>
      <w:r>
        <w:rPr>
          <w:sz w:val="20"/>
        </w:rPr>
        <w:t>1:44:25  to la tisoo billah ka maamla hai, kisi insaan se aap mayoos na hon, hikmat ke sath kaam karen, dua ke sath kaam karen.</w:t>
      </w:r>
      <w:r>
        <w:br/>
      </w:r>
      <w:r>
        <w:rPr>
          <w:sz w:val="20"/>
        </w:rPr>
        <w:t>1:44:34  is ke liye, yani literature dein us ko jis mein us ko dilchaspi ho.</w:t>
      </w:r>
      <w:r>
        <w:br/>
      </w:r>
      <w:r>
        <w:rPr>
          <w:sz w:val="20"/>
        </w:rPr>
        <w:t>1:44:42  to yani jis ne diya tha Quran majeed ka ka German tarjuma, to bees saal tak us ke shelf mein parha raha.</w:t>
      </w:r>
      <w:r>
        <w:br/>
      </w:r>
      <w:r>
        <w:rPr>
          <w:sz w:val="20"/>
        </w:rPr>
        <w:t>1:44:53  ab bees saal ke baad us ko tofeeq ho gayi imaan ki,</w:t>
      </w:r>
      <w:r>
        <w:br/>
      </w:r>
      <w:r>
        <w:rPr>
          <w:sz w:val="20"/>
        </w:rPr>
        <w:t>1:45:00  to mayoos hone ki zaroorat nahi hai. jahan aap hamesha yeh kisi re planning kijiye, phir se sochiye aur dua kijiye, to rastay khulenge, inshallah.</w:t>
      </w:r>
    </w:p>
    <w:p>
      <w:pPr>
        <w:pStyle w:val="Heading2"/>
      </w:pPr>
      <w:r>
        <w:t>How to approach those disinterested in religion?</w:t>
      </w:r>
    </w:p>
    <w:p>
      <w:r>
        <w:rPr>
          <w:color w:val="666666"/>
          <w:sz w:val="18"/>
        </w:rPr>
        <w:t>Society &amp; Dawah · Q&amp;A 04 Mar 2012 Maulana Wahiduddin Khan · 2m 26s · at 38:55 · https://youtu.be/txRmutuvWQI?t=2335</w:t>
      </w:r>
    </w:p>
    <w:p>
      <w:r>
        <w:rPr>
          <w:i/>
        </w:rPr>
        <w:t>“I approached one of my seniors for letting him know about Islam. He said he was not interested in religion at all, and he would rather not prefer to discuss about it. How shall I approach people like these?”</w:t>
      </w:r>
    </w:p>
    <w:p>
      <w:r>
        <w:rPr>
          <w:sz w:val="20"/>
        </w:rPr>
        <w:t>38:55  maulana, agla sawal mr zeeshan yusuf ka aaya hai hyderabad se. unhone aap se poocha hai ke: "i approached one of my seniors for letting him know about Islam.</w:t>
      </w:r>
      <w:r>
        <w:br/>
      </w:r>
      <w:r>
        <w:rPr>
          <w:sz w:val="20"/>
        </w:rPr>
        <w:t>39:07  he said that he was not interested in religion at all, and he would rather not prefer to discuss about it. Maulana, how shall I approach people like these?</w:t>
      </w:r>
      <w:r>
        <w:br/>
      </w:r>
      <w:r>
        <w:rPr>
          <w:sz w:val="20"/>
        </w:rPr>
        <w:t>39:17  dua kijiye.</w:t>
      </w:r>
      <w:r>
        <w:br/>
      </w:r>
      <w:r>
        <w:rPr>
          <w:sz w:val="20"/>
        </w:rPr>
        <w:t>39:21  ek se ek badh ke katar log hain, woh un ke andar aa jata hai. kal ek sahab se meri mulaqat hui,</w:t>
      </w:r>
      <w:r>
        <w:br/>
      </w:r>
      <w:r>
        <w:rPr>
          <w:sz w:val="20"/>
        </w:rPr>
        <w:t>39:33  maulana owais sahab kal mere paas aaye the toh unhone ek qissa bataya. sheikh hassan misri ek hain, unhone ek qissa bataya hai.</w:t>
      </w:r>
      <w:r>
        <w:br/>
      </w:r>
      <w:r>
        <w:rPr>
          <w:sz w:val="20"/>
        </w:rPr>
        <w:t>39:46  woh kal unhone bataya mujhe, woh un ke ustad bhi hain, ghaliban</w:t>
      </w:r>
      <w:r>
        <w:br/>
      </w:r>
      <w:r>
        <w:rPr>
          <w:sz w:val="20"/>
        </w:rPr>
        <w:t>39:50  woh misr mein taleem un ki hui hai, maulana owais sahab ki ke ek shakhs jo hai, woh use lamba qissa hai, mein mukhtasar kar raha hoon is ko ke ek shakhs ko german zaban mein quran ka tarjuma diya gaya, ek christian ko.</w:t>
      </w:r>
      <w:r>
        <w:br/>
      </w:r>
      <w:r>
        <w:rPr>
          <w:sz w:val="20"/>
        </w:rPr>
        <w:t>40:10  bohat lamba qissa hai woh. toh woh aadmi jo hai, la kar ke us ne rakh diya use, aur bees saal tak use rakha hua.</w:t>
      </w:r>
      <w:r>
        <w:br/>
      </w:r>
      <w:r>
        <w:rPr>
          <w:sz w:val="20"/>
        </w:rPr>
        <w:t>40:19  kuch asbab paish aaye ke bees saal ke baad use padha, use padha toh itna asar padha us ko</w:t>
      </w:r>
      <w:r>
        <w:br/>
      </w:r>
      <w:r>
        <w:rPr>
          <w:sz w:val="20"/>
        </w:rPr>
        <w:t>40:26  ke us ne islam ko munh kar liya, islam ka مبلغ ban gaya. woh toh la taysu min rooh Allah ka mamla hai.</w:t>
      </w:r>
      <w:r>
        <w:br/>
      </w:r>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How to build trust between Muslims and non-Muslims</w:t>
      </w:r>
    </w:p>
    <w:p>
      <w:r>
        <w:rPr>
          <w:color w:val="666666"/>
          <w:sz w:val="18"/>
        </w:rPr>
        <w:t>Society &amp; Dawah · Spirit of the Age Nov 6, 2016 · 2m 46s · at 45:45 · https://youtu.be/QAW9LP53xQk?t=2745</w:t>
      </w:r>
    </w:p>
    <w:p>
      <w:r>
        <w:rPr>
          <w:i/>
        </w:rPr>
        <w:t>“There is a growing trust deficit between Muslims and non-Muslims, which is often capitalized by the political parties. My question is, how can we build trust with one another?”</w:t>
      </w:r>
    </w:p>
    <w:p>
      <w:r>
        <w:rPr>
          <w:sz w:val="20"/>
        </w:rPr>
        <w:t>45:45  maulana, agla sawal bheja hai kamal siddiqui sahib ne amritsar se, unhone likha hai: maulana sahib, there</w:t>
      </w:r>
      <w:r>
        <w:br/>
      </w:r>
      <w:r>
        <w:rPr>
          <w:sz w:val="20"/>
        </w:rPr>
        <w:t>45:52  is a growing trust deficit between muslims and non-muslims, which is often capitalized by the political parties.</w:t>
      </w:r>
      <w:r>
        <w:br/>
      </w:r>
      <w:r>
        <w:rPr>
          <w:sz w:val="20"/>
        </w:rPr>
        <w:t>45:59  my question is, how can we build trust with one another?</w:t>
      </w:r>
      <w:r>
        <w:br/>
      </w:r>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p>
    <w:p>
      <w:pPr>
        <w:pStyle w:val="Heading2"/>
      </w:pPr>
      <w:r>
        <w:t>How to change Muslims living in falsehood realistically?</w:t>
      </w:r>
    </w:p>
    <w:p>
      <w:r>
        <w:rPr>
          <w:color w:val="666666"/>
          <w:sz w:val="18"/>
        </w:rPr>
        <w:t>Society &amp; Dawah · Realistic Approach 30 March, 2014 · 1m 00s · at 1:03:00 · https://youtu.be/HIFxmWWiEG4?t=3780</w:t>
      </w:r>
    </w:p>
    <w:p>
      <w:r>
        <w:rPr>
          <w:i/>
        </w:rPr>
        <w:t>“Muslims who are living in falsehood don't realize that they are living in falsehood because everyone around them is practicing the same. How can we change the situation in a realistic manner? Please advise us.”</w:t>
      </w:r>
    </w:p>
    <w:p>
      <w:r>
        <w:rPr>
          <w:sz w:val="20"/>
        </w:rPr>
        <w:t>1:03:00  Maulana, agla sawal Dr. Najma Siddiqui ne kiya hai Delhi se. Unhon ne likha hai: "Muslims who are living in falsehood.</w:t>
      </w:r>
      <w:r>
        <w:br/>
      </w:r>
      <w:r>
        <w:rPr>
          <w:sz w:val="20"/>
        </w:rPr>
        <w:t>1:03:11  Don't realize that they are living in falsehood. As everyone around them is practicing the same.</w:t>
      </w:r>
      <w:r>
        <w:br/>
      </w:r>
      <w:r>
        <w:rPr>
          <w:sz w:val="20"/>
        </w:rPr>
        <w:t>1:03:18  How can we change the situation in a realistic manner? Please advise us." Dekhiye, hamare mission mein Allah ke fazl se yani hazaron log hain jo poori dunya mein woh is se yeh afsos se bahar aa gaye hain,</w:t>
      </w:r>
      <w:r>
        <w:br/>
      </w:r>
      <w:r>
        <w:rPr>
          <w:sz w:val="20"/>
        </w:rPr>
        <w:t>1:03:36  is afsos se bahar aaye hain kyun ke unhon ne hamari detail ko parha, hamare hamare lecture ko suna. Yeh kijiye, aur zyada parhaiye, aur zyada logon ko kahiye ke woh lecture ko sunein.</w:t>
      </w:r>
      <w:r>
        <w:br/>
      </w:r>
      <w:r>
        <w:rPr>
          <w:sz w:val="20"/>
        </w:rPr>
        <w:t>1:03:49  jis tarah se abhi itne saare log is option se bahar aaye hain, aur bhi aayenge is option se bahar. Sab se aasan tareeqa yahi hai.</w:t>
      </w:r>
    </w:p>
    <w:p>
      <w:pPr>
        <w:pStyle w:val="Heading2"/>
      </w:pPr>
      <w:r>
        <w:t>How to convey spirituality to materialistic women?</w:t>
      </w:r>
    </w:p>
    <w:p>
      <w:r>
        <w:rPr>
          <w:color w:val="666666"/>
          <w:sz w:val="18"/>
        </w:rPr>
        <w:t>Society &amp; Dawah · Discovery of God (In Conversation with Maulana) December 25, 2011 · 2m 50s · at 16:13 · https://youtu.be/-1c1d7cFj0s?t=973</w:t>
      </w:r>
    </w:p>
    <w:p>
      <w:r>
        <w:rPr>
          <w:i/>
        </w:rPr>
        <w:t>“Today's women spend most of their time and ability only on material comforts. In such a situation, how can the message of spirituality be conveyed to them?”</w:t>
      </w:r>
    </w:p>
    <w:p>
      <w:r>
        <w:rPr>
          <w:sz w:val="20"/>
        </w:rPr>
        <w:t>16:13  maulana, agla sawal karachi se aya hai miss saira latif ka. unhon ne likha hai: "mera sawal yeh hai ke aaj ki khawateen apna zyada tar waqt aur salahiyat sirf apni madi sahulaton ki nazar kiye hue hain.</w:t>
      </w:r>
      <w:r>
        <w:br/>
      </w:r>
      <w:r>
        <w:rPr>
          <w:sz w:val="20"/>
        </w:rPr>
        <w:t>16:30  aisi halat mein un ko rohaniyat ka paigham kis tarah pohanchaya jaye?"</w:t>
      </w:r>
      <w:r>
        <w:br/>
      </w:r>
      <w:r>
        <w:rPr>
          <w:sz w:val="20"/>
        </w:rPr>
        <w:t>16:38  asal mein baat yeh hai ke log material cheezon ki value jante hain aur spiritual wali baaten jo hain, is ki value nahi samajhte.</w:t>
      </w:r>
      <w:r>
        <w:br/>
      </w:r>
      <w:r>
        <w:rPr>
          <w:sz w:val="20"/>
        </w:rPr>
        <w:t>16:49  woh asal baat yeh hai ke agar un ko bataya jaye ke material cheezon ke mein ka plus point aur minus point kya hai, yeh un ko khabar is ki nahi hai, kyunke material cheezon ke peeche daurne mein kya hota hai?</w:t>
      </w:r>
      <w:r>
        <w:br/>
      </w:r>
      <w:r>
        <w:rPr>
          <w:sz w:val="20"/>
        </w:rPr>
        <w:t>17:06  yeh to hota hai tension, stress, taluqat mein yani khinchao, tarah tarah ke problem jo ate hain, isi liye ate hain ke hum material cheezon ko apna goal banaye hue hain.</w:t>
      </w:r>
      <w:r>
        <w:br/>
      </w:r>
      <w:r>
        <w:rPr>
          <w:sz w:val="20"/>
        </w:rPr>
        <w:t>17:23  to spiritual jo goal hai, is ko hum agar samne rakhen to achaanak hum ko ek bilkul hi peaceful life mil jati hai, bohat peaceful life.</w:t>
      </w:r>
      <w:r>
        <w:br/>
      </w:r>
      <w:r>
        <w:rPr>
          <w:sz w:val="20"/>
        </w:rPr>
        <w:t>17:36  aur phir peaceful life ka faida yeh hota hai ke hum jo asal jo asal jo kaam hai, woh kar paate hain. yani intellectual development sab se bari cheez duniya mein jo hai, woh hai intellectual development.</w:t>
      </w:r>
      <w:r>
        <w:br/>
      </w:r>
      <w:r>
        <w:rPr>
          <w:sz w:val="20"/>
        </w:rPr>
        <w:t>17:48  isi quran mein kaha gaya hai: "tazkiya". tazkiya kya hai? intellectual development ka naam hai tazkiya. to asal kaam jo hai, wohi nahi kar pata aadmi material cheezon mein phansne ki wajah se.</w:t>
      </w:r>
      <w:r>
        <w:br/>
      </w:r>
      <w:r>
        <w:rPr>
          <w:sz w:val="20"/>
        </w:rPr>
        <w:t>18:03  main to Allah ke fazl se material cheezon se bilkul hi apne ko mein ne itna door kar liya hai ke ke koi meri need hi nahi, koi zaroorat hi meri nahi hai.</w:t>
      </w:r>
      <w:r>
        <w:br/>
      </w:r>
      <w:r>
        <w:rPr>
          <w:sz w:val="20"/>
        </w:rPr>
        <w:t>18:14  jo jo logon ne jo jo jo mujhe de diya gaya pehanne ke liye, woh main ne pehan liya. jo khane ke liye de diya gaya, woh kha liya. bas to mujhe peace hi peace hai.</w:t>
      </w:r>
      <w:r>
        <w:br/>
      </w:r>
      <w:r>
        <w:rPr>
          <w:sz w:val="20"/>
        </w:rPr>
        <w:t>18:25  to mujhe mauqa hai ke main raat din apne aap ko intellectual development mein masroof rakhoon. mera intellectual process jo hai, woh chalta rehta hai barabar, kyunke doosri cheezon mein apne ko distract nahi kiya hua hoon.</w:t>
      </w:r>
      <w:r>
        <w:br/>
      </w:r>
      <w:r>
        <w:rPr>
          <w:sz w:val="20"/>
        </w:rPr>
        <w:t>18:39  to is raat ko samajhte hain yeh log ke kitna bara nuqsan kar rahe hain, yani apne is yani apne is lifestyle ki waja se.</w:t>
      </w:r>
      <w:r>
        <w:br/>
      </w:r>
      <w:r>
        <w:rPr>
          <w:sz w:val="20"/>
        </w:rPr>
        <w:t>18:51  to in par yeh yeh baat khul jaye, agar ke yeh lifestyle jo hai, aap ke liye bohat hi yani disastrous hai, to inshallah aap yeh islaah kar lenge.</w:t>
      </w:r>
    </w:p>
    <w:p>
      <w:pPr>
        <w:pStyle w:val="Heading2"/>
      </w:pPr>
      <w:r>
        <w:t>How to defend Quran without reading other scriptures?</w:t>
      </w:r>
    </w:p>
    <w:p>
      <w:r>
        <w:rPr>
          <w:color w:val="666666"/>
          <w:sz w:val="18"/>
        </w:rPr>
        <w:t>Society &amp; Dawah · Q&amp;A 04 DEC 2011 Maulana Wahiduddin Khan · 2m 46s · at 30:33 · https://youtu.be/KIMNmuUZoGo?t=1833</w:t>
      </w:r>
    </w:p>
    <w:p>
      <w:r>
        <w:rPr>
          <w:i/>
        </w:rPr>
        <w:t>“During a course of a discussion with one of the Madhus, I told him that Quran is my discovery. He asked me whether I have read Bible and Gita. I told him that I have not read it. He said to me then how can you say that Quran is the book leading to the right path? He further added that first you have to read all the books, then only you can decide. How should I tackle such questions?”</w:t>
      </w:r>
    </w:p>
    <w:p>
      <w:r>
        <w:rPr>
          <w:sz w:val="20"/>
        </w:rPr>
        <w:t>30:33  mister sajid anwar ne roorkee se sawal kiya hai, unhon ne likha hai ke maulana during course of a discussion with one of the mad'oos, I told him that Quran is my discovery.</w:t>
      </w:r>
      <w:r>
        <w:br/>
      </w:r>
      <w:r>
        <w:rPr>
          <w:sz w:val="20"/>
        </w:rPr>
        <w:t>30:48  he asked me whether I have read Bible and Geeta. I told him that I have not read it. he said to me then how can you say that Quran is the book leading to the right path?</w:t>
      </w:r>
      <w:r>
        <w:br/>
      </w:r>
      <w:r>
        <w:rPr>
          <w:sz w:val="20"/>
        </w:rPr>
        <w:t>31:03  he further added that first you have to read all the books, then only you can decide. maulana how should I tackle such questions?</w:t>
      </w:r>
      <w:r>
        <w:br/>
      </w:r>
      <w:r>
        <w:rPr>
          <w:sz w:val="20"/>
        </w:rPr>
        <w:t>31:16  dekhiye yeh mere nazdeek sahi baat nahin hai. kyunke aap ko bible ke bare mein aik general knowledge phir bhi maujood yaqeenan hogi.</w:t>
      </w:r>
      <w:r>
        <w:br/>
      </w:r>
      <w:r>
        <w:rPr>
          <w:sz w:val="20"/>
        </w:rPr>
        <w:t>31:30  aap ne chahe is ki</w:t>
      </w:r>
      <w:r>
        <w:br/>
      </w:r>
      <w:r>
        <w:rPr>
          <w:sz w:val="20"/>
        </w:rPr>
        <w:t>31:32  study na bhi ki ho, general tor par aap ko maloom hai is ke bare mein. ke bible kyunke woh log missionary log baton ko kehte hain aur logon se batate hain.</w:t>
      </w:r>
      <w:r>
        <w:br/>
      </w:r>
      <w:r>
        <w:rPr>
          <w:sz w:val="20"/>
        </w:rPr>
        <w:t>31:46  misal ke tor par trinity concept. aap ko bible ka gehra mutala kiye baghair aap jaan sakte hain ke woh log trinity ko</w:t>
      </w:r>
      <w:r>
        <w:br/>
      </w:r>
      <w:r>
        <w:rPr>
          <w:sz w:val="20"/>
        </w:rPr>
        <w:t>31:56  tabligh karte hain. ke khuda aik bhi hai aur teen bhi hain. to yeh is ke liye gehre mutale ki zaroorat nahin hai. aur jab aap quran ko parhenge ke quran mein khuda aik hai is concept hai to aap ka nature kahega ke aik aik hi sahi hai.</w:t>
      </w:r>
      <w:r>
        <w:br/>
      </w:r>
      <w:r>
        <w:rPr>
          <w:sz w:val="20"/>
        </w:rPr>
        <w:t>32:11  teen sahi nahin hain. kyunke</w:t>
      </w:r>
      <w:r>
        <w:br/>
      </w:r>
      <w:r>
        <w:rPr>
          <w:sz w:val="20"/>
        </w:rPr>
        <w:t>32:13  kainat mein jo itni bari kainat hai is ko yeh manage kar raha hai. to itni harmony kyun hai? agar teen khuda hon to harmony nahin ho sakti itni harmony.</w:t>
      </w:r>
      <w:r>
        <w:br/>
      </w:r>
      <w:r>
        <w:rPr>
          <w:sz w:val="20"/>
        </w:rPr>
        <w:t>32:23  aisi abhi sab log jante hain ke woh un ka yeh nazariya batate hain woh log ke masih masloob hui hai sab gunahon ko maaf karne ke liye.</w:t>
      </w:r>
      <w:r>
        <w:br/>
      </w:r>
      <w:r>
        <w:rPr>
          <w:sz w:val="20"/>
        </w:rPr>
        <w:t>32:33  yeh bhi unnatural baat hai.</w:t>
      </w:r>
      <w:r>
        <w:br/>
      </w:r>
      <w:r>
        <w:rPr>
          <w:sz w:val="20"/>
        </w:rPr>
        <w:t>32:35  to yeh aap sochein ke quran mein to yeh hai ke aadmi jo karega us ko bhugtega woh. apne kiye ka khud anjam bhugtega.</w:t>
      </w:r>
      <w:r>
        <w:br/>
      </w:r>
      <w:r>
        <w:rPr>
          <w:sz w:val="20"/>
        </w:rPr>
        <w:t>32:46  wahan mere kiye ka anjam paighambar ke upar kyun chalayega? chalega. to unnatural baat hai. to yeh zaroori nahin hai ke aap bible ka gehra mutala karen.</w:t>
      </w:r>
      <w:r>
        <w:br/>
      </w:r>
      <w:r>
        <w:rPr>
          <w:sz w:val="20"/>
        </w:rPr>
        <w:t>32:55  khud bible walon ne jo baatein bata rakhi hain woh sab jante hain sab log. woh to phailate hain woh log khud. to is se aap compare karne ki position mein hain.</w:t>
      </w:r>
      <w:r>
        <w:br/>
      </w:r>
      <w:r>
        <w:rPr>
          <w:sz w:val="20"/>
        </w:rPr>
        <w:t>33:05  to aik hai scholarly comparison. scholarly comparison har aik ki zaroori nahin hai. general comparison to har aik kar sakta hai. kyunke sab log jante hain ke kya christian log kis baat ki tabligh karte hain.</w:t>
      </w:r>
    </w:p>
    <w:p>
      <w:pPr>
        <w:pStyle w:val="Heading2"/>
      </w:pPr>
      <w:r>
        <w:t>How to do dawah work at old age</w:t>
      </w:r>
    </w:p>
    <w:p>
      <w:r>
        <w:rPr>
          <w:color w:val="666666"/>
          <w:sz w:val="18"/>
        </w:rPr>
        <w:t>Society &amp; Dawah · The Meaning of Ummat-i-Wasat Nov 25, 2018 · 4m 34s · at 52:49 · https://youtu.be/3POFfvXaFss?t=3169</w:t>
      </w:r>
    </w:p>
    <w:p>
      <w:r>
        <w:rPr>
          <w:i/>
        </w:rPr>
        <w:t>“I am an old man who is 75 years of age. Please tell me how can I do dawah work as I did not do it in my entire life. I don't have good health, but after listening to your talks, I now have a burning desire to do dawah work before I return to Allah.”</w:t>
      </w:r>
    </w:p>
    <w:p>
      <w:r>
        <w:rPr>
          <w:sz w:val="20"/>
        </w:rPr>
        <w:t>52:49  maulana, agla sawal bheja hai jinhon ne unhon ne apni location nahi likhi hai aur un ka naam un ka naam farooq sahib hai.</w:t>
      </w:r>
      <w:r>
        <w:br/>
      </w:r>
      <w:r>
        <w:rPr>
          <w:sz w:val="20"/>
        </w:rPr>
        <w:t>53:00  unhon ne likha hai ke: "maulana, i am an old man who is 75 years of age. please tell me how can i do dawah work as i did not do it in my entire life.</w:t>
      </w:r>
      <w:r>
        <w:br/>
      </w:r>
      <w:r>
        <w:rPr>
          <w:sz w:val="20"/>
        </w:rPr>
        <w:t>53:15  i don't have a good health, but after listening to your talks, i now have a burning desire to do dawah work before i return to allah.</w:t>
      </w:r>
      <w:r>
        <w:br/>
      </w:r>
      <w:r>
        <w:rPr>
          <w:sz w:val="20"/>
        </w:rPr>
        <w:t>53:26  can you give me some advice so that i don't die disappointed?" bohat achi aap ki khwahish hai.</w:t>
      </w:r>
      <w:r>
        <w:br/>
      </w:r>
      <w:r>
        <w:rPr>
          <w:sz w:val="20"/>
        </w:rPr>
        <w:t>53:41  ab mein yeh kahunga ke aaj hum is daur mein hain jabke allah rab ul alameen ne</w:t>
      </w:r>
      <w:r>
        <w:br/>
      </w:r>
      <w:r>
        <w:rPr>
          <w:sz w:val="20"/>
        </w:rPr>
        <w:t>53:52  saari duniya ko hukum de rakha hai ke mere jo bande khade hon dawah ke liye, un ko kaho infrastructure free mein supply karo, free mein.</w:t>
      </w:r>
      <w:r>
        <w:br/>
      </w:r>
      <w:r>
        <w:rPr>
          <w:sz w:val="20"/>
        </w:rPr>
        <w:t>54:09  misalan dekhiye, choti choti kitabein dawah par, islam par free mein aap ko ab harj hasil hain.</w:t>
      </w:r>
      <w:r>
        <w:br/>
      </w:r>
      <w:r>
        <w:rPr>
          <w:sz w:val="20"/>
        </w:rPr>
        <w:t>54:21  to aap pocket mein rakhiye, jeeb mein rakhiye, koi to jo jo milta hai us ko dete rahey. koi doctor mila to doctor ko de dijiye.</w:t>
      </w:r>
      <w:r>
        <w:br/>
      </w:r>
      <w:r>
        <w:rPr>
          <w:sz w:val="20"/>
        </w:rPr>
        <w:t>54:40  to yeh bohat hi aasan hai, bohat hi aasan hai. sirf tadap chahiye, tadap jazba chahiye, spirit chahiye aur allah se dua karna yeh chahiye.</w:t>
      </w:r>
      <w:r>
        <w:br/>
      </w:r>
      <w:r>
        <w:rPr>
          <w:sz w:val="20"/>
        </w:rPr>
        <w:t>55:03  maulana, agla comment bheja hai shayan tahir sahib ne. unhon ne likha hai: "i am from karachi, pakistan.</w:t>
      </w:r>
      <w:r>
        <w:br/>
      </w:r>
      <w:r>
        <w:rPr>
          <w:sz w:val="20"/>
        </w:rPr>
        <w:t>55:12  i want to know if cps is here. i want to be part of the dawah work. i am doing it now with different groups.</w:t>
      </w:r>
      <w:r>
        <w:br/>
      </w:r>
      <w:r>
        <w:rPr>
          <w:sz w:val="20"/>
        </w:rPr>
        <w:t>55:22  all are doing good, alhamdulillah, but your wisdom and mission i think is the need for the day." is mein koi sawal hai?</w:t>
      </w:r>
      <w:r>
        <w:br/>
      </w:r>
      <w:r>
        <w:rPr>
          <w:sz w:val="20"/>
        </w:rPr>
        <w:t>55:32  nahi, comment hai maulana un ka. maulana, agla comment bheja hai doctor aslam khan sahib ne saharanpur se. unhon ne likha hai: "without the quran, this world becomes meaningless.</w:t>
      </w:r>
      <w:r>
        <w:br/>
      </w:r>
      <w:r>
        <w:rPr>
          <w:sz w:val="20"/>
        </w:rPr>
        <w:t>55:46  without joining the here, after with it, after dawah, the entire matter takes a new dimension of hope. cps team has made this present world extremely meaningful and extremely valuable."</w:t>
      </w:r>
      <w:r>
        <w:br/>
      </w:r>
      <w:r>
        <w:rPr>
          <w:sz w:val="20"/>
        </w:rPr>
        <w:t>56:06  riaz bhatt sahib ne srinagar se likha hai: "today mind awakening lecture regarding duties of middle ummah is very timely, as majority of muslims have forgotten this primary duty." maulana sahib, my question is that: how can we multiply these efforts?</w:t>
      </w:r>
      <w:r>
        <w:br/>
      </w:r>
      <w:r>
        <w:rPr>
          <w:sz w:val="20"/>
        </w:rPr>
        <w:t>56:34  bas logon ko kahiye ke woh lecture ko sunein, dawah pamphlets padhein, quran ko padhein. mind ko awaken karne ki zaroorat hai.</w:t>
      </w:r>
      <w:r>
        <w:br/>
      </w:r>
      <w:r>
        <w:rPr>
          <w:sz w:val="20"/>
        </w:rPr>
        <w:t>56:48  ek hi zaroorat hai ke logon ke mind ko awaken kiya jaye. bas baqi sab cheezein apne aap aati hain.</w:t>
      </w:r>
      <w:r>
        <w:br/>
      </w:r>
      <w:r>
        <w:rPr>
          <w:sz w:val="20"/>
        </w:rPr>
        <w:t>56:59  in awareness ko khatam karna hai, awareness lana hai. is ke baad sab cheezein apne aap aati hain.</w:t>
      </w:r>
      <w:r>
        <w:br/>
      </w:r>
      <w:r>
        <w:rPr>
          <w:sz w:val="20"/>
        </w:rPr>
        <w:t>57:12  faraaz khan sahib ne delhi se likha hai: "maulana, god is saying, ab to tumhein koi problem nahi hai. this reflects the great rahmat of god.</w:t>
      </w:r>
    </w:p>
    <w:p>
      <w:pPr>
        <w:pStyle w:val="Heading2"/>
      </w:pPr>
      <w:r>
        <w:t>How to handle overwhelming task of Islamic mission?</w:t>
      </w:r>
    </w:p>
    <w:p>
      <w:r>
        <w:rPr>
          <w:color w:val="666666"/>
          <w:sz w:val="18"/>
        </w:rPr>
        <w:t>Society &amp; Dawah · Spirit of the Age Nov 6, 2016 · 57s · at 56:46 · https://youtu.be/QAW9LP53xQk?t=3406</w:t>
      </w:r>
    </w:p>
    <w:p>
      <w:r>
        <w:rPr>
          <w:i/>
        </w:rPr>
        <w:t>“While we are thankful to God to have given us a chance to be part of the culmination of Islamic mission, it seems an overwhelming task.”</w:t>
      </w:r>
    </w:p>
    <w:p>
      <w:r>
        <w:rPr>
          <w:sz w:val="20"/>
        </w:rPr>
        <w:t>56:46  maulana, agla sawal dilli se bheja hai miss naghma siddiqui ne, aur unhon ne likha hai: while we</w:t>
      </w:r>
      <w:r>
        <w:br/>
      </w:r>
      <w:r>
        <w:rPr>
          <w:sz w:val="20"/>
        </w:rPr>
        <w:t>56:51  are thankful to god to have given us a chance to be part of the culmination of islamic</w:t>
      </w:r>
      <w:r>
        <w:br/>
      </w:r>
      <w:r>
        <w:rPr>
          <w:sz w:val="20"/>
        </w:rPr>
        <w:t>56:57  mission, but it seems an overwhelming task.</w:t>
      </w:r>
      <w:r>
        <w:br/>
      </w:r>
      <w:r>
        <w:rPr>
          <w:sz w:val="20"/>
        </w:rPr>
        <w:t>57:02  How can we stay stress-free?</w:t>
      </w:r>
      <w:r>
        <w:br/>
      </w:r>
      <w:r>
        <w:rPr>
          <w:sz w:val="20"/>
        </w:rPr>
        <w:t>57:08  Please advise us.</w:t>
      </w:r>
      <w:r>
        <w:br/>
      </w:r>
      <w:r>
        <w:rPr>
          <w:sz w:val="20"/>
        </w:rPr>
        <w:t>57:13  hazrat baseer se kisi koi koi mila, unhon ne divine mission ki baat ki is se, to is</w:t>
      </w:r>
      <w:r>
        <w:br/>
      </w:r>
      <w:r>
        <w:rPr>
          <w:sz w:val="20"/>
        </w:rPr>
        <w:t>57:19  ne kaha ke yeh to bara mushkil kaam hai.</w:t>
      </w:r>
      <w:r>
        <w:br/>
      </w:r>
      <w:r>
        <w:rPr>
          <w:sz w:val="20"/>
        </w:rPr>
        <w:t>57:25  to hazrat baseer jawab diya tha ke insaan ke liye mushkil hai, khuda ke liye aasan hai.</w:t>
      </w:r>
      <w:r>
        <w:br/>
      </w:r>
      <w:r>
        <w:rPr>
          <w:sz w:val="20"/>
        </w:rPr>
        <w:t>57:31  to hum mein sab sathiyon se mein kahoon ga ke aap apne mission mein dua ko shamil kar</w:t>
      </w:r>
      <w:r>
        <w:br/>
      </w:r>
      <w:r>
        <w:rPr>
          <w:sz w:val="20"/>
        </w:rPr>
        <w:t>57:37  lijiyay, bas bas sab cheez hal hai, dua ko shamil kar lijiyay.</w:t>
      </w:r>
    </w:p>
    <w:p>
      <w:pPr>
        <w:pStyle w:val="Heading2"/>
      </w:pPr>
      <w:r>
        <w:t>How to handle stress of Quran propagation?</w:t>
      </w:r>
    </w:p>
    <w:p>
      <w:r>
        <w:rPr>
          <w:color w:val="666666"/>
          <w:sz w:val="18"/>
        </w:rPr>
        <w:t>Society &amp; Dawah · Quran for All Mankind June 3, 2012 · 46s · at 1:13:43 · https://youtu.be/Gp-53Zjugcg?t=4423</w:t>
      </w:r>
    </w:p>
    <w:p>
      <w:r>
        <w:rPr>
          <w:i/>
        </w:rPr>
        <w:t>“The task of reaching Quran to all mankind is such a big task that no matter how much we do, we fall short. This makes us live in constant stress. What should we do?”</w:t>
      </w:r>
    </w:p>
    <w:p>
      <w:r>
        <w:rPr>
          <w:sz w:val="20"/>
        </w:rPr>
        <w:t>1:13:43  Maulana, agla sawal Ms Naghma Siddiqui ka hai, Delhi se. unhon ne likha hai: "The task of reaching Quran to all humankind is such a big task that no matter how much we do, we fall short.</w:t>
      </w:r>
      <w:r>
        <w:br/>
      </w:r>
      <w:r>
        <w:rPr>
          <w:sz w:val="20"/>
        </w:rPr>
        <w:t>1:13:57  This makes us live in constant stress. What should we do?" nahin, stress ka lafz sahi nahin hai. sense of responsibility sahi hai.</w:t>
      </w:r>
      <w:r>
        <w:br/>
      </w:r>
      <w:r>
        <w:rPr>
          <w:sz w:val="20"/>
        </w:rPr>
        <w:t>1:14:10  stress kis liye</w:t>
      </w:r>
      <w:r>
        <w:br/>
      </w:r>
      <w:r>
        <w:rPr>
          <w:sz w:val="20"/>
        </w:rPr>
        <w:t>1:14:12  ? stress koi zaroorat hi nahin hai. sense of responsibility hona chahiye ke hamein yeh duty hamari hai, yeh hamein yeh duty poori karna hai.</w:t>
      </w:r>
      <w:r>
        <w:br/>
      </w:r>
      <w:r>
        <w:rPr>
          <w:sz w:val="20"/>
        </w:rPr>
        <w:t>1:14:21  to sense of responsibility ka lafz sahi hai, stress ka lafz yahan pe sahi nahi hai.</w:t>
      </w:r>
    </w:p>
    <w:p>
      <w:pPr>
        <w:pStyle w:val="Heading2"/>
      </w:pPr>
      <w:r>
        <w:t>How to improve the process opposite to Quran?</w:t>
      </w:r>
    </w:p>
    <w:p>
      <w:r>
        <w:rPr>
          <w:color w:val="666666"/>
          <w:sz w:val="18"/>
        </w:rPr>
        <w:t>Society &amp; Dawah · Unseen God July 30, 2017 Maulana Wahiduddin Khan · 2m 33s · at 1:02:09 · https://youtu.be/MOkCdGFAVR4?t=3729</w:t>
      </w:r>
    </w:p>
    <w:p>
      <w:r>
        <w:rPr>
          <w:i/>
        </w:rPr>
        <w:t>“Teaching of Quran is completely opposite to the process that you mentioned today in the whole world. How to work towards improving this process?”</w:t>
      </w:r>
    </w:p>
    <w:p>
      <w:r>
        <w:rPr>
          <w:sz w:val="20"/>
        </w:rPr>
        <w:t>1:02:09  maulana agla sawal bheja hai ah doctor najma siddiqui ne dilli se unhon ne likha hai maulana sahib teaching of quran is completely opposite to the process that you mention today in the whole world</w:t>
      </w:r>
      <w:r>
        <w:br/>
      </w:r>
      <w:r>
        <w:rPr>
          <w:sz w:val="20"/>
        </w:rPr>
        <w:t>1:02:27  how to work towards improving this process</w:t>
      </w:r>
      <w:r>
        <w:br/>
      </w:r>
      <w:r>
        <w:rPr>
          <w:sz w:val="20"/>
        </w:rPr>
        <w:t>1:02:33  dekhiye jo baat maine kahi hai aap is ko khud quran se aur hadees se</w:t>
      </w:r>
      <w:r>
        <w:br/>
      </w:r>
      <w:r>
        <w:rPr>
          <w:sz w:val="20"/>
        </w:rPr>
        <w:t>1:02:41  jaanchiye maine koi nayi baat nahin kahi hai jo yeh kahe ke maine nayi baat kahi</w:t>
      </w:r>
      <w:r>
        <w:br/>
      </w:r>
      <w:r>
        <w:rPr>
          <w:sz w:val="20"/>
        </w:rPr>
        <w:t>1:02:47  hai woh galat kehta hai</w:t>
      </w:r>
      <w:r>
        <w:br/>
      </w:r>
      <w:r>
        <w:rPr>
          <w:sz w:val="20"/>
        </w:rPr>
        <w:t>1:02:50  agar is mein nayapan hai to khud hadees mein hai ke laa tan khidhee ajaa'ibahu</w:t>
      </w:r>
      <w:r>
        <w:br/>
      </w:r>
      <w:r>
        <w:rPr>
          <w:sz w:val="20"/>
        </w:rPr>
        <w:t>1:02:55  quran ke ajaa'ib kabhi khatm nahin honge</w:t>
      </w:r>
      <w:r>
        <w:br/>
      </w:r>
      <w:r>
        <w:rPr>
          <w:sz w:val="20"/>
        </w:rPr>
        <w:t>1:02:59  naye naye pehlu daryaft honge naye naye yaqeen ka item daryaft hoga yeh to khud quran mein</w:t>
      </w:r>
      <w:r>
        <w:br/>
      </w:r>
      <w:r>
        <w:rPr>
          <w:sz w:val="20"/>
        </w:rPr>
        <w:t>1:03:05  hai woh hadees mein hai</w:t>
      </w:r>
      <w:r>
        <w:br/>
      </w:r>
      <w:r>
        <w:rPr>
          <w:sz w:val="20"/>
        </w:rPr>
        <w:t>1:03:09  to maine jo baat kahi hai woh hargiz hargiz koi nayi baat nahin hai wahi baat hai</w:t>
      </w:r>
      <w:r>
        <w:br/>
      </w:r>
      <w:r>
        <w:rPr>
          <w:sz w:val="20"/>
        </w:rPr>
        <w:t>1:03:13  jo khud quran se woh hadees se saabit hoti hai rasool Allah ke zamane mein aur sahaba ke</w:t>
      </w:r>
      <w:r>
        <w:br/>
      </w:r>
      <w:r>
        <w:rPr>
          <w:sz w:val="20"/>
        </w:rPr>
        <w:t>1:03:18  zamane mein yahi quran ka matlab tha aaj kal kya hai woh woh aap jaaniye main is ko</w:t>
      </w:r>
      <w:r>
        <w:br/>
      </w:r>
      <w:r>
        <w:rPr>
          <w:sz w:val="20"/>
        </w:rPr>
        <w:t>1:03:26  point of reference nahin padh sakta aaj kal jo ho raha hai is ko main woh mere tak</w:t>
      </w:r>
      <w:r>
        <w:br/>
      </w:r>
      <w:r>
        <w:rPr>
          <w:sz w:val="20"/>
        </w:rPr>
        <w:t>1:03:33  point of reference nahin hai mere tak point of reference hai rasool Allah ka zamana aur sahaba ka</w:t>
      </w:r>
      <w:r>
        <w:br/>
      </w:r>
      <w:r>
        <w:rPr>
          <w:sz w:val="20"/>
        </w:rPr>
        <w:t>1:03:38  zamana tabeen ka zamana</w:t>
      </w:r>
      <w:r>
        <w:br/>
      </w:r>
      <w:r>
        <w:rPr>
          <w:sz w:val="20"/>
        </w:rPr>
        <w:t>1:03:41  kyunke teen hi zamane ke bare mein hadees mein aaya hai teen zamana yaani sahaba tabeen taba tabeen</w:t>
      </w:r>
      <w:r>
        <w:br/>
      </w:r>
      <w:r>
        <w:rPr>
          <w:sz w:val="20"/>
        </w:rPr>
        <w:t>1:03:49  bas is mein jo aap koi baat nikaalein mere bare mein to nikaaliye baqi jo aap zamane hain</w:t>
      </w:r>
      <w:r>
        <w:br/>
      </w:r>
      <w:r>
        <w:rPr>
          <w:sz w:val="20"/>
        </w:rPr>
        <w:t>1:03:57  un ka aap refer karein to main is ko manta hi nahin main to manta hoon teen zamano</w:t>
      </w:r>
      <w:r>
        <w:br/>
      </w:r>
      <w:r>
        <w:rPr>
          <w:sz w:val="20"/>
        </w:rPr>
        <w:t>1:04:01  ko sahaba ko tabeen</w:t>
      </w:r>
      <w:r>
        <w:br/>
      </w:r>
      <w:r>
        <w:rPr>
          <w:sz w:val="20"/>
        </w:rPr>
        <w:t>1:04:03  ko taba tabeen ko khair-ul-qurun qirni thumma alladheena yaloonahum thumma alladheena yaloonahum teen is mein zikr hai</w:t>
      </w:r>
      <w:r>
        <w:br/>
      </w:r>
      <w:r>
        <w:rPr>
          <w:sz w:val="20"/>
        </w:rPr>
        <w:t>1:04:13  yeh hadith hai khair ul quroon quarni thum alazeen aloon hum thum alazeen aloon hum yaani sab se acha zamana mera</w:t>
      </w:r>
      <w:r>
        <w:br/>
      </w:r>
      <w:r>
        <w:rPr>
          <w:sz w:val="20"/>
        </w:rPr>
        <w:t>1:04:21  zamana hai rasool Allah ka zamana is ke baad ka zamana phir is ke baad ka zamana yaani</w:t>
      </w:r>
      <w:r>
        <w:br/>
      </w:r>
      <w:r>
        <w:rPr>
          <w:sz w:val="20"/>
        </w:rPr>
        <w:t>1:04:26  rasool ka zamana sahaba ka zamana tabeen ka zamana yeh bilkul hadith sabit hai is se aap mujhe</w:t>
      </w:r>
      <w:r>
        <w:br/>
      </w:r>
      <w:r>
        <w:rPr>
          <w:sz w:val="20"/>
        </w:rPr>
        <w:t>1:04:32  bataiye aur aur logon ke zamane mein jo baatein phaili hui hain woh mujhe mere liye woh point</w:t>
      </w:r>
      <w:r>
        <w:br/>
      </w:r>
      <w:r>
        <w:rPr>
          <w:sz w:val="20"/>
        </w:rPr>
        <w:t>1:04:39  af reference nahi hai</w:t>
      </w:r>
    </w:p>
    <w:p>
      <w:pPr>
        <w:pStyle w:val="Heading2"/>
      </w:pPr>
      <w:r>
        <w:t>How to make a fresh beginning in society?</w:t>
      </w:r>
    </w:p>
    <w:p>
      <w:r>
        <w:rPr>
          <w:color w:val="666666"/>
          <w:sz w:val="18"/>
        </w:rPr>
        <w:t>Society &amp; Dawah · Man and Angels April 27, 2014 · 2m 02s · at 59:47 · https://youtu.be/b3fk1cakPeo?t=3587</w:t>
      </w:r>
    </w:p>
    <w:p>
      <w:r>
        <w:rPr>
          <w:i/>
        </w:rPr>
        <w:t>“There is much of restlessness, lack of time and stress and high-end ambitions. Among all this we have corruption, lies, killings, robbery and so on. My question is: how can a fresh beginning be made? Does it need to be political or should it be started by a spiritual group which can spread its root among the public? What is your comment on this?”</w:t>
      </w:r>
    </w:p>
    <w:p>
      <w:r>
        <w:rPr>
          <w:sz w:val="20"/>
        </w:rPr>
        <w:t>59:47  Maulana, agla sawal Delhi se kiya hai. Ek Mr Indranil Banerjee hain. Unhone likha hai. Unhone likha hai ke: "There is much of restlessness, lack of time and stress and high-end ambitions.</w:t>
      </w:r>
      <w:r>
        <w:br/>
      </w:r>
      <w:r>
        <w:rPr>
          <w:sz w:val="20"/>
        </w:rPr>
        <w:t>1:00:05  Among all this we have corruption, lies, killings, robbery and so on. My question sir is that how can a fresh beginning be made</w:t>
      </w:r>
      <w:r>
        <w:br/>
      </w:r>
      <w:r>
        <w:rPr>
          <w:sz w:val="20"/>
        </w:rPr>
        <w:t>1:00:16  ? Does it need to be political or should it be started by the spiritual group which can spread its root among public? What is your comment on this?" Kya kya jis style ke questions?</w:t>
      </w:r>
      <w:r>
        <w:br/>
      </w:r>
      <w:r>
        <w:rPr>
          <w:sz w:val="20"/>
        </w:rPr>
        <w:t>1:00:30  ke jo Maulana itni zyada corruption hai aur stress hai society mein, to is ko kaise change kiya ja sakta hai? Kya political is se is ko change karein ge ya koi spiritual group is ko change karega?</w:t>
      </w:r>
      <w:r>
        <w:br/>
      </w:r>
      <w:r>
        <w:rPr>
          <w:sz w:val="20"/>
        </w:rPr>
        <w:t>1:00:43  Aap ka is mein kya comment hai? How can we change the society?</w:t>
      </w:r>
      <w:r>
        <w:br/>
      </w:r>
      <w:r>
        <w:rPr>
          <w:sz w:val="20"/>
        </w:rPr>
        <w:t>1:00:48  Dekhiye, yeh target hi galat hai. Ideal society kabhi bani nahi, na ban sakti hai. Har aadmi ko azadi hai, to kuch na kuch misuse karega apni freedom ka.</w:t>
      </w:r>
      <w:r>
        <w:br/>
      </w:r>
      <w:r>
        <w:rPr>
          <w:sz w:val="20"/>
        </w:rPr>
        <w:t>1:00:58  Yeh target jo hai, jo human rights activist ne nikaal rakha hai ke ideal justice ka target, yeh to bilkul achievable hi nahi hai.</w:t>
      </w:r>
      <w:r>
        <w:br/>
      </w:r>
      <w:r>
        <w:rPr>
          <w:sz w:val="20"/>
        </w:rPr>
        <w:t>1:01:11  achievable hi nahi hai. Aur doosri baat yeh hai ke aap is ko corruption jis ko kehte hain, woh challenge hai. Agar challenge duniya mein rahe to taraqqi bhi na ho. Yeh to human rights activist jo hai, woh inhi ne yeh sara mere khayal se the highlight kar rakha hai, the highlight.</w:t>
      </w:r>
      <w:r>
        <w:br/>
      </w:r>
      <w:r>
        <w:rPr>
          <w:sz w:val="20"/>
        </w:rPr>
        <w:t>1:01:32  Agar duniya mein yeh sab na ho to challenge khatam ho jayega. Challenge na ho to taraqqi bhi nahi hogi. To main is soch hi ko galat samajhta hoon. Is bare mein bahut likha hai hum ne.</w:t>
      </w:r>
      <w:r>
        <w:br/>
      </w:r>
      <w:r>
        <w:rPr>
          <w:sz w:val="20"/>
        </w:rPr>
        <w:t>1:01:42  Aap padh li jiye. Main is soch ko galat samajhta hoon.</w:t>
      </w:r>
    </w:p>
    <w:p>
      <w:pPr>
        <w:pStyle w:val="Heading2"/>
      </w:pPr>
      <w:r>
        <w:t>How to make people understand political power's purpose?</w:t>
      </w:r>
    </w:p>
    <w:p>
      <w:r>
        <w:rPr>
          <w:color w:val="666666"/>
          <w:sz w:val="18"/>
        </w:rPr>
        <w:t>Society &amp; Dawah · The Importance of the Quran May 15, 2016 Maulana Wahiduddin Khan · 5m 12s · at 56:23 · https://youtu.be/9a-OOUR_bLg?t=3383</w:t>
      </w:r>
    </w:p>
    <w:p>
      <w:r>
        <w:rPr>
          <w:i/>
        </w:rPr>
        <w:t>“Maulana, you said political power is for stability. How can people be made to understand this? Please give us your guidance.”</w:t>
      </w:r>
    </w:p>
    <w:p>
      <w:r>
        <w:rPr>
          <w:sz w:val="20"/>
        </w:rPr>
        <w:t>56:23  Maulana, agla sawal Dilli se kiya hai Miss Naghma Siddiqui ne aur unhone likha hai: "Maulana, you said political power is for stability.</w:t>
      </w:r>
      <w:r>
        <w:br/>
      </w:r>
      <w:r>
        <w:rPr>
          <w:sz w:val="20"/>
        </w:rPr>
        <w:t>56:35  How can people be made to understand this?</w:t>
      </w:r>
      <w:r>
        <w:br/>
      </w:r>
      <w:r>
        <w:rPr>
          <w:sz w:val="20"/>
        </w:rPr>
        <w:t>56:39  pliz giv as yor gaidans." dekhein, quran mein kahin bhi yeh nahi hai ke iqam daulat al-islam nafi shariat al-islamiyah kahin nahi hai.</w:t>
      </w:r>
      <w:r>
        <w:br/>
      </w:r>
      <w:r>
        <w:rPr>
          <w:sz w:val="20"/>
        </w:rPr>
        <w:t>56:54  yani ke is ke baad jo lafz hai, woh tamkeen ka lafz hai: "alladhina makkanna fi al-ard." to islam mein hukoomat ka purpose tamkeen hai, yani stebiliti.</w:t>
      </w:r>
      <w:r>
        <w:br/>
      </w:r>
      <w:r>
        <w:rPr>
          <w:sz w:val="20"/>
        </w:rPr>
        <w:t>57:09  naafiz nizam ka naafiz karna yeh hai hi nahi. kyun? asal jo kaam hai, woh dawat Allah ka kaam, islaahi akhlaq, social islaah, akhlaqi islaah aur literature zamane ke mutabiq literature tayyar karna.</w:t>
      </w:r>
      <w:r>
        <w:br/>
      </w:r>
      <w:r>
        <w:rPr>
          <w:sz w:val="20"/>
        </w:rPr>
        <w:t>57:29  jo asal kaam hai, is ke liye sirf stebiliti chahiye, hamein pis chahiye. baqi jo log bana rakha hai, us ko agar aap asal banayenge to raaj ho raha hoga.</w:t>
      </w:r>
      <w:r>
        <w:br/>
      </w:r>
      <w:r>
        <w:rPr>
          <w:sz w:val="20"/>
        </w:rPr>
        <w:t>57:40  is ki misaal misr hai ke misr mein unhone banaya yeh ke justice qaim karna. justice party banayi unhone to 60 saal se lad rahe hain, bas lad rahe hain, lad rahe hain, kuch bhi, kuch bhi nahi hua.</w:t>
      </w:r>
      <w:r>
        <w:br/>
      </w:r>
      <w:r>
        <w:rPr>
          <w:sz w:val="20"/>
        </w:rPr>
        <w:t>57:54  jabke misr mein dunya ki bohat zyada tadad aati thi, aati hai touriston ki.</w:t>
      </w:r>
      <w:r>
        <w:br/>
      </w:r>
      <w:r>
        <w:rPr>
          <w:sz w:val="20"/>
        </w:rPr>
        <w:t>58:03  yeh tourist jo hai, saare ke saare muaddal mad'u hain hamare liye. itna bara chance kho kho diya unhone 60 saal mein kyunke unko islam pahuncha nahi hai.</w:t>
      </w:r>
      <w:r>
        <w:br/>
      </w:r>
      <w:r>
        <w:rPr>
          <w:sz w:val="20"/>
        </w:rPr>
        <w:t>58:14  bhai, lar rahe hain jo hukumat aati hai, usay larte hain ke justice qaim karo.</w:t>
      </w:r>
      <w:r>
        <w:br/>
      </w:r>
      <w:r>
        <w:rPr>
          <w:sz w:val="20"/>
        </w:rPr>
        <w:t>58:23  is liye goal jo hai, wahi rahega jis se jo jo quran mein hai, yani taqeen, stability, is ki bane, is ko bane, is ki sharait sharah karti hui kaha ke stability se sare islam ke kaam anjam paate hain.</w:t>
      </w:r>
      <w:r>
        <w:br/>
      </w:r>
      <w:r>
        <w:rPr>
          <w:sz w:val="20"/>
        </w:rPr>
        <w:t>58:41  yeh taleem hai, dawat hai, jo islam ka asal kaam hai, yani spirit ka revival hai, woh sab ke liye stability chahiye.</w:t>
      </w:r>
      <w:r>
        <w:br/>
      </w:r>
      <w:r>
        <w:rPr>
          <w:sz w:val="20"/>
        </w:rPr>
        <w:t>58:55  stability se aati hai peace aur peace se sari opportunities khulti hain.</w:t>
      </w:r>
      <w:r>
        <w:br/>
      </w:r>
      <w:r>
        <w:rPr>
          <w:sz w:val="20"/>
        </w:rPr>
        <w:t>59:04  maulana, agla ek comment parhna chahenge jo miss farhana tahir sahibah ne bheja hai USA se aur unhon ne likha hai ke aap ne pichle lecture mein bilkul sahi kaha tha ke muslims agar tashaddud na karein to muslims bilkul azaad hain.</w:t>
      </w:r>
      <w:r>
        <w:br/>
      </w:r>
      <w:r>
        <w:rPr>
          <w:sz w:val="20"/>
        </w:rPr>
        <w:t>59:24  western log bohat achhe hain. nine eleven ke baad kuch waqeat hue musalman ke khilaaf lekin mostly jo log yahan par hain, woh achhe hain.</w:t>
      </w:r>
      <w:r>
        <w:br/>
      </w:r>
      <w:r>
        <w:rPr>
          <w:sz w:val="20"/>
        </w:rPr>
        <w:t>59:36  main hamesha apne husband se kehti hoon ke sab ko muskara kar greet karo. as we are ambassadors of islam, we should think positively and love them so that we can convey the message of islam to them.</w:t>
      </w:r>
      <w:r>
        <w:br/>
      </w:r>
      <w:r>
        <w:rPr>
          <w:sz w:val="20"/>
        </w:rPr>
        <w:t>59:55  maulana, ek aur comment aur sawal aaya hai miss salma ka pakistan se. un ka comment jo hai, pehle woh padhte hain.</w:t>
      </w:r>
      <w:r>
        <w:br/>
      </w:r>
      <w:r>
        <w:rPr>
          <w:sz w:val="20"/>
        </w:rPr>
        <w:t>1:00:04  unhon ne likha hai ke while distributing your tazkir, maulana sahib, i have discovered that giving full tazkir with commentary to students of deeni madrasa is more beneficial than just giving them only the translation.</w:t>
      </w:r>
      <w:r>
        <w:br/>
      </w:r>
      <w:r>
        <w:rPr>
          <w:sz w:val="20"/>
        </w:rPr>
        <w:t>1:00:22  my question is in one of your lectures while explaining the hadith of Ghazwa-e-Hind, you had mentioned about the good news of the Muslims of Hind which was mentioned in the hadith.</w:t>
      </w:r>
      <w:r>
        <w:br/>
      </w:r>
      <w:r>
        <w:rPr>
          <w:sz w:val="20"/>
        </w:rPr>
        <w:t>1:00:37  do the Muslims who reside in Pakistan are also included in it or not? what is your opinion in this?</w:t>
      </w:r>
      <w:r>
        <w:br/>
      </w:r>
      <w:r>
        <w:rPr>
          <w:sz w:val="20"/>
        </w:rPr>
        <w:t>1:00:47  kya baat hai? samjhaein ke maulana, woh jo Ghazwa-e-Hind ke hawale se jo hadith hai, hmm, ke mujhe wahan se thandi hawaein aati hain, to woh yeh janna chahti hai ke kya is Ghazwa-e-Hind ke is se tha?</w:t>
      </w:r>
      <w:r>
        <w:br/>
      </w:r>
      <w:r>
        <w:rPr>
          <w:sz w:val="20"/>
        </w:rPr>
        <w:t>1:01:02  to kya pakistan bhi is mein included hai? abhi aaye</w:t>
      </w:r>
      <w:r>
        <w:br/>
      </w:r>
      <w:r>
        <w:rPr>
          <w:sz w:val="20"/>
        </w:rPr>
        <w:t>1:01:11  pakistan, aap ne koi hind ka part samjha to hai? pakistan ne apne ko hind ka part samjha hai to zaroor hai. woh kya khayal hai aap ka?</w:t>
      </w:r>
      <w:r>
        <w:br/>
      </w:r>
      <w:r>
        <w:rPr>
          <w:sz w:val="20"/>
        </w:rPr>
        <w:t>1:01:21  ji, ji, maulana, is the same subcontinent. so in that context, ah, it can be construed as yes. haan, poora subcontinent mein to yahi samajhta hoon, poora subcontinent is ka is mein included hai.</w:t>
      </w:r>
    </w:p>
    <w:p>
      <w:pPr>
        <w:pStyle w:val="Heading2"/>
      </w:pPr>
      <w:r>
        <w:t>How to propagate We-They concept</w:t>
      </w:r>
    </w:p>
    <w:p>
      <w:r>
        <w:rPr>
          <w:color w:val="666666"/>
          <w:sz w:val="18"/>
        </w:rPr>
        <w:t>Society &amp; Dawah · Collective Repentance I Feb 24, 2013 Maulana Wahiduddin Khan · 1m 23s · at 1:08:18 · https://youtu.be/lkkolxAL38c?t=4098</w:t>
      </w:r>
    </w:p>
    <w:p>
      <w:r>
        <w:rPr>
          <w:i/>
        </w:rPr>
        <w:t>“The 'We-They' concept is the basis in Islam, but Muslims are propagating the 'We-They' concept. How can we as da'is propagate the 'We-They' concept?”</w:t>
      </w:r>
    </w:p>
    <w:p>
      <w:r>
        <w:rPr>
          <w:sz w:val="20"/>
        </w:rPr>
        <w:t>1:08:18  maulana, agla sawal delhi se hai miss naghma siddiqui ka. unhon ne likha hai: "the vv concept has the base in islam, but muslims are propagating vv concept.</w:t>
      </w:r>
      <w:r>
        <w:br/>
      </w:r>
      <w:r>
        <w:rPr>
          <w:sz w:val="20"/>
        </w:rPr>
        <w:t>1:08:32  how can we as da'ees propagate the vv concept?" is ke bare mein batayen. abhi samjhana hai, galat taur par musalmanon ne farz kar liya ke sahib hamare dushman hain.</w:t>
      </w:r>
      <w:r>
        <w:br/>
      </w:r>
      <w:r>
        <w:rPr>
          <w:sz w:val="20"/>
        </w:rPr>
        <w:t>1:08:43  galat taur par samajh rakha hai. to zahir hai ke un ki soch ko badalna padega.</w:t>
      </w:r>
      <w:r>
        <w:br/>
      </w:r>
      <w:r>
        <w:rPr>
          <w:sz w:val="20"/>
        </w:rPr>
        <w:t>1:08:57  beginning jo hai woh soch ko badalne se hoti hai, yani jis ko main kahunga re engineering of minds, no ke zehen ki nai tashkeel.</w:t>
      </w:r>
      <w:r>
        <w:br/>
      </w:r>
      <w:r>
        <w:rPr>
          <w:sz w:val="20"/>
        </w:rPr>
        <w:t>1:09:11  to yeh woh kaam hai jis par jannaton ke wade hain, jo jannat free mein to milenge nahi.</w:t>
      </w:r>
      <w:r>
        <w:br/>
      </w:r>
      <w:r>
        <w:rPr>
          <w:sz w:val="20"/>
        </w:rPr>
        <w:t>1:09:18  ek mushkil kaam hai, tabhi to jannat hai is ke liye. to is kaam ka aaghaz hoga re engineering of minds se, yani zehen ki tashkeel nau se.</w:t>
      </w:r>
      <w:r>
        <w:br/>
      </w:r>
      <w:r>
        <w:rPr>
          <w:sz w:val="20"/>
        </w:rPr>
        <w:t>1:09:31  jab zehn badlega to phir sab chezen aasan ho jayengi apne aap.</w:t>
      </w:r>
    </w:p>
    <w:p>
      <w:pPr>
        <w:pStyle w:val="Heading2"/>
      </w:pPr>
      <w:r>
        <w:t>How to reform Muslim negativity against West?</w:t>
      </w:r>
    </w:p>
    <w:p>
      <w:r>
        <w:rPr>
          <w:color w:val="666666"/>
          <w:sz w:val="18"/>
        </w:rPr>
        <w:t>Society &amp; Dawah · Islam and Violence October 12, 2014 · 1m 41s · at 1:09:18 · https://youtu.be/KmpXYZjPlj8?t=4158</w:t>
      </w:r>
    </w:p>
    <w:p>
      <w:r>
        <w:rPr>
          <w:i/>
        </w:rPr>
        <w:t>“Muslims' negativity against the West has gone beyond limit. Even their good acts are interpreted as acts of conspiracy. How can this situation be reformed? What is your advice?”</w:t>
      </w:r>
    </w:p>
    <w:p>
      <w:r>
        <w:rPr>
          <w:sz w:val="20"/>
        </w:rPr>
        <w:t>1:09:18  maulana, agla sawal doctor muslema siddiqui ka hai dilli se, aur unhon ne likha hai ke: "muslims negativity against the west has gone beyond limit.</w:t>
      </w:r>
      <w:r>
        <w:br/>
      </w:r>
      <w:r>
        <w:rPr>
          <w:sz w:val="20"/>
        </w:rPr>
        <w:t>1:09:31  even their good acts are interpreted as acts of conspiracy. how can this situation be reformed?</w:t>
      </w:r>
      <w:r>
        <w:br/>
      </w:r>
      <w:r>
        <w:rPr>
          <w:sz w:val="20"/>
        </w:rPr>
        <w:t>1:09:40  what is your advice?"</w:t>
      </w:r>
      <w:r>
        <w:br/>
      </w:r>
      <w:r>
        <w:rPr>
          <w:sz w:val="20"/>
        </w:rPr>
        <w:t>1:09:44  dekhiye, jab mein quran ko parhta hoon ke shaitan ne yeh kaha tha ke: "la la tanka al-dhariyata illa qalila", yani mein apne raste par sab ko daal dunga.</w:t>
      </w:r>
      <w:r>
        <w:br/>
      </w:r>
      <w:r>
        <w:rPr>
          <w:sz w:val="20"/>
        </w:rPr>
        <w:t>1:09:58  phir shaitan ka rasta kya tha? adam ko apna rival banana, apna dushman banana. jo sazish ki aur dushmani ki zuban bolta hai, woh bilashuba shaitan ki pairvi karta hai.</w:t>
      </w:r>
      <w:r>
        <w:br/>
      </w:r>
      <w:r>
        <w:rPr>
          <w:sz w:val="20"/>
        </w:rPr>
        <w:t>1:10:13  yeh yeh jo yeh yeh zuban shaitan ki zuban hai, yeh momin ki zuban hi nahi hai ke falan sazish kar raha hai, falan hamara dushman hai.</w:t>
      </w:r>
      <w:r>
        <w:br/>
      </w:r>
      <w:r>
        <w:rPr>
          <w:sz w:val="20"/>
        </w:rPr>
        <w:t>1:10:22  yeh shaitani language hai. mein is is language ko bilashuba satanic language samajhta hoon.</w:t>
      </w:r>
      <w:r>
        <w:br/>
      </w:r>
      <w:r>
        <w:rPr>
          <w:sz w:val="20"/>
        </w:rPr>
        <w:t>1:10:32  aap dawat dijiye har ek ko. rasool Allah sallallahu alaihi wasallam har ek ko dawat di.</w:t>
      </w:r>
      <w:r>
        <w:br/>
      </w:r>
      <w:r>
        <w:rPr>
          <w:sz w:val="20"/>
        </w:rPr>
        <w:t>1:10:39  yeh aap ko kis ne haq diya ke aap yeh declare karein ke falan sazish kar raha hai, falan dushman hai, falan ko hamein goli marna hai? yeh kis ne right diya aap ko?</w:t>
      </w:r>
      <w:r>
        <w:br/>
      </w:r>
      <w:r>
        <w:rPr>
          <w:sz w:val="20"/>
        </w:rPr>
        <w:t>1:10:50  is ke koi mere nazdeek yeh sab ke sab bilkul baseless baatein hain. is ka koi quran o hadith mein is ki koi jagah nahi hai.</w:t>
      </w:r>
      <w:r>
        <w:br/>
      </w:r>
      <w:r>
        <w:rPr>
          <w:sz w:val="20"/>
        </w:rPr>
        <w:t>1:11:00  maulana, agla sawal moradabad se farooq sahab ka hai, aur unhon ne likha hai ke: "recently the canada government announce the honorary citizenship for malala yousafzai.</w:t>
      </w:r>
    </w:p>
    <w:p>
      <w:pPr>
        <w:pStyle w:val="Heading2"/>
      </w:pPr>
      <w:r>
        <w:t>How to remove obstacles for non-Muslims?</w:t>
      </w:r>
    </w:p>
    <w:p>
      <w:r>
        <w:rPr>
          <w:color w:val="666666"/>
          <w:sz w:val="18"/>
        </w:rPr>
        <w:t>Society &amp; Dawah · Divine Plan | March 12, 2017 · 1m 30s · at 1:09:11 · https://youtu.be/dqB4muqGG4I?t=4151</w:t>
      </w:r>
    </w:p>
    <w:p>
      <w:r>
        <w:rPr>
          <w:i/>
        </w:rPr>
        <w:t>“Today a lot of non-believers and non-Muslims are viewing Islam the way Muslims are living and behaving. However, a majority of Muslims are not following Islam like they should. This is creating a huge hindrance and obstacle in non-Muslims reverting to Islam even when they have realized the truth. What can we do about this?”</w:t>
      </w:r>
    </w:p>
    <w:p>
      <w:r>
        <w:rPr>
          <w:sz w:val="20"/>
        </w:rPr>
        <w:t>1:09:11  ce ek samne hota hai toh is temporary audience ke khilaf aadmi bolta hai hmm lekin wahi toh hamara message sari duniya ke liye hai ji مولانا agla sawal lete hain jo syed ahmad ali ne bheja hai syed ahmad ali sahib ne bheja hai dilli se unhone likha hai molana today a lot of non-believers aur non-muslims are viewing islam the way muslims are living and behaving however a majority</w:t>
      </w:r>
      <w:r>
        <w:br/>
      </w:r>
      <w:r>
        <w:rPr>
          <w:sz w:val="20"/>
        </w:rPr>
        <w:t>1:09:41  of Muslims are not following Islam like they should this is creating a huge hindrance aur obstacle in</w:t>
      </w:r>
      <w:r>
        <w:br/>
      </w:r>
      <w:r>
        <w:rPr>
          <w:sz w:val="20"/>
        </w:rPr>
        <w:t>1:09:49  non-Muslims reverting to Islam even when they have realized the truth what can we do about this kya</w:t>
      </w:r>
      <w:r>
        <w:br/>
      </w:r>
      <w:r>
        <w:rPr>
          <w:sz w:val="20"/>
        </w:rPr>
        <w:t>1:09:56  mein samjha nahi kya kya unhon ne kaha hai Maulana wo yeh keh rahe hain ke jo non-Muslims</w:t>
      </w:r>
      <w:r>
        <w:br/>
      </w:r>
      <w:r>
        <w:rPr>
          <w:sz w:val="20"/>
        </w:rPr>
        <w:t>1:10:04  hain wo generally aaj jis tareeqe se Muslims behave karte hain us ko dekh ke apna Islam</w:t>
      </w:r>
      <w:r>
        <w:br/>
      </w:r>
      <w:r>
        <w:rPr>
          <w:sz w:val="20"/>
        </w:rPr>
        <w:t>1:10:12  ka opinion banate hain toh woh yeh keh rahe hain ke is ki wajah se yeh ek problem ho rahi hai ke jo logon ko sachai mil jati hai tab bhi woh islam ki taraf nahi aate nahi woh reverting ka jo lafz istemal kiya hai woh is se mujhe ittefaq nahi hai ji ji hamara maqsad yeh nahi hai ke un ko musalman banana hmm hargiz nahi hai hamara maqsad ji revert ka lafz jo istemal kiya hai mujhe ittefaq nahi hai is se ji yeh kahiye ke woh misadjusting kahiye hmm image islam ki kharab ho rahi hai ji toh misadjusting ko door karna revert karna kya hai h</w:t>
      </w:r>
      <w:r>
        <w:br/>
      </w:r>
      <w:r>
        <w:rPr>
          <w:sz w:val="20"/>
        </w:rPr>
        <w:t>1:10:42  mum yeh hamara mission nahi hai ji hamara mission nahi hai ji Maulana agla sawal mazhab dekhen mazhab</w:t>
      </w:r>
    </w:p>
    <w:p>
      <w:pPr>
        <w:pStyle w:val="Heading2"/>
      </w:pPr>
      <w:r>
        <w:t>How to soften Muslims' hearts towards criticism?</w:t>
      </w:r>
    </w:p>
    <w:p>
      <w:r>
        <w:rPr>
          <w:color w:val="666666"/>
          <w:sz w:val="18"/>
        </w:rPr>
        <w:t>Society &amp; Dawah · Realistic Approach 30 March, 2014 · 1m 06s · at 1:04:01 · https://youtu.be/HIFxmWWiEG4?t=3841</w:t>
      </w:r>
    </w:p>
    <w:p>
      <w:r>
        <w:rPr>
          <w:i/>
        </w:rPr>
        <w:t>“Muslims today get offended whenever we discuss anything with them. Please advise us as to what approach should be so that their hearts soften up towards our criticism.”</w:t>
      </w:r>
    </w:p>
    <w:p>
      <w:r>
        <w:rPr>
          <w:sz w:val="20"/>
        </w:rPr>
        <w:t>1:04:01  Maulana, agla sawal kiya hai Ajmer se Dr. Safina Tabassum ne. Unhon ne likha hai: "Maulana sahib, Muslims today get offended whenever we discuss anything with them.</w:t>
      </w:r>
      <w:r>
        <w:br/>
      </w:r>
      <w:r>
        <w:rPr>
          <w:sz w:val="20"/>
        </w:rPr>
        <w:t>1:04:14  Please advise us as to what our approach should be so that their hearts soften up towards our criticism." Dekhiye, yeh to tareekh hai ke aadmi ghussa ho jata hai.</w:t>
      </w:r>
      <w:r>
        <w:br/>
      </w:r>
      <w:r>
        <w:rPr>
          <w:sz w:val="20"/>
        </w:rPr>
        <w:t>1:04:28  Rasool Allah (SAW) ne Makkah mein jab dawat shuru ki to log ghussa ho gaye aur itna zyada mukhalif yeh hai ke Rasool Allah ko Makkah chhodna pada.</w:t>
      </w:r>
      <w:r>
        <w:br/>
      </w:r>
      <w:r>
        <w:rPr>
          <w:sz w:val="20"/>
        </w:rPr>
        <w:t>1:04:37  lekin phir waqt aaya ke saare log Islam ke fold pe aa gaye</w:t>
      </w:r>
      <w:r>
        <w:br/>
      </w:r>
      <w:r>
        <w:rPr>
          <w:sz w:val="20"/>
        </w:rPr>
        <w:t>1:04:43  to qom jari rakhiye, dua karte rahiye, hikmat ke sath aur sabr ke sath dawat ka kaam kijiye.</w:t>
      </w:r>
      <w:r>
        <w:br/>
      </w:r>
      <w:r>
        <w:rPr>
          <w:sz w:val="20"/>
        </w:rPr>
        <w:t>1:04:53  yahi tareeqa pehle bhi tha, yahi tareeqa aaj bhi hai. Koi doosra doosra tareeqa koi nahi hai, na pehle koi doosra tareeqa mumkin tha, na aaj mumkin hai.</w:t>
      </w:r>
    </w:p>
    <w:p>
      <w:pPr>
        <w:pStyle w:val="Heading2"/>
      </w:pPr>
      <w:r>
        <w:t>How to work for peace in Kashmir?</w:t>
      </w:r>
    </w:p>
    <w:p>
      <w:r>
        <w:rPr>
          <w:color w:val="666666"/>
          <w:sz w:val="18"/>
        </w:rPr>
        <w:t>Society &amp; Dawah · Good News from Kashmir May 14, 2017 · 1m 17s · at 47:11 · https://youtu.be/2XwuYi_nH28?t=2831</w:t>
      </w:r>
    </w:p>
    <w:p>
      <w:r>
        <w:rPr>
          <w:i/>
        </w:rPr>
        <w:t>“With Kashmir becoming positive, how should our team work towards peace?”</w:t>
      </w:r>
    </w:p>
    <w:p>
      <w:r>
        <w:rPr>
          <w:sz w:val="20"/>
        </w:rPr>
        <w:t>47:11  pehla sawal bheja hai dilli se doctor naghma siddiqui ne.</w:t>
      </w:r>
      <w:r>
        <w:br/>
      </w:r>
      <w:r>
        <w:rPr>
          <w:sz w:val="20"/>
        </w:rPr>
        <w:t>47:17  انہوں نے لکھا ہے: "With Kashmir becoming positive, how should our team work towards peace there?"</w:t>
      </w:r>
      <w:r>
        <w:br/>
      </w:r>
      <w:r>
        <w:rPr>
          <w:sz w:val="20"/>
        </w:rPr>
        <w:t>47:23  Bhai, hamare liye to ek God-given opportunity hai. Yeh hamein shuru karna chahiye aur shuru karte hue wahan par jo peace ka literature hai, us ko phailana chahiye. Literature ka yaani peaceful literature to bahut hai hamare haan. Phailana chahiye, Quran bhi phailana chahiye. Quran phailana chahiye aur un ko batana chahiye</w:t>
      </w:r>
      <w:r>
        <w:br/>
      </w:r>
      <w:r>
        <w:rPr>
          <w:sz w:val="20"/>
        </w:rPr>
        <w:t>47:53  ke Rasool Allah ne yeh ailaan kiya hai ke "إن الله يؤتي على الرفق مالا يؤتي على العنف" Yani peaceful activities par woh mile ga jo violent activities mein milne wala nahi hai. Peaceful activities par woh mile ga jo tum ko violent activities mein milne wala nahi hai. Yeh raaz un ko batana chahiye. Bas inshallah sab kuch theek ho jaye ga.</w:t>
      </w:r>
      <w:r>
        <w:br/>
      </w:r>
      <w:r>
        <w:rPr>
          <w:sz w:val="20"/>
        </w:rPr>
        <w:t>48:23  a.</w:t>
      </w:r>
    </w:p>
    <w:p>
      <w:pPr>
        <w:pStyle w:val="Heading2"/>
      </w:pPr>
      <w:r>
        <w:t>Human rights in Islam explained</w:t>
      </w:r>
    </w:p>
    <w:p>
      <w:r>
        <w:rPr>
          <w:color w:val="666666"/>
          <w:sz w:val="18"/>
        </w:rPr>
        <w:t>Society &amp; Dawah · Hadith Prediction November 3, 2013 · 2m 00s · at 45:58 · https://youtu.be/cb5Lzw9c8aE?t=2758</w:t>
      </w:r>
    </w:p>
    <w:p>
      <w:r>
        <w:rPr>
          <w:i/>
        </w:rPr>
        <w:t>“What are human rights in Islam? What would be the answer to this question? What is the importance of proving this? Please explain.”</w:t>
      </w:r>
    </w:p>
    <w:p>
      <w:r>
        <w:rPr>
          <w:sz w:val="20"/>
        </w:rPr>
        <w:t>45:58  maulana, yeh sawal kerala se aya hai, shabbir ahmed sahab ka. unhon ne likha hai: "maulana sahab, human rights islam mein kya hain?</w:t>
      </w:r>
      <w:r>
        <w:br/>
      </w:r>
      <w:r>
        <w:rPr>
          <w:sz w:val="20"/>
        </w:rPr>
        <w:t>46:09  is sawal ka kya jawab hoga? is ko sabit karne ki ahmiyat kya hai? is ke bare mein batayen." main to hadith bata diya aap ko</w:t>
      </w:r>
      <w:r>
        <w:br/>
      </w:r>
      <w:r>
        <w:rPr>
          <w:sz w:val="20"/>
        </w:rPr>
        <w:t>46:23  ke adu ilayhim haqqahum wa atoolu haqqakum</w:t>
      </w:r>
      <w:r>
        <w:br/>
      </w:r>
      <w:r>
        <w:rPr>
          <w:sz w:val="20"/>
        </w:rPr>
        <w:t>46:28  yani tumhare upar jo right aate hain society ke, us ko poora karo. Apna Allah se mango, Allah se mangne wali mehnat karo, apni mehnat par bharosa karo.</w:t>
      </w:r>
      <w:r>
        <w:br/>
      </w:r>
      <w:r>
        <w:rPr>
          <w:sz w:val="20"/>
        </w:rPr>
        <w:t>46:38  hard low, hard work, struggle, planning yeh karo. aap dekhen, rasool Allah sal Allah alaihi wasallam ne makkah mein kabhi apne huqooq maange?</w:t>
      </w:r>
      <w:r>
        <w:br/>
      </w:r>
      <w:r>
        <w:rPr>
          <w:sz w:val="20"/>
        </w:rPr>
        <w:t>46:47  yani aap ke huqooq itna zyada wahan talab kiye gaye thay ke kaaba mein namaz padhenge, ijazat nahi dete.</w:t>
      </w:r>
      <w:r>
        <w:br/>
      </w:r>
      <w:r>
        <w:rPr>
          <w:sz w:val="20"/>
        </w:rPr>
        <w:t>46:55  to kya aap ne mohim chalai ke yeh to hamara haq hai? aap ja rahe thay umrah karne ke liye, hudaybiya ke mauqe par roka, unhon ne nahi jaane diya, halanke haq tha aap ka.</w:t>
      </w:r>
      <w:r>
        <w:br/>
      </w:r>
      <w:r>
        <w:rPr>
          <w:sz w:val="20"/>
        </w:rPr>
        <w:t>47:06  to kya aap ne mohim chalai ke hamare haq nahi dete yeh log? huqooq talbi Islam mein hai hi nahi. Islam mein, yani Islam aap ko right constant nahi banata, balke duty constant banata hai.</w:t>
      </w:r>
      <w:r>
        <w:br/>
      </w:r>
      <w:r>
        <w:rPr>
          <w:sz w:val="20"/>
        </w:rPr>
        <w:t>47:24  Islam ka jo jo ideology hai, jo Islam ki taleemat hain, woh hai aadmi ko duty constant banana, right constant banana.</w:t>
      </w:r>
      <w:r>
        <w:br/>
      </w:r>
      <w:r>
        <w:rPr>
          <w:sz w:val="20"/>
        </w:rPr>
        <w:t>47:35  Islam ka tasawwur nahi hai. rasool Allah ke aap bata diya mujhe ke makkah mein aap ke huqooq sab ke sab yani chheen liye gaye thay.</w:t>
      </w:r>
      <w:r>
        <w:br/>
      </w:r>
      <w:r>
        <w:rPr>
          <w:sz w:val="20"/>
        </w:rPr>
        <w:t>47:45  kab aap ne huqooq talbi ki mohim chalai ke hamein yeh haq nahi de rahe ho, woh haq nahi de rahe ho? yeh to musalmanon ne ek bidat nikal rakhi hai,</w:t>
      </w:r>
      <w:r>
        <w:br/>
      </w:r>
      <w:r>
        <w:rPr>
          <w:sz w:val="20"/>
        </w:rPr>
        <w:t>47:53  is ka Islam se koi ta'alluq nahi.</w:t>
      </w:r>
    </w:p>
    <w:p>
      <w:pPr>
        <w:pStyle w:val="Heading2"/>
      </w:pPr>
      <w:r>
        <w:t>Hypocrisy in Muslim protests against blasphemy</w:t>
      </w:r>
    </w:p>
    <w:p>
      <w:r>
        <w:rPr>
          <w:color w:val="666666"/>
          <w:sz w:val="18"/>
        </w:rPr>
        <w:t>Society &amp; Dawah · Freedom of Expression in Islam 30 Sept 2012 - Maulana Wahiduddin Khan · 4m 05s · at 1:15:23 · https://youtu.be/WLlXSyxX8Q4?t=4523</w:t>
      </w:r>
    </w:p>
    <w:p>
      <w:r>
        <w:rPr>
          <w:i/>
        </w:rPr>
        <w:t>“Why is it that all the Muslims who are engaged in protest against blasphemy, but none of them have made any attempts to kill Salman Rushdie? Is it hypocrisy?”</w:t>
      </w:r>
    </w:p>
    <w:p>
      <w:r>
        <w:rPr>
          <w:sz w:val="20"/>
        </w:rPr>
        <w:t>1:15:23  maulana, agla sawal dilli se hai mr. ramesh siddiqui ka. unhone likha hai: "why is it that all the muslims who are engaged in protest against blasphemy, but none of them have made any attempts to kill Salman Rushdie?"</w:t>
      </w:r>
      <w:r>
        <w:br/>
      </w:r>
      <w:r>
        <w:rPr>
          <w:sz w:val="20"/>
        </w:rPr>
        <w:t>1:15:39  is it hypocrisy?" ji, bilashuba hypocrisy hai. meri mulaqat ek sahab se hui, un ka naam tha dr. abdul salam msc, ke woh ab un ka intiqal ho gaya.</w:t>
      </w:r>
      <w:r>
        <w:br/>
      </w:r>
      <w:r>
        <w:rPr>
          <w:sz w:val="20"/>
        </w:rPr>
        <w:t>1:15:52  to woh america ke ek university mein parhate the, us ka professor the. woh to un se mulaqat hui to unhone bataya ke hamari university mein jo muslim talaba hain,</w:t>
      </w:r>
      <w:r>
        <w:br/>
      </w:r>
      <w:r>
        <w:rPr>
          <w:sz w:val="20"/>
        </w:rPr>
        <w:t>1:16:05  unhone us zamane ki baat hai jab apni university ke baad bari dhoom machi hui thi, sab ki baat hai.</w:t>
      </w:r>
      <w:r>
        <w:br/>
      </w:r>
      <w:r>
        <w:rPr>
          <w:sz w:val="20"/>
        </w:rPr>
        <w:t>1:16:13  to wahan par ek seminar kiya gaya. to ek student aaya stage par, bohat dhoom se laga bolne ke "Rushdie ko qatl karo, Rushdie ko zinda rehne na do, woh ko qatl karna farz hai musalmanon par." to dr. abdul salam sahab stage par aaye, unhone bohat hi, bohat hi, woh bohat hi thande mizaj ke aadmi the.</w:t>
      </w:r>
      <w:r>
        <w:br/>
      </w:r>
      <w:r>
        <w:rPr>
          <w:sz w:val="20"/>
        </w:rPr>
        <w:t>1:16:39  unhone kaha ke "mere bhai, tum apne kehne mein sincere nahi ho. agar to apne kehne mein sincere hote to us waqt tum london mein hote." yeh sare musalmanon ka haal yeh hai ke nare laga rahe hain aur koi bhi sincere nahi,</w:t>
      </w:r>
      <w:r>
        <w:br/>
      </w:r>
      <w:r>
        <w:rPr>
          <w:sz w:val="20"/>
        </w:rPr>
        <w:t>1:16:58  koi bhi sincere nahi. to isi kalam hona hai, isi kalam hypocrisy hai, is mein to koi shakk hi nahi.</w:t>
      </w:r>
      <w:r>
        <w:br/>
      </w:r>
      <w:r>
        <w:rPr>
          <w:sz w:val="20"/>
        </w:rPr>
        <w:t>1:17:07  sab se bari hypocrisy yeh hai ke musalman jis west se nafrat karte hain, usi west ke culture ko apnaye hue hain. usi west mein apne apne beta beti ko bhi bhej kar khush hote hain ke "mera ladka USA mein settle ho gaya, meri beti yeh America mein settle ho gayi." isi ko follow karte hain aur usi ki nafrat bhi karte hain.</w:t>
      </w:r>
      <w:r>
        <w:br/>
      </w:r>
      <w:r>
        <w:rPr>
          <w:sz w:val="20"/>
        </w:rPr>
        <w:t>1:17:30  yeh to har taraf hypocrisy ka</w:t>
      </w:r>
      <w:r>
        <w:br/>
      </w:r>
      <w:r>
        <w:rPr>
          <w:sz w:val="20"/>
        </w:rPr>
        <w:t>1:17:32  daur daura hai. hatk ke liye mein ek martaba wahan tha birmingham mein, to wahan par chand log hum log baithe hue the.</w:t>
      </w:r>
      <w:r>
        <w:br/>
      </w:r>
      <w:r>
        <w:rPr>
          <w:sz w:val="20"/>
        </w:rPr>
        <w:t>1:17:43  to to musalman the, woh un mein ek pakistan ka journalist bhi tha, bohat us ko tajruba tha.</w:t>
      </w:r>
      <w:r>
        <w:br/>
      </w:r>
      <w:r>
        <w:rPr>
          <w:sz w:val="20"/>
        </w:rPr>
        <w:t>1:17:54  to kisi ne is mein kaha ke "is zamane ke musalman jo hain, so mein 99 hypocrite ho gaye hain." to journalist ne kaha ke "tum so mein 99 kehte ho,</w:t>
      </w:r>
      <w:r>
        <w:br/>
      </w:r>
      <w:r>
        <w:rPr>
          <w:sz w:val="20"/>
        </w:rPr>
        <w:t>1:18:07  yani so mein ek nahi, lakh mein ek koi hoga jo munafiq na hoga." aur kisi ne us ko, us ko kaata nahi, us ki baat ko. to</w:t>
      </w:r>
      <w:r>
        <w:br/>
      </w:r>
      <w:r>
        <w:rPr>
          <w:sz w:val="20"/>
        </w:rPr>
        <w:t>1:18:17  yeh sara munafiqat ka hangama hai, is ka islam se koi taluq nahi, koi hisab se taluq nahi. na koi, na kisi ne, yani na kisi ne islam ko parha hai, na kisi ne is ke liye duayein ki hain, na is ke liye koi dua work kiya hai.</w:t>
      </w:r>
      <w:r>
        <w:br/>
      </w:r>
      <w:r>
        <w:rPr>
          <w:sz w:val="20"/>
        </w:rPr>
        <w:t>1:18:37  koi jhanda le khada ho gaya isi stage par.</w:t>
      </w:r>
      <w:r>
        <w:br/>
      </w:r>
      <w:r>
        <w:rPr>
          <w:sz w:val="20"/>
        </w:rPr>
        <w:t>1:18:42  abhi mein dekh raha tha TV mein, sab coat patloon pehne hue, thath ke sath the. sab to woh coat patloon kahan se aaya? wohi west se to aaya hai.</w:t>
      </w:r>
      <w:r>
        <w:br/>
      </w:r>
      <w:r>
        <w:rPr>
          <w:sz w:val="20"/>
        </w:rPr>
        <w:t>1:18:50  kot patol kyon pehnte ho? woh kapra kyon pehnte ho jo un ke blo banta hai? behtareen kapre pehne hue, kot patol aur yaani shandar un ke jism.</w:t>
      </w:r>
      <w:r>
        <w:br/>
      </w:r>
      <w:r>
        <w:rPr>
          <w:sz w:val="20"/>
        </w:rPr>
        <w:t>1:19:05  woh sab, woh isi se, isi ke, isi par jeete hain saare log. apne bachchon ko isi culture mein paalte hain aur naare laga rahe hain.</w:t>
      </w:r>
      <w:r>
        <w:br/>
      </w:r>
      <w:r>
        <w:rPr>
          <w:sz w:val="20"/>
        </w:rPr>
        <w:t>1:19:16  yeh toh bilashuba hypocrisy hai, bilashuba munafiqat hai.</w:t>
      </w:r>
      <w:r>
        <w:br/>
      </w:r>
      <w:r>
        <w:rPr>
          <w:sz w:val="20"/>
        </w:rPr>
        <w:t>1:19:19  Allah taala ke haan is ka one percent bhi koi value nahi hai, kuch bhi value nahi hai.</w:t>
      </w:r>
    </w:p>
    <w:p>
      <w:pPr>
        <w:pStyle w:val="Heading2"/>
      </w:pPr>
      <w:r>
        <w:t>Ideal role of Muslim da'i in modern times</w:t>
      </w:r>
    </w:p>
    <w:p>
      <w:r>
        <w:rPr>
          <w:color w:val="666666"/>
          <w:sz w:val="18"/>
        </w:rPr>
        <w:t>Society &amp; Dawah · The Straight Path October 30, 2011 Maulana Wahiduddin Khan · 7m 15s · at 1:15:00 · https://youtu.be/PKFHe82Jz58?t=4500</w:t>
      </w:r>
    </w:p>
    <w:p>
      <w:r>
        <w:rPr>
          <w:i/>
        </w:rPr>
        <w:t>“What is the ideal role of a Muslim as a da'i (caller to Islam) in the modern context, when other ideologies are being more forcefully propagated?”</w:t>
      </w:r>
    </w:p>
    <w:p>
      <w:r>
        <w:rPr>
          <w:sz w:val="20"/>
        </w:rPr>
        <w:t>1:15:00  koi aawaaz aasman se aawaaz nahi aayegi. agla sawal Jammu o Kashmir se Abdul Qayyum Nadvi sahib ka hai.</w:t>
      </w:r>
      <w:r>
        <w:br/>
      </w:r>
      <w:r>
        <w:rPr>
          <w:sz w:val="20"/>
        </w:rPr>
        <w:t>1:15:08  unhone likha hai: "what is an ideal role of a muslim as a da'i in the modern context of things when other ideologies are being more forcefully propagated?" main to nahi maanta ke more forcefully woh propagate kar rahe hain.</w:t>
      </w:r>
      <w:r>
        <w:br/>
      </w:r>
      <w:r>
        <w:rPr>
          <w:sz w:val="20"/>
        </w:rPr>
        <w:t>1:15:25  jitna main padhta hoon, yaqeen kijiye ke without any exception hai ke confusion hota hai, kahin clarity nahi hoti.</w:t>
      </w:r>
      <w:r>
        <w:br/>
      </w:r>
      <w:r>
        <w:rPr>
          <w:sz w:val="20"/>
        </w:rPr>
        <w:t>1:15:33  agar aap ke nazdeek koi hai, kisi ke paas koi aisi kitaab jis mein clarity ho to mujhe bataayein us ka naam. kyunke dekhiye, jo sirat e mustaqeem hai, yeh jo Quran ka paigham hai, isi mein clarity hai, us ke bahar confusion hai.</w:t>
      </w:r>
      <w:r>
        <w:br/>
      </w:r>
      <w:r>
        <w:rPr>
          <w:sz w:val="20"/>
        </w:rPr>
        <w:t>1:15:50  wa ma ba'd al-haqq illadhalaal. haq ke ilawa jo hoga, us mein confusion hoga, contradiction hoga, inconsistency hogi.</w:t>
      </w:r>
      <w:r>
        <w:br/>
      </w:r>
      <w:r>
        <w:rPr>
          <w:sz w:val="20"/>
        </w:rPr>
        <w:t>1:16:00  yahi hai sab mein.</w:t>
      </w:r>
      <w:r>
        <w:br/>
      </w:r>
      <w:r>
        <w:rPr>
          <w:sz w:val="20"/>
        </w:rPr>
        <w:t>1:16:02  kyunke idhar is side pe log kuch kar nahi rahe hain. saare hamare ulama jo hain, one to all, without any exception, rawaiti baatein dohraate hain.</w:t>
      </w:r>
      <w:r>
        <w:br/>
      </w:r>
      <w:r>
        <w:rPr>
          <w:sz w:val="20"/>
        </w:rPr>
        <w:t>1:16:13  koi mujhe ek bhi aalim nahi maloom jo aaj ke mind ko padhe, us ke lihaaz se us ko address kare. to kya hoga? yeh hoga woh forceful nahi hai, woh forceful nahi hai, woh sirf ek maidan khali hai, woh daud rahe hain.</w:t>
      </w:r>
      <w:r>
        <w:br/>
      </w:r>
      <w:r>
        <w:rPr>
          <w:sz w:val="20"/>
        </w:rPr>
        <w:t>1:16:26  woh</w:t>
      </w:r>
      <w:r>
        <w:br/>
      </w:r>
      <w:r>
        <w:rPr>
          <w:sz w:val="20"/>
        </w:rPr>
        <w:t>1:16:28  yaani modern jo maidan paida hua hai, wahan wahan ulama hain hi nahi. ulama to masle masail bayan karte hain, fatwe dete hain. modern jo maidan hai, woh reason ka, modern reason, reason based Islam koi pesh hi nahi kar raha hai.</w:t>
      </w:r>
      <w:r>
        <w:br/>
      </w:r>
      <w:r>
        <w:rPr>
          <w:sz w:val="20"/>
        </w:rPr>
        <w:t>1:16:45  fatwe dete hain, rawaiti baatein karte hain, kahaniyan sunate hain, fazail ki kahaniyan sunate hain. to baat yeh nahi ke forceful tareeqe se woh pesh kar rahe hain.</w:t>
      </w:r>
      <w:r>
        <w:br/>
      </w:r>
      <w:r>
        <w:rPr>
          <w:sz w:val="20"/>
        </w:rPr>
        <w:t>1:16:56  woh ek un ko un ka maadi maidan khali hai. main to kitni saari kitaabein padhi hain logon ki, har kitaab mein confusion hai, kisi kitaab mein koi clarity nahi hoti.</w:t>
      </w:r>
      <w:r>
        <w:br/>
      </w:r>
      <w:r>
        <w:rPr>
          <w:sz w:val="20"/>
        </w:rPr>
        <w:t>1:17:07  kyunke wa ma ba'd al-haqq illadhalaal. to is liye yeh nahi samjhiye ke woh kuch kar rahe hain, yeh ke ek ulama nahi kar rahe, us ka masla hai.</w:t>
      </w:r>
      <w:r>
        <w:br/>
      </w:r>
      <w:r>
        <w:rPr>
          <w:sz w:val="20"/>
        </w:rPr>
        <w:t>1:17:19  aur jo koi kare, to us ko appreciate bhi nahi karte.</w:t>
      </w:r>
      <w:r>
        <w:br/>
      </w:r>
      <w:r>
        <w:rPr>
          <w:sz w:val="20"/>
        </w:rPr>
        <w:t>1:17:23  hamare ulama ka haal yeh hai, koi agar kare to appreciate bhi nahi karte us ko. na khud khard, na bakasrat jahad ka maamla un ka ho raha hai. to jo log ke jadeed yaani afkaar ke muballigh hain, woh khali maidan mein daud rahe hain, bas wahan par koi hai hi nahi un ko oppose karne wala, un ke saamne koi pesh karne wala baat ko.</w:t>
      </w:r>
      <w:r>
        <w:br/>
      </w:r>
      <w:r>
        <w:rPr>
          <w:sz w:val="20"/>
        </w:rPr>
        <w:t>1:17:48  main main main bas bas samajhta hoon ke saari jo jo is mein jo responsibility hai, woh ulama ki hai, na khud kiya, na karne walon ko appreciate kiya unhone.</w:t>
      </w:r>
      <w:r>
        <w:br/>
      </w:r>
      <w:r>
        <w:rPr>
          <w:sz w:val="20"/>
        </w:rPr>
        <w:t>1:18:00  yeh mein bilkul soch samajh ke yeh baat kar raha hoon ke agar koi kare to us ko appreciate hi karte hain aur khud karte nahin.</w:t>
      </w:r>
      <w:r>
        <w:br/>
      </w:r>
      <w:r>
        <w:rPr>
          <w:sz w:val="20"/>
        </w:rPr>
        <w:t>1:18:10  is par mein bohat si misalein de sakta hoon. agar koi janna chahe to inshallah.</w:t>
      </w:r>
      <w:r>
        <w:br/>
      </w:r>
      <w:r>
        <w:rPr>
          <w:sz w:val="20"/>
        </w:rPr>
        <w:t>1:18:17  maulana abid rahmani sahib ne jammu kashmir se likha hai: "do so saal ke daur mein ummat ne dawat ko chhod diya.</w:t>
      </w:r>
      <w:r>
        <w:br/>
      </w:r>
      <w:r>
        <w:rPr>
          <w:sz w:val="20"/>
        </w:rPr>
        <w:t>1:18:26  kya is daur mein dawat ka kaam poori tarah chhoota raha ya juzwi taur par?" dekhiye, mein jab jald bolta hoon, is ke maani kya hote hain?</w:t>
      </w:r>
      <w:r>
        <w:br/>
      </w:r>
      <w:r>
        <w:rPr>
          <w:sz w:val="20"/>
        </w:rPr>
        <w:t>1:18:38  ek hai deen ka apne aap, yaani deen apne aap jaari rahe aur is ka amal jaari rahe.</w:t>
      </w:r>
      <w:r>
        <w:br/>
      </w:r>
      <w:r>
        <w:rPr>
          <w:sz w:val="20"/>
        </w:rPr>
        <w:t>1:18:47  yeh yeh to hamesha hi rahega. hum aap is ko khatm karein to khatm nahin kar sakte. deen ka tasalsul hum khatm nahin kar sakte. allah ta'ala ki taraf se woh chalta rehta hai.</w:t>
      </w:r>
      <w:r>
        <w:br/>
      </w:r>
      <w:r>
        <w:rPr>
          <w:sz w:val="20"/>
        </w:rPr>
        <w:t>1:19:00  to poore is daur mein log islam qubool karte rahe, islam ka kaam hota raha apni apni taqat se.</w:t>
      </w:r>
      <w:r>
        <w:br/>
      </w:r>
      <w:r>
        <w:rPr>
          <w:sz w:val="20"/>
        </w:rPr>
        <w:t>1:19:08  lekin jo jin ki responsibility thi, unhone yeh kaam nahin kiya. woh to wohi teen afai daryaft kiya, unhone teen saanpon ke peeche daudte rahe.</w:t>
      </w:r>
      <w:r>
        <w:br/>
      </w:r>
      <w:r>
        <w:rPr>
          <w:sz w:val="20"/>
        </w:rPr>
        <w:t>1:19:19  to mein yeh sirf is sense mein bolta hoon ke duty jin ki thi, unhone to kuch kaam anjaam nahin diya, lekin islam deen haq tha, quran aakhri mehfooz kitaab thi, is liye khud apne zor par woh amal karti rahi.</w:t>
      </w:r>
      <w:r>
        <w:br/>
      </w:r>
      <w:r>
        <w:rPr>
          <w:sz w:val="20"/>
        </w:rPr>
        <w:t>1:19:33  is maani aap keh sakte hain ke juzwi taur par hua.</w:t>
      </w:r>
      <w:r>
        <w:br/>
      </w:r>
      <w:r>
        <w:rPr>
          <w:sz w:val="20"/>
        </w:rPr>
        <w:t>1:19:37  yeh lafz bohat zyada sahi shayad na ho, lekin phir bhi aap bol sakte hain aise. maulana sharukh hussain ne dilli se likha hai: "ek sahib ne kaha ke hum apne mad'u ko poora quran dene ke bajaye sirf wohi ayat padh kar sunayein jis ki us ko zaroorat hai.</w:t>
      </w:r>
      <w:r>
        <w:br/>
      </w:r>
      <w:r>
        <w:rPr>
          <w:sz w:val="20"/>
        </w:rPr>
        <w:t>1:19:57  jis tarah doctor apne mareez ko medicine book nahin deta, balkeh us ki bimari ke mutabiq particular medicine deta hai."</w:t>
      </w:r>
      <w:r>
        <w:br/>
      </w:r>
      <w:r>
        <w:rPr>
          <w:sz w:val="20"/>
        </w:rPr>
        <w:t>1:20:06  maulana sahib meharbani kar kar is ki wazahat farmayein. yeh misaal bilkul galat hai. aap medicine ki misaal ek se mein mind ka apply kar rahe hain is ko.</w:t>
      </w:r>
      <w:r>
        <w:br/>
      </w:r>
      <w:r>
        <w:rPr>
          <w:sz w:val="20"/>
        </w:rPr>
        <w:t>1:20:17  nahin, poora quran dijiye. insaan khud select karta hai, khud wahan pahunchta hai. jab to woh ghore karta hai. woh medicine ki misaal yahan apply nahin hoti hai.</w:t>
      </w:r>
      <w:r>
        <w:br/>
      </w:r>
      <w:r>
        <w:rPr>
          <w:sz w:val="20"/>
        </w:rPr>
        <w:t>1:20:30  albata quran ki soorat mein yeh kahoon ga ke daur jadeed ke lehaz se aap ko aur kitabein literature dena padega, jis ko mein kehta hoon ke madadgar literature.</w:t>
      </w:r>
      <w:r>
        <w:br/>
      </w:r>
      <w:r>
        <w:rPr>
          <w:sz w:val="20"/>
        </w:rPr>
        <w:t>1:20:41  yaani quran bhi dijiye aur madadgar literature bhi dijiye. woh mein is ke qael nahin hoon ke ke kuch hissa padh sunayein, kuch hissa chhapayein.</w:t>
      </w:r>
      <w:r>
        <w:br/>
      </w:r>
      <w:r>
        <w:rPr>
          <w:sz w:val="20"/>
        </w:rPr>
        <w:t>1:20:51  ek para chhap ke dein, do para chhap ke dein. yeh sab is ko mein unnatural samajhta hoon.</w:t>
      </w:r>
      <w:r>
        <w:br/>
      </w:r>
      <w:r>
        <w:rPr>
          <w:sz w:val="20"/>
        </w:rPr>
        <w:t>1:20:56  poora quran dijiye, lekin saath saath madadgar literature bhi aap ko dena padega taake aaj ke lehaz se us ke liye quran understandable ho jaye.</w:t>
      </w:r>
      <w:r>
        <w:br/>
      </w:r>
      <w:r>
        <w:rPr>
          <w:sz w:val="20"/>
        </w:rPr>
        <w:t>1:21:05  yeh jaise mein ne aap ko misaal di, abhi do auraton ki gawahi wali baat. to quran mein jo ayatein padhe ga, to us ko is tashreeh chahiye.</w:t>
      </w:r>
      <w:r>
        <w:br/>
      </w:r>
      <w:r>
        <w:rPr>
          <w:sz w:val="20"/>
        </w:rPr>
        <w:t>1:21:15  us ki tashreeh, us ki tashreeh ke liye aap aur koi literature dena padega.</w:t>
      </w:r>
      <w:r>
        <w:br/>
      </w:r>
      <w:r>
        <w:rPr>
          <w:sz w:val="20"/>
        </w:rPr>
        <w:t>1:21:20  in ayaton ko samajhne ke liye ek madadgar literature ya ek tashreehi literature chahiye. woh bhi aap dijiye saath saath, lekin poora quran dijiye.</w:t>
      </w:r>
      <w:r>
        <w:br/>
      </w:r>
      <w:r>
        <w:rPr>
          <w:sz w:val="20"/>
        </w:rPr>
        <w:t>1:21:32  is mein ek baat yeh bhi dekhiye, aap nahin jaan sakte kaun si ayat us ko strike kare gi. mein bohat se qisse jaanta hoon aise ke ajeeb o ghareeb tor par kis cheez kis ayat ne us ko strike kiya.</w:t>
      </w:r>
      <w:r>
        <w:br/>
      </w:r>
      <w:r>
        <w:rPr>
          <w:sz w:val="20"/>
        </w:rPr>
        <w:t>1:21:44  maslan woh yusuf alaihissalam wali baat bani gayi.</w:t>
      </w:r>
      <w:r>
        <w:br/>
      </w:r>
      <w:r>
        <w:rPr>
          <w:sz w:val="20"/>
        </w:rPr>
        <w:t>1:21:47  mein ne kabhi socha bhi nahin tha yeh baat ke khuda mujh se khud khitab kar raha hai. eyha insaan! isi ko yahi us ko strike kar gaya. us ko yahi us ko strike kar gaya.</w:t>
      </w:r>
      <w:r>
        <w:br/>
      </w:r>
      <w:r>
        <w:rPr>
          <w:sz w:val="20"/>
        </w:rPr>
        <w:t>1:21:59  to ab hum ko peshgi taur par nahin pata hai kaun si us ko strike kare gi. is liye poora quran dijiye, lekin saath saath madadgar literature bhi zaroor dijiye.</w:t>
      </w:r>
      <w:r>
        <w:br/>
      </w:r>
      <w:r>
        <w:rPr>
          <w:sz w:val="20"/>
        </w:rPr>
        <w:t>1:22:09  supportive jo mein kehta hoon, supportive literature.</w:t>
      </w:r>
    </w:p>
    <w:p>
      <w:pPr>
        <w:pStyle w:val="Heading2"/>
      </w:pPr>
      <w:r>
        <w:t>Ideology's Power in the Nuclear Age</w:t>
      </w:r>
    </w:p>
    <w:p>
      <w:r>
        <w:rPr>
          <w:color w:val="666666"/>
          <w:sz w:val="18"/>
        </w:rPr>
        <w:t>Society &amp; Dawah · Age of Peace November 18, 2012 · 4m 22s · at 1:24:08 · https://youtu.be/Y9nkQnBqbrs?t=5048</w:t>
      </w:r>
    </w:p>
    <w:p>
      <w:r>
        <w:rPr>
          <w:i/>
        </w:rPr>
        <w:t>“In the age of nuclear weapons, how can the power of ideology be greater? Since Israel and America have nuclear weapons, Muslims also want to compete. In such a situation, how can we prove the power of ideology?”</w:t>
      </w:r>
    </w:p>
    <w:p>
      <w:r>
        <w:rPr>
          <w:sz w:val="20"/>
        </w:rPr>
        <w:t>1:24:08  maulana, agla sawal bangalor se hai. maulana naseerullah sahib ka, unhon ne likha hai: "maulana sahib! nuclear hathiyar ke zamane mein ideology ka power kaise zyada ho sakta hai?</w:t>
      </w:r>
      <w:r>
        <w:br/>
      </w:r>
      <w:r>
        <w:rPr>
          <w:sz w:val="20"/>
        </w:rPr>
        <w:t>1:24:21  kyunke israel aur amrika ke pas nuclear weapons hain, tu musalman bhi muqable ke liye ana chahte hain. aisi halat mein ideology ke power, ideology ki power kaise sabit karen?" dekhiye, misal se dekhiye.</w:t>
      </w:r>
      <w:r>
        <w:br/>
      </w:r>
      <w:r>
        <w:rPr>
          <w:sz w:val="20"/>
        </w:rPr>
        <w:t>1:24:41  amrika ke pas atom bomb tha.</w:t>
      </w:r>
      <w:r>
        <w:br/>
      </w:r>
      <w:r>
        <w:rPr>
          <w:sz w:val="20"/>
        </w:rPr>
        <w:t>1:24:46  second world war mein us ne do atom bomb giraye japan par aur hiroshima, nagasaki ko tabah kar diya. tu us ke baad kia hua?</w:t>
      </w:r>
      <w:r>
        <w:br/>
      </w:r>
      <w:r>
        <w:rPr>
          <w:sz w:val="20"/>
        </w:rPr>
        <w:t>1:25:00  us ke baad kia hua? kia amrika jeet gaya? amrika har gaya? yani japan ne yeh kiya ke us ne war ko chhod kar peace ka tareeqa ikhtiyar kiya.</w:t>
      </w:r>
      <w:r>
        <w:br/>
      </w:r>
      <w:r>
        <w:rPr>
          <w:sz w:val="20"/>
        </w:rPr>
        <w:t>1:25:12  us ke baad education, industry, scientific training, yeh sab kiya us ne. aur 30 sal ke andar, 30 sal ke andar woh economic power ban gaya.</w:t>
      </w:r>
      <w:r>
        <w:br/>
      </w:r>
      <w:r>
        <w:rPr>
          <w:sz w:val="20"/>
        </w:rPr>
        <w:t>1:25:22  economic power. mein abhi amreeka gaya tha to raat ke waqt sarkon par mein chal raha tha, to wahan roshan advertisement hotay hain.</w:t>
      </w:r>
      <w:r>
        <w:br/>
      </w:r>
      <w:r>
        <w:rPr>
          <w:sz w:val="20"/>
        </w:rPr>
        <w:t>1:25:34  to mein sarkon par bhara hua tha, ab japan ke car waghera ke advertisement</w:t>
      </w:r>
      <w:r>
        <w:br/>
      </w:r>
      <w:r>
        <w:rPr>
          <w:sz w:val="20"/>
        </w:rPr>
        <w:t>1:25:41  amreeka ki sarkon par. amreeka ki sarkon par japan ki industry jo hai, woh yaani dominate kar rahi hai. to mujhe bataiye ke amreeka ne atom bomb gira kar ke japan ko jeeta hai ke woh khud hi haar gaya?</w:t>
      </w:r>
      <w:r>
        <w:br/>
      </w:r>
      <w:r>
        <w:rPr>
          <w:sz w:val="20"/>
        </w:rPr>
        <w:t>1:25:57  woh jeeta to japan ke woh economic superpower ban kar ubhra aaya.</w:t>
      </w:r>
      <w:r>
        <w:br/>
      </w:r>
      <w:r>
        <w:rPr>
          <w:sz w:val="20"/>
        </w:rPr>
        <w:t>1:26:06  to yeh bilkul jhooti tasweer hai ke atom</w:t>
      </w:r>
      <w:r>
        <w:br/>
      </w:r>
      <w:r>
        <w:rPr>
          <w:sz w:val="20"/>
        </w:rPr>
        <w:t>1:26:09  bomb banao. atom bomb bana kar ke kya karoge? dekhiye, jo log atom bomb banane ki baatein karte hain, woh bilkul yaani mere nazdeek bilkul hi mad hain.</w:t>
      </w:r>
      <w:r>
        <w:br/>
      </w:r>
      <w:r>
        <w:rPr>
          <w:sz w:val="20"/>
        </w:rPr>
        <w:t>1:26:18  mad kyun? atom bomb agar aap istemal karein to woh boom rang khel hota hai. boom rang yaani khud bhi tabah ho jao,</w:t>
      </w:r>
      <w:r>
        <w:br/>
      </w:r>
      <w:r>
        <w:rPr>
          <w:sz w:val="20"/>
        </w:rPr>
        <w:t>1:26:28  kyunke woh us ko kehte hain weapons of mass destruction ka sab se bara. woh jab atom bomb giraya jaye ga to charon taraf nuqsan pounchaye ga, woh sab ko pounchaye ga, sab ko tabah kare ga.</w:t>
      </w:r>
      <w:r>
        <w:br/>
      </w:r>
      <w:r>
        <w:rPr>
          <w:sz w:val="20"/>
        </w:rPr>
        <w:t>1:26:44  misalan farz kiye ke pakistan agar india par bomb giraye to pakistan bhi tabah ho jaye ga. yeh thori ke pakistan bacha rahe ga. to jo log yeh kehte hain atom bomb banao, woh mere kehte hain mad hain.</w:t>
      </w:r>
      <w:r>
        <w:br/>
      </w:r>
      <w:r>
        <w:rPr>
          <w:sz w:val="20"/>
        </w:rPr>
        <w:t>1:26:56  mad log hain, yeh aql se khali hain. yaani wisdom ka, yaani idea bhi un ka andar nahi hai.</w:t>
      </w:r>
      <w:r>
        <w:br/>
      </w:r>
      <w:r>
        <w:rPr>
          <w:sz w:val="20"/>
        </w:rPr>
        <w:t>1:27:03  balakhir kya karoge? atom bomb ko to istemal kiya amreeka ne, lekin kya amreeka jeet gaya? aaj amreeka jo hai, khud hara hua mulk ban gaya hai.</w:t>
      </w:r>
      <w:r>
        <w:br/>
      </w:r>
      <w:r>
        <w:rPr>
          <w:sz w:val="20"/>
        </w:rPr>
        <w:t>1:27:14  aap jante hain ke amreeka ka dollar itna kamzor ho gaya ke europe ne apni currency alag kar li. pehle europe mein bhi dollar chalta tha, europe mein bhi.</w:t>
      </w:r>
      <w:r>
        <w:br/>
      </w:r>
      <w:r>
        <w:rPr>
          <w:sz w:val="20"/>
        </w:rPr>
        <w:t>1:27:25  ab unhon ne euro alag kar liya, rozoon alag kar liya. yaani amreeka ki dollar ki jo supremacy thi, woh khatam ho gayi.</w:t>
      </w:r>
      <w:r>
        <w:br/>
      </w:r>
      <w:r>
        <w:rPr>
          <w:sz w:val="20"/>
        </w:rPr>
        <w:t>1:27:34  to kahan atom? atom bomb ne kya kiya? kya karname atom bomb ka hai? yeh sab jhoote, jhooti soch hai aur yeh be-aqli ki soch hai.</w:t>
      </w:r>
      <w:r>
        <w:br/>
      </w:r>
      <w:r>
        <w:rPr>
          <w:sz w:val="20"/>
        </w:rPr>
        <w:t>1:27:44  jinke paas wisdom nahi hai, wahi yeh sab banda sochte hain. cheezon ko dekhiye, mein aik usool batata hoon aap ko: you have to think, you have to think in terms of result.</w:t>
      </w:r>
      <w:r>
        <w:br/>
      </w:r>
      <w:r>
        <w:rPr>
          <w:sz w:val="20"/>
        </w:rPr>
        <w:t>1:27:58  yaani natije ko le kar sochiye, aik hypothetical sense mein mat so-</w:t>
      </w:r>
      <w:r>
        <w:br/>
      </w:r>
      <w:r>
        <w:rPr>
          <w:sz w:val="20"/>
        </w:rPr>
        <w:t>1:28:03  chiye. log hypothetical sense mein sochne lagte hain. result ko le kar sochiye to sab se zyada be-aqli ka kaam ban gaya atom bomb banana.</w:t>
      </w:r>
      <w:r>
        <w:br/>
      </w:r>
      <w:r>
        <w:rPr>
          <w:sz w:val="20"/>
        </w:rPr>
        <w:t>1:28:13  atom bomb banao, apni economy ko tabah karo, aakhir mein kuch bhi nahi hath aaye. ab jo taqat hai, woh education mein hai, daao work mein hai, peace mein hai.</w:t>
      </w:r>
      <w:r>
        <w:br/>
      </w:r>
      <w:r>
        <w:rPr>
          <w:sz w:val="20"/>
        </w:rPr>
        <w:t>1:28:24  yeh bilkul madness hai ke musalman agar sochein ke un ke paas atom bomb ho.</w:t>
      </w:r>
    </w:p>
    <w:p>
      <w:pPr>
        <w:pStyle w:val="Heading2"/>
      </w:pPr>
      <w:r>
        <w:t>Ignoring wisdom for fanaticism in speeches</w:t>
      </w:r>
    </w:p>
    <w:p>
      <w:r>
        <w:rPr>
          <w:color w:val="666666"/>
          <w:sz w:val="18"/>
        </w:rPr>
        <w:t>Society &amp; Dawah · Q&amp;A 04 DEC 2011 Maulana Wahiduddin Khan · 3m 36s · at 12:16 · https://youtu.be/KIMNmuUZoGo?t=736</w:t>
      </w:r>
    </w:p>
    <w:p>
      <w:r>
        <w:rPr>
          <w:i/>
        </w:rPr>
        <w:t>“Precious wisdom like the importance of peace and virtuous incidents like of Hudaybiyyah, Prophet Yusuf, and idols of Makkah are ignored in other speeches. They mostly use the language of fanaticism and dogmatism. Rather than quoting Quran and Hadith, they base their speech on stories and personalities. And their audience appreciates it.”</w:t>
      </w:r>
    </w:p>
    <w:p>
      <w:r>
        <w:rPr>
          <w:sz w:val="20"/>
        </w:rPr>
        <w:t>12:16  maulana, agla sawal aaya hai mister idrees ka raipur se. unhon ne likha hai ke: "Precious wisdom like importance of peace and virtuous incidents like of hudaybiyah, hazrat yusuf and idols of makkah are ignored in other taqreer.</w:t>
      </w:r>
      <w:r>
        <w:br/>
      </w:r>
      <w:r>
        <w:rPr>
          <w:sz w:val="20"/>
        </w:rPr>
        <w:t>12:37  They mostly use language of fanaticism and dogmatism.</w:t>
      </w:r>
      <w:r>
        <w:br/>
      </w:r>
      <w:r>
        <w:rPr>
          <w:sz w:val="20"/>
        </w:rPr>
        <w:t>12:42  Rather than quoting quran and hadith, they base their speech on stories and shakhsiyat. And their audience appreciate it.</w:t>
      </w:r>
      <w:r>
        <w:br/>
      </w:r>
      <w:r>
        <w:rPr>
          <w:sz w:val="20"/>
        </w:rPr>
        <w:t>12:53  Please advise under this situation what is the appropriate way to start a process of improvement.</w:t>
      </w:r>
      <w:r>
        <w:br/>
      </w:r>
      <w:r>
        <w:rPr>
          <w:sz w:val="20"/>
        </w:rPr>
        <w:t>13:01  Should one start by approaching speaker of audience?"</w:t>
      </w:r>
      <w:r>
        <w:br/>
      </w:r>
      <w:r>
        <w:rPr>
          <w:sz w:val="20"/>
        </w:rPr>
        <w:t>13:06  to dekhiye,</w:t>
      </w:r>
      <w:r>
        <w:br/>
      </w:r>
      <w:r>
        <w:rPr>
          <w:sz w:val="20"/>
        </w:rPr>
        <w:t>13:11  cheezein hamesha ambiguous hi rahen gi. is liye quran mein hai: "qul hasbuna alayhim wa yabsoon." yaani cheezon par element of doubt ka parda hamesha hi rahe ga.</w:t>
      </w:r>
      <w:r>
        <w:br/>
      </w:r>
      <w:r>
        <w:rPr>
          <w:sz w:val="20"/>
        </w:rPr>
        <w:t>13:24  kyunke is ke baghair test nahi ho sakta. agar aap chahein ke element of doubt na rahe to yeh possible nahi hai. that is part of creation plan.</w:t>
      </w:r>
      <w:r>
        <w:br/>
      </w:r>
      <w:r>
        <w:rPr>
          <w:sz w:val="20"/>
        </w:rPr>
        <w:t>13:35  to woh to rahe ga. chahe ulma ki taqreer ho ya kitabein hon ya media ho. har jagah element of doubt rahe ga. aap kabhi bhi yeh umeed na rakhein ke element of doubt jo hai woh khatam kar diya jaye ga.</w:t>
      </w:r>
      <w:r>
        <w:br/>
      </w:r>
      <w:r>
        <w:rPr>
          <w:sz w:val="20"/>
        </w:rPr>
        <w:t>13:49  ab aap apni aql ko istemal kijiye. apni power of analysis ko istemal kijiye. bas aur koi option nahi, doosra nahi hai. apni reason ko istemal kijiye.</w:t>
      </w:r>
      <w:r>
        <w:br/>
      </w:r>
      <w:r>
        <w:rPr>
          <w:sz w:val="20"/>
        </w:rPr>
        <w:t>14:03  maulana, raipur se hi miss shabana ka ek question aaya hai. unhone likha hai: "maulana sahib, it is often mentioned that prepared mind is needed to grasp the message.</w:t>
      </w:r>
      <w:r>
        <w:br/>
      </w:r>
      <w:r>
        <w:rPr>
          <w:sz w:val="20"/>
        </w:rPr>
        <w:t>14:16  please advise if die has any role in preparing mind. if yes, how it is done?"</w:t>
      </w:r>
      <w:r>
        <w:br/>
      </w:r>
      <w:r>
        <w:rPr>
          <w:sz w:val="20"/>
        </w:rPr>
        <w:t>14:25  dekhiye, apne mind ko prepare karne ke liye sab se jo zaroori condition hai woh hai apne aap ko distraction se bachana.</w:t>
      </w:r>
      <w:r>
        <w:br/>
      </w:r>
      <w:r>
        <w:rPr>
          <w:sz w:val="20"/>
        </w:rPr>
        <w:t>14:36  misal ke tor par maine dekha gharon mein ke auratein jo hain un ka soul concern kya rehta hai bachche, bachche, bachche.</w:t>
      </w:r>
      <w:r>
        <w:br/>
      </w:r>
      <w:r>
        <w:rPr>
          <w:sz w:val="20"/>
        </w:rPr>
        <w:t>14:45  ya kitchen, kitchen, kitchen. to woh har waqt distraction hi mein jeeti hain auratein. to un ka mind prepare kaise hoga? mardon ka haal yeh hai ke money, money, money.</w:t>
      </w:r>
      <w:r>
        <w:br/>
      </w:r>
      <w:r>
        <w:rPr>
          <w:sz w:val="20"/>
        </w:rPr>
        <w:t>14:55  har waqt money. to koi kisi ko mind distract kiye hue hai, kisi ko is ke bachche distract kiye hue hain, kisi ko is ke political</w:t>
      </w:r>
      <w:r>
        <w:br/>
      </w:r>
      <w:r>
        <w:rPr>
          <w:sz w:val="20"/>
        </w:rPr>
        <w:t>15:04  jo interest hai woh distract kiye hue hain. to woh to hoga phir ke aadmi prepared mind nahi ho banega. to agar aadmi chahta hai ke main prepared mind banu taake main cheezon ko grasp kar sakun,</w:t>
      </w:r>
      <w:r>
        <w:br/>
      </w:r>
      <w:r>
        <w:rPr>
          <w:sz w:val="20"/>
        </w:rPr>
        <w:t>15:19  yeh sab fawaid hasil kar sakun to phir apne ko distraction se bachana pare ga. yeh price to deni hi pare gi. agar aadmi chahe ke main distract bhi hota rahu aur mujhe</w:t>
      </w:r>
      <w:r>
        <w:br/>
      </w:r>
      <w:r>
        <w:rPr>
          <w:sz w:val="20"/>
        </w:rPr>
        <w:t>15:31  yaani mera mind tayyar bhi ho jaye to yeh to hi khalis to junoon. aisa hone wala nahi hai. har cheez ki ek price hoti hai.</w:t>
      </w:r>
      <w:r>
        <w:br/>
      </w:r>
      <w:r>
        <w:rPr>
          <w:sz w:val="20"/>
        </w:rPr>
        <w:t>15:43  woh zehan banane ki ek bhi ek price hai. woh hai</w:t>
      </w:r>
      <w:r>
        <w:br/>
      </w:r>
      <w:r>
        <w:rPr>
          <w:sz w:val="20"/>
        </w:rPr>
        <w:t>15:47  apne ko distraction se bachana.</w:t>
      </w:r>
    </w:p>
    <w:p>
      <w:pPr>
        <w:pStyle w:val="Heading2"/>
      </w:pPr>
      <w:r>
        <w:t>Importance of Al-Risala mission for scholars</w:t>
      </w:r>
    </w:p>
    <w:p>
      <w:r>
        <w:rPr>
          <w:color w:val="666666"/>
          <w:sz w:val="18"/>
        </w:rPr>
        <w:t>Society &amp; Dawah · The Straight Path October 30, 2011 Maulana Wahiduddin Khan · 9m 20s · at 1:22:15 · https://youtu.be/PKFHe82Jz58?t=4935</w:t>
      </w:r>
    </w:p>
    <w:p>
      <w:r>
        <w:rPr>
          <w:i/>
        </w:rPr>
        <w:t>“What is the importance of the Al-Risala mission for scholars and people with Arabic background? And how can scholars fully benefit from this mission?”</w:t>
      </w:r>
    </w:p>
    <w:p>
      <w:r>
        <w:rPr>
          <w:sz w:val="20"/>
        </w:rPr>
        <w:t>1:22:15  asrar ul hasan umri sahib ne tamil nadu se sawal kiya hai. unhon ne likha hai: "ulama aur arabic background wale logon ke liye al risala mission ki ahmiyat kya hai?</w:t>
      </w:r>
      <w:r>
        <w:br/>
      </w:r>
      <w:r>
        <w:rPr>
          <w:sz w:val="20"/>
        </w:rPr>
        <w:t>1:22:28  aur ulama kis tarah is mission ko poora faida utha sakte hain?" dekhiye, ulama jo hain zyada behtar taur par is position mein hain ke woh is mission ko samjhein.</w:t>
      </w:r>
      <w:r>
        <w:br/>
      </w:r>
      <w:r>
        <w:rPr>
          <w:sz w:val="20"/>
        </w:rPr>
        <w:t>1:22:41  kyunki is mission mein jo terminology istemal hoti hai, us ko samajhne ke liye background chahiye. woh background ulama ke paas hota hai.</w:t>
      </w:r>
      <w:r>
        <w:br/>
      </w:r>
      <w:r>
        <w:rPr>
          <w:sz w:val="20"/>
        </w:rPr>
        <w:t>1:22:52  agar ulama ke paas woh background nahi hota to doosre log sirf sirf juzwi taur par is ko pakad payenge. jaise maine abhi qissa bataya aap ko: "faida hai talqaf paya fukoon." ab jo log quran padhe hue hain, arabi jante hain, zyada achhi tarah is ko pakad payenge.</w:t>
      </w:r>
      <w:r>
        <w:br/>
      </w:r>
      <w:r>
        <w:rPr>
          <w:sz w:val="20"/>
        </w:rPr>
        <w:t>1:23:09  yaani un ke andar grass zyada hoga, aks zyada hoga.</w:t>
      </w:r>
      <w:r>
        <w:br/>
      </w:r>
      <w:r>
        <w:rPr>
          <w:sz w:val="20"/>
        </w:rPr>
        <w:t>1:23:14  to is mani mein ulama jo hain, woh hamare mukhatib awwal hain. kyunki un ke paas woh background hai jis se woh samajh sakte hain in baaton ko.</w:t>
      </w:r>
      <w:r>
        <w:br/>
      </w:r>
      <w:r>
        <w:rPr>
          <w:sz w:val="20"/>
        </w:rPr>
        <w:t>1:23:23  doosre log jo hain, woh itna zyada grass is ka nahi hoga un ka. kyunki un ka background background nahi hua.</w:t>
      </w:r>
      <w:r>
        <w:br/>
      </w:r>
      <w:r>
        <w:rPr>
          <w:sz w:val="20"/>
        </w:rPr>
        <w:t>1:23:35  qudratullah sahib ne dilli se sawal kiya</w:t>
      </w:r>
      <w:r>
        <w:br/>
      </w:r>
      <w:r>
        <w:rPr>
          <w:sz w:val="20"/>
        </w:rPr>
        <w:t>1:23:38  hai. unhon ne likha hai: "aap ke ilm ke mutabiq is waqt woh kaun sa firqa hai jo quran aur hadith se zyada qareeb hai?" achha, koi firqa kabhi nahi hota.</w:t>
      </w:r>
      <w:r>
        <w:br/>
      </w:r>
      <w:r>
        <w:rPr>
          <w:sz w:val="20"/>
        </w:rPr>
        <w:t>1:23:51  afraad hote hain. yaad rakhiye, hamesha afraad hote hain. firqa nahi hua karta koi. yeh soch hi bilkul baseless soch hai.</w:t>
      </w:r>
      <w:r>
        <w:br/>
      </w:r>
      <w:r>
        <w:rPr>
          <w:sz w:val="20"/>
        </w:rPr>
        <w:t>1:24:01  buniyad par firqa, buniyad par system, buniyad par hukumat, yeh soch hi bilkul baseless hai.</w:t>
      </w:r>
      <w:r>
        <w:br/>
      </w:r>
      <w:r>
        <w:rPr>
          <w:sz w:val="20"/>
        </w:rPr>
        <w:t>1:24:08  afraad ka aitbar sochiye bas.</w:t>
      </w:r>
      <w:r>
        <w:br/>
      </w:r>
      <w:r>
        <w:rPr>
          <w:sz w:val="20"/>
        </w:rPr>
        <w:t>1:24:14  aur aur doosri baat yeh hai ke aap ki zimmedari nahi hai. yeh allah ka mamla hai. aap ki zimmedari hai ke aap khud daryaft karein sachai ko aur us par chalne lagien.</w:t>
      </w:r>
      <w:r>
        <w:br/>
      </w:r>
      <w:r>
        <w:rPr>
          <w:sz w:val="20"/>
        </w:rPr>
        <w:t>1:24:25  kaun sa firqa zyada jo hadith mein aata hai ke ke meri ummat jo hai 73 firqon mein bat jayegi.</w:t>
      </w:r>
      <w:r>
        <w:br/>
      </w:r>
      <w:r>
        <w:rPr>
          <w:sz w:val="20"/>
        </w:rPr>
        <w:t>1:24:36  aur aap ne farmaya ke is mein se kul fi nar illa millatun wahida. to yeh aap ki zimmedari nahi hai. yeh allah ki zimmedari hai ke woh un mein jaane ke us ko kaun kahan hai.</w:t>
      </w:r>
      <w:r>
        <w:br/>
      </w:r>
      <w:r>
        <w:rPr>
          <w:sz w:val="20"/>
        </w:rPr>
        <w:t>1:24:48  aap ki zimmedari sirf yeh hai ke aap sachai ko daryaft karein aur khud apne ko is raaste par daal dein. bas.</w:t>
      </w:r>
      <w:r>
        <w:br/>
      </w:r>
      <w:r>
        <w:rPr>
          <w:sz w:val="20"/>
        </w:rPr>
        <w:t>1:24:57  maulana iqbal umri ne tamil nadu se likha hai: "maujooda daur mein quran ke sound art ka daway se kya role hai?"</w:t>
      </w:r>
      <w:r>
        <w:br/>
      </w:r>
      <w:r>
        <w:rPr>
          <w:sz w:val="20"/>
        </w:rPr>
        <w:t>1:25:11  dekhiye, mera matlab yeh nahi ke hum is ke qirat sunayen logon ko. yeh mera matlab harghiz nahi hai. yeh is ka zimni pehlu hai.</w:t>
      </w:r>
      <w:r>
        <w:br/>
      </w:r>
      <w:r>
        <w:rPr>
          <w:sz w:val="20"/>
        </w:rPr>
        <w:t>1:25:22  abhi bhi aise waqiyat hain aur bhi bohat se. maslan woh jo hai arbry, ek angrez tha, woh morocco gaya ek baar.</w:t>
      </w:r>
      <w:r>
        <w:br/>
      </w:r>
      <w:r>
        <w:rPr>
          <w:sz w:val="20"/>
        </w:rPr>
        <w:t>1:25:35  to ek hotel mein thehra. to hotel mein kisi aur doosre hotel mein ek arab thehra hua tha.</w:t>
      </w:r>
      <w:r>
        <w:br/>
      </w:r>
      <w:r>
        <w:rPr>
          <w:sz w:val="20"/>
        </w:rPr>
        <w:t>1:25:43  to us ne tape khola, koi kisi arab arab qari ki qirat. woh arab log bohat sunte hain, qirat hain.</w:t>
      </w:r>
      <w:r>
        <w:br/>
      </w:r>
      <w:r>
        <w:rPr>
          <w:sz w:val="20"/>
        </w:rPr>
        <w:t>1:25:56  to woh sun raha tha, khol kar ke. to arbry kaan mein awaz aayi. to us ki awaz us ko bohat hi, yaani bohat hi zyada pasand aayi us ko.</w:t>
      </w:r>
      <w:r>
        <w:br/>
      </w:r>
      <w:r>
        <w:rPr>
          <w:sz w:val="20"/>
        </w:rPr>
        <w:t>1:26:06  to us ne tehqeeq ki, aakhir kaun kaun si, kaisi awaz thi yeh. to maloom hua ke yeh to quran tha.</w:t>
      </w:r>
      <w:r>
        <w:br/>
      </w:r>
      <w:r>
        <w:rPr>
          <w:sz w:val="20"/>
        </w:rPr>
        <w:t>1:26:13  to arbry ne is ke baad arabi padhi, arabi padh ke quran padha. aur phir us ne quran ka tarjuma kiya. arbry ka tarjuma hai quran majeed ka english zaban mein mashhoor hai.</w:t>
      </w:r>
      <w:r>
        <w:br/>
      </w:r>
      <w:r>
        <w:rPr>
          <w:sz w:val="20"/>
        </w:rPr>
        <w:t>1:26:26  to is ka qissa yeh hai: pehle is ne qirat suni, phir arabi parhi, aur phir is ke baad is ne</w:t>
      </w:r>
      <w:r>
        <w:br/>
      </w:r>
      <w:r>
        <w:rPr>
          <w:sz w:val="20"/>
        </w:rPr>
        <w:t>1:26:37  quran ka tarjuma kiya.</w:t>
      </w:r>
      <w:r>
        <w:br/>
      </w:r>
      <w:r>
        <w:rPr>
          <w:sz w:val="20"/>
        </w:rPr>
        <w:t>1:26:38  aise hi woh hai mauj baqai bhi kaha lijie. woh french zaban thi us ki. phir is ne arabi parhi, arabi parh ke quran parha, aur phir is ne bohat zabardast kitab likhi.</w:t>
      </w:r>
      <w:r>
        <w:br/>
      </w:r>
      <w:r>
        <w:rPr>
          <w:sz w:val="20"/>
        </w:rPr>
        <w:t>1:26:50  to is mein shakk nahi ke quran mein sound art bohat zyada hai. lekin is ka matlab nahi ke isi ko le ke hum, yani le ke hum wohi, wohi, wohi koi sab se asal kaam wohi hai.</w:t>
      </w:r>
      <w:r>
        <w:br/>
      </w:r>
      <w:r>
        <w:rPr>
          <w:sz w:val="20"/>
        </w:rPr>
        <w:t>1:27:06  asal kaam quran ke mani hain. kyunke asal cheez yeh hai ke insan ke andar aap khuda ka darr paida karein, khuda ki mohabbat paida karein, jannat ka shoq paida karein, jahannum ka andesha karne lage aadmi aise insan paida karein.</w:t>
      </w:r>
      <w:r>
        <w:br/>
      </w:r>
      <w:r>
        <w:rPr>
          <w:sz w:val="20"/>
        </w:rPr>
        <w:t>1:27:22  yeh sab baatein matloob hain.</w:t>
      </w:r>
      <w:r>
        <w:br/>
      </w:r>
      <w:r>
        <w:rPr>
          <w:sz w:val="20"/>
        </w:rPr>
        <w:t>1:27:26  maulana abdul basit umri ne doha, qatar se likha hai:</w:t>
      </w:r>
      <w:r>
        <w:br/>
      </w:r>
      <w:r>
        <w:rPr>
          <w:sz w:val="20"/>
        </w:rPr>
        <w:t>1:27:31  "maulana, aksar log bar bar yeh kehte hain ke falah kitabein mat parho, falah ki tafsir ka mutaliya mat karo, warna tum gumrah ho jao ge.</w:t>
      </w:r>
      <w:r>
        <w:br/>
      </w:r>
      <w:r>
        <w:rPr>
          <w:sz w:val="20"/>
        </w:rPr>
        <w:t>1:27:41  sirf salaf ki kitabein hi mustand hain. maulana, mujhe yeh baat bohat ajeeb lagti hai. maulana, koi yeh nahi kehta ke allah zinda hai, kisi ki bhi kitabon ka mutaliya karne se mat daro.</w:t>
      </w:r>
      <w:r>
        <w:br/>
      </w:r>
      <w:r>
        <w:rPr>
          <w:sz w:val="20"/>
        </w:rPr>
        <w:t>1:27:55  allah ke hote hue tumhein kuch nahi hoga.</w:t>
      </w:r>
      <w:r>
        <w:br/>
      </w:r>
      <w:r>
        <w:rPr>
          <w:sz w:val="20"/>
        </w:rPr>
        <w:t>1:27:58  dua ke zariye tum har ghalti se bach sakte ho. aisa lagta hai ke khuda par aqida zinda aqida nahi. logon ko itminan dilane ki bajaye darrate rehte hain.</w:t>
      </w:r>
      <w:r>
        <w:br/>
      </w:r>
      <w:r>
        <w:rPr>
          <w:sz w:val="20"/>
        </w:rPr>
        <w:t>1:28:10  is ke bare mein kuch bataein. bilkul sahi kaha unhone. log jante hi nahi ke ke allah se bande ka contact hota hai. anaji rabbahu hadith mein aata hai.</w:t>
      </w:r>
      <w:r>
        <w:br/>
      </w:r>
      <w:r>
        <w:rPr>
          <w:sz w:val="20"/>
        </w:rPr>
        <w:t>1:28:22  anaji rabbahu bande aur khuda ke darmiyan sargoshi hoti hai. is ko log jante hi nahi.</w:t>
      </w:r>
      <w:r>
        <w:br/>
      </w:r>
      <w:r>
        <w:rPr>
          <w:sz w:val="20"/>
        </w:rPr>
        <w:t>1:28:29  to mein apna tajruba arz karta hoon. bohat pehle ki baat hai jab adam bada darta tha. to ek baar tha wahan ke shibli national college hai, wahan par.</w:t>
      </w:r>
      <w:r>
        <w:br/>
      </w:r>
      <w:r>
        <w:rPr>
          <w:sz w:val="20"/>
        </w:rPr>
        <w:t>1:28:40  wahan gaya mein. pehle mein libraryon mein jaya karta tha. to wahan par burton russell ka poora set aaya hua tha. jo mashhoor falsafi hai, british falsafi burton russell.</w:t>
      </w:r>
      <w:r>
        <w:br/>
      </w:r>
      <w:r>
        <w:rPr>
          <w:sz w:val="20"/>
        </w:rPr>
        <w:t>1:28:52  to is ka set aaya hua tha, kai kitabein</w:t>
      </w:r>
      <w:r>
        <w:br/>
      </w:r>
      <w:r>
        <w:rPr>
          <w:sz w:val="20"/>
        </w:rPr>
        <w:t>1:28:54  theen. to mein library se kaha ke yeh kitabein mujhe aap de sakte hain. to unhone kaha yeh to bas aa ke rakhi hui hain, koi parhta hi nahi is ko.</w:t>
      </w:r>
      <w:r>
        <w:br/>
      </w:r>
      <w:r>
        <w:rPr>
          <w:sz w:val="20"/>
        </w:rPr>
        <w:t>1:29:03  aaj tak kisi ne is ko liya nahi. aap zaroor le jaiye. to sari kitabein mein ek hi din use le kar aaya. aur is ko parhna shuru kiya.</w:t>
      </w:r>
      <w:r>
        <w:br/>
      </w:r>
      <w:r>
        <w:rPr>
          <w:sz w:val="20"/>
        </w:rPr>
        <w:t>1:29:14  jab mein ghar le aaya to meri biwi theen. to meri biwi ne kaha ke ab to aap zaroor gumrah ho jayenge.</w:t>
      </w:r>
      <w:r>
        <w:br/>
      </w:r>
      <w:r>
        <w:rPr>
          <w:sz w:val="20"/>
        </w:rPr>
        <w:t>1:29:21  kyunke mashhoor tha ke maine un se kaha bhi tha ke burton russell zamane sahib bada mulhid aadmi hai. to unhone kaha aap to zaroor gumrah ho jayenge.</w:t>
      </w:r>
      <w:r>
        <w:br/>
      </w:r>
      <w:r>
        <w:rPr>
          <w:sz w:val="20"/>
        </w:rPr>
        <w:t>1:29:32  mein aap se kehta hoon ke burton russell ki kitabon mein mujhe woh azeem nuqta tauheed ka jo kisi kitab mein nahi mila tha. sare ulama ki kitabon mein nahi mila tha.</w:t>
      </w:r>
      <w:r>
        <w:br/>
      </w:r>
      <w:r>
        <w:rPr>
          <w:sz w:val="20"/>
        </w:rPr>
        <w:t>1:29:42  bohat kitabein mein ne ulama ki parhi hain.</w:t>
      </w:r>
      <w:r>
        <w:br/>
      </w:r>
      <w:r>
        <w:rPr>
          <w:sz w:val="20"/>
        </w:rPr>
        <w:t>1:29:46  agar aap chahenge to is ki tafseel bayan kar sakta hoon mein kisi is mein ke ek kitni bari baat mili us ki kitab mein mujhe jo tauheed ke haq mein thi.</w:t>
      </w:r>
      <w:r>
        <w:br/>
      </w:r>
      <w:r>
        <w:rPr>
          <w:sz w:val="20"/>
        </w:rPr>
        <w:t>1:29:55  is ka matlab yeh nahi tha ke woh khud muwahid tha ya woh khud مبلغ tha, yeh matlab nahi hai. aap ke andar aql honi chahiye. mein woh kitabein parhin, dua kar ke.</w:t>
      </w:r>
      <w:r>
        <w:br/>
      </w:r>
      <w:r>
        <w:rPr>
          <w:sz w:val="20"/>
        </w:rPr>
        <w:t>1:30:06  mein tareeqa yeh tha ke mein do rak'at namaz parhta tha, dua karta tha, phir kitab parhta tha. to mein ne dua kar ke kitab parh</w:t>
      </w:r>
      <w:r>
        <w:br/>
      </w:r>
      <w:r>
        <w:rPr>
          <w:sz w:val="20"/>
        </w:rPr>
        <w:t>1:30:13  he. to yeh ilhad mein dakhil ho kar is mein mujhe tauheed mili. to aap ab khuda par, yani yeh to zaeef ul-itiqadi ki baat hai.</w:t>
      </w:r>
      <w:r>
        <w:br/>
      </w:r>
      <w:r>
        <w:rPr>
          <w:sz w:val="20"/>
        </w:rPr>
        <w:t>1:30:22  aap ko khuda par bharosa nahi ke khuda aap ki rehnumai karega. yani rozana hum namaz parhte hain, ihdina al-sirat al-mustaqim, lekin amal mein kuch bhi nahi.</w:t>
      </w:r>
      <w:r>
        <w:br/>
      </w:r>
      <w:r>
        <w:rPr>
          <w:sz w:val="20"/>
        </w:rPr>
        <w:t>1:30:33  Allah se dua kar ke kitab parhiye. jo log aisa kehte hain, woh yaqeen kijiye ke woh Allah par bad-gumani kar rahe hain.</w:t>
      </w:r>
      <w:r>
        <w:br/>
      </w:r>
      <w:r>
        <w:rPr>
          <w:sz w:val="20"/>
        </w:rPr>
        <w:t>1:30:43  Allah ka underestimate kar rahe hain. Allah ka naoozubillah, naoozubillah, izzat bayan kar rahe hain. aise logon ko main bohat zyada, yani be-khabar samajhta hoon.</w:t>
      </w:r>
      <w:r>
        <w:br/>
      </w:r>
      <w:r>
        <w:rPr>
          <w:sz w:val="20"/>
        </w:rPr>
        <w:t>1:30:54  bilkul be-khabar. insaan ke andar jo zehn, dimagh, Allah ne is se hi be-khabar hain. woh Allah ki taqat se be-khabar hain. aise log jo log aisi baatein kehte hain, un ko na pata hai ke insaan ka to kitna potential hai, us ke dimagh ka itni salah</w:t>
      </w:r>
      <w:r>
        <w:br/>
      </w:r>
      <w:r>
        <w:rPr>
          <w:sz w:val="20"/>
        </w:rPr>
        <w:t>1:31:09  yat hai. nahi yeh pata hai ke Allah kehta tha, insaan ki rehnumai karta hai. kisi ko pata nahi. aur yeh wajah hai ke aaj ke zamane mein jo ek sahib ne kaha na ke forceful tareeqe se woh log aa rahe hain, is liye aa rahe hain ke jo jinho ne pesh karna tha Islam ko,</w:t>
      </w:r>
      <w:r>
        <w:br/>
      </w:r>
      <w:r>
        <w:rPr>
          <w:sz w:val="20"/>
        </w:rPr>
        <w:t>1:31:27  woh woh isi qism ki be-khabari mein mubtala hain. yani ke be-khabari, ek case be-khabari.</w:t>
      </w:r>
    </w:p>
    <w:p>
      <w:pPr>
        <w:pStyle w:val="Heading2"/>
      </w:pPr>
      <w:r>
        <w:t>Importance of Peace and Non-violence in Islam</w:t>
      </w:r>
    </w:p>
    <w:p>
      <w:r>
        <w:rPr>
          <w:color w:val="666666"/>
          <w:sz w:val="18"/>
        </w:rPr>
        <w:t>Society &amp; Dawah · Culture of Peace and Non Voilence in Islam January 14, 2023 · 34m 28s · at 0:41 · https://youtu.be/INrBUtThaRw?t=41</w:t>
      </w:r>
    </w:p>
    <w:p>
      <w:r>
        <w:rPr>
          <w:i/>
        </w:rPr>
        <w:t>“What is the importance of peace and non-violence in Islam? Please tell us about it.”</w:t>
      </w:r>
    </w:p>
    <w:p>
      <w:r>
        <w:rPr>
          <w:sz w:val="20"/>
        </w:rPr>
        <w:t>0:41  to sab se pehla sawal to mera yahi hai ke what is the importance of peace and non violence in Islam? ah, is ke bare mein aap hamein bataein. ji, sahi farmaya aap ne.</w:t>
      </w:r>
      <w:r>
        <w:br/>
      </w:r>
      <w:r>
        <w:rPr>
          <w:sz w:val="20"/>
        </w:rPr>
        <w:t>0:51  aaj kal jitni zyada zarurat hai peace building ki, utna pehle shayad nahi thi.</w:t>
      </w:r>
      <w:r>
        <w:br/>
      </w:r>
      <w:r>
        <w:rPr>
          <w:sz w:val="20"/>
        </w:rPr>
        <w:t>0:58  kyun ke pehle log mehdood darye mein raha karte thay. ab bohat zyada communication ki wajah se bohat zyada milna julna hai.</w:t>
      </w:r>
      <w:r>
        <w:br/>
      </w:r>
      <w:r>
        <w:rPr>
          <w:sz w:val="20"/>
        </w:rPr>
        <w:t>1:08  to is baat ko bohat ache tareeqe se samajhna chahiye ke islam mein aman ki bohat itni zyada ahmiyat hai ke islam ka lafz hi mein aman ka mafhoom shamil hai.</w:t>
      </w:r>
      <w:r>
        <w:br/>
      </w:r>
      <w:r>
        <w:rPr>
          <w:sz w:val="20"/>
        </w:rPr>
        <w:t>1:21  islam ka root word jo hai woh salam hai. salam ke maani hi hain peace and security.</w:t>
      </w:r>
      <w:r>
        <w:br/>
      </w:r>
      <w:r>
        <w:rPr>
          <w:sz w:val="20"/>
        </w:rPr>
        <w:t>1:28  to aap is se samajh sakte hain ke islam kitna zyada, ah, aman par zor deta hai. to aik hadith hai jo ke bukhari mein aayi hai ke islam ke maani salamti ke hain.</w:t>
      </w:r>
      <w:r>
        <w:br/>
      </w:r>
      <w:r>
        <w:rPr>
          <w:sz w:val="20"/>
        </w:rPr>
        <w:t>1:43  to is se maloom hota hai ke salamti jo hai woh islam ka juz hai, islam ka part and parcel hai. ab, ah, allah taala ka naam yani attributes jo ke 99 attributes bataye jatay hain</w:t>
      </w:r>
      <w:r>
        <w:br/>
      </w:r>
      <w:r>
        <w:rPr>
          <w:sz w:val="20"/>
        </w:rPr>
        <w:t>1:57  , waise to be hisab attributes hain, un ki koi unlimited attributes hain, lekin 99 jo hamein bataye gaye hain is mein se aik hai assalam.</w:t>
      </w:r>
      <w:r>
        <w:br/>
      </w:r>
      <w:r>
        <w:rPr>
          <w:sz w:val="20"/>
        </w:rPr>
        <w:t>2:08  yeh surah al hashr mein aaya hai, ah, ayat 23. to</w:t>
      </w:r>
      <w:r>
        <w:br/>
      </w:r>
      <w:r>
        <w:rPr>
          <w:sz w:val="20"/>
        </w:rPr>
        <w:t>2:14  is se bhi pata chalta hai quran se, hadith se, prophet ki example se ke islam poora ka poora aman culture hai, aman culture hi mein woh believe karta hai.</w:t>
      </w:r>
      <w:r>
        <w:br/>
      </w:r>
      <w:r>
        <w:rPr>
          <w:sz w:val="20"/>
        </w:rPr>
        <w:t>2:26  aur jo non violent culture hai woh to satanic culture hai.</w:t>
      </w:r>
      <w:r>
        <w:br/>
      </w:r>
      <w:r>
        <w:rPr>
          <w:sz w:val="20"/>
        </w:rPr>
        <w:t>2:31  to is wajah se hamein bohat zyada is baat par sochna chahiye, ghor o fikr karna chahiye ke kis tareeqe se hum society mein, hum, ah, peace ko qaim karein aur logon ko batayein ke is ki kitni zyada ahmiyat hai.</w:t>
      </w:r>
      <w:r>
        <w:br/>
      </w:r>
      <w:r>
        <w:rPr>
          <w:sz w:val="20"/>
        </w:rPr>
        <w:t>2:48  kyun ke dekhiye, har har kaam jo hai woh jab tak peaceful atmosphere na ho, koi kaam nahi ho sakta. to jangain aaj kal bhi bohat jagah jagah jang</w:t>
      </w:r>
      <w:r>
        <w:br/>
      </w:r>
      <w:r>
        <w:rPr>
          <w:sz w:val="20"/>
        </w:rPr>
        <w:t>2:59  ho rahi hain. aap samajh sakte hain ke koi bhi constructive activities, positive activities, aur islam ka jo sab se bara jo kaam hai woh marifat hasil karna allah taala ki, to woh, ah, war ke mahol mein kuch ho hi nahi sakta.</w:t>
      </w:r>
      <w:r>
        <w:br/>
      </w:r>
      <w:r>
        <w:rPr>
          <w:sz w:val="20"/>
        </w:rPr>
        <w:t>3:15  to is wajah se war jo hai bilkul hi counter productive hai. hamara jo goal hai, hamara jo maqsad hai islam ka,</w:t>
      </w:r>
      <w:r>
        <w:br/>
      </w:r>
      <w:r>
        <w:rPr>
          <w:sz w:val="20"/>
        </w:rPr>
        <w:t>3:24  to hamein, ah, is baat ko logon ko ache tareeqe se samjhana hai, batana hai ke aman ke liye woh zyada se zyada kaam karein, aman individuals mein, aman society mein.</w:t>
      </w:r>
      <w:r>
        <w:br/>
      </w:r>
      <w:r>
        <w:rPr>
          <w:sz w:val="20"/>
        </w:rPr>
        <w:t>3:36  kyun ke aman aik aisi cheez hai jis ko Maulana ne kaha hai ke master stroke ki tarah kaam karta hai ke aman aa gaya to aap har ache kaam society mein kar sakte hain,</w:t>
      </w:r>
      <w:r>
        <w:br/>
      </w:r>
      <w:r>
        <w:rPr>
          <w:sz w:val="20"/>
        </w:rPr>
        <w:t>3:49  apne liye bhi aur society ke liye bhi. dunya ki bhi is mein falah hai aur akhirat ki bhi falah hai. to hadith mein aaya hai ke "god grants to gentleness what he does not grant to violence".</w:t>
      </w:r>
      <w:r>
        <w:br/>
      </w:r>
      <w:r>
        <w:rPr>
          <w:sz w:val="20"/>
        </w:rPr>
        <w:t>4:02  aur aap dekh sakte hain ke rasool ALLAH صلی اللہ علیہ وسلم ki poori zindagi aman hi par woh hai, matlab sari activities aman based hain rasool ALLAH صلی اللہ علیہ وسلم ki.</w:t>
      </w:r>
      <w:r>
        <w:br/>
      </w:r>
      <w:r>
        <w:rPr>
          <w:sz w:val="20"/>
        </w:rPr>
        <w:t>4:16  to rasool ALLAH صلی اللہ علیہ وسلم ne farmaya: "spread the greeting of peace and you will be safe". ab dekhiye kitni bari baat hai ke tum peace qaim karo society mein, aur isi mein tumhari safety aur security isi mein shamil hai.</w:t>
      </w:r>
      <w:r>
        <w:br/>
      </w:r>
      <w:r>
        <w:rPr>
          <w:sz w:val="20"/>
        </w:rPr>
        <w:t>4:33  ji, bohat achhe se apa aap ne wazeh kiya ke war is counter productive and importance of peace jo aap ne batai apa, ah, woh bohat ziyada aham hai.</w:t>
      </w:r>
      <w:r>
        <w:br/>
      </w:r>
      <w:r>
        <w:rPr>
          <w:sz w:val="20"/>
        </w:rPr>
        <w:t>4:42  ah</w:t>
      </w:r>
      <w:r>
        <w:br/>
      </w:r>
      <w:r>
        <w:rPr>
          <w:sz w:val="20"/>
        </w:rPr>
        <w:t>4:43  Maulana wahiduddin khan sahib ne apni book "age of peace" mein bohat achha ek acknowledge di hai ke "peace is like soil". ah, ab jaise, ah, without soil plantation and trees can not come into this world, and we can not take vegetables or fruits directly from the soil.</w:t>
      </w:r>
      <w:r>
        <w:br/>
      </w:r>
      <w:r>
        <w:rPr>
          <w:sz w:val="20"/>
        </w:rPr>
        <w:t>5:01  to soil woh properties provide karta hai taake plants aur trees jo hain grow kar saken, and we can then, ah, you know, take fruits and vegi</w:t>
      </w:r>
      <w:r>
        <w:br/>
      </w:r>
      <w:r>
        <w:rPr>
          <w:sz w:val="20"/>
        </w:rPr>
        <w:t>5:10  tables. so he has written that peace is like soil, just because, just, just like without soil there can be no trees, so without peace there can be no social development.</w:t>
      </w:r>
      <w:r>
        <w:br/>
      </w:r>
      <w:r>
        <w:rPr>
          <w:sz w:val="20"/>
        </w:rPr>
        <w:t>5:23  to peace ki itni ziyada ahmiyat hai for everybody, for all of us to progress and flourish in this world, and to actually actualize potential.</w:t>
      </w:r>
      <w:r>
        <w:br/>
      </w:r>
      <w:r>
        <w:rPr>
          <w:sz w:val="20"/>
        </w:rPr>
        <w:t>5:33  apa, lekin ek sawal yahan pe yeh bhi aata hai ke aksar islam ki baat hoti hai to peace se pehle jihad word aa jata hai. to main chahunga ke thoda jihad ko bhi aap achhe se wazeh karen.</w:t>
      </w:r>
      <w:r>
        <w:br/>
      </w:r>
      <w:r>
        <w:rPr>
          <w:sz w:val="20"/>
        </w:rPr>
        <w:t>5:47  asal mein jihad ke maani qital nahin hain. jihad aur qital synonymous words nahin hain. jang jo hai ke liye qital ka word bola jata hai.</w:t>
      </w:r>
      <w:r>
        <w:br/>
      </w:r>
      <w:r>
        <w:rPr>
          <w:sz w:val="20"/>
        </w:rPr>
        <w:t>5:59  jihad ke liye hai ke jihad ke maani hain strive, struggle, khoob ziyada mehnat karna. to khoob ziyada mehnat karna ALLAH ki rah mein.</w:t>
      </w:r>
      <w:r>
        <w:br/>
      </w:r>
      <w:r>
        <w:rPr>
          <w:sz w:val="20"/>
        </w:rPr>
        <w:t>6:08  to is mein jo is mein ziyada tar wohi aata hai ke hum apni apne aap ke ke andar intellectual development, spiritual development ka kaam karen, society mein kaam karen, logon tak khuda ka paigham pohnchayen.</w:t>
      </w:r>
      <w:r>
        <w:br/>
      </w:r>
      <w:r>
        <w:rPr>
          <w:sz w:val="20"/>
        </w:rPr>
        <w:t>6:23  is mein mehnat karna, deen mein mehnat karna,</w:t>
      </w:r>
      <w:r>
        <w:br/>
      </w:r>
      <w:r>
        <w:rPr>
          <w:sz w:val="20"/>
        </w:rPr>
        <w:t>6:26  aur apni personality development mein mehnat karna. lekin wohi hai ke kabhi kabhi aisa ho jata hai ke halaat kharab ho jate hain, to kabhi kabhi aisa ho jata hai ke difa karna parta hai.</w:t>
      </w:r>
      <w:r>
        <w:br/>
      </w:r>
      <w:r>
        <w:rPr>
          <w:sz w:val="20"/>
        </w:rPr>
        <w:t>6:39  lekin yeh peace jo hai wohi rule hai, aur jo non violence hai, peace to rule hai, aur violence jo hai woh exception hai.</w:t>
      </w:r>
      <w:r>
        <w:br/>
      </w:r>
      <w:r>
        <w:rPr>
          <w:sz w:val="20"/>
        </w:rPr>
        <w:t>6:51  woh kabhi kabhi aisa hota hai. to jihad to ke maani hi nahin hain qital.</w:t>
      </w:r>
      <w:r>
        <w:br/>
      </w:r>
      <w:r>
        <w:rPr>
          <w:sz w:val="20"/>
        </w:rPr>
        <w:t>6:57  jihad ke maani hain khoob khoob mehnat karna, striving, struggling kisi achhe kaam ke liye. to woh to jihad sara zindagi bhar jari rehta hai.</w:t>
      </w:r>
      <w:r>
        <w:br/>
      </w:r>
      <w:r>
        <w:rPr>
          <w:sz w:val="20"/>
        </w:rPr>
        <w:t>7:08  kyunke hum jis duniya mein paida hue hain woh hamari apni banai hui duniya nahin hai, khuda ki banai hui duniya hai. to yahan hum ko khuda ki marzi ke mutabiq zindagi guzarni hai.</w:t>
      </w:r>
      <w:r>
        <w:br/>
      </w:r>
      <w:r>
        <w:rPr>
          <w:sz w:val="20"/>
        </w:rPr>
        <w:t>7:19  to khuda ki marzi ke mutabiq zindagi guzarnay mein humein mehnat karni parti hai. kyunke apni khwahish ke mutabiq zindagi guzarnay mein ziyada aasaniyan</w:t>
      </w:r>
      <w:r>
        <w:br/>
      </w:r>
      <w:r>
        <w:rPr>
          <w:sz w:val="20"/>
        </w:rPr>
        <w:t>7:27  hoti hain. to har waqt humein yahan jihad karna hai. to yahan shaitan behkata hai, log galat galat baaten dimagh mein dalte hain, tarah tarah ke hurdles create karte hain hamare kaam mein.</w:t>
      </w:r>
      <w:r>
        <w:br/>
      </w:r>
      <w:r>
        <w:rPr>
          <w:sz w:val="20"/>
        </w:rPr>
        <w:t>7:40  to humein har waqt is mein jo sabr o bardasht karna parta hai, to woh sari cheezen jo hain woh is woh jihad mein aa jati hain, jis ko hum crusade ka word bolte hain.</w:t>
      </w:r>
      <w:r>
        <w:br/>
      </w:r>
      <w:r>
        <w:rPr>
          <w:sz w:val="20"/>
        </w:rPr>
        <w:t>7:51  to hum jaise farz kariye hum taleem ke liye mehnat karen apni society mein, apne mahol mein,</w:t>
      </w:r>
      <w:r>
        <w:br/>
      </w:r>
      <w:r>
        <w:rPr>
          <w:sz w:val="20"/>
        </w:rPr>
        <w:t>7:58  to apne mulk mein mehnat karen taake tamam logon ko achhi education milay. yeh bhi kahenge crusade hai, yeh jaise sir syed ne kiya.</w:t>
      </w:r>
      <w:r>
        <w:br/>
      </w:r>
      <w:r>
        <w:rPr>
          <w:sz w:val="20"/>
        </w:rPr>
        <w:t>8:08  to yeh har cheez mein jihad ka word istemal ho sakta hai. khoob khoob mehnat karna, logon ke akhlaq sudharna hai, logon ke andar deen ki spirit bharna hai.</w:t>
      </w:r>
      <w:r>
        <w:br/>
      </w:r>
      <w:r>
        <w:rPr>
          <w:sz w:val="20"/>
        </w:rPr>
        <w:t>8:20  to yeh sab ka sab jo hai woh jihad mein aayega.</w:t>
      </w:r>
      <w:r>
        <w:br/>
      </w:r>
      <w:r>
        <w:rPr>
          <w:sz w:val="20"/>
        </w:rPr>
        <w:t>8:23  lekin jo hai kabhi kabhi aisa ho jata hai ke logon ki taraf se bohat ziyada rukawaton par bhi jihad nahi hai. lekin jab physically, physical attack ho jaye na, tab hum apna defense kar sakte hain.</w:t>
      </w:r>
      <w:r>
        <w:br/>
      </w:r>
      <w:r>
        <w:rPr>
          <w:sz w:val="20"/>
        </w:rPr>
        <w:t>8:39  rukawaton par to aap rasool Allah sal Allah alaihi wasallam ki zindagi ko dekhiye, rukawatein hi rukawatein theen. har din rukawatein theen. to aap ne to kabhi bhi jihad, woh is qital ke mani mein jihad nahi kiya.</w:t>
      </w:r>
      <w:r>
        <w:br/>
      </w:r>
      <w:r>
        <w:rPr>
          <w:sz w:val="20"/>
        </w:rPr>
        <w:t>8:51  aap sabr karte, bardasht karte, logon ke liye duaein karte. to yahi, yahi, yahi jihad tha. ab aap jaise aap madina gaye to wahan par abdullah ibn abi ko ko log leader banane ja rahe thay, yahan tak ke uska, aah, uska crown jo hai woh bhi banne ko chala gaya tha.</w:t>
      </w:r>
      <w:r>
        <w:br/>
      </w:r>
      <w:r>
        <w:rPr>
          <w:sz w:val="20"/>
        </w:rPr>
        <w:t>9:11  to woh bohat ziyada ghussa ho gaya kyunke aap gaye to logon ne aap ko sardar man liya.</w:t>
      </w:r>
      <w:r>
        <w:br/>
      </w:r>
      <w:r>
        <w:rPr>
          <w:sz w:val="20"/>
        </w:rPr>
        <w:t>9:16  to ab us ne jo hai woh sabr bardasht nahi kiya aur musalsal aap ke khilaf, aah, kuch na kuch rashadmaniyan karta rehta raha.</w:t>
      </w:r>
      <w:r>
        <w:br/>
      </w:r>
      <w:r>
        <w:rPr>
          <w:sz w:val="20"/>
        </w:rPr>
        <w:t>9:26  to woh hai ke hum is tarah ki rukawatein hum ko har mauqe par, har qadam par rukawatein aati hain. to hamein yeh karna hai, sabr karna hai, bardasht karna hai.</w:t>
      </w:r>
      <w:r>
        <w:br/>
      </w:r>
      <w:r>
        <w:rPr>
          <w:sz w:val="20"/>
        </w:rPr>
        <w:t>9:37  aur aap jante hain ke sabr ke baray mein bohat ziyada, aah, aayatein hain, hadisein hain ke sabr ka bohat bara ajr hai. isi liye keun</w:t>
      </w:r>
      <w:r>
        <w:br/>
      </w:r>
      <w:r>
        <w:rPr>
          <w:sz w:val="20"/>
        </w:rPr>
        <w:t>9:46  ke sabr ke baghair aap koi kaam bhi nahi kar sakte, aap ulajh ke reh jayenge zindagi mein. to har waqt masail aate hi rehte hain. apa, bohat hi ziyada actually misconstrued word hai jihad.</w:t>
      </w:r>
      <w:r>
        <w:br/>
      </w:r>
      <w:r>
        <w:rPr>
          <w:sz w:val="20"/>
        </w:rPr>
        <w:t>9:58  ab jaise aap ne bohat achhe se bataya, ek riwayat bhi hai hazrat ibn abbas se, aah, ek shakhs ne poocha jihad ko le kar to unhon ne bohat saaf alfazon mein kaha ke "should i not tell you something which is superior for you then jihad?</w:t>
      </w:r>
      <w:r>
        <w:br/>
      </w:r>
      <w:r>
        <w:rPr>
          <w:sz w:val="20"/>
        </w:rPr>
        <w:t>10:13  "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r>
        <w:br/>
      </w:r>
      <w:r>
        <w:rPr>
          <w:sz w:val="20"/>
        </w:rPr>
        <w:t>10:31  in fact, apa, islam is a, is a completely is a peaceful ideology. to jihad also can not have any, aah, violent ideological base.</w:t>
      </w:r>
      <w:r>
        <w:br/>
      </w:r>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r>
        <w:br/>
      </w:r>
      <w:r>
        <w:rPr>
          <w:sz w:val="20"/>
        </w:rPr>
        <w:t>14:44  aayenge, lekin, aah, main yahan pe yeh bhi chahunga ke aap peace ko bhi aap define kar dein ke becaz peace today has multiple, aah, definitions.</w:t>
      </w:r>
      <w:r>
        <w:br/>
      </w:r>
      <w:r>
        <w:rPr>
          <w:sz w:val="20"/>
        </w:rPr>
        <w:t>14:54  aah, aaj ki date mein peace ki ek simple definition bhi nahi hai. to how would you define peace and why is it so important for the mission? woh ek article mein Maulana ne likha hai ke aman ki tareef ki jati hai absence of war, lekin woh kehte hain yeh negative definition</w:t>
      </w:r>
      <w:r>
        <w:br/>
      </w:r>
      <w:r>
        <w:rPr>
          <w:sz w:val="20"/>
        </w:rPr>
        <w:t>15:12  hai. ji, kyunke yeh sirf itna hi nahi hai ke aman qaim ho gaya, bas itni hi baat kal baat nahi hai. balkeh aman ke qayam se jo sari musbat, positive, constructive activities shuru ho jati hain na, bilkul aisa unhon ne misaal diya hai jaise koi band jo hai khul jaye, band toot jaye to pani ka bahao bohat tezi se aage aage aata hai.</w:t>
      </w:r>
      <w:r>
        <w:br/>
      </w:r>
      <w:r>
        <w:rPr>
          <w:sz w:val="20"/>
        </w:rPr>
        <w:t>15:36  jaise ke woh jo jo non violence hai aur yeh sab jo hai is tarah ki baatein, yeh bilkul band ki jagah kaam kar deti hain.</w:t>
      </w:r>
      <w:r>
        <w:br/>
      </w:r>
      <w:r>
        <w:rPr>
          <w:sz w:val="20"/>
        </w:rPr>
        <w:t>15:47  kyunke aadmi jo hai na doosre se contact freely, free atmosphere mein kar sakta hai, na doosre se apni baat ko pohncha sakta hai. dushmani hoti hai, hatred hoti hai.</w:t>
      </w:r>
      <w:r>
        <w:br/>
      </w:r>
      <w:r>
        <w:rPr>
          <w:sz w:val="20"/>
        </w:rPr>
        <w:t>15:58  to is mein agar hum un se koi baat kehte bhi hain to un ko baat woh samajh mein nahi aati hai.</w:t>
      </w:r>
      <w:r>
        <w:br/>
      </w:r>
      <w:r>
        <w:rPr>
          <w:sz w:val="20"/>
        </w:rPr>
        <w:t>16:04  to jaise aap, aah, yeh sulah qaim karein, halaat ko normalize karein to waise hi aap ki jo hai tamam, aah, activities qaim ho jati hain, musbat activities, aur is ka result bohat acha hota hai.</w:t>
      </w:r>
      <w:r>
        <w:br/>
      </w:r>
      <w:r>
        <w:rPr>
          <w:sz w:val="20"/>
        </w:rPr>
        <w:t>16:19  jaise sulah Hudaybiyah mein hua, is se pehle kuch kaam nahi ho raha tha kyunke bohat zyada rukawatein theen. log ek doosre se milna bhi pasand nahi karte the.</w:t>
      </w:r>
      <w:r>
        <w:br/>
      </w:r>
      <w:r>
        <w:rPr>
          <w:sz w:val="20"/>
        </w:rPr>
        <w:t>16:29  kai logon ko to kaha gaya ke apne kaan mein rooi daal lo, Muhammad ki baat mat suno to bad-deen ho jaoge. to lekin jab yeh sulah ho gayi to sare log ek doosre se milne lage aur itni tezi se aap ka paigham phail gaya.</w:t>
      </w:r>
      <w:r>
        <w:br/>
      </w:r>
      <w:r>
        <w:rPr>
          <w:sz w:val="20"/>
        </w:rPr>
        <w:t>16:44  to aise hi aaj kal ke to bohat zyada mawaqe hain, pehle to itne mawaqe bhi nahi the. to yeh samajh lijiye ke aman ka qayam jo hai na woh ek master key hai, tamam band darwaze is se khul jate hain.</w:t>
      </w:r>
      <w:r>
        <w:br/>
      </w:r>
      <w:r>
        <w:rPr>
          <w:sz w:val="20"/>
        </w:rPr>
        <w:t>16:59  to isi tarah se Maulana ne misaal di hai ke kainat ka mazhab jo hai woh bhi aman hi hai, aman culture hi poori kainat mein prevail kar raha hai. kyunke aap jante hain ke poori kainat mutharrik hai, aur billions and billions of stars jo hain woh sab move kar rahe hain apne apne orbit mein, koi kisi se clash nahi karta.</w:t>
      </w:r>
      <w:r>
        <w:br/>
      </w:r>
      <w:r>
        <w:rPr>
          <w:sz w:val="20"/>
        </w:rPr>
        <w:t>17:19  Surah Yaseen mein is ko describe kiya gaya hai. to</w:t>
      </w:r>
      <w:r>
        <w:br/>
      </w:r>
      <w:r>
        <w:rPr>
          <w:sz w:val="20"/>
        </w:rPr>
        <w:t>17:23  koi clash nahi hai, koi tashaddud culture nahi hai. to poori kainat mein, to jab kainat mein arbon saal se, arbon saal se kainat chal rahi hai aur koi clash nahi hai, agar is mein clash ho to poori kainat jo hai tabah ho jaye, khatam ho jaye.</w:t>
      </w:r>
      <w:r>
        <w:br/>
      </w:r>
      <w:r>
        <w:rPr>
          <w:sz w:val="20"/>
        </w:rPr>
        <w:t>17:40  to yahi, yeh hamare liye yeh sari cheezein jo nature ki hain, woh sab hamare liye model ki hesiyat rakhti hain. to humein bhi isi model ko apnana hai.</w:t>
      </w:r>
      <w:r>
        <w:br/>
      </w:r>
      <w:r>
        <w:rPr>
          <w:sz w:val="20"/>
        </w:rPr>
        <w:t>17:51  jagah jagah Maulana ne nature ki misaal di hai ke woh hamare liye model hai aur isi ko humein apnana hai. to bas sirf farq itna hai kainat mein aur insan mein ke kainat mein sab kuch determined hai.</w:t>
      </w:r>
      <w:r>
        <w:br/>
      </w:r>
      <w:r>
        <w:rPr>
          <w:sz w:val="20"/>
        </w:rPr>
        <w:t>18:06  woh, woh jo kar rahe hain, woh waise hi karenge. un ka apni koi free will nahi hai, lekin insan ko free will di gayi hai kyunke insan is duniya mein test ke liye aa</w:t>
      </w:r>
      <w:r>
        <w:br/>
      </w:r>
      <w:r>
        <w:rPr>
          <w:sz w:val="20"/>
        </w:rPr>
        <w:t>18:18  ya hai to is waja se is ko free will di gai hai ta k wo apna test de sake aur is ka jo hai badla jo hai, is ko reward akhirat mein jannat ki shakal mein mile ga.</w:t>
      </w:r>
      <w:r>
        <w:br/>
      </w:r>
      <w:r>
        <w:rPr>
          <w:sz w:val="20"/>
        </w:rPr>
        <w:t>18:31  ji, ah, apa miss fareeda kamran ne comment bheja hai pakistan se. unhon ne likha hai: "jazak allah nicely explain most important lesson with practical wisdom." ah</w:t>
      </w:r>
      <w:r>
        <w:br/>
      </w:r>
      <w:r>
        <w:rPr>
          <w:sz w:val="20"/>
        </w:rPr>
        <w:t>18:44  , miss ayesha butto ne likha hai: "beshak allah sabar karne walon ke sath hai." doctor aslam khan sahab ne saharanpur se likha hai: "you are right, doctor fareeda.</w:t>
      </w:r>
      <w:r>
        <w:br/>
      </w:r>
      <w:r>
        <w:rPr>
          <w:sz w:val="20"/>
        </w:rPr>
        <w:t>18:55  now we should start ideological jihad. really, it is a greater jihad and it should start with wisdom." ah, muhammad farooq sahab ne lahore se likha hai: "moreover, peace is a tool that paves the way for suc</w:t>
      </w:r>
      <w:r>
        <w:br/>
      </w:r>
      <w:r>
        <w:rPr>
          <w:sz w:val="20"/>
        </w:rPr>
        <w:t>19:10  cess. when we are peaceful, we can focus on our goals and overcome any obstacles. peace also helps us to connect with others and create positive relations.</w:t>
      </w:r>
      <w:r>
        <w:br/>
      </w:r>
      <w:r>
        <w:rPr>
          <w:sz w:val="20"/>
        </w:rPr>
        <w:t>19:21  peace is not just the absence of conflict, but the presence of harmony and joy. peace is a powerful force that can transform our life and the world." apa, lekin ek sawal yeh bhi aata hai ke, ah, log aksar kehte hain ke conspiracies enemies karte rehte hain.</w:t>
      </w:r>
      <w:r>
        <w:br/>
      </w:r>
      <w:r>
        <w:rPr>
          <w:sz w:val="20"/>
        </w:rPr>
        <w:t>19:40  ah, to kya solution hai in conspiracies ka? you can not deny conspiracies being hatched. ah, but what is the solution to these conspiracies?</w:t>
      </w:r>
      <w:r>
        <w:br/>
      </w:r>
      <w:r>
        <w:rPr>
          <w:sz w:val="20"/>
        </w:rPr>
        <w:t>19:51  conspiracy to hazrat adam jab pehle pehli family dunya mein aai, un ke beton mein ho gaya dushmani.</w:t>
      </w:r>
      <w:r>
        <w:br/>
      </w:r>
      <w:r>
        <w:rPr>
          <w:sz w:val="20"/>
        </w:rPr>
        <w:t>19:59  to yeh to part and parcel hai is life ka. ji,</w:t>
      </w:r>
      <w:r>
        <w:br/>
      </w:r>
      <w:r>
        <w:rPr>
          <w:sz w:val="20"/>
        </w:rPr>
        <w:t>20:03  kyun ke insan apni khwahish ke mutabiq zindagi guzarta hai, apne mafad ke mutabiq zindagi guzarna chahta hai. to yeh to hoga, yeh to hum maan ke chalenge, yeh hoga.</w:t>
      </w:r>
      <w:r>
        <w:br/>
      </w:r>
      <w:r>
        <w:rPr>
          <w:sz w:val="20"/>
        </w:rPr>
        <w:t>20:14  ab hamein dekhna hai ke is ka solution kya hai. ji, quran mein, hadith mein, prophet ki zindagi mein kya solution hai? main, main to samajhti hoon ke logon ne, ah, prophet ki jo examples hain, is ko samajhne ki koi koshish nahi ki</w:t>
      </w:r>
      <w:r>
        <w:br/>
      </w:r>
      <w:r>
        <w:rPr>
          <w:sz w:val="20"/>
        </w:rPr>
        <w:t>20:30  hai. wo prophet ko bas unhon ne apna hero bana liya hai. to hero se to hero to hamara model hota nahi hai. to agar aap har mamla jo aap ko parhe aur aap prophet ki zindagi ko dekhen to aap ke haan har tarah ki examples hain.</w:t>
      </w:r>
      <w:r>
        <w:br/>
      </w:r>
      <w:r>
        <w:rPr>
          <w:sz w:val="20"/>
        </w:rPr>
        <w:t>20:46  ek bar molana ne likh diya tha ke prophet ki examples ko, jo ke uswa hasna, halan ke yeh quran ka lafz hai, to logon ne bohat zyada mukhalifat ki thi ke uswa kamila, uswa hasna nahi</w:t>
      </w:r>
      <w:r>
        <w:br/>
      </w:r>
      <w:r>
        <w:rPr>
          <w:sz w:val="20"/>
        </w:rPr>
        <w:t>20:59  . uswa kamila manne ke liye hai, bolne ke liye hai, lekin apne amal mein wo kuch nahi, is ko samajhna, samajhne ki koi koshish nahi karte.</w:t>
      </w:r>
      <w:r>
        <w:br/>
      </w:r>
      <w:r>
        <w:rPr>
          <w:sz w:val="20"/>
        </w:rPr>
        <w:t>21:09  warna har cheez mein prophet ki example un ko aap ko mile gi. aur quran aur prophet ki example yeh kafi hai ke hum apne har masle ko hal kar saken.</w:t>
      </w:r>
      <w:r>
        <w:br/>
      </w:r>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r>
        <w:br/>
      </w:r>
      <w:r>
        <w:rPr>
          <w:sz w:val="20"/>
        </w:rPr>
        <w:t>21:58  ab aap be hisab, be shumar misalein aap ko milengi, ah, rasool allah salallahu alaihi wasallam ki hi zindagi mein ke har sazish ko aap ne nakam bana diya.</w:t>
      </w:r>
      <w:r>
        <w:br/>
      </w:r>
      <w:r>
        <w:rPr>
          <w:sz w:val="20"/>
        </w:rPr>
        <w:t>22:07  jab aap ko marne ki sazish hui makkah mein to aap ne kitni khamoshi se adhi raat ko makkah se madina chale gaye. to wo sazish ko nakami banana</w:t>
      </w:r>
      <w:r>
        <w:br/>
      </w:r>
      <w:r>
        <w:rPr>
          <w:sz w:val="20"/>
        </w:rPr>
        <w:t>22:18  hua na? aisa nahi ke aaj ki dunya hamare khilaf ho gai hai, aaj sazish ho rahi hai. sazish to insan awal se hi ho rahi hai, bas hum samajh nahi rahe hain ke sazish ko nakam kaise karein.</w:t>
      </w:r>
      <w:r>
        <w:br/>
      </w:r>
      <w:r>
        <w:rPr>
          <w:sz w:val="20"/>
        </w:rPr>
        <w:t>22:30  hum retaliate karte hain, hum jang shuru kar dete hain aur jang ko dekhte hain ke jang se koi nateeja baramad nahi ho raha,</w:t>
      </w:r>
      <w:r>
        <w:br/>
      </w:r>
      <w:r>
        <w:rPr>
          <w:sz w:val="20"/>
        </w:rPr>
        <w:t>22:38  barbad ho rahe hain sari hamare resources. lekin bas ghusse, ghussa, wo is mein hadith mein aaya hai muslim, ah, sahih muslim mein ke dajjal kyun nikle ga?</w:t>
      </w:r>
      <w:r>
        <w:br/>
      </w:r>
      <w:r>
        <w:rPr>
          <w:sz w:val="20"/>
        </w:rPr>
        <w:t>22:50  dajjal ghussa hoga, is ka ghussa us ko nikale ga. to aaj musalman ghussa hain, ghusse mein kuch bhi kar rahe hain, be soche samjhe apne hi ko barbad kar rahe hain.</w:t>
      </w:r>
      <w:r>
        <w:br/>
      </w:r>
      <w:r>
        <w:rPr>
          <w:sz w:val="20"/>
        </w:rPr>
        <w:t>23:01  to wahi agar yeh log samjhen, quran ko samjhen, jin ki urdu zaban hai, wo bhi nahi samajhte to</w:t>
      </w:r>
      <w:r>
        <w:br/>
      </w:r>
      <w:r>
        <w:rPr>
          <w:sz w:val="20"/>
        </w:rPr>
        <w:t>23:08  woh aaj jo hai kitnay ziyada, aah, mawaqe hain aaj peaceful, aah, work karne ke liye. to woh saare mawaqe ko istemaal karte aur dunya ko bhi aik behtar jagah banate aur aakhirat mein bhi un ko apni is ka reward milta.</w:t>
      </w:r>
      <w:r>
        <w:br/>
      </w:r>
      <w:r>
        <w:rPr>
          <w:sz w:val="20"/>
        </w:rPr>
        <w:t>23:28  to sulah se jo rasool ALLAH صلی اللہ علیہ وسلم ne dab kar sulah ki, to aik bohat hi bara namona hai hamare liye</w:t>
      </w:r>
      <w:r>
        <w:br/>
      </w:r>
      <w:r>
        <w:rPr>
          <w:sz w:val="20"/>
        </w:rPr>
        <w:t>23:36  ke sulah se hamein tamam mawaqe mil jaate hain aur phir in mawaqe ko istemaal kar ke hum har kuch haasil kar sakte hain jo hum chahte hain.</w:t>
      </w:r>
      <w:r>
        <w:br/>
      </w:r>
      <w:r>
        <w:rPr>
          <w:sz w:val="20"/>
        </w:rPr>
        <w:t>23:45  aur takhreeb mein, yaani destructive activities mein, to hamari tamam taaqatein sirf zaya ho rahi hain. to hamein parman tadbeer karna hai.</w:t>
      </w:r>
      <w:r>
        <w:br/>
      </w:r>
      <w:r>
        <w:rPr>
          <w:sz w:val="20"/>
        </w:rPr>
        <w:t>23:56  aik molana ne aik likha hai booklet mein ke replanning</w:t>
      </w:r>
      <w:r>
        <w:br/>
      </w:r>
      <w:r>
        <w:rPr>
          <w:sz w:val="20"/>
        </w:rPr>
        <w:t>24:01  par woh zabardast hai ke aik planning agar fail ho jaye to phir aap replan karo. is mein bohat achi woh booklet hai. to hum, hum kya kar rahe hain?</w:t>
      </w:r>
      <w:r>
        <w:br/>
      </w:r>
      <w:r>
        <w:rPr>
          <w:sz w:val="20"/>
        </w:rPr>
        <w:t>24:11  bomb pe bomb maar rahe hain. hamein bomb ko diffuse karna hai, bomb pe bomb nahi maarna hai. to jang se dekhiye, kabhi bhi nahi koi nateeja nikla hai, na aaj koi nateeja nikle ga kyunke yeh ALLAH ki,</w:t>
      </w:r>
      <w:r>
        <w:br/>
      </w:r>
      <w:r>
        <w:rPr>
          <w:sz w:val="20"/>
        </w:rPr>
        <w:t>24:24  aah, marzi ke khilaaf hai.</w:t>
      </w:r>
      <w:r>
        <w:br/>
      </w:r>
      <w:r>
        <w:rPr>
          <w:sz w:val="20"/>
        </w:rPr>
        <w:t>24:26  ALLAH ne is dunya mein, aah, peaceful aik dunya mein, aah, aik matlab peace qaim kar diya hai ALLAH taala ne.</w:t>
      </w:r>
      <w:r>
        <w:br/>
      </w:r>
      <w:r>
        <w:rPr>
          <w:sz w:val="20"/>
        </w:rPr>
        <w:t>24:36  ab hum is ko peace ko destroy kar rahe hain, disturb kar rahe hain. to is mein hum ko kabhi bhi ALLAH taala ki madad nahi mile gi. aur aap jante hain, agar ALLAH ki madad na mile to hamara koi bhi plan jo hai woh kamyab nahi ho sakta hai.</w:t>
      </w:r>
      <w:r>
        <w:br/>
      </w:r>
      <w:r>
        <w:rPr>
          <w:sz w:val="20"/>
        </w:rPr>
        <w:t>24:51  to</w:t>
      </w:r>
      <w:r>
        <w:br/>
      </w:r>
      <w:r>
        <w:rPr>
          <w:sz w:val="20"/>
        </w:rPr>
        <w:t>24:52  madad ALLAH taala ki mile gi jab hum, aah, achhe ta'alluqat banayenge, logon se dooriyan khatam karenge aur jo hai un ko khuda ka paigham pahunchayenge.</w:t>
      </w:r>
      <w:r>
        <w:br/>
      </w:r>
      <w:r>
        <w:rPr>
          <w:sz w:val="20"/>
        </w:rPr>
        <w:t>25:05  tab hamein khuda ki madad mile gi. aaj kal bohat achhe tareeqe se jo interfaith program hote hain, jo khaas taur par christians interfaith program kar rahe hain, woh bohat achha kaam hai.</w:t>
      </w:r>
      <w:r>
        <w:br/>
      </w:r>
      <w:r>
        <w:rPr>
          <w:sz w:val="20"/>
        </w:rPr>
        <w:t>25:16  log milte hain, bohat sari cheezein to aisi hoti hain ke doori se misunderstanding develop ho jati hai. to ab musalman doori khatam karein, logon se mulaqatein karein, logon ko apni baat peaceful andaaz mein rakhein to saare masail to khud hi khatam ho jayenge.</w:t>
      </w:r>
      <w:r>
        <w:br/>
      </w:r>
      <w:r>
        <w:rPr>
          <w:sz w:val="20"/>
        </w:rPr>
        <w:t>25:32  dekhiye, christians ne kis tareeqe se apne masail ko saara isi tareeqe se khatam kiya.</w:t>
      </w:r>
      <w:r>
        <w:br/>
      </w:r>
      <w:r>
        <w:rPr>
          <w:sz w:val="20"/>
        </w:rPr>
        <w:t>25:38  musalsal woh aise program karte rehte hain. to musalmanon ko bhi is tarah ke program karna hai, logon se milna hai aur khuda ka paigham un ko, kyunke hum to duty bound hain ke khuda ka paigham peaceful tareeqe se doosron ko pahunchayein.</w:t>
      </w:r>
      <w:r>
        <w:br/>
      </w:r>
      <w:r>
        <w:rPr>
          <w:sz w:val="20"/>
        </w:rPr>
        <w:t>25:54  ji, aur apa, yeh bhi, aah, bohat zaroori hai samajhna kyunke jaise aap ne quran ki abhi ayat batai, aah, ke "if you persevere and fear god, then their conspiracies will not harm you".</w:t>
      </w:r>
      <w:r>
        <w:br/>
      </w:r>
      <w:r>
        <w:rPr>
          <w:sz w:val="20"/>
        </w:rPr>
        <w:t>26:05  to</w:t>
      </w:r>
      <w:r>
        <w:br/>
      </w:r>
      <w:r>
        <w:rPr>
          <w:sz w:val="20"/>
        </w:rPr>
        <w:t>26:06  aik tareeqe se yeh bohat hi zabardast, aah, aah, aik, aik, aah, words of hope hai ke "conspiracies will never harm you".</w:t>
      </w:r>
      <w:r>
        <w:br/>
      </w:r>
      <w:r>
        <w:rPr>
          <w:sz w:val="20"/>
        </w:rPr>
        <w:t>26:14  to molana ne bara achha likha hai ke "we are living in a world of competition and people have freedom, they will definitely misuse their freedom".</w:t>
      </w:r>
      <w:r>
        <w:br/>
      </w:r>
      <w:r>
        <w:rPr>
          <w:sz w:val="20"/>
        </w:rPr>
        <w:t>26:23  to it is not a case of, you know, having conspiracies,</w:t>
      </w:r>
      <w:r>
        <w:br/>
      </w:r>
      <w:r>
        <w:rPr>
          <w:sz w:val="20"/>
        </w:rPr>
        <w:t>26:28  but the problem is that people do not have patience and sincerity, and we cannot eliminate conspiracies in this world.</w:t>
      </w:r>
      <w:r>
        <w:br/>
      </w:r>
      <w:r>
        <w:rPr>
          <w:sz w:val="20"/>
        </w:rPr>
        <w:t>26:36  conspiracies to rahe gi, rahe gi, lekin asal cheez yeh hai ke hum apne aap ko conspiracy se kaise bachayein. aur wohi jaise aap ne bataya, "i mean by being patient, by being sincere in our approach, by replanning".</w:t>
      </w:r>
      <w:r>
        <w:br/>
      </w:r>
      <w:r>
        <w:rPr>
          <w:sz w:val="20"/>
        </w:rPr>
        <w:t>26:48  replanning ka bara achha unhon ne bataya ke "it is adding experience to your previous planning, and then in the light of new information, planning again".</w:t>
      </w:r>
      <w:r>
        <w:br/>
      </w:r>
      <w:r>
        <w:rPr>
          <w:sz w:val="20"/>
        </w:rPr>
        <w:t>26:57  to</w:t>
      </w:r>
      <w:r>
        <w:br/>
      </w:r>
      <w:r>
        <w:rPr>
          <w:sz w:val="20"/>
        </w:rPr>
        <w:t>26:58  is liye, aah, kal mila ke success depends on what is our response. if our response is negative, then it will definitely lead to failure, but if our response is positive, then it will lead to success.</w:t>
      </w:r>
      <w:r>
        <w:br/>
      </w:r>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r>
        <w:br/>
      </w:r>
      <w:r>
        <w:rPr>
          <w:sz w:val="20"/>
        </w:rPr>
        <w:t>32:22  a hai. jang e khandaq jo aap ne khodi ko, sare sahaba ke sath mil kar aap khud is mein shamil the ke dushman ki fouj jo hai, madine ke andar enter na ho paye.</w:t>
      </w:r>
      <w:r>
        <w:br/>
      </w:r>
      <w:r>
        <w:rPr>
          <w:sz w:val="20"/>
        </w:rPr>
        <w:t>32:34  to kyun ke jang se kuch milta thori hai, khali dil ki bhadas hoti hai. hum enemy ko nuqsan pohnchaye, is nuqsan pohnchane mein hum is se ziyada apna nuqsan pohnchate hain.</w:t>
      </w:r>
      <w:r>
        <w:br/>
      </w:r>
      <w:r>
        <w:rPr>
          <w:sz w:val="20"/>
        </w:rPr>
        <w:t>32:45  to isi liye Allah taala ne kaha hai ke sabr karo, aise mauqe par, aise mauqe to honge, ghar ke andar bhi hoga, ghar ke bahir bhi hoga, qomon mein bhi hoga.</w:t>
      </w:r>
      <w:r>
        <w:br/>
      </w:r>
      <w:r>
        <w:rPr>
          <w:sz w:val="20"/>
        </w:rPr>
        <w:t>32:56  to is mauqe par sabr karna hai, sulah ki rastay talash karne hain, achhe taluqat qaim karne hain, kyun ke jang to ek necessary evil hai.</w:t>
      </w:r>
      <w:r>
        <w:br/>
      </w:r>
      <w:r>
        <w:rPr>
          <w:sz w:val="20"/>
        </w:rPr>
        <w:t>33:06  to jang se avoid karna hai. dekhiye, is dunya mein insan aya hai apni personality develop karne ke liye.</w:t>
      </w:r>
      <w:r>
        <w:br/>
      </w:r>
      <w:r>
        <w:rPr>
          <w:sz w:val="20"/>
        </w:rPr>
        <w:t>33:14  jang ke zaman mein to kuch bhi nahin hota, kuch ho bhi nahin sakta, koi kaam nahin ho sakta constructive. to hum personality development ke liye jo hum ko time chahiye, woh time hum ko jang, jang ki halat mein hamein milta hi nahin.</w:t>
      </w:r>
      <w:r>
        <w:br/>
      </w:r>
      <w:r>
        <w:rPr>
          <w:sz w:val="20"/>
        </w:rPr>
        <w:t>33:28  to jab akhirat mein jab hum jayenge aur hamara personality development na hua hua hoga, to hum ko jannat accept hi nahin kare gi.</w:t>
      </w:r>
      <w:r>
        <w:br/>
      </w:r>
      <w:r>
        <w:rPr>
          <w:sz w:val="20"/>
        </w:rPr>
        <w:t>33:36  ke wahan to ek spiritual personality chahiye jannat ko,</w:t>
      </w:r>
      <w:r>
        <w:br/>
      </w:r>
      <w:r>
        <w:rPr>
          <w:sz w:val="20"/>
        </w:rPr>
        <w:t>33:41  jaisa aaj kal hota hai na, automatic doors hote hain, to jannat apna darwaza hi nahin khole gi. to is wajah se hamein bohat ziyada is mamle mein serious hona hai ke sab se pehle hamein apni personality ko develop karna hai, phir is ke baad woh paigham doosron tak pohnchana hai.</w:t>
      </w:r>
      <w:r>
        <w:br/>
      </w:r>
      <w:r>
        <w:rPr>
          <w:sz w:val="20"/>
        </w:rPr>
        <w:t>34:00  aur jang to sirf majboori, majboora hoti hai aur bilkul limited time frame ke liye hoti hai.</w:t>
      </w:r>
      <w:r>
        <w:br/>
      </w:r>
      <w:r>
        <w:rPr>
          <w:sz w:val="20"/>
        </w:rPr>
        <w:t>34:08  yeh nahin ke jang shuru ho gayi to ab khatam hi nahin ho rahi hai. hadith mein aya hai: "tum log dushman se mudbhed ki tamanna na karo aur Allah se aman mango." quran mein aya hai: "jab kabhi woh ladaai ki aag bhadkate hain to Allah usay bujha deta hai." dekhiye, Allah khud keh raha hai ke hum ladaai nahin, us ko Allah ko pasand hai.</w:t>
      </w:r>
      <w:r>
        <w:br/>
      </w:r>
      <w:r>
        <w:rPr>
          <w:sz w:val="20"/>
        </w:rPr>
        <w:t>34:29  to jo cheez Allah ko pasand nahin hai, woh kaam aap karenge to aap ko Khuda ki madad kaise mile gi? aap soch sakte hain, kyun ke rasool Allah sal Allah alaih wasallam ki example mein hum dekhte hain</w:t>
      </w:r>
      <w:r>
        <w:br/>
      </w:r>
      <w:r>
        <w:rPr>
          <w:sz w:val="20"/>
        </w:rPr>
        <w:t>34:39  ke jaisa makkah fateh hua, balkeh sulah hudaibiya se hi aap ne shuru kar diya tha ke qomon se muahde kiye, qomon se jangain nahin kin, balkeh qomon se muahde kiye, sab ko apna banaya.</w:t>
      </w:r>
      <w:r>
        <w:br/>
      </w:r>
      <w:r>
        <w:rPr>
          <w:sz w:val="20"/>
        </w:rPr>
        <w:t>34:52  kyun ke islam ka goal jo hai, logon ke dilo ko jeetna hai, gardan zani islam ka goal nahin hai.</w:t>
      </w:r>
      <w:r>
        <w:br/>
      </w:r>
      <w:r>
        <w:rPr>
          <w:sz w:val="20"/>
        </w:rPr>
        <w:t>34:58  to is wajah se yeh islam ka goal jo hai, woh tabhi ho sakta hai jab hum aman ke halaat qaim karen aur is mein phir Khuda ka paigham doosron tak pohnchayein.</w:t>
      </w:r>
    </w:p>
    <w:p>
      <w:pPr>
        <w:pStyle w:val="Heading2"/>
      </w:pPr>
      <w:r>
        <w:t>Importance of Sunday Classes and Online Attendance</w:t>
      </w:r>
    </w:p>
    <w:p>
      <w:r>
        <w:rPr>
          <w:color w:val="666666"/>
          <w:sz w:val="18"/>
        </w:rPr>
        <w:t>Society &amp; Dawah · Replanning | February 26, 2017 · 1m 26s · at 1:01:49 · https://youtu.be/E120hwMH9x8?t=3709</w:t>
      </w:r>
    </w:p>
    <w:p>
      <w:r>
        <w:rPr>
          <w:i/>
        </w:rPr>
        <w:t>“Please comment on the importance of attending Sunday classes, and also about attending them online for those who are not based in Delhi.”</w:t>
      </w:r>
    </w:p>
    <w:p>
      <w:r>
        <w:rPr>
          <w:sz w:val="20"/>
        </w:rPr>
        <w:t>1:01:49  agla sawal bheja hai Raipur se aa Miss Shabana Idrees ne unhon ne likha hai Maulana please</w:t>
      </w:r>
      <w:r>
        <w:br/>
      </w:r>
      <w:r>
        <w:rPr>
          <w:sz w:val="20"/>
        </w:rPr>
        <w:t>1:01:57  comment about importance of attending Sunday classes and also about attending it online for those who are not</w:t>
      </w:r>
      <w:r>
        <w:br/>
      </w:r>
      <w:r>
        <w:rPr>
          <w:sz w:val="20"/>
        </w:rPr>
        <w:t>1:02:05  based in Delhi</w:t>
      </w:r>
      <w:r>
        <w:br/>
      </w:r>
      <w:r>
        <w:rPr>
          <w:sz w:val="20"/>
        </w:rPr>
        <w:t>1:02:13  dekhiye yeh class jo hai jis ko nahi dikhaya jata woh mere khayal mein woh blind hai jis</w:t>
      </w:r>
      <w:r>
        <w:br/>
      </w:r>
      <w:r>
        <w:rPr>
          <w:sz w:val="20"/>
        </w:rPr>
        <w:t>1:02:20  ne jitne aadmi is mein aate hain is se zyada farishtay aate hain yahan par Sunday class mein</w:t>
      </w:r>
      <w:r>
        <w:br/>
      </w:r>
      <w:r>
        <w:rPr>
          <w:sz w:val="20"/>
        </w:rPr>
        <w:t>1:02:28  jitne log aate hain is se zyada aate hain farishtay to jo logon ko farishton ki majlis mein</w:t>
      </w:r>
      <w:r>
        <w:br/>
      </w:r>
      <w:r>
        <w:rPr>
          <w:sz w:val="20"/>
        </w:rPr>
        <w:t>1:02:35  baithna hai un ko zaroor is mein shirkat</w:t>
      </w:r>
      <w:r>
        <w:br/>
      </w:r>
      <w:r>
        <w:rPr>
          <w:sz w:val="20"/>
        </w:rPr>
        <w:t>1:02:43  karna chahiye Delhi mein hai to barah e raast taur par Delhi mein nahi hai to woh internet se</w:t>
      </w:r>
      <w:r>
        <w:br/>
      </w:r>
      <w:r>
        <w:rPr>
          <w:sz w:val="20"/>
        </w:rPr>
        <w:t>1:02:54  us ko suna hai aur dekha hai mujhe is mein zara bhi shaq nahi ke Sunday class ka</w:t>
      </w:r>
      <w:r>
        <w:br/>
      </w:r>
      <w:r>
        <w:rPr>
          <w:sz w:val="20"/>
        </w:rPr>
        <w:t>1:03:04  intezar karte hain farishtay aur jab yeh hoti hai to woh toot padte hain yahan</w:t>
      </w:r>
    </w:p>
    <w:p>
      <w:pPr>
        <w:pStyle w:val="Heading2"/>
      </w:pPr>
      <w:r>
        <w:t>Importance of Urdu for CPS Members</w:t>
      </w:r>
    </w:p>
    <w:p>
      <w:r>
        <w:rPr>
          <w:color w:val="666666"/>
          <w:sz w:val="18"/>
        </w:rPr>
        <w:t>Society &amp; Dawah · Importance of Ijtihad December 21,2014 · 1m 10s · at 57:55 · https://youtu.be/6AgisKQ8V7s?t=3475</w:t>
      </w:r>
    </w:p>
    <w:p>
      <w:r>
        <w:rPr>
          <w:i/>
        </w:rPr>
        <w:t>“How important is it for the CPS members to learn Urdu and to read your books thoroughly?”</w:t>
      </w:r>
    </w:p>
    <w:p>
      <w:r>
        <w:rPr>
          <w:sz w:val="20"/>
        </w:rPr>
        <w:t>57:55  maulana, agla sawal kya hai? zaheeruddin sahib ne raichur se aur unhon ne aap se poocha hai ke</w:t>
      </w:r>
      <w:r>
        <w:br/>
      </w:r>
      <w:r>
        <w:rPr>
          <w:sz w:val="20"/>
        </w:rPr>
        <w:t>58:00  Maulana, how important is it for the CPS members to learn Urdu and to read your books thoroughly?</w:t>
      </w:r>
      <w:r>
        <w:br/>
      </w:r>
      <w:r>
        <w:rPr>
          <w:sz w:val="20"/>
        </w:rPr>
        <w:t>58:06  bhai, dekhiye, yeh sab sawalat jo hain, is ka talluq is se hota hai ke kis ke paas</w:t>
      </w:r>
      <w:r>
        <w:br/>
      </w:r>
      <w:r>
        <w:rPr>
          <w:sz w:val="20"/>
        </w:rPr>
        <w:t>58:11  kitna waqt hai, kitna time hai, kitna kar sakta hai woh.</w:t>
      </w:r>
      <w:r>
        <w:br/>
      </w:r>
      <w:r>
        <w:rPr>
          <w:sz w:val="20"/>
        </w:rPr>
        <w:t>58:17  atqu Allah wa ma istata'tum.</w:t>
      </w:r>
      <w:r>
        <w:br/>
      </w:r>
      <w:r>
        <w:rPr>
          <w:sz w:val="20"/>
        </w:rPr>
        <w:t>58:22  main koi, yaani usool nahin bata sakta ke sare log yeh karen, sare log woh karen.</w:t>
      </w:r>
      <w:r>
        <w:br/>
      </w:r>
      <w:r>
        <w:rPr>
          <w:sz w:val="20"/>
        </w:rPr>
        <w:t>58:28  aap apne waqt ko lehaz se dekhiye, apne aap ko.</w:t>
      </w:r>
      <w:r>
        <w:br/>
      </w:r>
      <w:r>
        <w:rPr>
          <w:sz w:val="20"/>
        </w:rPr>
        <w:t>58:33  ab main zaati taur par zahir hai ke agar main samajhta ke bekar hain urdu kitaben to na</w:t>
      </w:r>
      <w:r>
        <w:br/>
      </w:r>
      <w:r>
        <w:rPr>
          <w:sz w:val="20"/>
        </w:rPr>
        <w:t>58:38  likhta, main koi chhapaata.</w:t>
      </w:r>
      <w:r>
        <w:br/>
      </w:r>
      <w:r>
        <w:rPr>
          <w:sz w:val="20"/>
        </w:rPr>
        <w:t>58:44  main ke aap ko khud janna chahiye ke main woh urdu kitab jo main ne likhi thi, isi</w:t>
      </w:r>
      <w:r>
        <w:br/>
      </w:r>
      <w:r>
        <w:rPr>
          <w:sz w:val="20"/>
        </w:rPr>
        <w:t>58:49  likhi ke main is ko samajhta hoon ke zaroori hai, woh aham hai.</w:t>
      </w:r>
      <w:r>
        <w:br/>
      </w:r>
      <w:r>
        <w:rPr>
          <w:sz w:val="20"/>
        </w:rPr>
        <w:t>58:55  is ke poochne ki zaroorat nahin hai.</w:t>
      </w:r>
      <w:r>
        <w:br/>
      </w:r>
      <w:r>
        <w:rPr>
          <w:sz w:val="20"/>
        </w:rPr>
        <w:t>59:00  aap to apne halaat ke lehaz se tay kijiye ke aap kitna kar sakte hain, kitna nahin kar sakte.</w:t>
      </w:r>
    </w:p>
    <w:p>
      <w:pPr>
        <w:pStyle w:val="Heading2"/>
      </w:pPr>
      <w:r>
        <w:t>Importance of continuous study for a da'i</w:t>
      </w:r>
    </w:p>
    <w:p>
      <w:r>
        <w:rPr>
          <w:color w:val="666666"/>
          <w:sz w:val="18"/>
        </w:rPr>
        <w:t>Society &amp; Dawah · The Problem of Evil December 4, 2011 · 42s · at 1:36:49 · https://youtu.be/SMqtVjaGHfw?t=5809</w:t>
      </w:r>
    </w:p>
    <w:p>
      <w:r>
        <w:rPr>
          <w:i/>
        </w:rPr>
        <w:t>“How important is it for a da'i to continue his studies?”</w:t>
      </w:r>
    </w:p>
    <w:p>
      <w:r>
        <w:rPr>
          <w:sz w:val="20"/>
        </w:rPr>
        <w:t>1:36:49  Maulana, unka ek aur sawal hai. Unhone likha hai ke ek daai ke liye apne mutale ko jari rakhna kitna zaroori hai?</w:t>
      </w:r>
      <w:r>
        <w:br/>
      </w:r>
      <w:r>
        <w:rPr>
          <w:sz w:val="20"/>
        </w:rPr>
        <w:t>1:36:59  Daai ka har insan ko zaroori hai. Apni jankari jab tak badhayenge nahi to aap ka development nahi hoga.</w:t>
      </w:r>
      <w:r>
        <w:br/>
      </w:r>
      <w:r>
        <w:rPr>
          <w:sz w:val="20"/>
        </w:rPr>
        <w:t>1:37:07  As a daai, as a man, har lehaz se aap ko study karna hai. Study ka matlab yeh nahi ke alif lafz alfaaz padhen, novel padhen, aap shayari padhen, yeh matlab nahi.</w:t>
      </w:r>
      <w:r>
        <w:br/>
      </w:r>
      <w:r>
        <w:rPr>
          <w:sz w:val="20"/>
        </w:rPr>
        <w:t>1:37:18  Serious study to zaroori hai, har haal mein daai ke liye bhi hai aur aam insan ke liye bhi hai. Serious serious study.</w:t>
      </w:r>
    </w:p>
    <w:p>
      <w:pPr>
        <w:pStyle w:val="Heading2"/>
      </w:pPr>
      <w:r>
        <w:t>Importance of doing dawah or donating</w:t>
      </w:r>
    </w:p>
    <w:p>
      <w:r>
        <w:rPr>
          <w:color w:val="666666"/>
          <w:sz w:val="18"/>
        </w:rPr>
        <w:t>Society &amp; Dawah · Divine Management in History April 7, 2013 · 1m 38s · at 1:18:56 · https://youtu.be/wcBzG56LuPY?t=4736</w:t>
      </w:r>
    </w:p>
    <w:p>
      <w:r>
        <w:rPr>
          <w:i/>
        </w:rPr>
        <w:t>“How important is it for Muslims to either do dawah themselves or at least donate for dawah work?”</w:t>
      </w:r>
    </w:p>
    <w:p>
      <w:r>
        <w:rPr>
          <w:sz w:val="20"/>
        </w:rPr>
        <w:t>1:18:56  ji haan, maulana, agla sawal delhi se hai, miss sathi malhotra ka</w:t>
      </w:r>
      <w:r>
        <w:br/>
      </w:r>
      <w:r>
        <w:rPr>
          <w:sz w:val="20"/>
        </w:rPr>
        <w:t>1:19:03  . unhone likha hai: "maulana, how important is it for muslims to either do dawah themselves or at least donate for dawah work?" haan, ke hum yahi kehte hain ke jo physically apne aap ko involve karne ki position mein ho, to woh physically involve karein.</w:t>
      </w:r>
      <w:r>
        <w:br/>
      </w:r>
      <w:r>
        <w:rPr>
          <w:sz w:val="20"/>
        </w:rPr>
        <w:t>1:19:24  farz kiye, koi physically involve karne ki position mein nahi hai, to phir woh jo support ke bas mein hai, woh support de.</w:t>
      </w:r>
      <w:r>
        <w:br/>
      </w:r>
      <w:r>
        <w:rPr>
          <w:sz w:val="20"/>
        </w:rPr>
        <w:t>1:19:34  do mein se ek kaam to use karna hi karna hai.</w:t>
      </w:r>
    </w:p>
    <w:p>
      <w:pPr>
        <w:pStyle w:val="Heading2"/>
      </w:pPr>
      <w:r>
        <w:t>Importance of individual focus in Al-Risala mission</w:t>
      </w:r>
    </w:p>
    <w:p>
      <w:r>
        <w:rPr>
          <w:color w:val="666666"/>
          <w:sz w:val="18"/>
        </w:rPr>
        <w:t>Society &amp; Dawah · Q&amp;A 13 Nov 2011 · 1m 40s · at 36:58 · https://youtu.be/oOZ9h37_pL8?t=2218</w:t>
      </w:r>
    </w:p>
    <w:p>
      <w:r>
        <w:rPr>
          <w:i/>
        </w:rPr>
        <w:t>“In the Al-Risala mission, besides distributing literature, what is the importance of focusing on individuals separately and preparing them in terms of dawah and ma‘rifat?”</w:t>
      </w:r>
    </w:p>
    <w:p>
      <w:r>
        <w:rPr>
          <w:sz w:val="20"/>
        </w:rPr>
        <w:t>36:58  maulana zikwan nadvi ka aik sawal hai dilli se. unhon ne likha hai ke al-risalah mission mein literature distribution ke ilawa individuals ko alag alag focus kar ke un ko dawat aur marifat ke aitbar se tayyar karne ki ahmiyat kya hai?</w:t>
      </w:r>
      <w:r>
        <w:br/>
      </w:r>
      <w:r>
        <w:rPr>
          <w:sz w:val="20"/>
        </w:rPr>
        <w:t>37:16  haan main baar baar kehta hoon ke dekhye hamara jo daawa work hai is ke do pehlu hain.</w:t>
      </w:r>
      <w:r>
        <w:br/>
      </w:r>
      <w:r>
        <w:rPr>
          <w:sz w:val="20"/>
        </w:rPr>
        <w:t>37:26  aik to general yani general daawa keh lijiye is ko. to is ko aap umoomi tor par distribute karte hain.</w:t>
      </w:r>
      <w:r>
        <w:br/>
      </w:r>
      <w:r>
        <w:rPr>
          <w:sz w:val="20"/>
        </w:rPr>
        <w:t>37:39  literature ya jalsay mein address karte hain to woh general dawah hai. lekin isi ke sath bohat hi zaroori hai ke aap individual ko focus karen.</w:t>
      </w:r>
      <w:r>
        <w:br/>
      </w:r>
      <w:r>
        <w:rPr>
          <w:sz w:val="20"/>
        </w:rPr>
        <w:t>37:52  kyunke jo change aayega woh fard mein aayega.</w:t>
      </w:r>
      <w:r>
        <w:br/>
      </w:r>
      <w:r>
        <w:rPr>
          <w:sz w:val="20"/>
        </w:rPr>
        <w:t>37:56  bheed ko aap address karte hain is se is se kuch change nahi aa sakta. change aata hai individual mind mein.</w:t>
      </w:r>
      <w:r>
        <w:br/>
      </w:r>
      <w:r>
        <w:rPr>
          <w:sz w:val="20"/>
        </w:rPr>
        <w:t>38:06  mind ek individual ke andar hota hai. wahin change aata hai. to humein general</w:t>
      </w:r>
      <w:r>
        <w:br/>
      </w:r>
      <w:r>
        <w:rPr>
          <w:sz w:val="20"/>
        </w:rPr>
        <w:t>38:13  dawah work bhi karna hai. lekin bohat hi zaroori hai ke log apne mahol mein aise afraad talash karen jo seeker hon. jo sincere hon.</w:t>
      </w:r>
      <w:r>
        <w:br/>
      </w:r>
      <w:r>
        <w:rPr>
          <w:sz w:val="20"/>
        </w:rPr>
        <w:t>38:23  jo cheezon ko seriously dekhte hon. un par musalsal mehnat karen. un se milen un ko kitaben den. un se feedback len.</w:t>
      </w:r>
      <w:r>
        <w:br/>
      </w:r>
      <w:r>
        <w:rPr>
          <w:sz w:val="20"/>
        </w:rPr>
        <w:t>38:33  yeh bohat hi ahem hai.</w:t>
      </w:r>
    </w:p>
    <w:p>
      <w:pPr>
        <w:pStyle w:val="Heading2"/>
      </w:pPr>
      <w:r>
        <w:t>Importance of modern technology for da'i</w:t>
      </w:r>
    </w:p>
    <w:p>
      <w:r>
        <w:rPr>
          <w:color w:val="666666"/>
          <w:sz w:val="18"/>
        </w:rPr>
        <w:t>Society &amp; Dawah · Importance of Peace December 16, 2012 · 1m 09s · at 1:23:49 · https://youtu.be/nymyorYyEz4?t=5029</w:t>
      </w:r>
    </w:p>
    <w:p>
      <w:r>
        <w:rPr>
          <w:i/>
        </w:rPr>
        <w:t>“How important is it for a da'i to be at peace with modern technology?”</w:t>
      </w:r>
    </w:p>
    <w:p>
      <w:r>
        <w:rPr>
          <w:sz w:val="20"/>
        </w:rPr>
        <w:t>1:23:49  molana, agla sawal Delhi se hai Ms. Toti Malhotra ka. unhon ne likha hai: "how important is it for a da'ee to be in peace with modern technology?" is ke bare mein batayen.</w:t>
      </w:r>
      <w:r>
        <w:br/>
      </w:r>
      <w:r>
        <w:rPr>
          <w:sz w:val="20"/>
        </w:rPr>
        <w:t>1:24:02  bahut zyada, bahut hi zyada. kyunke aap ko kaam karna hai aaj ke insan ke darmiyan, to aap ko aaj ka standard jo hai, woh ikhtiyar karna padega.</w:t>
      </w:r>
      <w:r>
        <w:br/>
      </w:r>
      <w:r>
        <w:rPr>
          <w:sz w:val="20"/>
        </w:rPr>
        <w:t>1:24:14  masha Allah, hamare saathi kar rahe hain aisa. modern technology ke baghair aap aaj ki duniya mein islam ki dawat nahin phaila sakte, lekin peaceful tareeqe se.</w:t>
      </w:r>
      <w:r>
        <w:br/>
      </w:r>
      <w:r>
        <w:rPr>
          <w:sz w:val="20"/>
        </w:rPr>
        <w:t>1:24:28  peace is the must.</w:t>
      </w:r>
      <w:r>
        <w:br/>
      </w:r>
      <w:r>
        <w:rPr>
          <w:sz w:val="20"/>
        </w:rPr>
        <w:t>1:24:30  har cheez istemal kijiye, lekin peaceful tareeqe se. peaceful ke ka matlab kya hain? bahut hi zyada yaani positive hona, bahut zyada valuation hona,</w:t>
      </w:r>
      <w:r>
        <w:br/>
      </w:r>
      <w:r>
        <w:rPr>
          <w:sz w:val="20"/>
        </w:rPr>
        <w:t>1:24:44  aur har qism ke violence se khali hona, direct ya indirect. to yeh ain islam hai, ain sawab hai, yahi jannat ka rasta hai.</w:t>
      </w:r>
    </w:p>
    <w:p>
      <w:pPr>
        <w:pStyle w:val="Heading2"/>
      </w:pPr>
      <w:r>
        <w:t>Importance of results in dawah work</w:t>
      </w:r>
    </w:p>
    <w:p>
      <w:r>
        <w:rPr>
          <w:color w:val="666666"/>
          <w:sz w:val="18"/>
        </w:rPr>
        <w:t>Society &amp; Dawah · Dars-e-Quran Chapter 2, Verse 38-39 January 14, 2018 · 1m 46s · at 52:34 · https://youtu.be/mj5trn7tLLg?t=3154</w:t>
      </w:r>
    </w:p>
    <w:p>
      <w:r>
        <w:rPr>
          <w:i/>
        </w:rPr>
        <w:t>“Some people don't do dawah work because they think the result does not come out of dawah work, as people are busy in worldly affairs like job, family, friends, etc. My question is: How important is getting a result out of dawah work? If in some areas the result is not coming, then should we abandon it?”</w:t>
      </w:r>
    </w:p>
    <w:p>
      <w:r>
        <w:rPr>
          <w:sz w:val="20"/>
        </w:rPr>
        <w:t>52:34  Molana ab sawal latay hain. Lucknow se Ayaz Ahmad sahib ne sawal bheja hai, unhon ne likha hai: "Molana, some people don't do dawah because they think result does not come out of dawah work, as people are busy in today's worldly affairs like job, family, friends, etc.</w:t>
      </w:r>
      <w:r>
        <w:br/>
      </w:r>
      <w:r>
        <w:rPr>
          <w:sz w:val="20"/>
        </w:rPr>
        <w:t>53:01  My question is: How important is getting results out of dawah work? If in some areas the result is not coming, then should we abandon it?</w:t>
      </w:r>
      <w:r>
        <w:br/>
      </w:r>
      <w:r>
        <w:rPr>
          <w:sz w:val="20"/>
        </w:rPr>
        <w:t>53:18  yani ke dawah ka jo kam hai, us mein rslt quran mein bata diya gaya hai: "wama alaina ila albalagh" pohanchana.</w:t>
      </w:r>
      <w:r>
        <w:br/>
      </w:r>
      <w:r>
        <w:rPr>
          <w:sz w:val="20"/>
        </w:rPr>
        <w:t>53:30  yahi rslt hai, pohancha diya to rslt ho gaya.</w:t>
      </w:r>
      <w:r>
        <w:br/>
      </w:r>
      <w:r>
        <w:rPr>
          <w:sz w:val="20"/>
        </w:rPr>
        <w:t>53:38  "lasta alaihim bmistr" to quran mein bohat hi klar tor par bata diya gaya hai ke dawah mein jo rslt hai, wo yahi ke aap pohancha dein, hamdardi ke sath, khair khwahi ke sath.</w:t>
      </w:r>
      <w:r>
        <w:br/>
      </w:r>
      <w:r>
        <w:rPr>
          <w:sz w:val="20"/>
        </w:rPr>
        <w:t>53:57  yahi to rslt hai. anjam ka mamla allah ka hai, aap se nahi hai. to aap sachay dil ke sath, khair khwahi ke sath pohanchate rahein, pohanchate rahein, pohanchate rahein.</w:t>
      </w:r>
      <w:r>
        <w:br/>
      </w:r>
      <w:r>
        <w:rPr>
          <w:sz w:val="20"/>
        </w:rPr>
        <w:t>54:13  bas aap ko rslt mil raha hai.</w:t>
      </w:r>
    </w:p>
    <w:p>
      <w:pPr>
        <w:pStyle w:val="Heading2"/>
      </w:pPr>
      <w:r>
        <w:t>Importance of rising above ikhlas for da'ees</w:t>
      </w:r>
    </w:p>
    <w:p>
      <w:r>
        <w:rPr>
          <w:color w:val="666666"/>
          <w:sz w:val="18"/>
        </w:rPr>
        <w:t>Society &amp; Dawah · Importance of Wisdom | August 24, 2014 · 4m 59s · at 1:13:30 · https://youtu.be/ZVPLm7fV0t0?t=4410</w:t>
      </w:r>
    </w:p>
    <w:p>
      <w:r>
        <w:rPr>
          <w:i/>
        </w:rPr>
        <w:t>“How important is it for da'ees of mission to rise above the level of ikhlas to develop their mind?”</w:t>
      </w:r>
    </w:p>
    <w:p>
      <w:r>
        <w:rPr>
          <w:sz w:val="20"/>
        </w:rPr>
        <w:t>1:13:30  quran mein hai: matlab ek giroh jo hai, agar apni duty poori nahi karega, Allah ka kaam nahi karega, to Allah doosre giroh ko uthaye ga. woh kaam karenge, kaam rukega nahi. yeh matlab hai is ka. Maulana, agla sawal dilli se hai Ms. Naghma Siddiqui ka. unhon ne likha hai ke: how import</w:t>
      </w:r>
      <w:r>
        <w:br/>
      </w:r>
      <w:r>
        <w:rPr>
          <w:sz w:val="20"/>
        </w:rPr>
        <w:t>1:14:00  Is it for these of mission to rise above the level of Ikhlas to develop their mind?</w:t>
      </w:r>
      <w:r>
        <w:br/>
      </w:r>
      <w:r>
        <w:rPr>
          <w:sz w:val="20"/>
        </w:rPr>
        <w:t>1:14:06  Yeh to mein samajhta hoon ke farz hai apne ko bachane ke liye.</w:t>
      </w:r>
      <w:r>
        <w:br/>
      </w:r>
      <w:r>
        <w:rPr>
          <w:sz w:val="20"/>
        </w:rPr>
        <w:t>1:14:12  Kyunke agar jo aadmi aisa nahi karega, to bohat bara risk le raha hai woh.</w:t>
      </w:r>
      <w:r>
        <w:br/>
      </w:r>
      <w:r>
        <w:rPr>
          <w:sz w:val="20"/>
        </w:rPr>
        <w:t>1:14:18  Koi crisis aaye aur woh phir garhe mein doob jaye.</w:t>
      </w:r>
      <w:r>
        <w:br/>
      </w:r>
      <w:r>
        <w:rPr>
          <w:sz w:val="20"/>
        </w:rPr>
        <w:t>1:14:24  Aise bohat misaalain hain ke log mukhlis thay, shareef thay,</w:t>
      </w:r>
      <w:r>
        <w:br/>
      </w:r>
      <w:r>
        <w:rPr>
          <w:sz w:val="20"/>
        </w:rPr>
        <w:t>1:14:31  Namaz roze wale thay.</w:t>
      </w:r>
      <w:r>
        <w:br/>
      </w:r>
      <w:r>
        <w:rPr>
          <w:sz w:val="20"/>
        </w:rPr>
        <w:t>1:14:35  Crisis aaya to bilkul woh apne ko tabah kar liya unhon ne.</w:t>
      </w:r>
      <w:r>
        <w:br/>
      </w:r>
      <w:r>
        <w:rPr>
          <w:sz w:val="20"/>
        </w:rPr>
        <w:t>1:14:39  Bohat misaalain hain tareekh mein.</w:t>
      </w:r>
      <w:r>
        <w:br/>
      </w:r>
      <w:r>
        <w:rPr>
          <w:sz w:val="20"/>
        </w:rPr>
        <w:t>1:14:42  To hamare jo sathi hain, woh ek bara mission le ke khare hue hain.</w:t>
      </w:r>
      <w:r>
        <w:br/>
      </w:r>
      <w:r>
        <w:rPr>
          <w:sz w:val="20"/>
        </w:rPr>
        <w:t>1:14:46  To aur is mission mein jab team banegi to ijtimaeyat aayegi.</w:t>
      </w:r>
      <w:r>
        <w:br/>
      </w:r>
      <w:r>
        <w:rPr>
          <w:sz w:val="20"/>
        </w:rPr>
        <w:t>1:14:50  Ijtimaeyat aayegi to ikhtilafat paida honge.</w:t>
      </w:r>
      <w:r>
        <w:br/>
      </w:r>
      <w:r>
        <w:rPr>
          <w:sz w:val="20"/>
        </w:rPr>
        <w:t>1:14:54  To yeh to bohat ziyada is baat ka khatra hai ke woh ek masla paida ho, koi crisis,</w:t>
      </w:r>
      <w:r>
        <w:br/>
      </w:r>
      <w:r>
        <w:rPr>
          <w:sz w:val="20"/>
        </w:rPr>
        <w:t>1:14:58  Aur isi mein aap</w:t>
      </w:r>
      <w:r>
        <w:br/>
      </w:r>
      <w:r>
        <w:rPr>
          <w:sz w:val="20"/>
        </w:rPr>
        <w:t>1:15:02  Fail ho jayein aur apne ko tabah kar lein.</w:t>
      </w:r>
      <w:r>
        <w:br/>
      </w:r>
      <w:r>
        <w:rPr>
          <w:sz w:val="20"/>
        </w:rPr>
        <w:t>1:15:07  To ikhlas aur sharafat aur yeh bohat acha good nature hona, yeh kafi har giz nahi hai.</w:t>
      </w:r>
      <w:r>
        <w:br/>
      </w:r>
      <w:r>
        <w:rPr>
          <w:sz w:val="20"/>
        </w:rPr>
        <w:t>1:15:12  Akele aap ghar mein rahein to theek hai, akele ghar mein rahiye, namaz roza kijiye.</w:t>
      </w:r>
      <w:r>
        <w:br/>
      </w:r>
      <w:r>
        <w:rPr>
          <w:sz w:val="20"/>
        </w:rPr>
        <w:t>1:15:17  Lekin aap jab ijtimaei zindagi mein aate hain to har giz har giz yeh kafi nahi ke aap mukhlis hain,</w:t>
      </w:r>
      <w:r>
        <w:br/>
      </w:r>
      <w:r>
        <w:rPr>
          <w:sz w:val="20"/>
        </w:rPr>
        <w:t>1:15:22  Aap shareef hain, aap namaz roze wale hain.</w:t>
      </w:r>
      <w:r>
        <w:br/>
      </w:r>
      <w:r>
        <w:rPr>
          <w:sz w:val="20"/>
        </w:rPr>
        <w:t>1:15:28  Tab aap ko aql chahiye, aql. Taake jo</w:t>
      </w:r>
      <w:r>
        <w:br/>
      </w:r>
      <w:r>
        <w:rPr>
          <w:sz w:val="20"/>
        </w:rPr>
        <w:t>1:15:33  Jo situation create hoti hai, jo crisis aata hai, us ko aap manage kar sakein, us ko explain</w:t>
      </w:r>
      <w:r>
        <w:br/>
      </w:r>
      <w:r>
        <w:rPr>
          <w:sz w:val="20"/>
        </w:rPr>
        <w:t>1:15:38  Kar sakein, us ko samajh sakein.</w:t>
      </w:r>
      <w:r>
        <w:br/>
      </w:r>
      <w:r>
        <w:rPr>
          <w:sz w:val="20"/>
        </w:rPr>
        <w:t>1:15:43  Warna wahi hoga ke satar hazar ko qadar kar lenge to mukhlis hote bhi.</w:t>
      </w:r>
      <w:r>
        <w:br/>
      </w:r>
      <w:r>
        <w:rPr>
          <w:sz w:val="20"/>
        </w:rPr>
        <w:t>1:15:48  Woh sab ke sab mukhlis thay woh.</w:t>
      </w:r>
      <w:r>
        <w:br/>
      </w:r>
      <w:r>
        <w:rPr>
          <w:sz w:val="20"/>
        </w:rPr>
        <w:t>1:15:53  Is ke baad satar hazar aadmi mare gaye.</w:t>
      </w:r>
      <w:r>
        <w:br/>
      </w:r>
      <w:r>
        <w:rPr>
          <w:sz w:val="20"/>
        </w:rPr>
        <w:t>1:15:58  abhi british dor mein dekhen jin ko shaheedan kaha jata hai, Maulana Ismail Shaheed aur Maulana Syed Ahmed Shaheed,</w:t>
      </w:r>
      <w:r>
        <w:br/>
      </w:r>
      <w:r>
        <w:rPr>
          <w:sz w:val="20"/>
        </w:rPr>
        <w:t>1:16:03  yeh log Balakot mein larnay ke liye pohanch gaye, is se Ranjeet se.</w:t>
      </w:r>
      <w:r>
        <w:br/>
      </w:r>
      <w:r>
        <w:rPr>
          <w:sz w:val="20"/>
        </w:rPr>
        <w:t>1:16:07  woh sab ke sab maray gaye.</w:t>
      </w:r>
      <w:r>
        <w:br/>
      </w:r>
      <w:r>
        <w:rPr>
          <w:sz w:val="20"/>
        </w:rPr>
        <w:t>1:16:12  Balakot mein sab khatam ho gaye woh.</w:t>
      </w:r>
      <w:r>
        <w:br/>
      </w:r>
      <w:r>
        <w:rPr>
          <w:sz w:val="20"/>
        </w:rPr>
        <w:t>1:16:16  kyun? wisdom nahi thi.</w:t>
      </w:r>
      <w:r>
        <w:br/>
      </w:r>
      <w:r>
        <w:rPr>
          <w:sz w:val="20"/>
        </w:rPr>
        <w:t>1:16:20  is par kitab chhapi hai Ghulam Rasool Mehr ki, is ko aap parhiye.</w:t>
      </w:r>
      <w:r>
        <w:br/>
      </w:r>
      <w:r>
        <w:rPr>
          <w:sz w:val="20"/>
        </w:rPr>
        <w:t>1:16:24  in logon ko yeh khabar hi nahi thi ke Maharaj Ranjeet ki taqat kya hai, hamari taqat kya hai.</w:t>
      </w:r>
      <w:r>
        <w:br/>
      </w:r>
      <w:r>
        <w:rPr>
          <w:sz w:val="20"/>
        </w:rPr>
        <w:t>1:16:29  in ke paas mamooli qisam ke hathiyar thay, riwayati qisam ke.</w:t>
      </w:r>
      <w:r>
        <w:br/>
      </w:r>
      <w:r>
        <w:rPr>
          <w:sz w:val="20"/>
        </w:rPr>
        <w:t>1:16:33  aur Ranjeet jo tha, us ke paas topkhana tha.</w:t>
      </w:r>
      <w:r>
        <w:br/>
      </w:r>
      <w:r>
        <w:rPr>
          <w:sz w:val="20"/>
        </w:rPr>
        <w:t>1:16:38  us ne France ke retired generalon ko bula kar apni fauj ko train kiya tha.</w:t>
      </w:r>
      <w:r>
        <w:br/>
      </w:r>
      <w:r>
        <w:rPr>
          <w:sz w:val="20"/>
        </w:rPr>
        <w:t>1:16:43  us ke kya lartay yeh? is se lad sakte thay yeh? yeh koi ladai nahi hai yeh.</w:t>
      </w:r>
      <w:r>
        <w:br/>
      </w:r>
      <w:r>
        <w:rPr>
          <w:sz w:val="20"/>
        </w:rPr>
        <w:t>1:16:48  Qur'an mein hai ke pehle adad, phir us ke baad muqabla.</w:t>
      </w:r>
      <w:r>
        <w:br/>
      </w:r>
      <w:r>
        <w:rPr>
          <w:sz w:val="20"/>
        </w:rPr>
        <w:t>1:16:53  adad quwwat pehle hai.</w:t>
      </w:r>
      <w:r>
        <w:br/>
      </w:r>
      <w:r>
        <w:rPr>
          <w:sz w:val="20"/>
        </w:rPr>
        <w:t>1:16:58  yeh lad jana yeh koi Islam mein nahi hai.</w:t>
      </w:r>
      <w:r>
        <w:br/>
      </w:r>
      <w:r>
        <w:rPr>
          <w:sz w:val="20"/>
        </w:rPr>
        <w:t>1:17:04  lekin logon ke andar sochne ki taqat nahi hai.</w:t>
      </w:r>
      <w:r>
        <w:br/>
      </w:r>
      <w:r>
        <w:rPr>
          <w:sz w:val="20"/>
        </w:rPr>
        <w:t>1:17:07  art of thinking nahi hai.</w:t>
      </w:r>
      <w:r>
        <w:br/>
      </w:r>
      <w:r>
        <w:rPr>
          <w:sz w:val="20"/>
        </w:rPr>
        <w:t>1:17:10  toh main samajhta hoon ke farz ke darjay mein zaroori hai ke aap is ko samjhein ke is</w:t>
      </w:r>
      <w:r>
        <w:br/>
      </w:r>
      <w:r>
        <w:rPr>
          <w:sz w:val="20"/>
        </w:rPr>
        <w:t>1:17:14  se ikhlas har giz kafi nahi hai.</w:t>
      </w:r>
      <w:r>
        <w:br/>
      </w:r>
      <w:r>
        <w:rPr>
          <w:sz w:val="20"/>
        </w:rPr>
        <w:t>1:17:17  aql honi chahiye aap ke paas, baseerat honi chahiye aap ke paas.</w:t>
      </w:r>
      <w:r>
        <w:br/>
      </w:r>
      <w:r>
        <w:rPr>
          <w:sz w:val="20"/>
        </w:rPr>
        <w:t>1:17:20  warna kahin kis garhay mein gir jayen ge aur samjhen ge ke main toh bohat mukhlis hoon.</w:t>
      </w:r>
      <w:r>
        <w:br/>
      </w:r>
      <w:r>
        <w:rPr>
          <w:sz w:val="20"/>
        </w:rPr>
        <w:t>1:17:24  aur gir ke apne ko tabah kar len ge.</w:t>
      </w:r>
      <w:r>
        <w:br/>
      </w:r>
      <w:r>
        <w:rPr>
          <w:sz w:val="20"/>
        </w:rPr>
        <w:t>1:17:27  Qur'an mein hai nahi ke: antahabat a'maal ko balad tantum la tashroon.</w:t>
      </w:r>
      <w:r>
        <w:br/>
      </w:r>
      <w:r>
        <w:rPr>
          <w:sz w:val="20"/>
        </w:rPr>
        <w:t>1:17:30  toh woh a'maal h</w:t>
      </w:r>
      <w:r>
        <w:br/>
      </w:r>
      <w:r>
        <w:rPr>
          <w:sz w:val="20"/>
        </w:rPr>
        <w:t>1:17:34  bat ho jayen aur tum ja rahe bhi nahi ke aisa ho gaya.</w:t>
      </w:r>
      <w:r>
        <w:br/>
      </w:r>
      <w:r>
        <w:rPr>
          <w:sz w:val="20"/>
        </w:rPr>
        <w:t>1:17:37  antahabat a'maal ko balad tantum la tashroon.</w:t>
      </w:r>
      <w:r>
        <w:br/>
      </w:r>
      <w:r>
        <w:rPr>
          <w:sz w:val="20"/>
        </w:rPr>
        <w:t>1:17:41  yahi to matlab is ka hai.</w:t>
      </w:r>
      <w:r>
        <w:br/>
      </w:r>
      <w:r>
        <w:rPr>
          <w:sz w:val="20"/>
        </w:rPr>
        <w:t>1:17:45  is ayat par ghor kijiyega.</w:t>
      </w:r>
      <w:r>
        <w:br/>
      </w:r>
      <w:r>
        <w:rPr>
          <w:sz w:val="20"/>
        </w:rPr>
        <w:t>1:17:49  yeh bohat zabardast ayat hai quran majeed mein.</w:t>
      </w:r>
      <w:r>
        <w:br/>
      </w:r>
      <w:r>
        <w:rPr>
          <w:sz w:val="20"/>
        </w:rPr>
        <w:t>1:17:52  do jagah is ka zikr hai ke tum samjho bhi nahi aur tumhare aamal habat bhi ho jayen.</w:t>
      </w:r>
      <w:r>
        <w:br/>
      </w:r>
      <w:r>
        <w:rPr>
          <w:sz w:val="20"/>
        </w:rPr>
        <w:t>1:17:56  intabhat aamal ko balad tan tum la tashroon.</w:t>
      </w:r>
      <w:r>
        <w:br/>
      </w:r>
      <w:r>
        <w:rPr>
          <w:sz w:val="20"/>
        </w:rPr>
        <w:t>1:18:00  is ka matlab kya hai? intellectual development na hone ki wajah se aap ka shaoor is qabil</w:t>
      </w:r>
      <w:r>
        <w:br/>
      </w:r>
      <w:r>
        <w:rPr>
          <w:sz w:val="20"/>
        </w:rPr>
        <w:t>1:18:04  na hoga ke aap samjhen baton ko.</w:t>
      </w:r>
      <w:r>
        <w:br/>
      </w:r>
      <w:r>
        <w:rPr>
          <w:sz w:val="20"/>
        </w:rPr>
        <w:t>1:18:09  aur phir bhi aap ikhlas ke bawajood aap ke aamal habat ho jayen.</w:t>
      </w:r>
      <w:r>
        <w:br/>
      </w:r>
      <w:r>
        <w:rPr>
          <w:sz w:val="20"/>
        </w:rPr>
        <w:t>1:18:14  yeh ayat batati hai ke ikhlas hargiz kafi nahi hai.</w:t>
      </w:r>
      <w:r>
        <w:br/>
      </w:r>
      <w:r>
        <w:rPr>
          <w:sz w:val="20"/>
        </w:rPr>
        <w:t>1:18:19  develop shaoor chahiye, develop mind chahiye.</w:t>
      </w:r>
      <w:r>
        <w:br/>
      </w:r>
      <w:r>
        <w:rPr>
          <w:sz w:val="20"/>
        </w:rPr>
        <w:t>1:18:24  yeh to bohat zyada important baat hai ke is par log sochen.</w:t>
      </w:r>
    </w:p>
    <w:p>
      <w:pPr>
        <w:pStyle w:val="Heading2"/>
      </w:pPr>
      <w:r>
        <w:t>Improving Hindu-Muslim Relations</w:t>
      </w:r>
    </w:p>
    <w:p>
      <w:r>
        <w:rPr>
          <w:color w:val="666666"/>
          <w:sz w:val="18"/>
        </w:rPr>
        <w:t>Society &amp; Dawah · Age of Alternatives April 05, 2015 · 3m 20s · at 1:08:39 · https://youtu.be/4v0uCM2BZuA?t=4119</w:t>
      </w:r>
    </w:p>
    <w:p>
      <w:r>
        <w:rPr>
          <w:i/>
        </w:rPr>
        <w:t>“What can ordinary Hindus and Muslims do to improve relations between them?”</w:t>
      </w:r>
    </w:p>
    <w:p>
      <w:r>
        <w:rPr>
          <w:sz w:val="20"/>
        </w:rPr>
        <w:t>1:08:39  maulana, agla sawal lene se pehle ek comment padhna chahenge jo idrees sahab ne bheja hai raipur se, aur unhon ne likha hai ke "today speech was one of the best speech.</w:t>
      </w:r>
      <w:r>
        <w:br/>
      </w:r>
      <w:r>
        <w:rPr>
          <w:sz w:val="20"/>
        </w:rPr>
        <w:t>1:08:52  it was inspiring and thought provoking." achha</w:t>
      </w:r>
      <w:r>
        <w:br/>
      </w:r>
      <w:r>
        <w:rPr>
          <w:sz w:val="20"/>
        </w:rPr>
        <w:t>1:08:56  a, maulana, agla sawal usa se irfan omar sahab ne kiya hai, aur unhon ne likha hai: "maulana sahab, what can ordinary hindus and muslims do to improve relations between them?</w:t>
      </w:r>
      <w:r>
        <w:br/>
      </w:r>
      <w:r>
        <w:rPr>
          <w:sz w:val="20"/>
        </w:rPr>
        <w:t>1:09:11  to improve relations between their communities, could you offer some examples of activities that they may adopt? is dawah and an obstacle to building better relations between hindus and muslims?"</w:t>
      </w:r>
      <w:r>
        <w:br/>
      </w:r>
      <w:r>
        <w:rPr>
          <w:sz w:val="20"/>
        </w:rPr>
        <w:t>1:09:27  yahan dawah ka ka jo kaam hai, jo dawah work hai, us ko positive tor par kiya jaye. aur positive ka matlab yeh hai ke khairkhwahi ki spirit kehta hai:</w:t>
      </w:r>
      <w:r>
        <w:br/>
      </w:r>
      <w:r>
        <w:rPr>
          <w:sz w:val="20"/>
        </w:rPr>
        <w:t>1:09:40  "inna lakum naasih". yaani dawi jo hai, woh well wisher hota hai. to dawah apne aap mein well wishing ka mahol paida karti hai.</w:t>
      </w:r>
      <w:r>
        <w:br/>
      </w:r>
      <w:r>
        <w:rPr>
          <w:sz w:val="20"/>
        </w:rPr>
        <w:t>1:09:52  to logon ne dawah ko ko bhi debate ke maani mein le liya, yaani apni superiority ko establish karna, us se to doori badhegi.</w:t>
      </w:r>
      <w:r>
        <w:br/>
      </w:r>
      <w:r>
        <w:rPr>
          <w:sz w:val="20"/>
        </w:rPr>
        <w:t>1:10:03  dawah well wishing ke tehat hoti hai, khair khwahi ke tehat hoti hai. to us se to apne aap mein taluq achhe ban jayenge.</w:t>
      </w:r>
      <w:r>
        <w:br/>
      </w:r>
      <w:r>
        <w:rPr>
          <w:sz w:val="20"/>
        </w:rPr>
        <w:t>1:10:11  doosri baat yeh hai ke main kahunga ke maujooda daur mein hamare ulama ne bohat bhari ghalti ki hai ke education mein musalmanon ko roka.</w:t>
      </w:r>
      <w:r>
        <w:br/>
      </w:r>
      <w:r>
        <w:rPr>
          <w:sz w:val="20"/>
        </w:rPr>
        <w:t>1:10:22  aur logon ko yeh hua ke muslim idare alag banaye, muslim school, muslim college, muslim university. main is ke sakht khilaf hoon. bas jo school the, jo college the, jo universityan theen, usi mein padhte hain musalman bhi.</w:t>
      </w:r>
      <w:r>
        <w:br/>
      </w:r>
      <w:r>
        <w:rPr>
          <w:sz w:val="20"/>
        </w:rPr>
        <w:t>1:10:35  to kya hota? interaction hota.</w:t>
      </w:r>
      <w:r>
        <w:br/>
      </w:r>
      <w:r>
        <w:rPr>
          <w:sz w:val="20"/>
        </w:rPr>
        <w:t>1:10:38  jahan hindu padh rahe hain, wahan musalman hi padh rahe hain. aur aap jahan aap ko yeh tajurba hoga ke taleem ke dauran jo jo taluq banta hai, woh bohat zabardast hota hai.</w:t>
      </w:r>
      <w:r>
        <w:br/>
      </w:r>
      <w:r>
        <w:rPr>
          <w:sz w:val="20"/>
        </w:rPr>
        <w:t>1:10:49  bohat is mein dostiyan qaim hoti hain, achhe taluqat qaim hote hain.</w:t>
      </w:r>
      <w:r>
        <w:br/>
      </w:r>
      <w:r>
        <w:rPr>
          <w:sz w:val="20"/>
        </w:rPr>
        <w:t>1:10:55  to bilkul simple tareeqa tha ke woh usay na rokte aur musalman se kehte hain ke jo bhi school hai, jo bhi college hai, woh dakhil ho jao, padho. to khoob interaction hota.</w:t>
      </w:r>
      <w:r>
        <w:br/>
      </w:r>
      <w:r>
        <w:rPr>
          <w:sz w:val="20"/>
        </w:rPr>
        <w:t>1:11:06  aur yeh yeh yeh jo doori ban gayi, woh banti hi na. to main kahunga ke yeh yeh do cheezen musalman karen ke har school mein madakhil, har college mein madakhil.</w:t>
      </w:r>
      <w:r>
        <w:br/>
      </w:r>
      <w:r>
        <w:rPr>
          <w:sz w:val="20"/>
        </w:rPr>
        <w:t>1:11:20  aur yeh main to yahan tak kehta hoon ke muslim ka lafz nikal do,</w:t>
      </w:r>
      <w:r>
        <w:br/>
      </w:r>
      <w:r>
        <w:rPr>
          <w:sz w:val="20"/>
        </w:rPr>
        <w:t>1:11:24  muslim university ke muslim ka lafz nikalo, is ka naam rakh do Aligarh University mein, Aligarh University. koi muslim school nahi, koi muslim college nahi, koi muslim university.</w:t>
      </w:r>
      <w:r>
        <w:br/>
      </w:r>
      <w:r>
        <w:rPr>
          <w:sz w:val="20"/>
        </w:rPr>
        <w:t>1:11:33  sab muslim ka lafz nikal do</w:t>
      </w:r>
      <w:r>
        <w:br/>
      </w:r>
      <w:r>
        <w:rPr>
          <w:sz w:val="20"/>
        </w:rPr>
        <w:t>1:11:35  , har school mein padho, har college mein padho, har university mein padho. to apne aap taluqat normal ho jayenge, apne aap.</w:t>
      </w:r>
      <w:r>
        <w:br/>
      </w:r>
      <w:r>
        <w:rPr>
          <w:sz w:val="20"/>
        </w:rPr>
        <w:t>1:11:47  aur dawah agar positive sense mein kiya jaye, khair khwahi ki speed ke sath, to woh woh bhi bohat bara zariya hoga ta'alluqat ko acha banane ka.</w:t>
      </w:r>
    </w:p>
    <w:p>
      <w:pPr>
        <w:pStyle w:val="Heading2"/>
      </w:pPr>
      <w:r>
        <w:t>Improving interreligious understanding and dialogue</w:t>
      </w:r>
    </w:p>
    <w:p>
      <w:r>
        <w:rPr>
          <w:color w:val="666666"/>
          <w:sz w:val="18"/>
        </w:rPr>
        <w:t>Society &amp; Dawah · Personality of A Believer February 2, 2014 · 1m 45s · at 1:03:49 · https://youtu.be/EiK_-O-Bjps?t=3829</w:t>
      </w:r>
    </w:p>
    <w:p>
      <w:r>
        <w:rPr>
          <w:i/>
        </w:rPr>
        <w:t>“What can be done to bring about better interreligious understanding and dialogue? The country needs this urgently today.”</w:t>
      </w:r>
    </w:p>
    <w:p>
      <w:r>
        <w:rPr>
          <w:sz w:val="20"/>
        </w:rPr>
        <w:t>1:03:49  maulana, agla sawal dilli se hai</w:t>
      </w:r>
      <w:r>
        <w:br/>
      </w:r>
      <w:r>
        <w:rPr>
          <w:sz w:val="20"/>
        </w:rPr>
        <w:t>1:03:52  mr shamil rae ka. unhon ne aap se poocha hai: "what can be done to bring about better interreligious understanding and dialogue?</w:t>
      </w:r>
      <w:r>
        <w:br/>
      </w:r>
      <w:r>
        <w:rPr>
          <w:sz w:val="20"/>
        </w:rPr>
        <w:t>1:04:03  aur country needs this urgently today?" mein samajhta hoon ke asal cheez hai spirit of mutual learning.</w:t>
      </w:r>
      <w:r>
        <w:br/>
      </w:r>
      <w:r>
        <w:rPr>
          <w:sz w:val="20"/>
        </w:rPr>
        <w:t>1:04:15  yani doosra jo hai, hum yeh samjhein ke woh yani is ka alag religion hai, is ka alag culture hai.</w:t>
      </w:r>
      <w:r>
        <w:br/>
      </w:r>
      <w:r>
        <w:rPr>
          <w:sz w:val="20"/>
        </w:rPr>
        <w:t>1:04:24  is tarah na sochein hum, balkeh is tarah sochein ke woh ek ek case hai, ek case hai jis se mein kuch seekh sakta hoon.</w:t>
      </w:r>
      <w:r>
        <w:br/>
      </w:r>
      <w:r>
        <w:rPr>
          <w:sz w:val="20"/>
        </w:rPr>
        <w:t>1:04:37  har doosre insaan ko, har doosre organization ko, har doosre mauqe ko aap is zehan se lein ke mujhe wahan par koi learning ho sakti hai, kuch mein seekh sakta hoon.</w:t>
      </w:r>
      <w:r>
        <w:br/>
      </w:r>
      <w:r>
        <w:rPr>
          <w:sz w:val="20"/>
        </w:rPr>
        <w:t>1:04:48  is se to spirit of learning mere liye ek asal cheez hai.</w:t>
      </w:r>
      <w:r>
        <w:br/>
      </w:r>
      <w:r>
        <w:rPr>
          <w:sz w:val="20"/>
        </w:rPr>
        <w:t>1:04:55  spirit of learning yeh sirf isi interface muamle mein, har muamle mein is ki ahmiyat hai.</w:t>
      </w:r>
      <w:r>
        <w:br/>
      </w:r>
      <w:r>
        <w:rPr>
          <w:sz w:val="20"/>
        </w:rPr>
        <w:t>1:05:04  to mein samajhta hoon ke sab se zyada logon ke andar jo paida karne ki zaroorat hai, woh spirit of learning hai. sab se zyada sincere learning, bilkul learning.</w:t>
      </w:r>
      <w:r>
        <w:br/>
      </w:r>
      <w:r>
        <w:rPr>
          <w:sz w:val="20"/>
        </w:rPr>
        <w:t>1:05:19  learning ke liye shart yeh hai ke aap objective hon, sincere hon, honest hon, tab learning hoti hai. yeh mizaj banaya jaye to sab masla hal ho jayega.</w:t>
      </w:r>
    </w:p>
    <w:p>
      <w:pPr>
        <w:pStyle w:val="Heading2"/>
      </w:pPr>
      <w:r>
        <w:t>Incident of Quran disrespect</w:t>
      </w:r>
    </w:p>
    <w:p>
      <w:r>
        <w:rPr>
          <w:color w:val="666666"/>
          <w:sz w:val="18"/>
        </w:rPr>
        <w:t>Society &amp; Dawah · Creative Solution or Ijtihadi Hul 16th Sep '12 SLOW · 4m 14s · at 1:31:17 · https://youtu.be/Ri7r6K65b2Y?t=5477</w:t>
      </w:r>
    </w:p>
    <w:p>
      <w:r>
        <w:rPr>
          <w:i/>
        </w:rPr>
        <w:t>“Two days ago, near Ghaziabad, in Mansoori village, at the railway station, disrespect was shown to the Quran, so people went to the police station to file a report.”</w:t>
      </w:r>
    </w:p>
    <w:p>
      <w:r>
        <w:rPr>
          <w:sz w:val="20"/>
        </w:rPr>
        <w:t>1:31:17  maulana, agla sawal dilli se hai muhammad ans sahib ka.</w:t>
      </w:r>
      <w:r>
        <w:br/>
      </w:r>
      <w:r>
        <w:rPr>
          <w:sz w:val="20"/>
        </w:rPr>
        <w:t>1:31:21  unhon ne likha hai: "maulana, do din pehle ghaziabad ke paas mansoori gaon mein railway station par</w:t>
      </w:r>
      <w:r>
        <w:br/>
      </w:r>
      <w:r>
        <w:rPr>
          <w:sz w:val="20"/>
        </w:rPr>
        <w:t>1:31:29  quran ki be adabi ki gayi to log police station report darj karanay ke liye gaye.</w:t>
      </w:r>
      <w:r>
        <w:br/>
      </w:r>
      <w:r>
        <w:rPr>
          <w:sz w:val="20"/>
        </w:rPr>
        <w:t>1:31:36  police ke report darj na karne par musalmanon ne police station mein tod phod kar ke aag laga</w:t>
      </w:r>
      <w:r>
        <w:br/>
      </w:r>
      <w:r>
        <w:rPr>
          <w:sz w:val="20"/>
        </w:rPr>
        <w:t>1:31:44  di aur ab wahan curfew laga hua hai aur kuch log mare bhi gaye hain.</w:t>
      </w:r>
      <w:r>
        <w:br/>
      </w:r>
      <w:r>
        <w:rPr>
          <w:sz w:val="20"/>
        </w:rPr>
        <w:t>1:31:50  maulana, quran ki be adabi honay par wahan par jo log hangama kar rahay hain, is ka islam</w:t>
      </w:r>
      <w:r>
        <w:br/>
      </w:r>
      <w:r>
        <w:rPr>
          <w:sz w:val="20"/>
        </w:rPr>
        <w:t>1:31:58  se koi taluq hai ya nahi? maulana, logon ko kya karna chahiye aur kya nahi, is ke bare</w:t>
      </w:r>
      <w:r>
        <w:br/>
      </w:r>
      <w:r>
        <w:rPr>
          <w:sz w:val="20"/>
        </w:rPr>
        <w:t>1:32:05  mein advice karen." dekhen, yeh is ka islam se koi bhi taluq nahi hai.</w:t>
      </w:r>
      <w:r>
        <w:br/>
      </w:r>
      <w:r>
        <w:rPr>
          <w:sz w:val="20"/>
        </w:rPr>
        <w:t>1:32:11  yeh to ek shaitani feal hai.</w:t>
      </w:r>
      <w:r>
        <w:br/>
      </w:r>
      <w:r>
        <w:rPr>
          <w:sz w:val="20"/>
        </w:rPr>
        <w:t>1:32:14  aur dekhen, ek baat mein arz karoon, aap har case mein ja kar tehqeeq kar lijiyye.</w:t>
      </w:r>
      <w:r>
        <w:br/>
      </w:r>
      <w:r>
        <w:rPr>
          <w:sz w:val="20"/>
        </w:rPr>
        <w:t>1:32:21  بے ادبی نہیں ہوتی، بے ادبی کی افواہ ہوتی ہے، rumour.</w:t>
      </w:r>
      <w:r>
        <w:br/>
      </w:r>
      <w:r>
        <w:rPr>
          <w:sz w:val="20"/>
        </w:rPr>
        <w:t>1:32:26  jisay kehtay hain aap gustakhi, be adabi.</w:t>
      </w:r>
      <w:r>
        <w:br/>
      </w:r>
      <w:r>
        <w:rPr>
          <w:sz w:val="20"/>
        </w:rPr>
        <w:t>1:32:29  woh hargiz na sirf gustakhi hoti hai, na be adabi hoti hai.</w:t>
      </w:r>
      <w:r>
        <w:br/>
      </w:r>
      <w:r>
        <w:rPr>
          <w:sz w:val="20"/>
        </w:rPr>
        <w:t>1:32:34  وہ rumour ہوتی ہے، صرف افواہ ہوتی ہے۔</w:t>
      </w:r>
      <w:r>
        <w:br/>
      </w:r>
      <w:r>
        <w:rPr>
          <w:sz w:val="20"/>
        </w:rPr>
        <w:t>1:32:37  bas rumor ko suna aur daud pade.</w:t>
      </w:r>
      <w:r>
        <w:br/>
      </w:r>
      <w:r>
        <w:rPr>
          <w:sz w:val="20"/>
        </w:rPr>
        <w:t>1:32:40  aap ja ke wahan dekhen, ek aadmi ne bhi ja kar tehqeeq nahi ki, hua kya? koi bhi</w:t>
      </w:r>
      <w:r>
        <w:br/>
      </w:r>
      <w:r>
        <w:rPr>
          <w:sz w:val="20"/>
        </w:rPr>
        <w:t>1:32:48  be adabi nahi hui thi.</w:t>
      </w:r>
      <w:r>
        <w:br/>
      </w:r>
      <w:r>
        <w:rPr>
          <w:sz w:val="20"/>
        </w:rPr>
        <w:t>1:32:50  bas rumor ud gayi, bas us ke baad bhadak pade ke ladne ke liye khade ho gaye.</w:t>
      </w:r>
      <w:r>
        <w:br/>
      </w:r>
      <w:r>
        <w:rPr>
          <w:sz w:val="20"/>
        </w:rPr>
        <w:t>1:32:57  جتنے بھی واقعات ہیں ادھر کے، سب rumour پر ہوتے ہیں۔</w:t>
      </w:r>
      <w:r>
        <w:br/>
      </w:r>
      <w:r>
        <w:rPr>
          <w:sz w:val="20"/>
        </w:rPr>
        <w:t>1:33:02  aur quran mein saaf bataya gaya hai ke rumor sun kar ke external ho.</w:t>
      </w:r>
      <w:r>
        <w:br/>
      </w:r>
      <w:r>
        <w:rPr>
          <w:sz w:val="20"/>
        </w:rPr>
        <w:t>1:33:08  quran mein ek ayat hai: "jabakum fasiqun binaba' fatabaiynu." yeh ab ayat utri thi, ek ek</w:t>
      </w:r>
      <w:r>
        <w:br/>
      </w:r>
      <w:r>
        <w:rPr>
          <w:sz w:val="20"/>
        </w:rPr>
        <w:t>1:33:16  waqia pesh aaya tha.</w:t>
      </w:r>
      <w:r>
        <w:br/>
      </w:r>
      <w:r>
        <w:rPr>
          <w:sz w:val="20"/>
        </w:rPr>
        <w:t>1:33:17  ek sahabi ko rasool ALLAH sallallahu alaihi wasallam ne bheja, wahan kaha ke bana kar ke ghaliban</w:t>
      </w:r>
      <w:r>
        <w:br/>
      </w:r>
      <w:r>
        <w:rPr>
          <w:sz w:val="20"/>
        </w:rPr>
        <w:t>1:33:25  yaman ka waqia hai.</w:t>
      </w:r>
      <w:r>
        <w:br/>
      </w:r>
      <w:r>
        <w:rPr>
          <w:sz w:val="20"/>
        </w:rPr>
        <w:t>1:33:27  yeh sab kahan ka waqia hua hai? yaman ka kahan ka? yaman ka.</w:t>
      </w:r>
      <w:r>
        <w:br/>
      </w:r>
      <w:r>
        <w:rPr>
          <w:sz w:val="20"/>
        </w:rPr>
        <w:t>1:33:32  to woh jab wahan pohanchay, ab yani sarhad par, to wahan bohat se log ikatha ho gaye thay</w:t>
      </w:r>
      <w:r>
        <w:br/>
      </w:r>
      <w:r>
        <w:rPr>
          <w:sz w:val="20"/>
        </w:rPr>
        <w:t>1:33:40  ke unhon ne samjha ke woh is ko maarne ke liye aaye hain.</w:t>
      </w:r>
      <w:r>
        <w:br/>
      </w:r>
      <w:r>
        <w:rPr>
          <w:sz w:val="20"/>
        </w:rPr>
        <w:t>1:33:46  to wapas aa gaye, woh yani basti mein gaye nahi, woh.</w:t>
      </w:r>
      <w:r>
        <w:br/>
      </w:r>
      <w:r>
        <w:rPr>
          <w:sz w:val="20"/>
        </w:rPr>
        <w:t>1:33:50  aur aage rasool Allah shikayat ki ke wahan to woh log mujhe maarne pe tal gaye thay.</w:t>
      </w:r>
      <w:r>
        <w:br/>
      </w:r>
      <w:r>
        <w:rPr>
          <w:sz w:val="20"/>
        </w:rPr>
        <w:t>1:33:58  to rasool Allah ne is pe koi iqdam nahi kiya.</w:t>
      </w:r>
      <w:r>
        <w:br/>
      </w:r>
      <w:r>
        <w:rPr>
          <w:sz w:val="20"/>
        </w:rPr>
        <w:t>1:34:02  pata kiya to maloom hua ke woh to receive karne ke liye aaye thay.</w:t>
      </w:r>
      <w:r>
        <w:br/>
      </w:r>
      <w:r>
        <w:rPr>
          <w:sz w:val="20"/>
        </w:rPr>
        <w:t>1:34:08  woh bechare aaye thay ke rasool Allah ka aadmi aaya hua hai, chalo is ko receive karte hain.</w:t>
      </w:r>
      <w:r>
        <w:br/>
      </w:r>
      <w:r>
        <w:rPr>
          <w:sz w:val="20"/>
        </w:rPr>
        <w:t>1:34:16  aur unhon ne samjha ke mujhe maarne ke liye aaye hain.</w:t>
      </w:r>
      <w:r>
        <w:br/>
      </w:r>
      <w:r>
        <w:rPr>
          <w:sz w:val="20"/>
        </w:rPr>
        <w:t>1:34:20  to jab aap tehqeeq karenge to pata chalega ke baat kuch thi, baat kuch bandhi gayi.</w:t>
      </w:r>
      <w:r>
        <w:br/>
      </w:r>
      <w:r>
        <w:rPr>
          <w:sz w:val="20"/>
        </w:rPr>
        <w:t>1:34:28  woh kuch na be adabi hoti hai, na gustakhi hoti hai.</w:t>
      </w:r>
      <w:r>
        <w:br/>
      </w:r>
      <w:r>
        <w:rPr>
          <w:sz w:val="20"/>
        </w:rPr>
        <w:t>1:34:33  ek rumour hoti hai, rumour par daud padte hain.</w:t>
      </w:r>
      <w:r>
        <w:br/>
      </w:r>
      <w:r>
        <w:rPr>
          <w:sz w:val="20"/>
        </w:rPr>
        <w:t>1:34:37  ab kya karein? musalmanon mein Allah ka dar nahi hai.</w:t>
      </w:r>
      <w:r>
        <w:br/>
      </w:r>
      <w:r>
        <w:rPr>
          <w:sz w:val="20"/>
        </w:rPr>
        <w:t>1:34:41  basic baat hai, logon ko Allah ka dar nahi hai.</w:t>
      </w:r>
      <w:r>
        <w:br/>
      </w:r>
      <w:r>
        <w:rPr>
          <w:sz w:val="20"/>
        </w:rPr>
        <w:t>1:34:45  be khauf ho gaye hain, be khauf, bilkul theek ho gaye hain.</w:t>
      </w:r>
      <w:r>
        <w:br/>
      </w:r>
      <w:r>
        <w:rPr>
          <w:sz w:val="20"/>
        </w:rPr>
        <w:t>1:34:50  aur anjam ho chuka hai, azadi hai.</w:t>
      </w:r>
      <w:r>
        <w:br/>
      </w:r>
      <w:r>
        <w:rPr>
          <w:sz w:val="20"/>
        </w:rPr>
        <w:t>1:34:53  to is se is waqt har kidhar hoti hai.</w:t>
      </w:r>
      <w:r>
        <w:br/>
      </w:r>
      <w:r>
        <w:rPr>
          <w:sz w:val="20"/>
        </w:rPr>
        <w:t>1:34:57  agar har dictatorship hoti hai to kuch na hota.</w:t>
      </w:r>
      <w:r>
        <w:br/>
      </w:r>
      <w:r>
        <w:rPr>
          <w:sz w:val="20"/>
        </w:rPr>
        <w:t>1:35:01  jaise saudi arab mein sab nahi karte, log jante hain ke wahan par to mamooli baat pakad ke</w:t>
      </w:r>
      <w:r>
        <w:br/>
      </w:r>
      <w:r>
        <w:rPr>
          <w:sz w:val="20"/>
        </w:rPr>
        <w:t>1:35:09  jail mein band kar denge.</w:t>
      </w:r>
      <w:r>
        <w:br/>
      </w:r>
      <w:r>
        <w:rPr>
          <w:sz w:val="20"/>
        </w:rPr>
        <w:t>1:35:11  wahan yeh sab nahi hota.</w:t>
      </w:r>
      <w:r>
        <w:br/>
      </w:r>
      <w:r>
        <w:rPr>
          <w:sz w:val="20"/>
        </w:rPr>
        <w:t>1:35:14  yeh sab azadi ko bhi use kar rahe hain.</w:t>
      </w:r>
      <w:r>
        <w:br/>
      </w:r>
      <w:r>
        <w:rPr>
          <w:sz w:val="20"/>
        </w:rPr>
        <w:t>1:35:17  musalman yahan par na koi be adabi hui hai, na kuch hua.</w:t>
      </w:r>
      <w:r>
        <w:br/>
      </w:r>
      <w:r>
        <w:rPr>
          <w:sz w:val="20"/>
        </w:rPr>
        <w:t>1:35:23  yeh sab rumour thi jis pe itna bada gaon khada hua hai.</w:t>
      </w:r>
      <w:r>
        <w:br/>
      </w:r>
      <w:r>
        <w:rPr>
          <w:sz w:val="20"/>
        </w:rPr>
        <w:t>1:35:28  aur bilashuba is ka islam se koi talluq nahin.</w:t>
      </w:r>
    </w:p>
    <w:p>
      <w:pPr>
        <w:pStyle w:val="Heading2"/>
      </w:pPr>
      <w:r>
        <w:t>Inconsistency in Muslim protests and actions</w:t>
      </w:r>
    </w:p>
    <w:p>
      <w:r>
        <w:rPr>
          <w:color w:val="666666"/>
          <w:sz w:val="18"/>
        </w:rPr>
        <w:t>Society &amp; Dawah · 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Increasing conviction for dawa work</w:t>
      </w:r>
    </w:p>
    <w:p>
      <w:r>
        <w:rPr>
          <w:color w:val="666666"/>
          <w:sz w:val="18"/>
        </w:rPr>
        <w:t>Society &amp; Dawah · Purpose of Human Life February 12, 2012 Maulana Wahiduddin Khan · 2m 28s · at 1:36:28 · https://youtu.be/gRupSXuak-w?t=5788</w:t>
      </w:r>
    </w:p>
    <w:p>
      <w:r>
        <w:rPr>
          <w:i/>
        </w:rPr>
        <w:t>“Quran being a preserved book of God gives us such a lot of conviction. How can we increase this thought in our mind to do better dawa work?”</w:t>
      </w:r>
    </w:p>
    <w:p>
      <w:r>
        <w:rPr>
          <w:sz w:val="20"/>
        </w:rPr>
        <w:t>1:36:28  maulana, agla sawal delhi se miss naghma siddiqui ka hai. unhon ne likha hai: "quran being a preserved book of god gives us such a lot of conviction.</w:t>
      </w:r>
      <w:r>
        <w:br/>
      </w:r>
      <w:r>
        <w:rPr>
          <w:sz w:val="20"/>
        </w:rPr>
        <w:t>1:36:39  how can we increase this thought in our mind to do better dawa work?"</w:t>
      </w:r>
      <w:r>
        <w:br/>
      </w:r>
      <w:r>
        <w:rPr>
          <w:sz w:val="20"/>
        </w:rPr>
        <w:t>1:36:48  han, yeh to bohat achi baat hai. yani dawa work karne ka jazba is waqt aur badh jayega jab aap samjhen ke main hi woh shakhs hoon jis ke pas preserved book hai aur kisi ke pas preserved book nahin.</w:t>
      </w:r>
      <w:r>
        <w:br/>
      </w:r>
      <w:r>
        <w:rPr>
          <w:sz w:val="20"/>
        </w:rPr>
        <w:t>1:37:03  yeh to bohat bari cheez hai. kyun k jitni bhi mazhab ki kitabein doosri hain, woh sab yaani original form mein nahi hain.</w:t>
      </w:r>
      <w:r>
        <w:br/>
      </w:r>
      <w:r>
        <w:rPr>
          <w:sz w:val="20"/>
        </w:rPr>
        <w:t>1:37:13  koi bhi kitab nahi.</w:t>
      </w:r>
      <w:r>
        <w:br/>
      </w:r>
      <w:r>
        <w:rPr>
          <w:sz w:val="20"/>
        </w:rPr>
        <w:t>1:37:16  sab mein alteration ho chuka hai, sab mein changes ho chuke hain, sab k historical credibility doubtfull hai. lekin Quran jo hai, poori tarah mehfooz hai.</w:t>
      </w:r>
      <w:r>
        <w:br/>
      </w:r>
      <w:r>
        <w:rPr>
          <w:sz w:val="20"/>
        </w:rPr>
        <w:t>1:37:28  poori tarah woh yaani yaqeen kar sakte hain aap k yeh yeh wohi Quran hai jo Rasool Allah ko Allah taala ne seven century mein diya</w:t>
      </w:r>
      <w:r>
        <w:br/>
      </w:r>
      <w:r>
        <w:rPr>
          <w:sz w:val="20"/>
        </w:rPr>
        <w:t>1:37:37  tha.yeh yaqeen to bohat toofani bana deta hai daai ko k mere paas woh cheez hai jo kis duniya mein kisi k paas nahi.</w:t>
      </w:r>
      <w:r>
        <w:br/>
      </w:r>
      <w:r>
        <w:rPr>
          <w:sz w:val="20"/>
        </w:rPr>
        <w:t>1:37:48  yeh to aise hi hai jaise k ek aadmi tijarat karna chahta ho aur pata chalay k shehar mein is paas jo item bechne k shehar mein kisi k paas nahi hai.</w:t>
      </w:r>
      <w:r>
        <w:br/>
      </w:r>
      <w:r>
        <w:rPr>
          <w:sz w:val="20"/>
        </w:rPr>
        <w:t>1:37:57  to woh andha dhund ja kar market mein baith jaye ga k mere paas woh item hai jo kisi k paas nahi hai. to to log toot padenge is ko khareedne k liye.</w:t>
      </w:r>
      <w:r>
        <w:br/>
      </w:r>
      <w:r>
        <w:rPr>
          <w:sz w:val="20"/>
        </w:rPr>
        <w:t>1:38:07  to yeh bohat bari mein bataon k yaani yaqeen ka samandar aap k andar aa jaye ga jab aap yeh sochien k kaisa ajeeb hai bara muamla k duniya mein kisi k paas woh kitab nahi hai jis k paas baray mein woh kis kahay k yeh preserved book of God hai,</w:t>
      </w:r>
      <w:r>
        <w:br/>
      </w:r>
      <w:r>
        <w:rPr>
          <w:sz w:val="20"/>
        </w:rPr>
        <w:t>1:38:28  authentic book of God hai, kisi k paas nahi hai.</w:t>
      </w:r>
      <w:r>
        <w:br/>
      </w:r>
      <w:r>
        <w:rPr>
          <w:sz w:val="20"/>
        </w:rPr>
        <w:t>1:38:32  to jab aap Quran ko le kar uthenge to aap k andar ek athah samandar ka mani dekhen, yaqeen uble ga aur aur bilkul near bila khauf aap kood padenge har jagah aur us ko ja kar logon ko pohnchainge.</w:t>
      </w:r>
      <w:r>
        <w:br/>
      </w:r>
      <w:r>
        <w:rPr>
          <w:sz w:val="20"/>
        </w:rPr>
        <w:t>1:38:50  andar ka yaqeen jo hai aap ka, woh aap ko hero bana de ga.</w:t>
      </w:r>
    </w:p>
    <w:p>
      <w:pPr>
        <w:pStyle w:val="Heading2"/>
      </w:pPr>
      <w:r>
        <w:t>Increasing conviction from Quran for dawah</w:t>
      </w:r>
    </w:p>
    <w:p>
      <w:r>
        <w:rPr>
          <w:color w:val="666666"/>
          <w:sz w:val="18"/>
        </w:rPr>
        <w:t>Society &amp; Dawah · Purpose Of Human Life -12th Feb. '12 · 2m 25s · at 1:40:29 · https://youtu.be/TCGYvGJHf7w?t=6029</w:t>
      </w:r>
    </w:p>
    <w:p>
      <w:r>
        <w:rPr>
          <w:i/>
        </w:rPr>
        <w:t>“The Quran being a preserved book of God gives us a lot of conviction. How can we increase this thought in our mind to do better dawah work?”</w:t>
      </w:r>
    </w:p>
    <w:p>
      <w:r>
        <w:rPr>
          <w:sz w:val="20"/>
        </w:rPr>
        <w:t>1:40:29  Maulana, agla sawal dilli se Miss Naghma Siddiqui ka hai.</w:t>
      </w:r>
      <w:r>
        <w:br/>
      </w:r>
      <w:r>
        <w:rPr>
          <w:sz w:val="20"/>
        </w:rPr>
        <w:t>1:40:34  unhon ne likha hai Quran being a preserved book of God gives us such a lot of conviction.</w:t>
      </w:r>
      <w:r>
        <w:br/>
      </w:r>
      <w:r>
        <w:rPr>
          <w:sz w:val="20"/>
        </w:rPr>
        <w:t>1:40:39  How can we increase this thought in our mind to do better da'wa work?</w:t>
      </w:r>
      <w:r>
        <w:br/>
      </w:r>
      <w:r>
        <w:rPr>
          <w:sz w:val="20"/>
        </w:rPr>
        <w:t>1:40:43  haan, yeh to bohat achi baat hai.</w:t>
      </w:r>
      <w:r>
        <w:br/>
      </w:r>
      <w:r>
        <w:rPr>
          <w:sz w:val="20"/>
        </w:rPr>
        <w:t>1:40:48  yani da'wa work karne ka jazba is waqt aur barh jayega jab aap samjhein ke main hi</w:t>
      </w:r>
      <w:r>
        <w:br/>
      </w:r>
      <w:r>
        <w:rPr>
          <w:sz w:val="20"/>
        </w:rPr>
        <w:t>1:40:53  woh shakhs hoon jis ke paas preserved book hai aur kisi ke paas preserved book nahi hai.</w:t>
      </w:r>
      <w:r>
        <w:br/>
      </w:r>
      <w:r>
        <w:rPr>
          <w:sz w:val="20"/>
        </w:rPr>
        <w:t>1:40:57  yeh to bohat bari cheez hai.</w:t>
      </w:r>
      <w:r>
        <w:br/>
      </w:r>
      <w:r>
        <w:rPr>
          <w:sz w:val="20"/>
        </w:rPr>
        <w:t>1:41:02  kyunke jitni bhi mazhab ki kitabein doosri hain, woh sab yaani original form mein nahi hain.</w:t>
      </w:r>
      <w:r>
        <w:br/>
      </w:r>
      <w:r>
        <w:rPr>
          <w:sz w:val="20"/>
        </w:rPr>
        <w:t>1:41:07  koi bhi kitab nahi hai.</w:t>
      </w:r>
      <w:r>
        <w:br/>
      </w:r>
      <w:r>
        <w:rPr>
          <w:sz w:val="20"/>
        </w:rPr>
        <w:t>1:41:11  sab mein alteration ho chuka hai, sab mein changes ho chuke hain.</w:t>
      </w:r>
      <w:r>
        <w:br/>
      </w:r>
      <w:r>
        <w:rPr>
          <w:sz w:val="20"/>
        </w:rPr>
        <w:t>1:41:16  sab ki historical credibility doubtful hai.</w:t>
      </w:r>
      <w:r>
        <w:br/>
      </w:r>
      <w:r>
        <w:rPr>
          <w:sz w:val="20"/>
        </w:rPr>
        <w:t>1:41:21  lekin quran jo hai poori tarah mehfooz hai.</w:t>
      </w:r>
      <w:r>
        <w:br/>
      </w:r>
      <w:r>
        <w:rPr>
          <w:sz w:val="20"/>
        </w:rPr>
        <w:t>1:41:25  poori tarah woh yaani yaqeen kar sakte hain aap ke yeh wahi quran hai jo rasool Allah ko</w:t>
      </w:r>
      <w:r>
        <w:br/>
      </w:r>
      <w:r>
        <w:rPr>
          <w:sz w:val="20"/>
        </w:rPr>
        <w:t>1:41:30  Allah taala ne seventh century mein diya tha.</w:t>
      </w:r>
      <w:r>
        <w:br/>
      </w:r>
      <w:r>
        <w:rPr>
          <w:sz w:val="20"/>
        </w:rPr>
        <w:t>1:41:35  yeh yaqeen to bohat toofani bana deta hai daai ko.</w:t>
      </w:r>
      <w:r>
        <w:br/>
      </w:r>
      <w:r>
        <w:rPr>
          <w:sz w:val="20"/>
        </w:rPr>
        <w:t>1:41:39  ke mere paas woh cheez hai jo duniya mein kisi ke paas bhi nahi hai.</w:t>
      </w:r>
      <w:r>
        <w:br/>
      </w:r>
      <w:r>
        <w:rPr>
          <w:sz w:val="20"/>
        </w:rPr>
        <w:t>1:41:44  yeh to aise hi hai jaise ke ek aadmi tijarat karna chahta ho aur pata chale ke shehar</w:t>
      </w:r>
      <w:r>
        <w:br/>
      </w:r>
      <w:r>
        <w:rPr>
          <w:sz w:val="20"/>
        </w:rPr>
        <w:t>1:41:49  mein is ke paas jo item hai bechne ke shehar mein kisi ke paas nahi hai.</w:t>
      </w:r>
      <w:r>
        <w:br/>
      </w:r>
      <w:r>
        <w:rPr>
          <w:sz w:val="20"/>
        </w:rPr>
        <w:t>1:41:53  to woh andha dhund ja kar market mein baith jayega.</w:t>
      </w:r>
      <w:r>
        <w:br/>
      </w:r>
      <w:r>
        <w:rPr>
          <w:sz w:val="20"/>
        </w:rPr>
        <w:t>1:41:58  ke mere paas woh item hai jo kisi ke paas nahi hai, to yeh to log toot padenge</w:t>
      </w:r>
      <w:r>
        <w:br/>
      </w:r>
      <w:r>
        <w:rPr>
          <w:sz w:val="20"/>
        </w:rPr>
        <w:t>1:42:03  iske khareedne ke liye.</w:t>
      </w:r>
      <w:r>
        <w:br/>
      </w:r>
      <w:r>
        <w:rPr>
          <w:sz w:val="20"/>
        </w:rPr>
        <w:t>1:42:07  to yeh bohat bari mein bataun ke yaani yaqeen ka samandar aap ke andar aa jayega jab</w:t>
      </w:r>
      <w:r>
        <w:br/>
      </w:r>
      <w:r>
        <w:rPr>
          <w:sz w:val="20"/>
        </w:rPr>
        <w:t>1:42:12  aap yeh sochein ke kaisa ajeeb hai bara muamla ke duniya mein kisi ke paas woh kitab nahi</w:t>
      </w:r>
      <w:r>
        <w:br/>
      </w:r>
      <w:r>
        <w:rPr>
          <w:sz w:val="20"/>
        </w:rPr>
        <w:t>1:42:17  hai jis ke baray mein woh keh sakein ke yeh preserved book of God hai.</w:t>
      </w:r>
      <w:r>
        <w:br/>
      </w:r>
      <w:r>
        <w:rPr>
          <w:sz w:val="20"/>
        </w:rPr>
        <w:t>1:42:21  Authentic book of God hai.</w:t>
      </w:r>
      <w:r>
        <w:br/>
      </w:r>
      <w:r>
        <w:rPr>
          <w:sz w:val="20"/>
        </w:rPr>
        <w:t>1:42:26  kisi ke paas nahi hai.</w:t>
      </w:r>
      <w:r>
        <w:br/>
      </w:r>
      <w:r>
        <w:rPr>
          <w:sz w:val="20"/>
        </w:rPr>
        <w:t>1:42:31  to jab aap quran ko le ke uthenge to aap ke andar ek athah samandar ka maani</w:t>
      </w:r>
      <w:r>
        <w:br/>
      </w:r>
      <w:r>
        <w:rPr>
          <w:sz w:val="20"/>
        </w:rPr>
        <w:t>1:42:35  dekhein, yaqeen ublega.</w:t>
      </w:r>
      <w:r>
        <w:br/>
      </w:r>
      <w:r>
        <w:rPr>
          <w:sz w:val="20"/>
        </w:rPr>
        <w:t>1:42:40  aur aur bilkul bila khauf kood padenge har jagah.</w:t>
      </w:r>
      <w:r>
        <w:br/>
      </w:r>
      <w:r>
        <w:rPr>
          <w:sz w:val="20"/>
        </w:rPr>
        <w:t>1:42:45  aur us ko ja kar logon ko pahunchayenge.</w:t>
      </w:r>
      <w:r>
        <w:br/>
      </w:r>
      <w:r>
        <w:rPr>
          <w:sz w:val="20"/>
        </w:rPr>
        <w:t>1:42:49  andar ka yaqeen jo hai aap ka woh aap ko hero bana dega.</w:t>
      </w:r>
    </w:p>
    <w:p>
      <w:pPr>
        <w:pStyle w:val="Heading2"/>
      </w:pPr>
      <w:r>
        <w:t>Inculcating struggle for nation building</w:t>
      </w:r>
    </w:p>
    <w:p>
      <w:r>
        <w:rPr>
          <w:color w:val="666666"/>
          <w:sz w:val="18"/>
        </w:rPr>
        <w:t>Society &amp; Dawah · Nation Building On India's Republic Day Jan 26, 2020 Maulana Wahiduddin Khan · 2m 16s · at 49:55 · https://youtu.be/58CVocbLAb8?t=2995</w:t>
      </w:r>
    </w:p>
    <w:p>
      <w:r>
        <w:rPr>
          <w:i/>
        </w:rPr>
        <w:t>“We always inculcate a spirit of struggle towards our own development. How should we inculcate the same for the nation? How should we contribute towards nation building?”</w:t>
      </w:r>
    </w:p>
    <w:p>
      <w:r>
        <w:rPr>
          <w:sz w:val="20"/>
        </w:rPr>
        <w:t>49:55  jazak allah khair for your striving ideas like this." mashallah. molana agla sawal gawah se aamir mori sahab ne bhi bejha hai.</w:t>
      </w:r>
      <w:r>
        <w:br/>
      </w:r>
      <w:r>
        <w:rPr>
          <w:sz w:val="20"/>
        </w:rPr>
        <w:t>50:05  unhon ne likha hai: "molana sahab we always inculcate a spirit of struggle towards our own development.</w:t>
      </w:r>
      <w:r>
        <w:br/>
      </w:r>
      <w:r>
        <w:rPr>
          <w:sz w:val="20"/>
        </w:rPr>
        <w:t>50:14  how should we inculcate the same for nation? how should we contribute towards nation building?</w:t>
      </w:r>
      <w:r>
        <w:br/>
      </w:r>
      <w:r>
        <w:rPr>
          <w:sz w:val="20"/>
        </w:rPr>
        <w:t>50:22  kindly advise all of us." dekhein hum to nation ka part hain part. jis tarah maa jis tarah mein apni maa ka part hoon.</w:t>
      </w:r>
      <w:r>
        <w:br/>
      </w:r>
      <w:r>
        <w:rPr>
          <w:sz w:val="20"/>
        </w:rPr>
        <w:t>50:36  isi tarah se mein nation ka part hoon. mother land ka jo mother land ka jo concept hai woh bilkul sahi manta hoon mein is ko.</w:t>
      </w:r>
      <w:r>
        <w:br/>
      </w:r>
      <w:r>
        <w:rPr>
          <w:sz w:val="20"/>
        </w:rPr>
        <w:t>50:48  bilkul sahi manta hoon mein.</w:t>
      </w:r>
      <w:r>
        <w:br/>
      </w:r>
      <w:r>
        <w:rPr>
          <w:sz w:val="20"/>
        </w:rPr>
        <w:t>50:55  ek ek riwayat aati hai. ek riwayat aati hai ke rasool allah sallallahu alaihi wasallam ek bar ek safar mein gaye to to un ki jo maa thi rasool allah ki jo maa thi kaha jata hai ke woh rastay mein un ka intiqal ho gaya tha aur rastay mein un ki qabar banai gayi thi.</w:t>
      </w:r>
      <w:r>
        <w:br/>
      </w:r>
      <w:r>
        <w:rPr>
          <w:sz w:val="20"/>
        </w:rPr>
        <w:t>51:16  to rasool allah ko jab maloom hua ke yeh meri maa ki qabar hai to wahan woh thehar gaye aur ronay lage aap. rasool allah roye wahan par.</w:t>
      </w:r>
      <w:r>
        <w:br/>
      </w:r>
      <w:r>
        <w:rPr>
          <w:sz w:val="20"/>
        </w:rPr>
        <w:t>51:26  to jis tarah aap apni maa ke liye ek love paida karte hain apne andar. maa se aap ko mohabbat hoti hai. to jis tarah maa se mohabbat hoti hai isi tarah se fitri taur par aap ko apne watan se mohabbat hoti hai.</w:t>
      </w:r>
      <w:r>
        <w:br/>
      </w:r>
      <w:r>
        <w:rPr>
          <w:sz w:val="20"/>
        </w:rPr>
        <w:t>51:43  mujhe to jaiz tajurba hai aur yahi mein samajhta hoon ke deen ka taqaza bhi hai.</w:t>
      </w:r>
      <w:r>
        <w:br/>
      </w:r>
      <w:r>
        <w:rPr>
          <w:sz w:val="20"/>
        </w:rPr>
        <w:t>51:55  we would like to tell all the viewers that molana's article on patriotism will be coming in the march twenty twenty al risala.</w:t>
      </w:r>
      <w:r>
        <w:br/>
      </w:r>
      <w:r>
        <w:rPr>
          <w:sz w:val="20"/>
        </w:rPr>
        <w:t>52:05  so you should all read that article on patriotism. it will be published next month.</w:t>
      </w:r>
    </w:p>
    <w:p>
      <w:pPr>
        <w:pStyle w:val="Heading2"/>
      </w:pPr>
      <w:r>
        <w:t>Indirect contribution to dawah work reward</w:t>
      </w:r>
    </w:p>
    <w:p>
      <w:r>
        <w:rPr>
          <w:color w:val="666666"/>
          <w:sz w:val="18"/>
        </w:rPr>
        <w:t>Society &amp; Dawah · Lessons from My Journey to Agra October 27, 2013 · 1m 21s · at 55:55 · https://youtu.be/Gg2N0h4ETH8?t=3355</w:t>
      </w:r>
    </w:p>
    <w:p>
      <w:r>
        <w:rPr>
          <w:i/>
        </w:rPr>
        <w:t>“If a person contributes in the dawah work indirectly, like purchase of dawah material etcetera, but the actual distribution is done by others. Will it be considered to be the dawah work, and should the person engage himself directly in the distribution and earn the reward?”</w:t>
      </w:r>
    </w:p>
    <w:p>
      <w:r>
        <w:rPr>
          <w:sz w:val="20"/>
        </w:rPr>
        <w:t>55:55  maulana, agla sawal aaya hai kashmir se aamir jan mori sahib ka. unhone likha hai: "if a person contributes in the da'wah work indirectly, like purchase of da'wah material etcetera,</w:t>
      </w:r>
      <w:r>
        <w:br/>
      </w:r>
      <w:r>
        <w:rPr>
          <w:sz w:val="20"/>
        </w:rPr>
        <w:t>56:09  but in actual, but the actual distribution is done by other. will it be considered to be the da'wah work, or should the person engage himself directly in the distribution and earn the reward?" nahi, dono da'wah work hain,</w:t>
      </w:r>
      <w:r>
        <w:br/>
      </w:r>
      <w:r>
        <w:rPr>
          <w:sz w:val="20"/>
        </w:rPr>
        <w:t>56:26  kyunke islam mein aap jante hain ke innamal a'malu binniyat amal ka daromadar niyat par hai.</w:t>
      </w:r>
      <w:r>
        <w:br/>
      </w:r>
      <w:r>
        <w:rPr>
          <w:sz w:val="20"/>
        </w:rPr>
        <w:t>56:35  to aap indirect way mein da'wah ka kaam karen, tab bhi niyat to aap ki da'wah ki hoti hai. dono jagah niyat da'wah ki hoti hai.</w:t>
      </w:r>
      <w:r>
        <w:br/>
      </w:r>
      <w:r>
        <w:rPr>
          <w:sz w:val="20"/>
        </w:rPr>
        <w:t>56:46  to jo kaam bhi aap karen, apne mawaqe ke aitbar se niyat aap ki da'wah ki ho, to woh aap ko poora sawab milega da'wah ka is mein, kyunke sawab milta hai niyat par.</w:t>
      </w:r>
      <w:r>
        <w:br/>
      </w:r>
      <w:r>
        <w:rPr>
          <w:sz w:val="20"/>
        </w:rPr>
        <w:t>57:00  sawab jo milta hai, woh niyat par milta hai. to main dono ko farq nahi samajhta.</w:t>
      </w:r>
      <w:r>
        <w:br/>
      </w:r>
      <w:r>
        <w:rPr>
          <w:sz w:val="20"/>
        </w:rPr>
        <w:t>57:07  dono mein ek sa darje ka sawab milega, bashart ke niyat da'wah ki ho.</w:t>
      </w:r>
    </w:p>
    <w:p>
      <w:pPr>
        <w:pStyle w:val="Heading2"/>
      </w:pPr>
      <w:r>
        <w:t>Individual vs collective dawah effectiveness</w:t>
      </w:r>
    </w:p>
    <w:p>
      <w:r>
        <w:rPr>
          <w:color w:val="666666"/>
          <w:sz w:val="18"/>
        </w:rPr>
        <w:t>Society &amp; Dawah · Opportunities of the Modern Age | March 05, 2017 · 37s · at 1:05:19 · https://youtu.be/Cv8QEwvQ_fY?t=3919</w:t>
      </w:r>
    </w:p>
    <w:p>
      <w:r>
        <w:rPr>
          <w:i/>
        </w:rPr>
        <w:t>“Is dawah more effective at the individual level or at the collective level? Please explain.”</w:t>
      </w:r>
    </w:p>
    <w:p>
      <w:r>
        <w:rPr>
          <w:sz w:val="20"/>
        </w:rPr>
        <w:t>1:05:19  hogi ji ji maulana yeh bohat important baat thi hum sabhi logon ke liye doosra sawal bheja hai muhammad</w:t>
      </w:r>
      <w:r>
        <w:br/>
      </w:r>
      <w:r>
        <w:rPr>
          <w:sz w:val="20"/>
        </w:rPr>
        <w:t>1:05:27  bin saeed chaudhry sahib ne nanded se aur unhon ne aap se poocha hai ke dawah individual level</w:t>
      </w:r>
      <w:r>
        <w:br/>
      </w:r>
      <w:r>
        <w:rPr>
          <w:sz w:val="20"/>
        </w:rPr>
        <w:t>1:05:33  par zyada karamad hai ya collective level par is ke baray mein bataein bhai mauqa ki baat hai</w:t>
      </w:r>
      <w:r>
        <w:br/>
      </w:r>
      <w:r>
        <w:rPr>
          <w:sz w:val="20"/>
        </w:rPr>
        <w:t>1:05:39  jahan mauqa ho jaisa mauqa ho waisa karna chahiye aur aap ko ek hi do aadmi mil rahe</w:t>
      </w:r>
      <w:r>
        <w:br/>
      </w:r>
      <w:r>
        <w:rPr>
          <w:sz w:val="20"/>
        </w:rPr>
        <w:t>1:05:45  hain jo aap ke paas sunayein to aap individual level pe kaam karenge lekin aap ko bohat</w:t>
      </w:r>
      <w:r>
        <w:br/>
      </w:r>
      <w:r>
        <w:rPr>
          <w:sz w:val="20"/>
        </w:rPr>
        <w:t>1:05:51  se log mil rahe hain to aap collective tareeqe se</w:t>
      </w:r>
    </w:p>
    <w:p>
      <w:pPr>
        <w:pStyle w:val="Heading2"/>
      </w:pPr>
      <w:r>
        <w:t>Informal Education Centers and Building Character</w:t>
      </w:r>
    </w:p>
    <w:p>
      <w:r>
        <w:rPr>
          <w:color w:val="666666"/>
          <w:sz w:val="18"/>
        </w:rPr>
        <w:t>Society &amp; Dawah · The Companions and the Hadith Scholars June 24, 2012 · 51s · at 1:29:23 · https://youtu.be/Dj4QiYnxgBs?t=5363</w:t>
      </w:r>
    </w:p>
    <w:p>
      <w:r>
        <w:rPr>
          <w:i/>
        </w:rPr>
        <w:t>“How can centers of informal education be created? Secondly, can we build a good person by distributing CPS literature? Kindly comment.”</w:t>
      </w:r>
    </w:p>
    <w:p>
      <w:r>
        <w:rPr>
          <w:sz w:val="20"/>
        </w:rPr>
        <w:t>1:29:23  maulana, agla sawal hai, aah doctor, un ka naam clear nahi hai, aah unhon ne likha hai "How to create centers of informal education?</w:t>
      </w:r>
      <w:r>
        <w:br/>
      </w:r>
      <w:r>
        <w:rPr>
          <w:sz w:val="20"/>
        </w:rPr>
        <w:t>1:29:34  Secondly, can we build up good person by distributing the literature of CPS?" kindly comment. ji, yeh aap kar rahe hain. yeh to aap kar rahe hain.</w:t>
      </w:r>
      <w:r>
        <w:br/>
      </w:r>
      <w:r>
        <w:rPr>
          <w:sz w:val="20"/>
        </w:rPr>
        <w:t>1:29:45  misal ke tor par dekhein, sare musalman negative ho</w:t>
      </w:r>
      <w:r>
        <w:br/>
      </w:r>
      <w:r>
        <w:rPr>
          <w:sz w:val="20"/>
        </w:rPr>
        <w:t>1:29:49  rahe hain. is mein agar koi exception hai to CPS ke logon ka hai. isi kitabon ko parh kar ke. sari dunya ke musalman aap jahan yahan se europe tak chale jaiye, america tak chale jaiye, africa tak chale jaiye, aik aik musalman negative ho raha hai.</w:t>
      </w:r>
      <w:r>
        <w:br/>
      </w:r>
      <w:r>
        <w:rPr>
          <w:sz w:val="20"/>
        </w:rPr>
        <w:t>1:30:05  is pura negativity ke jangall mein sirf wohi log is se bache hue hain jo CPS ke log hain. yahi kitabon ko parh kar ke. to aap is kitabon ko parhwaiye.</w:t>
      </w:r>
    </w:p>
    <w:p>
      <w:pPr>
        <w:pStyle w:val="Heading2"/>
      </w:pPr>
      <w:r>
        <w:t>Intelligent Muslims misguiding community</w:t>
      </w:r>
    </w:p>
    <w:p>
      <w:r>
        <w:rPr>
          <w:color w:val="666666"/>
          <w:sz w:val="18"/>
        </w:rPr>
        <w:t>Society &amp; Dawah · Opportunities of the Modern Age | March 05, 2017 · 1m 54s · at 1:08:00 · https://youtu.be/Cv8QEwvQ_fY?t=4080</w:t>
      </w:r>
    </w:p>
    <w:p>
      <w:r>
        <w:rPr>
          <w:i/>
        </w:rPr>
        <w:t>“How unfortunate it is that such intelligent and highly educated Muslims like Syed Shahabuddin fail to guide the community to the right direction? One sincere leader after another comes to the scene and misguides the community. How?”</w:t>
      </w:r>
    </w:p>
    <w:p>
      <w:r>
        <w:rPr>
          <w:sz w:val="20"/>
        </w:rPr>
        <w:t>1:08:00  مولانا اگلا سوال ڈاکٹر فریدہ خانم نے بھیجا ہے دلی سے انہوں نے لکھا ہے: "How unfortunate it</w:t>
      </w:r>
      <w:r>
        <w:br/>
      </w:r>
      <w:r>
        <w:rPr>
          <w:sz w:val="20"/>
        </w:rPr>
        <w:t>1:08:07  as that such intelligent and highly educated Muslim like Syed Shahabuddin failed to guide the community to</w:t>
      </w:r>
      <w:r>
        <w:br/>
      </w:r>
      <w:r>
        <w:rPr>
          <w:sz w:val="20"/>
        </w:rPr>
        <w:t>1:08:15  The right direction. One sincere leader after another comes to the scene and misguides the community. How</w:t>
      </w:r>
      <w:r>
        <w:br/>
      </w:r>
      <w:r>
        <w:rPr>
          <w:sz w:val="20"/>
        </w:rPr>
        <w:t>1:08:22  to solve this problem when Muslims will realize that their leaders</w:t>
      </w:r>
      <w:r>
        <w:br/>
      </w:r>
      <w:r>
        <w:rPr>
          <w:sz w:val="20"/>
        </w:rPr>
        <w:t>1:08:30  are incompetent and stop following them" dekhiye is ki jar mein jo baat hai ke sari muslim</w:t>
      </w:r>
      <w:r>
        <w:br/>
      </w:r>
      <w:r>
        <w:rPr>
          <w:sz w:val="20"/>
        </w:rPr>
        <w:t>1:08:40  community including leaders wo ek trap mein hain yani wo trap kiya hai political glory guzri hui glory</w:t>
      </w:r>
      <w:r>
        <w:br/>
      </w:r>
      <w:r>
        <w:rPr>
          <w:sz w:val="20"/>
        </w:rPr>
        <w:t>1:08:50  jisko Fersen ne kaha tha kisi ne bohat sahi kaha tha ke "paterm sultan</w:t>
      </w:r>
      <w:r>
        <w:br/>
      </w:r>
      <w:r>
        <w:rPr>
          <w:sz w:val="20"/>
        </w:rPr>
        <w:t>1:09:00  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r>
        <w:br/>
      </w:r>
      <w:r>
        <w:rPr>
          <w:sz w:val="20"/>
        </w:rPr>
        <w:t>1:09:30  hain beech mein ek history bani isi mein phans gaye log to sare log political glory mein jeete</w:t>
      </w:r>
      <w:r>
        <w:br/>
      </w:r>
      <w:r>
        <w:rPr>
          <w:sz w:val="20"/>
        </w:rPr>
        <w:t>1:09:36  hain isi andaaz mein bolte hain isi ko regain karna yeh samajhte hain ek bada kaam hai to</w:t>
      </w:r>
      <w:r>
        <w:br/>
      </w:r>
      <w:r>
        <w:rPr>
          <w:sz w:val="20"/>
        </w:rPr>
        <w:t>1:09:42  jab tak wo sawaar apni is political glory ka jo unka jo mizaj is se bahar nahi</w:t>
      </w:r>
      <w:r>
        <w:br/>
      </w:r>
      <w:r>
        <w:rPr>
          <w:sz w:val="20"/>
        </w:rPr>
        <w:t>1:09:48  aayenge wo sachai se be khabar rahenge Quran o Sunnat tak pahuncha hi ke nahi hua</w:t>
      </w:r>
    </w:p>
    <w:p>
      <w:pPr>
        <w:pStyle w:val="Heading2"/>
      </w:pPr>
      <w:r>
        <w:t>International politics theory and human nature</w:t>
      </w:r>
    </w:p>
    <w:p>
      <w:r>
        <w:rPr>
          <w:color w:val="666666"/>
          <w:sz w:val="18"/>
        </w:rPr>
        <w:t>Society &amp; Dawah · Concept of Jihad in Islam September 7, 2014 · 1m 16s · at 53:23 · https://youtu.be/GnKBYM8HbuQ?t=3203</w:t>
      </w:r>
    </w:p>
    <w:p>
      <w:r>
        <w:rPr>
          <w:i/>
        </w:rPr>
        <w:t>“I am a student of international politics. International relations theory of politics puts power, national interest, wicked human nature at the center of all discourse.”</w:t>
      </w:r>
    </w:p>
    <w:p>
      <w:r>
        <w:rPr>
          <w:sz w:val="20"/>
        </w:rPr>
        <w:t>53:23  maulana, agla sawal dilli se hai mushtaq ahmed wani sahib ne kiya hai, aur unhon ne likha hai</w:t>
      </w:r>
      <w:r>
        <w:br/>
      </w:r>
      <w:r>
        <w:rPr>
          <w:sz w:val="20"/>
        </w:rPr>
        <w:t>53:28  ke I am a student of international politics.</w:t>
      </w:r>
      <w:r>
        <w:br/>
      </w:r>
      <w:r>
        <w:rPr>
          <w:sz w:val="20"/>
        </w:rPr>
        <w:t>53:34  International relations theory of politics puts power, national interest, wicked human nature at the center of all discourse.</w:t>
      </w:r>
      <w:r>
        <w:br/>
      </w:r>
      <w:r>
        <w:rPr>
          <w:sz w:val="20"/>
        </w:rPr>
        <w:t>53:39  What baffles my mind is that where I could place God in all this game where morality does</w:t>
      </w:r>
      <w:r>
        <w:br/>
      </w:r>
      <w:r>
        <w:rPr>
          <w:sz w:val="20"/>
        </w:rPr>
        <w:t>53:45  not have any place.</w:t>
      </w:r>
      <w:r>
        <w:br/>
      </w:r>
      <w:r>
        <w:rPr>
          <w:sz w:val="20"/>
        </w:rPr>
        <w:t>53:50  dekhiye, yeh sab jo course hote hain, yeh to job ke liye hote hain.</w:t>
      </w:r>
      <w:r>
        <w:br/>
      </w:r>
      <w:r>
        <w:rPr>
          <w:sz w:val="20"/>
        </w:rPr>
        <w:t>53:56  wo wo ek alag cheez, alag duniya hai.</w:t>
      </w:r>
      <w:r>
        <w:br/>
      </w:r>
      <w:r>
        <w:rPr>
          <w:sz w:val="20"/>
        </w:rPr>
        <w:t>54:01  wo chahe aap mba karein ya aap koi aur mozu karein, wo job ke liye hota hai.</w:t>
      </w:r>
      <w:r>
        <w:br/>
      </w:r>
      <w:r>
        <w:rPr>
          <w:sz w:val="20"/>
        </w:rPr>
        <w:t>54:07  is se mera koi matlab nahi hai.</w:t>
      </w:r>
      <w:r>
        <w:br/>
      </w:r>
      <w:r>
        <w:rPr>
          <w:sz w:val="20"/>
        </w:rPr>
        <w:t>54:12  aap ko islam ko samajhna hai to hamari kitabein parhiye.</w:t>
      </w:r>
      <w:r>
        <w:br/>
      </w:r>
      <w:r>
        <w:rPr>
          <w:sz w:val="20"/>
        </w:rPr>
        <w:t>54:18  is se koi ta'alluq nahi hai.</w:t>
      </w:r>
      <w:r>
        <w:br/>
      </w:r>
      <w:r>
        <w:rPr>
          <w:sz w:val="20"/>
        </w:rPr>
        <w:t>54:23  is ka islam ko samajhne ke liye jadeed daur mein islam ko kaise apply kiya jaye, is ko</w:t>
      </w:r>
      <w:r>
        <w:br/>
      </w:r>
      <w:r>
        <w:rPr>
          <w:sz w:val="20"/>
        </w:rPr>
        <w:t>54:29  janna hai to hamari kitabein parhiye.</w:t>
      </w:r>
      <w:r>
        <w:br/>
      </w:r>
      <w:r>
        <w:rPr>
          <w:sz w:val="20"/>
        </w:rPr>
        <w:t>54:34  kyun ke hum ne poori umar khapayi hai isi mein, poori umar khapa kar ke yeh kitabein tayyar ki hain.</w:t>
      </w:r>
    </w:p>
    <w:p>
      <w:pPr>
        <w:pStyle w:val="Heading2"/>
      </w:pPr>
      <w:r>
        <w:t>Inviting non-Muslims to Allah or culture</w:t>
      </w:r>
    </w:p>
    <w:p>
      <w:r>
        <w:rPr>
          <w:color w:val="666666"/>
          <w:sz w:val="18"/>
        </w:rPr>
        <w:t>Society &amp; Dawah · Jihad Fillah June 23, 2013 · 1m 56s · at 46:10 · https://youtu.be/NRTno1eQTos?t=2770</w:t>
      </w:r>
    </w:p>
    <w:p>
      <w:r>
        <w:rPr>
          <w:i/>
        </w:rPr>
        <w:t>“Is it necessary when inviting non-Muslims towards Allah, we must also invite them to our culture? Wouldn't it be better if we invited them only to Allah, leaving them to decide their own culture? What is your advice?”</w:t>
      </w:r>
    </w:p>
    <w:p>
      <w:r>
        <w:rPr>
          <w:sz w:val="20"/>
        </w:rPr>
        <w:t>46:10  jo shirk hai, wahi tauheed hai, jo tauheed hai, woh shirk hai. yeh kehne ka aap ko right nahin hai. Maulana, agla sawal Mumbai se hai Farhan Khan sahab ka</w:t>
      </w:r>
      <w:r>
        <w:br/>
      </w:r>
      <w:r>
        <w:rPr>
          <w:sz w:val="20"/>
        </w:rPr>
        <w:t>46:19  . unhon ne likha hai: "Maulana, is it necessary when inviting non muslims towards Allah, we must also invite them to our culture?</w:t>
      </w:r>
      <w:r>
        <w:br/>
      </w:r>
      <w:r>
        <w:rPr>
          <w:sz w:val="20"/>
        </w:rPr>
        <w:t>46:30  wouldn't it be better if we invited them only to Allah, leaving them to decide their own culture? what is your advice?" dekhein, culture ka koi ta'alluq Islam</w:t>
      </w:r>
      <w:r>
        <w:br/>
      </w:r>
      <w:r>
        <w:rPr>
          <w:sz w:val="20"/>
        </w:rPr>
        <w:t>46:45  se nahin hai. culture to</w:t>
      </w:r>
      <w:r>
        <w:br/>
      </w:r>
      <w:r>
        <w:rPr>
          <w:sz w:val="20"/>
        </w:rPr>
        <w:t>46:49  jo culture to geography se banta hai, different jo halaat hote hain, us se banta hai. culture ki taraf invite karne ka koi matlab nahin hai.</w:t>
      </w:r>
      <w:r>
        <w:br/>
      </w:r>
      <w:r>
        <w:rPr>
          <w:sz w:val="20"/>
        </w:rPr>
        <w:t>47:00  Islam ki taraf invite karne ka matlab wahi hai jo Quran mein hai. Quran mein, Quran koi culture ki book nahin hai, book of culture nahin hai. Quran ki Quran book of ideology hai.</w:t>
      </w:r>
      <w:r>
        <w:br/>
      </w:r>
      <w:r>
        <w:rPr>
          <w:sz w:val="20"/>
        </w:rPr>
        <w:t>47:11  to aap ko agar dawat ka kaam karna hai to theek theesi line pe kijiye jo Quran ki line hai. sab se pehle Quran ko A se Z tak padhiye aur khud discover kijiye Quran ka, yaani kya, yaani kya hai is ka message.</w:t>
      </w:r>
      <w:r>
        <w:br/>
      </w:r>
      <w:r>
        <w:rPr>
          <w:sz w:val="20"/>
        </w:rPr>
        <w:t>47:30  is ka mess</w:t>
      </w:r>
      <w:r>
        <w:br/>
      </w:r>
      <w:r>
        <w:rPr>
          <w:sz w:val="20"/>
        </w:rPr>
        <w:t>47:31  age kya hai? jaise maine mutaala kar ke jo discover kiya, woh yeh hai ke Quran ka message yeh hai ke ke Quran chahta hai batana logon ko ke what is the creation plan of God.</w:t>
      </w:r>
      <w:r>
        <w:br/>
      </w:r>
      <w:r>
        <w:rPr>
          <w:sz w:val="20"/>
        </w:rPr>
        <w:t>47:46  to yeh yeh jo aap sawal kar rahe hain, yeh is koi relevance is ka nahin hai. agar aap da'wati kaam karna chahte hain to book of dawat to sirf ek hai, woh</w:t>
      </w:r>
      <w:r>
        <w:br/>
      </w:r>
      <w:r>
        <w:rPr>
          <w:sz w:val="20"/>
        </w:rPr>
        <w:t>47:56  Quran hai. aap Quran ko padhiye aur jo Quran mein mile, aap ko us ko, us ko aap us ki dawat dijiye. yeh is yeh ek ek question to bilkul irrelevant, irrelevant question hai.</w:t>
      </w:r>
    </w:p>
    <w:p>
      <w:pPr>
        <w:pStyle w:val="Heading2"/>
      </w:pPr>
      <w:r>
        <w:t>Inviting other religions to mosque lectures</w:t>
      </w:r>
    </w:p>
    <w:p>
      <w:r>
        <w:rPr>
          <w:color w:val="666666"/>
          <w:sz w:val="18"/>
        </w:rPr>
        <w:t>Society &amp; Dawah · Q&amp;A 11 Jul 2010 Maulana Wahiduddin Khan · 1m 45s · at 38:50 · https://youtu.be/UHtdtzGGwFQ?t=2330</w:t>
      </w:r>
    </w:p>
    <w:p>
      <w:r>
        <w:rPr>
          <w:i/>
        </w:rPr>
        <w:t>“Is it appropriate to invite Christians or people of other religions to come to our mosque and deliver lectures on their religion as they ask us to do?”</w:t>
      </w:r>
    </w:p>
    <w:p>
      <w:r>
        <w:rPr>
          <w:sz w:val="20"/>
        </w:rPr>
        <w:t>38:50  maulana, yeh sawal aaya hai mr khwaja kaleemuddin ka from Pennsylvania. unhone likha hai ke "Is it appropriate to invite Christians or people of other religions to come to our mosque and deliver lectures on their religion as they ask us to do?"</w:t>
      </w:r>
      <w:r>
        <w:br/>
      </w:r>
      <w:r>
        <w:rPr>
          <w:sz w:val="20"/>
        </w:rPr>
        <w:t>39:10  haan bilkul. mein koi harj nahi hai is mein.</w:t>
      </w:r>
      <w:r>
        <w:br/>
      </w:r>
      <w:r>
        <w:rPr>
          <w:sz w:val="20"/>
        </w:rPr>
        <w:t>39:16  mujh se discussion kijiye, mujh se dialogue kijiye. rasool Allah ke zamane mein ek aisi ho chuki hai conference.</w:t>
      </w:r>
      <w:r>
        <w:br/>
      </w:r>
      <w:r>
        <w:rPr>
          <w:sz w:val="20"/>
        </w:rPr>
        <w:t>39:25  woh trial aaya is ko. woh dialogue nahi tha woh ek trial aaya tha. teen mazhab. mere paas kitaab maujood hai ek arab sheikh ki likhi hui.</w:t>
      </w:r>
      <w:r>
        <w:br/>
      </w:r>
      <w:r>
        <w:rPr>
          <w:sz w:val="20"/>
        </w:rPr>
        <w:t>39:35  iska naam hai</w:t>
      </w:r>
      <w:r>
        <w:br/>
      </w:r>
      <w:r>
        <w:rPr>
          <w:sz w:val="20"/>
        </w:rPr>
        <w:t>39:36  "mu'tabar al adyaan al thalatha". mu'tabar ma'ne hote hain conference, seminar. yaani teen mazhabon ki mu'tabar.</w:t>
      </w:r>
      <w:r>
        <w:br/>
      </w:r>
      <w:r>
        <w:rPr>
          <w:sz w:val="20"/>
        </w:rPr>
        <w:t>39:45  teen mazhabon ka seminar. arab ne yahi iska title banaya hai. "mu'tabar al adyaan al thalatha".</w:t>
      </w:r>
      <w:r>
        <w:br/>
      </w:r>
      <w:r>
        <w:rPr>
          <w:sz w:val="20"/>
        </w:rPr>
        <w:t>39:54  is mein kya hota hai? madine ki masjid jo hum masjid nabwi kehte hain. uske andar aaye teen mazhab ke log. Christian aur Muslim.</w:t>
      </w:r>
      <w:r>
        <w:br/>
      </w:r>
      <w:r>
        <w:rPr>
          <w:sz w:val="20"/>
        </w:rPr>
        <w:t>40:04  aur teesra jaate kaun tha? yahudi. jisko aap samajhte hain ke iska hazar mil door rehna chahiye inko hamari masjid se.</w:t>
      </w:r>
      <w:r>
        <w:br/>
      </w:r>
      <w:r>
        <w:rPr>
          <w:sz w:val="20"/>
        </w:rPr>
        <w:t>40:16  mein samajhta hoon ke yeh musalmanon ki apni bid'at hai. apna innovation hai. ke unhone masjidon ko tamasha bana rakha hai. masjid kholi hai jaise jaise rasool Allah ne khola tha.</w:t>
      </w:r>
      <w:r>
        <w:br/>
      </w:r>
      <w:r>
        <w:rPr>
          <w:sz w:val="20"/>
        </w:rPr>
        <w:t>40:28  ab kholi hai waise hi.</w:t>
      </w:r>
    </w:p>
    <w:p>
      <w:pPr>
        <w:pStyle w:val="Heading2"/>
      </w:pPr>
      <w:r>
        <w:t>Inviting to Dar al-Salam vs establishing peace</w:t>
      </w:r>
    </w:p>
    <w:p>
      <w:r>
        <w:rPr>
          <w:color w:val="666666"/>
          <w:sz w:val="18"/>
        </w:rPr>
        <w:t>Society &amp; Dawah · Importance of Peace December 16, 2012 · 1m 36s · at 1:16:43 · https://youtu.be/nymyorYyEz4?t=4603</w:t>
      </w:r>
    </w:p>
    <w:p>
      <w:r>
        <w:rPr>
          <w:i/>
        </w:rPr>
        <w:t>“I learned that we should invite the world to Dar al-Salam, not make unsuccessful attempts to turn the world into Dar al-Salam. Many speakers say that peace will be established through Islam. How correct is this?”</w:t>
      </w:r>
    </w:p>
    <w:p>
      <w:r>
        <w:rPr>
          <w:sz w:val="20"/>
        </w:rPr>
        <w:t>1:16:43  Maulana, in ka ek aur sawal hai. unhon ne likha hai: "Maulana, aaj mujhe maloom hua ke dunya walon ko dar-us-salam ki taraf dawat dena hai, na ke dunya ko dar-us-salam banane ki nakaam koshish karna." Maulana, aksar speakers yeh kehte hain ke Islam se hi peace qaim hoga.</w:t>
      </w:r>
      <w:r>
        <w:br/>
      </w:r>
      <w:r>
        <w:rPr>
          <w:sz w:val="20"/>
        </w:rPr>
        <w:t>1:17:03  yeh kahan tak sahi hai? sahi kaha hai, bilkul absurd baat hai. kahan likha hua hai ke peace qaim hoga?</w:t>
      </w:r>
      <w:r>
        <w:br/>
      </w:r>
      <w:r>
        <w:rPr>
          <w:sz w:val="20"/>
        </w:rPr>
        <w:t>1:17:13  yaani sankron saal se, kam az kam do sau saal se musalman yahi boli bol rahe hain. to qaim kyun nahi hoga? yeh bilkul alag baat hai.</w:t>
      </w:r>
      <w:r>
        <w:br/>
      </w:r>
      <w:r>
        <w:rPr>
          <w:sz w:val="20"/>
        </w:rPr>
        <w:t>1:17:23  workable peace dunya mein aa sakta hai, sirf real ideal peace nahi. is raat ko nahi, koi ek shakhs bhi nahi samjha mere ilm ke upar, na ulama, na mufakkireen, na leader.</w:t>
      </w:r>
      <w:r>
        <w:br/>
      </w:r>
      <w:r>
        <w:rPr>
          <w:sz w:val="20"/>
        </w:rPr>
        <w:t>1:17:35  har aadmi peace peace peace ki boli bolta hai.</w:t>
      </w:r>
      <w:r>
        <w:br/>
      </w:r>
      <w:r>
        <w:rPr>
          <w:sz w:val="20"/>
        </w:rPr>
        <w:t>1:17:40  lekin is dunya mein Allah taala ke creation plan ki wajah se, Allah taala ka jo qanoon hai, us ki bana par kabhi bhi ideal peace qaim nahi hoga.</w:t>
      </w:r>
      <w:r>
        <w:br/>
      </w:r>
      <w:r>
        <w:rPr>
          <w:sz w:val="20"/>
        </w:rPr>
        <w:t>1:17:51  sirf workable peace qaim hoga. ideal justice nahi qaim hogi, sirf workable justice qaim hogi. is raat ko jo na jaane, woh andha jiye ga, andha mare ga.</w:t>
      </w:r>
      <w:r>
        <w:br/>
      </w:r>
      <w:r>
        <w:rPr>
          <w:sz w:val="20"/>
        </w:rPr>
        <w:t>1:18:00  main bohat sakht, bohat sakht rai meri is baray mein hai. jo is raat ko nahi jaane ga, woh sirf andhe pan mein jiye ga, andhe pan mein mare ga.</w:t>
      </w:r>
      <w:r>
        <w:br/>
      </w:r>
      <w:r>
        <w:rPr>
          <w:sz w:val="20"/>
        </w:rPr>
        <w:t>1:18:09  kyunke Allah taala ka qanoon yahi hai. is ko ignore kar ke aap kahan jayen ge, siwaye nakaami ke?</w:t>
      </w:r>
    </w:p>
    <w:p>
      <w:pPr>
        <w:pStyle w:val="Heading2"/>
      </w:pPr>
      <w:r>
        <w:t>Is Babri Masjid response like Palestine?</w:t>
      </w:r>
    </w:p>
    <w:p>
      <w:r>
        <w:rPr>
          <w:color w:val="666666"/>
          <w:sz w:val="18"/>
        </w:rPr>
        <w:t>Society &amp; Dawah · Art of Crisis Management October 3, 2010 · 8m 42s · at 1:40:22 · https://youtu.be/sKdyThFThXo?t=6022</w:t>
      </w:r>
    </w:p>
    <w:p>
      <w:r>
        <w:rPr>
          <w:i/>
        </w:rPr>
        <w:t>“Regarding the Babri Masjid verdict, the court gave a share to Muslims, which was better than before; Muslims could have accepted it and focused on dawah, but instead they are filing a Supreme Court case. Is this not the same situation as what happened in Palestine?”</w:t>
      </w:r>
    </w:p>
    <w:p>
      <w:r>
        <w:rPr>
          <w:sz w:val="20"/>
        </w:rPr>
        <w:t>1:40:22  maulana, yeh sawal kiya hai maulana abdul basit omri ne doha qatar se. unhon ne likha hai: "maulana babri masjid se mutalliq adalat adalati faisle mein musalmanon ko bhi ek hissa dene ki baat kahi gayi hai.</w:t>
      </w:r>
      <w:r>
        <w:br/>
      </w:r>
      <w:r>
        <w:rPr>
          <w:sz w:val="20"/>
        </w:rPr>
        <w:t>1:40:38  yeh pehle se to behtar thi, musalman is ko accept karte aur dawat ul Allah ke liye poori tarah mustaed hote, magar aisa nahi hua.</w:t>
      </w:r>
      <w:r>
        <w:br/>
      </w:r>
      <w:r>
        <w:rPr>
          <w:sz w:val="20"/>
        </w:rPr>
        <w:t>1:40:50  ab supreme court mein muqadma dair karne ki baat kar rahe hain. kya yeh soorat e haal wahi nahi hai jo arab mein falasteen ke mutalliq hua?</w:t>
      </w:r>
      <w:r>
        <w:br/>
      </w:r>
      <w:r>
        <w:rPr>
          <w:sz w:val="20"/>
        </w:rPr>
        <w:t>1:41:01  1947 mein jo baat kahi gayi, to usay musalmanon ne mana nahi. ab musalman is se bhi hath dho bethe hain.</w:t>
      </w:r>
      <w:r>
        <w:br/>
      </w:r>
      <w:r>
        <w:rPr>
          <w:sz w:val="20"/>
        </w:rPr>
        <w:t>1:41:11  is ke baray mein batayen. haan, sahi baat hai.</w:t>
      </w:r>
      <w:r>
        <w:br/>
      </w:r>
      <w:r>
        <w:rPr>
          <w:sz w:val="20"/>
        </w:rPr>
        <w:t>1:41:15  1948 mein falasteen ko taqseem kiya gaya, us ko partition kiya gaya. roughly adha diya gaya yahoodi logon ko, adha diya arabon ko.</w:t>
      </w:r>
      <w:r>
        <w:br/>
      </w:r>
      <w:r>
        <w:rPr>
          <w:sz w:val="20"/>
        </w:rPr>
        <w:t>1:41:28  musalmanon ko milna chahiye tha is ko, maan lekin unhon ne kaam laga diya, aur aaj tak kaam hi lag raha hai. aur jo tha, woh bhi kho kho diya arabon ne.</w:t>
      </w:r>
      <w:r>
        <w:br/>
      </w:r>
      <w:r>
        <w:rPr>
          <w:sz w:val="20"/>
        </w:rPr>
        <w:t>1:41:40  dekhiye, controversial mamlaat mein aap ko status quo ko manna parta hai. yaad rakhiye, controversial mamlaat mein agar status quo na manen to kabhi bhi baat khatam nahi hoti,</w:t>
      </w:r>
      <w:r>
        <w:br/>
      </w:r>
      <w:r>
        <w:rPr>
          <w:sz w:val="20"/>
        </w:rPr>
        <w:t>1:41:55  kabhi baat khatam nahi hoti. 48 mein jo status quo tha falasteen ka, us ko manna chahiye tha. un ko kashmir mein yahi jo 47 ke baad jo status quo tha, us ko manna chahiye tha.</w:t>
      </w:r>
      <w:r>
        <w:br/>
      </w:r>
      <w:r>
        <w:rPr>
          <w:sz w:val="20"/>
        </w:rPr>
        <w:t>1:42:09  aisi yahan bhi jo status quo tha babri masjid mein, woh maan lena chahiye tha. is ko nahi mana to dekhiye, lad rahe hain, mar rahe hain, kat rahe hain, tabaah ho rahe hain, har har har jagah faida kuch bhi nahi.</w:t>
      </w:r>
      <w:r>
        <w:br/>
      </w:r>
      <w:r>
        <w:rPr>
          <w:sz w:val="20"/>
        </w:rPr>
        <w:t>1:42:24  you have to accept the status quo, these only option for you.</w:t>
      </w:r>
      <w:r>
        <w:br/>
      </w:r>
      <w:r>
        <w:rPr>
          <w:sz w:val="20"/>
        </w:rPr>
        <w:t>1:42:32  maulana, yeh sawal kiya hai mr faiz ne california se.</w:t>
      </w:r>
      <w:r>
        <w:br/>
      </w:r>
      <w:r>
        <w:rPr>
          <w:sz w:val="20"/>
        </w:rPr>
        <w:t>1:42:37  unhon ne poocha hai ke abu huraira, abu huraira reported that allah messenger once said: "when a human being dies, all of his deeds are terminated, except for three types:</w:t>
      </w:r>
      <w:r>
        <w:br/>
      </w:r>
      <w:r>
        <w:rPr>
          <w:sz w:val="20"/>
        </w:rPr>
        <w:t>1:42:55  an ongoing sadaqa, a knowledge of islam from which others benefit, and thirdly a righteous child who makes dua for him."</w:t>
      </w:r>
      <w:r>
        <w:br/>
      </w:r>
      <w:r>
        <w:rPr>
          <w:sz w:val="20"/>
        </w:rPr>
        <w:t>1:43:07  the abu hadith clearly indicates that dua is helpful to the dead. what is your comment on this? nahi, nahi, woh aap ne sahi hadith nahi naqal ki hai.</w:t>
      </w:r>
      <w:r>
        <w:br/>
      </w:r>
      <w:r>
        <w:rPr>
          <w:sz w:val="20"/>
        </w:rPr>
        <w:t>1:43:17  is tarah nahi hai.</w:t>
      </w:r>
      <w:r>
        <w:br/>
      </w:r>
      <w:r>
        <w:rPr>
          <w:sz w:val="20"/>
        </w:rPr>
        <w:t>1:43:20  woh hadith is tareeqay se hai ke woh beta jis ke bananay mein baap ka haath ho, to choonke is bete ko baap ne banaya hai,</w:t>
      </w:r>
      <w:r>
        <w:br/>
      </w:r>
      <w:r>
        <w:rPr>
          <w:sz w:val="20"/>
        </w:rPr>
        <w:t>1:43:33  saaleh banaya hai, naik banaya hai, to is wajah se is ko sawab milta rahega. yeh nahi ke woh beta dua kar dega to is ko sawab mil jayega. yeh matlab nahi hai.</w:t>
      </w:r>
      <w:r>
        <w:br/>
      </w:r>
      <w:r>
        <w:rPr>
          <w:sz w:val="20"/>
        </w:rPr>
        <w:t>1:43:42  is hadith ko phir se parhiye. hmm, y</w:t>
      </w:r>
      <w:r>
        <w:br/>
      </w:r>
      <w:r>
        <w:rPr>
          <w:sz w:val="20"/>
        </w:rPr>
        <w:t>1:43:45  ani woh cheez jo baap ke marne ke baad baqi rahi, woh ek saaleh beta hai jis ke bananay mein baap ka hissa tha.</w:t>
      </w:r>
      <w:r>
        <w:br/>
      </w:r>
      <w:r>
        <w:rPr>
          <w:sz w:val="20"/>
        </w:rPr>
        <w:t>1:43:53  agar baap ki niyat na ho shamil, apne aap woh saaleh hoga, tab bhi nahi kuch milega is ko. yaad rakhiye, yani baap ka intention agar shamil hai bete ko bananay mein, to choonke baap ne banaya hai bete ko,</w:t>
      </w:r>
      <w:r>
        <w:br/>
      </w:r>
      <w:r>
        <w:rPr>
          <w:sz w:val="20"/>
        </w:rPr>
        <w:t>1:44:09  to yeh is ka ek amal qarar payega.</w:t>
      </w:r>
      <w:r>
        <w:br/>
      </w:r>
      <w:r>
        <w:rPr>
          <w:sz w:val="20"/>
        </w:rPr>
        <w:t>1:44:12  yeh baap ka ek amal qarar payega ke is ne aap bete ko saaleh banaya. is amal ka is ko ajr milega. ya yeh unhon ne naqal kiya hai na?</w:t>
      </w:r>
      <w:r>
        <w:br/>
      </w:r>
      <w:r>
        <w:rPr>
          <w:sz w:val="20"/>
        </w:rPr>
        <w:t>1:44:21  yeh in ko mein kahunga ke phir se is ke text ko parhen. text ko. hmm, un ka ek sawal aur hai.</w:t>
      </w:r>
      <w:r>
        <w:br/>
      </w:r>
      <w:r>
        <w:rPr>
          <w:sz w:val="20"/>
        </w:rPr>
        <w:t>1:44:30  maulana, unhon ne poocha hai: "why was slavery not abolished in islam? like alcohol consumption and eating pork was declared haram?"</w:t>
      </w:r>
      <w:r>
        <w:br/>
      </w:r>
      <w:r>
        <w:rPr>
          <w:sz w:val="20"/>
        </w:rPr>
        <w:t>1:44:42  nahi, aisa nahi hai. alcohol bhi dekhiye, achanak khatam nahi kiya gaya tha. kai stages mein khatam kiya gaya tha. islam ka tareeqa yeh nahi hai ke radically aap achanak elaan kar den ke sab khatam hai.</w:t>
      </w:r>
      <w:r>
        <w:br/>
      </w:r>
      <w:r>
        <w:rPr>
          <w:sz w:val="20"/>
        </w:rPr>
        <w:t>1:44:55  gradual tareeqay se khatam kiya jata hai. to slavery bhi khatam ki gayi gradual tareeqay se ke woh slavery jo hai, aaj aap samajh nahi paate ke slavery kya cheez hai.</w:t>
      </w:r>
      <w:r>
        <w:br/>
      </w:r>
      <w:r>
        <w:rPr>
          <w:sz w:val="20"/>
        </w:rPr>
        <w:t>1:45:04  slavery us zamane ki employment thi.</w:t>
      </w:r>
      <w:r>
        <w:br/>
      </w:r>
      <w:r>
        <w:rPr>
          <w:sz w:val="20"/>
        </w:rPr>
        <w:t>1:45:10  log samajhte nahi slavery kya cheez hai.</w:t>
      </w:r>
      <w:r>
        <w:br/>
      </w:r>
      <w:r>
        <w:rPr>
          <w:sz w:val="20"/>
        </w:rPr>
        <w:t>1:45:12  us zamane mein jab ke aaj kal ki tarah se industry nahi thi, aaj ki tarah se yeh jo itne saare tareeqay hain kamane ke, woh sab nahi thay.</w:t>
      </w:r>
      <w:r>
        <w:br/>
      </w:r>
      <w:r>
        <w:rPr>
          <w:sz w:val="20"/>
        </w:rPr>
        <w:t>1:45:22  to us zamane mein slavery ek ek employment tha. to achanak abolish kar diya jaye to bohat saare log be rozgar ho jayenge.</w:t>
      </w:r>
      <w:r>
        <w:br/>
      </w:r>
      <w:r>
        <w:rPr>
          <w:sz w:val="20"/>
        </w:rPr>
        <w:t>1:45:33  is tarah woh kahan khappen ge? woh log achaanak bohat se log be rozgar ho jayen ge.</w:t>
      </w:r>
      <w:r>
        <w:br/>
      </w:r>
      <w:r>
        <w:rPr>
          <w:sz w:val="20"/>
        </w:rPr>
        <w:t>1:45:38  is liye islam ne is ko gradual tareeqe se khatam kiya. ek arab ne bohat acha likha hai. ek un ka mein ne parha, un ki ek kitaab hai, woh mushkilat ul quran, is ka naam hai ke islam ne slavery ke mamle mein ek form jo usool ikhtiyar kiya, woh yeh tha ke tazeeque al madkhal aur tawsee al makhraj,</w:t>
      </w:r>
      <w:r>
        <w:br/>
      </w:r>
      <w:r>
        <w:rPr>
          <w:sz w:val="20"/>
        </w:rPr>
        <w:t>1:46:07  yani gradual tor par yeh karna ke naye slave na banen aur pichle slave jo hain, woh khatam hote chale, khatam hote chale jayen.</w:t>
      </w:r>
      <w:r>
        <w:br/>
      </w:r>
      <w:r>
        <w:rPr>
          <w:sz w:val="20"/>
        </w:rPr>
        <w:t>1:46:17  mukhtalif cheezon mein, maslan kaffara ada karna, mukhtalif cheezon ko aazad karne ka sawab jo bataya gaya waghera. to islam ne yeh tareeqa ikhtiyar kiya ke achaanak khatam na kar ke gradual tor par khatam karna.</w:t>
      </w:r>
      <w:r>
        <w:br/>
      </w:r>
      <w:r>
        <w:rPr>
          <w:sz w:val="20"/>
        </w:rPr>
        <w:t>1:46:31  aur woh tareeqa yeh tha ke nayi slavery to band ki gayi, kar di gayi isi waqt</w:t>
      </w:r>
      <w:r>
        <w:br/>
      </w:r>
      <w:r>
        <w:rPr>
          <w:sz w:val="20"/>
        </w:rPr>
        <w:t>1:46:37  , lekin jo already jo slave thay, un ke liye mukhtalif tareeqon se yeh kiya gaya ke dheere dheere, dheere dheere woh aazad ho kar society mein absorb hote chale jayen.</w:t>
      </w:r>
      <w:r>
        <w:br/>
      </w:r>
      <w:r>
        <w:rPr>
          <w:sz w:val="20"/>
        </w:rPr>
        <w:t>1:46:47  isi ko unhon ne kaha hai ke tazeeque al makhraj, tawsee al madkhal. yeh bohat sab bohat hi sahi hai. mein samajhta hoon ke is ko</w:t>
      </w:r>
      <w:r>
        <w:br/>
      </w:r>
      <w:r>
        <w:rPr>
          <w:sz w:val="20"/>
        </w:rPr>
        <w:t>1:46:56  to islam mein yeh ho ke naye slave na banaye jayen aur pichle jo slave hain, jo goya ke un ka rozgar wahi tha kahin, to un ko dheere dheere, dheere dheere khatam kiya jaye aur un ko society mein absorb kar diya jaye.</w:t>
      </w:r>
      <w:r>
        <w:br/>
      </w:r>
      <w:r>
        <w:rPr>
          <w:sz w:val="20"/>
        </w:rPr>
        <w:t>1:47:12  aaj koi slave banaye to bilkul haram hoga. woh slave bana ab islam mein jaiz nahi hai. jo thay mazi ke, bas woh thay slave. aaj aap slave banaye to jaiz nahi hai.</w:t>
      </w:r>
      <w:r>
        <w:br/>
      </w:r>
      <w:r>
        <w:rPr>
          <w:sz w:val="20"/>
        </w:rPr>
        <w:t>1:47:26  maulana, yeh sawal kiya hai miss sadia ne new delhi se: "christians and jews, you said according to the law of nature, degenerated.</w:t>
      </w:r>
      <w:r>
        <w:br/>
      </w:r>
      <w:r>
        <w:rPr>
          <w:sz w:val="20"/>
        </w:rPr>
        <w:t>1:47:37  would you say that even today, both jews and christians have failed to regenerate their people?" haan, un ka woh masle paida nahi hue.</w:t>
      </w:r>
      <w:r>
        <w:br/>
      </w:r>
      <w:r>
        <w:rPr>
          <w:sz w:val="20"/>
        </w:rPr>
        <w:t>1:47:51  hum logon ki jo mission hai, aisa mission kahin nahi hai. yaad rakhiye, nahi, nahi, yahudiyon mein nahi, isaiyon mein.</w:t>
      </w:r>
      <w:r>
        <w:br/>
      </w:r>
      <w:r>
        <w:rPr>
          <w:sz w:val="20"/>
        </w:rPr>
        <w:t>1:47:57  un ke haan woh social social kaam hota hai. sab ke haan, sab ka social kaam hota hai. baqi yeh jo kaam hamare haan ho raha hai, re engineering of mind, yeh is original mazhab ko phir se revive karna, yeh to kahin bhi nahi ho raha.</w:t>
      </w:r>
      <w:r>
        <w:br/>
      </w:r>
      <w:r>
        <w:rPr>
          <w:sz w:val="20"/>
        </w:rPr>
        <w:t>1:48:16  yeh to Allah taala ne yeh mission jo khara kiya hai, bohat unique hai.</w:t>
      </w:r>
      <w:r>
        <w:br/>
      </w:r>
      <w:r>
        <w:rPr>
          <w:sz w:val="20"/>
        </w:rPr>
        <w:t>1:48:21  na aisa muslim mission musalmanon mein kahin hai, na yahudiyon mein hai, na isaiyon mein hai. aap log shukar karna chahiye ke aap log is se jure aur aap logon ke zamane mein yeh mission khara hua.</w:t>
      </w:r>
      <w:r>
        <w:br/>
      </w:r>
      <w:r>
        <w:rPr>
          <w:sz w:val="20"/>
        </w:rPr>
        <w:t>1:48:33  warna yeh to is ke, is ke yani sare muslim dunya mein jo hai, kuch tha hi nahi. siwa andhere, andhere, andhere ke christian aur yahudiyon ki bhi kuch bhi nahi thi.</w:t>
      </w:r>
      <w:r>
        <w:br/>
      </w:r>
      <w:r>
        <w:rPr>
          <w:sz w:val="20"/>
        </w:rPr>
        <w:t>1:48:47  political tareeqe un ke haan hain aur social kaam hain aur doosre doosre kaam hain.</w:t>
      </w:r>
      <w:r>
        <w:br/>
      </w:r>
      <w:r>
        <w:rPr>
          <w:sz w:val="20"/>
        </w:rPr>
        <w:t>1:48:55  yeh yeh jo revival hai, yeh to yeh to aaj kahin bhi nahi, kahin bhi nahi hai.</w:t>
      </w:r>
    </w:p>
    <w:p>
      <w:pPr>
        <w:pStyle w:val="Heading2"/>
      </w:pPr>
      <w:r>
        <w:t>Is Dawah and Tabligh compulsory?</w:t>
      </w:r>
    </w:p>
    <w:p>
      <w:r>
        <w:rPr>
          <w:color w:val="666666"/>
          <w:sz w:val="18"/>
        </w:rPr>
        <w:t>Society &amp; Dawah · God in the Age of Science January 08, 2017 · 2m 18s · at 1:10:45 · https://youtu.be/au1bRdQDZ0U?t=4245</w:t>
      </w:r>
    </w:p>
    <w:p>
      <w:r>
        <w:rPr>
          <w:i/>
        </w:rPr>
        <w:t>“I have heard from an Islamic scholar that Dawah and Tabligh are not compulsory, but there should be a group that should bring people towards Allah. What is your opinion?”</w:t>
      </w:r>
    </w:p>
    <w:p>
      <w:r>
        <w:rPr>
          <w:sz w:val="20"/>
        </w:rPr>
        <w:t>1:10:45  development ka process aap jari karte hain dono baatein Maulana agla sawal dilli se mashood farooqi sahib ne</w:t>
      </w:r>
      <w:r>
        <w:br/>
      </w:r>
      <w:r>
        <w:rPr>
          <w:sz w:val="20"/>
        </w:rPr>
        <w:t>1:10:53  کیا ہے انہوں نے لکھا ہے I have heard from an Islamic scholar that dawat aur tableegh is</w:t>
      </w:r>
      <w:r>
        <w:br/>
      </w:r>
      <w:r>
        <w:rPr>
          <w:sz w:val="20"/>
        </w:rPr>
        <w:t>1:11:01  not compulsory but there should be a Jamaat that should bring people towards Allah Maulana what is your</w:t>
      </w:r>
      <w:r>
        <w:br/>
      </w:r>
      <w:r>
        <w:rPr>
          <w:sz w:val="20"/>
        </w:rPr>
        <w:t>1:11:08  view on this yeh bilkul galat baatein hain bilkul galat baatein hain hundred percent be asal baatein hain</w:t>
      </w:r>
      <w:r>
        <w:br/>
      </w:r>
      <w:r>
        <w:rPr>
          <w:sz w:val="20"/>
        </w:rPr>
        <w:t>1:11:16  jo aadmi Quran o Hadees ka hawala na de us ko jhoota samjhiye yeh baatein kehte hain baghair</w:t>
      </w:r>
      <w:r>
        <w:br/>
      </w:r>
      <w:r>
        <w:rPr>
          <w:sz w:val="20"/>
        </w:rPr>
        <w:t>1:11:24  hawale ke kahan Quran o Hadees mein likha hua hai yaad rakhiye jo aadmi ek baat kahe aur</w:t>
      </w:r>
      <w:r>
        <w:br/>
      </w:r>
      <w:r>
        <w:rPr>
          <w:sz w:val="20"/>
        </w:rPr>
        <w:t>1:11:32  us ne hawala na diya ho Quran o Hadees ka woh jhoot bolta hai use puchiye use keh</w:t>
      </w:r>
      <w:r>
        <w:br/>
      </w:r>
      <w:r>
        <w:rPr>
          <w:sz w:val="20"/>
        </w:rPr>
        <w:t>1:11:39  kis quran ki aisa nikalte ho kis hadith se aisa nikalte ho to ji bohat hi sakht baat</w:t>
      </w:r>
      <w:r>
        <w:br/>
      </w:r>
      <w:r>
        <w:rPr>
          <w:sz w:val="20"/>
        </w:rPr>
        <w:t>1:11:47  hai ke aadmi apne zaban se bole aap ko chahiye quran ko padhein hadith ko padhein aur phir</w:t>
      </w:r>
      <w:r>
        <w:br/>
      </w:r>
      <w:r>
        <w:rPr>
          <w:sz w:val="20"/>
        </w:rPr>
        <w:t>1:11:55  jaanen ke waat is truth aur phir bolein hawale ke sath molana iqbal umri ne chennai se sawal</w:t>
      </w:r>
      <w:r>
        <w:br/>
      </w:r>
      <w:r>
        <w:rPr>
          <w:sz w:val="20"/>
        </w:rPr>
        <w:t>1:12:02  bheja hai unhon ne likha hai universal iman ke liye bhi aur universal dawah opportunities ke liye supportive</w:t>
      </w:r>
      <w:r>
        <w:br/>
      </w:r>
      <w:r>
        <w:rPr>
          <w:sz w:val="20"/>
        </w:rPr>
        <w:t>1:12:10  age ki zarorat thi wahi ye new age hai molana sahib sahih hamd ke liye kya cheez rukawat</w:t>
      </w:r>
      <w:r>
        <w:br/>
      </w:r>
      <w:r>
        <w:rPr>
          <w:sz w:val="20"/>
        </w:rPr>
        <w:t>1:12:18  bani hai is ke bare mein bataein mein to samajhta hoon yahi bani ke ke aain waqt par</w:t>
      </w:r>
      <w:r>
        <w:br/>
      </w:r>
      <w:r>
        <w:rPr>
          <w:sz w:val="20"/>
        </w:rPr>
        <w:t>1:12:26  shaitan ne hum musalmanon ko negative thought mein phansa diya ke ye dushman hamare hain best hamara dushman</w:t>
      </w:r>
      <w:r>
        <w:br/>
      </w:r>
      <w:r>
        <w:rPr>
          <w:sz w:val="20"/>
        </w:rPr>
        <w:t>1:12:33  hai bohat hi hoshiyari ke sath shaitan ne divert kar diya isi zamane mein aap jante hain ke</w:t>
      </w:r>
      <w:r>
        <w:br/>
      </w:r>
      <w:r>
        <w:rPr>
          <w:sz w:val="20"/>
        </w:rPr>
        <w:t>1:12:41  jis zamane mein ye science ubhri hai yani 400 saal ke darmian science ka development 400 saal hua</w:t>
      </w:r>
      <w:r>
        <w:br/>
      </w:r>
      <w:r>
        <w:rPr>
          <w:sz w:val="20"/>
        </w:rPr>
        <w:t>1:12:49  hai isi darmian mein shaitan ne musalmanon ko mahan mein dal diya ye bhi to dushman tumhare hain</w:t>
      </w:r>
      <w:r>
        <w:br/>
      </w:r>
      <w:r>
        <w:rPr>
          <w:sz w:val="20"/>
        </w:rPr>
        <w:t>1:12:56  ye ye shaitani waswasa hai allazi waswasa fi sudoor al-nas to hamein naoozubillah kehna parega naooz</w:t>
      </w:r>
    </w:p>
    <w:p>
      <w:pPr>
        <w:pStyle w:val="Heading2"/>
      </w:pPr>
      <w:r>
        <w:t>Is Islamic Khilafat concept dajjaliat?</w:t>
      </w:r>
    </w:p>
    <w:p>
      <w:r>
        <w:rPr>
          <w:color w:val="666666"/>
          <w:sz w:val="18"/>
        </w:rPr>
        <w:t>Society &amp; Dawah · Problem of Dajjal 29 sept, 2019 - Maulana Wahiduddin Khan · 2m 06s · at 1:10:07 · https://youtu.be/PL-Kv-sE68w?t=4207</w:t>
      </w:r>
    </w:p>
    <w:p>
      <w:r>
        <w:rPr>
          <w:i/>
        </w:rPr>
        <w:t>“In our syllabus books we read Islamiyat. In the book we read many times that Islam is a complete way of life. Dr. Israr, who was a famous scholar, his teachings were also based on the fact that Muslims should emphasize Islamic system of Khilafat. I want to ask whether this concept of Islamic system of Khilafat is also dajjaliat?”</w:t>
      </w:r>
    </w:p>
    <w:p>
      <w:r>
        <w:rPr>
          <w:sz w:val="20"/>
        </w:rPr>
        <w:t>1:10:07  Maulana, agla sawal Pakistan se bheja hai Miss Shaista Ramzan ne. Unhon ne likha hai: "Maulana sahib, in our syllabus books we read Islamiyat.</w:t>
      </w:r>
      <w:r>
        <w:br/>
      </w:r>
      <w:r>
        <w:rPr>
          <w:sz w:val="20"/>
        </w:rPr>
        <w:t>1:10:20  in the book we read many times that Islam is a complete way of life. Dr. Israr, who was a famous scholar.</w:t>
      </w:r>
      <w:r>
        <w:br/>
      </w:r>
      <w:r>
        <w:rPr>
          <w:sz w:val="20"/>
        </w:rPr>
        <w:t>1:10:29  His teachings were also based on the fact that Muslims should emphasize Islamic nizam-e-khilafat. I want to ask whether this concept of Islamic nizam-e-khilafat is also dajaliat." Yaqin, yaqin, yaqin,</w:t>
      </w:r>
      <w:r>
        <w:br/>
      </w:r>
      <w:r>
        <w:rPr>
          <w:sz w:val="20"/>
        </w:rPr>
        <w:t>1:10:48  ap agar is ko folo karte hain to ye kahiye ke main flan sahib ke nazariye ko manti hun, jaise daktar asrar ke nazariye ko manti hun.</w:t>
      </w:r>
      <w:r>
        <w:br/>
      </w:r>
      <w:r>
        <w:rPr>
          <w:sz w:val="20"/>
        </w:rPr>
        <w:t>1:10:58  un ka nam lijye, ap quran ka nam kyu lete hain, hadis ke nam kyu lete hain, islam ke nam kyu lete hain? ap to foloar hain ek insan ka, ko folo kar rahi hain jis ka nam hai daktar asrar.</w:t>
      </w:r>
      <w:r>
        <w:br/>
      </w:r>
      <w:r>
        <w:rPr>
          <w:sz w:val="20"/>
        </w:rPr>
        <w:t>1:11:13  to ap isi ka nam lijye to mujhe koi etraz nahi hoga.</w:t>
      </w:r>
    </w:p>
    <w:p>
      <w:pPr>
        <w:pStyle w:val="Heading2"/>
      </w:pPr>
      <w:r>
        <w:t>Is Japan successful because of its beliefs?</w:t>
      </w:r>
    </w:p>
    <w:p>
      <w:r>
        <w:rPr>
          <w:color w:val="666666"/>
          <w:sz w:val="18"/>
        </w:rPr>
        <w:t>Society &amp; Dawah · Discovery of Modern Age I 10th Feb. 13 · 1m 53s · at 58:19 · https://youtu.be/Yp5T0KacY84?t=3499</w:t>
      </w:r>
    </w:p>
    <w:p>
      <w:r>
        <w:rPr>
          <w:i/>
        </w:rPr>
        <w:t>“A cleric told that Japan is successful because of its being a follower...”</w:t>
      </w:r>
    </w:p>
    <w:p>
      <w:r>
        <w:rPr>
          <w:sz w:val="20"/>
        </w:rPr>
        <w:t>58:19  maulana, agla sawal aaya hai.</w:t>
      </w:r>
      <w:r>
        <w:br/>
      </w:r>
      <w:r>
        <w:rPr>
          <w:sz w:val="20"/>
        </w:rPr>
        <w:t>58:25  ah ah, bhejane wale ne location nahi likhi hai, naam bhi nahi likha hai.</w:t>
      </w:r>
      <w:r>
        <w:br/>
      </w:r>
      <w:r>
        <w:rPr>
          <w:sz w:val="20"/>
        </w:rPr>
        <w:t>58:31  سوال یہ ہے، مولانا: "A cleric told that Japan is successful because of its being a follower</w:t>
      </w:r>
      <w:r>
        <w:br/>
      </w:r>
      <w:r>
        <w:rPr>
          <w:sz w:val="20"/>
        </w:rPr>
        <w:t>58:36  "of US and not because of it has adopted a peaceful policy." So, this is to someone,</w:t>
      </w:r>
      <w:r>
        <w:br/>
      </w:r>
      <w:r>
        <w:rPr>
          <w:sz w:val="20"/>
        </w:rPr>
        <w:t>58:42  یعنی ایسے کسی ایسے آدمی کے قول جس کی سٹڈی نہیں کی، followers ہونے سے کیا ہوا؟ follower</w:t>
      </w:r>
      <w:r>
        <w:br/>
      </w:r>
      <w:r>
        <w:rPr>
          <w:sz w:val="20"/>
        </w:rPr>
        <w:t>58:48  to bohat se log, kisi ne taraqqi nahi ki.</w:t>
      </w:r>
      <w:r>
        <w:br/>
      </w:r>
      <w:r>
        <w:rPr>
          <w:sz w:val="20"/>
        </w:rPr>
        <w:t>58:53  follower ہونے سے ترقی کر جائے گا؟ خود امریکہ نہیں تو وہ کی ترقی کر سکا؟ میں جب</w:t>
      </w:r>
      <w:r>
        <w:br/>
      </w:r>
      <w:r>
        <w:rPr>
          <w:sz w:val="20"/>
        </w:rPr>
        <w:t>58:59  america gaya tha ek bar to main ne dekha ke sadkon par sab se shandar jo jo advertisement</w:t>
      </w:r>
      <w:r>
        <w:br/>
      </w:r>
      <w:r>
        <w:rPr>
          <w:sz w:val="20"/>
        </w:rPr>
        <w:t>59:05  board lage hue the, woh Japan ke the.</w:t>
      </w:r>
      <w:r>
        <w:br/>
      </w:r>
      <w:r>
        <w:rPr>
          <w:sz w:val="20"/>
        </w:rPr>
        <w:t>59:10  yani Japan ghusa hua khud America mein.</w:t>
      </w:r>
      <w:r>
        <w:br/>
      </w:r>
      <w:r>
        <w:rPr>
          <w:sz w:val="20"/>
        </w:rPr>
        <w:t>59:16  aur aaj jo hai, aaj ki khabar aap dekh lijiye ke aaj ki jo khabar yeh hai ke</w:t>
      </w:r>
      <w:r>
        <w:br/>
      </w:r>
      <w:r>
        <w:rPr>
          <w:sz w:val="20"/>
        </w:rPr>
        <w:t>59:22  trade ke mamle mein China super set kar gaya, USSS aage badh gaya.</w:t>
      </w:r>
      <w:r>
        <w:br/>
      </w:r>
      <w:r>
        <w:rPr>
          <w:sz w:val="20"/>
        </w:rPr>
        <w:t>59:28  تو جب امریکہ تو خود ہی نہیں ترقی کر پا رہا،</w:t>
      </w:r>
      <w:r>
        <w:br/>
      </w:r>
      <w:r>
        <w:rPr>
          <w:sz w:val="20"/>
        </w:rPr>
        <w:t>59:33  ترقی کریں گے؟ یہ تو کوئی بات نہیں ہے، یہ تو بالکل ایک stupid بات ہے۔</w:t>
      </w:r>
      <w:r>
        <w:br/>
      </w:r>
      <w:r>
        <w:rPr>
          <w:sz w:val="20"/>
        </w:rPr>
        <w:t>59:39  "You must, you must discover some principle." Follow karna kya hai? Principle yahi hai.</w:t>
      </w:r>
      <w:r>
        <w:br/>
      </w:r>
      <w:r>
        <w:rPr>
          <w:sz w:val="20"/>
        </w:rPr>
        <w:t>59:45  aur aap agar aap ko shakk ho to aap kitab padh lijiye.</w:t>
      </w:r>
      <w:r>
        <w:br/>
      </w:r>
      <w:r>
        <w:rPr>
          <w:sz w:val="20"/>
        </w:rPr>
        <w:t>59:50  ایک کتاب ہے "The Story of Japan." یہ تو آپ نے اپنے مائنڈ سے نکالا، کسی نے ایک</w:t>
      </w:r>
      <w:r>
        <w:br/>
      </w:r>
      <w:r>
        <w:rPr>
          <w:sz w:val="20"/>
        </w:rPr>
        <w:t>59:56  ek ek shoshah nikal diya hoga.</w:t>
      </w:r>
      <w:r>
        <w:br/>
      </w:r>
      <w:r>
        <w:rPr>
          <w:sz w:val="20"/>
        </w:rPr>
        <w:t>1:00:02  ek kitab hai "history of Japan." is ko aap padhiye ke Japan ki taraqqi ka raaz kya hai.</w:t>
      </w:r>
      <w:r>
        <w:br/>
      </w:r>
      <w:r>
        <w:rPr>
          <w:sz w:val="20"/>
        </w:rPr>
        <w:t>1:00:07  ab is ko padhiye aap.</w:t>
      </w:r>
    </w:p>
    <w:p>
      <w:pPr>
        <w:pStyle w:val="Heading2"/>
      </w:pPr>
      <w:r>
        <w:t>Is Middle East war self-created?</w:t>
      </w:r>
    </w:p>
    <w:p>
      <w:r>
        <w:rPr>
          <w:color w:val="666666"/>
          <w:sz w:val="18"/>
        </w:rPr>
        <w:t>Society &amp; Dawah · Universal outlook April 09, 2017 · 1m 13s · at 55:36 · https://youtu.be/n3HAPCpom5c?t=3336</w:t>
      </w:r>
    </w:p>
    <w:p>
      <w:r>
        <w:rPr>
          <w:i/>
        </w:rPr>
        <w:t>“What is your view regarding the war in the Middle East? Is the Middle East war a self-created war? It is not from any other aggressor.”</w:t>
      </w:r>
    </w:p>
    <w:p>
      <w:r>
        <w:rPr>
          <w:sz w:val="20"/>
        </w:rPr>
        <w:t>55:36  kisi</w:t>
      </w:r>
      <w:r>
        <w:br/>
      </w:r>
      <w:r>
        <w:rPr>
          <w:sz w:val="20"/>
        </w:rPr>
        <w:t>55:36  muhaddis ne is ko qaul rasool nahi mana hai ji maulana agla sawal kuwait se bheja hai abdul fattah sahab ne unhone aapse poocha hai ke what is your view in what is your view regarding the war in the middle east</w:t>
      </w:r>
      <w:r>
        <w:br/>
      </w:r>
      <w:r>
        <w:rPr>
          <w:sz w:val="20"/>
        </w:rPr>
        <w:t>56:01  war is the middle east self-created war hai kisi doosre ke aggressor se nahi hui hai ye maine likha hai main is ke bare mein aap padh lijiye is ko ke self-created war hai khud hi apne ko marwa rahe hain khwamkhwah aap pehle mujhe mar</w:t>
      </w:r>
      <w:r>
        <w:br/>
      </w:r>
      <w:r>
        <w:rPr>
          <w:sz w:val="20"/>
        </w:rPr>
        <w:t>56:23  to musalman hi zimmedar hain is war ke aap musalman hi khatm bhi kar sakte hain khatm kar dein to khatm</w:t>
      </w:r>
      <w:r>
        <w:br/>
      </w:r>
      <w:r>
        <w:rPr>
          <w:sz w:val="20"/>
        </w:rPr>
        <w:t>56:31  is par maine kafi likha hai aap padh sakte hain ke main is ko aap pehle mujhe mar samajhta hoon yani self-created war samajhta hoon is ko is ko nahi samajhta ke koi doosra thopa aap ke upar</w:t>
      </w:r>
    </w:p>
    <w:p>
      <w:pPr>
        <w:pStyle w:val="Heading2"/>
      </w:pPr>
      <w:r>
        <w:t>Is Muslims' silence patience or hypocrisy</w:t>
      </w:r>
    </w:p>
    <w:p>
      <w:r>
        <w:rPr>
          <w:color w:val="666666"/>
          <w:sz w:val="18"/>
        </w:rPr>
        <w:t>Society &amp; Dawah · The Importance of Wisdom November 4, 2012 · 1m 45s · at 58:01 · https://youtu.be/7e6FvqRSHic?t=3481</w:t>
      </w:r>
    </w:p>
    <w:p>
      <w:r>
        <w:rPr>
          <w:i/>
        </w:rPr>
        <w:t>“Can the current silence of Muslims be called patience? Or is it hypocrisy because they are silent due to fear of losing their interests?”</w:t>
      </w:r>
    </w:p>
    <w:p>
      <w:r>
        <w:rPr>
          <w:sz w:val="20"/>
        </w:rPr>
        <w:t>58:01  maulana agla sawal tamil nadu se hai maulana farhad salfi umri sahib ka unhone likha hai maulana musalmanon ka fi waqt khamosh rehna kya ise sabr kaha ja sakta hai yeh sabr nahi hai</w:t>
      </w:r>
      <w:r>
        <w:br/>
      </w:r>
      <w:r>
        <w:rPr>
          <w:sz w:val="20"/>
        </w:rPr>
        <w:t>58:19  yeh to yeh sabr harghiz nahi hai</w:t>
      </w:r>
      <w:r>
        <w:br/>
      </w:r>
      <w:r>
        <w:rPr>
          <w:sz w:val="20"/>
        </w:rPr>
        <w:t>58:26  yeh to is liye musalman chup ho gaye hain ke interest in ka khatre mein par gaya apne interest ko khatre mein padne tak dekh kar chup ho gaye yeh to munafiqat hai sabr naam hai is chup hone ka jahan aap bator usool chup hon bator principle chup hon aap aik aik bohat socha samjha principle ho ke</w:t>
      </w:r>
      <w:r>
        <w:br/>
      </w:r>
      <w:r>
        <w:rPr>
          <w:sz w:val="20"/>
        </w:rPr>
        <w:t>58:54  tak chup hoon to woh sabr hai yeh jo musalman jagah chup ho jate hain yeh to yeh</w:t>
      </w:r>
      <w:r>
        <w:br/>
      </w:r>
      <w:r>
        <w:rPr>
          <w:sz w:val="20"/>
        </w:rPr>
        <w:t>58:58  to munafiqat hai yeh shorgol kya hangama kya nuqsan hua mare peete gaye</w:t>
      </w:r>
      <w:r>
        <w:br/>
      </w:r>
      <w:r>
        <w:rPr>
          <w:sz w:val="20"/>
        </w:rPr>
        <w:t>59:05  bohat se musalman mare gaye hain is hangame mein</w:t>
      </w:r>
      <w:r>
        <w:br/>
      </w:r>
      <w:r>
        <w:rPr>
          <w:sz w:val="20"/>
        </w:rPr>
        <w:t>59:09  logon ke naujawan bachche maar dalen ge to aap kehte hain are bhai chhor chhor chhor chhor is</w:t>
      </w:r>
      <w:r>
        <w:br/>
      </w:r>
      <w:r>
        <w:rPr>
          <w:sz w:val="20"/>
        </w:rPr>
        <w:t>59:15  ko chhor is ko to aap kya keh rahe hain is faida ab jo chup hui hain musalman</w:t>
      </w:r>
      <w:r>
        <w:br/>
      </w:r>
      <w:r>
        <w:rPr>
          <w:sz w:val="20"/>
        </w:rPr>
        <w:t>59:20  bilashuba munafiqana khamoshi hai woh woh islami khamoshi nahi hai woh</w:t>
      </w:r>
      <w:r>
        <w:br/>
      </w:r>
      <w:r>
        <w:rPr>
          <w:sz w:val="20"/>
        </w:rPr>
        <w:t>59:27  islami khamoshi to hoti hai</w:t>
      </w:r>
      <w:r>
        <w:br/>
      </w:r>
      <w:r>
        <w:rPr>
          <w:sz w:val="20"/>
        </w:rPr>
        <w:t>59:29  jab ke aap chup hon</w:t>
      </w:r>
      <w:r>
        <w:br/>
      </w:r>
      <w:r>
        <w:rPr>
          <w:sz w:val="20"/>
        </w:rPr>
        <w:t>59:32  principal ke taur par usool ke taur par aur</w:t>
      </w:r>
      <w:r>
        <w:br/>
      </w:r>
      <w:r>
        <w:rPr>
          <w:sz w:val="20"/>
        </w:rPr>
        <w:t>59:35  jab interest aap ka khatre mein pad jaye aur chup ho jaye to yeh to munafiqat hai is ki koi value na dunya mein na akhirat mein</w:t>
      </w:r>
    </w:p>
    <w:p>
      <w:pPr>
        <w:pStyle w:val="Heading2"/>
      </w:pPr>
      <w:r>
        <w:t>Is Partition in Islam's Name Wrong?</w:t>
      </w:r>
    </w:p>
    <w:p>
      <w:r>
        <w:rPr>
          <w:color w:val="666666"/>
          <w:sz w:val="18"/>
        </w:rPr>
        <w:t>Society &amp; Dawah · Islam and Violence October 12, 2014 · 2m 25s · at 1:06:53 · https://youtu.be/KmpXYZjPlj8?t=4013</w:t>
      </w:r>
    </w:p>
    <w:p>
      <w:r>
        <w:rPr>
          <w:i/>
        </w:rPr>
        <w:t>“Moulana, just for gaining knowledge, if I want to know whether partition of a country in the name of Islam is wrong, then how is it possible to increase the believers of Islam? Because as people accept the Islamic faith, their population will demand partition, as other believers would not like the faith and style of Islam. What is your comment?”</w:t>
      </w:r>
    </w:p>
    <w:p>
      <w:r>
        <w:rPr>
          <w:sz w:val="20"/>
        </w:rPr>
        <w:t>1:06:53  maulana, agla sawal dilli se hai shahab haider sahab ka, aur unhon ne likha hai: "maulana, just for gaining knowledge, if i want to know that if partition of a country in the name of islam is wrong, then how it is it possible to increase the believers of islam</w:t>
      </w:r>
      <w:r>
        <w:br/>
      </w:r>
      <w:r>
        <w:rPr>
          <w:sz w:val="20"/>
        </w:rPr>
        <w:t>1:07:15  ? because as people accept islamic faith, their population will demand for partition, as other believers would not like the faith and style of islam.</w:t>
      </w:r>
      <w:r>
        <w:br/>
      </w:r>
      <w:r>
        <w:rPr>
          <w:sz w:val="20"/>
        </w:rPr>
        <w:t>1:07:28  what is your comment?" dekhiye, yeh logic aap ki sahi nahi hai. basic baat yeh aap mujhe bataiye ke partition quran o hadith mein kahan likha hua hai?</w:t>
      </w:r>
      <w:r>
        <w:br/>
      </w:r>
      <w:r>
        <w:rPr>
          <w:sz w:val="20"/>
        </w:rPr>
        <w:t>1:07:39  rasool Allah ne kaha makkah bare mein kaha ke makkah mujhe partition kar ke adha hissa do, mujhe mein madine nahi jaunga. jab makkah walon ne pareshan kiya, aap madine chale gaye to aap kehte hain ke mujhe madina nahi jana, mujhe ek hissa partition kar ke do makkah ka, mein yahan rahunga, mera watan hai yeh.</w:t>
      </w:r>
      <w:r>
        <w:br/>
      </w:r>
      <w:r>
        <w:rPr>
          <w:sz w:val="20"/>
        </w:rPr>
        <w:t>1:08:00  to partition ka concept pehle quran o hadith mein nikaliye, phir is par baatein kahiye. yeh sab logic jo aap ki hai, bilkul irrelevant hai.</w:t>
      </w:r>
      <w:r>
        <w:br/>
      </w:r>
      <w:r>
        <w:rPr>
          <w:sz w:val="20"/>
        </w:rPr>
        <w:t>1:08:10  sab se pehla kaam yeh hai ke jo aadmi partition ko sahi samajhta hai, woh mujhe bataye ke quran o hadith mein kahan hai partition concept?</w:t>
      </w:r>
      <w:r>
        <w:br/>
      </w:r>
      <w:r>
        <w:rPr>
          <w:sz w:val="20"/>
        </w:rPr>
        <w:t>1:08:19  woh to hai hi nahi.</w:t>
      </w:r>
      <w:r>
        <w:br/>
      </w:r>
      <w:r>
        <w:rPr>
          <w:sz w:val="20"/>
        </w:rPr>
        <w:t>1:08:24  bilkul yeh yani ajnabi hai yeh tasawwur quran o hadith mein.</w:t>
      </w:r>
      <w:r>
        <w:br/>
      </w:r>
      <w:r>
        <w:rPr>
          <w:sz w:val="20"/>
        </w:rPr>
        <w:t>1:08:30  mein ne bar bar parha hai quran o hadith ko, sunnat rasool ko, mujhe to kahin mila nahi. kisi ko mila hai to mujhe bataye, woh kahan woh ayat hai, kahan woh hadith hai jahan partition ka tasawwur maujood hai?</w:t>
      </w:r>
      <w:r>
        <w:br/>
      </w:r>
      <w:r>
        <w:rPr>
          <w:sz w:val="20"/>
        </w:rPr>
        <w:t>1:08:47  islam yeh hai ke aap sare insano ko ek samjhein, sari dunya ko Allah ka banda samjhein, aur sab ko yeksan darje mein sab se mohabbat karein.</w:t>
      </w:r>
      <w:r>
        <w:br/>
      </w:r>
      <w:r>
        <w:rPr>
          <w:sz w:val="20"/>
        </w:rPr>
        <w:t>1:09:00  sab yeksan darje mein sab ke khair khwahon, aur ek hi cheez aap ka nishana hona chahiye, woh hai Allah ke bhagaon ko bachana. bas aur koi nishana nahi.</w:t>
      </w:r>
    </w:p>
    <w:p>
      <w:pPr>
        <w:pStyle w:val="Heading2"/>
      </w:pPr>
      <w:r>
        <w:t>Is Political Success from Patience and Piety?</w:t>
      </w:r>
    </w:p>
    <w:p>
      <w:r>
        <w:rPr>
          <w:color w:val="666666"/>
          <w:sz w:val="18"/>
        </w:rPr>
        <w:t>Society &amp; Dawah · Story of the Prophet Yusuf May 11, 2014 Maulana Wahiduddin Khan · 2m 38s · at 53:19 · https://youtu.be/2alsBthUWhw?t=3199</w:t>
      </w:r>
    </w:p>
    <w:p>
      <w:r>
        <w:rPr>
          <w:i/>
        </w:rPr>
        <w:t>“Some people think that the best that comes from patience and piety is political success. Is this understanding correct?”</w:t>
      </w:r>
    </w:p>
    <w:p>
      <w:r>
        <w:rPr>
          <w:sz w:val="20"/>
        </w:rPr>
        <w:t>53:19  maulana agla sawal bangalore se hai.</w:t>
      </w:r>
      <w:r>
        <w:br/>
      </w:r>
      <w:r>
        <w:rPr>
          <w:sz w:val="20"/>
        </w:rPr>
        <w:t>53:22  abrar mudassir sahab ne bheja hai. unhon ne likha hai: "maulana kuch log aisa samajhte hain ke sabr aur taqwa se jo best milne wala hai woh hai siyasi kamyabi.</w:t>
      </w:r>
      <w:r>
        <w:br/>
      </w:r>
      <w:r>
        <w:rPr>
          <w:sz w:val="20"/>
        </w:rPr>
        <w:t>53:37  maulana kya aisa samajhna sahi hai?" yeh to jhoot hai. jhoot mere paas koi lafz nahin is ke liye. jhoot main is liye keh raha hoon ke quran ki koi ayat pesh karen yeh log.</w:t>
      </w:r>
      <w:r>
        <w:br/>
      </w:r>
      <w:r>
        <w:rPr>
          <w:sz w:val="20"/>
        </w:rPr>
        <w:t>53:51  quran ki koi ayat pesh karen. main jo kuch bhi kehta hoon sab quran aur hadith ko le kar kehta hoon. koi baat aisi nahin kehta main jo quran aur hadith pe base karti ho.</w:t>
      </w:r>
      <w:r>
        <w:br/>
      </w:r>
      <w:r>
        <w:rPr>
          <w:sz w:val="20"/>
        </w:rPr>
        <w:t>54:02  yeh to khud sakhta dawayi hai. to jab tak woh apne dawe mein quran o hadith mein pesh karen tab to woh allah ke nazdeek jhoote hain. kuch nahin koi sar na paye is baat ka.</w:t>
      </w:r>
      <w:r>
        <w:br/>
      </w:r>
      <w:r>
        <w:rPr>
          <w:sz w:val="20"/>
        </w:rPr>
        <w:t>54:14  bilkul ek base le is baat se main sochta hoon is ko.</w:t>
      </w:r>
      <w:r>
        <w:br/>
      </w:r>
      <w:r>
        <w:rPr>
          <w:sz w:val="20"/>
        </w:rPr>
        <w:t>54:23  maulana agla. yaad rakhiye deen mein ek baat aap samajh li jiye. ek hadith hai: "man ahdatha fi amrina hadha ma lais minhu fa huwa raddun." jo aadmi hamare deen mein yani allah ke deen mein koi aisi baat nikale jo is mein na ho.</w:t>
      </w:r>
      <w:r>
        <w:br/>
      </w:r>
      <w:r>
        <w:rPr>
          <w:sz w:val="20"/>
        </w:rPr>
        <w:t>54:44  na ho ke maani hain quran o hadith se saabit na ho to woh rejected hai. woh rejected ki jayegi.</w:t>
      </w:r>
      <w:r>
        <w:br/>
      </w:r>
      <w:r>
        <w:rPr>
          <w:sz w:val="20"/>
        </w:rPr>
        <w:t>54:51  to yeh aisi baaten hain yeh sab nikal rakhi hain logon ne. jin logon ko siyasi hungama karna hai aur sadkon par dhoom machana hai woh aisi hadithon aisi baaten karte hain.</w:t>
      </w:r>
      <w:r>
        <w:br/>
      </w:r>
      <w:r>
        <w:rPr>
          <w:sz w:val="20"/>
        </w:rPr>
        <w:t>55:03  yeh to yeh to bidat se bhi buri cheez koi hai. dekhen ek hai bidat jis mein ke sirf naya pan hai. lekin koi kisi ko aap takleef nahin pahuncha rahe hain.</w:t>
      </w:r>
      <w:r>
        <w:br/>
      </w:r>
      <w:r>
        <w:rPr>
          <w:sz w:val="20"/>
        </w:rPr>
        <w:t>55:16  ek naya kaam aap kar rahe hain lekin koi takleef nahin pahuncha rahe hain. woh bidat hai.</w:t>
      </w:r>
      <w:r>
        <w:br/>
      </w:r>
      <w:r>
        <w:rPr>
          <w:sz w:val="20"/>
        </w:rPr>
        <w:t>55:21  lekin aisi bidat jis mein aap logon ko maaren, suicide bombing karen aur aur aur nafraten phailayen woh to yani worse than bidat hai woh.</w:t>
      </w:r>
      <w:r>
        <w:br/>
      </w:r>
      <w:r>
        <w:rPr>
          <w:sz w:val="20"/>
        </w:rPr>
        <w:t>55:32  isi mein yeh log mubtala hain. worse than bidat. aap dekhen ke aaj kal muslim countries mein kya ho raha hai. isi tasawwur ko le kar ke ladai lad rahe hain.</w:t>
      </w:r>
      <w:r>
        <w:br/>
      </w:r>
      <w:r>
        <w:rPr>
          <w:sz w:val="20"/>
        </w:rPr>
        <w:t>55:42  pachas pachas saal beet jaate hain ladai chale ja rahe hain. kisi ko yeh tofeeq nahin hoti ke ailan kare ke we were wrong. yeh koi kehta nahin.</w:t>
      </w:r>
      <w:r>
        <w:br/>
      </w:r>
      <w:r>
        <w:rPr>
          <w:sz w:val="20"/>
        </w:rPr>
        <w:t>55:53  mein to bohat sakht is mamle mein hoon.</w:t>
      </w:r>
    </w:p>
    <w:p>
      <w:pPr>
        <w:pStyle w:val="Heading2"/>
      </w:pPr>
      <w:r>
        <w:t>Is RSS an enemy of Islam?</w:t>
      </w:r>
    </w:p>
    <w:p>
      <w:r>
        <w:rPr>
          <w:color w:val="666666"/>
          <w:sz w:val="18"/>
        </w:rPr>
        <w:t>Society &amp; Dawah · Importance of Creative Thinking December 11, 2011 · 4m 30s · at 1:28:27 · https://youtu.be/jfML9Arb0S4?t=5307</w:t>
      </w:r>
    </w:p>
    <w:p>
      <w:r>
        <w:rPr>
          <w:i/>
        </w:rPr>
        <w:t>“Some Muslims say that RSS is an enemy of Islam. Is it correct to think so?”</w:t>
      </w:r>
    </w:p>
    <w:p>
      <w:r>
        <w:rPr>
          <w:sz w:val="20"/>
        </w:rPr>
        <w:t>1:28:27  maulana, un ke do aur sawal hain. un ka doosra sawal yeh hai: unhon ne likha hai ke kuch musalman yeh kehte hain ke rss islam ki dushman hai.</w:t>
      </w:r>
      <w:r>
        <w:br/>
      </w:r>
      <w:r>
        <w:rPr>
          <w:sz w:val="20"/>
        </w:rPr>
        <w:t>1:28:37  kya aisa samajhna theek hai? rss ki baat nahi, koi bhi dushman nahi. aadmi khud apna dushman zaroor hota hai.</w:t>
      </w:r>
      <w:r>
        <w:br/>
      </w:r>
      <w:r>
        <w:rPr>
          <w:sz w:val="20"/>
        </w:rPr>
        <w:t>1:28:46  baqi koi dushman nahi hai. na rss dushman hai, na yahoodi dushman hai, na america dushman hai. koi dushman nahi hai. yeh concept hi galat hai ke koi dushman hamara hai.</w:t>
      </w:r>
      <w:r>
        <w:br/>
      </w:r>
      <w:r>
        <w:rPr>
          <w:sz w:val="20"/>
        </w:rPr>
        <w:t>1:28:56  har aadmi apna khud dushman hai. matlab galat, galat yani galat feal kar ke khwamkhwah masle create karta hai.</w:t>
      </w:r>
      <w:r>
        <w:br/>
      </w:r>
      <w:r>
        <w:rPr>
          <w:sz w:val="20"/>
        </w:rPr>
        <w:t>1:29:04  to kehta hai ke falan dushman hai. main is concept ko nahi manta ke koi dushman hamara hai.</w:t>
      </w:r>
      <w:r>
        <w:br/>
      </w:r>
      <w:r>
        <w:rPr>
          <w:sz w:val="20"/>
        </w:rPr>
        <w:t>1:29:11  chahe rss ho, chahe yahoodi ho, chahe american ho, chahe koi bhi ho, main sab ko insan samajhta hoon. har ek ko bator insan, bator ek human being ke leta hoon.</w:t>
      </w:r>
      <w:r>
        <w:br/>
      </w:r>
      <w:r>
        <w:rPr>
          <w:sz w:val="20"/>
        </w:rPr>
        <w:t>1:29:25  agar us ki rai alag ho, meri rai alag ho to main phir discuss karunga us se. discuss karne ki mujhe azaadi hai.</w:t>
      </w:r>
      <w:r>
        <w:br/>
      </w:r>
      <w:r>
        <w:rPr>
          <w:sz w:val="20"/>
        </w:rPr>
        <w:t>1:29:33  dushman samhoon aur yeh samhoon ke woh conspiracy kar raha hai, yeh islam ki zabaan nahi hai. yeh islam ki zabaan nahi hai. quran mein sirf shaitan ko dushman bataya gaya hai, bas aur kisi ko nahi.</w:t>
      </w:r>
      <w:r>
        <w:br/>
      </w:r>
      <w:r>
        <w:rPr>
          <w:sz w:val="20"/>
        </w:rPr>
        <w:t>1:29:46  quran ke mutaliq kisi ke dushman koi hai to woh sirf shaitan hai, aur koi aur sab insan hain. baqi log</w:t>
      </w:r>
      <w:r>
        <w:br/>
      </w:r>
      <w:r>
        <w:rPr>
          <w:sz w:val="20"/>
        </w:rPr>
        <w:t>1:29:54  aap quran ko parhiye to shaitan ko bataya gaya ke woh tumhara dushman hai, aur kisi ko nahi bataya gaya hai ke woh tumhara dushman hai.</w:t>
      </w:r>
      <w:r>
        <w:br/>
      </w:r>
      <w:r>
        <w:rPr>
          <w:sz w:val="20"/>
        </w:rPr>
        <w:t>1:30:05  maulana, in ka aakhri sawal yeh tha ke hindu se aap ko kitni mohabbat hai? is par koi apna waqia bataein.</w:t>
      </w:r>
      <w:r>
        <w:br/>
      </w:r>
      <w:r>
        <w:rPr>
          <w:sz w:val="20"/>
        </w:rPr>
        <w:t>1:30:22  ab ab mein</w:t>
      </w:r>
      <w:r>
        <w:br/>
      </w:r>
      <w:r>
        <w:rPr>
          <w:sz w:val="20"/>
        </w:rPr>
        <w:t>1:30:23  kya bataon? mein to yaani hindu ka har ek se mohabbat karta hoon,</w:t>
      </w:r>
      <w:r>
        <w:br/>
      </w:r>
      <w:r>
        <w:rPr>
          <w:sz w:val="20"/>
        </w:rPr>
        <w:t>1:30:33  aur mujh se barh kar waqia rasool Allah ka batata hoon aap ko. mein mera to waqia to bhara hua hai, yaani meri zindagi mohabbat ke waqie se bhari hui hai.</w:t>
      </w:r>
      <w:r>
        <w:br/>
      </w:r>
      <w:r>
        <w:rPr>
          <w:sz w:val="20"/>
        </w:rPr>
        <w:t>1:30:43  mera nafrat ka koi koi dakhal nahi.</w:t>
      </w:r>
      <w:r>
        <w:br/>
      </w:r>
      <w:r>
        <w:rPr>
          <w:sz w:val="20"/>
        </w:rPr>
        <w:t>1:30:47  bohat se waqiat bata sakta hoon mein, lekin mein aap ko rasool Allah ka waqia batata hoon ke madine mein jab rasool Allah sallallahu alaihi wasallam hijrat kar gaye</w:t>
      </w:r>
      <w:r>
        <w:br/>
      </w:r>
      <w:r>
        <w:rPr>
          <w:sz w:val="20"/>
        </w:rPr>
        <w:t>1:30:59  to us waqt wahan par yahoodi hua karte thay. yaani yahudion ke kuch qabile thay jo madine mein rehte thay, jis ka naam asaf tha.</w:t>
      </w:r>
      <w:r>
        <w:br/>
      </w:r>
      <w:r>
        <w:rPr>
          <w:sz w:val="20"/>
        </w:rPr>
        <w:t>1:31:08  pehlay</w:t>
      </w:r>
      <w:r>
        <w:br/>
      </w:r>
      <w:r>
        <w:rPr>
          <w:sz w:val="20"/>
        </w:rPr>
        <w:t>1:31:10  to ek din aisa hua ke rasool Allah sallallahu alaihi wasallam madine mein ek maqam par thay to wahan samne se janaza guzra.</w:t>
      </w:r>
      <w:r>
        <w:br/>
      </w:r>
      <w:r>
        <w:rPr>
          <w:sz w:val="20"/>
        </w:rPr>
        <w:t>1:31:19  janaze ka jo jaloos hota hai na ke janaza janaza ja raha hai aur peechay log chal rahe hain, to yeh manzar tha.</w:t>
      </w:r>
      <w:r>
        <w:br/>
      </w:r>
      <w:r>
        <w:rPr>
          <w:sz w:val="20"/>
        </w:rPr>
        <w:t>1:31:27  is ko dekh kar rasool Allah sallallahu alaihi wasallam khare ho gaye. yaani is ko matlab respect, is ke respect mein khare ho gaye.</w:t>
      </w:r>
      <w:r>
        <w:br/>
      </w:r>
      <w:r>
        <w:rPr>
          <w:sz w:val="20"/>
        </w:rPr>
        <w:t>1:31:36  to ek sahabi ne kaha ke ke aey Khuda ke rasool, yeh to yahoodi ka janaza tha, koi musalman ka nahi tha. aap ne farmaya ke alaihi wasallam nafsan, kya woh insan nahi tha?</w:t>
      </w:r>
      <w:r>
        <w:br/>
      </w:r>
      <w:r>
        <w:rPr>
          <w:sz w:val="20"/>
        </w:rPr>
        <w:t>1:31:50  wazeh, wazeh, not a human being. to rasool Allah ne is yahoodi ko insan samjha. insan to har ek ko humein insan</w:t>
      </w:r>
      <w:r>
        <w:br/>
      </w:r>
      <w:r>
        <w:rPr>
          <w:sz w:val="20"/>
        </w:rPr>
        <w:t>1:32:00  samajhna hai, chahe yahoodi ho ya ya RSS ka aadmi ho ya kisi bhi group ka, kisi bhi qomiyat ka ho, aadmi woh insan hai.</w:t>
      </w:r>
      <w:r>
        <w:br/>
      </w:r>
      <w:r>
        <w:rPr>
          <w:sz w:val="20"/>
        </w:rPr>
        <w:t>1:32:10  hamare liye qabil-e-izazat hai. woh humein har ek se normal tareeqe se rehna hai. yeh is rasool Allah ke is waqie se nikalta hai.</w:t>
      </w:r>
      <w:r>
        <w:br/>
      </w:r>
      <w:r>
        <w:rPr>
          <w:sz w:val="20"/>
        </w:rPr>
        <w:t>1:32:19  hamara is pe, mera isi pe, mera tareeqa isi par hai, isi par amal karta hoon. aur meri zindagi aise waqiat se bhari hui</w:t>
      </w:r>
      <w:r>
        <w:br/>
      </w:r>
      <w:r>
        <w:rPr>
          <w:sz w:val="20"/>
        </w:rPr>
        <w:t>1:32:28  hai. ab is ko mein kya bataon? yahan par maulana, i would just like to say one thing to mr imran hassan ke i am from a hindu background, aur aap ne jitni mohabbat mere se kari hai, utni mohabbat shayad hamare parents ne bhi hum se nahi kari.</w:t>
      </w:r>
      <w:r>
        <w:br/>
      </w:r>
      <w:r>
        <w:rPr>
          <w:sz w:val="20"/>
        </w:rPr>
        <w:t>1:32:44  i bear witness to that. aaj hi mein ne kisi se kaha ke jab mein kahin jata hoon to mein rajat ke baghair nahi jata. sab se pehle poochta hoon ke rajat rahenge ya nahi rahenge?</w:t>
      </w:r>
      <w:r>
        <w:br/>
      </w:r>
      <w:r>
        <w:rPr>
          <w:sz w:val="20"/>
        </w:rPr>
        <w:t>1:32:55  aaj hi, aaj subah</w:t>
      </w:r>
    </w:p>
    <w:p>
      <w:pPr>
        <w:pStyle w:val="Heading2"/>
      </w:pPr>
      <w:r>
        <w:t>Is conveying the message to all necessary?</w:t>
      </w:r>
    </w:p>
    <w:p>
      <w:r>
        <w:rPr>
          <w:color w:val="666666"/>
          <w:sz w:val="18"/>
        </w:rPr>
        <w:t>Society &amp; Dawah · Man and Paradise May 05, 2013 · 1m 45s · at 47:27 · https://youtu.be/VyFgim3pvts?t=2847</w:t>
      </w:r>
    </w:p>
    <w:p>
      <w:r>
        <w:rPr>
          <w:i/>
        </w:rPr>
        <w:t>“A writer said that it is not necessary to convey the message to everyone, because when the Prophet died, the message had not reached the whole world, yet he said he had delivered his message. What do you say about this?”</w:t>
      </w:r>
    </w:p>
    <w:p>
      <w:r>
        <w:rPr>
          <w:sz w:val="20"/>
        </w:rPr>
        <w:t>47:27  maulana, yeh sawal Dilli se hai, Shah Imran Hasan sahab ka. unhon ne likha hai: "ek musannif ne likha hai ke tamam logon tak dawat pahunchana zaroori nahi,</w:t>
      </w:r>
      <w:r>
        <w:br/>
      </w:r>
      <w:r>
        <w:rPr>
          <w:sz w:val="20"/>
        </w:rPr>
        <w:t>47:41  kyunke jab nabi ki wafat hui to poori dunya mein dawat nahi pahunchi thi, magar is ke bawajood nabi ne kaha ke maine apna paigham pahuncha diya." Maulana sahab, is ke bare mein batayein.</w:t>
      </w:r>
      <w:r>
        <w:br/>
      </w:r>
      <w:r>
        <w:rPr>
          <w:sz w:val="20"/>
        </w:rPr>
        <w:t>47:55  yeh bohat galat baat hai.</w:t>
      </w:r>
      <w:r>
        <w:br/>
      </w:r>
      <w:r>
        <w:rPr>
          <w:sz w:val="20"/>
        </w:rPr>
        <w:t>47:58  audience jo tha, us se poocha aap ne ke kya maine pahuncha diya? jo audience tha wahan par, baqi aap ne kaha: "فَلْيَبَلِّغِ الشَّاعِرِ الْغَائِبِ".</w:t>
      </w:r>
      <w:r>
        <w:br/>
      </w:r>
      <w:r>
        <w:rPr>
          <w:sz w:val="20"/>
        </w:rPr>
        <w:t>48:10  jo yahan hain, woh doosron ko pahuncha dein. baghair parhe hue aisi baatein karte hain log.</w:t>
      </w:r>
      <w:r>
        <w:br/>
      </w:r>
      <w:r>
        <w:rPr>
          <w:sz w:val="20"/>
        </w:rPr>
        <w:t>48:17  isi tarah jo report hai Hajjatul Wida ki, isi mein yeh baat hai ke jo log wahan maujood the, yaani Sahaba, un se aap ne poocha ke kya maine tum ko pahuncha diya?</w:t>
      </w:r>
      <w:r>
        <w:br/>
      </w:r>
      <w:r>
        <w:rPr>
          <w:sz w:val="20"/>
        </w:rPr>
        <w:t>48:32  "أَلَا هَلْبَلَّغْتُ؟ أَلَا هَلْبَلَّغْتُ؟" to woh jo audience tha, unhon ne kaha ke haan, aap ne pahuncha diya. to phir aap ne un ko yeh message diya: "فَلْيَبَلِّغِ الشَّاعِرِ الْغَائِبِ"</w:t>
      </w:r>
      <w:r>
        <w:br/>
      </w:r>
      <w:r>
        <w:rPr>
          <w:sz w:val="20"/>
        </w:rPr>
        <w:t>48:45  . jo yahan hazir hain, woh log pahuncha dein jo hazir nahi hain. to aap ne ek ek ek ek ek ek aisa mission diya jo qayamat tak jaari rahe.</w:t>
      </w:r>
      <w:r>
        <w:br/>
      </w:r>
      <w:r>
        <w:rPr>
          <w:sz w:val="20"/>
        </w:rPr>
        <w:t>48:58  is qism ke log jo hain, baghair parhe hue aisi baatein likhte hain. mujhe bohat taajjub hota hai ke kaise himmat parti hai ke deen ke maamle mein baghair achi tarah parhe hue aisi baatein kahein.</w:t>
      </w:r>
    </w:p>
    <w:p>
      <w:pPr>
        <w:pStyle w:val="Heading2"/>
      </w:pPr>
      <w:r>
        <w:t>Is dawa necessary for entering paradise?</w:t>
      </w:r>
    </w:p>
    <w:p>
      <w:r>
        <w:rPr>
          <w:color w:val="666666"/>
          <w:sz w:val="18"/>
        </w:rPr>
        <w:t>Society &amp; Dawah · Divine Guidance November 20, 2016 · 2m 10s · at 49:08 · https://youtu.be/tbcloc-fvSE?t=2948</w:t>
      </w:r>
    </w:p>
    <w:p>
      <w:r>
        <w:rPr>
          <w:i/>
        </w:rPr>
        <w:t>“Would our entry in Paradise be doubtful unless and until we convey the message of God to humanity?”</w:t>
      </w:r>
    </w:p>
    <w:p>
      <w:r>
        <w:rPr>
          <w:sz w:val="20"/>
        </w:rPr>
        <w:t>49:08  Maulana, agla sawal ah Miss Shabana Ansari ne kiya hai Pakistan se.</w:t>
      </w:r>
      <w:r>
        <w:br/>
      </w:r>
      <w:r>
        <w:rPr>
          <w:sz w:val="20"/>
        </w:rPr>
        <w:t>49:13  aur unhon ne likha hai: "Moulana Sahib, would our entry in Paradise be doubtful unless and until we</w:t>
      </w:r>
      <w:r>
        <w:br/>
      </w:r>
      <w:r>
        <w:rPr>
          <w:sz w:val="20"/>
        </w:rPr>
        <w:t>49:18  convey the message of God to humanity?</w:t>
      </w:r>
      <w:r>
        <w:br/>
      </w:r>
      <w:r>
        <w:rPr>
          <w:sz w:val="20"/>
        </w:rPr>
        <w:t>49:23  What is your opinion on this?</w:t>
      </w:r>
      <w:r>
        <w:br/>
      </w:r>
      <w:r>
        <w:rPr>
          <w:sz w:val="20"/>
        </w:rPr>
        <w:t>49:29  " bhai, main Quran o Hadees ki roshni mein yahi keh sakta hoon ke dawat ke baghair insan</w:t>
      </w:r>
      <w:r>
        <w:br/>
      </w:r>
      <w:r>
        <w:rPr>
          <w:sz w:val="20"/>
        </w:rPr>
        <w:t>49:35  ka, yaani insan ka imaan mukammal nahi hota.</w:t>
      </w:r>
      <w:r>
        <w:br/>
      </w:r>
      <w:r>
        <w:rPr>
          <w:sz w:val="20"/>
        </w:rPr>
        <w:t>49:41  is liye dekhiye, momin ki aik sifat hai ke woh naseeh ho.</w:t>
      </w:r>
      <w:r>
        <w:br/>
      </w:r>
      <w:r>
        <w:rPr>
          <w:sz w:val="20"/>
        </w:rPr>
        <w:t>49:47  naseeh maani khair khwah.</w:t>
      </w:r>
      <w:r>
        <w:br/>
      </w:r>
      <w:r>
        <w:rPr>
          <w:sz w:val="20"/>
        </w:rPr>
        <w:t>49:53  momin ki aik sifat hai ke woh naseeh ho. khair khwah.</w:t>
      </w:r>
      <w:r>
        <w:br/>
      </w:r>
      <w:r>
        <w:rPr>
          <w:sz w:val="20"/>
        </w:rPr>
        <w:t>49:59  to aap ghor kijiye ke aik sacha momin, jis ko yeh daryaft ho ke jannat ka dakhla un</w:t>
      </w:r>
      <w:r>
        <w:br/>
      </w:r>
      <w:r>
        <w:rPr>
          <w:sz w:val="20"/>
        </w:rPr>
        <w:t>50:05  logon ke liye hai jo sache believer bane, jo God ko maane sache maano mein, to woh kaise</w:t>
      </w:r>
      <w:r>
        <w:br/>
      </w:r>
      <w:r>
        <w:rPr>
          <w:sz w:val="20"/>
        </w:rPr>
        <w:t>50:11  chup rahega? is ka khair khwahi ka jazba kahega ke daud daud ke pahunchao, batao, batao.</w:t>
      </w:r>
      <w:r>
        <w:br/>
      </w:r>
      <w:r>
        <w:rPr>
          <w:sz w:val="20"/>
        </w:rPr>
        <w:t>50:17  jab hum ne, jab hum madrasay mein parhte thay to balaghat ki kitab mein aik aik masla bataya gaya tha.</w:t>
      </w:r>
      <w:r>
        <w:br/>
      </w:r>
      <w:r>
        <w:rPr>
          <w:sz w:val="20"/>
        </w:rPr>
        <w:t>50:24  balaghat ki kitab mein ke agar aik andha aadmi ja raha hai aur samne kuwan hai to us</w:t>
      </w:r>
      <w:r>
        <w:br/>
      </w:r>
      <w:r>
        <w:rPr>
          <w:sz w:val="20"/>
        </w:rPr>
        <w:t>50:30  ke waqt sirf aik lafz bola jayega: "al-bir, al-bir, kuwan, kuwan." yeh nahi ke: "ae mere bhai,</w:t>
      </w:r>
      <w:r>
        <w:br/>
      </w:r>
      <w:r>
        <w:rPr>
          <w:sz w:val="20"/>
        </w:rPr>
        <w:t>50:36  ae buzurg, dunya bhar ke ilqab ke sath kahein: ya sheikh, ya sheikh." kuch nahi.</w:t>
      </w:r>
      <w:r>
        <w:br/>
      </w:r>
      <w:r>
        <w:rPr>
          <w:sz w:val="20"/>
        </w:rPr>
        <w:t>50:42  jaldi se chalaiye ke kuwan hai aap ke samne.</w:t>
      </w:r>
      <w:r>
        <w:br/>
      </w:r>
      <w:r>
        <w:rPr>
          <w:sz w:val="20"/>
        </w:rPr>
        <w:t>50:48  to is waqt musalmanon ko, jo imaan rakhte hain qayamat par, akhirat par, aur is baat par ke</w:t>
      </w:r>
      <w:r>
        <w:br/>
      </w:r>
      <w:r>
        <w:rPr>
          <w:sz w:val="20"/>
        </w:rPr>
        <w:t>50:54  insaniyat ki nijaat isi mein hai, to un ko bilkul isi spirit ke sath, "Albair, Albair" ke spirit</w:t>
      </w:r>
      <w:r>
        <w:br/>
      </w:r>
      <w:r>
        <w:rPr>
          <w:sz w:val="20"/>
        </w:rPr>
        <w:t>51:00  ke sath kaam karna chahiye.</w:t>
      </w:r>
      <w:r>
        <w:br/>
      </w:r>
      <w:r>
        <w:rPr>
          <w:sz w:val="20"/>
        </w:rPr>
        <w:t>51:06  yeh badqirat hai.</w:t>
      </w:r>
      <w:r>
        <w:br/>
      </w:r>
      <w:r>
        <w:rPr>
          <w:sz w:val="20"/>
        </w:rPr>
        <w:t>51:12  ji ji, Maulana.</w:t>
      </w:r>
    </w:p>
    <w:p>
      <w:pPr>
        <w:pStyle w:val="Heading2"/>
      </w:pPr>
      <w:r>
        <w:t>Is dawah complete by delivering Quran?</w:t>
      </w:r>
    </w:p>
    <w:p>
      <w:r>
        <w:rPr>
          <w:color w:val="666666"/>
          <w:sz w:val="18"/>
        </w:rPr>
        <w:t>Society &amp; Dawah · Hadith-e-Jibril, April 21, 2013 · 1m 56s · at 1:27:02 · https://youtu.be/0rF6Ou0pDog?t=5222</w:t>
      </w:r>
    </w:p>
    <w:p>
      <w:r>
        <w:rPr>
          <w:i/>
        </w:rPr>
        <w:t>“Will the work of dawah be completed only by delivering Quran to all humans? Explain.”</w:t>
      </w:r>
    </w:p>
    <w:p>
      <w:r>
        <w:rPr>
          <w:sz w:val="20"/>
        </w:rPr>
        <w:t>1:27:02  maulana, dilli se agla sawal kiya hai amjad ahmad sahib ne</w:t>
      </w:r>
      <w:r>
        <w:br/>
      </w:r>
      <w:r>
        <w:rPr>
          <w:sz w:val="20"/>
        </w:rPr>
        <w:t>1:27:06  . unhon ne likha hai kya dawat ka kaam sirf tamam insano tak quran pahuncha dene se mukammal ho jayega? is ke bare mein batayen.</w:t>
      </w:r>
      <w:r>
        <w:br/>
      </w:r>
      <w:r>
        <w:rPr>
          <w:sz w:val="20"/>
        </w:rPr>
        <w:t>1:27:18  dekhen yeh sara maamla hai istataat par. kitna aap ke bas mein hai. kitna aap ke bas mein hai.</w:t>
      </w:r>
      <w:r>
        <w:br/>
      </w:r>
      <w:r>
        <w:rPr>
          <w:sz w:val="20"/>
        </w:rPr>
        <w:t>1:27:27  matlab yeh hai ke aap quran pahunchana, un ke liye dua karna, un ke liye supporting system, supporting literature ko dena, phir dobara mulaqat kar ke feedback lena.</w:t>
      </w:r>
      <w:r>
        <w:br/>
      </w:r>
      <w:r>
        <w:rPr>
          <w:sz w:val="20"/>
        </w:rPr>
        <w:t>1:27:41  yeh poora ek culture hai, ek poora ek nizam hai.</w:t>
      </w:r>
      <w:r>
        <w:br/>
      </w:r>
      <w:r>
        <w:rPr>
          <w:sz w:val="20"/>
        </w:rPr>
        <w:t>1:27:47  lekin har kaam hota hai istataat ke baghair. jitna aap ke bas mein hai. ittaqu allaha wastaṭa'tum</w:t>
      </w:r>
      <w:r>
        <w:br/>
      </w:r>
      <w:r>
        <w:rPr>
          <w:sz w:val="20"/>
        </w:rPr>
        <w:t>1:27:58  to dawat mein mein samajhta hoon ke quran ko logon tak pahunchana yeh is ka basic baat hai. basic. lekin quran ko pahuncha kar ke kaam khatam nahi hoga.</w:t>
      </w:r>
      <w:r>
        <w:br/>
      </w:r>
      <w:r>
        <w:rPr>
          <w:sz w:val="20"/>
        </w:rPr>
        <w:t>1:28:11  is ke baad bhi bohat sa kaam hai. ke feedback aap lenge agar to naye naye pehlu samne ayenge. supporting literature aap dena chahenge to nai nai baaten samne ayengi.</w:t>
      </w:r>
      <w:r>
        <w:br/>
      </w:r>
      <w:r>
        <w:rPr>
          <w:sz w:val="20"/>
        </w:rPr>
        <w:t>1:28:22  is ke mind ko parh kar ke chahenge is ka mind address karun to nai nai baaten samne ayengi.</w:t>
      </w:r>
      <w:r>
        <w:br/>
      </w:r>
      <w:r>
        <w:rPr>
          <w:sz w:val="20"/>
        </w:rPr>
        <w:t>1:28:28  to kitna aap ke paas time hai, kitna aap ke paas energy hai, kitna aap ke bas mein hai, is par hi inhisaar hai. warna daawa work to ek poora life work hai.</w:t>
      </w:r>
      <w:r>
        <w:br/>
      </w:r>
      <w:r>
        <w:rPr>
          <w:sz w:val="20"/>
        </w:rPr>
        <w:t>1:28:39  poori zindagi is mein involve ho jati hai aadmi ki. raat din, subah sham aap is ke liye sochen, is ke liye paisa kharch karen, is ke liye time kharch karen.</w:t>
      </w:r>
      <w:r>
        <w:br/>
      </w:r>
      <w:r>
        <w:rPr>
          <w:sz w:val="20"/>
        </w:rPr>
        <w:t>1:28:49  to yeh aap yaani aap jitna istataat hai is ke lehaz se aap ki zimmedari rahegi.</w:t>
      </w:r>
    </w:p>
    <w:p>
      <w:pPr>
        <w:pStyle w:val="Heading2"/>
      </w:pPr>
      <w:r>
        <w:t>Is dawah work the highest good?</w:t>
      </w:r>
    </w:p>
    <w:p>
      <w:r>
        <w:rPr>
          <w:color w:val="666666"/>
          <w:sz w:val="18"/>
        </w:rPr>
        <w:t>Society &amp; Dawah · The Deeper Meaning of The Quran 18 Aug 2019 - Maulana Wahiduddin Khan · 2m 55s · at 49:22 · https://youtu.be/EYyhbiR_ZIQ?t=2962</w:t>
      </w:r>
    </w:p>
    <w:p>
      <w:r>
        <w:rPr>
          <w:i/>
        </w:rPr>
        <w:t>“Can we say that dawah work is the summum bonum?”</w:t>
      </w:r>
    </w:p>
    <w:p>
      <w:r>
        <w:rPr>
          <w:sz w:val="20"/>
        </w:rPr>
        <w:t>49:22  Maulana, agla sawal Dhampur se Mehtab Ali Nandro Sahab ne kiya hai. unhon ne aap se poocha hai keh kya hum yeh keh sakte hain keh dawah work is summum bonum?</w:t>
      </w:r>
      <w:r>
        <w:br/>
      </w:r>
      <w:r>
        <w:rPr>
          <w:sz w:val="20"/>
        </w:rPr>
        <w:t>49:40  nahi, yeh sahi term nahi hai. aap yun kahiye keh Islam jis tarah se, Islam mein jis tarah follow karna farz hai, aise hi is ko spread karna bhi farz hai.</w:t>
      </w:r>
      <w:r>
        <w:br/>
      </w:r>
      <w:r>
        <w:rPr>
          <w:sz w:val="20"/>
        </w:rPr>
        <w:t>49:57  yaani jis tarah Islam par amal karna farz hai, is tarah Islam ko phailana bhi farz hai. is tarah kahiye. Maulana, agla comment bheja hai Maulana Israr Khatib Sahab ne Chennai se.</w:t>
      </w:r>
      <w:r>
        <w:br/>
      </w:r>
      <w:r>
        <w:rPr>
          <w:sz w:val="20"/>
        </w:rPr>
        <w:t>50:10  unhon ne likha hai: "Malana, aaj aap ka article jo Times of India mein aaya hai, us ko parh kar mujhe laga keh aap hi ek Islamic scholar hain jo Kashmir ke baray mein hopeful aur positive hain,</w:t>
      </w:r>
      <w:r>
        <w:br/>
      </w:r>
      <w:r>
        <w:rPr>
          <w:sz w:val="20"/>
        </w:rPr>
        <w:t>50:26  jab keh saari ummat is ko le kar ek khauf mein hai. aap ne is article mein Kashmiriyon ko jo guidance di hai, us ko agar Kashmiri aur Muslim qabool karein toh un ke liye yeh guidance dunya aur akhirat ki kamyabi ka kamyabi ka zameen hoga, Insha Allah.</w:t>
      </w:r>
      <w:r>
        <w:br/>
      </w:r>
      <w:r>
        <w:rPr>
          <w:sz w:val="20"/>
        </w:rPr>
        <w:t>50:47  Insha Allah.</w:t>
      </w:r>
      <w:r>
        <w:br/>
      </w:r>
      <w:r>
        <w:rPr>
          <w:sz w:val="20"/>
        </w:rPr>
        <w:t>50:52  Maulana, agla comment bheja hai Maulana Iqbal Umri ne A Chennai se. unhon ne likha hai: "Arabi zabaan ki fazilat ke tasawwur ki wajah se madhu ki zabaan mein sahi dawati kaam nahi ho saka."</w:t>
      </w:r>
      <w:r>
        <w:br/>
      </w:r>
      <w:r>
        <w:rPr>
          <w:sz w:val="20"/>
        </w:rPr>
        <w:t>51:16  Okay, we will end</w:t>
      </w:r>
      <w:r>
        <w:br/>
      </w:r>
      <w:r>
        <w:rPr>
          <w:sz w:val="20"/>
        </w:rPr>
        <w:t>51:18  this session now. thank you.</w:t>
      </w:r>
    </w:p>
    <w:p>
      <w:pPr>
        <w:pStyle w:val="Heading2"/>
      </w:pPr>
      <w:r>
        <w:t>Is debate right if it produces hatred?</w:t>
      </w:r>
    </w:p>
    <w:p>
      <w:r>
        <w:rPr>
          <w:color w:val="666666"/>
          <w:sz w:val="18"/>
        </w:rPr>
        <w:t>Society &amp; Dawah · Reason and Faith July 10, 2016 · 1m 42s · at 54:20 · https://youtu.be/axR4I5yv29E?t=3260</w:t>
      </w:r>
    </w:p>
    <w:p>
      <w:r>
        <w:rPr>
          <w:i/>
        </w:rPr>
        <w:t>“Muslims hold debates on a high pedestal. The debates are only producing hatred and distance people away from Islam as a result. Is it right to engage in debate seeing the result?”</w:t>
      </w:r>
    </w:p>
    <w:p>
      <w:r>
        <w:rPr>
          <w:sz w:val="20"/>
        </w:rPr>
        <w:t>54:20  unhon ne likha hai pehle sawal mein Muslims hold debates on a high pedestal.</w:t>
      </w:r>
      <w:r>
        <w:br/>
      </w:r>
      <w:r>
        <w:rPr>
          <w:sz w:val="20"/>
        </w:rPr>
        <w:t>54:26  The debates are only producing hatred and distance people away from Islam as a result.</w:t>
      </w:r>
      <w:r>
        <w:br/>
      </w:r>
      <w:r>
        <w:rPr>
          <w:sz w:val="20"/>
        </w:rPr>
        <w:t>54:33  Is it right to engage in debate seeing the result?</w:t>
      </w:r>
      <w:r>
        <w:br/>
      </w:r>
      <w:r>
        <w:rPr>
          <w:sz w:val="20"/>
        </w:rPr>
        <w:t>54:38  dekhen, debate ka tareeqa bilkul ghalat tareeqa hai.</w:t>
      </w:r>
      <w:r>
        <w:br/>
      </w:r>
      <w:r>
        <w:rPr>
          <w:sz w:val="20"/>
        </w:rPr>
        <w:t>54:44  is mein engage hone ka koi sawal hi nahi hai kyunke debate hamesha reaction paida karta hai.</w:t>
      </w:r>
      <w:r>
        <w:br/>
      </w:r>
      <w:r>
        <w:rPr>
          <w:sz w:val="20"/>
        </w:rPr>
        <w:t>54:49  Debate se kya hai? doosre ko down karna, doosre ko conquer karna, doosre ko ridicule karna.</w:t>
      </w:r>
      <w:r>
        <w:br/>
      </w:r>
      <w:r>
        <w:rPr>
          <w:sz w:val="20"/>
        </w:rPr>
        <w:t>54:55  yeh debate mein yeh sab hota hai.</w:t>
      </w:r>
      <w:r>
        <w:br/>
      </w:r>
      <w:r>
        <w:rPr>
          <w:sz w:val="20"/>
        </w:rPr>
        <w:t>55:01  jaise maine ab misaal di aap ko, unhon ne likha kufr tod.</w:t>
      </w:r>
      <w:r>
        <w:br/>
      </w:r>
      <w:r>
        <w:rPr>
          <w:sz w:val="20"/>
        </w:rPr>
        <w:t>55:06  to unhon ne likha ke kufr tod ka bata pod yeh hota hai.</w:t>
      </w:r>
      <w:r>
        <w:br/>
      </w:r>
      <w:r>
        <w:rPr>
          <w:sz w:val="20"/>
        </w:rPr>
        <w:t>55:12  aisi is zamane mein ek kitab chhapi thi "daghira rasool".</w:t>
      </w:r>
      <w:r>
        <w:br/>
      </w:r>
      <w:r>
        <w:rPr>
          <w:sz w:val="20"/>
        </w:rPr>
        <w:t>55:18  to yeh debate mein yahi sab hota hai, iska koi result nahi hai.</w:t>
      </w:r>
      <w:r>
        <w:br/>
      </w:r>
      <w:r>
        <w:rPr>
          <w:sz w:val="20"/>
        </w:rPr>
        <w:t>55:23  to hamein result karne hi nahi hai.</w:t>
      </w:r>
      <w:r>
        <w:br/>
      </w:r>
      <w:r>
        <w:rPr>
          <w:sz w:val="20"/>
        </w:rPr>
        <w:t>55:29  islam mein hai ji, islam mein jidal asr ka hukum hai.</w:t>
      </w:r>
      <w:r>
        <w:br/>
      </w:r>
      <w:r>
        <w:rPr>
          <w:sz w:val="20"/>
        </w:rPr>
        <w:t>55:35  islam mein jo hukum hai, jidal asr.</w:t>
      </w:r>
      <w:r>
        <w:br/>
      </w:r>
      <w:r>
        <w:rPr>
          <w:sz w:val="20"/>
        </w:rPr>
        <w:t>55:40  jidaal asr ka matlab yeh hai jis mein khair khwahi ho, jis mein aqli ghore o fikr ke</w:t>
      </w:r>
      <w:r>
        <w:br/>
      </w:r>
      <w:r>
        <w:rPr>
          <w:sz w:val="20"/>
        </w:rPr>
        <w:t>55:46  saath kaam kiya jaye, jis mein planning ho, jis mein positive method ho, woh hai jidaal asr.</w:t>
      </w:r>
      <w:r>
        <w:br/>
      </w:r>
      <w:r>
        <w:rPr>
          <w:sz w:val="20"/>
        </w:rPr>
        <w:t>55:51  wahi karna hai hamein aur inshallah result niklega kyunke result nikalta hai hamesha sahi tareeqa kar se.</w:t>
      </w:r>
      <w:r>
        <w:br/>
      </w:r>
      <w:r>
        <w:rPr>
          <w:sz w:val="20"/>
        </w:rPr>
        <w:t>55:57  ghalat tareeqa kar se koi result kabhi nikalta nahi is duniya mein.</w:t>
      </w:r>
    </w:p>
    <w:p>
      <w:pPr>
        <w:pStyle w:val="Heading2"/>
      </w:pPr>
      <w:r>
        <w:t>Is establishing Islam as only religion religious persecution?</w:t>
      </w:r>
    </w:p>
    <w:p>
      <w:r>
        <w:rPr>
          <w:color w:val="666666"/>
          <w:sz w:val="18"/>
        </w:rPr>
        <w:t>Society &amp; Dawah · Revival of Ummah January 22, 2017 · 1m 15s · at 57:37 · https://youtu.be/vnPsv0TBCfk?t=3457</w:t>
      </w:r>
    </w:p>
    <w:p>
      <w:r>
        <w:rPr>
          <w:i/>
        </w:rPr>
        <w:t>“Religious persecution was the biggest fitnah as mentioned in the Quran for which Prophet of Islam was even commanded to fight as it barred a person from the freedom to choose his religion. This was completely against the law of nature. Maulana, is it right to say that the people who want to establish Islam as the only religion on earth are again choosing to establish religious persecution? What is your opinion on this?”</w:t>
      </w:r>
    </w:p>
    <w:p>
      <w:r>
        <w:rPr>
          <w:sz w:val="20"/>
        </w:rPr>
        <w:t>57:37  aah chishti sahib ne pakistan se aah likha hai ke translation of quran into portuguese language is a wonderful work. congratulations. aah molana agla sawal lete hain yeh aah aamir yeh muhammad saleem sahib ne bheja hai srinagar se.</w:t>
      </w:r>
      <w:r>
        <w:br/>
      </w:r>
      <w:r>
        <w:rPr>
          <w:sz w:val="20"/>
        </w:rPr>
        <w:t>57:55  unhon ne likha hai religious persecution was the biggest fitna as mentioned in the quran for which prophet of islam was even even commanded to fight as it barred a person from the freedom to choose his religion. this was completely against the law of nature.</w:t>
      </w:r>
      <w:r>
        <w:br/>
      </w:r>
      <w:r>
        <w:rPr>
          <w:sz w:val="20"/>
        </w:rPr>
        <w:t>58:16  molana sahib is it right to say that the people who want to establish islam as the only religion on earth are again chasing to establish religious persecution. what is your opinion on this. is maamle mein aap ko rasool allah ki shariyat mein dekhna hai yeh rasool allah ka tareeqa kya tha. jo aaj ka jo raaij hai woh to rasool allah ka tareeqa nahi tha.</w:t>
      </w:r>
      <w:r>
        <w:br/>
      </w:r>
      <w:r>
        <w:rPr>
          <w:sz w:val="20"/>
        </w:rPr>
        <w:t>58:45  sab se pehle aap discover kijiye ke Rasool Allah ke tareeqe dawat kya tha dawat.</w:t>
      </w:r>
    </w:p>
    <w:p>
      <w:pPr>
        <w:pStyle w:val="Heading2"/>
      </w:pPr>
      <w:r>
        <w:t>Is giving Dawah obligatory for all?</w:t>
      </w:r>
    </w:p>
    <w:p>
      <w:r>
        <w:rPr>
          <w:color w:val="666666"/>
          <w:sz w:val="18"/>
        </w:rPr>
        <w:t>Society &amp; Dawah · Forget the Grievances, January 01, 2017 · 2m 34s · at 45:00 · https://youtu.be/zW4q8dl2cmw?t=2700</w:t>
      </w:r>
    </w:p>
    <w:p>
      <w:r>
        <w:rPr>
          <w:i/>
        </w:rPr>
        <w:t>“Thanks for your advice on the third option. My question is: Is it obligatory for every Muslim to give Dawah? And if we give Dawah to...”</w:t>
      </w:r>
    </w:p>
    <w:p>
      <w:r>
        <w:rPr>
          <w:sz w:val="20"/>
        </w:rPr>
        <w:t>45:00  maulana, agla sawal dilli se kiya hai abrar ahmed sahab ne, aur unhon ne likha hai: "maulana sahab,</w:t>
      </w:r>
      <w:r>
        <w:br/>
      </w:r>
      <w:r>
        <w:rPr>
          <w:sz w:val="20"/>
        </w:rPr>
        <w:t>45:08  thanks for your advice on the third option.</w:t>
      </w:r>
      <w:r>
        <w:br/>
      </w:r>
      <w:r>
        <w:rPr>
          <w:sz w:val="20"/>
        </w:rPr>
        <w:t>45:11  my question is: is it obligatory for every muslim to give dawah? and if we give dawah to</w:t>
      </w:r>
      <w:r>
        <w:br/>
      </w:r>
      <w:r>
        <w:rPr>
          <w:sz w:val="20"/>
        </w:rPr>
        <w:t>45:19  non-Muslims and they get offended, then how should we deal with that situation? Please advise us." Mein</w:t>
      </w:r>
      <w:r>
        <w:br/>
      </w:r>
      <w:r>
        <w:rPr>
          <w:sz w:val="20"/>
        </w:rPr>
        <w:t>45:27  kahunga ke jis tareeqe se namaz har musalman ka farz hai, is tarah dawat bhi har musalman</w:t>
      </w:r>
      <w:r>
        <w:br/>
      </w:r>
      <w:r>
        <w:rPr>
          <w:sz w:val="20"/>
        </w:rPr>
        <w:t>45:34  ka farz hai.</w:t>
      </w:r>
      <w:r>
        <w:br/>
      </w:r>
      <w:r>
        <w:rPr>
          <w:sz w:val="20"/>
        </w:rPr>
        <w:t>45:36  har aurat, har mard ka, albattah ittaqu Allah wa ma istata'tum.</w:t>
      </w:r>
      <w:r>
        <w:br/>
      </w:r>
      <w:r>
        <w:rPr>
          <w:sz w:val="20"/>
        </w:rPr>
        <w:t>45:40  jis ki jitni bas ho, woh kare.</w:t>
      </w:r>
      <w:r>
        <w:br/>
      </w:r>
      <w:r>
        <w:rPr>
          <w:sz w:val="20"/>
        </w:rPr>
        <w:t>45:43  aur is zamane mein, jo ke print press ka zamana hai, to bas ki baat hi khatm ho</w:t>
      </w:r>
      <w:r>
        <w:br/>
      </w:r>
      <w:r>
        <w:rPr>
          <w:sz w:val="20"/>
        </w:rPr>
        <w:t>45:51  gayi.</w:t>
      </w:r>
      <w:r>
        <w:br/>
      </w:r>
      <w:r>
        <w:rPr>
          <w:sz w:val="20"/>
        </w:rPr>
        <w:t>45:52  ab to aap ne bag mein aap quran ka transfer rakh lijiye, jab koi mile, us ko de</w:t>
      </w:r>
      <w:r>
        <w:br/>
      </w:r>
      <w:r>
        <w:rPr>
          <w:sz w:val="20"/>
        </w:rPr>
        <w:t>46:00  dijiye.</w:t>
      </w:r>
      <w:r>
        <w:br/>
      </w:r>
      <w:r>
        <w:rPr>
          <w:sz w:val="20"/>
        </w:rPr>
        <w:t>46:02  all literature rakh lijiye islam ka, jahan koi mulaqat ho, woh de dijiye.</w:t>
      </w:r>
      <w:r>
        <w:br/>
      </w:r>
      <w:r>
        <w:rPr>
          <w:sz w:val="20"/>
        </w:rPr>
        <w:t>46:07  yaani is mein bas ki baat hi khatm ho gayi.</w:t>
      </w:r>
      <w:r>
        <w:br/>
      </w:r>
      <w:r>
        <w:rPr>
          <w:sz w:val="20"/>
        </w:rPr>
        <w:t>46:11  ab to har cheez bas mein ho gayi, bas mein ho gayi hai.</w:t>
      </w:r>
      <w:r>
        <w:br/>
      </w:r>
      <w:r>
        <w:rPr>
          <w:sz w:val="20"/>
        </w:rPr>
        <w:t>46:17  اور دوسری بات یہ ہے کہ وہ offend ہوں گے۔</w:t>
      </w:r>
      <w:r>
        <w:br/>
      </w:r>
      <w:r>
        <w:rPr>
          <w:sz w:val="20"/>
        </w:rPr>
        <w:t>46:22  وہ یہ فرضی بات ہے، کبھی کوئی offended نہیں ہوا تھا۔</w:t>
      </w:r>
      <w:r>
        <w:br/>
      </w:r>
      <w:r>
        <w:rPr>
          <w:sz w:val="20"/>
        </w:rPr>
        <w:t>46:26  hum to itni lambi muddat se dawah ka kaam kar rahe hain, aaj tak koi nahi mila ke</w:t>
      </w:r>
      <w:r>
        <w:br/>
      </w:r>
      <w:r>
        <w:rPr>
          <w:sz w:val="20"/>
        </w:rPr>
        <w:t>46:34  koi offend ho.</w:t>
      </w:r>
      <w:r>
        <w:br/>
      </w:r>
      <w:r>
        <w:rPr>
          <w:sz w:val="20"/>
        </w:rPr>
        <w:t>46:36  offend kyun hoga, bhai? Offend hoga aap qaumi baaton se, qaumi shikayatein shamil karein, is mein aap qaumi</w:t>
      </w:r>
      <w:r>
        <w:br/>
      </w:r>
      <w:r>
        <w:rPr>
          <w:sz w:val="20"/>
        </w:rPr>
        <w:t>46:43  ladai shamil karein, aap is mein qoumi mutalbe shamil karein, us ko le kar koi offend hoga.</w:t>
      </w:r>
      <w:r>
        <w:br/>
      </w:r>
      <w:r>
        <w:rPr>
          <w:sz w:val="20"/>
        </w:rPr>
        <w:t>46:51  quran se kyun offend hoga? humein to aate hain ke ek insan, ek insan nahi paya jo offend</w:t>
      </w:r>
      <w:r>
        <w:br/>
      </w:r>
      <w:r>
        <w:rPr>
          <w:sz w:val="20"/>
        </w:rPr>
        <w:t>46:58  ho quran ko le kar.</w:t>
      </w:r>
      <w:r>
        <w:br/>
      </w:r>
      <w:r>
        <w:rPr>
          <w:sz w:val="20"/>
        </w:rPr>
        <w:t>47:01  to log quran ko aur qoumi baaton ko milaye rehte hain.</w:t>
      </w:r>
      <w:r>
        <w:br/>
      </w:r>
      <w:r>
        <w:rPr>
          <w:sz w:val="20"/>
        </w:rPr>
        <w:t>47:05  jab koi offend hota hai to kehte hain ke dekho, quran se offend hua.</w:t>
      </w:r>
      <w:r>
        <w:br/>
      </w:r>
      <w:r>
        <w:rPr>
          <w:sz w:val="20"/>
        </w:rPr>
        <w:t>47:11  nahi, tumhari qoumi policyon se offend hua.</w:t>
      </w:r>
      <w:r>
        <w:br/>
      </w:r>
      <w:r>
        <w:rPr>
          <w:sz w:val="20"/>
        </w:rPr>
        <w:t>47:14  qoumi policy kya hai? musalmanon ki bas shikayat, protest, ladai, yeh sab se yeh sab hai grievances ka</w:t>
      </w:r>
      <w:r>
        <w:br/>
      </w:r>
      <w:r>
        <w:rPr>
          <w:sz w:val="20"/>
        </w:rPr>
        <w:t>47:22  izhaar.</w:t>
      </w:r>
      <w:r>
        <w:br/>
      </w:r>
      <w:r>
        <w:rPr>
          <w:sz w:val="20"/>
        </w:rPr>
        <w:t>47:23  to dono ko milaiye, dono ko alag kar dijiye.</w:t>
      </w:r>
      <w:r>
        <w:br/>
      </w:r>
      <w:r>
        <w:rPr>
          <w:sz w:val="20"/>
        </w:rPr>
        <w:t>47:27  to koi bhi insan nahi milega aap ko jo quran ko le kar offend ho.</w:t>
      </w:r>
    </w:p>
    <w:p>
      <w:pPr>
        <w:pStyle w:val="Heading2"/>
      </w:pPr>
      <w:r>
        <w:t>Is hijab restriction Islamic or cultural?</w:t>
      </w:r>
    </w:p>
    <w:p>
      <w:r>
        <w:rPr>
          <w:color w:val="666666"/>
          <w:sz w:val="18"/>
        </w:rPr>
        <w:t>Society &amp; Dawah · Don't Be Angry Culture January 15, 2012 Maulana Wahiduddin Khan · 1m 49s · at 1:17:03 · https://youtu.be/rY1Ikwmwwdk?t=4623</w:t>
      </w:r>
    </w:p>
    <w:p>
      <w:r>
        <w:rPr>
          <w:i/>
        </w:rPr>
        <w:t>“Many Muslim women emphasize that in Islam, women are only allowed to keep their eyes open. My question is: with this kind of restriction, a Muslim woman can face difficulty in the work of dawah and reform. Is this really a matter of Islam or Muslim culture? Please clarify.”</w:t>
      </w:r>
    </w:p>
    <w:p>
      <w:r>
        <w:rPr>
          <w:sz w:val="20"/>
        </w:rPr>
        <w:t>1:17:03  maulana, agla sawal aya hai miss saira latif ka karachi pakistan se. unhon ne likha hai: "aksar muslim khawateen is baat par bohat ziyada zor deti hain ke islam mein aurat ko sirf aankhein khuli rakhne ki ijazat hai.</w:t>
      </w:r>
      <w:r>
        <w:br/>
      </w:r>
      <w:r>
        <w:rPr>
          <w:sz w:val="20"/>
        </w:rPr>
        <w:t>1:17:21  mera sawal yeh hai ke is qism ki pabandi mein ek muslim aurat ko dawat aur islaah ke kaam mein kafi mushkil pesh aa sakti hai.</w:t>
      </w:r>
      <w:r>
        <w:br/>
      </w:r>
      <w:r>
        <w:rPr>
          <w:sz w:val="20"/>
        </w:rPr>
        <w:t>1:17:32  kya waqai yeh islam ka masla hai ya musalmanon ka culture hai? wazahat farmayen." yeh bilashuba musalmanon ka culture hai.</w:t>
      </w:r>
      <w:r>
        <w:br/>
      </w:r>
      <w:r>
        <w:rPr>
          <w:sz w:val="20"/>
        </w:rPr>
        <w:t>1:17:43  aaj kal jo tasawwur parde ka aur burqe ka hai, is ka islam se koi talluq nahi. koi bhi talluq nahi.</w:t>
      </w:r>
      <w:r>
        <w:br/>
      </w:r>
      <w:r>
        <w:rPr>
          <w:sz w:val="20"/>
        </w:rPr>
        <w:t>1:17:53  islam mein jo parda hai woh kya hai? saada libas, dheela dheela libas aur yeh zeeb o zeenat nahi.</w:t>
      </w:r>
      <w:r>
        <w:br/>
      </w:r>
      <w:r>
        <w:rPr>
          <w:sz w:val="20"/>
        </w:rPr>
        <w:t>1:18:02  aur permissions nahi. sanjeedgi ke sath aana jana. yeh hai parda.</w:t>
      </w:r>
      <w:r>
        <w:br/>
      </w:r>
      <w:r>
        <w:rPr>
          <w:sz w:val="20"/>
        </w:rPr>
        <w:t>1:18:12  baqi yeh jo parda nikal nikla hai aaj kal, woh islami parda nahi. yeh to yeh to riwaj hai. is mein koi shaq nahi.</w:t>
      </w:r>
      <w:r>
        <w:br/>
      </w:r>
      <w:r>
        <w:rPr>
          <w:sz w:val="20"/>
        </w:rPr>
        <w:t>1:18:23  agar is ko kuch aap parhna chahein is mozu par kisi ko to ek do kitab mein naam loon ga aap ko. ek hai allama albani ki kitab "hijab almarat almuslima".</w:t>
      </w:r>
      <w:r>
        <w:br/>
      </w:r>
      <w:r>
        <w:rPr>
          <w:sz w:val="20"/>
        </w:rPr>
        <w:t>1:18:36  allama naseeruddin albani ki kitab hai "hijab almarat almuslima" arabi mein</w:t>
      </w:r>
      <w:r>
        <w:br/>
      </w:r>
      <w:r>
        <w:rPr>
          <w:sz w:val="20"/>
        </w:rPr>
        <w:t>1:18:41  . doosri kitab khud meri kitab hai. woh hai "khawateen islam" aur do kitabein hain "khawateen islam" aur "aurat memar insaniyat".</w:t>
      </w:r>
    </w:p>
    <w:p>
      <w:pPr>
        <w:pStyle w:val="Heading2"/>
      </w:pPr>
      <w:r>
        <w:t>Is it appropriate for a da'i to only meet like-minded people?</w:t>
      </w:r>
    </w:p>
    <w:p>
      <w:r>
        <w:rPr>
          <w:color w:val="666666"/>
          <w:sz w:val="18"/>
        </w:rPr>
        <w:t>Society &amp; Dawah · The Message of Eid Al-Adha November 6, 2011 Maulana Wahiduddin Khan · 8m 35s · at 1:18:30 · https://youtu.be/y59PU_RD2cg?t=4710</w:t>
      </w:r>
    </w:p>
    <w:p>
      <w:r>
        <w:rPr>
          <w:i/>
        </w:rPr>
        <w:t>“Generally, people have the tendency to only meet like-minded people. They do not interact with those who are not like-minded. What is this temperament like for a da'i (caller to Islam)?”</w:t>
      </w:r>
    </w:p>
    <w:p>
      <w:r>
        <w:rPr>
          <w:sz w:val="20"/>
        </w:rPr>
        <w:t>1:18:30  maulana, agla sawal aaya hai maulana zikwan nadvi ka dilli se. unhon ne likha hai: "aam taur par logon ka yeh mizaj hota hai ke woh sirf like minded logon se milte hain.</w:t>
      </w:r>
      <w:r>
        <w:br/>
      </w:r>
      <w:r>
        <w:rPr>
          <w:sz w:val="20"/>
        </w:rPr>
        <w:t>1:18:42  jo log like minded nahi hote, un ke sath woh interaction nahi karte. ek daai ke liye is tarah ka mizaj kaisa hai?" daai to aise mizaj ko afford nahi kar sakta.</w:t>
      </w:r>
      <w:r>
        <w:br/>
      </w:r>
      <w:r>
        <w:rPr>
          <w:sz w:val="20"/>
        </w:rPr>
        <w:t>1:18:58  aisa mizaj ho, daawti kaam kaise karega woh?</w:t>
      </w:r>
      <w:r>
        <w:br/>
      </w:r>
      <w:r>
        <w:rPr>
          <w:sz w:val="20"/>
        </w:rPr>
        <w:t>1:19:03  daai ko to un like minded logon par jana parta hai. kaise daawti kaam karega agar is se parhez kare to woh? aur dekhiye, mera zindagi ke waqt tajurba aaya hai ke logon ke mizaj aam taur par yahi hota hai.</w:t>
      </w:r>
      <w:r>
        <w:br/>
      </w:r>
      <w:r>
        <w:rPr>
          <w:sz w:val="20"/>
        </w:rPr>
        <w:t>1:19:17  like minded logon ko le ke bait</w:t>
      </w:r>
      <w:r>
        <w:br/>
      </w:r>
      <w:r>
        <w:rPr>
          <w:sz w:val="20"/>
        </w:rPr>
        <w:t>1:19:19  h jaate hain. har jagah mein ne dekha hai, yaani hatta ke qabristan mein aur shadiyon mein, ijtimaat mein like minded logon ke sath baith ke baatein karte hain.</w:t>
      </w:r>
      <w:r>
        <w:br/>
      </w:r>
      <w:r>
        <w:rPr>
          <w:sz w:val="20"/>
        </w:rPr>
        <w:t>1:19:30  is ka nuksan kya hai? is ka nuksan yeh hai ke aap ka intellectual development nahi hota. intellectual development nahi hota aap ka.</w:t>
      </w:r>
      <w:r>
        <w:br/>
      </w:r>
      <w:r>
        <w:rPr>
          <w:sz w:val="20"/>
        </w:rPr>
        <w:t>1:19:40  to daai ke liye double nuksan hai.</w:t>
      </w:r>
      <w:r>
        <w:br/>
      </w:r>
      <w:r>
        <w:rPr>
          <w:sz w:val="20"/>
        </w:rPr>
        <w:t>1:19:43  ek to apna intellectual development ruk jayega. intellectual stagnation aa jayega aap ke andar. kyun ke jo woh sochta hai, wahi aap bhi soch rahe hain.</w:t>
      </w:r>
      <w:r>
        <w:br/>
      </w:r>
      <w:r>
        <w:rPr>
          <w:sz w:val="20"/>
        </w:rPr>
        <w:t>1:19:54  to kaise development hoga?</w:t>
      </w:r>
      <w:r>
        <w:br/>
      </w:r>
      <w:r>
        <w:rPr>
          <w:sz w:val="20"/>
        </w:rPr>
        <w:t>1:19:59  aur daawti kaam mein aap un logon ke paas jaane se ghabrayenge jin ki soch alag ho, jin ka ilm aap se zyada ho. to daai ko to apne ko tayyar karna parta hai ke har ek ke paas ja kar ja sake, har ek se apna paigham de sake.</w:t>
      </w:r>
      <w:r>
        <w:br/>
      </w:r>
      <w:r>
        <w:rPr>
          <w:sz w:val="20"/>
        </w:rPr>
        <w:t>1:20:17  mera mizaj, yaani ajeeb baat hai ke paidaishi to baqiya mere andar hai. jaise mein vegetarian hoon, paidaishi taur par e</w:t>
      </w:r>
      <w:r>
        <w:br/>
      </w:r>
      <w:r>
        <w:rPr>
          <w:sz w:val="20"/>
        </w:rPr>
        <w:t>1:20:25  se hi un like minded logon se milna, un like minded logon se, yeh bhi mere paidaishi taur par. jaise mein jab tha adam, mein ne gaon mein jab tha bohat pehle to mere milna julna teen aadmiyon se hota tha mera,</w:t>
      </w:r>
      <w:r>
        <w:br/>
      </w:r>
      <w:r>
        <w:rPr>
          <w:sz w:val="20"/>
        </w:rPr>
        <w:t>1:20:42  aur teeno angrezan the, jab ke mein angrez zyada nahi tha is zamane mein. mr. ateeq ahmad ansari aur ali hamd abbasi, khalil ur rehman azmi, yeh sab teeno angrezan the.</w:t>
      </w:r>
      <w:r>
        <w:br/>
      </w:r>
      <w:r>
        <w:rPr>
          <w:sz w:val="20"/>
        </w:rPr>
        <w:t>1:20:54  zyada tar mujhe mil jata tha, jab ke woh khud angrez is zamane mein nahi aata tha. is zamane mein sirf molvi wala taleem meri hui thi. to is se un se mein maloomat leta tha, un se zuban seekhta tha, un ke tareeqe maloom karta tha.</w:t>
      </w:r>
      <w:r>
        <w:br/>
      </w:r>
      <w:r>
        <w:rPr>
          <w:sz w:val="20"/>
        </w:rPr>
        <w:t>1:21:12  to mera bachpan se yeh mizaj hai ke mein, yaani un like minded logon hi se milta hoon zyada. is se mujhe faida hota hai.</w:t>
      </w:r>
      <w:r>
        <w:br/>
      </w:r>
      <w:r>
        <w:rPr>
          <w:sz w:val="20"/>
        </w:rPr>
        <w:t>1:21:20  to behal yeh na sirf daai ke liye, balke aam insan ke liye bhi yeh cheez bohat, yaani nuksan wali hai.</w:t>
      </w:r>
      <w:r>
        <w:br/>
      </w:r>
      <w:r>
        <w:rPr>
          <w:sz w:val="20"/>
        </w:rPr>
        <w:t>1:21:31  kyun ke is se aap ka, yaani intellectual development ruk jayega. maulana, un ka ek aur sawal hai.</w:t>
      </w:r>
      <w:r>
        <w:br/>
      </w:r>
      <w:r>
        <w:rPr>
          <w:sz w:val="20"/>
        </w:rPr>
        <w:t>1:21:40  unhon ne likha hai: "ek missionary aadmi ke liye kya sirf yeh baat kafi hai ke woh daawti literature logon tak pohanchaye,</w:t>
      </w:r>
      <w:r>
        <w:br/>
      </w:r>
      <w:r>
        <w:rPr>
          <w:sz w:val="20"/>
        </w:rPr>
        <w:t>1:21:49  ya mission ke liye zaroori hai ke kuch individuals ko le kar un ke mind ki re engineering ki jaye, aur individuals par focus kar ke dawat aur maarfat ki nisbat se un ko train karein?" haan, dekhein, dono kaam karna hai.</w:t>
      </w:r>
      <w:r>
        <w:br/>
      </w:r>
      <w:r>
        <w:rPr>
          <w:sz w:val="20"/>
        </w:rPr>
        <w:t>1:22:06  ek to</w:t>
      </w:r>
      <w:r>
        <w:br/>
      </w:r>
      <w:r>
        <w:rPr>
          <w:sz w:val="20"/>
        </w:rPr>
        <w:t>1:22:09  jahan tak mumkin ho, aap quran pohanchayein, literature pohanchayein. yeh to karna hi karna hai. lekin isi ke sath sath aap apne aas paas ke logon mein kuch logon ko select karein, select jinke andar seekhne ki rooh ho, jo sincere hon, jo baat samajh sakte hon.</w:t>
      </w:r>
      <w:r>
        <w:br/>
      </w:r>
      <w:r>
        <w:rPr>
          <w:sz w:val="20"/>
        </w:rPr>
        <w:t>1:22:28  un se bar bar milein, un ko kitabein dein, un ke mind ko train karein</w:t>
      </w:r>
      <w:r>
        <w:br/>
      </w:r>
      <w:r>
        <w:rPr>
          <w:sz w:val="20"/>
        </w:rPr>
        <w:t>1:22:35  ۔ yaani individual based, jis ko mein kehta hoon. to aap ko, yaani aam taur par bhi message pohanchana hai.</w:t>
      </w:r>
      <w:r>
        <w:br/>
      </w:r>
      <w:r>
        <w:rPr>
          <w:sz w:val="20"/>
        </w:rPr>
        <w:t>1:22:47  jaise kisi aaj gaye kisi seminar mein, wahan bohat se log aaye hue hain. woh ek hi baar aap se mulaqat ho rahi hai un ki, to un ko aap ne kitaben de din.</w:t>
      </w:r>
      <w:r>
        <w:br/>
      </w:r>
      <w:r>
        <w:rPr>
          <w:sz w:val="20"/>
        </w:rPr>
        <w:t>1:22:55  woh ghar ja ke</w:t>
      </w:r>
      <w:r>
        <w:br/>
      </w:r>
      <w:r>
        <w:rPr>
          <w:sz w:val="20"/>
        </w:rPr>
        <w:t>1:22:56  parhen ge. yeh bhi kaam hai. lekin isi ke sath kuch logon ko aap ko, yani select kar ke ek ek ek individual ke tor par, ek fard ke tor par un par mehnat karna hai.</w:t>
      </w:r>
      <w:r>
        <w:br/>
      </w:r>
      <w:r>
        <w:rPr>
          <w:sz w:val="20"/>
        </w:rPr>
        <w:t>1:23:10  yeh bohat hi zaroori hai, yeh kaam.</w:t>
      </w:r>
      <w:r>
        <w:br/>
      </w:r>
      <w:r>
        <w:rPr>
          <w:sz w:val="20"/>
        </w:rPr>
        <w:t>1:23:15  maulana, mister sajid anwar ne roorkee se sawal</w:t>
      </w:r>
      <w:r>
        <w:br/>
      </w:r>
      <w:r>
        <w:rPr>
          <w:sz w:val="20"/>
        </w:rPr>
        <w:t>1:23:18  kiya hai. unhon ne likha hai: "maulana, once you explain that god will grant throne of truth to selected persons in the day of judgment, but those who are involved in kazb, yani jhoot bolna, whether hidden or open, will not be chosen for that.</w:t>
      </w:r>
      <w:r>
        <w:br/>
      </w:r>
      <w:r>
        <w:rPr>
          <w:sz w:val="20"/>
        </w:rPr>
        <w:t>1:23:38  maulana, please guide us how to save ourselves from kazb khafi, that is hidden lie."</w:t>
      </w:r>
      <w:r>
        <w:br/>
      </w:r>
      <w:r>
        <w:rPr>
          <w:sz w:val="20"/>
        </w:rPr>
        <w:t>1:23:49  yeh to aadmi ke hath mein mera tajurba hai ke logon ki aadat pad jati hai. yani kazb e jali jo hai, khula khula kazb, jaise aap yeh nahi kahen ke main is waqt washington mein hoon.</w:t>
      </w:r>
      <w:r>
        <w:br/>
      </w:r>
      <w:r>
        <w:rPr>
          <w:sz w:val="20"/>
        </w:rPr>
        <w:t>1:24:03  khula khula jhoot hai. yeh kaun manega is ko ke aap kahen ke is waqt mein washington mein hoon? to khula khula jhoot to koi nahi bolta, kyun ke woh justify nahi kar paye ga is ko.</w:t>
      </w:r>
      <w:r>
        <w:br/>
      </w:r>
      <w:r>
        <w:rPr>
          <w:sz w:val="20"/>
        </w:rPr>
        <w:t>1:24:15  lekin kazb e khafi jo hai, woh logon ki aadat pad jati hai.</w:t>
      </w:r>
      <w:r>
        <w:br/>
      </w:r>
      <w:r>
        <w:rPr>
          <w:sz w:val="20"/>
        </w:rPr>
        <w:t>1:24:19  yani apne apne aap ko acha banaye rakhne ke liye, apne yeh koshish mein ke main logon ki nazar mein galat na thehroon, main is ke liye aadmi koi toast kar ke bolta hai.</w:t>
      </w:r>
      <w:r>
        <w:br/>
      </w:r>
      <w:r>
        <w:rPr>
          <w:sz w:val="20"/>
        </w:rPr>
        <w:t>1:24:32  jo angrezon ko kehta hai, toast kar ke bolna, yani saaf saaf na kar ke, na kar ke yeh kuch bolta hai. woh to toast kar ke bolna bhi kazb e khafi hai.</w:t>
      </w:r>
      <w:r>
        <w:br/>
      </w:r>
      <w:r>
        <w:rPr>
          <w:sz w:val="20"/>
        </w:rPr>
        <w:t>1:24:45  to yeh yeh aadat pad jati hai bachpan se. bachpan se aadat pad jati hai ke aadmi is tarah se baat karta hai ke woh is par blame na jaye.</w:t>
      </w:r>
      <w:r>
        <w:br/>
      </w:r>
      <w:r>
        <w:rPr>
          <w:sz w:val="20"/>
        </w:rPr>
        <w:t>1:24:58  woh doosron ki nazar mein acha bana rahe hain. yeh ek mizaj hota hai jo bachpan se hote hote aadmi isi mein conditioned ho jata hai. mera tajurba yeh hai ke log conditioned ho jate hain kazb e khafi</w:t>
      </w:r>
      <w:r>
        <w:br/>
      </w:r>
      <w:r>
        <w:rPr>
          <w:sz w:val="20"/>
        </w:rPr>
        <w:t>1:25:12  ke, yani</w:t>
      </w:r>
      <w:r>
        <w:br/>
      </w:r>
      <w:r>
        <w:rPr>
          <w:sz w:val="20"/>
        </w:rPr>
        <w:t>1:25:16  chote chote jhoot jo hote hain. to jab tak aap apna introspection na karen, apna muhasba na karen, dhoond dhoond kar na nikalein apni aadatein, apni ghaltiyan,</w:t>
      </w:r>
      <w:r>
        <w:br/>
      </w:r>
      <w:r>
        <w:rPr>
          <w:sz w:val="20"/>
        </w:rPr>
        <w:t>1:25:31  to yeh aadatein itni barh jati hain ke aadmi isi ka addict ho jata hai. addict wohi us ko acha lagta hai</w:t>
      </w:r>
      <w:r>
        <w:br/>
      </w:r>
      <w:r>
        <w:rPr>
          <w:sz w:val="20"/>
        </w:rPr>
        <w:t>1:25:38  ke toast kar ke bole, apni apni safai, apne aap ko saaf suthra banaye rahe, doosron ki nazar mein galat na dikhai de. woh to yeh aadmi ka ek mizaj ban jata hai.</w:t>
      </w:r>
      <w:r>
        <w:br/>
      </w:r>
      <w:r>
        <w:rPr>
          <w:sz w:val="20"/>
        </w:rPr>
        <w:t>1:25:50  to yeh to bohat mehnat karni pare gi. yeh aam tor par taqreeban 70 feesad logon mein yeh baat hai. to bohat zyada mehnat karni pare gi apne aap ko is se bachane ke liye.</w:t>
      </w:r>
      <w:r>
        <w:br/>
      </w:r>
      <w:r>
        <w:rPr>
          <w:sz w:val="20"/>
        </w:rPr>
        <w:t>1:26:03  mera mamla aisa hua ke main bachpan se alag thalag rehta tha. bohat zyada alag thalag. to mere andar yeh mizaj bana nahi. lekin log aam tor par society mein rehte hain.</w:t>
      </w:r>
      <w:r>
        <w:br/>
      </w:r>
      <w:r>
        <w:rPr>
          <w:sz w:val="20"/>
        </w:rPr>
        <w:t>1:26:13  main family mein bhi door rehta tha logon se. yani family mein bhi alag thalag kahin rehta tha. to family mein, society mein, kahin pe main mil jul kar nahi rehta tha.</w:t>
      </w:r>
      <w:r>
        <w:br/>
      </w:r>
      <w:r>
        <w:rPr>
          <w:sz w:val="20"/>
        </w:rPr>
        <w:t>1:26:24  to mil jul kar aanay se yeh sab mizaj banta hai ke doosron ki nazar mein ache dikhane ke liye.</w:t>
      </w:r>
      <w:r>
        <w:br/>
      </w:r>
      <w:r>
        <w:rPr>
          <w:sz w:val="20"/>
        </w:rPr>
        <w:t>1:26:31  to main alag thalag rehta tha, is liye mere andar yeh mizaj bana nahi. kitaben parhta tha, sochta tha. is tarah ki meri life thi. to aam tor par log social zindagi guzarte hain.</w:t>
      </w:r>
      <w:r>
        <w:br/>
      </w:r>
      <w:r>
        <w:rPr>
          <w:sz w:val="20"/>
        </w:rPr>
        <w:t>1:26:43  to bohat zyada logon ko aadat pad jati hai. taqreeban aisa mujhe mera khayal hai ke logon ko exception dhoondna mushkil hai.</w:t>
      </w:r>
      <w:r>
        <w:br/>
      </w:r>
      <w:r>
        <w:rPr>
          <w:sz w:val="20"/>
        </w:rPr>
        <w:t>1:26:52  to yeh kaam har aadmi ka hai ke dhoond dhoond kar apni ghalti nikale, apni aadaton ko durust kare.</w:t>
      </w:r>
      <w:r>
        <w:br/>
      </w:r>
      <w:r>
        <w:rPr>
          <w:sz w:val="20"/>
        </w:rPr>
        <w:t>1:26:58  nahi to woh kazb-e-khafi mein jiye ga, kazb-e-khafi mare ga.</w:t>
      </w:r>
    </w:p>
    <w:p>
      <w:pPr>
        <w:pStyle w:val="Heading2"/>
      </w:pPr>
      <w:r>
        <w:t>Is leaving results to God correct?</w:t>
      </w:r>
    </w:p>
    <w:p>
      <w:r>
        <w:rPr>
          <w:color w:val="666666"/>
          <w:sz w:val="18"/>
        </w:rPr>
        <w:t>Society &amp; Dawah · Divine Help March 31, 2019 Maulana Wahiduddin Khan · 33s · at 36:48 · https://youtu.be/o5-R5Rjs5Cw?t=2208</w:t>
      </w:r>
    </w:p>
    <w:p>
      <w:r>
        <w:rPr>
          <w:i/>
        </w:rPr>
        <w:t>“After listening to the talk today, I realized that a person should do Dawah work and fulfill his role. He should leave the result to God, and if he does not see the result, then he should not be disheartened. Is this approach right?”</w:t>
      </w:r>
    </w:p>
    <w:p>
      <w:r>
        <w:rPr>
          <w:sz w:val="20"/>
        </w:rPr>
        <w:t>36:48  maulana, agla sawal dilli se kiya hai Miss tuti malhotra ne, unhon ne likha hai: "Molana, after listening to the talk today, I realized that a die should do Dawah work and fulfill his role.</w:t>
      </w:r>
      <w:r>
        <w:br/>
      </w:r>
      <w:r>
        <w:rPr>
          <w:sz w:val="20"/>
        </w:rPr>
        <w:t>37:02  He should leave the result to God, and if he does not see the result, then he should not be disheartened." Maulana, is this approachright?</w:t>
      </w:r>
      <w:r>
        <w:br/>
      </w:r>
      <w:r>
        <w:rPr>
          <w:sz w:val="20"/>
        </w:rPr>
        <w:t>37:14  bilkul sahi hai, bilkul sahi hai.</w:t>
      </w:r>
    </w:p>
    <w:p>
      <w:pPr>
        <w:pStyle w:val="Heading2"/>
      </w:pPr>
      <w:r>
        <w:t>Is nationalism shirk in Islam?</w:t>
      </w:r>
    </w:p>
    <w:p>
      <w:r>
        <w:rPr>
          <w:color w:val="666666"/>
          <w:sz w:val="18"/>
        </w:rPr>
        <w:t>Society &amp; Dawah · Man &amp; Paradise Aug 18, 2013 - Maulana Wahiduddin Khan · 1m 31s · at 47:25 · https://youtu.be/yKy1suwbP8o?t=2845</w:t>
      </w:r>
    </w:p>
    <w:p>
      <w:r>
        <w:rPr>
          <w:i/>
        </w:rPr>
        <w:t>“Please guide about nationalism in the light of Islamic teachings. Is nationalism shirk in Islam?”</w:t>
      </w:r>
    </w:p>
    <w:p>
      <w:r>
        <w:rPr>
          <w:sz w:val="20"/>
        </w:rPr>
        <w:t>47:25  maulana, agla sawal hai Shahnawaz Zafar sahib ka Dilli se. unhon ne aap se poocha hai: "please guide about nationalism in the light of Islamic teachings.</w:t>
      </w:r>
      <w:r>
        <w:br/>
      </w:r>
      <w:r>
        <w:rPr>
          <w:sz w:val="20"/>
        </w:rPr>
        <w:t>47:37  is nationalism shirk in Islam\</w:t>
      </w:r>
      <w:r>
        <w:br/>
      </w:r>
      <w:r>
        <w:rPr>
          <w:sz w:val="20"/>
        </w:rPr>
        <w:t>47:41  ?" hargiz nahin, yeh sab jhooti baatein hain. jin logon ne aisi kitabein likhi hain jis mein nationalism ko shirk bataya hai, un ko farz tha ke woh na bolen.</w:t>
      </w:r>
      <w:r>
        <w:br/>
      </w:r>
      <w:r>
        <w:rPr>
          <w:sz w:val="20"/>
        </w:rPr>
        <w:t>47:50  woh yeh woh log hain, main jaanta hoon ke kaun log hain. yeh nationalism ko shirk bataya, democracy ko qanoon islamic bataya, secularism ko qanoon islamic bataya.</w:t>
      </w:r>
      <w:r>
        <w:br/>
      </w:r>
      <w:r>
        <w:rPr>
          <w:sz w:val="20"/>
        </w:rPr>
        <w:t>48:00  inhin logon ne yeh sab kiya hai ke har aadmi ko nafrat mein mubtala kar diya hai. aaj kal saare musalman jo hain, nafrat karte hain western world se, doosri qaumon se, kyunke woh samajhte hain ke yeh to taghoot hai, yeh to secular log hain, yeh to falan log hain.</w:t>
      </w:r>
      <w:r>
        <w:br/>
      </w:r>
      <w:r>
        <w:rPr>
          <w:sz w:val="20"/>
        </w:rPr>
        <w:t>48:19  to yeh is tarah ki jo kitabein jinhon ne likhi hain, main to samajhta hoon ke unhon ne unhon ne ek aisa kaam kiya jis ke unhein right nahin tha ke baghair jaane yeh bol rahe hain, baghair jaane woh kitabein likh rahe hain.</w:t>
      </w:r>
      <w:r>
        <w:br/>
      </w:r>
      <w:r>
        <w:rPr>
          <w:sz w:val="20"/>
        </w:rPr>
        <w:t>48:31  to nationalism ghair islami nahin hai, secularism ghair islami nahin hai, democracy ghair islami nahin hai. yeh sab baatein jo log kehte hain, woh woh is na to Islam ko jante hain, na nationalism aur secularism ko jante hain.</w:t>
      </w:r>
      <w:r>
        <w:br/>
      </w:r>
      <w:r>
        <w:rPr>
          <w:sz w:val="20"/>
        </w:rPr>
        <w:t>48:44  woh dono se bekhabar hain. woh agar aap ko tafseel janna hai in baaton ki to hum ne hamari meri kitabon mein tafseel maujood hai, aap us ko parh lijie.</w:t>
      </w:r>
    </w:p>
    <w:p>
      <w:pPr>
        <w:pStyle w:val="Heading2"/>
      </w:pPr>
      <w:r>
        <w:t>Is peaceful protest allowed in Islam?</w:t>
      </w:r>
    </w:p>
    <w:p>
      <w:r>
        <w:rPr>
          <w:color w:val="666666"/>
          <w:sz w:val="18"/>
        </w:rPr>
        <w:t>Society &amp; Dawah · Realization of God September 15, 2013 · 2m 25s · at 1:06:42 · https://youtu.be/CNEEeM5uyi8?t=4002</w:t>
      </w:r>
    </w:p>
    <w:p>
      <w:r>
        <w:rPr>
          <w:i/>
        </w:rPr>
        <w:t>“Moulana, you always guide people not to protest. My question is, is peaceful protest allowed in Islam?”</w:t>
      </w:r>
    </w:p>
    <w:p>
      <w:r>
        <w:rPr>
          <w:sz w:val="20"/>
        </w:rPr>
        <w:t>1:06:42  maulana, agla sawal mumbai se hai, mr kabir khan ka. unhon ne likha hai: "maulana sahib, you always guide people to not to protest.</w:t>
      </w:r>
      <w:r>
        <w:br/>
      </w:r>
      <w:r>
        <w:rPr>
          <w:sz w:val="20"/>
        </w:rPr>
        <w:t>1:06:55  my question is, is peaceful protest allowed in islam?" hargiz nahi, yeh bilkul ek ek yani galat kaam ko justify karne ke liye khoobsurat lafz bolna hai.</w:t>
      </w:r>
      <w:r>
        <w:br/>
      </w:r>
      <w:r>
        <w:rPr>
          <w:sz w:val="20"/>
        </w:rPr>
        <w:t>1:07:09  peaceful protest is nothing.</w:t>
      </w:r>
      <w:r>
        <w:br/>
      </w:r>
      <w:r>
        <w:rPr>
          <w:sz w:val="20"/>
        </w:rPr>
        <w:t>1:07:12  har har har protest ka reaction hota hai, har chahe woh peaceful ho, tab bhi yeh pooch bhi toh ek ek ek ek lafz hai.</w:t>
      </w:r>
      <w:r>
        <w:br/>
      </w:r>
      <w:r>
        <w:rPr>
          <w:sz w:val="20"/>
        </w:rPr>
        <w:t>1:07:22  bas koi koi kabhi bhi koi protest peaceful nahi hota. impossible hai ke peace protest koi peaceful ho</w:t>
      </w:r>
      <w:r>
        <w:br/>
      </w:r>
      <w:r>
        <w:rPr>
          <w:sz w:val="20"/>
        </w:rPr>
        <w:t>1:07:31  . yeh toh jhoota lafz hai, main us ko jhoota lafz kahunga. aur sab se bari baat yeh hai ke rasool Allah ke zamane mein makka mein 360 but rakhe hue the kaba mein.</w:t>
      </w:r>
      <w:r>
        <w:br/>
      </w:r>
      <w:r>
        <w:rPr>
          <w:sz w:val="20"/>
        </w:rPr>
        <w:t>1:07:43  woh kaba jo hazrat ibrahim ne banaya tha, hazrat ibrahim ne, hazrat ismail ne, do peghambaron ne banaya tha kaba. do peghambar kis ke liye?</w:t>
      </w:r>
      <w:r>
        <w:br/>
      </w:r>
      <w:r>
        <w:rPr>
          <w:sz w:val="20"/>
        </w:rPr>
        <w:t>1:07:52  tauheed ke liye. is mein zalimon ne la ke but rakh diya 360.</w:t>
      </w:r>
      <w:r>
        <w:br/>
      </w:r>
      <w:r>
        <w:rPr>
          <w:sz w:val="20"/>
        </w:rPr>
        <w:t>1:07:58  to aap rasool Allah ne protest kiya. aap bata sakte hain koi peaceful protest? jo log aise sawalat karte hain, main samajhta hoon ke un ko naam lene ka haq nahi hai islam ka.</w:t>
      </w:r>
      <w:r>
        <w:br/>
      </w:r>
      <w:r>
        <w:rPr>
          <w:sz w:val="20"/>
        </w:rPr>
        <w:t>1:08:09  woh kahein ke hum islam chhod diya, hum muhammad ko chhod diya. to boliye, yeh sab baatein islam ke naam lete hain, apne alfaaz bolte hain. main samajhta hoon ke woh aadmi jab tak aap islam ko chhod na de, yeh alfaaz bolne ka haq nahi rakhta.</w:t>
      </w:r>
      <w:r>
        <w:br/>
      </w:r>
      <w:r>
        <w:rPr>
          <w:sz w:val="20"/>
        </w:rPr>
        <w:t>1:08:23  us ko</w:t>
      </w:r>
      <w:r>
        <w:br/>
      </w:r>
      <w:r>
        <w:rPr>
          <w:sz w:val="20"/>
        </w:rPr>
        <w:t>1:08:25  yani us se bara waqea kya ho sakta hai ke kaba mein 360 but rakhe hue hon? rasool Allah dekhein, un ko apni aankh se 13 saal tak rozana rozana rozana aur kabhi aap ne protest nahi kiya, na peaceful, na koi sarr se kuch kuch bhi nahi.</w:t>
      </w:r>
      <w:r>
        <w:br/>
      </w:r>
      <w:r>
        <w:rPr>
          <w:sz w:val="20"/>
        </w:rPr>
        <w:t>1:08:42  to aap agar aap islam ko mante hain to us ko amal kijiye, nahi to ailan kar diya ke bhai mujhe islam se koi matlab nahi hai, mujhe apne apne nafs pe chalna hai, apne nafs ki khwahish pe chalna hai.</w:t>
      </w:r>
      <w:r>
        <w:br/>
      </w:r>
      <w:r>
        <w:rPr>
          <w:sz w:val="20"/>
        </w:rPr>
        <w:t>1:08:52  protest yaad rakhiye, protest ka talluq qatan ghair islami hai.</w:t>
      </w:r>
      <w:r>
        <w:br/>
      </w:r>
      <w:r>
        <w:rPr>
          <w:sz w:val="20"/>
        </w:rPr>
        <w:t>1:08:56  there is no protest of protest in islam. main sakht us ke khilaf hoon. main ne bohat likha hai us ke upar, aap chahein to parh lijiyega.</w:t>
      </w:r>
    </w:p>
    <w:p>
      <w:pPr>
        <w:pStyle w:val="Heading2"/>
      </w:pPr>
      <w:r>
        <w:t>Is political interpretation of Islam correct?</w:t>
      </w:r>
    </w:p>
    <w:p>
      <w:r>
        <w:rPr>
          <w:color w:val="666666"/>
          <w:sz w:val="18"/>
        </w:rPr>
        <w:t>Society &amp; Dawah · Problem of Dajjal 29 sept, 2019 - Maulana Wahiduddin Khan · 5m 16s · at 42:23 · https://youtu.be/PL-Kv-sE68w?t=2543</w:t>
      </w:r>
    </w:p>
    <w:p>
      <w:r>
        <w:rPr>
          <w:i/>
        </w:rPr>
        <w:t>“What is wrong with political interpretation? Don't you think if Islam becomes a political goal, it will be easier to spread and follow the Quran? The Quran spread at the time of Prophet Muhammad because in Mecca and Medina Islam became a system. So we should follow the same.”</w:t>
      </w:r>
    </w:p>
    <w:p>
      <w:r>
        <w:rPr>
          <w:sz w:val="20"/>
        </w:rPr>
        <w:t>42:23  maulana, agla comment lene se pehle ek sawal lena chahenge. yeh sawal bheja hai lucknow se israr ahmed sahib ne.</w:t>
      </w:r>
      <w:r>
        <w:br/>
      </w:r>
      <w:r>
        <w:rPr>
          <w:sz w:val="20"/>
        </w:rPr>
        <w:t>42:35  unhon ne likha hai: "maulana sahib, what is wrong with political interpretation? don't you think if islam becomes political goal, then it will be easier to spread and follow quran.</w:t>
      </w:r>
      <w:r>
        <w:br/>
      </w:r>
      <w:r>
        <w:rPr>
          <w:sz w:val="20"/>
        </w:rPr>
        <w:t>42:49  quran spread at the time of prophet muhammad, because in makkah and madinah islam became a system. so we should follow the same." bilkul galat baat hai yeh.</w:t>
      </w:r>
      <w:r>
        <w:br/>
      </w:r>
      <w:r>
        <w:rPr>
          <w:sz w:val="20"/>
        </w:rPr>
        <w:t>43:01  koi ayat pesh kijiye, koi hadith pesh kijiye ke islam mukammal nizam hai aur islam ki hukumat qaim karo aur is is is ko nafiz karo.</w:t>
      </w:r>
      <w:r>
        <w:br/>
      </w:r>
      <w:r>
        <w:rPr>
          <w:sz w:val="20"/>
        </w:rPr>
        <w:t>43:10  yeh kahan hai bhai? kis ayat mein, kis quran mein hai? yeh to sara false false foot pe khade hue hain yeh log. false foot pe badi badi taqreeren karte hain.</w:t>
      </w:r>
      <w:r>
        <w:br/>
      </w:r>
      <w:r>
        <w:rPr>
          <w:sz w:val="20"/>
        </w:rPr>
        <w:t>43:21  haan, padhiye. ah maulana, inka wahi ah phir jo aakhri hissa woh yahi tha ke "what is wrong with this thought and should we not follow this?" wrong yeh hai ke quran mein ya hadith mein koi reference nahi hai.</w:t>
      </w:r>
      <w:r>
        <w:br/>
      </w:r>
      <w:r>
        <w:rPr>
          <w:sz w:val="20"/>
        </w:rPr>
        <w:t>43:37  main ne arz kiya ke kahan hai nafsh shariat al-islam? kahan hai hukm dawlat al-islam? jo ayat hai surah shura ki, us se bhi nahi nikalta.</w:t>
      </w:r>
      <w:r>
        <w:br/>
      </w:r>
      <w:r>
        <w:rPr>
          <w:sz w:val="20"/>
        </w:rPr>
        <w:t>43:48  main ne paanch sau safhe kitab padhi hai, likhi hai, woh chhap chuki hai. taabeer ki ghalati us ko padh gaya, koi ek bhi is daleel nahi hai.</w:t>
      </w:r>
      <w:r>
        <w:br/>
      </w:r>
      <w:r>
        <w:rPr>
          <w:sz w:val="20"/>
        </w:rPr>
        <w:t>43:59  yeh khitabat, insha'bardari, bade bade alfaaz is par qaim hain, is liye is ko dajali kaha gaya hai. ah sajid ahmed khan sahib ne comment bheja hai nagpur se.</w:t>
      </w:r>
      <w:r>
        <w:br/>
      </w:r>
      <w:r>
        <w:rPr>
          <w:sz w:val="20"/>
        </w:rPr>
        <w:t>44:10  unhon ne likha hai: "this is indeed the only solution for a present age muslims to follow the true islam in their own life.</w:t>
      </w:r>
      <w:r>
        <w:br/>
      </w:r>
      <w:r>
        <w:rPr>
          <w:sz w:val="20"/>
        </w:rPr>
        <w:t>44:20  all the problems of present muslim world is due to misinterpretation of islam, to which maulana correctly call dajaliyat.</w:t>
      </w:r>
      <w:r>
        <w:br/>
      </w:r>
      <w:r>
        <w:rPr>
          <w:sz w:val="20"/>
        </w:rPr>
        <w:t>44:30  may allah guide us all to rethink, replan and reconstruct the true islam in our own life. may allah bless you maulana for simplifying the facts.</w:t>
      </w:r>
      <w:r>
        <w:br/>
      </w:r>
      <w:r>
        <w:rPr>
          <w:sz w:val="20"/>
        </w:rPr>
        <w:t>44:41  jazak allah maulana." dekhiye, jo usool hai, usool daleel istidlal ka, usool istidlal ka, usool woh yeh hai ke sab se pehle aap ko yeh prove karna hoga quran se ya hadith se ke islam ek mukammal nizam hai,</w:t>
      </w:r>
      <w:r>
        <w:br/>
      </w:r>
      <w:r>
        <w:rPr>
          <w:sz w:val="20"/>
        </w:rPr>
        <w:t>45:04  islam ek mukammal system hai, aur is ko qaim karne ke liye hukumat chahiye. to hukumat, jo log hukumat qaim hain, un se un ki iqtidaar ki kurjiyan chheno,</w:t>
      </w:r>
      <w:r>
        <w:br/>
      </w:r>
      <w:r>
        <w:rPr>
          <w:sz w:val="20"/>
        </w:rPr>
        <w:t>45:18  iqtidaar ki kurjiyan chheno, aur iqtidaar qaim karo zameen par taake islam ki hukumat har jagah qaim ho jaye.</w:t>
      </w:r>
      <w:r>
        <w:br/>
      </w:r>
      <w:r>
        <w:rPr>
          <w:sz w:val="20"/>
        </w:rPr>
        <w:t>45:27  yeh kahan hai? kaun si hadith hai? kaun si ayat hai? yeh sab khitabat, insha'bardari, bade bade alfaaz bol kar ke yeh baat kahi jati hai.</w:t>
      </w:r>
      <w:r>
        <w:br/>
      </w:r>
      <w:r>
        <w:rPr>
          <w:sz w:val="20"/>
        </w:rPr>
        <w:t>45:38  logical way mein koi bhi daleel is ki nahi hai. main ne paanch sau safhe kitab likhi hai, taabeer ki ghalati us ko padh lijiye aap.</w:t>
      </w:r>
      <w:r>
        <w:br/>
      </w:r>
      <w:r>
        <w:rPr>
          <w:sz w:val="20"/>
        </w:rPr>
        <w:t>45:54  ah maulana faraz khan sahib ne dilli se likha hai: "maulana, thanks for making us aware about the dajaliyat of today age.</w:t>
      </w:r>
      <w:r>
        <w:br/>
      </w:r>
      <w:r>
        <w:rPr>
          <w:sz w:val="20"/>
        </w:rPr>
        <w:t>46:03  it is not radicalization, rather islamization of violence. we need to spread the real message of islam. islam hai allah ki rehmat mein dakhil ho jana, allah se darna.</w:t>
      </w:r>
      <w:r>
        <w:br/>
      </w:r>
      <w:r>
        <w:rPr>
          <w:sz w:val="20"/>
        </w:rPr>
        <w:t>46:16  islam hai. we have to make this our mission."</w:t>
      </w:r>
      <w:r>
        <w:br/>
      </w:r>
      <w:r>
        <w:rPr>
          <w:sz w:val="20"/>
        </w:rPr>
        <w:t>46:23  yeh amreeka wale bohat bolte hain, yeh log radicalization, yeh lafzi galat hai, yeh term bhi galat hai. Kar is mein ke clear nahi hai, is se woh asal baat clear nahi hoti.</w:t>
      </w:r>
      <w:r>
        <w:br/>
      </w:r>
      <w:r>
        <w:rPr>
          <w:sz w:val="20"/>
        </w:rPr>
        <w:t>46:39  saheeh lafz yeh hai ke tasaddud ko islamize karna, islamized of violence, yeh saheeh lafz hai.</w:t>
      </w:r>
      <w:r>
        <w:br/>
      </w:r>
      <w:r>
        <w:rPr>
          <w:sz w:val="20"/>
        </w:rPr>
        <w:t>46:48  aur is ki wajah kya hui ke agar aap yeh kahein ke aye logon, namaz parho to is mein koi aap ko ladne ki zaroorat nahi hai, lekin aap yeh kahein ke islam ek mukammal nizam hai,</w:t>
      </w:r>
      <w:r>
        <w:br/>
      </w:r>
      <w:r>
        <w:rPr>
          <w:sz w:val="20"/>
        </w:rPr>
        <w:t>47:01  zindagi ke har shobay mein is ko qaim karna, to bohat se log hain jo apna jhanda gaade hue hain, political jhanda, un se aap ladenge, un ke jhande chhenenge, to from the outset, it becomes violence.</w:t>
      </w:r>
      <w:r>
        <w:br/>
      </w:r>
      <w:r>
        <w:rPr>
          <w:sz w:val="20"/>
        </w:rPr>
        <w:t>47:23  maulana, agla comment maulana yaqoob umri ne bheja hai lucknow book fair se, aur woh program dekh rahe hain. Unhone kaha hai ke maulana, many students have been visiting our stall, and they have purchased especially your books, and they are aspiring to meet you in delhi.</w:t>
      </w:r>
    </w:p>
    <w:p>
      <w:pPr>
        <w:pStyle w:val="Heading2"/>
      </w:pPr>
      <w:r>
        <w:t>Is reading Al-Risala once enough for dawah</w:t>
      </w:r>
    </w:p>
    <w:p>
      <w:r>
        <w:rPr>
          <w:color w:val="666666"/>
          <w:sz w:val="18"/>
        </w:rPr>
        <w:t>Society &amp; Dawah · The Straight Path October 30, 2011 Maulana Wahiduddin Khan · 3m 31s · at 1:51:19 · https://youtu.be/PKFHe82Jz58?t=6679</w:t>
      </w:r>
    </w:p>
    <w:p>
      <w:r>
        <w:rPr>
          <w:i/>
        </w:rPr>
        <w:t>“Generally people read Al-Risala and Al-Risala literature only once. After that they become satisfied with it. Is reading Al-Risala literature only once sufficient for dawah and intellectual development?”</w:t>
      </w:r>
    </w:p>
    <w:p>
      <w:r>
        <w:rPr>
          <w:sz w:val="20"/>
        </w:rPr>
        <w:t>1:51:19  woh Maulana, agla sawal hai Hafiz Muhammad Daniyal sahib ka Patna se.</w:t>
      </w:r>
      <w:r>
        <w:br/>
      </w:r>
      <w:r>
        <w:rPr>
          <w:sz w:val="20"/>
        </w:rPr>
        <w:t>1:51:26  unhone likha hai: "aam taur par log Al-Risala aur Al-Risala literature ko sirf ek bar padhte hain. is ke baad woh isi par mutmaeen ho jate hain.</w:t>
      </w:r>
      <w:r>
        <w:br/>
      </w:r>
      <w:r>
        <w:rPr>
          <w:sz w:val="20"/>
        </w:rPr>
        <w:t>1:51:37  kya sirf ek bar Al-Risala literature ko padhna dawat aur intellectual development ke liye kafi hai?" hargiz nahi.</w:t>
      </w:r>
      <w:r>
        <w:br/>
      </w:r>
      <w:r>
        <w:rPr>
          <w:sz w:val="20"/>
        </w:rPr>
        <w:t>1:51:46  main ne kai bar ek tajruba kiya ke ek aadmi mere paas aata hai, woh kehta hai ke main Risala padhta hoon.</w:t>
      </w:r>
      <w:r>
        <w:br/>
      </w:r>
      <w:r>
        <w:rPr>
          <w:sz w:val="20"/>
        </w:rPr>
        <w:t>1:51:55  to mein ne kaha kitni baar? unhon ne kaha aik baar. mein is se kehta hoon: "is se aik baar aur parh lijiyay mere samnay" aur phir mujhe aaiye poochun ga aap ko sawal.</w:t>
      </w:r>
      <w:r>
        <w:br/>
      </w:r>
      <w:r>
        <w:rPr>
          <w:sz w:val="20"/>
        </w:rPr>
        <w:t>1:52:04  to aik baar is ne parha tha apne ghar, aik baar is ne parha mere samnay, koi aik safha. phir mein ne poocha ke ab band kijiye, band karein, bataein kya is mein baat kahi gayi?</w:t>
      </w:r>
      <w:r>
        <w:br/>
      </w:r>
      <w:r>
        <w:rPr>
          <w:sz w:val="20"/>
        </w:rPr>
        <w:t>1:52:14  woh bata nahi paya. woh jab chahein aap tajurba kar lijiyay.</w:t>
      </w:r>
      <w:r>
        <w:br/>
      </w:r>
      <w:r>
        <w:rPr>
          <w:sz w:val="20"/>
        </w:rPr>
        <w:t>1:52:19  jis ne bhi risalay ke kisi mazmoon ko aik baar parha, woh samjha nahi. is ko aap poochein is se ke kya samjhe aap?</w:t>
      </w:r>
      <w:r>
        <w:br/>
      </w:r>
      <w:r>
        <w:rPr>
          <w:sz w:val="20"/>
        </w:rPr>
        <w:t>1:52:29  to woh jo bataye ga, phir us ko dekhiye, aap kuch ko kuch bata de ga, bata de ga. woh jab chahein tajurba kar lijiyay aap. to aisay log jo hain, woh is ka bhi zara olaye ka qurb, woh malam ya qurb parha magar nahi parha.</w:t>
      </w:r>
      <w:r>
        <w:br/>
      </w:r>
      <w:r>
        <w:rPr>
          <w:sz w:val="20"/>
        </w:rPr>
        <w:t>1:52:47  matlab is ke sath insaaf nahi kiya aap ne.</w:t>
      </w:r>
      <w:r>
        <w:br/>
      </w:r>
      <w:r>
        <w:rPr>
          <w:sz w:val="20"/>
        </w:rPr>
        <w:t>1:52:52  parhne wala woh hai ke parhne ke baad jab is se sawal kiya jaye ke is mein kya baat hai to theek theek is ko bata sakay. woh agar woh theek theek nahi bata sakta to woh nahi parha.</w:t>
      </w:r>
      <w:r>
        <w:br/>
      </w:r>
      <w:r>
        <w:rPr>
          <w:sz w:val="20"/>
        </w:rPr>
        <w:t>1:53:02  woh to mein is ko kahoon ke jo log samajhte hain ke un ko sachai mile aur un ke zehn ka development ho, to unhein risala ko kai baar parhna chahiye.</w:t>
      </w:r>
      <w:r>
        <w:br/>
      </w:r>
      <w:r>
        <w:rPr>
          <w:sz w:val="20"/>
        </w:rPr>
        <w:t>1:53:15  mein ne aik parhta hoon, aik mazmoon likha tha jis ne risala ko aik baar parha, us ne risala ko nahi parha. jis ne risala do baar parha, us ne bhi risala ko nahi parha.</w:t>
      </w:r>
      <w:r>
        <w:br/>
      </w:r>
      <w:r>
        <w:rPr>
          <w:sz w:val="20"/>
        </w:rPr>
        <w:t>1:53:25  jis ne risala kai baar parha, us ne risala ko parha. yeh mein baat tajurbe se likhi hai. mein ne baar baar mein tajurba kiya. kuch samajhte nahi log aik aik baar parhne se, kuch nahi.</w:t>
      </w:r>
      <w:r>
        <w:br/>
      </w:r>
      <w:r>
        <w:rPr>
          <w:sz w:val="20"/>
        </w:rPr>
        <w:t>1:53:35  is mein baat kuch rahe gi aur ntiyan kuch nikal lein ge.</w:t>
      </w:r>
      <w:r>
        <w:br/>
      </w:r>
      <w:r>
        <w:rPr>
          <w:sz w:val="20"/>
        </w:rPr>
        <w:t>1:53:41  to risala ko jo shakhs bhi chahta hai ke is mein jo baatein hain, risala mein wisdom ki baat hoti hai, wisdom baseerat.</w:t>
      </w:r>
      <w:r>
        <w:br/>
      </w:r>
      <w:r>
        <w:rPr>
          <w:sz w:val="20"/>
        </w:rPr>
        <w:t>1:53:50  to jo chahta hai ke is ko samjhe, to us ko chahiye khud apne sath hi insaaf hoga apne sath ke baar baar parhe woh.</w:t>
      </w:r>
    </w:p>
    <w:p>
      <w:pPr>
        <w:pStyle w:val="Heading2"/>
      </w:pPr>
      <w:r>
        <w:t>Is rediscovery equated with tajdid?</w:t>
      </w:r>
    </w:p>
    <w:p>
      <w:r>
        <w:rPr>
          <w:color w:val="666666"/>
          <w:sz w:val="18"/>
        </w:rPr>
        <w:t>Society &amp; Dawah · Purpose of Human Life February 12, 2012 Maulana Wahiduddin Khan · 53s · at 1:17:44 · https://youtu.be/gRupSXuak-w?t=4664</w:t>
      </w:r>
    </w:p>
    <w:p>
      <w:r>
        <w:rPr>
          <w:i/>
        </w:rPr>
        <w:t>“Is rediscovery the same as tajdid?”</w:t>
      </w:r>
    </w:p>
    <w:p>
      <w:r>
        <w:rPr>
          <w:sz w:val="20"/>
        </w:rPr>
        <w:t>1:17:44  inshallah. Maulana, un ka ek aur sawal hai. Unhon ne poocha hai ke kya rediscovery ko hi tajdeed kehte hain</w:t>
      </w:r>
      <w:r>
        <w:br/>
      </w:r>
      <w:r>
        <w:rPr>
          <w:sz w:val="20"/>
        </w:rPr>
        <w:t>1:17:53  ? Dekhein, rediscovery ki lafz bolta hoon main in logon ke liye jo apne ko Musalman kehte hain aur jo apne ko Musalman nahi kehte. To jo Islam se bahar hain, to woh un ke liye main kehta hoon ke un ke liye Islam discovery hoga, agar agar woh samjhenge Islam ko to.</w:t>
      </w:r>
      <w:r>
        <w:br/>
      </w:r>
      <w:r>
        <w:rPr>
          <w:sz w:val="20"/>
        </w:rPr>
        <w:t>1:18:14  Aur jo apne ko Musalman kehte hain, woh agar dobara mutala kar ke samjhen to un ke liye Islam rediscovery hoga.</w:t>
      </w:r>
      <w:r>
        <w:br/>
      </w:r>
      <w:r>
        <w:rPr>
          <w:sz w:val="20"/>
        </w:rPr>
        <w:t>1:18:23  Yeh main kehta hoon. Baqi tajdeed to kehte hain revival ko, yani ahya, kisi cheez ko dobara zinda karna.</w:t>
      </w:r>
    </w:p>
    <w:p>
      <w:pPr>
        <w:pStyle w:val="Heading2"/>
      </w:pPr>
      <w:r>
        <w:t>Is this the era of ideological war?</w:t>
      </w:r>
    </w:p>
    <w:p>
      <w:r>
        <w:rPr>
          <w:color w:val="666666"/>
          <w:sz w:val="18"/>
        </w:rPr>
        <w:t>Society &amp; Dawah · Islam and Peace August 25, 2013 · 1m 36s · at 48:18 · https://youtu.be/WbBu4W6AUUs?t=2898</w:t>
      </w:r>
    </w:p>
    <w:p>
      <w:r>
        <w:rPr>
          <w:i/>
        </w:rPr>
        <w:t>“Maulana, the term 'ideological war' is used. Is this the era of ideological war? What would you say?”</w:t>
      </w:r>
    </w:p>
    <w:p>
      <w:r>
        <w:rPr>
          <w:sz w:val="20"/>
        </w:rPr>
        <w:t>48:18  maulana, agla sawal gulbarga se hai maulana muhammad yaqoob umri ka. unhone likha hai: "maulana, nazriati ladaai ka lafz bola jata hai.</w:t>
      </w:r>
      <w:r>
        <w:br/>
      </w:r>
      <w:r>
        <w:rPr>
          <w:sz w:val="20"/>
        </w:rPr>
        <w:t>48:29  kya yeh daur nazriati jang ka daur hai? aap kya kahenge?"</w:t>
      </w:r>
      <w:r>
        <w:br/>
      </w:r>
      <w:r>
        <w:rPr>
          <w:sz w:val="20"/>
        </w:rPr>
        <w:t>48:36  jang ka lafz to aaj ke insaan ko nafrat hai jang ke lafz se. aaj ke insaan ne first world war aur second world war ke baad insaan ko war ke lafz se nafrat ho chuki hai.</w:t>
      </w:r>
      <w:r>
        <w:br/>
      </w:r>
      <w:r>
        <w:rPr>
          <w:sz w:val="20"/>
        </w:rPr>
        <w:t>48:52  to agar aap islam mein yeh lafz bolein to log samjhein woh samjhenge ke jaise doosre hain, waise hi islam bhi hai. doosre bhi believe karte hain ladaai bhadaai par, islam bhi believe karta hai ladaai bhadaai par.</w:t>
      </w:r>
      <w:r>
        <w:br/>
      </w:r>
      <w:r>
        <w:rPr>
          <w:sz w:val="20"/>
        </w:rPr>
        <w:t>49:05  to mein dekh raha hoon ke nazriati jang ka lafz bilkul be maani lafz hai. aap yeh keh sakte hain ideological struggle keh sakte hain aap, aur mein to is ko mission ka lafz bolta hoon, struggle bhi nahin bolta hoon mein.</w:t>
      </w:r>
      <w:r>
        <w:br/>
      </w:r>
      <w:r>
        <w:rPr>
          <w:sz w:val="20"/>
        </w:rPr>
        <w:t>49:19  yaani islam daawti mission ka naam hai, daawti jang ka naam nahin hai. daawti mission bas, yaani peaceful dawat mission, bas yahi islam hai.</w:t>
      </w:r>
      <w:r>
        <w:br/>
      </w:r>
      <w:r>
        <w:rPr>
          <w:sz w:val="20"/>
        </w:rPr>
        <w:t>49:31  aap apne apne bare mein jo aap ke farz hain, imaan hai, ibaadat hai, ikhlaq hai, woh ek zaati farz hain aap ke, woh to aap ko poora karna hai.</w:t>
      </w:r>
      <w:r>
        <w:br/>
      </w:r>
      <w:r>
        <w:rPr>
          <w:sz w:val="20"/>
        </w:rPr>
        <w:t>49:43  aur jahan tak apne se bahir ki duniya ka maamla hai, us ke liye aap ka mission sirf ek hi mission hai, aur woh hai dawat ilallah ka mission. bas.</w:t>
      </w:r>
    </w:p>
    <w:p>
      <w:pPr>
        <w:pStyle w:val="Heading2"/>
      </w:pPr>
      <w:r>
        <w:t>Is violence necessary for protests to work?</w:t>
      </w:r>
    </w:p>
    <w:p>
      <w:r>
        <w:rPr>
          <w:color w:val="666666"/>
          <w:sz w:val="18"/>
        </w:rPr>
        <w:t>Society &amp; Dawah · Why Violence 17 Nov 2019 - Maulana Wahiduddin Khan · 3m 08s · at 33:40 · https://youtu.be/W8ybr-qO96c?t=2020</w:t>
      </w:r>
    </w:p>
    <w:p>
      <w:r>
        <w:rPr>
          <w:i/>
        </w:rPr>
        <w:t>“People often say that violence becomes important as this is the best and the easiest way to get attention of authorities to consider the demands of protesters from Hong Kong to India to Europe and Asia. It has always worked. If there is no protest, then authorities will continue to do what they feel is right and will ignore the rightful demands of victims. What is your opinion as I feel protest means getting heard?”</w:t>
      </w:r>
    </w:p>
    <w:p>
      <w:r>
        <w:rPr>
          <w:sz w:val="20"/>
        </w:rPr>
        <w:t>33:40  yeh sawal bheja hai Sultan Ali sahib ne Kanpur se. unhone likha hai: "Maulana, people often say that violence becomes important as this is the best and the easiest way to get attention of authorities to consider the demands of protestors from Hong Kong to India to Europe and Asia.</w:t>
      </w:r>
      <w:r>
        <w:br/>
      </w:r>
      <w:r>
        <w:rPr>
          <w:sz w:val="20"/>
        </w:rPr>
        <w:t>34:08  it has always worked. if there is no protest, then authorities will continue to do what they feel is right and will ignore the rightful demands of victims.</w:t>
      </w:r>
      <w:r>
        <w:br/>
      </w:r>
      <w:r>
        <w:rPr>
          <w:sz w:val="20"/>
        </w:rPr>
        <w:t>34:21  what is your opinion as I feel protest means getting heard?" dekhiye, yeh bilkul baseless baat hai.</w:t>
      </w:r>
      <w:r>
        <w:br/>
      </w:r>
      <w:r>
        <w:rPr>
          <w:sz w:val="20"/>
        </w:rPr>
        <w:t>34:32  kahan work kiya violence ne? mujhe bataiye, kahan work kiya Kashmir mein? itna violence hua kahan work kiya Ayodhya mein?</w:t>
      </w:r>
      <w:r>
        <w:br/>
      </w:r>
      <w:r>
        <w:rPr>
          <w:sz w:val="20"/>
        </w:rPr>
        <w:t>34:45  itna violence hua Babri Masjid ke naam par kahan work kiya? kahin bhi violence ne work nahi kiya hai, nahi kiya hai, nahi kiya hai.</w:t>
      </w:r>
      <w:r>
        <w:br/>
      </w:r>
      <w:r>
        <w:rPr>
          <w:sz w:val="20"/>
        </w:rPr>
        <w:t>34:57  yeh hawai baat hai agar koi daawa karta hai to</w:t>
      </w:r>
      <w:r>
        <w:br/>
      </w:r>
      <w:r>
        <w:rPr>
          <w:sz w:val="20"/>
        </w:rPr>
        <w:t>35:04  violence work karta hi nahi hai na pehle karta tha rasool Allah ne dekhiye qabail ki jang ko khatam karne ke liye ek tarafah tor par un ki sharton ko maan liya hai</w:t>
      </w:r>
      <w:r>
        <w:br/>
      </w:r>
      <w:r>
        <w:rPr>
          <w:sz w:val="20"/>
        </w:rPr>
        <w:t>35:19  tab violence khatam hua hai</w:t>
      </w:r>
      <w:r>
        <w:br/>
      </w:r>
      <w:r>
        <w:rPr>
          <w:sz w:val="20"/>
        </w:rPr>
        <w:t>35:24  yeh to farzi baat hai Maulana agla comment bheja hai Sajid Ahmed Khan sahab ne Nagpur se unhone likha hai Maulana sahab you said today that no solution can be drawn by war</w:t>
      </w:r>
      <w:r>
        <w:br/>
      </w:r>
      <w:r>
        <w:rPr>
          <w:sz w:val="20"/>
        </w:rPr>
        <w:t>35:39  war is associated with two sided risk both the parties get harmed in the war so it is rejected today</w:t>
      </w:r>
      <w:r>
        <w:br/>
      </w:r>
      <w:r>
        <w:rPr>
          <w:sz w:val="20"/>
        </w:rPr>
        <w:t>35:49  the same is true in between two individuals violence has two sided risk both the persons are at equal risk</w:t>
      </w:r>
      <w:r>
        <w:br/>
      </w:r>
      <w:r>
        <w:rPr>
          <w:sz w:val="20"/>
        </w:rPr>
        <w:t>35:59  the best solution today is peaceful discussion i think the time has taught this lesson to all of us you are the only person who has discovered the secret this secret and encourage the masses and individuals to practice the peaceful activism</w:t>
      </w:r>
      <w:r>
        <w:br/>
      </w:r>
      <w:r>
        <w:rPr>
          <w:sz w:val="20"/>
        </w:rPr>
        <w:t>36:18  Jazak Allah May Allah keep us associated with this mission Ameen Tariq Badar sahab ne Pakistan se likha hai Maulana sahab this is really big news that in these two incidents Muslims didn't react and it is a big change in culture</w:t>
      </w:r>
      <w:r>
        <w:br/>
      </w:r>
      <w:r>
        <w:rPr>
          <w:sz w:val="20"/>
        </w:rPr>
        <w:t>36:37  and it looks like that we can divert Muslim efforts now for dawah work more opportunity for our work</w:t>
      </w:r>
    </w:p>
    <w:p>
      <w:pPr>
        <w:pStyle w:val="Heading2"/>
      </w:pPr>
      <w:r>
        <w:t>Islam and modern feminism views</w:t>
      </w:r>
    </w:p>
    <w:p>
      <w:r>
        <w:rPr>
          <w:color w:val="666666"/>
          <w:sz w:val="18"/>
        </w:rPr>
        <w:t>Society &amp; Dawah · The Role of a Woman March 8, 2020 Maulana Wahiduddin Khan · 52s · at 23:46 · https://youtu.be/aBPy_KTsk1A?t=1426</w:t>
      </w:r>
    </w:p>
    <w:p>
      <w:r>
        <w:rPr>
          <w:i/>
        </w:rPr>
        <w:t>“Present world's women empowerment is understood through the feminist movement, and Muslims stand heavily divided on whether Islam has scope for modern-day feminism. Maulana, what are your views on feminism?”</w:t>
      </w:r>
    </w:p>
    <w:p>
      <w:r>
        <w:rPr>
          <w:sz w:val="20"/>
        </w:rPr>
        <w:t>23:46  Maulana, agla sawal bheja hai Miss Falak Araiba ne Ghaziabad se. unhon ne likha hai "Present world's women empowerment is understood through the feminist movement,</w:t>
      </w:r>
      <w:r>
        <w:br/>
      </w:r>
      <w:r>
        <w:rPr>
          <w:sz w:val="20"/>
        </w:rPr>
        <w:t>24:05  and Muslims stand heavily divided on whether Islam has scope for modern-day feminism.</w:t>
      </w:r>
      <w:r>
        <w:br/>
      </w:r>
      <w:r>
        <w:rPr>
          <w:sz w:val="20"/>
        </w:rPr>
        <w:t>24:13  Maulana, what are your views on feminism?"</w:t>
      </w:r>
      <w:r>
        <w:br/>
      </w:r>
      <w:r>
        <w:rPr>
          <w:sz w:val="20"/>
        </w:rPr>
        <w:t>24:19  Feminism ka sab se acha definition wahi hai jo mein ne abhi hadith mein bataya ke "Men and women are two equal halves of a single unity." Yeh best formula hai</w:t>
      </w:r>
    </w:p>
    <w:p>
      <w:pPr>
        <w:pStyle w:val="Heading2"/>
      </w:pPr>
      <w:r>
        <w:t>Islam and uneducated society misconception</w:t>
      </w:r>
    </w:p>
    <w:p>
      <w:r>
        <w:rPr>
          <w:color w:val="666666"/>
          <w:sz w:val="18"/>
        </w:rPr>
        <w:t>Society &amp; Dawah · Realistic Approach March 30, 2014 Maulana Wahiduddin Khan · 3m 42s · at 43:38 · https://youtu.be/K36UonBsGlA?t=2618</w:t>
      </w:r>
    </w:p>
    <w:p>
      <w:r>
        <w:rPr>
          <w:i/>
        </w:rPr>
        <w:t>“Many people say that Islam has produced an uneducated society as Muslim community has maximum number of illiterates and as a result poor people. I want to know your opinion on this.”</w:t>
      </w:r>
    </w:p>
    <w:p>
      <w:r>
        <w:rPr>
          <w:sz w:val="20"/>
        </w:rPr>
        <w:t>43:38  Maulana, yeh sawal Bihar se aaya hai. Javed sahib ne kiya hai, unho ne likha hai: "Many people say that Islam has produced an uneducated society as Muslim community has maximum number of illiterates and as a result poor people.</w:t>
      </w:r>
      <w:r>
        <w:br/>
      </w:r>
      <w:r>
        <w:rPr>
          <w:sz w:val="20"/>
        </w:rPr>
        <w:t>43:59  Maulana, I want to know your opinion on this." dekhiye, sab se bari ghalati yeh hai ke Islam aur musalman ko ek samajhna.</w:t>
      </w:r>
      <w:r>
        <w:br/>
      </w:r>
      <w:r>
        <w:rPr>
          <w:sz w:val="20"/>
        </w:rPr>
        <w:t>44:12  jaise yeh kitab jo main ne di hai, yeh kitab hai musalmanon ke bare mein, naam is ka hai "Iska Islam". Equate karte hain musalmanon ko Islam se.</w:t>
      </w:r>
      <w:r>
        <w:br/>
      </w:r>
      <w:r>
        <w:rPr>
          <w:sz w:val="20"/>
        </w:rPr>
        <w:t>44:25  toh Islam aaj bhi waise hi hai jis tarah ke woh Seventh Century mein tha. lekin musalman jo hain, doosri community ki tarah se un par bhi zawal aayega jo hadees mein aayi hai ke: "latatata'un sunana man kana qablakum" yahan bhi main kahunga ke is ko Modern Idiom badlie.</w:t>
      </w:r>
      <w:r>
        <w:br/>
      </w:r>
      <w:r>
        <w:rPr>
          <w:sz w:val="20"/>
        </w:rPr>
        <w:t>44:44  yani Traditional alfaaz ko Modern Idiom badlie. is ka matlab hai ke tum par bhi zawal aayega jis tarah yahood par zawal aaya. toh musalmanon ko aap samajhte hain ke waise hi musalman aaj bhi hain jo Seventh Century mein hi the?</w:t>
      </w:r>
      <w:r>
        <w:br/>
      </w:r>
      <w:r>
        <w:rPr>
          <w:sz w:val="20"/>
        </w:rPr>
        <w:t>44:57  yeh toh zawal yafta qaum hai. toh zawal yafta qaum yahi sab hoga. toh Islam jo hai as a Ideology intact hai.</w:t>
      </w:r>
      <w:r>
        <w:br/>
      </w:r>
      <w:r>
        <w:rPr>
          <w:sz w:val="20"/>
        </w:rPr>
        <w:t>45:07  lekin musalman toh un ka Degeneration ho chuka hai. zawal par aa chuka hai. is haqiqat ko manie. tab musalmanon mein koi naya daur shuru hoga.</w:t>
      </w:r>
      <w:r>
        <w:br/>
      </w:r>
      <w:r>
        <w:rPr>
          <w:sz w:val="20"/>
        </w:rPr>
        <w:t>45:17  agar aap samjhen ke musalman wahi hain jo hazar saal pehle the to kabhi koi islaah nahi ho gi. islam ko alag kijiye, musalmanon ko alag kijiye.</w:t>
      </w:r>
      <w:r>
        <w:br/>
      </w:r>
      <w:r>
        <w:rPr>
          <w:sz w:val="20"/>
        </w:rPr>
        <w:t>45:27  islam ek ideology hai, is ka ek book hai, is ka ek text hai, woh aaj bhi intact hai. aaj bhi wese hi jis tarah ke pehle tha.</w:t>
      </w:r>
      <w:r>
        <w:br/>
      </w:r>
      <w:r>
        <w:rPr>
          <w:sz w:val="20"/>
        </w:rPr>
        <w:t>45:36  lekin musalman jo ek community hain, woh un par chaudah so saal jab beet gaye to generation after generation un ke andar zawal aaya, zawal aaya, zawal aaya.</w:t>
      </w:r>
      <w:r>
        <w:br/>
      </w:r>
      <w:r>
        <w:rPr>
          <w:sz w:val="20"/>
        </w:rPr>
        <w:t>45:47  ab zawal ki aakhri had par hain woh.</w:t>
      </w:r>
      <w:r>
        <w:br/>
      </w:r>
      <w:r>
        <w:rPr>
          <w:sz w:val="20"/>
        </w:rPr>
        <w:t>45:52  to is ka matlab nahi ke zawal mein aa gaye to hum isi zawal hi mein rahen ge. nahi, phir un ki islaah ho sakti hai. lekin islaah kab ho gi?</w:t>
      </w:r>
      <w:r>
        <w:br/>
      </w:r>
      <w:r>
        <w:rPr>
          <w:sz w:val="20"/>
        </w:rPr>
        <w:t>46:00  jab aap tanqeed ko bura na manen. tanqeed ko islaah samjhen. islaah. musalmanon ki sab se bari museebat yeh hai ke woh tanqeed ko bura samajhte hain.</w:t>
      </w:r>
      <w:r>
        <w:br/>
      </w:r>
      <w:r>
        <w:rPr>
          <w:sz w:val="20"/>
        </w:rPr>
        <w:t>46:11  ek ek shakhs tanqeed ko bura samajhta hai. mister bhi, molvi bhi. jeddah mein tajruba kiya. chahe mister ho ya molvi ho.</w:t>
      </w:r>
      <w:r>
        <w:br/>
      </w:r>
      <w:r>
        <w:rPr>
          <w:sz w:val="20"/>
        </w:rPr>
        <w:t>46:19  tanqeed ko samajhte hain ke buri cheez hai. tanqeed hi to islaah ka aaghaz hai. tanqeed hi islaah ka aaghaz hai.</w:t>
      </w:r>
      <w:r>
        <w:br/>
      </w:r>
      <w:r>
        <w:rPr>
          <w:sz w:val="20"/>
        </w:rPr>
        <w:t>46:29  to tanqeed ko taboo mat samjhiye. is tanqeed ko sochiye ke is ne kehne wale ne kya kaha. baat par ghor kijiye.</w:t>
      </w:r>
      <w:r>
        <w:br/>
      </w:r>
      <w:r>
        <w:rPr>
          <w:sz w:val="20"/>
        </w:rPr>
        <w:t>46:39  yeh na dekhiye ke tanqeed hai. sare musalman bhi jeete hain apne aadi maqaabir mein. har ek ne aqaabir bana rakhe hain. isi mein jeete hain.</w:t>
      </w:r>
      <w:r>
        <w:br/>
      </w:r>
      <w:r>
        <w:rPr>
          <w:sz w:val="20"/>
        </w:rPr>
        <w:t>46:48  sare musalman. mister bhi, molvi bhi. is se aap log bahar nikaliye. to is haqeeqat ko achi tarah jaan lijiye ke islam alag hai, musalman alag hain.</w:t>
      </w:r>
      <w:r>
        <w:br/>
      </w:r>
      <w:r>
        <w:rPr>
          <w:sz w:val="20"/>
        </w:rPr>
        <w:t>47:01  islam intact hai, musalman zawal ka shikar ho chuke hain. aur musalman ko dobara nikalne ke liye zaroorat hai ke aap tanqeed karen.</w:t>
      </w:r>
      <w:r>
        <w:br/>
      </w:r>
      <w:r>
        <w:rPr>
          <w:sz w:val="20"/>
        </w:rPr>
        <w:t>47:10  un ka tanqidi jaiza len. critical study karen. tab ho ga naya aaghaz.</w:t>
      </w:r>
    </w:p>
    <w:p>
      <w:pPr>
        <w:pStyle w:val="Heading2"/>
      </w:pPr>
      <w:r>
        <w:t>Islam on domestic violence and women's rights</w:t>
      </w:r>
    </w:p>
    <w:p>
      <w:r>
        <w:rPr>
          <w:color w:val="666666"/>
          <w:sz w:val="18"/>
        </w:rPr>
        <w:t>Society &amp; Dawah · History of Kaaba March 19, 2017 · 53s · at 55:27 · https://youtu.be/HPvWnoueeqg?t=3327</w:t>
      </w:r>
    </w:p>
    <w:p>
      <w:r>
        <w:rPr>
          <w:i/>
        </w:rPr>
        <w:t>“What does Islam say about domestic violence? Does Islam allow us to speak on women's rights and become a member of a women's rights organization?”</w:t>
      </w:r>
    </w:p>
    <w:p>
      <w:r>
        <w:rPr>
          <w:sz w:val="20"/>
        </w:rPr>
        <w:t>55:27  jazaak Allah Maulana ab agla sawal lete hain jo aa Miss Haseena Shafi Dar ne likha hai Sri</w:t>
      </w:r>
      <w:r>
        <w:br/>
      </w:r>
      <w:r>
        <w:rPr>
          <w:sz w:val="20"/>
        </w:rPr>
        <w:t>55:37  Nagar se unhon ne aapse poocha hai ke what does Islam say about the domestic violence and</w:t>
      </w:r>
      <w:r>
        <w:br/>
      </w:r>
      <w:r>
        <w:rPr>
          <w:sz w:val="20"/>
        </w:rPr>
        <w:t>55:45  does Islam allow us to speak on women's rights and become a member of women's rights organization</w:t>
      </w:r>
      <w:r>
        <w:br/>
      </w:r>
      <w:r>
        <w:rPr>
          <w:sz w:val="20"/>
        </w:rPr>
        <w:t>55:54  what is your opinion on this</w:t>
      </w:r>
      <w:r>
        <w:br/>
      </w:r>
      <w:r>
        <w:rPr>
          <w:sz w:val="20"/>
        </w:rPr>
        <w:t>55:57  yeh sab to crime hai aur kya</w:t>
      </w:r>
      <w:r>
        <w:br/>
      </w:r>
      <w:r>
        <w:rPr>
          <w:sz w:val="20"/>
        </w:rPr>
        <w:t>56:01  crime hai is par hamari kitabein kai hain aap parhiye</w:t>
      </w:r>
      <w:r>
        <w:br/>
      </w:r>
      <w:r>
        <w:rPr>
          <w:sz w:val="20"/>
        </w:rPr>
        <w:t>56:09  khawateen ke bare mein hamari kitabein kai hain urdu mein english mein hain arabi mein bhi hain is</w:t>
      </w:r>
      <w:r>
        <w:br/>
      </w:r>
      <w:r>
        <w:rPr>
          <w:sz w:val="20"/>
        </w:rPr>
        <w:t>56:15  ko parhiye phir aap sawal kijiye</w:t>
      </w:r>
    </w:p>
    <w:p>
      <w:pPr>
        <w:pStyle w:val="Heading2"/>
      </w:pPr>
      <w:r>
        <w:t>Islam's Compatibility with Secularism</w:t>
      </w:r>
    </w:p>
    <w:p>
      <w:r>
        <w:rPr>
          <w:color w:val="666666"/>
          <w:sz w:val="18"/>
        </w:rPr>
        <w:t>Society &amp; Dawah · The Secular Contribution of Islam | April 16, 2017 · 1m 00s · at 45:04 · https://youtu.be/QV_HIq7KeaY?t=2704</w:t>
      </w:r>
    </w:p>
    <w:p>
      <w:r>
        <w:rPr>
          <w:i/>
        </w:rPr>
        <w:t>“Maulana sahib, many people think that Islam is not compatible with present secularism or democracy. I want to know your opinion on this.”</w:t>
      </w:r>
    </w:p>
    <w:p>
      <w:r>
        <w:rPr>
          <w:sz w:val="20"/>
        </w:rPr>
        <w:t>45:04  Merit se sawal bheja hai Farooqi sahab ne, unhone likha hai: Maulana sahib, many people think that</w:t>
      </w:r>
      <w:r>
        <w:br/>
      </w:r>
      <w:r>
        <w:rPr>
          <w:sz w:val="20"/>
        </w:rPr>
        <w:t>45:11  Islam is not compatible with present secularism or democracy.</w:t>
      </w:r>
      <w:r>
        <w:br/>
      </w:r>
      <w:r>
        <w:rPr>
          <w:sz w:val="20"/>
        </w:rPr>
        <w:t>45:18  I want to know your opinion on this.</w:t>
      </w:r>
      <w:r>
        <w:br/>
      </w:r>
      <w:r>
        <w:rPr>
          <w:sz w:val="20"/>
        </w:rPr>
        <w:t>45:24  dekhiye, yeh masla islam ka nahi hai, musalmanon ka hai.</w:t>
      </w:r>
      <w:r>
        <w:br/>
      </w:r>
      <w:r>
        <w:rPr>
          <w:sz w:val="20"/>
        </w:rPr>
        <w:t>45:30  islam to poori tarah compatible hai, maine aaj ki baat jo kahi, usi se aap samajh sakte hain.</w:t>
      </w:r>
      <w:r>
        <w:br/>
      </w:r>
      <w:r>
        <w:rPr>
          <w:sz w:val="20"/>
        </w:rPr>
        <w:t>45:36  lekin musalmanon ka attitude qaumi attitude ban gaya hai, islami nahi.</w:t>
      </w:r>
      <w:r>
        <w:br/>
      </w:r>
      <w:r>
        <w:rPr>
          <w:sz w:val="20"/>
        </w:rPr>
        <w:t>45:43  aaj ke musalmanon ki poori policy, unki saari attitude sab jo hai, qaumi hai, community ko le</w:t>
      </w:r>
      <w:r>
        <w:br/>
      </w:r>
      <w:r>
        <w:rPr>
          <w:sz w:val="20"/>
        </w:rPr>
        <w:t>45:49  kar ke hai, islami nahi hai.</w:t>
      </w:r>
      <w:r>
        <w:br/>
      </w:r>
      <w:r>
        <w:rPr>
          <w:sz w:val="20"/>
        </w:rPr>
        <w:t>45:55  to to all the blame goes to Muslim community and not to the Islam.</w:t>
      </w:r>
    </w:p>
    <w:p>
      <w:pPr>
        <w:pStyle w:val="Heading2"/>
      </w:pPr>
      <w:r>
        <w:t>Islam's View on Overthrowing Governments</w:t>
      </w:r>
    </w:p>
    <w:p>
      <w:r>
        <w:rPr>
          <w:color w:val="666666"/>
          <w:sz w:val="18"/>
        </w:rPr>
        <w:t>Society &amp; Dawah · Importance of Peace December 16, 2012 · 5m 29s · at 1:18:20 · https://youtu.be/nymyorYyEz4?t=4700</w:t>
      </w:r>
    </w:p>
    <w:p>
      <w:r>
        <w:rPr>
          <w:i/>
        </w:rPr>
        <w:t>“What is Islam's position on overthrowing established governments as was done in the Arab Spring?”</w:t>
      </w:r>
    </w:p>
    <w:p>
      <w:r>
        <w:rPr>
          <w:sz w:val="20"/>
        </w:rPr>
        <w:t>1:18:20  Maulana, agla sawal Miss Naghma Siddiqui ka hai Delhi se. unhon ne likha hai: "What is Islam's position on overthrowing of established governments as was done in Arab Spring</w:t>
      </w:r>
      <w:r>
        <w:br/>
      </w:r>
      <w:r>
        <w:rPr>
          <w:sz w:val="20"/>
        </w:rPr>
        <w:t>1:18:34  ?" dekhiye, is mamle mein Islam ka nuqta nazar jo hai, woh pragmatism par mabni hai. pragmatism yaani practical wisdom par.</w:t>
      </w:r>
      <w:r>
        <w:br/>
      </w:r>
      <w:r>
        <w:rPr>
          <w:sz w:val="20"/>
        </w:rPr>
        <w:t>1:18:47  kyunke dekhen, hukoomaton ko overthrow karna is se kabhi bhi koi faida nahi milta, sirf nuqsan hi pohanchta hai. is daur mein bar bar musalmanon ne aisa kiya hai, kisi hukoomat ko overthrow kiya, us ko</w:t>
      </w:r>
      <w:r>
        <w:br/>
      </w:r>
      <w:r>
        <w:rPr>
          <w:sz w:val="20"/>
        </w:rPr>
        <w:t>1:19:02  ulta. lekin nateeja kya nikla? ek nayi tabahi, ek nayi tabahi, ek nayi tabahi.</w:t>
      </w:r>
      <w:r>
        <w:br/>
      </w:r>
      <w:r>
        <w:rPr>
          <w:sz w:val="20"/>
        </w:rPr>
        <w:t>1:19:11  is wajah se sahi tareeqa wahi jo hai jo Yusuf (AS) ne kiya tha ke hukoomat ko mante hue aap ne us ke tehat mawaqe ko istemal kiya.</w:t>
      </w:r>
      <w:r>
        <w:br/>
      </w:r>
      <w:r>
        <w:rPr>
          <w:sz w:val="20"/>
        </w:rPr>
        <w:t>1:19:23  yeh sahi model hai. isi ko Quran mein kaha hai ke asal al-qasas. asal al-qasas ka matlab behtareen model, behtareen ma</w:t>
      </w:r>
      <w:r>
        <w:br/>
      </w:r>
      <w:r>
        <w:rPr>
          <w:sz w:val="20"/>
        </w:rPr>
        <w:t>1:19:31  dal. isi liye mera nazariya is se jo bana hai, woh yeh hai ke Islam mein political status quoism hai,</w:t>
      </w:r>
      <w:r>
        <w:br/>
      </w:r>
      <w:r>
        <w:rPr>
          <w:sz w:val="20"/>
        </w:rPr>
        <w:t>1:19:41  da'wah activism aur political status quoism. yaani peaceful da'wah ke liye aap amal karen ge, lekin jahan tak political power ki baat hai, wahan aap status quo ko maintain karen ge.</w:t>
      </w:r>
      <w:r>
        <w:br/>
      </w:r>
      <w:r>
        <w:rPr>
          <w:sz w:val="20"/>
        </w:rPr>
        <w:t>1:19:54  hazrat Yusuf ka jo usool tha, woh yahi hai. yaani political status quoism aur da'wah activism,</w:t>
      </w:r>
      <w:r>
        <w:br/>
      </w:r>
      <w:r>
        <w:rPr>
          <w:sz w:val="20"/>
        </w:rPr>
        <w:t>1:20:02  yahi Islam hai. baqi jo log kar rahe hain kaam, woh Islam se koi is ka ta'alluq nahi hai. woh to sarakshi mein nazdeek hai. jo Muslim countries mein hukoomaton ko ultate palte hain, woh sarakshi karte hain.</w:t>
      </w:r>
      <w:r>
        <w:br/>
      </w:r>
      <w:r>
        <w:rPr>
          <w:sz w:val="20"/>
        </w:rPr>
        <w:t>1:20:13  is ka islam se koi to nahin. islam ka naam le ke karen to is se islam nahin ban jayega. woh kyunke ek hadith yeh bhi hai, dekhiye ke rasool Allah ne farmaya tha ke baad ke zamane mein aisa hoga ke log sharab peene lagenge.</w:t>
      </w:r>
      <w:r>
        <w:br/>
      </w:r>
      <w:r>
        <w:rPr>
          <w:sz w:val="20"/>
        </w:rPr>
        <w:t>1:20:30  to sahaba ne poocha ke aisa kaise karenge ke sharab piyenge? to aap ne farmaya ke baghair ism yuhalliluna, yaani is ka naam badal denge, naam badal ke is ko jaiz kar denge.</w:t>
      </w:r>
      <w:r>
        <w:br/>
      </w:r>
      <w:r>
        <w:rPr>
          <w:sz w:val="20"/>
        </w:rPr>
        <w:t>1:20:45  to sharab ka lafz wahan par alamaati hai, alamaati hai. yeh sab isi mein shamil hai. kar rahe hain ek ek sarkashi ka kaam,</w:t>
      </w:r>
      <w:r>
        <w:br/>
      </w:r>
      <w:r>
        <w:rPr>
          <w:sz w:val="20"/>
        </w:rPr>
        <w:t>1:20:56  ek siyasat, yaani yaani ek ek siyasat bazi ka kaam, leadery ka kaam. lekin naam rakh rakha hai islam is ko, is ka naam hai islamization.</w:t>
      </w:r>
      <w:r>
        <w:br/>
      </w:r>
      <w:r>
        <w:rPr>
          <w:sz w:val="20"/>
        </w:rPr>
        <w:t>1:21:07  yeh to hai baghair ism ya luna, is ka naam badal denge aur phir jaiz kar lenge. is ko yeh to shaitani siyasat hai.</w:t>
      </w:r>
      <w:r>
        <w:br/>
      </w:r>
      <w:r>
        <w:rPr>
          <w:sz w:val="20"/>
        </w:rPr>
        <w:t>1:21:18  shaitan ne takra kiya tha Allah taala se, woh isi ki, isi wohi jari hai, wohi continue hai ab tak.</w:t>
      </w:r>
      <w:r>
        <w:br/>
      </w:r>
      <w:r>
        <w:rPr>
          <w:sz w:val="20"/>
        </w:rPr>
        <w:t>1:21:27  yaani establishment se takrana, yeh islam nahin hai. yeh yeh yeh secular parties hain, yeh secular parties hain.</w:t>
      </w:r>
      <w:r>
        <w:br/>
      </w:r>
      <w:r>
        <w:rPr>
          <w:sz w:val="20"/>
        </w:rPr>
        <w:t>1:21:38  sab se pehli misaal qaim ki thi shaitan ne establishment se, yaani Allah taala se takraya tha. woh aaj tak wohi case case chala ja raha hai.</w:t>
      </w:r>
      <w:r>
        <w:br/>
      </w:r>
      <w:r>
        <w:rPr>
          <w:sz w:val="20"/>
        </w:rPr>
        <w:t>1:21:48  saaf dekhen, seedhi si baat hai ke aap in logon ko jo yeh jo kar rahe hain, aap aap jaanchen in ko in terms of result. result to kuch bhi nahin mila.</w:t>
      </w:r>
      <w:r>
        <w:br/>
      </w:r>
      <w:r>
        <w:rPr>
          <w:sz w:val="20"/>
        </w:rPr>
        <w:t>1:22:00  aap Imam Nawawi ki jo sharah hai, Muslim mein aap is ko padh lijie. mere paas woh kitab maujood hai. Imam Nawawi bahut bade aalim hain, woh hadith ki sharah karte hue likhte hain ke is hadith ka matlab</w:t>
      </w:r>
      <w:r>
        <w:br/>
      </w:r>
      <w:r>
        <w:rPr>
          <w:sz w:val="20"/>
        </w:rPr>
        <w:t>1:22:13  is mein likhte hain ke ek hukumat jo qaim hai, us ko hukumat ke khilaf baghavat, jis ko jis ko arab mein khurooj kaha jata hai, khurooj haram hai, haram hai bilkul.</w:t>
      </w:r>
      <w:r>
        <w:br/>
      </w:r>
      <w:r>
        <w:rPr>
          <w:sz w:val="20"/>
        </w:rPr>
        <w:t>1:22:27  baqayda likhte hain aur ijma is par ijma hai.</w:t>
      </w:r>
      <w:r>
        <w:br/>
      </w:r>
      <w:r>
        <w:rPr>
          <w:sz w:val="20"/>
        </w:rPr>
        <w:t>1:22:31  un ke alfaaz yeh hain ke agar aap ko ikhtilaf hai to person to person baat kijiye, yaani hakim se miliye, hakim mil ke us ko naseehat kijiye.</w:t>
      </w:r>
      <w:r>
        <w:br/>
      </w:r>
      <w:r>
        <w:rPr>
          <w:sz w:val="20"/>
        </w:rPr>
        <w:t>1:22:43  person to person is mein lafz hai fima bain wa bainahu, fima bain wa bainahu ke matlab person to person baat karna.</w:t>
      </w:r>
      <w:r>
        <w:br/>
      </w:r>
      <w:r>
        <w:rPr>
          <w:sz w:val="20"/>
        </w:rPr>
        <w:t>1:22:52  phir kehte hain ke wa in khurooj alaihim wa haram bi ijma al muslimeen walaw kanoo fasaqah walaw kanoo zaleemeen. aur jahan tak taluq hai in ko overthrow karne ka, khurooj ka to haram hai ijma se.</w:t>
      </w:r>
      <w:r>
        <w:br/>
      </w:r>
      <w:r>
        <w:rPr>
          <w:sz w:val="20"/>
        </w:rPr>
        <w:t>1:23:08  chahe aap ko fasiq nazar ayen, chahe woh aap ko aap ko zalim nazar ayen, tab bhi Imam Taymiyyah se poocha gaya ke aage sharab pi hai, tab bhi kya hum us ko yaani bardasht karen?</w:t>
      </w:r>
      <w:r>
        <w:br/>
      </w:r>
      <w:r>
        <w:rPr>
          <w:sz w:val="20"/>
        </w:rPr>
        <w:t>1:23:22  to hum ne kaha wa in, tab bhi wa in. kyun? kyunke nateeja ulta nikalta hai hamesha.</w:t>
      </w:r>
      <w:r>
        <w:br/>
      </w:r>
      <w:r>
        <w:rPr>
          <w:sz w:val="20"/>
        </w:rPr>
        <w:t>1:23:33  us ko arib kehte hain counter productive.</w:t>
      </w:r>
      <w:r>
        <w:br/>
      </w:r>
      <w:r>
        <w:rPr>
          <w:sz w:val="20"/>
        </w:rPr>
        <w:t>1:23:36  to islam be nateeja kaam ke khilaf hai. man hasana al islam marruhu tarqu ma la yani yeh islam ka nuqta nazar hai.</w:t>
      </w:r>
    </w:p>
    <w:p>
      <w:pPr>
        <w:pStyle w:val="Heading2"/>
      </w:pPr>
      <w:r>
        <w:t>Islam's position on women and segregation</w:t>
      </w:r>
    </w:p>
    <w:p>
      <w:r>
        <w:rPr>
          <w:color w:val="666666"/>
          <w:sz w:val="18"/>
        </w:rPr>
        <w:t>Society &amp; Dawah · Age of Alternatives April 05, 2015 · 8m 40s · at 49:54 · https://youtu.be/4v0uCM2BZuA?t=2994</w:t>
      </w:r>
    </w:p>
    <w:p>
      <w:r>
        <w:rPr>
          <w:i/>
        </w:rPr>
        <w:t>“Please explain Islam's stand on the position of women in Islam with reference to the segregation of male and female.”</w:t>
      </w:r>
    </w:p>
    <w:p>
      <w:r>
        <w:rPr>
          <w:sz w:val="20"/>
        </w:rPr>
        <w:t>49:54  maulana, agla sawal ah sumeena sahiba ne kiya hai dilli se. unhone aapse poocha hai ke: "maulana sahib, please explain Islam stand on the position of women in Islam with reference to the segregation of male and female."</w:t>
      </w:r>
      <w:r>
        <w:br/>
      </w:r>
      <w:r>
        <w:rPr>
          <w:sz w:val="20"/>
        </w:rPr>
        <w:t>50:16  dekhen, yeh bohat bara masla hai aur mein chahta hoon ke is par mein jo mein parha hai, maine jo jo study ki hai, us ki roshni mein kuch arz karoon.</w:t>
      </w:r>
      <w:r>
        <w:br/>
      </w:r>
      <w:r>
        <w:rPr>
          <w:sz w:val="20"/>
        </w:rPr>
        <w:t>50:30  dekhen, segregation jo hai, apne aap mein ek natural tareeqa hai kyunke dekhiye, jab marriage hoti hai to apne aap ek segregation ho jata hai.</w:t>
      </w:r>
      <w:r>
        <w:br/>
      </w:r>
      <w:r>
        <w:rPr>
          <w:sz w:val="20"/>
        </w:rPr>
        <w:t>50:44  partial sense mein</w:t>
      </w:r>
      <w:r>
        <w:br/>
      </w:r>
      <w:r>
        <w:rPr>
          <w:sz w:val="20"/>
        </w:rPr>
        <w:t>50:48  marriage kar ke hamesha aise hi hota hai ke ek segregation ki situation paida hoti hai. sab se buri cheez jo is zamane mein hai, wo kya hai?</w:t>
      </w:r>
      <w:r>
        <w:br/>
      </w:r>
      <w:r>
        <w:rPr>
          <w:sz w:val="20"/>
        </w:rPr>
        <w:t>50:58  unmarried couple ka concept. sab se buri cheez it is unmarried. it is the concept of unmarried couples that has created problems.</w:t>
      </w:r>
      <w:r>
        <w:br/>
      </w:r>
      <w:r>
        <w:rPr>
          <w:sz w:val="20"/>
        </w:rPr>
        <w:t>51:11  unmarried couples ke concept</w:t>
      </w:r>
      <w:r>
        <w:br/>
      </w:r>
      <w:r>
        <w:rPr>
          <w:sz w:val="20"/>
        </w:rPr>
        <w:t>51:13  se kya hua? perhaps society aayi, nudity aayi aur ghalat doosri bohat sari buraiyan paida huin.</w:t>
      </w:r>
      <w:r>
        <w:br/>
      </w:r>
      <w:r>
        <w:rPr>
          <w:sz w:val="20"/>
        </w:rPr>
        <w:t>51:23  agar natural formula ko apnaya jaye ke jaise hi baligh hon log, wo shadi kar len, apne aap mein ek natural segregation paida qaim ho jata hai.</w:t>
      </w:r>
      <w:r>
        <w:br/>
      </w:r>
      <w:r>
        <w:rPr>
          <w:sz w:val="20"/>
        </w:rPr>
        <w:t>51:36  acha, is ke baad kuch zarooraten aisi zindagi ki hain jahan hum ko de-segregation ka tareeqa ikhtiyar karna parta hai. de-segregation yani aurten bahar aayen, kaam karen.</w:t>
      </w:r>
      <w:r>
        <w:br/>
      </w:r>
      <w:r>
        <w:rPr>
          <w:sz w:val="20"/>
        </w:rPr>
        <w:t>51:50  to yeh Islam mein bhi maujood hai aur hamesha rahega. maslan dekhiye, rasool Allah ke zamane mein khawateen ghazwaat mein shareek hoti theen.</w:t>
      </w:r>
      <w:r>
        <w:br/>
      </w:r>
      <w:r>
        <w:rPr>
          <w:sz w:val="20"/>
        </w:rPr>
        <w:t>52:05  that was against the segregation. da'wati sargarmian bhi karti theen. misaal ke taur par, mein cyprus gaya to wahan par ek sahabi khatoon wahan pahunchi theen ek da'wati team ke sath.</w:t>
      </w:r>
      <w:r>
        <w:br/>
      </w:r>
      <w:r>
        <w:rPr>
          <w:sz w:val="20"/>
        </w:rPr>
        <w:t>52:19  wahin un ka intiqal hoga, wahin un ki qabr hai aur aaj bhi woh qabr maujood hai. wahan par woh mein ne khud dekha apni aankh se. quran mein kaha gaya hai: "khawateen ke liye saaye haath safar karne wali" yani da'wati safar karne wali.</w:t>
      </w:r>
      <w:r>
        <w:br/>
      </w:r>
      <w:r>
        <w:rPr>
          <w:sz w:val="20"/>
        </w:rPr>
        <w:t>52:34  to khud sahabi ne da'wati safar kiya. to mein samajhta hoon ke yani segregation ek natural had mein apne aap hi maujood hota hai lekin zaroorat ki wajah se kahin hum ko de-segregation ka bhi istemal karna tareeqa karna parta hai.</w:t>
      </w:r>
      <w:r>
        <w:br/>
      </w:r>
      <w:r>
        <w:rPr>
          <w:sz w:val="20"/>
        </w:rPr>
        <w:t>52:53  tareeqa to hum ne apne mission mein yani limited sense mein de-segregation ka tareeqa apnaya hai.</w:t>
      </w:r>
      <w:r>
        <w:br/>
      </w:r>
      <w:r>
        <w:rPr>
          <w:sz w:val="20"/>
        </w:rPr>
        <w:t>53:02  wo kyun</w:t>
      </w:r>
      <w:r>
        <w:br/>
      </w:r>
      <w:r>
        <w:rPr>
          <w:sz w:val="20"/>
        </w:rPr>
        <w:t>53:04  ? kyunke is zamane mein dekhiye, technology ka zamana hai, hamein logon se kaam lena hai to hamein aadmi nahi milte.</w:t>
      </w:r>
      <w:r>
        <w:br/>
      </w:r>
      <w:r>
        <w:rPr>
          <w:sz w:val="20"/>
        </w:rPr>
        <w:t>53:15  agar hum yeh tareeqa ikhtiyar karen ke strict segregation to hamein aadmi nahi milenge, kaam hi nahi chalega. to mein samajhta hoon ke Islam ki tareekh mein maujood hai de-segregation ka tareeqa partial sense mein.</w:t>
      </w:r>
      <w:r>
        <w:br/>
      </w:r>
      <w:r>
        <w:rPr>
          <w:sz w:val="20"/>
        </w:rPr>
        <w:t>53:32  wahi hum ne apply kiya hai yahan par. aur agar koi yeh samajhta ho ke segregation itna zyada zaroori hai, tab bhi mein usay kahunga ke fiqh mein ek mana hua principle hai:</w:t>
      </w:r>
      <w:r>
        <w:br/>
      </w:r>
      <w:r>
        <w:rPr>
          <w:sz w:val="20"/>
        </w:rPr>
        <w:t>53:45  "al-zarurat tubih al-mahzurāt"۔ yeh fiqh ka saare ulama mante hain: "al-zarurat tubih al-mahzurāt" yaani necessity makes unlawful lawful۔</w:t>
      </w:r>
      <w:r>
        <w:br/>
      </w:r>
      <w:r>
        <w:rPr>
          <w:sz w:val="20"/>
        </w:rPr>
        <w:t>53:57  to yahan par hamein agar hum strict sense mein segregation ka formula apnayein to yeh mission band karna parega۔</w:t>
      </w:r>
      <w:r>
        <w:br/>
      </w:r>
      <w:r>
        <w:rPr>
          <w:sz w:val="20"/>
        </w:rPr>
        <w:t>54:06  nahi chal sakta, chal hi nahi sakta۔ to</w:t>
      </w:r>
      <w:r>
        <w:br/>
      </w:r>
      <w:r>
        <w:rPr>
          <w:sz w:val="20"/>
        </w:rPr>
        <w:t>54:11  mein do baatein kahunga ke natural dayre mein de-segregation apne aap maujood hai pehle bhi aur aaj bhi۔</w:t>
      </w:r>
      <w:r>
        <w:br/>
      </w:r>
      <w:r>
        <w:rPr>
          <w:sz w:val="20"/>
        </w:rPr>
        <w:t>54:20  aur is zarurat ke tehat agar aap ikhtiyar karna chahein is ko to yeh bhi maujood hai۔ is yeh masla bhi ke "al-zarurat tubih al-mahzurāt" aap ikhtiyar kar sakte hain۔</w:t>
      </w:r>
      <w:r>
        <w:br/>
      </w:r>
      <w:r>
        <w:rPr>
          <w:sz w:val="20"/>
        </w:rPr>
        <w:t>54:33  mein samajhta hoon ke khawateen ke bare mein jo nazariya sahi hai, woh hai jo allama nasseruddin al-bani ne apni kitab mein likha hai۔ is ki kitab ka naam hai: "hijab al-marat al-muslima"۔</w:t>
      </w:r>
      <w:r>
        <w:br/>
      </w:r>
      <w:r>
        <w:rPr>
          <w:sz w:val="20"/>
        </w:rPr>
        <w:t>54:45  "hijab al-marat al-muslima" is mein unhon ne likha hai ke segregation yeh koi islam ka principle nahi hai۔</w:t>
      </w:r>
      <w:r>
        <w:br/>
      </w:r>
      <w:r>
        <w:rPr>
          <w:sz w:val="20"/>
        </w:rPr>
        <w:t>54:53  unhon ne ek misaal di hai ke ek hadith mein ek hadith hai ke rasool Allah ke zamane mein auratein fajar ki namaz mein aati theen۔</w:t>
      </w:r>
      <w:r>
        <w:br/>
      </w:r>
      <w:r>
        <w:rPr>
          <w:sz w:val="20"/>
        </w:rPr>
        <w:t>55:04  to is mein lafz hai, rawi ne yeh lafz istemal kiya hai ke: "wa la yu'rafna min al-ghalas"۔</w:t>
      </w:r>
      <w:r>
        <w:br/>
      </w:r>
      <w:r>
        <w:rPr>
          <w:sz w:val="20"/>
        </w:rPr>
        <w:t>55:15  is is hadith ko riwayat naqal kiya allama al-bani ne ke: "wa la yu'rafna min al-ghalas" aur andhere ki wajah se pehchani nahi jati thi۔ aap ghor kijiye ke mein yani agar wahan sab log burqa posh hon, chehre ko chhupaye hue hon to andhera ho, chahe ujala nahi pehchane jayenge۔</w:t>
      </w:r>
      <w:r>
        <w:br/>
      </w:r>
      <w:r>
        <w:rPr>
          <w:sz w:val="20"/>
        </w:rPr>
        <w:t>55:38  woh to aaj "wa la yu'rafna min al-ghalas" ke ma'ni andhere ki wajah se pehchani jat</w:t>
      </w:r>
      <w:r>
        <w:br/>
      </w:r>
      <w:r>
        <w:rPr>
          <w:sz w:val="20"/>
        </w:rPr>
        <w:t>55:44  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r>
        <w:br/>
      </w:r>
      <w:r>
        <w:rPr>
          <w:sz w:val="20"/>
        </w:rPr>
        <w:t>56:14  yeh baqi hai ke burqa aur aur bilkul jaise chehra chhupa hua hai, yeh yeh koi islam nahi hai۔ doosri baat mein yeh arz karunga ke fiqh hanafi jo hai, fiqh hanafi mein teen cheezon ko exempt kiya gaya hai parde se:</w:t>
      </w:r>
      <w:r>
        <w:br/>
      </w:r>
      <w:r>
        <w:rPr>
          <w:sz w:val="20"/>
        </w:rPr>
        <w:t>56:32  face aur kaffain aur qadamain yani chehra aur aur haath aur paon۔</w:t>
      </w:r>
      <w:r>
        <w:br/>
      </w:r>
      <w:r>
        <w:rPr>
          <w:sz w:val="20"/>
        </w:rPr>
        <w:t>56:40  yeh fiqh</w:t>
      </w:r>
      <w:r>
        <w:br/>
      </w:r>
      <w:r>
        <w:rPr>
          <w:sz w:val="20"/>
        </w:rPr>
        <w:t>56:41  hanafi mein is ko mustasna qarar diya gaya hai۔ woh is ayat se le kar unhon ne banaya hai masla: "illa ma dhahara minha"۔</w:t>
      </w:r>
      <w:r>
        <w:br/>
      </w:r>
      <w:r>
        <w:rPr>
          <w:sz w:val="20"/>
        </w:rPr>
        <w:t>56:52  to hum ne jo ikhtiyar kiya hai tareeqa, yeh ulama ke maslak se hargiz hata hua nahi hai۔ khud ulama hate hue hain ke jo cheez islam mein nahi hai, us ko unhon ne impose kar rakha hai۔</w:t>
      </w:r>
      <w:r>
        <w:br/>
      </w:r>
      <w:r>
        <w:rPr>
          <w:sz w:val="20"/>
        </w:rPr>
        <w:t>57:04  islam mein kabhi burqa nahi tha۔</w:t>
      </w:r>
      <w:r>
        <w:br/>
      </w:r>
      <w:r>
        <w:rPr>
          <w:sz w:val="20"/>
        </w:rPr>
        <w:t>57:07  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r>
        <w:br/>
      </w:r>
      <w:r>
        <w:rPr>
          <w:sz w:val="20"/>
        </w:rPr>
        <w:t>57:34  to hamare bare mein koi agar yeh kahe ke hum shariat se hate hue hain to bilkul galat jhoot kehta hai۔ woh hum wohi tareeqa ikhtiyar kiye hue hain jo quran hadith sabit hai, jo fiqh hanafi ka masla hai aur jo jo sabit hota hai۔</w:t>
      </w:r>
      <w:r>
        <w:br/>
      </w:r>
      <w:r>
        <w:rPr>
          <w:sz w:val="20"/>
        </w:rPr>
        <w:t>57:52  to khulasa yeh hai ke asal cheez khawateen ke liye hai ke woh sadgi mein rahein, hawa na karein, woh free mixing na karein aur jaiz hudood mein kaam karein aur purpose full un ka jo de-segregation ho, purpose purpose full ho to bilkul islami hoga۔</w:t>
      </w:r>
      <w:r>
        <w:br/>
      </w:r>
      <w:r>
        <w:rPr>
          <w:sz w:val="20"/>
        </w:rPr>
        <w:t>58:11  woh yahi hamare haan hai, hum is ko kharab nahi karte۔</w:t>
      </w:r>
      <w:r>
        <w:br/>
      </w:r>
      <w:r>
        <w:rPr>
          <w:sz w:val="20"/>
        </w:rPr>
        <w:t>58:16  jo jo ulama ka jo traditional tareeqa raaj hoga segregation ka, woh islam se is ka koi ta'alluq nahi۔</w:t>
      </w:r>
      <w:r>
        <w:br/>
      </w:r>
      <w:r>
        <w:rPr>
          <w:sz w:val="20"/>
        </w:rPr>
        <w:t>58:25  kisi ko shakk ho is mein to allama al-bani ki kitab padh lein: "hijab al-marat al-muslima"۔</w:t>
      </w:r>
    </w:p>
    <w:p>
      <w:pPr>
        <w:pStyle w:val="Heading2"/>
      </w:pPr>
      <w:r>
        <w:t>Islam's role in modern age</w:t>
      </w:r>
    </w:p>
    <w:p>
      <w:r>
        <w:rPr>
          <w:color w:val="666666"/>
          <w:sz w:val="18"/>
        </w:rPr>
        <w:t>Society &amp; Dawah · The Secular Contribution of Islam | April 16, 2017 · 1m 48s · at 59:44 · https://youtu.be/QV_HIq7KeaY?t=3584</w:t>
      </w:r>
    </w:p>
    <w:p>
      <w:r>
        <w:rPr>
          <w:i/>
        </w:rPr>
        <w:t>“Islam has had a pivotal role in strengthening foundation of the modern age. What is Islam's role in the modern age now? What is your comment on this?”</w:t>
      </w:r>
    </w:p>
    <w:p>
      <w:r>
        <w:rPr>
          <w:sz w:val="20"/>
        </w:rPr>
        <w:t>59:44  is just like a big bird approach. maulana, delhi se sawal kiya hai miss naghma siddiqui ne, unhon ne likha hai: islam has had a pivotal role in strong foundation of the modern age. what is islam's role in the modern age now? what is your comment on this, maulana? main samajhta hoon ke aaj sab se bara jo role hai islam ka, jo musalman</w:t>
      </w:r>
      <w:r>
        <w:br/>
      </w:r>
      <w:r>
        <w:rPr>
          <w:sz w:val="20"/>
        </w:rPr>
        <w:t>1:00:14  on ko, yani musalmanon ki taraf se duniya ke samne aana hai, yani islam khud to chal phir ke nahi pohnchega, pohnchana to musalmanon ko hai. to sab se bari baat jo duniya ko bata sakte hain musalman, ke islam ne equation ko badal diya. qadeem zamane mein jo equation jo tha, woh that was based on dichotomy: dushman dost, dushman dost. quran</w:t>
      </w:r>
      <w:r>
        <w:br/>
      </w:r>
      <w:r>
        <w:rPr>
          <w:sz w:val="20"/>
        </w:rPr>
        <w:t>1:00:44  ne ek third option nikala: dushman dost aur supporter.</w:t>
      </w:r>
      <w:r>
        <w:br/>
      </w:r>
      <w:r>
        <w:rPr>
          <w:sz w:val="20"/>
        </w:rPr>
        <w:t>1:00:50  yeh jante nahi log.</w:t>
      </w:r>
      <w:r>
        <w:br/>
      </w:r>
      <w:r>
        <w:rPr>
          <w:sz w:val="20"/>
        </w:rPr>
        <w:t>1:00:56  yeh dichotomy ko quran ne zyada behtar iski shakal di hai ke quran batata hai ke ke</w:t>
      </w:r>
      <w:r>
        <w:br/>
      </w:r>
      <w:r>
        <w:rPr>
          <w:sz w:val="20"/>
        </w:rPr>
        <w:t>1:01:02  dost aur dushman ke sawab ek ek hain, aur woh hai supporter.</w:t>
      </w:r>
      <w:r>
        <w:br/>
      </w:r>
      <w:r>
        <w:rPr>
          <w:sz w:val="20"/>
        </w:rPr>
        <w:t>1:01:08  toh logon ko supporter banao, kya zaroorat hai ladne ki? yeh jo concept</w:t>
      </w:r>
      <w:r>
        <w:br/>
      </w:r>
      <w:r>
        <w:rPr>
          <w:sz w:val="20"/>
        </w:rPr>
        <w:t>1:01:14  islam ka hai, yeh duniya ko batana, yeh musalmanon ka sabse bada kaam hai.</w:t>
      </w:r>
      <w:r>
        <w:br/>
      </w:r>
      <w:r>
        <w:rPr>
          <w:sz w:val="20"/>
        </w:rPr>
        <w:t>1:01:20  lekin iske liye musalmanon ko chhodna padega violence, apne apne hathiyaron ko samandar mein phenkna padega</w:t>
      </w:r>
      <w:r>
        <w:br/>
      </w:r>
      <w:r>
        <w:rPr>
          <w:sz w:val="20"/>
        </w:rPr>
        <w:t>1:01:26  ga, tab yeh role bata payenge woh.</w:t>
      </w:r>
    </w:p>
    <w:p>
      <w:pPr>
        <w:pStyle w:val="Heading2"/>
      </w:pPr>
      <w:r>
        <w:t>Islam's stance on rebellion for freedom</w:t>
      </w:r>
    </w:p>
    <w:p>
      <w:r>
        <w:rPr>
          <w:color w:val="666666"/>
          <w:sz w:val="18"/>
        </w:rPr>
        <w:t>Society &amp; Dawah · Man and Paradise August 18, 2013 · 2m 19s · at 43:58 · https://youtu.be/v7eX25YAjDU?t=2638</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to become a rebel to demand for freedom?'”</w:t>
      </w:r>
    </w:p>
    <w:p>
      <w:r>
        <w:rPr>
          <w:sz w:val="20"/>
        </w:rPr>
        <w:t>43:58  molana, agla sawal dilli se hai, doctor fareeda khanoom ka. unhon ne likha hai: "Yesterday I was watching TV channel Al Jazeera, one Egyptian lady who was with the protesters was being asked by the reporter as to why she was with the protesters.</w:t>
      </w:r>
      <w:r>
        <w:br/>
      </w:r>
      <w:r>
        <w:rPr>
          <w:sz w:val="20"/>
        </w:rPr>
        <w:t>44:17  She replied, 'I have a fancy home, I have a fancy car, but I don't enjoy freedom.</w:t>
      </w:r>
      <w:r>
        <w:br/>
      </w:r>
      <w:r>
        <w:rPr>
          <w:sz w:val="20"/>
        </w:rPr>
        <w:t>44:26  My question is, does Islam allow to become a rebel to demand for freedom?' bilkul, yeh mere nazdeek to haram hai.</w:t>
      </w:r>
      <w:r>
        <w:br/>
      </w:r>
      <w:r>
        <w:rPr>
          <w:sz w:val="20"/>
        </w:rPr>
        <w:t>44:35  haram kaun se freedom? kis cheez ko aap freedom kehte hain? kis cheez ko? yeh yeh jo bol rahi hai, woh woh bhi to freedom hai. yani ek hukoomat qaim hai, is mein aap bol rahe hain, yeh yeh bhi to freedom hai.</w:t>
      </w:r>
      <w:r>
        <w:br/>
      </w:r>
      <w:r>
        <w:rPr>
          <w:sz w:val="20"/>
        </w:rPr>
        <w:t>44:51  mein is ko galat samajhta hoon ke un ko freedom nahi thi. pehle bhi thi aur ab bhi hai.</w:t>
      </w:r>
      <w:r>
        <w:br/>
      </w:r>
      <w:r>
        <w:rPr>
          <w:sz w:val="20"/>
        </w:rPr>
        <w:t>44:59  jis cheez ki freedom, yani Islam ka tasawwur jo yeh hai ke aap aap Islam mein jo samm bonam hai, freedom nahi hai, woh hai peace.</w:t>
      </w:r>
      <w:r>
        <w:br/>
      </w:r>
      <w:r>
        <w:rPr>
          <w:sz w:val="20"/>
        </w:rPr>
        <w:t>45:14  yeh western concept hai ke woh freedom ko samm bonam mante hain. unlimited freedom Islam ka tasawwur yeh nahi</w:t>
      </w:r>
      <w:r>
        <w:br/>
      </w:r>
      <w:r>
        <w:rPr>
          <w:sz w:val="20"/>
        </w:rPr>
        <w:t>45:23  hai. Islam ki tasdeeq agar aap ko mawaqe ko avail karne ki opportunity khuli hui hai, is mein aap ko koi rukawat nahi hai, to wohi freedom Islam ke nazdeek kaafi hai.</w:t>
      </w:r>
      <w:r>
        <w:br/>
      </w:r>
      <w:r>
        <w:rPr>
          <w:sz w:val="20"/>
        </w:rPr>
        <w:t>45:37  to kaun sa freedom woh chahti hai? jo freedom woh chahti hai, woh Islam mein matloob hi nahi hai. to mein dekh, yeh ek bilkul galat baat hai, baseless baat hai ke un ko freedom nahi mili hui.</w:t>
      </w:r>
      <w:r>
        <w:br/>
      </w:r>
      <w:r>
        <w:rPr>
          <w:sz w:val="20"/>
        </w:rPr>
        <w:t>45:52  freedom na hoti to un ke paas car bhi na hoti, un ke paas ghar bhi na hota, bol bhi nahi sakti thi. woh</w:t>
      </w:r>
      <w:r>
        <w:br/>
      </w:r>
      <w:r>
        <w:rPr>
          <w:sz w:val="20"/>
        </w:rPr>
        <w:t>45:59  mein to samajhta hoon ke yeh is tarah ki jo baatein yeh log bol rahe hain, yani ke woh jante nahi ke freedom kya hai aur ghulami kya hai.</w:t>
      </w:r>
      <w:r>
        <w:br/>
      </w:r>
      <w:r>
        <w:rPr>
          <w:sz w:val="20"/>
        </w:rPr>
        <w:t>46:09  bas ek ek josh mein bol rahe hain, bas kuch bekhabari, bekhabar hain har cheez se. woh</w:t>
      </w:r>
    </w:p>
    <w:p>
      <w:pPr>
        <w:pStyle w:val="Heading2"/>
      </w:pPr>
      <w:r>
        <w:t>Islam's view on secularism as supporting factor</w:t>
      </w:r>
    </w:p>
    <w:p>
      <w:r>
        <w:rPr>
          <w:color w:val="666666"/>
          <w:sz w:val="18"/>
        </w:rPr>
        <w:t>Society &amp; Dawah · Divine Crusades December 14, 2014 · 1m 43s · at 1:00:08 · https://youtu.be/qZhY00S5LQg?t=3608</w:t>
      </w:r>
    </w:p>
    <w:p>
      <w:r>
        <w:rPr>
          <w:i/>
        </w:rPr>
        <w:t>“What is Islam's view on secularism? Islam's thought about secularism is that secularism is a supporting factor for Islam.”</w:t>
      </w:r>
    </w:p>
    <w:p>
      <w:r>
        <w:rPr>
          <w:sz w:val="20"/>
        </w:rPr>
        <w:t>1:00:08  maulana, ab sawal lete hain. yeh ankhi ne bheja hai delhi se, miss ankhi ne. aur unhon ne aapse poocha hai ke What is Islam's view on secularism?</w:t>
      </w:r>
      <w:r>
        <w:br/>
      </w:r>
      <w:r>
        <w:rPr>
          <w:sz w:val="20"/>
        </w:rPr>
        <w:t>1:00:18  Islam ka soch jo hai, secularism ka, woh yeh hai ke secularism ek supporting factor hai Islam ke liye.</w:t>
      </w:r>
      <w:r>
        <w:br/>
      </w:r>
      <w:r>
        <w:rPr>
          <w:sz w:val="20"/>
        </w:rPr>
        <w:t>1:00:23  aap jante hain ke yeh jo khel hota hai, volleyball ka khel aur doosre khel bhi hote</w:t>
      </w:r>
      <w:r>
        <w:br/>
      </w:r>
      <w:r>
        <w:rPr>
          <w:sz w:val="20"/>
        </w:rPr>
        <w:t>1:00:29  hain, is mein different jo hain, jo is mein players hote hain, is mein different role unka hota hai.</w:t>
      </w:r>
      <w:r>
        <w:br/>
      </w:r>
      <w:r>
        <w:rPr>
          <w:sz w:val="20"/>
        </w:rPr>
        <w:t>1:00:35  yani volleyball mein ek role bowler ka hai, bowler jo ball ko marta hai.</w:t>
      </w:r>
      <w:r>
        <w:br/>
      </w:r>
      <w:r>
        <w:rPr>
          <w:sz w:val="20"/>
        </w:rPr>
        <w:t>1:00:41  ek aur doosra role hai jo khud ball ko marta nahi hai, woh ball deta hai.</w:t>
      </w:r>
      <w:r>
        <w:br/>
      </w:r>
      <w:r>
        <w:rPr>
          <w:sz w:val="20"/>
        </w:rPr>
        <w:t>1:00:47  mujhe nahi maloom ke is ka term kya hai, woh us ko support karta hai.</w:t>
      </w:r>
      <w:r>
        <w:br/>
      </w:r>
      <w:r>
        <w:rPr>
          <w:sz w:val="20"/>
        </w:rPr>
        <w:t>1:00:52  woh aise hi dunya ka nizam hai.</w:t>
      </w:r>
      <w:r>
        <w:br/>
      </w:r>
      <w:r>
        <w:rPr>
          <w:sz w:val="20"/>
        </w:rPr>
        <w:t>1:00:58  yeh dunya mein chahe secularism ho ya koi aur bhi ho, in sab ka role supporting role hai.</w:t>
      </w:r>
      <w:r>
        <w:br/>
      </w:r>
      <w:r>
        <w:rPr>
          <w:sz w:val="20"/>
        </w:rPr>
        <w:t>1:01:04  supporting role hai.</w:t>
      </w:r>
      <w:r>
        <w:br/>
      </w:r>
      <w:r>
        <w:rPr>
          <w:sz w:val="20"/>
        </w:rPr>
        <w:t>1:01:10  main samajhta hoon ke dunya mein koi bhi cheez aisi nahi hai jis ka supporting role na ho.</w:t>
      </w:r>
      <w:r>
        <w:br/>
      </w:r>
      <w:r>
        <w:rPr>
          <w:sz w:val="20"/>
        </w:rPr>
        <w:t>1:01:16  woh ek cheez thi dispotism, woh khatam kar diya Allah taala ne.</w:t>
      </w:r>
      <w:r>
        <w:br/>
      </w:r>
      <w:r>
        <w:rPr>
          <w:sz w:val="20"/>
        </w:rPr>
        <w:t>1:01:21  ab dispotism ko khatam karne ke baad, ab jo kuch bhi dunya mein hai, woh sab ka supporting role hai.</w:t>
      </w:r>
      <w:r>
        <w:br/>
      </w:r>
      <w:r>
        <w:rPr>
          <w:sz w:val="20"/>
        </w:rPr>
        <w:t>1:01:27  Maulana, abhi phir se mail aaya hai Tariq Ali Ali sahib ka, jo yeh program dekh rahe hain.</w:t>
      </w:r>
      <w:r>
        <w:br/>
      </w:r>
      <w:r>
        <w:rPr>
          <w:sz w:val="20"/>
        </w:rPr>
        <w:t>1:01:33  unhon ne apna location nahi likha tha, to unhon ne bataya ke woh yeh program Temple Florida mein</w:t>
      </w:r>
      <w:r>
        <w:br/>
      </w:r>
      <w:r>
        <w:rPr>
          <w:sz w:val="20"/>
        </w:rPr>
        <w:t>1:01:39  dekh rahe hain.</w:t>
      </w:r>
      <w:r>
        <w:br/>
      </w:r>
      <w:r>
        <w:rPr>
          <w:sz w:val="20"/>
        </w:rPr>
        <w:t>1:01:45  aur unhon ne aap ka shukriya kiya hai ke aap ne jawab diya. Mashallah.</w:t>
      </w:r>
    </w:p>
    <w:p>
      <w:pPr>
        <w:pStyle w:val="Heading2"/>
      </w:pPr>
      <w:r>
        <w:t>Islamic Leaders and Suicidal Actions</w:t>
      </w:r>
    </w:p>
    <w:p>
      <w:r>
        <w:rPr>
          <w:color w:val="666666"/>
          <w:sz w:val="18"/>
        </w:rPr>
        <w:t>Society &amp; Dawah · Wisdom of Hadith September 11, 2016 · 1m 58s · at 43:44 · https://youtu.be/XPxlLv2_q1o?t=2624</w:t>
      </w:r>
    </w:p>
    <w:p>
      <w:r>
        <w:rPr>
          <w:i/>
        </w:rPr>
        <w:t>“If there is strong emphasis on wisdom in Islam, then why do present-day Islamic leaders instigate the youth for suicidal and non-result oriented actions?”</w:t>
      </w:r>
    </w:p>
    <w:p>
      <w:r>
        <w:rPr>
          <w:sz w:val="20"/>
        </w:rPr>
        <w:t>43:44  ah molana sahib, yeh pehla sawal aaya hai kashmir se, ah engineer altaf sahib ne kiya hai.</w:t>
      </w:r>
      <w:r>
        <w:br/>
      </w:r>
      <w:r>
        <w:rPr>
          <w:sz w:val="20"/>
        </w:rPr>
        <w:t>43:51  unhone likha hai ke molana sahib, if there is strong emphasis on wisdom in islam, then why</w:t>
      </w:r>
      <w:r>
        <w:br/>
      </w:r>
      <w:r>
        <w:rPr>
          <w:sz w:val="20"/>
        </w:rPr>
        <w:t>43:58  present-day islamic leaders instigate the youth for suicidal and non-result oriented actions?</w:t>
      </w:r>
      <w:r>
        <w:br/>
      </w:r>
      <w:r>
        <w:rPr>
          <w:sz w:val="20"/>
        </w:rPr>
        <w:t>44:05  what is the reason for this?</w:t>
      </w:r>
      <w:r>
        <w:br/>
      </w:r>
      <w:r>
        <w:rPr>
          <w:sz w:val="20"/>
        </w:rPr>
        <w:t>44:10  raizan to bohat hi clear hai.</w:t>
      </w:r>
      <w:r>
        <w:br/>
      </w:r>
      <w:r>
        <w:rPr>
          <w:sz w:val="20"/>
        </w:rPr>
        <w:t>44:16  jitne leader hamare hain, woh wisdom ki baat jante nahin.</w:t>
      </w:r>
      <w:r>
        <w:br/>
      </w:r>
      <w:r>
        <w:rPr>
          <w:sz w:val="20"/>
        </w:rPr>
        <w:t>44:22  mujhe bataein, koi ek naam bata dijiye jo jo yeh kehta ho ke practical wisdom kya hai, wisdom</w:t>
      </w:r>
      <w:r>
        <w:br/>
      </w:r>
      <w:r>
        <w:rPr>
          <w:sz w:val="20"/>
        </w:rPr>
        <w:t>44:28  kya hai, ideology kya hai.</w:t>
      </w:r>
      <w:r>
        <w:br/>
      </w:r>
      <w:r>
        <w:rPr>
          <w:sz w:val="20"/>
        </w:rPr>
        <w:t>44:33  koi ek kitaab mujhe bata dijiye jisne likha ho ke what is ideology, what is wisdom, what</w:t>
      </w:r>
      <w:r>
        <w:br/>
      </w:r>
      <w:r>
        <w:rPr>
          <w:sz w:val="20"/>
        </w:rPr>
        <w:t>44:39  is practical wisdom to log bas jazbaat mein, jazbaat mein uchal kood kar rahe hain.</w:t>
      </w:r>
      <w:r>
        <w:br/>
      </w:r>
      <w:r>
        <w:rPr>
          <w:sz w:val="20"/>
        </w:rPr>
        <w:t>44:45  khud leaderon ko pata nahin hai to awam ko kya pata hoga? mujhe aap Arab se aaj tak</w:t>
      </w:r>
      <w:r>
        <w:br/>
      </w:r>
      <w:r>
        <w:rPr>
          <w:sz w:val="20"/>
        </w:rPr>
        <w:t>44:51  kisi ek leader ka bata dijiye, naam bata dijiye jisne koi kitaab likhi ho batane ke liye</w:t>
      </w:r>
      <w:r>
        <w:br/>
      </w:r>
      <w:r>
        <w:rPr>
          <w:sz w:val="20"/>
        </w:rPr>
        <w:t>44:57  ke ideology kya hai, wisdom kya hai, practical wisdom kya hai, right planning kya hai.</w:t>
      </w:r>
      <w:r>
        <w:br/>
      </w:r>
      <w:r>
        <w:rPr>
          <w:sz w:val="20"/>
        </w:rPr>
        <w:t>45:02  mujhe bata dijiye ek kitaab.</w:t>
      </w:r>
      <w:r>
        <w:br/>
      </w:r>
      <w:r>
        <w:rPr>
          <w:sz w:val="20"/>
        </w:rPr>
        <w:t>45:08  to jab jab itna bara yani khala ho ke koi wisdom ko batane wala hi na ho, to</w:t>
      </w:r>
      <w:r>
        <w:br/>
      </w:r>
      <w:r>
        <w:rPr>
          <w:sz w:val="20"/>
        </w:rPr>
        <w:t>45:14  yeh hoga jo ho raha hai.</w:t>
      </w:r>
      <w:r>
        <w:br/>
      </w:r>
      <w:r>
        <w:rPr>
          <w:sz w:val="20"/>
        </w:rPr>
        <w:t>45:20  ab aap ki zimmedari hai jo log samajh rahe hain, woh uthein.</w:t>
      </w:r>
      <w:r>
        <w:br/>
      </w:r>
      <w:r>
        <w:rPr>
          <w:sz w:val="20"/>
        </w:rPr>
        <w:t>45:25  woh uthein, logon ko bataein.</w:t>
      </w:r>
      <w:r>
        <w:br/>
      </w:r>
      <w:r>
        <w:rPr>
          <w:sz w:val="20"/>
        </w:rPr>
        <w:t>45:31  aap bataiye logon ko, phir team banegi, phir jamaat banegi.</w:t>
      </w:r>
      <w:r>
        <w:br/>
      </w:r>
      <w:r>
        <w:rPr>
          <w:sz w:val="20"/>
        </w:rPr>
        <w:t>45:37  aap uthein, yeh kaam is kaam ke liye uthiye.</w:t>
      </w:r>
    </w:p>
    <w:p>
      <w:pPr>
        <w:pStyle w:val="Heading2"/>
      </w:pPr>
      <w:r>
        <w:t>Islamic Sharia as Reformed Tribal Law?</w:t>
      </w:r>
    </w:p>
    <w:p>
      <w:r>
        <w:rPr>
          <w:color w:val="666666"/>
          <w:sz w:val="18"/>
        </w:rPr>
        <w:t>Society &amp; Dawah · Conversation with Maulana Wahiduddin Khan | October 01, 2017 · 2m 13s · at 29:50 · https://youtu.be/TmOYGd3rp2M?t=1790</w:t>
      </w:r>
    </w:p>
    <w:p>
      <w:r>
        <w:rPr>
          <w:i/>
        </w:rPr>
        <w:t>“Some of my friends have an opinion that Islamic Sharia is actually reformed Arab tribal law.”</w:t>
      </w:r>
    </w:p>
    <w:p>
      <w:r>
        <w:rPr>
          <w:sz w:val="20"/>
        </w:rPr>
        <w:t>29:50  Extremist na baniye. to sab peace hi peace hai. sab peace hi peace hai. yeh galat soch hai ke rai ke ikhtilaf se tashaddud aata hai. tashaddud aata hai ghulu se, jis ko kehte hain extremism. Maulana, agla sawal Riyaz Bha</w:t>
      </w:r>
      <w:r>
        <w:br/>
      </w:r>
      <w:r>
        <w:rPr>
          <w:sz w:val="20"/>
        </w:rPr>
        <w:t>30:20  t sahib ne srinagar se bheja hai.</w:t>
      </w:r>
      <w:r>
        <w:br/>
      </w:r>
      <w:r>
        <w:rPr>
          <w:sz w:val="20"/>
        </w:rPr>
        <w:t>30:25  unhon ne likha hai: "Some of my friends have an opinion that Islamic sharia is actually reformed Arab tribal law.</w:t>
      </w:r>
      <w:r>
        <w:br/>
      </w:r>
      <w:r>
        <w:rPr>
          <w:sz w:val="20"/>
        </w:rPr>
        <w:t>30:30  What is your opinion, Maulana sahib, on this?" nahi, sab yeh sab bilkul ghair ilmi sawal bhi hai,</w:t>
      </w:r>
      <w:r>
        <w:br/>
      </w:r>
      <w:r>
        <w:rPr>
          <w:sz w:val="20"/>
        </w:rPr>
        <w:t>30:35  ghair ilmi jawab bhi hai.</w:t>
      </w:r>
      <w:r>
        <w:br/>
      </w:r>
      <w:r>
        <w:rPr>
          <w:sz w:val="20"/>
        </w:rPr>
        <w:t>30:40  sharia wahi hai.</w:t>
      </w:r>
      <w:r>
        <w:br/>
      </w:r>
      <w:r>
        <w:rPr>
          <w:sz w:val="20"/>
        </w:rPr>
        <w:t>30:45  sharia ka jo</w:t>
      </w:r>
      <w:r>
        <w:br/>
      </w:r>
      <w:r>
        <w:rPr>
          <w:sz w:val="20"/>
        </w:rPr>
        <w:t>30:50  nikala hai, jo un jamaaton ne jo islami nizam ki alambardar hain, woh to ghulu ka case hai.</w:t>
      </w:r>
      <w:r>
        <w:br/>
      </w:r>
      <w:r>
        <w:rPr>
          <w:sz w:val="20"/>
        </w:rPr>
        <w:t>30:58  un ka jo tasawwur shariat ka, woh ghulu ka case hai.</w:t>
      </w:r>
      <w:r>
        <w:br/>
      </w:r>
      <w:r>
        <w:rPr>
          <w:sz w:val="20"/>
        </w:rPr>
        <w:t>31:05  warna shariat kya hai? jo quran o hadith mein wohi shariat hai? yeh tribal se kya talluq hai?</w:t>
      </w:r>
      <w:r>
        <w:br/>
      </w:r>
      <w:r>
        <w:rPr>
          <w:sz w:val="20"/>
        </w:rPr>
        <w:t>31:13  shariat jo hai, is ka koi yani is ka koi talluq</w:t>
      </w:r>
      <w:r>
        <w:br/>
      </w:r>
      <w:r>
        <w:rPr>
          <w:sz w:val="20"/>
        </w:rPr>
        <w:t>31:21  tribal culture se nahi hai.</w:t>
      </w:r>
      <w:r>
        <w:br/>
      </w:r>
      <w:r>
        <w:rPr>
          <w:sz w:val="20"/>
        </w:rPr>
        <w:t>31:27  woh woh wahi hai ke woh shariat mein, yani hadith mein ya quran mein jo baatein kahi gayi</w:t>
      </w:r>
      <w:r>
        <w:br/>
      </w:r>
      <w:r>
        <w:rPr>
          <w:sz w:val="20"/>
        </w:rPr>
        <w:t>31:33  hain, wohi shariat hai.</w:t>
      </w:r>
      <w:r>
        <w:br/>
      </w:r>
      <w:r>
        <w:rPr>
          <w:sz w:val="20"/>
        </w:rPr>
        <w:t>31:39  yeh to bilkul hi yani yeh yeh baatein jo kahi jati hain ke shariat jo hai, woh tribal</w:t>
      </w:r>
      <w:r>
        <w:br/>
      </w:r>
      <w:r>
        <w:rPr>
          <w:sz w:val="20"/>
        </w:rPr>
        <w:t>31:45  laws se talluq hai, is ka yeh bilkul</w:t>
      </w:r>
      <w:r>
        <w:br/>
      </w:r>
      <w:r>
        <w:rPr>
          <w:sz w:val="20"/>
        </w:rPr>
        <w:t>31:51  bilkul baseless baatein hain.</w:t>
      </w:r>
      <w:r>
        <w:br/>
      </w:r>
      <w:r>
        <w:rPr>
          <w:sz w:val="20"/>
        </w:rPr>
        <w:t>31:57  khwamkhwah ki baatein hain.</w:t>
      </w:r>
    </w:p>
    <w:p>
      <w:pPr>
        <w:pStyle w:val="Heading2"/>
      </w:pPr>
      <w:r>
        <w:t>Islamic government real or hypothetical</w:t>
      </w:r>
    </w:p>
    <w:p>
      <w:r>
        <w:rPr>
          <w:color w:val="666666"/>
          <w:sz w:val="18"/>
        </w:rPr>
        <w:t>Society &amp; Dawah · Example of the Prophet March 20, 2016 · 2m 53s · at 56:39 · https://youtu.be/79HmhzXU41w?t=3399</w:t>
      </w:r>
    </w:p>
    <w:p>
      <w:r>
        <w:rPr>
          <w:i/>
        </w:rPr>
        <w:t>“What is meant by Islamic government? Is it a real thing or a hypothetical? Islamic government is hypothetical, because neither in the Quran nor in Hadith is the word Islamic government mentioned.”</w:t>
      </w:r>
    </w:p>
    <w:p>
      <w:r>
        <w:rPr>
          <w:sz w:val="20"/>
        </w:rPr>
        <w:t>56:39  Maulana, in ka ek aur sawal hai, unhon ne likha hai ke islami hukumat se kya murad hai?</w:t>
      </w:r>
      <w:r>
        <w:br/>
      </w:r>
      <w:r>
        <w:rPr>
          <w:sz w:val="20"/>
        </w:rPr>
        <w:t>56:46  kya yeh koi haqeeqi cheez hai ya mufrada?</w:t>
      </w:r>
      <w:r>
        <w:br/>
      </w:r>
      <w:r>
        <w:rPr>
          <w:sz w:val="20"/>
        </w:rPr>
        <w:t>56:50  islami hukumat mufrada hi hai, kyunke na quran mein kahin islam hukumat ka lafz hai, na hadith mein.</w:t>
      </w:r>
      <w:r>
        <w:br/>
      </w:r>
      <w:r>
        <w:rPr>
          <w:sz w:val="20"/>
        </w:rPr>
        <w:t>56:59  dawat-e-islam batai kahan hai quran mein, kahan hadith mein hai? yeh baad ke zamaney mein musalmanon ne</w:t>
      </w:r>
      <w:r>
        <w:br/>
      </w:r>
      <w:r>
        <w:rPr>
          <w:sz w:val="20"/>
        </w:rPr>
        <w:t>57:06  yeh sab woh kiya hai, yani term banaye hain.</w:t>
      </w:r>
      <w:r>
        <w:br/>
      </w:r>
      <w:r>
        <w:rPr>
          <w:sz w:val="20"/>
        </w:rPr>
        <w:t>57:13  islam mein to sirf yeh hai ke</w:t>
      </w:r>
      <w:r>
        <w:br/>
      </w:r>
      <w:r>
        <w:rPr>
          <w:sz w:val="20"/>
        </w:rPr>
        <w:t>57:16  aadmi apne aap ko allah ka itaat guzar banaye,</w:t>
      </w:r>
      <w:r>
        <w:br/>
      </w:r>
      <w:r>
        <w:rPr>
          <w:sz w:val="20"/>
        </w:rPr>
        <w:t>57:21  peaceful dawat de,</w:t>
      </w:r>
      <w:r>
        <w:br/>
      </w:r>
      <w:r>
        <w:rPr>
          <w:sz w:val="20"/>
        </w:rPr>
        <w:t>57:24  jannat ke liye amal kare,</w:t>
      </w:r>
      <w:r>
        <w:br/>
      </w:r>
      <w:r>
        <w:rPr>
          <w:sz w:val="20"/>
        </w:rPr>
        <w:t>57:26  yeh hi sab hai.</w:t>
      </w:r>
      <w:r>
        <w:br/>
      </w:r>
      <w:r>
        <w:rPr>
          <w:sz w:val="20"/>
        </w:rPr>
        <w:t>57:28  agar halaat ke tehat kabhi</w:t>
      </w:r>
      <w:r>
        <w:br/>
      </w:r>
      <w:r>
        <w:rPr>
          <w:sz w:val="20"/>
        </w:rPr>
        <w:t>57:32  aisa hota hai ke muashre ke</w:t>
      </w:r>
      <w:r>
        <w:br/>
      </w:r>
      <w:r>
        <w:rPr>
          <w:sz w:val="20"/>
        </w:rPr>
        <w:t>57:36  overwhelming majority kisi tarz ki hukumat chahti hai to woh hukumat ban jaye gi wahan par.</w:t>
      </w:r>
      <w:r>
        <w:br/>
      </w:r>
      <w:r>
        <w:rPr>
          <w:sz w:val="20"/>
        </w:rPr>
        <w:t>57:41  kama takoon kazalik youla alaikum baqi target hargiz nahi hai.</w:t>
      </w:r>
      <w:r>
        <w:br/>
      </w:r>
      <w:r>
        <w:rPr>
          <w:sz w:val="20"/>
        </w:rPr>
        <w:t>57:46  jaisa ke maine arz kiya ke Allah Rasool Allah ne sahih nahi kaha gaya tha ke aqqam</w:t>
      </w:r>
      <w:r>
        <w:br/>
      </w:r>
      <w:r>
        <w:rPr>
          <w:sz w:val="20"/>
        </w:rPr>
        <w:t>57:51  dawat-e-islami nafs-e-shariat-e-islamiya yeh nahi kaha gaya tha.</w:t>
      </w:r>
      <w:r>
        <w:br/>
      </w:r>
      <w:r>
        <w:rPr>
          <w:sz w:val="20"/>
        </w:rPr>
        <w:t>57:56  toh yeh target hi nahi hai, yeh toh</w:t>
      </w:r>
      <w:r>
        <w:br/>
      </w:r>
      <w:r>
        <w:rPr>
          <w:sz w:val="20"/>
        </w:rPr>
        <w:t>57:59  mubtada target hai.</w:t>
      </w:r>
      <w:r>
        <w:br/>
      </w:r>
      <w:r>
        <w:rPr>
          <w:sz w:val="20"/>
        </w:rPr>
        <w:t>58:02  yeh mubtada target Islam ka target nahi hai.</w:t>
      </w:r>
      <w:r>
        <w:br/>
      </w:r>
      <w:r>
        <w:rPr>
          <w:sz w:val="20"/>
        </w:rPr>
        <w:t>58:05  is par maine bohat kaafi likha apni kitabon mein, aap parh sakte hain is ko.</w:t>
      </w:r>
      <w:r>
        <w:br/>
      </w:r>
      <w:r>
        <w:rPr>
          <w:sz w:val="20"/>
        </w:rPr>
        <w:t>58:10  Maulana, ek aur sawal aaya hai jo Pakistan team se jo us waqt dekh rahe hain, unhon ne</w:t>
      </w:r>
      <w:r>
        <w:br/>
      </w:r>
      <w:r>
        <w:rPr>
          <w:sz w:val="20"/>
        </w:rPr>
        <w:t>58:15  likha hai ke What is the process of developing clarity of mind about truth as we are living</w:t>
      </w:r>
      <w:r>
        <w:br/>
      </w:r>
      <w:r>
        <w:rPr>
          <w:sz w:val="20"/>
        </w:rPr>
        <w:t>58:23  in a society where many sects exist and each claims that he isright</w:t>
      </w:r>
      <w:r>
        <w:br/>
      </w:r>
      <w:r>
        <w:rPr>
          <w:sz w:val="20"/>
        </w:rPr>
        <w:t>58:29  what is your opinion on this? haan yeh bohat acha sawal hai mashallah. apne jo mera experience hai woh main samajhta hoon ke yeh ek ek do is ke pehlu hain. it is a two-fold mission.</w:t>
      </w:r>
      <w:r>
        <w:br/>
      </w:r>
      <w:r>
        <w:rPr>
          <w:sz w:val="20"/>
        </w:rPr>
        <w:t>58:51  number one. apne aap ko deconditioning karna. pehli cheez hai conditioning todna. deconditioning karna.</w:t>
      </w:r>
      <w:r>
        <w:br/>
      </w:r>
      <w:r>
        <w:rPr>
          <w:sz w:val="20"/>
        </w:rPr>
        <w:t>59:01  ing karna number one, aur number do is study.</w:t>
      </w:r>
      <w:r>
        <w:br/>
      </w:r>
      <w:r>
        <w:rPr>
          <w:sz w:val="20"/>
        </w:rPr>
        <w:t>59:06  deconditioning aur study hi woh cheez hai jis se aap is target ko achieve kar sakte hain.</w:t>
      </w:r>
      <w:r>
        <w:br/>
      </w:r>
      <w:r>
        <w:rPr>
          <w:sz w:val="20"/>
        </w:rPr>
        <w:t>59:13  isi se personality banegi, is se intellectual development hoga, is se tazkiya hoga, sab kuch is se</w:t>
      </w:r>
      <w:r>
        <w:br/>
      </w:r>
      <w:r>
        <w:rPr>
          <w:sz w:val="20"/>
        </w:rPr>
        <w:t>59:21  hoga. Toh deconditioning aur study, bas aur koi mere tajrube mein aur koi cheez nahi hai.</w:t>
      </w:r>
    </w:p>
    <w:p>
      <w:pPr>
        <w:pStyle w:val="Heading2"/>
      </w:pPr>
      <w:r>
        <w:t>Islamic leadership criteria and unity</w:t>
      </w:r>
    </w:p>
    <w:p>
      <w:r>
        <w:rPr>
          <w:color w:val="666666"/>
          <w:sz w:val="18"/>
        </w:rPr>
        <w:t>Society &amp; Dawah · Art of Crisis Management I 3 October, 2010 Maulana Wahiduddin Khan · 6m 04s · at 1:12:57 · https://youtu.be/mcJZ0YEOolk?t=4377</w:t>
      </w:r>
    </w:p>
    <w:p>
      <w:r>
        <w:rPr>
          <w:i/>
        </w:rPr>
        <w:t>“What is the concept of leadership in Islam, what are the criteria to judge a leader, and how can Muslims take decisions unitedly given the many leaders? Is there any possibility of this, or are we doomed to live under incompetent leaders?”</w:t>
      </w:r>
    </w:p>
    <w:p>
      <w:r>
        <w:rPr>
          <w:sz w:val="20"/>
        </w:rPr>
        <w:t>1:12:57  maulana, yeh sawal doctor farida khanam ne kiya hai nai dilli se. unhon ne poocha hai: "what is the concept of leadership in islam?</w:t>
      </w:r>
      <w:r>
        <w:br/>
      </w:r>
      <w:r>
        <w:rPr>
          <w:sz w:val="20"/>
        </w:rPr>
        <w:t>1:13:07  what is the criteria to judge a leader? there are innumerable leaders among the muslims. how can they take a decision unitedly?</w:t>
      </w:r>
      <w:r>
        <w:br/>
      </w:r>
      <w:r>
        <w:rPr>
          <w:sz w:val="20"/>
        </w:rPr>
        <w:t>1:13:17  is there any possibility of this? or we are doomed to live under the shadow of incompetent leaders."</w:t>
      </w:r>
      <w:r>
        <w:br/>
      </w:r>
      <w:r>
        <w:rPr>
          <w:sz w:val="20"/>
        </w:rPr>
        <w:t>1:13:34  dekhiye, islam mein leader ko imam kaha jata hai. imam to islam ka usool hai: "amruhum shura baynahum".</w:t>
      </w:r>
      <w:r>
        <w:br/>
      </w:r>
      <w:r>
        <w:rPr>
          <w:sz w:val="20"/>
        </w:rPr>
        <w:t>1:13:47  yani jab zaroorat ho imam muqarrar karne ki, leader muqarrar karne ki,</w:t>
      </w:r>
      <w:r>
        <w:br/>
      </w:r>
      <w:r>
        <w:rPr>
          <w:sz w:val="20"/>
        </w:rPr>
        <w:t>1:13:52  to is ke liye mashwara kiya jaye, discuss kiya jaye, sab log baith kar rai karen, aur consensus se jis aadmi ko tay ho jaye, us ko imam maan liya jaye.</w:t>
      </w:r>
      <w:r>
        <w:br/>
      </w:r>
      <w:r>
        <w:rPr>
          <w:sz w:val="20"/>
        </w:rPr>
        <w:t>1:14:05  yeh to ideal baat hai, ideal baat</w:t>
      </w:r>
      <w:r>
        <w:br/>
      </w:r>
      <w:r>
        <w:rPr>
          <w:sz w:val="20"/>
        </w:rPr>
        <w:t>1:14:10  ke jab bhi ek leader fit ho gaya, mar gaya, leader ne resign kar diya, kisi bhi baat se woh paida hoga, yani leader ki na raha,</w:t>
      </w:r>
      <w:r>
        <w:br/>
      </w:r>
      <w:r>
        <w:rPr>
          <w:sz w:val="20"/>
        </w:rPr>
        <w:t>1:14:25  to log baithen</w:t>
      </w:r>
      <w:r>
        <w:br/>
      </w:r>
      <w:r>
        <w:rPr>
          <w:sz w:val="20"/>
        </w:rPr>
        <w:t>1:14:28  aur discuss karen, aur jis aadmi ke naam par consensus ho jaye, sab log us ko yeh leader man len, sab log man len us ko.</w:t>
      </w:r>
      <w:r>
        <w:br/>
      </w:r>
      <w:r>
        <w:rPr>
          <w:sz w:val="20"/>
        </w:rPr>
        <w:t>1:14:40  yeh hai ideal soorat. doosri soorat jo hai</w:t>
      </w:r>
      <w:r>
        <w:br/>
      </w:r>
      <w:r>
        <w:rPr>
          <w:sz w:val="20"/>
        </w:rPr>
        <w:t>1:14:45  secondary darjay mein, woh kya hai? woh hai, is ke liye bhi hadees mein bata diya gaya hai, woh yeh hai ke "ittiba-e-sawad-e-azam".</w:t>
      </w:r>
      <w:r>
        <w:br/>
      </w:r>
      <w:r>
        <w:rPr>
          <w:sz w:val="20"/>
        </w:rPr>
        <w:t>1:15:00  ittiba-e-sawad-e-azam ka matlab yeh hai ke kisi bhi tareeqay se agar koi aadmi leader ban gaya, chahe ghalat tareeqay se bana ho kyun na ho, to maan lo us ke sath jhanda na uthao.</w:t>
      </w:r>
      <w:r>
        <w:br/>
      </w:r>
      <w:r>
        <w:rPr>
          <w:sz w:val="20"/>
        </w:rPr>
        <w:t>1:15:14  yani ek ideal shakal yeh hai ke mashware se, discussion se ke</w:t>
      </w:r>
      <w:r>
        <w:br/>
      </w:r>
      <w:r>
        <w:rPr>
          <w:sz w:val="20"/>
        </w:rPr>
        <w:t>1:15:22  kisi shakhs ko banaya jaye aur sab log us ko man len. lekin agar yeh ideal shakal possible na ho aur koi aadmi kisi bhi aur tareeqay se leader ban jaye, to phir us ko hi maan lijiye aap taake kam se kam peace to qaim rahe.</w:t>
      </w:r>
      <w:r>
        <w:br/>
      </w:r>
      <w:r>
        <w:rPr>
          <w:sz w:val="20"/>
        </w:rPr>
        <w:t>1:15:40  aap jab maan lenge to kam se kam پیس to qaaim ho jayega. bas yeh do shakalें hain. teesri shakal jo aaj kal musalmanon mein hai ke khade ho jate hain jhanda le kar ke,</w:t>
      </w:r>
      <w:r>
        <w:br/>
      </w:r>
      <w:r>
        <w:rPr>
          <w:sz w:val="20"/>
        </w:rPr>
        <w:t>1:15:56  jaise musalmanon ke muslim karne mein democracy kyun nahin hai? is ki misaal aap Pakistan dekh lijiye, ek election hoga, koi jeetega, ab kya hai?</w:t>
      </w:r>
      <w:r>
        <w:br/>
      </w:r>
      <w:r>
        <w:rPr>
          <w:sz w:val="20"/>
        </w:rPr>
        <w:t>1:16:06  doosra khada ho jayega, rigging hui hai, rigging hui hai, rigging hui hai. ab is ko down karne ke liye yeh Islam mein jaaiz nahin hai.</w:t>
      </w:r>
      <w:r>
        <w:br/>
      </w:r>
      <w:r>
        <w:rPr>
          <w:sz w:val="20"/>
        </w:rPr>
        <w:t>1:16:16  Islam mein jaaiz hi nahin hai. yeh jaise bhi elect ho kar ke, jaise bhi woh ban kar ke seat par aa gaya, to bas maan lijiye is ko.</w:t>
      </w:r>
      <w:r>
        <w:br/>
      </w:r>
      <w:r>
        <w:rPr>
          <w:sz w:val="20"/>
        </w:rPr>
        <w:t>1:16:28  yeh hai Islam ka tareeqa. kyunke Islam mein dekhiye, jo jo supreme hai, woh kya hai? normal si پیس. yeh hai supreme Islam.</w:t>
      </w:r>
      <w:r>
        <w:br/>
      </w:r>
      <w:r>
        <w:rPr>
          <w:sz w:val="20"/>
        </w:rPr>
        <w:t>1:16:41  is par bohat sari hadeesein hain aur yahan par detail ka mauqa nahin hai</w:t>
      </w:r>
      <w:r>
        <w:br/>
      </w:r>
      <w:r>
        <w:rPr>
          <w:sz w:val="20"/>
        </w:rPr>
        <w:t>1:16:47  kyunke main mukhtasaran yahi kahunga ke agar musalmanon mein, yaani constructive soch ho, woh is position mein hon ke discussion kar ke ek aadmi ko bana dein, to bara acha hai.</w:t>
      </w:r>
      <w:r>
        <w:br/>
      </w:r>
      <w:r>
        <w:rPr>
          <w:sz w:val="20"/>
        </w:rPr>
        <w:t>1:17:00  nahin to jo aadmi bhi kisi bhi tareeqe se ho jaye, woh chahe rigging kar ke ho jaye, tab bhi</w:t>
      </w:r>
      <w:r>
        <w:br/>
      </w:r>
      <w:r>
        <w:rPr>
          <w:sz w:val="20"/>
        </w:rPr>
        <w:t>1:17:05  is ko maan lijiye kyunke ittaba sawad al aazam farmaya Rasool Allah salallahu alaihi wasallam ne. Maulana, in ka ek sawal aur hai.</w:t>
      </w:r>
      <w:r>
        <w:br/>
      </w:r>
      <w:r>
        <w:rPr>
          <w:sz w:val="20"/>
        </w:rPr>
        <w:t>1:17:16  unhon ne likha hai ke "there was no media in the thirteenth century, that is why Muslims were able to opt for the policy of inaction.</w:t>
      </w:r>
      <w:r>
        <w:br/>
      </w:r>
      <w:r>
        <w:rPr>
          <w:sz w:val="20"/>
        </w:rPr>
        <w:t>1:17:26  now is there any possibility of Muslims refraining from giving provocative statements in the media and aggravating the situation further?" bilkul, hum ko dekhiye, hamari team yeh sab nahin kaam kar rahi hai.</w:t>
      </w:r>
      <w:r>
        <w:br/>
      </w:r>
      <w:r>
        <w:rPr>
          <w:sz w:val="20"/>
        </w:rPr>
        <w:t>1:17:44  train karne ki zaroorat hai. hum train kar rahe hain logon ko</w:t>
      </w:r>
      <w:r>
        <w:br/>
      </w:r>
      <w:r>
        <w:rPr>
          <w:sz w:val="20"/>
        </w:rPr>
        <w:t>1:17:47  to hamare jo itne saathi hain, koi sab kaam nahin karta. pehle jo hai, traditionally log aise the. ab aap ko logon ke mind ki re-engineering karni hogi.</w:t>
      </w:r>
      <w:r>
        <w:br/>
      </w:r>
      <w:r>
        <w:rPr>
          <w:sz w:val="20"/>
        </w:rPr>
        <w:t>1:18:00  bas yeh hai. pehle to apne aap hi log jo the, woh kingship ka zamana tha, log chup chap rehte the.</w:t>
      </w:r>
      <w:r>
        <w:br/>
      </w:r>
      <w:r>
        <w:rPr>
          <w:sz w:val="20"/>
        </w:rPr>
        <w:t>1:18:09  ab woh daur khatam ho gaya, woh zamana khatam ho gaya, woh tradition toot gayi. lekin ab aap logon ke mind ki re-engineering kijiye, logon ko phir se samjhaiye.</w:t>
      </w:r>
      <w:r>
        <w:br/>
      </w:r>
      <w:r>
        <w:rPr>
          <w:sz w:val="20"/>
        </w:rPr>
        <w:t>1:18:20  abhi aaj mere paas ek talib ilm aaya, ek sahab ka, subah unhon ne kaha ke "aap ki kitabein parhne se pehle main sab ko dushman samajhta tha ke sab dushman hain, Hindu dushman hain, Yahudi dushman hain, American dushman hain, Islam ke sab khilaf side se karte hain.</w:t>
      </w:r>
      <w:r>
        <w:br/>
      </w:r>
      <w:r>
        <w:rPr>
          <w:sz w:val="20"/>
        </w:rPr>
        <w:t>1:18:34  sab ke khilaf mere dil mein dushmani hoti thi.</w:t>
      </w:r>
      <w:r>
        <w:br/>
      </w:r>
      <w:r>
        <w:rPr>
          <w:sz w:val="20"/>
        </w:rPr>
        <w:t>1:18:39  aap ki kitabein parhne ke baad mera zehan bilkul badal gaya. ab main samajhta hoon ke sab insaan hain, koi dushman nahin hai. yeh hai re-engineering of mind.</w:t>
      </w:r>
      <w:r>
        <w:br/>
      </w:r>
      <w:r>
        <w:rPr>
          <w:sz w:val="20"/>
        </w:rPr>
        <w:t>1:18:53  to pehle jo cheez apne aap haasil ho jati thi, us ke liye aap ko koshish karni padegi. itna hi farq hua hai.</w:t>
      </w:r>
    </w:p>
    <w:p>
      <w:pPr>
        <w:pStyle w:val="Heading2"/>
      </w:pPr>
      <w:r>
        <w:t>Islamic perspective on human rights and freedom</w:t>
      </w:r>
    </w:p>
    <w:p>
      <w:r>
        <w:rPr>
          <w:color w:val="666666"/>
          <w:sz w:val="18"/>
        </w:rPr>
        <w:t>Society &amp; Dawah · Man and The Paradise August 11, 2013 Maulana Wahiduddin Khan · 3m 25s · at 1:12:49 · https://youtu.be/m8XdpnaS95U?t=4369</w:t>
      </w:r>
    </w:p>
    <w:p>
      <w:r>
        <w:rPr>
          <w:i/>
        </w:rPr>
        <w:t>“We often consider freedom as right and start demanding rights. What is the Islamic view on human rights?”</w:t>
      </w:r>
    </w:p>
    <w:p>
      <w:r>
        <w:rPr>
          <w:sz w:val="20"/>
        </w:rPr>
        <w:t>1:12:49  maulana, agla sawal dilli se hai. miss naghma siddiqui ka</w:t>
      </w:r>
      <w:r>
        <w:br/>
      </w:r>
      <w:r>
        <w:rPr>
          <w:sz w:val="20"/>
        </w:rPr>
        <w:t>1:12:53  , unhon ne aap se poocha hai: "we often consider freedom are right and start demanding rights. what is the islamic view on human rights?"</w:t>
      </w:r>
      <w:r>
        <w:br/>
      </w:r>
      <w:r>
        <w:rPr>
          <w:sz w:val="20"/>
        </w:rPr>
        <w:t>1:13:07  dekhiye, main to human right ke concept hi ko bilkul yani absurd samajhta hoon. jab se human rights ka concept dunya mein aaya hai, tab se evil barh gayi hain.</w:t>
      </w:r>
      <w:r>
        <w:br/>
      </w:r>
      <w:r>
        <w:rPr>
          <w:sz w:val="20"/>
        </w:rPr>
        <w:t>1:13:19  evil barh gayi hain kyunke har aadmi apne right maang raha hai, har aadmi ke right maang raha</w:t>
      </w:r>
      <w:r>
        <w:br/>
      </w:r>
      <w:r>
        <w:rPr>
          <w:sz w:val="20"/>
        </w:rPr>
        <w:t>1:13:23  hai. kis se maang rahe ho bhai? kis se maang rahe ho? kya samundaron se maang rahe ho? pahadon se maang rahe ho? kis se maang rahe ho right?</w:t>
      </w:r>
      <w:r>
        <w:br/>
      </w:r>
      <w:r>
        <w:rPr>
          <w:sz w:val="20"/>
        </w:rPr>
        <w:t>1:13:31  apne sitaron aur aur planet se maang rahe ho? insaan se maang rahe ho? to nateeja yeh kaha ke human rights means yani takrao, ladai.</w:t>
      </w:r>
      <w:r>
        <w:br/>
      </w:r>
      <w:r>
        <w:rPr>
          <w:sz w:val="20"/>
        </w:rPr>
        <w:t>1:13:43  human right ka concept jo hai, wahi to ladai paida karta hai. har aadmi chahta hai ke falan aadmi se mujhe right lena hai, ab us se ladte hain.</w:t>
      </w:r>
      <w:r>
        <w:br/>
      </w:r>
      <w:r>
        <w:rPr>
          <w:sz w:val="20"/>
        </w:rPr>
        <w:t>1:13:54  islam mein human duties ka concept hai, yaad rakhiye. islam mein human right ka concept nahi hai. human duties ya agar aap apni duty ko poora karein to right apne aap mil jaate hain.</w:t>
      </w:r>
      <w:r>
        <w:br/>
      </w:r>
      <w:r>
        <w:rPr>
          <w:sz w:val="20"/>
        </w:rPr>
        <w:t>1:14:07  kis se aap right maang rahe hain? jis se maang rahe hain, usi se ladna padta hai aap ko.</w:t>
      </w:r>
      <w:r>
        <w:br/>
      </w:r>
      <w:r>
        <w:rPr>
          <w:sz w:val="20"/>
        </w:rPr>
        <w:t>1:14:14  to har taraf isi human right ka jo concept hai, usi ne har taraf nafrat aur aur tashaddud aur gun culture, bomb culture tarah chal rakha hai.</w:t>
      </w:r>
      <w:r>
        <w:br/>
      </w:r>
      <w:r>
        <w:rPr>
          <w:sz w:val="20"/>
        </w:rPr>
        <w:t>1:14:24  yeh jitna gun culture, bomb culture hai, sab human right ki wajah se hai. yeh agar human duties ka concept ho to kuch bhi nahi hoga.</w:t>
      </w:r>
      <w:r>
        <w:br/>
      </w:r>
      <w:r>
        <w:rPr>
          <w:sz w:val="20"/>
        </w:rPr>
        <w:t>1:14:38  main is bilkul yani nahi maanta ke human right ka jo concept hai, is mein koi khair hai. sirf sharai shar is ke andar hai.</w:t>
      </w:r>
      <w:r>
        <w:br/>
      </w:r>
      <w:r>
        <w:rPr>
          <w:sz w:val="20"/>
        </w:rPr>
        <w:t>1:14:48  sirf human duties ka concept hona chahiye aur koi ek bhi nahi hai. mujhe maloom sari dunya mein sirf main hoon wahid shakhs jo human duties ki baat karta hoon kyunke ek bhi nahi hai jo jo human duties ki baatein karta ho.</w:t>
      </w:r>
      <w:r>
        <w:br/>
      </w:r>
      <w:r>
        <w:rPr>
          <w:sz w:val="20"/>
        </w:rPr>
        <w:t>1:15:05  yani jo hamara jo constitution hai, jo banaya gaya, to is mein human right to bohat sari theen, human duties theen hi nahi. is mein is ka wajood hi nahi tha.</w:t>
      </w:r>
      <w:r>
        <w:br/>
      </w:r>
      <w:r>
        <w:rPr>
          <w:sz w:val="20"/>
        </w:rPr>
        <w:t>1:15:16  yani human duties ka koi concept hi nahi tha hamare constitution mein. waise itna mota hamara constitution tha. to indira gandhi ke zamane mein is mein ek class barhaya gaya.</w:t>
      </w:r>
      <w:r>
        <w:br/>
      </w:r>
      <w:r>
        <w:rPr>
          <w:sz w:val="20"/>
        </w:rPr>
        <w:t>1:15:29  aukha nateeja kuch nahi kyunke ab bohat dair ho chuki thi.</w:t>
      </w:r>
      <w:r>
        <w:br/>
      </w:r>
      <w:r>
        <w:rPr>
          <w:sz w:val="20"/>
        </w:rPr>
        <w:t>1:15:32  saara society hamari right conscious ho chuki thi.</w:t>
      </w:r>
      <w:r>
        <w:br/>
      </w:r>
      <w:r>
        <w:rPr>
          <w:sz w:val="20"/>
        </w:rPr>
        <w:t>1:15:39  jab hamari society saara right conscious ho ho chuki thi, tab is mein duty ka ek class barhaya gaya. to woh bilkul bekar ho kar reh gaya. to bahar haal main samajhta hoon ke islam ka jo target hai,</w:t>
      </w:r>
      <w:r>
        <w:br/>
      </w:r>
      <w:r>
        <w:rPr>
          <w:sz w:val="20"/>
        </w:rPr>
        <w:t>1:15:55  woh hai duty conscious society banana. duty conscious insaan, insaan banana.</w:t>
      </w:r>
      <w:r>
        <w:br/>
      </w:r>
      <w:r>
        <w:rPr>
          <w:sz w:val="20"/>
        </w:rPr>
        <w:t>1:16:02  islam ka target yeh hai hi nahi ke right conscious society, right conscious insaan banaya jaye. yeh main samjha hoon quran o hadees ke mutalliq se.</w:t>
      </w:r>
    </w:p>
    <w:p>
      <w:pPr>
        <w:pStyle w:val="Heading2"/>
      </w:pPr>
      <w:r>
        <w:t>Islamic prayers for non-Muslim victims</w:t>
      </w:r>
    </w:p>
    <w:p>
      <w:r>
        <w:rPr>
          <w:color w:val="666666"/>
          <w:sz w:val="18"/>
        </w:rPr>
        <w:t>Society &amp; Dawah · The Road to Paradise December 30, 2012 Maulana Wahiduddin Khan · 1m 03s · at 1:09:20 · https://youtu.be/vUiaPsYF4Tk?t=4160</w:t>
      </w:r>
    </w:p>
    <w:p>
      <w:r>
        <w:rPr>
          <w:i/>
        </w:rPr>
        <w:t>“The 23-year-old victim of rape and brutal assault passed away yesterday. On hearing her demise, some of the Islamic representation said: 'Inna lillahi wa inna ilayhi raji'oon' (To Allah we belong and to Him we return). As a natural feeling that comes out to see a dead body, a group of Muslims raised a strong objection saying that the Quranic verses and Islamic prayers are meant only for Muslims and not Hindus or any other religion. What is your view?”</w:t>
      </w:r>
    </w:p>
    <w:p>
      <w:r>
        <w:rPr>
          <w:sz w:val="20"/>
        </w:rPr>
        <w:t>1:09:20  maulana, agla sawal dilli se aaya hai, khalid ansari sahab ka. unhon ne likha hai: "the 23 year old victim of rape and brutal assault passed away yesterday.</w:t>
      </w:r>
      <w:r>
        <w:br/>
      </w:r>
      <w:r>
        <w:rPr>
          <w:sz w:val="20"/>
        </w:rPr>
        <w:t>1:09:34  on hearing her sad demise, some of the islamic representation said: inna lillahi wa inna ilaihi raji'un. as a natural feeling that comes out to see a dead body.</w:t>
      </w:r>
      <w:r>
        <w:br/>
      </w:r>
      <w:r>
        <w:rPr>
          <w:sz w:val="20"/>
        </w:rPr>
        <w:t>1:09:47  a group of muslims raised a strong objection saying that the quranic verses and islamic duas are meant for only muslims and not hindu or any other religion.</w:t>
      </w:r>
      <w:r>
        <w:br/>
      </w:r>
      <w:r>
        <w:rPr>
          <w:sz w:val="20"/>
        </w:rPr>
        <w:t>1:09:59  maulana, i would like to know what is your opinion on this.</w:t>
      </w:r>
      <w:r>
        <w:br/>
      </w:r>
      <w:r>
        <w:rPr>
          <w:sz w:val="20"/>
        </w:rPr>
        <w:t>1:10:03  "dekhen, is par mera ek article 600 words ka chhap chuka hai times of india mein. woh aap dekh lijiye. meri jo soch hai, is mein aap dekh sakte hain.</w:t>
      </w:r>
      <w:r>
        <w:br/>
      </w:r>
      <w:r>
        <w:rPr>
          <w:sz w:val="20"/>
        </w:rPr>
        <w:t>1:10:13  abhi chhaapa hai, do do din pehle, times of india ke speaking tree mein.</w:t>
      </w:r>
    </w:p>
    <w:p>
      <w:pPr>
        <w:pStyle w:val="Heading2"/>
      </w:pPr>
      <w:r>
        <w:t>Islamic principle from Vatican principle for today</w:t>
      </w:r>
    </w:p>
    <w:p>
      <w:r>
        <w:rPr>
          <w:color w:val="666666"/>
          <w:sz w:val="18"/>
        </w:rPr>
        <w:t>Society &amp; Dawah · Formula of Human Life | March 13, 2016 · 3m 50s · at 58:44 · https://youtu.be/Et_ZQTYZzjU?t=3524</w:t>
      </w:r>
    </w:p>
    <w:p>
      <w:r>
        <w:rPr>
          <w:i/>
        </w:rPr>
        <w:t>“Today you mentioned about the Vatican principle. What can be the Islamic principle which should be adopted by the Muslim world today? What is your suggestion?”</w:t>
      </w:r>
    </w:p>
    <w:p>
      <w:r>
        <w:rPr>
          <w:sz w:val="20"/>
        </w:rPr>
        <w:t>58:44  مولانا، اگلا سوال لکھنو سے کیا ہے ظہور صاحب نے، اور ان کا سوال ہے کہ: "مولانا، today</w:t>
      </w:r>
      <w:r>
        <w:br/>
      </w:r>
      <w:r>
        <w:rPr>
          <w:sz w:val="20"/>
        </w:rPr>
        <w:t>58:50  You mentioned about the Vatican principle.</w:t>
      </w:r>
      <w:r>
        <w:br/>
      </w:r>
      <w:r>
        <w:rPr>
          <w:sz w:val="20"/>
        </w:rPr>
        <w:t>58:56  What can be the Islamic principle which should be adopted by the Muslim world today? What is your suggestion?</w:t>
      </w:r>
      <w:r>
        <w:br/>
      </w:r>
      <w:r>
        <w:rPr>
          <w:sz w:val="20"/>
        </w:rPr>
        <w:t>59:02  "What is this?" میں تو سمجھتا ہوں کہ ویٹیکن پرنسپل ایک پریکٹیکل پرنسپل ہے، اور ہمیں ہمیشہ ایپلیکیبل ہے۔</w:t>
      </w:r>
      <w:r>
        <w:br/>
      </w:r>
      <w:r>
        <w:rPr>
          <w:sz w:val="20"/>
        </w:rPr>
        <w:t>59:08  woh is ka taluq mazhab se nahi hai, is ka taluq law of nature se hai.</w:t>
      </w:r>
      <w:r>
        <w:br/>
      </w:r>
      <w:r>
        <w:rPr>
          <w:sz w:val="20"/>
        </w:rPr>
        <w:t>59:14  law of nature se.</w:t>
      </w:r>
      <w:r>
        <w:br/>
      </w:r>
      <w:r>
        <w:rPr>
          <w:sz w:val="20"/>
        </w:rPr>
        <w:t>59:20  rasool allah ke zamane mein aap dekhiye ke makka ke jo is zamane mein jo log makka mein</w:t>
      </w:r>
      <w:r>
        <w:br/>
      </w:r>
      <w:r>
        <w:rPr>
          <w:sz w:val="20"/>
        </w:rPr>
        <w:t>59:27  rule kar rahe the,</w:t>
      </w:r>
      <w:r>
        <w:br/>
      </w:r>
      <w:r>
        <w:rPr>
          <w:sz w:val="20"/>
        </w:rPr>
        <w:t>59:33  unhon ne kaha: "makka chhodna parega aap ko." to unhon ne kaha: "theek hai, hum chale jate</w:t>
      </w:r>
      <w:r>
        <w:br/>
      </w:r>
      <w:r>
        <w:rPr>
          <w:sz w:val="20"/>
        </w:rPr>
        <w:t>59:39  hain, madine se rehte hain." woh bhi to vatican tha.</w:t>
      </w:r>
      <w:r>
        <w:br/>
      </w:r>
      <w:r>
        <w:rPr>
          <w:sz w:val="20"/>
        </w:rPr>
        <w:t>59:45  madina was like a vatican.</w:t>
      </w:r>
      <w:r>
        <w:br/>
      </w:r>
      <w:r>
        <w:rPr>
          <w:sz w:val="20"/>
        </w:rPr>
        <w:t>59:52  vatican yani pope ne pure europe ko chhod kar ke vatican mein apna seat bana liya.</w:t>
      </w:r>
      <w:r>
        <w:br/>
      </w:r>
      <w:r>
        <w:rPr>
          <w:sz w:val="20"/>
        </w:rPr>
        <w:t>59:58  rasool allah sallallahu alaihi wasallam ne pure arab ko chhod kar ke madine mein seat bana liya. yani</w:t>
      </w:r>
      <w:r>
        <w:br/>
      </w:r>
      <w:r>
        <w:rPr>
          <w:sz w:val="20"/>
        </w:rPr>
        <w:t>1:00:04  اس کو بتاؤں گا، Vaticanization کہیے یا principle of Vatican کے، وہ وہی تھا۔</w:t>
      </w:r>
      <w:r>
        <w:br/>
      </w:r>
      <w:r>
        <w:rPr>
          <w:sz w:val="20"/>
        </w:rPr>
        <w:t>1:00:12  yeh to yeh law of nature hai, yeh law of nature hai.</w:t>
      </w:r>
      <w:r>
        <w:br/>
      </w:r>
      <w:r>
        <w:rPr>
          <w:sz w:val="20"/>
        </w:rPr>
        <w:t>1:00:19  aur mein samajhta hoon ke yeh law of nature jo hai, secular logon ke liye bhi hai.</w:t>
      </w:r>
      <w:r>
        <w:br/>
      </w:r>
      <w:r>
        <w:rPr>
          <w:sz w:val="20"/>
        </w:rPr>
        <w:t>1:00:27  What happened in Germany after the Second World War? Some</w:t>
      </w:r>
      <w:r>
        <w:br/>
      </w:r>
      <w:r>
        <w:rPr>
          <w:sz w:val="20"/>
        </w:rPr>
        <w:t>1:00:34  powers yani occupied east germany.</w:t>
      </w:r>
      <w:r>
        <w:br/>
      </w:r>
      <w:r>
        <w:rPr>
          <w:sz w:val="20"/>
        </w:rPr>
        <w:t>1:00:41  So German leaders have no option other than to content in West Germany.</w:t>
      </w:r>
      <w:r>
        <w:br/>
      </w:r>
      <w:r>
        <w:rPr>
          <w:sz w:val="20"/>
        </w:rPr>
        <w:t>1:00:48  to they accepted this formula.</w:t>
      </w:r>
      <w:r>
        <w:br/>
      </w:r>
      <w:r>
        <w:rPr>
          <w:sz w:val="20"/>
        </w:rPr>
        <w:t>1:00:54  as was formula, also formula of vatican.</w:t>
      </w:r>
      <w:r>
        <w:br/>
      </w:r>
      <w:r>
        <w:rPr>
          <w:sz w:val="20"/>
        </w:rPr>
        <w:t>1:01:01  yani east germany ko unhon ne de diya, un ko</w:t>
      </w:r>
      <w:r>
        <w:br/>
      </w:r>
      <w:r>
        <w:rPr>
          <w:sz w:val="20"/>
        </w:rPr>
        <w:t>1:01:07  jo jo doosri powers thin, aur khud woh west germany mein apna development ka kaam karne lage.</w:t>
      </w:r>
      <w:r>
        <w:br/>
      </w:r>
      <w:r>
        <w:rPr>
          <w:sz w:val="20"/>
        </w:rPr>
        <w:t>1:01:13  تو میں سمجھتا ہوں کہ principle of Vatican جو ہے، یہ یہ ایک بہت ہی wisdom کی بات</w:t>
      </w:r>
      <w:r>
        <w:br/>
      </w:r>
      <w:r>
        <w:rPr>
          <w:sz w:val="20"/>
        </w:rPr>
        <w:t>1:01:19  ہے، اور یہ سب کے لیے، religious لوگوں کے لیے، سخت religious لوگوں اور secular لوگوں کے لیے</w:t>
      </w:r>
      <w:r>
        <w:br/>
      </w:r>
      <w:r>
        <w:rPr>
          <w:sz w:val="20"/>
        </w:rPr>
        <w:t>1:01:25  bhi hai ke yeh wahi hai.</w:t>
      </w:r>
      <w:r>
        <w:br/>
      </w:r>
      <w:r>
        <w:rPr>
          <w:sz w:val="20"/>
        </w:rPr>
        <w:t>1:01:32  doosre lafzon mein</w:t>
      </w:r>
      <w:r>
        <w:br/>
      </w:r>
      <w:r>
        <w:rPr>
          <w:sz w:val="20"/>
        </w:rPr>
        <w:t>1:01:38  کہ: "Politics is the art of the possible." جو پاسیبل ہے، اس پر راضی ہو جاؤ۔</w:t>
      </w:r>
      <w:r>
        <w:br/>
      </w:r>
      <w:r>
        <w:rPr>
          <w:sz w:val="20"/>
        </w:rPr>
        <w:t>1:01:44  yani vaitikan prinsipal ka matlab hai jo pracktically jo paasebal hai, us par raazi ho jao.</w:t>
      </w:r>
      <w:r>
        <w:br/>
      </w:r>
      <w:r>
        <w:rPr>
          <w:sz w:val="20"/>
        </w:rPr>
        <w:t>1:01:51  dekhen, is ka yani itna achha example kirschan ne diya hai.</w:t>
      </w:r>
      <w:r>
        <w:br/>
      </w:r>
      <w:r>
        <w:rPr>
          <w:sz w:val="20"/>
        </w:rPr>
        <w:t>1:01:57  main main yeh kahunga itna achha example ke poore Europe mein un ki dab dabe tha, us ko</w:t>
      </w:r>
      <w:r>
        <w:br/>
      </w:r>
      <w:r>
        <w:rPr>
          <w:sz w:val="20"/>
        </w:rPr>
        <w:t>1:02:04  chhod kar ke vaitikan par raazi ho gaye,</w:t>
      </w:r>
      <w:r>
        <w:br/>
      </w:r>
      <w:r>
        <w:rPr>
          <w:sz w:val="20"/>
        </w:rPr>
        <w:t>1:02:10  jo shayad 110 ekad hai ghaliban.</w:t>
      </w:r>
      <w:r>
        <w:br/>
      </w:r>
      <w:r>
        <w:rPr>
          <w:sz w:val="20"/>
        </w:rPr>
        <w:t>1:02:16  to main samajhta hoon ke yeh prinsipal aik law of nature pe base karta hai, aur yeh secular</w:t>
      </w:r>
      <w:r>
        <w:br/>
      </w:r>
      <w:r>
        <w:rPr>
          <w:sz w:val="20"/>
        </w:rPr>
        <w:t>1:02:22  logon ke liye bhi hai, lejis logon ke liye bhi hai, sab ke liye.</w:t>
      </w:r>
      <w:r>
        <w:br/>
      </w:r>
      <w:r>
        <w:rPr>
          <w:sz w:val="20"/>
        </w:rPr>
        <w:t>1:02:28  lekin is ka aik bohat hi historical example chounke vaitikan hai, is liye main is ko refer kiya.</w:t>
      </w:r>
    </w:p>
    <w:p>
      <w:pPr>
        <w:pStyle w:val="Heading2"/>
      </w:pPr>
      <w:r>
        <w:t>Islamic revival despite leadership opposition</w:t>
      </w:r>
    </w:p>
    <w:p>
      <w:r>
        <w:rPr>
          <w:color w:val="666666"/>
          <w:sz w:val="18"/>
        </w:rPr>
        <w:t>Society &amp; Dawah · Revival of Ummah January 22, 2017 · 1m 50s · at 47:39 · https://youtu.be/vnPsv0TBCfk?t=2859</w:t>
      </w:r>
    </w:p>
    <w:p>
      <w:r>
        <w:rPr>
          <w:i/>
        </w:rPr>
        <w:t>“Muslims taking a U-turn would mean that Muslims are wrong. But Muslim leaders will not allow it because it hurts their false pride and challenges their leadership. So how will change come? How will the revival of Islam happen? Because these leaders will not allow it.”</w:t>
      </w:r>
    </w:p>
    <w:p>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r>
        <w:br/>
      </w:r>
      <w:r>
        <w:rPr>
          <w:sz w:val="20"/>
        </w:rPr>
        <w:t>48:09  aur un ki leaders ko leadership ko challenge karta hai. to phir change kaise aayega? revival of islam kaise hoga? kyunke yeh leaders aisa hone nahi denge. nahi aisa nahi hai. mere nazdeek har case jo hai unawareness ka case hota hai bekhabari ka.</w:t>
      </w:r>
      <w:r>
        <w:br/>
      </w:r>
      <w:r>
        <w:rPr>
          <w:sz w:val="20"/>
        </w:rPr>
        <w:t>48:33  is waqt log jo hain woh bekhabar hain ke kya opportunity khuli hain. jaise main is waqt misaal deta hoon ke india mein jab india azad hua nineteen forty seven mein to sare musalman kya samajhte the ke india mein un ke liye koi koi kuch mauka nahi hai. india mein scope nahi hai. sab bhagte the india se bhagte the ka mulk bana hua tha us waqt.</w:t>
      </w:r>
      <w:r>
        <w:br/>
      </w:r>
      <w:r>
        <w:rPr>
          <w:sz w:val="20"/>
        </w:rPr>
        <w:t>49:02  lekin nineteen seventy one mein jo waqia hua nineteen seventy one mein us ke baad musalmanon ka mind badal gaya. ab isi mein isi mein india mein musalman khoob kama rahe hain khoob kaam kar rahe hain padh rahe hain sab kuch. to jo aap farma rahe hain woh bhi unawareness case hai. bohat se log aise hain jo jinki bekhabari toot gayi to woh theek chal rahe hain.</w:t>
      </w:r>
      <w:r>
        <w:br/>
      </w:r>
      <w:r>
        <w:rPr>
          <w:sz w:val="20"/>
        </w:rPr>
        <w:t>49:29  logon ki bekhabari ko todiye us ke baad sara mamla normal ho jayega. ji ah molana agla sawal lete hain jo ah bheja hai amir mori sahib ne srinagar se.</w:t>
      </w:r>
    </w:p>
    <w:p>
      <w:pPr>
        <w:pStyle w:val="Heading2"/>
      </w:pPr>
      <w:r>
        <w:t>Islamic solution for global political violence</w:t>
      </w:r>
    </w:p>
    <w:p>
      <w:r>
        <w:rPr>
          <w:color w:val="666666"/>
          <w:sz w:val="18"/>
        </w:rPr>
        <w:t>Society &amp; Dawah · Man and Paradise August 18, 2013 · 2m 11s · at 59:28 · https://youtu.be/v7eX25YAjDU?t=3568</w:t>
      </w:r>
    </w:p>
    <w:p>
      <w:r>
        <w:rPr>
          <w:i/>
        </w:rPr>
        <w:t>“Maulana, what is the solution in Islam for communal violence in Kashmir, the violence ignited by demands for separate states in India, and the global unrest due to political violence in other countries of the world, so that the world can become a ground for peace?”</w:t>
      </w:r>
    </w:p>
    <w:p>
      <w:r>
        <w:rPr>
          <w:sz w:val="20"/>
        </w:rPr>
        <w:t>59:28  maulana, agla sawal Delhi se hai, Miss Razia ka, Jamiya Millia Islamia se. unhone likha hai: "Maulana sahib, Kashmir ki sanpradayik hinsa aur Hindustan mein alag rajyon ki maang ko le kar bhadki hinsa,</w:t>
      </w:r>
      <w:r>
        <w:br/>
      </w:r>
      <w:r>
        <w:rPr>
          <w:sz w:val="20"/>
        </w:rPr>
        <w:t>59:45  aur vishwa ke doosre deshon ki rajnitik hinsa ke karan jo vaishvik ashanti ka mahaul hai, uska Islam mein kya hal hai</w:t>
      </w:r>
      <w:r>
        <w:br/>
      </w:r>
      <w:r>
        <w:rPr>
          <w:sz w:val="20"/>
        </w:rPr>
        <w:t>59:55  taaki vishwa shanti ki sarzameen ban jaye?" is par to main bahut likh chuka hoon, bahut zyada likh chuka hoon ke Islam mein political maamle mein status quo mein ye hai hi nahi jo kar rahe hain ye log.</w:t>
      </w:r>
      <w:r>
        <w:br/>
      </w:r>
      <w:r>
        <w:rPr>
          <w:sz w:val="20"/>
        </w:rPr>
        <w:t>1:00:13  ye hai hi nahi. political maamle mein ye hai Islam ka tareeqa ke jo existing rule hai, us ko maan lijiye bas.</w:t>
      </w:r>
      <w:r>
        <w:br/>
      </w:r>
      <w:r>
        <w:rPr>
          <w:sz w:val="20"/>
        </w:rPr>
        <w:t>1:00:24  yaani daawa activism aur political status quo mein dawat is peaceful tareeqe se dawat kijiye, us ka aap ko haq hai.</w:t>
      </w:r>
      <w:r>
        <w:br/>
      </w:r>
      <w:r>
        <w:rPr>
          <w:sz w:val="20"/>
        </w:rPr>
        <w:t>1:00:35  lekin ye opposition ki party chalana aur phir tashaddud tak maamla pahunchana, phir band aur aur takraao karna, ye sab Islam mein nahi hai.</w:t>
      </w:r>
      <w:r>
        <w:br/>
      </w:r>
      <w:r>
        <w:rPr>
          <w:sz w:val="20"/>
        </w:rPr>
        <w:t>1:00:48  Islam mein bilkul nahi hai.</w:t>
      </w:r>
      <w:r>
        <w:br/>
      </w:r>
      <w:r>
        <w:rPr>
          <w:sz w:val="20"/>
        </w:rPr>
        <w:t>1:00:51  to Islam mein sirf peaceful tareeqe se apni baat karne ka aap ko haq hai. bas jahan tak hukumat ka maamla hai, hukumat se takrane ka parties of opposition ye Islam mein hai hi nahi.</w:t>
      </w:r>
      <w:r>
        <w:br/>
      </w:r>
      <w:r>
        <w:rPr>
          <w:sz w:val="20"/>
        </w:rPr>
        <w:t>1:01:06  yaani jod hi kat jaati hai.</w:t>
      </w:r>
      <w:r>
        <w:br/>
      </w:r>
      <w:r>
        <w:rPr>
          <w:sz w:val="20"/>
        </w:rPr>
        <w:t>1:01:08  yaani Islam mein jadd kat jaati hai aisi parties ki jo aakhir mein tashaddud jism mein hota hai aur gun aur bomb ka nabat aati hai. kyunke political activism jo hai ya opposition parties of opposition Islam mein nahi hai, bilkul nahi hai.</w:t>
      </w:r>
      <w:r>
        <w:br/>
      </w:r>
      <w:r>
        <w:rPr>
          <w:sz w:val="20"/>
        </w:rPr>
        <w:t>1:01:25  main ne is par bahut likha hai, aap meri kitabon mein ye maujood hai, aap padh lijiye. is ko kehte hain un islami fuqaha ke istilaah mein is ko kehte hain ke khurooj Islam mein haram hai.</w:t>
      </w:r>
      <w:r>
        <w:br/>
      </w:r>
      <w:r>
        <w:rPr>
          <w:sz w:val="20"/>
        </w:rPr>
        <w:t>1:01:34  khurooj ka matlab hota hai parties of opposition.</w:t>
      </w:r>
    </w:p>
    <w:p>
      <w:pPr>
        <w:pStyle w:val="Heading2"/>
      </w:pPr>
      <w:r>
        <w:t>Islamic vs national politics</w:t>
      </w:r>
    </w:p>
    <w:p>
      <w:r>
        <w:rPr>
          <w:color w:val="666666"/>
          <w:sz w:val="18"/>
        </w:rPr>
        <w:t>Society &amp; Dawah · Islam and Peace August 25, 2013 · 3m 54s · at 44:24 · https://youtu.be/WbBu4W6AUUs?t=2664</w:t>
      </w:r>
    </w:p>
    <w:p>
      <w:r>
        <w:rPr>
          <w:i/>
        </w:rPr>
        <w:t>“What is the difference between Islamic politics and national politics? Please explain.”</w:t>
      </w:r>
    </w:p>
    <w:p>
      <w:r>
        <w:rPr>
          <w:sz w:val="20"/>
        </w:rPr>
        <w:t>44:24  maulana, yeh sawal bangalore se aaya hai naseerullah sahab ka. unhon ne aap se poocha hai: islami siyasat aur qaumi siyasat mein farq kya hai?</w:t>
      </w:r>
      <w:r>
        <w:br/>
      </w:r>
      <w:r>
        <w:rPr>
          <w:sz w:val="20"/>
        </w:rPr>
        <w:t>44:35  is ke bare mein batayen.</w:t>
      </w:r>
      <w:r>
        <w:br/>
      </w:r>
      <w:r>
        <w:rPr>
          <w:sz w:val="20"/>
        </w:rPr>
        <w:t>44:39  islami siyasat koi hai hi nahin. yeh to ek bidat hai. yeh ek invited term hai, yeh mubtazila istilaah.</w:t>
      </w:r>
      <w:r>
        <w:br/>
      </w:r>
      <w:r>
        <w:rPr>
          <w:sz w:val="20"/>
        </w:rPr>
        <w:t>44:51  sare quran mein, sari hadith ke zakhire mein kahin bhi islami siyasat ka lafz istemal nahin hua. to is ko main bidat samajhta hoon.</w:t>
      </w:r>
      <w:r>
        <w:br/>
      </w:r>
      <w:r>
        <w:rPr>
          <w:sz w:val="20"/>
        </w:rPr>
        <w:t>45:01  jo musalman aaj kal chala rahe hain, woh qaumi siyasat hai. woh islami siyasat hai hi nahin. siyasat ko islamize karne ka concept quran o hadith mein nahin hai.</w:t>
      </w:r>
      <w:r>
        <w:br/>
      </w:r>
      <w:r>
        <w:rPr>
          <w:sz w:val="20"/>
        </w:rPr>
        <w:t>45:10  hamara kaam hai peaceful dawah work, woh bhi inzar o tafseer ki buniyadon par.</w:t>
      </w:r>
      <w:r>
        <w:br/>
      </w:r>
      <w:r>
        <w:rPr>
          <w:sz w:val="20"/>
        </w:rPr>
        <w:t>45:19  yani main samajhta hoon ke musalmanon ka sirf ek hi mission hai, woh hai ke to make people aware of the creation plan of God bas single point formula ke Allah ka mansha kya hai,</w:t>
      </w:r>
      <w:r>
        <w:br/>
      </w:r>
      <w:r>
        <w:rPr>
          <w:sz w:val="20"/>
        </w:rPr>
        <w:t>45:38  Allah ka takhleeqi mansooba kya hai, aur jannat kya hai, jahannum kya hai, marne ke baad insan ke sath kya muamla pesh aanay wala hai.</w:t>
      </w:r>
      <w:r>
        <w:br/>
      </w:r>
      <w:r>
        <w:rPr>
          <w:sz w:val="20"/>
        </w:rPr>
        <w:t>45:49  isi ko kehte hain inzar o tafseer. bas baqi cheezen jo halaat ke tehat hain, halaat ke tehat hain. koi islami siyasat nahin hai.</w:t>
      </w:r>
      <w:r>
        <w:br/>
      </w:r>
      <w:r>
        <w:rPr>
          <w:sz w:val="20"/>
        </w:rPr>
        <w:t>46:01  aur jo jo unhon ne istilahein banai hain, woh unhon ne bilashubah ek aisa kaam kiya jis ka unhein haq nahin tha ke quran mein hai ya yeh istilaah hadith mein hai.</w:t>
      </w:r>
      <w:r>
        <w:br/>
      </w:r>
      <w:r>
        <w:rPr>
          <w:sz w:val="20"/>
        </w:rPr>
        <w:t>46:11  to aap ne kaise bana liya? yeh to qaumi culture mein hai.</w:t>
      </w:r>
      <w:r>
        <w:br/>
      </w:r>
      <w:r>
        <w:rPr>
          <w:sz w:val="20"/>
        </w:rPr>
        <w:t>46:16  qaumi culture mein siyasat waghera ki istilahein chalti hain, islam mein nahin hai. islam mein sara muamla yeh hai ke aap akhirat ki buniyad par dawah work karen, peaceful andaaz mein.</w:t>
      </w:r>
      <w:r>
        <w:br/>
      </w:r>
      <w:r>
        <w:rPr>
          <w:sz w:val="20"/>
        </w:rPr>
        <w:t>46:34  is ke baad kya halaat pesh aate hain, is se aap ka agla program tay hoga. basically yahi yahi hai, bas aur is ke ilawa kuch bhi nahin.</w:t>
      </w:r>
      <w:r>
        <w:br/>
      </w:r>
      <w:r>
        <w:rPr>
          <w:sz w:val="20"/>
        </w:rPr>
        <w:t>46:44  to main is ko nahin manta ke islami siyasat naam ki koi cheez hai islam mein. main is ko nahin manta. agar koi kisi ko israr hai ke hai to woh quran o hadith se bataye.</w:t>
      </w:r>
      <w:r>
        <w:br/>
      </w:r>
      <w:r>
        <w:rPr>
          <w:sz w:val="20"/>
        </w:rPr>
        <w:t>46:58  main aap ko ek hadith aap ko sunata hoon. ek hadith hai ke kama takunoon kadhalika yool alaikum jaise tum hoge, waise tumhare ruler honge.</w:t>
      </w:r>
      <w:r>
        <w:br/>
      </w:r>
      <w:r>
        <w:rPr>
          <w:sz w:val="20"/>
        </w:rPr>
        <w:t>47:09  ruler is ka matlab kya hua?</w:t>
      </w:r>
      <w:r>
        <w:br/>
      </w:r>
      <w:r>
        <w:rPr>
          <w:sz w:val="20"/>
        </w:rPr>
        <w:t>47:13  ke hukumat jo hai, hukumat jo hai, woh yani society se emerge karti hai.</w:t>
      </w:r>
      <w:r>
        <w:br/>
      </w:r>
      <w:r>
        <w:rPr>
          <w:sz w:val="20"/>
        </w:rPr>
        <w:t>47:22  jaisi society, waisi hukumat. koi islam ka koi ek muqarrar norm nahin hai ke is ko le kar ke hum logon se ladein, ke hum aisi hukumat qaim karenge.</w:t>
      </w:r>
      <w:r>
        <w:br/>
      </w:r>
      <w:r>
        <w:rPr>
          <w:sz w:val="20"/>
        </w:rPr>
        <w:t>47:31  aisa kuch nahin hai ke ek aaj kal jo hai ke ek ek hum kehte hain ke hamara ek nizam hai, is nizam ko hamein qaim karna hai, is ke liye hum ladeinge.</w:t>
      </w:r>
      <w:r>
        <w:br/>
      </w:r>
      <w:r>
        <w:rPr>
          <w:sz w:val="20"/>
        </w:rPr>
        <w:t>47:41  yeh kaheen nahin quran o hadees mein hai. is ke bar aks jo formula hai, woh yeh hai ke ke tum logon mein dawat do, society banao.</w:t>
      </w:r>
      <w:r>
        <w:br/>
      </w:r>
      <w:r>
        <w:rPr>
          <w:sz w:val="20"/>
        </w:rPr>
        <w:t>47:53  jaisi society hogi, waisi is ke andar se emerge kare gi hukoomat. bas koi isi ko nishana bana kar ke ladna bharna, yeh islam mein nahin hai.</w:t>
      </w:r>
      <w:r>
        <w:br/>
      </w:r>
      <w:r>
        <w:rPr>
          <w:sz w:val="20"/>
        </w:rPr>
        <w:t>48:07  mein ne bar bar logon ko challenge kiya hai ke log batayein ke quran o hadees mein kahan hai islami siyasat ka formula. aaj tak kisi ne nahin bataya.</w:t>
      </w:r>
    </w:p>
    <w:p>
      <w:pPr>
        <w:pStyle w:val="Heading2"/>
      </w:pPr>
      <w:r>
        <w:t>Islamophobia in present times views</w:t>
      </w:r>
    </w:p>
    <w:p>
      <w:r>
        <w:rPr>
          <w:color w:val="666666"/>
          <w:sz w:val="18"/>
        </w:rPr>
        <w:t>Society &amp; Dawah · Mission of Tajdeed (Revival of Islam) September 15, 2019 Maulana Wahiduddin Khan · 8m 03s · at 40:17 · https://youtu.be/jGfoAffJ4-8?t=2417</w:t>
      </w:r>
    </w:p>
    <w:p>
      <w:r>
        <w:rPr>
          <w:i/>
        </w:rPr>
        <w:t>“You talk about Islamophobia and its misinterpretation in the past. I want to know your views on the conceived notion of Islamophobia in present times.”</w:t>
      </w:r>
    </w:p>
    <w:p>
      <w:r>
        <w:rPr>
          <w:sz w:val="20"/>
        </w:rPr>
        <w:t>40:17  if you want these books in quantity, then please write to us on info at cps global dot org. maulana, agla sawal bheja hai waseem sahib ne kashmir se.</w:t>
      </w:r>
      <w:r>
        <w:br/>
      </w:r>
      <w:r>
        <w:rPr>
          <w:sz w:val="20"/>
        </w:rPr>
        <w:t>40:33  ji, unhon ne likha hai: "maulana sahib, you talk about the islamophobia and its misinterpretation in the past.</w:t>
      </w:r>
      <w:r>
        <w:br/>
      </w:r>
      <w:r>
        <w:rPr>
          <w:sz w:val="20"/>
        </w:rPr>
        <w:t>40:43  i want to know about your views on the conceived notion of islamophobia of present times." is ke bare mein batayen.</w:t>
      </w:r>
      <w:r>
        <w:br/>
      </w:r>
      <w:r>
        <w:rPr>
          <w:sz w:val="20"/>
        </w:rPr>
        <w:t>40:53  bhai, islamophobia ka term hi galat hai. koi islamophobia duniya mein nahi hai. sare log islam ke bare mein positive hain, parhte hain, madad karte hain.</w:t>
      </w:r>
      <w:r>
        <w:br/>
      </w:r>
      <w:r>
        <w:rPr>
          <w:sz w:val="20"/>
        </w:rPr>
        <w:t>41:08  hum ne america ka kam az kam barah bar safar kiya hai, har bar hum ko logon ne cooperation diya. yeh to bilkul be be baseless baat hai, baseless.</w:t>
      </w:r>
      <w:r>
        <w:br/>
      </w:r>
      <w:r>
        <w:rPr>
          <w:sz w:val="20"/>
        </w:rPr>
        <w:t>41:21  is ka koi, is ki koi haqeeqat nahi hai. main aap ko ek qissa batata hoon ke ek waqt, us waqt kya hua ke hum ko america mein bulaya gaya,</w:t>
      </w:r>
      <w:r>
        <w:br/>
      </w:r>
      <w:r>
        <w:rPr>
          <w:sz w:val="20"/>
        </w:rPr>
        <w:t>41:38  kisi party ne bulaya to hum bohat sare</w:t>
      </w:r>
      <w:r>
        <w:br/>
      </w:r>
      <w:r>
        <w:rPr>
          <w:sz w:val="20"/>
        </w:rPr>
        <w:t>41:46  bundle kitabon ke le ke gaye. to jab utre airport par to itna sa bundle tha kitabon ka, lekin jo jinhon ne bulaya tha,</w:t>
      </w:r>
      <w:r>
        <w:br/>
      </w:r>
      <w:r>
        <w:rPr>
          <w:sz w:val="20"/>
        </w:rPr>
        <w:t>41:59  woh woh pahunche nahi the kisi wajah se airport par. ab hum airport par utar kar ke un ko dekh dhoond rahe hain, woh mil mile nahi.</w:t>
      </w:r>
      <w:r>
        <w:br/>
      </w:r>
      <w:r>
        <w:rPr>
          <w:sz w:val="20"/>
        </w:rPr>
        <w:t>42:09  woh to aakhir mein hum ne kya kiya ke bundalon ko le kar ke hum hotel mein chale gaye. sara bundle hotel mein ja ke dher kar diya.</w:t>
      </w:r>
      <w:r>
        <w:br/>
      </w:r>
      <w:r>
        <w:rPr>
          <w:sz w:val="20"/>
        </w:rPr>
        <w:t>42:19  is ke baad kya hua? isi shaam ko ek aadmi apni biwi ke saath aaya, isi shaam ko amreeka ka, woh amreeka hi ka aadmi tha.</w:t>
      </w:r>
      <w:r>
        <w:br/>
      </w:r>
      <w:r>
        <w:rPr>
          <w:sz w:val="20"/>
        </w:rPr>
        <w:t>42:31  to is ko hum ne bataya ke bhai aisa hua hai, hum ne kitaabein laaye the, lekin kisi wajah se woh log aa nahin sake airport par.</w:t>
      </w:r>
      <w:r>
        <w:br/>
      </w:r>
      <w:r>
        <w:rPr>
          <w:sz w:val="20"/>
        </w:rPr>
        <w:t>42:42  ab hum yahan dher kar diya la kar ke. to kya hua? isi din, isi din woh saahab apne khud aur apni biwi aur apni ladki bhi shaayad thi, sab log mil gaye, is ko sab utha le gaye, saari kitaab utha le gaye aur ja kar khud woh kitaabon ko logon ko diya.</w:t>
      </w:r>
      <w:r>
        <w:br/>
      </w:r>
      <w:r>
        <w:rPr>
          <w:sz w:val="20"/>
        </w:rPr>
        <w:t>43:03  diya kya? balkeh sell kiya, sell kiya, saari kitaabein sell kar ke is ka paisa hum ko de diya. hum ne kaha un ka koi ta'alluq is se nahin tha.</w:t>
      </w:r>
      <w:r>
        <w:br/>
      </w:r>
      <w:r>
        <w:rPr>
          <w:sz w:val="20"/>
        </w:rPr>
        <w:t>43:14  to yeh to bohat hi cooperative log hain, bohat zyada cooperative. koi islamophobia nahin hai, yeh bilkul un par ilzaam hai. islamophobia hai hi nahin wahan par.</w:t>
      </w:r>
      <w:r>
        <w:br/>
      </w:r>
      <w:r>
        <w:rPr>
          <w:sz w:val="20"/>
        </w:rPr>
        <w:t>43:26  islam se hamdardi hai, islam se cooperation hai, islam ke baare mein positive thinking hai. main samajhta hoon ke amreeka ke log bohat hi zyada achhe log hain.</w:t>
      </w:r>
      <w:r>
        <w:br/>
      </w:r>
      <w:r>
        <w:rPr>
          <w:sz w:val="20"/>
        </w:rPr>
        <w:t>43:40  khaas baat yeh hai ke woh kabhi jhoot nahin bolte. jo american log hain, woh kabhi jhoot nahin bolte. to yeh to hamare liye bohat achhi baat hai, un se aap trust kar sakte hain.</w:t>
      </w:r>
      <w:r>
        <w:br/>
      </w:r>
      <w:r>
        <w:rPr>
          <w:sz w:val="20"/>
        </w:rPr>
        <w:t>43:53  to mujhe kabhi tajruba nahin hua is ka. misaal ke taur par dekhiye, ek martaba khabar chhapi thi ke india ke ek saahab gaye aur amreeka ke airport par un ke joote utarwaaye gaye.</w:t>
      </w:r>
      <w:r>
        <w:br/>
      </w:r>
      <w:r>
        <w:rPr>
          <w:sz w:val="20"/>
        </w:rPr>
        <w:t>44:09  to is ko chhipa india mein bohat hi bure andaaz mein, ke ke is ko taakhir ke andaaz mein. main bhi gaya ittefaq se inhi dinon.</w:t>
      </w:r>
      <w:r>
        <w:br/>
      </w:r>
      <w:r>
        <w:rPr>
          <w:sz w:val="20"/>
        </w:rPr>
        <w:t>44:20  to airport par police ka aadmi baitha khada hua tha. to us ne ishaara kiya ke main joota apna utaar doon.</w:t>
      </w:r>
      <w:r>
        <w:br/>
      </w:r>
      <w:r>
        <w:rPr>
          <w:sz w:val="20"/>
        </w:rPr>
        <w:t>44:29  main ne jaldi se utaar diya. koi bhi is pe woh nahin hua. to us ne ek joote ko check kiya, doosre ko kaha jaa jaa.</w:t>
      </w:r>
      <w:r>
        <w:br/>
      </w:r>
      <w:r>
        <w:rPr>
          <w:sz w:val="20"/>
        </w:rPr>
        <w:t>44:42  check hi nahin kiya poora. to jhoot mein jeete hain hamare log. aur yeh islamophobia ek ek bilkul baseless ilzaam hai ahle maghrib par.</w:t>
      </w:r>
      <w:r>
        <w:br/>
      </w:r>
      <w:r>
        <w:rPr>
          <w:sz w:val="20"/>
        </w:rPr>
        <w:t>44:56  wahan koi islamophobia nahin hai.</w:t>
      </w:r>
      <w:r>
        <w:br/>
      </w:r>
      <w:r>
        <w:rPr>
          <w:sz w:val="20"/>
        </w:rPr>
        <w:t>45:07  maulana riyaz bhatt saahab ne bangalore se aap se poocha hai ke unhone apna comment aur question ke is mein bheja hai.</w:t>
      </w:r>
      <w:r>
        <w:br/>
      </w:r>
      <w:r>
        <w:rPr>
          <w:sz w:val="20"/>
        </w:rPr>
        <w:t>45:17  unhone likha hai: "thanks for clearing the conceptions regarding tajdeed</w:t>
      </w:r>
      <w:r>
        <w:br/>
      </w:r>
      <w:r>
        <w:rPr>
          <w:sz w:val="20"/>
        </w:rPr>
        <w:t>45:22  ۔ it is regarding tajdeed. tajdeed. it is natural that over a period there may be a derailment of any concept.</w:t>
      </w:r>
      <w:r>
        <w:br/>
      </w:r>
      <w:r>
        <w:rPr>
          <w:sz w:val="20"/>
        </w:rPr>
        <w:t>45:31  hence god has warned us through prophets regarding the same and made it mandatory for scholars to bring the islam as a concept back on rails from derailment in different ages." Maulana saahab, am i correct?</w:t>
      </w:r>
      <w:r>
        <w:br/>
      </w:r>
      <w:r>
        <w:rPr>
          <w:sz w:val="20"/>
        </w:rPr>
        <w:t>45:52  dekhiye, derailment ek natural phenomenon hai aur derailment koi masla nahin hai.</w:t>
      </w:r>
      <w:r>
        <w:br/>
      </w:r>
      <w:r>
        <w:rPr>
          <w:sz w:val="20"/>
        </w:rPr>
        <w:t>46:03  that yani derailment jab hota hai to aur aur interaction hota hai.</w:t>
      </w:r>
      <w:r>
        <w:br/>
      </w:r>
      <w:r>
        <w:rPr>
          <w:sz w:val="20"/>
        </w:rPr>
        <w:t>46:12  log sawaal karte hain, jawaab bhi aata hai. to derailment jo hai, woh to enhancement hai. yani khoob equity badhti hai, sawaal jawaab badhte hain, islam ke study badhti hai.</w:t>
      </w:r>
      <w:r>
        <w:br/>
      </w:r>
      <w:r>
        <w:rPr>
          <w:sz w:val="20"/>
        </w:rPr>
        <w:t>46:28  koi masla hai hi nahin. woh hamare kuch logon ne khwaah makhwaah is ko masla bana rakha hai.</w:t>
      </w:r>
      <w:r>
        <w:br/>
      </w:r>
      <w:r>
        <w:rPr>
          <w:sz w:val="20"/>
        </w:rPr>
        <w:t>46:39  maulana yaqoob umri ne dilli se likha hai: "maulana, tajdeed ka ta'alluq shakhsiyat se nahin balkeh daur se hai, magar musalmanon ne is ko laqab baaz laqab baazi ka mozu bana liya.</w:t>
      </w:r>
      <w:r>
        <w:br/>
      </w:r>
      <w:r>
        <w:rPr>
          <w:sz w:val="20"/>
        </w:rPr>
        <w:t>46:54  jazak Allah khair for this clarity." misaal ke taur par dekhiye, main batata hoon aap ko ek baat to amreeka mein hai.</w:t>
      </w:r>
      <w:r>
        <w:br/>
      </w:r>
      <w:r>
        <w:rPr>
          <w:sz w:val="20"/>
        </w:rPr>
        <w:t>47:04  main ne ek is ka ek bade scholar se meri baat cheet hui to main ne poocha is ke baare mein, difference ke baare mein ke islam se aap ko kya ikhtilaaf hai.</w:t>
      </w:r>
      <w:r>
        <w:br/>
      </w:r>
      <w:r>
        <w:rPr>
          <w:sz w:val="20"/>
        </w:rPr>
        <w:t>47:21  to unhone ek bohat badi baat batai ke aap hamara koi difference nahin islam mein. hamara difference ka term hi istemaal nahin hota.</w:t>
      </w:r>
      <w:r>
        <w:br/>
      </w:r>
      <w:r>
        <w:rPr>
          <w:sz w:val="20"/>
        </w:rPr>
        <w:t>47:33  hum decent ka lafz istemal karte hain. hamara jo term hai, woh difference nahi hai. decent, d i w s e n t.</w:t>
      </w:r>
      <w:r>
        <w:br/>
      </w:r>
      <w:r>
        <w:rPr>
          <w:sz w:val="20"/>
        </w:rPr>
        <w:t>47:44  toh aap jante hain ke decent ek neutral term hai. neutral, decent neutral term hai.</w:t>
      </w:r>
      <w:r>
        <w:br/>
      </w:r>
      <w:r>
        <w:rPr>
          <w:sz w:val="20"/>
        </w:rPr>
        <w:t>47:53  mujhe ek ajeeb nai baat dariaft hui. toh khwah makhwah log hawa bana lete hain baaton ko.</w:t>
      </w:r>
      <w:r>
        <w:br/>
      </w:r>
      <w:r>
        <w:rPr>
          <w:sz w:val="20"/>
        </w:rPr>
        <w:t>48:09  doctor junaid shaikh ne mumbai se likha hai: "Today's lecture increased my clarity and conviction in mission, and this is what God Almighty wants fr</w:t>
      </w:r>
    </w:p>
    <w:p>
      <w:pPr>
        <w:pStyle w:val="Heading2"/>
      </w:pPr>
      <w:r>
        <w:t>Japan's civilization vs Western civilization</w:t>
      </w:r>
    </w:p>
    <w:p>
      <w:r>
        <w:rPr>
          <w:color w:val="666666"/>
          <w:sz w:val="18"/>
        </w:rPr>
        <w:t>Society &amp; Dawah · Discovery of Modern Age February 10, 2013 · 1m 42s · at 1:02:08 · https://youtu.be/qYGA53ii7E4?t=3728</w:t>
      </w:r>
    </w:p>
    <w:p>
      <w:r>
        <w:rPr>
          <w:i/>
        </w:rPr>
        <w:t>“Everyone acknowledges Japan's development, but in terms of civilization, Western civilization dominates, not Japanese civilization. What do you say about this?”</w:t>
      </w:r>
    </w:p>
    <w:p>
      <w:r>
        <w:rPr>
          <w:sz w:val="20"/>
        </w:rPr>
        <w:t>1:02:08  hamara agla sawal Dilli se hai Jameel Akhtar Khan sahib ka.</w:t>
      </w:r>
      <w:r>
        <w:br/>
      </w:r>
      <w:r>
        <w:rPr>
          <w:sz w:val="20"/>
        </w:rPr>
        <w:t>1:02:12  unhon ne likha hai: "Japan ki taraqqi ko sabhi log mante hain, magar tahzeeb ke aitbar se Western civilization ka ghalba hai, na ke Japani civilization ka." is ke baray mein aap kya kahengay?</w:t>
      </w:r>
      <w:r>
        <w:br/>
      </w:r>
      <w:r>
        <w:rPr>
          <w:sz w:val="20"/>
        </w:rPr>
        <w:t>1:02:27  Japan ki koi civilization hi nahin hai, koi civilization hi Japan ke nahin hai. yeh to ajeeb o ghareeb sawal hai.</w:t>
      </w:r>
      <w:r>
        <w:br/>
      </w:r>
      <w:r>
        <w:rPr>
          <w:sz w:val="20"/>
        </w:rPr>
        <w:t>1:02:35  yeh aap batayein ke Japani civilization kya cheez hoti hai?</w:t>
      </w:r>
      <w:r>
        <w:br/>
      </w:r>
      <w:r>
        <w:rPr>
          <w:sz w:val="20"/>
        </w:rPr>
        <w:t>1:02:41  yeh to kuch bhi nahin hai. aur Western civilization ko bhi aap Musalman samajhte hain ke woh civilization ka naam hai nudity ka, nangay pan hone ka.</w:t>
      </w:r>
      <w:r>
        <w:br/>
      </w:r>
      <w:r>
        <w:rPr>
          <w:sz w:val="20"/>
        </w:rPr>
        <w:t>1:02:52  Musalman yeh bhi nahin jante ke what is Western civilization. chand isi qism cheezon ko le kar Western civilization mante hain.</w:t>
      </w:r>
      <w:r>
        <w:br/>
      </w:r>
      <w:r>
        <w:rPr>
          <w:sz w:val="20"/>
        </w:rPr>
        <w:t>1:03:00  Western civilization jis baat ka naam hai, woh hamari aap ki bhi civilization hai ke nature mein Allah taala ne jo taqatein chupa rakhi theen, woh discover karna, woh hamari aap ki sab ki cheez hai.</w:t>
      </w:r>
      <w:r>
        <w:br/>
      </w:r>
      <w:r>
        <w:rPr>
          <w:sz w:val="20"/>
        </w:rPr>
        <w:t>1:03:13  woh West ki cheez nahin hai. woh</w:t>
      </w:r>
      <w:r>
        <w:br/>
      </w:r>
      <w:r>
        <w:rPr>
          <w:sz w:val="20"/>
        </w:rPr>
        <w:t>1:03:16  yeh jo cheezein aaj dekhte hain, aap chahe car ho ya hawajat ya communication ho, ek camera ho, ek computer ho, yeh isi nature mein, Allah ki burai nature mein maujood thi.</w:t>
      </w:r>
      <w:r>
        <w:br/>
      </w:r>
      <w:r>
        <w:rPr>
          <w:sz w:val="20"/>
        </w:rPr>
        <w:t>1:03:27  pehlay is ko unhon ne discover kiya ke istemal kiya, yeh to hamare aap ki sab ki hai. log samajhte hain ke Western civilization koi alag shaitani duniya ki cheez hai.</w:t>
      </w:r>
      <w:r>
        <w:br/>
      </w:r>
      <w:r>
        <w:rPr>
          <w:sz w:val="20"/>
        </w:rPr>
        <w:t>1:03:37  yeh bilkul hi bekhabari ki baat hai. yahi to maine kaha ke sab bilkul bekhabar hain log ke what is Western civilization jante hi nahin, baghair bolay hue taqreerein karte hain.</w:t>
      </w:r>
    </w:p>
    <w:p>
      <w:pPr>
        <w:pStyle w:val="Heading2"/>
      </w:pPr>
      <w:r>
        <w:t>Kashmiri identity and loyalty dilemma</w:t>
      </w:r>
    </w:p>
    <w:p>
      <w:r>
        <w:rPr>
          <w:color w:val="666666"/>
          <w:sz w:val="18"/>
        </w:rPr>
        <w:t>Society &amp; Dawah · 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Knowing absence of family culture</w:t>
      </w:r>
    </w:p>
    <w:p>
      <w:r>
        <w:rPr>
          <w:color w:val="666666"/>
          <w:sz w:val="18"/>
        </w:rPr>
        <w:t>Society &amp; Dawah · Roza (Fasting) Shock May 26, 2019 · 1m 53s · at 32:38 · https://youtu.be/GXYhGriFRpM?t=1958</w:t>
      </w:r>
    </w:p>
    <w:p>
      <w:r>
        <w:rPr>
          <w:i/>
        </w:rPr>
        <w:t>“How can we know if we are devoid of family culture or not? Explain. What are the cultures? How do we know if we lack family culture?”</w:t>
      </w:r>
    </w:p>
    <w:p>
      <w:r>
        <w:rPr>
          <w:sz w:val="20"/>
        </w:rPr>
        <w:t>32:38  it should be a month to live in higher plane, in the thought, realization, remembrance, remembrance and in discovering god." maulana, agla sawal doctor safina tabassum ne bheja hai saharanpur se.</w:t>
      </w:r>
      <w:r>
        <w:br/>
      </w:r>
      <w:r>
        <w:rPr>
          <w:sz w:val="20"/>
        </w:rPr>
        <w:t>32:54  unhon ne likha hai ke hum yeh kaise janen ke hum family culture se khali hain ya nahi? is ki wazahat karen.</w:t>
      </w:r>
      <w:r>
        <w:br/>
      </w:r>
      <w:r>
        <w:rPr>
          <w:sz w:val="20"/>
        </w:rPr>
        <w:t>33:02  kaun kaun culture hai? family culture se hum khali hain ke nahi? yeh kaise hum janen?</w:t>
      </w:r>
      <w:r>
        <w:br/>
      </w:r>
      <w:r>
        <w:rPr>
          <w:sz w:val="20"/>
        </w:rPr>
        <w:t>33:08  dekhen, is se zyada aasan koi baat nahi hai.</w:t>
      </w:r>
      <w:r>
        <w:br/>
      </w:r>
      <w:r>
        <w:rPr>
          <w:sz w:val="20"/>
        </w:rPr>
        <w:t>33:14  apne raat apne raat din ko le kar aap sochen ke 24 ghante mein maine real sense mein kitna apne khaliq ko yaad kiya aur kitna kisi aur ko.</w:t>
      </w:r>
      <w:r>
        <w:br/>
      </w:r>
      <w:r>
        <w:rPr>
          <w:sz w:val="20"/>
        </w:rPr>
        <w:t>33:25  yeh bohat hi aasan hai, yeh koi mushkil cheez hai hi nahi. aap ki yaadon mein kya basa hua hai, kaun nahi jaan sakta is cheez ko?</w:t>
      </w:r>
      <w:r>
        <w:br/>
      </w:r>
      <w:r>
        <w:rPr>
          <w:sz w:val="20"/>
        </w:rPr>
        <w:t>33:36  aap ki yaadon mein kya basa hua hai? allah jo khaliq hai, razzaq hai, allah hai, woh basa hua hai ya koi aur cheez?</w:t>
      </w:r>
      <w:r>
        <w:br/>
      </w:r>
      <w:r>
        <w:rPr>
          <w:sz w:val="20"/>
        </w:rPr>
        <w:t>33:49  yeh kaun hai jo is ko nahi jaan sakta? pata nahi, khaliq, razzaq, allah, is ko basna chahiye aap ki yaadon mein.</w:t>
      </w:r>
      <w:r>
        <w:br/>
      </w:r>
      <w:r>
        <w:rPr>
          <w:sz w:val="20"/>
        </w:rPr>
        <w:t>34:03  kaun hai jis ne aap ko koi aur cheez, aik baal bhi diya ho? mujhe bataiye, woh kaun hai jis ne aap ko aik baal bhi diya ho?</w:t>
      </w:r>
      <w:r>
        <w:br/>
      </w:r>
      <w:r>
        <w:rPr>
          <w:sz w:val="20"/>
        </w:rPr>
        <w:t>34:11  to isi ko aap kam yaad karen. kam baat ko mani kya hai? lip service karen. aik taraf dil ki gehraiyon se yaad karna hai, aik hai lip service karna ke kaun nahi jaan sakta?</w:t>
      </w:r>
      <w:r>
        <w:br/>
      </w:r>
      <w:r>
        <w:rPr>
          <w:sz w:val="20"/>
        </w:rPr>
        <w:t>34:25  is ko har aadmi jaan sakta hai.</w:t>
      </w:r>
    </w:p>
    <w:p>
      <w:pPr>
        <w:pStyle w:val="Heading2"/>
      </w:pPr>
      <w:r>
        <w:t>Lack of Ideology Planning in Ummah</w:t>
      </w:r>
    </w:p>
    <w:p>
      <w:r>
        <w:rPr>
          <w:color w:val="666666"/>
          <w:sz w:val="18"/>
        </w:rPr>
        <w:t>Society &amp; Dawah · Spirit of Ramadan June 14, 2015 · 59s · at 57:35 · https://youtu.be/mKQdhE2rhdQ?t=3455</w:t>
      </w:r>
    </w:p>
    <w:p>
      <w:r>
        <w:rPr>
          <w:i/>
        </w:rPr>
        <w:t>“Why is the importance of ideology and the need for planning it not present in the Ummah? Is the reason national pride and political thinking? Please explain.”</w:t>
      </w:r>
    </w:p>
    <w:p>
      <w:r>
        <w:rPr>
          <w:sz w:val="20"/>
        </w:rPr>
        <w:t>57:35  haan, jahan mauqa hai, wahan Masjid banaiye, jahan mauqa nahi hai to wahan ghar mein namaz padhiye. Maulana, yeh agla sawal aaya hai Maulana Iqbal Umri ka Chennai se: "Maulana, ideology ki ahmiyat aur is ki planning karne ki zaroorat kyun ummat mein nahi hai?</w:t>
      </w:r>
      <w:r>
        <w:br/>
      </w:r>
      <w:r>
        <w:rPr>
          <w:sz w:val="20"/>
        </w:rPr>
        <w:t>57:54  kya is ka sabab qaumi fakhr aur siyasi fikr hai?" please wazahat karein. sahi baat hai, sahi baat hai.</w:t>
      </w:r>
      <w:r>
        <w:br/>
      </w:r>
      <w:r>
        <w:rPr>
          <w:sz w:val="20"/>
        </w:rPr>
        <w:t>58:03  qaumi fakhr aur siyasi soch asal wajah yahi hai. isi ki buniyad par Musalmanon ne modern education nahi liya, modern education peeche ho gaye.</w:t>
      </w:r>
      <w:r>
        <w:br/>
      </w:r>
      <w:r>
        <w:rPr>
          <w:sz w:val="20"/>
        </w:rPr>
        <w:t>58:14  to jar ki baat to yahi hai.</w:t>
      </w:r>
      <w:r>
        <w:br/>
      </w:r>
      <w:r>
        <w:rPr>
          <w:sz w:val="20"/>
        </w:rPr>
        <w:t>58:18  agar hum chahte hain ke sahi ma'ano mein islaah to humein qaumi fakhr ko khatm karna padega, political soch ko khatm karna padega, logon ko modern education mein dakhil karna padega.</w:t>
      </w:r>
      <w:r>
        <w:br/>
      </w:r>
      <w:r>
        <w:rPr>
          <w:sz w:val="20"/>
        </w:rPr>
        <w:t>58:29  tab ja kar ke koi sahi maano mein islaah hogi.</w:t>
      </w:r>
    </w:p>
    <w:p>
      <w:pPr>
        <w:pStyle w:val="Heading2"/>
      </w:pPr>
      <w:r>
        <w:t>Lack of ideology planning in Ummah</w:t>
      </w:r>
    </w:p>
    <w:p>
      <w:r>
        <w:rPr>
          <w:color w:val="666666"/>
          <w:sz w:val="18"/>
        </w:rPr>
        <w:t>Society &amp; Dawah · Spirit of Ramadan | June 14, 2015 · 57s · at 58:08 · https://youtu.be/LMQxfxQcnxQ?t=3488</w:t>
      </w:r>
    </w:p>
    <w:p>
      <w:r>
        <w:rPr>
          <w:i/>
        </w:rPr>
        <w:t>“Why is the importance of ideology and the need for its planning not present in the Ummah? Is the reason national pride and political thought? Please explain.”</w:t>
      </w:r>
    </w:p>
    <w:p>
      <w:r>
        <w:rPr>
          <w:sz w:val="20"/>
        </w:rPr>
        <w:t>58:08  mona, yeh agla sawal aaya hai maulana iqbal umri ka chennai se.</w:t>
      </w:r>
      <w:r>
        <w:br/>
      </w:r>
      <w:r>
        <w:rPr>
          <w:sz w:val="20"/>
        </w:rPr>
        <w:t>58:13  maulana, ideology ki ahmiyat aur iski planning karne ki zaroorat kyun ummat mein nahi hai? kya is</w:t>
      </w:r>
      <w:r>
        <w:br/>
      </w:r>
      <w:r>
        <w:rPr>
          <w:sz w:val="20"/>
        </w:rPr>
        <w:t>58:18  ka sabab qaumi fakhr aur siyasi fikr hai? please wazahat karein.</w:t>
      </w:r>
      <w:r>
        <w:br/>
      </w:r>
      <w:r>
        <w:rPr>
          <w:sz w:val="20"/>
        </w:rPr>
        <w:t>58:23  saheeh baat hai, saheeh baat hai.</w:t>
      </w:r>
      <w:r>
        <w:br/>
      </w:r>
      <w:r>
        <w:rPr>
          <w:sz w:val="20"/>
        </w:rPr>
        <w:t>58:28  qaumi fakhr aur aesaai soch asal wajah yeh</w:t>
      </w:r>
      <w:r>
        <w:br/>
      </w:r>
      <w:r>
        <w:rPr>
          <w:sz w:val="20"/>
        </w:rPr>
        <w:t>58:33  hi hai.</w:t>
      </w:r>
      <w:r>
        <w:br/>
      </w:r>
      <w:r>
        <w:rPr>
          <w:sz w:val="20"/>
        </w:rPr>
        <w:t>58:38  isi ki bana par buzurgon ne modern education nahi liya, modern education peechay ho gaye.</w:t>
      </w:r>
      <w:r>
        <w:br/>
      </w:r>
      <w:r>
        <w:rPr>
          <w:sz w:val="20"/>
        </w:rPr>
        <w:t>58:43  to jarh ki baat to yahi hai.</w:t>
      </w:r>
      <w:r>
        <w:br/>
      </w:r>
      <w:r>
        <w:rPr>
          <w:sz w:val="20"/>
        </w:rPr>
        <w:t>58:47  agar hum chahte hain ke saheeh ma'ano mein islaah to hamein qaumi fakhr ko khatam karna parega,</w:t>
      </w:r>
      <w:r>
        <w:br/>
      </w:r>
      <w:r>
        <w:rPr>
          <w:sz w:val="20"/>
        </w:rPr>
        <w:t>58:52  political soch ko khatam karna parega, logon ko modern education mein dakhil karna parega.</w:t>
      </w:r>
      <w:r>
        <w:br/>
      </w:r>
      <w:r>
        <w:rPr>
          <w:sz w:val="20"/>
        </w:rPr>
        <w:t>58:56  tab ja kar ke koi saheeh ma'ano mein islaah hogi.</w:t>
      </w:r>
      <w:r>
        <w:br/>
      </w:r>
      <w:r>
        <w:rPr>
          <w:sz w:val="20"/>
        </w:rPr>
        <w:t>59:01  mad parjosh taqreeron se islaah anay wali nahi hai.</w:t>
      </w:r>
    </w:p>
    <w:p>
      <w:pPr>
        <w:pStyle w:val="Heading2"/>
      </w:pPr>
      <w:r>
        <w:t>Lack of teamwork among Muslims</w:t>
      </w:r>
    </w:p>
    <w:p>
      <w:r>
        <w:rPr>
          <w:color w:val="666666"/>
          <w:sz w:val="18"/>
        </w:rPr>
        <w:t>Society &amp; Dawah · The Problem of Evil December 4, 2011 · 2m 26s · at 1:34:23 · https://youtu.be/SMqtVjaGHfw?t=5663</w:t>
      </w:r>
    </w:p>
    <w:p>
      <w:r>
        <w:rPr>
          <w:i/>
        </w:rPr>
        <w:t>“Muslims lack organization and teamwork, while in Europe every work is done in an organized manner with teamwork. What is the reason for this?”</w:t>
      </w:r>
    </w:p>
    <w:p>
      <w:r>
        <w:rPr>
          <w:sz w:val="20"/>
        </w:rPr>
        <w:t>1:34:23  Maulana, agla sawal aaya hai Mr. Danial ka Patna, Bihar se. unhon ne likha hai: "musalmanon ke andar organization aur team work bahut kam paya jata hai, jabke Europe mein har kaam ko organized andaaz mein team work ke tehat kiya jata hai.</w:t>
      </w:r>
      <w:r>
        <w:br/>
      </w:r>
      <w:r>
        <w:rPr>
          <w:sz w:val="20"/>
        </w:rPr>
        <w:t>1:34:42  is ka sabab kya hai?" pehle Europe mein bhi nahin tha aisa, yani Renaissance se pehle Europe ka bahut bura haal tha.</w:t>
      </w:r>
      <w:r>
        <w:br/>
      </w:r>
      <w:r>
        <w:rPr>
          <w:sz w:val="20"/>
        </w:rPr>
        <w:t>1:34:54  mein samajhta hoon ke yeh sab se bara sabab hai scientific education, jo renaissance ke baad aai hai. Musalmanon mein badqismati hai ke scientific education taqreeban nahi ke barabar hai, hai hi nahi.</w:t>
      </w:r>
      <w:r>
        <w:br/>
      </w:r>
      <w:r>
        <w:rPr>
          <w:sz w:val="20"/>
        </w:rPr>
        <w:t>1:35:07  Musalmanon mein jo hai, jo cheezen hain, woh woh aadmi ke andar discipline discipline nahi laati, jazbatiyat paida karti hain.</w:t>
      </w:r>
      <w:r>
        <w:br/>
      </w:r>
      <w:r>
        <w:rPr>
          <w:sz w:val="20"/>
        </w:rPr>
        <w:t>1:35:16  yeh jahadi baat hai aur aur inshallah pass khitabat, debate, yeh sab cheezen.</w:t>
      </w:r>
      <w:r>
        <w:br/>
      </w:r>
      <w:r>
        <w:rPr>
          <w:sz w:val="20"/>
        </w:rPr>
        <w:t>1:35:23  to mein samajhta hoon ke ahl-e-Europe mein, mein khud pehle jo hai, unka bohat bura haal tha aur renaissance ke baad jab unki education aai, science certificate education, tab un mein bohat zabardast badlav aaya.</w:t>
      </w:r>
      <w:r>
        <w:br/>
      </w:r>
      <w:r>
        <w:rPr>
          <w:sz w:val="20"/>
        </w:rPr>
        <w:t>1:35:40  to wahi Musalmanon ko bhi karna hai. Badqismati se Musalmanon mein scientific education ka koi concept nahi, aaj bhi nahi hai.</w:t>
      </w:r>
      <w:r>
        <w:br/>
      </w:r>
      <w:r>
        <w:rPr>
          <w:sz w:val="20"/>
        </w:rPr>
        <w:t>1:35:48  bohat se baad koi samajhta hai kahin koi job lene ke liye, kuch degree lete lene ke liye, lekin degree se aage jo science ki ahmiyat hai, usko bilkul nahi jante woh log.</w:t>
      </w:r>
      <w:r>
        <w:br/>
      </w:r>
      <w:r>
        <w:rPr>
          <w:sz w:val="20"/>
        </w:rPr>
        <w:t>1:36:00  to mein samajhta hoon ke Musalmanon mein agar agar sahi bolana hai to scientific education ke bahar jayen.</w:t>
      </w:r>
      <w:r>
        <w:br/>
      </w:r>
      <w:r>
        <w:rPr>
          <w:sz w:val="20"/>
        </w:rPr>
        <w:t>1:36:08  jaise jo mulk hain, Pakistan, Iran waghera, Islami Jamhuriya kehte hain woh apne ko. Mein kehta hoon ke yeh yeh yeh khud apne aap mein ghair scientific baat hai.</w:t>
      </w:r>
      <w:r>
        <w:br/>
      </w:r>
      <w:r>
        <w:rPr>
          <w:sz w:val="20"/>
        </w:rPr>
        <w:t>1:36:18  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r>
        <w:br/>
      </w:r>
      <w:r>
        <w:rPr>
          <w:sz w:val="20"/>
        </w:rPr>
        <w:t>1:36:33  yeh kahin bhi, yaani priority basis pe kahin bhi education ko liya nahi gaya.</w:t>
      </w:r>
      <w:r>
        <w:br/>
      </w:r>
      <w:r>
        <w:rPr>
          <w:sz w:val="20"/>
        </w:rPr>
        <w:t>1:36:38  koi Muslim country nahi hai jahan ke priority basis pe education ko liya gaya ho, jabke Europe mein liya. To mein samajhta hoon ke yeh asal wajah hai.</w:t>
      </w:r>
    </w:p>
    <w:p>
      <w:pPr>
        <w:pStyle w:val="Heading2"/>
      </w:pPr>
      <w:r>
        <w:t>Lack of well-wishing in Dawah</w:t>
      </w:r>
    </w:p>
    <w:p>
      <w:r>
        <w:rPr>
          <w:color w:val="666666"/>
          <w:sz w:val="18"/>
        </w:rPr>
        <w:t>Society &amp; Dawah · The Character of a Dayee 4 March 2012 - Maulana Wahiduddin Khan · 1m 41s · at 1:37:37 · https://youtu.be/YtavJpVNbEM?t=5857</w:t>
      </w:r>
    </w:p>
    <w:p>
      <w:r>
        <w:rPr>
          <w:i/>
        </w:rPr>
        <w:t>“Well-wishing is essential for Dawah ilallah, but today's Muslims lack the spirit of well-wishing for the people being invited. What is the reason for this, and how can this deficiency be removed?”</w:t>
      </w:r>
    </w:p>
    <w:p>
      <w:r>
        <w:rPr>
          <w:sz w:val="20"/>
        </w:rPr>
        <w:t>1:37:37  maulana, agla sawal srinagar se hai mr riyaz ahmed bhat sahib ka. unhon ne likha hai: "dawa'at al allah ke liye well wishing asal hai, lekin aaj kal ke musalmanon mein mad'u ke liye well wishing ka jazba maujood nahi.</w:t>
      </w:r>
      <w:r>
        <w:br/>
      </w:r>
      <w:r>
        <w:rPr>
          <w:sz w:val="20"/>
        </w:rPr>
        <w:t>1:37:56  is ka sabab kya hai, aur is kami ko kis tarah door kiya jaye?"</w:t>
      </w:r>
      <w:r>
        <w:br/>
      </w:r>
      <w:r>
        <w:rPr>
          <w:sz w:val="20"/>
        </w:rPr>
        <w:t>1:38:09  ab main samajhta hoon ke is ki zimmedaar hamare saare rehnuma hain ke subah shaam raat din, jab se printing press aaya hai, tab se khaas taur par yeh baat badh badh gayi hai ke dhoond dhoond kar nikalte hain aisa item: "dekho falan dushmani kar raha hai, dekho falan</w:t>
      </w:r>
      <w:r>
        <w:br/>
      </w:r>
      <w:r>
        <w:rPr>
          <w:sz w:val="20"/>
        </w:rPr>
        <w:t>1:38:27  conspiracy kar raha hai, dekho falan yeh kar liya, falan woh kar liya." subah shaam yahi akhbaron mein chhapta hai, yeh yeh magazine mein chhapta hai, jalason mein is ka charcha hota hai.</w:t>
      </w:r>
      <w:r>
        <w:br/>
      </w:r>
      <w:r>
        <w:rPr>
          <w:sz w:val="20"/>
        </w:rPr>
        <w:t>1:38:40  to yeh jo hain hamare likhne aur bolne wale, yeh asal zimmedaar is ke hain. isi ka charcha kiya unhon ne</w:t>
      </w:r>
      <w:r>
        <w:br/>
      </w:r>
      <w:r>
        <w:rPr>
          <w:sz w:val="20"/>
        </w:rPr>
        <w:t>1:38:49  is daur mein. is ke baad agar charcha karein, yaani achhi baaton ka, to achha zehan banega. to main samajhta hoon ke sab se zyada zimmedaar wahi log hain jin ko main kaha karta hoon: "likhne aur bolne wala tabqa, yeh asal zimmedaar hain."</w:t>
      </w:r>
      <w:r>
        <w:br/>
      </w:r>
      <w:r>
        <w:rPr>
          <w:sz w:val="20"/>
        </w:rPr>
        <w:t>1:39:08  yaani negative baaton ko phailana, positive baaton ka zikr na karna, is ki wajah se yeh sab baatein hain.</w:t>
      </w:r>
    </w:p>
    <w:p>
      <w:pPr>
        <w:pStyle w:val="Heading2"/>
      </w:pPr>
      <w:r>
        <w:t>Leaders failing to find new Muslim role</w:t>
      </w:r>
    </w:p>
    <w:p>
      <w:r>
        <w:rPr>
          <w:color w:val="666666"/>
          <w:sz w:val="18"/>
        </w:rPr>
        <w:t>Society &amp; Dawah · Revival of Muslim Ummah, February 4, 2013 · 1m 51s · at 1:06:22 · https://youtu.be/xB3MfWhLHoM?t=3982</w:t>
      </w:r>
    </w:p>
    <w:p>
      <w:r>
        <w:rPr>
          <w:i/>
        </w:rPr>
        <w:t>“Why are leaders failing to discover the new role of Muslims in history? Please comment.”</w:t>
      </w:r>
    </w:p>
    <w:p>
      <w:r>
        <w:rPr>
          <w:sz w:val="20"/>
        </w:rPr>
        <w:t>1:06:22  Maulana, agla sawal Kashmir se hai Hamidullah Hameed sahib ka. Unhon ne likha hai: "Maulana sahib, why are leaders fail to discover the new role of Muslims in history?" Please comment on this</w:t>
      </w:r>
      <w:r>
        <w:br/>
      </w:r>
      <w:r>
        <w:rPr>
          <w:sz w:val="20"/>
        </w:rPr>
        <w:t>1:06:36  . Yeh kisi bhi individual ki zindagi mein ya kisi bhi community ki zindagi mein, kisi bhi nation ki zindagi mein aisa hota hai. Ek khaas junction hota hai</w:t>
      </w:r>
      <w:r>
        <w:br/>
      </w:r>
      <w:r>
        <w:rPr>
          <w:sz w:val="20"/>
        </w:rPr>
        <w:t>1:06:46  jahan ek ek daur khatm hota hai, doosra daur aata hai. To wahan par agar aap yeh is raaz ko na samajh saken ke ek daur khatm hua, doosra daur aa gaya, to yeh ghalti karenge.</w:t>
      </w:r>
      <w:r>
        <w:br/>
      </w:r>
      <w:r>
        <w:rPr>
          <w:sz w:val="20"/>
        </w:rPr>
        <w:t>1:07:00  Yeh bahut hi nazuk imtehaan imtehaan hota hai. To Musalman chounke afsat the azmat Muslim mein, jaise ke main ne arz kiya, kitaab chhapi hai Azmat al-Naql al-Muslim.</w:t>
      </w:r>
      <w:r>
        <w:br/>
      </w:r>
      <w:r>
        <w:rPr>
          <w:sz w:val="20"/>
        </w:rPr>
        <w:t>1:07:11  To aaj tak bas azmat Muslim ki baaten ki jaati hain. To jo lambi muddat tak jo Musalmanon ki glory thi, dauran political glory, to usi mein jeete rahe, jeete rahe, jeete rahe.</w:t>
      </w:r>
      <w:r>
        <w:br/>
      </w:r>
      <w:r>
        <w:rPr>
          <w:sz w:val="20"/>
        </w:rPr>
        <w:t>1:07:25  Saari naslen isi mein nasl dar nasl conditioning hoti rahi. Isi mein to bas isi ko le kar naye daur mein daakhil ho gaye, yaani pichhle mind ko le kar ke naye zamane mein daakhil ho gaye.</w:t>
      </w:r>
      <w:r>
        <w:br/>
      </w:r>
      <w:r>
        <w:rPr>
          <w:sz w:val="20"/>
        </w:rPr>
        <w:t>1:07:40  ab ab kya hai? ab ab ghalati mannay ko tayyar nahin. jis ko dekhiye, woh apni ghalati manta hi nahin. har aadmi doosra blame leta hai.</w:t>
      </w:r>
      <w:r>
        <w:br/>
      </w:r>
      <w:r>
        <w:rPr>
          <w:sz w:val="20"/>
        </w:rPr>
        <w:t>1:07:49  to ab jo ab musalman hain, un ko to sab se pehla kaam yeh karna hai ke seedhe seedhe kahain ke "we are wrong". tab is ke baad nai beginning hogi, warna koi nai beginning hone wali nahin hai.</w:t>
      </w:r>
      <w:r>
        <w:br/>
      </w:r>
      <w:r>
        <w:rPr>
          <w:sz w:val="20"/>
        </w:rPr>
        <w:t>1:08:01  kya qayamat aa jaye, koi nai beginning nahin hone wali. yeh ek law of nature ki baat mein keh raha hoon.</w:t>
      </w:r>
    </w:p>
    <w:p>
      <w:pPr>
        <w:pStyle w:val="Heading2"/>
      </w:pPr>
      <w:r>
        <w:t>Leadership for a discovering Muslim ummah</w:t>
      </w:r>
    </w:p>
    <w:p>
      <w:r>
        <w:rPr>
          <w:color w:val="666666"/>
          <w:sz w:val="18"/>
        </w:rPr>
        <w:t>Society &amp; Dawah · Revival of Muslim Ummah, February 4, 2013 · 4m 03s · at 1:12:03 · https://youtu.be/xB3MfWhLHoM?t=4323</w:t>
      </w:r>
    </w:p>
    <w:p>
      <w:r>
        <w:rPr>
          <w:i/>
        </w:rPr>
        <w:t>“If the Muslim ummah develops a discovering attitude instead of a defending attitude, then their struggle, da'wah, and discovering activities would require some sort of leadership. How should this leadership be and how should it work?”</w:t>
      </w:r>
    </w:p>
    <w:p>
      <w:r>
        <w:rPr>
          <w:sz w:val="20"/>
        </w:rPr>
        <w:t>1:12:03  to yeh middle man ka role jo hai, is ko yahan bataya gaya ummat-e-wasta. Maulana, agla sawal dilli se hai Miss S. Ahmed ka.</w:t>
      </w:r>
      <w:r>
        <w:br/>
      </w:r>
      <w:r>
        <w:rPr>
          <w:sz w:val="20"/>
        </w:rPr>
        <w:t>1:12:12  unhon ne likha hai: "Maulana sahib, if the Muslim ummah develops discovering attitude instead of their defending attitude, then their struggle aur daawa aur discovering activities would require some sort of leadership which can guide their ways.</w:t>
      </w:r>
      <w:r>
        <w:br/>
      </w:r>
      <w:r>
        <w:rPr>
          <w:sz w:val="20"/>
        </w:rPr>
        <w:t>1:12:32  so how should be this leadership and how should it work?" mere nazdeek musalman defend bhi nahi kar rahe. Defend to ek positive word hai, nahi bas doosron ko blame dete hain.</w:t>
      </w:r>
      <w:r>
        <w:br/>
      </w:r>
      <w:r>
        <w:rPr>
          <w:sz w:val="20"/>
        </w:rPr>
        <w:t>1:12:45  bas saara musalmanon ka jo neechay hai, woh stage ho ya un ka, yani jo printing press ka jo istemal kar rahe hain, woh dono jagah bas doosron ko blame dein.</w:t>
      </w:r>
      <w:r>
        <w:br/>
      </w:r>
      <w:r>
        <w:rPr>
          <w:sz w:val="20"/>
        </w:rPr>
        <w:t>1:13:00  defend to ek bohat oonchi baat hai. Musalman defend kahan kar rahe hain? Sachaa defence jo hai, woh bohat bari baat hoti hai.</w:t>
      </w:r>
      <w:r>
        <w:br/>
      </w:r>
      <w:r>
        <w:rPr>
          <w:sz w:val="20"/>
        </w:rPr>
        <w:t>1:13:09  musalman defence kar, defend, defend karna bhi nahi jante. Defence jo hai, ek bohat bara art hai. Musalman to bas react karte hain, react karte hain.</w:t>
      </w:r>
      <w:r>
        <w:br/>
      </w:r>
      <w:r>
        <w:rPr>
          <w:sz w:val="20"/>
        </w:rPr>
        <w:t>1:13:19  bas har cheez ka blame doosron ko dena, kuch bhi ho, bas doosron ko blame dena.</w:t>
      </w:r>
      <w:r>
        <w:br/>
      </w:r>
      <w:r>
        <w:rPr>
          <w:sz w:val="20"/>
        </w:rPr>
        <w:t>1:13:24  jaise India mein corner rights hote hain, bas jhat se blame denge police ko. Yeh bilkul galat hota hai, bilkul galat hota hai.</w:t>
      </w:r>
      <w:r>
        <w:br/>
      </w:r>
      <w:r>
        <w:rPr>
          <w:sz w:val="20"/>
        </w:rPr>
        <w:t>1:13:33  saare musalman chahe Mr ho ya Bol bhi, kya karte hain corner rights mein</w:t>
      </w:r>
      <w:r>
        <w:br/>
      </w:r>
      <w:r>
        <w:rPr>
          <w:sz w:val="20"/>
        </w:rPr>
        <w:t>1:13:38  . Dekhein, maine is pe kai article likhe hain. Corner right ki ek hi kahani hamesha hoti hai ke Hindu logon ke haan juloos ka riwaj hai, judge juloos woh nikalte hain.</w:t>
      </w:r>
      <w:r>
        <w:br/>
      </w:r>
      <w:r>
        <w:rPr>
          <w:sz w:val="20"/>
        </w:rPr>
        <w:t>1:13:51  to is mein kuch un ke slogan hote hain, kuch gaana bajana hota hai, aisa hota hai. To musalmanon ne ek jhoota nazariya bana rakha hai ke is se masjid ki behurmati hogi.</w:t>
      </w:r>
      <w:r>
        <w:br/>
      </w:r>
      <w:r>
        <w:rPr>
          <w:sz w:val="20"/>
        </w:rPr>
        <w:t>1:14:02  yeh bilkul galat baat hai. Koi sar fehrist ka Islam se koi is ka taluq nahi. To woh kahenge ke idhar hamari masjid hai, idhar tum mande ja rahe ho, is ko idhar se le jao.</w:t>
      </w:r>
      <w:r>
        <w:br/>
      </w:r>
      <w:r>
        <w:rPr>
          <w:sz w:val="20"/>
        </w:rPr>
        <w:t>1:14:12  to woh kehte hain ke hum ko le jayein, hum nahi le jayein ge idhar se. Ab police wahan maujood hoti hai, woh chahte hain ke police wahan roke, un ke route ko badle.</w:t>
      </w:r>
      <w:r>
        <w:br/>
      </w:r>
      <w:r>
        <w:rPr>
          <w:sz w:val="20"/>
        </w:rPr>
        <w:t>1:14:21  to police kaise badlenge? Nahi badal sakte. Police, police ko ikhtiyar nahi ke woh route badle. To kya karenge? Musalman pathar maar denge.</w:t>
      </w:r>
      <w:r>
        <w:br/>
      </w:r>
      <w:r>
        <w:rPr>
          <w:sz w:val="20"/>
        </w:rPr>
        <w:t>1:14:29  police ko pathar marenge ke yeh ooper side le rahi hai. Musalmanon mein yeh mind mein aa jayega. Un ka ke police wale police ko side le rahe hain aur pathar maar denge.</w:t>
      </w:r>
      <w:r>
        <w:br/>
      </w:r>
      <w:r>
        <w:rPr>
          <w:sz w:val="20"/>
        </w:rPr>
        <w:t>1:14:38  tab kya hoga? Phir kya hota hai? Pehle masla hota hai, yani procession versus Muslim, juloos versus Muslim.</w:t>
      </w:r>
      <w:r>
        <w:br/>
      </w:r>
      <w:r>
        <w:rPr>
          <w:sz w:val="20"/>
        </w:rPr>
        <w:t>1:14:51  lekin jaise hi ab musalman pathar maar dete hain police ko, phir masla kya ban jata hai? Police versus Muslim. Phir saari kahani badal jati hai, saari kahani badal jati hai is ke baad.</w:t>
      </w:r>
      <w:r>
        <w:br/>
      </w:r>
      <w:r>
        <w:rPr>
          <w:sz w:val="20"/>
        </w:rPr>
        <w:t>1:15:02  lekin koi ek bhi musalman rehne walon ki is ko khul kar is ko maane.</w:t>
      </w:r>
      <w:r>
        <w:br/>
      </w:r>
      <w:r>
        <w:rPr>
          <w:sz w:val="20"/>
        </w:rPr>
        <w:t>1:15:08  bas wohi wohi dohrate hain ke police ka zulm, police ka zulm, police ka zulm. Koi police zulm nahi maanta. Main sab musalmanon ki nadani se hota hai. Muslims are paid, Muslims are paying the price of their own state policies.</w:t>
      </w:r>
      <w:r>
        <w:br/>
      </w:r>
      <w:r>
        <w:rPr>
          <w:sz w:val="20"/>
        </w:rPr>
        <w:t>1:15:23  Muslims are paying the price of their own state policies.</w:t>
      </w:r>
      <w:r>
        <w:br/>
      </w:r>
      <w:r>
        <w:rPr>
          <w:sz w:val="20"/>
        </w:rPr>
        <w:t>1:15:29  z. Bhai, koi kehta nahi is baat ko. Bas doosron ko blame dena, RSS ko blame dena, BJP ko blame dena, police ko blame dena, administration ko blame dena.</w:t>
      </w:r>
      <w:r>
        <w:br/>
      </w:r>
      <w:r>
        <w:rPr>
          <w:sz w:val="20"/>
        </w:rPr>
        <w:t>1:15:38  yeh musalmanon ka mizaj ban gaya hai ke doosron ko blame dena. Yeh bohat zyada buri baat hai. Koi Allah ko bhar ke pasand nahi. Is ka saboot yeh hai ke musalman maare ja rahe hain.</w:t>
      </w:r>
      <w:r>
        <w:br/>
      </w:r>
      <w:r>
        <w:rPr>
          <w:sz w:val="20"/>
        </w:rPr>
        <w:t>1:15:48  phir nahi, blame dene ki policy kahan kaam hai? Ho rahi hai. Doosron ko blame de kar ke masla hal ho raha hai aap ka. To</w:t>
      </w:r>
      <w:r>
        <w:br/>
      </w:r>
      <w:r>
        <w:rPr>
          <w:sz w:val="20"/>
        </w:rPr>
        <w:t>1:15:58  beh-haal yeh poori Muslim thinking ko badalne ka mamla hai. Aise masla hal hal hone wala nahi hai.</w:t>
      </w:r>
    </w:p>
    <w:p>
      <w:pPr>
        <w:pStyle w:val="Heading2"/>
      </w:pPr>
      <w:r>
        <w:t>Learning from Christian Missionary Methods for Dawah</w:t>
      </w:r>
    </w:p>
    <w:p>
      <w:r>
        <w:rPr>
          <w:color w:val="666666"/>
          <w:sz w:val="18"/>
        </w:rPr>
        <w:t>Society &amp; Dawah · Q&amp;A 04 DEC 2011 Maulana Wahiduddin Khan · 1m 51s · at 48:53 · https://youtu.be/KIMNmuUZoGo?t=2933</w:t>
      </w:r>
    </w:p>
    <w:p>
      <w:r>
        <w:rPr>
          <w:i/>
        </w:rPr>
        <w:t>“You have written that Christian missionary work is done in a very organized manner. What learning can a Muslim da'i gain from the experience of Christian missionaries, and what would be the method of this learning?”</w:t>
      </w:r>
    </w:p>
    <w:p>
      <w:r>
        <w:rPr>
          <w:sz w:val="20"/>
        </w:rPr>
        <w:t>48:53  maulana agla sawal mister daniyal ka aaya hai patna bihar se. unhon ne likha hai: "aap ne likha hai ke Christians ke andar Missionary work bohat organized andaaz mein hota hai.</w:t>
      </w:r>
      <w:r>
        <w:br/>
      </w:r>
      <w:r>
        <w:rPr>
          <w:sz w:val="20"/>
        </w:rPr>
        <w:t>49:08  ek muslim daai Christian Missionary ke experience se kya learning kar sakta hai? is learning ka tareeqa kya hoga?"</w:t>
      </w:r>
      <w:r>
        <w:br/>
      </w:r>
      <w:r>
        <w:rPr>
          <w:sz w:val="20"/>
        </w:rPr>
        <w:t>49:19  tareeqa yeh hai ke aap is ko janiye is ko apply kijiye apne kaam mein.</w:t>
      </w:r>
      <w:r>
        <w:br/>
      </w:r>
      <w:r>
        <w:rPr>
          <w:sz w:val="20"/>
        </w:rPr>
        <w:t>49:29  is mein to koi mere khayal se koi pecheeda baat nahin hai. main to kai kitaben padhi hain isi mozu par ke kaise woh kaam karte hain ab bhi mere paas kitab hai ke woh kaise kaam karte hain.</w:t>
      </w:r>
      <w:r>
        <w:br/>
      </w:r>
      <w:r>
        <w:rPr>
          <w:sz w:val="20"/>
        </w:rPr>
        <w:t>49:45  "Adventures for God" ek kitab hai</w:t>
      </w:r>
    </w:p>
    <w:p>
      <w:pPr>
        <w:pStyle w:val="Heading2"/>
      </w:pPr>
      <w:r>
        <w:t>Learning from Christian missionary methods</w:t>
      </w:r>
    </w:p>
    <w:p>
      <w:r>
        <w:rPr>
          <w:color w:val="666666"/>
          <w:sz w:val="18"/>
        </w:rPr>
        <w:t>Society &amp; Dawah · The Problem of Evil December 4, 2011 · 2m 46s · at 1:44:36 · https://youtu.be/SMqtVjaGHfw?t=6276</w:t>
      </w:r>
    </w:p>
    <w:p>
      <w:r>
        <w:rPr>
          <w:i/>
        </w:rPr>
        <w:t>“You have written that Christians do missionary work in a very organized manner. What learning can a Muslim da’i (caller to Islam) gain from the experience of a Christian missionary? And what would be the method of that learning?”</w:t>
      </w:r>
    </w:p>
    <w:p>
      <w:r>
        <w:rPr>
          <w:sz w:val="20"/>
        </w:rPr>
        <w:t>1:44:36  saara mamla yahi hai ke kis mamle mein aadmi conscious hai, kis mamle mein ko usne apna karsan banaya hai. Maulana, agla sawal Mr. Daniyal ka aaya hai Patna, Bihar se.</w:t>
      </w:r>
      <w:r>
        <w:br/>
      </w:r>
      <w:r>
        <w:rPr>
          <w:sz w:val="20"/>
        </w:rPr>
        <w:t>1:44:47  unhon ne likha hai: "Aap ne likha hai ke Christians ke andar missionary work bohat organized andaaz mein hota hai.</w:t>
      </w:r>
      <w:r>
        <w:br/>
      </w:r>
      <w:r>
        <w:rPr>
          <w:sz w:val="20"/>
        </w:rPr>
        <w:t>1:44:56  aik Muslim daai Christian missionary ke experience se kya learning kar sakta hai? Is learning ka tareeqa kya hoga?"</w:t>
      </w:r>
      <w:r>
        <w:br/>
      </w:r>
      <w:r>
        <w:rPr>
          <w:sz w:val="20"/>
        </w:rPr>
        <w:t>1:45:06  tareeqa yeh hai ke aap usko janiye, usko apply kijiye apne kaam mein.</w:t>
      </w:r>
      <w:r>
        <w:br/>
      </w:r>
      <w:r>
        <w:rPr>
          <w:sz w:val="20"/>
        </w:rPr>
        <w:t>1:45:16  is mein to koi, mere khayal se, koi pecheeda baat nahi hai. Main to kai kitabein padhi hain isi mozu par ke kaise woh kaam karta hai. Abhi mere paas kitab hai ke woh kaise kaam karte hain,</w:t>
      </w:r>
      <w:r>
        <w:br/>
      </w:r>
      <w:r>
        <w:rPr>
          <w:sz w:val="20"/>
        </w:rPr>
        <w:t>1:45:31  aur "Adventures for God" aik kitab hai, misaal ke taur par.</w:t>
      </w:r>
      <w:r>
        <w:br/>
      </w:r>
      <w:r>
        <w:rPr>
          <w:sz w:val="20"/>
        </w:rPr>
        <w:t>1:45:37  to is par to bohat kitabein hain. Aap kisi bhi church mein chale jayenge to wahan aap dekh bhi sakte hain kaise kaam karte hain. Woh main aik martaba gaya wahan Turaik ke aik ilaqe mein,</w:t>
      </w:r>
      <w:r>
        <w:br/>
      </w:r>
      <w:r>
        <w:rPr>
          <w:sz w:val="20"/>
        </w:rPr>
        <w:t>1:45:51  to wahan baqayda jo aadmi Christianity ko qabool karta hai, to uska education, uski uski job, uski har cheez ko woh intezam karte hain.</w:t>
      </w:r>
      <w:r>
        <w:br/>
      </w:r>
      <w:r>
        <w:rPr>
          <w:sz w:val="20"/>
        </w:rPr>
        <w:t>1:46:05  woh</w:t>
      </w:r>
      <w:r>
        <w:br/>
      </w:r>
      <w:r>
        <w:rPr>
          <w:sz w:val="20"/>
        </w:rPr>
        <w:t>1:46:08  khaas taur par education dekhiye, aap itne bare paon mein phaila rakha unhon ne. To yeh sab cheezein aap kahin bhi dekh sakte hain. To main samajhta hoon ke woh bilashuba hamare namoona hain,</w:t>
      </w:r>
      <w:r>
        <w:br/>
      </w:r>
      <w:r>
        <w:rPr>
          <w:sz w:val="20"/>
        </w:rPr>
        <w:t>1:46:22  aur main samajhta hoon ke tareekh mein kisi ne bhi itna organized way mein dawat ka kaam nahi kiya jitna Christian log karte hain.</w:t>
      </w:r>
    </w:p>
    <w:p>
      <w:pPr>
        <w:pStyle w:val="Heading2"/>
      </w:pPr>
      <w:r>
        <w:t>Learning from Jewish Progress Despite Discrimination</w:t>
      </w:r>
    </w:p>
    <w:p>
      <w:r>
        <w:rPr>
          <w:color w:val="666666"/>
          <w:sz w:val="18"/>
        </w:rPr>
        <w:t>Society &amp; Dawah · Revival and Revivalist June 7, 2015 · 5m 39s · at 1:00:46 · https://youtu.be/MCY8AJ87BXc?t=3646</w:t>
      </w:r>
    </w:p>
    <w:p>
      <w:r>
        <w:rPr>
          <w:i/>
        </w:rPr>
        <w:t>“So-called discrimination against Muslims is nothing compared to the scale of discrimination faced by Jews in many places around the world. But despite the problems, Jews have progressed far better than others. How did they do it and what can we learn from it?”</w:t>
      </w:r>
    </w:p>
    <w:p>
      <w:r>
        <w:rPr>
          <w:sz w:val="20"/>
        </w:rPr>
        <w:t>1:00:46  Maulana, yeh agla sawal aya hai Idrees sahib ka Raipur se. So called discrimination against Muslims is nothing compared to the scale of discrimination faced by Jews in many places around the world.</w:t>
      </w:r>
      <w:r>
        <w:br/>
      </w:r>
      <w:r>
        <w:rPr>
          <w:sz w:val="20"/>
        </w:rPr>
        <w:t>1:01:02  But despite the problems, Jews have progressed far better than others. How they could do it and what we can learn from it?</w:t>
      </w:r>
      <w:r>
        <w:br/>
      </w:r>
      <w:r>
        <w:rPr>
          <w:sz w:val="20"/>
        </w:rPr>
        <w:t>1:01:14  Dekhiye, is ka jawab is se milta hai jahan hum</w:t>
      </w:r>
      <w:r>
        <w:br/>
      </w:r>
      <w:r>
        <w:rPr>
          <w:sz w:val="20"/>
        </w:rPr>
        <w:t>1:01:21  Yahud ki history ko parhein. Yahud ke sath kya hua? Yeh Quran mein bataya gaya ke martain, yani do bar, un ko apne Falasteen se nikalna para.</w:t>
      </w:r>
      <w:r>
        <w:br/>
      </w:r>
      <w:r>
        <w:rPr>
          <w:sz w:val="20"/>
        </w:rPr>
        <w:t>1:01:33  Aik bar Iraq ke badshah ne hamla kiya, doosri taraf Iran ke badshah ne hamla kiya. Yeh Quran mein maujood hai. To woh woh chalay gaye diaspora mein,</w:t>
      </w:r>
      <w:r>
        <w:br/>
      </w:r>
      <w:r>
        <w:rPr>
          <w:sz w:val="20"/>
        </w:rPr>
        <w:t>1:01:44  yani Falasteen chor kar diaspora mein chalay gaye. Yeh log us waqt ziyadatar gaye Europe mulk, Europe mein ziyadatar gaye. Us waqt ke halaat aisay thay. To Europe mein kya hua ke unhon ne yeh science ki education li.</w:t>
      </w:r>
      <w:r>
        <w:br/>
      </w:r>
      <w:r>
        <w:rPr>
          <w:sz w:val="20"/>
        </w:rPr>
        <w:t>1:01:59  Science ki education mein un ke andar aik transformation aa gaya. Musalmanon ke sath aisa nahi hua. Musalman isi ghettos mein rehte hain, isi ghettos mein.</w:t>
      </w:r>
      <w:r>
        <w:br/>
      </w:r>
      <w:r>
        <w:rPr>
          <w:sz w:val="20"/>
        </w:rPr>
        <w:t>1:02:09  Yani</w:t>
      </w:r>
      <w:r>
        <w:br/>
      </w:r>
      <w:r>
        <w:rPr>
          <w:sz w:val="20"/>
        </w:rPr>
        <w:t>1:02:10  Agar agar Falasteen se nikala na gaya hota Yahud ko to woh bhi isi tarah paray rehtay hain. Woh lekin nikal kar ke gaye Europe mein. Aaj aap jantay hain ke har European mulk Yahud hain maujood.</w:t>
      </w:r>
      <w:r>
        <w:br/>
      </w:r>
      <w:r>
        <w:rPr>
          <w:sz w:val="20"/>
        </w:rPr>
        <w:t>1:02:21  wahan ja kar unhon ne modern education li, science parha. to aaj ke zamanay se waqif hi hain. woh aaj ka zamana kya hai?</w:t>
      </w:r>
      <w:r>
        <w:br/>
      </w:r>
      <w:r>
        <w:rPr>
          <w:sz w:val="20"/>
        </w:rPr>
        <w:t>1:02:31  is ke mutabiq un ki zehn mana. musalmanon ke sath yeh waqia pesh nahi aya. musalman to apne gheton mein thay, isi gheton mein reh gaye.</w:t>
      </w:r>
      <w:r>
        <w:br/>
      </w:r>
      <w:r>
        <w:rPr>
          <w:sz w:val="20"/>
        </w:rPr>
        <w:t>1:02:41  isi liye main yeh kaha karta hoon ke jin logon ne muslim idaray banaye, muslim college, muslim university, to woh kuch zyada acha kaam nahi tha.</w:t>
      </w:r>
      <w:r>
        <w:br/>
      </w:r>
      <w:r>
        <w:rPr>
          <w:sz w:val="20"/>
        </w:rPr>
        <w:t>1:02:51  musalmanon ko chahiye tha dhakay do is ko isi system mein jo already hai, yani hindu college aur christian college ya government college, sab jayen musalman bhi taake un ko un ko cooperation pesh aye.</w:t>
      </w:r>
      <w:r>
        <w:br/>
      </w:r>
      <w:r>
        <w:rPr>
          <w:sz w:val="20"/>
        </w:rPr>
        <w:t>1:03:08  to musalmanon ke apne jo idaray banaye gaye, woh sab favor pe pesh karte thay. favor khoob un ko favor diya gaya to un ko cooperation pesh nahi ayi.</w:t>
      </w:r>
      <w:r>
        <w:br/>
      </w:r>
      <w:r>
        <w:rPr>
          <w:sz w:val="20"/>
        </w:rPr>
        <w:t>1:03:19  aur yahood ko cooperation pesh ayi Europe Africa mein. to main samajhta hoon ke yeh cooperation aur challenge tha jis ne yahood ko badal diya.</w:t>
      </w:r>
      <w:r>
        <w:br/>
      </w:r>
      <w:r>
        <w:rPr>
          <w:sz w:val="20"/>
        </w:rPr>
        <w:t>1:03:32  musalman abhi is se bekhabar hain. musalman abhi bhi wohi boli bolte hain jise Arab kehte hain. ya aap ne al-qardah. mujhe taajjub hota hai ke abhi bhi Arab yeh boli bolte hain.</w:t>
      </w:r>
      <w:r>
        <w:br/>
      </w:r>
      <w:r>
        <w:rPr>
          <w:sz w:val="20"/>
        </w:rPr>
        <w:t>1:03:41  ya aap ne al-qardah. aye brother bandaron ki aulad. halankay woh bandaron ki aulad nahi hai. woh modern education ki aulad hai. woh</w:t>
      </w:r>
      <w:r>
        <w:br/>
      </w:r>
      <w:r>
        <w:rPr>
          <w:sz w:val="20"/>
        </w:rPr>
        <w:t>1:03:50  jo yahoodi thay, rasool Allah ke zamanay thay, aaj woh yahoodi nahi hain. kisi musalman ko khabar nahi hai is ki. wohi boli bolte hain ab bhi.</w:t>
      </w:r>
      <w:r>
        <w:br/>
      </w:r>
      <w:r>
        <w:rPr>
          <w:sz w:val="20"/>
        </w:rPr>
        <w:t>1:04:00  jo yahoodi thay rasool Allah ke zamanay mein, woh woh yahoodi scientific age se pehle ke yahoodi thay.</w:t>
      </w:r>
      <w:r>
        <w:br/>
      </w:r>
      <w:r>
        <w:rPr>
          <w:sz w:val="20"/>
        </w:rPr>
        <w:t>1:04:08  ab woh jo gaye diaspora mein aur zyada tar Europe mein, America mein gaye to un ko wahan challenge pesh aya.</w:t>
      </w:r>
      <w:r>
        <w:br/>
      </w:r>
      <w:r>
        <w:rPr>
          <w:sz w:val="20"/>
        </w:rPr>
        <w:t>1:04:18  wahan unhon ne modern education li, science ki taleem li, modern jo sir activities hain, un se dakhil hue.</w:t>
      </w:r>
      <w:r>
        <w:br/>
      </w:r>
      <w:r>
        <w:rPr>
          <w:sz w:val="20"/>
        </w:rPr>
        <w:t>1:04:27  is ne un ko bilkul aaj ka yahoodi bilkul different hai, lekin musalman is ko jante nahi.</w:t>
      </w:r>
      <w:r>
        <w:br/>
      </w:r>
      <w:r>
        <w:rPr>
          <w:sz w:val="20"/>
        </w:rPr>
        <w:t>1:04:36  ab jo musalman hain, is waqt main samajhta hoon ke un ko favor dena, un ke sath dushmani karna hai, har giz favor nahi dena chahiye. un ko karna chahiye ke jao comprehension mein apne aap ko, apne aap ko prove karo apni apni salahiyat ko.</w:t>
      </w:r>
      <w:r>
        <w:br/>
      </w:r>
      <w:r>
        <w:rPr>
          <w:sz w:val="20"/>
        </w:rPr>
        <w:t>1:04:52  koi favor nahi mile de diya jaye ga tum ko. main samajhta hoon ke musalmanon ke sath dushmani yeh hai ke dost musalmanon ke sath dosti yeh hai ke un ko favor na diya jaye.</w:t>
      </w:r>
      <w:r>
        <w:br/>
      </w:r>
      <w:r>
        <w:rPr>
          <w:sz w:val="20"/>
        </w:rPr>
        <w:t>1:05:03  favor zyada dushmani dosti nahi hai.</w:t>
      </w:r>
      <w:r>
        <w:br/>
      </w:r>
      <w:r>
        <w:rPr>
          <w:sz w:val="20"/>
        </w:rPr>
        <w:t>1:05:07  aap dekhen, main aik baat arz karta hoon aap ko ke America mein aik sahib, aik musalman ki taleem America mein hui, aik yahood ke college mein, yahoodi college mein America mein.</w:t>
      </w:r>
      <w:r>
        <w:br/>
      </w:r>
      <w:r>
        <w:rPr>
          <w:sz w:val="20"/>
        </w:rPr>
        <w:t>1:05:19  un se main ne poocha ke ab aap batayen yahood ke baray mein kya tajruba aap ka hai? unhon ne kaha ke hamare college mein yeh halat thi ke yahood ka zyada sakht imtehan le aata tha.</w:t>
      </w:r>
      <w:r>
        <w:br/>
      </w:r>
      <w:r>
        <w:rPr>
          <w:sz w:val="20"/>
        </w:rPr>
        <w:t>1:05:33  koi grace bar nahi milta tha un ko.</w:t>
      </w:r>
      <w:r>
        <w:br/>
      </w:r>
      <w:r>
        <w:rPr>
          <w:sz w:val="20"/>
        </w:rPr>
        <w:t>1:05:36  hum logon ko grace bar mil jata tha. yani yahood ke apne college mein zyada sakht test le aata tha yahood ka. kabhi un ko grace bar nahi diya gaya.</w:t>
      </w:r>
      <w:r>
        <w:br/>
      </w:r>
      <w:r>
        <w:rPr>
          <w:sz w:val="20"/>
        </w:rPr>
        <w:t>1:05:47  koi favor nahi kiya gaya un ke sath. aur doosron ko grace bar de ke agay barha dete thay. yeh yeh soch jo ayi yahood mein, yeh musalman mein maujood nahi hai.</w:t>
      </w:r>
      <w:r>
        <w:br/>
      </w:r>
      <w:r>
        <w:rPr>
          <w:sz w:val="20"/>
        </w:rPr>
        <w:t>1:05:59  musalman jo hai grace bar de kar ke agay barh dete hain.</w:t>
      </w:r>
      <w:r>
        <w:br/>
      </w:r>
      <w:r>
        <w:rPr>
          <w:sz w:val="20"/>
        </w:rPr>
        <w:t>1:06:04  musalman jante hi nahi importance of, yani yeh jo comprehension ki importance jo hai, challenge ki jo importance hai, musalman is ko jante hi nahi.</w:t>
      </w:r>
      <w:r>
        <w:br/>
      </w:r>
      <w:r>
        <w:rPr>
          <w:sz w:val="20"/>
        </w:rPr>
        <w:t>1:06:14  sab se bara masla musalmanon ko yahi hai ke woh favor ko jante hain aur challenge ko nahi jante.</w:t>
      </w:r>
    </w:p>
    <w:p>
      <w:pPr>
        <w:pStyle w:val="Heading2"/>
      </w:pPr>
      <w:r>
        <w:t>Leaving Active Strategism Adopted by Muslims</w:t>
      </w:r>
    </w:p>
    <w:p>
      <w:r>
        <w:rPr>
          <w:color w:val="666666"/>
          <w:sz w:val="18"/>
        </w:rPr>
        <w:t>Society &amp; Dawah · Importance of Peace December 16, 2012 · 1m 59s · at 1:24:59 · https://youtu.be/nymyorYyEz4?t=5099</w:t>
      </w:r>
    </w:p>
    <w:p>
      <w:r>
        <w:rPr>
          <w:i/>
        </w:rPr>
        <w:t>“How do we come out of the active strategism adopted by the Muslims of the world? Kindly comment.”</w:t>
      </w:r>
    </w:p>
    <w:p>
      <w:r>
        <w:rPr>
          <w:sz w:val="20"/>
        </w:rPr>
        <w:t>1:24:59  maulana, agla sawal kashmir se hai muhammad saleem mir sahib ka. unhon ne aap se poocha hai: "maulana sahib, how to come out from active streetism adopted by the muslims of the world?" kindly comment.</w:t>
      </w:r>
      <w:r>
        <w:br/>
      </w:r>
      <w:r>
        <w:rPr>
          <w:sz w:val="20"/>
        </w:rPr>
        <w:t>1:25:15  kya kya? how to? how to come out from active streetism? streetism acha hai ji. haan,</w:t>
      </w:r>
      <w:r>
        <w:br/>
      </w:r>
      <w:r>
        <w:rPr>
          <w:sz w:val="20"/>
        </w:rPr>
        <w:t>1:25:25  dekhen, hum bata sakte hain logon ko. paighambar ne bhi sirf bataya, batane se adat aa gayi to us paighambar bhi nahi kar saka. lasta alaihim bimashiat quran majeed mein hai.</w:t>
      </w:r>
      <w:r>
        <w:br/>
      </w:r>
      <w:r>
        <w:rPr>
          <w:sz w:val="20"/>
        </w:rPr>
        <w:t>1:25:36  to aap batate rahiye, batate rahiye, khud us ko amal na kijiye. yani aap khud in cheezon mein apne ko involve na kijiye aur doosron ko batate rahiye.</w:t>
      </w:r>
      <w:r>
        <w:br/>
      </w:r>
      <w:r>
        <w:rPr>
          <w:sz w:val="20"/>
        </w:rPr>
        <w:t>1:25:48  yahi paighambaron ka tareeqa tha, yahi aaj hamara tareeqa hai. aur aur dua karte rahiye aise logon ke liye. street activism aaj kal jo hai, human right activist walon ne is ko jaiz kar rakha hai.</w:t>
      </w:r>
      <w:r>
        <w:br/>
      </w:r>
      <w:r>
        <w:rPr>
          <w:sz w:val="20"/>
        </w:rPr>
        <w:t>1:26:02  sab badi musibat mein hai ke human right activism ka jo concept hai, yeh sari cheezen unhon ne jaiz kar rakhi hain. to is tarah se unhon ne justify kar rakha hai.</w:t>
      </w:r>
      <w:r>
        <w:br/>
      </w:r>
      <w:r>
        <w:rPr>
          <w:sz w:val="20"/>
        </w:rPr>
        <w:t>1:26:13  in logon ko justification milta hai quran o hadees se nahi, yeh human right ka jo concept hai, modern concept, is se un ko milta hai justification.</w:t>
      </w:r>
      <w:r>
        <w:br/>
      </w:r>
      <w:r>
        <w:rPr>
          <w:sz w:val="20"/>
        </w:rPr>
        <w:t>1:26:23  is liye main yeh human rights jo activist jo hote hain, main un ke baray mein achi library nahi hoon. yeh log masla barhate hain</w:t>
      </w:r>
      <w:r>
        <w:br/>
      </w:r>
      <w:r>
        <w:rPr>
          <w:sz w:val="20"/>
        </w:rPr>
        <w:t>1:26:36  aur sa</w:t>
      </w:r>
      <w:r>
        <w:br/>
      </w:r>
      <w:r>
        <w:rPr>
          <w:sz w:val="20"/>
        </w:rPr>
        <w:t>1:26:37  raf inhi ki wajah se log himmat parti hai ke yeh ghoghai saaz chalayen, sarak ke hangame karen, inhi ki wajah se.</w:t>
      </w:r>
      <w:r>
        <w:br/>
      </w:r>
      <w:r>
        <w:rPr>
          <w:sz w:val="20"/>
        </w:rPr>
        <w:t>1:26:46  lekin beharhal islam mein is ki koi gunjaish nahi. to hamein is ko is se door rehna hai aur doosron ko use samjhate rehna hai aur dua karte rehna hai.</w:t>
      </w:r>
    </w:p>
    <w:p>
      <w:pPr>
        <w:pStyle w:val="Heading2"/>
      </w:pPr>
      <w:r>
        <w:t>Leaving Dawah as a Crime</w:t>
      </w:r>
    </w:p>
    <w:p>
      <w:r>
        <w:rPr>
          <w:color w:val="666666"/>
          <w:sz w:val="18"/>
        </w:rPr>
        <w:t>Society &amp; Dawah · Dars-e-Quran Chapter 2, Verse 38-39 January 14, 2018 · 1m 49s · at 54:21 · https://youtu.be/mj5trn7tLLg?t=3261</w:t>
      </w:r>
    </w:p>
    <w:p>
      <w:r>
        <w:rPr>
          <w:i/>
        </w:rPr>
        <w:t>“Will it be considered as a crime in the eyes of Allah if the Muslim ummah leaves dawah ilallah as their mission?”</w:t>
      </w:r>
    </w:p>
    <w:p>
      <w:r>
        <w:rPr>
          <w:sz w:val="20"/>
        </w:rPr>
        <w:t>54:21  Molana, agla sawal Pakistan se bheja hai Miss Shabana Ansari ne. Unhon ne likha hai: "Molana sahib, will it be considered as a crime in the eyes of Allah if the Muslim Ummah leaves dawah ila Allah as their mission?" Aap phir parhiye.</w:t>
      </w:r>
      <w:r>
        <w:br/>
      </w:r>
      <w:r>
        <w:rPr>
          <w:sz w:val="20"/>
        </w:rPr>
        <w:t>54:44  Maulana Sahib, will it be considered as a</w:t>
      </w:r>
      <w:r>
        <w:br/>
      </w:r>
      <w:r>
        <w:rPr>
          <w:sz w:val="20"/>
        </w:rPr>
        <w:t>54:47  ... will it be considered as a crime in the eyes of Allah if the Muslim Ummah leaves Dawah ila Allah as their mission?</w:t>
      </w:r>
      <w:r>
        <w:br/>
      </w:r>
      <w:r>
        <w:rPr>
          <w:sz w:val="20"/>
        </w:rPr>
        <w:t>54:57  dekhiye, allah ke dumin jo hai, wo to allah hi janay hum kaise kuch kuch bat kar sakte hain. allah ke dumin ke bare mein hum kuch nahi kar sakte.</w:t>
      </w:r>
      <w:r>
        <w:br/>
      </w:r>
      <w:r>
        <w:rPr>
          <w:sz w:val="20"/>
        </w:rPr>
        <w:t>55:10  hum sirf yeh keh sakte hain ke yeh farz hai, har har musalman par farz hai. hum yeh keh sakte hain bas.</w:t>
      </w:r>
    </w:p>
    <w:p>
      <w:pPr>
        <w:pStyle w:val="Heading2"/>
      </w:pPr>
      <w:r>
        <w:t>Lessons from political ideologies</w:t>
      </w:r>
    </w:p>
    <w:p>
      <w:r>
        <w:rPr>
          <w:color w:val="666666"/>
          <w:sz w:val="18"/>
        </w:rPr>
        <w:t>Society &amp; Dawah · Dars-e-Quran, Chapter 38, V. 29 (Contemplation on the Quran) | October 7, 2018 · 51s · at 1:15:06 · https://youtu.be/bF57J8TD8no?t=4506</w:t>
      </w:r>
    </w:p>
    <w:p>
      <w:r>
        <w:rPr>
          <w:i/>
        </w:rPr>
        <w:t>“Can we take good lessons from communism, capitalism and socialism? Please explain about this.”</w:t>
      </w:r>
    </w:p>
    <w:p>
      <w:r>
        <w:rPr>
          <w:sz w:val="20"/>
        </w:rPr>
        <w:t>1:15:06  maulana, agla sawal sri nagar se bheja hai muhammad ashraf sahab ne.</w:t>
      </w:r>
      <w:r>
        <w:br/>
      </w:r>
      <w:r>
        <w:rPr>
          <w:sz w:val="20"/>
        </w:rPr>
        <w:t>1:15:12  انہوں نے آپ سے پوچھا ہے کہ "Can we take good lessons from Communism, Capitalism and Socialism?"</w:t>
      </w:r>
      <w:r>
        <w:br/>
      </w:r>
      <w:r>
        <w:rPr>
          <w:sz w:val="20"/>
        </w:rPr>
        <w:t>1:15:17  is ke bare mein bataein.</w:t>
      </w:r>
      <w:r>
        <w:br/>
      </w:r>
      <w:r>
        <w:rPr>
          <w:sz w:val="20"/>
        </w:rPr>
        <w:t>1:15:23  bhai, lesson ke liye koi koi condition nahi hoti.</w:t>
      </w:r>
      <w:r>
        <w:br/>
      </w:r>
      <w:r>
        <w:rPr>
          <w:sz w:val="20"/>
        </w:rPr>
        <w:t>1:15:28  jahan mile, wahin le lijiye, jahan mile, wahin lijie.</w:t>
      </w:r>
      <w:r>
        <w:br/>
      </w:r>
      <w:r>
        <w:rPr>
          <w:sz w:val="20"/>
        </w:rPr>
        <w:t>1:15:34  is mein koi koi puchne ki baat hi nahin.</w:t>
      </w:r>
      <w:r>
        <w:br/>
      </w:r>
      <w:r>
        <w:rPr>
          <w:sz w:val="20"/>
        </w:rPr>
        <w:t>1:15:39  logon ka, yani aap apna soch jo hai, aap ka jo theory hai, aap aap ki jo nazariya</w:t>
      </w:r>
      <w:r>
        <w:br/>
      </w:r>
      <w:r>
        <w:rPr>
          <w:sz w:val="20"/>
        </w:rPr>
        <w:t>1:15:45  hai, woh to aap quran se lijie.</w:t>
      </w:r>
      <w:r>
        <w:br/>
      </w:r>
      <w:r>
        <w:rPr>
          <w:sz w:val="20"/>
        </w:rPr>
        <w:t>1:15:52  method ke mamle mein, aap jahan bhi aap ko koi tareeqa mile, us ko le lijie.</w:t>
      </w:r>
    </w:p>
    <w:p>
      <w:pPr>
        <w:pStyle w:val="Heading2"/>
      </w:pPr>
      <w:r>
        <w:t>Limits of open-mindedness and prophetic example</w:t>
      </w:r>
    </w:p>
    <w:p>
      <w:r>
        <w:rPr>
          <w:color w:val="666666"/>
          <w:sz w:val="18"/>
        </w:rPr>
        <w:t>Society &amp; Dawah · The Deeper Meaning of The Quran 18 Aug 2019 - Maulana Wahiduddin Khan · 2m 11s · at 37:32 · https://youtu.be/EYyhbiR_ZIQ?t=2252</w:t>
      </w:r>
    </w:p>
    <w:p>
      <w:r>
        <w:rPr>
          <w:i/>
        </w:rPr>
        <w:t>“Maulana, what is the difference between open-minded thinking and closed-minded thinking? I am asking this question because the case of Muslims is of closed-mindedness. They defend themselves saying that in Islam, if you become flexible or yield towards other faiths, then God will hold you accountable on the day of judgment. So Maulana, the question is: what are the limits to open-mindedness and is there an example from the life of Prophet and his companions?”</w:t>
      </w:r>
    </w:p>
    <w:p>
      <w:r>
        <w:rPr>
          <w:sz w:val="20"/>
        </w:rPr>
        <w:t>37:32  Maulana, agla sawal Ahmedabad se Faizan sahib ne bheja hai. Unhon ne likha hai: "Maulana, what is the difference between open-minded thinking and closed-minded thinking?</w:t>
      </w:r>
      <w:r>
        <w:br/>
      </w:r>
      <w:r>
        <w:rPr>
          <w:sz w:val="20"/>
        </w:rPr>
        <w:t>37:49  I am asking this question because the case of Muslims is of closed-mindedness. They defend themselves saying that in Islam, if you become flexible or yield towards other faiths, then God will hold you accountable on the day of judgment.</w:t>
      </w:r>
      <w:r>
        <w:br/>
      </w:r>
      <w:r>
        <w:rPr>
          <w:sz w:val="20"/>
        </w:rPr>
        <w:t>38:11  So Maulana, the question is: what are the limits to open-mindedness and is there an example from the life of Prophet and his companions?"</w:t>
      </w:r>
      <w:r>
        <w:br/>
      </w:r>
      <w:r>
        <w:rPr>
          <w:sz w:val="20"/>
        </w:rPr>
        <w:t>38:22  Dekhiye, knowledge ki koi limit nahi hoti, koi limit nahi. Khoob padhiye, khoob padhiye. Abhi maine jo bataya, wahi to tha ke musalmanon mein ek ta'assub paida ho gaya ke bas Arabic, bas Arabic, bas Arabic.</w:t>
      </w:r>
      <w:r>
        <w:br/>
      </w:r>
      <w:r>
        <w:rPr>
          <w:sz w:val="20"/>
        </w:rPr>
        <w:t>38:38  Doosri zubanon ke bare mein woh bias, bias ho gaye. Is se un ka dard narrow-mindedness aaya.</w:t>
      </w:r>
      <w:r>
        <w:br/>
      </w:r>
      <w:r>
        <w:rPr>
          <w:sz w:val="20"/>
        </w:rPr>
        <w:t>38:58  Mahboob bhai ne Mumbai se likha hai: "Maulana, whatever I know, based on that you are the only aalim who clears misconceptions among Muslims which are in vast numbers.</w:t>
      </w:r>
      <w:r>
        <w:br/>
      </w:r>
      <w:r>
        <w:rPr>
          <w:sz w:val="20"/>
        </w:rPr>
        <w:t>39:12  Maulana, you give us guidance with utmost clarity. Jazak Allah Maulana.</w:t>
      </w:r>
      <w:r>
        <w:br/>
      </w:r>
      <w:r>
        <w:rPr>
          <w:sz w:val="20"/>
        </w:rPr>
        <w:t>39:24  Miss Shabina Ali ne Pakistan, Miss Shabina Ali ne Kolkata se likha hai: "A very important lecture, Maulana. You have touched upon the topic which holds a lot of misconceptions,</w:t>
      </w:r>
      <w:r>
        <w:br/>
      </w:r>
      <w:r>
        <w:rPr>
          <w:sz w:val="20"/>
        </w:rPr>
        <w:t>39:37  and today it has been cleared thoroughly.</w:t>
      </w:r>
      <w:r>
        <w:br/>
      </w:r>
      <w:r>
        <w:rPr>
          <w:sz w:val="20"/>
        </w:rPr>
        <w:t>39:40  Thank you."</w:t>
      </w:r>
    </w:p>
    <w:p>
      <w:pPr>
        <w:pStyle w:val="Heading2"/>
      </w:pPr>
      <w:r>
        <w:t>Living Jihad and Surrendering to West</w:t>
      </w:r>
    </w:p>
    <w:p>
      <w:r>
        <w:rPr>
          <w:color w:val="666666"/>
          <w:sz w:val="18"/>
        </w:rPr>
        <w:t>Society &amp; Dawah · Natural Warning April 17, 2016 · 1m 41s · at 55:28 · https://youtu.be/fSNOpwgzcss?t=3328</w:t>
      </w:r>
    </w:p>
    <w:p>
      <w:r>
        <w:rPr>
          <w:i/>
        </w:rPr>
        <w:t>“Does living jihad mean surrendering to the west? What is your opinion on that?”</w:t>
      </w:r>
    </w:p>
    <w:p>
      <w:r>
        <w:rPr>
          <w:sz w:val="20"/>
        </w:rPr>
        <w:t>55:28  to yeh uneeswein sadi aur beeswein sadi mein hua hai mere aziz. is se pehle yeh sab tha nahi. maulana, agla sawal hamid afghan sahib ne kiya hai.</w:t>
      </w:r>
      <w:r>
        <w:br/>
      </w:r>
      <w:r>
        <w:rPr>
          <w:sz w:val="20"/>
        </w:rPr>
        <w:t>55:40  unhon ne location nahi likhi hai par wo aap se yeh janna chahte hain ke does living jihad means surrendering to the west</w:t>
      </w:r>
      <w:r>
        <w:br/>
      </w:r>
      <w:r>
        <w:rPr>
          <w:sz w:val="20"/>
        </w:rPr>
        <w:t>55:49  ? what is your opinion on that? jihad west ke liye hai hi nahi. momin qital west ke liye dawat hai.</w:t>
      </w:r>
      <w:r>
        <w:br/>
      </w:r>
      <w:r>
        <w:rPr>
          <w:sz w:val="20"/>
        </w:rPr>
        <w:t>55:59  ab in ko larai kyun charhi hui hai? yeh to jaiz hi nahi hai. khwamkhwah larai charhi hui hai. jo musalman west ke khilaf larai charhi hui hain mere aziz wo bilkul najayaz hai.</w:t>
      </w:r>
      <w:r>
        <w:br/>
      </w:r>
      <w:r>
        <w:rPr>
          <w:sz w:val="20"/>
        </w:rPr>
        <w:t>56:09  is ka islam se koi talluq nahi. in ko dawat ka kaam karna chahiye. west ke muqable mein aap ko dawat ka kaam karna hai. aap ki zimmedari dawat hai.</w:t>
      </w:r>
    </w:p>
    <w:p>
      <w:pPr>
        <w:pStyle w:val="Heading2"/>
      </w:pPr>
      <w:r>
        <w:t>Lord Mahavira idol defaced by mob</w:t>
      </w:r>
    </w:p>
    <w:p>
      <w:r>
        <w:rPr>
          <w:color w:val="666666"/>
          <w:sz w:val="18"/>
        </w:rPr>
        <w:t>Society &amp; Dawah · The Purpose of Existence-9th September 2012 · 2m 34s · at 1:44:22 · https://youtu.be/KxCy8m6k_MQ?t=6262</w:t>
      </w:r>
    </w:p>
    <w:p>
      <w:r>
        <w:rPr>
          <w:i/>
        </w:rPr>
        <w:t>“In the news 'Deewar-e-News' in Lucknow on August 17, 2012, it was mentioned that Lord Mahavira's idol was defaced by a mob of a few people.”</w:t>
      </w:r>
    </w:p>
    <w:p>
      <w:r>
        <w:rPr>
          <w:sz w:val="20"/>
        </w:rPr>
        <w:t>1:44:21  achha, theek hai.</w:t>
      </w:r>
      <w:r>
        <w:br/>
      </w:r>
      <w:r>
        <w:rPr>
          <w:sz w:val="20"/>
        </w:rPr>
        <w:t>1:44:22  ji, maulana, agla sawal raipur se hai idrees sahib ka.</w:t>
      </w:r>
      <w:r>
        <w:br/>
      </w:r>
      <w:r>
        <w:rPr>
          <w:sz w:val="20"/>
        </w:rPr>
        <w:t>1:44:27  انہوں نے لکھا ہے کہ: "There was a news in Lucknow in August 17, 2012, which mentioned that</w:t>
      </w:r>
      <w:r>
        <w:br/>
      </w:r>
      <w:r>
        <w:rPr>
          <w:sz w:val="20"/>
        </w:rPr>
        <w:t>1:44:35  Lord Mahavira's idol defaced by a mob of few people.</w:t>
      </w:r>
      <w:r>
        <w:br/>
      </w:r>
      <w:r>
        <w:rPr>
          <w:sz w:val="20"/>
        </w:rPr>
        <w:t>1:44:40  My question is: Does this kind of violent protest serve any of the purposes of the protesters? If</w:t>
      </w:r>
      <w:r>
        <w:br/>
      </w:r>
      <w:r>
        <w:rPr>
          <w:sz w:val="20"/>
        </w:rPr>
        <w:t>1:44:47  not, why this kind of protest is organized frequently? How the right-minded religious leaders and general people</w:t>
      </w:r>
      <w:r>
        <w:br/>
      </w:r>
      <w:r>
        <w:rPr>
          <w:sz w:val="20"/>
        </w:rPr>
        <w:t>1:44:55  belonging to the religion of this mob should react to correct the negative effects of such incidents?"</w:t>
      </w:r>
      <w:r>
        <w:br/>
      </w:r>
      <w:r>
        <w:rPr>
          <w:sz w:val="20"/>
        </w:rPr>
        <w:t>1:45:03  kindly comment.</w:t>
      </w:r>
      <w:r>
        <w:br/>
      </w:r>
      <w:r>
        <w:rPr>
          <w:sz w:val="20"/>
        </w:rPr>
        <w:t>1:45:04  dekhen, yeh yeh jo hai masla hai, yeh problem hai administration ka, hamara aap ka nahi hai.</w:t>
      </w:r>
      <w:r>
        <w:br/>
      </w:r>
      <w:r>
        <w:rPr>
          <w:sz w:val="20"/>
        </w:rPr>
        <w:t>1:45:12  hum aap khwah makhwah is pe statement dete hain.</w:t>
      </w:r>
      <w:r>
        <w:br/>
      </w:r>
      <w:r>
        <w:rPr>
          <w:sz w:val="20"/>
        </w:rPr>
        <w:t>1:45:15  yeh sirf administration ka masla hai.</w:t>
      </w:r>
      <w:r>
        <w:br/>
      </w:r>
      <w:r>
        <w:rPr>
          <w:sz w:val="20"/>
        </w:rPr>
        <w:t>1:45:18  yeh yeh ek india mein masla yeh zyada hai ke har aadmi lagta hai bolne is par.</w:t>
      </w:r>
      <w:r>
        <w:br/>
      </w:r>
      <w:r>
        <w:rPr>
          <w:sz w:val="20"/>
        </w:rPr>
        <w:t>1:45:25  har aadmi statement deta hai is ke upar.</w:t>
      </w:r>
      <w:r>
        <w:br/>
      </w:r>
      <w:r>
        <w:rPr>
          <w:sz w:val="20"/>
        </w:rPr>
        <w:t>1:45:29  main is ko administration ka masla samajhta hoon, intezamia ka masla.</w:t>
      </w:r>
      <w:r>
        <w:br/>
      </w:r>
      <w:r>
        <w:rPr>
          <w:sz w:val="20"/>
        </w:rPr>
        <w:t>1:45:33  aap ko suggestion ho to intezamia ko kahiye ke baqi akhbaron mein jo statement dete hain log, to</w:t>
      </w:r>
      <w:r>
        <w:br/>
      </w:r>
      <w:r>
        <w:rPr>
          <w:sz w:val="20"/>
        </w:rPr>
        <w:t>1:45:41  mera woh mizaj mizaj nahi hai.</w:t>
      </w:r>
      <w:r>
        <w:br/>
      </w:r>
      <w:r>
        <w:rPr>
          <w:sz w:val="20"/>
        </w:rPr>
        <w:t>1:45:44  woh main is ko jis ko kehte hain hindi mein prashasan, yeh prashasan ka masla hai.</w:t>
      </w:r>
      <w:r>
        <w:br/>
      </w:r>
      <w:r>
        <w:rPr>
          <w:sz w:val="20"/>
        </w:rPr>
        <w:t>1:45:51  maulana, yeh sawal tamil nadu se aya hai abu khadija sahib ka.</w:t>
      </w:r>
      <w:r>
        <w:br/>
      </w:r>
      <w:r>
        <w:rPr>
          <w:sz w:val="20"/>
        </w:rPr>
        <w:t>1:45:56  انہوں نے لکھا ہے: "مولانا صاحب، someone says giving the Quran or explaining Islam to murtad is</w:t>
      </w:r>
      <w:r>
        <w:br/>
      </w:r>
      <w:r>
        <w:rPr>
          <w:sz w:val="20"/>
        </w:rPr>
        <w:t>1:46:03  naat dawah work.</w:t>
      </w:r>
      <w:r>
        <w:br/>
      </w:r>
      <w:r>
        <w:rPr>
          <w:sz w:val="20"/>
        </w:rPr>
        <w:t>1:46:05  dawah work is when you make mado gayo shahada. " mado? shahada.</w:t>
      </w:r>
      <w:r>
        <w:br/>
      </w:r>
      <w:r>
        <w:rPr>
          <w:sz w:val="20"/>
        </w:rPr>
        <w:t>1:46:10  shahada.</w:t>
      </w:r>
      <w:r>
        <w:br/>
      </w:r>
      <w:r>
        <w:rPr>
          <w:sz w:val="20"/>
        </w:rPr>
        <w:t>1:46:11  achha, shahada.</w:t>
      </w:r>
      <w:r>
        <w:br/>
      </w:r>
      <w:r>
        <w:rPr>
          <w:sz w:val="20"/>
        </w:rPr>
        <w:t>1:46:13  shahada.</w:t>
      </w:r>
      <w:r>
        <w:br/>
      </w:r>
      <w:r>
        <w:rPr>
          <w:sz w:val="20"/>
        </w:rPr>
        <w:t>1:46:14  is this true statement? bilkul galat hai yeh.</w:t>
      </w:r>
      <w:r>
        <w:br/>
      </w:r>
      <w:r>
        <w:rPr>
          <w:sz w:val="20"/>
        </w:rPr>
        <w:t>1:46:18  yeh sare sahaba ne yeh kaam nahi kiya.</w:t>
      </w:r>
      <w:r>
        <w:br/>
      </w:r>
      <w:r>
        <w:rPr>
          <w:sz w:val="20"/>
        </w:rPr>
        <w:t>1:46:21  woh toh bakri bane hue the, khali padh padh sunate the.</w:t>
      </w:r>
      <w:r>
        <w:br/>
      </w:r>
      <w:r>
        <w:rPr>
          <w:sz w:val="20"/>
        </w:rPr>
        <w:t>1:46:26  kisi ko bandha hai, sare paighambaron ne yahi kiya.</w:t>
      </w:r>
      <w:r>
        <w:br/>
      </w:r>
      <w:r>
        <w:rPr>
          <w:sz w:val="20"/>
        </w:rPr>
        <w:t>1:46:30  paighambaron ne sunaya, bataya bas.</w:t>
      </w:r>
      <w:r>
        <w:br/>
      </w:r>
      <w:r>
        <w:rPr>
          <w:sz w:val="20"/>
        </w:rPr>
        <w:t>1:46:32  kisi kisi ne mara, beshtar logon ne nahi mara.</w:t>
      </w:r>
      <w:r>
        <w:br/>
      </w:r>
      <w:r>
        <w:rPr>
          <w:sz w:val="20"/>
        </w:rPr>
        <w:t>1:46:36  toh kya woh unhon ne dawah work nahi kiya? aap ne yani sare paighambaron ne sirf bataya bas</w:t>
      </w:r>
      <w:r>
        <w:br/>
      </w:r>
      <w:r>
        <w:rPr>
          <w:sz w:val="20"/>
        </w:rPr>
        <w:t>1:46:43  aur kya kiya? pahunchaya apni baat ko.</w:t>
      </w:r>
      <w:r>
        <w:br/>
      </w:r>
      <w:r>
        <w:rPr>
          <w:sz w:val="20"/>
        </w:rPr>
        <w:t>1:46:46  baqi shahadat toh iska apna choice hai, aap ka choice nahi hai.</w:t>
      </w:r>
      <w:r>
        <w:br/>
      </w:r>
      <w:r>
        <w:rPr>
          <w:sz w:val="20"/>
        </w:rPr>
        <w:t>1:46:52  ya iske koi sawalat, main isko sahi nahi samajhta.</w:t>
      </w:r>
    </w:p>
    <w:p>
      <w:pPr>
        <w:pStyle w:val="Heading2"/>
      </w:pPr>
      <w:r>
        <w:t>Love Islam hate America and tourist spots</w:t>
      </w:r>
    </w:p>
    <w:p>
      <w:r>
        <w:rPr>
          <w:color w:val="666666"/>
          <w:sz w:val="18"/>
        </w:rPr>
        <w:t>Society &amp; Dawah · Islam and Prophet of Islam 21st October 2012 · 2m 59s · at 1:12:08 · https://youtu.be/pg1Malshh6Y?t=4328</w:t>
      </w:r>
    </w:p>
    <w:p>
      <w:r>
        <w:rPr>
          <w:i/>
        </w:rPr>
        <w:t>“Love Islam, hate America. These holdings were placed in tourist spots in reaction to a recent movie produced in America.”</w:t>
      </w:r>
    </w:p>
    <w:p>
      <w:r>
        <w:rPr>
          <w:sz w:val="20"/>
        </w:rPr>
        <w:t>1:12:08  maulana, agla sawal kashmir se hai hamidullah hameed sahib ka.</w:t>
      </w:r>
      <w:r>
        <w:br/>
      </w:r>
      <w:r>
        <w:rPr>
          <w:sz w:val="20"/>
        </w:rPr>
        <w:t>1:12:13  unho'n ne likha hai: "lo islam hate america.</w:t>
      </w:r>
      <w:r>
        <w:br/>
      </w:r>
      <w:r>
        <w:rPr>
          <w:sz w:val="20"/>
        </w:rPr>
        <w:t>1:12:16  These hoardings were placed in tourist spots in reaction of recent movie produced in America.</w:t>
      </w:r>
      <w:r>
        <w:br/>
      </w:r>
      <w:r>
        <w:rPr>
          <w:sz w:val="20"/>
        </w:rPr>
        <w:t>1:12:23  "Can a Muslim hate a non-believer because of any excuse?" Dekhiye, law Islam bhi ek ek ek</w:t>
      </w:r>
      <w:r>
        <w:br/>
      </w:r>
      <w:r>
        <w:rPr>
          <w:sz w:val="20"/>
        </w:rPr>
        <w:t>1:12:31  aik ya'ni aik bilkul galat hai.</w:t>
      </w:r>
      <w:r>
        <w:br/>
      </w:r>
      <w:r>
        <w:rPr>
          <w:sz w:val="20"/>
        </w:rPr>
        <w:t>1:12:33  agar aap islam se love karein ge to logon se hate kar nahin sakte.</w:t>
      </w:r>
      <w:r>
        <w:br/>
      </w:r>
      <w:r>
        <w:rPr>
          <w:sz w:val="20"/>
        </w:rPr>
        <w:t>1:12:39  aap yeh namumkin hai ke aap islam se love karein, aap logon se hate karein.</w:t>
      </w:r>
      <w:r>
        <w:br/>
      </w:r>
      <w:r>
        <w:rPr>
          <w:sz w:val="20"/>
        </w:rPr>
        <w:t>1:12:46  aap islam se love karna aap ko doosron se mohabbat sikhaye ga.</w:t>
      </w:r>
      <w:r>
        <w:br/>
      </w:r>
      <w:r>
        <w:rPr>
          <w:sz w:val="20"/>
        </w:rPr>
        <w:t>1:12:51  kyun? aap quran ko parhiye, chapter 41 jo hai, hami alsajdah, is mein yeh ayat hai ke is</w:t>
      </w:r>
      <w:r>
        <w:br/>
      </w:r>
      <w:r>
        <w:rPr>
          <w:sz w:val="20"/>
        </w:rPr>
        <w:t>1:12:58  mein yeh ayat hai ke: "la tastaab al hasarat bil husn faiz alladhi baina ka bin wada kun wali hameem".</w:t>
      </w:r>
      <w:r>
        <w:br/>
      </w:r>
      <w:r>
        <w:rPr>
          <w:sz w:val="20"/>
        </w:rPr>
        <w:t>1:13:06  yani kisi ko agar tum pao ke tumhare sath uska sulook dushman wala sulook hai to tum</w:t>
      </w:r>
      <w:r>
        <w:br/>
      </w:r>
      <w:r>
        <w:rPr>
          <w:sz w:val="20"/>
        </w:rPr>
        <w:t>1:13:14  us ke sath dosti karo, tum uska acha sulook karo, phir woh dushman tumhara dost ban jayega</w:t>
      </w:r>
      <w:r>
        <w:br/>
      </w:r>
      <w:r>
        <w:rPr>
          <w:sz w:val="20"/>
        </w:rPr>
        <w:t>1:13:22  ga.</w:t>
      </w:r>
      <w:r>
        <w:br/>
      </w:r>
      <w:r>
        <w:rPr>
          <w:sz w:val="20"/>
        </w:rPr>
        <w:t>1:13:23  Faiz alladhi bayna ka wabayna ka wali humim.</w:t>
      </w:r>
      <w:r>
        <w:br/>
      </w:r>
      <w:r>
        <w:rPr>
          <w:sz w:val="20"/>
        </w:rPr>
        <w:t>1:13:27  us ke mutaliq dushman ko potential friend ke roop mein dekhna yeh hai Islam.</w:t>
      </w:r>
      <w:r>
        <w:br/>
      </w:r>
      <w:r>
        <w:rPr>
          <w:sz w:val="20"/>
        </w:rPr>
        <w:t>1:13:33  یعنی you have to see the your enemy enter enter, یعنی as a potential friend.</w:t>
      </w:r>
      <w:r>
        <w:br/>
      </w:r>
      <w:r>
        <w:rPr>
          <w:sz w:val="20"/>
        </w:rPr>
        <w:t>1:13:39  apne dushman ko potential friend ke roop mein dikhaiye, Islam hai.</w:t>
      </w:r>
      <w:r>
        <w:br/>
      </w:r>
      <w:r>
        <w:rPr>
          <w:sz w:val="20"/>
        </w:rPr>
        <w:t>1:13:44  toh jo log kehte hain ke lo Islam, yeh yeh bilkul galat keh rahe hain.</w:t>
      </w:r>
      <w:r>
        <w:br/>
      </w:r>
      <w:r>
        <w:rPr>
          <w:sz w:val="20"/>
        </w:rPr>
        <w:t>1:13:51  woh woh hate Islam ke in ke dilon mein hai.</w:t>
      </w:r>
      <w:r>
        <w:br/>
      </w:r>
      <w:r>
        <w:rPr>
          <w:sz w:val="20"/>
        </w:rPr>
        <w:t>1:13:55  Islam se mohabbat toh un ko nahi hai.</w:t>
      </w:r>
      <w:r>
        <w:br/>
      </w:r>
      <w:r>
        <w:rPr>
          <w:sz w:val="20"/>
        </w:rPr>
        <w:t>1:13:58  mohabbat hoti toh woh Quran se lete rahe ke kya karna chahiye humein.</w:t>
      </w:r>
      <w:r>
        <w:br/>
      </w:r>
      <w:r>
        <w:rPr>
          <w:sz w:val="20"/>
        </w:rPr>
        <w:t>1:14:04  Quran ko dekhte, padhte, Quran ko jab Quran mein saaf saaf hai ke tum dushman ko apna potential</w:t>
      </w:r>
      <w:r>
        <w:br/>
      </w:r>
      <w:r>
        <w:rPr>
          <w:sz w:val="20"/>
        </w:rPr>
        <w:t>1:14:12  friend samjho toh aap keh sakte hain, aisa kar sakte hain.</w:t>
      </w:r>
      <w:r>
        <w:br/>
      </w:r>
      <w:r>
        <w:rPr>
          <w:sz w:val="20"/>
        </w:rPr>
        <w:t>1:14:16  mein wahan gaya tha America toh wahan pe ek church mein mujhe bulaya gaya toh unhon ne kaha</w:t>
      </w:r>
      <w:r>
        <w:br/>
      </w:r>
      <w:r>
        <w:rPr>
          <w:sz w:val="20"/>
        </w:rPr>
        <w:t>1:14:24  کہ بائبل میں حضرت مسیح نے یہ کہا تھا کہ: "Love your enemy"۔</w:t>
      </w:r>
      <w:r>
        <w:br/>
      </w:r>
      <w:r>
        <w:rPr>
          <w:sz w:val="20"/>
        </w:rPr>
        <w:t>1:14:30  toh kya aap ke Quran mein bhi aisi taleem hai? Toh maine yeh ayat padhi, un ko</w:t>
      </w:r>
      <w:r>
        <w:br/>
      </w:r>
      <w:r>
        <w:rPr>
          <w:sz w:val="20"/>
        </w:rPr>
        <w:t>1:14:37  samne toh bohat khush hue woh ke Quran mein bhi yahi taleem hai.</w:t>
      </w:r>
      <w:r>
        <w:br/>
      </w:r>
      <w:r>
        <w:rPr>
          <w:sz w:val="20"/>
        </w:rPr>
        <w:t>1:14:43  is ayat ko aap ghor kijiye ke kitni zabardast zabardast ayat hai ke agar aap sach much Muslim</w:t>
      </w:r>
      <w:r>
        <w:br/>
      </w:r>
      <w:r>
        <w:rPr>
          <w:sz w:val="20"/>
        </w:rPr>
        <w:t>1:14:51  hain, sach much momin hain, sach much Quran ko manne wale hain toh aap ko chahiye ke aap</w:t>
      </w:r>
      <w:r>
        <w:br/>
      </w:r>
      <w:r>
        <w:rPr>
          <w:sz w:val="20"/>
        </w:rPr>
        <w:t>1:14:58  dushman ko potential friend ke roop mein dekhein, nahi toh aap Muslim nahi hain, nahi toh aap Quran</w:t>
      </w:r>
      <w:r>
        <w:br/>
      </w:r>
      <w:r>
        <w:rPr>
          <w:sz w:val="20"/>
        </w:rPr>
        <w:t>1:15:06  ko nahi mante.</w:t>
      </w:r>
    </w:p>
    <w:p>
      <w:pPr>
        <w:pStyle w:val="Heading2"/>
      </w:pPr>
      <w:r>
        <w:t>Lucknow High Court verdict opinion</w:t>
      </w:r>
    </w:p>
    <w:p>
      <w:r>
        <w:rPr>
          <w:color w:val="666666"/>
          <w:sz w:val="18"/>
        </w:rPr>
        <w:t>Society &amp; Dawah · Art of Crisis Management I 3 October, 2010 Maulana Wahiduddin Khan · 4m 40s · at 1:35:29 · https://youtu.be/mcJZ0YEOolk?t=5729</w:t>
      </w:r>
    </w:p>
    <w:p>
      <w:r>
        <w:rPr>
          <w:i/>
        </w:rPr>
        <w:t>“We feel we must accept the Lucknow High Court verdict. What is your opinion? How can we compel the Waqf Board for not going for appeal? Should a mosque be rebuilt at the joining to Ram Mandir? Kindly comment.”</w:t>
      </w:r>
    </w:p>
    <w:p>
      <w:r>
        <w:rPr>
          <w:sz w:val="20"/>
        </w:rPr>
        <w:t>1:35:29  Maulana, ek sawal aur poocha gaya hai Delhi se. Likhne wale ne apna naam nahi diya hai. Poocha hai ke "We feel we must accept Lucknow High Court verdict".</w:t>
      </w:r>
      <w:r>
        <w:br/>
      </w:r>
      <w:r>
        <w:rPr>
          <w:sz w:val="20"/>
        </w:rPr>
        <w:t>1:35:41  What is your opinion? How can we compel Waqf Board for not going for appeal?</w:t>
      </w:r>
      <w:r>
        <w:br/>
      </w:r>
      <w:r>
        <w:rPr>
          <w:sz w:val="20"/>
        </w:rPr>
        <w:t>1:35:49  Should a mosque be rebuilt at joining to Ram Mandir? Kindly comment. Dekhiye, aaj kal jo rujhan hai musalmanon ka, wo kya hai?</w:t>
      </w:r>
      <w:r>
        <w:br/>
      </w:r>
      <w:r>
        <w:rPr>
          <w:sz w:val="20"/>
        </w:rPr>
        <w:t>1:35:59  Musalmanon ka nahi, so called leaderon ka ke hum Supreme Court mein jayenge. Yeh bilkul stupid baat hai. Stupid,</w:t>
      </w:r>
      <w:r>
        <w:br/>
      </w:r>
      <w:r>
        <w:rPr>
          <w:sz w:val="20"/>
        </w:rPr>
        <w:t>1:36:09  yani agar abhi jo judgment aaya hai, is ko musalman samajhte hain ke musalmanon ke ke sath insaaf nahi hua hai, aur aur chahte hain ke Supreme Court mein jayein.</w:t>
      </w:r>
      <w:r>
        <w:br/>
      </w:r>
      <w:r>
        <w:rPr>
          <w:sz w:val="20"/>
        </w:rPr>
        <w:t>1:36:24  Jaise suppose Supreme Court ka ka judgment ek dam musalmanon ke haq mein ho jaye.</w:t>
      </w:r>
      <w:r>
        <w:br/>
      </w:r>
      <w:r>
        <w:rPr>
          <w:sz w:val="20"/>
        </w:rPr>
        <w:t>1:36:30  Suppose is judgment Supreme Court kar de ke wo jo zameen hai, wo sari ki sari musalmanon ko de di jaye. Farz kijiye, to aap samajhte hain ke aisa ho jayega?</w:t>
      </w:r>
      <w:r>
        <w:br/>
      </w:r>
      <w:r>
        <w:rPr>
          <w:sz w:val="20"/>
        </w:rPr>
        <w:t>1:36:44  Musalmanon ne 1985 mein isi mulk mein Shah Bano ke maamle mein jo kiya, wo bhool gaye.</w:t>
      </w:r>
      <w:r>
        <w:br/>
      </w:r>
      <w:r>
        <w:rPr>
          <w:sz w:val="20"/>
        </w:rPr>
        <w:t>1:36:55  Wo Shah Bano ke case jo tha, Supreme Court ne judgment diya apna. Supreme Court ne</w:t>
      </w:r>
      <w:r>
        <w:br/>
      </w:r>
      <w:r>
        <w:rPr>
          <w:sz w:val="20"/>
        </w:rPr>
        <w:t>1:37:02  aur saare musalmanon ke khilaaf khade hue, uth ke kaha ke hum nahi mante is ko. radd kar diya is faisle ko. to jo musalmanon ne kiya, woh hindu ke, yaani hindu ko is ka haq nahi hai.</w:t>
      </w:r>
      <w:r>
        <w:br/>
      </w:r>
      <w:r>
        <w:rPr>
          <w:sz w:val="20"/>
        </w:rPr>
        <w:t>1:37:16  agar musalman samajhte hain ke hamara right hai ke hum supreme court ke faisle ko na maanein, to aap ka aap samajhte hain ke hindu ka right nahi hai? yeh</w:t>
      </w:r>
      <w:r>
        <w:br/>
      </w:r>
      <w:r>
        <w:rPr>
          <w:sz w:val="20"/>
        </w:rPr>
        <w:t>1:37:25  to suppose supreme court faisla de de aap ke haq mein, tab bhi woh chalne wala nahi hai. koi hindu committee khadi ho jayegi ke hum nahi mante, jaise ke aap khade hue shabanon ke maamle mein.</w:t>
      </w:r>
      <w:r>
        <w:br/>
      </w:r>
      <w:r>
        <w:rPr>
          <w:sz w:val="20"/>
        </w:rPr>
        <w:t>1:37:36  yeh sab bilkul stepped baatein hain, ahmaqana baatein hain. kuch nahi, aap is ko full stop lagaiye, koi kaam mat lagaiye.</w:t>
      </w:r>
      <w:r>
        <w:br/>
      </w:r>
      <w:r>
        <w:rPr>
          <w:sz w:val="20"/>
        </w:rPr>
        <w:t>1:37:46  jo log yeh kehte hain ke out of court is ko decide kiya jaye, dono committee mil kar ke, woh is baat se ke aap phir kaam laga rahe hain.</w:t>
      </w:r>
      <w:r>
        <w:br/>
      </w:r>
      <w:r>
        <w:rPr>
          <w:sz w:val="20"/>
        </w:rPr>
        <w:t>1:37:56  jo yeh kehte hain ke supreme court mein hum jayein, is ka matlab hai woh kaam laga rahe hain. maine bar bar yeh kaha hai ke is mein kaam lagayein ge to lagta hi rahega kaam forever.</w:t>
      </w:r>
      <w:r>
        <w:br/>
      </w:r>
      <w:r>
        <w:rPr>
          <w:sz w:val="20"/>
        </w:rPr>
        <w:t>1:38:07  aap full stop lagaiye, kahin na kahin rok dijiye. bas is ko to ab jo ab jo sahi stand musalmanon ko hona chahiye, woh yeh hona chahiye ke court ke jo bhi faisle hote hain, us ko implement karne ki zimmedari hoti hai government ki,</w:t>
      </w:r>
      <w:r>
        <w:br/>
      </w:r>
      <w:r>
        <w:rPr>
          <w:sz w:val="20"/>
        </w:rPr>
        <w:t>1:38:23  administration ki. to jo faisla kiya hai court ne, ab ab court ke faisle ke baad ab jo kaam hai, government ka shuru hota hai.</w:t>
      </w:r>
      <w:r>
        <w:br/>
      </w:r>
      <w:r>
        <w:rPr>
          <w:sz w:val="20"/>
        </w:rPr>
        <w:t>1:38:33  government ko implement kare. agar government ke nazdeek faisle mein koi lacuna hai,</w:t>
      </w:r>
      <w:r>
        <w:br/>
      </w:r>
      <w:r>
        <w:rPr>
          <w:sz w:val="20"/>
        </w:rPr>
        <w:t>1:38:40  to us ko clarify karwaye khud government. government clarify karwaye phir se us se musalman se alag ho jaye. bilkul musalman ka role khatam ho gaya, aur kaam lagayein ge to kamaal lagta rahega, yahan tak ke aap barbaad hote rahein ge.</w:t>
      </w:r>
      <w:r>
        <w:br/>
      </w:r>
      <w:r>
        <w:rPr>
          <w:sz w:val="20"/>
        </w:rPr>
        <w:t>1:38:57  aur koi kahin bhi, yaani</w:t>
      </w:r>
      <w:r>
        <w:br/>
      </w:r>
      <w:r>
        <w:rPr>
          <w:sz w:val="20"/>
        </w:rPr>
        <w:t>1:39:01  kabhi kabhi bhi cheez se decide nahi hogi, kabhi bhi nahi hogi decide. yeh now aur never ka maamla hai, yaani aaj ya to aaj aap full stop laga dijiye, aur nahi to kabhi full stop nahi lagega.</w:t>
      </w:r>
      <w:r>
        <w:br/>
      </w:r>
      <w:r>
        <w:rPr>
          <w:sz w:val="20"/>
        </w:rPr>
        <w:t>1:39:16  maine 1992 mein kaha tha ke full stop lagao, aur kaam mat lagao, nahi to lagta ja ke kaam aayega. ek ke baad ek ke baad ek baat wahi ho raha hai. 60 baras se kaam lag rahe hain, to abhi 60 baras aur kaam lagte rahein ge.</w:t>
      </w:r>
      <w:r>
        <w:br/>
      </w:r>
      <w:r>
        <w:rPr>
          <w:sz w:val="20"/>
        </w:rPr>
        <w:t>1:39:31  kuch bhi nahi, musalman is maamle mein khamosh ho jayein, aur yeh maan lein ke adalat ka faisla jo hai, us ko</w:t>
      </w:r>
      <w:r>
        <w:br/>
      </w:r>
      <w:r>
        <w:rPr>
          <w:sz w:val="20"/>
        </w:rPr>
        <w:t>1:39:41  implement karna government ka kaam hai, woh kare. clarification chahiye government ko, to woh woh khud pooche court se. ab ab kaam government ka hai, musalmanon ka kuch bhi nahi hai.</w:t>
      </w:r>
      <w:r>
        <w:br/>
      </w:r>
      <w:r>
        <w:rPr>
          <w:sz w:val="20"/>
        </w:rPr>
        <w:t>1:39:55  maulana, yeh sawal matlab is se peace, is se peace qaim hoga, normality qaim hogi. hindu muslimon ke taalluqat jo hain, ab normal ho jayein ge, aur woh supreme hai.</w:t>
      </w:r>
      <w:r>
        <w:br/>
      </w:r>
      <w:r>
        <w:rPr>
          <w:sz w:val="20"/>
        </w:rPr>
        <w:t>1:40:05  isi ko main supreme samajhta hoon.</w:t>
      </w:r>
    </w:p>
    <w:p>
      <w:pPr>
        <w:pStyle w:val="Heading2"/>
      </w:pPr>
      <w:r>
        <w:t>Madrasa Curriculum Reform and Leading Role</w:t>
      </w:r>
    </w:p>
    <w:p>
      <w:r>
        <w:rPr>
          <w:color w:val="666666"/>
          <w:sz w:val="18"/>
        </w:rPr>
        <w:t>Society &amp; Dawah · The Companions and the Hadith Scholars June 24, 2012 · 5m 11s · at 1:17:41 · https://youtu.be/Dj4QiYnxgBs?t=4661</w:t>
      </w:r>
    </w:p>
    <w:p>
      <w:r>
        <w:rPr>
          <w:i/>
        </w:rPr>
        <w:t>“Curriculum change is considered an ongoing process in the field of education. How difficult is it to have open discussion and bring meaningful changes in Madrasa curriculum? Who can take a leading role for such work?”</w:t>
      </w:r>
    </w:p>
    <w:p>
      <w:r>
        <w:rPr>
          <w:sz w:val="20"/>
        </w:rPr>
        <w:t>1:17:41  maulana, agla sawal Delhi se hai, Dr. Najma Siddiqui ka. unhon ne likha hai: "Curriculum change is considered an ongoing process in the field of education.</w:t>
      </w:r>
      <w:r>
        <w:br/>
      </w:r>
      <w:r>
        <w:rPr>
          <w:sz w:val="20"/>
        </w:rPr>
        <w:t>1:17:54  How difficult is it to have open discussion and bring meaningful changes in Madrasa curriculum? Who can take a leading role for such work?"</w:t>
      </w:r>
      <w:r>
        <w:br/>
      </w:r>
      <w:r>
        <w:rPr>
          <w:sz w:val="20"/>
        </w:rPr>
        <w:t>1:18:06  dekhen, main is concept hi ko, yani nahin manta ke curriculum change karne se koi inqilab aa jayega.</w:t>
      </w:r>
      <w:r>
        <w:br/>
      </w:r>
      <w:r>
        <w:rPr>
          <w:sz w:val="20"/>
        </w:rPr>
        <w:t>1:18:16  main is ko nahin manta. India mein hum ne dekha hai ke British daur mein, 1938 mein, ek curriculum banaya gaya tha.</w:t>
      </w:r>
      <w:r>
        <w:br/>
      </w:r>
      <w:r>
        <w:rPr>
          <w:sz w:val="20"/>
        </w:rPr>
        <w:t>1:18:26  Lord Macaulay ne banaya tha. is ke baad se pata nahin kitni baar curriculum change kiya gaya hai. aur halaat kya? halaat achhe ho rahe hain,</w:t>
      </w:r>
      <w:r>
        <w:br/>
      </w:r>
      <w:r>
        <w:rPr>
          <w:sz w:val="20"/>
        </w:rPr>
        <w:t>1:18:35  bad se badtar ho rahe hain. jo zamana maine dekha tha, 1938 mein, aaj is ke muqable mein bohat hi zyada bura haal ho chuka hai.</w:t>
      </w:r>
      <w:r>
        <w:br/>
      </w:r>
      <w:r>
        <w:rPr>
          <w:sz w:val="20"/>
        </w:rPr>
        <w:t>1:18:44  halanke curriculum to kam az kam, yani dasiyon baar change ho chuka hai. jo hukoomat aati hai, woh curriculum mein change kar jati hai.</w:t>
      </w:r>
      <w:r>
        <w:br/>
      </w:r>
      <w:r>
        <w:rPr>
          <w:sz w:val="20"/>
        </w:rPr>
        <w:t>1:18:54  The concept itself is wrong ke curriculum ke badalne se koi naya change aa jayega.</w:t>
      </w:r>
      <w:r>
        <w:br/>
      </w:r>
      <w:r>
        <w:rPr>
          <w:sz w:val="20"/>
        </w:rPr>
        <w:t>1:19:01  jo insaan bane thay, lord mekayle ke jo system mein, waisay insaan aaj kahan ban rahay hain? isi mein to banay thay sab.</w:t>
      </w:r>
      <w:r>
        <w:br/>
      </w:r>
      <w:r>
        <w:rPr>
          <w:sz w:val="20"/>
        </w:rPr>
        <w:t>1:19:10  gandhi ho, nehru ho, doctor prasad, raja krishan, zakir hussain, doctor raman, sab ke log. ab kahan wohi log paida ho rahay hain?</w:t>
      </w:r>
      <w:r>
        <w:br/>
      </w:r>
      <w:r>
        <w:rPr>
          <w:sz w:val="20"/>
        </w:rPr>
        <w:t>1:19:21  ab woh log kahan paida ho rahay hain? to curriculum change karnay ka jo concept hai, woh mein us ko bilkul nahi manta.</w:t>
      </w:r>
      <w:r>
        <w:br/>
      </w:r>
      <w:r>
        <w:rPr>
          <w:sz w:val="20"/>
        </w:rPr>
        <w:t>1:19:30  agar koi manta ho to saboot day woh ke waisay afraad aaj kyun nahi paida ho rahay hain? jitnay hamaray top ke, yaani log paida huay, woh sab isi british curriculum ke zariye paida huay thay.</w:t>
      </w:r>
      <w:r>
        <w:br/>
      </w:r>
      <w:r>
        <w:rPr>
          <w:sz w:val="20"/>
        </w:rPr>
        <w:t>1:19:45  yeh so-called aaj kal ka jo curriculum hai, is mein koi bhi, sab media kar paida ho rahay hain, media kar. is liye mein us ko</w:t>
      </w:r>
      <w:r>
        <w:br/>
      </w:r>
      <w:r>
        <w:rPr>
          <w:sz w:val="20"/>
        </w:rPr>
        <w:t>1:19:52  nahi manta. madrasay mein bhi jo log dhoom machatay hain, curriculum badlein to, yaani kon sa result hai jis ka refer karein gay woh?</w:t>
      </w:r>
      <w:r>
        <w:br/>
      </w:r>
      <w:r>
        <w:rPr>
          <w:sz w:val="20"/>
        </w:rPr>
        <w:t>1:20:01  universityon ke curriculum mein agar natija nikla hota bohat bara to kehtay hain ke koi badla hua hai. jab collegeon, universityon mein, schoolon mein kuch bhi nahi, farq faida hua.</w:t>
      </w:r>
      <w:r>
        <w:br/>
      </w:r>
      <w:r>
        <w:rPr>
          <w:sz w:val="20"/>
        </w:rPr>
        <w:t>1:20:13  kuch bhi faida nahi</w:t>
      </w:r>
      <w:r>
        <w:br/>
      </w:r>
      <w:r>
        <w:rPr>
          <w:sz w:val="20"/>
        </w:rPr>
        <w:t>1:20:14  hua. to to kis, yaani kis kis, yaani kis result ke hawala say woh mutalba kartay hain ke madrasay badlo?</w:t>
      </w:r>
      <w:r>
        <w:br/>
      </w:r>
      <w:r>
        <w:rPr>
          <w:sz w:val="20"/>
        </w:rPr>
        <w:t>1:20:24  kuch bhi faida nahi hoga madrasay badla jaye tab bhi. to sochna yeh chahiye ke aur kiya cheez darkar hai?</w:t>
      </w:r>
      <w:r>
        <w:br/>
      </w:r>
      <w:r>
        <w:rPr>
          <w:sz w:val="20"/>
        </w:rPr>
        <w:t>1:20:32  to mera jo, meri jo finding hai ke aur jo cheez darkar hai, woh hai, woh hai, woh yaani aik hai dekhein forward education, aik in-forward education.</w:t>
      </w:r>
      <w:r>
        <w:br/>
      </w:r>
      <w:r>
        <w:rPr>
          <w:sz w:val="20"/>
        </w:rPr>
        <w:t>1:20:47  meray nazdeek insaan bantay hain in-forward education ke zariye. forward education mein kabhi bhi insaan nahi bantay. yeh dhoom macha rakhi hai logon nay.</w:t>
      </w:r>
      <w:r>
        <w:br/>
      </w:r>
      <w:r>
        <w:rPr>
          <w:sz w:val="20"/>
        </w:rPr>
        <w:t>1:20:56  sochtay hain ke education se yeh ho jaye ga, woh ho jaye ga. tagore is ke badshah thay.</w:t>
      </w:r>
      <w:r>
        <w:br/>
      </w:r>
      <w:r>
        <w:rPr>
          <w:sz w:val="20"/>
        </w:rPr>
        <w:t>1:21:01  tagore nay shanti niketan banai. woh samjhtay thay ke shanti niketan mein aik naye indian banain gay. koi aik bhi aadmi nahi bana. kuch bhi nahi hua.</w:t>
      </w:r>
      <w:r>
        <w:br/>
      </w:r>
      <w:r>
        <w:rPr>
          <w:sz w:val="20"/>
        </w:rPr>
        <w:t>1:21:10  kuch bhi nahi hua. to meray nazdeek insaan se dekhein, aik hai insaan saazi. aik hai profession.</w:t>
      </w:r>
      <w:r>
        <w:br/>
      </w:r>
      <w:r>
        <w:rPr>
          <w:sz w:val="20"/>
        </w:rPr>
        <w:t>1:21:20  yaani professional skill ke liye hai forward education. service lainay ke liye, is tarah ke kamon ke liye hai.</w:t>
      </w:r>
      <w:r>
        <w:br/>
      </w:r>
      <w:r>
        <w:rPr>
          <w:sz w:val="20"/>
        </w:rPr>
        <w:t>1:21:30  to professional skill ke liye to bilashuba woh woh education bohat mufeed hai. lekin insaan bananay ke liye in-forward education ki sari ahmiyat, sari ahmiyat in-forward education ki hai.</w:t>
      </w:r>
      <w:r>
        <w:br/>
      </w:r>
      <w:r>
        <w:rPr>
          <w:sz w:val="20"/>
        </w:rPr>
        <w:t>1:21:45  yeh meri soch hai aur lambay tajribay ke baad mein nay yeh soch banai hai. isi liye mein kabhi bhi yeh nahi kehta ke madrasay ka nisaab badlo.</w:t>
      </w:r>
      <w:r>
        <w:br/>
      </w:r>
      <w:r>
        <w:rPr>
          <w:sz w:val="20"/>
        </w:rPr>
        <w:t>1:21:56  aik aik futile demand samajhta h</w:t>
      </w:r>
      <w:r>
        <w:br/>
      </w:r>
      <w:r>
        <w:rPr>
          <w:sz w:val="20"/>
        </w:rPr>
        <w:t>1:21:59  oon is ko. badlo ya na badlo, is se kuch farq nahi honay wala hai. acha, doosri baat mein yeh bataoon, kai madrasay aisay qaim huay jo nisaab badalnay hi ke is banay thay, isi par.</w:t>
      </w:r>
      <w:r>
        <w:br/>
      </w:r>
      <w:r>
        <w:rPr>
          <w:sz w:val="20"/>
        </w:rPr>
        <w:t>1:22:10  mislan nadva, mislan islah, mislan jamiat ul falah. kai madrasay baqayda isi liye banay thay ke jo qadeem jo nisaab jo kehtay hain, dars-e-nizami, us ke siwa aik aur nisaab, us mein kon aadmi paida hua?</w:t>
      </w:r>
      <w:r>
        <w:br/>
      </w:r>
      <w:r>
        <w:rPr>
          <w:sz w:val="20"/>
        </w:rPr>
        <w:t>1:22:24  yaani already yeh tajurba kiya ja chuka hai.</w:t>
      </w:r>
      <w:r>
        <w:br/>
      </w:r>
      <w:r>
        <w:rPr>
          <w:sz w:val="20"/>
        </w:rPr>
        <w:t>1:22:27  bohat se madrasay qaim huay, aik do nahi, bohat se madrasay qaim huay jinhon nay kaha ke dars-e-nizami ki bajaye hum aik aur nisaab chalayein gay.</w:t>
      </w:r>
      <w:r>
        <w:br/>
      </w:r>
      <w:r>
        <w:rPr>
          <w:sz w:val="20"/>
        </w:rPr>
        <w:t>1:22:36  aur chalaya unhon nay. aadmi aik bhi nahi bana. aadmi banta hai in-forward education se. forward education sirf yaani profession walay bantay hain bas, aur is tarah se kuch nahi.</w:t>
      </w:r>
    </w:p>
    <w:p>
      <w:pPr>
        <w:pStyle w:val="Heading2"/>
      </w:pPr>
      <w:r>
        <w:t>Madrasa curriculum change and leadership</w:t>
      </w:r>
    </w:p>
    <w:p>
      <w:r>
        <w:rPr>
          <w:color w:val="666666"/>
          <w:sz w:val="18"/>
        </w:rPr>
        <w:t>Society &amp; Dawah · Sahaba and Muhaddithin 24th June 2012 - Maulana Wahiduddin Khan · 5m 32s · at 1:23:20 · https://youtu.be/tUPo7MI0Bdo?t=5000</w:t>
      </w:r>
    </w:p>
    <w:p>
      <w:r>
        <w:rPr>
          <w:i/>
        </w:rPr>
        <w:t>“Curriculum change is considered an ongoing process in education. How difficult is it to have open discussion and bring meaningful changes in madrasa curriculum? Who can take a leading role for such work?”</w:t>
      </w:r>
    </w:p>
    <w:p>
      <w:r>
        <w:rPr>
          <w:sz w:val="20"/>
        </w:rPr>
        <w:t>1:23:20  maulana, agla sawal delhi se hai, dr najma siddiqui ka. unhone likha hai: "Curriculum change is considered an ongoing process in the field of education.</w:t>
      </w:r>
      <w:r>
        <w:br/>
      </w:r>
      <w:r>
        <w:rPr>
          <w:sz w:val="20"/>
        </w:rPr>
        <w:t>1:23:34  How difficult is it to have open discussion and bring meaningful changes in madrasa curriculum?</w:t>
      </w:r>
      <w:r>
        <w:br/>
      </w:r>
      <w:r>
        <w:rPr>
          <w:sz w:val="20"/>
        </w:rPr>
        <w:t>1:23:42  Who can take a leading role for such work?" dekhein, main is concept hi ko yani nahi maanta ke curriculum change karne se koi inqilab aa jayega.</w:t>
      </w:r>
      <w:r>
        <w:br/>
      </w:r>
      <w:r>
        <w:rPr>
          <w:sz w:val="20"/>
        </w:rPr>
        <w:t>1:23:56  main isko nahi maanta.</w:t>
      </w:r>
      <w:r>
        <w:br/>
      </w:r>
      <w:r>
        <w:rPr>
          <w:sz w:val="20"/>
        </w:rPr>
        <w:t>1:23:58  india mein hum ne dekha hai ke british daur mein 1938 mein ek curriculum banaya gaya tha, lord macaulay ne banaya tha.</w:t>
      </w:r>
      <w:r>
        <w:br/>
      </w:r>
      <w:r>
        <w:rPr>
          <w:sz w:val="20"/>
        </w:rPr>
        <w:t>1:24:10  iske baad se pata nahi kitni baar curriculum change kiya gaya hai. haalat kya? haalat achhe ho rahe hain, bad se badtar ho rahe hain.</w:t>
      </w:r>
      <w:r>
        <w:br/>
      </w:r>
      <w:r>
        <w:rPr>
          <w:sz w:val="20"/>
        </w:rPr>
        <w:t>1:24:18  jo zamana maine dekha tha 1938 mein, aaj iske muqable mein bahut hi zyada bura haal ho chuka hai. halanke curriculum to kam az kam yani dasiyon baar change ho chuka hai.</w:t>
      </w:r>
      <w:r>
        <w:br/>
      </w:r>
      <w:r>
        <w:rPr>
          <w:sz w:val="20"/>
        </w:rPr>
        <w:t>1:24:31  jo hukoomat aati hai, woh curriculum mein change kar laati hai.</w:t>
      </w:r>
      <w:r>
        <w:br/>
      </w:r>
      <w:r>
        <w:rPr>
          <w:sz w:val="20"/>
        </w:rPr>
        <w:t>1:24:36  the concept itself is wrong ke curriculum ke badalne se koi naya change aa jayega. jo insaan bane the millat macaulay ke jo system mein, waise insaan aaj kahan ban rahe hain?</w:t>
      </w:r>
      <w:r>
        <w:br/>
      </w:r>
      <w:r>
        <w:rPr>
          <w:sz w:val="20"/>
        </w:rPr>
        <w:t>1:24:51  isi mein to bane the sab: gandhi aur nehru aur dr prasad, raja krishan, zakir hussain,</w:t>
      </w:r>
      <w:r>
        <w:br/>
      </w:r>
      <w:r>
        <w:rPr>
          <w:sz w:val="20"/>
        </w:rPr>
        <w:t>1:24:58  dr dr raman, top ke log. ab kahan woh isi log paida ho rahe hain? ab woh log kahan paida ho rahe hain? to curriculum change karne ka jo concept hai, woh main isko bilkul nahi maanta.</w:t>
      </w:r>
      <w:r>
        <w:br/>
      </w:r>
      <w:r>
        <w:rPr>
          <w:sz w:val="20"/>
        </w:rPr>
        <w:t>1:25:13  agar koi manta ho to saboot de woh ke waise afraad aaj kyon nahi paida ho rahe hain?</w:t>
      </w:r>
      <w:r>
        <w:br/>
      </w:r>
      <w:r>
        <w:rPr>
          <w:sz w:val="20"/>
        </w:rPr>
        <w:t>1:25:20  jitne hamare top ke yani log paida hue, wo sab isi British curriculum ke zariye paida hue the. ye so called aaj kal ka jo curriculum hai, is mein koi bhi sab media kar paida ho rahe hain, media kar.</w:t>
      </w:r>
      <w:r>
        <w:br/>
      </w:r>
      <w:r>
        <w:rPr>
          <w:sz w:val="20"/>
        </w:rPr>
        <w:t>1:25:35  is liye main is ko nahi manta. madarse mein bhi jo log dhoom machate hain, creculum badle to</w:t>
      </w:r>
      <w:r>
        <w:br/>
      </w:r>
      <w:r>
        <w:rPr>
          <w:sz w:val="20"/>
        </w:rPr>
        <w:t>1:25:41  yani kon sa result hai jis jis ka refer karenge? wo universityon ke creculum mein agar nateeja nikla hota bohat bara to kehte hain ke koi badlo.</w:t>
      </w:r>
      <w:r>
        <w:br/>
      </w:r>
      <w:r>
        <w:rPr>
          <w:sz w:val="20"/>
        </w:rPr>
        <w:t>1:25:51  haan, jab collegeon, universityon mein, schoolon mein kuch bhi nahi, farq faida hua,</w:t>
      </w:r>
      <w:r>
        <w:br/>
      </w:r>
      <w:r>
        <w:rPr>
          <w:sz w:val="20"/>
        </w:rPr>
        <w:t>1:25:58  kuch bhi faida nahi hua. to to kis yani kis kis yani kis result ke hawale se wo mutalba karte hain ke madarson badlo?</w:t>
      </w:r>
      <w:r>
        <w:br/>
      </w:r>
      <w:r>
        <w:rPr>
          <w:sz w:val="20"/>
        </w:rPr>
        <w:t>1:26:10  kuch bhi faida nahi hoga madarson badla jaye tab bhi. to sochna ye chahiye ke aur kya cheez darkar hai?</w:t>
      </w:r>
      <w:r>
        <w:br/>
      </w:r>
      <w:r>
        <w:rPr>
          <w:sz w:val="20"/>
        </w:rPr>
        <w:t>1:26:19  to mera jo meri jo finding hai ke aur jo cheez darkar hai, wo hai, wo hai, wo yani ek hai.</w:t>
      </w:r>
      <w:r>
        <w:br/>
      </w:r>
      <w:r>
        <w:rPr>
          <w:sz w:val="20"/>
        </w:rPr>
        <w:t>1:26:30  dekhen, forward education, ek an forward education. mere nazdeek insan bante hain an forward education ke zariye.</w:t>
      </w:r>
      <w:r>
        <w:br/>
      </w:r>
      <w:r>
        <w:rPr>
          <w:sz w:val="20"/>
        </w:rPr>
        <w:t>1:26:38  forward education mein kabhi bhi insan nahi bante. ye dhoom macha rakhi hai logon ne ke sochte hain ke education se ye ho jayega, wo ho jayega. tagore is ke badshah the.</w:t>
      </w:r>
      <w:r>
        <w:br/>
      </w:r>
      <w:r>
        <w:rPr>
          <w:sz w:val="20"/>
        </w:rPr>
        <w:t>1:26:48  tagore ne shanti niketan banai. wo samajhte the ke shanti niketan mein ek naye indian banenge. koi ek bhi aadmi nahi bana, kuch bhi nahi hua, kuch bhi nahi hua.</w:t>
      </w:r>
      <w:r>
        <w:br/>
      </w:r>
      <w:r>
        <w:rPr>
          <w:sz w:val="20"/>
        </w:rPr>
        <w:t>1:27:01  to mere nazdeek insan sa dekhen, ek hai insan saazi, ek hai profession. yani professional skill ke liye hai forward education, service lene ke liye, is tarah ke kamon ke liye hai.</w:t>
      </w:r>
      <w:r>
        <w:br/>
      </w:r>
      <w:r>
        <w:rPr>
          <w:sz w:val="20"/>
        </w:rPr>
        <w:t>1:27:19  to professional skill ke liye to bilashuba wo wo education bohat mufeed hai. lekin insan banne ke liye an forward education ki sari ahmiyat, sari ahmiyat an forward education ki hai.</w:t>
      </w:r>
      <w:r>
        <w:br/>
      </w:r>
      <w:r>
        <w:rPr>
          <w:sz w:val="20"/>
        </w:rPr>
        <w:t>1:27:34  ye meri soch hai</w:t>
      </w:r>
      <w:r>
        <w:br/>
      </w:r>
      <w:r>
        <w:rPr>
          <w:sz w:val="20"/>
        </w:rPr>
        <w:t>1:27:36  aur lambe tajrube ke baad maine ye soch banai hai. isi liye main kabhi bhi ye nahi kehta ke madarse ka nisaab badlo.</w:t>
      </w:r>
      <w:r>
        <w:br/>
      </w:r>
      <w:r>
        <w:rPr>
          <w:sz w:val="20"/>
        </w:rPr>
        <w:t>1:27:46  ye ek ek futile demand samajhta hoon. is ko badlo ya na badlo, is se kuch farq nahi hone wala hai.</w:t>
      </w:r>
      <w:r>
        <w:br/>
      </w:r>
      <w:r>
        <w:rPr>
          <w:sz w:val="20"/>
        </w:rPr>
        <w:t>1:27:52  achha, doosri baat main ye batata hoon, kai madarse aise qaim hue jo nisaab badalne hi ke is bane the. isi par mislan nadwa, mislan islah, mislan jab falah.</w:t>
      </w:r>
      <w:r>
        <w:br/>
      </w:r>
      <w:r>
        <w:rPr>
          <w:sz w:val="20"/>
        </w:rPr>
        <w:t>1:28:06  kai madarse baqayda isi liye bane the ke jo qadeem jo nizami, jo</w:t>
      </w:r>
      <w:r>
        <w:br/>
      </w:r>
      <w:r>
        <w:rPr>
          <w:sz w:val="20"/>
        </w:rPr>
        <w:t>1:28:12  nizami kya kehte hain, dars e nizami, qadeem jo nisaab jo kehte hain, dars e nizami, is ke siwa ek aur nisaab, is mein kon aadmi paida hua?</w:t>
      </w:r>
      <w:r>
        <w:br/>
      </w:r>
      <w:r>
        <w:rPr>
          <w:sz w:val="20"/>
        </w:rPr>
        <w:t>1:28:23  yani already ye tajruba kiya ja chuka hai. bohat se madarse qaim hue, ek do nahi,</w:t>
      </w:r>
      <w:r>
        <w:br/>
      </w:r>
      <w:r>
        <w:rPr>
          <w:sz w:val="20"/>
        </w:rPr>
        <w:t>1:28:29  bohat se madarse qaim hue jinhon ne kaha ke dars e nizami ki bajaye hum ek aur nisaab chalayenge. aur chalaya unhon ne. aadmi ek bhi nahi bana.</w:t>
      </w:r>
      <w:r>
        <w:br/>
      </w:r>
      <w:r>
        <w:rPr>
          <w:sz w:val="20"/>
        </w:rPr>
        <w:t>1:28:40  aadmi banta hai an forward education se. forward education sirf yani</w:t>
      </w:r>
      <w:r>
        <w:br/>
      </w:r>
      <w:r>
        <w:rPr>
          <w:sz w:val="20"/>
        </w:rPr>
        <w:t>1:28:46  profession wale bante hain bas, aur is se zyada kuch nahi.</w:t>
      </w:r>
    </w:p>
    <w:p>
      <w:pPr>
        <w:pStyle w:val="Heading2"/>
      </w:pPr>
      <w:r>
        <w:t>Main priority of Muslims today</w:t>
      </w:r>
    </w:p>
    <w:p>
      <w:r>
        <w:rPr>
          <w:color w:val="666666"/>
          <w:sz w:val="18"/>
        </w:rPr>
        <w:t>Society &amp; Dawah · The Issue of Shatm-e-Rasool (Abuse of the Prophet) December 19, 2021 Prof. Farida Khanam · 1m 33s · at 52:23 · https://youtu.be/ExQS_PHirUc?t=3143</w:t>
      </w:r>
    </w:p>
    <w:p>
      <w:r>
        <w:rPr>
          <w:i/>
        </w:rPr>
        <w:t>“What should be the main priority of Muslims today?”</w:t>
      </w:r>
    </w:p>
    <w:p>
      <w:r>
        <w:rPr>
          <w:sz w:val="20"/>
        </w:rPr>
        <w:t>52:23  apa yeh sawal Bangalore se Miss Saima Khan ne bheja hai. woh aap se janna chahti hain ke what should be the main priority of Muslims today?</w:t>
      </w:r>
      <w:r>
        <w:br/>
      </w:r>
      <w:r>
        <w:rPr>
          <w:sz w:val="20"/>
        </w:rPr>
        <w:t>52:34  is ke bare mein bataein. sab se pehle to jo Islam ki image kharab ho gayi hai, us ko theek karna hai.</w:t>
      </w:r>
      <w:r>
        <w:br/>
      </w:r>
      <w:r>
        <w:rPr>
          <w:sz w:val="20"/>
        </w:rPr>
        <w:t>52:43  aaj Islam ko ek Muslims ko terrorist samjha jata hai aur Islam ko religion of violence samjha jata hai.</w:t>
      </w:r>
      <w:r>
        <w:br/>
      </w:r>
      <w:r>
        <w:rPr>
          <w:sz w:val="20"/>
        </w:rPr>
        <w:t>52:52  to sab se pehle is image theek karni hai, aur is ke liye bahut zyada humein sabr o e'raaz karna hoga. phir is ke baad logon se achhe taluqat qaim karne hain, dawat madhu ka relationship banana hai,</w:t>
      </w:r>
      <w:r>
        <w:br/>
      </w:r>
      <w:r>
        <w:rPr>
          <w:sz w:val="20"/>
        </w:rPr>
        <w:t>53:06  aur yeh sab karne ke baad jab saare raaste hamwar ho jayen to logon ko Khuda ka paigham pahunchana hai. kyunke hum yeh hamari bounding duty hai ke logon ko Khuda ka paigham pahunchaya jaye, warna hamari pooch hogi.</w:t>
      </w:r>
      <w:r>
        <w:br/>
      </w:r>
      <w:r>
        <w:rPr>
          <w:sz w:val="20"/>
        </w:rPr>
        <w:t>53:21  to yeh ab lekin jab normalization of the situation bhi zaroori hai, kyunke jab halaat achhe na hon, log ek doosre se nafrat karte hon, to hum baat pahunchayenge bhi to woh us ko normal tareeqe se log lenge nahi.</w:t>
      </w:r>
      <w:r>
        <w:br/>
      </w:r>
      <w:r>
        <w:rPr>
          <w:sz w:val="20"/>
        </w:rPr>
        <w:t>53:36  to yeh do kaam karna hai: sab se pehle normalization of situation karna hai, logon se achhe taluqat banane hain, aur is ke baad Khuda ka paigham un ko pahunchana hai.</w:t>
      </w:r>
      <w:r>
        <w:br/>
      </w:r>
      <w:r>
        <w:rPr>
          <w:sz w:val="20"/>
        </w:rPr>
        <w:t>53:47  aur jo Quran ki shakal mein aur doosre jo literature hai, us ki shakal mein woh pahuncha sakte hain. un se mulaqat karein, un se dialogue karein, un se baat cheet karein.</w:t>
      </w:r>
    </w:p>
    <w:p>
      <w:pPr>
        <w:pStyle w:val="Heading2"/>
      </w:pPr>
      <w:r>
        <w:t>Maintaining Peace with Freedom and Violence</w:t>
      </w:r>
    </w:p>
    <w:p>
      <w:r>
        <w:rPr>
          <w:color w:val="666666"/>
          <w:sz w:val="18"/>
        </w:rPr>
        <w:t>Society &amp; Dawah · Man and the Laws of Nature April 1, 2012 · 1m 43s · at 1:11:27 · https://youtu.be/coIrwYQgb6Y?t=4287</w:t>
      </w:r>
    </w:p>
    <w:p>
      <w:r>
        <w:rPr>
          <w:i/>
        </w:rPr>
        <w:t>“With freedom, man always has the opportunity to misuse it and cause violence. In such a situation, how can we maintain peace? What should be a responsibility to maintain and establish peace?”</w:t>
      </w:r>
    </w:p>
    <w:p>
      <w:r>
        <w:rPr>
          <w:sz w:val="20"/>
        </w:rPr>
        <w:t>1:11:27  to doosre ke liye behtar lafz hai development aur pehle ke jo lafz hain, woh change. maulana, agla sawal hai maulana yaqoob umri sahib ka sholapur se.</w:t>
      </w:r>
      <w:r>
        <w:br/>
      </w:r>
      <w:r>
        <w:rPr>
          <w:sz w:val="20"/>
        </w:rPr>
        <w:t>1:11:38  unhon ne likha hai: "with freedom man always has the opportunity to misuse it and cause violence</w:t>
      </w:r>
      <w:r>
        <w:br/>
      </w:r>
      <w:r>
        <w:rPr>
          <w:sz w:val="20"/>
        </w:rPr>
        <w:t>1:11:46  ۔ in such a situation, how can we maintain peace? what should be a responsibility to maintain or establish peace?" dekhiye, peace yaani poora system peaceful tareeqe se establish ho jaye, sari dunya mein yaani peace qaim ho jaye, yeh goal hi nahi hai.</w:t>
      </w:r>
      <w:r>
        <w:br/>
      </w:r>
      <w:r>
        <w:rPr>
          <w:sz w:val="20"/>
        </w:rPr>
        <w:t>1:12:08  kabhi bhi aisa nahi ho sakta. aap sirf ek individual ke andar la sakte hain ideology of peace,</w:t>
      </w:r>
      <w:r>
        <w:br/>
      </w:r>
      <w:r>
        <w:rPr>
          <w:sz w:val="20"/>
        </w:rPr>
        <w:t>1:12:17  poore system ko dunya bhar ke liye nahi badal sakte. aap woh that is not our goal, kyunke is goal ko achieve karne ke liye phir jaisa ke maine arz kiya, insan ki freedom ko abalish karna parta hai.</w:t>
      </w:r>
      <w:r>
        <w:br/>
      </w:r>
      <w:r>
        <w:rPr>
          <w:sz w:val="20"/>
        </w:rPr>
        <w:t>1:12:31  isi liye jo log yani woh adilana nizam ki baatein karte hain, woh maine dekha ke woh in natural baatein karte hain.</w:t>
      </w:r>
      <w:r>
        <w:br/>
      </w:r>
      <w:r>
        <w:rPr>
          <w:sz w:val="20"/>
        </w:rPr>
        <w:t>1:12:43  adilana nizam kabhi bhi ideal system ban nahi sakta, naam ki baat hai.</w:t>
      </w:r>
      <w:r>
        <w:br/>
      </w:r>
      <w:r>
        <w:rPr>
          <w:sz w:val="20"/>
        </w:rPr>
        <w:t>1:12:53  individual ban sakte hain sirf. to hamara jo nishana hai, woh individual ko yani adil banana, na ke poori duniya ka ka nizam jo hai, us ko adil banana, woh hamara nishana hi nahi hai, kyunke woh possible nahi hai.</w:t>
      </w:r>
    </w:p>
    <w:p>
      <w:pPr>
        <w:pStyle w:val="Heading2"/>
      </w:pPr>
      <w:r>
        <w:t>Maintaining peace in nuclear age</w:t>
      </w:r>
    </w:p>
    <w:p>
      <w:r>
        <w:rPr>
          <w:color w:val="666666"/>
          <w:sz w:val="18"/>
        </w:rPr>
        <w:t>Society &amp; Dawah · Collective Repentance I Feb 24, 2013 Maulana Wahiduddin Khan · 2m 12s · at 1:03:07 · https://youtu.be/lkkolxAL38c?t=3787</w:t>
      </w:r>
    </w:p>
    <w:p>
      <w:r>
        <w:rPr>
          <w:i/>
        </w:rPr>
        <w:t>“Maulana, someone said this is the age of nuclear power, how can peace be maintained in such an environment? Every country displays its power, in such times, who has the responsibility for peace?”</w:t>
      </w:r>
    </w:p>
    <w:p>
      <w:r>
        <w:rPr>
          <w:sz w:val="20"/>
        </w:rPr>
        <w:t>1:03:07  maulana, yeh sawal tamil nadu se aaya hai maulana iqbal ahmad umri ka. unhone likha hai: "maulana, ek sahib ne kaha nuclear power ka daur hai, is mein peace ka mahol kaise barqarar ho sakta hai?</w:t>
      </w:r>
      <w:r>
        <w:br/>
      </w:r>
      <w:r>
        <w:rPr>
          <w:sz w:val="20"/>
        </w:rPr>
        <w:t>1:03:23  har mulk apni taqat ka muzahira karta hai, aise waqt mein peace ki zimmedari kis par hai?"</w:t>
      </w:r>
      <w:r>
        <w:br/>
      </w:r>
      <w:r>
        <w:rPr>
          <w:sz w:val="20"/>
        </w:rPr>
        <w:t>1:03:34  dekhein, yeh koi mehdood ke koi sawal nahi hai. yeh to aise hai ke koi kahe ke bhai shaitan ka daur hai to aap kaise islaah karein?</w:t>
      </w:r>
      <w:r>
        <w:br/>
      </w:r>
      <w:r>
        <w:rPr>
          <w:sz w:val="20"/>
        </w:rPr>
        <w:t>1:03:46  to nuclear nuclear power se pehle shaitan dunya mein aa chuka hai.</w:t>
      </w:r>
      <w:r>
        <w:br/>
      </w:r>
      <w:r>
        <w:rPr>
          <w:sz w:val="20"/>
        </w:rPr>
        <w:t>1:03:50  jab adam aaya to shaitan bhi aaya. jante hain, shaitan ne kaha tha ke "la tak la tanakru billah".</w:t>
      </w:r>
      <w:r>
        <w:br/>
      </w:r>
      <w:r>
        <w:rPr>
          <w:sz w:val="20"/>
        </w:rPr>
        <w:t>1:03:59  main majority ko nigal jaunga, solo kar loonga. to yeh to challenge ki dunya hai, yeh to rahega. nuclear power se</w:t>
      </w:r>
      <w:r>
        <w:br/>
      </w:r>
      <w:r>
        <w:rPr>
          <w:sz w:val="20"/>
        </w:rPr>
        <w:t>1:04:09  billion time bada challenge hai shaitan ka. yeh koi excuse nahi hai, yeh sab hota rahega. aap apni koshish kijiye.</w:t>
      </w:r>
      <w:r>
        <w:br/>
      </w:r>
      <w:r>
        <w:rPr>
          <w:sz w:val="20"/>
        </w:rPr>
        <w:t>1:04:20  shaitanon ki maujoodgi ki wajah se aisa nahi hua ke anbiya nahi aaye, hussain ne kaam nahi kiya.</w:t>
      </w:r>
      <w:r>
        <w:br/>
      </w:r>
      <w:r>
        <w:rPr>
          <w:sz w:val="20"/>
        </w:rPr>
        <w:t>1:04:26  is tarike se yeh sab jo dunya mein ho raha hai, is ki maujoodgi ke bawajood aap ko kaam karna hai. aur jis ko Allah taala tofeeq dega, us ki islaah hogi.</w:t>
      </w:r>
      <w:r>
        <w:br/>
      </w:r>
      <w:r>
        <w:rPr>
          <w:sz w:val="20"/>
        </w:rPr>
        <w:t>1:04:39  to yeh yeh yeh ek ek ek ek</w:t>
      </w:r>
      <w:r>
        <w:br/>
      </w:r>
      <w:r>
        <w:rPr>
          <w:sz w:val="20"/>
        </w:rPr>
        <w:t>1:04:43  ek intellectual shosha hai. bas aise log shoshe chhodte rehte hain. jab dunya Allah taala ne is tarah banai hai ke shaitan khuli azadi di, aap bolte hain use.</w:t>
      </w:r>
      <w:r>
        <w:br/>
      </w:r>
      <w:r>
        <w:rPr>
          <w:sz w:val="20"/>
        </w:rPr>
        <w:t>1:04:53  to aap ghaur kijiye ke shaitan ke jo koshishein hain, us ke muqable mein kya haqeeqat hai in koshishon ki.</w:t>
      </w:r>
      <w:r>
        <w:br/>
      </w:r>
      <w:r>
        <w:rPr>
          <w:sz w:val="20"/>
        </w:rPr>
        <w:t>1:05:00  yeh ke aap hawala de rahe hain, shaitan ki koshishein to billion time zyada khatarnak hain. phir bhi Allah ne farishte bheje, phir bhi Allah ne anbiya bheje, phir bhi Allah taala ne muslimeen khade kiye.</w:t>
      </w:r>
      <w:r>
        <w:br/>
      </w:r>
      <w:r>
        <w:rPr>
          <w:sz w:val="20"/>
        </w:rPr>
        <w:t>1:05:12  to aap koshish karte rahiye, koshish karte rahiye, koshish karte rahiye.</w:t>
      </w:r>
    </w:p>
    <w:p>
      <w:pPr>
        <w:pStyle w:val="Heading2"/>
      </w:pPr>
      <w:r>
        <w:t>Making Muslims Realize They Do Not Follow Islam</w:t>
      </w:r>
    </w:p>
    <w:p>
      <w:r>
        <w:rPr>
          <w:color w:val="666666"/>
          <w:sz w:val="18"/>
        </w:rPr>
        <w:t>Society &amp; Dawah · Art of Crisis Management October 3, 2010 · 3m 39s · at 1:54:58 · https://youtu.be/sKdyThFThXo?t=6898</w:t>
      </w:r>
    </w:p>
    <w:p>
      <w:r>
        <w:rPr>
          <w:i/>
        </w:rPr>
        <w:t>“How can Muslims be made to realize that they are not following Islamic principles?”</w:t>
      </w:r>
    </w:p>
    <w:p>
      <w:r>
        <w:rPr>
          <w:sz w:val="20"/>
        </w:rPr>
        <w:t>1:54:58  maulana, yeh sawal mis naghma siddiqi ne kiya hai nai dilli se. unhon ne poocha hai ke "haoo kain muslimz be made to realize that they are not following islamic principles?" bhai, wahi to hum log kar rahe hain.</w:t>
      </w:r>
      <w:r>
        <w:br/>
      </w:r>
      <w:r>
        <w:rPr>
          <w:sz w:val="20"/>
        </w:rPr>
        <w:t>1:55:15  literature phailaiye, arsal parhwaiye, kitabein parhwaiye, logon ko samjhaiye.</w:t>
      </w:r>
      <w:r>
        <w:br/>
      </w:r>
      <w:r>
        <w:rPr>
          <w:sz w:val="20"/>
        </w:rPr>
        <w:t>1:55:23  yeh to ek lamba process hai, ek lamba process hai.</w:t>
      </w:r>
      <w:r>
        <w:br/>
      </w:r>
      <w:r>
        <w:rPr>
          <w:sz w:val="20"/>
        </w:rPr>
        <w:t>1:55:34  ek majlis mein aap ne umeed kar sakte hain ke woh aadmi samajh lega is baat ko. is ko bohat kuch parhna parega, bohat kuch seekhna parega.</w:t>
      </w:r>
      <w:r>
        <w:br/>
      </w:r>
      <w:r>
        <w:rPr>
          <w:sz w:val="20"/>
        </w:rPr>
        <w:t>1:55:44  is ke mind ki yani deconditioning karni hogi.</w:t>
      </w:r>
      <w:r>
        <w:br/>
      </w:r>
      <w:r>
        <w:rPr>
          <w:sz w:val="20"/>
        </w:rPr>
        <w:t>1:55:48  har aadmi conditioning ka case hai aur deconditioning ek bohat hi zyada mushkil process hai. jab tak deconditioning na ho jaye, aadmi kuch nahi samjhega.</w:t>
      </w:r>
      <w:r>
        <w:br/>
      </w:r>
      <w:r>
        <w:rPr>
          <w:sz w:val="20"/>
        </w:rPr>
        <w:t>1:56:03  to yeh to ek lamba process hai, ek bohat hi, bohat bari ek ek ek campaign chalana hai aur subah sham sochna hai, subah sham isi ke liye ghulna hai,</w:t>
      </w:r>
      <w:r>
        <w:br/>
      </w:r>
      <w:r>
        <w:rPr>
          <w:sz w:val="20"/>
        </w:rPr>
        <w:t>1:56:17  subah sham isi ke liye planning karna hai. tab ja ke result niklega. aise result nikalne wala nahi hai. maulana, yeh sawal kiya hai maulana zikwan nadvi ne nai dilli se.</w:t>
      </w:r>
      <w:r>
        <w:br/>
      </w:r>
      <w:r>
        <w:rPr>
          <w:sz w:val="20"/>
        </w:rPr>
        <w:t>1:56:31  unhon ne aap se poocha hai ke kya maujooda musalmanon ko tehreek ke zariye reform ya change kiya ja sakta hai?</w:t>
      </w:r>
      <w:r>
        <w:br/>
      </w:r>
      <w:r>
        <w:rPr>
          <w:sz w:val="20"/>
        </w:rPr>
        <w:t>1:56:41  kya kisi degenerated ahl-e-kitab community ke bare mein aisa samajhna sahi hai? nahi, yeh to paighambar bhi nahi kar sakta ke poori poori community zinda kar de.</w:t>
      </w:r>
      <w:r>
        <w:br/>
      </w:r>
      <w:r>
        <w:rPr>
          <w:sz w:val="20"/>
        </w:rPr>
        <w:t>1:56:51  hazrat musa jo hain, sare yahudiyon ko zinda nahi kar sake. khud rasool allah sallallahu alaihi wasallam jo quraish the ya jo jo wahan arab ke log the, woh ibrahimi ummat apne ko samajhte the.</w:t>
      </w:r>
      <w:r>
        <w:br/>
      </w:r>
      <w:r>
        <w:rPr>
          <w:sz w:val="20"/>
        </w:rPr>
        <w:t>1:57:02  to ek ek fard thori ho gaya.</w:t>
      </w:r>
      <w:r>
        <w:br/>
      </w:r>
      <w:r>
        <w:rPr>
          <w:sz w:val="20"/>
        </w:rPr>
        <w:t>1:57:05  dekhiye, islah ka nateeja hum farz par nikalta hai, ijtima par nahi nikalta. chahe paighambar ka kaam ho ya hamara aap ka kaam ho, kuch fard ki islah ho jayegi aur sari ki sari community one to all ek dam is ka overhaul ho jaye.</w:t>
      </w:r>
      <w:r>
        <w:br/>
      </w:r>
      <w:r>
        <w:rPr>
          <w:sz w:val="20"/>
        </w:rPr>
        <w:t>1:57:25  aisa kabhi tareekh mein hua nahi, na aaj ho sakta hai. to hamara target fard hona chahiye, individual. hamara jo target hai, individual hona chahiye</w:t>
      </w:r>
      <w:r>
        <w:br/>
      </w:r>
      <w:r>
        <w:rPr>
          <w:sz w:val="20"/>
        </w:rPr>
        <w:t>1:57:38  aur individual level par aaj aaj bhi khuda ke fazl se yani logon ko islah ho rahi hai, logon ko sachai mil rahi hai.</w:t>
      </w:r>
    </w:p>
    <w:p>
      <w:pPr>
        <w:pStyle w:val="Heading2"/>
      </w:pPr>
      <w:r>
        <w:t>Making Muslims understand importance of dawah</w:t>
      </w:r>
    </w:p>
    <w:p>
      <w:r>
        <w:rPr>
          <w:color w:val="666666"/>
          <w:sz w:val="18"/>
        </w:rPr>
        <w:t>Society &amp; Dawah · The Straight Path October 30, 2011 Maulana Wahiduddin Khan · 5m 46s · at 1:42:47 · https://youtu.be/PKFHe82Jz58?t=6167</w:t>
      </w:r>
    </w:p>
    <w:p>
      <w:r>
        <w:rPr>
          <w:i/>
        </w:rPr>
        <w:t>“I have realized that the solution to the Muslim problem is the dawah of the Quran, but Muslims are so involved in community work that they do not understand the importance of dawah. How can they be made to understand this?”</w:t>
      </w:r>
    </w:p>
    <w:p>
      <w:r>
        <w:rPr>
          <w:sz w:val="20"/>
        </w:rPr>
        <w:t>1:42:47  maulana, agla sawal miss naghma siddiqui ka hai dilli se. unhon ne likha hai: "maulana, aap ki kitaab tajdeed deen mein ulama ke uth jaane ka matlab khushu ka khatm hona bataya gaya hai.</w:t>
      </w:r>
      <w:r>
        <w:br/>
      </w:r>
      <w:r>
        <w:rPr>
          <w:sz w:val="20"/>
        </w:rPr>
        <w:t>1:43:05  is ke bare mein kuch bataen." dekhiye, main to mainly work ko kuch bhi nahin samajhta hoon.</w:t>
      </w:r>
      <w:r>
        <w:br/>
      </w:r>
      <w:r>
        <w:rPr>
          <w:sz w:val="20"/>
        </w:rPr>
        <w:t>1:43:14  jis ko kehte hain Muslim empowerment, mein us ko kuch bhi nothing samajhta hoon. us ko mein yeh kehta hoon ke yeh law of nature ke khilaaf hai.</w:t>
      </w:r>
      <w:r>
        <w:br/>
      </w:r>
      <w:r>
        <w:rPr>
          <w:sz w:val="20"/>
        </w:rPr>
        <w:t>1:43:26  mein us ko law of nature ke khilaaf samajhta hoon. mainly work jo hai, us ko aaj kal dhoom machi hui hai. mainly work ki</w:t>
      </w:r>
      <w:r>
        <w:br/>
      </w:r>
      <w:r>
        <w:rPr>
          <w:sz w:val="20"/>
        </w:rPr>
        <w:t>1:43:33  karonron arbon rupay logon ko mil ja raha hai, mil raha hai. mainly work ka kaam hone ke aur kuch bhi nahi, koi faida nahi. entrance result kuch bhi nahi. dekhiye, Allah taala ki scheme ke khilaaf yeh hai kyun?</w:t>
      </w:r>
      <w:r>
        <w:br/>
      </w:r>
      <w:r>
        <w:rPr>
          <w:sz w:val="20"/>
        </w:rPr>
        <w:t>1:43:45  Allah taala ne aap ke andar bohat potential diya hai aur is potential ko actual banane ke liye aap ko mawaqe diye hain.</w:t>
      </w:r>
      <w:r>
        <w:br/>
      </w:r>
      <w:r>
        <w:rPr>
          <w:sz w:val="20"/>
        </w:rPr>
        <w:t>1:43:57  to har cheez jo matloob hai, woh hard work hai.</w:t>
      </w:r>
      <w:r>
        <w:br/>
      </w:r>
      <w:r>
        <w:rPr>
          <w:sz w:val="20"/>
        </w:rPr>
        <w:t>1:44:01  yeh riayatein aur madad, yeh sab cheezein nahi hain. aap musalmanon ki riayatein karwayein, madad un ki karein, is se kuch nahi hota.</w:t>
      </w:r>
      <w:r>
        <w:br/>
      </w:r>
      <w:r>
        <w:rPr>
          <w:sz w:val="20"/>
        </w:rPr>
        <w:t>1:44:10  koi faida is ka nahi hai. sab se buri cheez hai easy money, easy money. yeh yeh jo Muslim empowerment jo hai, woh easy job, easy money, yeh yeh yeh sab hai ke log mehnat na karein, dakhle mil jayein, mehnat na karein aur un ko job mil jaye.</w:t>
      </w:r>
      <w:r>
        <w:br/>
      </w:r>
      <w:r>
        <w:rPr>
          <w:sz w:val="20"/>
        </w:rPr>
        <w:t>1:44:27  yeh koi kaam nahi hai. mehnat na karein, paisa mil jaye.</w:t>
      </w:r>
      <w:r>
        <w:br/>
      </w:r>
      <w:r>
        <w:rPr>
          <w:sz w:val="20"/>
        </w:rPr>
        <w:t>1:44:31  yeh yeh Khuda ki scheme hi nahi hai. Khuda ki scheme hai ke aap apne potential ko actual banayein, mehnatain karein, apni shakhsiyat ko taameer karein.</w:t>
      </w:r>
      <w:r>
        <w:br/>
      </w:r>
      <w:r>
        <w:rPr>
          <w:sz w:val="20"/>
        </w:rPr>
        <w:t>1:44:43  to mein us ko bilkul khilaaf hoon. us ko hoon mainly work ke aur yeh muslim empowerment jo hai, us ko bilkul mein khilaaf hoon. us ko sirf khilaaf is mani mein ke woh Khuda ke planning ke khilaaf hai.</w:t>
      </w:r>
      <w:r>
        <w:br/>
      </w:r>
      <w:r>
        <w:rPr>
          <w:sz w:val="20"/>
        </w:rPr>
        <w:t>1:44:57  yeh Khuda ki yeh planning nahi hai ke aap us ko riayatein dein.</w:t>
      </w:r>
      <w:r>
        <w:br/>
      </w:r>
      <w:r>
        <w:rPr>
          <w:sz w:val="20"/>
        </w:rPr>
        <w:t>1:45:03  us ko riayatein dein. aap aaj kal sari duniya mein isi ka hangama hai mainly work ka aur khoob is par log donation dete hain, arbon kharbon rupay dete hain.</w:t>
      </w:r>
      <w:r>
        <w:br/>
      </w:r>
      <w:r>
        <w:rPr>
          <w:sz w:val="20"/>
        </w:rPr>
        <w:t>1:45:16  ab lekin aap talash kijiye ke in koshishon ka result kya nikla to kuch bhi result nahi, kuch bhi result nahi. kyunke easy money de kar is ki salahiyaton ko aap sla dete hain, woh dead kar dete hain, us ko dead.</w:t>
      </w:r>
      <w:r>
        <w:br/>
      </w:r>
      <w:r>
        <w:rPr>
          <w:sz w:val="20"/>
        </w:rPr>
        <w:t>1:45:33  to mere nazdeek sab se bara kaam hai insaan ke is qael banana ke woh apne potential ko actual bana rahe hain. woh is ka tareeqa hai hard labor.</w:t>
      </w:r>
      <w:r>
        <w:br/>
      </w:r>
      <w:r>
        <w:rPr>
          <w:sz w:val="20"/>
        </w:rPr>
        <w:t>1:45:43  jaise aaj kal reservation ki baat ho rahi hai, reservation mein is ke khilaaf bilkul hoon ke logon se kahiye ke khoob mehnat karo, top karo, achhe number lao.</w:t>
      </w:r>
      <w:r>
        <w:br/>
      </w:r>
      <w:r>
        <w:rPr>
          <w:sz w:val="20"/>
        </w:rPr>
        <w:t>1:45:54  riayat kya hai?</w:t>
      </w:r>
      <w:r>
        <w:br/>
      </w:r>
      <w:r>
        <w:rPr>
          <w:sz w:val="20"/>
        </w:rPr>
        <w:t>1:45:57  to mein zahiri taur par is ke khilaaf hoon aur mein us ko yani Khuda ke mansoobe ke khilaaf samajhta hoon. us ko</w:t>
      </w:r>
      <w:r>
        <w:br/>
      </w:r>
      <w:r>
        <w:rPr>
          <w:sz w:val="20"/>
        </w:rPr>
        <w:t>1:46:07  Mr Shah Imran Hasan ne Delhi se likha hai: "har saal musalman bakrid ke mauqe par janwaron ko kaatte hain. kya yeh jeeo hatya nahi?</w:t>
      </w:r>
      <w:r>
        <w:br/>
      </w:r>
      <w:r>
        <w:rPr>
          <w:sz w:val="20"/>
        </w:rPr>
        <w:t>1:46:18  kripa kar ke us ko spasht karein."</w:t>
      </w:r>
      <w:r>
        <w:br/>
      </w:r>
      <w:r>
        <w:rPr>
          <w:sz w:val="20"/>
        </w:rPr>
        <w:t>1:46:24  dekhiye, yeh jeeo hatya nahi, yeh self hatya. asal qurbani self hatya hai, apne aap ko qurban karna. woh to alamaati hai.</w:t>
      </w:r>
      <w:r>
        <w:br/>
      </w:r>
      <w:r>
        <w:rPr>
          <w:sz w:val="20"/>
        </w:rPr>
        <w:t>1:46:33  log alamaati zabeeha karte hain aur asal zabeeha koi nahi karta, koi bhi nahi karta.</w:t>
      </w:r>
      <w:r>
        <w:br/>
      </w:r>
      <w:r>
        <w:rPr>
          <w:sz w:val="20"/>
        </w:rPr>
        <w:t>1:46:43  asal apna zabeeha Hazrat Hazrat Ibrahim ne apne bete ko sehra mein daal diya.</w:t>
      </w:r>
      <w:r>
        <w:br/>
      </w:r>
      <w:r>
        <w:rPr>
          <w:sz w:val="20"/>
        </w:rPr>
        <w:t>1:46:53  kaun hai jo apne beta beti ko ke liye aisa kare? apne bete beti ke liye koi aisa kare, mujhe bataein is ka naam. sari aap energy kharch karte hain ke mera beta, meri beti jo hai, us ko jo kuch mere paas hai, sab kuch koi de doon.</w:t>
      </w:r>
      <w:r>
        <w:br/>
      </w:r>
      <w:r>
        <w:rPr>
          <w:sz w:val="20"/>
        </w:rPr>
        <w:t>1:47:09  unhon ne kaha un ko sehra mein daal diya taake khoob daudein wahan, khoob mehnat karein</w:t>
      </w:r>
      <w:r>
        <w:br/>
      </w:r>
      <w:r>
        <w:rPr>
          <w:sz w:val="20"/>
        </w:rPr>
        <w:t>1:47:16  aur Allah ke deen ke liye tayyar hon.</w:t>
      </w:r>
      <w:r>
        <w:br/>
      </w:r>
      <w:r>
        <w:rPr>
          <w:sz w:val="20"/>
        </w:rPr>
        <w:t>1:47:20  to qurbani jo hai, asal mein sach poochhein to naam hai dedication ka, apne ko dedicate karne ka. woh to alamat hai. to alamati qurbani ki dham machi hui hai aur asal jo cheez hai, apne aap ko self dedication, iska koi wajood hi nahi,</w:t>
      </w:r>
      <w:r>
        <w:br/>
      </w:r>
      <w:r>
        <w:rPr>
          <w:sz w:val="20"/>
        </w:rPr>
        <w:t>1:47:40  iska koi wajood nahi. iska to main to isko kuch bhi nahi samajhta.</w:t>
      </w:r>
      <w:r>
        <w:br/>
      </w:r>
      <w:r>
        <w:rPr>
          <w:sz w:val="20"/>
        </w:rPr>
        <w:t>1:47:46  koi bhi iska koi natija nahi, na dunya ke aisa lehaz se aur na akhirat ke lehaz se, jahan tak mere ilm hai. jab tak aap ka self dedication na ho, apne aap ko deen ke liye waqf karne ka mizaj na ho,</w:t>
      </w:r>
      <w:r>
        <w:br/>
      </w:r>
      <w:r>
        <w:rPr>
          <w:sz w:val="20"/>
        </w:rPr>
        <w:t>1:48:03  apne aap ko, apni aulad ko, apni family ko deen ke liye waqf karne ka mizaj hona chahiye, tab woh qurbani hogi warna qurbani nahi hai.</w:t>
      </w:r>
      <w:r>
        <w:br/>
      </w:r>
      <w:r>
        <w:rPr>
          <w:sz w:val="20"/>
        </w:rPr>
        <w:t>1:48:16  khaas taur par apni apni aamdani, apni income. log apni jo asal jo unka tawajjuh hai, jo unki energy hai, jo unki income hai, woh de dete hain apni family ke liye aur waqti taur par ek janwar zabah kar ke samajhte hain hum ne bohat bara kaam kar diya.</w:t>
      </w:r>
    </w:p>
    <w:p>
      <w:pPr>
        <w:pStyle w:val="Heading2"/>
      </w:pPr>
      <w:r>
        <w:t>Making dawah culture a priority: what follows?</w:t>
      </w:r>
    </w:p>
    <w:p>
      <w:r>
        <w:rPr>
          <w:color w:val="666666"/>
          <w:sz w:val="18"/>
        </w:rPr>
        <w:t>Society &amp; Dawah · God Gives in Abundance 13 Oct 2019 - Maulana Wahiduddin Khan · 4m 18s · at 49:51 · https://youtu.be/eC4RaczXBzM?t=2991</w:t>
      </w:r>
    </w:p>
    <w:p>
      <w:r>
        <w:rPr>
          <w:i/>
        </w:rPr>
        <w:t>“If Muslims adopt dawah culture as a priority, then can we say that...”</w:t>
      </w:r>
    </w:p>
    <w:p>
      <w:r>
        <w:rPr>
          <w:sz w:val="20"/>
        </w:rPr>
        <w:t>49:51  ah, maulana, agla sawal bheja hai Ahmedabad se</w:t>
      </w:r>
      <w:r>
        <w:br/>
      </w:r>
      <w:r>
        <w:rPr>
          <w:sz w:val="20"/>
        </w:rPr>
        <w:t>49:56  Muhammad Meraj sahib ne.</w:t>
      </w:r>
      <w:r>
        <w:br/>
      </w:r>
      <w:r>
        <w:rPr>
          <w:sz w:val="20"/>
        </w:rPr>
        <w:t>49:57  انہوں نے لکھا ہے: "مولانا، if Muslims adopt Dawah culture as a priority, then can we say that</w:t>
      </w:r>
      <w:r>
        <w:br/>
      </w:r>
      <w:r>
        <w:rPr>
          <w:sz w:val="20"/>
        </w:rPr>
        <w:t>50:06  "Their worldly issues will also get resolved?"</w:t>
      </w:r>
      <w:r>
        <w:br/>
      </w:r>
      <w:r>
        <w:rPr>
          <w:sz w:val="20"/>
        </w:rPr>
        <w:t>50:09  I remember, there is a hadith which says that: "If you do God's work, then God will take</w:t>
      </w:r>
      <w:r>
        <w:br/>
      </w:r>
      <w:r>
        <w:rPr>
          <w:sz w:val="20"/>
        </w:rPr>
        <w:t>50:16  care of your worldly life as well."</w:t>
      </w:r>
      <w:r>
        <w:br/>
      </w:r>
      <w:r>
        <w:rPr>
          <w:sz w:val="20"/>
        </w:rPr>
        <w:t>50:19  is ko elaborate kar ke maulana sahib hum sab ko samjhayein.</w:t>
      </w:r>
      <w:r>
        <w:br/>
      </w:r>
      <w:r>
        <w:rPr>
          <w:sz w:val="20"/>
        </w:rPr>
        <w:t>50:24  dekhein, yeh hadith bilashubah sahih hai: "man ja'al al-humoom hammaan waahidan hamma akhirat kafahullah anhum bil dunya." lekin main phir kahunga ke apne criterion pe mat jana chahiye.</w:t>
      </w:r>
      <w:r>
        <w:br/>
      </w:r>
      <w:r>
        <w:rPr>
          <w:sz w:val="20"/>
        </w:rPr>
        <w:t>50:45  apne criterion pe mat jana chahiye. Allah ke criterion ko janiye, Allah ke plan ko janiye, aur phir aap payenge ke</w:t>
      </w:r>
      <w:r>
        <w:br/>
      </w:r>
      <w:r>
        <w:rPr>
          <w:sz w:val="20"/>
        </w:rPr>
        <w:t>51:00  Allah kabhi aap ko mayassar nahi karta. log karte yeh hain ke apna criterion un ko maloom hota hai, apne criterion ke mutabiq har cheez chalne lagte hain.</w:t>
      </w:r>
      <w:r>
        <w:br/>
      </w:r>
      <w:r>
        <w:rPr>
          <w:sz w:val="20"/>
        </w:rPr>
        <w:t>51:13  aisa nahi ho sakta, kabhi nahi ho sakta.</w:t>
      </w:r>
      <w:r>
        <w:br/>
      </w:r>
      <w:r>
        <w:rPr>
          <w:sz w:val="20"/>
        </w:rPr>
        <w:t>51:20  misalan, misal ke taur par, aap ko Allah ne paisa diya hai aur aap us ko kharch karte hain, kahan?</w:t>
      </w:r>
      <w:r>
        <w:br/>
      </w:r>
      <w:r>
        <w:rPr>
          <w:sz w:val="20"/>
        </w:rPr>
        <w:t>51:30  yahan jana, wahan jana, rishtedaron mein jane ke liye. misalan to aap umeed rakhein ke yeh kharch Allah ko qabool hoga.</w:t>
      </w:r>
      <w:r>
        <w:br/>
      </w:r>
      <w:r>
        <w:rPr>
          <w:sz w:val="20"/>
        </w:rPr>
        <w:t>51:41  kabhi nahi qabool ho sakta. aap apne paise ko Allah ke liye istemal karna parega, tab woh qabool hoga. paisa kharch karein apne rishtedaron mein milne ke liye, apne rishtedaron mein ja kar ke hawa karne ke liye.</w:t>
      </w:r>
      <w:r>
        <w:br/>
      </w:r>
      <w:r>
        <w:rPr>
          <w:sz w:val="20"/>
        </w:rPr>
        <w:t>51:59  to aap chahein ke woh Allah ka qabool ho jayega, to aisa nahi ho sakta, kabhi nahi ho sakta. Quran ki ek ayat bohat hi zyada darane wali hai,</w:t>
      </w:r>
      <w:r>
        <w:br/>
      </w:r>
      <w:r>
        <w:rPr>
          <w:sz w:val="20"/>
        </w:rPr>
        <w:t>52:15  woh nikali ayat: "kaan fil masroorah". woh kin kin logon ke bare mein hai? yeh</w:t>
      </w:r>
      <w:r>
        <w:br/>
      </w:r>
      <w:r>
        <w:rPr>
          <w:sz w:val="20"/>
        </w:rPr>
        <w:t>52:30  kin logon ke bare mein hai? "kaan fil masroorah".</w:t>
      </w:r>
      <w:r>
        <w:br/>
      </w:r>
      <w:r>
        <w:rPr>
          <w:sz w:val="20"/>
        </w:rPr>
        <w:t>52:40  jin logon ke bare mein jahannum ka faisla ho jayega: "innahu kaan fil ha masroorah". o Allah</w:t>
      </w:r>
      <w:r>
        <w:br/>
      </w:r>
      <w:r>
        <w:rPr>
          <w:sz w:val="20"/>
        </w:rPr>
        <w:t>52:48  , dekhein, aap ko khushi milti hai apne rishtedaron mein, apne umeed karein ke aap ko jannat walon mein dakhla milega.</w:t>
      </w:r>
      <w:r>
        <w:br/>
      </w:r>
      <w:r>
        <w:rPr>
          <w:sz w:val="20"/>
        </w:rPr>
        <w:t>53:00  to yeh bhool hai. jannat mein dakhla us ko milega jis ko khushi milti ho.</w:t>
      </w:r>
      <w:r>
        <w:br/>
      </w:r>
      <w:r>
        <w:rPr>
          <w:sz w:val="20"/>
        </w:rPr>
        <w:t>53:09  ahl-e-jannat mein, apne doston, apne rishtedaron mein, jis ko khushi milti ho,</w:t>
      </w:r>
    </w:p>
    <w:p>
      <w:pPr>
        <w:pStyle w:val="Heading2"/>
      </w:pPr>
      <w:r>
        <w:t>Managing things against spirit of CPS mission</w:t>
      </w:r>
    </w:p>
    <w:p>
      <w:r>
        <w:rPr>
          <w:color w:val="666666"/>
          <w:sz w:val="18"/>
        </w:rPr>
        <w:t>Society &amp; Dawah · Peace of Mind June 29, 2014 · 2m 07s · at 1:17:51 · https://youtu.be/oVwRc_FcAGk?t=4671</w:t>
      </w:r>
    </w:p>
    <w:p>
      <w:r>
        <w:rPr>
          <w:i/>
        </w:rPr>
        <w:t>“Please guide us, how should we manage things, if these are against the spirit of CPS mission?”</w:t>
      </w:r>
    </w:p>
    <w:p>
      <w:r>
        <w:rPr>
          <w:sz w:val="20"/>
        </w:rPr>
        <w:t>1:17:51  Maulānā, aglā sawāl Ḍākṭar Iqbāl Pardhān ne pūchā hai Dilī se, aur unhon ne pūchā hai āp se ke: "Maulānā, please guide us, how should we manage things, if these are against the spirit of CPS mission?" Bhaī sōchiyē, bas sōchiyē, hal ho jāēgā.</w:t>
      </w:r>
      <w:r>
        <w:br/>
      </w:r>
      <w:r>
        <w:rPr>
          <w:sz w:val="20"/>
        </w:rPr>
        <w:t>1:18:13  main to roz kartā hoon, main rozāna kartā hoon,</w:t>
      </w:r>
      <w:r>
        <w:br/>
      </w:r>
      <w:r>
        <w:rPr>
          <w:sz w:val="20"/>
        </w:rPr>
        <w:t>1:18:18  mujh se bhī rozāna logon ko shikāyatēñ hotī hain, pūch guchh mein nahin kartā. Hamārī family mein ek ṣāḥib thē, woh un kā mizāj thā pūch guchh, pūch guchh, pūch guchh.</w:t>
      </w:r>
      <w:r>
        <w:br/>
      </w:r>
      <w:r>
        <w:rPr>
          <w:sz w:val="20"/>
        </w:rPr>
        <w:t>1:18:30  zindagī bhar woh shikāyaton kī pūch guchh kartē rahē. Yeh merī apnī family mein thē, woh kahā kartē thē ke mere peṭ mein kyā kyā bātēñ bharī huī hain, mere andar shikāyat kī bātēñ.</w:t>
      </w:r>
      <w:r>
        <w:br/>
      </w:r>
      <w:r>
        <w:rPr>
          <w:sz w:val="20"/>
        </w:rPr>
        <w:t>1:18:45  is shikāyat kī bātōñ ke peṭ bhare huē thē, aur woh diary un ke pās thī, woh diary mein sab se ziyādah shikāyat kī bātēñ darj kartē thē, aur pūch guchh kartē thē.</w:t>
      </w:r>
      <w:r>
        <w:br/>
      </w:r>
      <w:r>
        <w:rPr>
          <w:sz w:val="20"/>
        </w:rPr>
        <w:t>1:18:55  woh main jāntā hoon jahāñ tak ek bhī shikāyat pūch guchh ke kar ke khatm nahīñ huī.</w:t>
      </w:r>
      <w:r>
        <w:br/>
      </w:r>
      <w:r>
        <w:rPr>
          <w:sz w:val="20"/>
        </w:rPr>
        <w:t>1:19:03  pūch guchh se kabhī shikāyat khatm nahīñ hotī, yād rakhiye. Āp kuchh kahēṅgē, ādmī kuchh kahēgā, āp kuchh kahēṅgē, ādmī kuchh kahēgā, chaltī rahēgī, bas.</w:t>
      </w:r>
      <w:r>
        <w:br/>
      </w:r>
      <w:r>
        <w:rPr>
          <w:sz w:val="20"/>
        </w:rPr>
        <w:t>1:19:14  to shikāyat ko CPS mein bardāsht nahin kar saktē āp. Jis ko shikāyat kā pasand hai to jāē, main nikālūñ. Bheṛ bakrī ke bahut se qaul hain, us mein shāmil ho jāē.</w:t>
      </w:r>
      <w:r>
        <w:br/>
      </w:r>
      <w:r>
        <w:rPr>
          <w:sz w:val="20"/>
        </w:rPr>
        <w:t>1:19:28  shikayat jis ko shikayat pasand hai aur pooch gach chahta hai, shikayat ke moamle mein shikayat ki wazahat chahta hai, to mein saaf kahoon ga ke dunya mein bohat se bheer bakri ke qol hain, is mein shamil ho jae.</w:t>
      </w:r>
      <w:r>
        <w:br/>
      </w:r>
      <w:r>
        <w:rPr>
          <w:sz w:val="20"/>
        </w:rPr>
        <w:t>1:19:38  wo CPS se is ka koi talluq nahi hai.</w:t>
      </w:r>
      <w:r>
        <w:br/>
      </w:r>
      <w:r>
        <w:rPr>
          <w:sz w:val="20"/>
        </w:rPr>
        <w:t>1:19:42  hum CPS mein in logon ko paida karna chahte hain jo jaise Hazrat Abu Abu Ansari ka qissa hai, Hazrat Aisha ka qissa hai, koi wazahat nahi.</w:t>
      </w:r>
      <w:r>
        <w:br/>
      </w:r>
      <w:r>
        <w:rPr>
          <w:sz w:val="20"/>
        </w:rPr>
        <w:t>1:19:54  khud apne ko is ko call karo, apne andar se.</w:t>
      </w:r>
    </w:p>
    <w:p>
      <w:pPr>
        <w:pStyle w:val="Heading2"/>
      </w:pPr>
      <w:r>
        <w:t>Marriage conduct without wasteful rituals</w:t>
      </w:r>
    </w:p>
    <w:p>
      <w:r>
        <w:rPr>
          <w:color w:val="666666"/>
          <w:sz w:val="18"/>
        </w:rPr>
        <w:t>Society &amp; Dawah · Living in a World of Competition October 24, 2010 · 4m 25s · at 1:09:27 · https://youtu.be/0DRVM8YxM5U?t=4167</w:t>
      </w:r>
    </w:p>
    <w:p>
      <w:r>
        <w:rPr>
          <w:i/>
        </w:rPr>
        <w:t>“The wedding rituals that are wasteful, a waste of time and money. Even after forbidding, people still do them and involve us, and if we don't get involved, they feel bad. How should the marriage of a boy and girl be conducted? Please include this in your talk and advise on it.”</w:t>
      </w:r>
    </w:p>
    <w:p>
      <w:r>
        <w:rPr>
          <w:sz w:val="20"/>
        </w:rPr>
        <w:t>1:09:27  yeh hi is ki ahmiyat hai. yani fazilat ki bajaye aap ahmiyat galat boliye to zyada sahi hoga mere nazdeek. Maulana, in ka ek sawal aur hai, unho ne likha hai ke shadi ki rasoomat jo fazool hoti hain,</w:t>
      </w:r>
      <w:r>
        <w:br/>
      </w:r>
      <w:r>
        <w:rPr>
          <w:sz w:val="20"/>
        </w:rPr>
        <w:t>1:09:43  waqt aur paise ki barbadi hoti hai. mana karne ke baad bhi log unhein karte hain aur hamein involve karte hain, na involve hone par bura mante hain.</w:t>
      </w:r>
      <w:r>
        <w:br/>
      </w:r>
      <w:r>
        <w:rPr>
          <w:sz w:val="20"/>
        </w:rPr>
        <w:t>1:09:55  larka aur larki ki shadi kis tarah honi chahiye? please aap apni hikmat se zaroor apni talk mein is isay shamil kar lijye aur is par kuch bataen.</w:t>
      </w:r>
      <w:r>
        <w:br/>
      </w:r>
      <w:r>
        <w:rPr>
          <w:sz w:val="20"/>
        </w:rPr>
        <w:t>1:10:08  bhai, is par to bohat likha hai hum ne. jo log hamara magazine risala parhte hain, woh jante hain ke jo shadiyon mein jo kuch kiya jata hai, woh mere nazdeek theek isi ayat ka, yani woh ayat apply hoti hai un ke upar</w:t>
      </w:r>
      <w:r>
        <w:br/>
      </w:r>
      <w:r>
        <w:rPr>
          <w:sz w:val="20"/>
        </w:rPr>
        <w:t>1:10:24  ke "in al-mubadhireen kanoo ikhwan al-shayateen". yeh tabzeer hai. tabzeer ka matlab chheentna, aap ka paisa aur chheentein idhar udhar, woh tabzeer hai.</w:t>
      </w:r>
      <w:r>
        <w:br/>
      </w:r>
      <w:r>
        <w:rPr>
          <w:sz w:val="20"/>
        </w:rPr>
        <w:t>1:10:35  to yeh paise ko chheentna hai. shadiyon mein jo kharch kiya jata hai, sab ka sab yaqeen kijiye ke bidat hai, khurafat hai. islam se koi talluq is ka nahi hai.</w:t>
      </w:r>
      <w:r>
        <w:br/>
      </w:r>
      <w:r>
        <w:rPr>
          <w:sz w:val="20"/>
        </w:rPr>
        <w:t>1:10:45  naam rakh rakha hai islam ka, yani kahin waleema is ka naam rakh rakha hai, kahin is tarah ka naam wahan se le le ke rakh rakhe hain.</w:t>
      </w:r>
      <w:r>
        <w:br/>
      </w:r>
      <w:r>
        <w:rPr>
          <w:sz w:val="20"/>
        </w:rPr>
        <w:t>1:10:55  ya yeh aur, yani yeh goya ke ghalati par sarkashi ka izafa hai. yeh ghalati par sarkashi ka izafa hai.</w:t>
      </w:r>
      <w:r>
        <w:br/>
      </w:r>
      <w:r>
        <w:rPr>
          <w:sz w:val="20"/>
        </w:rPr>
        <w:t>1:11:06  mein aik martaba aik aik maghribi mulk mein tha to mujhe wahan par aik aik aik aik taqarib mein le jaya gaya tha. bataya gaya ke wahan khutba ceremony hai, woh khutba ceremony.</w:t>
      </w:r>
      <w:r>
        <w:br/>
      </w:r>
      <w:r>
        <w:rPr>
          <w:sz w:val="20"/>
        </w:rPr>
        <w:t>1:11:19  ab wahan gaya to dhoop bachi hui thi, wahan par khane peene ki.</w:t>
      </w:r>
      <w:r>
        <w:br/>
      </w:r>
      <w:r>
        <w:rPr>
          <w:sz w:val="20"/>
        </w:rPr>
        <w:t>1:11:23  to khutba ke mani hote hain paigham mein nikah dena. khutba ke mani hain paigham mein nikah dena. to paigham mein nikah, yeh khutba ka lafz aya hai hadithon mein.</w:t>
      </w:r>
      <w:r>
        <w:br/>
      </w:r>
      <w:r>
        <w:rPr>
          <w:sz w:val="20"/>
        </w:rPr>
        <w:t>1:11:37  to is ka matlab thori hai ke aap wahan aik function ke roop mein karen. is ko wahan par dhoop machi hui thi, khane peene ke baad larka aur larki dono baithe hue the kursiyon par aur aik ajeeb ghareeb aik manzar tha wahan par.</w:t>
      </w:r>
      <w:r>
        <w:br/>
      </w:r>
      <w:r>
        <w:rPr>
          <w:sz w:val="20"/>
        </w:rPr>
        <w:t>1:11:50  to islam ka lafz khutba liya aur sab sara jahiliyat ki rasmein wahan par, sari rasmein jahiliyat ki. to yeh aik to musalman ghalati kar rahe hain aur sarkashi hai ke is ko islam ka naam lete hain.</w:t>
      </w:r>
      <w:r>
        <w:br/>
      </w:r>
      <w:r>
        <w:rPr>
          <w:sz w:val="20"/>
        </w:rPr>
        <w:t>1:12:05  aaj ke jo waleema jo hota hai, is ka islam se koi talluq nahi. jo barat hoti hai, islam se koi talluq nahi. jo khutba ceremony hoti hai, is ka islam se koi talluq nahi.</w:t>
      </w:r>
      <w:r>
        <w:br/>
      </w:r>
      <w:r>
        <w:rPr>
          <w:sz w:val="20"/>
        </w:rPr>
        <w:t>1:12:17  aap ko agar janna ho ke islam ka tareeqa kya hai to aap sahaba ki shadiyon ke halaat parhiye. rasool Allah ki larkiyon ne ki shadiyan kis tarah ki gayeen, woh parhiye.</w:t>
      </w:r>
      <w:r>
        <w:br/>
      </w:r>
      <w:r>
        <w:rPr>
          <w:sz w:val="20"/>
        </w:rPr>
        <w:t>1:12:30  yeh sab likha hua hai kitabon mein ke rasool Allah ne apni larkiyon ki shadi kaise ki, sahaba shadiyan kaise karte the.</w:t>
      </w:r>
      <w:r>
        <w:br/>
      </w:r>
      <w:r>
        <w:rPr>
          <w:sz w:val="20"/>
        </w:rPr>
        <w:t>1:12:40  yani mein aik aik misal arz karon ke aik aik sahabi the madina mein, un ka naam tha abdulrehman ibn auf.</w:t>
      </w:r>
      <w:r>
        <w:br/>
      </w:r>
      <w:r>
        <w:rPr>
          <w:sz w:val="20"/>
        </w:rPr>
        <w:t>1:12:51  to rasool Allah se log, sahaba jo choti si jagah thi, madina, madina to koi bari jagah thi nahi, to log milte julte the aapas mein, masjidon mein milte julte the.</w:t>
      </w:r>
      <w:r>
        <w:br/>
      </w:r>
      <w:r>
        <w:rPr>
          <w:sz w:val="20"/>
        </w:rPr>
        <w:t>1:13:01  to chand din woh milne ke liye nahi aye, chand din hi aye, aik do din. to rasool Allah ne poocha ke kahan the?</w:t>
      </w:r>
      <w:r>
        <w:br/>
      </w:r>
      <w:r>
        <w:rPr>
          <w:sz w:val="20"/>
        </w:rPr>
        <w:t>1:13:11  to unhon ne kaha mein ne shadi kar li hai. ab ghor kijiye ke madina to aaj kal lehaz se woh aik gaon tha, bas chota sa, aik chota sa, bohat hi chota sa town.</w:t>
      </w:r>
      <w:r>
        <w:br/>
      </w:r>
      <w:r>
        <w:rPr>
          <w:sz w:val="20"/>
        </w:rPr>
        <w:t>1:13:21  to wahan par unhon ne rasool Allah ko bulaya, na sahaba ko bulaya, aise hi bas shadi kar li kisi kisi se. wahan na waleema hai, na wahan khutba hai, na wahan par barat hai,</w:t>
      </w:r>
      <w:r>
        <w:br/>
      </w:r>
      <w:r>
        <w:rPr>
          <w:sz w:val="20"/>
        </w:rPr>
        <w:t>1:13:34  na wahan woh dhoom hai jo aaj kal hoti hai, na jahiz hai, kuch bhi nahi.</w:t>
      </w:r>
      <w:r>
        <w:br/>
      </w:r>
      <w:r>
        <w:rPr>
          <w:sz w:val="20"/>
        </w:rPr>
        <w:t>1:13:41  to islam ke jo tareeqa hai shadi ka, woh yeh hai. aaj kal jo musalmanon ka raij hai, woh sartaapa bidat hai, gunah hai, is mein koi shakk hi nahi, is mein koi shakk nahi hai.</w:t>
      </w:r>
    </w:p>
    <w:p>
      <w:pPr>
        <w:pStyle w:val="Heading2"/>
      </w:pPr>
      <w:r>
        <w:t>Marriage of Muslim Man and Hindu Woman</w:t>
      </w:r>
    </w:p>
    <w:p>
      <w:r>
        <w:rPr>
          <w:color w:val="666666"/>
          <w:sz w:val="18"/>
        </w:rPr>
        <w:t>Society &amp; Dawah · Importance of Creative Thinking December 11, 2011 · 5m 09s · at 1:16:49 · https://youtu.be/jfML9Arb0S4?t=4609</w:t>
      </w:r>
    </w:p>
    <w:p>
      <w:r>
        <w:rPr>
          <w:i/>
        </w:rPr>
        <w:t>“Is marriage between a Muslim man and a Hindu woman allowed in Islam? It is a practical matter faced by several in America.”</w:t>
      </w:r>
    </w:p>
    <w:p>
      <w:r>
        <w:rPr>
          <w:sz w:val="20"/>
        </w:rPr>
        <w:t>1:16:49  maulana, agla sawal hai mr. faiz ka california se. unhon ne likha hai: "is marriage between muslim man and a hindu woman allowed in islam?" it is a practical matter faced by several in america.</w:t>
      </w:r>
      <w:r>
        <w:br/>
      </w:r>
      <w:r>
        <w:rPr>
          <w:sz w:val="20"/>
        </w:rPr>
        <w:t>1:17:07  kya phir se parhiye? "is marriage between muslim man and a hindu woman allowed in islam?" it is a practical matter faced by several in america.</w:t>
      </w:r>
      <w:r>
        <w:br/>
      </w:r>
      <w:r>
        <w:rPr>
          <w:sz w:val="20"/>
        </w:rPr>
        <w:t>1:17:20  dekhen, is maamle mein jo ulama ka maslak hai, woh sab ko maloom hai. wahi mera bhi maslak hai. main alag koi maslak nahin hoon. sab log jante hain ke ulama ka maslak kya hai.</w:t>
      </w:r>
      <w:r>
        <w:br/>
      </w:r>
      <w:r>
        <w:rPr>
          <w:sz w:val="20"/>
        </w:rPr>
        <w:t>1:17:32  ulama ki rai kya hai is maamle mein? wahi meri bhi rai hai. ab is ko koi manta hai ya na maane, ab freedom is zamane mein hai, azaadi hai. aap maaniye ya na maaniye, lekin aap aisa to nahin kar sakte ke aap masle ko badal den.</w:t>
      </w:r>
      <w:r>
        <w:br/>
      </w:r>
      <w:r>
        <w:rPr>
          <w:sz w:val="20"/>
        </w:rPr>
        <w:t>1:17:43  aap masla nahin badal jayega.</w:t>
      </w:r>
      <w:r>
        <w:br/>
      </w:r>
      <w:r>
        <w:rPr>
          <w:sz w:val="20"/>
        </w:rPr>
        <w:t>1:17:46  ulama ka maslak is bare mein sahi hai, aur main isi ko sahi manta hoon. to isi ko agar quran o hadith ko follow karna hai to maane, is ko nahin to kahe ke main quran o hadith ko nahin manta.</w:t>
      </w:r>
      <w:r>
        <w:br/>
      </w:r>
      <w:r>
        <w:rPr>
          <w:sz w:val="20"/>
        </w:rPr>
        <w:t>1:17:59  to is ke bhi option is ko is zamane mein mila hua hai, is ko. lekin yaani quran ko aur hadith ko apni marzi mein dhalna, yeh to main samajhta hoon ke ghalati aur surkhi ka izafa hai.</w:t>
      </w:r>
      <w:r>
        <w:br/>
      </w:r>
      <w:r>
        <w:rPr>
          <w:sz w:val="20"/>
        </w:rPr>
        <w:t>1:18:12  bahut ghalat hai yeh.</w:t>
      </w:r>
      <w:r>
        <w:br/>
      </w:r>
      <w:r>
        <w:rPr>
          <w:sz w:val="20"/>
        </w:rPr>
        <w:t>1:18:14  aur doosri baat yeh hai ke yeh, main ne bahut dekha hai aise logon ko, yeh log shadi ko love ki cheez samajhte hain.</w:t>
      </w:r>
      <w:r>
        <w:br/>
      </w:r>
      <w:r>
        <w:rPr>
          <w:sz w:val="20"/>
        </w:rPr>
        <w:t>1:18:23  abe, bilkul yeh ghalat baat hai. shadi adjustment ki cheez hai. shadi love ki cheez hai hi nahin. yeh wajah hai ke jitni shadiyan hoti hain, sab tootti hain.</w:t>
      </w:r>
      <w:r>
        <w:br/>
      </w:r>
      <w:r>
        <w:rPr>
          <w:sz w:val="20"/>
        </w:rPr>
        <w:t>1:18:34  jitni shadiyan is tarah ki main ne dekhi hain, woh sab tootti hain.</w:t>
      </w:r>
      <w:r>
        <w:br/>
      </w:r>
      <w:r>
        <w:rPr>
          <w:sz w:val="20"/>
        </w:rPr>
        <w:t>1:18:38  main ne ek ek mazmoon padha tha, ek ek london se ek parcha nikalta hai, woh islamic review ghaliban is ka naam hai.</w:t>
      </w:r>
      <w:r>
        <w:br/>
      </w:r>
      <w:r>
        <w:rPr>
          <w:sz w:val="20"/>
        </w:rPr>
        <w:t>1:18:48  to is mein ek khatoon ka mazmoon tha, gail birth, ek british khatoon. to us ne kaha ke main ne ek pakistani musalman se shadi ki, aur main christian family mein paida hui thi.</w:t>
      </w:r>
      <w:r>
        <w:br/>
      </w:r>
      <w:r>
        <w:rPr>
          <w:sz w:val="20"/>
        </w:rPr>
        <w:t>1:19:02  main aur hamesha mere uth ke darmiyan masla aaj tak baqi hai.</w:t>
      </w:r>
      <w:r>
        <w:br/>
      </w:r>
      <w:r>
        <w:rPr>
          <w:sz w:val="20"/>
        </w:rPr>
        <w:t>1:19:06  kabhi hum log khushgawar zindagi nahin bani hamari. to is mein likha tha us ne ke international marriage kabhi nahin karna chahiye. apne tajrube ki bina par us ne kaha tha.</w:t>
      </w:r>
      <w:r>
        <w:br/>
      </w:r>
      <w:r>
        <w:rPr>
          <w:sz w:val="20"/>
        </w:rPr>
        <w:t>1:19:16  to chahe hindu muslim ki shadi ho ya christian muslim ki shadi ho, yeh bilkul ghalat hai mere nazdeek. yeh ek ek masle ki baat hai. doosri baat yeh hai ke chalta nahin.</w:t>
      </w:r>
      <w:r>
        <w:br/>
      </w:r>
      <w:r>
        <w:rPr>
          <w:sz w:val="20"/>
        </w:rPr>
        <w:t>1:19:26  woh ab shadi karte hain is liye ke mil jul kar rahe hain, lekin wahan par jhagda f</w:t>
      </w:r>
      <w:r>
        <w:br/>
      </w:r>
      <w:r>
        <w:rPr>
          <w:sz w:val="20"/>
        </w:rPr>
        <w:t>1:19:31  sad aur aur ya to break ho jata hai, talaq ho jata hai, ya hamesha aapas mein takrao chalta rehta hai.</w:t>
      </w:r>
      <w:r>
        <w:br/>
      </w:r>
      <w:r>
        <w:rPr>
          <w:sz w:val="20"/>
        </w:rPr>
        <w:t>1:19:41  to is ka faida shadi se? shadi to is liye hoti hai ke ek khushi ki zindagi guzaren, aap dono mil ke ek ghar banayen, wahan khushgawar tareeqe se rahen.</w:t>
      </w:r>
      <w:r>
        <w:br/>
      </w:r>
      <w:r>
        <w:rPr>
          <w:sz w:val="20"/>
        </w:rPr>
        <w:t>1:19:49  woh hota hi nahin. to main bahut badi fallacy hai ke log shadi ko love ka masla samajhte hain.</w:t>
      </w:r>
      <w:r>
        <w:br/>
      </w:r>
      <w:r>
        <w:rPr>
          <w:sz w:val="20"/>
        </w:rPr>
        <w:t>1:19:57  hargiz nahin. shadi jo hai, adjustment ka masla hai, aur yeh itni badi ghalati hai.</w:t>
      </w:r>
      <w:r>
        <w:br/>
      </w:r>
      <w:r>
        <w:rPr>
          <w:sz w:val="20"/>
        </w:rPr>
        <w:t>1:20:05  is mein sari duniya mubtala hai. jitne naujawan hain, sab mubtala hain is mein. woh samajhte hain ke bas jahan love hai, wahan wahan khushi hai.</w:t>
      </w:r>
      <w:r>
        <w:br/>
      </w:r>
      <w:r>
        <w:rPr>
          <w:sz w:val="20"/>
        </w:rPr>
        <w:t>1:20:15  nahin, jahan love hai, wahan khushi nahin hai. jahan adjustment hai, wahan khushi hai.</w:t>
      </w:r>
      <w:r>
        <w:br/>
      </w:r>
      <w:r>
        <w:rPr>
          <w:sz w:val="20"/>
        </w:rPr>
        <w:t>1:20:20  main bahut misalen janta hoon is mein ke jinhon ne love affair chalaya, love bridge ki, woh bilkul nakaam rahe.</w:t>
      </w:r>
      <w:r>
        <w:br/>
      </w:r>
      <w:r>
        <w:rPr>
          <w:sz w:val="20"/>
        </w:rPr>
        <w:t>1:20:28  woh koi faida nahin. yaani ya to un ka talaq hua, ya hamesha aapas mein rift raha. hamesha rift raha aap</w:t>
      </w:r>
      <w:r>
        <w:br/>
      </w:r>
      <w:r>
        <w:rPr>
          <w:sz w:val="20"/>
        </w:rPr>
        <w:t>1:20:36  s mein. lekin jo yeh samajh kar shadi kare ke hum ek ek partner hum apni zindagi ke liye le rahe hain, mujh ko is se adjust karna hai, is ko mujh se adjust karna hai taake hum ek ghar banayen, taake hum society ka ek yaani healthy part banen, tab woh kamyab hoti hai.</w:t>
      </w:r>
      <w:r>
        <w:br/>
      </w:r>
      <w:r>
        <w:rPr>
          <w:sz w:val="20"/>
        </w:rPr>
        <w:t>1:20:53  shadi love ka masla hai hi nahin. yeh</w:t>
      </w:r>
      <w:r>
        <w:br/>
      </w:r>
      <w:r>
        <w:rPr>
          <w:sz w:val="20"/>
        </w:rPr>
        <w:t>1:20:58  itne tajrube ho chuke hain, itne tajrube ho chuke hain, phir bhi log yeh sawal karte hain. yeh</w:t>
      </w:r>
      <w:r>
        <w:br/>
      </w:r>
      <w:r>
        <w:rPr>
          <w:sz w:val="20"/>
        </w:rPr>
        <w:t>1:21:03  Europe, America mein bohat ziyada 50 percent jo hai, separation hota hai. isi wajah se ab kya chala hai wahan ke baghair marriage ke saath raho?</w:t>
      </w:r>
      <w:r>
        <w:br/>
      </w:r>
      <w:r>
        <w:rPr>
          <w:sz w:val="20"/>
        </w:rPr>
        <w:t>1:21:13  woh toh jaise just like animal banna banna chahte hain. woh ab western world mein yeh chala hua hai ke marriage chuki chalti nahi, is liye without marriage raho.</w:t>
      </w:r>
      <w:r>
        <w:br/>
      </w:r>
      <w:r>
        <w:rPr>
          <w:sz w:val="20"/>
        </w:rPr>
        <w:t>1:21:23  yani aise hi raho animal ke tareeqe se. yeh yeh koi ek koi concept hai.</w:t>
      </w:r>
      <w:r>
        <w:br/>
      </w:r>
      <w:r>
        <w:rPr>
          <w:sz w:val="20"/>
        </w:rPr>
        <w:t>1:21:29  kyun aise abhi tak log jab samajh nahi sake ke yeh ke is duniya mein hum sirf natural way ko follow karein, tab kamyabi bhi mile gi.</w:t>
      </w:r>
      <w:r>
        <w:br/>
      </w:r>
      <w:r>
        <w:rPr>
          <w:sz w:val="20"/>
        </w:rPr>
        <w:t>1:21:38  un natural way ko follow karein ge toh kamyabi bhi nahi mile gi. humein log samajhte nahi ke main heran hue itne tajrube ke baad bhi. yeh duniya jis ne banai hai, us ne ek law of nature qaim kiya yahan par.</w:t>
      </w:r>
      <w:r>
        <w:br/>
      </w:r>
      <w:r>
        <w:rPr>
          <w:sz w:val="20"/>
        </w:rPr>
        <w:t>1:21:51  toh har mamle mein main kahunga ke sirf natural way ko follow karne mein kamyabi hai.</w:t>
      </w:r>
    </w:p>
    <w:p>
      <w:pPr>
        <w:pStyle w:val="Heading2"/>
      </w:pPr>
      <w:r>
        <w:t>Maulana's sect and stance on sectarianism</w:t>
      </w:r>
    </w:p>
    <w:p>
      <w:r>
        <w:rPr>
          <w:color w:val="666666"/>
          <w:sz w:val="18"/>
        </w:rPr>
        <w:t>Society &amp; Dawah · The Age of Giving Global Thanks Dec 15. 2019—Maulana Wahiduddin Khan · 5m 10s · at 40:39 · https://youtu.be/254Pgn6Ldts?t=2439</w:t>
      </w:r>
    </w:p>
    <w:p>
      <w:r>
        <w:rPr>
          <w:i/>
        </w:rPr>
        <w:t>“Which sect does Maulana Wahiduddin Khan belong to? If he does not belong to any sect, then why does he not urge Muslims to repent from sectarianism?”</w:t>
      </w:r>
    </w:p>
    <w:p>
      <w:r>
        <w:rPr>
          <w:sz w:val="20"/>
        </w:rPr>
        <w:t>40:39  maulana, agla sawal dohra dun se javed alam sahib ne bheja hai. unhon ne likha hai: "maulana wahiduddin khan sahib kis firqe ko belong karte hain?</w:t>
      </w:r>
      <w:r>
        <w:br/>
      </w:r>
      <w:r>
        <w:rPr>
          <w:sz w:val="20"/>
        </w:rPr>
        <w:t>40:50  agar un ka taaluq kisi firqe se nahi hai to musalmanon ko firqa parasti se toba ki taakeed kyun nahi karte?" yeh ajeeb o ghareeb hai.</w:t>
      </w:r>
      <w:r>
        <w:br/>
      </w:r>
      <w:r>
        <w:rPr>
          <w:sz w:val="20"/>
        </w:rPr>
        <w:t>41:05  main manta hi nahi ke firqa parasti kahin hai. yeh to kuch logon ne islam ko badnaam karne ke liye shor macha rakha hai.</w:t>
      </w:r>
      <w:r>
        <w:br/>
      </w:r>
      <w:r>
        <w:rPr>
          <w:sz w:val="20"/>
        </w:rPr>
        <w:t>41:15  cheunti ke barabar firqa bandi jo aap kehte hain, woh cheunti ke barabar ek masla hai.</w:t>
      </w:r>
      <w:r>
        <w:br/>
      </w:r>
      <w:r>
        <w:rPr>
          <w:sz w:val="20"/>
        </w:rPr>
        <w:t>41:25  woh koi koi bada masla nahi hai. hum to hamare saathi jo hain, sari duniya mein kaam kar rahe hain.</w:t>
      </w:r>
      <w:r>
        <w:br/>
      </w:r>
      <w:r>
        <w:rPr>
          <w:sz w:val="20"/>
        </w:rPr>
        <w:t>41:35  kahin aaj tak kisi ne report nahi kiya ke yahan firqa bandi masla hai. hamari kisi saathi ne, hamare kisi saathi ne, abhi hamare kuch saathi gaye hain Kigali Africa mein.</w:t>
      </w:r>
      <w:r>
        <w:br/>
      </w:r>
      <w:r>
        <w:rPr>
          <w:sz w:val="20"/>
        </w:rPr>
        <w:t>41:53  yeh aisa nahi hua ke wahan se woh report baje ke are bhai Kigali mein to firqa bandi ka masla hai. yeh jo log jin ke apne mind mein firqa bandi hai, woh unhi ko yeh sab dikhai de deta hai.</w:t>
      </w:r>
      <w:r>
        <w:br/>
      </w:r>
      <w:r>
        <w:rPr>
          <w:sz w:val="20"/>
        </w:rPr>
        <w:t>42:08  hamare saathi to kahin bhi nahi kehte ke hamare samne firqa bandi ka masla hai. yeh hai hi nahi, yeh kahin nahi. unhi ke logon ke mind mein hai jo shor karte hain.</w:t>
      </w:r>
      <w:r>
        <w:br/>
      </w:r>
      <w:r>
        <w:rPr>
          <w:sz w:val="20"/>
        </w:rPr>
        <w:t>42:23  mein apna qissa batata hoon aap ko. apna qissa europe ke aik shehar mein mein gaya. europe ka, europe mein teen baray shehar hain.</w:t>
      </w:r>
      <w:r>
        <w:br/>
      </w:r>
      <w:r>
        <w:rPr>
          <w:sz w:val="20"/>
        </w:rPr>
        <w:t>42:40  england mein, england mein teen baray shehar hain. is mein se aik shehar mein to wahan juma ki namaz mein mein shareek hua.</w:t>
      </w:r>
      <w:r>
        <w:br/>
      </w:r>
      <w:r>
        <w:rPr>
          <w:sz w:val="20"/>
        </w:rPr>
        <w:t>42:53  to aap jantay hain ke kuch log hain hamaray sathiyon mein jo</w:t>
      </w:r>
      <w:r>
        <w:br/>
      </w:r>
      <w:r>
        <w:rPr>
          <w:sz w:val="20"/>
        </w:rPr>
        <w:t>43:05  kaam karte hain islam par. kya kehte hain is ko? kaam karte hain na?</w:t>
      </w:r>
      <w:r>
        <w:br/>
      </w:r>
      <w:r>
        <w:rPr>
          <w:sz w:val="20"/>
        </w:rPr>
        <w:t>43:18  rasool allah ka naam aata hai to khara ho jata hoon. durood o salam. durood o salam.</w:t>
      </w:r>
      <w:r>
        <w:br/>
      </w:r>
      <w:r>
        <w:rPr>
          <w:sz w:val="20"/>
        </w:rPr>
        <w:t>43:28  durood o salam. durood o salam. woh kharay hotay hain. ji to mein hanafi hoon, deobandi maslak mein raha hai.</w:t>
      </w:r>
      <w:r>
        <w:br/>
      </w:r>
      <w:r>
        <w:rPr>
          <w:sz w:val="20"/>
        </w:rPr>
        <w:t>43:37  mein khara ho gaya to meray andar difference. meray andar difference. aur woh log bohat khush hue, un ka ke hum aap ko, un ka jo bohat bara wahan par trust tha, trust is mein ho raha tha.</w:t>
      </w:r>
      <w:r>
        <w:br/>
      </w:r>
      <w:r>
        <w:rPr>
          <w:sz w:val="20"/>
        </w:rPr>
        <w:t>43:52  woh unhon ne kaha ke hum aap ko apnay trust ka sadar banatay hain. sadar. yeh sab kahani ki baatein hain.</w:t>
      </w:r>
      <w:r>
        <w:br/>
      </w:r>
      <w:r>
        <w:rPr>
          <w:sz w:val="20"/>
        </w:rPr>
        <w:t>44:03  woh jantay thay ke mein hanafi hoon, jantay thay ke mein deobandi fikr aadmi hoon. phir unhon ne kaha ke hum aap ko sadar banatay hain.</w:t>
      </w:r>
      <w:r>
        <w:br/>
      </w:r>
      <w:r>
        <w:rPr>
          <w:sz w:val="20"/>
        </w:rPr>
        <w:t>44:13  yeh sab kuch nahi, yeh sab kuch logon ke mind mein hai, haqeeqat mein kuch nahi hai.</w:t>
      </w:r>
      <w:r>
        <w:br/>
      </w:r>
      <w:r>
        <w:rPr>
          <w:sz w:val="20"/>
        </w:rPr>
        <w:t>44:22  doctor naghma siddiqui ne dilli se comment bheja hai. unhon ne likha hai: "maulana, you always universalize the message of god and islam.</w:t>
      </w:r>
      <w:r>
        <w:br/>
      </w:r>
      <w:r>
        <w:rPr>
          <w:sz w:val="20"/>
        </w:rPr>
        <w:t>44:32  to explain this, you have prepared quran translation and commentary literature and thousands of lectures. jazak allah.</w:t>
      </w:r>
      <w:r>
        <w:br/>
      </w:r>
      <w:r>
        <w:rPr>
          <w:sz w:val="20"/>
        </w:rPr>
        <w:t>44:41  you have further given all of us a global dawah mission. we have realized this and will stay on it till our last breath</w:t>
      </w:r>
      <w:r>
        <w:br/>
      </w:r>
      <w:r>
        <w:rPr>
          <w:sz w:val="20"/>
        </w:rPr>
        <w:t>44:50  . may god accept it from us." mashallah. asad pervez sahib ne boston, usa se likha hai: "maulana, the population of thailand is seventy million people.</w:t>
      </w:r>
      <w:r>
        <w:br/>
      </w:r>
      <w:r>
        <w:rPr>
          <w:sz w:val="20"/>
        </w:rPr>
        <w:t>45:04  with the efforts of the cps team and everyone involved, the quran is now available to seventy million people in their language.</w:t>
      </w:r>
      <w:r>
        <w:br/>
      </w:r>
      <w:r>
        <w:rPr>
          <w:sz w:val="20"/>
        </w:rPr>
        <w:t>45:13  they can finally read the message of god.</w:t>
      </w:r>
      <w:r>
        <w:br/>
      </w:r>
      <w:r>
        <w:rPr>
          <w:sz w:val="20"/>
        </w:rPr>
        <w:t>45:16  this is truly a moment that has made my eyes water. may allah help and guide us so we may reach the whole world." inshallah.</w:t>
      </w:r>
      <w:r>
        <w:br/>
      </w:r>
      <w:r>
        <w:rPr>
          <w:sz w:val="20"/>
        </w:rPr>
        <w:t>45:29  aamina nasreen, miss aamina nasreen ne bangalore se likha hai: "i totally agree with maulana sahib that the muslim community should take this opportunity to build a mosque and a center to spread the message of islam throughout the world."</w:t>
      </w:r>
    </w:p>
    <w:p>
      <w:pPr>
        <w:pStyle w:val="Heading2"/>
      </w:pPr>
      <w:r>
        <w:t>Maulana's view on blasphemy law</w:t>
      </w:r>
    </w:p>
    <w:p>
      <w:r>
        <w:rPr>
          <w:color w:val="666666"/>
          <w:sz w:val="18"/>
        </w:rPr>
        <w:t>Society &amp; Dawah · The Secular Contribution of Islam | April 16, 2017 · 3m 12s · at 1:01:32 · https://youtu.be/QV_HIq7KeaY?t=3692</w:t>
      </w:r>
    </w:p>
    <w:p>
      <w:r>
        <w:rPr>
          <w:i/>
        </w:rPr>
        <w:t>“What do you want to say about the law of blasphemy? I believe it is not in Islam but was made in the Abbasid period. Please explain.”</w:t>
      </w:r>
    </w:p>
    <w:p>
      <w:r>
        <w:rPr>
          <w:sz w:val="20"/>
        </w:rPr>
        <w:t>1:01:32  maulana, agla sawal pakistan se bheja hai ajmal sahab ne, unhone likha hai: maulana sahab, what do</w:t>
      </w:r>
      <w:r>
        <w:br/>
      </w:r>
      <w:r>
        <w:rPr>
          <w:sz w:val="20"/>
        </w:rPr>
        <w:t>1:01:38  You want to say about law of blasphemy? اس کے بارے میں بتائیں۔</w:t>
      </w:r>
      <w:r>
        <w:br/>
      </w:r>
      <w:r>
        <w:rPr>
          <w:sz w:val="20"/>
        </w:rPr>
        <w:t>1:01:44  law of blasphemy hai hi nahi islam mein, yeh to abbasi period mein bani bani hai. yeh yaad rakhiye, murtad ko qatl karna aur so called satab ko qatl karna, yeh hargiz hargiz islam nahi hai. hamare dono par likha hai tafseel se, yeh bana baat ko banaya gaya, na quran mein hai na hadith mein. yeh qanoon na to quran mein hai na hadith mein ke murtad ko mar dalo, nahi nahi karo quran mein, satam ko</w:t>
      </w:r>
      <w:r>
        <w:br/>
      </w:r>
      <w:r>
        <w:rPr>
          <w:sz w:val="20"/>
        </w:rPr>
        <w:t>1:02:14  maar dalo, nahi quran mein.</w:t>
      </w:r>
      <w:r>
        <w:br/>
      </w:r>
      <w:r>
        <w:rPr>
          <w:sz w:val="20"/>
        </w:rPr>
        <w:t>1:02:18  jo logon ne aise law banaye hain apne mulkon mein, woh jurm kiya hai, khud jurm kar rahe hain woh.</w:t>
      </w:r>
      <w:r>
        <w:br/>
      </w:r>
      <w:r>
        <w:rPr>
          <w:sz w:val="20"/>
        </w:rPr>
        <w:t>1:02:23  yani satam ke naam par, yeh murtad ke naam par jo qanoon banaye hain jin mulkon mein, un</w:t>
      </w:r>
      <w:r>
        <w:br/>
      </w:r>
      <w:r>
        <w:rPr>
          <w:sz w:val="20"/>
        </w:rPr>
        <w:t>1:02:27  mulkon ne khud jurm kiya hai.</w:t>
      </w:r>
      <w:r>
        <w:br/>
      </w:r>
      <w:r>
        <w:rPr>
          <w:sz w:val="20"/>
        </w:rPr>
        <w:t>1:02:31  yeh mulk khud pakde jayenge allah taala ke haan, kyunke dekhiye, chahe irtidad ka case ho ya</w:t>
      </w:r>
      <w:r>
        <w:br/>
      </w:r>
      <w:r>
        <w:rPr>
          <w:sz w:val="20"/>
        </w:rPr>
        <w:t>1:02:36  so called sato ka case ho, woh case hai difference of opinion ka case hai.</w:t>
      </w:r>
      <w:r>
        <w:br/>
      </w:r>
      <w:r>
        <w:rPr>
          <w:sz w:val="20"/>
        </w:rPr>
        <w:t>1:02:40  aap isse baat</w:t>
      </w:r>
      <w:r>
        <w:br/>
      </w:r>
      <w:r>
        <w:rPr>
          <w:sz w:val="20"/>
        </w:rPr>
        <w:t>1:02:44  kijiye, miliye isse, usko samjhaiye, kitaab pesh kijiye.</w:t>
      </w:r>
      <w:r>
        <w:br/>
      </w:r>
      <w:r>
        <w:rPr>
          <w:sz w:val="20"/>
        </w:rPr>
        <w:t>1:02:49  yeh musalman isko naam de rakha hai, yani yeh naam musalmanon ko diya hua hai.</w:t>
      </w:r>
      <w:r>
        <w:br/>
      </w:r>
      <w:r>
        <w:rPr>
          <w:sz w:val="20"/>
        </w:rPr>
        <w:t>1:02:53  irtidad aur sato yeh musalmanon ko diya hua naam hai, unke apne nazdeek toh woh difference of</w:t>
      </w:r>
      <w:r>
        <w:br/>
      </w:r>
      <w:r>
        <w:rPr>
          <w:sz w:val="20"/>
        </w:rPr>
        <w:t>1:02:57  opinion ka case hai.</w:t>
      </w:r>
      <w:r>
        <w:br/>
      </w:r>
      <w:r>
        <w:rPr>
          <w:sz w:val="20"/>
        </w:rPr>
        <w:t>1:03:01  woh unse aap pooche toh yeh nahi kahe ke hum hum apne ko irtidad kaise nahi batayenge</w:t>
      </w:r>
      <w:r>
        <w:br/>
      </w:r>
      <w:r>
        <w:rPr>
          <w:sz w:val="20"/>
        </w:rPr>
        <w:t>1:03:06  ge, woh na satam ka kaise batayenge.</w:t>
      </w:r>
      <w:r>
        <w:br/>
      </w:r>
      <w:r>
        <w:rPr>
          <w:sz w:val="20"/>
        </w:rPr>
        <w:t>1:03:10  woh yeh toh aap ne unko yeh naam de rakha hai, unke</w:t>
      </w:r>
      <w:r>
        <w:br/>
      </w:r>
      <w:r>
        <w:rPr>
          <w:sz w:val="20"/>
        </w:rPr>
        <w:t>1:03:14  apne nazdeek woh difference of opinion ka case hai. to aap un ko miliye, un ko samjhaiye, un ko kitab dijiye, un se guftagu kijiye narmi ke sath. maulana, agla ek comment lenge jis pe session ko khatam karenge. yeh comment bheja hai syed ahmad ali sahib ne new delhi se, unhon ne likha hai: maulana, its always delightful to attend your lectures. your words of wisdom if applied to our life</w:t>
      </w:r>
      <w:r>
        <w:br/>
      </w:r>
      <w:r>
        <w:rPr>
          <w:sz w:val="20"/>
        </w:rPr>
        <w:t>1:03:44  life, not just make it simple, but also beautifies our soul, which further helps to develop and strengthen the divine connection with God. may Allah grant you health. jazak Allah khair. so, we we will end the session today. we will be back next sunday same time. thank you.</w:t>
      </w:r>
    </w:p>
    <w:p>
      <w:pPr>
        <w:pStyle w:val="Heading2"/>
      </w:pPr>
      <w:r>
        <w:t>Meaning of Divine Civilization and universal Islam</w:t>
      </w:r>
    </w:p>
    <w:p>
      <w:r>
        <w:rPr>
          <w:color w:val="666666"/>
          <w:sz w:val="18"/>
        </w:rPr>
        <w:t>Society &amp; Dawah · Spiritual Light of The Believers (Itmam-E-Noor ) May 12, 2013 · 1m 36s · at 47:28 · https://youtu.be/SmjmddWA1Jo?t=2848</w:t>
      </w:r>
    </w:p>
    <w:p>
      <w:r>
        <w:rPr>
          <w:i/>
        </w:rPr>
        <w:t>“What is meant by Divine Civilization? Will the whole world become Muslim or will there be freedom for Islam?”</w:t>
      </w:r>
    </w:p>
    <w:p>
      <w:r>
        <w:rPr>
          <w:sz w:val="20"/>
        </w:rPr>
        <w:t>47:28  maulana, agla sawal bhi chennai se hai. maulana israr hasan sahib ka, unhon ne likha hai: "divine civilization se murad kya hai?</w:t>
      </w:r>
      <w:r>
        <w:br/>
      </w:r>
      <w:r>
        <w:rPr>
          <w:sz w:val="20"/>
        </w:rPr>
        <w:t>47:38  kya sari dunya musalman ho jaye gi ya islam ke liye azadi hogi?" islam ke liye azadi? sari dunya musalman ho jaye gi?</w:t>
      </w:r>
      <w:r>
        <w:br/>
      </w:r>
      <w:r>
        <w:rPr>
          <w:sz w:val="20"/>
        </w:rPr>
        <w:t>47:46  yeh allah ke scheme ke khilaf hai, kyunke sab ko azadi de rakhi hai.</w:t>
      </w:r>
      <w:r>
        <w:br/>
      </w:r>
      <w:r>
        <w:rPr>
          <w:sz w:val="20"/>
        </w:rPr>
        <w:t>47:52  to kaha: "jab tak insan ki azadi ko abalsh na kiya jaye, kaise aisa hoga ke sari dunya mein bhi islam ki hukumat qaim ho jaye?" to mumkin hi nahi hai.</w:t>
      </w:r>
      <w:r>
        <w:br/>
      </w:r>
      <w:r>
        <w:rPr>
          <w:sz w:val="20"/>
        </w:rPr>
        <w:t>48:01  yeh to musalmanon ke khud sakhta nazariyat hain. sari dunya mein musalmanon ki hukumat qaim hona aur sari dunya mein sab high collection musalman ho jaye ga, yeh sab bilkul khud sakhta nazariyat hain.</w:t>
      </w:r>
      <w:r>
        <w:br/>
      </w:r>
      <w:r>
        <w:rPr>
          <w:sz w:val="20"/>
        </w:rPr>
        <w:t>48:17  kyunke yahan to فَالْفَرْشَاءَ فَالْيُؤْمَنِ فَالْمَنْشَاءَ yeh qurb ka mahol hai. aur cheez yeh hai ke aik fard ya kuch log jo chahein islam pe amal karna, islam ki dawat dena,</w:t>
      </w:r>
      <w:r>
        <w:br/>
      </w:r>
      <w:r>
        <w:rPr>
          <w:sz w:val="20"/>
        </w:rPr>
        <w:t>48:33  islam ke aala haqaiq se apne andar maarfat paida karna waghera waghera, un ke liye poori azadi ho.</w:t>
      </w:r>
      <w:r>
        <w:br/>
      </w:r>
      <w:r>
        <w:rPr>
          <w:sz w:val="20"/>
        </w:rPr>
        <w:t>48:42  to divine, yaani is se pehle jab ke yeh daur nahi aya tha, in sab ko mawaqe nahi thay logon ko.</w:t>
      </w:r>
      <w:r>
        <w:br/>
      </w:r>
      <w:r>
        <w:rPr>
          <w:sz w:val="20"/>
        </w:rPr>
        <w:t>48:52  ab mawaqe khul gaye. to kya yeh mawaqe khulne ke mani mein hai, yeh na ke aalami hukumat qaim karne ke mani mein?</w:t>
      </w:r>
    </w:p>
    <w:p>
      <w:pPr>
        <w:pStyle w:val="Heading2"/>
      </w:pPr>
      <w:r>
        <w:t>Meaning of Izharuddin and its implications</w:t>
      </w:r>
    </w:p>
    <w:p>
      <w:r>
        <w:rPr>
          <w:color w:val="666666"/>
          <w:sz w:val="18"/>
        </w:rPr>
        <w:t>Society &amp; Dawah · The Expression of Faith (Izhar e Deen) September 1, 2013 · 2m 43s · at 1:04:28 · https://youtu.be/muBDJ8a_8-0?t=3868</w:t>
      </w:r>
    </w:p>
    <w:p>
      <w:r>
        <w:rPr>
          <w:i/>
        </w:rPr>
        <w:t>“Is it right to say 'Izharuddin means to create such a world in which freedom and opportunities are open for peaceful people in the practical sense?'”</w:t>
      </w:r>
    </w:p>
    <w:p>
      <w:r>
        <w:rPr>
          <w:sz w:val="20"/>
        </w:rPr>
        <w:t>1:04:28  maulana agla sawal dilli se hai, miss naghma siddiqui ka. unhon ne likha hai: "Is it right to say 'Izharuddin means to create such a world in which freedom and opportunities are open for peaceful people in the practical sense?'" haan, sahi hai.</w:t>
      </w:r>
      <w:r>
        <w:br/>
      </w:r>
      <w:r>
        <w:rPr>
          <w:sz w:val="20"/>
        </w:rPr>
        <w:t>1:04:48  sirf is mein hukoomat aur shahadat shamil nahin hai. woh alag cheez hai, woh alag cheez hai.</w:t>
      </w:r>
      <w:r>
        <w:br/>
      </w:r>
      <w:r>
        <w:rPr>
          <w:sz w:val="20"/>
        </w:rPr>
        <w:t>1:04:56  "In terms of ideology, sare opportunities khul jayen.</w:t>
      </w:r>
      <w:r>
        <w:br/>
      </w:r>
      <w:r>
        <w:rPr>
          <w:sz w:val="20"/>
        </w:rPr>
        <w:t>1:05:03  "In terms of ideology, sare opportunities khul jayen, wahi idara deen hai. ab woh aaj poori tarah ho chuka hai. ab jo musalman lad rahe hain idhar udhar, woh zabardasti lad rahe hain.</w:t>
      </w:r>
      <w:r>
        <w:br/>
      </w:r>
      <w:r>
        <w:rPr>
          <w:sz w:val="20"/>
        </w:rPr>
        <w:t>1:05:16  hazrat abdullah ibn umar ne is zamane mein kaha tha ke ke jo cheez khatm ho chuki hai, us ko us ko musalman phir se shuru kar den gay.</w:t>
      </w:r>
      <w:r>
        <w:br/>
      </w:r>
      <w:r>
        <w:rPr>
          <w:sz w:val="20"/>
        </w:rPr>
        <w:t>1:05:26  to Allah taala ne jang ka khatma kar diya tha, lekin khud sakhta nazariya bana bana bana kar ladaai chhod di. ab gun culture, bomb culture, aur suicide bombing karte hain, yeh sab khud sakhta hai.</w:t>
      </w:r>
      <w:r>
        <w:br/>
      </w:r>
      <w:r>
        <w:rPr>
          <w:sz w:val="20"/>
        </w:rPr>
        <w:t>1:05:38  iska islam se koi talluq nahin. aaj ki duniya poore maanon mein aman ka daur hai. poore maanon mein aman ka daur aa chuka hai. koi ladaai ki zaroorat nahin hai.</w:t>
      </w:r>
      <w:r>
        <w:br/>
      </w:r>
      <w:r>
        <w:rPr>
          <w:sz w:val="20"/>
        </w:rPr>
        <w:t>1:05:50  khoob aap marfat hasil kijiyay, khoob dawat ka kaam kijiyay, khoob aap akhirat ko</w:t>
      </w:r>
      <w:r>
        <w:br/>
      </w:r>
      <w:r>
        <w:rPr>
          <w:sz w:val="20"/>
        </w:rPr>
        <w:t>1:06:02  ko daryaft kijiyay. yani har aitbaar se apne imaan ko, apne islam ko, apni marfat ko jitna chahen, is mein aap izafa karte chale jaiyay.</w:t>
      </w:r>
      <w:r>
        <w:br/>
      </w:r>
      <w:r>
        <w:rPr>
          <w:sz w:val="20"/>
        </w:rPr>
        <w:t>1:06:13  koi rukawat nahin hai.</w:t>
      </w:r>
      <w:r>
        <w:br/>
      </w:r>
      <w:r>
        <w:rPr>
          <w:sz w:val="20"/>
        </w:rPr>
        <w:t>1:06:14  yeh jo yeh jo rukawaten hain, woh woh hamare rehnamaon ke khud sakhta nazariye ke bana par hain. khud sakhta nazariya jis ka islam se koi talluq nahin.</w:t>
      </w:r>
      <w:r>
        <w:br/>
      </w:r>
      <w:r>
        <w:rPr>
          <w:sz w:val="20"/>
        </w:rPr>
        <w:t>1:06:26  koi jang ki zaroorat nahin hai aaj. kisi gun culture ki zaroorat nahin hai. kisi suicide bombing ki zaroorat nahin hai. sare mawaqe khul chuke hain. marfat ke mawaqe bhi hain aur dawat ke mawaqe bhi hain.</w:t>
      </w:r>
      <w:r>
        <w:br/>
      </w:r>
      <w:r>
        <w:rPr>
          <w:sz w:val="20"/>
        </w:rPr>
        <w:t>1:06:38  koi rukawat nahin hai.</w:t>
      </w:r>
      <w:r>
        <w:br/>
      </w:r>
      <w:r>
        <w:rPr>
          <w:sz w:val="20"/>
        </w:rPr>
        <w:t>1:06:40  jo record ki baat karta hai, woh modern age ko nahin janta. yahi log hain jo jin ko kaha gaya: "man kana fi hathihi al-ummah fa-fi al-akhirati ummah" .</w:t>
      </w:r>
      <w:r>
        <w:br/>
      </w:r>
      <w:r>
        <w:rPr>
          <w:sz w:val="20"/>
        </w:rPr>
        <w:t>1:06:51  modern age se mukammal taur par bekhabar hain woh log jo kehte hain ke modern age jo hai, musalmanon ka dushman hai. mukammal taur par bekhabar. modern age to musalmanon ka, yani islam ka mufeed ban kar zahir hua.</w:t>
      </w:r>
      <w:r>
        <w:br/>
      </w:r>
      <w:r>
        <w:rPr>
          <w:sz w:val="20"/>
        </w:rPr>
        <w:t>1:07:03  modern age islam ka mufeed hai, helper hai, supporter hai.</w:t>
      </w:r>
    </w:p>
    <w:p>
      <w:pPr>
        <w:pStyle w:val="Heading2"/>
      </w:pPr>
      <w:r>
        <w:t>Meaning of Wisdom of Dawa and its importance</w:t>
      </w:r>
    </w:p>
    <w:p>
      <w:r>
        <w:rPr>
          <w:color w:val="666666"/>
          <w:sz w:val="18"/>
        </w:rPr>
        <w:t>Society &amp; Dawah · How to Develop Pratical Wisdom May 5, 2024 · 2m 14s · at 40:33 · https://youtu.be/QIKxtH-MyMM?t=2433</w:t>
      </w:r>
    </w:p>
    <w:p>
      <w:r>
        <w:rPr>
          <w:i/>
        </w:rPr>
        <w:t>“What is the meaning of 'Wisdom of Dawa'? And how has Maulana clarified its importance to the Ummah?”</w:t>
      </w:r>
    </w:p>
    <w:p>
      <w:r>
        <w:rPr>
          <w:sz w:val="20"/>
        </w:rPr>
        <w:t>40:33  Iqbal, Maulana Iqbal Umri ne Chennai se likha hai ke wisdom of life par bohat acha session ho raha hai. mera sawal yeh hai ke wisdom of dawah ka matlab kya hai?</w:t>
      </w:r>
      <w:r>
        <w:br/>
      </w:r>
      <w:r>
        <w:rPr>
          <w:sz w:val="20"/>
        </w:rPr>
        <w:t>40:45  Maulana ne ummat ko is ki ahmiyat kahan tak wazeh ki is ke bare mein bataein. dekhiye yeh to hamari zimmedari hai.</w:t>
      </w:r>
      <w:r>
        <w:br/>
      </w:r>
      <w:r>
        <w:rPr>
          <w:sz w:val="20"/>
        </w:rPr>
        <w:t>40:57  Rasool Allah Salallaho Alaihi Wasallam ne ashaab ko address kiya aur kaha ke mere paigham ko sari dunya mein pohncha do. to yeh to hamari zimmedari hai aur hamein pohnchana hai.</w:t>
      </w:r>
      <w:r>
        <w:br/>
      </w:r>
      <w:r>
        <w:rPr>
          <w:sz w:val="20"/>
        </w:rPr>
        <w:t>41:07  agar hum nahi pohnchate to hamari pooch hogi akhirat mein. to mujhe to yahi samajh mein aata hai. ji apa yeh ek sawal bheja hai Dr. Jyoti Malhotra ne Delhi se.</w:t>
      </w:r>
      <w:r>
        <w:br/>
      </w:r>
      <w:r>
        <w:rPr>
          <w:sz w:val="20"/>
        </w:rPr>
        <w:t>41:20  unhone likha hai is wisdom given to few or to everyone</w:t>
      </w:r>
      <w:r>
        <w:br/>
      </w:r>
      <w:r>
        <w:rPr>
          <w:sz w:val="20"/>
        </w:rPr>
        <w:t>41:25  and how is wisdom different from truth? please advise.</w:t>
      </w:r>
      <w:r>
        <w:br/>
      </w:r>
      <w:r>
        <w:rPr>
          <w:sz w:val="20"/>
        </w:rPr>
        <w:t>41:34  wisdom dekhiye jaise har cheez hai. seeker the seeker kya one who? seekth find bible mein hai shayad. ji ji to har cheez ke liye seeker banna chahiye.</w:t>
      </w:r>
      <w:r>
        <w:br/>
      </w:r>
      <w:r>
        <w:rPr>
          <w:sz w:val="20"/>
        </w:rPr>
        <w:t>41:45  jab seeker hum banenge tabhi hum mehnat bhi karenge aur tabhi hamein Khuda ki madad aayegi.</w:t>
      </w:r>
      <w:r>
        <w:br/>
      </w:r>
      <w:r>
        <w:rPr>
          <w:sz w:val="20"/>
        </w:rPr>
        <w:t>41:52  to is dunya mein hum koi bhi kaam Khuda ki madad ke baghair nahi kar sakte. to is ke liye serious hona padega, distraction ko khatam karna padega aur jo hai ke ghaur o fikr karna padega.</w:t>
      </w:r>
      <w:r>
        <w:br/>
      </w:r>
      <w:r>
        <w:rPr>
          <w:sz w:val="20"/>
        </w:rPr>
        <w:t>42:06  to study karna padega, yeh sab karna padega tabhi wisdom milegi. ji to wisdom aur kya keh rahe hain? sachai. ji kya haan?</w:t>
      </w:r>
      <w:r>
        <w:br/>
      </w:r>
      <w:r>
        <w:rPr>
          <w:sz w:val="20"/>
        </w:rPr>
        <w:t>42:15  are they different or the same? truth to alag hai, truth to alag</w:t>
      </w:r>
      <w:r>
        <w:br/>
      </w:r>
      <w:r>
        <w:rPr>
          <w:sz w:val="20"/>
        </w:rPr>
        <w:t>42:22  hai. wisdom ke zariye se hum truth ko samajhte hain. truth ko paane ke liye wisdom zaroori hai. ji hmm ji apa agla comment bheja hai Dr. Aslam Khan Sahab ne Saharanpur se.</w:t>
      </w:r>
      <w:r>
        <w:br/>
      </w:r>
      <w:r>
        <w:rPr>
          <w:sz w:val="20"/>
        </w:rPr>
        <w:t>42:34  unhone likha hai practical wisdom is the ability to make sound judgment and decisions in practical matters based on deep understanding, patience and experience</w:t>
      </w:r>
    </w:p>
    <w:p>
      <w:pPr>
        <w:pStyle w:val="Heading2"/>
      </w:pPr>
      <w:r>
        <w:t>Meaning of progress for Muslims</w:t>
      </w:r>
    </w:p>
    <w:p>
      <w:r>
        <w:rPr>
          <w:color w:val="666666"/>
          <w:sz w:val="18"/>
        </w:rPr>
        <w:t>Society &amp; Dawah · Concept of Death in Islam August 26, 2012 · 1m 59s · at 1:31:12 · https://youtu.be/y0TJxKi0L94?t=5472</w:t>
      </w:r>
    </w:p>
    <w:p>
      <w:r>
        <w:rPr>
          <w:i/>
        </w:rPr>
        <w:t>“Muslim leaders complain about the decline of the community, saying Muslims are far behind in progress. I want to know what is the meaning of progress? (Ask those who say so.)”</w:t>
      </w:r>
    </w:p>
    <w:p>
      <w:r>
        <w:rPr>
          <w:sz w:val="20"/>
        </w:rPr>
        <w:t>1:31:12  maulana, agla sawal Delhi se hai, Muhammad Tauseef Qasmi sahib ka. unhon ne likha hai: muslim rehnuma millat ki pasti ki shikayat karte hain, woh kehte hain ke musalman taraqqi ke maidan mein bohat peechay hain.</w:t>
      </w:r>
      <w:r>
        <w:br/>
      </w:r>
      <w:r>
        <w:rPr>
          <w:sz w:val="20"/>
        </w:rPr>
        <w:t>1:31:28  main yeh janna chahta hoon ke taraqqi ka matlab kya hai?</w:t>
      </w:r>
      <w:r>
        <w:br/>
      </w:r>
      <w:r>
        <w:rPr>
          <w:sz w:val="20"/>
        </w:rPr>
        <w:t>1:31:36  woh inhi se poochiye jo aisa kehte hain.</w:t>
      </w:r>
      <w:r>
        <w:br/>
      </w:r>
      <w:r>
        <w:rPr>
          <w:sz w:val="20"/>
        </w:rPr>
        <w:t>1:31:41  yeh to main to kehta nahi aisa.</w:t>
      </w:r>
      <w:r>
        <w:br/>
      </w:r>
      <w:r>
        <w:rPr>
          <w:sz w:val="20"/>
        </w:rPr>
        <w:t>1:31:46  main to kehta hoon ke musalman jo hai, soch mein peechay hain. mera jo kehna hai woh yeh hai ke musalman soch mein peechay hain. mera kehna yeh hai ke musalmanon ka case intellectual backwardness ka case hai.</w:t>
      </w:r>
      <w:r>
        <w:br/>
      </w:r>
      <w:r>
        <w:rPr>
          <w:sz w:val="20"/>
        </w:rPr>
        <w:t>1:32:02  taraqqi ke peechay yeh meri boli nahi hai. musalmanon ka case intellectual backwardness ka case hai.</w:t>
      </w:r>
      <w:r>
        <w:br/>
      </w:r>
      <w:r>
        <w:rPr>
          <w:sz w:val="20"/>
        </w:rPr>
        <w:t>1:32:12  yani fikri tanazzul. to baqi jo jo log kehte hain, inhi se poochen, woh batayenge ke kya matlab hai.</w:t>
      </w:r>
    </w:p>
    <w:p>
      <w:pPr>
        <w:pStyle w:val="Heading2"/>
      </w:pPr>
      <w:r>
        <w:t>Meaning of result oriented dawah work</w:t>
      </w:r>
    </w:p>
    <w:p>
      <w:r>
        <w:rPr>
          <w:color w:val="666666"/>
          <w:sz w:val="18"/>
        </w:rPr>
        <w:t>Society &amp; Dawah · Replanning | February 26, 2017 · 1m 23s · at 1:03:15 · https://youtu.be/E120hwMH9x8?t=3795</w:t>
      </w:r>
    </w:p>
    <w:p>
      <w:r>
        <w:rPr>
          <w:i/>
        </w:rPr>
        <w:t>“What is meant by result oriented dawah work? Please explain.”</w:t>
      </w:r>
    </w:p>
    <w:p>
      <w:r>
        <w:rPr>
          <w:sz w:val="20"/>
        </w:rPr>
        <w:t>1:03:15  to is se ziyada mehroom aur kaun hoga jis ke liye farishtay ki majlis mein baithne ka mauqa ho aur us mein na baithay agla sawal bheja hai Muhammad Irfan Rasheedi sahib ne Nagpur se unhon ne likha hai Maulana sahib what is meant by result oriented dawah work us ke baray mein bataein dekhiye result oriented ka matlab yeh nahi hai jis par aap paigham pohanch</w:t>
      </w:r>
      <w:r>
        <w:br/>
      </w:r>
      <w:r>
        <w:rPr>
          <w:sz w:val="20"/>
        </w:rPr>
        <w:t>1:03:45  aayein woh foran sun kar maan le mein samajhta hoon ke farishton ke haan likha jaye ke is</w:t>
      </w:r>
      <w:r>
        <w:br/>
      </w:r>
      <w:r>
        <w:rPr>
          <w:sz w:val="20"/>
        </w:rPr>
        <w:t>1:03:55  aadmi ne allah ka paigham pohanchaya insaan tak yeh hai result result oriented daawa work woh hai jo</w:t>
      </w:r>
      <w:r>
        <w:br/>
      </w:r>
      <w:r>
        <w:rPr>
          <w:sz w:val="20"/>
        </w:rPr>
        <w:t>1:04:05  firishton ke nazdeek reportable ho iss qabil ho ke iss ki report ki jaye allah rab ul alameen</w:t>
      </w:r>
      <w:r>
        <w:br/>
      </w:r>
      <w:r>
        <w:rPr>
          <w:sz w:val="20"/>
        </w:rPr>
        <w:t>1:04:15  tak aur wohi hai jis mein do sifatein pai jayen naskh aur amanat ani lakum rasool ameen daai</w:t>
      </w:r>
      <w:r>
        <w:br/>
      </w:r>
      <w:r>
        <w:rPr>
          <w:sz w:val="20"/>
        </w:rPr>
        <w:t>1:04:23  ki jo hai madu ke liye bohat ziyada khair khwah ho aur daai wohi baat kahe jo allah</w:t>
      </w:r>
      <w:r>
        <w:br/>
      </w:r>
      <w:r>
        <w:rPr>
          <w:sz w:val="20"/>
        </w:rPr>
        <w:t>1:04:31  rab ul alameen ki baat hai koi aur baat na milaye iss mein toh firishton ke nazdeek reportable jo</w:t>
      </w:r>
    </w:p>
    <w:p>
      <w:pPr>
        <w:pStyle w:val="Heading2"/>
      </w:pPr>
      <w:r>
        <w:t>Media perceptions and Muslim extremes</w:t>
      </w:r>
    </w:p>
    <w:p>
      <w:r>
        <w:rPr>
          <w:color w:val="666666"/>
          <w:sz w:val="18"/>
        </w:rPr>
        <w:t>Society &amp; Dawah · The Crises Management September 18, 2011 · 3m 19s · at 1:17:32 · https://youtu.be/s3cYFtQZwzw?t=4652</w:t>
      </w:r>
    </w:p>
    <w:p>
      <w:r>
        <w:rPr>
          <w:i/>
        </w:rPr>
        <w:t>“A lot of perceptions about crisis is formed by the media and the perception of media is more often manipulated. Therefore many times Muslims go in extremes either by complete approval of media perception or its complete denial. What is the solution to this?”</w:t>
      </w:r>
    </w:p>
    <w:p>
      <w:r>
        <w:rPr>
          <w:sz w:val="20"/>
        </w:rPr>
        <w:t>1:17:32  logon ki mizaj badle to phir achi baat hai is mein rai ki baat to hai nahi mister shantanu ne dilli se yeh sawal likha hai unhon ne likha hai ke a lot of perceptions about crises is formed by the media and the perception of media is more than often manipulated</w:t>
      </w:r>
      <w:r>
        <w:br/>
      </w:r>
      <w:r>
        <w:rPr>
          <w:sz w:val="20"/>
        </w:rPr>
        <w:t>1:17:54  deir for mini times muslims go on extremes either by complete approval of media perception or its complete denial what is the solution to this solution yeh hai ke aap musalmanon ko blame dijiye abhi bhi aap media ko blame de rahe hain yeh to ghalati hai ke har har baat ko daalte hain kai police ke upar kai media ke upar kai falan ke upar phir musalman pe kyun nahi daalte aap</w:t>
      </w:r>
      <w:r>
        <w:br/>
      </w:r>
      <w:r>
        <w:rPr>
          <w:sz w:val="20"/>
        </w:rPr>
        <w:t>1:18:23  yeh kaun sa sochne ka tareeqa hai yeh bohat hi ghair scientific ghair quranic illogical tareeqa hai is</w:t>
      </w:r>
      <w:r>
        <w:br/>
      </w:r>
      <w:r>
        <w:rPr>
          <w:sz w:val="20"/>
        </w:rPr>
        <w:t>1:18:33  se kuch nahi hone wala hai yani musalman ghalati karte hain aur dalte hain media ke upar aap</w:t>
      </w:r>
      <w:r>
        <w:br/>
      </w:r>
      <w:r>
        <w:rPr>
          <w:sz w:val="20"/>
        </w:rPr>
        <w:t>1:18:39  yani musalman apni aql ke liye istemal karte hain apni aql kyun nahi istemal kar sakte yeh</w:t>
      </w:r>
      <w:r>
        <w:br/>
      </w:r>
      <w:r>
        <w:rPr>
          <w:sz w:val="20"/>
        </w:rPr>
        <w:t>1:18:46  musalmanon ko allah ne to aql nahi di hai aql ko istemal karen media mein kya chupta hai</w:t>
      </w:r>
      <w:r>
        <w:br/>
      </w:r>
      <w:r>
        <w:rPr>
          <w:sz w:val="20"/>
        </w:rPr>
        <w:t>1:18:51  isko chhodie aap apni aql se sochiye</w:t>
      </w:r>
      <w:r>
        <w:br/>
      </w:r>
      <w:r>
        <w:rPr>
          <w:sz w:val="20"/>
        </w:rPr>
        <w:t>1:18:54  quran se sochiye quran se quran mein saaf saaf yeh hai ke jaisa tum karoge waisa tum ko milega yeh excuse nahi hai is se zyada excuse ke media ko blame den aur musalmanon ko aap bacha len yeh koi excuse nahi hai Maulana in ka jo sawal hai woh is tarah pooch rahe hain ke kai baar yeh jo perception hai yeh media start kar deti hai karne de</w:t>
      </w:r>
      <w:r>
        <w:br/>
      </w:r>
      <w:r>
        <w:rPr>
          <w:sz w:val="20"/>
        </w:rPr>
        <w:t>1:19:19  jiye is ko haan karne dijiye woh kuch bhi karen woh bhi industry hai woh ek industry hai apne hisab se karegi woh aap is ko excuse kyun banate hain humm hum to nahi hum bhi media hum pe asar nahi lete media ka apni aqal istemal karte hain</w:t>
      </w:r>
      <w:r>
        <w:br/>
      </w:r>
      <w:r>
        <w:rPr>
          <w:sz w:val="20"/>
        </w:rPr>
        <w:t>1:19:38  media to karega bhai woh to industry hai ji</w:t>
      </w:r>
      <w:r>
        <w:br/>
      </w:r>
      <w:r>
        <w:rPr>
          <w:sz w:val="20"/>
        </w:rPr>
        <w:t>1:19:44  Mr Muhammad Shamik Khan ne Delhi se sawal kiya hai</w:t>
      </w:r>
      <w:r>
        <w:br/>
      </w:r>
      <w:r>
        <w:rPr>
          <w:sz w:val="20"/>
        </w:rPr>
        <w:t>1:19:49  unhon ne likha hai today muslims are looked upon as terrorists in this context how can we apply the concept of crisis management mushkil koi terrorist kehta hai aap aap ghor kijiye mushkil sadhu log jante hain to koi nahi kehta main ek terrorist hoon jo tashaddud tashaddud karta hai us ko kehte hain to tashaddud chhod dijiye</w:t>
      </w:r>
      <w:r>
        <w:br/>
      </w:r>
      <w:r>
        <w:rPr>
          <w:sz w:val="20"/>
        </w:rPr>
        <w:t>1:20:18  jo log society bombing karte hain un ko aap condemn nahi karte yani saare ulma chup hain kyun chup hain bhai aaye din society bombing ki misalen aati hain chup kahin woh ulma</w:t>
      </w:r>
      <w:r>
        <w:br/>
      </w:r>
      <w:r>
        <w:rPr>
          <w:sz w:val="20"/>
        </w:rPr>
        <w:t>1:20:31  to woh log jo tashaddud karte hain ya woh log jo tashaddud ko advocacy karte hain woh log jo tashaddud ko justify karte hain un ko kaha jata hai mushkil koi nahi kehta kyunke main is condemn karta hoon</w:t>
      </w:r>
    </w:p>
    <w:p>
      <w:pPr>
        <w:pStyle w:val="Heading2"/>
      </w:pPr>
      <w:r>
        <w:t>Message for da'iz in Arab countries</w:t>
      </w:r>
    </w:p>
    <w:p>
      <w:r>
        <w:rPr>
          <w:color w:val="666666"/>
          <w:sz w:val="18"/>
        </w:rPr>
        <w:t>Society &amp; Dawah · Realistic Approach March 30, 2014 Maulana Wahiduddin Khan · 2m 41s · at 1:00:04 · https://youtu.be/K36UonBsGlA?t=3604</w:t>
      </w:r>
    </w:p>
    <w:p>
      <w:r>
        <w:rPr>
          <w:i/>
        </w:rPr>
        <w:t>“Mashallah, very comprehensive talk on realistic living. I request Maulana sahib to give a message for da'iz living in Arab countries.”</w:t>
      </w:r>
    </w:p>
    <w:p>
      <w:r>
        <w:rPr>
          <w:sz w:val="20"/>
        </w:rPr>
        <w:t>1:00:04  maulana, agla sawal damam se hai. mis ummat ul muiz ne kiya hai. unhon ne likha hai: "mashallah, very comprehensive talk on realistic living.</w:t>
      </w:r>
      <w:r>
        <w:br/>
      </w:r>
      <w:r>
        <w:rPr>
          <w:sz w:val="20"/>
        </w:rPr>
        <w:t>1:00:17  i request maulana sahib to give a message for daiz living in arab countries."</w:t>
      </w:r>
      <w:r>
        <w:br/>
      </w:r>
      <w:r>
        <w:rPr>
          <w:sz w:val="20"/>
        </w:rPr>
        <w:t>1:00:29  dekhiye, arab countries mein ek bohat bari opportunity hai jis ko musalman avail nahi kar rahe. woh kya hai? arab countries mein tail ki dolat hai.</w:t>
      </w:r>
      <w:r>
        <w:br/>
      </w:r>
      <w:r>
        <w:rPr>
          <w:sz w:val="20"/>
        </w:rPr>
        <w:t>1:00:41  wahan rozgar milta hai logon ko. to bohat ziyada log aa rahe hain bahir se. bohat ziyada. yaani ghair muslim bohat ziyada aa rahe hain.</w:t>
      </w:r>
      <w:r>
        <w:br/>
      </w:r>
      <w:r>
        <w:rPr>
          <w:sz w:val="20"/>
        </w:rPr>
        <w:t>1:00:53  aur tourist, yaani wahan par job karne wale, business karne wale aur tourist rozana billion billion aate jate hain.</w:t>
      </w:r>
      <w:r>
        <w:br/>
      </w:r>
      <w:r>
        <w:rPr>
          <w:sz w:val="20"/>
        </w:rPr>
        <w:t>1:01:03  in mein aap literature distribute kijiye. dawah literature un ke darmiyan distribute kijiye. is se zyada aasan kaam konsa hai?</w:t>
      </w:r>
      <w:r>
        <w:br/>
      </w:r>
      <w:r>
        <w:rPr>
          <w:sz w:val="20"/>
        </w:rPr>
        <w:t>1:01:12  sab se aasan kaam yeh hai ke aap printed book aap ke paas ho. aap ki pocket mein, aap ke bag mein. aur jahan aap dekhen kisi ko, us ko dijiye us ko.</w:t>
      </w:r>
      <w:r>
        <w:br/>
      </w:r>
      <w:r>
        <w:rPr>
          <w:sz w:val="20"/>
        </w:rPr>
        <w:t>1:01:24  har jagah aap ko milenge aise log jo aap ke liye madu hain. asal cheez yeh hai ke madu ka concept khatm ho gaya musalmanon se. warna arab dunya mein to bohat mawaqe hain, bohat mawaqe hain, bohat mawaqe hain.</w:t>
      </w:r>
      <w:r>
        <w:br/>
      </w:r>
      <w:r>
        <w:rPr>
          <w:sz w:val="20"/>
        </w:rPr>
        <w:t>1:01:39  misalan dekhiye, egypt hai. egypt mein bohat hi zyada tourism tha. kyon ke wahan bohat hi yaani ancient civilization hoti thi wahan par.</w:t>
      </w:r>
      <w:r>
        <w:br/>
      </w:r>
      <w:r>
        <w:rPr>
          <w:sz w:val="20"/>
        </w:rPr>
        <w:t>1:01:51  aur bohat hi qadeem tareen wahan par monument hain. bohat aate the. khwamkhwah military chala diya wahan par. ladai bhadai chhod diya. agar yeh musalman ladai bhadai na chhodte to wahan to yaani woh yeh surkh koton ko hasil karne ka mauqa tha.</w:t>
      </w:r>
      <w:r>
        <w:br/>
      </w:r>
      <w:r>
        <w:rPr>
          <w:sz w:val="20"/>
        </w:rPr>
        <w:t>1:02:07  yeh saare log jo aate hain bator tourist ke ya bator yaani business ke, un ke darmiyan aap islam phailaiye. aur sab se aasan yeh hai ke printed books apne paas rakhen, un ko dete rahiye, dete rahiye, dete rahiye.</w:t>
      </w:r>
      <w:r>
        <w:br/>
      </w:r>
      <w:r>
        <w:rPr>
          <w:sz w:val="20"/>
        </w:rPr>
        <w:t>1:02:22  un ki zaban mein, har ek ki zaban mein tayyar kijiye kitaben. asal mein asal cheez yeh hai ke logon ko lagta hai dawah ka incentive nahi hai.</w:t>
      </w:r>
      <w:r>
        <w:br/>
      </w:r>
      <w:r>
        <w:rPr>
          <w:sz w:val="20"/>
        </w:rPr>
        <w:t>1:02:31  dawah ka jazba nahi hai. yaani spirit of dawah lack kar rahi hai. na ke aap ne chhod diya aap dawah.</w:t>
      </w:r>
      <w:r>
        <w:br/>
      </w:r>
      <w:r>
        <w:rPr>
          <w:sz w:val="20"/>
        </w:rPr>
        <w:t>1:02:42  yeh hai masla.</w:t>
      </w:r>
    </w:p>
    <w:p>
      <w:pPr>
        <w:pStyle w:val="Heading2"/>
      </w:pPr>
      <w:r>
        <w:t>Message for diaspora in Arab countries</w:t>
      </w:r>
    </w:p>
    <w:p>
      <w:r>
        <w:rPr>
          <w:color w:val="666666"/>
          <w:sz w:val="18"/>
        </w:rPr>
        <w:t>Society &amp; Dawah · 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Message for family during communal tensions</w:t>
      </w:r>
    </w:p>
    <w:p>
      <w:r>
        <w:rPr>
          <w:color w:val="666666"/>
          <w:sz w:val="18"/>
        </w:rPr>
        <w:t>Society &amp; Dawah · 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Message to Muslims in diaspora</w:t>
      </w:r>
    </w:p>
    <w:p>
      <w:r>
        <w:rPr>
          <w:color w:val="666666"/>
          <w:sz w:val="18"/>
        </w:rPr>
        <w:t>Society &amp; Dawah · Divine Plan | March 12, 2017 · 1m 22s · at 1:11:34 · https://youtu.be/dqB4muqGG4I?t=4294</w:t>
      </w:r>
    </w:p>
    <w:p>
      <w:r>
        <w:rPr>
          <w:i/>
        </w:rPr>
        <w:t>“There are millions of Muslims in diaspora. What is your message to all of them, particularly in the backdrop of increasing hate crime and feeling of suspicion against Muslims?”</w:t>
      </w:r>
    </w:p>
    <w:p>
      <w:r>
        <w:rPr>
          <w:sz w:val="20"/>
        </w:rPr>
        <w:t>1:11:34  aisa nahi ke woh sach much bol rahe the woh Maulana agla sawal bheja hai Javed Hussain sahib ne Ahmed</w:t>
      </w:r>
      <w:r>
        <w:br/>
      </w:r>
      <w:r>
        <w:rPr>
          <w:sz w:val="20"/>
        </w:rPr>
        <w:t>1:11:42  abad se unhon ne likha hai Maulana sahib there are millions of Muslims in diaspora what is your</w:t>
      </w:r>
      <w:r>
        <w:br/>
      </w:r>
      <w:r>
        <w:rPr>
          <w:sz w:val="20"/>
        </w:rPr>
        <w:t>1:11:50  message to all of them particularly in the backdrop of increasing hate crime aur feeling of suspicion against</w:t>
      </w:r>
      <w:r>
        <w:br/>
      </w:r>
      <w:r>
        <w:rPr>
          <w:sz w:val="20"/>
        </w:rPr>
        <w:t>1:11:57  Islam and Muslims how can Muslims in diaspora change the attitude of non-Muslims towards them and Islam please</w:t>
      </w:r>
      <w:r>
        <w:br/>
      </w:r>
      <w:r>
        <w:rPr>
          <w:sz w:val="20"/>
        </w:rPr>
        <w:t>1:12:05  give us your guidance dekhiye main hate crime pe lafz se</w:t>
      </w:r>
      <w:r>
        <w:br/>
      </w:r>
      <w:r>
        <w:rPr>
          <w:sz w:val="20"/>
        </w:rPr>
        <w:t>1:12:12  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r>
        <w:br/>
      </w:r>
      <w:r>
        <w:rPr>
          <w:sz w:val="20"/>
        </w:rPr>
        <w:t>1:12:42  door kijiye apne aap mein khatam ho jayega woh hate crime ka matlab yeh hai ke aap</w:t>
      </w:r>
      <w:r>
        <w:br/>
      </w:r>
      <w:r>
        <w:rPr>
          <w:sz w:val="20"/>
        </w:rPr>
        <w:t>1:12:50  blame de rahe hain doosre ko jise main is ko reaction kehta hoon woh to retaliate shuru karta</w:t>
      </w:r>
    </w:p>
    <w:p>
      <w:pPr>
        <w:pStyle w:val="Heading2"/>
      </w:pPr>
      <w:r>
        <w:t>Message to family during communal riots</w:t>
      </w:r>
    </w:p>
    <w:p>
      <w:r>
        <w:rPr>
          <w:color w:val="666666"/>
          <w:sz w:val="18"/>
        </w:rPr>
        <w:t>Society &amp; Dawah · From The Spiritual Tree September 8, 2013 · 3m 15s · at 48:42 · https://youtu.be/Vv6vf2N8YQA?t=2922</w:t>
      </w:r>
    </w:p>
    <w:p>
      <w:r>
        <w:rPr>
          <w:i/>
        </w:rPr>
        <w:t>“In Muzaffarnagar, there is communal rioting which people call political interference. What message should I give to my family and people in such conditions?”</w:t>
      </w:r>
    </w:p>
    <w:p>
      <w:r>
        <w:rPr>
          <w:sz w:val="20"/>
        </w:rPr>
        <w:t>48:42  maulana yeh agla sawal aaya hai Anas ka Muzaffarnagar se. yeh kehte hain Muzaffarnagar mein jo Communal Right ho raha hai us ko log Political Interference keh rahe hain.</w:t>
      </w:r>
      <w:r>
        <w:br/>
      </w:r>
      <w:r>
        <w:rPr>
          <w:sz w:val="20"/>
        </w:rPr>
        <w:t>48:59  aise halaat mein mein apni Family aur apne logon ko kya Message pohanchaoon? dekhen yeh to ek zuban hai ke bas Political logon par Blame dena.</w:t>
      </w:r>
      <w:r>
        <w:br/>
      </w:r>
      <w:r>
        <w:rPr>
          <w:sz w:val="20"/>
        </w:rPr>
        <w:t>49:14  is tarah kabhi bhi masla khatam nahi hoga. hamare Endium mein hamesha mein koi bhi baat ho dekho bhai is ko Polarize kar rahe hain. yeh bohat aasan formula hai doosre ke upar daalne ka.</w:t>
      </w:r>
      <w:r>
        <w:br/>
      </w:r>
      <w:r>
        <w:rPr>
          <w:sz w:val="20"/>
        </w:rPr>
        <w:t>49:27  Politicians par daalne ka.</w:t>
      </w:r>
      <w:r>
        <w:br/>
      </w:r>
      <w:r>
        <w:rPr>
          <w:sz w:val="20"/>
        </w:rPr>
        <w:t>49:29  koi koi baat ho yeh is ko dekho Polarize kiya ja raha hai. is ke peeche Political logon ka hath hai. kuch nahi yeh sab bas socheye aap.</w:t>
      </w:r>
      <w:r>
        <w:br/>
      </w:r>
      <w:r>
        <w:rPr>
          <w:sz w:val="20"/>
        </w:rPr>
        <w:t>49:39  aap aap sirf yeh ek kaam kijiye ke baghi kaun hai, shuru karne wala kaun hai, is ko pata kijiye aur is ko ja kar Condemn kijiye.</w:t>
      </w:r>
      <w:r>
        <w:br/>
      </w:r>
      <w:r>
        <w:rPr>
          <w:sz w:val="20"/>
        </w:rPr>
        <w:t>49:51  bas aur koi doosra kaam nahi. agar aap ki Community ka aadmi hai to apni ghalti ko maniye.</w:t>
      </w:r>
      <w:r>
        <w:br/>
      </w:r>
      <w:r>
        <w:rPr>
          <w:sz w:val="20"/>
        </w:rPr>
        <w:t>49:59  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r>
        <w:br/>
      </w:r>
      <w:r>
        <w:rPr>
          <w:sz w:val="20"/>
        </w:rPr>
        <w:t>50:21  aap ko sirf yeh ek kaam karna hai ke Who is the Beginner?</w:t>
      </w:r>
      <w:r>
        <w:br/>
      </w:r>
      <w:r>
        <w:rPr>
          <w:sz w:val="20"/>
        </w:rPr>
        <w:t>50:28  yeh is ka pata karen. kis ne shuru kiya hai? islah wahan hai. is is jis ne shuru kiya hai is ko pakriye, is ko samjhaiye.</w:t>
      </w:r>
      <w:r>
        <w:br/>
      </w:r>
      <w:r>
        <w:rPr>
          <w:sz w:val="20"/>
        </w:rPr>
        <w:t>50:40  is ki</w:t>
      </w:r>
      <w:r>
        <w:br/>
      </w:r>
      <w:r>
        <w:rPr>
          <w:sz w:val="20"/>
        </w:rPr>
        <w:t>50:44  is ki taadeeb kijiye agar zaroorat hai to.</w:t>
      </w:r>
      <w:r>
        <w:br/>
      </w:r>
      <w:r>
        <w:rPr>
          <w:sz w:val="20"/>
        </w:rPr>
        <w:t>50:48  baqi yeh hai ke yani apni Company ke aadmi ki ki Side aap lenge, doosri aadmi is ki Side lega aur phir jhagda khatam nahi hoga.</w:t>
      </w:r>
      <w:r>
        <w:br/>
      </w:r>
      <w:r>
        <w:rPr>
          <w:sz w:val="20"/>
        </w:rPr>
        <w:t>51:04  to behraal mein Quran o Hadees se jo samjha hoon woh yahi hai ke aisi halat mein Beginner ko talash karna chahiye.</w:t>
      </w:r>
      <w:r>
        <w:br/>
      </w:r>
      <w:r>
        <w:rPr>
          <w:sz w:val="20"/>
        </w:rPr>
        <w:t>51:14  aur is ko samjhana chahiye. aur aindah logon ko batana chahiye ke ke apne aap ko aisi karrawai se bachao jis se Reaction ho aur fasad ki soorat paida ho jaye.</w:t>
      </w:r>
      <w:r>
        <w:br/>
      </w:r>
      <w:r>
        <w:rPr>
          <w:sz w:val="20"/>
        </w:rPr>
        <w:t>51:31  aur koi hal nahi hai.</w:t>
      </w:r>
      <w:r>
        <w:br/>
      </w:r>
      <w:r>
        <w:rPr>
          <w:sz w:val="20"/>
        </w:rPr>
        <w:t>51:35  Maulana yeh Comment aaya hai Doctor Safina ka Ajmer se. yeh kehti hain ke Maulana Thanks a lot for making us aware of the goal of our life.</w:t>
      </w:r>
      <w:r>
        <w:br/>
      </w:r>
      <w:r>
        <w:rPr>
          <w:sz w:val="20"/>
        </w:rPr>
        <w:t>51:46  Otherwise we also would have been running for the material goal. Thanks for making us discover the creation plan of God.</w:t>
      </w:r>
    </w:p>
    <w:p>
      <w:pPr>
        <w:pStyle w:val="Heading2"/>
      </w:pPr>
      <w:r>
        <w:t>Method to create incentive in people</w:t>
      </w:r>
    </w:p>
    <w:p>
      <w:r>
        <w:rPr>
          <w:color w:val="666666"/>
          <w:sz w:val="18"/>
        </w:rPr>
        <w:t>Society &amp; Dawah · Revival of Abrahamic Mission October 28, 2012 · 38s · at 1:11:37 · https://youtu.be/9mV72V5gsqM?t=4297</w:t>
      </w:r>
    </w:p>
    <w:p>
      <w:r>
        <w:rPr>
          <w:i/>
        </w:rPr>
        <w:t>“What is the method to create incentive among people, as you suggest?”</w:t>
      </w:r>
    </w:p>
    <w:p>
      <w:r>
        <w:rPr>
          <w:sz w:val="20"/>
        </w:rPr>
        <w:t>1:11:37  maulana, agla sawal dilli se hai shah imran hasan sahib ka. unhon ne likha hai: "logon ke andar jis incentive ke paida karne ke liye aap kehte hain, is ka tareeqa kya hai?"</w:t>
      </w:r>
      <w:r>
        <w:br/>
      </w:r>
      <w:r>
        <w:rPr>
          <w:sz w:val="20"/>
        </w:rPr>
        <w:t>1:11:52  logon ko kitabein parhwaiye aur yeh jo hamare lecture hote hain, jo sainkaron ki tadad mein maujood hain, un ko sunwaiye.</w:t>
      </w:r>
      <w:r>
        <w:br/>
      </w:r>
      <w:r>
        <w:rPr>
          <w:sz w:val="20"/>
        </w:rPr>
        <w:t>1:12:04  yahi sab kijiye. main to samajhta hoon ke yahi tareeqa hai aur koi tareeqa to mujhe maloom nahi.</w:t>
      </w:r>
    </w:p>
    <w:p>
      <w:pPr>
        <w:pStyle w:val="Heading2"/>
      </w:pPr>
      <w:r>
        <w:t>Method to create incentive in people</w:t>
      </w:r>
    </w:p>
    <w:p>
      <w:r>
        <w:rPr>
          <w:color w:val="666666"/>
          <w:sz w:val="18"/>
        </w:rPr>
        <w:t>Society &amp; Dawah · The Revival of Ibrahimi Mission-28th October 2012 · 35s · at 1:13:56 · https://youtu.be/kniEYfMCz9w?t=4436</w:t>
      </w:r>
    </w:p>
    <w:p>
      <w:r>
        <w:rPr>
          <w:i/>
        </w:rPr>
        <w:t>“What is the method to create the incentive in people that you speak of?”</w:t>
      </w:r>
    </w:p>
    <w:p>
      <w:r>
        <w:rPr>
          <w:sz w:val="20"/>
        </w:rPr>
        <w:t>1:13:56  maulana, agla sawal dilli se hai shah imran hasan sahab ka.</w:t>
      </w:r>
      <w:r>
        <w:br/>
      </w:r>
      <w:r>
        <w:rPr>
          <w:sz w:val="20"/>
        </w:rPr>
        <w:t>1:14:02  unhon ne likha hai: "logon ke andar jis insentive ke paida karne ke liye aap kehte hain, is</w:t>
      </w:r>
      <w:r>
        <w:br/>
      </w:r>
      <w:r>
        <w:rPr>
          <w:sz w:val="20"/>
        </w:rPr>
        <w:t>1:14:07  ka tareeqa kya hai?" logon ko kitabein parhwaiye aur yeh jo hamare lecture hote hain, jo sainkaron ki</w:t>
      </w:r>
      <w:r>
        <w:br/>
      </w:r>
      <w:r>
        <w:rPr>
          <w:sz w:val="20"/>
        </w:rPr>
        <w:t>1:14:13  tadad mein maujood hain, un ko sunwaiye.</w:t>
      </w:r>
      <w:r>
        <w:br/>
      </w:r>
      <w:r>
        <w:rPr>
          <w:sz w:val="20"/>
        </w:rPr>
        <w:t>1:14:19  yahi sab kijiye.</w:t>
      </w:r>
      <w:r>
        <w:br/>
      </w:r>
      <w:r>
        <w:rPr>
          <w:sz w:val="20"/>
        </w:rPr>
        <w:t>1:14:25  mein to samajhta hoon ke yahi tareeqa hai aur koi tareeqa to mujhe maloom nahi hai.</w:t>
      </w:r>
    </w:p>
    <w:p>
      <w:pPr>
        <w:pStyle w:val="Heading2"/>
      </w:pPr>
      <w:r>
        <w:t>Minimum Islam to explain to simple people</w:t>
      </w:r>
    </w:p>
    <w:p>
      <w:r>
        <w:rPr>
          <w:color w:val="666666"/>
          <w:sz w:val="18"/>
        </w:rPr>
        <w:t>Society &amp; Dawah · Dars-e-Quran, Ch. 12, V. 105 ; Ch. 10 V. 61 (Study of Nature) | July 15, 2018 · 1m 18s · at 1:01:22 · https://youtu.be/5d-qNvpMg4k?t=3682</w:t>
      </w:r>
    </w:p>
    <w:p>
      <w:r>
        <w:rPr>
          <w:i/>
        </w:rPr>
        <w:t>“In life we also come across simple people who are not very educated. What do you think is the minimum Islam that we can explain to such people? What is your guidance in this?”</w:t>
      </w:r>
    </w:p>
    <w:p>
      <w:r>
        <w:rPr>
          <w:sz w:val="20"/>
        </w:rPr>
        <w:t>1:01:22  kaise inkar karega is ka? Maulana agla sawal bheja hai Tariq Badr sahab ne Pakistan se.</w:t>
      </w:r>
      <w:r>
        <w:br/>
      </w:r>
      <w:r>
        <w:rPr>
          <w:sz w:val="20"/>
        </w:rPr>
        <w:t>1:01:28  انہوں نے لکھا ہے، "مولانا صاحب، in life we also</w:t>
      </w:r>
      <w:r>
        <w:br/>
      </w:r>
      <w:r>
        <w:rPr>
          <w:sz w:val="20"/>
        </w:rPr>
        <w:t>1:01:34  come across simple people who are not very educated. maulana sahib, what do you think is the minimum islam that we can explain to such people? what is your guidance in this?" bhai aap un ki sadah andaaz mein bataiye un ko baatain. sadah andaaz mein quran ka tarjuma dijiye. sadah andaaz mein bataiye. misaal ke taur par dekh</w:t>
      </w:r>
      <w:r>
        <w:br/>
      </w:r>
      <w:r>
        <w:rPr>
          <w:sz w:val="20"/>
        </w:rPr>
        <w:t>1:02:04  en, jumaat ul ma'a ki kitab hai, woh haan deeni taleem ka risala. maulana mehdi ki ek kitab bohat achi kitab hai, risala deediyat. sadah samajhne ke liye to is ko is ko istemal kijiye. aur jo parha likha aadmi ho, us ko ilmi andaaz mein bataiye. to kisi sahabi ne kaha hai ke. kalim</w:t>
      </w:r>
      <w:r>
        <w:br/>
      </w:r>
      <w:r>
        <w:rPr>
          <w:sz w:val="20"/>
        </w:rPr>
        <w:t>1:02:34  al-nas 'ala qadr 'uqule.</w:t>
      </w:r>
    </w:p>
    <w:p>
      <w:pPr>
        <w:pStyle w:val="Heading2"/>
      </w:pPr>
      <w:r>
        <w:t>Minority role and thinking in India</w:t>
      </w:r>
    </w:p>
    <w:p>
      <w:r>
        <w:rPr>
          <w:color w:val="666666"/>
          <w:sz w:val="18"/>
        </w:rPr>
        <w:t>Society &amp; Dawah · Communal Harmony October 16, 2022 · 12m 25s · at 37:17 · https://youtu.be/Ob4BVozf3KY?t=2237</w:t>
      </w:r>
    </w:p>
    <w:p>
      <w:r>
        <w:rPr>
          <w:i/>
        </w:rPr>
        <w:t>“We live in minority in India, so what can we do? Please advise what should be our thinking.”</w:t>
      </w:r>
    </w:p>
    <w:p>
      <w:r>
        <w:rPr>
          <w:sz w:val="20"/>
        </w:rPr>
        <w:t>37:17  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r>
        <w:br/>
      </w:r>
      <w:r>
        <w:rPr>
          <w:sz w:val="20"/>
        </w:rPr>
        <w:t>37:39  qaim rakhein." jazak Allah, apa. ab agla sawal jo hai, woh ek tareeqe se related hai is comment se. yeh Rafiq sahib ne bheja hai Kanpur se, unho'n ne likha hai: "apa, we live in minority in India, so what can we do?</w:t>
      </w:r>
      <w:r>
        <w:br/>
      </w:r>
      <w:r>
        <w:rPr>
          <w:sz w:val="20"/>
        </w:rPr>
        <w:t>37:53  please advise on what should be our thinking." to is ke bare mein apa bataein. yeh Maulana ne likha tha ke minority majority kuch bhi nahi hai.</w:t>
      </w:r>
      <w:r>
        <w:br/>
      </w:r>
      <w:r>
        <w:rPr>
          <w:sz w:val="20"/>
        </w:rPr>
        <w:t>38:06  yeh to meri ek dost theen, hain Rozala Jang, to unho'n ne kaha ke jo minority institute banaya gaya hai, us mein hum to aur zyada advantageous position mein hain.</w:t>
      </w:r>
      <w:r>
        <w:br/>
      </w:r>
      <w:r>
        <w:rPr>
          <w:sz w:val="20"/>
        </w:rPr>
        <w:t>38:20  minority se hamari kisi baat mein hamari koi kami nahi aayi hai, balkeh humein hamare institution ko safeguard karna, us ko mazeed fund dena, aur hamari aur zyada izzat hoti hai minor</w:t>
      </w:r>
      <w:r>
        <w:br/>
      </w:r>
      <w:r>
        <w:rPr>
          <w:sz w:val="20"/>
        </w:rPr>
        <w:t>38:33  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r>
        <w:br/>
      </w:r>
      <w:r>
        <w:rPr>
          <w:sz w:val="20"/>
        </w:rPr>
        <w:t>38:54  apne school kholenge to woh sirf Muslim Muslim logo'n ke liye kholenge. to</w:t>
      </w:r>
      <w:r>
        <w:br/>
      </w:r>
      <w:r>
        <w:rPr>
          <w:sz w:val="20"/>
        </w:rPr>
        <w:t>39:00  yeh mil jul kar khaas taur par school level par saath jab hota hai na, mukhtalif firqe ke logo'n ko, to woh bohat hi gehri bonding ho jati hai.</w:t>
      </w:r>
      <w:r>
        <w:br/>
      </w:r>
      <w:r>
        <w:rPr>
          <w:sz w:val="20"/>
        </w:rPr>
        <w:t>39:10  to minority hona kuch problem nahi hai. minority ke to ke liye to kabhi bhi koi masla nahi hua. ab bare se achhe se achhe schoolo'n mein hamare bachcho'n ke dakhle hote hain, to job milta hai, business hum kar sakte hain, bohat achhe achhe halaat mein Musalman hain.</w:t>
      </w:r>
      <w:r>
        <w:br/>
      </w:r>
      <w:r>
        <w:rPr>
          <w:sz w:val="20"/>
        </w:rPr>
        <w:t>39:28  bas agar koi apni nadani se koi harkat karega, kyunke hamare haan bohat se jahalat bhi bohat hai, to jo jahil hain, be rozgar hain, wohi ladai karte hain.</w:t>
      </w:r>
      <w:r>
        <w:br/>
      </w:r>
      <w:r>
        <w:rPr>
          <w:sz w:val="20"/>
        </w:rPr>
        <w:t>39:41  jab koi jaloos nikal raha hai, khaas taur par to jaloos ke mauqe par un ko rastay se hat jana chahiye, woh masla khud khatm ho jayega.</w:t>
      </w:r>
      <w:r>
        <w:br/>
      </w:r>
      <w:r>
        <w:rPr>
          <w:sz w:val="20"/>
        </w:rPr>
        <w:t>39:50  ab naujawan log jate hain aur ladne lagte hain, route badlo. Maulana likhte hain ke ab ek slogan hi lagate hain.</w:t>
      </w:r>
      <w:r>
        <w:br/>
      </w:r>
      <w:r>
        <w:rPr>
          <w:sz w:val="20"/>
        </w:rPr>
        <w:t>39:58  ek slogan jo hai na, woh lesser evil hai, chhota shar hai. agar hum slogan ko bardasht kar le'n, woh do minute mein slogan lagate hue woh jaloos guzar jayega, lekin hum us ko bardasht nahi karte, araz nahi karte, phir hum us se ladai shuru kar dete hain.</w:t>
      </w:r>
      <w:r>
        <w:br/>
      </w:r>
      <w:r>
        <w:rPr>
          <w:sz w:val="20"/>
        </w:rPr>
        <w:t>40:14  phir woh bohat bada, woh greater evil ban jata hai aur bada fasad bhark uthta hai. to hum advantageous position mein hain, hamare liye koi bhi rasta ruka hua nahi hai.</w:t>
      </w:r>
      <w:r>
        <w:br/>
      </w:r>
      <w:r>
        <w:rPr>
          <w:sz w:val="20"/>
        </w:rPr>
        <w:t>40:26  hamari apni koi kami hogi jis ki wajah se hum samajhte hain ke hum minority mein hain. woh us ko Maulana likhte hain ke hum sabr kare'n, araz kare'n, koi aisa masla hai to baat cheet ka andaaz ikhtiyar kare'n.</w:t>
      </w:r>
      <w:r>
        <w:br/>
      </w:r>
      <w:r>
        <w:rPr>
          <w:sz w:val="20"/>
        </w:rPr>
        <w:t>40:41  bohat jagah aisa hua hai, fasadat par mein padh rahi thi ke bohat jagah aisa hua hai ke Musalmano'n ne fasadat nahi hone diye. woh baqayda us ki khabar rakhte the ke kahan kya ho raha hai, aur jahan kuch dekhte the, koi galat baat ho rahi hai, to woh police ko</w:t>
      </w:r>
      <w:r>
        <w:br/>
      </w:r>
      <w:r>
        <w:rPr>
          <w:sz w:val="20"/>
        </w:rPr>
        <w:t>40:57  woh karte the, police ko khabar karte the, aur woh police apna law and order apne haath mein nahi lete the. jab law and order apne haath mein le dein, tab baat bigadti hai.</w:t>
      </w:r>
      <w:r>
        <w:br/>
      </w:r>
      <w:r>
        <w:rPr>
          <w:sz w:val="20"/>
        </w:rPr>
        <w:t>41:09  to police ko khabar karte the, police aa ke sab masla hal kar deti thi. to yeh bohat sare waqiyat Maulana ne apni kitabo'n mein likhe hain. ji, aur apa is mein add karna chahunga, mujhe ek program bhi yaad agaya Maulana sahib se, yahi aise hi related ques</w:t>
      </w:r>
      <w:r>
        <w:br/>
      </w:r>
      <w:r>
        <w:rPr>
          <w:sz w:val="20"/>
        </w:rPr>
        <w:t>41:26  tion poocha tha. to unho'n ne bohat hi sahi baat kahi, unho'n ne kaha ke dekhein, yeh minority majority ka masla jo aap ne dimagh mein rakha hua hai, yeh bilkul aisa sahi nahi hai.</w:t>
      </w:r>
      <w:r>
        <w:br/>
      </w:r>
      <w:r>
        <w:rPr>
          <w:sz w:val="20"/>
        </w:rPr>
        <w:t>41:38  kehte hain, ab mera mera case lijiye, Maulana ne apni taraf point karte hue kaha, kehte hain, main sochta hoon ke main ek Indian hoon, ek Indian Muslim hoon. Jaise hi main yeh sochta hoon ke main ek Indian hoon, main automatically majority ka hissa ban gaya.</w:t>
      </w:r>
      <w:r>
        <w:br/>
      </w:r>
      <w:r>
        <w:rPr>
          <w:sz w:val="20"/>
        </w:rPr>
        <w:t>41:50  to aap yeh samjhein ke aaj ka jo daur hai, woh merit merit b</w:t>
      </w:r>
      <w:r>
        <w:br/>
      </w:r>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r>
        <w:br/>
      </w:r>
      <w:r>
        <w:rPr>
          <w:sz w:val="20"/>
        </w:rPr>
        <w:t>42:37  so it is a change of thinking that</w:t>
      </w:r>
      <w:r>
        <w:br/>
      </w:r>
      <w:r>
        <w:rPr>
          <w:sz w:val="20"/>
        </w:rPr>
        <w:t>42:40  one needs to do. Merit par ek ji qissa mujhe yaad aaya, hamare chacha jaan jo the, abba ke bade chhote bhai, to woh Banaras Hindu University se engineering kar rahe the.</w:t>
      </w:r>
      <w:r>
        <w:br/>
      </w:r>
      <w:r>
        <w:rPr>
          <w:sz w:val="20"/>
        </w:rPr>
        <w:t>42:52  to unhone ek saal padha, iske baad woh ghar chale gaye, koi wajah se time par aa nahi sake. Kai mahina guzar gaya, chaar paanch mahina shayad, phir woh aaye, chaar paanch mahine ke baad to kehne lage, mujhe dakhila chahiye.</w:t>
      </w:r>
      <w:r>
        <w:br/>
      </w:r>
      <w:r>
        <w:rPr>
          <w:sz w:val="20"/>
        </w:rPr>
        <w:t>43:10  ab woh jo hai principal tha ya head of the department tha, woh ghussa hone lage, itne dinon ke baad, chaar paanch mahine, tareekh nikal chuki, ab tum ko kaisa woh milega, dakhila kaise milega?</w:t>
      </w:r>
      <w:r>
        <w:br/>
      </w:r>
      <w:r>
        <w:rPr>
          <w:sz w:val="20"/>
        </w:rPr>
        <w:t>43:24  woh unko baithne ke liye bhi nahi kaha. Phir bas ghusse ke andaaz mein unhone kaha, kya tumhare marks kitne marks hain? To unhone kaha, 80 percent.</w:t>
      </w:r>
      <w:r>
        <w:br/>
      </w:r>
      <w:r>
        <w:rPr>
          <w:sz w:val="20"/>
        </w:rPr>
        <w:t>43:34  woh zamana tha angrezon ka zamana, to marks bahut mushkil se aate the.</w:t>
      </w:r>
      <w:r>
        <w:br/>
      </w:r>
      <w:r>
        <w:rPr>
          <w:sz w:val="20"/>
        </w:rPr>
        <w:t>43:38  to jab unhone kaha, 80 percent, to unhone kaha, baitho, baitho, baitho, ab back date mein unka dakhila karaya. To yeh tareeqa hai aage badhne ka ke hum apne aap ko merit par saabit karen ke hum is mulk ke liye ji, hum mufeed ek hissa ban sakte hain.</w:t>
      </w:r>
      <w:r>
        <w:br/>
      </w:r>
      <w:r>
        <w:rPr>
          <w:sz w:val="20"/>
        </w:rPr>
        <w:t>43:56  bilkul, bilkul sahi kaha apa aap ne. Apa kuch aur comments hain. Muhammad Yaqoob Umri sahib ne likha hai,</w:t>
      </w:r>
      <w:r>
        <w:br/>
      </w:r>
      <w:r>
        <w:rPr>
          <w:sz w:val="20"/>
        </w:rPr>
        <w:t>44:05  jazak Allah apa for your lecture on such and important topic, communal harmony is the soil where spirituality and dawah work can grow.</w:t>
      </w:r>
      <w:r>
        <w:br/>
      </w:r>
      <w:r>
        <w:rPr>
          <w:sz w:val="20"/>
        </w:rPr>
        <w:t>44:16  is par main ji ji zaroor kehna cha rahi thi ke Maulana jo itna zyada zor dete the na, peace par, woh isi liye ke baghair peace ke koi kaam nahi ho sakta, aur khaas taur par dawah work, jo uske liye peaceful circumstances jo hain, woh essential hain.</w:t>
      </w:r>
      <w:r>
        <w:br/>
      </w:r>
      <w:r>
        <w:rPr>
          <w:sz w:val="20"/>
        </w:rPr>
        <w:t>44:33  to is wajah se woh bahut zyada chahte the ke peace qaim ho, communal harmony ho, peace qaim ho taake yeh kaam jo hai aage badhaya ja sake.</w:t>
      </w:r>
      <w:r>
        <w:br/>
      </w:r>
      <w:r>
        <w:rPr>
          <w:sz w:val="20"/>
        </w:rPr>
        <w:t>44:43  ji, Zahid Ali sahib ne likha hai, Farida apa, we need more empowered women in India to step forward in mobilizing women wings.</w:t>
      </w:r>
      <w:r>
        <w:br/>
      </w:r>
      <w:r>
        <w:rPr>
          <w:sz w:val="20"/>
        </w:rPr>
        <w:t>44:58  to is pe to apa, main main hi add karta hoon ke bahut sari ladies CPS ladies group se jud rahi hain, baqayda group bada hota ja raha hai, aur aap ne jo is mein aap ne likha hai, to woh waqai woh ho raha hai.</w:t>
      </w:r>
      <w:r>
        <w:br/>
      </w:r>
      <w:r>
        <w:rPr>
          <w:sz w:val="20"/>
        </w:rPr>
        <w:t>45:12  aur aaj ke lecture ke madhyam se main yeh bhi kehna chahunga ke agar if there are more women who want to join the CPS ladies wing, then you can write to us with your details at info at cpsglobal dot org</w:t>
      </w:r>
      <w:r>
        <w:br/>
      </w:r>
      <w:r>
        <w:rPr>
          <w:sz w:val="20"/>
        </w:rPr>
        <w:t>45:27  y. Yeh ek bahut hi positive group hai, aur yeh bahut zyada jo hai activities mein involved hai, how to spread positive thinking, how to develop ones personality, how to become God oriented and spiritual in ones daily life.</w:t>
      </w:r>
      <w:r>
        <w:br/>
      </w:r>
      <w:r>
        <w:rPr>
          <w:sz w:val="20"/>
        </w:rPr>
        <w:t>45:45  bahut si jo ladies hain, unke bahut zabardast comments aur experiences bhi yahan pe hum ne kai dafa share kiye hain ke kaise unki zindagi badli</w:t>
      </w:r>
      <w:r>
        <w:br/>
      </w:r>
      <w:r>
        <w:rPr>
          <w:sz w:val="20"/>
        </w:rPr>
        <w:t>45:55  aur. To yeh zaroor, yeh jo group hai, yeh isi tarah se badhta rahega. Ji, aur woh aurat ne hamari insaniyat padhayen, khud ba khud sari ladies jo hain, inspire ho jayengi.</w:t>
      </w:r>
      <w:r>
        <w:br/>
      </w:r>
      <w:r>
        <w:rPr>
          <w:sz w:val="20"/>
        </w:rPr>
        <w:t>46:08  ji ji, Muhammad Akram sahib ne likha hai, conclusion regarding the inf peace in the light of respected Mrs Khan is to focus on providing service of humans.</w:t>
      </w:r>
      <w:r>
        <w:br/>
      </w:r>
      <w:r>
        <w:rPr>
          <w:sz w:val="20"/>
        </w:rPr>
        <w:t>46:22  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r>
        <w:br/>
      </w:r>
      <w:r>
        <w:rPr>
          <w:sz w:val="20"/>
        </w:rPr>
        <w:t>46:49  kya meri maafii qabool hogi aur use main kaise khatam karoon, uske baare mein mujhe advice karen. Namaz jab padhen to bahut dhyan se padhen, uski spirit ke saath padhen.</w:t>
      </w:r>
      <w:r>
        <w:br/>
      </w:r>
      <w:r>
        <w:rPr>
          <w:sz w:val="20"/>
        </w:rPr>
        <w:t>47:03  namaz koi ritual nahi hai ke bas time ho gaya aur namaz uthak baithak kar liya. to aap spirit ke sath parhenge, tabhi to wo spirit aap ke andar aayegi,</w:t>
      </w:r>
      <w:r>
        <w:br/>
      </w:r>
      <w:r>
        <w:rPr>
          <w:sz w:val="20"/>
        </w:rPr>
        <w:t>47:13  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r>
        <w:br/>
      </w:r>
      <w:r>
        <w:rPr>
          <w:sz w:val="20"/>
        </w:rPr>
        <w:t>47:41  sakte, kyunki ye ek spirit hai. to ye spirit insano ke zariye se hamare andar jagti hai, aur jab ye spirit jaagegi, tabhi hum khuda ke grateful bande banenge.</w:t>
      </w:r>
      <w:r>
        <w:br/>
      </w:r>
      <w:r>
        <w:rPr>
          <w:sz w:val="20"/>
        </w:rPr>
        <w:t>47:52  to Maulana to yahan tak keh dete hain, jo grateful nahi hoga, wo jannat mein nahi jayega. to ye bahut hi serious baat hai, aap is par sochiye aur apne ghusse ko control kariye.</w:t>
      </w:r>
      <w:r>
        <w:br/>
      </w:r>
      <w:r>
        <w:rPr>
          <w:sz w:val="20"/>
        </w:rPr>
        <w:t>48:03  kabhi kabhi ho jata hai galtiyan to iske Allah taala maaf karte hain, lekin roz roz nahi hona chahiye. aur kyunki agar aap ne aisa nahi kiya to phir aap khuda ke bhi nashukre bande qarar payenge.</w:t>
      </w:r>
      <w:r>
        <w:br/>
      </w:r>
      <w:r>
        <w:rPr>
          <w:sz w:val="20"/>
        </w:rPr>
        <w:t>48:19  to ye aap kaise bardasht kar sakte hain? ji,</w:t>
      </w:r>
      <w:r>
        <w:br/>
      </w:r>
      <w:r>
        <w:rPr>
          <w:sz w:val="20"/>
        </w:rPr>
        <w:t>48:23  ek jagah Maulana ne likha bhi tha ke strong person is not one who overcoms his opponent, but a strong person is one who controls his anger.</w:t>
      </w:r>
      <w:r>
        <w:br/>
      </w:r>
      <w:r>
        <w:rPr>
          <w:sz w:val="20"/>
        </w:rPr>
        <w:t>48:34  to ye aap ki personality strong aur Maulana kya karte the? khamosh ho jate the. ghusse ki baatein to hoti hi rehti hain.</w:t>
      </w:r>
      <w:r>
        <w:br/>
      </w:r>
      <w:r>
        <w:rPr>
          <w:sz w:val="20"/>
        </w:rPr>
        <w:t>48:43  ji, to agar jab ghussa aaye na to aap thodi der ke liye, chand minute ke liye, chand secondon ke liye aap khamosh ho jaiye.</w:t>
      </w:r>
      <w:r>
        <w:br/>
      </w:r>
      <w:r>
        <w:rPr>
          <w:sz w:val="20"/>
        </w:rPr>
        <w:t>48:51  wo ghussa jo hai, wo jab para chadhta hai, ab aaj kal ke zamane mein keh sakte hain BP badh jata hai, wo ghussa chadhta hai, wo thodi der mein wo para utar jata hai, aur wo bilkul hum normal ho jate hain.</w:t>
      </w:r>
      <w:r>
        <w:br/>
      </w:r>
      <w:r>
        <w:rPr>
          <w:sz w:val="20"/>
        </w:rPr>
        <w:t>49:02  phir iske baad hum ko lagta hai ke hum kis baat pe ghussa hue the, koi baat to thi nahi. ji, to bas thodi der ke liye khamosh ho jayein ya apni jagah badal dein. Maulana kai baar mein dekhti thi ke barje mein ja ke thaharne lagte the.</w:t>
      </w:r>
      <w:r>
        <w:br/>
      </w:r>
      <w:r>
        <w:rPr>
          <w:sz w:val="20"/>
        </w:rPr>
        <w:t>49:14  ji, to apni jagah badalni to ghussa khud ba khud khatam ho jata hai.</w:t>
      </w:r>
      <w:r>
        <w:br/>
      </w:r>
      <w:r>
        <w:rPr>
          <w:sz w:val="20"/>
        </w:rPr>
        <w:t>49:18  ye apa aap ne bahut sahi advice diya, kyunki Maulana yahi Rasool Allah ki advice ko yahi kehte the ke Rasool Allah ne kaha tha ke when one of you becomes angry, he should keep quiet.</w:t>
      </w:r>
      <w:r>
        <w:br/>
      </w:r>
      <w:r>
        <w:rPr>
          <w:sz w:val="20"/>
        </w:rPr>
        <w:t>49:34  aur tamam emotions mein sab se destructive emotion jo hai, wo anger hi hai. to isliye bahut ye important hai.</w:t>
      </w:r>
    </w:p>
    <w:p>
      <w:pPr>
        <w:pStyle w:val="Heading2"/>
      </w:pPr>
      <w:r>
        <w:t>Misconception about legal action system</w:t>
      </w:r>
    </w:p>
    <w:p>
      <w:r>
        <w:rPr>
          <w:color w:val="666666"/>
          <w:sz w:val="18"/>
        </w:rPr>
        <w:t>Society &amp; Dawah · How to Manage Controversy 10 Nov 2019 - Maulana Wahiduddin Khan · 2m 22s · at 47:57 · https://youtu.be/UafTzJXHrSA?t=2877</w:t>
      </w:r>
    </w:p>
    <w:p>
      <w:r>
        <w:rPr>
          <w:i/>
        </w:rPr>
        <w:t>“What misconception do those people have who want to continue the system by referring to legal action or law? Please explain.”</w:t>
      </w:r>
    </w:p>
    <w:p>
      <w:r>
        <w:rPr>
          <w:sz w:val="20"/>
        </w:rPr>
        <w:t>47:57  hib, jazaak allah." mashallah. maulana, agla sawal chennai se bheja hai maulana iqbal umri ne. unhon ne aap se poocha hai ke: "qanooni karwai ya qanoon ka hawala de kar jo nizam jari rakhna chahte hain, woh log kya maghalta rakhte hain?</w:t>
      </w:r>
      <w:r>
        <w:br/>
      </w:r>
      <w:r>
        <w:rPr>
          <w:sz w:val="20"/>
        </w:rPr>
        <w:t>48:16  is ki wazahat karein." dekhiye,</w:t>
      </w:r>
      <w:r>
        <w:br/>
      </w:r>
      <w:r>
        <w:rPr>
          <w:sz w:val="20"/>
        </w:rPr>
        <w:t>48:23  qanooni karwai ka yeh masla hi nahi tha jo tha.</w:t>
      </w:r>
      <w:r>
        <w:br/>
      </w:r>
      <w:r>
        <w:rPr>
          <w:sz w:val="20"/>
        </w:rPr>
        <w:t>48:30  qanooni karwai kisi ek fard ke bare mein hoti hai. koi ijtimai masla ho to us mein qanoon ka</w:t>
      </w:r>
      <w:r>
        <w:br/>
      </w:r>
      <w:r>
        <w:rPr>
          <w:sz w:val="20"/>
        </w:rPr>
        <w:t>48:42  qanoon ki ek had hai, ek limit hai. misaal ke taur par log parha parhwa chhodte hain diwali mein. ab adalat woh case lagaye le jayein, is se parha parhwa nahi band hoga,</w:t>
      </w:r>
      <w:r>
        <w:br/>
      </w:r>
      <w:r>
        <w:rPr>
          <w:sz w:val="20"/>
        </w:rPr>
        <w:t>48:57  kabhi nahi band hoga. parha parhwa ek ek qomi masla hai, poori poori qaum is ko sacrifice ki hui hai.</w:t>
      </w:r>
      <w:r>
        <w:br/>
      </w:r>
      <w:r>
        <w:rPr>
          <w:sz w:val="20"/>
        </w:rPr>
        <w:t>49:12  to aap dekhein ke jo tareeqa aap ikhtiyar karne ja rahe hain, woh wahan applicable ho ke hai ke nahi hai? applicable ho ke hai ke nahi hai?</w:t>
      </w:r>
      <w:r>
        <w:br/>
      </w:r>
      <w:r>
        <w:rPr>
          <w:sz w:val="20"/>
        </w:rPr>
        <w:t>49:27  yeh jo masla tha ya hai, woh</w:t>
      </w:r>
      <w:r>
        <w:br/>
      </w:r>
      <w:r>
        <w:rPr>
          <w:sz w:val="20"/>
        </w:rPr>
        <w:t>49:34  woh to do group ke darmiyan nizaam ka masla hai. to do group ko aap manage kijiyay.</w:t>
      </w:r>
      <w:r>
        <w:br/>
      </w:r>
      <w:r>
        <w:rPr>
          <w:sz w:val="20"/>
        </w:rPr>
        <w:t>49:54  yeh mein awwal din se kar raha hoon, aaj hi se nahin. Maulana, agla comment bheja hai Ms Sahar Saleem ne Delhi se. unhon ne likha hai: "its always hard how to respond appropriately when defensive hurt or critical</w:t>
      </w:r>
      <w:r>
        <w:br/>
      </w:r>
      <w:r>
        <w:rPr>
          <w:sz w:val="20"/>
        </w:rPr>
        <w:t>50:10  . today after this talk, my take away is: moving forward by stepping back, the master formula. may Allah guide us</w:t>
      </w:r>
    </w:p>
    <w:p>
      <w:pPr>
        <w:pStyle w:val="Heading2"/>
      </w:pPr>
      <w:r>
        <w:t>Mission as revival of Gandhi's mission</w:t>
      </w:r>
    </w:p>
    <w:p>
      <w:r>
        <w:rPr>
          <w:color w:val="666666"/>
          <w:sz w:val="18"/>
        </w:rPr>
        <w:t>Society &amp; Dawah · Politics and Nation Building May 19, 2013 · 2m 54s · at 54:24 · https://youtu.be/kmiMGq0Ki2Q?t=3264</w:t>
      </w:r>
    </w:p>
    <w:p>
      <w:r>
        <w:rPr>
          <w:i/>
        </w:rPr>
        <w:t>“In an interview in April 20, you have related your mission as a revival of Gandhi's mission. This creates confusion in masses. Kindly elaborate your viewpoint in light of your interview.”</w:t>
      </w:r>
    </w:p>
    <w:p>
      <w:r>
        <w:rPr>
          <w:sz w:val="20"/>
        </w:rPr>
        <w:t>54:24  yani result oriented aap ban jayein to bas sab kuch theek ho jayega Maulana agla sawal Kashmir se hai Muhammad Saleem Mir Sahab ka unhone likha hai in an interview in April 20 you have related your mission as a revival of Gandhi's mission this creates confusion in masses</w:t>
      </w:r>
      <w:r>
        <w:br/>
      </w:r>
      <w:r>
        <w:rPr>
          <w:sz w:val="20"/>
        </w:rPr>
        <w:t>54:51  kindly elaborate your viewpoint in light of your interview nahi nahi yeh galat hai aap ne kis context mein main ne kaha hai kya baat kahi hai usko lekar aap ne socha nahi</w:t>
      </w:r>
      <w:r>
        <w:br/>
      </w:r>
      <w:r>
        <w:rPr>
          <w:sz w:val="20"/>
        </w:rPr>
        <w:t>55:09  dekhiye India mein jo secular society hai India mein jo secular samaj hai India mein jo secular nizam hai uske lehaz se maine yeh baat kahi hai ke Mahatma Gandhi ka jo tareeqa tha woh tha non violent activism</w:t>
      </w:r>
      <w:r>
        <w:br/>
      </w:r>
      <w:r>
        <w:rPr>
          <w:sz w:val="20"/>
        </w:rPr>
        <w:t>55:30  non violent activism mein Mahatma Gandhi ka natija yeh bhi tha kisi se nafrat na karo nafrat ko bhi Gandhi violent samajhte the</w:t>
      </w:r>
      <w:r>
        <w:br/>
      </w:r>
      <w:r>
        <w:rPr>
          <w:sz w:val="20"/>
        </w:rPr>
        <w:t>55:40  to maine yeh baat kahi thi India ke context mein Islam ke context mein nahi</w:t>
      </w:r>
      <w:r>
        <w:br/>
      </w:r>
      <w:r>
        <w:rPr>
          <w:sz w:val="20"/>
        </w:rPr>
        <w:t>55:47  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r>
        <w:br/>
      </w:r>
      <w:r>
        <w:rPr>
          <w:sz w:val="20"/>
        </w:rPr>
        <w:t>56:11  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r>
        <w:br/>
      </w:r>
      <w:r>
        <w:rPr>
          <w:sz w:val="20"/>
        </w:rPr>
        <w:t>56:37  ap ko maloom hai ke gandhi jab tehreek chala rahe the apni</w:t>
      </w:r>
      <w:r>
        <w:br/>
      </w:r>
      <w:r>
        <w:rPr>
          <w:sz w:val="20"/>
        </w:rPr>
        <w:t>56:41  to un ke kuch volunteers jo hain bardoli mein thanay mein ghus gaye mahatma gandhi ke kuch volunteers</w:t>
      </w:r>
      <w:r>
        <w:br/>
      </w:r>
      <w:r>
        <w:rPr>
          <w:sz w:val="20"/>
        </w:rPr>
        <w:t>56:50  wahan aag aag laga di unhon ne to apni movement woh band kar di unhon ne</w:t>
      </w:r>
      <w:r>
        <w:br/>
      </w:r>
      <w:r>
        <w:rPr>
          <w:sz w:val="20"/>
        </w:rPr>
        <w:t>56:58  بند کر دی انہوں نے کہا کہ ہمارے ساتھی ابھی جانتے نہیں ہیں کہ peaceful activism کیسے</w:t>
      </w:r>
      <w:r>
        <w:br/>
      </w:r>
      <w:r>
        <w:rPr>
          <w:sz w:val="20"/>
        </w:rPr>
        <w:t>57:04  hoti hai thanay mein aag laga diya</w:t>
      </w:r>
      <w:r>
        <w:br/>
      </w:r>
      <w:r>
        <w:rPr>
          <w:sz w:val="20"/>
        </w:rPr>
        <w:t>57:08  to india ke context mein maine yeh baat kahi thi ke india mein zaroorat hai ke isi</w:t>
      </w:r>
      <w:r>
        <w:br/>
      </w:r>
      <w:r>
        <w:rPr>
          <w:sz w:val="20"/>
        </w:rPr>
        <w:t>57:13  ko revive kiya jaye phir se gandhi ke tareeqay ko uss ko ap islam ke context mein mat</w:t>
      </w:r>
    </w:p>
    <w:p>
      <w:pPr>
        <w:pStyle w:val="Heading2"/>
      </w:pPr>
      <w:r>
        <w:t>Misunderstanding about Arabic's effect</w:t>
      </w:r>
    </w:p>
    <w:p>
      <w:r>
        <w:rPr>
          <w:color w:val="666666"/>
          <w:sz w:val="18"/>
        </w:rPr>
        <w:t>Society &amp; Dawah · Dars-e-Quran, Chapter 25, V. 1 (Spreading Quran) September 9, 2018 · 1m 04s · at 55:20 · https://youtu.be/zf3V6LP2Qg0?t=3320</w:t>
      </w:r>
    </w:p>
    <w:p>
      <w:r>
        <w:rPr>
          <w:i/>
        </w:rPr>
        <w:t>“Maulana, the story you told was about the importance of Arabic, so some people think that spreading with Arabic has a mysterious effect on the invitee. Maulana, what is the misunderstanding in this?”</w:t>
      </w:r>
    </w:p>
    <w:p>
      <w:r>
        <w:rPr>
          <w:sz w:val="20"/>
        </w:rPr>
        <w:t>55:20  maulana, agla sawal lete hain jo maulana iqbal umri ne bheja hai chennai se. unhon ne likha hai: maulana, aap ne jo qissa bataya, woh arabi ki ahmiyat mein tha, is liye chand log samajhte hain ke arabi ke sath phailane se ek purasrar asar parta hai mad'u par.</w:t>
      </w:r>
      <w:r>
        <w:br/>
      </w:r>
      <w:r>
        <w:rPr>
          <w:sz w:val="20"/>
        </w:rPr>
        <w:t>55:41  maulana, is mein kya maghalta hai? dekhen, maine do qisse bataye.</w:t>
      </w:r>
      <w:r>
        <w:br/>
      </w:r>
      <w:r>
        <w:rPr>
          <w:sz w:val="20"/>
        </w:rPr>
        <w:t>55:49  ek doosra qissa bhi to bataya, is ibn haqq, woh is yusuf islam ka, jis ne quran ka english translation padha tha, woh to jhoota hai.</w:t>
      </w:r>
      <w:r>
        <w:br/>
      </w:r>
      <w:r>
        <w:rPr>
          <w:sz w:val="20"/>
        </w:rPr>
        <w:t>56:02  purasrar, koi purasarariyet nahi, jab jhooti baat hai. maine do qisse bataye, ek hi qissa nahi bataya. doosra qissa tha yusuf islam ka, jis ne quran ka english translation padha tha aur us ko zabardast asar pada.</w:t>
      </w:r>
      <w:r>
        <w:br/>
      </w:r>
      <w:r>
        <w:rPr>
          <w:sz w:val="20"/>
        </w:rPr>
        <w:t>56:19  is ka</w:t>
      </w:r>
    </w:p>
    <w:p>
      <w:pPr>
        <w:pStyle w:val="Heading2"/>
      </w:pPr>
      <w:r>
        <w:t>Misunderstanding about righteous Muslim vs non-Muslim ruler</w:t>
      </w:r>
    </w:p>
    <w:p>
      <w:r>
        <w:rPr>
          <w:color w:val="666666"/>
          <w:sz w:val="18"/>
        </w:rPr>
        <w:t>Society &amp; Dawah · The Expression of Faith (Izhar e Deen) September 1, 2013 · 1m 32s · at 51:08 · https://youtu.be/muBDJ8a_8-0?t=3068</w:t>
      </w:r>
    </w:p>
    <w:p>
      <w:r>
        <w:rPr>
          <w:i/>
        </w:rPr>
        <w:t>“A person said: If a righteous Muslim comes into government, he would be better than a non-Muslim. Maulana, what is the misunderstanding in this? Please clarify.”</w:t>
      </w:r>
    </w:p>
    <w:p>
      <w:r>
        <w:rPr>
          <w:sz w:val="20"/>
        </w:rPr>
        <w:t>51:08  maulana agla sawal tamil</w:t>
      </w:r>
      <w:r>
        <w:br/>
      </w:r>
      <w:r>
        <w:rPr>
          <w:sz w:val="20"/>
        </w:rPr>
        <w:t>51:10  nadu se hai, maulana iqbal umri ka. unhon ne likha hai: "maulana, aik sahab ne farmaya: agar aik naik musalman hukoomat mein aa jaye to ghair muslim se to behtar hoga.</w:t>
      </w:r>
      <w:r>
        <w:br/>
      </w:r>
      <w:r>
        <w:rPr>
          <w:sz w:val="20"/>
        </w:rPr>
        <w:t>51:25  maulana, is mein kya mughalta hai, wazeh karen." mughalta yahi hai ke quran o hadees mein koi aisa likha nahi hai. yeh mughalta hai.</w:t>
      </w:r>
      <w:r>
        <w:br/>
      </w:r>
      <w:r>
        <w:rPr>
          <w:sz w:val="20"/>
        </w:rPr>
        <w:t>51:35  dekhiye, aik bohat bari nadani se sare musalman mubtala hain ke woh apne mindset se bolte hain, quran ke mindset se nahi.</w:t>
      </w:r>
      <w:r>
        <w:br/>
      </w:r>
      <w:r>
        <w:rPr>
          <w:sz w:val="20"/>
        </w:rPr>
        <w:t>51:48  koi bhi thought aap ke dil mein aata hai, sab se pehle yeh sochiye: kya quran mein kahin likha hua hai? kya hadees mein kahin aisa hai? nahi to batil hai, woh nahi to batil hai.</w:t>
      </w:r>
      <w:r>
        <w:br/>
      </w:r>
      <w:r>
        <w:rPr>
          <w:sz w:val="20"/>
        </w:rPr>
        <w:t>52:00  yeh kahan likha hua hai ke quran quran mein ya hadees mein? kyunke musalman hukoomat mein ho to woh ghair muslim se acha hai.</w:t>
      </w:r>
      <w:r>
        <w:br/>
      </w:r>
      <w:r>
        <w:rPr>
          <w:sz w:val="20"/>
        </w:rPr>
        <w:t>52:09  yeh kahan likha hua hai? mere had tak yeh bilkul lago baat hai, baseless baat hai.</w:t>
      </w:r>
      <w:r>
        <w:br/>
      </w:r>
      <w:r>
        <w:rPr>
          <w:sz w:val="20"/>
        </w:rPr>
        <w:t>52:16  woh jo aik muhaddis ne kaha tha ke atoniy al-sha'ab min kitab Allah yahi formula hai ke koi bhi shakhs koi baat kahe, usay poochiye: yeh quran ki kis ayat se tumhare sath nikala hai?</w:t>
      </w:r>
      <w:r>
        <w:br/>
      </w:r>
      <w:r>
        <w:rPr>
          <w:sz w:val="20"/>
        </w:rPr>
        <w:t>52:30  tum ne na nikal paya, woh to batil hai. woh jo quran o hadees mein nahi hai, woh batil hai. mera maslak to yahi hai.</w:t>
      </w:r>
    </w:p>
    <w:p>
      <w:pPr>
        <w:pStyle w:val="Heading2"/>
      </w:pPr>
      <w:r>
        <w:t>Modern Crusades without naming</w:t>
      </w:r>
    </w:p>
    <w:p>
      <w:r>
        <w:rPr>
          <w:color w:val="666666"/>
          <w:sz w:val="18"/>
        </w:rPr>
        <w:t>Society &amp; Dawah · The Secular Contribution of Islam | April 16, 2017 · 2m 05s · at 46:05 · https://youtu.be/QV_HIq7KeaY?t=2765</w:t>
      </w:r>
    </w:p>
    <w:p>
      <w:r>
        <w:rPr>
          <w:i/>
        </w:rPr>
        <w:t>“You said Crusaders did not take the option of revenge and went in the direction of non-political field, but today can't we say that the West has again started Crusades without naming it as Crusades?”</w:t>
      </w:r>
    </w:p>
    <w:p>
      <w:r>
        <w:rPr>
          <w:sz w:val="20"/>
        </w:rPr>
        <w:t>46:05  ji Maulana, agla sawal abdul wahab sahab ne kiya hai lucknow se, unhone likha hai: Maulana, you said</w:t>
      </w:r>
      <w:r>
        <w:br/>
      </w:r>
      <w:r>
        <w:rPr>
          <w:sz w:val="20"/>
        </w:rPr>
        <w:t>46:15  Crusaders did not take the option of revenge and went in the direction of non-political field, but today can't we</w:t>
      </w:r>
      <w:r>
        <w:br/>
      </w:r>
      <w:r>
        <w:rPr>
          <w:sz w:val="20"/>
        </w:rPr>
        <w:t>46:25  say that the West has again started Crusades without naming it as Crusades?</w:t>
      </w:r>
      <w:r>
        <w:br/>
      </w:r>
      <w:r>
        <w:rPr>
          <w:sz w:val="20"/>
        </w:rPr>
        <w:t>46:30  otherwise, why are they doing so much violence in the Muslim world?</w:t>
      </w:r>
      <w:r>
        <w:br/>
      </w:r>
      <w:r>
        <w:rPr>
          <w:sz w:val="20"/>
        </w:rPr>
        <w:t>46:35  what is your opinion on this? yeh bilkul hi intehai had tak be saros baat hai.</w:t>
      </w:r>
      <w:r>
        <w:br/>
      </w:r>
      <w:r>
        <w:rPr>
          <w:sz w:val="20"/>
        </w:rPr>
        <w:t>46:40  unhone harghiz Crusade nahi choda.</w:t>
      </w:r>
      <w:r>
        <w:br/>
      </w:r>
      <w:r>
        <w:rPr>
          <w:sz w:val="20"/>
        </w:rPr>
        <w:t>46:45  musalmanon ne inteqam ka policy ikhtiyar ki hai.</w:t>
      </w:r>
      <w:r>
        <w:br/>
      </w:r>
      <w:r>
        <w:rPr>
          <w:sz w:val="20"/>
        </w:rPr>
        <w:t>46:50  jagah jagah bomb marte hain, jahan dekhiye bomb marte hain. woh to</w:t>
      </w:r>
      <w:r>
        <w:br/>
      </w:r>
      <w:r>
        <w:rPr>
          <w:sz w:val="20"/>
        </w:rPr>
        <w:t>46:55  retaliate karte hain, woh to control kar rahe hain.</w:t>
      </w:r>
      <w:r>
        <w:br/>
      </w:r>
      <w:r>
        <w:rPr>
          <w:sz w:val="20"/>
        </w:rPr>
        <w:t>46:59  kitne bade falsehood mein jee rahe hain musalman.</w:t>
      </w:r>
      <w:r>
        <w:br/>
      </w:r>
      <w:r>
        <w:rPr>
          <w:sz w:val="20"/>
        </w:rPr>
        <w:t>47:03  saari duniya ke musalman isi falsehood mein jee rahe hain.</w:t>
      </w:r>
      <w:r>
        <w:br/>
      </w:r>
      <w:r>
        <w:rPr>
          <w:sz w:val="20"/>
        </w:rPr>
        <w:t>47:07  apne ko is falsehood se nikaliye.</w:t>
      </w:r>
      <w:r>
        <w:br/>
      </w:r>
      <w:r>
        <w:rPr>
          <w:sz w:val="20"/>
        </w:rPr>
        <w:t>47:10  yeh ek shaitani thinking hai yeh ke jo blame jata hai musalmanon par, woh blame daal rahe hain</w:t>
      </w:r>
      <w:r>
        <w:br/>
      </w:r>
      <w:r>
        <w:rPr>
          <w:sz w:val="20"/>
        </w:rPr>
        <w:t>47:14  aap West par.</w:t>
      </w:r>
      <w:r>
        <w:br/>
      </w:r>
      <w:r>
        <w:rPr>
          <w:sz w:val="20"/>
        </w:rPr>
        <w:t>47:18  West ne harghiz harghiz Crusade ko nahi choda hai.</w:t>
      </w:r>
      <w:r>
        <w:br/>
      </w:r>
      <w:r>
        <w:rPr>
          <w:sz w:val="20"/>
        </w:rPr>
        <w:t>47:22  musalmanon ne chhod rakha hai</w:t>
      </w:r>
      <w:r>
        <w:br/>
      </w:r>
      <w:r>
        <w:rPr>
          <w:sz w:val="20"/>
        </w:rPr>
        <w:t>47:26  society bombing, society bombing, society bombing. To wo control kar rahe hain, kyun nahi control karenge wo? 9/11 kis ne kiya? To wo chahenge ke 9/11 dobara repeat na ho. West chahta hai ke 9/11 dobara repeat na ho. Aap chahte hain ke Ram Mandir, wo Babri Masjid dobara repeat na ho. Sare musalman ye chahte hain ke Babri Masjid dobara repeat na ho. Aise wo chahte hain ke 9/11 dobara repeat na ho.</w:t>
      </w:r>
      <w:r>
        <w:br/>
      </w:r>
      <w:r>
        <w:rPr>
          <w:sz w:val="20"/>
        </w:rPr>
        <w:t>47:56  is falsehood se bahar aaiye.</w:t>
      </w:r>
      <w:r>
        <w:br/>
      </w:r>
      <w:r>
        <w:rPr>
          <w:sz w:val="20"/>
        </w:rPr>
        <w:t>48:01  mera dekhiye, bahut badi ghalati hai.</w:t>
      </w:r>
      <w:r>
        <w:br/>
      </w:r>
      <w:r>
        <w:rPr>
          <w:sz w:val="20"/>
        </w:rPr>
        <w:t>48:06  Allah is is is qism ki soch ko kabhi qabool nahi karega.</w:t>
      </w:r>
    </w:p>
    <w:p>
      <w:pPr>
        <w:pStyle w:val="Heading2"/>
      </w:pPr>
      <w:r>
        <w:t>Modern civilization: against nature or paradise?</w:t>
      </w:r>
    </w:p>
    <w:p>
      <w:r>
        <w:rPr>
          <w:color w:val="666666"/>
          <w:sz w:val="18"/>
        </w:rPr>
        <w:t>Society &amp; Dawah · Interpretation of History October 23, 2016 · 1m 07s · at 54:58 · https://youtu.be/P-JhH3q-Mdg?t=3298</w:t>
      </w:r>
    </w:p>
    <w:p>
      <w:r>
        <w:rPr>
          <w:i/>
        </w:rPr>
        <w:t>“Regarding modern civilization, Muslims say that it is against nature, but you call it an example of paradise.”</w:t>
      </w:r>
    </w:p>
    <w:p>
      <w:r>
        <w:rPr>
          <w:sz w:val="20"/>
        </w:rPr>
        <w:t>54:58  Ji, Maulana, agla sawal Maulana Iqbal Omri ne kiya hai Chennai se.</w:t>
      </w:r>
      <w:r>
        <w:br/>
      </w:r>
      <w:r>
        <w:rPr>
          <w:sz w:val="20"/>
        </w:rPr>
        <w:t>55:04  Unhon ne likha hai: "Maulana, modern civilization ke bare mein Musalman kehte hain ke woh fitrat ke khilaf</w:t>
      </w:r>
      <w:r>
        <w:br/>
      </w:r>
      <w:r>
        <w:rPr>
          <w:sz w:val="20"/>
        </w:rPr>
        <w:t>55:10  hai, lekin aap is ko jannat ka ek example kehte hain.</w:t>
      </w:r>
      <w:r>
        <w:br/>
      </w:r>
      <w:r>
        <w:rPr>
          <w:sz w:val="20"/>
        </w:rPr>
        <w:t>55:16  Aisa farq kyun hai? Muslims modern age aur is ki civilization se nafrat kyun karte hain, magar faida</w:t>
      </w:r>
      <w:r>
        <w:br/>
      </w:r>
      <w:r>
        <w:rPr>
          <w:sz w:val="20"/>
        </w:rPr>
        <w:t>55:22  pura uthate hain? Aisa kyun?" Dekhein, aap doosre log jo hain, kisi misal ke baghair bolte hain.</w:t>
      </w:r>
      <w:r>
        <w:br/>
      </w:r>
      <w:r>
        <w:rPr>
          <w:sz w:val="20"/>
        </w:rPr>
        <w:t>55:28  mujhe koi bhi shakhs nahi maloom jo misaal deta ho, bas hawai baatein karta hai.</w:t>
      </w:r>
      <w:r>
        <w:br/>
      </w:r>
      <w:r>
        <w:rPr>
          <w:sz w:val="20"/>
        </w:rPr>
        <w:t>55:34  main jo baat kehta hoon, us ko misaal deta hoon.</w:t>
      </w:r>
      <w:r>
        <w:br/>
      </w:r>
      <w:r>
        <w:rPr>
          <w:sz w:val="20"/>
        </w:rPr>
        <w:t>55:41  to jo log doosri baatein karein, woh misaal dein.</w:t>
      </w:r>
      <w:r>
        <w:br/>
      </w:r>
      <w:r>
        <w:rPr>
          <w:sz w:val="20"/>
        </w:rPr>
        <w:t>55:47  woh jab tak misaal nahi denge, tab tak un ki baat qabil-e-ghor nahi samjhi jayegi.</w:t>
      </w:r>
      <w:r>
        <w:br/>
      </w:r>
      <w:r>
        <w:rPr>
          <w:sz w:val="20"/>
        </w:rPr>
        <w:t>55:53  bila misaal ke hawai tor par comment dena, woh is ki koi haqeeqat na ilm mein hai, na</w:t>
      </w:r>
      <w:r>
        <w:br/>
      </w:r>
      <w:r>
        <w:rPr>
          <w:sz w:val="20"/>
        </w:rPr>
        <w:t>55:59  islam mein hai.</w:t>
      </w:r>
    </w:p>
    <w:p>
      <w:pPr>
        <w:pStyle w:val="Heading2"/>
      </w:pPr>
      <w:r>
        <w:t>Mongolians accepted Islam by ideology not sword</w:t>
      </w:r>
    </w:p>
    <w:p>
      <w:r>
        <w:rPr>
          <w:color w:val="666666"/>
          <w:sz w:val="18"/>
        </w:rPr>
        <w:t>Society &amp; Dawah · Quran A Miracle June 01, 2014 · 1m 38s · at 1:02:23 · https://youtu.be/8KM3lDsj4PY?t=3743</w:t>
      </w:r>
    </w:p>
    <w:p>
      <w:r>
        <w:rPr>
          <w:i/>
        </w:rPr>
        <w:t>“Mongolians conquered Arab and later accepted Islam. How did this happen? Is this also an example that Islam is not spread by sword but by ideology?”</w:t>
      </w:r>
    </w:p>
    <w:p>
      <w:r>
        <w:rPr>
          <w:sz w:val="20"/>
        </w:rPr>
        <w:t>1:02:23  maulana agla sawal raipur se kiya hai idrees sahab ne. unhon ne ek comment diya hai aur phir sawal poocha hai. comment mein unhon ne likha hai ke today's lecture was very inspiring and thought provoking.</w:t>
      </w:r>
      <w:r>
        <w:br/>
      </w:r>
      <w:r>
        <w:rPr>
          <w:sz w:val="20"/>
        </w:rPr>
        <w:t>1:02:39  aur unhon ne sawal mein likha hai ke Mongolians conquered Arab and later accepted Islam</w:t>
      </w:r>
      <w:r>
        <w:br/>
      </w:r>
      <w:r>
        <w:rPr>
          <w:sz w:val="20"/>
        </w:rPr>
        <w:t>1:02:46  ۔ How did this happen؟ Is this also an example that Islam is not spread by sword but by ideology؟</w:t>
      </w:r>
      <w:r>
        <w:br/>
      </w:r>
      <w:r>
        <w:rPr>
          <w:sz w:val="20"/>
        </w:rPr>
        <w:t>1:02:56  dekhiye theek isi waqe ke bare mein history ne likha hai the religion of Muslims have conquered where their arms had failed ke is zamane ke jo musalman the unhon ne pehle ladne ki koshish ki.</w:t>
      </w:r>
      <w:r>
        <w:br/>
      </w:r>
      <w:r>
        <w:rPr>
          <w:sz w:val="20"/>
        </w:rPr>
        <w:t>1:03:12  ibn taimiya ne baqayda fatwa diya. lekin kuch hua nahi un ki ladai se kuch hua nahi. baad ko jo hua woh yeh hai ke quran ke zariye se unhon ne islam phaila aur un ki majority ne islam qabool kar liya.</w:t>
      </w:r>
      <w:r>
        <w:br/>
      </w:r>
      <w:r>
        <w:rPr>
          <w:sz w:val="20"/>
        </w:rPr>
        <w:t>1:03:28  to jihad ke fatwe se masla nahi khatam hua tha. talwar ke islam is istemal se masla nahi khatam hua tha. masla khatam kiya tha quran ne.</w:t>
      </w:r>
      <w:r>
        <w:br/>
      </w:r>
      <w:r>
        <w:rPr>
          <w:sz w:val="20"/>
        </w:rPr>
        <w:t>1:03:38  isi ka tanzeeya kiya hai is ne hitti ne apni kitab mein. aur yahan yeh lafz likha hai ke ke the religion of Islam have conquered where their arms had failed.</w:t>
      </w:r>
      <w:r>
        <w:br/>
      </w:r>
      <w:r>
        <w:rPr>
          <w:sz w:val="20"/>
        </w:rPr>
        <w:t>1:03:49  to woh woh waqe bhi isi ki jo main ne aaj kaha isi ke ek mazeed confirmation hai isi ka.</w:t>
      </w:r>
    </w:p>
    <w:p>
      <w:pPr>
        <w:pStyle w:val="Heading2"/>
      </w:pPr>
      <w:r>
        <w:t>Most Effective Method of Dawah</w:t>
      </w:r>
    </w:p>
    <w:p>
      <w:r>
        <w:rPr>
          <w:color w:val="666666"/>
          <w:sz w:val="18"/>
        </w:rPr>
        <w:t>Society &amp; Dawah · Example of the Prophet March 20, 2016 · 4m 47s · at 1:06:49 · https://youtu.be/79HmhzXU41w?t=4009</w:t>
      </w:r>
    </w:p>
    <w:p>
      <w:r>
        <w:rPr>
          <w:i/>
        </w:rPr>
        <w:t>“In the light of your experience, what is the most effective method of Dawah?”</w:t>
      </w:r>
    </w:p>
    <w:p>
      <w:r>
        <w:rPr>
          <w:sz w:val="20"/>
        </w:rPr>
        <w:t>1:06:49  Maulana, un ka ek aur sawal hai, unhon ne aap se poocha hai ke apne tajrube ki roshni</w:t>
      </w:r>
      <w:r>
        <w:br/>
      </w:r>
      <w:r>
        <w:rPr>
          <w:sz w:val="20"/>
        </w:rPr>
        <w:t>1:06:54  mein farmayen ke dawat ka mo'asir tareen tareeqa kya hai? dekhiye, mo'asir tareeqa wahi hai jo quran mein</w:t>
      </w:r>
      <w:r>
        <w:br/>
      </w:r>
      <w:r>
        <w:rPr>
          <w:sz w:val="20"/>
        </w:rPr>
        <w:t>1:07:02  bataya gaya, inni lakum naasih.</w:t>
      </w:r>
      <w:r>
        <w:br/>
      </w:r>
      <w:r>
        <w:rPr>
          <w:sz w:val="20"/>
        </w:rPr>
        <w:t>1:07:06  yani da'i ka kalma yeh hona chahiye ke mein tumhara khair khwah hoon.</w:t>
      </w:r>
      <w:r>
        <w:br/>
      </w:r>
      <w:r>
        <w:rPr>
          <w:sz w:val="20"/>
        </w:rPr>
        <w:t>1:07:11  inni lakum naasih.</w:t>
      </w:r>
      <w:r>
        <w:br/>
      </w:r>
      <w:r>
        <w:rPr>
          <w:sz w:val="20"/>
        </w:rPr>
        <w:t>1:07:13  is ka mani yeh hai ke da'i aakhri had tak positive ho, kabhi woh kisi baat, mad'u ki</w:t>
      </w:r>
      <w:r>
        <w:br/>
      </w:r>
      <w:r>
        <w:rPr>
          <w:sz w:val="20"/>
        </w:rPr>
        <w:t>1:07:20  koi baat par offend na ho,</w:t>
      </w:r>
      <w:r>
        <w:br/>
      </w:r>
      <w:r>
        <w:rPr>
          <w:sz w:val="20"/>
        </w:rPr>
        <w:t>1:07:23  woh negative thinking is ke andar na pai jaye.</w:t>
      </w:r>
      <w:r>
        <w:br/>
      </w:r>
      <w:r>
        <w:rPr>
          <w:sz w:val="20"/>
        </w:rPr>
        <w:t>1:07:28  yahi sab. ab mujhe to bohat ziyada faida hua hai apne is mizaj ki wajah se ke mein</w:t>
      </w:r>
      <w:r>
        <w:br/>
      </w:r>
      <w:r>
        <w:rPr>
          <w:sz w:val="20"/>
        </w:rPr>
        <w:t>1:07:34  kisi ki baaton se kabhi, yani offend nahi hota, kabhi bhi nahi.</w:t>
      </w:r>
      <w:r>
        <w:br/>
      </w:r>
      <w:r>
        <w:rPr>
          <w:sz w:val="20"/>
        </w:rPr>
        <w:t>1:07:40  sochta hoon, jaise ek misaal maine batayi thi is se pehle yahan ke mein lucknow mein ek</w:t>
      </w:r>
      <w:r>
        <w:br/>
      </w:r>
      <w:r>
        <w:rPr>
          <w:sz w:val="20"/>
        </w:rPr>
        <w:t>1:07:47  patr bla ek sahib se, bohat hi</w:t>
      </w:r>
      <w:r>
        <w:br/>
      </w:r>
      <w:r>
        <w:rPr>
          <w:sz w:val="20"/>
        </w:rPr>
        <w:t>1:07:51  ultra modern thay woh, woh</w:t>
      </w:r>
      <w:r>
        <w:br/>
      </w:r>
      <w:r>
        <w:rPr>
          <w:sz w:val="20"/>
        </w:rPr>
        <w:t>1:07:55  philosophy ki study ki thi unhon ne</w:t>
      </w:r>
      <w:r>
        <w:br/>
      </w:r>
      <w:r>
        <w:rPr>
          <w:sz w:val="20"/>
        </w:rPr>
        <w:t>1:07:59  aur history bhi parhi thi unhon ne.</w:t>
      </w:r>
      <w:r>
        <w:br/>
      </w:r>
      <w:r>
        <w:rPr>
          <w:sz w:val="20"/>
        </w:rPr>
        <w:t>1:08:02  to unhon ne baat cheet ke douran kaha ke agar muhammad ko,</w:t>
      </w:r>
      <w:r>
        <w:br/>
      </w:r>
      <w:r>
        <w:rPr>
          <w:sz w:val="20"/>
        </w:rPr>
        <w:t>1:08:09  sirf muhammad kaha tha unhon ne, yahan to mujhe maloom hua ke dilli mein ek sath gaye baat</w:t>
      </w:r>
      <w:r>
        <w:br/>
      </w:r>
      <w:r>
        <w:rPr>
          <w:sz w:val="20"/>
        </w:rPr>
        <w:t>1:08:14  karne ke liye islam ke bare mein, unhon ne kaha muhammad sahib, muhammad sahib.</w:t>
      </w:r>
      <w:r>
        <w:br/>
      </w:r>
      <w:r>
        <w:rPr>
          <w:sz w:val="20"/>
        </w:rPr>
        <w:t>1:08:18  to woh musalman bigar gaye is se, tum muhammad sahib kehte ho, hamare paighambar ki gustakhi karte ho.</w:t>
      </w:r>
      <w:r>
        <w:br/>
      </w:r>
      <w:r>
        <w:rPr>
          <w:sz w:val="20"/>
        </w:rPr>
        <w:t>1:08:26  to mein, unhon ne muhammad kaha tha sirf, unhon ne kaha tha ke</w:t>
      </w:r>
      <w:r>
        <w:br/>
      </w:r>
      <w:r>
        <w:rPr>
          <w:sz w:val="20"/>
        </w:rPr>
        <w:t>1:08:31  muhammad ko agar tareekh se nikal liya jaye to tareekh mein kya kami reh jaye gi?</w:t>
      </w:r>
      <w:r>
        <w:br/>
      </w:r>
      <w:r>
        <w:rPr>
          <w:sz w:val="20"/>
        </w:rPr>
        <w:t>1:08:40  muhammad ko agar history se nikal liya jaye to history mein kya kami reh jaye gi? to apparently</w:t>
      </w:r>
      <w:r>
        <w:br/>
      </w:r>
      <w:r>
        <w:rPr>
          <w:sz w:val="20"/>
        </w:rPr>
        <w:t>1:08:45  it was</w:t>
      </w:r>
      <w:r>
        <w:br/>
      </w:r>
      <w:r>
        <w:rPr>
          <w:sz w:val="20"/>
        </w:rPr>
        <w:t>1:08:46  And it was a provocative statement, پر مجھے کچھ نہیں ہوا۔</w:t>
      </w:r>
      <w:r>
        <w:br/>
      </w:r>
      <w:r>
        <w:rPr>
          <w:sz w:val="20"/>
        </w:rPr>
        <w:t>1:08:52  mein sochne laga, yaqeen kijiye ke mein do saal tak socha maine is par aur study ki</w:t>
      </w:r>
      <w:r>
        <w:br/>
      </w:r>
      <w:r>
        <w:rPr>
          <w:sz w:val="20"/>
        </w:rPr>
        <w:t>1:08:58  maine. do saal tak socha aur study ki, phir meri woh kitab ek chhap kitab chhap chuki</w:t>
      </w:r>
      <w:r>
        <w:br/>
      </w:r>
      <w:r>
        <w:rPr>
          <w:sz w:val="20"/>
        </w:rPr>
        <w:t>1:09:04  hai urdu mein, english mein,</w:t>
      </w:r>
      <w:r>
        <w:br/>
      </w:r>
      <w:r>
        <w:rPr>
          <w:sz w:val="20"/>
        </w:rPr>
        <w:t>1:09:07  islam islam dor khalq, english mein hai islam the creator of modern age.</w:t>
      </w:r>
      <w:r>
        <w:br/>
      </w:r>
      <w:r>
        <w:rPr>
          <w:sz w:val="20"/>
        </w:rPr>
        <w:t>1:09:18  to ab koi aadmi, doosra aadmi hai to woh apni rai bolega, apni rai sochega, bolne</w:t>
      </w:r>
      <w:r>
        <w:br/>
      </w:r>
      <w:r>
        <w:rPr>
          <w:sz w:val="20"/>
        </w:rPr>
        <w:t>1:09:25  dijiye, sochne dijiye is ko.</w:t>
      </w:r>
      <w:r>
        <w:br/>
      </w:r>
      <w:r>
        <w:rPr>
          <w:sz w:val="20"/>
        </w:rPr>
        <w:t>1:09:27  aap is ki baat ko</w:t>
      </w:r>
      <w:r>
        <w:br/>
      </w:r>
      <w:r>
        <w:rPr>
          <w:sz w:val="20"/>
        </w:rPr>
        <w:t>1:09:30  sun kar ke</w:t>
      </w:r>
      <w:r>
        <w:br/>
      </w:r>
      <w:r>
        <w:rPr>
          <w:sz w:val="20"/>
        </w:rPr>
        <w:t>1:09:32  sirf, yani khair khwahi ka andaaz mein lijiye is ki baat ko aur gehrai mein jaiye.</w:t>
      </w:r>
      <w:r>
        <w:br/>
      </w:r>
      <w:r>
        <w:rPr>
          <w:sz w:val="20"/>
        </w:rPr>
        <w:t>1:09:42  mere bohat se article aise hain jo</w:t>
      </w:r>
      <w:r>
        <w:br/>
      </w:r>
      <w:r>
        <w:rPr>
          <w:sz w:val="20"/>
        </w:rPr>
        <w:t>1:09:45  bane hain isi tareeqe se ke kisi ne ab koi remark diya islam ke khilaaf ya rasool Allah</w:t>
      </w:r>
      <w:r>
        <w:br/>
      </w:r>
      <w:r>
        <w:rPr>
          <w:sz w:val="20"/>
        </w:rPr>
        <w:t>1:09:53  ke khilaaf, to mein ghussa nahi hua, mein is par sochne laga, study karne laga mein.</w:t>
      </w:r>
      <w:r>
        <w:br/>
      </w:r>
      <w:r>
        <w:rPr>
          <w:sz w:val="20"/>
        </w:rPr>
        <w:t>1:09:59  yahan tak ke bohat bari bari haqiqaten mere samne aain.</w:t>
      </w:r>
      <w:r>
        <w:br/>
      </w:r>
      <w:r>
        <w:rPr>
          <w:sz w:val="20"/>
        </w:rPr>
        <w:t>1:10:06  to mein sochta hoon ke dawat ka tareeqa</w:t>
      </w:r>
      <w:r>
        <w:br/>
      </w:r>
      <w:r>
        <w:rPr>
          <w:sz w:val="20"/>
        </w:rPr>
        <w:t>1:10:10  ke do hi point hain, yeh hai ke dawat ko khalis quran o hadees ki roshni mein pesh</w:t>
      </w:r>
      <w:r>
        <w:br/>
      </w:r>
      <w:r>
        <w:rPr>
          <w:sz w:val="20"/>
        </w:rPr>
        <w:t>1:10:16  kia jaye. Hamari aik qaumi jo soch hai, is ko alag kar ke,</w:t>
      </w:r>
      <w:r>
        <w:br/>
      </w:r>
      <w:r>
        <w:rPr>
          <w:sz w:val="20"/>
        </w:rPr>
        <w:t>1:10:22  hamari apni jo qaumi soch hai, is se bilkul alag kar ke, sirf quran o hadees ki roshni</w:t>
      </w:r>
      <w:r>
        <w:br/>
      </w:r>
      <w:r>
        <w:rPr>
          <w:sz w:val="20"/>
        </w:rPr>
        <w:t>1:10:27  mein dawat pesh pesh karna.</w:t>
      </w:r>
      <w:r>
        <w:br/>
      </w:r>
      <w:r>
        <w:rPr>
          <w:sz w:val="20"/>
        </w:rPr>
        <w:t>1:10:30  aur doosri yeh hai ke hum</w:t>
      </w:r>
      <w:r>
        <w:br/>
      </w:r>
      <w:r>
        <w:rPr>
          <w:sz w:val="20"/>
        </w:rPr>
        <w:t>1:10:33  madu ko poora ijazat dijiye, jo chahe kahe woh, aap kabhi bhi ghussa na hon is ke upar,</w:t>
      </w:r>
      <w:r>
        <w:br/>
      </w:r>
      <w:r>
        <w:rPr>
          <w:sz w:val="20"/>
        </w:rPr>
        <w:t>1:10:40  aur thande tareeqe se sochen.</w:t>
      </w:r>
      <w:r>
        <w:br/>
      </w:r>
      <w:r>
        <w:rPr>
          <w:sz w:val="20"/>
        </w:rPr>
        <w:t>1:10:43  yeh do point hain mere nazdeek, yani effective dawah work ka.</w:t>
      </w:r>
      <w:r>
        <w:br/>
      </w:r>
      <w:r>
        <w:rPr>
          <w:sz w:val="20"/>
        </w:rPr>
        <w:t>1:10:49  Maulana, before we proceed with more questions, I would also like, I would also request you to make</w:t>
      </w:r>
      <w:r>
        <w:br/>
      </w:r>
      <w:r>
        <w:rPr>
          <w:sz w:val="20"/>
        </w:rPr>
        <w:t>1:10:56  Special dua for Dr. Waqar Alam Sahab and Khwaja Qalibuddin Sahab from USA, as it</w:t>
      </w:r>
      <w:r>
        <w:br/>
      </w:r>
      <w:r>
        <w:rPr>
          <w:sz w:val="20"/>
        </w:rPr>
        <w:t>1:11:04  was initially Dr. Waqar Alam who made his trip to Pakistan and to identify your followers in Islam</w:t>
      </w:r>
      <w:r>
        <w:br/>
      </w:r>
      <w:r>
        <w:rPr>
          <w:sz w:val="20"/>
        </w:rPr>
        <w:t>1:11:11  abad, Peshawar, Karachi, Lahore, and then after that Khawaja Qalibuddin Sahab and Dr. Alam, they both went</w:t>
      </w:r>
      <w:r>
        <w:br/>
      </w:r>
      <w:r>
        <w:rPr>
          <w:sz w:val="20"/>
        </w:rPr>
        <w:t>1:11:19  They, they connected the Ar-Risala readers, participated in book fairs, donated the books in libraries, and today alhamdulillah</w:t>
      </w:r>
      <w:r>
        <w:br/>
      </w:r>
      <w:r>
        <w:rPr>
          <w:sz w:val="20"/>
        </w:rPr>
        <w:t>1:11:27  Everybody is working in very organized way.</w:t>
      </w:r>
      <w:r>
        <w:br/>
      </w:r>
      <w:r>
        <w:rPr>
          <w:sz w:val="20"/>
        </w:rPr>
        <w:t>1:11:30  So I would request you to do also special dua for both of them, inshallah.</w:t>
      </w:r>
    </w:p>
    <w:p>
      <w:pPr>
        <w:pStyle w:val="Heading2"/>
      </w:pPr>
      <w:r>
        <w:t>Musharraf's statement on retaliation vs patience</w:t>
      </w:r>
    </w:p>
    <w:p>
      <w:r>
        <w:rPr>
          <w:color w:val="666666"/>
          <w:sz w:val="18"/>
        </w:rPr>
        <w:t>Society &amp; Dawah · Importance of Patience October 26, 2014 · 3m 06s · at 49:02 · https://youtu.be/XdOlp9-fPG0?t=2942</w:t>
      </w:r>
    </w:p>
    <w:p>
      <w:r>
        <w:rPr>
          <w:i/>
        </w:rPr>
        <w:t>“Recently in a television interview, former President of Pakistan General Pervez Musharraf said that 'We are Muslims, we know how to give a befitting reply.' He said this in reference to a question on the Kashmir issue. It is these statements which make Muslim youth think that retaliation is the way in Islam and not patience.”</w:t>
      </w:r>
    </w:p>
    <w:p>
      <w:r>
        <w:rPr>
          <w:sz w:val="20"/>
        </w:rPr>
        <w:t>49:02  Maulana, agla sawal kya hai Kashmir se Hamza sahib ne, aur unhone likha hai: "Maulana, recently in a television interview, former president of Pakistan General Pervez Musharraf said that we are Muslims, we know how to give a befitting reply.</w:t>
      </w:r>
      <w:r>
        <w:br/>
      </w:r>
      <w:r>
        <w:rPr>
          <w:sz w:val="20"/>
        </w:rPr>
        <w:t>49:25  He said this in reference to a question on Kashmir issue.</w:t>
      </w:r>
      <w:r>
        <w:br/>
      </w:r>
      <w:r>
        <w:rPr>
          <w:sz w:val="20"/>
        </w:rPr>
        <w:t>49:30  It is the statements which makes Muslim youth think that retaliation is the way in Islam and not patience.</w:t>
      </w:r>
      <w:r>
        <w:br/>
      </w:r>
      <w:r>
        <w:rPr>
          <w:sz w:val="20"/>
        </w:rPr>
        <w:t>49:39  Maulana, what is your opinion on this?" Dekhiye, logon ko yeh bataiye ke chahe General Pervez Musharraf hon ya koi aur ho, jab woh koi baat kehta hai to aap Quran mein is ka reference dhoondiye.</w:t>
      </w:r>
      <w:r>
        <w:br/>
      </w:r>
      <w:r>
        <w:rPr>
          <w:sz w:val="20"/>
        </w:rPr>
        <w:t>49:55  Agar woh available hai to poochhein un se ke tum jo baat kar rahe ho, woh Quran mein kahan likhi hui hai?</w:t>
      </w:r>
      <w:r>
        <w:br/>
      </w:r>
      <w:r>
        <w:rPr>
          <w:sz w:val="20"/>
        </w:rPr>
        <w:t>50:04  Un se poochhein, telephone kar ke, internet ke zariye se mil kar ke, jaise bhi apne mindset se log bolte hain.</w:t>
      </w:r>
      <w:r>
        <w:br/>
      </w:r>
      <w:r>
        <w:rPr>
          <w:sz w:val="20"/>
        </w:rPr>
        <w:t>50:13  Apne apne mind se to jab tak woh Quran ka koi reference na dein, un ki baat ko bilkul ek yani letter bin mein daal dijiye.</w:t>
      </w:r>
      <w:r>
        <w:br/>
      </w:r>
      <w:r>
        <w:rPr>
          <w:sz w:val="20"/>
        </w:rPr>
        <w:t>50:26  Un ki baat ko aap</w:t>
      </w:r>
      <w:r>
        <w:br/>
      </w:r>
      <w:r>
        <w:rPr>
          <w:sz w:val="20"/>
        </w:rPr>
        <w:t>50:30  Letter bin mein daal dijiye.</w:t>
      </w:r>
      <w:r>
        <w:br/>
      </w:r>
      <w:r>
        <w:rPr>
          <w:sz w:val="20"/>
        </w:rPr>
        <w:t>50:34  Main hairaan hoon ke kaise log kisi ek kehne par rai bana lete hain. To bhaiya, aap kahein ke hum Quran ko nahi mante, hum Quran se hamara koi matlab nahi hai.</w:t>
      </w:r>
      <w:r>
        <w:br/>
      </w:r>
      <w:r>
        <w:rPr>
          <w:sz w:val="20"/>
        </w:rPr>
        <w:t>50:45  Yaani Quran bhi mante hain aur woh ek kisi ki ulti seedhi baat ko hi paal lete hain.</w:t>
      </w:r>
      <w:r>
        <w:br/>
      </w:r>
      <w:r>
        <w:rPr>
          <w:sz w:val="20"/>
        </w:rPr>
        <w:t>50:53  Aisa har statement jo koi aadmi deta hai, woh aap ke liye test hai. Aap ke test hai ke aap kisi kehne par na manen, balkeh Quran mein is ka reference dhoondhen.</w:t>
      </w:r>
      <w:r>
        <w:br/>
      </w:r>
      <w:r>
        <w:rPr>
          <w:sz w:val="20"/>
        </w:rPr>
        <w:t>51:04  Agar Quran se woh theek nikla hai to manen, to na manen, woh aap ka test hai. Bajaye is ke ke koi is ke kehne ke peeche daudein, aap yeh koshish karein ke aap test mein poore utren.</w:t>
      </w:r>
      <w:r>
        <w:br/>
      </w:r>
      <w:r>
        <w:rPr>
          <w:sz w:val="20"/>
        </w:rPr>
        <w:t>51:19  har aadmi, chahe koi bhi ho, us ko us ki baat ko quran par jaancha jayega. agar quran ke mutabiq hai to liya jayega, nahi to nahi.</w:t>
      </w:r>
      <w:r>
        <w:br/>
      </w:r>
      <w:r>
        <w:rPr>
          <w:sz w:val="20"/>
        </w:rPr>
        <w:t>51:33  aur main samajhta hoon parvez musharraf ki jo main kaha, wo wo main beharhaal ma'raz wo hai, yaani rhetoric jo kehte hain, rhetoric hai, is ke ilawa kuch bhi nahi, sirf rhetoric hai.</w:t>
      </w:r>
      <w:r>
        <w:br/>
      </w:r>
      <w:r>
        <w:rPr>
          <w:sz w:val="20"/>
        </w:rPr>
        <w:t>51:48  sawal yeh hai ke parvez musharraf ki zabani mein to kehte hain waqiat hue, to wahan kyun nahi wo jeete? wo jeet nahi sake, wo to yeh to rhetoric hai.</w:t>
      </w:r>
      <w:r>
        <w:br/>
      </w:r>
      <w:r>
        <w:rPr>
          <w:sz w:val="20"/>
        </w:rPr>
        <w:t>51:59  musalman rhetoric ke peeche daurte hain, ajeeb o ghareeb muamla hai ke musalmanon ki badai ke rhetoric ke peeche daurte hain. wo yeh nahi sochte ke is ki haqeeqat kya hai.</w:t>
      </w:r>
    </w:p>
    <w:p>
      <w:pPr>
        <w:pStyle w:val="Heading2"/>
      </w:pPr>
      <w:r>
        <w:t>Muslim Conflicts and Political Obsession</w:t>
      </w:r>
    </w:p>
    <w:p>
      <w:r>
        <w:rPr>
          <w:color w:val="666666"/>
          <w:sz w:val="18"/>
        </w:rPr>
        <w:t>Society &amp; Dawah · Importance of Ijtihad December 21,2014 · 1m 23s · at 59:06 · https://youtu.be/6AgisKQ8V7s?t=3546</w:t>
      </w:r>
    </w:p>
    <w:p>
      <w:r>
        <w:rPr>
          <w:i/>
        </w:rPr>
        <w:t>“Why are Muslims fighting in Muslim states? How do they justify it from the Quran and Hadith? Why are they obsessed with political power?”</w:t>
      </w:r>
    </w:p>
    <w:p>
      <w:r>
        <w:rPr>
          <w:sz w:val="20"/>
        </w:rPr>
        <w:t>59:06  maulana, agla sawal kya hai? doctor farida khanam ne deli se aur unhon ne likha hai ke why</w:t>
      </w:r>
      <w:r>
        <w:br/>
      </w:r>
      <w:r>
        <w:rPr>
          <w:sz w:val="20"/>
        </w:rPr>
        <w:t>59:11  are Muslims fighting in Muslim states?</w:t>
      </w:r>
      <w:r>
        <w:br/>
      </w:r>
      <w:r>
        <w:rPr>
          <w:sz w:val="20"/>
        </w:rPr>
        <w:t>59:17  How do they justify it from the Quran and Hadith? Why are they obsessed with political power?</w:t>
      </w:r>
      <w:r>
        <w:br/>
      </w:r>
      <w:r>
        <w:rPr>
          <w:sz w:val="20"/>
        </w:rPr>
        <w:t>59:26  dekhiye, yeh musalman jo main ne kaha na ke ke ek trap mein phanse hue hain, musalmanon ko</w:t>
      </w:r>
      <w:r>
        <w:br/>
      </w:r>
      <w:r>
        <w:rPr>
          <w:sz w:val="20"/>
        </w:rPr>
        <w:t>59:31  ek hi cheez ka pata hai: political history of Islam.</w:t>
      </w:r>
      <w:r>
        <w:br/>
      </w:r>
      <w:r>
        <w:rPr>
          <w:sz w:val="20"/>
        </w:rPr>
        <w:t>59:37  kuch jante hi nahin hain musalman.</w:t>
      </w:r>
      <w:r>
        <w:br/>
      </w:r>
      <w:r>
        <w:rPr>
          <w:sz w:val="20"/>
        </w:rPr>
        <w:t>59:43  political history kitabon mein likhi hui hai: fateh al-buldan, fateh al-sham, is tarah ke title ke sath.</w:t>
      </w:r>
      <w:r>
        <w:br/>
      </w:r>
      <w:r>
        <w:rPr>
          <w:sz w:val="20"/>
        </w:rPr>
        <w:t>59:49  isi ko jante hain musalman, bas samajhte hain ke Islam means political power.</w:t>
      </w:r>
      <w:r>
        <w:br/>
      </w:r>
      <w:r>
        <w:rPr>
          <w:sz w:val="20"/>
        </w:rPr>
        <w:t>59:54  sari kitaben hi isi tarah likhi gayi hain, koi kya kare? to jis ko, yaani jis ka dard</w:t>
      </w:r>
      <w:r>
        <w:br/>
      </w:r>
      <w:r>
        <w:rPr>
          <w:sz w:val="20"/>
        </w:rPr>
        <w:t>1:00:00  ho, woh hamari kitaben phailaye.</w:t>
      </w:r>
      <w:r>
        <w:br/>
      </w:r>
      <w:r>
        <w:rPr>
          <w:sz w:val="20"/>
        </w:rPr>
        <w:t>1:00:06  hamari kitabon ke sath jo bhi kitaben hain, sab yahi mizaj banati hain.</w:t>
      </w:r>
      <w:r>
        <w:br/>
      </w:r>
      <w:r>
        <w:rPr>
          <w:sz w:val="20"/>
        </w:rPr>
        <w:t>1:00:12  to ab kya kya jaye? to is liye main zor deta hoon ke log ahle sunnat ko phailayen,</w:t>
      </w:r>
      <w:r>
        <w:br/>
      </w:r>
      <w:r>
        <w:rPr>
          <w:sz w:val="20"/>
        </w:rPr>
        <w:t>1:00:17  hijrat islam ko phailayen, hamari kitabon ko phailayen.</w:t>
      </w:r>
      <w:r>
        <w:br/>
      </w:r>
      <w:r>
        <w:rPr>
          <w:sz w:val="20"/>
        </w:rPr>
        <w:t>1:00:23  bas aur koi hal doosra hai hi nahin.</w:t>
      </w:r>
    </w:p>
    <w:p>
      <w:pPr>
        <w:pStyle w:val="Heading2"/>
      </w:pPr>
      <w:r>
        <w:t>Muslim decline and loss of power</w:t>
      </w:r>
    </w:p>
    <w:p>
      <w:r>
        <w:rPr>
          <w:color w:val="666666"/>
          <w:sz w:val="18"/>
        </w:rPr>
        <w:t>Society &amp; Dawah · The Problem of Conditioning 22 April 2012 - Maulana Wahiduddin Khan · 1m 52s · at 1:01:11 · https://youtu.be/v4QLXjeTK9s?t=3671</w:t>
      </w:r>
    </w:p>
    <w:p>
      <w:r>
        <w:rPr>
          <w:i/>
        </w:rPr>
        <w:t>“Muslims think that decline means losing political power. Is this thought correct?”</w:t>
      </w:r>
    </w:p>
    <w:p>
      <w:r>
        <w:rPr>
          <w:sz w:val="20"/>
        </w:rPr>
        <w:t>1:01:11  yeh sawal aaya hai maulana inayat umri sahib ka bangalore se. unhon ne likha hai: "musalman zawal ka matlab yeh samajhte hain ke un se hukoomat chheen gayi." maulana sahib, kya yeh soch sahi hai?</w:t>
      </w:r>
      <w:r>
        <w:br/>
      </w:r>
      <w:r>
        <w:rPr>
          <w:sz w:val="20"/>
        </w:rPr>
        <w:t>1:01:28  yeh soch bilkul galat hai.</w:t>
      </w:r>
      <w:r>
        <w:br/>
      </w:r>
      <w:r>
        <w:rPr>
          <w:sz w:val="20"/>
        </w:rPr>
        <w:t>1:01:31  yeh duniyawi, yeh secular tasawwur hai, duniyawi tasawwur hai zawal ka. hukoomat ka milna na milna quran mein hai ke tilk al ayyamu nudawiluha bayna al nas</w:t>
      </w:r>
      <w:r>
        <w:br/>
      </w:r>
      <w:r>
        <w:rPr>
          <w:sz w:val="20"/>
        </w:rPr>
        <w:t>1:01:48  kabhi un ke paas hukoomat, kabhi un ke paas hukoomat. hukoomat musalmanon ki manafli nahin hai. musalmanon ka jo zawal hai, woh dekha jayega islam ke aitbar se ke un mein spirit</w:t>
      </w:r>
      <w:r>
        <w:br/>
      </w:r>
      <w:r>
        <w:rPr>
          <w:sz w:val="20"/>
        </w:rPr>
        <w:t>1:02:05  islam ki hai ke nahin hai, dua work hai ke nahin hai, un ka khauf khuda un ka hai ke nahin hai, mohabbat khuda un ke hain ke nahin hai.</w:t>
      </w:r>
      <w:r>
        <w:br/>
      </w:r>
      <w:r>
        <w:rPr>
          <w:sz w:val="20"/>
        </w:rPr>
        <w:t>1:02:17  jo islam ki bulooz hain, is ke aitbar se un ka zawal</w:t>
      </w:r>
      <w:r>
        <w:br/>
      </w:r>
      <w:r>
        <w:rPr>
          <w:sz w:val="20"/>
        </w:rPr>
        <w:t>1:02:24  ko dekha jayega. baqi polit, yeh hukumat ka kuch bhi taluq zawal se nahi hai, woh to ek duniyawi baat hai.</w:t>
      </w:r>
      <w:r>
        <w:br/>
      </w:r>
      <w:r>
        <w:rPr>
          <w:sz w:val="20"/>
        </w:rPr>
        <w:t>1:02:34  aur quran mein saaf saaf yeh hai ke yeh ek ke paas nahi rehta, tilk al ayyamu nudawi luha bayn al nas kabhi un ke paas, kabhi un ke paas.</w:t>
      </w:r>
      <w:r>
        <w:br/>
      </w:r>
      <w:r>
        <w:rPr>
          <w:sz w:val="20"/>
        </w:rPr>
        <w:t>1:02:44  is ka taluq zawal se nahi hai. zawal ka taluq islamic values se hai, islamic duties se hai, islami zimmedariyon se hai.</w:t>
      </w:r>
      <w:r>
        <w:br/>
      </w:r>
      <w:r>
        <w:rPr>
          <w:sz w:val="20"/>
        </w:rPr>
        <w:t>1:02:54  woh kehta hai</w:t>
      </w:r>
      <w:r>
        <w:br/>
      </w:r>
      <w:r>
        <w:rPr>
          <w:sz w:val="20"/>
        </w:rPr>
        <w:t>1:02:55  zinda hai, woh zinda hai to ummat zinda hai, nahi to ummat zawal ka shikar hai.</w:t>
      </w:r>
    </w:p>
    <w:p>
      <w:pPr>
        <w:pStyle w:val="Heading2"/>
      </w:pPr>
      <w:r>
        <w:t>Muslim education as revival and madrasa improvement</w:t>
      </w:r>
    </w:p>
    <w:p>
      <w:r>
        <w:rPr>
          <w:color w:val="666666"/>
          <w:sz w:val="18"/>
        </w:rPr>
        <w:t>Society &amp; Dawah · Present Day Muslims Jan 13, 2013 · 1m 29s · at 1:28:40 · https://youtu.be/CVcbWVYitog?t=5320</w:t>
      </w:r>
    </w:p>
    <w:p>
      <w:r>
        <w:rPr>
          <w:i/>
        </w:rPr>
        <w:t>“Can we consider Muslim education as revival and Muslim empowerment? Is it possible to improve madrasa education as it is a big network?”</w:t>
      </w:r>
    </w:p>
    <w:p>
      <w:r>
        <w:rPr>
          <w:sz w:val="20"/>
        </w:rPr>
        <w:t>1:28:40  Aur har ek ko baat pohanchate rahenge Positive andaaz mein. Yeh hamari zimmedari hai. Maulana, agla sawal Delhi se hai, Dr. Najma Siddiqui ka.</w:t>
      </w:r>
      <w:r>
        <w:br/>
      </w:r>
      <w:r>
        <w:rPr>
          <w:sz w:val="20"/>
        </w:rPr>
        <w:t>1:28:51  Unhon ne likha hai: "Can we consider Muslim education as revival and Muslim empowerment?</w:t>
      </w:r>
      <w:r>
        <w:br/>
      </w:r>
      <w:r>
        <w:rPr>
          <w:sz w:val="20"/>
        </w:rPr>
        <w:t>1:28:59  Is it possible to improve Madarsa education as it is a big network?" . Dekhiye, Madarsa education mein koi tabdeeli nahi ho sakti.</w:t>
      </w:r>
      <w:r>
        <w:br/>
      </w:r>
      <w:r>
        <w:rPr>
          <w:sz w:val="20"/>
        </w:rPr>
        <w:t>1:29:11  You have to be practical. . Aap is mein bohat se logon ne is tarah ki baatein ki hain.</w:t>
      </w:r>
      <w:r>
        <w:br/>
      </w:r>
      <w:r>
        <w:rPr>
          <w:sz w:val="20"/>
        </w:rPr>
        <w:t>1:29:17  Madarsa education mein koi tabdeeli mere nazdeek amalan mumkin nahi hai, practically mumkin nahi hai. Theoretically aap bohat si baatein kar sakte hain. Lekin jo amli soorat-e-haal hai, to is mein koi tabdeeli mumkin nahi hai.</w:t>
      </w:r>
      <w:r>
        <w:br/>
      </w:r>
      <w:r>
        <w:rPr>
          <w:sz w:val="20"/>
        </w:rPr>
        <w:t>1:29:31  Is liye is ko aadi cheez maan lijiyey, bas is mein mat dakhal dijiyey. Aur secular education ke line mein apni koshishon ko divert kar dijiyey.</w:t>
      </w:r>
      <w:r>
        <w:br/>
      </w:r>
      <w:r>
        <w:rPr>
          <w:sz w:val="20"/>
        </w:rPr>
        <w:t>1:29:40  Yeh meri Policy hai.</w:t>
      </w:r>
      <w:r>
        <w:br/>
      </w:r>
      <w:r>
        <w:rPr>
          <w:sz w:val="20"/>
        </w:rPr>
        <w:t>1:29:42  Yeh maine bohat bas socha hai aur bohat zyada main madarson ke halaat ko samjha hai maine. To madarse ke jo halaat hain, wo bohat mukhtalif hain is se jo schoolon college mein hotay hain.</w:t>
      </w:r>
      <w:r>
        <w:br/>
      </w:r>
      <w:r>
        <w:rPr>
          <w:sz w:val="20"/>
        </w:rPr>
        <w:t>1:29:57  To wahan par koi Change mumkin nahi hai. Jo hai, wo chalne dijiyey. Bas aap sari koshishon ko aap secular education mein divert kar dijiyey.</w:t>
      </w:r>
    </w:p>
    <w:p>
      <w:pPr>
        <w:pStyle w:val="Heading2"/>
      </w:pPr>
      <w:r>
        <w:t>Muslim fundamentalism towards anti-social elements</w:t>
      </w:r>
    </w:p>
    <w:p>
      <w:r>
        <w:rPr>
          <w:color w:val="666666"/>
          <w:sz w:val="18"/>
        </w:rPr>
        <w:t>Society &amp; Dawah · The Lesson of History September 21, 2014 · 49s · at 1:24:06 · https://youtu.be/aMVHLKMkhcQ?t=5046</w:t>
      </w:r>
    </w:p>
    <w:p>
      <w:r>
        <w:rPr>
          <w:i/>
        </w:rPr>
        <w:t>“I have heard that most Islamic scholars claim a Muslim should be a fundamentalist towards anti-social elements. How valid is this in the present context?”</w:t>
      </w:r>
    </w:p>
    <w:p>
      <w:r>
        <w:rPr>
          <w:sz w:val="20"/>
        </w:rPr>
        <w:t>1:24:06  maulana, agla sawal lete hain. yeh shukr ur rehman sahib ne dilli se kiya hai.</w:t>
      </w:r>
      <w:r>
        <w:br/>
      </w:r>
      <w:r>
        <w:rPr>
          <w:sz w:val="20"/>
        </w:rPr>
        <w:t>1:24:13  unhone likha hai ke i have heard that most of the islamic scholars claim that a muslim should be a fundamentalist towards anti-social elements in the society.</w:t>
      </w:r>
      <w:r>
        <w:br/>
      </w:r>
      <w:r>
        <w:rPr>
          <w:sz w:val="20"/>
        </w:rPr>
        <w:t>1:24:25  how far is this statement valid in the present context? dekhen, masla yeh hai ke kis ayat se yeh nikli hui baat hai?</w:t>
      </w:r>
      <w:r>
        <w:br/>
      </w:r>
      <w:r>
        <w:rPr>
          <w:sz w:val="20"/>
        </w:rPr>
        <w:t>1:24:35  jab tak aap woh ayat na batayen, to main kya is bare mein kya keh sakta hoon?</w:t>
      </w:r>
      <w:r>
        <w:br/>
      </w:r>
      <w:r>
        <w:rPr>
          <w:sz w:val="20"/>
        </w:rPr>
        <w:t>1:24:40  jo yeh aisa kahe, to isko woh ayat pesh karni chahiye, woh hadith pesh karni chahiye. tab main bataunga ke is hadith ka kya matlab hai, us ayat ka kya matlab hai.</w:t>
      </w:r>
      <w:r>
        <w:br/>
      </w:r>
      <w:r>
        <w:rPr>
          <w:sz w:val="20"/>
        </w:rPr>
        <w:t>1:24:50  baghair iske to hum kuch bol nahin sakte iske upar.</w:t>
      </w:r>
    </w:p>
    <w:p>
      <w:pPr>
        <w:pStyle w:val="Heading2"/>
      </w:pPr>
      <w:r>
        <w:t>Muslim groups aim for dominance of Islam</w:t>
      </w:r>
    </w:p>
    <w:p>
      <w:r>
        <w:rPr>
          <w:color w:val="666666"/>
          <w:sz w:val="18"/>
        </w:rPr>
        <w:t>Society &amp; Dawah · Experience of Hyderabad CPS Meet December 1, 2013 · 1m 31s · at 1:22:18 · https://youtu.be/Y8mcxF2Lhyc?t=4938</w:t>
      </w:r>
    </w:p>
    <w:p>
      <w:r>
        <w:rPr>
          <w:i/>
        </w:rPr>
        <w:t>“Maulana, someone said that all Muslim groups, whatever they do, their aim is the dominance of Islam. Some talk about intellectual dominance, some about political. Maulana, I said that Islam is an ideology, and this dominance is desired.”</w:t>
      </w:r>
    </w:p>
    <w:p>
      <w:r>
        <w:rPr>
          <w:sz w:val="20"/>
        </w:rPr>
        <w:t>1:22:18  maulana, agla sawal gulbergah se kya hai? maulana yaqoob umri ne</w:t>
      </w:r>
      <w:r>
        <w:br/>
      </w:r>
      <w:r>
        <w:rPr>
          <w:sz w:val="20"/>
        </w:rPr>
        <w:t>1:22:22  , unhon ne likha hai: "maulana, aik sahib ne kaha muslim groups jo bhi kaam karte hain, dono ka maqsad islam ka ghalba hai.</w:t>
      </w:r>
      <w:r>
        <w:br/>
      </w:r>
      <w:r>
        <w:rPr>
          <w:sz w:val="20"/>
        </w:rPr>
        <w:t>1:22:34  koi fikri ghalba ki baat karta hai to koi siyasi." maulana, mein ne kaha ke islam to ideology hai, yahi ghalba matloob hai.</w:t>
      </w:r>
      <w:r>
        <w:br/>
      </w:r>
      <w:r>
        <w:rPr>
          <w:sz w:val="20"/>
        </w:rPr>
        <w:t>1:22:45  maulana, is par aap kuch farmayen?</w:t>
      </w:r>
      <w:r>
        <w:br/>
      </w:r>
      <w:r>
        <w:rPr>
          <w:sz w:val="20"/>
        </w:rPr>
        <w:t>1:22:49  nahi, dekhen, ghalba hamara target nahi hai. hamara target hai ablagh, pohnchana. agar pohnchana jo hai, is ka nateeja yeh ho ke bohat se log maan len to phir oonchi aa jaye gi bashor nateeja, jis ko aap ghalba kehtay hain.</w:t>
      </w:r>
      <w:r>
        <w:br/>
      </w:r>
      <w:r>
        <w:rPr>
          <w:sz w:val="20"/>
        </w:rPr>
        <w:t>1:23:08  ghalba target nahi hai, yaad rakhiye, target to pohnchana hai.</w:t>
      </w:r>
      <w:r>
        <w:br/>
      </w:r>
      <w:r>
        <w:rPr>
          <w:sz w:val="20"/>
        </w:rPr>
        <w:t>1:23:16  agar ghalba target kahain ge to pressure aa jaye ga, kyun ke kabhi hoga, kabhi nahi hoga. lekin ablagh ko agar aap target banayen ge to kabhi pressure ka sawal hi nahi, kyun ke ablagh to hamesha mumkin hai.</w:t>
      </w:r>
      <w:r>
        <w:br/>
      </w:r>
      <w:r>
        <w:rPr>
          <w:sz w:val="20"/>
        </w:rPr>
        <w:t>1:23:28  pohnchatay rahiye, pohnchatay rahiye, pohnchatay rahiye. to jahan tak mein janta hoon, ghalba har giz target nahi hai. ghalba aik nateeja ho sakta hai, kabhi aur kabhi ghalba nahi bhi ho sakta.</w:t>
      </w:r>
      <w:r>
        <w:br/>
      </w:r>
      <w:r>
        <w:rPr>
          <w:sz w:val="20"/>
        </w:rPr>
        <w:t>1:23:41  lekin jo asal target hai, woh pohnchana,</w:t>
      </w:r>
      <w:r>
        <w:br/>
      </w:r>
      <w:r>
        <w:rPr>
          <w:sz w:val="20"/>
        </w:rPr>
        <w:t>1:23:45  jis ko ablagh kaha gaya hai.</w:t>
      </w:r>
    </w:p>
    <w:p>
      <w:pPr>
        <w:pStyle w:val="Heading2"/>
      </w:pPr>
      <w:r>
        <w:t>Muslim ideological goal confusion</w:t>
      </w:r>
    </w:p>
    <w:p>
      <w:r>
        <w:rPr>
          <w:color w:val="666666"/>
          <w:sz w:val="18"/>
        </w:rPr>
        <w:t>Society &amp; Dawah · The Method of Planning August 14, 2016 · 1m 03s · at 53:30 · https://youtu.be/84WV8NS2VKQ?t=3210</w:t>
      </w:r>
    </w:p>
    <w:p>
      <w:r>
        <w:rPr>
          <w:i/>
        </w:rPr>
        <w:t>“What should be our ideological goal? Why are Muslims confused about their goal? What is the reason?”</w:t>
      </w:r>
    </w:p>
    <w:p>
      <w:r>
        <w:rPr>
          <w:sz w:val="20"/>
        </w:rPr>
        <w:t>53:30  Maulana, agla sawal Maulana Iqbal Umri ne kiya hai Chennai se, aur unhon ne likha hai ke Maulana</w:t>
      </w:r>
      <w:r>
        <w:br/>
      </w:r>
      <w:r>
        <w:rPr>
          <w:sz w:val="20"/>
        </w:rPr>
        <w:t>53:36  sahib, hamara ideological goal kya hona chahiye? kyon Musalman apne goal ke bare mein confused hain? is ki</w:t>
      </w:r>
      <w:r>
        <w:br/>
      </w:r>
      <w:r>
        <w:rPr>
          <w:sz w:val="20"/>
        </w:rPr>
        <w:t>53:43  kya wajah hai? bhai, dekhiye, ummat-e-muslima ka jo nishana hai, woh Quran mein saaf saaf bata diya</w:t>
      </w:r>
      <w:r>
        <w:br/>
      </w:r>
      <w:r>
        <w:rPr>
          <w:sz w:val="20"/>
        </w:rPr>
        <w:t>53:49  gaya hai وَكَذَلِكَ جَعَلْنَاكُمْ أُمَّةً وَسَطًا لِتَكُونُوا شَهُدًى عَلَى النَّاسِ وَيَكُونُ الرَّسُولُ عَلَيْكُمْ شَهِيدًى to Musalman ummat wasat</w:t>
      </w:r>
      <w:r>
        <w:br/>
      </w:r>
      <w:r>
        <w:rPr>
          <w:sz w:val="20"/>
        </w:rPr>
        <w:t>53:55  hai, beech ki ummat. Middle community.</w:t>
      </w:r>
      <w:r>
        <w:br/>
      </w:r>
      <w:r>
        <w:rPr>
          <w:sz w:val="20"/>
        </w:rPr>
        <w:t>54:01  beech ki ummat, yani hum ko sachai mili hai Rasool Allah se, us ko hum logon tak pahunchana hai.</w:t>
      </w:r>
      <w:r>
        <w:br/>
      </w:r>
      <w:r>
        <w:rPr>
          <w:sz w:val="20"/>
        </w:rPr>
        <w:t>54:08  bas hum Rasool Allah aur insan ke beech mein hain.</w:t>
      </w:r>
      <w:r>
        <w:br/>
      </w:r>
      <w:r>
        <w:rPr>
          <w:sz w:val="20"/>
        </w:rPr>
        <w:t>54:14  bas hamein Quran mila hai Rasool Allah se, us Quran ko hamein doston tak pahunchana hai.</w:t>
      </w:r>
      <w:r>
        <w:br/>
      </w:r>
      <w:r>
        <w:rPr>
          <w:sz w:val="20"/>
        </w:rPr>
        <w:t>54:20  bilkul clear hai mission, clear hai ke Rasool Allah se mili hui hidayat name ko hum dunya tak pahunchayen.</w:t>
      </w:r>
      <w:r>
        <w:br/>
      </w:r>
      <w:r>
        <w:rPr>
          <w:sz w:val="20"/>
        </w:rPr>
        <w:t>54:27  bas, yani koi do raah ho nahin sakti.</w:t>
      </w:r>
    </w:p>
    <w:p>
      <w:pPr>
        <w:pStyle w:val="Heading2"/>
      </w:pPr>
      <w:r>
        <w:t>Muslim integration and dealing with extremists</w:t>
      </w:r>
    </w:p>
    <w:p>
      <w:r>
        <w:rPr>
          <w:color w:val="666666"/>
          <w:sz w:val="18"/>
        </w:rPr>
        <w:t>Society &amp; Dawah · Study of The Quran 23 June 2019 - Maulana Wahiduddin Khan · 4m 17s · at 40:02 · https://youtu.be/tFQnqhFtPko?t=2402</w:t>
      </w:r>
    </w:p>
    <w:p>
      <w:r>
        <w:rPr>
          <w:i/>
        </w:rPr>
        <w:t>“How can Muslims integrate positively with non-Muslims to create harmony? Would it be right for Muslims to disown Muslims who negatively interpret Islam?”</w:t>
      </w:r>
    </w:p>
    <w:p>
      <w:r>
        <w:rPr>
          <w:sz w:val="20"/>
        </w:rPr>
        <w:t>40:02  I will try to inculcate both of them to the best of my capacity. Inshallah." Maulana, agla sawal bheja hai Mr. Rajesh Bhatia ne.</w:t>
      </w:r>
      <w:r>
        <w:br/>
      </w:r>
      <w:r>
        <w:rPr>
          <w:sz w:val="20"/>
        </w:rPr>
        <w:t>40:15  Unhon ne location nahi likhi hai apni. Un ka sawal hai: "How can Muslims integrate positively with non-Muslims to create harmony?</w:t>
      </w:r>
      <w:r>
        <w:br/>
      </w:r>
      <w:r>
        <w:rPr>
          <w:sz w:val="20"/>
        </w:rPr>
        <w:t>40:27  Would it be right for Muslims to disown Muslims who negatively interpret Islam?"</w:t>
      </w:r>
      <w:r>
        <w:br/>
      </w:r>
      <w:r>
        <w:rPr>
          <w:sz w:val="20"/>
        </w:rPr>
        <w:t>40:41  Bhai, dekhiye, main to samajhta hoon ke zindagi ke do formulay hain. Har field mein woh apply kar rahe hain.</w:t>
      </w:r>
      <w:r>
        <w:br/>
      </w:r>
      <w:r>
        <w:rPr>
          <w:sz w:val="20"/>
        </w:rPr>
        <w:t>40:51  Aap aik formula yeh hai ke aisi field duniya mein hoti hai, aisi field jahan aap aur doosra aadmi dono aik raah ke hotay hain.</w:t>
      </w:r>
      <w:r>
        <w:br/>
      </w:r>
      <w:r>
        <w:rPr>
          <w:sz w:val="20"/>
        </w:rPr>
        <w:t>41:07  To is mein kya hota hai ke "I am right, you are also right." Maslan dekhiye, suraj</w:t>
      </w:r>
      <w:r>
        <w:br/>
      </w:r>
      <w:r>
        <w:rPr>
          <w:sz w:val="20"/>
        </w:rPr>
        <w:t>41:22  ab ab is zamane mein yeh mana jata hai ke suraj nahi ghoom raha hai, zameen ghoom rahi hai. To is mein kya hai? Is mein sab ka aik "I am right, you are also right." Yaani har jagah ke log yeh mante hain,</w:t>
      </w:r>
      <w:r>
        <w:br/>
      </w:r>
      <w:r>
        <w:rPr>
          <w:sz w:val="20"/>
        </w:rPr>
        <w:t>41:37  ehl-e-ilm ke suraj zameen suraj ke gird ghhoom rahi hai. to is mein yeh formula hai ke "i am right, you are also right." kuch aur field hai jis mein yeh formula nahi chalta.</w:t>
      </w:r>
      <w:r>
        <w:br/>
      </w:r>
      <w:r>
        <w:rPr>
          <w:sz w:val="20"/>
        </w:rPr>
        <w:t>41:56  to wahan par kya hota hai ke mutual,</w:t>
      </w:r>
      <w:r>
        <w:br/>
      </w:r>
      <w:r>
        <w:rPr>
          <w:sz w:val="20"/>
        </w:rPr>
        <w:t>42:04  yani mutual discussion hota hai, aapas mein samajhte hain baaton ko aur adjust karte hain ek doosre se.</w:t>
      </w:r>
      <w:r>
        <w:br/>
      </w:r>
      <w:r>
        <w:rPr>
          <w:sz w:val="20"/>
        </w:rPr>
        <w:t>42:16  yeh yeh bhi formula chal raha hai, dono formulay chal rahe hain. to aap ko jahan woh formula applicable dikhai parre ke "i am right, you are also right," us ko apply kijiye.</w:t>
      </w:r>
      <w:r>
        <w:br/>
      </w:r>
      <w:r>
        <w:rPr>
          <w:sz w:val="20"/>
        </w:rPr>
        <w:t>42:32  aur jahan yeh formula aap ko applicable maloom ho ke ke jis ko hum kehte hain ke "let us agree to disagree," yeh bhi ek formula hai.</w:t>
      </w:r>
      <w:r>
        <w:br/>
      </w:r>
      <w:r>
        <w:rPr>
          <w:sz w:val="20"/>
        </w:rPr>
        <w:t>42:49  "let us agree to disagree." to jahan woh aap ne qabool ho to woh woh apply kar lijiye. yeh to zindagi ka, yani zindagi mein hota hi hota hai.</w:t>
      </w:r>
      <w:r>
        <w:br/>
      </w:r>
      <w:r>
        <w:rPr>
          <w:sz w:val="20"/>
        </w:rPr>
        <w:t>43:00  aisa hai, hota hi hota hai ke kahin aap yeh formula apply karte hain, kahin woh formula apply karte hain. yani kahin to "let us agree to disagree" ka formula apply karte hain,</w:t>
      </w:r>
      <w:r>
        <w:br/>
      </w:r>
      <w:r>
        <w:rPr>
          <w:sz w:val="20"/>
        </w:rPr>
        <w:t>43:16  kahin yeh formula ke "i am right, you are also right." to yeh yeh koi masla nahi hai. jis jis field mein aap deal kar rahe hon, us ko samajh lein ke woh kis kis field ki ka woh baat hai.</w:t>
      </w:r>
      <w:r>
        <w:br/>
      </w:r>
      <w:r>
        <w:rPr>
          <w:sz w:val="20"/>
        </w:rPr>
        <w:t>43:38  wahan woh apply kar lijiye. mein to aise hi karta hoon. mein dono, dono, dono field mein se mujhe har aadmi ki taraf mujhe bhi nipatna parta hai.</w:t>
      </w:r>
      <w:r>
        <w:br/>
      </w:r>
      <w:r>
        <w:rPr>
          <w:sz w:val="20"/>
        </w:rPr>
        <w:t>43:54  to mein dono mein se ek formula apply kar leta hoon. to is mein, is mein, is mein mushkil kya hai?</w:t>
      </w:r>
      <w:r>
        <w:br/>
      </w:r>
      <w:r>
        <w:rPr>
          <w:sz w:val="20"/>
        </w:rPr>
        <w:t>44:08  mein to koi real problem nahi samajhta is ko.</w:t>
      </w:r>
    </w:p>
    <w:p>
      <w:pPr>
        <w:pStyle w:val="Heading2"/>
      </w:pPr>
      <w:r>
        <w:t>Muslim leaders misguide Ummah in name of Islam</w:t>
      </w:r>
    </w:p>
    <w:p>
      <w:r>
        <w:rPr>
          <w:color w:val="666666"/>
          <w:sz w:val="18"/>
        </w:rPr>
        <w:t>Society &amp; Dawah · Forget the Grievances, January 01, 2017 · 2m 54s · at 53:28 · https://youtu.be/zW4q8dl2cmw?t=3208</w:t>
      </w:r>
    </w:p>
    <w:p>
      <w:r>
        <w:rPr>
          <w:i/>
        </w:rPr>
        <w:t>“Moulana, you said we should have a new beginning, but the problem is that these Muslim leaders will continue to misguide Ummah in the name of Islam.”</w:t>
      </w:r>
    </w:p>
    <w:p>
      <w:r>
        <w:rPr>
          <w:sz w:val="20"/>
        </w:rPr>
        <w:t>53:28  maulana, agla sawal kiya hai firoz khan ne lucknow se, unho ne likha hai: "maulana, you said we</w:t>
      </w:r>
      <w:r>
        <w:br/>
      </w:r>
      <w:r>
        <w:rPr>
          <w:sz w:val="20"/>
        </w:rPr>
        <w:t>53:36  should have a new beginning, but the problem is that these Muslim leaders will continue to misguide</w:t>
      </w:r>
      <w:r>
        <w:br/>
      </w:r>
      <w:r>
        <w:rPr>
          <w:sz w:val="20"/>
        </w:rPr>
        <w:t>53:44  ummah in the name of islam.</w:t>
      </w:r>
      <w:r>
        <w:br/>
      </w:r>
      <w:r>
        <w:rPr>
          <w:sz w:val="20"/>
        </w:rPr>
        <w:t>53:46  so unless they change, the new opportunities can not be availed.</w:t>
      </w:r>
      <w:r>
        <w:br/>
      </w:r>
      <w:r>
        <w:rPr>
          <w:sz w:val="20"/>
        </w:rPr>
        <w:t>53:51  kindly advise that how can we change these so called muslim leaders? " dekhen, yeh koi problem nahi hai.</w:t>
      </w:r>
      <w:r>
        <w:br/>
      </w:r>
      <w:r>
        <w:rPr>
          <w:sz w:val="20"/>
        </w:rPr>
        <w:t>53:59  hamare leaderon se bohat hi bara ek leader hai iblis, woh sari duniya ko baqayda laga hua hai.</w:t>
      </w:r>
      <w:r>
        <w:br/>
      </w:r>
      <w:r>
        <w:rPr>
          <w:sz w:val="20"/>
        </w:rPr>
        <w:t>54:06  koi excuse nahi hai.</w:t>
      </w:r>
      <w:r>
        <w:br/>
      </w:r>
      <w:r>
        <w:rPr>
          <w:sz w:val="20"/>
        </w:rPr>
        <w:t>54:08  apni aql ko istemal kijiye.</w:t>
      </w:r>
      <w:r>
        <w:br/>
      </w:r>
      <w:r>
        <w:rPr>
          <w:sz w:val="20"/>
        </w:rPr>
        <w:t>54:10  aap ke paas jo aql hai, woh sab sab bari cheez hai, us ko istemal kijiye.</w:t>
      </w:r>
      <w:r>
        <w:br/>
      </w:r>
      <w:r>
        <w:rPr>
          <w:sz w:val="20"/>
        </w:rPr>
        <w:t>54:17  aap iblis ka koi excuse nahi bana sakte.</w:t>
      </w:r>
      <w:r>
        <w:br/>
      </w:r>
      <w:r>
        <w:rPr>
          <w:sz w:val="20"/>
        </w:rPr>
        <w:t>54:20  aap aise kisi leader ka excuse nahi bana sakte.</w:t>
      </w:r>
      <w:r>
        <w:br/>
      </w:r>
      <w:r>
        <w:rPr>
          <w:sz w:val="20"/>
        </w:rPr>
        <w:t>54:24  aap apni aql ko istemal kijiye, bas.</w:t>
      </w:r>
      <w:r>
        <w:br/>
      </w:r>
      <w:r>
        <w:rPr>
          <w:sz w:val="20"/>
        </w:rPr>
        <w:t>54:27  میرا ماننا ہے کہ if you are good excuse, don't use it.</w:t>
      </w:r>
      <w:r>
        <w:br/>
      </w:r>
      <w:r>
        <w:rPr>
          <w:sz w:val="20"/>
        </w:rPr>
        <w:t>54:32  okay, so we will end the session.</w:t>
      </w:r>
      <w:r>
        <w:br/>
      </w:r>
      <w:r>
        <w:rPr>
          <w:sz w:val="20"/>
        </w:rPr>
        <w:t>54:35  Just a reminder again that the World Book Fair would be starting at Pragati Maidan, New Delhi, from</w:t>
      </w:r>
      <w:r>
        <w:br/>
      </w:r>
      <w:r>
        <w:rPr>
          <w:sz w:val="20"/>
        </w:rPr>
        <w:t>54:43  Seventh of January and we'll continue till fifteenth of January.</w:t>
      </w:r>
      <w:r>
        <w:br/>
      </w:r>
      <w:r>
        <w:rPr>
          <w:sz w:val="20"/>
        </w:rPr>
        <w:t>54:47  cps international and good word books have taken a stall in hall number eighteen.</w:t>
      </w:r>
      <w:r>
        <w:br/>
      </w:r>
      <w:r>
        <w:rPr>
          <w:sz w:val="20"/>
        </w:rPr>
        <w:t>54:54  the stall number is thirty one and thirty two.</w:t>
      </w:r>
      <w:r>
        <w:br/>
      </w:r>
      <w:r>
        <w:rPr>
          <w:sz w:val="20"/>
        </w:rPr>
        <w:t>54:58  so we invite everyone to visit the good word stall and the cps stall.</w:t>
      </w:r>
      <w:r>
        <w:br/>
      </w:r>
      <w:r>
        <w:rPr>
          <w:sz w:val="20"/>
        </w:rPr>
        <w:t>55:05  also, if you want to volunteer for the dawah service, then please write to us on info</w:t>
      </w:r>
      <w:r>
        <w:br/>
      </w:r>
      <w:r>
        <w:rPr>
          <w:sz w:val="20"/>
        </w:rPr>
        <w:t>55:13  at cps global.org.</w:t>
      </w:r>
      <w:r>
        <w:br/>
      </w:r>
      <w:r>
        <w:rPr>
          <w:sz w:val="20"/>
        </w:rPr>
        <w:t>55:17  daily field team to stay back for further discussion on the same.</w:t>
      </w:r>
      <w:r>
        <w:br/>
      </w:r>
      <w:r>
        <w:rPr>
          <w:sz w:val="20"/>
        </w:rPr>
        <w:t>55:22  thank you, we will be back next week same time.</w:t>
      </w:r>
    </w:p>
    <w:p>
      <w:pPr>
        <w:pStyle w:val="Heading2"/>
      </w:pPr>
      <w:r>
        <w:t>Muslim leadership and modern age</w:t>
      </w:r>
    </w:p>
    <w:p>
      <w:r>
        <w:rPr>
          <w:color w:val="666666"/>
          <w:sz w:val="18"/>
        </w:rPr>
        <w:t>Society &amp; Dawah · Opportunities of the Modern Age | March 05, 2017 · 2m 03s · at 1:05:57 · https://youtu.be/Cv8QEwvQ_fY?t=3957</w:t>
      </w:r>
    </w:p>
    <w:p>
      <w:r>
        <w:rPr>
          <w:i/>
        </w:rPr>
        <w:t>“The present day Muslim leadership has been ignorant of the spirit of the modern age. Is this not the mechanism of counting numbers?”</w:t>
      </w:r>
    </w:p>
    <w:p>
      <w:r>
        <w:rPr>
          <w:sz w:val="20"/>
        </w:rPr>
        <w:t>1:05:57  bhi karenge ye depends upon the situation upon the possibility. Maulana agla sawal Srinagar se bheja</w:t>
      </w:r>
      <w:r>
        <w:br/>
      </w:r>
      <w:r>
        <w:rPr>
          <w:sz w:val="20"/>
        </w:rPr>
        <w:t>1:06:07  ہے ریاض بھٹ صاحب نے انہوں نے لکھا ہے: "The present-day Muslim leadership has been ignorant of</w:t>
      </w:r>
      <w:r>
        <w:br/>
      </w:r>
      <w:r>
        <w:rPr>
          <w:sz w:val="20"/>
        </w:rPr>
        <w:t>1:06:17  spirit of modern age is this is this not the mechanism of counting numbers that is</w:t>
      </w:r>
      <w:r>
        <w:br/>
      </w:r>
      <w:r>
        <w:rPr>
          <w:sz w:val="20"/>
        </w:rPr>
        <w:t>1:06:27  democracy rather than intellect which is responsible for it. What are your views Maulana Sahab on this?" matlab</w:t>
      </w:r>
      <w:r>
        <w:br/>
      </w:r>
      <w:r>
        <w:rPr>
          <w:sz w:val="20"/>
        </w:rPr>
        <w:t>1:06:35  wo democracy ko is pe is ka reason mante hain rather than intellect leadership ka to aap ke</w:t>
      </w:r>
      <w:r>
        <w:br/>
      </w:r>
      <w:r>
        <w:rPr>
          <w:sz w:val="20"/>
        </w:rPr>
        <w:t>1:06:42  dekhiye yeh bilkul ek ek bilkul ek yani bekhabari ki baat mein manta hoon is ko Iqbal</w:t>
      </w:r>
      <w:r>
        <w:br/>
      </w:r>
      <w:r>
        <w:rPr>
          <w:sz w:val="20"/>
        </w:rPr>
        <w:t>1:06:50  ne kaha tha jumhooriyat ke baray mein ke</w:t>
      </w:r>
      <w:r>
        <w:br/>
      </w:r>
      <w:r>
        <w:rPr>
          <w:sz w:val="20"/>
        </w:rPr>
        <w:t>1:06:58  baduon ko gunah karte hain to Allah ne kaha tha yeh bilkul be sarpe ki baat hai is</w:t>
      </w:r>
      <w:r>
        <w:br/>
      </w:r>
      <w:r>
        <w:rPr>
          <w:sz w:val="20"/>
        </w:rPr>
        <w:t>1:07:04  ka wisdom se koi talluq nahi hai gunai ka tareeqa ikhtiyar kiya jayega tolein kaise aap aap</w:t>
      </w:r>
      <w:r>
        <w:br/>
      </w:r>
      <w:r>
        <w:rPr>
          <w:sz w:val="20"/>
        </w:rPr>
        <w:t>1:07:10  ke paas koi tarazu hai ke aap kisi ke ikhlas ko tolein yeh to paighambar ke paas nahi</w:t>
      </w:r>
      <w:r>
        <w:br/>
      </w:r>
      <w:r>
        <w:rPr>
          <w:sz w:val="20"/>
        </w:rPr>
        <w:t>1:07:16  tha yani voters ke ikhlas ko tolein to aap ke paas koi tarazu aisa hai yeh to shayari</w:t>
      </w:r>
      <w:r>
        <w:br/>
      </w:r>
      <w:r>
        <w:rPr>
          <w:sz w:val="20"/>
        </w:rPr>
        <w:t>1:07:22  ki baat hai gunaya hi jayega kyunke tolne ka tarazu Allah ke</w:t>
      </w:r>
      <w:r>
        <w:br/>
      </w:r>
      <w:r>
        <w:rPr>
          <w:sz w:val="20"/>
        </w:rPr>
        <w:t>1:07:28  paas hota hai aap ke paas nahi hota unhone kaha tha Iqbal ne isi ko le ke</w:t>
      </w:r>
      <w:r>
        <w:br/>
      </w:r>
      <w:r>
        <w:rPr>
          <w:sz w:val="20"/>
        </w:rPr>
        <w:t>1:07:36  phir isi ko dohrate rehte hain log jumhooriyat jumhooriyat ek tarz hukumat ka hai ke jis mein bandon</w:t>
      </w:r>
      <w:r>
        <w:br/>
      </w:r>
      <w:r>
        <w:rPr>
          <w:sz w:val="20"/>
        </w:rPr>
        <w:t>1:07:44  ko gunah karte hain traao nahi karte yeh bilkul hi yani be meaning less baat hai kyunke aap</w:t>
      </w:r>
      <w:r>
        <w:br/>
      </w:r>
      <w:r>
        <w:rPr>
          <w:sz w:val="20"/>
        </w:rPr>
        <w:t>1:07:52  tol sakte nahi aap is ko Allah ke bas mein tolna aap gin hi nahi sakte hain aap</w:t>
      </w:r>
    </w:p>
    <w:p>
      <w:pPr>
        <w:pStyle w:val="Heading2"/>
      </w:pPr>
      <w:r>
        <w:t>Muslim oppostion to polio vaccintion</w:t>
      </w:r>
    </w:p>
    <w:p>
      <w:r>
        <w:rPr>
          <w:color w:val="666666"/>
          <w:sz w:val="18"/>
        </w:rPr>
        <w:t>Society &amp; Dawah · Journey of History December 23, 2012 · 39s · at 1:10:33 · https://youtu.be/bvjWl3U3Dmw?t=4233</w:t>
      </w:r>
    </w:p>
    <w:p>
      <w:r>
        <w:rPr>
          <w:i/>
        </w:rPr>
        <w:t>“Why are some Musims against polio vaccintion?”</w:t>
      </w:r>
    </w:p>
    <w:p>
      <w:r>
        <w:rPr>
          <w:sz w:val="20"/>
        </w:rPr>
        <w:t>1:10:33  maulana, agla sawal raipur se hai ms shabana ka. unhon ne aap se poocha hai: "why some muslims are against polio vaccination?"</w:t>
      </w:r>
      <w:r>
        <w:br/>
      </w:r>
      <w:r>
        <w:rPr>
          <w:sz w:val="20"/>
        </w:rPr>
        <w:t>1:10:44  yeh to aik jhoota toham parasti hai. main to bilkul galat samajhta hoon jo log is ke khilaf hain, woh is ki koi mazhab mein buniyad nahi hai, superstition hai bas aur kuch nahi,</w:t>
      </w:r>
      <w:r>
        <w:br/>
      </w:r>
      <w:r>
        <w:rPr>
          <w:sz w:val="20"/>
        </w:rPr>
        <w:t>1:10:58  sirf sheer superstition. to aur bhi bohat cheezein hain jo toham parasti ke taur par musalmanon mein hain, yahi nahi hai. to superstition to bas ke chhaya hua hai logon ke zehnon par bohat ziyada.</w:t>
      </w:r>
    </w:p>
    <w:p>
      <w:pPr>
        <w:pStyle w:val="Heading2"/>
      </w:pPr>
      <w:r>
        <w:t>Muslim parties hijacking the word dawah</w:t>
      </w:r>
    </w:p>
    <w:p>
      <w:r>
        <w:rPr>
          <w:color w:val="666666"/>
          <w:sz w:val="18"/>
        </w:rPr>
        <w:t>Society &amp; Dawah · Paradise Culture January 12, 2014 · 2m 05s · at 1:05:43 · https://youtu.be/Z3A6r7XjE00?t=3943</w:t>
      </w:r>
    </w:p>
    <w:p>
      <w:r>
        <w:rPr>
          <w:i/>
        </w:rPr>
        <w:t>“Maulana, today almost all Muslim parties are talking about dawah work. All these Jamaats are established with different motives, but not with the aim of dawah work. Some of them are trying to hijack the word dawah and trying to take credit for the work which was not their actual aim. And all this they are doing without declaring that their past policies were wrong.”</w:t>
      </w:r>
    </w:p>
    <w:p>
      <w:r>
        <w:rPr>
          <w:sz w:val="20"/>
        </w:rPr>
        <w:t>1:05:43  mahasha Allah, jazak Allah. maulana, agla sawal raichur se hai, zaheeruddin sahab ka. unhon ne likha hai: "maulana, today almost all muslim parties are talking about dawah work.</w:t>
      </w:r>
      <w:r>
        <w:br/>
      </w:r>
      <w:r>
        <w:rPr>
          <w:sz w:val="20"/>
        </w:rPr>
        <w:t>1:05:58  although these jamaat were established with different motives, but not with the aim of dawah work.</w:t>
      </w:r>
      <w:r>
        <w:br/>
      </w:r>
      <w:r>
        <w:rPr>
          <w:sz w:val="20"/>
        </w:rPr>
        <w:t>1:06:06  somehow they are trying to hijack the word dawah and trying to take credit for the work which was not their actual aim. and all this they are doing with without declaring that their past policies were wrong.</w:t>
      </w:r>
      <w:r>
        <w:br/>
      </w:r>
      <w:r>
        <w:rPr>
          <w:sz w:val="20"/>
        </w:rPr>
        <w:t>1:06:21  maulana, what do you have to say about this?" bhai, yeh to Allah taala ka mamla hai. hum ko aap ko apni duty anjam dena hai.</w:t>
      </w:r>
      <w:r>
        <w:br/>
      </w:r>
      <w:r>
        <w:rPr>
          <w:sz w:val="20"/>
        </w:rPr>
        <w:t>1:06:35  yani hum doosron ke liye last alayhim bamisatar, hum doosron ke liye darogha nahi hain. jo duty humein nazar aaye, quran o sunnat ke mutabiq humein us ko anjam dena hai.</w:t>
      </w:r>
      <w:r>
        <w:br/>
      </w:r>
      <w:r>
        <w:rPr>
          <w:sz w:val="20"/>
        </w:rPr>
        <w:t>1:06:51  dunya mein kabhi bhi aisa nahi ho sakta ke log bilkul aap ke nazariye ke mutabiq sahi se chalain. log dunya mein hamesha yeh</w:t>
      </w:r>
      <w:r>
        <w:br/>
      </w:r>
      <w:r>
        <w:rPr>
          <w:sz w:val="20"/>
        </w:rPr>
        <w:t>1:07:01  y sab karenge, pehle bhi kiya, aaj bhi karenge, kar rahe hain, aindah bhi karenge. to dunya ko aap badal nahi sakte. jo cheez aap ne batai aaj, woh pehle bhi thi, aaj aage bhi rahegi.</w:t>
      </w:r>
      <w:r>
        <w:br/>
      </w:r>
      <w:r>
        <w:rPr>
          <w:sz w:val="20"/>
        </w:rPr>
        <w:t>1:07:14  to bajaye is ke ke aap dunya ke liye, yani dunya ke liye is tarah se sochen, apne liye sochen ke mujhe Allah ne tofeeq di hai, sachai ka mujhe shaoor diya hai,</w:t>
      </w:r>
      <w:r>
        <w:br/>
      </w:r>
      <w:r>
        <w:rPr>
          <w:sz w:val="20"/>
        </w:rPr>
        <w:t>1:07:28  to mujhe woh usi kaam ko karna hai.</w:t>
      </w:r>
      <w:r>
        <w:br/>
      </w:r>
      <w:r>
        <w:rPr>
          <w:sz w:val="20"/>
        </w:rPr>
        <w:t>1:07:31  to apni duty ko yaad kijiye, yani apne aap ko duty conscious banaiye, right conscious mat banaiye.</w:t>
      </w:r>
      <w:r>
        <w:br/>
      </w:r>
      <w:r>
        <w:rPr>
          <w:sz w:val="20"/>
        </w:rPr>
        <w:t>1:07:42  yeh masle ka hal hai aur isi mein hamari nijat hai.</w:t>
      </w:r>
    </w:p>
    <w:p>
      <w:pPr>
        <w:pStyle w:val="Heading2"/>
      </w:pPr>
      <w:r>
        <w:t>Muslim role after Ayodhya verdict</w:t>
      </w:r>
    </w:p>
    <w:p>
      <w:r>
        <w:rPr>
          <w:color w:val="666666"/>
          <w:sz w:val="18"/>
        </w:rPr>
        <w:t>Society &amp; Dawah · Art of Crisis Management October 3, 2010 · 11m 43s · at 1:07:34 · https://youtu.be/sKdyThFThXo?t=4054</w:t>
      </w:r>
    </w:p>
    <w:p>
      <w:r>
        <w:rPr>
          <w:i/>
        </w:rPr>
        <w:t>“What should be the role of an individual Muslim after the Ayodhya verdict?”</w:t>
      </w:r>
    </w:p>
    <w:p>
      <w:r>
        <w:rPr>
          <w:sz w:val="20"/>
        </w:rPr>
        <w:t>1:07:34  maulana raipur se miss shwana ne sawal kiya hai, unhone likha hai: "what should be the role of individual muslim after the ayodhya verdict?" yahi yahi ke masjid ja ke dua karein.</w:t>
      </w:r>
      <w:r>
        <w:br/>
      </w:r>
      <w:r>
        <w:rPr>
          <w:sz w:val="20"/>
        </w:rPr>
        <w:t>1:07:53  aaj kal jo taqreerein hoti hain na, band kar do ayodhya ki masjid ke bare mein. taqreerein band karo, jalse band karo, allah taala se dua karo.</w:t>
      </w:r>
      <w:r>
        <w:br/>
      </w:r>
      <w:r>
        <w:rPr>
          <w:sz w:val="20"/>
        </w:rPr>
        <w:t>1:08:03  bas agar koi aql nahi, kaam nahi karti aap ki. aur mera formula to aap lein, to aap raazi ho jayein is pe.</w:t>
      </w:r>
      <w:r>
        <w:br/>
      </w:r>
      <w:r>
        <w:rPr>
          <w:sz w:val="20"/>
        </w:rPr>
        <w:t>1:08:11  relocation par abhi baat khatam.</w:t>
      </w:r>
      <w:r>
        <w:br/>
      </w:r>
      <w:r>
        <w:rPr>
          <w:sz w:val="20"/>
        </w:rPr>
        <w:t>1:08:18  yaani main wahan gaya hoon pehle, ab bhi gaya hoon. pehle to wahan hua karta tha, ab main gaya hoon to wahan koi ek eent ka ek tukra bhi nahi hai babri masjid ka.</w:t>
      </w:r>
      <w:r>
        <w:br/>
      </w:r>
      <w:r>
        <w:rPr>
          <w:sz w:val="20"/>
        </w:rPr>
        <w:t>1:08:29  yaani babri masjid jo hai, wahan exist hi nahi karti, sarr se roeen ki shakal mein bhi nahi hai. yaad rakhiye, log samajhte hain ke babri masjid khadi hui hai wahan par.</w:t>
      </w:r>
      <w:r>
        <w:br/>
      </w:r>
      <w:r>
        <w:rPr>
          <w:sz w:val="20"/>
        </w:rPr>
        <w:t>1:08:40  wahan to babri masjid ki ek eent bhi nahi hai, wahan to back shift mandir hai, woh non existent hai. woh to jo babri masjid exist nahi karti, us ke upar tehreekein chal rahi hain.</w:t>
      </w:r>
      <w:r>
        <w:br/>
      </w:r>
      <w:r>
        <w:rPr>
          <w:sz w:val="20"/>
        </w:rPr>
        <w:t>1:08:54  ab dekhein, is se zyada stable policy koi ho sakti hai?</w:t>
      </w:r>
      <w:r>
        <w:br/>
      </w:r>
      <w:r>
        <w:rPr>
          <w:sz w:val="20"/>
        </w:rPr>
        <w:t>1:09:02  yaani kisi ko yaani. aur ek bahut badi ek gunah kar rahe hain musalman. yaad rakhiye, woh bhi sun lijiye aap is mamle mein. ek gunah, gunah, gunah!</w:t>
      </w:r>
      <w:r>
        <w:br/>
      </w:r>
      <w:r>
        <w:rPr>
          <w:sz w:val="20"/>
        </w:rPr>
        <w:t>1:09:12  woh kya hadees mein aata hai ke sirf teen masjidon ka special mamla hai, woh hai makka ki masjid aur madine ki masjid aur yerushalam ki masjid.</w:t>
      </w:r>
      <w:r>
        <w:br/>
      </w:r>
      <w:r>
        <w:rPr>
          <w:sz w:val="20"/>
        </w:rPr>
        <w:t>1:09:30  baqi sab masjidien barabar hain. yeh baqayda hadees hai ke teen masjidon ke sath sari masjidien barabar hain. ab aap ko agar pata ho, nahi pata ho to ja kar ke dekhiye border par rajasthan aur haryana aur punjab, jahan ke pakistan sarhadein milti hain,</w:t>
      </w:r>
      <w:r>
        <w:br/>
      </w:r>
      <w:r>
        <w:rPr>
          <w:sz w:val="20"/>
        </w:rPr>
        <w:t>1:09:50  abhi bhi wahan pe masjidon ki roeen padi hui hai. masjidien tod di gayi hain.</w:t>
      </w:r>
      <w:r>
        <w:br/>
      </w:r>
      <w:r>
        <w:rPr>
          <w:sz w:val="20"/>
        </w:rPr>
        <w:t>1:09:56  mein ne khud dekha hai, koi masjid tod di gai. is masjid ko unhon ne ghar bana liya, yeh masjid bail bandhne lage, kuch bhi kiya.</w:t>
      </w:r>
      <w:r>
        <w:br/>
      </w:r>
      <w:r>
        <w:rPr>
          <w:sz w:val="20"/>
        </w:rPr>
        <w:t>1:10:07  to wahan par kyun nahi aap yeh jahad karte hain? aap babri masjid single out kyun karte hain? kisi ek masjid ko single out karna, yeh to islam mein bilkul jaiz hi nahi hai.</w:t>
      </w:r>
      <w:r>
        <w:br/>
      </w:r>
      <w:r>
        <w:rPr>
          <w:sz w:val="20"/>
        </w:rPr>
        <w:t>1:10:21  sawa teen ke agar aap ko tehreek chalana hai to sari masjidon ke liye chalaie.</w:t>
      </w:r>
      <w:r>
        <w:br/>
      </w:r>
      <w:r>
        <w:rPr>
          <w:sz w:val="20"/>
        </w:rPr>
        <w:t>1:10:27  sainkaron masjidain jo dhai gai hain partition ke waqt border par, un sab ke liye aap chalaie. hangama kijiye!</w:t>
      </w:r>
      <w:r>
        <w:br/>
      </w:r>
      <w:r>
        <w:rPr>
          <w:sz w:val="20"/>
        </w:rPr>
        <w:t>1:10:37  ek masjid ko agar aap kar ke us par tehreek chalate hain to aap gunah ka kaam karte hain. yaad rakhiye,</w:t>
      </w:r>
      <w:r>
        <w:br/>
      </w:r>
      <w:r>
        <w:rPr>
          <w:sz w:val="20"/>
        </w:rPr>
        <w:t>1:10:45  kisi ek masjid ko single out nahi kar sakte aap, ya aap ko ijazat hi nahi hai islam mein. hadith mein aata hai ke "la tashudd ar rihal illa as salah wal masajid".</w:t>
      </w:r>
      <w:r>
        <w:br/>
      </w:r>
      <w:r>
        <w:rPr>
          <w:sz w:val="20"/>
        </w:rPr>
        <w:t>1:10:57  yeh makka ki bait, makka ki jo woh hai masjid haram makka, us ko kaha jata hai. madine ki masjid ko masjid nabwi kaha jata hai aur yerushalayim ki masjid ko masjid aqsa kaha jata hai.</w:t>
      </w:r>
      <w:r>
        <w:br/>
      </w:r>
      <w:r>
        <w:rPr>
          <w:sz w:val="20"/>
        </w:rPr>
        <w:t>1:11:13  yeh teen masjidain jo hain islam mein, in ka khaas darja mana gaya hai. baqi sab barabar hain. to kaise musalmanon ne aisa kiya ke babri masjid ko unhon ne single out kiya?</w:t>
      </w:r>
      <w:r>
        <w:br/>
      </w:r>
      <w:r>
        <w:rPr>
          <w:sz w:val="20"/>
        </w:rPr>
        <w:t>1:11:26  is mein hangama 60 baras hangama kiye hue hain, jabke isi desh mein sainkaron masjidain aaj bhi ja ke koi dekh le un ki halat border par.</w:t>
      </w:r>
      <w:r>
        <w:br/>
      </w:r>
      <w:r>
        <w:rPr>
          <w:sz w:val="20"/>
        </w:rPr>
        <w:t>1:11:39  wohi haal hua hai jo jo ayodhya mein hua. us waqt aap chup kyun hain? yeh to islam mein jaiz hi nahi hai.</w:t>
      </w:r>
      <w:r>
        <w:br/>
      </w:r>
      <w:r>
        <w:rPr>
          <w:sz w:val="20"/>
        </w:rPr>
        <w:t>1:11:50  to bohat hi zyada sochne ki zaroorat hai ke sara is mein musalmanon ka jo hai tareeqa, sab ka sab islam ke khilaf hai.</w:t>
      </w:r>
      <w:r>
        <w:br/>
      </w:r>
      <w:r>
        <w:rPr>
          <w:sz w:val="20"/>
        </w:rPr>
        <w:t>1:12:00  a se zed tak babri masjid ke muamle mein musalmanon ka tareeqa ek zed tak, aur yeh bohat zabardast allah taala ka sawal kiya ja raha hai musalmanon se.</w:t>
      </w:r>
      <w:r>
        <w:br/>
      </w:r>
      <w:r>
        <w:rPr>
          <w:sz w:val="20"/>
        </w:rPr>
        <w:t>1:12:12  bohat zabardast sawal kiya ja raha hai. yaad rakhiye, isi point ko kya musalman jawab de sakte hain? allah taala kya tum ka right tha?</w:t>
      </w:r>
      <w:r>
        <w:br/>
      </w:r>
      <w:r>
        <w:rPr>
          <w:sz w:val="20"/>
        </w:rPr>
        <w:t>1:12:20  is is right se tum ne ek masjid ko single out kiya, aur baqi masjidon ko jab ka wahi anjam hua to us ke bare mein chup ho gaye. tum kyun tum ne aisa kiya?</w:t>
      </w:r>
      <w:r>
        <w:br/>
      </w:r>
      <w:r>
        <w:rPr>
          <w:sz w:val="20"/>
        </w:rPr>
        <w:t>1:12:32  yeh saada baat nahi. yaad rakhiye, bohat hi gum bheer baat hai, bohat hi serious baat hai, bohat serious baat hai. yeh masla hindu muslim ka nahi hai, yeh masla barah e rast islam ka hai,</w:t>
      </w:r>
      <w:r>
        <w:br/>
      </w:r>
      <w:r>
        <w:rPr>
          <w:sz w:val="20"/>
        </w:rPr>
        <w:t>1:12:48  barah e rast allah taala ke qanoon ka hai. aur bilashuba is mein musalmanon se poocha jayega qayamat mein ke tum ne kis right, kis haq se tum ne ek masjid ko single out kiya?</w:t>
      </w:r>
      <w:r>
        <w:br/>
      </w:r>
      <w:r>
        <w:rPr>
          <w:sz w:val="20"/>
        </w:rPr>
        <w:t>1:13:01  batao to kya musalman jawab denge is ka? yaad rakhiye, yeh saada baat nahi hai.</w:t>
      </w:r>
      <w:r>
        <w:br/>
      </w:r>
      <w:r>
        <w:rPr>
          <w:sz w:val="20"/>
        </w:rPr>
        <w:t>1:13:13  maulana, yeh sawal doctor farida khanam ne kiya hai nai dilli se.</w:t>
      </w:r>
      <w:r>
        <w:br/>
      </w:r>
      <w:r>
        <w:rPr>
          <w:sz w:val="20"/>
        </w:rPr>
        <w:t>1:13:17  unhon ne poocha hai: "what is the concept of leadership in islam? what is the criteria to judge a leader?</w:t>
      </w:r>
      <w:r>
        <w:br/>
      </w:r>
      <w:r>
        <w:rPr>
          <w:sz w:val="20"/>
        </w:rPr>
        <w:t>1:13:26  there are innumerable leaders among the muslims. how can they take a decision unitedly? is there any possibility of this?</w:t>
      </w:r>
      <w:r>
        <w:br/>
      </w:r>
      <w:r>
        <w:rPr>
          <w:sz w:val="20"/>
        </w:rPr>
        <w:t>1:13:36  or we are doomed to live under the shadow of incompetent leaders?"</w:t>
      </w:r>
      <w:r>
        <w:br/>
      </w:r>
      <w:r>
        <w:rPr>
          <w:sz w:val="20"/>
        </w:rPr>
        <w:t>1:13:49  dekhiye, islam mein leader ko imam kaha jata hai. imam to islam ka usool hai: "amruhum shura baynahum".</w:t>
      </w:r>
      <w:r>
        <w:br/>
      </w:r>
      <w:r>
        <w:rPr>
          <w:sz w:val="20"/>
        </w:rPr>
        <w:t>1:14:02  yani jab zaroorat ho imam muqarrar karne ki, yani leader muqarrar karne ki, to us ke liye mashwara kiya jaye, discuss kiya jaye, sab log baith kar rai karein, aur consensus se jis aadmi ko tay ho jaye, us ka imam maan liya jaye.</w:t>
      </w:r>
      <w:r>
        <w:br/>
      </w:r>
      <w:r>
        <w:rPr>
          <w:sz w:val="20"/>
        </w:rPr>
        <w:t>1:14:20  yeh to ideal baat hai, ideal baat ke jab bhi ek leader farz kiye mar gaya, ek leader ne resign kar diya kisi bhi baat se,</w:t>
      </w:r>
      <w:r>
        <w:br/>
      </w:r>
      <w:r>
        <w:rPr>
          <w:sz w:val="20"/>
        </w:rPr>
        <w:t>1:14:33  wo paida hoga. yani</w:t>
      </w:r>
      <w:r>
        <w:br/>
      </w:r>
      <w:r>
        <w:rPr>
          <w:sz w:val="20"/>
        </w:rPr>
        <w:t>1:14:37  leader ki na raha to log baithein aur discuss karein, aur jis aadmi ke naam par consensus ho jaye,</w:t>
      </w:r>
      <w:r>
        <w:br/>
      </w:r>
      <w:r>
        <w:rPr>
          <w:sz w:val="20"/>
        </w:rPr>
        <w:t>1:14:51  sab log us ko jo leader maan lein, sab log maan lein us ko. Yeh hai ideal surat. Doosri surat jo hai secondary darje mein, woh kya hai?</w:t>
      </w:r>
      <w:r>
        <w:br/>
      </w:r>
      <w:r>
        <w:rPr>
          <w:sz w:val="20"/>
        </w:rPr>
        <w:t>1:15:03  woh hai is ke liye bhi hadith mein bata diya gaya hai, woh yeh hai ke "ittaba' sawad al-a'zam".</w:t>
      </w:r>
      <w:r>
        <w:br/>
      </w:r>
      <w:r>
        <w:rPr>
          <w:sz w:val="20"/>
        </w:rPr>
        <w:t>1:15:15  ittaba' sawad al-a'zam ka matlab yeh hai ke kisi bhi tareeqe se agar koi aadmi leader ban gaya, chahe ghalat tareeqe se bana ho kyun na ho, to maan lo us ke saath jhanda na uthao.</w:t>
      </w:r>
      <w:r>
        <w:br/>
      </w:r>
      <w:r>
        <w:rPr>
          <w:sz w:val="20"/>
        </w:rPr>
        <w:t>1:15:30  yani ek ideal shakal yeh hai ke mashware se, discussion se</w:t>
      </w:r>
      <w:r>
        <w:br/>
      </w:r>
      <w:r>
        <w:rPr>
          <w:sz w:val="20"/>
        </w:rPr>
        <w:t>1:15:37  ke kisi shakhs ko banaya jaye aur sab log us ko maan lein. Lekin agar yeh ideal shakal possible na ho aur koi aadmi kisi bhi aur tareeqe se leader ban jaye to phir us ko maan lijiyega aap taake kam se kam peace qaim rahe.</w:t>
      </w:r>
      <w:r>
        <w:br/>
      </w:r>
      <w:r>
        <w:rPr>
          <w:sz w:val="20"/>
        </w:rPr>
        <w:t>1:15:55  aap jab maan lenge to kam se kam peace to qaim ho jayegi.</w:t>
      </w:r>
      <w:r>
        <w:br/>
      </w:r>
      <w:r>
        <w:rPr>
          <w:sz w:val="20"/>
        </w:rPr>
        <w:t>1:16:00  bas yeh do shakalain hain. Teesri shakal jo aaj kal musalmanon mein hai ke khare ho jatay hain jhanda le kar ke,</w:t>
      </w:r>
      <w:r>
        <w:br/>
      </w:r>
      <w:r>
        <w:rPr>
          <w:sz w:val="20"/>
        </w:rPr>
        <w:t>1:16:11  jaise musalmanon ke muslim karne mein democracy kyun nahi hai? Is ki misaal aap Pakistan dekh lijiyega,</w:t>
      </w:r>
      <w:r>
        <w:br/>
      </w:r>
      <w:r>
        <w:rPr>
          <w:sz w:val="20"/>
        </w:rPr>
        <w:t>1:16:18  ek election hoga, koi jeetega, ab kya hai? Doosra khara ho jayega. Rigging hui hai, rigging hui hai, rigging hui hai. Ab is ko down karne ke liye yeh Islam mein jaiz nahi hai.</w:t>
      </w:r>
      <w:r>
        <w:br/>
      </w:r>
      <w:r>
        <w:rPr>
          <w:sz w:val="20"/>
        </w:rPr>
        <w:t>1:16:31  Islam mein jaiz hi nahi hai. Yeh jaise bhi elect ho kar ke, jaise bhi woh ban kar ke seat par aa gaya to bas maan lijiyega us ko.</w:t>
      </w:r>
      <w:r>
        <w:br/>
      </w:r>
      <w:r>
        <w:rPr>
          <w:sz w:val="20"/>
        </w:rPr>
        <w:t>1:16:43  yeh hai Islam ka tareeqa. Kyun ke Islam mein dekhiye, jo jo supreme hai, woh kya hai? Normal si peace. Yeh hai supreme Islam mein.</w:t>
      </w:r>
      <w:r>
        <w:br/>
      </w:r>
      <w:r>
        <w:rPr>
          <w:sz w:val="20"/>
        </w:rPr>
        <w:t>1:16:56  is par bohat sari hadithain hain aur yahan par detail ka mauqa nahi hai</w:t>
      </w:r>
      <w:r>
        <w:br/>
      </w:r>
      <w:r>
        <w:rPr>
          <w:sz w:val="20"/>
        </w:rPr>
        <w:t>1:17:02  kyun ke main mukhtasaran yahi kahunga ke agar musalmanon mein yani constructive soch ho, woh is position mein hon ke discussion kar ke ek aadmi ko bana dein to bara acha hai.</w:t>
      </w:r>
      <w:r>
        <w:br/>
      </w:r>
      <w:r>
        <w:rPr>
          <w:sz w:val="20"/>
        </w:rPr>
        <w:t>1:17:15  nahi to jo aadmi bhi kisi bhi tareeqe se ho jaye, woh chahe rigging kar ke ho jaye, tab bhi us ko maan lijiyega kyun ke ittaba' sawad al-a'zam farmaya Rasool Allah (SAW) ne.</w:t>
      </w:r>
      <w:r>
        <w:br/>
      </w:r>
      <w:r>
        <w:rPr>
          <w:sz w:val="20"/>
        </w:rPr>
        <w:t>1:17:29  Maulana, un ka ek sawal</w:t>
      </w:r>
      <w:r>
        <w:br/>
      </w:r>
      <w:r>
        <w:rPr>
          <w:sz w:val="20"/>
        </w:rPr>
        <w:t>1:17:31  aur hai. Unhon ne likha hai ke "there was no media in the thirteen century, that is why Muslims were able to opt for the policy of inaction.</w:t>
      </w:r>
      <w:r>
        <w:br/>
      </w:r>
      <w:r>
        <w:rPr>
          <w:sz w:val="20"/>
        </w:rPr>
        <w:t>1:17:42  Now is there any possibility of Muslims refraining from giving provocative statements in the media and aggravating the situation further?" Bilkul, hum ko dekhiye, hamari team yeh sab nahi kaam kar rahi hai.</w:t>
      </w:r>
      <w:r>
        <w:br/>
      </w:r>
      <w:r>
        <w:rPr>
          <w:sz w:val="20"/>
        </w:rPr>
        <w:t>1:17:59  train</w:t>
      </w:r>
      <w:r>
        <w:br/>
      </w:r>
      <w:r>
        <w:rPr>
          <w:sz w:val="20"/>
        </w:rPr>
        <w:t>1:18:00  karne ki zaroorat hai. Hum train kar rahe hain logon ko to hamare jo itne saathi hain, koi sab kaam nahi karta. Pehle jo hai traditionally log aise thay, ab aap ko logon ki combine ki re-engineering karni hogi.</w:t>
      </w:r>
      <w:r>
        <w:br/>
      </w:r>
      <w:r>
        <w:rPr>
          <w:sz w:val="20"/>
        </w:rPr>
        <w:t>1:18:15  Bas yeh hai. Pehle to apne aap hi log jo thay, woh kingship ka zamana tha. Log chup chap rehtay thay. Ab woh daur khatam ho gaya, woh zamana khatam ho gaya, woh tradition toot gayi.</w:t>
      </w:r>
      <w:r>
        <w:br/>
      </w:r>
      <w:r>
        <w:rPr>
          <w:sz w:val="20"/>
        </w:rPr>
        <w:t>1:18:29  Lekin ab aap logon ke mind ki re-engineering kijiye, logon ko phir se samjhaiye.</w:t>
      </w:r>
      <w:r>
        <w:br/>
      </w:r>
      <w:r>
        <w:rPr>
          <w:sz w:val="20"/>
        </w:rPr>
        <w:t>1:18:36  Abhi aaj mere paas ek talib ilm aaye, ek sahab ka, subah unhon ne kaha ke aap ki kitabein parhne se pehle main sab ko dushman samajhta tha. Sab dushman hain, Hindu dushman hain, Yahudi dushman hain, American dushman hain, Islam ke sab khilaf sazishain karte hain.</w:t>
      </w:r>
      <w:r>
        <w:br/>
      </w:r>
      <w:r>
        <w:rPr>
          <w:sz w:val="20"/>
        </w:rPr>
        <w:t>1:18:50  Sab ke khilaf mere dil mein dushmani hoti thi. Aap ki kitabein parhne ke baad mera zehan bilkul badal gaya. Ab main samajhta hoon ke sab insaan hain,</w:t>
      </w:r>
      <w:r>
        <w:br/>
      </w:r>
      <w:r>
        <w:rPr>
          <w:sz w:val="20"/>
        </w:rPr>
        <w:t>1:18:59  koi dushman nahi hai. Yeh hai re-engineering of mind.</w:t>
      </w:r>
      <w:r>
        <w:br/>
      </w:r>
      <w:r>
        <w:rPr>
          <w:sz w:val="20"/>
        </w:rPr>
        <w:t>1:19:08  to pehle jo cheez apne aap haasil ho jati thi, us ke liye aap ko koshish karni paregi. itna hi farq hua hai.</w:t>
      </w:r>
    </w:p>
    <w:p>
      <w:pPr>
        <w:pStyle w:val="Heading2"/>
      </w:pPr>
      <w:r>
        <w:t>Muslim violence vs Quranic peace</w:t>
      </w:r>
    </w:p>
    <w:p>
      <w:r>
        <w:rPr>
          <w:color w:val="666666"/>
          <w:sz w:val="18"/>
        </w:rPr>
        <w:t>Society &amp; Dawah · Message of the Quran August 20, 2017 · 1m 49s · at 19:42 · https://youtu.be/BrbrZxP37pk?t=1182</w:t>
      </w:r>
    </w:p>
    <w:p>
      <w:r>
        <w:rPr>
          <w:i/>
        </w:rPr>
        <w:t>“Why can't Muslims practice Islam the way you practice? If Quran is about peace, then why are Muslims so violent and killing innocent people? What is your opinion on this?”</w:t>
      </w:r>
    </w:p>
    <w:p>
      <w:r>
        <w:rPr>
          <w:sz w:val="20"/>
        </w:rPr>
        <w:t>19:42  ji Maulana, agla sawal Kolkata se bheja hai. ah Mr Sanjeev Chatterjee ne jo program dekh rahe hain, to unhone likha hai: "Maulana sahib, why can't Muslims practice Islam the way you practice?</w:t>
      </w:r>
      <w:r>
        <w:br/>
      </w:r>
      <w:r>
        <w:rPr>
          <w:sz w:val="20"/>
        </w:rPr>
        <w:t>19:58  if Quran is about peace, then why Muslims are so violent and killing innocent people? what is your opinion on this?" dekhen, duniya mein Khuda ne har insaan ko freedom diya hai.</w:t>
      </w:r>
      <w:r>
        <w:br/>
      </w:r>
      <w:r>
        <w:rPr>
          <w:sz w:val="20"/>
        </w:rPr>
        <w:t>20:15  freedom to freedom jab diya hai to aadmi chahe to freedom ko misuse kare ya us ko proper istemal kare.</w:t>
      </w:r>
      <w:r>
        <w:br/>
      </w:r>
      <w:r>
        <w:rPr>
          <w:sz w:val="20"/>
        </w:rPr>
        <w:t>20:27  is ka to yeh to hoga. azadi ko koi na koi aise niklenge jo freedom ko misuse karenge.</w:t>
      </w:r>
      <w:r>
        <w:br/>
      </w:r>
      <w:r>
        <w:rPr>
          <w:sz w:val="20"/>
        </w:rPr>
        <w:t>20:36  to woh sab baaten jo is ko aap bataya, woh freedom ko misuse karne ki misalen hain. to hum yahi mission chala rahe hain ke log jaanen ke freedom mili to hai hum ko, lekin freedom ko humein misuse nahi karna hai.</w:t>
      </w:r>
      <w:r>
        <w:br/>
      </w:r>
      <w:r>
        <w:rPr>
          <w:sz w:val="20"/>
        </w:rPr>
        <w:t>20:54  freedom ko sahi tareeqe se istemal karna hai. isi par Allah ki bakhshish milegi humein, isi par Allah ki rehmat milegi.</w:t>
      </w:r>
      <w:r>
        <w:br/>
      </w:r>
      <w:r>
        <w:rPr>
          <w:sz w:val="20"/>
        </w:rPr>
        <w:t>21:04  yahi hum logon ko bata rahe hain. aur ab dekhiye, hamare bhai Harpreet Singh ne Punjabi mein tarjuma kar diya.</w:t>
      </w:r>
      <w:r>
        <w:br/>
      </w:r>
      <w:r>
        <w:rPr>
          <w:sz w:val="20"/>
        </w:rPr>
        <w:t>21:13  ab Punjabi janne walon tak bhi pahuncha rahe hain. to yeh yahi hai. duniya mein kuch log aise rahenge hamesha jo misuse karenge, lekin hamara aap ka kaam yeh hai ke hum logon ko batate rahen, batate rahen, batate rahen.</w:t>
      </w:r>
    </w:p>
    <w:p>
      <w:pPr>
        <w:pStyle w:val="Heading2"/>
      </w:pPr>
      <w:r>
        <w:t>Muslim's role in Islamic vs non-Islamic countries</w:t>
      </w:r>
    </w:p>
    <w:p>
      <w:r>
        <w:rPr>
          <w:color w:val="666666"/>
          <w:sz w:val="18"/>
        </w:rPr>
        <w:t>Society &amp; Dawah · Conversation with Maulana Wahiduddin Khan | October 01, 2017 · 4m 29s · at 21:05 · https://youtu.be/TmOYGd3rp2M?t=1265</w:t>
      </w:r>
    </w:p>
    <w:p>
      <w:r>
        <w:rPr>
          <w:i/>
        </w:rPr>
        <w:t>“Is the role of a Muslim different in an Islamic country like Pakistan as compared to his role in a non-Islamic country like USA, UK and India? What would you say to this?”</w:t>
      </w:r>
    </w:p>
    <w:p>
      <w:r>
        <w:rPr>
          <w:sz w:val="20"/>
        </w:rPr>
        <w:t>21:05  to aap sirf yeh sochiye ke woh din jab aayega jis ke bare mein kaha gaya hai ke "Yum yaqoomun naasu birab bil aalameen". Us din mera case kya hoga? Yaqeen par khada hone wala ya shakk o shubah par khada hone wala? Bas yahi asal baat hai. Maulana, agla sawal Tariq Badar sahib ne Pakistan se bheja hai. Unhon ne likha hai: "Is the role of Mus</w:t>
      </w:r>
      <w:r>
        <w:br/>
      </w:r>
      <w:r>
        <w:rPr>
          <w:sz w:val="20"/>
        </w:rPr>
        <w:t>21:35  lim different in Islamic country like Pakistan as compared to his role in non-Islamic country like USA, UK</w:t>
      </w:r>
      <w:r>
        <w:br/>
      </w:r>
      <w:r>
        <w:rPr>
          <w:sz w:val="20"/>
        </w:rPr>
        <w:t>21:41  aur India? What would you say to this?" mein nahin manta aisa.</w:t>
      </w:r>
      <w:r>
        <w:br/>
      </w:r>
      <w:r>
        <w:rPr>
          <w:sz w:val="20"/>
        </w:rPr>
        <w:t>21:48  bilkul nahin manta mein is ko.</w:t>
      </w:r>
      <w:r>
        <w:br/>
      </w:r>
      <w:r>
        <w:rPr>
          <w:sz w:val="20"/>
        </w:rPr>
        <w:t>21:54  har mulk mein ek hi kaam karna hai.</w:t>
      </w:r>
      <w:r>
        <w:br/>
      </w:r>
      <w:r>
        <w:rPr>
          <w:sz w:val="20"/>
        </w:rPr>
        <w:t>22:00  aur woh hai Allah rab al-alameen</w:t>
      </w:r>
      <w:r>
        <w:br/>
      </w:r>
      <w:r>
        <w:rPr>
          <w:sz w:val="20"/>
        </w:rPr>
        <w:t>22:07  ki wahdaniyat ka ailan.</w:t>
      </w:r>
      <w:r>
        <w:br/>
      </w:r>
      <w:r>
        <w:rPr>
          <w:sz w:val="20"/>
        </w:rPr>
        <w:t>22:12  jab aap yeh sochen ke har jagah koi amli program ko le kar sochen to lagega aap</w:t>
      </w:r>
      <w:r>
        <w:br/>
      </w:r>
      <w:r>
        <w:rPr>
          <w:sz w:val="20"/>
        </w:rPr>
        <w:t>22:18  ko ke har jagah amli program alag alag hai.</w:t>
      </w:r>
      <w:r>
        <w:br/>
      </w:r>
      <w:r>
        <w:rPr>
          <w:sz w:val="20"/>
        </w:rPr>
        <w:t>22:24  lekin aap sochen jab anzar ko le kar, anzar tafseer ko le kar to sirf ailan hi ek</w:t>
      </w:r>
      <w:r>
        <w:br/>
      </w:r>
      <w:r>
        <w:rPr>
          <w:sz w:val="20"/>
        </w:rPr>
        <w:t>22:29  wahid kaam kar pata hai.</w:t>
      </w:r>
      <w:r>
        <w:br/>
      </w:r>
      <w:r>
        <w:rPr>
          <w:sz w:val="20"/>
        </w:rPr>
        <w:t>22:35  chahe Pakistan ho, chahe America ho.</w:t>
      </w:r>
      <w:r>
        <w:br/>
      </w:r>
      <w:r>
        <w:rPr>
          <w:sz w:val="20"/>
        </w:rPr>
        <w:t>22:41  yani ailan ko le kar sochen, dawat ko le kar sochen.</w:t>
      </w:r>
      <w:r>
        <w:br/>
      </w:r>
      <w:r>
        <w:rPr>
          <w:sz w:val="20"/>
        </w:rPr>
        <w:t>22:45  dawat ka matlab hai ailan.</w:t>
      </w:r>
      <w:r>
        <w:br/>
      </w:r>
      <w:r>
        <w:rPr>
          <w:sz w:val="20"/>
        </w:rPr>
        <w:t>22:50  to woh to peaceful hai har jagah.</w:t>
      </w:r>
      <w:r>
        <w:br/>
      </w:r>
      <w:r>
        <w:rPr>
          <w:sz w:val="20"/>
        </w:rPr>
        <w:t>22:54  wahan na ladai hai, na bomb hai, na gun hai.</w:t>
      </w:r>
      <w:r>
        <w:br/>
      </w:r>
      <w:r>
        <w:rPr>
          <w:sz w:val="20"/>
        </w:rPr>
        <w:t>22:59  lekin hota yeh hai ke log dawat ka tasawwur in ka nahin hai.</w:t>
      </w:r>
      <w:r>
        <w:br/>
      </w:r>
      <w:r>
        <w:rPr>
          <w:sz w:val="20"/>
        </w:rPr>
        <w:t>23:03  anzar tafseer ke tasawwur ka nahin hai.</w:t>
      </w:r>
      <w:r>
        <w:br/>
      </w:r>
      <w:r>
        <w:rPr>
          <w:sz w:val="20"/>
        </w:rPr>
        <w:t>23:08  to har jagah woh koi na koi nikalay gaye hain ke falan dushman hai, is ko maro. falan</w:t>
      </w:r>
      <w:r>
        <w:br/>
      </w:r>
      <w:r>
        <w:rPr>
          <w:sz w:val="20"/>
        </w:rPr>
        <w:t>23:12  Islam ke khilaf hai, is ko qatal karo.</w:t>
      </w:r>
      <w:r>
        <w:br/>
      </w:r>
      <w:r>
        <w:rPr>
          <w:sz w:val="20"/>
        </w:rPr>
        <w:t>23:20  to asal baat yeh hai ke logon ne yahi baat nahi jaani ke islam ki bashriyat aik hi hai.</w:t>
      </w:r>
      <w:r>
        <w:br/>
      </w:r>
      <w:r>
        <w:rPr>
          <w:sz w:val="20"/>
        </w:rPr>
        <w:t>23:28  koi manta aik hi hai.</w:t>
      </w:r>
      <w:r>
        <w:br/>
      </w:r>
      <w:r>
        <w:rPr>
          <w:sz w:val="20"/>
        </w:rPr>
        <w:t>23:36  ya in aik hi sachai hai.</w:t>
      </w:r>
      <w:r>
        <w:br/>
      </w:r>
      <w:r>
        <w:rPr>
          <w:sz w:val="20"/>
        </w:rPr>
        <w:t>23:44  ab woh tauheed hai.</w:t>
      </w:r>
      <w:r>
        <w:br/>
      </w:r>
      <w:r>
        <w:rPr>
          <w:sz w:val="20"/>
        </w:rPr>
        <w:t>23:47  aur aik hi sachai hai jis ko hamein peaceful andaaz mein ailaan karna hai.</w:t>
      </w:r>
      <w:r>
        <w:br/>
      </w:r>
      <w:r>
        <w:rPr>
          <w:sz w:val="20"/>
        </w:rPr>
        <w:t>23:51  koi doosri baat pesh aati hai to woh doosre ki taraf se.</w:t>
      </w:r>
      <w:r>
        <w:br/>
      </w:r>
      <w:r>
        <w:rPr>
          <w:sz w:val="20"/>
        </w:rPr>
        <w:t>23:54  yaani tashaddud hua rasool Allah ki taraf se nahi hai.</w:t>
      </w:r>
      <w:r>
        <w:br/>
      </w:r>
      <w:r>
        <w:rPr>
          <w:sz w:val="20"/>
        </w:rPr>
        <w:t>23:57  doosre ki taraf se hua.</w:t>
      </w:r>
      <w:r>
        <w:br/>
      </w:r>
      <w:r>
        <w:rPr>
          <w:sz w:val="20"/>
        </w:rPr>
        <w:t>24:01  yahan to musalman khud hi tashaddud karte hain.</w:t>
      </w:r>
      <w:r>
        <w:br/>
      </w:r>
      <w:r>
        <w:rPr>
          <w:sz w:val="20"/>
        </w:rPr>
        <w:t>24:04  khud hi bomb maarte hain.</w:t>
      </w:r>
      <w:r>
        <w:br/>
      </w:r>
      <w:r>
        <w:rPr>
          <w:sz w:val="20"/>
        </w:rPr>
        <w:t>24:07  khud hi gun chalate hain.</w:t>
      </w:r>
      <w:r>
        <w:br/>
      </w:r>
      <w:r>
        <w:rPr>
          <w:sz w:val="20"/>
        </w:rPr>
        <w:t>24:11  khud hi suicide bomb</w:t>
      </w:r>
      <w:r>
        <w:br/>
      </w:r>
      <w:r>
        <w:rPr>
          <w:sz w:val="20"/>
        </w:rPr>
        <w:t>24:14  ing karte hain.</w:t>
      </w:r>
      <w:r>
        <w:br/>
      </w:r>
      <w:r>
        <w:rPr>
          <w:sz w:val="20"/>
        </w:rPr>
        <w:t>24:18  is ki wajah yeh hai ke logon ko pata hi nahi ke kya Allah taala ka kya matloob hai.</w:t>
      </w:r>
      <w:r>
        <w:br/>
      </w:r>
      <w:r>
        <w:rPr>
          <w:sz w:val="20"/>
        </w:rPr>
        <w:t>24:23  to jab bhi aap ko dawat ka tasawwur ho, inzaar taaseer ka tasawwur ho, ailaan haq ka tasawwur</w:t>
      </w:r>
      <w:r>
        <w:br/>
      </w:r>
      <w:r>
        <w:rPr>
          <w:sz w:val="20"/>
        </w:rPr>
        <w:t>24:27  ho to aik hi nishana hoga.</w:t>
      </w:r>
      <w:r>
        <w:br/>
      </w:r>
      <w:r>
        <w:rPr>
          <w:sz w:val="20"/>
        </w:rPr>
        <w:t>24:31  is mein koi do hi nahi hogi.</w:t>
      </w:r>
      <w:r>
        <w:br/>
      </w:r>
      <w:r>
        <w:rPr>
          <w:sz w:val="20"/>
        </w:rPr>
        <w:t>24:35  do, teen, chaar, paanch nahi hoga.</w:t>
      </w:r>
      <w:r>
        <w:br/>
      </w:r>
      <w:r>
        <w:rPr>
          <w:sz w:val="20"/>
        </w:rPr>
        <w:t>24:40  kyun ke nishane mein farq bana lete hain</w:t>
      </w:r>
      <w:r>
        <w:br/>
      </w:r>
      <w:r>
        <w:rPr>
          <w:sz w:val="20"/>
        </w:rPr>
        <w:t>24:44  log khud se.</w:t>
      </w:r>
      <w:r>
        <w:br/>
      </w:r>
      <w:r>
        <w:rPr>
          <w:sz w:val="20"/>
        </w:rPr>
        <w:t>24:54  is liye lagta hai ke haan yeh karna hai, wahan woh karna hai.</w:t>
      </w:r>
      <w:r>
        <w:br/>
      </w:r>
      <w:r>
        <w:rPr>
          <w:sz w:val="20"/>
        </w:rPr>
        <w:t>25:04  mere aziz, aik hi kaam hai, woh hai: "ya rasool Allah, yaani tableegh Allah peaceful tareeqe se." phir</w:t>
      </w:r>
      <w:r>
        <w:br/>
      </w:r>
      <w:r>
        <w:rPr>
          <w:sz w:val="20"/>
        </w:rPr>
        <w:t>25:14  yeh sawal khatam ho jayega ke mukhtalif mulkon mein alag alag program, har mulk mein aik hi program.</w:t>
      </w:r>
      <w:r>
        <w:br/>
      </w:r>
      <w:r>
        <w:rPr>
          <w:sz w:val="20"/>
        </w:rPr>
        <w:t>25:24  ab woh hai Allah ki jo wahdaniyat hai, is ka ailaan peaceful andaaz se. bas.</w:t>
      </w:r>
    </w:p>
    <w:p>
      <w:pPr>
        <w:pStyle w:val="Heading2"/>
      </w:pPr>
      <w:r>
        <w:t>Muslims accepting citizenship of non-Islamic countries</w:t>
      </w:r>
    </w:p>
    <w:p>
      <w:r>
        <w:rPr>
          <w:color w:val="666666"/>
          <w:sz w:val="18"/>
        </w:rPr>
        <w:t>Society &amp; Dawah · Islam and Violence October 12, 2014 · 3m 11s · at 1:11:00 · https://youtu.be/KmpXYZjPlj8?t=4260</w:t>
      </w:r>
    </w:p>
    <w:p>
      <w:r>
        <w:rPr>
          <w:i/>
        </w:rPr>
        <w:t>“Recently the Canadian government announced honorary citizenship for Malala Yousafzai. One of my friends mentioned to me that Malala Yousafzai should reject the citizenship because Islam commands that Muslims cannot accept citizenship of non-Islamic countries.”</w:t>
      </w:r>
    </w:p>
    <w:p>
      <w:r>
        <w:rPr>
          <w:sz w:val="20"/>
        </w:rPr>
        <w:t>1:11:00  maulana, agla sawal moradabad se farooq sahab ka hai, aur unhon ne likha hai ke: "recently the canada government announce the honorary citizenship for malala yousafzai.</w:t>
      </w:r>
      <w:r>
        <w:br/>
      </w:r>
      <w:r>
        <w:rPr>
          <w:sz w:val="20"/>
        </w:rPr>
        <w:t>1:11:14  one of my friend mention to me that malala yousafzai should reject the citizenship because islam commands that muslim can not accept citizenship of non islamic countries." yeh kahan?</w:t>
      </w:r>
      <w:r>
        <w:br/>
      </w:r>
      <w:r>
        <w:rPr>
          <w:sz w:val="20"/>
        </w:rPr>
        <w:t>1:11:30  yeh to bilkul laghu baat hai. kahan islam kehta hai ke wahan wahan wahan woh? yeh kahan se islam? kis kis quran mein likha hua hai? log apni laghu baaton ko islam ki taraf mansoob karte hain.</w:t>
      </w:r>
      <w:r>
        <w:br/>
      </w:r>
      <w:r>
        <w:rPr>
          <w:sz w:val="20"/>
        </w:rPr>
        <w:t>1:11:44  kahan quran mein likha hua hai ke kisi ke silsile mein? aur sare musalman jo ja ja kar ke amreeka ke selzar bane hue hain, woh jaiz hain ke najaiz hain?</w:t>
      </w:r>
      <w:r>
        <w:br/>
      </w:r>
      <w:r>
        <w:rPr>
          <w:sz w:val="20"/>
        </w:rPr>
        <w:t>1:11:55  aap is ko kyun malale ke oopar apply karte hain? dunya bhar ke musalmanon mein har ghar mein koi na koi ja kar ke wahan europe mein, amreeka mein basa hua, aur wahan ka selzership le rakhi hai.</w:t>
      </w:r>
      <w:r>
        <w:br/>
      </w:r>
      <w:r>
        <w:rPr>
          <w:sz w:val="20"/>
        </w:rPr>
        <w:t>1:12:06  is ne woh jaiz hai ke najaiz hai?</w:t>
      </w:r>
      <w:r>
        <w:br/>
      </w:r>
      <w:r>
        <w:rPr>
          <w:sz w:val="20"/>
        </w:rPr>
        <w:t>1:12:10  yeh sab bohat hi bohat hi ziyada galat baatein hain, aur bilashuba allah ki taraf pakad hogi. aise aise alfaaz bolne par pakad hogi allah taala ki.</w:t>
      </w:r>
      <w:r>
        <w:br/>
      </w:r>
      <w:r>
        <w:rPr>
          <w:sz w:val="20"/>
        </w:rPr>
        <w:t>1:12:20  yani million billion musalman ja ke wahan reh rahe hain, canada mein, amreeka mein, europe mein, aur selzership le rakhi hai. aur jo sahib ne yeh kaha, un ka bhi koi na koi rishtedar wahan maujood hoga.</w:t>
      </w:r>
      <w:r>
        <w:br/>
      </w:r>
      <w:r>
        <w:rPr>
          <w:sz w:val="20"/>
        </w:rPr>
        <w:t>1:12:36  mein samajhta hoon ke itne insincere ho gaye hain, muslim itne insincere ho gaye hain, is ki koi had o hisab nahin.</w:t>
      </w:r>
      <w:r>
        <w:br/>
      </w:r>
      <w:r>
        <w:rPr>
          <w:sz w:val="20"/>
        </w:rPr>
        <w:t>1:12:43  maulana, agla ek comment aur question hai jo maulana abdul basit umri ne bheja hai, doha qatar se. unhon ne likha hai: "maulana, kyun aisa hua ke musalman daur science se pehle to islam ki numaindagi karte hue dikhai dete hain, lekin daur science ke baad musalman islam ki numaindagi karne se aajiz hain?</w:t>
      </w:r>
      <w:r>
        <w:br/>
      </w:r>
      <w:r>
        <w:rPr>
          <w:sz w:val="20"/>
        </w:rPr>
        <w:t>1:13:10  sirf aap hi ek aalim hain jo jadeed mind ko address karte hain, aur aap ki kitabein aur taqreerein parh kar shukr aur islam par sabit qadmi paida hota hai.</w:t>
      </w:r>
      <w:r>
        <w:br/>
      </w:r>
      <w:r>
        <w:rPr>
          <w:sz w:val="20"/>
        </w:rPr>
        <w:t>1:13:24  science ne jo shukook o shubhat shubhat paida kiye thay, woh door hote hain."</w:t>
      </w:r>
      <w:r>
        <w:br/>
      </w:r>
      <w:r>
        <w:rPr>
          <w:sz w:val="20"/>
        </w:rPr>
        <w:t>1:13:32  asal mein dekhiye, jo jis ko kehte hain nauabadi daur, yani colonial colonializm, jis ko kehte hain, us se pehle musalmanon ka yeh haal nahin tha.</w:t>
      </w:r>
      <w:r>
        <w:br/>
      </w:r>
      <w:r>
        <w:rPr>
          <w:sz w:val="20"/>
        </w:rPr>
        <w:t>1:13:45  us ke baad yeh haal hua ke nafrat, nafrat, hate, hate. to colonial period ke baad jo nafratein aayin musalmanon mein, sare alam, har har aadmi, chahe mister ho ya maulvi, nafrat karne laga.</w:t>
      </w:r>
      <w:r>
        <w:br/>
      </w:r>
      <w:r>
        <w:rPr>
          <w:sz w:val="20"/>
        </w:rPr>
        <w:t>1:13:59  is ki wajah se yeh sab masle paida hue hain. is se pehle musalmanon mein aisa nahin tha.</w:t>
      </w:r>
    </w:p>
    <w:p>
      <w:pPr>
        <w:pStyle w:val="Heading2"/>
      </w:pPr>
      <w:r>
        <w:t>Muslims fail to study serious literature</w:t>
      </w:r>
    </w:p>
    <w:p>
      <w:r>
        <w:rPr>
          <w:color w:val="666666"/>
          <w:sz w:val="18"/>
        </w:rPr>
        <w:t>Society &amp; Dawah · God in the Age of Science January 08, 2017 · 1m 32s · at 1:04:20 · https://youtu.be/au1bRdQDZ0U?t=3860</w:t>
      </w:r>
    </w:p>
    <w:p>
      <w:r>
        <w:rPr>
          <w:i/>
        </w:rPr>
        <w:t>“The problem is that Muslims don't study serious literature, they only listen to the shallow speeches of the misguided leaders and form their...”</w:t>
      </w:r>
    </w:p>
    <w:p>
      <w:r>
        <w:rPr>
          <w:sz w:val="20"/>
        </w:rPr>
        <w:t>1:04:20  hai yeh kahan quran mein likha hua hai yeh to kahin hai hi nahin ji maulana agla sawal</w:t>
      </w:r>
      <w:r>
        <w:br/>
      </w:r>
      <w:r>
        <w:rPr>
          <w:sz w:val="20"/>
        </w:rPr>
        <w:t>1:04:27  ڈاکٹر فریدہ خانم نے بھیجا ہے دلی سے انہوں نے لکھا ہے The problem is that Muslims don't</w:t>
      </w:r>
      <w:r>
        <w:br/>
      </w:r>
      <w:r>
        <w:rPr>
          <w:sz w:val="20"/>
        </w:rPr>
        <w:t>1:04:35  study serious literature. They only listen to the shallow speeches of the misguided leaders and form their</w:t>
      </w:r>
      <w:r>
        <w:br/>
      </w:r>
      <w:r>
        <w:rPr>
          <w:sz w:val="20"/>
        </w:rPr>
        <w:t>1:04:43  opinion by inauthentic news reports published in newspapers which come under the category of yellow journalism</w:t>
      </w:r>
      <w:r>
        <w:br/>
      </w:r>
      <w:r>
        <w:rPr>
          <w:sz w:val="20"/>
        </w:rPr>
        <w:t>1:04:51  what is the solution to this problem baat to bohat sahi hai hundred percent sahi hai yeh baat</w:t>
      </w:r>
      <w:r>
        <w:br/>
      </w:r>
      <w:r>
        <w:rPr>
          <w:sz w:val="20"/>
        </w:rPr>
        <w:t>1:04:58  chief test logon ka ban gaya hai isko badalna hoga yeh chief test ki wajah se yellow</w:t>
      </w:r>
      <w:r>
        <w:br/>
      </w:r>
      <w:r>
        <w:rPr>
          <w:sz w:val="20"/>
        </w:rPr>
        <w:t>1:05:06  journalism phaila hua hai main to parta hi nahin aisi aisi cheezon ko yellow journalism kyun popular hai</w:t>
      </w:r>
      <w:r>
        <w:br/>
      </w:r>
      <w:r>
        <w:rPr>
          <w:sz w:val="20"/>
        </w:rPr>
        <w:t>1:05:14  log chief test ho ho gaya logon ke andar chief test bhi kya cheez hai waqt guzari ke</w:t>
      </w:r>
      <w:r>
        <w:br/>
      </w:r>
      <w:r>
        <w:rPr>
          <w:sz w:val="20"/>
        </w:rPr>
        <w:t>1:05:21  liye parhna aap zyada serious na hon zyada deep mein na jana chahein bas waqt waqt guzarnay ke</w:t>
      </w:r>
      <w:r>
        <w:br/>
      </w:r>
      <w:r>
        <w:rPr>
          <w:sz w:val="20"/>
        </w:rPr>
        <w:t>1:05:29  liye parhein to wahi wahi cheez aap ko achi lage gi to logon ke andar deep thinking nahin</w:t>
      </w:r>
      <w:r>
        <w:br/>
      </w:r>
      <w:r>
        <w:rPr>
          <w:sz w:val="20"/>
        </w:rPr>
        <w:t>1:05:37  hai right thinking nahin hai yeh masla hai ji to ab isi ko hamein paida karna hai yani</w:t>
      </w:r>
      <w:r>
        <w:br/>
      </w:r>
      <w:r>
        <w:rPr>
          <w:sz w:val="20"/>
        </w:rPr>
        <w:t>1:05:45  hamein right thinking logon ke andar paida karna hai iske baad woh yellow journalism ki popularity apne</w:t>
      </w:r>
    </w:p>
    <w:p>
      <w:pPr>
        <w:pStyle w:val="Heading2"/>
      </w:pPr>
      <w:r>
        <w:t>Muslims following Companions' violent aspect</w:t>
      </w:r>
    </w:p>
    <w:p>
      <w:r>
        <w:rPr>
          <w:color w:val="666666"/>
          <w:sz w:val="18"/>
        </w:rPr>
        <w:t>Society &amp; Dawah · Quran A Miracle June 01, 2014 · 2m 30s · at 1:05:04 · https://youtu.be/8KM3lDsj4PY?t=3904</w:t>
      </w:r>
    </w:p>
    <w:p>
      <w:r>
        <w:rPr>
          <w:i/>
        </w:rPr>
        <w:t>“Islam started a new process of peace and ideology whose result was to come much later. The Companions fought each other due to time and circumstances, but today's Muslim could not understand this new process and started following the violent aspect of the Companions. Today Muslims' method of war is exactly the same as that of the Companions but today's circumstances are not the same.”</w:t>
      </w:r>
    </w:p>
    <w:p>
      <w:r>
        <w:rPr>
          <w:sz w:val="20"/>
        </w:rPr>
        <w:t>1:05:04  molana agla sawal kiya hai shahnawaz zafar sahib ne dilli se. unhon ne likha hai ke islam ne peace aur ideology ka ek naya process shuru kiya jis ka result bohat baad ko aana tha.</w:t>
      </w:r>
      <w:r>
        <w:br/>
      </w:r>
      <w:r>
        <w:rPr>
          <w:sz w:val="20"/>
        </w:rPr>
        <w:t>1:05:20  sahaba ne waqt aur halaat ki wajah se ek doosre se jang ki. lekin aaj ka musalman islam ke is naye process ko samajh na saka aur sahaba ke violence wale pehlu ko hi follow karne laga.</w:t>
      </w:r>
      <w:r>
        <w:br/>
      </w:r>
      <w:r>
        <w:rPr>
          <w:sz w:val="20"/>
        </w:rPr>
        <w:t>1:05:36  aaj musalmanon ka tareeqa jang bilkul wahi hai jo sahaba ka tha lekin aaj halaat woh nahin hain jo sahaba ke waqt mein thay.</w:t>
      </w:r>
      <w:r>
        <w:br/>
      </w:r>
      <w:r>
        <w:rPr>
          <w:sz w:val="20"/>
        </w:rPr>
        <w:t>1:05:46  is ignorance ki wajah se aaj musalman peace ko daryaft na kar saka. molana is is ki wazahat karein. wahan pe kitabein jo likhi gayi is poore daur mein bohat hi ghalat numaindagi is mein hai.</w:t>
      </w:r>
      <w:r>
        <w:br/>
      </w:r>
      <w:r>
        <w:rPr>
          <w:sz w:val="20"/>
        </w:rPr>
        <w:t>1:06:01  jaise iqbal ka shair hai talwar woh shair hai ke teghon ke saaye mein kya hai woh pal kar jawan hue hain khanjar hilal ka hai quomi nasha hamara.</w:t>
      </w:r>
      <w:r>
        <w:br/>
      </w:r>
      <w:r>
        <w:rPr>
          <w:sz w:val="20"/>
        </w:rPr>
        <w:t>1:06:15  to isi qism ki kitabein yahan se wahan tak likhi gayi hain saari. aaj bhi likhi ja rahi hain. jis mein jihad ko highlight karte hain. ladai ko highlight karte hain.</w:t>
      </w:r>
      <w:r>
        <w:br/>
      </w:r>
      <w:r>
        <w:rPr>
          <w:sz w:val="20"/>
        </w:rPr>
        <w:t>1:06:25  abhi bhi musalmanon ka mizaj hai ke takrao ki baatein kijiye to bohat bheer akatha ho jaye gi. abhi bhi mizaj hai. to yeh ghalat numaindagi jo ki hai musalmanon ne is ka nateeja hai.</w:t>
      </w:r>
      <w:r>
        <w:br/>
      </w:r>
      <w:r>
        <w:rPr>
          <w:sz w:val="20"/>
        </w:rPr>
        <w:t>1:06:38  to hum ko lotna hoga peechay ki taraf. ek muhaddis ne bohat sahi kaha tha ke ala</w:t>
      </w:r>
      <w:r>
        <w:br/>
      </w:r>
      <w:r>
        <w:rPr>
          <w:sz w:val="20"/>
        </w:rPr>
        <w:t>1:06:50  bhi hua ke is ummat ke baad ke logon ka muamla bhi isi tareeqay se durust hoga jaise shuru ke logon ka muamla durust hua tha. to yeh beech mein jo qital aur badshahat aur empire aur jang hai yeh sab jo chalta raha is se peechay hatiye peechay hatiye peechay hatiye.</w:t>
      </w:r>
      <w:r>
        <w:br/>
      </w:r>
      <w:r>
        <w:rPr>
          <w:sz w:val="20"/>
        </w:rPr>
        <w:t>1:07:08  aur wahan jaiye jahan rasool allah ne jo peace ka yaani peaceful tareeqay se toheed ka kaam kiya tha.</w:t>
      </w:r>
      <w:r>
        <w:br/>
      </w:r>
      <w:r>
        <w:rPr>
          <w:sz w:val="20"/>
        </w:rPr>
        <w:t>1:07:18  is is model ko apnaiye. political model ko chodiye is model ko apnaiye. isi se yaani muamla durust hoga.</w:t>
      </w:r>
    </w:p>
    <w:p>
      <w:pPr>
        <w:pStyle w:val="Heading2"/>
      </w:pPr>
      <w:r>
        <w:t>Muslims in Pakistan and Allah's Help</w:t>
      </w:r>
    </w:p>
    <w:p>
      <w:r>
        <w:rPr>
          <w:color w:val="666666"/>
          <w:sz w:val="18"/>
        </w:rPr>
        <w:t>Society &amp; Dawah · Dars-e-Quran, Hadith-e-Jibril October 29, 2017 · 10m 01s · at 1:15:10 · https://youtu.be/CaMTvkwqQqo?t=4510</w:t>
      </w:r>
    </w:p>
    <w:p>
      <w:r>
        <w:rPr>
          <w:i/>
        </w:rPr>
        <w:t>“Reference to today's lecture, how Muslims in Pakistan would know where they made mistake and they are not receiving Allah's help? Tell about this.”</w:t>
      </w:r>
    </w:p>
    <w:p>
      <w:r>
        <w:rPr>
          <w:sz w:val="20"/>
        </w:rPr>
        <w:t>1:15:10  ne wahin isi group mein abdul rehman sahib ne ek sawal bheja hai unhon ne likha hai ke reference</w:t>
      </w:r>
      <w:r>
        <w:br/>
      </w:r>
      <w:r>
        <w:rPr>
          <w:sz w:val="20"/>
        </w:rPr>
        <w:t>1:15:18  to today's lecture how Muslims in Pakistan would know where they made mistake and they are not receiving</w:t>
      </w:r>
      <w:r>
        <w:br/>
      </w:r>
      <w:r>
        <w:rPr>
          <w:sz w:val="20"/>
        </w:rPr>
        <w:t>1:15:27  allah help is ke bare mein bataein aaj mein waqea yeh hai ke isi baat par soch raha</w:t>
      </w:r>
      <w:r>
        <w:br/>
      </w:r>
      <w:r>
        <w:rPr>
          <w:sz w:val="20"/>
        </w:rPr>
        <w:t>1:15:36  tha</w:t>
      </w:r>
      <w:r>
        <w:br/>
      </w:r>
      <w:r>
        <w:rPr>
          <w:sz w:val="20"/>
        </w:rPr>
        <w:t>1:15:40  meri paidaish up mein hui ek gaon mein</w:t>
      </w:r>
      <w:r>
        <w:br/>
      </w:r>
      <w:r>
        <w:rPr>
          <w:sz w:val="20"/>
        </w:rPr>
        <w:t>1:15:44  hamare gaon ke</w:t>
      </w:r>
      <w:r>
        <w:br/>
      </w:r>
      <w:r>
        <w:rPr>
          <w:sz w:val="20"/>
        </w:rPr>
        <w:t>1:15:47  mili hui ek sadak hoti thi</w:t>
      </w:r>
      <w:r>
        <w:br/>
      </w:r>
      <w:r>
        <w:rPr>
          <w:sz w:val="20"/>
        </w:rPr>
        <w:t>1:15:51  jo shahganj se adampur tak jati thi</w:t>
      </w:r>
      <w:r>
        <w:br/>
      </w:r>
      <w:r>
        <w:rPr>
          <w:sz w:val="20"/>
        </w:rPr>
        <w:t>1:15:55  to kai bar maine dekha ke muslim naujawan</w:t>
      </w:r>
      <w:r>
        <w:br/>
      </w:r>
      <w:r>
        <w:rPr>
          <w:sz w:val="20"/>
        </w:rPr>
        <w:t>1:15:59  group bana kar</w:t>
      </w:r>
      <w:r>
        <w:br/>
      </w:r>
      <w:r>
        <w:rPr>
          <w:sz w:val="20"/>
        </w:rPr>
        <w:t>1:16:01  road par chal rahe the un ke hath mein banner hota tha banner</w:t>
      </w:r>
      <w:r>
        <w:br/>
      </w:r>
      <w:r>
        <w:rPr>
          <w:sz w:val="20"/>
        </w:rPr>
        <w:t>1:16:07  aur woh</w:t>
      </w:r>
      <w:r>
        <w:br/>
      </w:r>
      <w:r>
        <w:rPr>
          <w:sz w:val="20"/>
        </w:rPr>
        <w:t>1:16:11  yeh baat kehte the</w:t>
      </w:r>
      <w:r>
        <w:br/>
      </w:r>
      <w:r>
        <w:rPr>
          <w:sz w:val="20"/>
        </w:rPr>
        <w:t>1:16:16  ke yeh waqt ki baat hai jab ke Pakistan ki tehreek chal rahi thi 1947 se pehle ki baat to aap ko pata hoga ke jab Pakistan ki tehreek chal rahi thi to all India tehreek thi woh</w:t>
      </w:r>
      <w:r>
        <w:br/>
      </w:r>
      <w:r>
        <w:rPr>
          <w:sz w:val="20"/>
        </w:rPr>
        <w:t>1:16:36  yani woh tehreek sirf Pakistan mein nahi thi all India thi har jagah to woh naujawan aawaz dete the Pakistan ka matlab kya la ilaha illallah</w:t>
      </w:r>
      <w:r>
        <w:br/>
      </w:r>
      <w:r>
        <w:rPr>
          <w:sz w:val="20"/>
        </w:rPr>
        <w:t>1:16:50  pakistan ka matlab kya la ilaha illallah</w:t>
      </w:r>
      <w:r>
        <w:br/>
      </w:r>
      <w:r>
        <w:rPr>
          <w:sz w:val="20"/>
        </w:rPr>
        <w:t>1:16:54  to aaj mein yahi soch raha tha</w:t>
      </w:r>
      <w:r>
        <w:br/>
      </w:r>
      <w:r>
        <w:rPr>
          <w:sz w:val="20"/>
        </w:rPr>
        <w:t>1:16:58  ke india ke musalmanon ne khas taur par pakistan ke musalmanon ne</w:t>
      </w:r>
      <w:r>
        <w:br/>
      </w:r>
      <w:r>
        <w:rPr>
          <w:sz w:val="20"/>
        </w:rPr>
        <w:t>1:17:06  in alfaaz ke sath goya allah se wada kiya tha ke khuda ya tu hamein pakistan de aur hum</w:t>
      </w:r>
      <w:r>
        <w:br/>
      </w:r>
      <w:r>
        <w:rPr>
          <w:sz w:val="20"/>
        </w:rPr>
        <w:t>1:17:15  la ilaha illallah ko sare dunya mein phaila dein allah ne hamein aur aap ko is tarah</w:t>
      </w:r>
      <w:r>
        <w:br/>
      </w:r>
      <w:r>
        <w:rPr>
          <w:sz w:val="20"/>
        </w:rPr>
        <w:t>1:17:20  hamein yahi sare wasail ko istemal kar ke allah ke kalam ko quran ko har zaban mein tarjuma</w:t>
      </w:r>
      <w:r>
        <w:br/>
      </w:r>
      <w:r>
        <w:rPr>
          <w:sz w:val="20"/>
        </w:rPr>
        <w:t>1:17:28  kar ke phaila dein</w:t>
      </w:r>
      <w:r>
        <w:br/>
      </w:r>
      <w:r>
        <w:rPr>
          <w:sz w:val="20"/>
        </w:rPr>
        <w:t>1:17:31  yahi keh rahe the goya kyunke la ilaha illallah to kalma quran hai</w:t>
      </w:r>
      <w:r>
        <w:br/>
      </w:r>
      <w:r>
        <w:rPr>
          <w:sz w:val="20"/>
        </w:rPr>
        <w:t>1:17:36  lekin</w:t>
      </w:r>
      <w:r>
        <w:br/>
      </w:r>
      <w:r>
        <w:rPr>
          <w:sz w:val="20"/>
        </w:rPr>
        <w:t>1:17:37  aap dekhiye Pakistan banne ke baad kya hua log aapas mein ladne lage aapas mein ladne lage jaise ke kisi ne hijack kar liya cricket cricket mein aik term hai sledging</w:t>
      </w:r>
      <w:r>
        <w:br/>
      </w:r>
      <w:r>
        <w:rPr>
          <w:sz w:val="20"/>
        </w:rPr>
        <w:t>1:17:57  ap mujh se zyada jante hain ke jab do team khel rahi ho</w:t>
      </w:r>
      <w:r>
        <w:br/>
      </w:r>
      <w:r>
        <w:rPr>
          <w:sz w:val="20"/>
        </w:rPr>
        <w:t>1:18:03  aur ek team</w:t>
      </w:r>
      <w:r>
        <w:br/>
      </w:r>
      <w:r>
        <w:rPr>
          <w:sz w:val="20"/>
        </w:rPr>
        <w:t>1:18:07  acchi performance dikha rahi ho</w:t>
      </w:r>
      <w:r>
        <w:br/>
      </w:r>
      <w:r>
        <w:rPr>
          <w:sz w:val="20"/>
        </w:rPr>
        <w:t>1:18:12  to doosri team is ko kuch aisi baat kahe gi</w:t>
      </w:r>
      <w:r>
        <w:br/>
      </w:r>
      <w:r>
        <w:rPr>
          <w:sz w:val="20"/>
        </w:rPr>
        <w:t>1:18:17  ke wo is ka tempo khatm ho jaye</w:t>
      </w:r>
      <w:r>
        <w:br/>
      </w:r>
      <w:r>
        <w:rPr>
          <w:sz w:val="20"/>
        </w:rPr>
        <w:t>1:18:23  ek bari zabardast tempo ke sath wo khel rahe hain wo jeetne wale hain to haarne wali team</w:t>
      </w:r>
      <w:r>
        <w:br/>
      </w:r>
      <w:r>
        <w:rPr>
          <w:sz w:val="20"/>
        </w:rPr>
        <w:t>1:18:29  kuch aisi baat kahe gi provoke karne wali un ko</w:t>
      </w:r>
      <w:r>
        <w:br/>
      </w:r>
      <w:r>
        <w:rPr>
          <w:sz w:val="20"/>
        </w:rPr>
        <w:t>1:18:35  ke un ka tempo khatm ho jaye wo haar jayen is ko kehte hain sledging</w:t>
      </w:r>
      <w:r>
        <w:br/>
      </w:r>
      <w:r>
        <w:rPr>
          <w:sz w:val="20"/>
        </w:rPr>
        <w:t>1:18:42  to</w:t>
      </w:r>
      <w:r>
        <w:br/>
      </w:r>
      <w:r>
        <w:rPr>
          <w:sz w:val="20"/>
        </w:rPr>
        <w:t>1:18:43  pakistan ke baad yahi hua</w:t>
      </w:r>
      <w:r>
        <w:br/>
      </w:r>
      <w:r>
        <w:rPr>
          <w:sz w:val="20"/>
        </w:rPr>
        <w:t>1:18:46  kuch aur taqaten</w:t>
      </w:r>
      <w:r>
        <w:br/>
      </w:r>
      <w:r>
        <w:rPr>
          <w:sz w:val="20"/>
        </w:rPr>
        <w:t>1:18:49  ubhren jinho ne is tempo ko highjack kar liya</w:t>
      </w:r>
      <w:r>
        <w:br/>
      </w:r>
      <w:r>
        <w:rPr>
          <w:sz w:val="20"/>
        </w:rPr>
        <w:t>1:18:54  jo tempo ubhra tha pakistan ka matlab ke la ilaha illallah ek tempo</w:t>
      </w:r>
      <w:r>
        <w:br/>
      </w:r>
      <w:r>
        <w:rPr>
          <w:sz w:val="20"/>
        </w:rPr>
        <w:t>1:19:00  to kuch taqaton ne is ko highjack is tarah kiya ke shikayat ki baaten bohat zyada phaila</w:t>
      </w:r>
      <w:r>
        <w:br/>
      </w:r>
      <w:r>
        <w:rPr>
          <w:sz w:val="20"/>
        </w:rPr>
        <w:t>1:19:05  deen hum mazloom hain bohat zyada phaila diya bas ladaai bhadaai shuru ho gayi jis ko dekhiye bas hum</w:t>
      </w:r>
      <w:r>
        <w:br/>
      </w:r>
      <w:r>
        <w:rPr>
          <w:sz w:val="20"/>
        </w:rPr>
        <w:t>1:19:13  mazloom hain hamare sath bura sulook hua hai hamare sath haq talfi hui hai</w:t>
      </w:r>
      <w:r>
        <w:br/>
      </w:r>
      <w:r>
        <w:rPr>
          <w:sz w:val="20"/>
        </w:rPr>
        <w:t>1:19:22  is tarah se kuch taqaton ne ek political sledging ki</w:t>
      </w:r>
      <w:r>
        <w:br/>
      </w:r>
      <w:r>
        <w:rPr>
          <w:sz w:val="20"/>
        </w:rPr>
        <w:t>1:19:28  aur</w:t>
      </w:r>
      <w:r>
        <w:br/>
      </w:r>
      <w:r>
        <w:rPr>
          <w:sz w:val="20"/>
        </w:rPr>
        <w:t>1:19:28  is tempo ko high jack kar liya aur pakistan ke log is ka shikar ho gaye</w:t>
      </w:r>
      <w:r>
        <w:br/>
      </w:r>
      <w:r>
        <w:rPr>
          <w:sz w:val="20"/>
        </w:rPr>
        <w:t>1:19:39  is unho ne hijackers ke fareb mein aa gaye</w:t>
      </w:r>
      <w:r>
        <w:br/>
      </w:r>
      <w:r>
        <w:rPr>
          <w:sz w:val="20"/>
        </w:rPr>
        <w:t>1:19:43  yani pakistan ke tempo ko</w:t>
      </w:r>
      <w:r>
        <w:br/>
      </w:r>
      <w:r>
        <w:rPr>
          <w:sz w:val="20"/>
        </w:rPr>
        <w:t>1:19:47  unho ne highjack kiya aur khud pakistan ke log is ka shikar ho gaye lage hue hain</w:t>
      </w:r>
      <w:r>
        <w:br/>
      </w:r>
      <w:r>
        <w:rPr>
          <w:sz w:val="20"/>
        </w:rPr>
        <w:t>1:19:53  koi is kaam karne ka</w:t>
      </w:r>
      <w:r>
        <w:br/>
      </w:r>
      <w:r>
        <w:rPr>
          <w:sz w:val="20"/>
        </w:rPr>
        <w:t>1:19:56  mujhe ek waqia yaad ata hai ek banda mein gaya tha iraq</w:t>
      </w:r>
      <w:r>
        <w:br/>
      </w:r>
      <w:r>
        <w:rPr>
          <w:sz w:val="20"/>
        </w:rPr>
        <w:t>1:20:02  to iraq mein ek pakistani shia aaye the ziyarat ke liye</w:t>
      </w:r>
      <w:r>
        <w:br/>
      </w:r>
      <w:r>
        <w:rPr>
          <w:sz w:val="20"/>
        </w:rPr>
        <w:t>1:20:09  wo senior the wo</w:t>
      </w:r>
      <w:r>
        <w:br/>
      </w:r>
      <w:r>
        <w:rPr>
          <w:sz w:val="20"/>
        </w:rPr>
        <w:t>1:20:12  pakistani shia to un se mein ne poocha acha woh dilli se gaye thay pakistan dilli se</w:t>
      </w:r>
      <w:r>
        <w:br/>
      </w:r>
      <w:r>
        <w:rPr>
          <w:sz w:val="20"/>
        </w:rPr>
        <w:t>1:20:22  migrate kar ke pakistan banne ke baad to</w:t>
      </w:r>
      <w:r>
        <w:br/>
      </w:r>
      <w:r>
        <w:rPr>
          <w:sz w:val="20"/>
        </w:rPr>
        <w:t>1:20:25  mein ne un se poocha ke aap ne pakistan banne se pehle bhi dekha hai aur pakistan banne</w:t>
      </w:r>
      <w:r>
        <w:br/>
      </w:r>
      <w:r>
        <w:rPr>
          <w:sz w:val="20"/>
        </w:rPr>
        <w:t>1:20:32  ke baad bhi dekha hai is mulk ko</w:t>
      </w:r>
      <w:r>
        <w:br/>
      </w:r>
      <w:r>
        <w:rPr>
          <w:sz w:val="20"/>
        </w:rPr>
        <w:t>1:20:36  aap ka kya</w:t>
      </w:r>
      <w:r>
        <w:br/>
      </w:r>
      <w:r>
        <w:rPr>
          <w:sz w:val="20"/>
        </w:rPr>
        <w:t>1:20:38  tajurba hai to woh rone lage</w:t>
      </w:r>
      <w:r>
        <w:br/>
      </w:r>
      <w:r>
        <w:rPr>
          <w:sz w:val="20"/>
        </w:rPr>
        <w:t>1:20:44  woh buzurg jo thay rone lage ro kar unhon ne kaha</w:t>
      </w:r>
      <w:r>
        <w:br/>
      </w:r>
      <w:r>
        <w:rPr>
          <w:sz w:val="20"/>
        </w:rPr>
        <w:t>1:20:50  ab tak mujhe yaad hai</w:t>
      </w:r>
      <w:r>
        <w:br/>
      </w:r>
      <w:r>
        <w:rPr>
          <w:sz w:val="20"/>
        </w:rPr>
        <w:t>1:20:52  ke haal kya pehle hum log hindu musalman ka naam pe ladte thay ab hum ladte hain shia</w:t>
      </w:r>
      <w:r>
        <w:br/>
      </w:r>
      <w:r>
        <w:rPr>
          <w:sz w:val="20"/>
        </w:rPr>
        <w:t>1:21:00  sunni shia ke naam par</w:t>
      </w:r>
      <w:r>
        <w:br/>
      </w:r>
      <w:r>
        <w:rPr>
          <w:sz w:val="20"/>
        </w:rPr>
        <w:t>1:21:03  pehlay hindu muslim jhagray thay ab shia sunni jhagray hain</w:t>
      </w:r>
      <w:r>
        <w:br/>
      </w:r>
      <w:r>
        <w:rPr>
          <w:sz w:val="20"/>
        </w:rPr>
        <w:t>1:21:08  woh mujhe yaad aya</w:t>
      </w:r>
      <w:r>
        <w:br/>
      </w:r>
      <w:r>
        <w:rPr>
          <w:sz w:val="20"/>
        </w:rPr>
        <w:t>1:21:13  to ek waqia hai ke 1947 se pehle pure muslim mein ek tempo aaya tha tempo pakistan ka matlab kya la ilaha illallah to la ilaha illallah ek paigham hai ek kalma toheed ka is naam par logon ka to ek tempo paida hua tha ke hamein la ilaha ko sari dunya mein phailana hai aisa lagta tha ke wo waqia ho jayega ke</w:t>
      </w:r>
      <w:r>
        <w:br/>
      </w:r>
      <w:r>
        <w:rPr>
          <w:sz w:val="20"/>
        </w:rPr>
        <w:t>1:21:42  wallah laib laghnad ar rab ma balagh laib an nahar laib laib laghnad ar rab ma balagh laib an nahar to lagta</w:t>
      </w:r>
      <w:r>
        <w:br/>
      </w:r>
      <w:r>
        <w:rPr>
          <w:sz w:val="20"/>
        </w:rPr>
        <w:t>1:21:53  tha ke yeh tempo la ilah ke naam par aya hai</w:t>
      </w:r>
      <w:r>
        <w:br/>
      </w:r>
      <w:r>
        <w:rPr>
          <w:sz w:val="20"/>
        </w:rPr>
        <w:t>1:21:58  jo rasool Allah ne wahan par</w:t>
      </w:r>
      <w:r>
        <w:br/>
      </w:r>
      <w:r>
        <w:rPr>
          <w:sz w:val="20"/>
        </w:rPr>
        <w:t>1:22:02  rasool Allah ne ka tareeqa tha makkah mein</w:t>
      </w:r>
      <w:r>
        <w:br/>
      </w:r>
      <w:r>
        <w:rPr>
          <w:sz w:val="20"/>
        </w:rPr>
        <w:t>1:22:06  qoolo la ilah ill Allah taflou</w:t>
      </w:r>
      <w:r>
        <w:br/>
      </w:r>
      <w:r>
        <w:rPr>
          <w:sz w:val="20"/>
        </w:rPr>
        <w:t>1:22:10  aap wahan par majmay majamay mein jatay thay aur kehtay thay ayaha nas qoolo la ilah ill Allah</w:t>
      </w:r>
      <w:r>
        <w:br/>
      </w:r>
      <w:r>
        <w:rPr>
          <w:sz w:val="20"/>
        </w:rPr>
        <w:t>1:22:17  taflou to aisa lagta tha ke woh kaam to hua tha makkah mein ab jo ummat muslema ke</w:t>
      </w:r>
      <w:r>
        <w:br/>
      </w:r>
      <w:r>
        <w:rPr>
          <w:sz w:val="20"/>
        </w:rPr>
        <w:t>1:22:24  andar tempo paida hua hai la ilah ka to sari</w:t>
      </w:r>
      <w:r>
        <w:br/>
      </w:r>
      <w:r>
        <w:rPr>
          <w:sz w:val="20"/>
        </w:rPr>
        <w:t>1:22:28  duniya mein woh phail jayen ge</w:t>
      </w:r>
      <w:r>
        <w:br/>
      </w:r>
      <w:r>
        <w:rPr>
          <w:sz w:val="20"/>
        </w:rPr>
        <w:t>1:22:31  aur kahain ge duniya se aye logon toheed ka rasta pakro aye logon quran ko parho</w:t>
      </w:r>
      <w:r>
        <w:br/>
      </w:r>
      <w:r>
        <w:rPr>
          <w:sz w:val="20"/>
        </w:rPr>
        <w:t>1:22:39  lekin aisa lagta hai ke koi shaitan kood pada</w:t>
      </w:r>
      <w:r>
        <w:br/>
      </w:r>
      <w:r>
        <w:rPr>
          <w:sz w:val="20"/>
        </w:rPr>
        <w:t>1:22:45  aur us ne hijack kar liya is tempe ko</w:t>
      </w:r>
      <w:r>
        <w:br/>
      </w:r>
      <w:r>
        <w:rPr>
          <w:sz w:val="20"/>
        </w:rPr>
        <w:t>1:22:50  aur woh tempo an awail reh gaya</w:t>
      </w:r>
      <w:r>
        <w:br/>
      </w:r>
      <w:r>
        <w:rPr>
          <w:sz w:val="20"/>
        </w:rPr>
        <w:t>1:22:53  woh jo tempo tha woh in awail reh gaya</w:t>
      </w:r>
      <w:r>
        <w:br/>
      </w:r>
      <w:r>
        <w:rPr>
          <w:sz w:val="20"/>
        </w:rPr>
        <w:t>1:22:59  to meri dua hai ke Allah taala</w:t>
      </w:r>
      <w:r>
        <w:br/>
      </w:r>
      <w:r>
        <w:rPr>
          <w:sz w:val="20"/>
        </w:rPr>
        <w:t>1:23:02  al Pakistan ko</w:t>
      </w:r>
      <w:r>
        <w:br/>
      </w:r>
      <w:r>
        <w:rPr>
          <w:sz w:val="20"/>
        </w:rPr>
        <w:t>1:23:05  samajh de aur dobara is tempo ko revive kare woh</w:t>
      </w:r>
      <w:r>
        <w:br/>
      </w:r>
      <w:r>
        <w:rPr>
          <w:sz w:val="20"/>
        </w:rPr>
        <w:t>1:23:11  dobara is tempo ko revive kare aur Rasool Allah ki jo sunnat dawat thi aap kehte the logon</w:t>
      </w:r>
      <w:r>
        <w:br/>
      </w:r>
      <w:r>
        <w:rPr>
          <w:sz w:val="20"/>
        </w:rPr>
        <w:t>1:23:17  ke paas ja ja kar ke qolo</w:t>
      </w:r>
      <w:r>
        <w:br/>
      </w:r>
      <w:r>
        <w:rPr>
          <w:sz w:val="20"/>
        </w:rPr>
        <w:t>1:23:21  la ilaha illallah aihya nas qolo la ilaha illallah taflon</w:t>
      </w:r>
      <w:r>
        <w:br/>
      </w:r>
      <w:r>
        <w:rPr>
          <w:sz w:val="20"/>
        </w:rPr>
        <w:t>1:23:26  to ahl e Pakistan dunya ke samne khare ho kar kahein aey logon Quran ko parho</w:t>
      </w:r>
      <w:r>
        <w:br/>
      </w:r>
      <w:r>
        <w:rPr>
          <w:sz w:val="20"/>
        </w:rPr>
        <w:t>1:23:34  a logon hum tumhari apni qabil understandable zuban mein quran tumhare paas laye hain ahl e pakistan is waqt Allah ne phaila bhi diya in ko</w:t>
      </w:r>
      <w:r>
        <w:br/>
      </w:r>
      <w:r>
        <w:rPr>
          <w:sz w:val="20"/>
        </w:rPr>
        <w:t>1:23:47  dunya mein taqreeban 200 mulk hain lekin ek martaba mein ne parhi thi report to taqreeban sare hi mulk mein ahl e pakistan phailay hue hain</w:t>
      </w:r>
      <w:r>
        <w:br/>
      </w:r>
      <w:r>
        <w:rPr>
          <w:sz w:val="20"/>
        </w:rPr>
        <w:t>1:24:00  to woh woh tempo revive revive ho aur ahl e pakistan ja ja kar har jagah kahen un ki apni zuban mein keh lo ke hum quran ko tumhari understandable language mein le kar aaye hain parho is ko yeh tumhare tumhare rab ka kalam hai to is tempo ko revive karna hai</w:t>
      </w:r>
      <w:r>
        <w:br/>
      </w:r>
      <w:r>
        <w:rPr>
          <w:sz w:val="20"/>
        </w:rPr>
        <w:t>1:24:27  here we miss the train</w:t>
      </w:r>
      <w:r>
        <w:br/>
      </w:r>
      <w:r>
        <w:rPr>
          <w:sz w:val="20"/>
        </w:rPr>
        <w:t>1:24:31  here we missed the train is train ko pakro pakriye is tempo ko revive kijiye aur sari dunya ke samne Allah ne aap ko pohncha diya hai aap pohnche hain aap dollar kamane ke liye ab khade ho jaiye quran ko le kar aur kahiye ke a logon tumhari apni understandable language mein hum laye hain Khuda ka kalam lo us ko parh</w:t>
      </w:r>
      <w:r>
        <w:br/>
      </w:r>
      <w:r>
        <w:rPr>
          <w:sz w:val="20"/>
        </w:rPr>
        <w:t>1:24:59  wohi meri dua hai wohi mein Allah taala se dua karta hoon</w:t>
      </w:r>
    </w:p>
    <w:p>
      <w:pPr>
        <w:pStyle w:val="Heading2"/>
      </w:pPr>
      <w:r>
        <w:t>Muslims killed by the West</w:t>
      </w:r>
    </w:p>
    <w:p>
      <w:r>
        <w:rPr>
          <w:color w:val="666666"/>
          <w:sz w:val="18"/>
        </w:rPr>
        <w:t>Society &amp; Dawah · Peace of Mind April 19, 2015 Maulana Wahiduddin Khan · 1m 40s · at 56:19 · https://youtu.be/bGLY0ALNtjw?t=3379</w:t>
      </w:r>
    </w:p>
    <w:p>
      <w:r>
        <w:rPr>
          <w:i/>
        </w:rPr>
        <w:t>“Say that in the last 15 years, some million Muslims have been killed by the West.”</w:t>
      </w:r>
    </w:p>
    <w:p>
      <w:r>
        <w:rPr>
          <w:sz w:val="20"/>
        </w:rPr>
        <w:t>56:19  bas. maulana agla sawal ghazi abad se kiya hai zuber sahab ne.</w:t>
      </w:r>
      <w:r>
        <w:br/>
      </w:r>
      <w:r>
        <w:rPr>
          <w:sz w:val="20"/>
        </w:rPr>
        <w:t>56:29  اور انہوں نے لکھا ہے کہ seeing that in the last 15 years some one million Muslims have</w:t>
      </w:r>
      <w:r>
        <w:br/>
      </w:r>
      <w:r>
        <w:rPr>
          <w:sz w:val="20"/>
        </w:rPr>
        <w:t>56:35  bein killed by da west.</w:t>
      </w:r>
      <w:r>
        <w:br/>
      </w:r>
      <w:r>
        <w:rPr>
          <w:sz w:val="20"/>
        </w:rPr>
        <w:t>56:38  so but natural negative and hate mindset develops towards da west.</w:t>
      </w:r>
      <w:r>
        <w:br/>
      </w:r>
      <w:r>
        <w:rPr>
          <w:sz w:val="20"/>
        </w:rPr>
        <w:t>56:44  in such a scenario how to remain positive?</w:t>
      </w:r>
      <w:r>
        <w:br/>
      </w:r>
      <w:r>
        <w:rPr>
          <w:sz w:val="20"/>
        </w:rPr>
        <w:t>56:48  dekhiye yeh bilkul galat baat hai.</w:t>
      </w:r>
      <w:r>
        <w:br/>
      </w:r>
      <w:r>
        <w:rPr>
          <w:sz w:val="20"/>
        </w:rPr>
        <w:t>56:51  aap ne hamari cheezein padhi nahin, is liye baatein ghuma rahe hain.</w:t>
      </w:r>
      <w:r>
        <w:br/>
      </w:r>
      <w:r>
        <w:rPr>
          <w:sz w:val="20"/>
        </w:rPr>
        <w:t>56:54  ke west ne mara hai, musalmanon ne jo mara hai is ko aap ko</w:t>
      </w:r>
      <w:r>
        <w:br/>
      </w:r>
      <w:r>
        <w:rPr>
          <w:sz w:val="20"/>
        </w:rPr>
        <w:t>56:59  marne ka kaam to sahaba ke zamane se shuru ho chuka hai.</w:t>
      </w:r>
      <w:r>
        <w:br/>
      </w:r>
      <w:r>
        <w:rPr>
          <w:sz w:val="20"/>
        </w:rPr>
        <w:t>57:04  yani muawiya aur ali, ali aur muawiya ki jang mein itne log mare gaye, wahan se shuru ki</w:t>
      </w:r>
      <w:r>
        <w:br/>
      </w:r>
      <w:r>
        <w:rPr>
          <w:sz w:val="20"/>
        </w:rPr>
        <w:t>57:08  gayi kahani. yahan se kyun shuru karte hain?</w:t>
      </w:r>
      <w:r>
        <w:br/>
      </w:r>
      <w:r>
        <w:rPr>
          <w:sz w:val="20"/>
        </w:rPr>
        <w:t>57:14  yeh jaise ke west koi shaitan hai, woh is ko marta ja kar, aisa nahin hai.</w:t>
      </w:r>
      <w:r>
        <w:br/>
      </w:r>
      <w:r>
        <w:rPr>
          <w:sz w:val="20"/>
        </w:rPr>
        <w:t>57:20  yeh to real, yeh sab saare waqiyat retaliation ke waqiyat hain.</w:t>
      </w:r>
      <w:r>
        <w:br/>
      </w:r>
      <w:r>
        <w:rPr>
          <w:sz w:val="20"/>
        </w:rPr>
        <w:t>57:26  aap aise hisab na paida kijiye.</w:t>
      </w:r>
      <w:r>
        <w:br/>
      </w:r>
      <w:r>
        <w:rPr>
          <w:sz w:val="20"/>
        </w:rPr>
        <w:t>57:28  aap nine eleven ka waqia karenge, aap chahenge woh retaliate na karein.</w:t>
      </w:r>
      <w:r>
        <w:br/>
      </w:r>
      <w:r>
        <w:rPr>
          <w:sz w:val="20"/>
        </w:rPr>
        <w:t>57:32  yeh kaise ho sakta hai?</w:t>
      </w:r>
      <w:r>
        <w:br/>
      </w:r>
      <w:r>
        <w:rPr>
          <w:sz w:val="20"/>
        </w:rPr>
        <w:t>57:36  aap nine eleven ka waqia karenge aur phir chahenge ke woh retaliate na karein, aur kahein</w:t>
      </w:r>
      <w:r>
        <w:br/>
      </w:r>
      <w:r>
        <w:rPr>
          <w:sz w:val="20"/>
        </w:rPr>
        <w:t>57:41  ge yeh zulm ho raha hai.</w:t>
      </w:r>
      <w:r>
        <w:br/>
      </w:r>
      <w:r>
        <w:rPr>
          <w:sz w:val="20"/>
        </w:rPr>
        <w:t>57:43  aap jo karein woh zulm nahin hai.</w:t>
      </w:r>
      <w:r>
        <w:br/>
      </w:r>
      <w:r>
        <w:rPr>
          <w:sz w:val="20"/>
        </w:rPr>
        <w:t>57:45  woh jo karein woh zulm hai.</w:t>
      </w:r>
      <w:r>
        <w:br/>
      </w:r>
      <w:r>
        <w:rPr>
          <w:sz w:val="20"/>
        </w:rPr>
        <w:t>57:47  yeh bilkul main samajhta hoon ke musalmanon ki yeh soch jo hai woh galat hai.</w:t>
      </w:r>
      <w:r>
        <w:br/>
      </w:r>
      <w:r>
        <w:rPr>
          <w:sz w:val="20"/>
        </w:rPr>
        <w:t>57:51  aur yeh khuda ka jo creation plan tha uske khilaf hai.</w:t>
      </w:r>
    </w:p>
    <w:p>
      <w:pPr>
        <w:pStyle w:val="Heading2"/>
      </w:pPr>
      <w:r>
        <w:t>Muslims killing Muslims in Syria</w:t>
      </w:r>
    </w:p>
    <w:p>
      <w:r>
        <w:rPr>
          <w:color w:val="666666"/>
          <w:sz w:val="18"/>
        </w:rPr>
        <w:t>Society &amp; Dawah · Prophetic Wisdom | May 01, 2016 · 55s · at 49:02 · https://youtu.be/KrjwjAw03zw?t=2942</w:t>
      </w:r>
    </w:p>
    <w:p>
      <w:r>
        <w:rPr>
          <w:i/>
        </w:rPr>
        <w:t>“My question is about the most recent plight of Muslims in Syria where Muslims are being slain by other Muslims.”</w:t>
      </w:r>
    </w:p>
    <w:p>
      <w:r>
        <w:rPr>
          <w:sz w:val="20"/>
        </w:rPr>
        <w:t>49:02  hai Maulana agla sawal Pakistan se kya hai Jalal Ahmed Dawar Sahab ne aur unhone likha hai</w:t>
      </w:r>
      <w:r>
        <w:br/>
      </w:r>
      <w:r>
        <w:rPr>
          <w:sz w:val="20"/>
        </w:rPr>
        <w:t>49:08  ke "My question is about the most recent plight of Muslims in Syria where Muslims are being slain</w:t>
      </w:r>
      <w:r>
        <w:br/>
      </w:r>
      <w:r>
        <w:rPr>
          <w:sz w:val="20"/>
        </w:rPr>
        <w:t>49:14  by other Muslims</w:t>
      </w:r>
      <w:r>
        <w:br/>
      </w:r>
      <w:r>
        <w:rPr>
          <w:sz w:val="20"/>
        </w:rPr>
        <w:t>49:20  without any discrimination. Maulana sahib what is your stance on this?" dekhiye is qism ke question ka koi mere nazdeek yaani Islami nuqta nazar se koi value nahi hai Islami nuqta nazar se sahi sawal sirf aik hai keh hum aap apni apne kaam ko badhayein apne kaam ko badhayein apne kaam ko badhayein hamara aap ka jo kaam hai</w:t>
      </w:r>
      <w:r>
        <w:br/>
      </w:r>
      <w:r>
        <w:rPr>
          <w:sz w:val="20"/>
        </w:rPr>
        <w:t>49:50  woh hai apni zimmedari ko mehsoos karna aur dawati zimmedari ko poora karna bas Maulana agla</w:t>
      </w:r>
    </w:p>
    <w:p>
      <w:pPr>
        <w:pStyle w:val="Heading2"/>
      </w:pPr>
      <w:r>
        <w:t>Muslims with Ideological and Political Differences</w:t>
      </w:r>
    </w:p>
    <w:p>
      <w:r>
        <w:rPr>
          <w:color w:val="666666"/>
          <w:sz w:val="18"/>
        </w:rPr>
        <w:t>Society &amp; Dawah · Lessons from My Journey to Canada II January 10, 2016 · 3m 02s · at 1:02:48 · https://youtu.be/GHF2Ph3GW7A?t=3768</w:t>
      </w:r>
    </w:p>
    <w:p>
      <w:r>
        <w:rPr>
          <w:i/>
        </w:rPr>
        <w:t>“Maulana, I have seen many Muslims who have ideological and political differences.”</w:t>
      </w:r>
    </w:p>
    <w:p>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p>
    <w:p>
      <w:pPr>
        <w:pStyle w:val="Heading2"/>
      </w:pPr>
      <w:r>
        <w:t>Muslims' Failure to Recognize Democracy and Science</w:t>
      </w:r>
    </w:p>
    <w:p>
      <w:r>
        <w:rPr>
          <w:color w:val="666666"/>
          <w:sz w:val="18"/>
        </w:rPr>
        <w:t>Society &amp; Dawah · Age of Democracy May 25, 2014 · 3m 10s · at 1:06:04 · https://youtu.be/pyZy1-EhW1Q?t=3964</w:t>
      </w:r>
    </w:p>
    <w:p>
      <w:r>
        <w:rPr>
          <w:i/>
        </w:rPr>
        <w:t>“What is the root cause of Muslims' failure to recognize the age of democracy and the age of science? And how can they replan their activities?”</w:t>
      </w:r>
    </w:p>
    <w:p>
      <w:r>
        <w:rPr>
          <w:sz w:val="20"/>
        </w:rPr>
        <w:t>1:06:04  maulana, agla sawal roorkee se kiya hai sajid anwar sahib ne. unhon ne likha hai: "maulana, what is the root cause of muslims failure to recognize the age of democracy and the age of science?</w:t>
      </w:r>
      <w:r>
        <w:br/>
      </w:r>
      <w:r>
        <w:rPr>
          <w:sz w:val="20"/>
        </w:rPr>
        <w:t>1:06:19  and how can they replan their activities?" dekhiye, Allah taala ne musalmanon ko iqtidaar diya. unhon ne empire banaya.</w:t>
      </w:r>
      <w:r>
        <w:br/>
      </w:r>
      <w:r>
        <w:rPr>
          <w:sz w:val="20"/>
        </w:rPr>
        <w:t>1:06:31  woh tha kis liye? woh tha quran ki hifazat ke liye. tareekh batati hai keh pichli kitabein jo Allah ki taraf se aayin, woh mehfooz nahi rahien.</w:t>
      </w:r>
      <w:r>
        <w:br/>
      </w:r>
      <w:r>
        <w:rPr>
          <w:sz w:val="20"/>
        </w:rPr>
        <w:t>1:06:40  is ki wajah yeh kya thi keh pichlay jo anbiya thay, jo un ke saathi thay, un ko power nahi mila, political power nahi mila.</w:t>
      </w:r>
      <w:r>
        <w:br/>
      </w:r>
      <w:r>
        <w:rPr>
          <w:sz w:val="20"/>
        </w:rPr>
        <w:t>1:06:50  to main aap se arz kar chuka hoon keh pichlay zamanay mein dissent allowed nahi tha.</w:t>
      </w:r>
      <w:r>
        <w:br/>
      </w:r>
      <w:r>
        <w:rPr>
          <w:sz w:val="20"/>
        </w:rPr>
        <w:t>1:06:56  pura jo daur hai democracy ke pehlay ka, is mein dissent allowed nahi tha. is liye is ko khatam kar dete thay. woh to Allah taala ne insanon ko political power diya taakeh quran ko mehfooz kar sakein.</w:t>
      </w:r>
      <w:r>
        <w:br/>
      </w:r>
      <w:r>
        <w:rPr>
          <w:sz w:val="20"/>
        </w:rPr>
        <w:t>1:07:11  lekin aik lambi muddat tak, yani press ka daur aanay tak baqi raha yeh. to musalman ka obsession ban gaya power.</w:t>
      </w:r>
      <w:r>
        <w:br/>
      </w:r>
      <w:r>
        <w:rPr>
          <w:sz w:val="20"/>
        </w:rPr>
        <w:t>1:07:21  ab woh isi bare mein jee rahe hain. wohi political model, kingship model basa hua hai in ke dimagh mein.</w:t>
      </w:r>
      <w:r>
        <w:br/>
      </w:r>
      <w:r>
        <w:rPr>
          <w:sz w:val="20"/>
        </w:rPr>
        <w:t>1:07:27  ab in ko nai soch aana chahiye ke ab woh daur khatam ho gaya. jab quran mehfooz ho gaya to ab hamein is ki zaroorat nahi hai.</w:t>
      </w:r>
      <w:r>
        <w:br/>
      </w:r>
      <w:r>
        <w:rPr>
          <w:sz w:val="20"/>
        </w:rPr>
        <w:t>1:07:38  to rethink jab tak nahi karenge, jab tak apni ghalti ko daryaft nahi karenge, is ki mere khayal se islaah nahi ho sakti hai.</w:t>
      </w:r>
      <w:r>
        <w:br/>
      </w:r>
      <w:r>
        <w:rPr>
          <w:sz w:val="20"/>
        </w:rPr>
        <w:t>1:07:48  yeh ab musalmanon ko daryaft karna parega ke yeh ماضی ke obsession mein jee rahe hain.</w:t>
      </w:r>
      <w:r>
        <w:br/>
      </w:r>
      <w:r>
        <w:rPr>
          <w:sz w:val="20"/>
        </w:rPr>
        <w:t>1:07:54  maazi ka jo model tha, is model ko ke ab zaroorat hi nahi rahi, woh model khatam ho chuka. woh ab model doosra aa gaya. kyunke hamare jitne likhne wale hain, jitne hamare bolne wale hain, unhone isi ko pakka kiya hai.</w:t>
      </w:r>
      <w:r>
        <w:br/>
      </w:r>
      <w:r>
        <w:rPr>
          <w:sz w:val="20"/>
        </w:rPr>
        <w:t>1:08:09  one to all, jitne bhi likhne wale hain, chahe arab se paida hue hon, india mein paida hue hon, sab isi isi model ko pakka kiye chale ja rahe hain.</w:t>
      </w:r>
      <w:r>
        <w:br/>
      </w:r>
      <w:r>
        <w:rPr>
          <w:sz w:val="20"/>
        </w:rPr>
        <w:t>1:08:20  to awam kya</w:t>
      </w:r>
      <w:r>
        <w:br/>
      </w:r>
      <w:r>
        <w:rPr>
          <w:sz w:val="20"/>
        </w:rPr>
        <w:t>1:08:21  karein? ab chalen, maashrat ko to aql khud khud to hoti nahi. aur jo likhne wala aur bolne wala tabqa hai, woh isi ko pakka kar raha hai, isi ko pakka kar raha hai.</w:t>
      </w:r>
      <w:r>
        <w:br/>
      </w:r>
      <w:r>
        <w:rPr>
          <w:sz w:val="20"/>
        </w:rPr>
        <w:t>1:08:32  misal ke taur par dekhiye, ameer shirk barsaran ki kitab hai, is ka title hai ke "limaza ta'akhkhar al-muslimun wa taqaddama ghayruhu?" musalman kyun peeche reh gaye, doosre log kyun aage ho gaye?</w:t>
      </w:r>
      <w:r>
        <w:br/>
      </w:r>
      <w:r>
        <w:rPr>
          <w:sz w:val="20"/>
        </w:rPr>
        <w:t>1:08:46  to is mein kehte hain jihad, jihad bar qata. yeh yeh is liye ke woh jante hain, unhone yeh yahi jante hain ke main lar lar kar ek hukoomat qaim karoon.</w:t>
      </w:r>
      <w:r>
        <w:br/>
      </w:r>
      <w:r>
        <w:rPr>
          <w:sz w:val="20"/>
        </w:rPr>
        <w:t>1:08:55  yeh jante hi nahi ke democracy mein to ladne ki zaroorat hi nahi hai.</w:t>
      </w:r>
      <w:r>
        <w:br/>
      </w:r>
      <w:r>
        <w:rPr>
          <w:sz w:val="20"/>
        </w:rPr>
        <w:t>1:09:00  saari opportunity khuli hui hain har ek aadmi ke liye.</w:t>
      </w:r>
      <w:r>
        <w:br/>
      </w:r>
      <w:r>
        <w:rPr>
          <w:sz w:val="20"/>
        </w:rPr>
        <w:t>1:09:05  to rethinking musalmanon mein nahi aayi, is wajah se woh kisi cheez ko daryaft nahi kar sake.</w:t>
      </w:r>
    </w:p>
    <w:p>
      <w:pPr>
        <w:pStyle w:val="Heading2"/>
      </w:pPr>
      <w:r>
        <w:t>Muslims' Proper Response to Movie Violence</w:t>
      </w:r>
    </w:p>
    <w:p>
      <w:r>
        <w:rPr>
          <w:color w:val="666666"/>
          <w:sz w:val="18"/>
        </w:rPr>
        <w:t>Society &amp; Dawah · Creative Solution or Ijtihadi Hul 16th Sep '12 SLOW · 7m 19s · at 1:22:46 · https://youtu.be/Ri7r6K65b2Y?t=4966</w:t>
      </w:r>
    </w:p>
    <w:p>
      <w:r>
        <w:rPr>
          <w:i/>
        </w:rPr>
        <w:t>“Maulana, regarding the recent violence that occurred over a movie, the Times of India reported something like 'Head Muslims not reacting'. What is the proper response for Muslims in such situations?”</w:t>
      </w:r>
    </w:p>
    <w:p>
      <w:r>
        <w:rPr>
          <w:sz w:val="20"/>
        </w:rPr>
        <w:t>1:22:46  Maulana, agla sawal Dilli se hai Dr. Fareeda Khanam ka.</w:t>
      </w:r>
      <w:r>
        <w:br/>
      </w:r>
      <w:r>
        <w:rPr>
          <w:sz w:val="20"/>
        </w:rPr>
        <w:t>1:22:51  unhon ne likha hai ke Maulana, yeh jo abhi present violence hua hai movie ko le ke, to</w:t>
      </w:r>
      <w:r>
        <w:br/>
      </w:r>
      <w:r>
        <w:rPr>
          <w:sz w:val="20"/>
        </w:rPr>
        <w:t>1:22:58  اس میں انہوں نے لکھا ہے کہ ٹائمز آف انڈیا میں آیا ہے کہ "Had Muslims not re</w:t>
      </w:r>
      <w:r>
        <w:br/>
      </w:r>
      <w:r>
        <w:rPr>
          <w:sz w:val="20"/>
        </w:rPr>
        <w:t>1:23:06  acted violently.</w:t>
      </w:r>
      <w:r>
        <w:br/>
      </w:r>
      <w:r>
        <w:rPr>
          <w:sz w:val="20"/>
        </w:rPr>
        <w:t>1:23:08  Very few people would have watched the film.</w:t>
      </w:r>
      <w:r>
        <w:br/>
      </w:r>
      <w:r>
        <w:rPr>
          <w:sz w:val="20"/>
        </w:rPr>
        <w:t>1:23:11  Not only has it increased the curiosity of people, but now YouTube plans to put the complete video</w:t>
      </w:r>
      <w:r>
        <w:br/>
      </w:r>
      <w:r>
        <w:rPr>
          <w:sz w:val="20"/>
        </w:rPr>
        <w:t>1:23:19  آن لائن۔" Maulana, what are your thoughts on this? یہ تو بہت صحیح بات ہے۔</w:t>
      </w:r>
      <w:r>
        <w:br/>
      </w:r>
      <w:r>
        <w:rPr>
          <w:sz w:val="20"/>
        </w:rPr>
        <w:t>1:23:26  main ne parha hai Dr. Sahib ke is is report ko.</w:t>
      </w:r>
      <w:r>
        <w:br/>
      </w:r>
      <w:r>
        <w:rPr>
          <w:sz w:val="20"/>
        </w:rPr>
        <w:t>1:23:30  yeh to Musalman, main ne thora sa dekha internet par, thora sa dekha hai is ko.</w:t>
      </w:r>
      <w:r>
        <w:br/>
      </w:r>
      <w:r>
        <w:rPr>
          <w:sz w:val="20"/>
        </w:rPr>
        <w:t>1:23:37  itna absurd hai woh bilkul, yani itni theme is ki fazool hai ke woh is qabil nahi ke</w:t>
      </w:r>
      <w:r>
        <w:br/>
      </w:r>
      <w:r>
        <w:rPr>
          <w:sz w:val="20"/>
        </w:rPr>
        <w:t>1:23:45  koi dekhe der tak.</w:t>
      </w:r>
      <w:r>
        <w:br/>
      </w:r>
      <w:r>
        <w:rPr>
          <w:sz w:val="20"/>
        </w:rPr>
        <w:t>1:23:47  is ko aadmi is ko zara sa dekhe ga aur us ke baad chhod de ga.</w:t>
      </w:r>
      <w:r>
        <w:br/>
      </w:r>
      <w:r>
        <w:rPr>
          <w:sz w:val="20"/>
        </w:rPr>
        <w:t>1:23:53  is ko yeh to Musalman shor machaye, shor machaye to is ki ahmiyat paida karti hai.</w:t>
      </w:r>
      <w:r>
        <w:br/>
      </w:r>
      <w:r>
        <w:rPr>
          <w:sz w:val="20"/>
        </w:rPr>
        <w:t>1:24:00  shor ke baad yahi baat hui thi Salman Rushdie ke muamle mein ke woh kitaab bhi bilkul is</w:t>
      </w:r>
      <w:r>
        <w:br/>
      </w:r>
      <w:r>
        <w:rPr>
          <w:sz w:val="20"/>
        </w:rPr>
        <w:t>1:24:08  ki theme bohat thi, third class ki theme hai is ki.</w:t>
      </w:r>
      <w:r>
        <w:br/>
      </w:r>
      <w:r>
        <w:rPr>
          <w:sz w:val="20"/>
        </w:rPr>
        <w:t>1:24:13  aur lekin wahan jo shor machaya hai, tab logon ko khwab kya ke is ko parho.</w:t>
      </w:r>
      <w:r>
        <w:br/>
      </w:r>
      <w:r>
        <w:rPr>
          <w:sz w:val="20"/>
        </w:rPr>
        <w:t>1:24:20  kya baat hai is kitab mein? to Salma Rushdie ke mamle mein bhi musalmanon ne shor o shor kar ke</w:t>
      </w:r>
      <w:r>
        <w:br/>
      </w:r>
      <w:r>
        <w:rPr>
          <w:sz w:val="20"/>
        </w:rPr>
        <w:t>1:24:27  is ki ahmiyat barha di.</w:t>
      </w:r>
      <w:r>
        <w:br/>
      </w:r>
      <w:r>
        <w:rPr>
          <w:sz w:val="20"/>
        </w:rPr>
        <w:t>1:24:29  aise hi is bar bhi shor o shor kar ke is ki ahmiyat barha di.</w:t>
      </w:r>
      <w:r>
        <w:br/>
      </w:r>
      <w:r>
        <w:rPr>
          <w:sz w:val="20"/>
        </w:rPr>
        <w:t>1:24:35  warna koi bhi shakhs is kitab ko parhe ya is ah, yeh Innocence of Muslims ko dekhe, itna</w:t>
      </w:r>
      <w:r>
        <w:br/>
      </w:r>
      <w:r>
        <w:rPr>
          <w:sz w:val="20"/>
        </w:rPr>
        <w:t>1:24:43  ziyada laow hai, itna ziyada absurd hai ke aadmi kahe ke "la haula wala quwwata" keh ke chhod</w:t>
      </w:r>
      <w:r>
        <w:br/>
      </w:r>
      <w:r>
        <w:rPr>
          <w:sz w:val="20"/>
        </w:rPr>
        <w:t>1:24:50  de ga.</w:t>
      </w:r>
      <w:r>
        <w:br/>
      </w:r>
      <w:r>
        <w:rPr>
          <w:sz w:val="20"/>
        </w:rPr>
        <w:t>1:24:52  is ko is se koi problem hi koi hone wala nahi hai, har giz nahi.</w:t>
      </w:r>
      <w:r>
        <w:br/>
      </w:r>
      <w:r>
        <w:rPr>
          <w:sz w:val="20"/>
        </w:rPr>
        <w:t>1:24:57  koi ek aadmi is is se koi asar lene wala nahi hai.</w:t>
      </w:r>
      <w:r>
        <w:br/>
      </w:r>
      <w:r>
        <w:rPr>
          <w:sz w:val="20"/>
        </w:rPr>
        <w:t>1:25:03  lekin jab shorgul karenge aap to ahmiyat barh jayegi.</w:t>
      </w:r>
      <w:r>
        <w:br/>
      </w:r>
      <w:r>
        <w:rPr>
          <w:sz w:val="20"/>
        </w:rPr>
        <w:t>1:25:07  shorgul karne ki wajah se ahmiyat barh gayi is ki.</w:t>
      </w:r>
      <w:r>
        <w:br/>
      </w:r>
      <w:r>
        <w:rPr>
          <w:sz w:val="20"/>
        </w:rPr>
        <w:t>1:25:12  Maulana, un ka ek aur sawal hai.</w:t>
      </w:r>
      <w:r>
        <w:br/>
      </w:r>
      <w:r>
        <w:rPr>
          <w:sz w:val="20"/>
        </w:rPr>
        <w:t>1:25:15  انہوں نے لکھا ہے: "One of my students told me that after completing his studies, he would join</w:t>
      </w:r>
      <w:r>
        <w:br/>
      </w:r>
      <w:r>
        <w:rPr>
          <w:sz w:val="20"/>
        </w:rPr>
        <w:t>1:25:22  Jihad.</w:t>
      </w:r>
      <w:r>
        <w:br/>
      </w:r>
      <w:r>
        <w:rPr>
          <w:sz w:val="20"/>
        </w:rPr>
        <w:t>1:25:24  I asked him the reason for his doing so.</w:t>
      </w:r>
      <w:r>
        <w:br/>
      </w:r>
      <w:r>
        <w:rPr>
          <w:sz w:val="20"/>
        </w:rPr>
        <w:t>1:25:28  He replied that our brothers are being killed in Assam.</w:t>
      </w:r>
      <w:r>
        <w:br/>
      </w:r>
      <w:r>
        <w:rPr>
          <w:sz w:val="20"/>
        </w:rPr>
        <w:t>1:25:32  "How can we remain silent at such oppression? We have to retaliate." Maulana, what is your? Dekhiye, yeh</w:t>
      </w:r>
      <w:r>
        <w:br/>
      </w:r>
      <w:r>
        <w:rPr>
          <w:sz w:val="20"/>
        </w:rPr>
        <w:t>1:25:40  sara mamla yeh hai ke musalmanon ke jo so called jo leader hain, bilkul musalmanon mein third class</w:t>
      </w:r>
      <w:r>
        <w:br/>
      </w:r>
      <w:r>
        <w:rPr>
          <w:sz w:val="20"/>
        </w:rPr>
        <w:t>1:25:47  log jo hain, aa kar ke bolte hain.</w:t>
      </w:r>
      <w:r>
        <w:br/>
      </w:r>
      <w:r>
        <w:rPr>
          <w:sz w:val="20"/>
        </w:rPr>
        <w:t>1:25:51  aur is mein stage par aur urdu akhbaron mein chhapta hai.</w:t>
      </w:r>
      <w:r>
        <w:br/>
      </w:r>
      <w:r>
        <w:rPr>
          <w:sz w:val="20"/>
        </w:rPr>
        <w:t>1:25:56  ziyadatar urdu akhbaron mein yeh sab baatein hoti hain.</w:t>
      </w:r>
      <w:r>
        <w:br/>
      </w:r>
      <w:r>
        <w:rPr>
          <w:sz w:val="20"/>
        </w:rPr>
        <w:t>1:26:00  phir woh samajhte hain ke wahan zulm ho raha hai.</w:t>
      </w:r>
      <w:r>
        <w:br/>
      </w:r>
      <w:r>
        <w:rPr>
          <w:sz w:val="20"/>
        </w:rPr>
        <w:t>1:26:04  akhbari reporton mein one sided reporting hoti hai, yak tarfa reporting hoti hai.</w:t>
      </w:r>
      <w:r>
        <w:br/>
      </w:r>
      <w:r>
        <w:rPr>
          <w:sz w:val="20"/>
        </w:rPr>
        <w:t>1:26:09  yani khud musalmanon ne kya kiya, yeh nahi hoti.</w:t>
      </w:r>
      <w:r>
        <w:br/>
      </w:r>
      <w:r>
        <w:rPr>
          <w:sz w:val="20"/>
        </w:rPr>
        <w:t>1:26:13  main is ki ek misaal deta hoon ke Burma mein aap internet se check kar lijiye ke Burma</w:t>
      </w:r>
      <w:r>
        <w:br/>
      </w:r>
      <w:r>
        <w:rPr>
          <w:sz w:val="20"/>
        </w:rPr>
        <w:t>1:26:21  mein mashhoor hai ke Burma mein zulm ho raha hai, zulm ho raha hai, zulm ho raha hai.</w:t>
      </w:r>
      <w:r>
        <w:br/>
      </w:r>
      <w:r>
        <w:rPr>
          <w:sz w:val="20"/>
        </w:rPr>
        <w:t>1:26:29  musalmanon ko maar rahe hain.</w:t>
      </w:r>
      <w:r>
        <w:br/>
      </w:r>
      <w:r>
        <w:rPr>
          <w:sz w:val="20"/>
        </w:rPr>
        <w:t>1:26:31  to in dilli ke kuch yahi jo so called leader hain musalmanon ke, unhon ne dilli ke jo</w:t>
      </w:r>
      <w:r>
        <w:br/>
      </w:r>
      <w:r>
        <w:rPr>
          <w:sz w:val="20"/>
        </w:rPr>
        <w:t>1:26:38  burma ka ambassador hai, is ko letter likha ke sahib, aap se milna chahte hain is jo zulm</w:t>
      </w:r>
      <w:r>
        <w:br/>
      </w:r>
      <w:r>
        <w:rPr>
          <w:sz w:val="20"/>
        </w:rPr>
        <w:t>1:26:46  musalmanon ke khilaf ho raha hai, is se baat karne ke liye.</w:t>
      </w:r>
      <w:r>
        <w:br/>
      </w:r>
      <w:r>
        <w:rPr>
          <w:sz w:val="20"/>
        </w:rPr>
        <w:t>1:26:51  to is ne ek letter likha.</w:t>
      </w:r>
      <w:r>
        <w:br/>
      </w:r>
      <w:r>
        <w:rPr>
          <w:sz w:val="20"/>
        </w:rPr>
        <w:t>1:26:54  is letter ko is ne internet pe daal diya.</w:t>
      </w:r>
      <w:r>
        <w:br/>
      </w:r>
      <w:r>
        <w:rPr>
          <w:sz w:val="20"/>
        </w:rPr>
        <w:t>1:26:58  aap dekh sakte ho is letter ko.</w:t>
      </w:r>
      <w:r>
        <w:br/>
      </w:r>
      <w:r>
        <w:rPr>
          <w:sz w:val="20"/>
        </w:rPr>
        <w:t>1:27:01  burma ke safeer ne jo dilli mein hai, us ne kaha ke aap log waqiaat se ko ko</w:t>
      </w:r>
      <w:r>
        <w:br/>
      </w:r>
      <w:r>
        <w:rPr>
          <w:sz w:val="20"/>
        </w:rPr>
        <w:t>1:27:08  poori tarah se li jiye.</w:t>
      </w:r>
      <w:r>
        <w:br/>
      </w:r>
      <w:r>
        <w:rPr>
          <w:sz w:val="20"/>
        </w:rPr>
        <w:t>1:27:10  aap be khabar hain is waqie se.</w:t>
      </w:r>
      <w:r>
        <w:br/>
      </w:r>
      <w:r>
        <w:rPr>
          <w:sz w:val="20"/>
        </w:rPr>
        <w:t>1:27:13  us ne kaha ke wahan par aisa hua ke ek ek buddhist larki ko, buddhist larki ko kai</w:t>
      </w:r>
      <w:r>
        <w:br/>
      </w:r>
      <w:r>
        <w:rPr>
          <w:sz w:val="20"/>
        </w:rPr>
        <w:t>1:27:21  musalman larkon ne gang rape kiya aur phir maar bhi dala is ko.</w:t>
      </w:r>
      <w:r>
        <w:br/>
      </w:r>
      <w:r>
        <w:rPr>
          <w:sz w:val="20"/>
        </w:rPr>
        <w:t>1:27:26  to zahir hai ke use sirf use yeh to wahan par activator hona hi tha.</w:t>
      </w:r>
      <w:r>
        <w:br/>
      </w:r>
      <w:r>
        <w:rPr>
          <w:sz w:val="20"/>
        </w:rPr>
        <w:t>1:27:33  yeh sab baatein aap dekhein, internet maujood hai.</w:t>
      </w:r>
      <w:r>
        <w:br/>
      </w:r>
      <w:r>
        <w:rPr>
          <w:sz w:val="20"/>
        </w:rPr>
        <w:t>1:27:36  to is tarah ki hum hum hum huma kaana harkatein jo ki jaati hain, is ko report nahi</w:t>
      </w:r>
      <w:r>
        <w:br/>
      </w:r>
      <w:r>
        <w:rPr>
          <w:sz w:val="20"/>
        </w:rPr>
        <w:t>1:27:44  karte akhbar wale.</w:t>
      </w:r>
      <w:r>
        <w:br/>
      </w:r>
      <w:r>
        <w:rPr>
          <w:sz w:val="20"/>
        </w:rPr>
        <w:t>1:27:45  is ke retaliation ki report karte hain.</w:t>
      </w:r>
      <w:r>
        <w:br/>
      </w:r>
      <w:r>
        <w:rPr>
          <w:sz w:val="20"/>
        </w:rPr>
        <w:t>1:27:48  in ko main kehta hoon one sided reporting.</w:t>
      </w:r>
      <w:r>
        <w:br/>
      </w:r>
      <w:r>
        <w:rPr>
          <w:sz w:val="20"/>
        </w:rPr>
        <w:t>1:27:52  to yeh yeh yeh yeh sab se zyada yeh musalmanon ke akhbar hain, woh aag lagate hain.</w:t>
      </w:r>
      <w:r>
        <w:br/>
      </w:r>
      <w:r>
        <w:rPr>
          <w:sz w:val="20"/>
        </w:rPr>
        <w:t>1:27:59  musalmanon ke akhbar mein sab se zyada one sided reporting hoti hai.</w:t>
      </w:r>
      <w:r>
        <w:br/>
      </w:r>
      <w:r>
        <w:rPr>
          <w:sz w:val="20"/>
        </w:rPr>
        <w:t>1:28:04  main ne ek mazmoon likha tha ke musalmanon ki jo sahafat hai, woh yellow sahafat, yellow journals ki</w:t>
      </w:r>
      <w:r>
        <w:br/>
      </w:r>
      <w:r>
        <w:rPr>
          <w:sz w:val="20"/>
        </w:rPr>
        <w:t>1:28:12  sab se badi misaal hai.</w:t>
      </w:r>
      <w:r>
        <w:br/>
      </w:r>
      <w:r>
        <w:rPr>
          <w:sz w:val="20"/>
        </w:rPr>
        <w:t>1:28:14  jitne musalmanon ke akhbarat hain, chahe urdu ho ya angrezi na ho, sab yellow journals ki misaal hote</w:t>
      </w:r>
      <w:r>
        <w:br/>
      </w:r>
      <w:r>
        <w:rPr>
          <w:sz w:val="20"/>
        </w:rPr>
        <w:t>1:28:22  hain.</w:t>
      </w:r>
      <w:r>
        <w:br/>
      </w:r>
      <w:r>
        <w:rPr>
          <w:sz w:val="20"/>
        </w:rPr>
        <w:t>1:28:23  yani adhi baat na kehna, adhi baat kehna, ise log bhark bhark kar ke hote hain.</w:t>
      </w:r>
      <w:r>
        <w:br/>
      </w:r>
      <w:r>
        <w:rPr>
          <w:sz w:val="20"/>
        </w:rPr>
        <w:t>1:28:30  to assam mein kuch nahi hai, na burma mein kuch hai.</w:t>
      </w:r>
      <w:r>
        <w:br/>
      </w:r>
      <w:r>
        <w:rPr>
          <w:sz w:val="20"/>
        </w:rPr>
        <w:t>1:28:35  har jagah musalmanon ko batana chahiye ke tum ne jo hamakatein ki thin, us ko band karo.</w:t>
      </w:r>
      <w:r>
        <w:br/>
      </w:r>
      <w:r>
        <w:rPr>
          <w:sz w:val="20"/>
        </w:rPr>
        <w:t>1:28:42  yeh detilation hai.</w:t>
      </w:r>
      <w:r>
        <w:br/>
      </w:r>
      <w:r>
        <w:rPr>
          <w:sz w:val="20"/>
        </w:rPr>
        <w:t>1:28:44  retilation ko woh zulm batate hain.</w:t>
      </w:r>
      <w:r>
        <w:br/>
      </w:r>
      <w:r>
        <w:rPr>
          <w:sz w:val="20"/>
        </w:rPr>
        <w:t>1:28:46  burma mein bhi retilation hai, assam mein bhi retilation hai.</w:t>
      </w:r>
      <w:r>
        <w:br/>
      </w:r>
      <w:r>
        <w:rPr>
          <w:sz w:val="20"/>
        </w:rPr>
        <w:t>1:28:51  to jo jo talib ilm bechara aisa soch raha hai, woh woh jante hi nahin kuch.</w:t>
      </w:r>
      <w:r>
        <w:br/>
      </w:r>
      <w:r>
        <w:rPr>
          <w:sz w:val="20"/>
        </w:rPr>
        <w:t>1:28:57  is ko haq khabar nahin hai.</w:t>
      </w:r>
      <w:r>
        <w:br/>
      </w:r>
      <w:r>
        <w:rPr>
          <w:sz w:val="20"/>
        </w:rPr>
        <w:t>1:29:00  is musalman ke akhbar ne parh liya, is ne samajhta hai ke yahi waqea hai.</w:t>
      </w:r>
      <w:r>
        <w:br/>
      </w:r>
      <w:r>
        <w:rPr>
          <w:sz w:val="20"/>
        </w:rPr>
        <w:t>1:29:06  halankeh musalmanon ke akhbar mein yak tarfa reporting rehti hai.</w:t>
      </w:r>
      <w:r>
        <w:br/>
      </w:r>
      <w:r>
        <w:rPr>
          <w:sz w:val="20"/>
        </w:rPr>
        <w:t>1:29:10  to is ko agar samjha diya jaye ke tum poori soorat-e-haal ko pata karo ke kya hai, to</w:t>
      </w:r>
      <w:r>
        <w:br/>
      </w:r>
      <w:r>
        <w:rPr>
          <w:sz w:val="20"/>
        </w:rPr>
        <w:t>1:29:18  maloom hoga ke ke musalman innocent nahin hai.</w:t>
      </w:r>
      <w:r>
        <w:br/>
      </w:r>
      <w:r>
        <w:rPr>
          <w:sz w:val="20"/>
        </w:rPr>
        <w:t>1:29:21  yani musalmanon ka koi innocent dikhate hain.</w:t>
      </w:r>
      <w:r>
        <w:br/>
      </w:r>
      <w:r>
        <w:rPr>
          <w:sz w:val="20"/>
        </w:rPr>
        <w:t>1:29:24  sare urdu urdu akhbarat aur musalmanon ke angrezi akhbar urdu akhbar jitne hain, musalmanon ko innocent dikhate hain,</w:t>
      </w:r>
      <w:r>
        <w:br/>
      </w:r>
      <w:r>
        <w:rPr>
          <w:sz w:val="20"/>
        </w:rPr>
        <w:t>1:29:32  masoom bilkul.</w:t>
      </w:r>
      <w:r>
        <w:br/>
      </w:r>
      <w:r>
        <w:rPr>
          <w:sz w:val="20"/>
        </w:rPr>
        <w:t>1:29:34  isi se log bhadakte hain ke hum to bilkul innocent hain, hamare khilaf khwamkhwah zulm ho raha hai.</w:t>
      </w:r>
      <w:r>
        <w:br/>
      </w:r>
      <w:r>
        <w:rPr>
          <w:sz w:val="20"/>
        </w:rPr>
        <w:t>1:29:41  aur yeh bilkul aisa nahin hai.</w:t>
      </w:r>
      <w:r>
        <w:br/>
      </w:r>
      <w:r>
        <w:rPr>
          <w:sz w:val="20"/>
        </w:rPr>
        <w:t>1:29:44  aap is ki aik misaal bhi ban jati hai.</w:t>
      </w:r>
      <w:r>
        <w:br/>
      </w:r>
      <w:r>
        <w:rPr>
          <w:sz w:val="20"/>
        </w:rPr>
        <w:t>1:29:48  aap ko aap internet pe check kar lijiye ke burma ka safeer jo india mein hai, us ne</w:t>
      </w:r>
      <w:r>
        <w:br/>
      </w:r>
      <w:r>
        <w:rPr>
          <w:sz w:val="20"/>
        </w:rPr>
        <w:t>1:29:56  jo khat likha tha, us ko us ne daal diya hai internet par.</w:t>
      </w:r>
      <w:r>
        <w:br/>
      </w:r>
      <w:r>
        <w:rPr>
          <w:sz w:val="20"/>
        </w:rPr>
        <w:t>1:30:01  us ko us ko download kar ke parh lijiyee.</w:t>
      </w:r>
    </w:p>
    <w:p>
      <w:pPr>
        <w:pStyle w:val="Heading2"/>
      </w:pPr>
      <w:r>
        <w:t>Muslims' approach to West: acknowledge or copy?</w:t>
      </w:r>
    </w:p>
    <w:p>
      <w:r>
        <w:rPr>
          <w:color w:val="666666"/>
          <w:sz w:val="18"/>
        </w:rPr>
        <w:t>Society &amp; Dawah · Dars-e-Quran, Ch. 12, V. 105 ; Ch. 10 V. 61 (Study of Nature) | July 15, 2018 · 50s · at 56:29 · https://youtu.be/5d-qNvpMg4k?t=3389</w:t>
      </w:r>
    </w:p>
    <w:p>
      <w:r>
        <w:rPr>
          <w:i/>
        </w:rPr>
        <w:t>“What should Muslims do? Should they acknowledge the West and simply copy them? What is the meaning of opening a new chapter? Please explain.”</w:t>
      </w:r>
    </w:p>
    <w:p>
      <w:r>
        <w:rPr>
          <w:sz w:val="20"/>
        </w:rPr>
        <w:t>56:29  further we should use the scientific knowledge to understand the quran and share with other." maulana ab sawal lete hain. maulana iqbal umri ne chennai se aap se sawal kiya hai. unhon ne likha hai, "maulana musalmanon ko kya karna hai? ahl e maghrib ka maghrib ka etraaf karna hai aur sirf unhein copy karna hai? naya chapter khol</w:t>
      </w:r>
      <w:r>
        <w:br/>
      </w:r>
      <w:r>
        <w:rPr>
          <w:sz w:val="20"/>
        </w:rPr>
        <w:t>56:59  ne ka matlab kya hai? is ki wazahat karen." mein to samajhta hoon ke is ka matlab hai</w:t>
      </w:r>
      <w:r>
        <w:br/>
      </w:r>
      <w:r>
        <w:rPr>
          <w:sz w:val="20"/>
        </w:rPr>
        <w:t>57:09  ke maghrib se negative thinking khatam karna aur positive thinking shuru karna.</w:t>
      </w:r>
    </w:p>
    <w:p>
      <w:pPr>
        <w:pStyle w:val="Heading2"/>
      </w:pPr>
      <w:r>
        <w:t>Muslims' excuse to spread Quran</w:t>
      </w:r>
    </w:p>
    <w:p>
      <w:r>
        <w:rPr>
          <w:color w:val="666666"/>
          <w:sz w:val="18"/>
        </w:rPr>
        <w:t>Society &amp; Dawah · Dars-e-Quran, Chapter 25, V. 1 (Spreading Quran) September 9, 2018 · 3m 04s · at 59:36 · https://youtu.be/zf3V6LP2Qg0?t=3576</w:t>
      </w:r>
    </w:p>
    <w:p>
      <w:r>
        <w:rPr>
          <w:i/>
        </w:rPr>
        <w:t>“Can we say that in the present age, where Christians are spreading Bible in every corner of the world, Muslims have no excuse not to spread the Quran?”</w:t>
      </w:r>
    </w:p>
    <w:p>
      <w:r>
        <w:rPr>
          <w:sz w:val="20"/>
        </w:rPr>
        <w:t>59:36  Maulana, unhon ne ek aur sawal poocha hai ke Maulana, can we say that in the present age, where Christians are spreading Bible in every corner of the world?</w:t>
      </w:r>
      <w:r>
        <w:br/>
      </w:r>
      <w:r>
        <w:rPr>
          <w:sz w:val="20"/>
        </w:rPr>
        <w:t>59:47  muslims have no excuse not to spread the quran. bilashuba, koi excuse nahi hai, koi excuse nahi hai, not at all.</w:t>
      </w:r>
      <w:r>
        <w:br/>
      </w:r>
      <w:r>
        <w:rPr>
          <w:sz w:val="20"/>
        </w:rPr>
        <w:t>1:00:05  Maulana, ek sawal aur hai, yeh bheja hai Farhan Yusuf ne Srinagar se. Maulana, is mein likha hai: As Maulana Sahib, you preached it that there is only one legitimate form of war and that is war fought in defence.</w:t>
      </w:r>
      <w:r>
        <w:br/>
      </w:r>
      <w:r>
        <w:rPr>
          <w:sz w:val="20"/>
        </w:rPr>
        <w:t>1:00:23  other than this, there are no legitimate grounds for war at all in islam.</w:t>
      </w:r>
      <w:r>
        <w:br/>
      </w:r>
      <w:r>
        <w:rPr>
          <w:sz w:val="20"/>
        </w:rPr>
        <w:t>1:00:29  this was mentioned in spirit of islam magazine in august issue 2018, but i found it in contrast to the words 75 of chapter four, which reads:</w:t>
      </w:r>
      <w:r>
        <w:br/>
      </w:r>
      <w:r>
        <w:rPr>
          <w:sz w:val="20"/>
        </w:rPr>
        <w:t>1:00:44  and why is that you don't fight in the cause of god and of those who being weak, are all treated and oppressed men, women and children, whose cry is: our lord, rescue us from this town, whose people are oppressors, and raise for us from your self, one who will protect and raise for us from your self, one who will help.</w:t>
      </w:r>
      <w:r>
        <w:br/>
      </w:r>
      <w:r>
        <w:rPr>
          <w:sz w:val="20"/>
        </w:rPr>
        <w:t>1:01:11  this verse makes it compulsory for a muslim government to wage war against, if all other peaceful methods fail, the ones who have oppressed some other community.</w:t>
      </w:r>
      <w:r>
        <w:br/>
      </w:r>
      <w:r>
        <w:rPr>
          <w:sz w:val="20"/>
        </w:rPr>
        <w:t>1:01:24  kahan woh operation hai? yeh to jhooti baat hai, aaj kisi qisam ki koi rukawat nahin. woh aik temporary jo halat thi, woh to khatam ho chuki.</w:t>
      </w:r>
      <w:r>
        <w:br/>
      </w:r>
      <w:r>
        <w:rPr>
          <w:sz w:val="20"/>
        </w:rPr>
        <w:t>1:01:36  quran ki is aayat mein aik temporary halat ka zikr hai, woh to khatam ho chuki. ab to azadi, azadi hai. yani kitna mujrimana kaam hai ke aap apni beta beti ke liye aap jante hain ke khoob azadi ki parho,</w:t>
      </w:r>
      <w:r>
        <w:br/>
      </w:r>
      <w:r>
        <w:rPr>
          <w:sz w:val="20"/>
        </w:rPr>
        <w:t>1:01:52  parh parh kar taraqqi karo, yeh to jante hain aap. aur yahan aap ko nahin pata hai ke azadi hai ke islam ko phailao, quran ko phailao. yani kaise musalman hain yeh ke woh darte nahin ke Allah taala se poocha jayega ke tum ko yeh khabar thi ke is zamane mein aap ke bachon ke liye azadi hai,</w:t>
      </w:r>
      <w:r>
        <w:br/>
      </w:r>
      <w:r>
        <w:rPr>
          <w:sz w:val="20"/>
        </w:rPr>
        <w:t>1:02:11  rozgar ki, education ki, aur khoob apne bachon ko khoob taraqqi karwa rahe thay? aur yeh pata nahin tha aap ko ke quran ke phailane ki azadi hai?</w:t>
      </w:r>
      <w:r>
        <w:br/>
      </w:r>
      <w:r>
        <w:rPr>
          <w:sz w:val="20"/>
        </w:rPr>
        <w:t>1:02:22  aise logon ko hazar saal tak koday maray jayenge, yaad rakhiye. yani apne bachon ke liye khoob khabar hai in ko ke aaj ke zamane mein taraqqi ka moqa hai, lekin quran ke baray mein unhein khabar nahin hai.</w:t>
      </w:r>
    </w:p>
    <w:p>
      <w:pPr>
        <w:pStyle w:val="Heading2"/>
      </w:pPr>
      <w:r>
        <w:t>Muslims' failure to leave empire-based thinking</w:t>
      </w:r>
    </w:p>
    <w:p>
      <w:r>
        <w:rPr>
          <w:color w:val="666666"/>
          <w:sz w:val="18"/>
        </w:rPr>
        <w:t>Society &amp; Dawah · The Crises Management September 18, 2011 · 1m 31s · at 1:13:39 · https://youtu.be/s3cYFtQZwzw?t=4419</w:t>
      </w:r>
    </w:p>
    <w:p>
      <w:r>
        <w:rPr>
          <w:i/>
        </w:rPr>
        <w:t>“Why have Muslims failed to come out of empire-based thinking? What is your comment on this?”</w:t>
      </w:r>
    </w:p>
    <w:p>
      <w:r>
        <w:rPr>
          <w:sz w:val="20"/>
        </w:rPr>
        <w:t>1:13:39  miss sadia khan ne dilli se sawal kiya hai unhon ne likha hai why have muslims failed to come out of the empire based thinking what is your comment on this woh to wohi jo main ne pehle kaha hai blame goes to so called muslim readers is daur mein without exception jitne bhi hain likhne aur bolne wale musalmanon ke har aadmi wohi boli bolta hai</w:t>
      </w:r>
      <w:r>
        <w:br/>
      </w:r>
      <w:r>
        <w:rPr>
          <w:sz w:val="20"/>
        </w:rPr>
        <w:t>1:14:08  yani political pride ki boli aur tareekh ki boli sab agar koi ikhtilaf karta ho to woh naam bataye is ka jo is jo is nahi bolta is liye main kehta hoon ke is zamane ke logon ka islam jo hai history se derived hai scripture se derived nahi hai</w:t>
      </w:r>
      <w:r>
        <w:br/>
      </w:r>
      <w:r>
        <w:rPr>
          <w:sz w:val="20"/>
        </w:rPr>
        <w:t>1:14:32  abhi tak musalman jo hain history hi ko le le kar apna usay derive kar rahe hain apna islam</w:t>
      </w:r>
      <w:r>
        <w:br/>
      </w:r>
      <w:r>
        <w:rPr>
          <w:sz w:val="20"/>
        </w:rPr>
        <w:t>1:14:38  iscripture se nahi le rahe hain to is jab tak yeh rahega tab tak yeh baqi rahe</w:t>
      </w:r>
      <w:r>
        <w:br/>
      </w:r>
      <w:r>
        <w:rPr>
          <w:sz w:val="20"/>
        </w:rPr>
        <w:t>1:14:43  gi mera manna hai ke history ko aap manen relative party of islam waqti temporary phase of islam</w:t>
      </w:r>
      <w:r>
        <w:br/>
      </w:r>
      <w:r>
        <w:rPr>
          <w:sz w:val="20"/>
        </w:rPr>
        <w:t>1:14:51  yani empire ko aap manen ke that was a temporary phase of muslim history woh woh koi permanent</w:t>
      </w:r>
      <w:r>
        <w:br/>
      </w:r>
      <w:r>
        <w:rPr>
          <w:sz w:val="20"/>
        </w:rPr>
        <w:t>1:15:00  cheez nahi thi aur quran aur hadith to loot rahe hain nahi to yeh sab baqi rahega</w:t>
      </w:r>
    </w:p>
    <w:p>
      <w:pPr>
        <w:pStyle w:val="Heading2"/>
      </w:pPr>
      <w:r>
        <w:t>Muslims' failure to understand democracy</w:t>
      </w:r>
    </w:p>
    <w:p>
      <w:r>
        <w:rPr>
          <w:color w:val="666666"/>
          <w:sz w:val="18"/>
        </w:rPr>
        <w:t>Society &amp; Dawah · Concept of Jihad in Islam September 7, 2014 · 5m 24s · at 1:09:47 · https://youtu.be/GnKBYM8HbuQ?t=4187</w:t>
      </w:r>
    </w:p>
    <w:p>
      <w:r>
        <w:rPr>
          <w:i/>
        </w:rPr>
        <w:t>“Why is it that Muslims failed to understand the importance of democracy which is exactly in accordance with the spirit of Islam?”</w:t>
      </w:r>
    </w:p>
    <w:p>
      <w:r>
        <w:rPr>
          <w:sz w:val="20"/>
        </w:rPr>
        <w:t>1:09:47  maulana, agla sawal doctor farida khanam ka hai, deli se.</w:t>
      </w:r>
      <w:r>
        <w:br/>
      </w:r>
      <w:r>
        <w:rPr>
          <w:sz w:val="20"/>
        </w:rPr>
        <w:t>1:09:51  unhon ne likha hai ke why is it that Muslims failed to understand the importance of democracy which</w:t>
      </w:r>
      <w:r>
        <w:br/>
      </w:r>
      <w:r>
        <w:rPr>
          <w:sz w:val="20"/>
        </w:rPr>
        <w:t>1:09:59  is exactly in accordance with the spirit of Islam dekhiye, Quran mein khud jamhooriyat ka usool maujood hai.</w:t>
      </w:r>
      <w:r>
        <w:br/>
      </w:r>
      <w:r>
        <w:rPr>
          <w:sz w:val="20"/>
        </w:rPr>
        <w:t>1:10:07  amruhum shura baynahum yahi to jamhooriyat hai.</w:t>
      </w:r>
      <w:r>
        <w:br/>
      </w:r>
      <w:r>
        <w:rPr>
          <w:sz w:val="20"/>
        </w:rPr>
        <w:t>1:10:10  asal cheez yeh hui, is se pehle mein yeh baat arz kar chuka hoon ke jis zamane mein</w:t>
      </w:r>
      <w:r>
        <w:br/>
      </w:r>
      <w:r>
        <w:rPr>
          <w:sz w:val="20"/>
        </w:rPr>
        <w:t>1:10:17  jamhooriyat aayi, western civilization aayi, modern taraqqiyan aayin, modern communication aayi, yeh sari press ka zamana aaya.</w:t>
      </w:r>
      <w:r>
        <w:br/>
      </w:r>
      <w:r>
        <w:rPr>
          <w:sz w:val="20"/>
        </w:rPr>
        <w:t>1:10:25  jis zamane mein, theek usi zamane mein aik waqea hua, woh kya hai? colonialism aa gaya.</w:t>
      </w:r>
      <w:r>
        <w:br/>
      </w:r>
      <w:r>
        <w:rPr>
          <w:sz w:val="20"/>
        </w:rPr>
        <w:t>1:10:31  yani Europe ki taqatein dunya mein phaili aur unhon ne Muslim mulkon mein jagah jagah apna dabdaba qaim</w:t>
      </w:r>
      <w:r>
        <w:br/>
      </w:r>
      <w:r>
        <w:rPr>
          <w:sz w:val="20"/>
        </w:rPr>
        <w:t>1:10:39  kar liya.</w:t>
      </w:r>
      <w:r>
        <w:br/>
      </w:r>
      <w:r>
        <w:rPr>
          <w:sz w:val="20"/>
        </w:rPr>
        <w:t>1:10:40  is ke jo musalmanon mein political reaction hua, wahi political reaction musalmanon mein chha gaya, aaj</w:t>
      </w:r>
      <w:r>
        <w:br/>
      </w:r>
      <w:r>
        <w:rPr>
          <w:sz w:val="20"/>
        </w:rPr>
        <w:t>1:10:48  tak chhaya hua hai.</w:t>
      </w:r>
      <w:r>
        <w:br/>
      </w:r>
      <w:r>
        <w:rPr>
          <w:sz w:val="20"/>
        </w:rPr>
        <w:t>1:10:50  wo be khabar ho gaye ke yeh jo tarqqiyan hain, is ko hum ne dawat ke liye avail</w:t>
      </w:r>
      <w:r>
        <w:br/>
      </w:r>
      <w:r>
        <w:rPr>
          <w:sz w:val="20"/>
        </w:rPr>
        <w:t>1:10:57  karna hai.</w:t>
      </w:r>
      <w:r>
        <w:br/>
      </w:r>
      <w:r>
        <w:rPr>
          <w:sz w:val="20"/>
        </w:rPr>
        <w:t>1:10:59  dawat ke liye avail karna hai.</w:t>
      </w:r>
      <w:r>
        <w:br/>
      </w:r>
      <w:r>
        <w:rPr>
          <w:sz w:val="20"/>
        </w:rPr>
        <w:t>1:11:01  hamare haan Adam Barg mein ek khandan ka mujhe pata hai, pachees saal tak wo log ladte rahe</w:t>
      </w:r>
      <w:r>
        <w:br/>
      </w:r>
      <w:r>
        <w:rPr>
          <w:sz w:val="20"/>
        </w:rPr>
        <w:t>1:11:09  aapas mein.</w:t>
      </w:r>
      <w:r>
        <w:br/>
      </w:r>
      <w:r>
        <w:rPr>
          <w:sz w:val="20"/>
        </w:rPr>
        <w:t>1:11:11  do family, do zameendar family, pachees saal tak.</w:t>
      </w:r>
      <w:r>
        <w:br/>
      </w:r>
      <w:r>
        <w:rPr>
          <w:sz w:val="20"/>
        </w:rPr>
        <w:t>1:11:14  yeh meri aankhon ke samne ki baat hai.</w:t>
      </w:r>
      <w:r>
        <w:br/>
      </w:r>
      <w:r>
        <w:rPr>
          <w:sz w:val="20"/>
        </w:rPr>
        <w:t>1:11:18  aur kuch, koi, kuch nahi, in ko hum maar rahe hain, in ko hum maar rahe hain, in</w:t>
      </w:r>
      <w:r>
        <w:br/>
      </w:r>
      <w:r>
        <w:rPr>
          <w:sz w:val="20"/>
        </w:rPr>
        <w:t>1:11:25  ka khet kaat rahe hain, in ka khet kaat rahe hain.</w:t>
      </w:r>
      <w:r>
        <w:br/>
      </w:r>
      <w:r>
        <w:rPr>
          <w:sz w:val="20"/>
        </w:rPr>
        <w:t>1:11:30  yeh mere samne ki baat hai.</w:t>
      </w:r>
      <w:r>
        <w:br/>
      </w:r>
      <w:r>
        <w:rPr>
          <w:sz w:val="20"/>
        </w:rPr>
        <w:t>1:11:33  bohat baad ko unhon ne daryaft kiya ke ab to education ka zamana hai.</w:t>
      </w:r>
      <w:r>
        <w:br/>
      </w:r>
      <w:r>
        <w:rPr>
          <w:sz w:val="20"/>
        </w:rPr>
        <w:t>1:11:39  education ka zamana hai, hum kyun lad rahe hain khwamkhwah? Ab isi family ke mutaliq mujhe pata hai,</w:t>
      </w:r>
      <w:r>
        <w:br/>
      </w:r>
      <w:r>
        <w:rPr>
          <w:sz w:val="20"/>
        </w:rPr>
        <w:t>1:11:46  abhi mein gaya tha Adam Barg.</w:t>
      </w:r>
      <w:r>
        <w:br/>
      </w:r>
      <w:r>
        <w:rPr>
          <w:sz w:val="20"/>
        </w:rPr>
        <w:t>1:11:49  Ab isi family ke koi professor hai, koi engineer hai, koi doctor hai.</w:t>
      </w:r>
      <w:r>
        <w:br/>
      </w:r>
      <w:r>
        <w:rPr>
          <w:sz w:val="20"/>
        </w:rPr>
        <w:t>1:11:54  Ab chhod diya unhon ne ladai bhadai.</w:t>
      </w:r>
      <w:r>
        <w:br/>
      </w:r>
      <w:r>
        <w:rPr>
          <w:sz w:val="20"/>
        </w:rPr>
        <w:t>1:11:57  to unhein khabar nahi thi, un families ko yeh khabar nahi thi ke wo family jeete the purane</w:t>
      </w:r>
      <w:r>
        <w:br/>
      </w:r>
      <w:r>
        <w:rPr>
          <w:sz w:val="20"/>
        </w:rPr>
        <w:t>1:12:05  tribal age mein.</w:t>
      </w:r>
      <w:r>
        <w:br/>
      </w:r>
      <w:r>
        <w:rPr>
          <w:sz w:val="20"/>
        </w:rPr>
        <w:t>1:12:07  jab ladai bhadai hai, sab kuch hoti thi.</w:t>
      </w:r>
      <w:r>
        <w:br/>
      </w:r>
      <w:r>
        <w:rPr>
          <w:sz w:val="20"/>
        </w:rPr>
        <w:t>1:12:10  wa ahya ana la bakhr akheen iza ma lam yajid allahu akhanana to isi obsession mein the ke ladna</w:t>
      </w:r>
      <w:r>
        <w:br/>
      </w:r>
      <w:r>
        <w:rPr>
          <w:sz w:val="20"/>
        </w:rPr>
        <w:t>1:12:18  bhadna koi kaam hai.</w:t>
      </w:r>
      <w:r>
        <w:br/>
      </w:r>
      <w:r>
        <w:rPr>
          <w:sz w:val="20"/>
        </w:rPr>
        <w:t>1:12:19  phir unhein pata chal gaya ke nahi, yeh to education ka zamana hai.</w:t>
      </w:r>
      <w:r>
        <w:br/>
      </w:r>
      <w:r>
        <w:rPr>
          <w:sz w:val="20"/>
        </w:rPr>
        <w:t>1:12:25  education lo, aap tarqqiyan karo, khoob khoob.</w:t>
      </w:r>
      <w:r>
        <w:br/>
      </w:r>
      <w:r>
        <w:rPr>
          <w:sz w:val="20"/>
        </w:rPr>
        <w:t>1:12:28  ab isi family ka koi aadmi london mein hai, koi aadmi kahin kahan hai, koi kahan hai, koi</w:t>
      </w:r>
      <w:r>
        <w:br/>
      </w:r>
      <w:r>
        <w:rPr>
          <w:sz w:val="20"/>
        </w:rPr>
        <w:t>1:12:36  doctor hai, koi engineer hai, koi kuch hai.</w:t>
      </w:r>
      <w:r>
        <w:br/>
      </w:r>
      <w:r>
        <w:rPr>
          <w:sz w:val="20"/>
        </w:rPr>
        <w:t>1:12:39  asal mein yeh hai sara unawareness.</w:t>
      </w:r>
      <w:r>
        <w:br/>
      </w:r>
      <w:r>
        <w:rPr>
          <w:sz w:val="20"/>
        </w:rPr>
        <w:t>1:12:42  musalman jante hi nahin, abhi bhi qaumi hesiyat se ke dunya mein ek naya daur aa gaya hai.</w:t>
      </w:r>
      <w:r>
        <w:br/>
      </w:r>
      <w:r>
        <w:rPr>
          <w:sz w:val="20"/>
        </w:rPr>
        <w:t>1:12:49  woh isi daur mein jee rahe hain, tribal age mein.</w:t>
      </w:r>
      <w:r>
        <w:br/>
      </w:r>
      <w:r>
        <w:rPr>
          <w:sz w:val="20"/>
        </w:rPr>
        <w:t>1:12:53  aur wohi gun chala rahe hain, wohi bomb chala rahe hain.</w:t>
      </w:r>
      <w:r>
        <w:br/>
      </w:r>
      <w:r>
        <w:rPr>
          <w:sz w:val="20"/>
        </w:rPr>
        <w:t>1:12:58  to hamara jo mission hai, sach poochhein to logon ko is unawareness se bahar lana.</w:t>
      </w:r>
      <w:r>
        <w:br/>
      </w:r>
      <w:r>
        <w:rPr>
          <w:sz w:val="20"/>
        </w:rPr>
        <w:t>1:13:04  is unawareness se bahar lana.</w:t>
      </w:r>
      <w:r>
        <w:br/>
      </w:r>
      <w:r>
        <w:rPr>
          <w:sz w:val="20"/>
        </w:rPr>
        <w:t>1:13:07  jitne musalman bahar aayenge, jaise maine Adam Berg ki family ki baat batai na, wohi poori</w:t>
      </w:r>
      <w:r>
        <w:br/>
      </w:r>
      <w:r>
        <w:rPr>
          <w:sz w:val="20"/>
        </w:rPr>
        <w:t>1:13:14  ummat ka haal wohi ho jayega.</w:t>
      </w:r>
      <w:r>
        <w:br/>
      </w:r>
      <w:r>
        <w:rPr>
          <w:sz w:val="20"/>
        </w:rPr>
        <w:t>1:13:17  maulana, yeh ek comment aaya hai jo Maulana Iqbal Umri ne bheja hai Chennai se.</w:t>
      </w:r>
      <w:r>
        <w:br/>
      </w:r>
      <w:r>
        <w:rPr>
          <w:sz w:val="20"/>
        </w:rPr>
        <w:t>1:13:24  hum is ko parhte hain.</w:t>
      </w:r>
      <w:r>
        <w:br/>
      </w:r>
      <w:r>
        <w:rPr>
          <w:sz w:val="20"/>
        </w:rPr>
        <w:t>1:13:26  is mein likha hai: "aaj ki hadith al-jihad al-mazin mein jo shubah tha, woh khatam ho gaya.</w:t>
      </w:r>
      <w:r>
        <w:br/>
      </w:r>
      <w:r>
        <w:rPr>
          <w:sz w:val="20"/>
        </w:rPr>
        <w:t>1:13:33  hadith ke mukammal alfaaz na milne se confusion tha.</w:t>
      </w:r>
      <w:r>
        <w:br/>
      </w:r>
      <w:r>
        <w:rPr>
          <w:sz w:val="20"/>
        </w:rPr>
        <w:t>1:13:37  ab yeh wazeh ho gaya ke alfaaz yeh hain: al-da'wah al-mazin ila yawm al-qiyamah.</w:t>
      </w:r>
      <w:r>
        <w:br/>
      </w:r>
      <w:r>
        <w:rPr>
          <w:sz w:val="20"/>
        </w:rPr>
        <w:t>1:13:43  theek hai, yeh sahi hai, masha Allah, bohat sahi hai.</w:t>
      </w:r>
      <w:r>
        <w:br/>
      </w:r>
      <w:r>
        <w:rPr>
          <w:sz w:val="20"/>
        </w:rPr>
        <w:t>1:13:47  yani is ka matlab yeh hai ke dawah hamesha jaari rahegi qayamat tak.</w:t>
      </w:r>
      <w:r>
        <w:br/>
      </w:r>
      <w:r>
        <w:rPr>
          <w:sz w:val="20"/>
        </w:rPr>
        <w:t>1:13:53  jihad bil-saif nahin, dawah.</w:t>
      </w:r>
      <w:r>
        <w:br/>
      </w:r>
      <w:r>
        <w:rPr>
          <w:sz w:val="20"/>
        </w:rPr>
        <w:t>1:13:55  is ka matlab yeh hai.</w:t>
      </w:r>
      <w:r>
        <w:br/>
      </w:r>
      <w:r>
        <w:rPr>
          <w:sz w:val="20"/>
        </w:rPr>
        <w:t>1:13:57  Okay, so we will end this session.</w:t>
      </w:r>
      <w:r>
        <w:br/>
      </w:r>
      <w:r>
        <w:rPr>
          <w:sz w:val="20"/>
        </w:rPr>
        <w:t>1:14:00  There is one announcement: the Delhi Dawa Field team will be having their monthly meeting, so all the</w:t>
      </w:r>
      <w:r>
        <w:br/>
      </w:r>
      <w:r>
        <w:rPr>
          <w:sz w:val="20"/>
        </w:rPr>
        <w:t>1:14:08  members are requested to stay back after this session.</w:t>
      </w:r>
      <w:r>
        <w:br/>
      </w:r>
      <w:r>
        <w:rPr>
          <w:sz w:val="20"/>
        </w:rPr>
        <w:t>1:14:12  Thank you.</w:t>
      </w:r>
    </w:p>
    <w:p>
      <w:pPr>
        <w:pStyle w:val="Heading2"/>
      </w:pPr>
      <w:r>
        <w:t>Muslims' fighting as hurdle to dawah</w:t>
      </w:r>
    </w:p>
    <w:p>
      <w:r>
        <w:rPr>
          <w:color w:val="666666"/>
          <w:sz w:val="18"/>
        </w:rPr>
        <w:t>Society &amp; Dawah · Discovery of Modern Age I 10th Feb. 13 · 3m 54s · at 1:26:01 · https://youtu.be/Yp5T0KacY84?t=5161</w:t>
      </w:r>
    </w:p>
    <w:p>
      <w:r>
        <w:rPr>
          <w:i/>
        </w:rPr>
        <w:t>“In past Muslims had to fight to remove the hurdles in dawah work. These days Muslims fighting is one of the biggest hurdle in the doing dawah work.”</w:t>
      </w:r>
    </w:p>
    <w:p>
      <w:r>
        <w:rPr>
          <w:sz w:val="20"/>
        </w:rPr>
        <w:t>1:26:01  maulana, agla sawal rae pur se hai idrees sahab ka.</w:t>
      </w:r>
      <w:r>
        <w:br/>
      </w:r>
      <w:r>
        <w:rPr>
          <w:sz w:val="20"/>
        </w:rPr>
        <w:t>1:26:05  unhon ne likha hai: "in past muslims had to fight to remove the hurdles in dawah work.</w:t>
      </w:r>
      <w:r>
        <w:br/>
      </w:r>
      <w:r>
        <w:rPr>
          <w:sz w:val="20"/>
        </w:rPr>
        <w:t>1:26:12  These days Muslims fighting is one of the biggest hurdle in the doing Dawah work.</w:t>
      </w:r>
      <w:r>
        <w:br/>
      </w:r>
      <w:r>
        <w:rPr>
          <w:sz w:val="20"/>
        </w:rPr>
        <w:t>1:26:19  the hurdles in dawah work is not external but internal, and that is the conduct of muslims.</w:t>
      </w:r>
      <w:r>
        <w:br/>
      </w:r>
      <w:r>
        <w:rPr>
          <w:sz w:val="20"/>
        </w:rPr>
        <w:t>1:26:26  Muslims are regarded as the troublemaker in the world and misfit for society.</w:t>
      </w:r>
      <w:r>
        <w:br/>
      </w:r>
      <w:r>
        <w:rPr>
          <w:sz w:val="20"/>
        </w:rPr>
        <w:t>1:26:33  My question is, question is: Is it right to conclude that the right way to follow the ideology</w:t>
      </w:r>
      <w:r>
        <w:br/>
      </w:r>
      <w:r>
        <w:rPr>
          <w:sz w:val="20"/>
        </w:rPr>
        <w:t>1:26:40  of profit and continuation of profits mission would be to be the custodian and promoter of peace, justice,</w:t>
      </w:r>
      <w:r>
        <w:br/>
      </w:r>
      <w:r>
        <w:rPr>
          <w:sz w:val="20"/>
        </w:rPr>
        <w:t>1:26:48  education and well wishing for all? what is your comment?" ke maulana, pehle jo jaise aap ne kai</w:t>
      </w:r>
      <w:r>
        <w:br/>
      </w:r>
      <w:r>
        <w:rPr>
          <w:sz w:val="20"/>
        </w:rPr>
        <w:t>1:26:56  بار بتایا کہ religious persecution کو انہوں نے مسلمان دعویٰ ورک اس لیے نہیں کر پاتے تھے کیونکہ</w:t>
      </w:r>
      <w:r>
        <w:br/>
      </w:r>
      <w:r>
        <w:rPr>
          <w:sz w:val="20"/>
        </w:rPr>
        <w:t>1:27:03  religious persecution tha.</w:t>
      </w:r>
      <w:r>
        <w:br/>
      </w:r>
      <w:r>
        <w:rPr>
          <w:sz w:val="20"/>
        </w:rPr>
        <w:t>1:27:05  But woh khatam hone ke baad ab aaj biggest hurdle woh khud hain kyunki aapas mein itne zyada</w:t>
      </w:r>
      <w:r>
        <w:br/>
      </w:r>
      <w:r>
        <w:rPr>
          <w:sz w:val="20"/>
        </w:rPr>
        <w:t>1:27:13  reaction hote hain, ladaiyan hoti hain.</w:t>
      </w:r>
      <w:r>
        <w:br/>
      </w:r>
      <w:r>
        <w:rPr>
          <w:sz w:val="20"/>
        </w:rPr>
        <w:t>1:27:16  تو وہ یہ پوچھنا چاہ رہے ہیں کہ کیا صحیح طریقہ Prophet کی سنت کو فالو کرنے کا</w:t>
      </w:r>
      <w:r>
        <w:br/>
      </w:r>
      <w:r>
        <w:rPr>
          <w:sz w:val="20"/>
        </w:rPr>
        <w:t>1:27:23  yahi hoga ke woh peace ko promote karen, education ko promote karen? yeh sawal clear nahi hai.</w:t>
      </w:r>
      <w:r>
        <w:br/>
      </w:r>
      <w:r>
        <w:rPr>
          <w:sz w:val="20"/>
        </w:rPr>
        <w:t>1:27:31  beshak nahi hai.</w:t>
      </w:r>
      <w:r>
        <w:br/>
      </w:r>
      <w:r>
        <w:rPr>
          <w:sz w:val="20"/>
        </w:rPr>
        <w:t>1:27:32  ji, beshak nahi hai.</w:t>
      </w:r>
      <w:r>
        <w:br/>
      </w:r>
      <w:r>
        <w:rPr>
          <w:sz w:val="20"/>
        </w:rPr>
        <w:t>1:27:35  clear nahi hai.</w:t>
      </w:r>
      <w:r>
        <w:br/>
      </w:r>
      <w:r>
        <w:rPr>
          <w:sz w:val="20"/>
        </w:rPr>
        <w:t>1:27:36  maulana, doosra sawal lete hain jo khalid ansari ka hai noida se.</w:t>
      </w:r>
      <w:r>
        <w:br/>
      </w:r>
      <w:r>
        <w:rPr>
          <w:sz w:val="20"/>
        </w:rPr>
        <w:t>1:27:41  انہوں نے لکھا ہے: "مولانا، one of my acquaintances who is an IFS officer in a</w:t>
      </w:r>
      <w:r>
        <w:br/>
      </w:r>
      <w:r>
        <w:rPr>
          <w:sz w:val="20"/>
        </w:rPr>
        <w:t>1:27:49  series of interactions got stuck on the logical explanation of the purpose of creation.</w:t>
      </w:r>
      <w:r>
        <w:br/>
      </w:r>
      <w:r>
        <w:rPr>
          <w:sz w:val="20"/>
        </w:rPr>
        <w:t>1:27:55  I managed to open one of your lectures that you delivered a few months ago.</w:t>
      </w:r>
      <w:r>
        <w:br/>
      </w:r>
      <w:r>
        <w:rPr>
          <w:sz w:val="20"/>
        </w:rPr>
        <w:t>1:28:01  You trace the history of thought and specifically talked about philosopher Thales and how the thought progressed to</w:t>
      </w:r>
      <w:r>
        <w:br/>
      </w:r>
      <w:r>
        <w:rPr>
          <w:sz w:val="20"/>
        </w:rPr>
        <w:t>1:28:09  galileo and newton.</w:t>
      </w:r>
      <w:r>
        <w:br/>
      </w:r>
      <w:r>
        <w:rPr>
          <w:sz w:val="20"/>
        </w:rPr>
        <w:t>1:28:10  What drew his attention is your specific mention of the model of thought, mythological, philosophical and intelligent design</w:t>
      </w:r>
      <w:r>
        <w:br/>
      </w:r>
      <w:r>
        <w:rPr>
          <w:sz w:val="20"/>
        </w:rPr>
        <w:t>1:28:18  and how Quran talks about the meaning and the purpose of creation.</w:t>
      </w:r>
      <w:r>
        <w:br/>
      </w:r>
      <w:r>
        <w:rPr>
          <w:sz w:val="20"/>
        </w:rPr>
        <w:t>1:28:23  Now, your lecture CD is with the gentleman and out of curiosity he listened to it over</w:t>
      </w:r>
      <w:r>
        <w:br/>
      </w:r>
      <w:r>
        <w:rPr>
          <w:sz w:val="20"/>
        </w:rPr>
        <w:t>1:28:31  six times.</w:t>
      </w:r>
      <w:r>
        <w:br/>
      </w:r>
      <w:r>
        <w:rPr>
          <w:sz w:val="20"/>
        </w:rPr>
        <w:t>1:28:32  مولانا، I want to share with what he said after three months: the world is blind, especially the</w:t>
      </w:r>
      <w:r>
        <w:br/>
      </w:r>
      <w:r>
        <w:rPr>
          <w:sz w:val="20"/>
        </w:rPr>
        <w:t>1:28:40  Muslims who fail to recognize the amazing wisdom of Maulana Wahiduddin Khan who is a special gift</w:t>
      </w:r>
      <w:r>
        <w:br/>
      </w:r>
      <w:r>
        <w:rPr>
          <w:sz w:val="20"/>
        </w:rPr>
        <w:t>1:28:48  of god to the mankind of this age." jazak allah.</w:t>
      </w:r>
      <w:r>
        <w:br/>
      </w:r>
      <w:r>
        <w:rPr>
          <w:sz w:val="20"/>
        </w:rPr>
        <w:t>1:28:52  okay, we we'll end the session now.</w:t>
      </w:r>
      <w:r>
        <w:br/>
      </w:r>
      <w:r>
        <w:rPr>
          <w:sz w:val="20"/>
        </w:rPr>
        <w:t>1:28:55  thank you.</w:t>
      </w:r>
    </w:p>
    <w:p>
      <w:pPr>
        <w:pStyle w:val="Heading2"/>
      </w:pPr>
      <w:r>
        <w:t>Muslims' isolation prevents sharing Quran wisdom in dialogue</w:t>
      </w:r>
    </w:p>
    <w:p>
      <w:r>
        <w:rPr>
          <w:color w:val="666666"/>
          <w:sz w:val="18"/>
        </w:rPr>
        <w:t>Society &amp; Dawah · 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Muslims' loss of intellectual base</w:t>
      </w:r>
    </w:p>
    <w:p>
      <w:r>
        <w:rPr>
          <w:color w:val="666666"/>
          <w:sz w:val="18"/>
        </w:rPr>
        <w:t>Society &amp; Dawah · Realisation of God January 19, 2014 · 3m 33s · at 46:26 · https://youtu.be/uIn3AfDkk6Y?t=2786</w:t>
      </w:r>
    </w:p>
    <w:p>
      <w:r>
        <w:rPr>
          <w:i/>
        </w:rPr>
        <w:t>“Why did the Muslims lose their intellectual base even after they had Quranic guidance?”</w:t>
      </w:r>
    </w:p>
    <w:p>
      <w:r>
        <w:rPr>
          <w:sz w:val="20"/>
        </w:rPr>
        <w:t>46:26  Maulana agla sawal Ajmer se aya hai Dr. Safina Tabassum ka. unhon ne likha hai: "Maulana, why did the Muslims lose their intellectual base even after they had Quranic guidance?"</w:t>
      </w:r>
      <w:r>
        <w:br/>
      </w:r>
      <w:r>
        <w:rPr>
          <w:sz w:val="20"/>
        </w:rPr>
        <w:t>46:45  dekhein, hadith mein aya hai ke "hubbuka al-shay' yu'mi wa yusimm"</w:t>
      </w:r>
      <w:r>
        <w:br/>
      </w:r>
      <w:r>
        <w:rPr>
          <w:sz w:val="20"/>
        </w:rPr>
        <w:t>46:55  yani kisi cheez ki dushmani, kisi cheez ki mohabbat tum ko</w:t>
      </w:r>
      <w:r>
        <w:br/>
      </w:r>
      <w:r>
        <w:rPr>
          <w:sz w:val="20"/>
        </w:rPr>
        <w:t>47:02  andha behra bana deti hai. "hubbuka al-shay' yu'mi wa yusimm" har cheez ki mohabbat tum ko andha behra bana deti hai.</w:t>
      </w:r>
      <w:r>
        <w:br/>
      </w:r>
      <w:r>
        <w:rPr>
          <w:sz w:val="20"/>
        </w:rPr>
        <w:t>47:12  to yeh qaidah hai, balaghat ka usool hai ke is ka aise jumlon mein is ka bar'aks hi is mein mazfoof hota hai.</w:t>
      </w:r>
      <w:r>
        <w:br/>
      </w:r>
      <w:r>
        <w:rPr>
          <w:sz w:val="20"/>
        </w:rPr>
        <w:t>47:23  matlab is mein yeh baat shamil hai ke "bughdhuka al-shay' yu'mi wa yusimm" yani kisi se aap ko nafrat ho jaye to aap us ke baray mein andhe bure ho jayenge.</w:t>
      </w:r>
      <w:r>
        <w:br/>
      </w:r>
      <w:r>
        <w:rPr>
          <w:sz w:val="20"/>
        </w:rPr>
        <w:t>47:35  to Musalmanon ko kuch qoumi shikayatein huin, kuch siyasat shikayatein huin. main dekhta hoon yeh shikayatein bilkul be mani hain, baseless hain. jo Musalmanon ko kuch qoumi shikayatein aur sari shikayatein hain, woh mere nazdeek is qabil hain ke un ko khandaq mein daal diya jaye.</w:t>
      </w:r>
      <w:r>
        <w:br/>
      </w:r>
      <w:r>
        <w:rPr>
          <w:sz w:val="20"/>
        </w:rPr>
        <w:t>47:50  kya shikayat kis baat ki?</w:t>
      </w:r>
      <w:r>
        <w:br/>
      </w:r>
      <w:r>
        <w:rPr>
          <w:sz w:val="20"/>
        </w:rPr>
        <w:t>47:52  lekin beharhal Musalmanon ko shikayat hui, siyasat shikayat, qoumi shikayat, madi shikayat. isi ki wajah se itna zyada manfi ho gaye ke dushman samajh liya, andhe bure ho gaye.</w:t>
      </w:r>
      <w:r>
        <w:br/>
      </w:r>
      <w:r>
        <w:rPr>
          <w:sz w:val="20"/>
        </w:rPr>
        <w:t>48:09  woh al-maghrib ke contribution</w:t>
      </w:r>
      <w:r>
        <w:br/>
      </w:r>
      <w:r>
        <w:rPr>
          <w:sz w:val="20"/>
        </w:rPr>
        <w:t>48:11  ke baray mein, yani bughdh, bughdh maghrib ki wajah se woh maghrib ke contribution ke baray mein andhe bure ho gaye. aur bughdh kyun hua?</w:t>
      </w:r>
      <w:r>
        <w:br/>
      </w:r>
      <w:r>
        <w:rPr>
          <w:sz w:val="20"/>
        </w:rPr>
        <w:t>48:22  qoumi buniyad par, siyasat buniyad par. jo mere nazdeek deathing tha. to main is mein saaf yeh baat kahunga, chahe kisi ko achi lage ya buri lage, kyunke mere nazdeek bohat bari haqeeqat hai jis ka elan hona chahiye.</w:t>
      </w:r>
      <w:r>
        <w:br/>
      </w:r>
      <w:r>
        <w:rPr>
          <w:sz w:val="20"/>
        </w:rPr>
        <w:t>48:38  agar is ka elan na kiya jaye to qayamat hi ruki rahe gi. saada baat nahi hai.</w:t>
      </w:r>
      <w:r>
        <w:br/>
      </w:r>
      <w:r>
        <w:rPr>
          <w:sz w:val="20"/>
        </w:rPr>
        <w:t>48:46  agar aap is ka elan na karein to qayamat aye gi nahi.</w:t>
      </w:r>
      <w:r>
        <w:br/>
      </w:r>
      <w:r>
        <w:rPr>
          <w:sz w:val="20"/>
        </w:rPr>
        <w:t>48:54  main bohat hi serious is mamle mein hoon. to Musalmanon ko apna bughdh bilkul khatam karna pare ga, apne manfi soch ko khatam karna pare ga.</w:t>
      </w:r>
      <w:r>
        <w:br/>
      </w:r>
      <w:r>
        <w:rPr>
          <w:sz w:val="20"/>
        </w:rPr>
        <w:t>49:05  yeh yeh dushman hai, woh</w:t>
      </w:r>
      <w:r>
        <w:br/>
      </w:r>
      <w:r>
        <w:rPr>
          <w:sz w:val="20"/>
        </w:rPr>
        <w:t>49:08  dushman hai. is nazariye ko bilkul hi mita dena pare ga taake Allah ke woh bande jinhon ne apni beshumar mehnatain keen, unhon ne apne aap ko qurban kiya, beshumar log is mein apne aap ko qurban kiya, unhon ne tab yeh cheezein daryaft huin.</w:t>
      </w:r>
      <w:r>
        <w:br/>
      </w:r>
      <w:r>
        <w:rPr>
          <w:sz w:val="20"/>
        </w:rPr>
        <w:t>49:28  to aap agar un ki daryaft ka etraaf na karein to yeh yeh shaitani kaam hoga.</w:t>
      </w:r>
      <w:r>
        <w:br/>
      </w:r>
      <w:r>
        <w:rPr>
          <w:sz w:val="20"/>
        </w:rPr>
        <w:t>49:34  shaitan para shakhs hai jis ne is sunnat ko qaim kiya ke mein etraaf nahi karta. to be etraafi ki sunnat shaitani sunnat hai.</w:t>
      </w:r>
      <w:r>
        <w:br/>
      </w:r>
      <w:r>
        <w:rPr>
          <w:sz w:val="20"/>
        </w:rPr>
        <w:t>49:45  musalman is ghar mein phanse hue hain, un ko is se bahar aana chahiye. be etraafi ki sunnat se jab is se bahar aayenge to un ka aage khulega.</w:t>
      </w:r>
      <w:r>
        <w:br/>
      </w:r>
      <w:r>
        <w:rPr>
          <w:sz w:val="20"/>
        </w:rPr>
        <w:t>49:54  phir woh dekhein ke aal maghrib ka contribution bohat zyada hai, bohat zyada hai, bohat zyada hai.</w:t>
      </w:r>
    </w:p>
    <w:p>
      <w:pPr>
        <w:pStyle w:val="Heading2"/>
      </w:pPr>
      <w:r>
        <w:t>Muslims' negative perception of openness</w:t>
      </w:r>
    </w:p>
    <w:p>
      <w:r>
        <w:rPr>
          <w:color w:val="666666"/>
          <w:sz w:val="18"/>
        </w:rPr>
        <w:t>Society &amp; Dawah · Divine Crusades December 14, 2014 · 2m 17s · at 46:19 · https://youtu.be/qZhY00S5LQg?t=2779</w:t>
      </w:r>
    </w:p>
    <w:p>
      <w:r>
        <w:rPr>
          <w:i/>
        </w:rPr>
        <w:t>“Why do Muslims take 'openness' in a negative sense? They only understand openness as unveiling (lack of hijab).”</w:t>
      </w:r>
    </w:p>
    <w:p>
      <w:r>
        <w:rPr>
          <w:sz w:val="20"/>
        </w:rPr>
        <w:t>46:19  mera agla sawal Maulana Iqbal Umri ka hai, jo abhi Mumbai mein hain aur yeh program dekh rahe hain.</w:t>
      </w:r>
      <w:r>
        <w:br/>
      </w:r>
      <w:r>
        <w:rPr>
          <w:sz w:val="20"/>
        </w:rPr>
        <w:t>46:25  aur unhon ne yeh sawal yeh kiya hai ke Maulana, openness ko musalman manfi maani mein kyun lete</w:t>
      </w:r>
      <w:r>
        <w:br/>
      </w:r>
      <w:r>
        <w:rPr>
          <w:sz w:val="20"/>
        </w:rPr>
        <w:t>46:31  hain? Openness ke maani sirf be pardagi samajhte hain.</w:t>
      </w:r>
      <w:r>
        <w:br/>
      </w:r>
      <w:r>
        <w:rPr>
          <w:sz w:val="20"/>
        </w:rPr>
        <w:t>46:37  yeh to blindness hai. Blindness hai.</w:t>
      </w:r>
      <w:r>
        <w:br/>
      </w:r>
      <w:r>
        <w:rPr>
          <w:sz w:val="20"/>
        </w:rPr>
        <w:t>46:43  Rasool Allah sal Allah alaihi wasallam ke zamane mein Makka mein jo aswaaq hote the, us mein yahi</w:t>
      </w:r>
      <w:r>
        <w:br/>
      </w:r>
      <w:r>
        <w:rPr>
          <w:sz w:val="20"/>
        </w:rPr>
        <w:t>46:49  sab hota tha.</w:t>
      </w:r>
      <w:r>
        <w:br/>
      </w:r>
      <w:r>
        <w:rPr>
          <w:sz w:val="20"/>
        </w:rPr>
        <w:t>46:55  auratein gaati bajati thin, circus hota tha, tamashe hote the.</w:t>
      </w:r>
      <w:r>
        <w:br/>
      </w:r>
      <w:r>
        <w:rPr>
          <w:sz w:val="20"/>
        </w:rPr>
        <w:t>47:01  to Rasool Allah ne kyun nahin samjha ke yeh to be pardagi hai? Yeh to wahan jaate the</w:t>
      </w:r>
      <w:r>
        <w:br/>
      </w:r>
      <w:r>
        <w:rPr>
          <w:sz w:val="20"/>
        </w:rPr>
        <w:t>47:07  aap, ja kar Quran sunate the.</w:t>
      </w:r>
      <w:r>
        <w:br/>
      </w:r>
      <w:r>
        <w:rPr>
          <w:sz w:val="20"/>
        </w:rPr>
        <w:t>47:13  kuch cheezon ko dekh ke problem ke roop mein dekhna, yeh blindness hai, blindness.</w:t>
      </w:r>
      <w:r>
        <w:br/>
      </w:r>
      <w:r>
        <w:rPr>
          <w:sz w:val="20"/>
        </w:rPr>
        <w:t>47:19  aur cheezon ko opposition ke roop mein dekhna, yeh is se Hazrat Akbar aap aankh wale hain.</w:t>
      </w:r>
      <w:r>
        <w:br/>
      </w:r>
      <w:r>
        <w:rPr>
          <w:sz w:val="20"/>
        </w:rPr>
        <w:t>47:25  to jo musalman openness ko samajhte hain, be pardagi, woh to blind hain.</w:t>
      </w:r>
      <w:r>
        <w:br/>
      </w:r>
      <w:r>
        <w:rPr>
          <w:sz w:val="20"/>
        </w:rPr>
        <w:t>47:31  is mein jo pehlu hai, opposition ka, is se be khabar hain.</w:t>
      </w:r>
      <w:r>
        <w:br/>
      </w:r>
      <w:r>
        <w:rPr>
          <w:sz w:val="20"/>
        </w:rPr>
        <w:t>47:37  They are blind.</w:t>
      </w:r>
      <w:r>
        <w:br/>
      </w:r>
      <w:r>
        <w:rPr>
          <w:sz w:val="20"/>
        </w:rPr>
        <w:t>47:44  dunya mein kabhi bhi aisa nahi hoga ke khair jo hai, pure shakal mein hoga. impossible hai.</w:t>
      </w:r>
      <w:r>
        <w:br/>
      </w:r>
      <w:r>
        <w:rPr>
          <w:sz w:val="20"/>
        </w:rPr>
        <w:t>47:49  hamesha khair ke sath kuch na kuch shar mila raha hai, mila rahega.</w:t>
      </w:r>
      <w:r>
        <w:br/>
      </w:r>
      <w:r>
        <w:rPr>
          <w:sz w:val="20"/>
        </w:rPr>
        <w:t>47:54  musalman jo shar ko dekh paate hain, khair ko nahi dekh paate.</w:t>
      </w:r>
      <w:r>
        <w:br/>
      </w:r>
      <w:r>
        <w:rPr>
          <w:sz w:val="20"/>
        </w:rPr>
        <w:t>47:59  yeh toh blindness hai.</w:t>
      </w:r>
      <w:r>
        <w:br/>
      </w:r>
      <w:r>
        <w:rPr>
          <w:sz w:val="20"/>
        </w:rPr>
        <w:t>48:04  hazrat umar ne kaha tha ke aqalmand woh hai jo yeh jaane ke shar mein khair kya hai.</w:t>
      </w:r>
      <w:r>
        <w:br/>
      </w:r>
      <w:r>
        <w:rPr>
          <w:sz w:val="20"/>
        </w:rPr>
        <w:t>48:10  allazi ya'rifu khaira ash-sharrain balkeh yeh kaha do shar dunya mein hain, us mein se lisar shar kaun</w:t>
      </w:r>
      <w:r>
        <w:br/>
      </w:r>
      <w:r>
        <w:rPr>
          <w:sz w:val="20"/>
        </w:rPr>
        <w:t>48:15  sa hai, yeh jaane.</w:t>
      </w:r>
      <w:r>
        <w:br/>
      </w:r>
      <w:r>
        <w:rPr>
          <w:sz w:val="20"/>
        </w:rPr>
        <w:t>48:20  yeh yeh hai islam ka mayar.</w:t>
      </w:r>
      <w:r>
        <w:br/>
      </w:r>
      <w:r>
        <w:rPr>
          <w:sz w:val="20"/>
        </w:rPr>
        <w:t>48:25  aaj kal ke jo musalman hain, jo bas be pardagi, duty, perseverance jante hain, woh toh bilkul blind</w:t>
      </w:r>
      <w:r>
        <w:br/>
      </w:r>
      <w:r>
        <w:rPr>
          <w:sz w:val="20"/>
        </w:rPr>
        <w:t>48:31  log hain, blind.</w:t>
      </w:r>
    </w:p>
    <w:p>
      <w:pPr>
        <w:pStyle w:val="Heading2"/>
      </w:pPr>
      <w:r>
        <w:t>Muslims' unawareness despite knowing Quran</w:t>
      </w:r>
    </w:p>
    <w:p>
      <w:r>
        <w:rPr>
          <w:color w:val="666666"/>
          <w:sz w:val="18"/>
        </w:rPr>
        <w:t>Society &amp; Dawah · Collective Repentance I Feb 24, 2013 Maulana Wahiduddin Khan · 3m 05s · at 1:00:02 · https://youtu.be/lkkolxAL38c?t=3602</w:t>
      </w:r>
    </w:p>
    <w:p>
      <w:r>
        <w:rPr>
          <w:i/>
        </w:rPr>
        <w:t>“In our day-to-day dawah activities, we often talk of giving the Quran to non-Muslims so that they may understand God's creation plan and discover the right path. In contrast, Muslims, despite knowing God's creation plan and the essence of the Quran, are leading their lives on the wrong path. My question is: what is the reason for this unawareness, and how can we address it?”</w:t>
      </w:r>
    </w:p>
    <w:p>
      <w:r>
        <w:rPr>
          <w:sz w:val="20"/>
        </w:rPr>
        <w:t>1:00:02  Maulana, yeh sawal Kashmir se aaya hai Aamir Jan Mori sahib ka. Unhon ne likha hai: "In a day to day dawah activities, we often talk of giving Quran to non-Muslims, so that they could understand the creation plan of God and discover the right path.</w:t>
      </w:r>
      <w:r>
        <w:br/>
      </w:r>
      <w:r>
        <w:rPr>
          <w:sz w:val="20"/>
        </w:rPr>
        <w:t>1:00:24  in contrast to it, muslims despite of knowing the creation plan of god and essence of quran, are leading their life in the wrong path." Maulana sahib, my question is: "what is the reason for this unawareness and how can we address it?"</w:t>
      </w:r>
      <w:r>
        <w:br/>
      </w:r>
      <w:r>
        <w:rPr>
          <w:sz w:val="20"/>
        </w:rPr>
        <w:t>1:00:43  dekhen, yeh islaah ka kaam bohat lambi koshish ke baad hota hai. Musalmanon ki islaah jo nahi hui, is ki wajah yeh hai ke saray musalmanon ko jo likhnay aur bolnay walay thay, aik taraf to kya kar rahay hain?</w:t>
      </w:r>
      <w:r>
        <w:br/>
      </w:r>
      <w:r>
        <w:rPr>
          <w:sz w:val="20"/>
        </w:rPr>
        <w:t>1:01:02  nafrat phaila rahay hain</w:t>
      </w:r>
      <w:r>
        <w:br/>
      </w:r>
      <w:r>
        <w:rPr>
          <w:sz w:val="20"/>
        </w:rPr>
        <w:t>1:01:06  ghair muslim ke khilaf, kafir ke khilaf, west ke khilaf. To nafrat ka jo zehn hai, woh rog ban jata hai islaah ke liye.</w:t>
      </w:r>
      <w:r>
        <w:br/>
      </w:r>
      <w:r>
        <w:rPr>
          <w:sz w:val="20"/>
        </w:rPr>
        <w:t>1:01:19  sab se bari rukawat jo hai musalmanon ke islam mein yeh hai ke un ki jo negative thinking hai,</w:t>
      </w:r>
      <w:r>
        <w:br/>
      </w:r>
      <w:r>
        <w:rPr>
          <w:sz w:val="20"/>
        </w:rPr>
        <w:t>1:01:25  jab tak aap negative thinking ko khatam na karein, tab tak koi islaah nahi ho sakti, kuch bhi islaah nahi ho sakti. har jagah negative thinking, aap ke kashmiri negative thinking hain, saare kashmiri jo hain negative thinking mein mubtala hain.</w:t>
      </w:r>
      <w:r>
        <w:br/>
      </w:r>
      <w:r>
        <w:rPr>
          <w:sz w:val="20"/>
        </w:rPr>
        <w:t>1:01:41  saare arab dunya,</w:t>
      </w:r>
      <w:r>
        <w:br/>
      </w:r>
      <w:r>
        <w:rPr>
          <w:sz w:val="20"/>
        </w:rPr>
        <w:t>1:01:43  koi na koi dushman daryaft kar rakha hai, har ek ne. har jagah ke logon ne ek kuch dushman daryaft kar rakha hai, us ko le kar ke negative bane hue hain.</w:t>
      </w:r>
      <w:r>
        <w:br/>
      </w:r>
      <w:r>
        <w:rPr>
          <w:sz w:val="20"/>
        </w:rPr>
        <w:t>1:01:55  dekhein, jab tak musalmanon ke andar se negative thinking khatam na ki jaye, tab tak koi islaah nahi ho sakti.</w:t>
      </w:r>
      <w:r>
        <w:br/>
      </w:r>
      <w:r>
        <w:rPr>
          <w:sz w:val="20"/>
        </w:rPr>
        <w:t>1:02:03  heer iz de starting point.</w:t>
      </w:r>
      <w:r>
        <w:br/>
      </w:r>
      <w:r>
        <w:rPr>
          <w:sz w:val="20"/>
        </w:rPr>
        <w:t>1:02:09  maulana, yeh sawal kiya hai makan khan sahib ne. unhone apni location nahi likhi hai, par un ka sawal yeh hai: "maulana, weather it is necessary to follow one maslak or i can follow the maslak ahle hadees</w:t>
      </w:r>
      <w:r>
        <w:br/>
      </w:r>
      <w:r>
        <w:rPr>
          <w:sz w:val="20"/>
        </w:rPr>
        <w:t>1:02:26  which does not follow any particular imam's maslak?" is ke bare mein aap batayein. is par dekhiye, hum ne tafseel se likha hai.</w:t>
      </w:r>
      <w:r>
        <w:br/>
      </w:r>
      <w:r>
        <w:rPr>
          <w:sz w:val="20"/>
        </w:rPr>
        <w:t>1:02:35  hamari kitab aap padh lijiye, is ka naam hai "tajdeed deen". pehle aap is kitab ko padhiye, phir sawal kijiye.</w:t>
      </w:r>
      <w:r>
        <w:br/>
      </w:r>
      <w:r>
        <w:rPr>
          <w:sz w:val="20"/>
        </w:rPr>
        <w:t>1:02:45  yeh jo yeh jo masle phailaye, is qism ke sawalat phailaye hue hain musalmanon mein, isi par yeh kitab hai "tajdeed deen".</w:t>
      </w:r>
      <w:r>
        <w:br/>
      </w:r>
      <w:r>
        <w:rPr>
          <w:sz w:val="20"/>
        </w:rPr>
        <w:t>1:02:55  to aap pehle is kitab ko padhiye, ek baar nahi, do baar padhiye, phir jo sawal aap ke zehen mein aata hai, woh woh sawal kijiye. main inshallah is ka jawab doonga.</w:t>
      </w:r>
    </w:p>
    <w:p>
      <w:pPr>
        <w:pStyle w:val="Heading2"/>
      </w:pPr>
      <w:r>
        <w:t>Muslims' view on America as friend</w:t>
      </w:r>
    </w:p>
    <w:p>
      <w:r>
        <w:rPr>
          <w:color w:val="666666"/>
          <w:sz w:val="18"/>
        </w:rPr>
        <w:t>Society &amp; Dawah · War and Peace August 28, 2016 Maulana Wahiduddin Khan · 1m 07s · at 46:05 · https://youtu.be/8ViacW5xI3w?t=2765</w:t>
      </w:r>
    </w:p>
    <w:p>
      <w:r>
        <w:rPr>
          <w:i/>
        </w:rPr>
        <w:t>“Muslims say that we cannot consider America as our friend number one because they have killed so many people across the globe in the name of establishing peace. What is your view?”</w:t>
      </w:r>
    </w:p>
    <w:p>
      <w:r>
        <w:rPr>
          <w:sz w:val="20"/>
        </w:rPr>
        <w:t>46:05  may be able to discover the new ideas." Maulana, agla sawal Delhi se Ajay Dwivedi sahab ne kiya</w:t>
      </w:r>
      <w:r>
        <w:br/>
      </w:r>
      <w:r>
        <w:rPr>
          <w:sz w:val="20"/>
        </w:rPr>
        <w:t>46:11  hai, unhon ne likha hai: "Maulana sahab, Muslims say that we cannot consider America as our friend number</w:t>
      </w:r>
      <w:r>
        <w:br/>
      </w:r>
      <w:r>
        <w:rPr>
          <w:sz w:val="20"/>
        </w:rPr>
        <w:t>46:17  one because they have killed so many people across the globe in the name of establishing peace.</w:t>
      </w:r>
      <w:r>
        <w:br/>
      </w:r>
      <w:r>
        <w:rPr>
          <w:sz w:val="20"/>
        </w:rPr>
        <w:t>46:24  Secondly, it was America which used atomic bomb against Japan. It seems America is the biggest enemy of mankind. What is your opinion on these claims?</w:t>
      </w:r>
      <w:r>
        <w:br/>
      </w:r>
      <w:r>
        <w:rPr>
          <w:sz w:val="20"/>
        </w:rPr>
        <w:t>46:36  "dekhen, yeh sab jhoote references hain, yeh log baaton ko detailed study karte nahin.</w:t>
      </w:r>
      <w:r>
        <w:br/>
      </w:r>
      <w:r>
        <w:rPr>
          <w:sz w:val="20"/>
        </w:rPr>
        <w:t>46:42  America kya hai, kisi bhi shakhs ne is ki detailed study ki, maine is ki bohat gehrai</w:t>
      </w:r>
      <w:r>
        <w:br/>
      </w:r>
      <w:r>
        <w:rPr>
          <w:sz w:val="20"/>
        </w:rPr>
        <w:t>46:48  ke sath study ki hai.</w:t>
      </w:r>
      <w:r>
        <w:br/>
      </w:r>
      <w:r>
        <w:rPr>
          <w:sz w:val="20"/>
        </w:rPr>
        <w:t>46:54  to aur is par maine likha hai, kafi aap meri kitab "Idara Deen" parhiye, yeh sab jo</w:t>
      </w:r>
      <w:r>
        <w:br/>
      </w:r>
      <w:r>
        <w:rPr>
          <w:sz w:val="20"/>
        </w:rPr>
        <w:t>47:00  references hain, woh de rahe hain, sab jhoote references hain.</w:t>
      </w:r>
      <w:r>
        <w:br/>
      </w:r>
      <w:r>
        <w:rPr>
          <w:sz w:val="20"/>
        </w:rPr>
        <w:t>47:06  pehley aap meri kitab parh lijiye "Idara Deen", is ke baad sawal kijiye.</w:t>
      </w:r>
    </w:p>
    <w:p>
      <w:pPr>
        <w:pStyle w:val="Heading2"/>
      </w:pPr>
      <w:r>
        <w:t>Nation first versus religion first</w:t>
      </w:r>
    </w:p>
    <w:p>
      <w:r>
        <w:rPr>
          <w:color w:val="666666"/>
          <w:sz w:val="18"/>
        </w:rPr>
        <w:t>Society &amp; Dawah · Nation Building On India's Republic Day Jan 26, 2020 Maulana Wahiduddin Khan · 2m 33s · at 39:52 · https://youtu.be/58CVocbLAb8?t=2392</w:t>
      </w:r>
    </w:p>
    <w:p>
      <w:r>
        <w:rPr>
          <w:i/>
        </w:rPr>
        <w:t>“Maulana, is it nation first or religion first?”</w:t>
      </w:r>
    </w:p>
    <w:p>
      <w:r>
        <w:rPr>
          <w:sz w:val="20"/>
        </w:rPr>
        <w:t>39:52  You have increased my spirit of struggle today even more. jazak Allah Maulana." Maulana agla sawal lena chahenge.</w:t>
      </w:r>
      <w:r>
        <w:br/>
      </w:r>
      <w:r>
        <w:rPr>
          <w:sz w:val="20"/>
        </w:rPr>
        <w:t>40:03  do logon ne kuch milte julte sawal kiye hain to hum dono sawal padhenge. pehla sawal Kanpur se hai Waseem Khan sahab ka.</w:t>
      </w:r>
      <w:r>
        <w:br/>
      </w:r>
      <w:r>
        <w:rPr>
          <w:sz w:val="20"/>
        </w:rPr>
        <w:t>40:13  unhone likha hai: "Maulana is nation first aur religion first.</w:t>
      </w:r>
      <w:r>
        <w:br/>
      </w:r>
      <w:r>
        <w:rPr>
          <w:sz w:val="20"/>
        </w:rPr>
        <w:t>40:19  What should be the order of the priority?" Mehtab Ahmed sahab ne Dhampur se kuch aisa hi sawal bheja hai. unhone likha hai: "Maulana sahab love of the mother land is it part of iman?</w:t>
      </w:r>
      <w:r>
        <w:br/>
      </w:r>
      <w:r>
        <w:rPr>
          <w:sz w:val="20"/>
        </w:rPr>
        <w:t>40:34  Please guide us."</w:t>
      </w:r>
      <w:r>
        <w:br/>
      </w:r>
      <w:r>
        <w:rPr>
          <w:sz w:val="20"/>
        </w:rPr>
        <w:t>40:38  dekhen ek hadith hai agarche kuch log is ko</w:t>
      </w:r>
      <w:r>
        <w:br/>
      </w:r>
      <w:r>
        <w:rPr>
          <w:sz w:val="20"/>
        </w:rPr>
        <w:t>40:45  zaeef batate hain</w:t>
      </w:r>
      <w:r>
        <w:br/>
      </w:r>
      <w:r>
        <w:rPr>
          <w:sz w:val="20"/>
        </w:rPr>
        <w:t>40:50  wo hai: "hubb ul watan min al iman." hubb ul watan min al iman. watan ki mohabbat iman ka juz hai.</w:t>
      </w:r>
      <w:r>
        <w:br/>
      </w:r>
      <w:r>
        <w:rPr>
          <w:sz w:val="20"/>
        </w:rPr>
        <w:t>41:04  to jab maine padha is hadith ko: "hubb ul watan min al iman." watan ki mohabbat iman ka juz hai.</w:t>
      </w:r>
      <w:r>
        <w:br/>
      </w:r>
      <w:r>
        <w:rPr>
          <w:sz w:val="20"/>
        </w:rPr>
        <w:t>41:15  to jab maine kuch bahut tafseel ki is rai ko padha ke yeh zaeef hai ya mauzu hai to maine meri meri nature ne meri meri fitrat hai us ne kaha ke yeh hadith agar hadith Rasool na ho tab bhi woh hadith fitrat hai.</w:t>
      </w:r>
      <w:r>
        <w:br/>
      </w:r>
      <w:r>
        <w:rPr>
          <w:sz w:val="20"/>
        </w:rPr>
        <w:t>41:39  yeh hadith bil farz agar hadith Rasool na ho tab bhi woh hadith fitrat hai. woh hum sab ke dil ki pukar hai.</w:t>
      </w:r>
      <w:r>
        <w:br/>
      </w:r>
      <w:r>
        <w:rPr>
          <w:sz w:val="20"/>
        </w:rPr>
        <w:t>41:53  hum sab ke dil ki pukar hai. kyunke watan ki mohabbat aise hi fitri hai jaise maa ki mohabbat. jis tarah aap ne maa ki mohabbat karte hain aise hi aap ke dil mein fitri taur par apne watan ki mohabbat aati hai.</w:t>
      </w:r>
      <w:r>
        <w:br/>
      </w:r>
      <w:r>
        <w:rPr>
          <w:sz w:val="20"/>
        </w:rPr>
        <w:t>42:12  wo part of part of nature hai wo. watan ki mohabbat part of nature hai.</w:t>
      </w:r>
    </w:p>
    <w:p>
      <w:pPr>
        <w:pStyle w:val="Heading2"/>
      </w:pPr>
      <w:r>
        <w:t>Nationalism in light of Islamic teachings</w:t>
      </w:r>
    </w:p>
    <w:p>
      <w:r>
        <w:rPr>
          <w:color w:val="666666"/>
          <w:sz w:val="18"/>
        </w:rPr>
        <w:t>Society &amp; Dawah · Man and Paradise August 18, 2013 · 1m 31s · at 46:18 · https://youtu.be/v7eX25YAjDU?t=2778</w:t>
      </w:r>
    </w:p>
    <w:p>
      <w:r>
        <w:rPr>
          <w:i/>
        </w:rPr>
        <w:t>“Please guide about nationalism in the light of Islamic teachings. Is nationalism shirk in Islam?”</w:t>
      </w:r>
    </w:p>
    <w:p>
      <w:r>
        <w:rPr>
          <w:sz w:val="20"/>
        </w:rPr>
        <w:t>46:18  molana, agla sawal hai shahnawaz zafar sahib ka dilli se. unhon ne aap se poocha hai: "Please guide about nationalism in the light of Islamic teachings.</w:t>
      </w:r>
      <w:r>
        <w:br/>
      </w:r>
      <w:r>
        <w:rPr>
          <w:sz w:val="20"/>
        </w:rPr>
        <w:t>46:30  Is nationalism shirk in Islam?" hargiz nahi, yeh sab jhooti baatein hain. jin logon ne aisi kitabein likhi hain jis mein nationalism ko shirk bataya hai, un ko farz tha ke woh na bolen.</w:t>
      </w:r>
      <w:r>
        <w:br/>
      </w:r>
      <w:r>
        <w:rPr>
          <w:sz w:val="20"/>
        </w:rPr>
        <w:t>46:43  woh</w:t>
      </w:r>
      <w:r>
        <w:br/>
      </w:r>
      <w:r>
        <w:rPr>
          <w:sz w:val="20"/>
        </w:rPr>
        <w:t>46:45  yeh woh log hain, mein janta hoon kaun log hain. yeh nationalism ko shirk bataya, democracy ko qanoon Islamic bataya, secularism ko qanoon Islamic bataya. inhi logon ne yeh sab kiya hai ke har aadmi ko nafrat mein mubtala kar diya hai.</w:t>
      </w:r>
      <w:r>
        <w:br/>
      </w:r>
      <w:r>
        <w:rPr>
          <w:sz w:val="20"/>
        </w:rPr>
        <w:t>46:58  aaj kal saare musalman jo hain, nafrat karte hain western world se, doosri qomon se, kyunke woh samajhte hain ke yeh to taghoot hai, yeh to secular log hain, yeh to falan log hain.</w:t>
      </w:r>
      <w:r>
        <w:br/>
      </w:r>
      <w:r>
        <w:rPr>
          <w:sz w:val="20"/>
        </w:rPr>
        <w:t>47:11  to</w:t>
      </w:r>
      <w:r>
        <w:br/>
      </w:r>
      <w:r>
        <w:rPr>
          <w:sz w:val="20"/>
        </w:rPr>
        <w:t>47:12  yeh is tarah ki jo kitabein jinhon ne likhi hain, mein to samajhta hoon ke unhon ne unhon ne ek aisa kaam kiya jis ke unhein right nahi tha ke baghair jaane yeh bol rahe hain, baghair jaane kitabein likh rahe hain.</w:t>
      </w:r>
      <w:r>
        <w:br/>
      </w:r>
      <w:r>
        <w:rPr>
          <w:sz w:val="20"/>
        </w:rPr>
        <w:t>47:24  to nationalism ghair Islami nahi hai, secularism ghair Islami nahi hai, democracy ghair Islami nahi hai. yeh sab baatein jo log kehte hain, woh woh na to Islam ko jante hain, na nationalism aur secularism ko jante hain.</w:t>
      </w:r>
      <w:r>
        <w:br/>
      </w:r>
      <w:r>
        <w:rPr>
          <w:sz w:val="20"/>
        </w:rPr>
        <w:t>47:37  woh dono se bekhabar hain. woh</w:t>
      </w:r>
      <w:r>
        <w:br/>
      </w:r>
      <w:r>
        <w:rPr>
          <w:sz w:val="20"/>
        </w:rPr>
        <w:t>47:40  agar aap ko tafseel janna hai in baaton ki to hum, hamari meri kitabon mein tafseel maujood hai, aap us ko padh lijie.</w:t>
      </w:r>
    </w:p>
    <w:p>
      <w:pPr>
        <w:pStyle w:val="Heading2"/>
      </w:pPr>
      <w:r>
        <w:t>Nature and Changeability of Sharia Law</w:t>
      </w:r>
    </w:p>
    <w:p>
      <w:r>
        <w:rPr>
          <w:color w:val="666666"/>
          <w:sz w:val="18"/>
        </w:rPr>
        <w:t>Society &amp; Dawah · Spirit of the Age Nov 6, 2016 · 4m 06s · at 1:01:25 · https://youtu.be/QAW9LP53xQk?t=3685</w:t>
      </w:r>
    </w:p>
    <w:p>
      <w:r>
        <w:rPr>
          <w:i/>
        </w:rPr>
        <w:t>“What is Sharia law? How was it established? Is it possible to make any changes in Sharia? What is your opinion on this?”</w:t>
      </w:r>
    </w:p>
    <w:p>
      <w:r>
        <w:rPr>
          <w:sz w:val="20"/>
        </w:rPr>
        <w:t>1:01:25  maulana, agla sawal mister ajay dravidi ne kiya hai dilli se, aur unhon ne aap se poocha hai:</w:t>
      </w:r>
      <w:r>
        <w:br/>
      </w:r>
      <w:r>
        <w:rPr>
          <w:sz w:val="20"/>
        </w:rPr>
        <w:t>1:01:31  maulana sahib, what is sharia law? how was it established?</w:t>
      </w:r>
      <w:r>
        <w:br/>
      </w:r>
      <w:r>
        <w:rPr>
          <w:sz w:val="20"/>
        </w:rPr>
        <w:t>1:01:37  is it possible to make any changes in sharia? what is your opinion on this? yeh sharia law</w:t>
      </w:r>
      <w:r>
        <w:br/>
      </w:r>
      <w:r>
        <w:rPr>
          <w:sz w:val="20"/>
        </w:rPr>
        <w:t>1:01:42  ka jo lafz hai, yeh yeh is zamanay mein bola jata hai, koi sharia law aisa tha nahi</w:t>
      </w:r>
      <w:r>
        <w:br/>
      </w:r>
      <w:r>
        <w:rPr>
          <w:sz w:val="20"/>
        </w:rPr>
        <w:t>1:01:47  pehlay, fiqah thi, fiqah bohat kuch cheezon ke moamlay mein hai.</w:t>
      </w:r>
      <w:r>
        <w:br/>
      </w:r>
      <w:r>
        <w:rPr>
          <w:sz w:val="20"/>
        </w:rPr>
        <w:t>1:01:52  aur doosri baat yeh hai ke koi sharia law aisa nahi hai jo absolute ho.</w:t>
      </w:r>
      <w:r>
        <w:br/>
      </w:r>
      <w:r>
        <w:rPr>
          <w:sz w:val="20"/>
        </w:rPr>
        <w:t>1:01:57  aap ek aise mulk mein hain jahan ke secularism hai, jahan ke majority secularism believe karti hai, to</w:t>
      </w:r>
      <w:r>
        <w:br/>
      </w:r>
      <w:r>
        <w:rPr>
          <w:sz w:val="20"/>
        </w:rPr>
        <w:t>1:02:02  aap is ko mutabiq kijiye.</w:t>
      </w:r>
      <w:r>
        <w:br/>
      </w:r>
      <w:r>
        <w:rPr>
          <w:sz w:val="20"/>
        </w:rPr>
        <w:t>1:02:07  aap ka jo zaati mamlaat hain, namaz roza, us ko koi rukawat nahi.</w:t>
      </w:r>
      <w:r>
        <w:br/>
      </w:r>
      <w:r>
        <w:rPr>
          <w:sz w:val="20"/>
        </w:rPr>
        <w:t>1:02:12  to aap zaati mamlaat mein aap apne is par chaliye, namaz roza.</w:t>
      </w:r>
      <w:r>
        <w:br/>
      </w:r>
      <w:r>
        <w:rPr>
          <w:sz w:val="20"/>
        </w:rPr>
        <w:t>1:02:17  baqi law jo hai, law of land ko follow kijiye.</w:t>
      </w:r>
      <w:r>
        <w:br/>
      </w:r>
      <w:r>
        <w:rPr>
          <w:sz w:val="20"/>
        </w:rPr>
        <w:t>1:02:22  yani agar aap kisi secular country mein hain to aap law of land ko follow kijiye.</w:t>
      </w:r>
      <w:r>
        <w:br/>
      </w:r>
      <w:r>
        <w:rPr>
          <w:sz w:val="20"/>
        </w:rPr>
        <w:t>1:02:27  koi absolute status mein koi sharia law nahi hai.</w:t>
      </w:r>
      <w:r>
        <w:br/>
      </w:r>
      <w:r>
        <w:rPr>
          <w:sz w:val="20"/>
        </w:rPr>
        <w:t>1:02:32  absolute status mein woh hai jo namaz roza hai, us mein koi rukawat hi nahi hai.</w:t>
      </w:r>
      <w:r>
        <w:br/>
      </w:r>
      <w:r>
        <w:rPr>
          <w:sz w:val="20"/>
        </w:rPr>
        <w:t>1:02:37  ab aap parhiye, masjid mein na jana chahein to ghar mein parhiye.</w:t>
      </w:r>
      <w:r>
        <w:br/>
      </w:r>
      <w:r>
        <w:rPr>
          <w:sz w:val="20"/>
        </w:rPr>
        <w:t>1:02:42  to yeh do cheezein alag alag hain.</w:t>
      </w:r>
      <w:r>
        <w:br/>
      </w:r>
      <w:r>
        <w:rPr>
          <w:sz w:val="20"/>
        </w:rPr>
        <w:t>1:02:47  ek hai ibadat, ek hai law.</w:t>
      </w:r>
      <w:r>
        <w:br/>
      </w:r>
      <w:r>
        <w:rPr>
          <w:sz w:val="20"/>
        </w:rPr>
        <w:t>1:02:52  ibadat ke maamle mein koi rukawat hai hi nahi.</w:t>
      </w:r>
      <w:r>
        <w:br/>
      </w:r>
      <w:r>
        <w:rPr>
          <w:sz w:val="20"/>
        </w:rPr>
        <w:t>1:02:57  ibadat khane mein kijiye, chahe ghar mein kijiye, koi rukawat nahi.</w:t>
      </w:r>
      <w:r>
        <w:br/>
      </w:r>
      <w:r>
        <w:rPr>
          <w:sz w:val="20"/>
        </w:rPr>
        <w:t>1:03:02  aur jo law ka maamla hai, to law ke maamle mein aap jaan lijiye ke koi is qism</w:t>
      </w:r>
      <w:r>
        <w:br/>
      </w:r>
      <w:r>
        <w:rPr>
          <w:sz w:val="20"/>
        </w:rPr>
        <w:t>1:03:07  ki baat nahi hai ke aap ko kahin bhi hon, ek absolute status mein koi law aap ko</w:t>
      </w:r>
      <w:r>
        <w:br/>
      </w:r>
      <w:r>
        <w:rPr>
          <w:sz w:val="20"/>
        </w:rPr>
        <w:t>1:03:12  apne upar apply karna hai.</w:t>
      </w:r>
      <w:r>
        <w:br/>
      </w:r>
      <w:r>
        <w:rPr>
          <w:sz w:val="20"/>
        </w:rPr>
        <w:t>1:03:17  aisa harghaz nahi hai.</w:t>
      </w:r>
      <w:r>
        <w:br/>
      </w:r>
      <w:r>
        <w:rPr>
          <w:sz w:val="20"/>
        </w:rPr>
        <w:t>1:03:22  jo kahe galat kehta hai, woh yani fiqah ka ek accepted masla hai ke taghayyur al-ahkam bi taghayyur al-zaman wal-ahkam.</w:t>
      </w:r>
      <w:r>
        <w:br/>
      </w:r>
      <w:r>
        <w:rPr>
          <w:sz w:val="20"/>
        </w:rPr>
        <w:t>1:03:27  yani jaise halaat hon, waisa qanoon hai.</w:t>
      </w:r>
      <w:r>
        <w:br/>
      </w:r>
      <w:r>
        <w:rPr>
          <w:sz w:val="20"/>
        </w:rPr>
        <w:t>1:03:32  to India mein, mislan, India mein humein secular law hai.</w:t>
      </w:r>
      <w:r>
        <w:br/>
      </w:r>
      <w:r>
        <w:rPr>
          <w:sz w:val="20"/>
        </w:rPr>
        <w:t>1:03:37  to is ko, is ko, is ko ikhtiyar kijiye.</w:t>
      </w:r>
      <w:r>
        <w:br/>
      </w:r>
      <w:r>
        <w:rPr>
          <w:sz w:val="20"/>
        </w:rPr>
        <w:t>1:03:42  apne mamlaat ko yahan ke court mein settle kijiye.</w:t>
      </w:r>
      <w:r>
        <w:br/>
      </w:r>
      <w:r>
        <w:rPr>
          <w:sz w:val="20"/>
        </w:rPr>
        <w:t>1:03:47  harghaz yeh nahi ke aap yahan Islami hukumat qaim karein aur phir wahan qazi bithayein.</w:t>
      </w:r>
      <w:r>
        <w:br/>
      </w:r>
      <w:r>
        <w:rPr>
          <w:sz w:val="20"/>
        </w:rPr>
        <w:t>1:03:52  yeh bilkul yani galat hai jo aisa kehta hai.</w:t>
      </w:r>
      <w:r>
        <w:br/>
      </w:r>
      <w:r>
        <w:rPr>
          <w:sz w:val="20"/>
        </w:rPr>
        <w:t>1:03:57  is ki koi asal quran o hadees mein nahi hai.</w:t>
      </w:r>
      <w:r>
        <w:br/>
      </w:r>
      <w:r>
        <w:rPr>
          <w:sz w:val="20"/>
        </w:rPr>
        <w:t>1:04:02  molana, abhi abhi comment aaya hai doctor farida khanoom ka kolkatta se, aur unhon ne likha hai: "Today</w:t>
      </w:r>
      <w:r>
        <w:br/>
      </w:r>
      <w:r>
        <w:rPr>
          <w:sz w:val="20"/>
        </w:rPr>
        <w:t>1:04:07  I am in Calcutta watching molana live on the Facebook.</w:t>
      </w:r>
      <w:r>
        <w:br/>
      </w:r>
      <w:r>
        <w:rPr>
          <w:sz w:val="20"/>
        </w:rPr>
        <w:t>1:04:13  The voice is very clear, alhamdulillah. Here I addressed in Calcutta University and Bishops College. They greatly appreciated the peaceful message of Islam. They also want honestly to meet Maulana sahib.</w:t>
      </w:r>
      <w:r>
        <w:br/>
      </w:r>
      <w:r>
        <w:rPr>
          <w:sz w:val="20"/>
        </w:rPr>
        <w:t>1:04:31  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pStyle w:val="Heading2"/>
      </w:pPr>
      <w:r>
        <w:t>Nature and changeability of Sharia law</w:t>
      </w:r>
    </w:p>
    <w:p>
      <w:r>
        <w:rPr>
          <w:color w:val="666666"/>
          <w:sz w:val="18"/>
        </w:rPr>
        <w:t>Society &amp; Dawah · Spirit of the Age November 06, 2016 · 4m 58s · at 51:57 · https://youtu.be/URWoioUiDO4?t=3117</w:t>
      </w:r>
    </w:p>
    <w:p>
      <w:r>
        <w:rPr>
          <w:i/>
        </w:rPr>
        <w:t>“What is Sharia law? How was it established? Is it possible to make any changes in Sharia? What is your opinion on this?”</w:t>
      </w:r>
    </w:p>
    <w:p>
      <w:r>
        <w:rPr>
          <w:sz w:val="20"/>
        </w:rPr>
        <w:t>51:57  maulana, agla sawal mister ajay divedi ne kiya hai dilli se, aur unhon ne aap se poocha hai,</w:t>
      </w:r>
      <w:r>
        <w:br/>
      </w:r>
      <w:r>
        <w:rPr>
          <w:sz w:val="20"/>
        </w:rPr>
        <w:t>52:05  مولانا صاحب، what is Sharia law, how was it established, is it possible to make any changes in</w:t>
      </w:r>
      <w:r>
        <w:br/>
      </w:r>
      <w:r>
        <w:rPr>
          <w:sz w:val="20"/>
        </w:rPr>
        <w:t>52:12  sharia, what is your opinion on this.</w:t>
      </w:r>
      <w:r>
        <w:br/>
      </w:r>
      <w:r>
        <w:rPr>
          <w:sz w:val="20"/>
        </w:rPr>
        <w:t>52:15  yeh sharia law ka jo lafz hai, yeh yeh is zamane mein bola jata hai, koi sharia law</w:t>
      </w:r>
      <w:r>
        <w:br/>
      </w:r>
      <w:r>
        <w:rPr>
          <w:sz w:val="20"/>
        </w:rPr>
        <w:t>52:23  aisa tha nahi pehle, fiqh thi, fiqh bohat kuch cheezon ke mamle mein hai.</w:t>
      </w:r>
      <w:r>
        <w:br/>
      </w:r>
      <w:r>
        <w:rPr>
          <w:sz w:val="20"/>
        </w:rPr>
        <w:t>52:29  aur doosri baat yeh hai ke koi sharia law aisa nahi hai jo absolute ho.</w:t>
      </w:r>
      <w:r>
        <w:br/>
      </w:r>
      <w:r>
        <w:rPr>
          <w:sz w:val="20"/>
        </w:rPr>
        <w:t>52:35  aap ek aise mulk mein hain jahan ke secularism hai, jahan ke majority secularism believe karti hai, to</w:t>
      </w:r>
      <w:r>
        <w:br/>
      </w:r>
      <w:r>
        <w:rPr>
          <w:sz w:val="20"/>
        </w:rPr>
        <w:t>52:43  aap is ko mutabiq kijiye.</w:t>
      </w:r>
      <w:r>
        <w:br/>
      </w:r>
      <w:r>
        <w:rPr>
          <w:sz w:val="20"/>
        </w:rPr>
        <w:t>52:45  aap ka jo zaati mamlaat hain, namaz roza, is mein koi rukawat nahi, to aap zaati mamlaat mein</w:t>
      </w:r>
      <w:r>
        <w:br/>
      </w:r>
      <w:r>
        <w:rPr>
          <w:sz w:val="20"/>
        </w:rPr>
        <w:t>52:53  aap apne is par chaliye, namaz roza par.</w:t>
      </w:r>
      <w:r>
        <w:br/>
      </w:r>
      <w:r>
        <w:rPr>
          <w:sz w:val="20"/>
        </w:rPr>
        <w:t>52:56  baqi law jo hai, law law of land ko follow kijiye, yani agar aap kisi secular country mein</w:t>
      </w:r>
      <w:r>
        <w:br/>
      </w:r>
      <w:r>
        <w:rPr>
          <w:sz w:val="20"/>
        </w:rPr>
        <w:t>53:04  hain to aap law of land ko follow kijiye, koi absolute states mein koi sharia law nahi hai.</w:t>
      </w:r>
      <w:r>
        <w:br/>
      </w:r>
      <w:r>
        <w:rPr>
          <w:sz w:val="20"/>
        </w:rPr>
        <w:t>53:12  absolute states mein woh hai jo namaz roza hai, is mein koi rukawat hi nahi hai.</w:t>
      </w:r>
      <w:r>
        <w:br/>
      </w:r>
      <w:r>
        <w:rPr>
          <w:sz w:val="20"/>
        </w:rPr>
        <w:t>53:19  ab aap parhiye, masjid mein na jana chahein to ghar mein parhiye.</w:t>
      </w:r>
      <w:r>
        <w:br/>
      </w:r>
      <w:r>
        <w:rPr>
          <w:sz w:val="20"/>
        </w:rPr>
        <w:t>53:24  to yeh do cheezein alag alag hain, ek hai ibadat, ek hai law.</w:t>
      </w:r>
      <w:r>
        <w:br/>
      </w:r>
      <w:r>
        <w:rPr>
          <w:sz w:val="20"/>
        </w:rPr>
        <w:t>53:29  ibadat ke mamle mein koi rukawat hai hi nahi, ibadat khane mein kijiye, chahe ghar mein kijiye, koi</w:t>
      </w:r>
      <w:r>
        <w:br/>
      </w:r>
      <w:r>
        <w:rPr>
          <w:sz w:val="20"/>
        </w:rPr>
        <w:t>53:37  rukawat nahin.</w:t>
      </w:r>
      <w:r>
        <w:br/>
      </w:r>
      <w:r>
        <w:rPr>
          <w:sz w:val="20"/>
        </w:rPr>
        <w:t>53:39  aur jo law ka mamla hai, to law ke mamle mein aap jaan lijiye ke koi is qism</w:t>
      </w:r>
      <w:r>
        <w:br/>
      </w:r>
      <w:r>
        <w:rPr>
          <w:sz w:val="20"/>
        </w:rPr>
        <w:t>53:46  ki baat nahin hai ke aap ko kahin bhi hon, ek absolute status mein koi law aap ko</w:t>
      </w:r>
      <w:r>
        <w:br/>
      </w:r>
      <w:r>
        <w:rPr>
          <w:sz w:val="20"/>
        </w:rPr>
        <w:t>53:54  apne upar apply karna hai.</w:t>
      </w:r>
      <w:r>
        <w:br/>
      </w:r>
      <w:r>
        <w:rPr>
          <w:sz w:val="20"/>
        </w:rPr>
        <w:t>53:56  aisa hargiz nahin hai, jo kahe galat kehta hai, woh yaani fiqh ka ek accepted masla hai ke</w:t>
      </w:r>
      <w:r>
        <w:br/>
      </w:r>
      <w:r>
        <w:rPr>
          <w:sz w:val="20"/>
        </w:rPr>
        <w:t>54:04  taghayyur al-ahkam bi taghayyur al-zaman wal-makan, yaani jaise halaat hon, waisa qanoon hai.</w:t>
      </w:r>
      <w:r>
        <w:br/>
      </w:r>
      <w:r>
        <w:rPr>
          <w:sz w:val="20"/>
        </w:rPr>
        <w:t>54:09  to India mein, mislan, India mein hamein secular law hai, to us ko us ko us ko ikhtiyar</w:t>
      </w:r>
      <w:r>
        <w:br/>
      </w:r>
      <w:r>
        <w:rPr>
          <w:sz w:val="20"/>
        </w:rPr>
        <w:t>54:17  kijiye, apne mamlaat ko yahan ke court mein settle kijiye.</w:t>
      </w:r>
      <w:r>
        <w:br/>
      </w:r>
      <w:r>
        <w:rPr>
          <w:sz w:val="20"/>
        </w:rPr>
        <w:t>54:21  hargiz yeh nahin ke aap yahan Islami hukumat qaim karein aur phir wahan qazi bithayein, yeh bilkul yaani</w:t>
      </w:r>
      <w:r>
        <w:br/>
      </w:r>
      <w:r>
        <w:rPr>
          <w:sz w:val="20"/>
        </w:rPr>
        <w:t>54:29  galat hai jo aisa kehta hai, is ki koi asal Quran o Hadees mein nahin hai.</w:t>
      </w:r>
      <w:r>
        <w:br/>
      </w:r>
      <w:r>
        <w:rPr>
          <w:sz w:val="20"/>
        </w:rPr>
        <w:t>54:36  Maulana, abhi abhi comment aaya hai Dr. Fareeda Khanam ka, aah, Kolkata se, aur unhon ne likha hai,</w:t>
      </w:r>
      <w:r>
        <w:br/>
      </w:r>
      <w:r>
        <w:rPr>
          <w:sz w:val="20"/>
        </w:rPr>
        <w:t>54:44  today I am in Kolkata watching Maulana live on the Facebook, the voice is very clear, Alhamdulillah,</w:t>
      </w:r>
      <w:r>
        <w:br/>
      </w:r>
      <w:r>
        <w:rPr>
          <w:sz w:val="20"/>
        </w:rPr>
        <w:t>54:51  here I addressed in Kolkata University and Bishop's College, they greatly appreciated the peaceful message of Islam,</w:t>
      </w:r>
      <w:r>
        <w:br/>
      </w:r>
      <w:r>
        <w:rPr>
          <w:sz w:val="20"/>
        </w:rPr>
        <w:t>54:59  they also want honestly to meet Maulana sahib, the Kolkata CPS team is Mashallah very strong,</w:t>
      </w:r>
      <w:r>
        <w:br/>
      </w:r>
      <w:r>
        <w:rPr>
          <w:sz w:val="20"/>
        </w:rPr>
        <w:t>55:07  and they are doing dawah work on a very big scale, Maulana sahib, please pray for them so</w:t>
      </w:r>
      <w:r>
        <w:br/>
      </w:r>
      <w:r>
        <w:rPr>
          <w:sz w:val="20"/>
        </w:rPr>
        <w:t>55:15  that they may work more and more.</w:t>
      </w:r>
      <w:r>
        <w:br/>
      </w:r>
      <w:r>
        <w:rPr>
          <w:sz w:val="20"/>
        </w:rPr>
        <w:t>55:18  Allah taala madad farmaye in hazraat ki, Allah taala un ka hami o nasir ho, hum yeh dua</w:t>
      </w:r>
      <w:r>
        <w:br/>
      </w:r>
      <w:r>
        <w:rPr>
          <w:sz w:val="20"/>
        </w:rPr>
        <w:t>55:25  karte hain.</w:t>
      </w:r>
      <w:r>
        <w:br/>
      </w:r>
      <w:r>
        <w:rPr>
          <w:sz w:val="20"/>
        </w:rPr>
        <w:t>55:27  Maulana, agla comment bheja hai Maulana Farad Ahmed sahib ne Delhi se, aur unhon ne likha hai, Maulana,</w:t>
      </w:r>
      <w:r>
        <w:br/>
      </w:r>
      <w:r>
        <w:rPr>
          <w:sz w:val="20"/>
        </w:rPr>
        <w:t>55:35  for many days, there was a question in my mind, that what is the origin of the principle,</w:t>
      </w:r>
      <w:r>
        <w:br/>
      </w:r>
      <w:r>
        <w:rPr>
          <w:sz w:val="20"/>
        </w:rPr>
        <w:t>55:42  ignore the problem and avail the opportunities, which is mentioned in Quran, but your today interpretation of verses,</w:t>
      </w:r>
      <w:r>
        <w:br/>
      </w:r>
      <w:r>
        <w:rPr>
          <w:sz w:val="20"/>
        </w:rPr>
        <w:t>55:50  that is ignore the problem, answered my question.</w:t>
      </w:r>
      <w:r>
        <w:br/>
      </w:r>
      <w:r>
        <w:rPr>
          <w:sz w:val="20"/>
        </w:rPr>
        <w:t>55:53  masha'allah.</w:t>
      </w:r>
      <w:r>
        <w:br/>
      </w:r>
      <w:r>
        <w:rPr>
          <w:sz w:val="20"/>
        </w:rPr>
        <w:t>55:55  okay, so we we'll end the session today, we'll be back next sunday, same time, thank you.</w:t>
      </w:r>
    </w:p>
    <w:p>
      <w:pPr>
        <w:pStyle w:val="Heading2"/>
      </w:pPr>
      <w:r>
        <w:t>Necessity of Muslim leader today</w:t>
      </w:r>
    </w:p>
    <w:p>
      <w:r>
        <w:rPr>
          <w:color w:val="666666"/>
          <w:sz w:val="18"/>
        </w:rPr>
        <w:t>Society &amp; Dawah · Divine Help September 22, 2015 · 6m 46s · at 36:17 · https://youtu.be/sozrNCif0Gg?t=2177</w:t>
      </w:r>
    </w:p>
    <w:p>
      <w:r>
        <w:rPr>
          <w:i/>
        </w:rPr>
        <w:t>“I have heard from many Muslims in the West say that they need a leader or a strong community leadership. What are your thoughts on this? Is a Muslim leader really needed in today's age?”</w:t>
      </w:r>
    </w:p>
    <w:p>
      <w:r>
        <w:rPr>
          <w:sz w:val="20"/>
        </w:rPr>
        <w:t>36:17  molana, agla sawal lete hain. yeh asad parvez sahib ne likha hai Kuwait se. unhon ne likha hai: "Molana, I have heard from many Muslims in the West say that they need a leader or a strong community leadership.</w:t>
      </w:r>
      <w:r>
        <w:br/>
      </w:r>
      <w:r>
        <w:rPr>
          <w:sz w:val="20"/>
        </w:rPr>
        <w:t>36:37  Molana, what are your thoughts on this? Is a Muslim leader really needed in today's age?"</w:t>
      </w:r>
      <w:r>
        <w:br/>
      </w:r>
      <w:r>
        <w:rPr>
          <w:sz w:val="20"/>
        </w:rPr>
        <w:t>36:46  dekhiye, yeh mere nazdeek bohat bari bhool hai. aaj musalman jo</w:t>
      </w:r>
      <w:r>
        <w:br/>
      </w:r>
      <w:r>
        <w:rPr>
          <w:sz w:val="20"/>
        </w:rPr>
        <w:t>36:59  lack of acceptance of leadership ka moamla hai, yeh lack of leadership ka moamla nahi hai. hamara jo hamara jo mission hai, hamare jo sathi hain, woh leadership to faraham kar rahe hain, to accept nahi karte musalman.</w:t>
      </w:r>
      <w:r>
        <w:br/>
      </w:r>
      <w:r>
        <w:rPr>
          <w:sz w:val="20"/>
        </w:rPr>
        <w:t>37:16  to maujooda zamane mein jo musalman aaya hai, woh lack of leadership ka hergiz nahi, hergiz nahi. woh lack of acceptance of leadership ka hai.</w:t>
      </w:r>
      <w:r>
        <w:br/>
      </w:r>
      <w:r>
        <w:rPr>
          <w:sz w:val="20"/>
        </w:rPr>
        <w:t>37:27  hamari poori team leadership to faraham kar rahi hai, is ko accept kijiye.</w:t>
      </w:r>
      <w:r>
        <w:br/>
      </w:r>
      <w:r>
        <w:rPr>
          <w:sz w:val="20"/>
        </w:rPr>
        <w:t>37:34  is ko support dijiye. is ko apna paisa dijiye, apni energy dijiye, apna time dijiye.</w:t>
      </w:r>
      <w:r>
        <w:br/>
      </w:r>
      <w:r>
        <w:rPr>
          <w:sz w:val="20"/>
        </w:rPr>
        <w:t>37:43  khawamkhwah leader nahi to leader ka aap koi shaitan nikle ga jo aap ka leader banay ga? leader aa chukay hain maidan mein, ab woh kaam kar rahay hain.</w:t>
      </w:r>
      <w:r>
        <w:br/>
      </w:r>
      <w:r>
        <w:rPr>
          <w:sz w:val="20"/>
        </w:rPr>
        <w:t>37:57  ji haan, to aaj ka jo masla lack of leadership ka hergiz nahi hai, lack of acceptance of leadership ka hai. maulana, aik comment aur sawal hai.</w:t>
      </w:r>
      <w:r>
        <w:br/>
      </w:r>
      <w:r>
        <w:rPr>
          <w:sz w:val="20"/>
        </w:rPr>
        <w:t>38:08  muhammad imran talha sahib ne bheja hai kareem nagar se.</w:t>
      </w:r>
      <w:r>
        <w:br/>
      </w:r>
      <w:r>
        <w:rPr>
          <w:sz w:val="20"/>
        </w:rPr>
        <w:t>38:13  unhon ne likha hai: "aaj baatein lecture mein jo huin, is se pata chala ke pehle sahaba aur tabieen quran phailatay thay.</w:t>
      </w:r>
      <w:r>
        <w:br/>
      </w:r>
      <w:r>
        <w:rPr>
          <w:sz w:val="20"/>
        </w:rPr>
        <w:t>38:23  aaj outsourcing ke zariye allah ka kaam ho raha hai. aaj to age of communication aa gayi hai. aur maulana, aap ne kaha ke secular logon se bhi allah deen ka kaam letay hain.</w:t>
      </w:r>
      <w:r>
        <w:br/>
      </w:r>
      <w:r>
        <w:rPr>
          <w:sz w:val="20"/>
        </w:rPr>
        <w:t>38:37  allah ki bohat bari blessing hai aaj ki age of communication mein</w:t>
      </w:r>
      <w:r>
        <w:br/>
      </w:r>
      <w:r>
        <w:rPr>
          <w:sz w:val="20"/>
        </w:rPr>
        <w:t>38:42  . technology ki waja se hi aaj hum sab log aap ke video ko live dekh pa rahay hain. alhamdulillah.</w:t>
      </w:r>
      <w:r>
        <w:br/>
      </w:r>
      <w:r>
        <w:rPr>
          <w:sz w:val="20"/>
        </w:rPr>
        <w:t>38:52  masha allah. maulana, mera sawal hai ke jab insan par koi mushkil aati hai to allah ki taraf se hai ya hamari galtiyon ki waja se hai?</w:t>
      </w:r>
      <w:r>
        <w:br/>
      </w:r>
      <w:r>
        <w:rPr>
          <w:sz w:val="20"/>
        </w:rPr>
        <w:t>39:02  hum is ko kesay maloom karein? dekhiye, yeh quran mein kai aayatein hain, is ko mutala kijiye aap.</w:t>
      </w:r>
      <w:r>
        <w:br/>
      </w:r>
      <w:r>
        <w:rPr>
          <w:sz w:val="20"/>
        </w:rPr>
        <w:t>39:11  hamari ghalt planning hoti hai, hamein apni planning ko sahi karna chahiye.</w:t>
      </w:r>
      <w:r>
        <w:br/>
      </w:r>
      <w:r>
        <w:rPr>
          <w:sz w:val="20"/>
        </w:rPr>
        <w:t>39:22  ghalt planning. aur musalman bar bar yeh kaam karte hain. misaal ke tor par dekhiye, falasteen mein israel aa gaye to khawamkhwah larh rahay hain.</w:t>
      </w:r>
      <w:r>
        <w:br/>
      </w:r>
      <w:r>
        <w:rPr>
          <w:sz w:val="20"/>
        </w:rPr>
        <w:t>39:35  mein khud kai baar gaya hoon wahan, woh bohat hi disciplined log</w:t>
      </w:r>
      <w:r>
        <w:br/>
      </w:r>
      <w:r>
        <w:rPr>
          <w:sz w:val="20"/>
        </w:rPr>
        <w:t>39:39  hain. woh modern education ko mili hui hai, woh jantay hain ke sachai ko accept karna hi karna hum scientist ka outlook hai.</w:t>
      </w:r>
      <w:r>
        <w:br/>
      </w:r>
      <w:r>
        <w:rPr>
          <w:sz w:val="20"/>
        </w:rPr>
        <w:t>39:50  yani mein aap ko aik misaal bataon ke hamare saathi gaye israel, wahan unhon ne quran ka stall lagaya.</w:t>
      </w:r>
      <w:r>
        <w:br/>
      </w:r>
      <w:r>
        <w:rPr>
          <w:sz w:val="20"/>
        </w:rPr>
        <w:t>40:06  to aap jantay hain ke wahan ziyada tar hebrew zaban chalti hai. hebrew zaban. to wahan par samjhanay ke maslay tha ke kesay bataya jaye ke yeh quran hai, yeh quran hai.</w:t>
      </w:r>
      <w:r>
        <w:br/>
      </w:r>
      <w:r>
        <w:rPr>
          <w:sz w:val="20"/>
        </w:rPr>
        <w:t>40:22  to yahoodi larkay kharay ho gaye, wahan khud hi khud. yahoodi larkay khud hi khud kharay ho gaye ke dekho bhai, yeh islam ki kitab hai, quran.</w:t>
      </w:r>
      <w:r>
        <w:br/>
      </w:r>
      <w:r>
        <w:rPr>
          <w:sz w:val="20"/>
        </w:rPr>
        <w:t>40:32  is ko is ke lo, is ko parho. khud hi khud lagay elaan karne. yeh door ki baat hai. musalman jantay hi nahi ke aaj ka yahoodi doosra hai, woh yahoodi nahi jo madinay mein tha.</w:t>
      </w:r>
      <w:r>
        <w:br/>
      </w:r>
      <w:r>
        <w:rPr>
          <w:sz w:val="20"/>
        </w:rPr>
        <w:t>40:47  jo yahoodi madinay mein tha, woh aaj nahi hai. aaj ke yahoodi woh hain jo diaspora mein gaya, europe, america mein.</w:t>
      </w:r>
      <w:r>
        <w:br/>
      </w:r>
      <w:r>
        <w:rPr>
          <w:sz w:val="20"/>
        </w:rPr>
        <w:t>40:57  aur wahan se train ho kar aaya israel. to yeh jo jo israel yahoodi, jo jo yahoodi israel mein hai, woh madinay se nahi aaya hai.</w:t>
      </w:r>
      <w:r>
        <w:br/>
      </w:r>
      <w:r>
        <w:rPr>
          <w:sz w:val="20"/>
        </w:rPr>
        <w:t>41:12  woh gaya europe mein, america mein. wahan us ki training hui. us ko naye ideas diye gaye. us ne taleem hasil ki.</w:t>
      </w:r>
      <w:r>
        <w:br/>
      </w:r>
      <w:r>
        <w:rPr>
          <w:sz w:val="20"/>
        </w:rPr>
        <w:t>41:20  phir woh lauta.</w:t>
      </w:r>
      <w:r>
        <w:br/>
      </w:r>
      <w:r>
        <w:rPr>
          <w:sz w:val="20"/>
        </w:rPr>
        <w:t>41:22  yeh musalman itna bhi nahi jantay. saaray arab is ko nahi jantay. saaray alam is ko nahi janta ke aaj ka yahoodi jo hai israel mein, woh lauta hua yahoodi hai.</w:t>
      </w:r>
      <w:r>
        <w:br/>
      </w:r>
      <w:r>
        <w:rPr>
          <w:sz w:val="20"/>
        </w:rPr>
        <w:t>41:34  yani pehle woh gaya diasp</w:t>
      </w:r>
      <w:r>
        <w:br/>
      </w:r>
      <w:r>
        <w:rPr>
          <w:sz w:val="20"/>
        </w:rPr>
        <w:t>41:36  ora mein. phir wahan pe us ki training hui. to us ki education hui. phir woh lauta america mein, europe mein. to woh to aap ka bana banaya madu hai.</w:t>
      </w:r>
      <w:r>
        <w:br/>
      </w:r>
      <w:r>
        <w:rPr>
          <w:sz w:val="20"/>
        </w:rPr>
        <w:t>41:46  jis ki maine misaal di aap ko. main teen baar gaya hoon Israel. aur bohat deep strategy bani ki hai. to aaj ka Yahoodi bilkul hi aik aur qaum hai.</w:t>
      </w:r>
      <w:r>
        <w:br/>
      </w:r>
      <w:r>
        <w:rPr>
          <w:sz w:val="20"/>
        </w:rPr>
        <w:t>42:02  woh qaum nahi hai jo Madine mein tha. yeh itni baat nahi jaante log. bas ladte hain, ladte hain. pathar maarte hain, bomb maarte hain.</w:t>
      </w:r>
      <w:r>
        <w:br/>
      </w:r>
      <w:r>
        <w:rPr>
          <w:sz w:val="20"/>
        </w:rPr>
        <w:t>42:12  kuch bhi nahi jaante bilkul. yahi to hai fitna-e-dajjal. isi ka naam fitna-e-dajjal hai. yaani andha fitna.</w:t>
      </w:r>
      <w:r>
        <w:br/>
      </w:r>
      <w:r>
        <w:rPr>
          <w:sz w:val="20"/>
        </w:rPr>
        <w:t>42:26  Professor Najma Siddiqui ne Delhi se comment likha hai: "The takeaways from your talk today are many.</w:t>
      </w:r>
      <w:r>
        <w:br/>
      </w:r>
      <w:r>
        <w:rPr>
          <w:sz w:val="20"/>
        </w:rPr>
        <w:t>42:36  Firstly, wherever you open the Quran, there is learning. It is not limited. May Allah open our minds to learn lessons and apply on ourselves.</w:t>
      </w:r>
      <w:r>
        <w:br/>
      </w:r>
      <w:r>
        <w:rPr>
          <w:sz w:val="20"/>
        </w:rPr>
        <w:t>42:48  Secondly, the two phases of Quran expansion, the concept of outsourcing, the way you have explained, makes a lot of sense." Jazak Allah Maulana.</w:t>
      </w:r>
    </w:p>
    <w:p>
      <w:pPr>
        <w:pStyle w:val="Heading2"/>
      </w:pPr>
      <w:r>
        <w:t>Necessity of tazkiyah, dawah, nation-building</w:t>
      </w:r>
    </w:p>
    <w:p>
      <w:r>
        <w:rPr>
          <w:color w:val="666666"/>
          <w:sz w:val="18"/>
        </w:rPr>
        <w:t>Society &amp; Dawah · An Intellectual Journey May 1, 2011 · 3m 22s · at 1:15:56 · https://youtu.be/AqjjyimoIqw?t=4556</w:t>
      </w:r>
    </w:p>
    <w:p>
      <w:r>
        <w:rPr>
          <w:i/>
        </w:rPr>
        <w:t>“Tazkiyah of individuals, divine dawah, and nation-building: are all three equally necessary?”</w:t>
      </w:r>
    </w:p>
    <w:p>
      <w:r>
        <w:rPr>
          <w:sz w:val="20"/>
        </w:rPr>
        <w:t>1:15:56  maulana iqbal umri ne bangalore se sawal kiya hai, unhone likha hai: "tazkiya afraad, ilahia dawat aur taameer millat, kya in teeno kamon ki ek jaisi zaroorat hai?" nahin, dekhiye, taameer millat ek alag kaam hai, woh qaumi kaam hai,</w:t>
      </w:r>
      <w:r>
        <w:br/>
      </w:r>
      <w:r>
        <w:rPr>
          <w:sz w:val="20"/>
        </w:rPr>
        <w:t>1:16:14  isko in do mein nahin shamil kar sakte aap. tazkiya aur ilahia dawat, yeh dono deeni kaam hain.</w:t>
      </w:r>
      <w:r>
        <w:br/>
      </w:r>
      <w:r>
        <w:rPr>
          <w:sz w:val="20"/>
        </w:rPr>
        <w:t>1:16:25  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r>
        <w:br/>
      </w:r>
      <w:r>
        <w:rPr>
          <w:sz w:val="20"/>
        </w:rPr>
        <w:t>1:16:52  100 percent positive response, 100 percent positive personality banao. positive personality banane ka naam hai tazkiya, yeh hai shakhsi aitbaar se.</w:t>
      </w:r>
      <w:r>
        <w:br/>
      </w:r>
      <w:r>
        <w:rPr>
          <w:sz w:val="20"/>
        </w:rPr>
        <w:t>1:17:04  aur ahya-e-dawat jo hai, woh ijtamai aitbaar se hai, yani doosron ke aitbaar se hai. apne aitbaar se zimmedari aap ki hai ke apne aap ko purified soul banao.</w:t>
      </w:r>
      <w:r>
        <w:br/>
      </w:r>
      <w:r>
        <w:rPr>
          <w:sz w:val="20"/>
        </w:rPr>
        <w:t>1:17:15  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r>
        <w:br/>
      </w:r>
      <w:r>
        <w:rPr>
          <w:sz w:val="20"/>
        </w:rPr>
        <w:t>1:17:31  iski wajah se woh qaumi kaam hai. woh asal kaam deen mein yahi do hain:</w:t>
      </w:r>
      <w:r>
        <w:br/>
      </w:r>
      <w:r>
        <w:rPr>
          <w:sz w:val="20"/>
        </w:rPr>
        <w:t>1:17:37  apne aap ko ek purified soul banana, har qism ki negativity se pak karna apne aap ko, aur doosron ko Allah ka jo takhleeqi mansooba hai, jo creation plan of god hai, us se ba-khabar karna.</w:t>
      </w:r>
      <w:r>
        <w:br/>
      </w:r>
      <w:r>
        <w:rPr>
          <w:sz w:val="20"/>
        </w:rPr>
        <w:t>1:17:52  yeh bhi ek puraman kaam hai, bilkul puraman. is is dawti kaam ka koi bhi talluq na siyasat se hai, na millat se hai, na yani qaum qaumi fakhr ko establish karne se hai, kuch bhi nahin.</w:t>
      </w:r>
      <w:r>
        <w:br/>
      </w:r>
      <w:r>
        <w:rPr>
          <w:sz w:val="20"/>
        </w:rPr>
        <w:t>1:18:05  jo aadmi dawat ko le kar qaumi fakhr establish kare, woh bilashuba batil par hai, is mein koi shakk nahin.</w:t>
      </w:r>
      <w:r>
        <w:br/>
      </w:r>
      <w:r>
        <w:rPr>
          <w:sz w:val="20"/>
        </w:rPr>
        <w:t>1:18:12  dawat ka talluq qaumi fakhr se hargiz nahin hai, hargiz nahin hai. woh aap logon ko yani ab sabit karen ke hamara mazhab sab se ooncha, hamari qaum sab se oonchi,</w:t>
      </w:r>
      <w:r>
        <w:br/>
      </w:r>
      <w:r>
        <w:rPr>
          <w:sz w:val="20"/>
        </w:rPr>
        <w:t>1:18:26  aur hamara quran sab se ooncha, aur logon ke fakhr ke nafsiyat ko ghiza dein, to yeh qaumi kaam hai, iska deen se koi talluq nahin. dawat khalisatan naam hai peaceful andaaz</w:t>
      </w:r>
      <w:r>
        <w:br/>
      </w:r>
      <w:r>
        <w:rPr>
          <w:sz w:val="20"/>
        </w:rPr>
        <w:t>1:18:39  mein Allah ke hidayat ko logon tak pahunchana, bas unki khair khwahi ke jazbe ke tehat, khalisatan unki khair khwahi ke jazbe ke tehat, taake woh jahannum se bachein aur jannat ka rasta unke liye,</w:t>
      </w:r>
      <w:r>
        <w:br/>
      </w:r>
      <w:r>
        <w:rPr>
          <w:sz w:val="20"/>
        </w:rPr>
        <w:t>1:18:53  jannat ke darwaze unke liye khulen. bas baqi jo taameer millat hai, woh woh qaumi kaam hai. jo kare to kare, na kare to na kare, yeh unka kaam hai.</w:t>
      </w:r>
      <w:r>
        <w:br/>
      </w:r>
      <w:r>
        <w:rPr>
          <w:sz w:val="20"/>
        </w:rPr>
        <w:t>1:19:04  hum hum is mein nahin involve ho sakte, isi liye h</w:t>
      </w:r>
      <w:r>
        <w:br/>
      </w:r>
      <w:r>
        <w:rPr>
          <w:sz w:val="20"/>
        </w:rPr>
        <w:t>1:19:08  um taameer millat ko ek qaumi kaam samajhte hain. jinko qaumi dilchaspi ho, woh karen. isko hum is mein apne ko shamil nahin karenge.</w:t>
      </w:r>
    </w:p>
    <w:p>
      <w:pPr>
        <w:pStyle w:val="Heading2"/>
      </w:pPr>
      <w:r>
        <w:t>Need for a new history of Islam</w:t>
      </w:r>
    </w:p>
    <w:p>
      <w:r>
        <w:rPr>
          <w:color w:val="666666"/>
          <w:sz w:val="18"/>
        </w:rPr>
        <w:t>Society &amp; Dawah · Wisdom of Hadith September 11, 2016 · 1m 07s · at 47:01 · https://youtu.be/XPxlLv2_q1o?t=2821</w:t>
      </w:r>
    </w:p>
    <w:p>
      <w:r>
        <w:rPr>
          <w:i/>
        </w:rPr>
        <w:t>“You repeatedly write in your writings that a new history of Islam has to be made, a new history of Islam.”</w:t>
      </w:r>
    </w:p>
    <w:p>
      <w:r>
        <w:rPr>
          <w:sz w:val="20"/>
        </w:rPr>
        <w:t>47:01  ji Maulana sahib, agla sawal kya hai Maulana Iqbal Umri ne Chennai se aur unhone likha hai</w:t>
      </w:r>
      <w:r>
        <w:br/>
      </w:r>
      <w:r>
        <w:rPr>
          <w:sz w:val="20"/>
        </w:rPr>
        <w:t>47:07  ke aap apni writings mein bar bar likhte hain ke Islam ki nai tareekh banani hai, a new</w:t>
      </w:r>
      <w:r>
        <w:br/>
      </w:r>
      <w:r>
        <w:rPr>
          <w:sz w:val="20"/>
        </w:rPr>
        <w:t>47:13  history of Islam .</w:t>
      </w:r>
      <w:r>
        <w:br/>
      </w:r>
      <w:r>
        <w:rPr>
          <w:sz w:val="20"/>
        </w:rPr>
        <w:t>47:19  is ka kya matlab hai, is ki wazahat karein.</w:t>
      </w:r>
      <w:r>
        <w:br/>
      </w:r>
      <w:r>
        <w:rPr>
          <w:sz w:val="20"/>
        </w:rPr>
        <w:t>47:25  is ka matlab hai ke mabni par dawat-e-Islam ko le kar uthna hai.</w:t>
      </w:r>
      <w:r>
        <w:br/>
      </w:r>
      <w:r>
        <w:rPr>
          <w:sz w:val="20"/>
        </w:rPr>
        <w:t>47:31  ابھی ہم مبنی پر قتال کی دعوت کے لیے اٹھے ہوئے ہیں, here you are lying, here you</w:t>
      </w:r>
      <w:r>
        <w:br/>
      </w:r>
      <w:r>
        <w:rPr>
          <w:sz w:val="20"/>
        </w:rPr>
        <w:t>47:38  are lying, suicide bombing .</w:t>
      </w:r>
      <w:r>
        <w:br/>
      </w:r>
      <w:r>
        <w:rPr>
          <w:sz w:val="20"/>
        </w:rPr>
        <w:t>47:44  yeh to fail ho gaya, yeh yeh to fail ho chuka.</w:t>
      </w:r>
      <w:r>
        <w:br/>
      </w:r>
      <w:r>
        <w:rPr>
          <w:sz w:val="20"/>
        </w:rPr>
        <w:t>47:50  ab is Islam ko le kar uthiye jis mein mohabbat hai, dawat hai, insaan ki khair khwahi hai,</w:t>
      </w:r>
      <w:r>
        <w:br/>
      </w:r>
      <w:r>
        <w:rPr>
          <w:sz w:val="20"/>
        </w:rPr>
        <w:t>47:56  peace hai, peaceful planning hai.</w:t>
      </w:r>
      <w:r>
        <w:br/>
      </w:r>
      <w:r>
        <w:rPr>
          <w:sz w:val="20"/>
        </w:rPr>
        <w:t>48:02  is Islam ko le kar uthiye to nai tareekh banegi.</w:t>
      </w:r>
    </w:p>
    <w:p>
      <w:pPr>
        <w:pStyle w:val="Heading2"/>
      </w:pPr>
      <w:r>
        <w:t>Need for predecessors' sayings in dawah</w:t>
      </w:r>
    </w:p>
    <w:p>
      <w:r>
        <w:rPr>
          <w:color w:val="666666"/>
          <w:sz w:val="18"/>
        </w:rPr>
        <w:t>Society &amp; Dawah · Divine Law of Success 14th October 2012 Slow · 1m 35s · at 1:32:08 · https://youtu.be/2zXfZhIf1jA?t=5528</w:t>
      </w:r>
    </w:p>
    <w:p>
      <w:r>
        <w:rPr>
          <w:i/>
        </w:rPr>
        <w:t>“How correct is this point of view? That for self-purification and dawah, neither the sayings of the predecessors nor any specific methodology is needed.”</w:t>
      </w:r>
    </w:p>
    <w:p>
      <w:r>
        <w:rPr>
          <w:sz w:val="20"/>
        </w:rPr>
        <w:t>1:32:08  maulana, agla sawal aaya hai abu zikra umri sahab ka hyderabad se.</w:t>
      </w:r>
      <w:r>
        <w:br/>
      </w:r>
      <w:r>
        <w:rPr>
          <w:sz w:val="20"/>
        </w:rPr>
        <w:t>1:32:13  unhone likha hai: maulana, yeh point of view kahan tak sahi hai? tazkiya aur dawat ke liye</w:t>
      </w:r>
      <w:r>
        <w:br/>
      </w:r>
      <w:r>
        <w:rPr>
          <w:sz w:val="20"/>
        </w:rPr>
        <w:t>1:32:18  na aqwal e salaf ki zaroorat hai, na kisi khaas minhaj ki.</w:t>
      </w:r>
      <w:r>
        <w:br/>
      </w:r>
      <w:r>
        <w:rPr>
          <w:sz w:val="20"/>
        </w:rPr>
        <w:t>1:32:24  ehtesab, a akhirat ka dar ho, quran aur hadith ka gehra mutala aur dua kafi hai.</w:t>
      </w:r>
      <w:r>
        <w:br/>
      </w:r>
      <w:r>
        <w:rPr>
          <w:sz w:val="20"/>
        </w:rPr>
        <w:t>1:32:29  kya yeh sahi hai? usooli taur par toh yeh baat sahi hai.</w:t>
      </w:r>
      <w:r>
        <w:br/>
      </w:r>
      <w:r>
        <w:rPr>
          <w:sz w:val="20"/>
        </w:rPr>
        <w:t>1:32:34  usooli taur par aap is par amal kar ke dekhiye.</w:t>
      </w:r>
      <w:r>
        <w:br/>
      </w:r>
      <w:r>
        <w:rPr>
          <w:sz w:val="20"/>
        </w:rPr>
        <w:t>1:32:40  agar nateeja musbat nikal raha ho to is ki tasdeeq ho jayegi.</w:t>
      </w:r>
      <w:r>
        <w:br/>
      </w:r>
      <w:r>
        <w:rPr>
          <w:sz w:val="20"/>
        </w:rPr>
        <w:t>1:32:45  yeh sahih hai.</w:t>
      </w:r>
      <w:r>
        <w:br/>
      </w:r>
      <w:r>
        <w:rPr>
          <w:sz w:val="20"/>
        </w:rPr>
        <w:t>1:32:50  baqaida usooli tor par mein is ko durust samajhta hoon ke tazkiya hota hai Allah ki ki rehmat se.</w:t>
      </w:r>
      <w:r>
        <w:br/>
      </w:r>
      <w:r>
        <w:rPr>
          <w:sz w:val="20"/>
        </w:rPr>
        <w:t>1:32:55  hum jitna zyada Allah se taalluq qaim karenge, jitna duaen karenge, jitna zyada Allah ki ibadat</w:t>
      </w:r>
      <w:r>
        <w:br/>
      </w:r>
      <w:r>
        <w:rPr>
          <w:sz w:val="20"/>
        </w:rPr>
        <w:t>1:33:01  karenge, to Allah ki taraf se tazkiya aata hai.</w:t>
      </w:r>
      <w:r>
        <w:br/>
      </w:r>
      <w:r>
        <w:rPr>
          <w:sz w:val="20"/>
        </w:rPr>
        <w:t>1:33:06  kisi buzurg ki taraf se nahi aata, kisi ke daaman thaamne se nahi aata, kisi ke haath par</w:t>
      </w:r>
      <w:r>
        <w:br/>
      </w:r>
      <w:r>
        <w:rPr>
          <w:sz w:val="20"/>
        </w:rPr>
        <w:t>1:33:11  baiat karne se nahi aata.</w:t>
      </w:r>
      <w:r>
        <w:br/>
      </w:r>
      <w:r>
        <w:rPr>
          <w:sz w:val="20"/>
        </w:rPr>
        <w:t>1:33:17  tazkiya yeh sab tasawwurat jo hain, yeh bilkul yani mazahab ke taur par aaye hain doosre mazahib se</w:t>
      </w:r>
      <w:r>
        <w:br/>
      </w:r>
      <w:r>
        <w:rPr>
          <w:sz w:val="20"/>
        </w:rPr>
        <w:t>1:33:22  ke Hazrat ne aap ko nigah daal di aap ke upar to bas ab tazkiya ho gaya.</w:t>
      </w:r>
      <w:r>
        <w:br/>
      </w:r>
      <w:r>
        <w:rPr>
          <w:sz w:val="20"/>
        </w:rPr>
        <w:t>1:33:27  yeh bilkul be haqeeqat baaten hain.</w:t>
      </w:r>
      <w:r>
        <w:br/>
      </w:r>
      <w:r>
        <w:rPr>
          <w:sz w:val="20"/>
        </w:rPr>
        <w:t>1:33:32  tazkiya Allah taala ki karamat hai aur woh is bande ko pahunchti hai jo dua aur zikr ke</w:t>
      </w:r>
      <w:r>
        <w:br/>
      </w:r>
      <w:r>
        <w:rPr>
          <w:sz w:val="20"/>
        </w:rPr>
        <w:t>1:33:38  zariye Allah se taalluq qaim kare.</w:t>
      </w:r>
    </w:p>
    <w:p>
      <w:pPr>
        <w:pStyle w:val="Heading2"/>
      </w:pPr>
      <w:r>
        <w:t>Need for secular education in madrasas</w:t>
      </w:r>
    </w:p>
    <w:p>
      <w:r>
        <w:rPr>
          <w:color w:val="666666"/>
          <w:sz w:val="18"/>
        </w:rPr>
        <w:t>Society &amp; Dawah · Importance of Patience October 26, 2014 · 1m 40s · at 1:17:44 · https://youtu.be/XdOlp9-fPG0?t=4664</w:t>
      </w:r>
    </w:p>
    <w:p>
      <w:r>
        <w:rPr>
          <w:i/>
        </w:rPr>
        <w:t>“Mawlana, is secular education necessary in madrasas or not? What is your opinion about this? Please explain.”</w:t>
      </w:r>
    </w:p>
    <w:p>
      <w:r>
        <w:rPr>
          <w:sz w:val="20"/>
        </w:rPr>
        <w:t>1:17:44  . maulana, agla sawal dilli se hai abrar sahab ka, aur unhone likha hai: "maulana, madaris mein secular education ki zaroorat hai ya nahi?</w:t>
      </w:r>
      <w:r>
        <w:br/>
      </w:r>
      <w:r>
        <w:rPr>
          <w:sz w:val="20"/>
        </w:rPr>
        <w:t>1:17:55  aap ki kya rai hai is ke bare mein bataen?" yeh madaris ke nisaab mein main nahi kehta ke secular education zaroorat hai, lekin madaris mein yeh haal hai ke log kharji kitabon ko padhne se mana karte hain.</w:t>
      </w:r>
      <w:r>
        <w:br/>
      </w:r>
      <w:r>
        <w:rPr>
          <w:sz w:val="20"/>
        </w:rPr>
        <w:t>1:18:11  yeh yeh bahut galat riwayat hai ke bas woh jo, yaani jis ko kehte hain mutoon, bas mutoon ko padho.</w:t>
      </w:r>
      <w:r>
        <w:br/>
      </w:r>
      <w:r>
        <w:rPr>
          <w:sz w:val="20"/>
        </w:rPr>
        <w:t>1:18:22  to yeh to bilkul galat tareeqa hai. aap mutoon ko padhaiye, lekin talib ilm ko aazadi ho ke doosri cheezen padhe. woh aap aap ke haan jo library hai, jaise collegeon, institute, libraryan hoti hain, har qism ki kitaben wahan hoti hain.</w:t>
      </w:r>
      <w:r>
        <w:br/>
      </w:r>
      <w:r>
        <w:rPr>
          <w:sz w:val="20"/>
        </w:rPr>
        <w:t>1:18:36  to aap ki is mein bhi har qism ki kitaben hon.</w:t>
      </w:r>
      <w:r>
        <w:br/>
      </w:r>
      <w:r>
        <w:rPr>
          <w:sz w:val="20"/>
        </w:rPr>
        <w:t>1:18:40  to kharji matlab mein har cheez padhna chahiye, lekin jahan tak syllabus ki baat hai, to syllabus mein mujhe koi aitraaz nahi hai.</w:t>
      </w:r>
      <w:r>
        <w:br/>
      </w:r>
      <w:r>
        <w:rPr>
          <w:sz w:val="20"/>
        </w:rPr>
        <w:t>1:18:50  mujhe aitraaz is par hai ke madaris mein yeh mahaul hai ke kuch aur mat padho, kuch aur mat padho. yeh mahaul bahut hi galat hai. is ki wajah se logon ke andar stagnation aata hai,</w:t>
      </w:r>
      <w:r>
        <w:br/>
      </w:r>
      <w:r>
        <w:rPr>
          <w:sz w:val="20"/>
        </w:rPr>
        <w:t>1:19:03  duniya se bekhabar rehte hain,</w:t>
      </w:r>
      <w:r>
        <w:br/>
      </w:r>
      <w:r>
        <w:rPr>
          <w:sz w:val="20"/>
        </w:rPr>
        <w:t>1:19:07  aur is kuch kuch jante nahi ke duniya mein kya ho raha hai, kis age mein hain, woh us se bekhabar rehte hain. to main jo chahta hoon, woh us ko kharji matlab ke aitbar se hai, nisaab ke aitbar se nahi hai.</w:t>
      </w:r>
    </w:p>
    <w:p>
      <w:pPr>
        <w:pStyle w:val="Heading2"/>
      </w:pPr>
      <w:r>
        <w:t>Need for union of Muslim governments</w:t>
      </w:r>
    </w:p>
    <w:p>
      <w:r>
        <w:rPr>
          <w:color w:val="666666"/>
          <w:sz w:val="18"/>
        </w:rPr>
        <w:t>Society &amp; Dawah · The Expression of Faith (Izhar e Deen) September 1, 2013 · 2m 16s · at 53:53 · https://youtu.be/muBDJ8a_8-0?t=3233</w:t>
      </w:r>
    </w:p>
    <w:p>
      <w:r>
        <w:rPr>
          <w:i/>
        </w:rPr>
        <w:t>“Maulana, just like the United Nations, a union of Muslim governments is also necessary. How correct is it to think this way?”</w:t>
      </w:r>
    </w:p>
    <w:p>
      <w:r>
        <w:rPr>
          <w:sz w:val="20"/>
        </w:rPr>
        <w:t>53:53  maulana, agla sawal bangalore se hai, naseerullah sahab ka.</w:t>
      </w:r>
      <w:r>
        <w:br/>
      </w:r>
      <w:r>
        <w:rPr>
          <w:sz w:val="20"/>
        </w:rPr>
        <w:t>53:57  unhon ne likha hai: "maulana, aqwam mutahidda ki tarah muslim hukoomaton ka ittehad bhi zaroori hai. is tarah sochana kahan tak sahi hai?" bhai, aap alag se kyun sochte hain?</w:t>
      </w:r>
      <w:r>
        <w:br/>
      </w:r>
      <w:r>
        <w:rPr>
          <w:sz w:val="20"/>
        </w:rPr>
        <w:t>54:11  is ka hissa baniye. musalman abhi tak qawam-e-unaita ka hissa nahi hain. member to zaroor is ke hain, lekin wahan ja kar sirf apni apni qawm ki baatein karte hain.</w:t>
      </w:r>
      <w:r>
        <w:br/>
      </w:r>
      <w:r>
        <w:rPr>
          <w:sz w:val="20"/>
        </w:rPr>
        <w:t>54:20  insan ki baat nahi karte. yeh thinking hi galat hai ke musalman ko le kar sochna</w:t>
      </w:r>
      <w:r>
        <w:br/>
      </w:r>
      <w:r>
        <w:rPr>
          <w:sz w:val="20"/>
        </w:rPr>
        <w:t>54:27  saheeh hai ke saare insan ko le kar socho. main is thinking ko galat bhi samajhta hoon. muslim oriented thinking yeh saheeh thinking nahi hai.</w:t>
      </w:r>
      <w:r>
        <w:br/>
      </w:r>
      <w:r>
        <w:rPr>
          <w:sz w:val="20"/>
        </w:rPr>
        <w:t>54:38  hum bare bare logon ko is waqt suntay hain ke hazrat ko ummat ka bara dard tha. hazrat ko ummat ka dard kyun tha? bhai, insan ka dard kyun nahi tha? main jab parhta hoon bare bare logon ke ke halaat mein ke hazrat ko ummat ka bara dard tha to mujhe ta'ajjub hota hai.</w:t>
      </w:r>
      <w:r>
        <w:br/>
      </w:r>
      <w:r>
        <w:rPr>
          <w:sz w:val="20"/>
        </w:rPr>
        <w:t>54:53  rasool Allah ke baray mein to nahi parhtay hum aisa.</w:t>
      </w:r>
      <w:r>
        <w:br/>
      </w:r>
      <w:r>
        <w:rPr>
          <w:sz w:val="20"/>
        </w:rPr>
        <w:t>54:56  quran mein dekhiye, insan naas, insan naas bar bar aata hai. to aap ke andar saare insan ko le kar sochen, aap saare saare insan ko le kar sochen.</w:t>
      </w:r>
      <w:r>
        <w:br/>
      </w:r>
      <w:r>
        <w:rPr>
          <w:sz w:val="20"/>
        </w:rPr>
        <w:t>55:10  main dekhta hoon ke qawam-e-unaita mein jo muslim mumalik hain, wahan bhi woh bas un ko musalmani ki baatein karna aata hai. insan ki baat karna nahi aata un ko.</w:t>
      </w:r>
      <w:r>
        <w:br/>
      </w:r>
      <w:r>
        <w:rPr>
          <w:sz w:val="20"/>
        </w:rPr>
        <w:t>55:19  yeh soch bilkul galat hai aur is ka koi faida nahi. agar bana bhi na aap to woh ek ghetto hoga.</w:t>
      </w:r>
      <w:r>
        <w:br/>
      </w:r>
      <w:r>
        <w:rPr>
          <w:sz w:val="20"/>
        </w:rPr>
        <w:t>55:27  yaad rakhiye, musalman is waqt ghetto mentality mein jee rahe hain. un ki bastiyan ghetto bastiyan hain, un ki universityan ghetto university hain, un ke idaray ghetto idaray hain.</w:t>
      </w:r>
      <w:r>
        <w:br/>
      </w:r>
      <w:r>
        <w:rPr>
          <w:sz w:val="20"/>
        </w:rPr>
        <w:t>55:38  jis cheez se yahood nikal aaye, wahan musalman wapas chalay gaye hain. ek zamanah tha ke hindu yahudion ke jitnay sab hota tha, woh ghetto hota tha. un ke idaray ghetto idaray thay, un ki bastiyan ghetto bastiyan theen.</w:t>
      </w:r>
      <w:r>
        <w:br/>
      </w:r>
      <w:r>
        <w:rPr>
          <w:sz w:val="20"/>
        </w:rPr>
        <w:t>55:52  ab wohi musalmanon ka haal hai. to agar aisa idara bana sakay musalman to woh ghetto idara hoga. woh kisi kaam ka nahi hoga.</w:t>
      </w:r>
      <w:r>
        <w:br/>
      </w:r>
      <w:r>
        <w:rPr>
          <w:sz w:val="20"/>
        </w:rPr>
        <w:t>56:01  woh woh na musalman ke kaam hoga na insan ke kaam ka hoga.</w:t>
      </w:r>
    </w:p>
    <w:p>
      <w:pPr>
        <w:pStyle w:val="Heading2"/>
      </w:pPr>
      <w:r>
        <w:t>Neglect of spreading Quran today</w:t>
      </w:r>
    </w:p>
    <w:p>
      <w:r>
        <w:rPr>
          <w:color w:val="666666"/>
          <w:sz w:val="18"/>
        </w:rPr>
        <w:t>Society &amp; Dawah · Dars-e-Quran, Chapter 38, V. 29 (Contemplation on the Quran) | October 7, 2018 · 4m 25s · at 1:10:41 · https://youtu.be/bF57J8TD8no?t=4241</w:t>
      </w:r>
    </w:p>
    <w:p>
      <w:r>
        <w:rPr>
          <w:i/>
        </w:rPr>
        <w:t>“How did it happen that the work of spreading the Quran has been so neglected by people today?”</w:t>
      </w:r>
    </w:p>
    <w:p>
      <w:r>
        <w:rPr>
          <w:sz w:val="20"/>
        </w:rPr>
        <w:t>1:10:41  maulana, miss dania mustafa ne karachi pakistan se sawal bheja hai.</w:t>
      </w:r>
      <w:r>
        <w:br/>
      </w:r>
      <w:r>
        <w:rPr>
          <w:sz w:val="20"/>
        </w:rPr>
        <w:t>1:10:49  انہوں نے آپ سے پوچھا ہے کہ "مولانا صاحب، how did this happen that the work of spreading</w:t>
      </w:r>
      <w:r>
        <w:br/>
      </w:r>
      <w:r>
        <w:rPr>
          <w:sz w:val="20"/>
        </w:rPr>
        <w:t>1:10:57  Quran has been so neglected by people today?"</w:t>
      </w:r>
      <w:r>
        <w:br/>
      </w:r>
      <w:r>
        <w:rPr>
          <w:sz w:val="20"/>
        </w:rPr>
        <w:t>1:11:05  bhai, yeh mat sochiye, yeh ulta sochna hai.</w:t>
      </w:r>
      <w:r>
        <w:br/>
      </w:r>
      <w:r>
        <w:rPr>
          <w:sz w:val="20"/>
        </w:rPr>
        <w:t>1:11:10  یہ یہ precedent card before the horse ہے۔</w:t>
      </w:r>
      <w:r>
        <w:br/>
      </w:r>
      <w:r>
        <w:rPr>
          <w:sz w:val="20"/>
        </w:rPr>
        <w:t>1:11:15  bhai, aap agar dekhein ke woh kaam kam ho raha hai to aap apna time aur zyada dijiye,</w:t>
      </w:r>
      <w:r>
        <w:br/>
      </w:r>
      <w:r>
        <w:rPr>
          <w:sz w:val="20"/>
        </w:rPr>
        <w:t>1:11:20  aap aur zyada apni energy lagaiye.</w:t>
      </w:r>
      <w:r>
        <w:br/>
      </w:r>
      <w:r>
        <w:rPr>
          <w:sz w:val="20"/>
        </w:rPr>
        <w:t>1:11:25  yeh ulta soch rahe hain aap, yani doosron ko le kar soch rahe hain, apne ko le kar sochiye.</w:t>
      </w:r>
      <w:r>
        <w:br/>
      </w:r>
      <w:r>
        <w:rPr>
          <w:sz w:val="20"/>
        </w:rPr>
        <w:t>1:11:30  agar kisi kisi</w:t>
      </w:r>
      <w:r>
        <w:br/>
      </w:r>
      <w:r>
        <w:rPr>
          <w:sz w:val="20"/>
        </w:rPr>
        <w:t>1:11:35  basti mein farz kijiye ke masjid nahi hai, us waqt ba-jamaat namaz nahi hoti to yeh mat kijiye</w:t>
      </w:r>
      <w:r>
        <w:br/>
      </w:r>
      <w:r>
        <w:rPr>
          <w:sz w:val="20"/>
        </w:rPr>
        <w:t>1:11:43  ke haan masjid nahi hai, haan masjid nahi hai.</w:t>
      </w:r>
      <w:r>
        <w:br/>
      </w:r>
      <w:r>
        <w:rPr>
          <w:sz w:val="20"/>
        </w:rPr>
        <w:t>1:11:51  nahi, aap khud uthiye aur koi spot talash kijiye, is ke liye fundraising kijiye aur masjid bana daliye.</w:t>
      </w:r>
      <w:r>
        <w:br/>
      </w:r>
      <w:r>
        <w:rPr>
          <w:sz w:val="20"/>
        </w:rPr>
        <w:t>1:11:58  yani jab koi cheez lacking hai to aap ko apni zimmedari par</w:t>
      </w:r>
      <w:r>
        <w:br/>
      </w:r>
      <w:r>
        <w:rPr>
          <w:sz w:val="20"/>
        </w:rPr>
        <w:t>1:12:06  stick karna chahiye. Dr. Najma Siddiqui ne Delhi se comment bheja hai. Unhone likha hai: "Maulana, you are you are the only one who focuses on spirit of inquiry in religion. Reading Quran with spirit of inquiry to think, understand and get wisdom is the greatest thing I learned. Padhna nahi aata to sochna to aata hai. Socho, so</w:t>
      </w:r>
      <w:r>
        <w:br/>
      </w:r>
      <w:r>
        <w:rPr>
          <w:sz w:val="20"/>
        </w:rPr>
        <w:t>1:12:36  cho is also a great lesson." doctor hina ne london se likha hai: "jazak allah maulana, may allah give you a long life to fulfill this peaceful mission. amongst muslim, there is a general understanding that distribution of quran is not the duty of professional</w:t>
      </w:r>
      <w:r>
        <w:br/>
      </w:r>
      <w:r>
        <w:rPr>
          <w:sz w:val="20"/>
        </w:rPr>
        <w:t>1:13:06  z ho are working and doing jobs.</w:t>
      </w:r>
      <w:r>
        <w:br/>
      </w:r>
      <w:r>
        <w:rPr>
          <w:sz w:val="20"/>
        </w:rPr>
        <w:t>1:13:12  Only there are certain Muslims who are dedicated to Masjid or dedicated to deen who should do this job.</w:t>
      </w:r>
      <w:r>
        <w:br/>
      </w:r>
      <w:r>
        <w:rPr>
          <w:sz w:val="20"/>
        </w:rPr>
        <w:t>1:13:18  If people like doctors, teachers, engineers do this work, they are looked at with doubt that why are</w:t>
      </w:r>
      <w:r>
        <w:br/>
      </w:r>
      <w:r>
        <w:rPr>
          <w:sz w:val="20"/>
        </w:rPr>
        <w:t>1:13:24  Are they doing this? Are they paid? Are they radicalized? Are they psycho? Etc.</w:t>
      </w:r>
      <w:r>
        <w:br/>
      </w:r>
      <w:r>
        <w:rPr>
          <w:sz w:val="20"/>
        </w:rPr>
        <w:t>1:13:30  I was wondering whether in Christianity only P</w:t>
      </w:r>
      <w:r>
        <w:br/>
      </w:r>
      <w:r>
        <w:rPr>
          <w:sz w:val="20"/>
        </w:rPr>
        <w:t>1:13:36  "people connected directly with church do this job, or common people also take time out for this." Is</w:t>
      </w:r>
      <w:r>
        <w:br/>
      </w:r>
      <w:r>
        <w:rPr>
          <w:sz w:val="20"/>
        </w:rPr>
        <w:t>1:13:44  zamane mein to yeh kaam itna aasan hai.</w:t>
      </w:r>
      <w:r>
        <w:br/>
      </w:r>
      <w:r>
        <w:rPr>
          <w:sz w:val="20"/>
        </w:rPr>
        <w:t>1:13:51  aap doctor hain, engineer hain, dukandar hain, kuch bhi hain.</w:t>
      </w:r>
      <w:r>
        <w:br/>
      </w:r>
      <w:r>
        <w:rPr>
          <w:sz w:val="20"/>
        </w:rPr>
        <w:t>1:13:59  wahan par aik aik aik space, aik jagah bana lijiye aur wahan par aap quran mukhtalif zubanon mein</w:t>
      </w:r>
      <w:r>
        <w:br/>
      </w:r>
      <w:r>
        <w:rPr>
          <w:sz w:val="20"/>
        </w:rPr>
        <w:t>1:14:06  rakh dijiye.</w:t>
      </w:r>
      <w:r>
        <w:br/>
      </w:r>
      <w:r>
        <w:rPr>
          <w:sz w:val="20"/>
        </w:rPr>
        <w:t>1:14:14  jo aayenge aap ke paas log, woh apne aap hi lete rehte hain, aap hi lete rehte hain.</w:t>
      </w:r>
      <w:r>
        <w:br/>
      </w:r>
      <w:r>
        <w:rPr>
          <w:sz w:val="20"/>
        </w:rPr>
        <w:t>1:14:21  abhi hamare aik sahab hain, hamare aik saathi hain, aik doctor ke paas jate hain.</w:t>
      </w:r>
      <w:r>
        <w:br/>
      </w:r>
      <w:r>
        <w:rPr>
          <w:sz w:val="20"/>
        </w:rPr>
        <w:t>1:14:29  woh to unhon ne wahan par aik pamphlet rakhwa diya tha jis ka naam hai "purpose of life".</w:t>
      </w:r>
      <w:r>
        <w:br/>
      </w:r>
      <w:r>
        <w:rPr>
          <w:sz w:val="20"/>
        </w:rPr>
        <w:t>1:14:36  to doosri baar woh wahan gaye to doctor ne khud kaha, doctor ne khud kaha ke bhai yeh kitab to bahut popular ho rahi hai aur aur bhejiyega. to log to khud hi chahte hain, aap ab rakh to dijiye, aap apne jahan aap hain, wahan us ko rakh to dijiye, khud hi log lete rahenge."</w:t>
      </w:r>
    </w:p>
    <w:p>
      <w:pPr>
        <w:pStyle w:val="Heading2"/>
      </w:pPr>
      <w:r>
        <w:t>Neglecting peace and wisdom in lectures</w:t>
      </w:r>
    </w:p>
    <w:p>
      <w:r>
        <w:rPr>
          <w:color w:val="666666"/>
          <w:sz w:val="18"/>
        </w:rPr>
        <w:t>Society &amp; Dawah · The Problem of Evil December 4, 2011 · 4m 02s · at 1:11:13 · https://youtu.be/SMqtVjaGHfw?t=4273</w:t>
      </w:r>
    </w:p>
    <w:p>
      <w:r>
        <w:rPr>
          <w:i/>
        </w:rPr>
        <w:t>“Precious wisdom like the importance of peace and virtuous incidents like Hudaybiya, Prophet Yusuf and the idols of Mecca are ignored in your lectures. They mostly use the language of fanaticism and dogmatism.”</w:t>
      </w:r>
    </w:p>
    <w:p>
      <w:r>
        <w:rPr>
          <w:sz w:val="20"/>
        </w:rPr>
        <w:t>1:11:13  maulana, agla sawal aaya hai Mr Idrees ka Raipur</w:t>
      </w:r>
      <w:r>
        <w:br/>
      </w:r>
      <w:r>
        <w:rPr>
          <w:sz w:val="20"/>
        </w:rPr>
        <w:t>1:11:17  Sahib. unhon ne likha hai ke "precious wisdom like importance of peace and virtuous incidents like of Hudaybiyyah, Hazrat Yusuf and idols of Mecca are ignored in other taqreer.</w:t>
      </w:r>
      <w:r>
        <w:br/>
      </w:r>
      <w:r>
        <w:rPr>
          <w:sz w:val="20"/>
        </w:rPr>
        <w:t>1:11:33  they mostly use language of fanaticism and dogmatism</w:t>
      </w:r>
      <w:r>
        <w:br/>
      </w:r>
      <w:r>
        <w:rPr>
          <w:sz w:val="20"/>
        </w:rPr>
        <w:t>1:11:39  rather than quoting Quran and Hadith. they base their speech on stories and shakhsiyat and their audience appreciate.</w:t>
      </w:r>
      <w:r>
        <w:br/>
      </w:r>
      <w:r>
        <w:rPr>
          <w:sz w:val="20"/>
        </w:rPr>
        <w:t>1:11:49  please advise under this situation what is the appropriate way to start a process of improvement? should one start by approaching speaker or audience?" Kya main samjha nahi question ko?</w:t>
      </w:r>
      <w:r>
        <w:br/>
      </w:r>
      <w:r>
        <w:rPr>
          <w:sz w:val="20"/>
        </w:rPr>
        <w:t>1:12:04  maulana, woh yeh keh rahe hain ke aksar jo taqreer hoti hai jo yeh log karte hain, kis ki taqreer? meri taqreer? nahin, nahin, jo ulama ki taqreer hoti hai ya jo scholars ki taqreer hoti hai, yeh kehna chahiye na ke batana chahiye kis ki taqreer?</w:t>
      </w:r>
      <w:r>
        <w:br/>
      </w:r>
      <w:r>
        <w:rPr>
          <w:sz w:val="20"/>
        </w:rPr>
        <w:t>1:12:15  main samjha ek mere bare mein keh rahe</w:t>
      </w:r>
      <w:r>
        <w:br/>
      </w:r>
      <w:r>
        <w:rPr>
          <w:sz w:val="20"/>
        </w:rPr>
        <w:t>1:12:17  hain woh? nahin, nahin, nahin. hain ji, unhon ne woh shayad woh yahi kehna chah rahe hain. maulana, likha nahin hai unhon ne woh word. toh woh yeh keh rahe hain ke is mein woh woh sab cheezein ignore karte hain jo Hudaybiyyah incident hain.</w:t>
      </w:r>
      <w:r>
        <w:br/>
      </w:r>
      <w:r>
        <w:rPr>
          <w:sz w:val="20"/>
        </w:rPr>
        <w:t>1:12:30  haan, toh main ji ji, is mein yeh baat clear honi chahiye. main bhai samjha ke meri taqreer pe bol rahe hain woh. ji,</w:t>
      </w:r>
      <w:r>
        <w:br/>
      </w:r>
      <w:r>
        <w:rPr>
          <w:sz w:val="20"/>
        </w:rPr>
        <w:t>1:12:41  cheezein hamesha ambiguity rahengi. is liye quran mein hai "wa laqad arsalna ilaika ayatin bayyinat wa ma kafara billazina fatu fit taghuti wa yaktufuru billahi faqad dallal dalal بعيدا". yani cheezon par element of doubt ka parda hamesha hi rahega kyunke is ke baghair test nahin ho sakta.</w:t>
      </w:r>
      <w:r>
        <w:br/>
      </w:r>
      <w:r>
        <w:rPr>
          <w:sz w:val="20"/>
        </w:rPr>
        <w:t>1:12:57  agar aap chahein ke element of doubt na rahe toh yeh pass bolna hi hai. "that is part of creation plan".</w:t>
      </w:r>
      <w:r>
        <w:br/>
      </w:r>
      <w:r>
        <w:rPr>
          <w:sz w:val="20"/>
        </w:rPr>
        <w:t>1:13:04  toh woh toh rahega chahe ulama ki taqreer ho ya kitabein hon ya media ho. har jagah element of doubt rahega. aap kabhi bhi yeh umeed na rakhiye ke element of doubt jo hai woh khatam kar diya jayega.</w:t>
      </w:r>
      <w:r>
        <w:br/>
      </w:r>
      <w:r>
        <w:rPr>
          <w:sz w:val="20"/>
        </w:rPr>
        <w:t>1:13:17  ab aap apni aql ko istemal kijiye, apni power of analysis ko istemal kijiye. bas aur koi option nahin, doosra nahin hai. apni reason ko istemal kijiye.</w:t>
      </w:r>
      <w:r>
        <w:br/>
      </w:r>
      <w:r>
        <w:rPr>
          <w:sz w:val="20"/>
        </w:rPr>
        <w:t>1:13:30  ah</w:t>
      </w:r>
      <w:r>
        <w:br/>
      </w:r>
      <w:r>
        <w:rPr>
          <w:sz w:val="20"/>
        </w:rPr>
        <w:t>1:13:31  maulana, Raipur se hi Miss Shabana ka ek question aaya hai. unhon ne likha hai: "Maulana sahib, it is often mentioned that prepared mind is needed to grasp the message.</w:t>
      </w:r>
      <w:r>
        <w:br/>
      </w:r>
      <w:r>
        <w:rPr>
          <w:sz w:val="20"/>
        </w:rPr>
        <w:t>1:13:43  please advise if dai has any role in preparing mind. if yes, how it is done?"</w:t>
      </w:r>
      <w:r>
        <w:br/>
      </w:r>
      <w:r>
        <w:rPr>
          <w:sz w:val="20"/>
        </w:rPr>
        <w:t>1:13:52  dekhein, apne mind ko prepare karne ke liye sab se jo zaroori condition hai woh hai apne aap ko distraction se bachana.</w:t>
      </w:r>
      <w:r>
        <w:br/>
      </w:r>
      <w:r>
        <w:rPr>
          <w:sz w:val="20"/>
        </w:rPr>
        <w:t>1:14:03  misal ke taur par, maine dekha gharon mein ke auratein jo hain, un ka soul concern kaha jata hai: "bachche, bachche, bachche" ya "kitchen, kitchen, kitchen".</w:t>
      </w:r>
      <w:r>
        <w:br/>
      </w:r>
      <w:r>
        <w:rPr>
          <w:sz w:val="20"/>
        </w:rPr>
        <w:t>1:14:13  toh woh har waqt distraction hi mein jeeti hain. auratein toh koi mind prepare kis tarah hoga? mardon ka haal yeh hai ke "money, money, money" har waqt money hai.</w:t>
      </w:r>
      <w:r>
        <w:br/>
      </w:r>
      <w:r>
        <w:rPr>
          <w:sz w:val="20"/>
        </w:rPr>
        <w:t>1:14:22  toh koi kisi ko mind distract kiye hue hai, kisi ko is ke bachche distract kiye hue hain, kisi ko is ke political jo interest hai woh distract kiye hue hain.</w:t>
      </w:r>
      <w:r>
        <w:br/>
      </w:r>
      <w:r>
        <w:rPr>
          <w:sz w:val="20"/>
        </w:rPr>
        <w:t>1:14:32  toh woh toh hoga phir ke aadmi prepared mind nahin ho banega. toh agar aadmi chahta hai ke main prepared mind banu taake main cheezon ko grasp kar sakoon, yeh sab fawaid hasil kar sakoon, toh phir apne ko distraction se bachana padega.</w:t>
      </w:r>
      <w:r>
        <w:br/>
      </w:r>
      <w:r>
        <w:rPr>
          <w:sz w:val="20"/>
        </w:rPr>
        <w:t>1:14:49  yeh price toh deni hi padegi.</w:t>
      </w:r>
      <w:r>
        <w:br/>
      </w:r>
      <w:r>
        <w:rPr>
          <w:sz w:val="20"/>
        </w:rPr>
        <w:t>1:14:51  agar aadmi chahe ke main distract bhi hota rahu aur mujhe yani mera mind tayyar bhi ho jaye toh yeh toh "ae khayalast o malast o junoon" aisa hone wala nahin hai.</w:t>
      </w:r>
      <w:r>
        <w:br/>
      </w:r>
      <w:r>
        <w:rPr>
          <w:sz w:val="20"/>
        </w:rPr>
        <w:t>1:15:04  har cheez ki ek price hoti hai. woh zehn banane ki ek bhi ek price hai, woh hai apne ko distraction se bachana.</w:t>
      </w:r>
    </w:p>
    <w:p>
      <w:pPr>
        <w:pStyle w:val="Heading2"/>
      </w:pPr>
      <w:r>
        <w:t>Neutralizing Communal Polarization Formula</w:t>
      </w:r>
    </w:p>
    <w:p>
      <w:r>
        <w:rPr>
          <w:color w:val="666666"/>
          <w:sz w:val="18"/>
        </w:rPr>
        <w:t>Society &amp; Dawah · From the Spiritual Tree September 8, 2013 Maulana Wahiduddin Khan · 3m 52s · at 45:27 · https://youtu.be/y4bObH7a_64?t=2727</w:t>
      </w:r>
    </w:p>
    <w:p>
      <w:r>
        <w:rPr>
          <w:i/>
        </w:rPr>
        <w:t>“A seminar was held in neutralizing communal polarization in Saturday in Chennai. Team Chennai attended the program but didn't get any single formula. Maulana, we want your view on this topic.”</w:t>
      </w:r>
    </w:p>
    <w:p>
      <w:r>
        <w:rPr>
          <w:sz w:val="20"/>
        </w:rPr>
        <w:t>45:27  maulana yeh pehla sawal aaya hai chennai se maulana israr umri ka. ke kehte hain: "a seminar was held on neutralizing of communal polarization in saturday in chennai.</w:t>
      </w:r>
      <w:r>
        <w:br/>
      </w:r>
      <w:r>
        <w:rPr>
          <w:sz w:val="20"/>
        </w:rPr>
        <w:t>45:44  team chennai attended this program but they didn't get any single formula. maulana we want your view on this topic.</w:t>
      </w:r>
      <w:r>
        <w:br/>
      </w:r>
      <w:r>
        <w:rPr>
          <w:sz w:val="20"/>
        </w:rPr>
        <w:t>46:04  dekhein communal harmony har ek boli bolta hai us ki communal harmony to boli lekin har ek chahta hai us ki apni condition par har ek ki apni condition hai chahta hai ke doosra aadmi is ko accept kare.</w:t>
      </w:r>
      <w:r>
        <w:br/>
      </w:r>
      <w:r>
        <w:rPr>
          <w:sz w:val="20"/>
        </w:rPr>
        <w:t>46:23  mein is formula ko nahi manta.</w:t>
      </w:r>
      <w:r>
        <w:br/>
      </w:r>
      <w:r>
        <w:rPr>
          <w:sz w:val="20"/>
        </w:rPr>
        <w:t>46:28  mein ne dekhein jo formula jo islam ne diya hai wo sirf yeh hai ke khud aap problem create na karein bas.</w:t>
      </w:r>
      <w:r>
        <w:br/>
      </w:r>
      <w:r>
        <w:rPr>
          <w:sz w:val="20"/>
        </w:rPr>
        <w:t>46:39  lekin ek hadith hai ke: "wallah la yuman wallah la yuman wallah la yuman alladhi la yaman jaroqwa".</w:t>
      </w:r>
      <w:r>
        <w:br/>
      </w:r>
      <w:r>
        <w:rPr>
          <w:sz w:val="20"/>
        </w:rPr>
        <w:t>46:51  khuda qasam wo momin nahi hai, khuda qasam momin nahi hai, khuda qasam momin nahi hai jo apne padosi ke liye problem create kare.</w:t>
      </w:r>
      <w:r>
        <w:br/>
      </w:r>
      <w:r>
        <w:rPr>
          <w:sz w:val="20"/>
        </w:rPr>
        <w:t>47:03  dekhein yeh saada taur par religious formula nahi hai, yeh social harmony ka formula hai.</w:t>
      </w:r>
      <w:r>
        <w:br/>
      </w:r>
      <w:r>
        <w:rPr>
          <w:sz w:val="20"/>
        </w:rPr>
        <w:t>47:13  how to establish social harmony is ka formula hai, wo kya hai? apne aap ko problem create karne se bachaiye, is ke baad samaj mein harmony hogi.</w:t>
      </w:r>
      <w:r>
        <w:br/>
      </w:r>
      <w:r>
        <w:rPr>
          <w:sz w:val="20"/>
        </w:rPr>
        <w:t>47:27  doosron ka kehna hai ke tum karo, police kare, government kare, is se kuch hone wala nahi hai. har ek pass ek, har ek ke paas ek list hoti hai ke police yeh kare, government yeh kare, doosri community yeh kare, falan yeh kare, falan wo kare, kuch nahi.</w:t>
      </w:r>
      <w:r>
        <w:br/>
      </w:r>
      <w:r>
        <w:rPr>
          <w:sz w:val="20"/>
        </w:rPr>
        <w:t>47:43  simple formula hai ke aap khud ko is se bachaiye ke aap koi problem create karein doosron ke liye, bas is ke baad harmony hogi.</w:t>
      </w:r>
      <w:r>
        <w:br/>
      </w:r>
      <w:r>
        <w:rPr>
          <w:sz w:val="20"/>
        </w:rPr>
        <w:t>47:57  yahi formula diya gaya hai quran mein aur hadith mein.</w:t>
      </w:r>
      <w:r>
        <w:br/>
      </w:r>
      <w:r>
        <w:rPr>
          <w:sz w:val="20"/>
        </w:rPr>
        <w:t>48:04  aur is ke siwa koi bhi formula nahi, koi bhi formula nahi.</w:t>
      </w:r>
      <w:r>
        <w:br/>
      </w:r>
      <w:r>
        <w:rPr>
          <w:sz w:val="20"/>
        </w:rPr>
        <w:t>48:13  ek bohat hi zabardast ek ek ek sahabi ka qaul hai ke: "jo aadmi doosre ke chote sar par</w:t>
      </w:r>
      <w:r>
        <w:br/>
      </w:r>
      <w:r>
        <w:rPr>
          <w:sz w:val="20"/>
        </w:rPr>
        <w:t>48:33  ko bardasht nahi karega, us ko us ke bare sar ko bardasht karna parega". is ka matlab kya hai? agar bil farz samaj mein koi aadmi aap ko koi aisa waqia kare jis se aap ko takleef pahunche to us ko sabr ke khane mein daliye,</w:t>
      </w:r>
      <w:r>
        <w:br/>
      </w:r>
      <w:r>
        <w:rPr>
          <w:sz w:val="20"/>
        </w:rPr>
        <w:t>48:52  sabr ke khane mein. kyunke agar aap ne is se jawab al jawab ka issue banaya to kya hoga?</w:t>
      </w:r>
      <w:r>
        <w:br/>
      </w:r>
      <w:r>
        <w:rPr>
          <w:sz w:val="20"/>
        </w:rPr>
        <w:t>49:00  phir masla badhega. abhi agar kisi ne koi ek aap ke khilaf ek baat boli thi to us ke baad gun chalegi, bomb chalega. to mein dekh yahi social harmony ka formula hai aur koi doosra formula nahi.</w:t>
      </w:r>
    </w:p>
    <w:p>
      <w:pPr>
        <w:pStyle w:val="Heading2"/>
      </w:pPr>
      <w:r>
        <w:t>No nifas in Islam, follow din and dawah?</w:t>
      </w:r>
    </w:p>
    <w:p>
      <w:r>
        <w:rPr>
          <w:color w:val="666666"/>
          <w:sz w:val="18"/>
        </w:rPr>
        <w:t>Society &amp; Dawah · The Lesson of History September 21, 2014 · 1m 36s · at 1:22:30 · https://youtu.be/aMVHLKMkhcQ?t=4950</w:t>
      </w:r>
    </w:p>
    <w:p>
      <w:r>
        <w:rPr>
          <w:i/>
        </w:rPr>
        <w:t>“It is a fact that there is no nifas in Islam. Can we say we have to follow din and educate others on din and da'wah?”</w:t>
      </w:r>
    </w:p>
    <w:p>
      <w:r>
        <w:rPr>
          <w:sz w:val="20"/>
        </w:rPr>
        <w:t>1:22:30  maulana, agla sawal dilli se hai. Ms. naghma siddiqui ne kiya hai. aur unhone likha hai ke it is a fact that there is no nifas in islam.</w:t>
      </w:r>
      <w:r>
        <w:br/>
      </w:r>
      <w:r>
        <w:rPr>
          <w:sz w:val="20"/>
        </w:rPr>
        <w:t>1:22:41  can we say we have to follow din and educate others on din and da'wah?</w:t>
      </w:r>
      <w:r>
        <w:br/>
      </w:r>
      <w:r>
        <w:rPr>
          <w:sz w:val="20"/>
        </w:rPr>
        <w:t>1:22:47  implementation kehte hain urdu mein nifaz. dekhen, ek hai nifaz, ek hai pairvi. ek hai implementation, ek hai follow karna.</w:t>
      </w:r>
      <w:r>
        <w:br/>
      </w:r>
      <w:r>
        <w:rPr>
          <w:sz w:val="20"/>
        </w:rPr>
        <w:t>1:23:00  to yaad rakhiye, jo bhi talimat e islam ki hain, woh sab ki sab pairvi karne ke liye hain.</w:t>
      </w:r>
      <w:r>
        <w:br/>
      </w:r>
      <w:r>
        <w:rPr>
          <w:sz w:val="20"/>
        </w:rPr>
        <w:t>1:23:11  pairvi karna, unko nafiz karna nahin hai.</w:t>
      </w:r>
      <w:r>
        <w:br/>
      </w:r>
      <w:r>
        <w:rPr>
          <w:sz w:val="20"/>
        </w:rPr>
        <w:t>1:23:15  albata agar allah taala aise halaat paida karen ke kahin kisi kisi musalman ko hakim ka darja mil jaye, to hakim hone ki hesiyat se iske farz hoga ke woh dekhe samaj mein ke burai na phailay.</w:t>
      </w:r>
      <w:r>
        <w:br/>
      </w:r>
      <w:r>
        <w:rPr>
          <w:sz w:val="20"/>
        </w:rPr>
        <w:t>1:23:33  burai mein isha'at e fahisha na ho. to agar isko allah taala ne hakim ki seat par pahuncha diya, tab yeh nahin hai ke aap hakim banne ke liye tehrikain chalayen.</w:t>
      </w:r>
      <w:r>
        <w:br/>
      </w:r>
      <w:r>
        <w:rPr>
          <w:sz w:val="20"/>
        </w:rPr>
        <w:t>1:23:45  dekhen, dono baaten alag alag hain. ek hai hakim banne ki tehrik chalana, woh islam mein nahin hai. lekin agar halaat ke tehat wa imma annu'umu fil ard allah taala aise halaat paida kare ke aap hakim ki seat par pahunchayen, to aap ka yeh farz hoga ke aap isha'at e fahisha ko roken.</w:t>
      </w:r>
    </w:p>
    <w:p>
      <w:pPr>
        <w:pStyle w:val="Heading2"/>
      </w:pPr>
      <w:r>
        <w:t>Non-Muslim colleague asked about Islam</w:t>
      </w:r>
    </w:p>
    <w:p>
      <w:r>
        <w:rPr>
          <w:color w:val="666666"/>
          <w:sz w:val="18"/>
        </w:rPr>
        <w:t>Society &amp; Dawah · Islam in A New Age August 30, 2020 Maulana Wahiduddin Khan · 1m 00s · at 37:53 · https://youtu.be/R2EEb2xSIcA?t=2273</w:t>
      </w:r>
    </w:p>
    <w:p>
      <w:r>
        <w:rPr>
          <w:i/>
        </w:rPr>
        <w:t>“One of my non-Muslim colleagues in office asked me about how Islam...”</w:t>
      </w:r>
    </w:p>
    <w:p>
      <w:r>
        <w:rPr>
          <w:sz w:val="20"/>
        </w:rPr>
        <w:t>37:53  maulana, agla sawal yeh lete hain. yeh sawal bilaspur se riyazuddin khan sahib ne bheja hai. unhon ne likha hai: maulana, one of my non muslim colleagues in office asked me that how islam</w:t>
      </w:r>
    </w:p>
    <w:p>
      <w:pPr>
        <w:pStyle w:val="Heading2"/>
      </w:pPr>
      <w:r>
        <w:t>Non-confrontation model in non-Muslim countries</w:t>
      </w:r>
    </w:p>
    <w:p>
      <w:r>
        <w:rPr>
          <w:color w:val="666666"/>
          <w:sz w:val="18"/>
        </w:rPr>
        <w:t>Society &amp; Dawah · Sahaba and Muhaddithin 24th June 2012 - Maulana Wahiduddin Khan · 1m 41s · at 1:36:47 · https://youtu.be/tUPo7MI0Bdo?t=5807</w:t>
      </w:r>
    </w:p>
    <w:p>
      <w:r>
        <w:rPr>
          <w:i/>
        </w:rPr>
        <w:t>“Is the non-confrontation model of the Muhadditheen applicable in non-Muslim countries as this is a pre-government period? Secondly, can the confrontation with the colonial government be compared with the Muhadditheen's non-confrontation model?”</w:t>
      </w:r>
    </w:p>
    <w:p>
      <w:r>
        <w:rPr>
          <w:sz w:val="20"/>
        </w:rPr>
        <w:t>1:36:47  Maulana, agla sawal Delhi se hai, Mr. Yahya Qamar sahib ka.</w:t>
      </w:r>
      <w:r>
        <w:br/>
      </w:r>
      <w:r>
        <w:rPr>
          <w:sz w:val="20"/>
        </w:rPr>
        <w:t>1:36:52  unhon ne likha hai: "is non confrontation model of muhaddiseen applicable in non muslim countries as this is pre government period?</w:t>
      </w:r>
      <w:r>
        <w:br/>
      </w:r>
      <w:r>
        <w:rPr>
          <w:sz w:val="20"/>
        </w:rPr>
        <w:t>1:37:04  secondly, can the confrontation with istiamari government be compared with muhaddiseen non confrontation model?"</w:t>
      </w:r>
      <w:r>
        <w:br/>
      </w:r>
      <w:r>
        <w:rPr>
          <w:sz w:val="20"/>
        </w:rPr>
        <w:t>1:37:15  yeh sawal bilkul ghair mutalliq hai. masla yeh nahi ke muslim hukumat ho to aap takrao nahi karenge, aur doosre logon se aap takrao karenge.</w:t>
      </w:r>
      <w:r>
        <w:br/>
      </w:r>
      <w:r>
        <w:rPr>
          <w:sz w:val="20"/>
        </w:rPr>
        <w:t>1:37:27  kisi bhi hukumat mein agar aap ko mawaqe hasil hain to aap ko takrao haram hai, haram! chahe India ho ya America ho.</w:t>
      </w:r>
      <w:r>
        <w:br/>
      </w:r>
      <w:r>
        <w:rPr>
          <w:sz w:val="20"/>
        </w:rPr>
        <w:t>1:37:37  asal masla yeh nahi ke woh</w:t>
      </w:r>
      <w:r>
        <w:br/>
      </w:r>
      <w:r>
        <w:rPr>
          <w:sz w:val="20"/>
        </w:rPr>
        <w:t>1:37:39  hukumat jo baitha hua hai, woh muslim hai ya non muslim, seat par us se koi bas nahi hai. bas sirf yeh hai ke freedom of religion hai ke nahi hai?</w:t>
      </w:r>
      <w:r>
        <w:br/>
      </w:r>
      <w:r>
        <w:rPr>
          <w:sz w:val="20"/>
        </w:rPr>
        <w:t>1:37:51  jab hai to bas phir haram ho gaya. woh jaise muhaddiseen ke zamane mein</w:t>
      </w:r>
      <w:r>
        <w:br/>
      </w:r>
      <w:r>
        <w:rPr>
          <w:sz w:val="20"/>
        </w:rPr>
        <w:t>1:37:57  muslim hukmaran the, sahi hai, lekin aaj jo hai non hukmaran hain, yeh non muslim hain, bhi sahi hai, lekin illat to mushtarak hai. illat mushtarak hai, yaani mawaqe kar jo woh de raha ho,</w:t>
      </w:r>
      <w:r>
        <w:br/>
      </w:r>
      <w:r>
        <w:rPr>
          <w:sz w:val="20"/>
        </w:rPr>
        <w:t>1:38:11  us se takrao nahi kiya jayega.</w:t>
      </w:r>
      <w:r>
        <w:br/>
      </w:r>
      <w:r>
        <w:rPr>
          <w:sz w:val="20"/>
        </w:rPr>
        <w:t>1:38:14  yaani opportunity khuli rahein aur freedom of religion maujood ho to phir takrao haram ho jayega, chahe woh America ho ya India ho ya koi aur mulk ho.</w:t>
      </w:r>
    </w:p>
    <w:p>
      <w:pPr>
        <w:pStyle w:val="Heading2"/>
      </w:pPr>
      <w:r>
        <w:t>Non-violence in Japan vs Palestine</w:t>
      </w:r>
    </w:p>
    <w:p>
      <w:r>
        <w:rPr>
          <w:color w:val="666666"/>
          <w:sz w:val="18"/>
        </w:rPr>
        <w:t>Society &amp; Dawah · The Secret of Divine Wisdom September 2, 2012 · 2m 01s · at 1:26:11 · https://youtu.be/ZXQlrW7PqAE?t=5171</w:t>
      </w:r>
    </w:p>
    <w:p>
      <w:r>
        <w:rPr>
          <w:i/>
        </w:rPr>
        <w:t>“I told a big scholar that Japan succeeded by adopting non-violence while Palestinians adopted violence and are still suffering. He replied that Japan is just following America and Palestine is facing conspiracy. What is your view on this?”</w:t>
      </w:r>
    </w:p>
    <w:p>
      <w:r>
        <w:rPr>
          <w:sz w:val="20"/>
        </w:rPr>
        <w:t>1:26:11  to yeh to ek ek law of nature hai har aadmi ki duhai tajurba hai aur mukhtalif qomon ki misalein bhi is mein hain to is mein main main nahi samajhta kisi argument ki zaroorat hai maulana agla sawal tamil nadu se hai maulana farhad ahmed sahib ka</w:t>
      </w:r>
      <w:r>
        <w:br/>
      </w:r>
      <w:r>
        <w:rPr>
          <w:sz w:val="20"/>
        </w:rPr>
        <w:t>1:26:30  unho'n ne likha hai main ne ek baray 'alim ko kaha ke japan ne non violence ka rasta ikhtiyar kiya to kamyab ho gaya magar falasteen walon ne violence ka rasta ikhtiyar kiya to aj tak pareshan ho rahe hain yeh</w:t>
      </w:r>
      <w:r>
        <w:br/>
      </w:r>
      <w:r>
        <w:rPr>
          <w:sz w:val="20"/>
        </w:rPr>
        <w:t>1:26:47  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r>
        <w:br/>
      </w:r>
      <w:r>
        <w:rPr>
          <w:sz w:val="20"/>
        </w:rPr>
        <w:t>1:27:13  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r>
        <w:br/>
      </w:r>
      <w:r>
        <w:rPr>
          <w:sz w:val="20"/>
        </w:rPr>
        <w:t>1:27:42  arey bhai wahan mein gaya tha woh to is mein kuch qalb laga</w:t>
      </w:r>
      <w:r>
        <w:br/>
      </w:r>
      <w:r>
        <w:rPr>
          <w:sz w:val="20"/>
        </w:rPr>
        <w:t>1:27:46  ab bataiye ke yeh hum is spirituality ki baat karte hain Allah ke khauf ki baat karte hain</w:t>
      </w:r>
      <w:r>
        <w:br/>
      </w:r>
      <w:r>
        <w:rPr>
          <w:sz w:val="20"/>
        </w:rPr>
        <w:t>1:27:52  dawat Allah ki baat karte hain aur unhein laga ke yeh qalb hai to is ka koi jawab</w:t>
      </w:r>
      <w:r>
        <w:br/>
      </w:r>
      <w:r>
        <w:rPr>
          <w:sz w:val="20"/>
        </w:rPr>
        <w:t>1:27:57  hai yeh to shaitan ki boliyan hain shaitan ki boliyan band nahi hongi is ka koi jawab</w:t>
      </w:r>
      <w:r>
        <w:br/>
      </w:r>
      <w:r>
        <w:rPr>
          <w:sz w:val="20"/>
        </w:rPr>
        <w:t>1:28:04  nahi siwaye is ke dua kiya jaye aise logon ke liye dua hota hai jawab nahi hota</w:t>
      </w:r>
    </w:p>
    <w:p>
      <w:pPr>
        <w:pStyle w:val="Heading2"/>
      </w:pPr>
      <w:r>
        <w:t>Obama speech as divine warning</w:t>
      </w:r>
    </w:p>
    <w:p>
      <w:r>
        <w:rPr>
          <w:color w:val="666666"/>
          <w:sz w:val="18"/>
        </w:rPr>
        <w:t>Society &amp; Dawah · Root Cause of Terrorism February 22, 2015 · 46s · at 45:21 · https://youtu.be/n0AIGEI7b9U?t=2721</w:t>
      </w:r>
    </w:p>
    <w:p>
      <w:r>
        <w:rPr>
          <w:i/>
        </w:rPr>
        <w:t>“Maulana, I think that Obama speech is more like a divine warning to all the sympathizers of political interpretation of Islam.”</w:t>
      </w:r>
    </w:p>
    <w:p>
      <w:r>
        <w:rPr>
          <w:sz w:val="20"/>
        </w:rPr>
        <w:t>45:21  woh maulana, agla ek sawal aaya hai maulana farhad umri ka dilli se aur unhon ne likha hai:</w:t>
      </w:r>
      <w:r>
        <w:br/>
      </w:r>
      <w:r>
        <w:rPr>
          <w:sz w:val="20"/>
        </w:rPr>
        <w:t>45:29  "مولانا، I think that Obama's speech is more like a divine warning to all the sympathizers of political</w:t>
      </w:r>
      <w:r>
        <w:br/>
      </w:r>
      <w:r>
        <w:rPr>
          <w:sz w:val="20"/>
        </w:rPr>
        <w:t>45:37  interpretation of Islam.</w:t>
      </w:r>
      <w:r>
        <w:br/>
      </w:r>
      <w:r>
        <w:rPr>
          <w:sz w:val="20"/>
        </w:rPr>
        <w:t>45:38  what is your comment on that?" ho sakta hai aisa ho, ho sakta hai.</w:t>
      </w:r>
      <w:r>
        <w:br/>
      </w:r>
      <w:r>
        <w:rPr>
          <w:sz w:val="20"/>
        </w:rPr>
        <w:t>45:44  baqi jo jo bane paaye hue hain ke woh cheez miss kar rahi hai, woh ya to kehte</w:t>
      </w:r>
      <w:r>
        <w:br/>
      </w:r>
      <w:r>
        <w:rPr>
          <w:sz w:val="20"/>
        </w:rPr>
        <w:t>45:52  hain ke ek parallel ideology hai jo logon ko inspire kar rahi hai, magar woh parallel ideology kya</w:t>
      </w:r>
      <w:r>
        <w:br/>
      </w:r>
      <w:r>
        <w:rPr>
          <w:sz w:val="20"/>
        </w:rPr>
        <w:t>46:00  hai, woh point out nahi kiya unhon ne.</w:t>
      </w:r>
      <w:r>
        <w:br/>
      </w:r>
      <w:r>
        <w:rPr>
          <w:sz w:val="20"/>
        </w:rPr>
        <w:t>46:03  woh is ko mein ne batane ki koshish ki hai.</w:t>
      </w:r>
    </w:p>
    <w:p>
      <w:pPr>
        <w:pStyle w:val="Heading2"/>
      </w:pPr>
      <w:r>
        <w:t>Obligation to establish Islamic empire</w:t>
      </w:r>
    </w:p>
    <w:p>
      <w:r>
        <w:rPr>
          <w:color w:val="666666"/>
          <w:sz w:val="18"/>
        </w:rPr>
        <w:t>Society &amp; Dawah · Double Standards of Present-Day Muslims August 6, 2017 · 2m 12s · at 49:00 · https://youtu.be/k1NcZQpHTyg?t=2940</w:t>
      </w:r>
    </w:p>
    <w:p>
      <w:r>
        <w:rPr>
          <w:i/>
        </w:rPr>
        <w:t>“Is it obligatory upon Muslims to establish an Islamic empire? Please elaborate.”</w:t>
      </w:r>
    </w:p>
    <w:p>
      <w:r>
        <w:rPr>
          <w:sz w:val="20"/>
        </w:rPr>
        <w:t>49:00  Maulana, agla sawal aya hai Bilal Ahmed sahib ka Kashmir se. un ke do sawal hain. Maulana, pehla sawal yeh hai ke "Is it obligatory upon Muslims to establish Islamic empire</w:t>
      </w:r>
      <w:r>
        <w:br/>
      </w:r>
      <w:r>
        <w:rPr>
          <w:sz w:val="20"/>
        </w:rPr>
        <w:t>49:14  ? Please elaborate." yeh hai hi nahi. Islamic park qaim karna hai hi nahi. yeh to jhooti baat hai. khwah is mein Quran mein, na Hadees mein ke Islamic park qaim karo, yeh to hai hi nahi.</w:t>
      </w:r>
      <w:r>
        <w:br/>
      </w:r>
      <w:r>
        <w:rPr>
          <w:sz w:val="20"/>
        </w:rPr>
        <w:t>49:28  yeh to baseless baat hai. obligatory to halanke hai hi nahi sarr se.</w:t>
      </w:r>
      <w:r>
        <w:br/>
      </w:r>
      <w:r>
        <w:rPr>
          <w:sz w:val="20"/>
        </w:rPr>
        <w:t>49:40  aur doosra sawal un ka hai Maulana. "You have interpreted that where the word qalb is used, it is human intellect." dekhen ji, is tarah ke jitne bhi alfaaz hain, sab mind ke maene mein hain.</w:t>
      </w:r>
      <w:r>
        <w:br/>
      </w:r>
      <w:r>
        <w:rPr>
          <w:sz w:val="20"/>
        </w:rPr>
        <w:t>49:53  chahe qalb ho ya sadr ho ya fuad ho, jitne alfaaz hain, sab se murad hai mind.</w:t>
      </w:r>
      <w:r>
        <w:br/>
      </w:r>
      <w:r>
        <w:rPr>
          <w:sz w:val="20"/>
        </w:rPr>
        <w:t>50:03  baqi jo heart hai, heart to sirf blood circulation ka zariya hai. us ke paas koi soch nahi hoti. yeh thinking heart ka koi wajood nahi hai.</w:t>
      </w:r>
      <w:r>
        <w:br/>
      </w:r>
      <w:r>
        <w:rPr>
          <w:sz w:val="20"/>
        </w:rPr>
        <w:t>50:14  to alfaaz mukhtalif istemal hue hain Quran majeed mein, lekin sab ko murad hai mind mein. Maulana, ek sahib ne likha hai, comment kiya hai aur ek question bhi kiya hai, lekin naam nahi diya hai.</w:t>
      </w:r>
      <w:r>
        <w:br/>
      </w:r>
      <w:r>
        <w:rPr>
          <w:sz w:val="20"/>
        </w:rPr>
        <w:t>50:25  Kashmir se hai yeh. Maulana "Today lecture was mind blowing." jazak Allah. aur un ka sawal yeh hai ke Maulana "What is the simple formula or simple way so that we can unite humanity on a single platform,</w:t>
      </w:r>
      <w:r>
        <w:br/>
      </w:r>
      <w:r>
        <w:rPr>
          <w:sz w:val="20"/>
        </w:rPr>
        <w:t>50:43  especially Muslim community?" dekhen, yeh yeh goal hi nahi hai ke humanity ko ek platform par layen.</w:t>
      </w:r>
      <w:r>
        <w:br/>
      </w:r>
      <w:r>
        <w:rPr>
          <w:sz w:val="20"/>
        </w:rPr>
        <w:t>50:52  goal yeh hai ke apne aap ko apna tazkiya kijiye. goal yeh hai ke apna tazkiya kijiye. "lilmulakhkhidhin munafarada" har insan akela akela Allah ke samne, yani accountable hoga.</w:t>
      </w:r>
    </w:p>
    <w:p>
      <w:pPr>
        <w:pStyle w:val="Heading2"/>
      </w:pPr>
      <w:r>
        <w:t>Obstacles in dawah work everywhere</w:t>
      </w:r>
    </w:p>
    <w:p>
      <w:r>
        <w:rPr>
          <w:color w:val="666666"/>
          <w:sz w:val="18"/>
        </w:rPr>
        <w:t>Society &amp; Dawah · Eid-al-Azha I October 13, 2013 · 2m 57s · at 1:01:00 · https://youtu.be/oy7zn-uODcU?t=3660</w:t>
      </w:r>
    </w:p>
    <w:p>
      <w:r>
        <w:rPr>
          <w:i/>
        </w:rPr>
        <w:t>“You say that there is no obstacle in the path of dawah, but from Islamic countries to non-Islamic countries, there are obstacles everywhere in doing dawah work. Please explain.”</w:t>
      </w:r>
    </w:p>
    <w:p>
      <w:r>
        <w:rPr>
          <w:sz w:val="20"/>
        </w:rPr>
        <w:t>1:01:00  quran translation by maulana sahib maulana agla sawal delhi se hai jameel akhtar sahib ka jameel akhtar sahib</w:t>
      </w:r>
      <w:r>
        <w:br/>
      </w:r>
      <w:r>
        <w:rPr>
          <w:sz w:val="20"/>
        </w:rPr>
        <w:t>1:01:07  ka unhon ne likha hai aap kehte hain ke dawat ke rastay mein koi rukawat nahi hai magar</w:t>
      </w:r>
      <w:r>
        <w:br/>
      </w:r>
      <w:r>
        <w:rPr>
          <w:sz w:val="20"/>
        </w:rPr>
        <w:t>1:01:15  islami mulk se le kar ghair islami mulk tak dawat kaam karne mein jagah jagah rukawatein hain aur</w:t>
      </w:r>
      <w:r>
        <w:br/>
      </w:r>
      <w:r>
        <w:rPr>
          <w:sz w:val="20"/>
        </w:rPr>
        <w:t>1:01:23  iski khabrein roz sunai deti hain is ke baray mein aap kya kahenge yeh bilkul galat</w:t>
      </w:r>
      <w:r>
        <w:br/>
      </w:r>
      <w:r>
        <w:rPr>
          <w:sz w:val="20"/>
        </w:rPr>
        <w:t>1:01:30  baat hai dawat ke rastay mein kahin rukawat nahi hai log chala rahe hain politics opposition is ke</w:t>
      </w:r>
      <w:r>
        <w:br/>
      </w:r>
      <w:r>
        <w:rPr>
          <w:sz w:val="20"/>
        </w:rPr>
        <w:t>1:01:38  khilaf hukumatain yani iqdam karti hain dawat ke liye kahan rukawat hai dawat nama hai peaceful peace</w:t>
      </w:r>
      <w:r>
        <w:br/>
      </w:r>
      <w:r>
        <w:rPr>
          <w:sz w:val="20"/>
        </w:rPr>
        <w:t>1:01:46  full da'wah work ka wahan kahin rukawat nahi hai lekin log kya kar rahe hain ke hukumaton ko</w:t>
      </w:r>
      <w:r>
        <w:br/>
      </w:r>
      <w:r>
        <w:rPr>
          <w:sz w:val="20"/>
        </w:rPr>
        <w:t>1:01:54  incite karna hukumaton ko mitana hukumaton ko dethrone karna yeh tareeqay chalate hain to is ke khilaf</w:t>
      </w:r>
      <w:r>
        <w:br/>
      </w:r>
      <w:r>
        <w:rPr>
          <w:sz w:val="20"/>
        </w:rPr>
        <w:t>1:02:01  hukumatain zahir hai retaliate karengi dunya ka koi mulk nahi hai including russia including china jahan peace</w:t>
      </w:r>
      <w:r>
        <w:br/>
      </w:r>
      <w:r>
        <w:rPr>
          <w:sz w:val="20"/>
        </w:rPr>
        <w:t>1:02:09  full da'wah work par koi rukawat ho lekin log kya karte hain ke har jagah jhanda utha lete</w:t>
      </w:r>
      <w:r>
        <w:br/>
      </w:r>
      <w:r>
        <w:rPr>
          <w:sz w:val="20"/>
        </w:rPr>
        <w:t>1:02:17  hain siyasat ka hundred sathi jhanda utha lete hain mislan china jo hai ek communist mulk hai wahan</w:t>
      </w:r>
      <w:r>
        <w:br/>
      </w:r>
      <w:r>
        <w:rPr>
          <w:sz w:val="20"/>
        </w:rPr>
        <w:t>1:02:24  koi rukawat nahi thi lekin shingkian gehra ek area jahan musalmanon ki majority hai to wahan jhanda utha</w:t>
      </w:r>
      <w:r>
        <w:br/>
      </w:r>
      <w:r>
        <w:rPr>
          <w:sz w:val="20"/>
        </w:rPr>
        <w:t>1:02:32  liya politics ka separate land to hukumat ne unki mukhalifatein ki to kehte hain ke dekho rukawat</w:t>
      </w:r>
      <w:r>
        <w:br/>
      </w:r>
      <w:r>
        <w:rPr>
          <w:sz w:val="20"/>
        </w:rPr>
        <w:t>1:02:40  dal rahe hain rukawat dawat ke liye nahi hai woh tumhari jhooti politics ke liye yani har jagah</w:t>
      </w:r>
      <w:r>
        <w:br/>
      </w:r>
      <w:r>
        <w:rPr>
          <w:sz w:val="20"/>
        </w:rPr>
        <w:t>1:02:48  yani be-maani qism ki politics chalai hui hain politics ke khilaf hoti hai na ke dawat ke</w:t>
      </w:r>
      <w:r>
        <w:br/>
      </w:r>
      <w:r>
        <w:rPr>
          <w:sz w:val="20"/>
        </w:rPr>
        <w:t>1:02:55  khilaf yeh bohat bari fallacy hai jis se musalman mubtala hain sari dunya mein har jagah yahi samajhte</w:t>
      </w:r>
      <w:r>
        <w:br/>
      </w:r>
      <w:r>
        <w:rPr>
          <w:sz w:val="20"/>
        </w:rPr>
        <w:t>1:03:03  hain log ke dekho bhai rukawat koi rukawat nahi hai bilkul bilashubah yeh jhooti baat hai ke rukawat</w:t>
      </w:r>
      <w:r>
        <w:br/>
      </w:r>
      <w:r>
        <w:rPr>
          <w:sz w:val="20"/>
        </w:rPr>
        <w:t>1:03:11  hai na america mein na china mein na russia mein na india mein lekin aap politics aap yani</w:t>
      </w:r>
      <w:r>
        <w:br/>
      </w:r>
      <w:r>
        <w:rPr>
          <w:sz w:val="20"/>
        </w:rPr>
        <w:t>1:03:18  jisko kehte hain politics of opposition chalayenge to hukumatain zahir hai ke aap ko khatra samjhe</w:t>
      </w:r>
      <w:r>
        <w:br/>
      </w:r>
      <w:r>
        <w:rPr>
          <w:sz w:val="20"/>
        </w:rPr>
        <w:t>1:03:26  ge apne liye isi liye maine kaha tha abhi ke yeh abal bajay maal ki politics hai</w:t>
      </w:r>
      <w:r>
        <w:br/>
      </w:r>
      <w:r>
        <w:rPr>
          <w:sz w:val="20"/>
        </w:rPr>
        <w:t>1:03:34  abal bajay maal ka jo yeh abal bajay maal ki politics ka result hai yeh dawat ka result</w:t>
      </w:r>
      <w:r>
        <w:br/>
      </w:r>
      <w:r>
        <w:rPr>
          <w:sz w:val="20"/>
        </w:rPr>
        <w:t>1:03:42  nahi hai hum is mulk mein da'wati kaam kar rahe hain aur sari dunya mein kar rahe hain</w:t>
      </w:r>
      <w:r>
        <w:br/>
      </w:r>
      <w:r>
        <w:rPr>
          <w:sz w:val="20"/>
        </w:rPr>
        <w:t>1:03:49  hamare sathi kuch in ko record nahi hai kuch bhi record nahi hai aj tak kahin record nahi</w:t>
      </w:r>
    </w:p>
    <w:p>
      <w:pPr>
        <w:pStyle w:val="Heading2"/>
      </w:pPr>
      <w:r>
        <w:t>Opinion on Lucknow High Court verdict and mosque</w:t>
      </w:r>
    </w:p>
    <w:p>
      <w:r>
        <w:rPr>
          <w:color w:val="666666"/>
          <w:sz w:val="18"/>
        </w:rPr>
        <w:t>Society &amp; Dawah · Art of Crisis Management October 3, 2010 · 4m 40s · at 1:35:42 · https://youtu.be/sKdyThFThXo?t=5742</w:t>
      </w:r>
    </w:p>
    <w:p>
      <w:r>
        <w:rPr>
          <w:i/>
        </w:rPr>
        <w:t>“We feel we must accept the Lucknow High Court verdict. What is your opinion? How can we compel the Waqf Board for not going for appeal? Should a mosque be rebuilt at the site joining the Ram Mandir?”</w:t>
      </w:r>
    </w:p>
    <w:p>
      <w:r>
        <w:rPr>
          <w:sz w:val="20"/>
        </w:rPr>
        <w:t>1:35:42  maulana, aik sawal aur poocha gaya hai dilli se. likhne walay ne apna naam nahin diya hai. poocha hai ke "we feel we must accept lucknow high court verdict.</w:t>
      </w:r>
      <w:r>
        <w:br/>
      </w:r>
      <w:r>
        <w:rPr>
          <w:sz w:val="20"/>
        </w:rPr>
        <w:t>1:35:54  what is your opinion?</w:t>
      </w:r>
      <w:r>
        <w:br/>
      </w:r>
      <w:r>
        <w:rPr>
          <w:sz w:val="20"/>
        </w:rPr>
        <w:t>1:35:56  how can we compel waqf board for not going for appeal? should a mosque be rebuilt at joining to ram mandir?" kindly comment.</w:t>
      </w:r>
      <w:r>
        <w:br/>
      </w:r>
      <w:r>
        <w:rPr>
          <w:sz w:val="20"/>
        </w:rPr>
        <w:t>1:36:07  dekhiye, aaj kal jo rujhan hai musalmanon ka hai, woh kya hai? musalmanon ka nahin, so called leaderon ka ke hum supreme court bajayen ge. yeh bilkul stepped baat hai, stepped.</w:t>
      </w:r>
      <w:r>
        <w:br/>
      </w:r>
      <w:r>
        <w:rPr>
          <w:sz w:val="20"/>
        </w:rPr>
        <w:t>1:36:21  yaani agar abhi jo judgment aaya hai, is ko musalman samajhte hain ke musalmanon ke ke sath insaaf nahin hua hai, aur aur chahte hain ke supreme court bajayen.</w:t>
      </w:r>
      <w:r>
        <w:br/>
      </w:r>
      <w:r>
        <w:rPr>
          <w:sz w:val="20"/>
        </w:rPr>
        <w:t>1:36:36  jaise suppose supreme court ka ka judgment aik dam musalmanon ke haq mein ho jaye. suppose is judgment supreme court kar de ke woh jo zameen hai, woh saari ki saari musalmanon ko de di jaye.</w:t>
      </w:r>
      <w:r>
        <w:br/>
      </w:r>
      <w:r>
        <w:rPr>
          <w:sz w:val="20"/>
        </w:rPr>
        <w:t>1:36:50  farz kijiye,</w:t>
      </w:r>
      <w:r>
        <w:br/>
      </w:r>
      <w:r>
        <w:rPr>
          <w:sz w:val="20"/>
        </w:rPr>
        <w:t>1:36:51  to aap samajhte hain ke aisa ho jayega?</w:t>
      </w:r>
      <w:r>
        <w:br/>
      </w:r>
      <w:r>
        <w:rPr>
          <w:sz w:val="20"/>
        </w:rPr>
        <w:t>1:36:56  musalmanon ne 1985 mein isi mulk mein shabanon ke muamle mein jo kiya, woh bhool gaye.</w:t>
      </w:r>
      <w:r>
        <w:br/>
      </w:r>
      <w:r>
        <w:rPr>
          <w:sz w:val="20"/>
        </w:rPr>
        <w:t>1:37:07  woh shabanon ke case jo tha, supreme court ne judgment diya apna, supreme court ne, aur saare musalmanon ke khilaaf khade hue, uth ke kaha ke hum nahi mante is ko,</w:t>
      </w:r>
      <w:r>
        <w:br/>
      </w:r>
      <w:r>
        <w:rPr>
          <w:sz w:val="20"/>
        </w:rPr>
        <w:t>1:37:20  radd kar diya is faisle ko. to jo musalmanon ne kiya, woh hindu ke yaani hindu ko is ka haq nahi hai. agar musalman samajhte hain ke hamara right hai ke hum supreme court ke faisle ko na manen, to aap kya aap samajhte hain ke hindu ka right nahi hai?</w:t>
      </w:r>
      <w:r>
        <w:br/>
      </w:r>
      <w:r>
        <w:rPr>
          <w:sz w:val="20"/>
        </w:rPr>
        <w:t>1:37:35  yeh to suppose supreme court faisla de de aap ke haq mein, tab bhi woh chalne wala nahi hai. to hindu committee khadi ho jayegi ke hum nahi mante, jaise ke aap khade hue shabanon ke muamle mein.</w:t>
      </w:r>
      <w:r>
        <w:br/>
      </w:r>
      <w:r>
        <w:rPr>
          <w:sz w:val="20"/>
        </w:rPr>
        <w:t>1:37:48  yeh sab bilkul stepped baaten hain, ahmaqana baaten hain, kuch nahi. aap is ko full stop lagaiye, koi kaam mat lagaiye.</w:t>
      </w:r>
      <w:r>
        <w:br/>
      </w:r>
      <w:r>
        <w:rPr>
          <w:sz w:val="20"/>
        </w:rPr>
        <w:t>1:37:59  jo log yeh kehte hain ke out of court is ko decide kiya jaye, dono committee mil kar ke, woh is baat se ke aap phir kaam laga rahe hain.</w:t>
      </w:r>
      <w:r>
        <w:br/>
      </w:r>
      <w:r>
        <w:rPr>
          <w:sz w:val="20"/>
        </w:rPr>
        <w:t>1:38:09  jo yeh kehte hain ke supreme court mein hum jayen, is ka matlab woh kaam laga rahe hain.</w:t>
      </w:r>
      <w:r>
        <w:br/>
      </w:r>
      <w:r>
        <w:rPr>
          <w:sz w:val="20"/>
        </w:rPr>
        <w:t>1:38:14  main ne bar bar yeh kaha hai ke is mein kaam lagayenge to lagta hi rahega kaam, forever. aap full stop lagaiye, kahin na kahin rok dijiye. bas to ab jo ab jo sahi stand musalmanon ka hona chahiye, woh yeh hona chahiye ke court ke jo bhi faisle hote hain,</w:t>
      </w:r>
      <w:r>
        <w:br/>
      </w:r>
      <w:r>
        <w:rPr>
          <w:sz w:val="20"/>
        </w:rPr>
        <w:t>1:38:32  us ko implement karne ki zimmedari hoti hai government ki, administration ki.</w:t>
      </w:r>
      <w:r>
        <w:br/>
      </w:r>
      <w:r>
        <w:rPr>
          <w:sz w:val="20"/>
        </w:rPr>
        <w:t>1:38:37  to jo faisla kiya hai court ne, ab ab court ke faisle ke baad ab jo kaam hai, government ka shuru hota hai.</w:t>
      </w:r>
      <w:r>
        <w:br/>
      </w:r>
      <w:r>
        <w:rPr>
          <w:sz w:val="20"/>
        </w:rPr>
        <w:t>1:38:45  government ko implement kare. agar government ke nazdeek faisle mein koi lacuna hai, to us ko clarify karwaye khud government.</w:t>
      </w:r>
      <w:r>
        <w:br/>
      </w:r>
      <w:r>
        <w:rPr>
          <w:sz w:val="20"/>
        </w:rPr>
        <w:t>1:38:57  government clarify karwaye phir se is se. musalman is se alag ho jayen, bilkul</w:t>
      </w:r>
      <w:r>
        <w:br/>
      </w:r>
      <w:r>
        <w:rPr>
          <w:sz w:val="20"/>
        </w:rPr>
        <w:t>1:39:01  musalman ka role khatam ho gaya. aur kaam lagayenge to kamal lagta rahega, yahan tak ke aap barbaad hote rahenge. aur koi kahin bhi yaani kabhi kabhi bhi cheez se decide nahi ho gaya, kabhi bhi nahi hogi decide.</w:t>
      </w:r>
      <w:r>
        <w:br/>
      </w:r>
      <w:r>
        <w:rPr>
          <w:sz w:val="20"/>
        </w:rPr>
        <w:t>1:39:18  yeh now and never ka muamla hai, yaani aaj ya to aaj aap full stop laga dijiye, aur nahi to kabhi full stop nahi lagega.</w:t>
      </w:r>
      <w:r>
        <w:br/>
      </w:r>
      <w:r>
        <w:rPr>
          <w:sz w:val="20"/>
        </w:rPr>
        <w:t>1:39:29  main ne 1952 mein bhi kaha tha ke full stop lagao aur kaam mat lagao, nahi to lagta ja ke kaam aaye, ek ke baad ek ke baad ek baat. wohi ho raha hai, 60 baras se kaam lag rahe hain, to abhi 60 baras aur kaam lagte rahenge,</w:t>
      </w:r>
      <w:r>
        <w:br/>
      </w:r>
      <w:r>
        <w:rPr>
          <w:sz w:val="20"/>
        </w:rPr>
        <w:t>1:39:43  kuch bhi nahi. musalman is muamle mein khamosh ho jayen, aur yeh man len ke adalat ka faisla jo hai, us ko implement karna government ka kaam hai, woh kare.</w:t>
      </w:r>
      <w:r>
        <w:br/>
      </w:r>
      <w:r>
        <w:rPr>
          <w:sz w:val="20"/>
        </w:rPr>
        <w:t>1:39:56  clarification chahiye government ko, to woh khud pooche court se. ab ab kaam government ka hai, musalmanon ka kuch bhi nahi hai. maulana, yeh sawal matlab is se peace, is se peace qaim hoga, normality qaim hogi.</w:t>
      </w:r>
      <w:r>
        <w:br/>
      </w:r>
      <w:r>
        <w:rPr>
          <w:sz w:val="20"/>
        </w:rPr>
        <w:t>1:40:12  hindu muslimon ke taalluqat jo hain, woh normal ho jayenge, aur woh supreme hai. woh isi ko main supreme samajhta hoon.</w:t>
      </w:r>
    </w:p>
    <w:p>
      <w:pPr>
        <w:pStyle w:val="Heading2"/>
      </w:pPr>
      <w:r>
        <w:t>Opinion on Muslim status report and advice</w:t>
      </w:r>
    </w:p>
    <w:p>
      <w:r>
        <w:rPr>
          <w:color w:val="666666"/>
          <w:sz w:val="18"/>
        </w:rPr>
        <w:t>Society &amp; Dawah · Double Standards of Present-Day Muslims August 6, 2017 · 1m 14s · at 55:03 · https://youtu.be/k1NcZQpHTyg?t=3303</w:t>
      </w:r>
    </w:p>
    <w:p>
      <w:r>
        <w:rPr>
          <w:i/>
        </w:rPr>
        <w:t>“According to the Structure Committee report tabled in Parliament on 30th November 2006, the socio-economic and educational status of Muslims in India is abysmally low at all levels. What is your opinion on this report and your valuable advice to Indian Muslims and the Indian government as well in this regard?”</w:t>
      </w:r>
    </w:p>
    <w:p>
      <w:r>
        <w:rPr>
          <w:sz w:val="20"/>
        </w:rPr>
        <w:t>55:03  Maulana agla sawal Muhammad Rafiq Chogli ki taraf se. woh likhte hain ke "According to Structure Committee report tabled in Parliament on 30th November 2006, the socio-economic and educational status of Muslims in India is abysmally low at all levels." Maulana "What is your opinion on this report and your valuable advice to Indian Muslims and Indian government as well in this reg</w:t>
      </w:r>
      <w:r>
        <w:br/>
      </w:r>
      <w:r>
        <w:rPr>
          <w:sz w:val="20"/>
        </w:rPr>
        <w:t>55:32  ard?" dekhen, Structure Committee se mujhe koi matlab nahi hai. aap log dekhiye is ko aur jo chahe kijiye. mujhe to is se matlab hai ke Allah ne kaha hai ke musalman agar rahenge Islam ke raaste par to Allah un ki madad karega.</w:t>
      </w:r>
      <w:r>
        <w:br/>
      </w:r>
      <w:r>
        <w:rPr>
          <w:sz w:val="20"/>
        </w:rPr>
        <w:t>55:47  Structure Committee kya kehti hai, woh aap log janiye. main main is ko koi ahmiyat nahi deta. main ahmiyat is baat deta hoon ke "أَنْتُمُ الْعَلَوْنِ إِن كُنْتُمْ مُؤْمِنِينَ" agar tumhara imaan hoga to tum hi ghaib rahoge.</w:t>
      </w:r>
      <w:r>
        <w:br/>
      </w:r>
      <w:r>
        <w:rPr>
          <w:sz w:val="20"/>
        </w:rPr>
        <w:t>56:07  to mujhe to meri soch to yeh hai ke baqi Structure Committee kya kehti hai, woh aap log janiye. mera mera is se koi cursor nahi hai.</w:t>
      </w:r>
    </w:p>
    <w:p>
      <w:pPr>
        <w:pStyle w:val="Heading2"/>
      </w:pPr>
      <w:r>
        <w:t>Opinion on Salman Rushdie's visit</w:t>
      </w:r>
    </w:p>
    <w:p>
      <w:r>
        <w:rPr>
          <w:color w:val="666666"/>
          <w:sz w:val="18"/>
        </w:rPr>
        <w:t>Society &amp; Dawah · Islam in A New Age March 18, 2012 · 1m 30s · at 1:16:42 · https://youtu.be/P5hzq_NheY0?t=4602</w:t>
      </w:r>
    </w:p>
    <w:p>
      <w:r>
        <w:rPr>
          <w:i/>
        </w:rPr>
        <w:t>“Salman Rushdie has hurt the sentiments of Muslims by coming to India. What is your opinion about this? Would you like to invite him to your class, while it is said that he is an enemy of Muslims and Islam?”</w:t>
      </w:r>
    </w:p>
    <w:p>
      <w:r>
        <w:rPr>
          <w:sz w:val="20"/>
        </w:rPr>
        <w:t>1:16:42  Maulana, agla sawal Shah Imran, Mr Shah Imran Hasan ka hai, Delhi se. unhone likha hai: Salman Rushdie ne India mein aa kar musalmanon ke jazbat ko majrooh kiya hai.</w:t>
      </w:r>
      <w:r>
        <w:br/>
      </w:r>
      <w:r>
        <w:rPr>
          <w:sz w:val="20"/>
        </w:rPr>
        <w:t>1:16:56  is bare mein aap ki kya rai hai? kya aap unko apni class mein bulana chahenge,</w:t>
      </w:r>
      <w:r>
        <w:br/>
      </w:r>
      <w:r>
        <w:rPr>
          <w:sz w:val="20"/>
        </w:rPr>
        <w:t>1:17:02  jabke kaha jata hai ke woh musalman aur Islam ke dushman hain? koi dushman nahi hota. hum har ek ko badu samajhte hain. yeh nazariya hi galat hai ke woh dushman hai, woh conspirator hai.</w:t>
      </w:r>
      <w:r>
        <w:br/>
      </w:r>
      <w:r>
        <w:rPr>
          <w:sz w:val="20"/>
        </w:rPr>
        <w:t>1:17:15  yeh sab bilkul Islami soch nahi hai, yeh qaumi soch hai, qaumi. hum har insaan ko badu samajhte hain. har insaan ko chahte hain ke Allah ka paigham us ko pohanchaya jaye.</w:t>
      </w:r>
      <w:r>
        <w:br/>
      </w:r>
      <w:r>
        <w:rPr>
          <w:sz w:val="20"/>
        </w:rPr>
        <w:t>1:17:26  bas. aur kuch nahin. baqi kaun kya hai, woh Allah jaane, woh qayamat ke faisla is ka hoga. yeh yeh soch ko main bilkul baطل samjhta hoon, baطل.</w:t>
      </w:r>
      <w:r>
        <w:br/>
      </w:r>
      <w:r>
        <w:rPr>
          <w:sz w:val="20"/>
        </w:rPr>
        <w:t>1:17:38  ke logon ko kaha jaye ke yeh dost hai, yeh dushman hai, yeh saazishi hai, yeh falan, yeh sab bilkul jhooti soch hai.</w:t>
      </w:r>
      <w:r>
        <w:br/>
      </w:r>
      <w:r>
        <w:rPr>
          <w:sz w:val="20"/>
        </w:rPr>
        <w:t>1:17:45  bas do hi taqseem hai, daai aur badu. aur koi teesri soch, teesri category hai nahin. to hum na kisi ki nafrat karne ko jaiz samajhte, na kisi ko dushman kaha jaye, yeh is ko bhi jaiz nahin samajhte, is ko.</w:t>
      </w:r>
      <w:r>
        <w:br/>
      </w:r>
      <w:r>
        <w:rPr>
          <w:sz w:val="20"/>
        </w:rPr>
        <w:t>1:18:02  sab ke liye khair khwahi, sab ke liye dua, sab ko insan samajhna, sab ko Allah ka paigham pahunchana, yeh hai sahi Islami mizaj.</w:t>
      </w:r>
    </w:p>
    <w:p>
      <w:pPr>
        <w:pStyle w:val="Heading2"/>
      </w:pPr>
      <w:r>
        <w:t>Opinion on Syria and Aleppo situation</w:t>
      </w:r>
    </w:p>
    <w:p>
      <w:r>
        <w:rPr>
          <w:color w:val="666666"/>
          <w:sz w:val="18"/>
        </w:rPr>
        <w:t>Society &amp; Dawah · Prophetic Wisdom | May 01, 2016 · 1m 24s · at 45:39 · https://youtu.be/KrjwjAw03zw?t=2739</w:t>
      </w:r>
    </w:p>
    <w:p>
      <w:r>
        <w:rPr>
          <w:i/>
        </w:rPr>
        <w:t>“Maulana sahib, what would you say about the situation in Syria and Aleppo? Is it correct?”</w:t>
      </w:r>
    </w:p>
    <w:p>
      <w:r>
        <w:rPr>
          <w:sz w:val="20"/>
        </w:rPr>
        <w:t>45:39  hai to yeh bhi isi mein shamil hai Maulana agla sawal</w:t>
      </w:r>
      <w:r>
        <w:br/>
      </w:r>
      <w:r>
        <w:rPr>
          <w:sz w:val="20"/>
        </w:rPr>
        <w:t>45:47  aa jhabua Madhya Pradesh se kiya hai Adeeb Rizwan Al-Sabaq sahib ne aur unhon ne aap se poocha</w:t>
      </w:r>
      <w:r>
        <w:br/>
      </w:r>
      <w:r>
        <w:rPr>
          <w:sz w:val="20"/>
        </w:rPr>
        <w:t>45:53  hai ke Maulana sahib Sham aur Halab ke halaat par aap kya kahenge kya yeh sahi hai</w:t>
      </w:r>
      <w:r>
        <w:br/>
      </w:r>
      <w:r>
        <w:rPr>
          <w:sz w:val="20"/>
        </w:rPr>
        <w:t>45:59  ya galat dekhiye is par tabsarah karne ki zaroorat nahi hai aap ko maloom hai jo ho raha</w:t>
      </w:r>
      <w:r>
        <w:br/>
      </w:r>
      <w:r>
        <w:rPr>
          <w:sz w:val="20"/>
        </w:rPr>
        <w:t>46:05  hai mein aksar kaha karta hoon ke yeh sab ho raha hai unawareness ki wajah se bekhabari</w:t>
      </w:r>
      <w:r>
        <w:br/>
      </w:r>
      <w:r>
        <w:rPr>
          <w:sz w:val="20"/>
        </w:rPr>
        <w:t>46:12  ki wajah se</w:t>
      </w:r>
      <w:r>
        <w:br/>
      </w:r>
      <w:r>
        <w:rPr>
          <w:sz w:val="20"/>
        </w:rPr>
        <w:t>46:18  un ki bekhabari ko todiye to yeh halaat hamari aap ki zimmedari ko batate hain log</w:t>
      </w:r>
      <w:r>
        <w:br/>
      </w:r>
      <w:r>
        <w:rPr>
          <w:sz w:val="20"/>
        </w:rPr>
        <w:t>46:28  aksar doosron ka halat batane lagte hain nahi aise halaat mein aap apni zimmedari ko sochiye hum</w:t>
      </w:r>
      <w:r>
        <w:br/>
      </w:r>
      <w:r>
        <w:rPr>
          <w:sz w:val="20"/>
        </w:rPr>
        <w:t>46:38  hamare saathi yahi kar rahe hain hum in halaat ko</w:t>
      </w:r>
      <w:r>
        <w:br/>
      </w:r>
      <w:r>
        <w:rPr>
          <w:sz w:val="20"/>
        </w:rPr>
        <w:t>46:48  is aitbaar se lete hain ke hamari zimmedari ko bata rahe hain aur Inshallah har raat ke</w:t>
      </w:r>
      <w:r>
        <w:br/>
      </w:r>
      <w:r>
        <w:rPr>
          <w:sz w:val="20"/>
        </w:rPr>
        <w:t>46:56  baad subah aati hai to yahan bhi halaat badlenge zaroorat hai ke hum apna positive kaam jari</w:t>
      </w:r>
    </w:p>
    <w:p>
      <w:pPr>
        <w:pStyle w:val="Heading2"/>
      </w:pPr>
      <w:r>
        <w:t>Opinion on Women March in Pakistan</w:t>
      </w:r>
    </w:p>
    <w:p>
      <w:r>
        <w:rPr>
          <w:color w:val="666666"/>
          <w:sz w:val="18"/>
        </w:rPr>
        <w:t>Society &amp; Dawah · The Role of a Woman March 8, 2020 Maulana Wahiduddin Khan · 1m 04s · at 27:12 · https://youtu.be/aBPy_KTsk1A?t=1632</w:t>
      </w:r>
    </w:p>
    <w:p>
      <w:r>
        <w:rPr>
          <w:i/>
        </w:rPr>
        <w:t>“Maulana, in Pakistan today a Women March has been organized and this March...”</w:t>
      </w:r>
    </w:p>
    <w:p>
      <w:r>
        <w:rPr>
          <w:sz w:val="20"/>
        </w:rPr>
        <w:t>27:12  Maulana Yaqoob Umri ne Delhi se likha hai "Maulana, jazak Allah khair for acknowledging Hazrat Hajirah on the occasion of Women's Day." Maulana, agla sawal lete hain.</w:t>
      </w:r>
      <w:r>
        <w:br/>
      </w:r>
      <w:r>
        <w:rPr>
          <w:sz w:val="20"/>
        </w:rPr>
        <w:t>27:26  yeh sawal Karachi, Pakistan se</w:t>
      </w:r>
      <w:r>
        <w:br/>
      </w:r>
      <w:r>
        <w:rPr>
          <w:sz w:val="20"/>
        </w:rPr>
        <w:t>27:30  Miss Maria Akram ka hai. Unho'n ne likha hai "Maulana, Pakistan mein aaj Women March organize kiya gaya hai and this March</w:t>
      </w:r>
      <w:r>
        <w:br/>
      </w:r>
      <w:r>
        <w:rPr>
          <w:sz w:val="20"/>
        </w:rPr>
        <w:t>27:45  comes across as a man-hating march. What is your v</w:t>
      </w:r>
      <w:r>
        <w:br/>
      </w:r>
      <w:r>
        <w:rPr>
          <w:sz w:val="20"/>
        </w:rPr>
        <w:t>27:50  iew on it? Is this March justified?" bhai, main is ki khabar, bhai, main aap hi suniye.</w:t>
      </w:r>
      <w:r>
        <w:br/>
      </w:r>
      <w:r>
        <w:rPr>
          <w:sz w:val="20"/>
        </w:rPr>
        <w:t>28:00  mujhe is ke bare mein detail ka pata nahi hai. Agar main is ki detail jaan paya to main inshallah apna comment dunga.</w:t>
      </w:r>
      <w:r>
        <w:br/>
      </w:r>
      <w:r>
        <w:rPr>
          <w:sz w:val="20"/>
        </w:rPr>
        <w:t>28:11  abhi to mujhe kuch maloom nahi tha. Aap ne pehli baar mujhe bataya.</w:t>
      </w:r>
    </w:p>
    <w:p>
      <w:pPr>
        <w:pStyle w:val="Heading2"/>
      </w:pPr>
      <w:r>
        <w:t>Opinion on consumerism in the hall</w:t>
      </w:r>
    </w:p>
    <w:p>
      <w:r>
        <w:rPr>
          <w:color w:val="666666"/>
          <w:sz w:val="18"/>
        </w:rPr>
        <w:t>Society &amp; Dawah · Age of Consumerism January 6, 2013 · 2m 38s · at 1:18:21 · https://youtu.be/zJRZ1OKUhgA?t=4701</w:t>
      </w:r>
    </w:p>
    <w:p>
      <w:r>
        <w:rPr>
          <w:i/>
        </w:rPr>
        <w:t>“I can see lots of consumerism like Apple laptops, desktops, and Android phones in the hall. What is your opinion?”</w:t>
      </w:r>
    </w:p>
    <w:p>
      <w:r>
        <w:rPr>
          <w:sz w:val="20"/>
        </w:rPr>
        <w:t>1:18:21  maulana, unka ek aur sawal hai. unhone likha hai: "i can see here in the hall lots of consumerism like apple laptop, desktop and android mobile phones, etcetera.</w:t>
      </w:r>
      <w:r>
        <w:br/>
      </w:r>
      <w:r>
        <w:rPr>
          <w:sz w:val="20"/>
        </w:rPr>
        <w:t>1:18:34  they all are in front of your eyes. what is your opinion?" is mani mein aap ne meri baat samjhi nahi, aap ne suna bhi nahi meri baat ko. shayad aap apne mani mein jee rahe the, aap yahan nahi the, yahan par yahan nahi the.</w:t>
      </w:r>
      <w:r>
        <w:br/>
      </w:r>
      <w:r>
        <w:rPr>
          <w:sz w:val="20"/>
        </w:rPr>
        <w:t>1:18:48  aap aap</w:t>
      </w:r>
      <w:r>
        <w:br/>
      </w:r>
      <w:r>
        <w:rPr>
          <w:sz w:val="20"/>
        </w:rPr>
        <w:t>1:18:50  is se pehle jahan the, wahin abhi bhi wahin the. aap dekhiye, hamein hum ek commission chala rahe hain, ek global mission, international mission.</w:t>
      </w:r>
      <w:r>
        <w:br/>
      </w:r>
      <w:r>
        <w:rPr>
          <w:sz w:val="20"/>
        </w:rPr>
        <w:t>1:19:00  apni baat ko saare duniya mein pahunchana hai, to aap kaise pahunchayenge? yahan jitni cheezein aap dekhenge, sab zaroorat ki cheezein hain. yaani global modern communication jeete hain hum.</w:t>
      </w:r>
      <w:r>
        <w:br/>
      </w:r>
      <w:r>
        <w:rPr>
          <w:sz w:val="20"/>
        </w:rPr>
        <w:t>1:19:13  hamein ek global mission hum chala rahe hain, to kaise chalayenge? bataiye, is ke baghair chalayenge aap?</w:t>
      </w:r>
      <w:r>
        <w:br/>
      </w:r>
      <w:r>
        <w:rPr>
          <w:sz w:val="20"/>
        </w:rPr>
        <w:t>1:19:19  to ek cheez hoti hai, yaani apni shauk ko poora karna, apni khwahish ko poora karna, apni shaan o shaukat ko poora karna, woh ek alag cheez hai.</w:t>
      </w:r>
      <w:r>
        <w:br/>
      </w:r>
      <w:r>
        <w:rPr>
          <w:sz w:val="20"/>
        </w:rPr>
        <w:t>1:19:30  yeh to bilkul zaroorat ki cheezein hain. yeh mission ke aitbaar se dekhiye, is ko mission ke aitbaar se. mere khayal se aap yahan tashreef rakhte honge, lekin aap maujood nahi yahan par hain.</w:t>
      </w:r>
      <w:r>
        <w:br/>
      </w:r>
      <w:r>
        <w:rPr>
          <w:sz w:val="20"/>
        </w:rPr>
        <w:t>1:19:44  meri baaton ko suna nahi aap ne.</w:t>
      </w:r>
      <w:r>
        <w:br/>
      </w:r>
      <w:r>
        <w:rPr>
          <w:sz w:val="20"/>
        </w:rPr>
        <w:t>1:19:49  ek fard woh hai jo bas kahin kamre mein jee raha hai, uska maamla alag hai. lekin jo jo man of mission hai, uske maamlaat alag hote hain. man of mission ki zaroorat hai ke is waqt telephone ho, uske paas computer ho, uske paas laptop ho taake saari duniya mein apni baat ko pahuncha sake.</w:t>
      </w:r>
      <w:r>
        <w:br/>
      </w:r>
      <w:r>
        <w:rPr>
          <w:sz w:val="20"/>
        </w:rPr>
        <w:t>1:20:06  woh to aap aap is aitbaar se dekhiye ke meri personal life ko aap dekhiye, mere kamre mein ke main kaise rehta hoon.</w:t>
      </w:r>
      <w:r>
        <w:br/>
      </w:r>
      <w:r>
        <w:rPr>
          <w:sz w:val="20"/>
        </w:rPr>
        <w:t>1:20:17  mission ke aitbaar se main kya kar raha hoon, is ko is is se mat naapiye. aap meri jo personal life hai ke main kapda kaisa hai, meri kursi kaisi hai, mera khana kaisa hai, woh ek alag cheez hai.</w:t>
      </w:r>
      <w:r>
        <w:br/>
      </w:r>
      <w:r>
        <w:rPr>
          <w:sz w:val="20"/>
        </w:rPr>
        <w:t>1:20:31  is ko alag kar ke dekhiye. aur doosri ke mission ko chalane ke liye main kya kar raha hoon, woh ek alag cheez hai. ya to mission ko aap band kar dein.</w:t>
      </w:r>
      <w:r>
        <w:br/>
      </w:r>
      <w:r>
        <w:rPr>
          <w:sz w:val="20"/>
        </w:rPr>
        <w:t>1:20:41  yeh age jo hai, yeh is mein is age mein hum ko apni baat ko saari duniya tak pahunchana hai, to kaise pahunchayen? bataiye, most modern technique jo hai, woh hum istemaal karenge is ko kyunke woh hamare man ambition ki zaroorat hai.</w:t>
      </w:r>
      <w:r>
        <w:br/>
      </w:r>
      <w:r>
        <w:rPr>
          <w:sz w:val="20"/>
        </w:rPr>
        <w:t>1:20:56  woh</w:t>
      </w:r>
    </w:p>
    <w:p>
      <w:pPr>
        <w:pStyle w:val="Heading2"/>
      </w:pPr>
      <w:r>
        <w:t>Opinion on religious conversion</w:t>
      </w:r>
    </w:p>
    <w:p>
      <w:r>
        <w:rPr>
          <w:color w:val="666666"/>
          <w:sz w:val="18"/>
        </w:rPr>
        <w:t>Society &amp; Dawah · Importance of Creative Thinking December 11, 2011 · 1m 32s · at 1:26:55 · https://youtu.be/jfML9Arb0S4?t=5215</w:t>
      </w:r>
    </w:p>
    <w:p>
      <w:r>
        <w:rPr>
          <w:i/>
        </w:rPr>
        <w:t>“What is your opinion about religious conversion?”</w:t>
      </w:r>
    </w:p>
    <w:p>
      <w:r>
        <w:rPr>
          <w:sz w:val="20"/>
        </w:rPr>
        <w:t>1:26:55  maulana, agla sawal hai mr imran hasan ka dilli se. unhon ne likha hai ke "dharm parivartan ke bare mein aap ka kya khayal hai?"</w:t>
      </w:r>
      <w:r>
        <w:br/>
      </w:r>
      <w:r>
        <w:rPr>
          <w:sz w:val="20"/>
        </w:rPr>
        <w:t>1:27:07  bhai, hamara to yeh koi concept nahi hai conversion ka. hum kabhi ek bhi aap ne nahi suna hoga. hum itne dinon se yahan pe class chala rahe hain.</w:t>
      </w:r>
      <w:r>
        <w:br/>
      </w:r>
      <w:r>
        <w:rPr>
          <w:sz w:val="20"/>
        </w:rPr>
        <w:t>1:27:16  hum conversion ki baat nahi karte. number kisi kitaab mein bhi conversion ki baat nahi hai. main dekhta hoon mazhab aadmi ka personal choice hai.</w:t>
      </w:r>
      <w:r>
        <w:br/>
      </w:r>
      <w:r>
        <w:rPr>
          <w:sz w:val="20"/>
        </w:rPr>
        <w:t>1:27:25  woh jo chahe woh ikhtiyar kare.</w:t>
      </w:r>
      <w:r>
        <w:br/>
      </w:r>
      <w:r>
        <w:rPr>
          <w:sz w:val="20"/>
        </w:rPr>
        <w:t>1:27:30  aap ko sirf yeh haq hai ke aap khud jo chahen ikhtiyar karen, aur phir jis cheez ko sachai samajhte hain, us ko aap yani us par bol sakte hain, likh sakte hain.</w:t>
      </w:r>
      <w:r>
        <w:br/>
      </w:r>
      <w:r>
        <w:rPr>
          <w:sz w:val="20"/>
        </w:rPr>
        <w:t>1:27:40  woh freedom of expression ki baat hai. aap ke liye freedom of expression hai. freedom of expression doosre ke liye freedom of choice.</w:t>
      </w:r>
      <w:r>
        <w:br/>
      </w:r>
      <w:r>
        <w:rPr>
          <w:sz w:val="20"/>
        </w:rPr>
        <w:t>1:27:51  aap apni freedom of expression ko istemal kar sakte hain, aur doosra aadmi jo hai, woh apni freedom of option ko istemal karega. freedom of choice ko istemal karega.</w:t>
      </w:r>
      <w:r>
        <w:br/>
      </w:r>
      <w:r>
        <w:rPr>
          <w:sz w:val="20"/>
        </w:rPr>
        <w:t>1:28:02  us ko us ka choice aap ke liye apni azaadi. aap na to kisi se nafrat kar sakte hain, na kisi ko. yani main baharhal conversion ka concept hamare hamare is movement mein nahi hai.</w:t>
      </w:r>
      <w:r>
        <w:br/>
      </w:r>
      <w:r>
        <w:rPr>
          <w:sz w:val="20"/>
        </w:rPr>
        <w:t>1:28:18  yani hamare cps ke jo hum jo hamari movement hai, us mein conversion ka concept nahi koi.</w:t>
      </w:r>
    </w:p>
    <w:p>
      <w:pPr>
        <w:pStyle w:val="Heading2"/>
      </w:pPr>
      <w:r>
        <w:t>Opposite effect of modern civilization</w:t>
      </w:r>
    </w:p>
    <w:p>
      <w:r>
        <w:rPr>
          <w:color w:val="666666"/>
          <w:sz w:val="18"/>
        </w:rPr>
        <w:t>Society &amp; Dawah · Discovery of Paradise March 22, 2015 · 2m 12s · at 58:06 · https://youtu.be/2axrfd7sZkE?t=3486</w:t>
      </w:r>
    </w:p>
    <w:p>
      <w:r>
        <w:rPr>
          <w:i/>
        </w:rPr>
        <w:t>“Modern civilization was supposed to make people happy and comfortable, but today we see more cases of depression, tension, suicide and murder. Why this opposite effect?”</w:t>
      </w:r>
    </w:p>
    <w:p>
      <w:r>
        <w:rPr>
          <w:sz w:val="20"/>
        </w:rPr>
        <w:t>58:06  maulana, agla sawal bangalore se kiya hai. maulana, agla sawal bangalore se kiya hai mr. ravi ne, aur unhon ne likha hai ke: "modern civilization was supposed to make people happy and comfortable,</w:t>
      </w:r>
      <w:r>
        <w:br/>
      </w:r>
      <w:r>
        <w:rPr>
          <w:sz w:val="20"/>
        </w:rPr>
        <w:t>58:23  but today we see more cases of depression, tension, suicide and murder.</w:t>
      </w:r>
      <w:r>
        <w:br/>
      </w:r>
      <w:r>
        <w:rPr>
          <w:sz w:val="20"/>
        </w:rPr>
        <w:t>58:30  This is much much more than when civilization was not so modern in earlier periods. Why this opposite effect?</w:t>
      </w:r>
      <w:r>
        <w:br/>
      </w:r>
      <w:r>
        <w:rPr>
          <w:sz w:val="20"/>
        </w:rPr>
        <w:t>58:40  واٹ از دا ریزن اکارڈنگ ٹو یو مولانا؟" دیکھیں، میرے علم میں تو کوئی بھی شخص نہیں جو یہ کلیم کرے کہ ماڈرن سویلائزیشن نے لوگوں کو ہیپینس دیا ہے۔</w:t>
      </w:r>
      <w:r>
        <w:br/>
      </w:r>
      <w:r>
        <w:rPr>
          <w:sz w:val="20"/>
        </w:rPr>
        <w:t>58:51  ایسا کوئی مجھے نہیں معلوم۔</w:t>
      </w:r>
      <w:r>
        <w:br/>
      </w:r>
      <w:r>
        <w:rPr>
          <w:sz w:val="20"/>
        </w:rPr>
        <w:t>58:55  ماڈرن سویلائزیشن چاہتی تھی دینا ہیپینس، یعنی لیکن مل گئی ہے، وہ چیز اچیو ہو گئی ہے۔</w:t>
      </w:r>
      <w:r>
        <w:br/>
      </w:r>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r>
        <w:br/>
      </w:r>
      <w:r>
        <w:rPr>
          <w:sz w:val="20"/>
        </w:rPr>
        <w:t>59:50  ایسا تو نہیں ہے، بلکہ اس تجربے سے پتہ چلتا ہے کہ مٹیریل سویلائزیشن کے سوا کچھ اور ہمیں چاہیے۔</w:t>
      </w:r>
      <w:r>
        <w:br/>
      </w:r>
      <w:r>
        <w:rPr>
          <w:sz w:val="20"/>
        </w:rPr>
        <w:t>1:00:01  جو مٹیریل کلچر ہے، یا مٹیریل سویلائزیشن ہے، یا مٹیریل ڈیولپمنٹ ہے، اس کے سوا کچھ اور ہمیں چاہیے، تب ہمیں ریئل ہیپینس ملے گی۔</w:t>
      </w:r>
      <w:r>
        <w:br/>
      </w:r>
      <w:r>
        <w:rPr>
          <w:sz w:val="20"/>
        </w:rPr>
        <w:t>1:00:12  اس ایکسپیرینس سے تو یہ بات ثابت ہوتی ہے۔</w:t>
      </w:r>
    </w:p>
    <w:p>
      <w:pPr>
        <w:pStyle w:val="Heading2"/>
      </w:pPr>
      <w:r>
        <w:t>Option for CPS members in Pakistan</w:t>
      </w:r>
    </w:p>
    <w:p>
      <w:r>
        <w:rPr>
          <w:color w:val="666666"/>
          <w:sz w:val="18"/>
        </w:rPr>
        <w:t>Society &amp; Dawah · Experience of Hyderabad CPS Meet December 1, 2013 · 2m 01s · at 1:06:53 · https://youtu.be/Y8mcxF2Lhyc?t=4013</w:t>
      </w:r>
    </w:p>
    <w:p>
      <w:r>
        <w:rPr>
          <w:i/>
        </w:rPr>
        <w:t>“What is the option for CPS members living in Pakistan regarding staying in Pakistan? Please explain.”</w:t>
      </w:r>
    </w:p>
    <w:p>
      <w:r>
        <w:rPr>
          <w:sz w:val="20"/>
        </w:rPr>
        <w:t>1:06:53  maulana, agla sawal pakistan se kiya hai aamir aamir bin yusuf sahib ne. unhon ne likha hai: "maulana sahib, jo cps ke members pakistan mein rehte hain, un ke liye pakistan mein rehne ka kya option hai?</w:t>
      </w:r>
      <w:r>
        <w:br/>
      </w:r>
      <w:r>
        <w:rPr>
          <w:sz w:val="20"/>
        </w:rPr>
        <w:t>1:07:09  is ke baray mein batayen." option ka kya matlab</w:t>
      </w:r>
      <w:r>
        <w:br/>
      </w:r>
      <w:r>
        <w:rPr>
          <w:sz w:val="20"/>
        </w:rPr>
        <w:t>1:07:13  bhai? woh yeh mein samajh nahin aaya. is sawal ka matlab hi nahin samajh mein aaya. option ka kya matlab bhai? aap jahan bhi rahen, aap ek hi sab ka woh apne liye marifat, doosre ki dawat hai.</w:t>
      </w:r>
      <w:r>
        <w:br/>
      </w:r>
      <w:r>
        <w:rPr>
          <w:sz w:val="20"/>
        </w:rPr>
        <w:t>1:07:29  ji chahe pakistan mein ho, india mein ho, option ki baat to yeh hai hi nahin. matlab jo zimmedari hai quran sunnat ke aitbar se, woh yeh hai ke mujhe apne liye marifat hasil karna hai.</w:t>
      </w:r>
      <w:r>
        <w:br/>
      </w:r>
      <w:r>
        <w:rPr>
          <w:sz w:val="20"/>
        </w:rPr>
        <w:t>1:07:43  isi marifat se ibadat, akhlaq sab paida hongi aur doosron ke liye dawat daai banna hai, khair khwah bankar ke. yeh yeh two point mission hai.</w:t>
      </w:r>
      <w:r>
        <w:br/>
      </w:r>
      <w:r>
        <w:rPr>
          <w:sz w:val="20"/>
        </w:rPr>
        <w:t>1:07:53  yeh marifat aur dawat, bhai woh bhi karen.</w:t>
      </w:r>
      <w:r>
        <w:br/>
      </w:r>
      <w:r>
        <w:rPr>
          <w:sz w:val="20"/>
        </w:rPr>
        <w:t>1:07:58  baqi wahan jo ladai bhadai ho rahi hai, main usko galat samajhta hoon. aur tarah tarah ki yaani ladaiyan wahan pe chal rahi hain.</w:t>
      </w:r>
      <w:r>
        <w:br/>
      </w:r>
      <w:r>
        <w:rPr>
          <w:sz w:val="20"/>
        </w:rPr>
        <w:t>1:08:08  aur sab se zyada tawakkud to yeh hai ke shatme rasool ka jo qanoon unke haan hai,</w:t>
      </w:r>
      <w:r>
        <w:br/>
      </w:r>
      <w:r>
        <w:rPr>
          <w:sz w:val="20"/>
        </w:rPr>
        <w:t>1:08:14  bas koi rumor kahin hogi ke isne rasool Allah ke shatme kiya hai aur ja ke marte hain, jalate hain, phoonkte hain. yeh to yaani yeh to bas bataoon ke koi iski mere paas alfaaz nahin ke kin alfaaz mein isko kardab karoon.</w:t>
      </w:r>
      <w:r>
        <w:br/>
      </w:r>
      <w:r>
        <w:rPr>
          <w:sz w:val="20"/>
        </w:rPr>
        <w:t>1:08:28  main isko islam ko badnaam karna hai, islam ke naam par islam ko badnaam karna hai.</w:t>
      </w:r>
      <w:r>
        <w:br/>
      </w:r>
      <w:r>
        <w:rPr>
          <w:sz w:val="20"/>
        </w:rPr>
        <w:t>1:08:37  is tarah ke qanoon ko main bilkul galat samajhta hoon.</w:t>
      </w:r>
      <w:r>
        <w:br/>
      </w:r>
      <w:r>
        <w:rPr>
          <w:sz w:val="20"/>
        </w:rPr>
        <w:t>1:08:41  yeh galat qanoon hai. yeh shayad mere rasool ki qatl, shayad iske peeche shah ibn taimiya ho ya koi bhi ho, behraal main isko galat samajhta hoon.</w:t>
      </w:r>
      <w:r>
        <w:br/>
      </w:r>
      <w:r>
        <w:rPr>
          <w:sz w:val="20"/>
        </w:rPr>
        <w:t>1:08:49  main ne kitab likhi hai.</w:t>
      </w:r>
    </w:p>
    <w:p>
      <w:pPr>
        <w:pStyle w:val="Heading2"/>
      </w:pPr>
      <w:r>
        <w:t>Order of Dawah Hijrah Jihad</w:t>
      </w:r>
    </w:p>
    <w:p>
      <w:r>
        <w:rPr>
          <w:color w:val="666666"/>
          <w:sz w:val="18"/>
        </w:rPr>
        <w:t>Society &amp; Dawah · The Problem of Conditioning April 22, 2012 · 1m 26s · at 1:20:03 · https://youtu.be/j-kJQzOz46g?t=4803</w:t>
      </w:r>
    </w:p>
    <w:p>
      <w:r>
        <w:rPr>
          <w:i/>
        </w:rPr>
        <w:t>“Is the order of Dawah, Hijrah, and Jihad the desired sequence?”</w:t>
      </w:r>
    </w:p>
    <w:p>
      <w:r>
        <w:rPr>
          <w:sz w:val="20"/>
        </w:rPr>
        <w:t>1:20:03  maulana, agla sawal andhra pradesh se mr imtiaz ahmed sahib ka aaya hai. unho ne likha hai: "dawah, hijrat, jihad, kya yeh matloob tarteeb hai?" harghiz nahi.</w:t>
      </w:r>
      <w:r>
        <w:br/>
      </w:r>
      <w:r>
        <w:rPr>
          <w:sz w:val="20"/>
        </w:rPr>
        <w:t>1:20:18  kuch log yeh samajhte hain ke yeh matloob tarteeb, yeh koi tarteeb nahi hai.</w:t>
      </w:r>
      <w:r>
        <w:br/>
      </w:r>
      <w:r>
        <w:rPr>
          <w:sz w:val="20"/>
        </w:rPr>
        <w:t>1:20:22  yeh dekhiye, yeh sab depend karta hai haalaat par. it all depends upon situation. aap dawah denge, dawah denge, aur uske baad haalaat tay karenge ke agle marhalay kya hon.</w:t>
      </w:r>
      <w:r>
        <w:br/>
      </w:r>
      <w:r>
        <w:rPr>
          <w:sz w:val="20"/>
        </w:rPr>
        <w:t>1:20:38  ek kitaab chhapi hai, us mein yeh likha hai ke dawah aur hijrat aur jihad, yeh bilkul galat hai. yeh</w:t>
      </w:r>
      <w:r>
        <w:br/>
      </w:r>
      <w:r>
        <w:rPr>
          <w:sz w:val="20"/>
        </w:rPr>
        <w:t>1:20:47  yaani tareekh ko tareekh se nazariya banana hai. yeh jo kehte hain, jo log ek moti si kitaab chhapi hai: "dawah, hijrat, jihad", yeh tareekh ko nazariye ka darja dena hai.</w:t>
      </w:r>
      <w:r>
        <w:br/>
      </w:r>
      <w:r>
        <w:rPr>
          <w:sz w:val="20"/>
        </w:rPr>
        <w:t>1:21:03  tareekh se aap nazariya nahi bana sakte. to asal cheez jo hukum hai islam mein, wo to dawat ka hai. dawat den ge, baqi kya halaat pesh aayen ge, us ke mutabiq faisla hoga.</w:t>
      </w:r>
      <w:r>
        <w:br/>
      </w:r>
      <w:r>
        <w:rPr>
          <w:sz w:val="20"/>
        </w:rPr>
        <w:t>1:21:16  halaat ke mutabiq isi waqt faisla kiya</w:t>
      </w:r>
      <w:r>
        <w:br/>
      </w:r>
      <w:r>
        <w:rPr>
          <w:sz w:val="20"/>
        </w:rPr>
        <w:t>1:21:18  jayega. baqi koi tarteeb nahi hai, hargiz tarteeb nahi hai. aisi jo log aisa kehte hain, wo bilkul be asal baat karte hain. be asal jaise baat.</w:t>
      </w:r>
    </w:p>
    <w:p>
      <w:pPr>
        <w:pStyle w:val="Heading2"/>
      </w:pPr>
      <w:r>
        <w:t>Origin of falsehood in community</w:t>
      </w:r>
    </w:p>
    <w:p>
      <w:r>
        <w:rPr>
          <w:color w:val="666666"/>
          <w:sz w:val="18"/>
        </w:rPr>
        <w:t>Society &amp; Dawah · 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Overcoming Tough Times for Muslims</w:t>
      </w:r>
    </w:p>
    <w:p>
      <w:r>
        <w:rPr>
          <w:color w:val="666666"/>
          <w:sz w:val="18"/>
        </w:rPr>
        <w:t>Society &amp; Dawah · 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Overcoming hesitation in interaction for da'wah</w:t>
      </w:r>
    </w:p>
    <w:p>
      <w:r>
        <w:rPr>
          <w:color w:val="666666"/>
          <w:sz w:val="18"/>
        </w:rPr>
        <w:t>Society &amp; Dawah · 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Overcoming incapability in spreading God's message</w:t>
      </w:r>
    </w:p>
    <w:p>
      <w:r>
        <w:rPr>
          <w:color w:val="666666"/>
          <w:sz w:val="18"/>
        </w:rPr>
        <w:t>Society &amp; Dawah · 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Overcoming inhibitions for dawah</w:t>
      </w:r>
    </w:p>
    <w:p>
      <w:r>
        <w:rPr>
          <w:color w:val="666666"/>
          <w:sz w:val="18"/>
        </w:rPr>
        <w:t>Society &amp; Dawah · How God Manages Human History December 23, 2018 · 3m 35s · at 1:20:59 · https://youtu.be/j_yxigrCl5U?t=4859</w:t>
      </w:r>
    </w:p>
    <w:p>
      <w:r>
        <w:rPr>
          <w:i/>
        </w:rPr>
        <w:t>“How to overcome our inhibitions for doing da'wah work? Please explain about this.”</w:t>
      </w:r>
    </w:p>
    <w:p>
      <w:r>
        <w:rPr>
          <w:sz w:val="20"/>
        </w:rPr>
        <w:t>1:20:59  yeh toh in ka murad kya hai? specific tor par bataein. Maulana, agla sawal lena chahein ge. Yeh Mumbai se bheja hai Sajid Anwar sahib ne.</w:t>
      </w:r>
      <w:r>
        <w:br/>
      </w:r>
      <w:r>
        <w:rPr>
          <w:sz w:val="20"/>
        </w:rPr>
        <w:t>1:21:10  unhon ne likha hai: "Maulana! How to overcome our inhibitions for doing da'wah work? Is ke bare mein bataein." Bhai, inhibition kaun si?</w:t>
      </w:r>
      <w:r>
        <w:br/>
      </w:r>
      <w:r>
        <w:rPr>
          <w:sz w:val="20"/>
        </w:rPr>
        <w:t>1:21:21  is ko is ka toh naam liya nahi unhon ne. Maulana, aksar log hesitate karte hain Quran dene se ya baat karne se. Un ke zehn mein different different reasons aate hain is ko le ke.</w:t>
      </w:r>
      <w:r>
        <w:br/>
      </w:r>
      <w:r>
        <w:rPr>
          <w:sz w:val="20"/>
        </w:rPr>
        <w:t>1:21:33  toh general level pe kaise inhibitions ko? Yeh aisi hamari report ke mutabiq yeh koi koi fitne ki soorat nahi hai.</w:t>
      </w:r>
      <w:r>
        <w:br/>
      </w:r>
      <w:r>
        <w:rPr>
          <w:sz w:val="20"/>
        </w:rPr>
        <w:t>1:21:44  aka daka koi kisi ko hota hai toh is ko chhoriye.</w:t>
      </w:r>
      <w:r>
        <w:br/>
      </w:r>
      <w:r>
        <w:rPr>
          <w:sz w:val="20"/>
        </w:rPr>
        <w:t>1:21:50  misalan mein apna qissa batata hoon aap ko inhibition ka. Hum Poland gaye. Poland mein Christian ka ek program tha.</w:t>
      </w:r>
      <w:r>
        <w:br/>
      </w:r>
      <w:r>
        <w:rPr>
          <w:sz w:val="20"/>
        </w:rPr>
        <w:t>1:21:59  bade bade padri wahan aaye hue the. Toh woh baithe the kursi'on par. Toh wahan jo maine kaha manage karna seekhiye, toh wahan par yeh hua ke un ko pohanchaya jaye.</w:t>
      </w:r>
      <w:r>
        <w:br/>
      </w:r>
      <w:r>
        <w:rPr>
          <w:sz w:val="20"/>
        </w:rPr>
        <w:t>1:22:17  nahi, woh woh woh jo tha padri logon ko kuch oblation ho gaya ke Quran ko phaila rahe ho. Yahan toh hamara ruk gaya.</w:t>
      </w:r>
      <w:r>
        <w:br/>
      </w:r>
      <w:r>
        <w:rPr>
          <w:sz w:val="20"/>
        </w:rPr>
        <w:t>1:22:29  hamara ho gaya. Aap the us waqt? Ji ji ji. Aap bata dijiye woh kya hua tha. Toh it was a very aah, I mean an interesting incident.</w:t>
      </w:r>
      <w:r>
        <w:br/>
      </w:r>
      <w:r>
        <w:rPr>
          <w:sz w:val="20"/>
        </w:rPr>
        <w:t>1:22:38  In fact, it was aah, I would say a demonstration aah to all the CPS workers that how they should get creative aah when they are doing da'wah work and they should not get intimidated by the environment.</w:t>
      </w:r>
      <w:r>
        <w:br/>
      </w:r>
      <w:r>
        <w:rPr>
          <w:sz w:val="20"/>
        </w:rPr>
        <w:t>1:22:51  toh is doran aah bohat bari gathering thi jaise Maulana sahib bata rahe hain and there were leaders, top leaders, faith leaders from all over the world and it was a mammoth gathering.</w:t>
      </w:r>
      <w:r>
        <w:br/>
      </w:r>
      <w:r>
        <w:rPr>
          <w:sz w:val="20"/>
        </w:rPr>
        <w:t>1:23:03  toh is doran aah aah yeh hua ke kaise distribute karein Quran. Toh Sadia Khan aah aah ne bari creatively she went to aah the Christian faith leader who was the leader aah sitting there in the gathering and she went there and she bowed her head and she said: "Bless me Father</w:t>
      </w:r>
      <w:r>
        <w:br/>
      </w:r>
      <w:r>
        <w:rPr>
          <w:sz w:val="20"/>
        </w:rPr>
        <w:t>1:23:24  . Toh sar jhuka diya. Yeh da'i ne sar jhuka diya. Yeh hai taleem-e-qalb.</w:t>
      </w:r>
      <w:r>
        <w:br/>
      </w:r>
      <w:r>
        <w:rPr>
          <w:sz w:val="20"/>
        </w:rPr>
        <w:t>1:23:35  Maulana, is mein yeh bhi batana chahein ge ke is ka yeh impact hua ke aah woh almost for five ten seconds he kept looking at Sadia. He could not react and then he immediately took the Quran from Sadia and then he smiled aur us ke baad phir woh ek dam opportunity jo hai woh hum logon ke liye khul gayi aur hum log</w:t>
      </w:r>
    </w:p>
    <w:p>
      <w:pPr>
        <w:pStyle w:val="Heading2"/>
      </w:pPr>
      <w:r>
        <w:t>Overcoming negativity from rejection in dawah</w:t>
      </w:r>
    </w:p>
    <w:p>
      <w:r>
        <w:rPr>
          <w:color w:val="666666"/>
          <w:sz w:val="18"/>
        </w:rPr>
        <w:t>Society &amp; Dawah · Contemplation on The Quran December 16, 2018 Maulana Wahiduddin Khan · 6m 22s · at 57:22 · https://youtu.be/bSOe1_KKEYk?t=3442</w:t>
      </w:r>
    </w:p>
    <w:p>
      <w:r>
        <w:rPr>
          <w:i/>
        </w:rPr>
        <w:t>“While distributing the Holy Quran and other literature among non-Muslims, sometimes it happens that some people don't accept the literature and they return it back. At that time I confront a feeling of negativity. That feeling discourages me a bit. How to overcome such a negative feeling?”</w:t>
      </w:r>
    </w:p>
    <w:p>
      <w:r>
        <w:rPr>
          <w:sz w:val="20"/>
        </w:rPr>
        <w:t>57:22  Maulana, agla sawal lete hain. yeh Kashmir se bheja hai Miss Heena Manzoor ne. unhon ne likha hai ke "while distributing the holy Quran or other literature among non Muslims,</w:t>
      </w:r>
      <w:r>
        <w:br/>
      </w:r>
      <w:r>
        <w:rPr>
          <w:sz w:val="20"/>
        </w:rPr>
        <w:t>57:35  sometimes it happens that some people don't accept the literature and they return it back. at that time I confront a feeling of negativity.</w:t>
      </w:r>
      <w:r>
        <w:br/>
      </w:r>
      <w:r>
        <w:rPr>
          <w:sz w:val="20"/>
        </w:rPr>
        <w:t>57:48  that feeling discourages me a bit." Maulana sahib, my question is how to overcome such a negative feeling? dekhiye, aap ki negative feeling bilkul baseless hai, baseless,</w:t>
      </w:r>
      <w:r>
        <w:br/>
      </w:r>
      <w:r>
        <w:rPr>
          <w:sz w:val="20"/>
        </w:rPr>
        <w:t>58:05  baseless hai. kyunke dekhiye, ek lakh se zyada Allah ne payghambar bheje, sab arsalna rusulana tatra,</w:t>
      </w:r>
      <w:r>
        <w:br/>
      </w:r>
      <w:r>
        <w:rPr>
          <w:sz w:val="20"/>
        </w:rPr>
        <w:t>58:21  aur khud Quran ki gawahi hai ke sare nabiyon ko un ke zamane ki qaum ne radd kar diya, radd kar diya.</w:t>
      </w:r>
      <w:r>
        <w:br/>
      </w:r>
      <w:r>
        <w:rPr>
          <w:sz w:val="20"/>
        </w:rPr>
        <w:t>58:36  to qayamat mein jab woh khare honge to un ke sath qaum ki bheed nahi hogi.</w:t>
      </w:r>
      <w:r>
        <w:br/>
      </w:r>
      <w:r>
        <w:rPr>
          <w:sz w:val="20"/>
        </w:rPr>
        <w:t>58:44  to aap ko to woh darja mil raha hai jo nabiyon ka darja hai.</w:t>
      </w:r>
      <w:r>
        <w:br/>
      </w:r>
      <w:r>
        <w:rPr>
          <w:sz w:val="20"/>
        </w:rPr>
        <w:t>58:52  kesi aap baat karte hain?</w:t>
      </w:r>
      <w:r>
        <w:br/>
      </w:r>
      <w:r>
        <w:rPr>
          <w:sz w:val="20"/>
        </w:rPr>
        <w:t>58:58  yani itne saare nabi Allah ki taraf se aaye aur</w:t>
      </w:r>
      <w:r>
        <w:br/>
      </w:r>
      <w:r>
        <w:rPr>
          <w:sz w:val="20"/>
        </w:rPr>
        <w:t>59:06  saare nabiyon ka muamla yeh hua ke un ki qaum ne un ko radd kar diya. woh Allah ke saamne khade honge gawahi dene ke liye ke maine Allah ka kalam pesh kar diya.</w:t>
      </w:r>
      <w:r>
        <w:br/>
      </w:r>
      <w:r>
        <w:rPr>
          <w:sz w:val="20"/>
        </w:rPr>
        <w:t>59:23  to aap ko woh darja mil raha hai. kesi ajib baat aap ne keh di.</w:t>
      </w:r>
      <w:r>
        <w:br/>
      </w:r>
      <w:r>
        <w:rPr>
          <w:sz w:val="20"/>
        </w:rPr>
        <w:t>59:32  yani</w:t>
      </w:r>
      <w:r>
        <w:br/>
      </w:r>
      <w:r>
        <w:rPr>
          <w:sz w:val="20"/>
        </w:rPr>
        <w:t>59:35  main jab gaya tha yerooshlem aur masjid aqsa mein namaz padhi thi to maine wahan dua ki thi ke khudaaya!</w:t>
      </w:r>
      <w:r>
        <w:br/>
      </w:r>
      <w:r>
        <w:rPr>
          <w:sz w:val="20"/>
        </w:rPr>
        <w:t>59:49  yeh woh maqam hai jahan tamam anbiya ikhatta hue aur rasool Allah sal Allah alaih wasallam ne un ki imamat ki.</w:t>
      </w:r>
      <w:r>
        <w:br/>
      </w:r>
      <w:r>
        <w:rPr>
          <w:sz w:val="20"/>
        </w:rPr>
        <w:t>1:00:00  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r>
        <w:br/>
      </w:r>
      <w:r>
        <w:rPr>
          <w:sz w:val="20"/>
        </w:rPr>
        <w:t>1:00:22  to aap ko woh darja hasil hai ke anbiya ki saf mein khadi hui hain aap,</w:t>
      </w:r>
      <w:r>
        <w:br/>
      </w:r>
      <w:r>
        <w:rPr>
          <w:sz w:val="20"/>
        </w:rPr>
        <w:t>1:00:31  aap, aap ko Allah ki nemmat par shukr karna chahiye ke quran agar mehfooz na hota. yaad rakhiye, agar quran mehfooz na hota to yeh darja kaise milta hai aap ko?</w:t>
      </w:r>
      <w:r>
        <w:br/>
      </w:r>
      <w:r>
        <w:rPr>
          <w:sz w:val="20"/>
        </w:rPr>
        <w:t>1:00:45  jaise pichhle anbiya ki kitabein mehfooz nahin hain to un ke manne walon ke liye na nemmat hasil nahin hai.</w:t>
      </w:r>
      <w:r>
        <w:br/>
      </w:r>
      <w:r>
        <w:rPr>
          <w:sz w:val="20"/>
        </w:rPr>
        <w:t>1:00:56  pichhle anbiya par kitabein bheji gayin, woh mehfooz nahin hain. to quran mehfooz hai, as it is. is ki wajah se aap ko yeh darja mil raha hai ke aap nabiyon ke saf mein khade ho sake.</w:t>
      </w:r>
      <w:r>
        <w:br/>
      </w:r>
      <w:r>
        <w:rPr>
          <w:sz w:val="20"/>
        </w:rPr>
        <w:t>1:01:09  agar aap ke andar neeyat durust hai to hargiz negative khayalat mat laiye. aur jis aadmi ko aap quran pesh karein, woh chahe padha jaye ya taaq par rakh de, yeh aap ki zimmedari nahin hai.</w:t>
      </w:r>
      <w:r>
        <w:br/>
      </w:r>
      <w:r>
        <w:rPr>
          <w:sz w:val="20"/>
        </w:rPr>
        <w:t>1:01:31  aap ne is ke haath mein quran de diya to aap ki zimmedari poori ho gayi. to shukr kijiye ke Allah ne aap ko quran ko mehfooz kar ke aap ko yeh mauqa diya hai ke aap woh kaam kar rahe hain jo nabiyon ne kiya.</w:t>
      </w:r>
      <w:r>
        <w:br/>
      </w:r>
      <w:r>
        <w:rPr>
          <w:sz w:val="20"/>
        </w:rPr>
        <w:t>1:01:54  mus kawsar izhar ne usa se comment bheja hai. unhone likha hai:</w:t>
      </w:r>
      <w:r>
        <w:br/>
      </w:r>
      <w:r>
        <w:rPr>
          <w:sz w:val="20"/>
        </w:rPr>
        <w:t>1:02:01  "Maulana Gibbons, he had the human history in mind only when he portrayed the crimes and negativity of the humans. But when we read Quran with contemplation, we have greater picture of God's world, which is zero defect.</w:t>
      </w:r>
      <w:r>
        <w:br/>
      </w:r>
      <w:r>
        <w:rPr>
          <w:sz w:val="20"/>
        </w:rPr>
        <w:t>1:02:19  and when we use common sense, we see the hope for ourselves in this world. we need to make sure we are in nature and common sense." faisal saleem sahib ne likha hai, unhone apni location nahin likhi hai.</w:t>
      </w:r>
      <w:r>
        <w:br/>
      </w:r>
      <w:r>
        <w:rPr>
          <w:sz w:val="20"/>
        </w:rPr>
        <w:t>1:02:34  un ka comment hai: "molana sahib, once again, what a great session!</w:t>
      </w:r>
      <w:r>
        <w:br/>
      </w:r>
      <w:r>
        <w:rPr>
          <w:sz w:val="20"/>
        </w:rPr>
        <w:t>1:02:39  today i have learned that we need to use common sense to know the existence of god through with all the amenities available to us.</w:t>
      </w:r>
      <w:r>
        <w:br/>
      </w:r>
      <w:r>
        <w:rPr>
          <w:sz w:val="20"/>
        </w:rPr>
        <w:t>1:02:50  we just need to capitalize what we have received from god. automatically the presence of god will prevail." mashallah, mashallah!</w:t>
      </w:r>
      <w:r>
        <w:br/>
      </w:r>
      <w:r>
        <w:rPr>
          <w:sz w:val="20"/>
        </w:rPr>
        <w:t>1:03:01  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r>
        <w:br/>
      </w:r>
      <w:r>
        <w:rPr>
          <w:sz w:val="20"/>
        </w:rPr>
        <w:t>1:03:27  molana, abhi tak hum log samajhte the ke mukhtalif tafaseer quran ko samajhne ka zariya hain. aaj aap ne hum sab ko ek naya zariya, ek naye zariye se quran samajhne ki baat batai.</w:t>
      </w:r>
      <w:r>
        <w:br/>
      </w:r>
      <w:r>
        <w:rPr>
          <w:sz w:val="20"/>
        </w:rPr>
        <w:t>1:03:40  alhamdulillah, mashallah!</w:t>
      </w:r>
    </w:p>
    <w:p>
      <w:pPr>
        <w:pStyle w:val="Heading2"/>
      </w:pPr>
      <w:r>
        <w:t>Overcoming shyness when giving Quran to non-Muslims</w:t>
      </w:r>
    </w:p>
    <w:p>
      <w:r>
        <w:rPr>
          <w:color w:val="666666"/>
          <w:sz w:val="18"/>
        </w:rPr>
        <w:t>Society &amp; Dawah · 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Overcoming westernophobia in Muslim community</w:t>
      </w:r>
    </w:p>
    <w:p>
      <w:r>
        <w:rPr>
          <w:color w:val="666666"/>
          <w:sz w:val="18"/>
        </w:rPr>
        <w:t>Society &amp; Dawah · How God Manages Human History December 23, 2018 · 7m 01s · at 1:10:40 · https://youtu.be/j_yxigrCl5U?t=4240</w:t>
      </w:r>
    </w:p>
    <w:p>
      <w:r>
        <w:rPr>
          <w:i/>
        </w:rPr>
        <w:t>“Due to biased culture and negative thinking, today Muslim community is unable to utilize Islam to spread the word of Islam. Maulana, how is it possible for us in such an atmosphere to get rid of westernophobia? Please guide us.”</w:t>
      </w:r>
    </w:p>
    <w:p>
      <w:r>
        <w:rPr>
          <w:sz w:val="20"/>
        </w:rPr>
        <w:t>1:10:40  maulana, agla sawal ah ashaq kamal qadri sahib ne kiya hai haiderabad se. unhon ne likha hai: "Due to biased culture and negative thinking, today Muslim community is unable to utilize Islam to spread the word of Islam.</w:t>
      </w:r>
      <w:r>
        <w:br/>
      </w:r>
      <w:r>
        <w:rPr>
          <w:sz w:val="20"/>
        </w:rPr>
        <w:t>1:10:59  maulana, how is how it is possible for us in such an atmosphere to get rid of westernophobia? Please guide us." bas logon ko samjhaiye, literature phailaiye,</w:t>
      </w:r>
      <w:r>
        <w:br/>
      </w:r>
      <w:r>
        <w:rPr>
          <w:sz w:val="20"/>
        </w:rPr>
        <w:t>1:11:15  communication ko istemal kijiye,</w:t>
      </w:r>
      <w:r>
        <w:br/>
      </w:r>
      <w:r>
        <w:rPr>
          <w:sz w:val="20"/>
        </w:rPr>
        <w:t>1:11:21  print media, electronic media dono ko istemal kijiye. bas yahi kafi hai.</w:t>
      </w:r>
      <w:r>
        <w:br/>
      </w:r>
      <w:r>
        <w:rPr>
          <w:sz w:val="20"/>
        </w:rPr>
        <w:t>1:11:30  naseer sunah sahib ne tamapur se likha hai: "maulana, ek hadith mein peshin goi hai ke aakhri zamane mein sher aur bakri sath mein charen ge.</w:t>
      </w:r>
      <w:r>
        <w:br/>
      </w:r>
      <w:r>
        <w:rPr>
          <w:sz w:val="20"/>
        </w:rPr>
        <w:t>1:11:43  shayad yeh wahi aman ka daur hai, aaj yeh yahi aman ka daur hai. maulana, kya yeh sahi hai?" dekhiye, sahi hai magar is mein condition ke ke sath hai.</w:t>
      </w:r>
      <w:r>
        <w:br/>
      </w:r>
      <w:r>
        <w:rPr>
          <w:sz w:val="20"/>
        </w:rPr>
        <w:t>1:11:55  sher aur bakri ek sath ka matlab yeh nahi hai ke physical sense mein, yeh matlab nahi hai. yeh possible ho gaya, ho jayega ke agar aadmi manage kar sake to yeh us ke us ko yeh faida utha sakta hai.</w:t>
      </w:r>
      <w:r>
        <w:br/>
      </w:r>
      <w:r>
        <w:rPr>
          <w:sz w:val="20"/>
        </w:rPr>
        <w:t>1:12:11  woh to aisi cheezen log manage karna jante nahi hain aur blame dete hain.</w:t>
      </w:r>
      <w:r>
        <w:br/>
      </w:r>
      <w:r>
        <w:rPr>
          <w:sz w:val="20"/>
        </w:rPr>
        <w:t>1:12:19  manage karna jante nahi hain aur blame dete hain.</w:t>
      </w:r>
      <w:r>
        <w:br/>
      </w:r>
      <w:r>
        <w:rPr>
          <w:sz w:val="20"/>
        </w:rPr>
        <w:t>1:12:24  aap you have to learn the art of management. is ke baad sab kuch woh hal ho jayega, sab kuch khatam.</w:t>
      </w:r>
      <w:r>
        <w:br/>
      </w:r>
      <w:r>
        <w:rPr>
          <w:sz w:val="20"/>
        </w:rPr>
        <w:t>1:12:37  art of management. maulana, dilli se management ka main ek misal deta hoon. yeh yeh divine method hai.</w:t>
      </w:r>
      <w:r>
        <w:br/>
      </w:r>
      <w:r>
        <w:rPr>
          <w:sz w:val="20"/>
        </w:rPr>
        <w:t>1:12:48  jaise main srinagar gaya to wahan ke maidan mein jab main dekh raha tha to ek shakhs ne bataya ke dekhiye, paharon par jo chamak raha hai, woh woh barf hai.</w:t>
      </w:r>
      <w:r>
        <w:br/>
      </w:r>
      <w:r>
        <w:rPr>
          <w:sz w:val="20"/>
        </w:rPr>
        <w:t>1:13:01  hum khade the aur paharon par chamak raha tha to woh woh barf thi. is waqt mujhe pehli bar discover hua ke khuda management ka tarika ikhtiyar karta hai.</w:t>
      </w:r>
      <w:r>
        <w:br/>
      </w:r>
      <w:r>
        <w:rPr>
          <w:sz w:val="20"/>
        </w:rPr>
        <w:t>1:13:17  yani yahan maidani ilaqe mein pani barta hai to mousla dhar barish hoti hai. pahari ilaqe mein mousla dhar barish nahi hoti.</w:t>
      </w:r>
      <w:r>
        <w:br/>
      </w:r>
      <w:r>
        <w:rPr>
          <w:sz w:val="20"/>
        </w:rPr>
        <w:t>1:13:29  wahan yeh jo snow kehte hain, us ko snow parti hai. to snow kya hai? woh mousla dhar barish ka badal hai.</w:t>
      </w:r>
      <w:r>
        <w:br/>
      </w:r>
      <w:r>
        <w:rPr>
          <w:sz w:val="20"/>
        </w:rPr>
        <w:t>1:13:43  yani upar se snow aati hai, bilkul rooi ke rooi ke tarike se woh jam jati hai, barf ban jati hai.</w:t>
      </w:r>
      <w:r>
        <w:br/>
      </w:r>
      <w:r>
        <w:rPr>
          <w:sz w:val="20"/>
        </w:rPr>
        <w:t>1:13:53  to barf kya cheez hai? woh is yeh store ki hui barish hai, store kiya hua pani hai.</w:t>
      </w:r>
      <w:r>
        <w:br/>
      </w:r>
      <w:r>
        <w:rPr>
          <w:sz w:val="20"/>
        </w:rPr>
        <w:t>1:14:05  ab woh barf jo hai, jam gayi aur dhire dhire dhoop se, suraj se pighalti hai, pighal ke koi behti hai.</w:t>
      </w:r>
      <w:r>
        <w:br/>
      </w:r>
      <w:r>
        <w:rPr>
          <w:sz w:val="20"/>
        </w:rPr>
        <w:t>1:14:19  to mousla dhar barish mein pani nadiyon ke zariye yahan se wahan pahunch jata hai. aur jahan pahari ilaqe hain, wahan nadiyaan is tarah ki nahi hoti hain jaise ke maidani ilaqe mein.</w:t>
      </w:r>
      <w:r>
        <w:br/>
      </w:r>
      <w:r>
        <w:rPr>
          <w:sz w:val="20"/>
        </w:rPr>
        <w:t>1:14:32  to woh to pahari ilaqon mein barf pighal kar ke pani pahunchata hai aur maidani ilaqon mein barish nadiyon ke zariye pahunchti hai.</w:t>
      </w:r>
      <w:r>
        <w:br/>
      </w:r>
      <w:r>
        <w:rPr>
          <w:sz w:val="20"/>
        </w:rPr>
        <w:t>1:14:50  jagah yeh hamare management hai. to management to khud khuda ka tarika hai, wohi insan ko karna chahiye.</w:t>
      </w:r>
      <w:r>
        <w:br/>
      </w:r>
      <w:r>
        <w:rPr>
          <w:sz w:val="20"/>
        </w:rPr>
        <w:t>1:15:10  maulana, dilli se mister ss poori ne sawal bheje hain. un ke do sawal jo milte julte hain, hum un ko lena chahenge.</w:t>
      </w:r>
      <w:r>
        <w:br/>
      </w:r>
      <w:r>
        <w:rPr>
          <w:sz w:val="20"/>
        </w:rPr>
        <w:t>1:15:19  unhon ne likha hai ke: "In today's saffron regime, will peaceful efforts bring any result?</w:t>
      </w:r>
      <w:r>
        <w:br/>
      </w:r>
      <w:r>
        <w:rPr>
          <w:sz w:val="20"/>
        </w:rPr>
        <w:t>1:15:29  if you talk against majority, you are you are termed as a traitor. kaho ya saho." phir un ka doosra sawal hai ke: "ji when isi ko pehle lijie.</w:t>
      </w:r>
      <w:r>
        <w:br/>
      </w:r>
      <w:r>
        <w:rPr>
          <w:sz w:val="20"/>
        </w:rPr>
        <w:t>1:15:41  ji yeh sab manta nahi. yeh to gaali ka lafz hai. saffron regime dekhiye, hamara tarika islam ka tarika yeh hai ke kisi ko wohi kaho jo khud apna naam de rakha hai us ne.</w:t>
      </w:r>
      <w:r>
        <w:br/>
      </w:r>
      <w:r>
        <w:rPr>
          <w:sz w:val="20"/>
        </w:rPr>
        <w:t>1:15:54  agar aap ne woh kaha hai ke yeh saffron regime hai to kahiye un ko. nahi to woh gaali hai.</w:t>
      </w:r>
      <w:r>
        <w:br/>
      </w:r>
      <w:r>
        <w:rPr>
          <w:sz w:val="20"/>
        </w:rPr>
        <w:t>1:16:02  jaise qadiyani apne ko qadiyani nahi kehte to aap un ko qadiyani kahein to yeh gaali ho jayega. woh apne ko ahmadi kehte hain to aap bhi ahmadi kahein.</w:t>
      </w:r>
      <w:r>
        <w:br/>
      </w:r>
      <w:r>
        <w:rPr>
          <w:sz w:val="20"/>
        </w:rPr>
        <w:t>1:16:12  apna naam jo unhon ne de rakha hai, wohi lijiye. doosra naam mat lijiye. to woh apne ko saffron regime nahi kehte to aap ko kehte hain.</w:t>
      </w:r>
      <w:r>
        <w:br/>
      </w:r>
      <w:r>
        <w:rPr>
          <w:sz w:val="20"/>
        </w:rPr>
        <w:t>1:16:21  ab gaali kyon dete hain?</w:t>
      </w:r>
      <w:r>
        <w:br/>
      </w:r>
      <w:r>
        <w:rPr>
          <w:sz w:val="20"/>
        </w:rPr>
        <w:t>1:16:26  bhai, pehle pehle to aap apni apni zuban badliye, apni soch badliye. tab aap ko right thinking aayegi aap ke andar.</w:t>
      </w:r>
      <w:r>
        <w:br/>
      </w:r>
      <w:r>
        <w:rPr>
          <w:sz w:val="20"/>
        </w:rPr>
        <w:t>1:16:36  aur doosra kya tha? "When a whole community is branded as terrorist." nahi, bilkul. "When what can they?" galat hai yeh.</w:t>
      </w:r>
      <w:r>
        <w:br/>
      </w:r>
      <w:r>
        <w:rPr>
          <w:sz w:val="20"/>
        </w:rPr>
        <w:t>1:16:46  ji sari community ko terrorist kaun kehta hai? kaun kehta hai? main bhi doosri community ka fard hoon, mujhe to koi nahi kehta. hmm, is sari community ko branded un ko woh yaani keh diya ke yeh sab terrorist hain.</w:t>
      </w:r>
      <w:r>
        <w:br/>
      </w:r>
      <w:r>
        <w:rPr>
          <w:sz w:val="20"/>
        </w:rPr>
        <w:t>1:17:03  yeh bilkul galat baat hai. maulana, shayad woh kuch aise debates ko mention kar rahe hon jahan pe aapas mein do log argument karte hain.</w:t>
      </w:r>
      <w:r>
        <w:br/>
      </w:r>
      <w:r>
        <w:rPr>
          <w:sz w:val="20"/>
        </w:rPr>
        <w:t>1:17:13  to woh to kuch bhi ho sakta hai. debate mein to ek aadmi farzi tor par bolta hai, ek ek pro bolega, ek against mein bolega.</w:t>
      </w:r>
      <w:r>
        <w:br/>
      </w:r>
      <w:r>
        <w:rPr>
          <w:sz w:val="20"/>
        </w:rPr>
        <w:t>1:17:24  debate karne ke liye is ko kyon misaal diya unhon ne? actual misaal dijiye. ji, koi aisa idea mein kuch nahi hai.</w:t>
      </w:r>
      <w:r>
        <w:br/>
      </w:r>
      <w:r>
        <w:rPr>
          <w:sz w:val="20"/>
        </w:rPr>
        <w:t>1:17:35  khwamkhwah woh to title de rakha hai.</w:t>
      </w:r>
    </w:p>
    <w:p>
      <w:pPr>
        <w:pStyle w:val="Heading2"/>
      </w:pPr>
      <w:r>
        <w:t>Pakistan's creation after two hundred years of war</w:t>
      </w:r>
    </w:p>
    <w:p>
      <w:r>
        <w:rPr>
          <w:color w:val="666666"/>
          <w:sz w:val="18"/>
        </w:rPr>
        <w:t>Society &amp; Dawah · The Lesson of History September 21, 2014 · 3m 34s · at 47:37 · https://youtu.be/aMVHLKMkhcQ?t=2857</w:t>
      </w:r>
    </w:p>
    <w:p>
      <w:r>
        <w:rPr>
          <w:i/>
        </w:rPr>
        <w:t>“For Pakistan it has always been said that it came into being after two hundred years of war.”</w:t>
      </w:r>
    </w:p>
    <w:p>
      <w:r>
        <w:rPr>
          <w:sz w:val="20"/>
        </w:rPr>
        <w:t>47:37  quran agla sawal doctor hanna ne karaya hai UK se.</w:t>
      </w:r>
      <w:r>
        <w:br/>
      </w:r>
      <w:r>
        <w:rPr>
          <w:sz w:val="20"/>
        </w:rPr>
        <w:t>47:41  unhon ne likha hai ke</w:t>
      </w:r>
      <w:r>
        <w:br/>
      </w:r>
      <w:r>
        <w:rPr>
          <w:sz w:val="20"/>
        </w:rPr>
        <w:t>47:44  For Pakistan it has always been said that it came into being after two hundred years of jang</w:t>
      </w:r>
      <w:r>
        <w:br/>
      </w:r>
      <w:r>
        <w:rPr>
          <w:sz w:val="20"/>
        </w:rPr>
        <w:t>47:52  azadi on twenty-seventh Ramadan after laila tul qadr so it was a reply from God of the long-standing duas</w:t>
      </w:r>
      <w:r>
        <w:br/>
      </w:r>
      <w:r>
        <w:rPr>
          <w:sz w:val="20"/>
        </w:rPr>
        <w:t>48:02  of millions of Muslim men, women, and children for a place where they could live as Muslims without</w:t>
      </w:r>
      <w:r>
        <w:br/>
      </w:r>
      <w:r>
        <w:rPr>
          <w:sz w:val="20"/>
        </w:rPr>
        <w:t>48:10  oppression.</w:t>
      </w:r>
      <w:r>
        <w:br/>
      </w:r>
      <w:r>
        <w:rPr>
          <w:sz w:val="20"/>
        </w:rPr>
        <w:t>48:11  So Muslims of Pakistan still believe this that it's a reply of their grandparents and forefathers' long-standing duas and prayers and hence connected to religion.</w:t>
      </w:r>
      <w:r>
        <w:br/>
      </w:r>
      <w:r>
        <w:rPr>
          <w:sz w:val="20"/>
        </w:rPr>
        <w:t>48:24  maulana, kaisi dua hai ke aaj to Pakistan mein aapas mein musalman is se bhi zyada lad rahe hain jitna ke India mein kaha jata tha ke hindu mus</w:t>
      </w:r>
      <w:r>
        <w:br/>
      </w:r>
      <w:r>
        <w:rPr>
          <w:sz w:val="20"/>
        </w:rPr>
        <w:t>48:36  alman ki jo batai jati thi, us se hazar guna zyada musalman hi aapas mein lad rahe hain Pakistan mein. yeh kaisi dua qabool hui aur kaisi Allah taala ne use kiya?</w:t>
      </w:r>
      <w:r>
        <w:br/>
      </w:r>
      <w:r>
        <w:rPr>
          <w:sz w:val="20"/>
        </w:rPr>
        <w:t>48:48  dekhen, mein ek bar tak gaya tha Iraq to wahan par mujhe ek ek Pakistani mile jo shia the aur woh, ya'ni meri umr ke the, woh senior the.</w:t>
      </w:r>
      <w:r>
        <w:br/>
      </w:r>
      <w:r>
        <w:rPr>
          <w:sz w:val="20"/>
        </w:rPr>
        <w:t>49:02  to unhon ne bataya ke mein paida hua tha Delhi mein, phir Pakistan bana to mein yahan aa gaya Pakistan. to wahan woh gaye the, woh safar mein kyunke wahan par mazar hai.</w:t>
      </w:r>
      <w:r>
        <w:br/>
      </w:r>
      <w:r>
        <w:rPr>
          <w:sz w:val="20"/>
        </w:rPr>
        <w:t>49:19  to mein ne un se poocha ke aap ne Pakistan ko bhi dekha hai aur India ko bhi dekha hai, dono mein kya farq hai?</w:t>
      </w:r>
      <w:r>
        <w:br/>
      </w:r>
      <w:r>
        <w:rPr>
          <w:sz w:val="20"/>
        </w:rPr>
        <w:t>49:29  yani pakistan banne se pehle ka india bhi dekha hai aur pakistan banne ka bhi daur dekha hai, aap ne kya farq hai? to aap yaqeen kijiyega, woh aadmi rone laga.</w:t>
      </w:r>
      <w:r>
        <w:br/>
      </w:r>
      <w:r>
        <w:rPr>
          <w:sz w:val="20"/>
        </w:rPr>
        <w:t>49:43  rone laga, ro kar us ne kaha ke mujhe to is ka is waqt koi farq nahi nazar aata ke india mein hindu muslim ladte the ya shia sunni lad rahe hain.</w:t>
      </w:r>
      <w:r>
        <w:br/>
      </w:r>
      <w:r>
        <w:rPr>
          <w:sz w:val="20"/>
        </w:rPr>
        <w:t>49:57  to yeh kaisi dua qabool hui?</w:t>
      </w:r>
      <w:r>
        <w:br/>
      </w:r>
      <w:r>
        <w:rPr>
          <w:sz w:val="20"/>
        </w:rPr>
        <w:t>49:59  yeh to false food mein jeete hain musalman, isi ki misaal yeh bhi hai. musalman false food mein jeete hain, is ki ek misaal yeh hai.</w:t>
      </w:r>
      <w:r>
        <w:br/>
      </w:r>
      <w:r>
        <w:rPr>
          <w:sz w:val="20"/>
        </w:rPr>
        <w:t>50:09  bilkul yeh ghalat hai ke pakistan ko duaon se bana hai. yani Allah taala ka matlab yeh nahi ke aap separate land banayein, ke aap Allah taala ka matlab hai ke saath jo hai islam phailayein, dawat work karein.</w:t>
      </w:r>
      <w:r>
        <w:br/>
      </w:r>
      <w:r>
        <w:rPr>
          <w:sz w:val="20"/>
        </w:rPr>
        <w:t>50:22  yeh to Allah ki marzi ke khilaf hai ke aap tukre tukre karein aur nateeja kya hoga? dawat ka kaam ruk j</w:t>
      </w:r>
      <w:r>
        <w:br/>
      </w:r>
      <w:r>
        <w:rPr>
          <w:sz w:val="20"/>
        </w:rPr>
        <w:t>50:29  aye. jab se pakistan bana hai, dawat ka kaam bilkul jeopardized ho gaya hai. yeh konsa Allah ki marzi hai?</w:t>
      </w:r>
      <w:r>
        <w:br/>
      </w:r>
      <w:r>
        <w:rPr>
          <w:sz w:val="20"/>
        </w:rPr>
        <w:t>50:39  yeh bilkul hi false muslim. saare pakistani false food mein jeete hain. saare pakistani false food mein jeete hain. is mein mujhe koi shaq nahi hai.</w:t>
      </w:r>
      <w:r>
        <w:br/>
      </w:r>
      <w:r>
        <w:rPr>
          <w:sz w:val="20"/>
        </w:rPr>
        <w:t>50:48  agar aap ko is mein koi tafseel janna ho to meri kitab padhiyega, hind pak diary. meri kitab hai hind pak diary</w:t>
      </w:r>
      <w:r>
        <w:br/>
      </w:r>
      <w:r>
        <w:rPr>
          <w:sz w:val="20"/>
        </w:rPr>
        <w:t>50:57  . is mein aap jaanein ke saare pakistan false food mein jeete hain. is mein aap is ki tafseel janna chahte hain to is kitab ko padhiyega.</w:t>
      </w:r>
    </w:p>
    <w:p>
      <w:pPr>
        <w:pStyle w:val="Heading2"/>
      </w:pPr>
      <w:r>
        <w:t>Palestinian issue vs Sunnah</w:t>
      </w:r>
    </w:p>
    <w:p>
      <w:r>
        <w:rPr>
          <w:color w:val="666666"/>
          <w:sz w:val="18"/>
        </w:rPr>
        <w:t>Society &amp; Dawah · Importance of Wisdom | August 24, 2014 · 5m 00s · at 1:02:21 · https://youtu.be/ZVPLm7fV0t0?t=3741</w:t>
      </w:r>
    </w:p>
    <w:p>
      <w:r>
        <w:rPr>
          <w:i/>
        </w:rPr>
        <w:t>“Muslims are so much charged about the Palestinian issue that it has become impossible to express the view that the Palestinian stance is completely against the Sunnah of Prophet Muhammad.”</w:t>
      </w:r>
    </w:p>
    <w:p>
      <w:r>
        <w:rPr>
          <w:sz w:val="20"/>
        </w:rPr>
        <w:t>1:02:21  agar is mein erosion nahi hai aur level of feeling mein kami, yaani kabhi hoti hai, kabhi zyada hota hai, kabhi kabhi, kabhi zyada, to is mein koi koi pareshani ki baat nahi hai. it is but natural, yeh to hoga. Maulana, agla sawal Pennsylvania USA se Khwaja Kaleemuddin sahib ne kiya hai. unhone likha hai ke: Maulana sahib, Muslims are so much charged about the pa</w:t>
      </w:r>
      <w:r>
        <w:br/>
      </w:r>
      <w:r>
        <w:rPr>
          <w:sz w:val="20"/>
        </w:rPr>
        <w:t>1:02:51  Palestinian issue that it has become impossible to express the view that the Palestinian stance is completely against</w:t>
      </w:r>
      <w:r>
        <w:br/>
      </w:r>
      <w:r>
        <w:rPr>
          <w:sz w:val="20"/>
        </w:rPr>
        <w:t>1:02:56  the sunnah of prophet Muhammad.</w:t>
      </w:r>
      <w:r>
        <w:br/>
      </w:r>
      <w:r>
        <w:rPr>
          <w:sz w:val="20"/>
        </w:rPr>
        <w:t>1:03:01  what should we do in this regard? yeh to sahi hai, yeh to koi nai baat nahi hai.</w:t>
      </w:r>
      <w:r>
        <w:br/>
      </w:r>
      <w:r>
        <w:rPr>
          <w:sz w:val="20"/>
        </w:rPr>
        <w:t>1:03:06  hamesha aisa hota hai.</w:t>
      </w:r>
      <w:r>
        <w:br/>
      </w:r>
      <w:r>
        <w:rPr>
          <w:sz w:val="20"/>
        </w:rPr>
        <w:t>1:03:11  jo maine qissa bataya aap ko, Siffin ka, woh Hazrat Usman ke qatl par, woh tha, woh</w:t>
      </w:r>
      <w:r>
        <w:br/>
      </w:r>
      <w:r>
        <w:rPr>
          <w:sz w:val="20"/>
        </w:rPr>
        <w:t>1:03:17  jo Hazrat Usman ko unhon ne qatl kar diya tha, to dam Usman ka masla paida hua tha.</w:t>
      </w:r>
      <w:r>
        <w:br/>
      </w:r>
      <w:r>
        <w:rPr>
          <w:sz w:val="20"/>
        </w:rPr>
        <w:t>1:03:22  is par charge thay, woh charge thay, tabhi to mar gaye satar hazar aadmi maar dala ya aapas</w:t>
      </w:r>
      <w:r>
        <w:br/>
      </w:r>
      <w:r>
        <w:rPr>
          <w:sz w:val="20"/>
        </w:rPr>
        <w:t>1:03:27  mein aik doosre ko.</w:t>
      </w:r>
      <w:r>
        <w:br/>
      </w:r>
      <w:r>
        <w:rPr>
          <w:sz w:val="20"/>
        </w:rPr>
        <w:t>1:03:32  to tareekh mein aise waqiat paish aate hain ke log charge hotay hain kisi baat ko le kar ke.</w:t>
      </w:r>
      <w:r>
        <w:br/>
      </w:r>
      <w:r>
        <w:rPr>
          <w:sz w:val="20"/>
        </w:rPr>
        <w:t>1:03:37  Hazrat Aisha nikal padin ke mujhe Usman ke khoon ka badla lena hai.</w:t>
      </w:r>
      <w:r>
        <w:br/>
      </w:r>
      <w:r>
        <w:rPr>
          <w:sz w:val="20"/>
        </w:rPr>
        <w:t>1:03:42  itna zyada un ke andar josh aa gaya Hazrat Aisha ke andar ke dekhiye, literally taur par qaum</w:t>
      </w:r>
      <w:r>
        <w:br/>
      </w:r>
      <w:r>
        <w:rPr>
          <w:sz w:val="20"/>
        </w:rPr>
        <w:t>1:03:47  mein likha hua tha ke</w:t>
      </w:r>
      <w:r>
        <w:br/>
      </w:r>
      <w:r>
        <w:rPr>
          <w:sz w:val="20"/>
        </w:rPr>
        <w:t>1:03:53  gharron mein thehro, yani Ummahat ul Momineen ke baray mein.</w:t>
      </w:r>
      <w:r>
        <w:br/>
      </w:r>
      <w:r>
        <w:rPr>
          <w:sz w:val="20"/>
        </w:rPr>
        <w:t>1:03:57  ae azwaj e Rasool, tum log gharron mein thehro.</w:t>
      </w:r>
      <w:r>
        <w:br/>
      </w:r>
      <w:r>
        <w:rPr>
          <w:sz w:val="20"/>
        </w:rPr>
        <w:t>1:04:01  lekin woh nikal padin.</w:t>
      </w:r>
      <w:r>
        <w:br/>
      </w:r>
      <w:r>
        <w:rPr>
          <w:sz w:val="20"/>
        </w:rPr>
        <w:t>1:04:06  to wahi to hai ke itna charge ho gaye thay log dam Usman ke maslay par, khoon ka</w:t>
      </w:r>
      <w:r>
        <w:br/>
      </w:r>
      <w:r>
        <w:rPr>
          <w:sz w:val="20"/>
        </w:rPr>
        <w:t>1:04:10  badla lena hai, khoon Usman ka.</w:t>
      </w:r>
      <w:r>
        <w:br/>
      </w:r>
      <w:r>
        <w:rPr>
          <w:sz w:val="20"/>
        </w:rPr>
        <w:t>1:04:15  to aise waqiat tareekh mein bar bar paish aate hain.</w:t>
      </w:r>
      <w:r>
        <w:br/>
      </w:r>
      <w:r>
        <w:rPr>
          <w:sz w:val="20"/>
        </w:rPr>
        <w:t>1:04:19  to hamein yahi karna hai ke in ke jazbat ko thanda karein</w:t>
      </w:r>
      <w:r>
        <w:br/>
      </w:r>
      <w:r>
        <w:rPr>
          <w:sz w:val="20"/>
        </w:rPr>
        <w:t>1:04:23  aur in ko aqal dein.</w:t>
      </w:r>
      <w:r>
        <w:br/>
      </w:r>
      <w:r>
        <w:rPr>
          <w:sz w:val="20"/>
        </w:rPr>
        <w:t>1:04:28  aur main samajhta hoon ke poori ummat jo hai, woh is ke is ke paas ikhlas hai, ibadat</w:t>
      </w:r>
      <w:r>
        <w:br/>
      </w:r>
      <w:r>
        <w:rPr>
          <w:sz w:val="20"/>
        </w:rPr>
        <w:t>1:04:33  hai, lekin wisdom nahi hai.</w:t>
      </w:r>
      <w:r>
        <w:br/>
      </w:r>
      <w:r>
        <w:rPr>
          <w:sz w:val="20"/>
        </w:rPr>
        <w:t>1:04:39  har jagah, chahe America ke log hon, chahe India ke hon ya Pakistan ke hon, wisdom se maroof hain.</w:t>
      </w:r>
      <w:r>
        <w:br/>
      </w:r>
      <w:r>
        <w:rPr>
          <w:sz w:val="20"/>
        </w:rPr>
        <w:t>1:04:44  mujhe koi wisdom wala aadmi milta nahi, na hamare ulama ne logon ko wisdom sikhaya.</w:t>
      </w:r>
      <w:r>
        <w:br/>
      </w:r>
      <w:r>
        <w:rPr>
          <w:sz w:val="20"/>
        </w:rPr>
        <w:t>1:04:49  to wisdom ko logon ko logon ke andar aqal ke sath sochna</w:t>
      </w:r>
      <w:r>
        <w:br/>
      </w:r>
      <w:r>
        <w:rPr>
          <w:sz w:val="20"/>
        </w:rPr>
        <w:t>1:04:54  sikhana parega humein.</w:t>
      </w:r>
      <w:r>
        <w:br/>
      </w:r>
      <w:r>
        <w:rPr>
          <w:sz w:val="20"/>
        </w:rPr>
        <w:t>1:04:58  to is ke liye lambi muddat darkar hai.</w:t>
      </w:r>
      <w:r>
        <w:br/>
      </w:r>
      <w:r>
        <w:rPr>
          <w:sz w:val="20"/>
        </w:rPr>
        <w:t>1:05:03  jab tak log logon ke andar aql aur basirat ke sath sochna nahi aye ga, is tarah ke</w:t>
      </w:r>
      <w:r>
        <w:br/>
      </w:r>
      <w:r>
        <w:rPr>
          <w:sz w:val="20"/>
        </w:rPr>
        <w:t>1:05:07  waqiat hote rahen ge.</w:t>
      </w:r>
      <w:r>
        <w:br/>
      </w:r>
      <w:r>
        <w:rPr>
          <w:sz w:val="20"/>
        </w:rPr>
        <w:t>1:05:12  yani kitni khuli hui baat hai ke jab yaktarfa tabahi ho rahi hai to ladai jari rakhne ka</w:t>
      </w:r>
      <w:r>
        <w:br/>
      </w:r>
      <w:r>
        <w:rPr>
          <w:sz w:val="20"/>
        </w:rPr>
        <w:t>1:05:16  kya matlab hai? kis liye ladai? jab yaktarfa tabahi ho rahi hai, yani ek tarfa tor par arab</w:t>
      </w:r>
      <w:r>
        <w:br/>
      </w:r>
      <w:r>
        <w:rPr>
          <w:sz w:val="20"/>
        </w:rPr>
        <w:t>1:05:21  tabah ho rahe hain, to ladai jari rakhne ka matlab kya hai?</w:t>
      </w:r>
      <w:r>
        <w:br/>
      </w:r>
      <w:r>
        <w:rPr>
          <w:sz w:val="20"/>
        </w:rPr>
        <w:t>1:05:25  lekin log jazbat mein hain, sunte nahi. to wahan bhi jazbat mein the. Hazrat Khalid loote the to madine ke musalmanon ne kaha tha ke: ya farar! to rasool Allah sal Allah aleh wasallam ne un ko thanda kiya. to beharhaal logon ke andar art of thinking laani padegi. logon ke andar aql laana padegi. logon ke andar baseerat laana padegi. jo hadith mein aata hai ke</w:t>
      </w:r>
      <w:r>
        <w:br/>
      </w:r>
      <w:r>
        <w:rPr>
          <w:sz w:val="20"/>
        </w:rPr>
        <w:t>1:05:55  momin ki ek sifat yeh hai ke: in yakun basiran be zamana.</w:t>
      </w:r>
      <w:r>
        <w:br/>
      </w:r>
      <w:r>
        <w:rPr>
          <w:sz w:val="20"/>
        </w:rPr>
        <w:t>1:05:59  aur is par time lage ga.</w:t>
      </w:r>
      <w:r>
        <w:br/>
      </w:r>
      <w:r>
        <w:rPr>
          <w:sz w:val="20"/>
        </w:rPr>
        <w:t>1:06:04  lekin mujhe kal kuch logon ke waqiat maloom hue aur arbon ke.</w:t>
      </w:r>
      <w:r>
        <w:br/>
      </w:r>
      <w:r>
        <w:rPr>
          <w:sz w:val="20"/>
        </w:rPr>
        <w:t>1:06:08  to arbon mein ek nai thinking bhi aa rahi hai, yeh bhi sahi hai.</w:t>
      </w:r>
      <w:r>
        <w:br/>
      </w:r>
      <w:r>
        <w:rPr>
          <w:sz w:val="20"/>
        </w:rPr>
        <w:t>1:06:12  ek sahib gaye the Kuwait aur Dubai, woh arbon se un ki mulaqat hui.</w:t>
      </w:r>
      <w:r>
        <w:br/>
      </w:r>
      <w:r>
        <w:rPr>
          <w:sz w:val="20"/>
        </w:rPr>
        <w:t>1:06:17  to nojawan arbon se.</w:t>
      </w:r>
      <w:r>
        <w:br/>
      </w:r>
      <w:r>
        <w:rPr>
          <w:sz w:val="20"/>
        </w:rPr>
        <w:t>1:06:21  to arab mein nojawan</w:t>
      </w:r>
      <w:r>
        <w:br/>
      </w:r>
      <w:r>
        <w:rPr>
          <w:sz w:val="20"/>
        </w:rPr>
        <w:t>1:06:25  on ka ek tabqa hai jo kehta hai: nayi thinking aa rahi hai, yeh is ko badness samajhta hai is policy ko. kal hi mujhe maloom hua. to aisa nahi hai ke sab log, yaani one to all, sab ke sab isi mein beh gaye hon. isi mein aise log nikal rahe hain. ek ek yaani ek naya process shuru ho gaya hai. khud Arabon mein ek naya process shuru ho gaya hai. balkeh unhone bata rahe the woh telephone par ke unhone ke</w:t>
      </w:r>
      <w:r>
        <w:br/>
      </w:r>
      <w:r>
        <w:rPr>
          <w:sz w:val="20"/>
        </w:rPr>
        <w:t>1:06:55  a mere bare mein.</w:t>
      </w:r>
      <w:r>
        <w:br/>
      </w:r>
      <w:r>
        <w:rPr>
          <w:sz w:val="20"/>
        </w:rPr>
        <w:t>1:06:59  to unhon ne kaha ke hum to un ki chezen parhte hain download kar ke aur hum</w:t>
      </w:r>
      <w:r>
        <w:br/>
      </w:r>
      <w:r>
        <w:rPr>
          <w:sz w:val="20"/>
        </w:rPr>
        <w:t>1:07:03  is se milna chahte hain.</w:t>
      </w:r>
      <w:r>
        <w:br/>
      </w:r>
      <w:r>
        <w:rPr>
          <w:sz w:val="20"/>
        </w:rPr>
        <w:t>1:07:07  to is mein shaq nahi ke majority is waqt jazbat mein hai, lekin ek naya process bhi shuru</w:t>
      </w:r>
      <w:r>
        <w:br/>
      </w:r>
      <w:r>
        <w:rPr>
          <w:sz w:val="20"/>
        </w:rPr>
        <w:t>1:07:10  ho gaya hai.</w:t>
      </w:r>
      <w:r>
        <w:br/>
      </w:r>
      <w:r>
        <w:rPr>
          <w:sz w:val="20"/>
        </w:rPr>
        <w:t>1:07:14  aur aise afraad, khas tor par arab nojawanon mein paida ho rahe hain jo is ko badness samajhte hain.</w:t>
      </w:r>
      <w:r>
        <w:br/>
      </w:r>
      <w:r>
        <w:rPr>
          <w:sz w:val="20"/>
        </w:rPr>
        <w:t>1:07:18  woh chahte hain ke nai policy ikhtiyar ki jaye.</w:t>
      </w:r>
    </w:p>
    <w:p>
      <w:pPr>
        <w:pStyle w:val="Heading2"/>
      </w:pPr>
      <w:r>
        <w:t>Paradise without doing Dawah work</w:t>
      </w:r>
    </w:p>
    <w:p>
      <w:r>
        <w:rPr>
          <w:color w:val="666666"/>
          <w:sz w:val="18"/>
        </w:rPr>
        <w:t>Society &amp; Dawah · Discovery of Paradise November 15, 2020 Maulana Wahiduddin Khan · 1m 13s · at 27:03 · https://youtu.be/Ig1kHk5K3zE?t=1623</w:t>
      </w:r>
    </w:p>
    <w:p>
      <w:r>
        <w:rPr>
          <w:i/>
        </w:rPr>
        <w:t>“Is it possible that Muslims can get Paradise even if they don't do Dawah work? Some Muslims say that they do good actions and it is enough. In this modern age and with work pressures, it is not possible to do Dawah work. What is your opinion?”</w:t>
      </w:r>
    </w:p>
    <w:p>
      <w:r>
        <w:rPr>
          <w:sz w:val="20"/>
        </w:rPr>
        <w:t>27:03  maulana, agla sawal gwalior se hai aur syed ali sahib ne bheja hai. unho ne aapse poocha hai ke: "is it possible that muslims can get paradise even if they don't do dawah work?" some muslims say that they do good actions and it is enough as in this modern age and with work pressures,</w:t>
      </w:r>
      <w:r>
        <w:br/>
      </w:r>
      <w:r>
        <w:rPr>
          <w:sz w:val="20"/>
        </w:rPr>
        <w:t>27:29  it is not possible to do dawah work</w:t>
      </w:r>
      <w:r>
        <w:br/>
      </w:r>
      <w:r>
        <w:rPr>
          <w:sz w:val="20"/>
        </w:rPr>
        <w:t>27:32  . what is your opinion?</w:t>
      </w:r>
      <w:r>
        <w:br/>
      </w:r>
      <w:r>
        <w:rPr>
          <w:sz w:val="20"/>
        </w:rPr>
        <w:t>27:38  partially, it is true.</w:t>
      </w:r>
      <w:r>
        <w:br/>
      </w:r>
      <w:r>
        <w:rPr>
          <w:sz w:val="20"/>
        </w:rPr>
        <w:t>27:48  aap jab is mein, yani is raaste mein apne ko lagayenge to woh ek abadi manzil hogi aap ke liye aur shayad yahi way to paradise hai.</w:t>
      </w:r>
      <w:r>
        <w:br/>
      </w:r>
      <w:r>
        <w:rPr>
          <w:sz w:val="20"/>
        </w:rPr>
        <w:t>28:12  ji,</w:t>
      </w:r>
    </w:p>
    <w:p>
      <w:pPr>
        <w:pStyle w:val="Heading2"/>
      </w:pPr>
      <w:r>
        <w:t>Peace Among Freedom Misusers: God's Fear or Laws?</w:t>
      </w:r>
    </w:p>
    <w:p>
      <w:r>
        <w:rPr>
          <w:color w:val="666666"/>
          <w:sz w:val="18"/>
        </w:rPr>
        <w:t>Society &amp; Dawah · Religion and Democracy December 25, 2011 · 4m 10s · at 1:42:01 · https://youtu.be/8Mf_yvDA8ik?t=6121</w:t>
      </w:r>
    </w:p>
    <w:p>
      <w:r>
        <w:rPr>
          <w:i/>
        </w:rPr>
        <w:t>“How can peace be established among those who misuse freedom? Through fear of God or through the force of laws?”</w:t>
      </w:r>
    </w:p>
    <w:p>
      <w:r>
        <w:rPr>
          <w:sz w:val="20"/>
        </w:rPr>
        <w:t>1:42:01  maulana, agla sawal aaya hai maulana israr umri ka tamil</w:t>
      </w:r>
      <w:r>
        <w:br/>
      </w:r>
      <w:r>
        <w:rPr>
          <w:sz w:val="20"/>
        </w:rPr>
        <w:t>1:42:06  nadu se. unhon ne likha hai: "azaadi ko misuse karne walon ke darmiyan aman kis tarah qaim ho sakta hai?</w:t>
      </w:r>
      <w:r>
        <w:br/>
      </w:r>
      <w:r>
        <w:rPr>
          <w:sz w:val="20"/>
        </w:rPr>
        <w:t>1:42:15  khauf-e-khuda se ya qawaneen ke zor zor se?" dekhen, qanoon ke zor se to kabhi aap nahi kaam sakta.</w:t>
      </w:r>
      <w:r>
        <w:br/>
      </w:r>
      <w:r>
        <w:rPr>
          <w:sz w:val="20"/>
        </w:rPr>
        <w:t>1:42:24  yeh to impossible hai.</w:t>
      </w:r>
      <w:r>
        <w:br/>
      </w:r>
      <w:r>
        <w:rPr>
          <w:sz w:val="20"/>
        </w:rPr>
        <w:t>1:42:27  qanoon se sirf yeh hota hai ke jo ghalat log hain, woh underground ho kar kaam karne lagte hain.</w:t>
      </w:r>
      <w:r>
        <w:br/>
      </w:r>
      <w:r>
        <w:rPr>
          <w:sz w:val="20"/>
        </w:rPr>
        <w:t>1:42:36  yaani corruption aata hai, tarah tarah ka. qanoon ke zariye se kabhi bhi peace aa sakta.</w:t>
      </w:r>
      <w:r>
        <w:br/>
      </w:r>
      <w:r>
        <w:rPr>
          <w:sz w:val="20"/>
        </w:rPr>
        <w:t>1:42:46  peace to aaye ga logon ke andar. yeh yeh samajh paida ki jaye ke is peace rahe ga to sab ko faida hai. peace hoga to sab ko faida hai.</w:t>
      </w:r>
      <w:r>
        <w:br/>
      </w:r>
      <w:r>
        <w:rPr>
          <w:sz w:val="20"/>
        </w:rPr>
        <w:t>1:42:56  yaani ab chahe business ho ya education ho ya mazhabi sargarmiyan hon, koi bhi family life ho, social life ho, har cheez bohat smooth tareeqe se chale chale gi.</w:t>
      </w:r>
      <w:r>
        <w:br/>
      </w:r>
      <w:r>
        <w:rPr>
          <w:sz w:val="20"/>
        </w:rPr>
        <w:t>1:43:08  is raaz ko log jaan len ke peace se sab ko faida hai. baghair qanoon se to peace aata nahi. jahan bhi aap ko dictatorship thi, aap dekhiye arab countries mein dictatorship thi, wahan kya hua?</w:t>
      </w:r>
      <w:r>
        <w:br/>
      </w:r>
      <w:r>
        <w:rPr>
          <w:sz w:val="20"/>
        </w:rPr>
        <w:t>1:43:22  kya peace tha? aaya wahan? wahan andar andar sab kuch ho raha tha.</w:t>
      </w:r>
      <w:r>
        <w:br/>
      </w:r>
      <w:r>
        <w:rPr>
          <w:sz w:val="20"/>
        </w:rPr>
        <w:t>1:43:26  ab woh bhadak uthe to aap dekhiye kya aalam hai. to qanoon ke qanoon ke zariye peace qaim karne ki koshish karna yaani aik aur burai paida karna hai, zyada bari burai.</w:t>
      </w:r>
      <w:r>
        <w:br/>
      </w:r>
      <w:r>
        <w:rPr>
          <w:sz w:val="20"/>
        </w:rPr>
        <w:t>1:43:44  to sahi baat yeh hai ke logon ke andar soch laayi jaye, logon ke andar yaani peace ki ahmiyat ko logon ko bata j</w:t>
      </w:r>
      <w:r>
        <w:br/>
      </w:r>
      <w:r>
        <w:rPr>
          <w:sz w:val="20"/>
        </w:rPr>
        <w:t>1:43:54  aye. jitna zyada log peace ki ahmiyat ko samjhenge, utne zyada woh peaceful bante chale jayenge. Maulana, Quran speaks about many criminal laws like punishment for theft, murder, adultery, etcetera.</w:t>
      </w:r>
      <w:r>
        <w:br/>
      </w:r>
      <w:r>
        <w:rPr>
          <w:sz w:val="20"/>
        </w:rPr>
        <w:t>1:44:11  what is the significance of these descriptions? dekhiye, yeh sab haalaat par depend karta hai.</w:t>
      </w:r>
      <w:r>
        <w:br/>
      </w:r>
      <w:r>
        <w:rPr>
          <w:sz w:val="20"/>
        </w:rPr>
        <w:t>1:44:20  haalaat par yeh nahi ke aap kahein har jagah ja kar ke aap lage logon ko kora maarne hain. jaise haalaat, waisa un ka nafiz.</w:t>
      </w:r>
      <w:r>
        <w:br/>
      </w:r>
      <w:r>
        <w:rPr>
          <w:sz w:val="20"/>
        </w:rPr>
        <w:t>1:44:30  Bukhari mein aik riwayat hai, Khwaja Shah ne farmaya ke Islam mein pehle yaani logon ka mizaj banaya gaya, logon ki soch badli gayi, logon ka character badla gaya.</w:t>
      </w:r>
      <w:r>
        <w:br/>
      </w:r>
      <w:r>
        <w:rPr>
          <w:sz w:val="20"/>
        </w:rPr>
        <w:t>1:44:44  pehley yeh hua, phir jab yeh sab ho chuka to hukum utra us ke baad ke sharab na piyo aur zina mat karo.</w:t>
      </w:r>
      <w:r>
        <w:br/>
      </w:r>
      <w:r>
        <w:rPr>
          <w:sz w:val="20"/>
        </w:rPr>
        <w:t>1:44:53  to</w:t>
      </w:r>
      <w:r>
        <w:br/>
      </w:r>
      <w:r>
        <w:rPr>
          <w:sz w:val="20"/>
        </w:rPr>
        <w:t>1:44:54  woh kehti hain, Bukhari mein riwayat maujood hai ke agar pehle hi yeh keh diya jata to kehte ke "la nuzool zina abadan, la nuzool khamr abadan".</w:t>
      </w:r>
      <w:r>
        <w:br/>
      </w:r>
      <w:r>
        <w:rPr>
          <w:sz w:val="20"/>
        </w:rPr>
        <w:t>1:45:04  to aap us ke khilaaf ja sakte hain, jo jo rasool Allah ka tareeqa tha, us ke khilaaf ja sakte hain. Aap yaani rasool Allah alehالسلام ne kya ke makkah mein sab naafiz kar dein qanoon.</w:t>
      </w:r>
      <w:r>
        <w:br/>
      </w:r>
      <w:r>
        <w:rPr>
          <w:sz w:val="20"/>
        </w:rPr>
        <w:t>1:45:17  to aap qanoon ka nafaz yeh yahan se yaani beginning yahan se nahi hoti. Beginning hoti hai zehan banane se, soch banane se, society banane se.</w:t>
      </w:r>
      <w:r>
        <w:br/>
      </w:r>
      <w:r>
        <w:rPr>
          <w:sz w:val="20"/>
        </w:rPr>
        <w:t>1:45:29  masla yeh hai, yeh nahi kar sakte aap hukoomat pe qabza kar lein aur phir lage ko logon ko kode maarne, koda maarne. Jaisa ke baaz countries mein hua, amalan kuch bhi nahi ho saka.</w:t>
      </w:r>
      <w:r>
        <w:br/>
      </w:r>
      <w:r>
        <w:rPr>
          <w:sz w:val="20"/>
        </w:rPr>
        <w:t>1:45:42  hukoomat pe qabza kar ke naafiz nahi hote hudood, balke logon ke zehan ko badalne se hudood naafiz hote hain. Jaisa ke rasool Allah ne kiya.</w:t>
      </w:r>
      <w:r>
        <w:br/>
      </w:r>
      <w:r>
        <w:rPr>
          <w:sz w:val="20"/>
        </w:rPr>
        <w:t>1:45:51  Bukhari ki riwayat aap padh lijiye, Hazrat Aisha ki ke pehle dilon ko badla jata hai, phir hudood naafiz kiye jate hain. Yaani ek hukoomat ko qabza kar lo, us ke baad logon ko koda maar maar ke hudood naafiz karo.</w:t>
      </w:r>
      <w:r>
        <w:br/>
      </w:r>
      <w:r>
        <w:rPr>
          <w:sz w:val="20"/>
        </w:rPr>
        <w:t>1:46:04  yeh to yeh to woh hai sarkashi hai, yeh Islam nahi hai.</w:t>
      </w:r>
    </w:p>
    <w:p>
      <w:pPr>
        <w:pStyle w:val="Heading2"/>
      </w:pPr>
      <w:r>
        <w:t>Peace among those misusing freedom: fear of God or laws?</w:t>
      </w:r>
    </w:p>
    <w:p>
      <w:r>
        <w:rPr>
          <w:color w:val="666666"/>
          <w:sz w:val="18"/>
        </w:rPr>
        <w:t>Society &amp; Dawah · Discovery of God (In Conversation with Maulana) December 25, 2011 · 2m 00s · at 41:06 · https://youtu.be/-1c1d7cFj0s?t=2466</w:t>
      </w:r>
    </w:p>
    <w:p>
      <w:r>
        <w:rPr>
          <w:i/>
        </w:rPr>
        <w:t>“How can peace be established among those who misuse freedom? Through fear of God or through force of laws?”</w:t>
      </w:r>
    </w:p>
    <w:p>
      <w:r>
        <w:rPr>
          <w:sz w:val="20"/>
        </w:rPr>
        <w:t>41:06  maulana, agla sawal aya hai Maulana Israr Umri ka Tamil Nadu se. Unhone likha hai: "Azadi ko misuse karne walon ke darmiyan aman kis tarah qaim ho sakta hai?</w:t>
      </w:r>
      <w:r>
        <w:br/>
      </w:r>
      <w:r>
        <w:rPr>
          <w:sz w:val="20"/>
        </w:rPr>
        <w:t>41:20  khauf Khuda se ya qawaneen ke zor zor se?"</w:t>
      </w:r>
      <w:r>
        <w:br/>
      </w:r>
      <w:r>
        <w:rPr>
          <w:sz w:val="20"/>
        </w:rPr>
        <w:t>41:27  dekhen, qanoon ke zor se to kabhi aap nahi kaam sakta. Yeh to impossible hai. Qanoon se sirf yeh hota hai ke jo galat log hain, woh underground ho kar kaam karne lagte hain.</w:t>
      </w:r>
      <w:r>
        <w:br/>
      </w:r>
      <w:r>
        <w:rPr>
          <w:sz w:val="20"/>
        </w:rPr>
        <w:t>41:41  yani corruption aata hai tarah tarah ka. Qanoon ke zariye se kabhi bhi peace nahi aa sakta.</w:t>
      </w:r>
      <w:r>
        <w:br/>
      </w:r>
      <w:r>
        <w:rPr>
          <w:sz w:val="20"/>
        </w:rPr>
        <w:t>41:51  peace to aayega. Logon ko kehte hain yeh samajh paida ki jaye ke is peace rahega to sab ko faida hai. Peace hoga to sab ko faida hai.</w:t>
      </w:r>
      <w:r>
        <w:br/>
      </w:r>
      <w:r>
        <w:rPr>
          <w:sz w:val="20"/>
        </w:rPr>
        <w:t>42:01  yani ab chahe business ho ya education ho ya mazhabi sargarmian hon, koi bhi family life ho, social life ho, har cheez bohat smooth tarike se chale chale gi.</w:t>
      </w:r>
      <w:r>
        <w:br/>
      </w:r>
      <w:r>
        <w:rPr>
          <w:sz w:val="20"/>
        </w:rPr>
        <w:t>42:13  is raaz ko log jaan len ke peace se sab ko faida hai. Baghair qanoon se to peace aata nahi. Jahan bhi aap ko dictatorship thi, aap dekhiye Arab countries mein dictatorship thi, wahan kya hua?</w:t>
      </w:r>
      <w:r>
        <w:br/>
      </w:r>
      <w:r>
        <w:rPr>
          <w:sz w:val="20"/>
        </w:rPr>
        <w:t>42:27  kya peace tha? Aaya wahan? Wahan andar andar sab kuch ho raha tha. Ab woh bhadak uthe to aap dekhiye kya aalam hai. To qanoon ke qanoon ke zariye peace qaim karne ki koshish karna yani ek aur burai paida karna hai, zyada badi burai.</w:t>
      </w:r>
      <w:r>
        <w:br/>
      </w:r>
      <w:r>
        <w:rPr>
          <w:sz w:val="20"/>
        </w:rPr>
        <w:t>42:49  to sahi baat yeh hai ke logon ke andar soch lai jaye, logon ke andar yani peace ki ahmiyat ko logon ko bataya jaye.</w:t>
      </w:r>
      <w:r>
        <w:br/>
      </w:r>
      <w:r>
        <w:rPr>
          <w:sz w:val="20"/>
        </w:rPr>
        <w:t>43:00  jitna zyada log peace ki ahmiyat ko samjhenge, utne zyada woh peaceful bante chale jayenge.</w:t>
      </w:r>
    </w:p>
    <w:p>
      <w:pPr>
        <w:pStyle w:val="Heading2"/>
      </w:pPr>
      <w:r>
        <w:t>Peace efforts seen as cowardice</w:t>
      </w:r>
    </w:p>
    <w:p>
      <w:r>
        <w:rPr>
          <w:color w:val="666666"/>
          <w:sz w:val="18"/>
        </w:rPr>
        <w:t>Society &amp; Dawah · Man and Paradise May 05, 2013 · 2m 11s · at 1:00:07 · https://youtu.be/VyFgim3pvts?t=3607</w:t>
      </w:r>
    </w:p>
    <w:p>
      <w:r>
        <w:rPr>
          <w:i/>
        </w:rPr>
        <w:t>“Often, efforts made towards peace are considered cowardice by people. What is the reason for this?”</w:t>
      </w:r>
    </w:p>
    <w:p>
      <w:r>
        <w:rPr>
          <w:sz w:val="20"/>
        </w:rPr>
        <w:t>1:00:07  Maulana, agla sawal Bangalore se hai, Rafiq sahib ka</w:t>
      </w:r>
      <w:r>
        <w:br/>
      </w:r>
      <w:r>
        <w:rPr>
          <w:sz w:val="20"/>
        </w:rPr>
        <w:t>1:00:11  . unhon ne likha hai: "Maulana sahib, aksar aman ki taraf ki gayi koshishon ko log buzdi samjhte hain. is ka karan kya hai?" phir wohi main kahunga ke kyun log majmoo'ay ko le kar raah banate hain?</w:t>
      </w:r>
      <w:r>
        <w:br/>
      </w:r>
      <w:r>
        <w:rPr>
          <w:sz w:val="20"/>
        </w:rPr>
        <w:t>1:00:28  majmooa yeh aisi baatein kehta hai, afraad nahi kehte aisi baatein. bohat se afraad aise hain jo is ke khilaaf rai un ki hoti hai.</w:t>
      </w:r>
      <w:r>
        <w:br/>
      </w:r>
      <w:r>
        <w:rPr>
          <w:sz w:val="20"/>
        </w:rPr>
        <w:t>1:00:39  mein samajhta hoon ke poori tareekh mein yeh ghalti hui hai ke logon ne rai banai majmooay ki dikkat mein. fard ko le kar rai banai hai, kyunke Allah ka aap ko yeh jaanna chahiye ke Allah ka jo creation plan hai, woh mabni par fard hai, mabni par majmooa nahi hai.</w:t>
      </w:r>
      <w:r>
        <w:br/>
      </w:r>
      <w:r>
        <w:rPr>
          <w:sz w:val="20"/>
        </w:rPr>
        <w:t>1:00:58  Allah ko poori history se afraad select karne hain, poori history se. koi majmooa nahi ke ek majmooa hai, us ko le kar jannat dakhil kar do</w:t>
      </w:r>
      <w:r>
        <w:br/>
      </w:r>
      <w:r>
        <w:rPr>
          <w:sz w:val="20"/>
        </w:rPr>
        <w:t>1:01:09  . koi majmooa nahi, na koi ummat hai, na koi society hai, na koi majmooa hai. sab sab sab jannat dakhil kar do. aisa nahi hone wala.</w:t>
      </w:r>
      <w:r>
        <w:br/>
      </w:r>
      <w:r>
        <w:rPr>
          <w:sz w:val="20"/>
        </w:rPr>
        <w:t>1:01:19  afraad chune jayenge ummaton se bhi aur samajon se bhi. is maamle mein sara confusion is liye paida hota hai ke log jo khaliq ka jo mansooba hai takhleeqi, us ko samjhe baghair khud sakhta tor par rai qaim karte hain.</w:t>
      </w:r>
    </w:p>
    <w:p>
      <w:pPr>
        <w:pStyle w:val="Heading2"/>
      </w:pPr>
      <w:r>
        <w:t>Peace literature and Arab perception</w:t>
      </w:r>
    </w:p>
    <w:p>
      <w:r>
        <w:rPr>
          <w:color w:val="666666"/>
          <w:sz w:val="18"/>
        </w:rPr>
        <w:t>Society &amp; Dawah · Principle of Loss | May 31, 2015 · 1m 14s · at 48:57 · https://youtu.be/IEf7QfU3BmY?t=2937</w:t>
      </w:r>
    </w:p>
    <w:p>
      <w:r>
        <w:rPr>
          <w:i/>
        </w:rPr>
        <w:t>“I wanted to give some peace literature to a non-Muslim brother, but he said, 'First the Arabs...'”</w:t>
      </w:r>
    </w:p>
    <w:p>
      <w:r>
        <w:rPr>
          <w:sz w:val="20"/>
        </w:rPr>
        <w:t>48:57  maulana agla sawal rajouri se kiya gaya hai nisar ahmad qazi sahib ne kiya hai, aur unhon ne</w:t>
      </w:r>
      <w:r>
        <w:br/>
      </w:r>
      <w:r>
        <w:rPr>
          <w:sz w:val="20"/>
        </w:rPr>
        <w:t>49:02  likha hai maulana mein ne aik non muslim bhai ko peace literature dena cha</w:t>
      </w:r>
      <w:r>
        <w:br/>
      </w:r>
      <w:r>
        <w:rPr>
          <w:sz w:val="20"/>
        </w:rPr>
        <w:t>49:07  ha to us ne yeh keh ke yeh kaha, us to us ne yeh kaha ke pehle arab</w:t>
      </w:r>
      <w:r>
        <w:br/>
      </w:r>
      <w:r>
        <w:rPr>
          <w:sz w:val="20"/>
        </w:rPr>
        <w:t>49:13  ko peace ka paigham do jinhon ne dahshat gardi phaila rakhi hai.</w:t>
      </w:r>
      <w:r>
        <w:br/>
      </w:r>
      <w:r>
        <w:rPr>
          <w:sz w:val="20"/>
        </w:rPr>
        <w:t>49:19  maulana aise mauqa par hamein kiya karna chahiye ya kiya kehna chahiye? theek hai, aik to wahan bhi</w:t>
      </w:r>
      <w:r>
        <w:br/>
      </w:r>
      <w:r>
        <w:rPr>
          <w:sz w:val="20"/>
        </w:rPr>
        <w:t>49:25  kar rahe hain, yahan bhi kar rahe hain, ab paigham to wahan hi phaila rahe hain, hum yeh</w:t>
      </w:r>
      <w:r>
        <w:br/>
      </w:r>
      <w:r>
        <w:rPr>
          <w:sz w:val="20"/>
        </w:rPr>
        <w:t>49:31  nahin ke hum un ko, un ko hum ne justify kar rakha hai, aisa to nahin hai,</w:t>
      </w:r>
      <w:r>
        <w:br/>
      </w:r>
      <w:r>
        <w:rPr>
          <w:sz w:val="20"/>
        </w:rPr>
        <w:t>49:37  un ko bhi hum paigham de rahe hain.</w:t>
      </w:r>
      <w:r>
        <w:br/>
      </w:r>
      <w:r>
        <w:rPr>
          <w:sz w:val="20"/>
        </w:rPr>
        <w:t>49:42  abhi mein gaya tha abu dhabi, wahan bhi mein ne yeh baatein kahin, literature wahan hamare saathi le</w:t>
      </w:r>
      <w:r>
        <w:br/>
      </w:r>
      <w:r>
        <w:rPr>
          <w:sz w:val="20"/>
        </w:rPr>
        <w:t>49:47  gaye thay, literature wahan taqseem kiya.</w:t>
      </w:r>
      <w:r>
        <w:br/>
      </w:r>
      <w:r>
        <w:rPr>
          <w:sz w:val="20"/>
        </w:rPr>
        <w:t>49:52  yeh to yaani sab ke liye hum kar rahe hain, kisi aik ka masla nahin hai.</w:t>
      </w:r>
      <w:r>
        <w:br/>
      </w:r>
      <w:r>
        <w:rPr>
          <w:sz w:val="20"/>
        </w:rPr>
        <w:t>49:57  abhi mein latest jo book likh raha hoon, peace duss bonum, is ka khitab bhi sabhi log hain,</w:t>
      </w:r>
      <w:r>
        <w:br/>
      </w:r>
      <w:r>
        <w:rPr>
          <w:sz w:val="20"/>
        </w:rPr>
        <w:t>50:02  muslim bhi aur doosre log bhi</w:t>
      </w:r>
      <w:r>
        <w:br/>
      </w:r>
      <w:r>
        <w:rPr>
          <w:sz w:val="20"/>
        </w:rPr>
        <w:t>50:08  .</w:t>
      </w:r>
    </w:p>
    <w:p>
      <w:pPr>
        <w:pStyle w:val="Heading2"/>
      </w:pPr>
      <w:r>
        <w:t>Peace-named centers with violent mindset</w:t>
      </w:r>
    </w:p>
    <w:p>
      <w:r>
        <w:rPr>
          <w:color w:val="666666"/>
          <w:sz w:val="18"/>
        </w:rPr>
        <w:t>Society &amp; Dawah · 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2"/>
      </w:pPr>
      <w:r>
        <w:t>Permissibility of celebrating non-Muslim festivals</w:t>
      </w:r>
    </w:p>
    <w:p>
      <w:r>
        <w:rPr>
          <w:color w:val="666666"/>
          <w:sz w:val="18"/>
        </w:rPr>
        <w:t>Society &amp; Dawah · Age of Consumerism January 6, 2013 · 1m 55s · at 58:50 · https://youtu.be/zJRZ1OKUhgA?t=3530</w:t>
      </w:r>
    </w:p>
    <w:p>
      <w:r>
        <w:rPr>
          <w:i/>
        </w:rPr>
        <w:t>“Is it permissible for a Muslim to celebrate other festivals like Holi and Diwali? What is your advice for this?”</w:t>
      </w:r>
    </w:p>
    <w:p>
      <w:r>
        <w:rPr>
          <w:sz w:val="20"/>
        </w:rPr>
        <w:t>58:50  Maulana, yeh sawal Kashmir se aaya hai, Aamir Jan Mori sahab ka. Unhon ne likha hai: "We are living in a country where people are having faith in different religions.</w:t>
      </w:r>
      <w:r>
        <w:br/>
      </w:r>
      <w:r>
        <w:rPr>
          <w:sz w:val="20"/>
        </w:rPr>
        <w:t>59:04  Every religion has got its own festival." Maulana sahab, my question is: "Is it permissible for a Muslim to celebrate other festivals like Holi and Diwali?"</w:t>
      </w:r>
      <w:r>
        <w:br/>
      </w:r>
      <w:r>
        <w:rPr>
          <w:sz w:val="20"/>
        </w:rPr>
        <w:t>59:18  waat is your advice for us?" dekhen, yeh koi sawal nahin hai.</w:t>
      </w:r>
      <w:r>
        <w:br/>
      </w:r>
      <w:r>
        <w:rPr>
          <w:sz w:val="20"/>
        </w:rPr>
        <w:t>59:27  asal sawal yeh hai ke aap yeh jannay ke aap ka purpose of life kya hai, goal kya hai aap ka.</w:t>
      </w:r>
      <w:r>
        <w:br/>
      </w:r>
      <w:r>
        <w:rPr>
          <w:sz w:val="20"/>
        </w:rPr>
        <w:t>59:36  yeh sab to is ki koi ahmiyat nahin hai. aap yeh kyun nahin sochtay ke tarah tarah ke festival hotay hain to hum ko opportunity de rahe hain,</w:t>
      </w:r>
      <w:r>
        <w:br/>
      </w:r>
      <w:r>
        <w:rPr>
          <w:sz w:val="20"/>
        </w:rPr>
        <w:t>59:48  wahan ja kar hum Islamic literature pohnchayen, logon se interact karen, logon se discussion karen, logon se dialogue karen? yani aik jagah aisay saaray log mil rahe hain.</w:t>
      </w:r>
      <w:r>
        <w:br/>
      </w:r>
      <w:r>
        <w:rPr>
          <w:sz w:val="20"/>
        </w:rPr>
        <w:t>1:00:02  rasool Allah ke zamanay mein bhi aswaaq hua karte thay, souq yani wahan par aisay jashan manatay thay, log akhatta hotay thay wahan par.</w:t>
      </w:r>
      <w:r>
        <w:br/>
      </w:r>
      <w:r>
        <w:rPr>
          <w:sz w:val="20"/>
        </w:rPr>
        <w:t>1:00:10  wahan aap jatay thay baqayda, aap parh lijiyay sahih kitabon mein.</w:t>
      </w:r>
      <w:r>
        <w:br/>
      </w:r>
      <w:r>
        <w:rPr>
          <w:sz w:val="20"/>
        </w:rPr>
        <w:t>1:00:16  masla yeh nahin ke aap khud bhi jashan manayen, masla hai ke in ke jashan ko avail kijiyay. aap</w:t>
      </w:r>
      <w:r>
        <w:br/>
      </w:r>
      <w:r>
        <w:rPr>
          <w:sz w:val="20"/>
        </w:rPr>
        <w:t>1:00:25  take it as an opportunity, in se interaction kijiyay, in se discussion kijiyay, in se dialogue kijiyay, in ki kitaben dijiyay, in ko Quran ke tarjumay pohnchayiyay, yeh sab kijiyay.</w:t>
      </w:r>
      <w:r>
        <w:br/>
      </w:r>
      <w:r>
        <w:rPr>
          <w:sz w:val="20"/>
        </w:rPr>
        <w:t>1:00:37  asal sochne ki cheez yeh hai, woh to koi sochne ki baat nahin hai.</w:t>
      </w:r>
    </w:p>
    <w:p>
      <w:pPr>
        <w:pStyle w:val="Heading2"/>
      </w:pPr>
      <w:r>
        <w:t>Permissibility of celebrating other religions' festivals</w:t>
      </w:r>
    </w:p>
    <w:p>
      <w:r>
        <w:rPr>
          <w:color w:val="666666"/>
          <w:sz w:val="18"/>
        </w:rPr>
        <w:t>Society &amp; Dawah · Question &amp; Answer Jan 6th 2013 - Maulana Wahiduddin Kahn · 1m 55s · at 0:10 · https://youtu.be/1FAK1QuHEpw?t=10</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0:10  maulana, yeh sawal kashmir se aya hai, aamir jan mori sahib ka. unhon ne likha hai: "we are living in a country where people are having faith in different religions.</w:t>
      </w:r>
      <w:r>
        <w:br/>
      </w:r>
      <w:r>
        <w:rPr>
          <w:sz w:val="20"/>
        </w:rPr>
        <w:t>0:25  every religion has got its own festival." maulana sahib, my question is: is it permissible for a muslim to celebrate other festivals like holi and diwali?</w:t>
      </w:r>
      <w:r>
        <w:br/>
      </w:r>
      <w:r>
        <w:rPr>
          <w:sz w:val="20"/>
        </w:rPr>
        <w:t>0:38  what is your advice for us?</w:t>
      </w:r>
      <w:r>
        <w:br/>
      </w:r>
      <w:r>
        <w:rPr>
          <w:sz w:val="20"/>
        </w:rPr>
        <w:t>0:42  dekhen, yeh koi sawal nahi hai.</w:t>
      </w:r>
      <w:r>
        <w:br/>
      </w:r>
      <w:r>
        <w:rPr>
          <w:sz w:val="20"/>
        </w:rPr>
        <w:t>0:47  asal sawal yeh hai ke aap yeh janen ke aap ka purpose of life kya hai, goal kya hai aap ka.</w:t>
      </w:r>
      <w:r>
        <w:br/>
      </w:r>
      <w:r>
        <w:rPr>
          <w:sz w:val="20"/>
        </w:rPr>
        <w:t>0:57  yeh sab to, is ki koi ahmiyat nahi hai. aap yeh kyun nahi sochte ke tarah tarah ke festivals hotay hain to hum ko opportunity de rahe hain, wahan ja kar hum islami literature pohnchayen, logon se interact karen, logon se discussion karen, logon se dialogue karen.</w:t>
      </w:r>
      <w:r>
        <w:br/>
      </w:r>
      <w:r>
        <w:rPr>
          <w:sz w:val="20"/>
        </w:rPr>
        <w:t>1:17  yani aik jagah, aise saare log mil rahe hain. rasool allah ke zamanay mein bhi aswaq hua karte thay, souq.</w:t>
      </w:r>
      <w:r>
        <w:br/>
      </w:r>
      <w:r>
        <w:rPr>
          <w:sz w:val="20"/>
        </w:rPr>
        <w:t>1:26  yani wahan par aise jashn manate thay log, ikhatta hotay thay wahan par. wahan aap jatay thay, baqayda. aap parh lijiyay sahi sahi kitabon mein.</w:t>
      </w:r>
      <w:r>
        <w:br/>
      </w:r>
      <w:r>
        <w:rPr>
          <w:sz w:val="20"/>
        </w:rPr>
        <w:t>1:37  masla yeh nahi ke aap khud bhi jashn manayen. masla yeh hai ke un ke jashn ko avail kijiyay aap.</w:t>
      </w:r>
      <w:r>
        <w:br/>
      </w:r>
      <w:r>
        <w:rPr>
          <w:sz w:val="20"/>
        </w:rPr>
        <w:t>1:45  take it as an opportunity. un se interaction kijiyay, un se discussion kijiyay, un se dialogue kijiyay, un ko kitaben dijiye, un ko quran ke tarjume pohnchaiye.</w:t>
      </w:r>
      <w:r>
        <w:br/>
      </w:r>
      <w:r>
        <w:rPr>
          <w:sz w:val="20"/>
        </w:rPr>
        <w:t>1:55  yeh sab kijiyay. asal sochne ki cheez yeh hai. woh to koi sochne ki baat nahi hai.</w:t>
      </w:r>
    </w:p>
    <w:p>
      <w:pPr>
        <w:pStyle w:val="Heading2"/>
      </w:pPr>
      <w:r>
        <w:t>Persuading ulama for correct fatwas</w:t>
      </w:r>
    </w:p>
    <w:p>
      <w:r>
        <w:rPr>
          <w:color w:val="666666"/>
          <w:sz w:val="18"/>
        </w:rPr>
        <w:t>Society &amp; Dawah · The Issues of Islam in the Present World November 11, 2012 · 1m 39s · at 1:06:26 · https://youtu.be/COoaUbCCi1c?t=3986</w:t>
      </w:r>
    </w:p>
    <w:p>
      <w:r>
        <w:rPr>
          <w:i/>
        </w:rPr>
        <w:t>“How to persuade ulama to give correct fatwas about Islam to bring positive changes in the society?”</w:t>
      </w:r>
    </w:p>
    <w:p>
      <w:r>
        <w:rPr>
          <w:sz w:val="20"/>
        </w:rPr>
        <w:t>1:06:26  Maulana, agla sawal Delhi se hai Dr Najma Siddiqui ka. unhon ne likha hai: "how to persuade ulema to give correct fatwas about Islam to bring positive changes in the society?" ab yeh yeh jo jehd hum kar rahe hain, bahut se ulema is raste ko chhod kar ke hamare mission mein lag lag gaye hain.</w:t>
      </w:r>
      <w:r>
        <w:br/>
      </w:r>
      <w:r>
        <w:rPr>
          <w:sz w:val="20"/>
        </w:rPr>
        <w:t>1:06:51  to dheere dheere hoga.</w:t>
      </w:r>
      <w:r>
        <w:br/>
      </w:r>
      <w:r>
        <w:rPr>
          <w:sz w:val="20"/>
        </w:rPr>
        <w:t>1:06:55  ek process already chal chuka hai ke ulema ko wahan se hatakar ke is raste par lane ka process.</w:t>
      </w:r>
      <w:r>
        <w:br/>
      </w:r>
      <w:r>
        <w:rPr>
          <w:sz w:val="20"/>
        </w:rPr>
        <w:t>1:07:05  to inshallah, abhi dekhiye, aaj kal kya hai? rozana subah ko main 6:30 par address karta hoon, 27 minute ke liye, rozana 6:30 morning ko.</w:t>
      </w:r>
      <w:r>
        <w:br/>
      </w:r>
      <w:r>
        <w:rPr>
          <w:sz w:val="20"/>
        </w:rPr>
        <w:t>1:07:20  aur bahut se ulema mukhtalif maqamat par baith kar telephone se sunte hain.</w:t>
      </w:r>
      <w:r>
        <w:br/>
      </w:r>
      <w:r>
        <w:rPr>
          <w:sz w:val="20"/>
        </w:rPr>
        <w:t>1:07:26  ek sahab hain jo Mecca mein hain, ek sahab hain jo Madras mein hain, ek sahab hain jo Bangalore mein hain. to telephone ke zariye hum mein address karta hoon, telephone ke zariye sab log sunte hain.</w:t>
      </w:r>
      <w:r>
        <w:br/>
      </w:r>
      <w:r>
        <w:rPr>
          <w:sz w:val="20"/>
        </w:rPr>
        <w:t>1:07:41  phir isko woh woh record ko tayyar kar ke woh bhejte hain bahut se logon tak. yeh ulema kar rahe hain, yeh yeh daily yeh ho raha hai rozana morning mein subah 6:30 ko.</w:t>
      </w:r>
      <w:r>
        <w:br/>
      </w:r>
      <w:r>
        <w:rPr>
          <w:sz w:val="20"/>
        </w:rPr>
        <w:t>1:07:57  to yeh process chal raha hai, inshallah yeh aage badhega aur bahut se aur log judenge iske andar.</w:t>
      </w:r>
    </w:p>
    <w:p>
      <w:pPr>
        <w:pStyle w:val="Heading2"/>
      </w:pPr>
      <w:r>
        <w:t>Phase-wise planning for revival of Ummah</w:t>
      </w:r>
    </w:p>
    <w:p>
      <w:r>
        <w:rPr>
          <w:color w:val="666666"/>
          <w:sz w:val="18"/>
        </w:rPr>
        <w:t>Society &amp; Dawah · Degeneration of Ummah October 16, 2016 · 28s · at 55:17 · https://youtu.be/W8nafLKMQes?t=3317</w:t>
      </w:r>
    </w:p>
    <w:p>
      <w:r>
        <w:rPr>
          <w:i/>
        </w:rPr>
        <w:t>“Maulana, as you said, we need to do proper planning to rediscover Islam. Is it possible to have some sessions in focused phase-wise planning for revival of Ummah Muslim by...”</w:t>
      </w:r>
    </w:p>
    <w:p>
      <w:r>
        <w:rPr>
          <w:sz w:val="20"/>
        </w:rPr>
        <w:t>55:17  maulana, agla sawal dilli se kiya hai professor najma siddiqui ne.</w:t>
      </w:r>
      <w:r>
        <w:br/>
      </w:r>
      <w:r>
        <w:rPr>
          <w:sz w:val="20"/>
        </w:rPr>
        <w:t>55:22  انہوں نے لکھا ہے: "مولانا، as you said, we need to do proper planning to rediscover Islam.</w:t>
      </w:r>
      <w:r>
        <w:br/>
      </w:r>
      <w:r>
        <w:rPr>
          <w:sz w:val="20"/>
        </w:rPr>
        <w:t>55:29  Is it possible to have some sessions on focused phase-wise planning for revival of Ummat Muslim by</w:t>
      </w:r>
      <w:r>
        <w:br/>
      </w:r>
      <w:r>
        <w:rPr>
          <w:sz w:val="20"/>
        </w:rPr>
        <w:t>55:37  CPS? haan, theek hai, woh kar sakte hain, inshallah.</w:t>
      </w:r>
      <w:r>
        <w:br/>
      </w:r>
      <w:r>
        <w:rPr>
          <w:sz w:val="20"/>
        </w:rPr>
        <w:t>55:42  theek, aap ka yeh proposal bara acha hai.</w:t>
      </w:r>
    </w:p>
    <w:p>
      <w:pPr>
        <w:pStyle w:val="Heading2"/>
      </w:pPr>
      <w:r>
        <w:t>Phenomenon of successful Muslims still struggling</w:t>
      </w:r>
    </w:p>
    <w:p>
      <w:r>
        <w:rPr>
          <w:color w:val="666666"/>
          <w:sz w:val="18"/>
        </w:rPr>
        <w:t>Society &amp; Dawah · Revival and Revivalist | June 7, 2015 · 1m 36s · at 58:44 · https://youtu.be/tJqheiPlZ94?t=3524</w:t>
      </w:r>
    </w:p>
    <w:p>
      <w:r>
        <w:rPr>
          <w:i/>
        </w:rPr>
        <w:t>“What is this phenomenon that even those Muslims who have good jobs, are successful businessmen, and are also successful in other...”</w:t>
      </w:r>
    </w:p>
    <w:p>
      <w:r>
        <w:rPr>
          <w:sz w:val="20"/>
        </w:rPr>
        <w:t>58:44  maulana, yeh agla sawal aaya hai doctor farida khanoom ka dehli se.</w:t>
      </w:r>
      <w:r>
        <w:br/>
      </w:r>
      <w:r>
        <w:rPr>
          <w:sz w:val="20"/>
        </w:rPr>
        <w:t>58:47  What is this phenomena that even those</w:t>
      </w:r>
      <w:r>
        <w:br/>
      </w:r>
      <w:r>
        <w:rPr>
          <w:sz w:val="20"/>
        </w:rPr>
        <w:t>58:50  Muslims who have good jobs, who are successful businessmen and are also successful in other</w:t>
      </w:r>
      <w:r>
        <w:br/>
      </w:r>
      <w:r>
        <w:rPr>
          <w:sz w:val="20"/>
        </w:rPr>
        <w:t>58:57  fields they are busy complaining against others. I don't understand it. Is liye ke dekhiye woh rehte kahan</w:t>
      </w:r>
      <w:r>
        <w:br/>
      </w:r>
      <w:r>
        <w:rPr>
          <w:sz w:val="20"/>
        </w:rPr>
        <w:t>59:05  hain muslim society mein rehte hain agarche woh unka ek job place mein ya work place mein</w:t>
      </w:r>
      <w:r>
        <w:br/>
      </w:r>
      <w:r>
        <w:rPr>
          <w:sz w:val="20"/>
        </w:rPr>
        <w:t>59:12  jaate hain wahan paisa kamake wapas aate hain lekin unka</w:t>
      </w:r>
      <w:r>
        <w:br/>
      </w:r>
      <w:r>
        <w:rPr>
          <w:sz w:val="20"/>
        </w:rPr>
        <w:t>59:20  jo rehna hai zindagi guzarna hai woh isi muslim muashre mein hota hai jahan charcha ho raha hai</w:t>
      </w:r>
      <w:r>
        <w:br/>
      </w:r>
      <w:r>
        <w:rPr>
          <w:sz w:val="20"/>
        </w:rPr>
        <w:t>59:26  ke musalmanon ke sath ziyadti ho rahi hai kyunke jitne bhi musalmanon ke likhne bolne wale log hain</w:t>
      </w:r>
      <w:r>
        <w:br/>
      </w:r>
      <w:r>
        <w:rPr>
          <w:sz w:val="20"/>
        </w:rPr>
        <w:t>59:32  jo stage pe bolte hain jo kitabein chhapte hain jo pd gul nikalte hain woh sab ke</w:t>
      </w:r>
      <w:r>
        <w:br/>
      </w:r>
      <w:r>
        <w:rPr>
          <w:sz w:val="20"/>
        </w:rPr>
        <w:t>59:38  sab one to all negative boli bol rahe hain ek tradition chal pada hai to isi isi mein</w:t>
      </w:r>
      <w:r>
        <w:br/>
      </w:r>
      <w:r>
        <w:rPr>
          <w:sz w:val="20"/>
        </w:rPr>
        <w:t>59:44  lootte hain woh</w:t>
      </w:r>
      <w:r>
        <w:br/>
      </w:r>
      <w:r>
        <w:rPr>
          <w:sz w:val="20"/>
        </w:rPr>
        <w:t>59:50  thoda sa waqt guzarte hain apne work place mein iske baad isi par loot loot loot jaate</w:t>
      </w:r>
      <w:r>
        <w:br/>
      </w:r>
      <w:r>
        <w:rPr>
          <w:sz w:val="20"/>
        </w:rPr>
        <w:t>59:58  hain isi isi churchay mein woh khud bhi shamil ho jatay hain to kaha un ka mindset</w:t>
      </w:r>
      <w:r>
        <w:br/>
      </w:r>
      <w:r>
        <w:rPr>
          <w:sz w:val="20"/>
        </w:rPr>
        <w:t>1:00:05  jo jo cheez banati hai woh un ka apna muashra hai un ka apna ghar hai to to</w:t>
      </w:r>
      <w:r>
        <w:br/>
      </w:r>
      <w:r>
        <w:rPr>
          <w:sz w:val="20"/>
        </w:rPr>
        <w:t>1:00:13  is waja se bohat hi zyada yani gehrai ke sath kaam karna hoga tab mindset toote ga Maulana yeh</w:t>
      </w:r>
    </w:p>
    <w:p>
      <w:pPr>
        <w:pStyle w:val="Heading2"/>
      </w:pPr>
      <w:r>
        <w:t>Pious Muslim Hating Non-Muslims and Avoiding Dawah</w:t>
      </w:r>
    </w:p>
    <w:p>
      <w:r>
        <w:rPr>
          <w:color w:val="666666"/>
          <w:sz w:val="18"/>
        </w:rPr>
        <w:t>Society &amp; Dawah · Peaceful Islamic Mission December 28, 2014 · 3m 33s · at 56:51 · https://youtu.be/aLacalXEtRA?t=3411</w:t>
      </w:r>
    </w:p>
    <w:p>
      <w:r>
        <w:rPr>
          <w:i/>
        </w:rPr>
        <w:t>“Maulana, if a Muslim is pious but hates non-Muslims and due to his worldly affairs is not keen on Dawah work.”</w:t>
      </w:r>
    </w:p>
    <w:p>
      <w:r>
        <w:rPr>
          <w:sz w:val="20"/>
        </w:rPr>
        <w:t>56:51  maulana, agla sawal ah maulana farhad umri ne bheja hai dilli se, aur unhon ne likha hai ke:</w:t>
      </w:r>
      <w:r>
        <w:br/>
      </w:r>
      <w:r>
        <w:rPr>
          <w:sz w:val="20"/>
        </w:rPr>
        <w:t>56:57  "مولانا، if a Muslim who is pious but hates non-Muslims and due to his worldly affairs is</w:t>
      </w:r>
      <w:r>
        <w:br/>
      </w:r>
      <w:r>
        <w:rPr>
          <w:sz w:val="20"/>
        </w:rPr>
        <w:t>57:03  not can in daawa work.</w:t>
      </w:r>
      <w:r>
        <w:br/>
      </w:r>
      <w:r>
        <w:rPr>
          <w:sz w:val="20"/>
        </w:rPr>
        <w:t>57:09  will such a muslim be judged as innocent in the eyes of god?" what is your comment? kya</w:t>
      </w:r>
      <w:r>
        <w:br/>
      </w:r>
      <w:r>
        <w:rPr>
          <w:sz w:val="20"/>
        </w:rPr>
        <w:t>57:15  kya matlab hai? ke maulana, agar ek muslim jo apne worldly affairs mein phansa hua hai aur wo</w:t>
      </w:r>
      <w:r>
        <w:br/>
      </w:r>
      <w:r>
        <w:rPr>
          <w:sz w:val="20"/>
        </w:rPr>
        <w:t>57:21  daawa work nahi kar raha hai, lekin wo waise ah dekhne pe pious muslim hai, ah lekin is</w:t>
      </w:r>
      <w:r>
        <w:br/>
      </w:r>
      <w:r>
        <w:rPr>
          <w:sz w:val="20"/>
        </w:rPr>
        <w:t>57:27  ke dil mein nafrat hai non muslim ke liye, to kya wo allah taala ke samne innocent paye</w:t>
      </w:r>
      <w:r>
        <w:br/>
      </w:r>
      <w:r>
        <w:rPr>
          <w:sz w:val="20"/>
        </w:rPr>
        <w:t>57:33  ga? nahi, har giz.</w:t>
      </w:r>
      <w:r>
        <w:br/>
      </w:r>
      <w:r>
        <w:rPr>
          <w:sz w:val="20"/>
        </w:rPr>
        <w:t>57:39  nafrat ka to nafrat to haram hai.</w:t>
      </w:r>
      <w:r>
        <w:br/>
      </w:r>
      <w:r>
        <w:rPr>
          <w:sz w:val="20"/>
        </w:rPr>
        <w:t>57:45  nafrat ki kisi ko ijazat nahi hai.</w:t>
      </w:r>
      <w:r>
        <w:br/>
      </w:r>
      <w:r>
        <w:rPr>
          <w:sz w:val="20"/>
        </w:rPr>
        <w:t>57:51  allah ka paida kiya hua, yani allah ke paida kiye hue insan nafrat karenge? aap apne koi</w:t>
      </w:r>
      <w:r>
        <w:br/>
      </w:r>
      <w:r>
        <w:rPr>
          <w:sz w:val="20"/>
        </w:rPr>
        <w:t>57:57  baap apne bete se nafrat kar sakta hai? koi duniya mein aisa baap nahi hoga jo apne bete</w:t>
      </w:r>
      <w:r>
        <w:br/>
      </w:r>
      <w:r>
        <w:rPr>
          <w:sz w:val="20"/>
        </w:rPr>
        <w:t>58:03  se nafrat kare.</w:t>
      </w:r>
      <w:r>
        <w:br/>
      </w:r>
      <w:r>
        <w:rPr>
          <w:sz w:val="20"/>
        </w:rPr>
        <w:t>58:09  to to baap ka, yani bete ke ke ke paida hone mein baap ka hissa kya hai? one</w:t>
      </w:r>
      <w:r>
        <w:br/>
      </w:r>
      <w:r>
        <w:rPr>
          <w:sz w:val="20"/>
        </w:rPr>
        <w:t>58:14  percent bhi nahi hai.</w:t>
      </w:r>
      <w:r>
        <w:br/>
      </w:r>
      <w:r>
        <w:rPr>
          <w:sz w:val="20"/>
        </w:rPr>
        <w:t>58:20  wo to allah ne paida kiya hai.</w:t>
      </w:r>
      <w:r>
        <w:br/>
      </w:r>
      <w:r>
        <w:rPr>
          <w:sz w:val="20"/>
        </w:rPr>
        <w:t>58:26  to allah ki takhleeq ke karishma hai har insan.</w:t>
      </w:r>
      <w:r>
        <w:br/>
      </w:r>
      <w:r>
        <w:rPr>
          <w:sz w:val="20"/>
        </w:rPr>
        <w:t>58:32  har insan allah ki creation ka ek namuna hai.</w:t>
      </w:r>
      <w:r>
        <w:br/>
      </w:r>
      <w:r>
        <w:rPr>
          <w:sz w:val="20"/>
        </w:rPr>
        <w:t>58:38  is se aap nafrat karenge? bilashuba haram hai, is mein koi shaq hi nahi.</w:t>
      </w:r>
      <w:r>
        <w:br/>
      </w:r>
      <w:r>
        <w:rPr>
          <w:sz w:val="20"/>
        </w:rPr>
        <w:t>58:44  maulana, un ka ek aur sawal hai.</w:t>
      </w:r>
      <w:r>
        <w:br/>
      </w:r>
      <w:r>
        <w:rPr>
          <w:sz w:val="20"/>
        </w:rPr>
        <w:t>58:50  انہوں نے لکھا ہے کہ: "There is a common phrase used in the Muslim history about non-Muslims,</w:t>
      </w:r>
      <w:r>
        <w:br/>
      </w:r>
      <w:r>
        <w:rPr>
          <w:sz w:val="20"/>
        </w:rPr>
        <w:t>58:56  that is wo waseela jahannum hua, fana fil nar hua, etc." is use of such phrase islamic? islamic</w:t>
      </w:r>
      <w:r>
        <w:br/>
      </w:r>
      <w:r>
        <w:rPr>
          <w:sz w:val="20"/>
        </w:rPr>
        <w:t>59:02  nahi, yeh to haram hai.</w:t>
      </w:r>
      <w:r>
        <w:br/>
      </w:r>
      <w:r>
        <w:rPr>
          <w:sz w:val="20"/>
        </w:rPr>
        <w:t>59:08  Aisa aisa bolna haram hai.</w:t>
      </w:r>
      <w:r>
        <w:br/>
      </w:r>
      <w:r>
        <w:rPr>
          <w:sz w:val="20"/>
        </w:rPr>
        <w:t>59:14  Kyun? Aap nahi bata sakte ke Rasool Allah Sal Allah Alaihi Wasallam ke aisa kabhi kiya ho ya</w:t>
      </w:r>
      <w:r>
        <w:br/>
      </w:r>
      <w:r>
        <w:rPr>
          <w:sz w:val="20"/>
        </w:rPr>
        <w:t>59:20  Sahaba ne aisa kiya ho.</w:t>
      </w:r>
      <w:r>
        <w:br/>
      </w:r>
      <w:r>
        <w:rPr>
          <w:sz w:val="20"/>
        </w:rPr>
        <w:t>59:26  Rasool Allah Sal Allah Alaihi Wasallam ke saamne se ek Yahudi janaza nikla.</w:t>
      </w:r>
      <w:r>
        <w:br/>
      </w:r>
      <w:r>
        <w:rPr>
          <w:sz w:val="20"/>
        </w:rPr>
        <w:t>59:32  Yahudi janaza, yaani ek dead body Yahudi ki le ja rahe the log.</w:t>
      </w:r>
      <w:r>
        <w:br/>
      </w:r>
      <w:r>
        <w:rPr>
          <w:sz w:val="20"/>
        </w:rPr>
        <w:t>59:38  To aap ne yeh nahi kaha ke, yaani fi nar wastaqar, yeh nahi farmaya aap ne.</w:t>
      </w:r>
      <w:r>
        <w:br/>
      </w:r>
      <w:r>
        <w:rPr>
          <w:sz w:val="20"/>
        </w:rPr>
        <w:t>59:44  Aaj kal Musalman yahi kehte hain, koi janaza agar hua aisa to kehte hain ke fi nar wastaqar.</w:t>
      </w:r>
      <w:r>
        <w:br/>
      </w:r>
      <w:r>
        <w:rPr>
          <w:sz w:val="20"/>
        </w:rPr>
        <w:t>59:50  Kya haq hai aap ko aisa kehne ka? Rasool Allah Sal Allah Alaihi Wasallam to iski respect</w:t>
      </w:r>
      <w:r>
        <w:br/>
      </w:r>
      <w:r>
        <w:rPr>
          <w:sz w:val="20"/>
        </w:rPr>
        <w:t>59:55  ke liye khade ho gaye, aur kisi ne taajjub kiya ke aap respect de rahe hain Yahudi janaze ko.</w:t>
      </w:r>
      <w:r>
        <w:br/>
      </w:r>
      <w:r>
        <w:rPr>
          <w:sz w:val="20"/>
        </w:rPr>
        <w:t>1:00:01  To aap ne farmaya ke: "Alaih al-dafn, main bhi insan, woh bhi insan." Yeh hai Islam.</w:t>
      </w:r>
      <w:r>
        <w:br/>
      </w:r>
      <w:r>
        <w:rPr>
          <w:sz w:val="20"/>
        </w:rPr>
        <w:t>1:00:07  Baaki jo Musalman kar rahe hain aaj kal fi nar wastaqar, yeh to haram hai.</w:t>
      </w:r>
      <w:r>
        <w:br/>
      </w:r>
      <w:r>
        <w:rPr>
          <w:sz w:val="20"/>
        </w:rPr>
        <w:t>1:00:13  Is mein koi shaq nahi hai ke is ko haram hone ki, kyunke na Sahaba ne aisa kiya,</w:t>
      </w:r>
      <w:r>
        <w:br/>
      </w:r>
      <w:r>
        <w:rPr>
          <w:sz w:val="20"/>
        </w:rPr>
        <w:t>1:00:19  na Rasool Allah Sal Allah Alaihi Wasallam ne aisa kiya.</w:t>
      </w:r>
    </w:p>
    <w:p>
      <w:pPr>
        <w:pStyle w:val="Heading2"/>
      </w:pPr>
      <w:r>
        <w:t>Political Instability and Islam Protection</w:t>
      </w:r>
    </w:p>
    <w:p>
      <w:r>
        <w:rPr>
          <w:color w:val="666666"/>
          <w:sz w:val="18"/>
        </w:rPr>
        <w:t>Society &amp; Dawah · Surah Al-'Asr I November 23, 2014 Maulana Wahiduddin Khan · 2m 29s · at 1:03:02 · https://youtu.be/3dBMIUC0Dqw?t=3782</w:t>
      </w:r>
    </w:p>
    <w:p>
      <w:r>
        <w:rPr>
          <w:i/>
        </w:rPr>
        <w:t>“What is the amicable solution to political instability in Central Asia? How can we protect Islam from misinterpretation in this era of globalization?”</w:t>
      </w:r>
    </w:p>
    <w:p>
      <w:r>
        <w:rPr>
          <w:sz w:val="20"/>
        </w:rPr>
        <w:t>1:03:02  Maulana, agla sawal Delhi se kiya hai Mr. Sagar ne aur unhon ne likha hai What is the available, what is the amicable solution of political instability in Central Asia?</w:t>
      </w:r>
      <w:r>
        <w:br/>
      </w:r>
      <w:r>
        <w:rPr>
          <w:sz w:val="20"/>
        </w:rPr>
        <w:t>1:03:17  How can we protect Islam from misinterpretation in this era of globalization? Mein dekhen, yeh political sawal hai.</w:t>
      </w:r>
      <w:r>
        <w:br/>
      </w:r>
      <w:r>
        <w:rPr>
          <w:sz w:val="20"/>
        </w:rPr>
        <w:t>1:03:27  mujhe political sawalat se koi dilchaspi nahi. Baqi mein</w:t>
      </w:r>
      <w:r>
        <w:br/>
      </w:r>
      <w:r>
        <w:rPr>
          <w:sz w:val="20"/>
        </w:rPr>
        <w:t>1:03:35  bator principle ke yeh manta hoon ke dawat ka kaam jo hai woh sab masle ka hal hai. Dawat Allah ka kaam agar hum karen to is se kya hota hai?</w:t>
      </w:r>
      <w:r>
        <w:br/>
      </w:r>
      <w:r>
        <w:rPr>
          <w:sz w:val="20"/>
        </w:rPr>
        <w:t>1:03:48  Party thinking aati hai. Insan ke liye sympathy aati hai.</w:t>
      </w:r>
      <w:r>
        <w:br/>
      </w:r>
      <w:r>
        <w:rPr>
          <w:sz w:val="20"/>
        </w:rPr>
        <w:t>1:03:53  aur parties mein itna zyada involvement logon ka woh ghaTta hai. Yani power ki jo dhoom machi hui hai, sab log sochte hain ke kya power milna hai ya na milna hai, dono barabar hain.</w:t>
      </w:r>
      <w:r>
        <w:br/>
      </w:r>
      <w:r>
        <w:rPr>
          <w:sz w:val="20"/>
        </w:rPr>
        <w:t>1:04:08  to</w:t>
      </w:r>
      <w:r>
        <w:br/>
      </w:r>
      <w:r>
        <w:rPr>
          <w:sz w:val="20"/>
        </w:rPr>
        <w:t>1:04:09  realistic approach aata hai. Da'wah ka kaam karen jo dilon ko aap mutasir karenge. Un ke andar modesty aayegi.</w:t>
      </w:r>
      <w:r>
        <w:br/>
      </w:r>
      <w:r>
        <w:rPr>
          <w:sz w:val="20"/>
        </w:rPr>
        <w:t>1:04:20  realistic approach aye ga. doosron ke liye sympathy aye gi.</w:t>
      </w:r>
      <w:r>
        <w:br/>
      </w:r>
      <w:r>
        <w:rPr>
          <w:sz w:val="20"/>
        </w:rPr>
        <w:t>1:04:25  peaceful yani yani thinking aye gi. to sab cheezain durust hon gi. main daikhain, kisi bhi maslay ka koi short term hal nahi hota.</w:t>
      </w:r>
      <w:r>
        <w:br/>
      </w:r>
      <w:r>
        <w:rPr>
          <w:sz w:val="20"/>
        </w:rPr>
        <w:t>1:04:38  log daurtay hain short term hal par.</w:t>
      </w:r>
      <w:r>
        <w:br/>
      </w:r>
      <w:r>
        <w:rPr>
          <w:sz w:val="20"/>
        </w:rPr>
        <w:t>1:04:41  main daikhain, kisi cheez ka bhi, yeh social mamlaat ya national mamlaat ya international mamlaat mein koi bhi short term solution possible hi nahi.</w:t>
      </w:r>
      <w:r>
        <w:br/>
      </w:r>
      <w:r>
        <w:rPr>
          <w:sz w:val="20"/>
        </w:rPr>
        <w:t>1:04:54  logon ko acha lagta hai, daurtay hain isi ke liye. sirf</w:t>
      </w:r>
      <w:r>
        <w:br/>
      </w:r>
      <w:r>
        <w:rPr>
          <w:sz w:val="20"/>
        </w:rPr>
        <w:t>1:05:00  is tarah ke mamlaat mein sirf long term solution hi work karta hai. aur woh is ko hum kar rahay hain. hum agarche hamara mission, political mission nahi hai, lekin jo hum dawat Allah ka hum kaam kar rahay hain, indirect way mein isi mein saray cheezon ka solution hai.</w:t>
      </w:r>
      <w:r>
        <w:br/>
      </w:r>
      <w:r>
        <w:rPr>
          <w:sz w:val="20"/>
        </w:rPr>
        <w:t>1:05:18  indirect tor par hamara jo dawat Allah ka mission hai, woh direct tor par is ki dawat ka mission hai. lekin indirect way mein wohi solution hai saray mamlaat ka.</w:t>
      </w:r>
    </w:p>
    <w:p>
      <w:pPr>
        <w:pStyle w:val="Heading2"/>
      </w:pPr>
      <w:r>
        <w:t>Political conflict among the Righteous Caliphs</w:t>
      </w:r>
    </w:p>
    <w:p>
      <w:r>
        <w:rPr>
          <w:color w:val="666666"/>
          <w:sz w:val="18"/>
        </w:rPr>
        <w:t>Society &amp; Dawah · Islam and Politics November 17, 2013 · 2m 19s · at 59:13 · https://youtu.be/LgKA8wg4NPc?t=3553</w:t>
      </w:r>
    </w:p>
    <w:p>
      <w:r>
        <w:rPr>
          <w:i/>
        </w:rPr>
        <w:t>“The political interpretation of religion is undoubtedly a wrong interpretation, due to which most Muslims today are misguided. Then how did it happen that during the era of the Righteous Caliphs there was also political conflict, even though they were the ones who understood religion in its original form? Please explain this.”</w:t>
      </w:r>
    </w:p>
    <w:p>
      <w:r>
        <w:rPr>
          <w:sz w:val="20"/>
        </w:rPr>
        <w:t>59:13  maulana agla sawal dilli se kya hai shahnawaz zafar sahib ne unhon ne likha hai deen ki siyasi taabeer beshak ek galat taabeer hai jis ki wajah se aaj ke beshtar musalman bhatke hue hain</w:t>
      </w:r>
      <w:r>
        <w:br/>
      </w:r>
      <w:r>
        <w:rPr>
          <w:sz w:val="20"/>
        </w:rPr>
        <w:t>59:30  to phir aisa kaise hua ke khulafa-e-rashideen ke daur mein bhi siyasi takrao hua jabke woh log deen ko is ke asal roop mein samajhne wale the is ke bare mein hamein batayen dekhen kya takrao ka matlab main nahin keh raha yeh main nahin keh raha hoon ke political interpretation se takrao paida hota hai takrao ki to bohat si baaten hain</w:t>
      </w:r>
      <w:r>
        <w:br/>
      </w:r>
      <w:r>
        <w:rPr>
          <w:sz w:val="20"/>
        </w:rPr>
        <w:t>59:56  sadak pe log takra jate hain rasta nahin diya to takra gaye to takrao ke mukhtalif asbab hote hain wahan par jo takrao tha yani hazrat muawiya mein hazrat ali mein woh takrao jo tha us ki buniyad political interpretation nahin tha woh darasal yeh tha ke hazrat usman ki ki shahadat hui thi un ko qatal kiya gaya tha</w:t>
      </w:r>
      <w:r>
        <w:br/>
      </w:r>
      <w:r>
        <w:rPr>
          <w:sz w:val="20"/>
        </w:rPr>
        <w:t>1:00:25  to masla yeh tha ke jo qatilin the un ko saza di jaye to hazrat muawiya jo the un ka israr yeh tha ke qatilin jo hain woh un ke wirsa ko hawale kiye jayen hazrat usman aur hazrat muawiya dono ek hi qabile ke the yani bani umayya se dono ka taalluq tha</w:t>
      </w:r>
      <w:r>
        <w:br/>
      </w:r>
      <w:r>
        <w:rPr>
          <w:sz w:val="20"/>
        </w:rPr>
        <w:t>1:00:47  to un ka jo jo wahan par jo riwaj chala raha tha pehle se woh yahi tha ke qatil ko maqtul ke wirsa ko hawale kar diya jata tha phir woh jis tarah chahen us ko saza den yeh riwaj tha wahan to hazrat ali kehte the ke nahin hum us ko adalat mein jayenge wahan par karwai hogi adalti faisle ke تحت wahan par nafiz kiya jayega jo jo tay hoga</w:t>
      </w:r>
      <w:r>
        <w:br/>
      </w:r>
      <w:r>
        <w:rPr>
          <w:sz w:val="20"/>
        </w:rPr>
        <w:t>1:01:16  yeh yeh yeh do raay ka takrao tha do raah ka takrao tha yeh barhte barhte jang shuru ikhtiyar ki gayi to wahan jo takrao pesh aaya woh is ke sabab doosra tha political interpretation se koi talluq nahi tha</w:t>
      </w:r>
    </w:p>
    <w:p>
      <w:pPr>
        <w:pStyle w:val="Heading2"/>
      </w:pPr>
      <w:r>
        <w:t>Political interpretation harming dawah</w:t>
      </w:r>
    </w:p>
    <w:p>
      <w:r>
        <w:rPr>
          <w:color w:val="666666"/>
          <w:sz w:val="18"/>
        </w:rPr>
        <w:t>Society &amp; Dawah · Social Reform | December 22, 2013 | Maulana Wahiduddin Khan · 1m 05s · at 1:02:59 · https://youtu.be/kGP903BvDto?t=3779</w:t>
      </w:r>
    </w:p>
    <w:p>
      <w:r>
        <w:rPr>
          <w:i/>
        </w:rPr>
        <w:t>“Due to political interpretation of religion, the individual's knowledge and dawah...”</w:t>
      </w:r>
    </w:p>
    <w:p>
      <w:r>
        <w:rPr>
          <w:sz w:val="20"/>
        </w:rPr>
        <w:t>1:02:59  Maulana, agla sawal Chennai se hai.</w:t>
      </w:r>
      <w:r>
        <w:br/>
      </w:r>
      <w:r>
        <w:rPr>
          <w:sz w:val="20"/>
        </w:rPr>
        <w:t>1:03:04  Maulana Iqbal Umri ka.</w:t>
      </w:r>
      <w:r>
        <w:br/>
      </w:r>
      <w:r>
        <w:rPr>
          <w:sz w:val="20"/>
        </w:rPr>
        <w:t>1:03:08  unhon ne likha hai: "Maulana, deen ki siyasi ta'abeer ki wajah se fard ka ma'rifat aur dawat ki</w:t>
      </w:r>
      <w:r>
        <w:br/>
      </w:r>
      <w:r>
        <w:rPr>
          <w:sz w:val="20"/>
        </w:rPr>
        <w:t>1:03:12  nisbat se kiya nuqsan hua hai? is ke baray mein humain batayein." bilkul khatm ho gaya nuqsan kiya</w:t>
      </w:r>
      <w:r>
        <w:br/>
      </w:r>
      <w:r>
        <w:rPr>
          <w:sz w:val="20"/>
        </w:rPr>
        <w:t>1:03:17  ؟ khatam ho gaya. sirf siyasi jhagray, siyasi hangamay, yahan tak ke tashaddud aur Suicide bombing sab isi se to paida hue hain. Allah ki ma'rifat aur insaan ke liye Peaceful dawat, wo sab khatam. wo to hadaf hai bilkul, hai hi nahi. sara bas siyasi hangamay hain. to yani deen ke naam par,</w:t>
      </w:r>
      <w:r>
        <w:br/>
      </w:r>
      <w:r>
        <w:rPr>
          <w:sz w:val="20"/>
        </w:rPr>
        <w:t>1:03:47  deen ke naam par yaani aisi cheezain jin ka koi deen se koi ta'alluq nahi.</w:t>
      </w:r>
      <w:r>
        <w:br/>
      </w:r>
      <w:r>
        <w:rPr>
          <w:sz w:val="20"/>
        </w:rPr>
        <w:t>1:03:53  yehi hua hai.</w:t>
      </w:r>
      <w:r>
        <w:br/>
      </w:r>
      <w:r>
        <w:rPr>
          <w:sz w:val="20"/>
        </w:rPr>
        <w:t>1:03:59  mera to tajruba yehi hai.</w:t>
      </w:r>
    </w:p>
    <w:p>
      <w:pPr>
        <w:pStyle w:val="Heading2"/>
      </w:pPr>
      <w:r>
        <w:t>Political state for spreading Islam</w:t>
      </w:r>
    </w:p>
    <w:p>
      <w:r>
        <w:rPr>
          <w:color w:val="666666"/>
          <w:sz w:val="18"/>
        </w:rPr>
        <w:t>Society &amp; Dawah · Universal outlook April 09, 2017 · 1m 31s · at 44:40 · https://youtu.be/n3HAPCpom5c?t=2680</w:t>
      </w:r>
    </w:p>
    <w:p>
      <w:r>
        <w:rPr>
          <w:i/>
        </w:rPr>
        <w:t>“Muslims feel that if they have political state then they would be able to spread the message of Islam more effectively. So my question is what is wrong with this thought process?”</w:t>
      </w:r>
    </w:p>
    <w:p>
      <w:r>
        <w:rPr>
          <w:sz w:val="20"/>
        </w:rPr>
        <w:t>44:40  ji Maulana agla sawal bheja hai Zubair sahib ne Ahmedabad se. unhon ne likha hai Maulana Muslims feel that if they have political state then they would be able to spread the message of Islam more effectively.</w:t>
      </w:r>
      <w:r>
        <w:br/>
      </w:r>
      <w:r>
        <w:rPr>
          <w:sz w:val="20"/>
        </w:rPr>
        <w:t>44:57  so my question is what is wrong with this thought</w:t>
      </w:r>
      <w:r>
        <w:br/>
      </w:r>
      <w:r>
        <w:rPr>
          <w:sz w:val="20"/>
        </w:rPr>
        <w:t>45:00  process? ghalat yahi ke yeh soch hi ghalat hai.</w:t>
      </w:r>
      <w:r>
        <w:br/>
      </w:r>
      <w:r>
        <w:rPr>
          <w:sz w:val="20"/>
        </w:rPr>
        <w:t>45:06  islam yani yani musalman ka musalmanon ki political power jitne bhi hukoomatein theen musalmanon ki jo rote hain musalman woh dynasty thi.</w:t>
      </w:r>
      <w:r>
        <w:br/>
      </w:r>
      <w:r>
        <w:rPr>
          <w:sz w:val="20"/>
        </w:rPr>
        <w:t>45:18  saari hukoomatein chahe woh Mughal Empire ho, Ottoman Empire ho, Abbasids Empire ho, is Paris Empire ho sab dynasty thi. woh islam ki hukoomat kahan se thi woh?</w:t>
      </w:r>
      <w:r>
        <w:br/>
      </w:r>
      <w:r>
        <w:rPr>
          <w:sz w:val="20"/>
        </w:rPr>
        <w:t>45:29  woh to khandani hukoomat thi. aur islam phaila.</w:t>
      </w:r>
      <w:r>
        <w:br/>
      </w:r>
      <w:r>
        <w:rPr>
          <w:sz w:val="20"/>
        </w:rPr>
        <w:t>45:36  dunya mein yeh yahan se wahan tak dekhiye sab dynasty thi. Umayyad period mein, Abbasid period mein, Fatimid period mein, Mughal period mein, Turkish period mein, Spanish period mein hamesha dynasty thi.</w:t>
      </w:r>
      <w:r>
        <w:br/>
      </w:r>
      <w:r>
        <w:rPr>
          <w:sz w:val="20"/>
        </w:rPr>
        <w:t>45:51  woh kahan se islam ki hukoomat kahan se thi? woh to khandani hukoomat thi. islam apni taqat se phaila hai, apni taqat se. kisi ruler ke phailane se nahin phaila hai.</w:t>
      </w:r>
      <w:r>
        <w:br/>
      </w:r>
      <w:r>
        <w:rPr>
          <w:sz w:val="20"/>
        </w:rPr>
        <w:t>46:01  kaisi ajeeb o ghareeb tasweer Khuda Khuda bana rakhi hai logon ne. ajeeb o ghareeb tasweer hai.</w:t>
      </w:r>
    </w:p>
    <w:p>
      <w:pPr>
        <w:pStyle w:val="Heading2"/>
      </w:pPr>
      <w:r>
        <w:t>Political status quo versus peaceful da'wah in Libya</w:t>
      </w:r>
    </w:p>
    <w:p>
      <w:r>
        <w:rPr>
          <w:color w:val="666666"/>
          <w:sz w:val="18"/>
        </w:rPr>
        <w:t>Society &amp; Dawah · Politics and Nation Building May 19, 2013 · 3m 19s · at 1:03:48 · https://youtu.be/kmiMGq0Ki2Q?t=3828</w:t>
      </w:r>
    </w:p>
    <w:p>
      <w:r>
        <w:rPr>
          <w:i/>
        </w:rPr>
        <w:t>“In today's lecture you said accept political status quo but you also mentioned name of one of your associates from Libya who was doing da'wah peacefully but was killed by the government. Recently Libyans visited you and said conditions are better and they have started regrouping for da'wah. My question is: Had the people there not raise their voices against their rulers' tyranny and dethrone him? How could those Libyans...”</w:t>
      </w:r>
    </w:p>
    <w:p>
      <w:r>
        <w:rPr>
          <w:sz w:val="20"/>
        </w:rPr>
        <w:t>1:03:48  maulana agla sawal karachi pakistan se aaya hai miss sana ka unho ne likha hai maulana sahib i am a political journalist by profession and have been following your lectures for quite some time now</w:t>
      </w:r>
      <w:r>
        <w:br/>
      </w:r>
      <w:r>
        <w:rPr>
          <w:sz w:val="20"/>
        </w:rPr>
        <w:t>1:04:05  in today lecture you said that accept political status quo ism but you also mentioned name of one of your associate from libya sheikh mohammed qaid who was doing dawa peacefully but was caught and then killed by then government recently few libyans visited you and they said that since conditions in libya are better now hence they have started regrouping for dawa again</w:t>
      </w:r>
      <w:r>
        <w:br/>
      </w:r>
      <w:r>
        <w:rPr>
          <w:sz w:val="20"/>
        </w:rPr>
        <w:t>1:04:35  maulana sahib my question is had the people there not raised their voices against their rulers tyranny and dethroned him how could those libyans even ever thought of regrouping for dawa again under those former conditions when their former ruler was against even their peaceful dawa peaceful work</w:t>
      </w:r>
      <w:r>
        <w:br/>
      </w:r>
      <w:r>
        <w:rPr>
          <w:sz w:val="20"/>
        </w:rPr>
        <w:t>1:04:59  my second question is if you will accept one person as a political imam then what is the point of elections in a democracy lastly i want to say maulana sahib may allah bless you with health and long life you are a pearl of ummah bhai question pakad liya main ap bataein pehla question pehle kya hai pehla wala maul</w:t>
      </w:r>
      <w:r>
        <w:br/>
      </w:r>
      <w:r>
        <w:rPr>
          <w:sz w:val="20"/>
        </w:rPr>
        <w:t>1:05:25  ana woh status quizm ko le ke unhon ne sawal kiya hai ke ap ne jo aj kaha lecture mein to woh yeh keh rahe hain ke libya mein to logon ne ah violence kara ruler ke khilaf aur dethrone kar diya aur sath hi mein unhon ne yeh bhi kaha ke jo wahan ke log hain jo daawa work kar rahe hain unhon ne regrouping bhi kari aur daawa work jari rakha to is ko le ke unhon ne sawal kiya hai Maulana kya sawal kiya hai</w:t>
      </w:r>
      <w:r>
        <w:br/>
      </w:r>
      <w:r>
        <w:rPr>
          <w:sz w:val="20"/>
        </w:rPr>
        <w:t>1:05:53  kya sawal to samjha nahi mein hmm hain Maulana woh sawal actually is se link nahi ho pa raha hai ah jo unhon ne ah mention kara hai bhai doosre log kya kar rahe hain hmm is mein sawal kya banaya hai unhon ne woh to clear nahi hua na hmm hain ji</w:t>
      </w:r>
      <w:r>
        <w:br/>
      </w:r>
      <w:r>
        <w:rPr>
          <w:sz w:val="20"/>
        </w:rPr>
        <w:t>1:06:13  Maulana jo doosra sawal hai woh ah is ke baray mein ap bata sakte hain ke ah of of you well accept one person as ar political imam hmm then what is the point of elections in a democracy yehi to hai bhai ek imam chun lo yeh to mein ne kaha hmm ke democracy mein jab ek party ya ek shakhs chun liya gaya to us ko maan lijiye ab yeh na shor machai ke rigging hui hui</w:t>
      </w:r>
      <w:r>
        <w:br/>
      </w:r>
      <w:r>
        <w:rPr>
          <w:sz w:val="20"/>
        </w:rPr>
        <w:t>1:06:41  yeh to mein ne kaha hmm ap chale jaiye doosre kaam karne ke liye yani education ki field mein daawa field mein business ki field mein aur logon ke andar lal jhagda khatam karne ki field mein bohat kaam hai sab kijiye woh woh woh to wohi baat hai wahan bhi ji ke election ka result accept kar lijiye yeh mat kahiye ke result ko ap challenge karein wohi to baat hai yaar</w:t>
      </w:r>
    </w:p>
    <w:p>
      <w:pPr>
        <w:pStyle w:val="Heading2"/>
      </w:pPr>
      <w:r>
        <w:t>Political struggle in Islamic philosophy</w:t>
      </w:r>
    </w:p>
    <w:p>
      <w:r>
        <w:rPr>
          <w:color w:val="666666"/>
          <w:sz w:val="18"/>
        </w:rPr>
        <w:t>Society &amp; Dawah · Realization of God December 18, 2016 Maulana Wahiduddin Khan · 1m 15s · at 56:45 · https://youtu.be/LHKb2btTIT8?t=3405</w:t>
      </w:r>
    </w:p>
    <w:p>
      <w:r>
        <w:rPr>
          <w:i/>
        </w:rPr>
        <w:t>“Is political struggle appreciated in Islamic philosophy and if yes, then to what limit?”</w:t>
      </w:r>
    </w:p>
    <w:p>
      <w:r>
        <w:rPr>
          <w:sz w:val="20"/>
        </w:rPr>
        <w:t>56:45  chishti sahib nay agla sawal bheja hai aur unhonay aap say poocha hai kay is political struggle</w:t>
      </w:r>
      <w:r>
        <w:br/>
      </w:r>
      <w:r>
        <w:rPr>
          <w:sz w:val="20"/>
        </w:rPr>
        <w:t>56:53  appreciated in Islamic philosophy and if yes then to what limit kuch nahi is mein meray nazdeek to</w:t>
      </w:r>
      <w:r>
        <w:br/>
      </w:r>
      <w:r>
        <w:rPr>
          <w:sz w:val="20"/>
        </w:rPr>
        <w:t>57:00  haram hai jis cheez ko aap political struggle kehte hain woh haram hai kyunke kisi peghamabr ne kiya</w:t>
      </w:r>
      <w:r>
        <w:br/>
      </w:r>
      <w:r>
        <w:rPr>
          <w:sz w:val="20"/>
        </w:rPr>
        <w:t>57:08  nahi political struggle ke maani kya hain authorities se takrana authorities se takrana bilashuba haram hai islam se</w:t>
      </w:r>
      <w:r>
        <w:br/>
      </w:r>
      <w:r>
        <w:rPr>
          <w:sz w:val="20"/>
        </w:rPr>
        <w:t>57:16  koi talluq iska nahi koi talluq hi nahi islam se iska rasool Allah kabhi authorities se</w:t>
      </w:r>
      <w:r>
        <w:br/>
      </w:r>
      <w:r>
        <w:rPr>
          <w:sz w:val="20"/>
        </w:rPr>
        <w:t>57:23  takraaye nahi na koi peghamabr authorities se takraya jo qadeem zamana persecution persicution zamana tha to authority ki</w:t>
      </w:r>
      <w:r>
        <w:br/>
      </w:r>
      <w:r>
        <w:rPr>
          <w:sz w:val="20"/>
        </w:rPr>
        <w:t>57:31  taraf se kuch baatein ki gayi mukhalifat mein lekin daai jo tha ya peghamabr jo tha woh kabhi</w:t>
      </w:r>
      <w:r>
        <w:br/>
      </w:r>
      <w:r>
        <w:rPr>
          <w:sz w:val="20"/>
        </w:rPr>
        <w:t>57:38  bhi authorities se takraao nahi kiya jo log is mein involve hain unko sochna chahiye ke woh</w:t>
      </w:r>
      <w:r>
        <w:br/>
      </w:r>
      <w:r>
        <w:rPr>
          <w:sz w:val="20"/>
        </w:rPr>
        <w:t>57:46  ek haram kaam kar rahe hain Allah ke haan iska koi inaam reward milne wala nahi hai</w:t>
      </w:r>
      <w:r>
        <w:br/>
      </w:r>
      <w:r>
        <w:rPr>
          <w:sz w:val="20"/>
        </w:rPr>
        <w:t>57:54  unko koi bhi excuse koi bhi iska excuse iske liye justify nahi karta authorities se</w:t>
      </w:r>
    </w:p>
    <w:p>
      <w:pPr>
        <w:pStyle w:val="Heading2"/>
      </w:pPr>
      <w:r>
        <w:t>Political vs Ideological Empire Perception</w:t>
      </w:r>
    </w:p>
    <w:p>
      <w:r>
        <w:rPr>
          <w:color w:val="666666"/>
          <w:sz w:val="18"/>
        </w:rPr>
        <w:t>Society &amp; Dawah · The Purpose of Existence-9th September 2012 · 2m 37s · at 1:13:59 · https://youtu.be/KxCy8m6k_MQ?t=4439</w:t>
      </w:r>
    </w:p>
    <w:p>
      <w:r>
        <w:rPr>
          <w:i/>
        </w:rPr>
        <w:t>“People consider a political empire as something great, but they do not consider an ideological empire as something great. Why is that?”</w:t>
      </w:r>
    </w:p>
    <w:p>
      <w:r>
        <w:rPr>
          <w:sz w:val="20"/>
        </w:rPr>
        <w:t>1:13:59  Maulana, agla sawal Hyderabad se aaya hai Maulana Inayat Umri sahib ka.</w:t>
      </w:r>
      <w:r>
        <w:br/>
      </w:r>
      <w:r>
        <w:rPr>
          <w:sz w:val="20"/>
        </w:rPr>
        <w:t>1:14:05  unhon ne aap se poocha hai ke political empire ko log bari cheez samajhte hain, magar ideological empire</w:t>
      </w:r>
      <w:r>
        <w:br/>
      </w:r>
      <w:r>
        <w:rPr>
          <w:sz w:val="20"/>
        </w:rPr>
        <w:t>1:14:11  ko bari cheez nahin samajhte hain.</w:t>
      </w:r>
      <w:r>
        <w:br/>
      </w:r>
      <w:r>
        <w:rPr>
          <w:sz w:val="20"/>
        </w:rPr>
        <w:t>1:14:17  maulana, aisa kyun hai? dekhen, yeh yani soch ki kami ka nateeja hai.</w:t>
      </w:r>
      <w:r>
        <w:br/>
      </w:r>
      <w:r>
        <w:rPr>
          <w:sz w:val="20"/>
        </w:rPr>
        <w:t>1:14:23  soch ki kami political empire ka political headache hai.</w:t>
      </w:r>
      <w:r>
        <w:br/>
      </w:r>
      <w:r>
        <w:rPr>
          <w:sz w:val="20"/>
        </w:rPr>
        <w:t>1:14:29  jitne bhi emperor hue hain, sab ke liye empire se ek problem thi.</w:t>
      </w:r>
      <w:r>
        <w:br/>
      </w:r>
      <w:r>
        <w:rPr>
          <w:sz w:val="20"/>
        </w:rPr>
        <w:t>1:14:35  alexander se le kar ke obama tak har waqt problem ghire hue hain, har waqt masle mein ghire hue hain.</w:t>
      </w:r>
      <w:r>
        <w:br/>
      </w:r>
      <w:r>
        <w:rPr>
          <w:sz w:val="20"/>
        </w:rPr>
        <w:t>1:14:41  koi neend nahin aati un ki, sleeping pills kha ke sote hain.</w:t>
      </w:r>
      <w:r>
        <w:br/>
      </w:r>
      <w:r>
        <w:rPr>
          <w:sz w:val="20"/>
        </w:rPr>
        <w:t>1:14:48  to political empire is ke liye hai jo jo yani mein to samajhta hoon ke jo jis ki</w:t>
      </w:r>
      <w:r>
        <w:br/>
      </w:r>
      <w:r>
        <w:rPr>
          <w:sz w:val="20"/>
        </w:rPr>
        <w:t>1:14:54  soch develop na hui ho.</w:t>
      </w:r>
      <w:r>
        <w:br/>
      </w:r>
      <w:r>
        <w:rPr>
          <w:sz w:val="20"/>
        </w:rPr>
        <w:t>1:15:00  mein to kuch bhi nahin samajhta is ko.</w:t>
      </w:r>
      <w:r>
        <w:br/>
      </w:r>
      <w:r>
        <w:rPr>
          <w:sz w:val="20"/>
        </w:rPr>
        <w:t>1:15:06  jo bhi jin logon ko bhi hukoomaten mili hain, jo bare bare uhde pe baithe hue hain, un</w:t>
      </w:r>
      <w:r>
        <w:br/>
      </w:r>
      <w:r>
        <w:rPr>
          <w:sz w:val="20"/>
        </w:rPr>
        <w:t>1:15:12  ka aap study kijiye qareeb se.</w:t>
      </w:r>
      <w:r>
        <w:br/>
      </w:r>
      <w:r>
        <w:rPr>
          <w:sz w:val="20"/>
        </w:rPr>
        <w:t>1:15:18  raat din problem mein ghire rehte hain, woh ek second bhi unhein azadi nahin sochne ke liye.</w:t>
      </w:r>
      <w:r>
        <w:br/>
      </w:r>
      <w:r>
        <w:rPr>
          <w:sz w:val="20"/>
        </w:rPr>
        <w:t>1:15:24  to mein kaha karta hoon ke hukoomat to headache hai, headache doosron ko de dijiye, aap khud azad</w:t>
      </w:r>
      <w:r>
        <w:br/>
      </w:r>
      <w:r>
        <w:rPr>
          <w:sz w:val="20"/>
        </w:rPr>
        <w:t>1:15:30  ho kar sochiye, azad ho kar apne apne develop kijiye, apne apne yani intellectual development ka kaam kijiye.</w:t>
      </w:r>
      <w:r>
        <w:br/>
      </w:r>
      <w:r>
        <w:rPr>
          <w:sz w:val="20"/>
        </w:rPr>
        <w:t>1:15:36  abhi mein pichli baar bataya tha aap ko ke india ki sab se bari state hai up.</w:t>
      </w:r>
      <w:r>
        <w:br/>
      </w:r>
      <w:r>
        <w:rPr>
          <w:sz w:val="20"/>
        </w:rPr>
        <w:t>1:15:42  to up mein is waqt jo chief minister hain, woh mr. akhilesh yadav hain.</w:t>
      </w:r>
      <w:r>
        <w:br/>
      </w:r>
      <w:r>
        <w:rPr>
          <w:sz w:val="20"/>
        </w:rPr>
        <w:t>1:15:48  to un ka ek interview chha pa tha times of india mein, bohat detail ke sath.</w:t>
      </w:r>
      <w:r>
        <w:br/>
      </w:r>
      <w:r>
        <w:rPr>
          <w:sz w:val="20"/>
        </w:rPr>
        <w:t>1:15:54  to interview mein unhon ne un se poocha ke chief minister banne ke baad aap koi cheez miss</w:t>
      </w:r>
      <w:r>
        <w:br/>
      </w:r>
      <w:r>
        <w:rPr>
          <w:sz w:val="20"/>
        </w:rPr>
        <w:t>1:16:00  kar rahe hain kya? to foran kehte hain, "freedom yani chief minister ban gaye aur freedom chhin gayi,</w:t>
      </w:r>
      <w:r>
        <w:br/>
      </w:r>
      <w:r>
        <w:rPr>
          <w:sz w:val="20"/>
        </w:rPr>
        <w:t>1:16:06  to kya faida?" mein kehta hoon, "chief minister banne se aap ghor kijiye, yeh sab ka haal hai.</w:t>
      </w:r>
      <w:r>
        <w:br/>
      </w:r>
      <w:r>
        <w:rPr>
          <w:sz w:val="20"/>
        </w:rPr>
        <w:t>1:16:12  jeddah mein jitne bhi ruler hain, jitne bhi emperor hain, jitne bhi king hain, sab ka haal yahi tha.</w:t>
      </w:r>
      <w:r>
        <w:br/>
      </w:r>
      <w:r>
        <w:rPr>
          <w:sz w:val="20"/>
        </w:rPr>
        <w:t>1:16:18  to is liye mein kehta hoon ke hukoomat ya empire ek headache hai, headache doosron ke hawale kar</w:t>
      </w:r>
      <w:r>
        <w:br/>
      </w:r>
      <w:r>
        <w:rPr>
          <w:sz w:val="20"/>
        </w:rPr>
        <w:t>1:16:24  dijiye aur aap azadi ke sath apna kaam kijiye, apna spiritual development, intellectual development is field mein jahan</w:t>
      </w:r>
      <w:r>
        <w:br/>
      </w:r>
      <w:r>
        <w:rPr>
          <w:sz w:val="20"/>
        </w:rPr>
        <w:t>1:16:30  koi rukawat nahin.</w:t>
      </w:r>
    </w:p>
    <w:p>
      <w:pPr>
        <w:pStyle w:val="Heading2"/>
      </w:pPr>
      <w:r>
        <w:t>Positive attitude as da'wah work</w:t>
      </w:r>
    </w:p>
    <w:p>
      <w:r>
        <w:rPr>
          <w:color w:val="666666"/>
          <w:sz w:val="18"/>
        </w:rPr>
        <w:t>Society &amp; Dawah · The Concept of Divine Help June 16, 2013 · 1m 50s · at 1:05:49 · https://youtu.be/b0QaxGSnAOI?t=3949</w:t>
      </w:r>
    </w:p>
    <w:p>
      <w:r>
        <w:rPr>
          <w:i/>
        </w:rPr>
        <w:t>“If we develop a positive attitude towards Madhu (non-Muslims), can we consider that as part of da'wah work?”</w:t>
      </w:r>
    </w:p>
    <w:p>
      <w:r>
        <w:rPr>
          <w:sz w:val="20"/>
        </w:rPr>
        <w:t>1:05:49  maulana, agla sawal jodhpur, rajasthan se hai muhammad khalid sahab ka. unhon ne likha hai: "Maulana, Maulana sahab, if we develop positive attitude in mad'u, can we also consider it as part of dawah work?" kafi theek hai.</w:t>
      </w:r>
      <w:r>
        <w:br/>
      </w:r>
      <w:r>
        <w:rPr>
          <w:sz w:val="20"/>
        </w:rPr>
        <w:t>1:06:09  If we develop positive attitude in mad'u, then can we consider it also as part of dawah work? kya mat</w:t>
      </w:r>
      <w:r>
        <w:br/>
      </w:r>
      <w:r>
        <w:rPr>
          <w:sz w:val="20"/>
        </w:rPr>
        <w:t>1:06:18  lub hua? ke maulana, mad'u ke andar agar positive khayalat agar paida karen, woh to kya us ko dawah? mad'u paida kar ke apne andar paida karen, mad'u paida karen.</w:t>
      </w:r>
      <w:r>
        <w:br/>
      </w:r>
      <w:r>
        <w:rPr>
          <w:sz w:val="20"/>
        </w:rPr>
        <w:t>1:06:27  ji, positive khayalat apne andar paida karen, mad'u mein kaise paida karenge? hmm, hain doosre mein kaise paida karenge? hmm, yeh kahin ke main apne andar agar positive thinking paida karoon to kya yeh part hai dawah ka?</w:t>
      </w:r>
      <w:r>
        <w:br/>
      </w:r>
      <w:r>
        <w:rPr>
          <w:sz w:val="20"/>
        </w:rPr>
        <w:t>1:06:40  to bilashuba part hai dawah ka.</w:t>
      </w:r>
      <w:r>
        <w:br/>
      </w:r>
      <w:r>
        <w:rPr>
          <w:sz w:val="20"/>
        </w:rPr>
        <w:t>1:06:43  mad'u ke bare mein agar aap apne dil se nafrat nikalte hain, mad'u ke bare mein agar agar aap andar tashaddud nikalte hain to bilashuba woh dawah ka part hai.</w:t>
      </w:r>
      <w:r>
        <w:br/>
      </w:r>
      <w:r>
        <w:rPr>
          <w:sz w:val="20"/>
        </w:rPr>
        <w:t>1:06:54  aaj kal sare musalmanon ka kya haal hai ke jin logon ko Allah ne aap ka mad'u banaya hai, un ko aap ne dushman bana rakha hai?</w:t>
      </w:r>
      <w:r>
        <w:br/>
      </w:r>
      <w:r>
        <w:rPr>
          <w:sz w:val="20"/>
        </w:rPr>
        <w:t>1:07:03  yeh Khuda ki scheme ke khilaf chal rahe hain aap. yani Allah ne to kaha tha ke yeh tumhare mad'u hain. hum ne kaha, aap ne kaha ke nahin, yeh mere dushman hain.</w:t>
      </w:r>
      <w:r>
        <w:br/>
      </w:r>
      <w:r>
        <w:rPr>
          <w:sz w:val="20"/>
        </w:rPr>
        <w:t>1:07:13  Here is the starting point. Here is the starting point. aap ko in sare insanon ko insan samajhna hai, insan insanon ko mad'u samajhna hai, insan insanon ko Allah ka banda samajhna hai, apni duty samajhna hai ke mujhe dawah dena hai.</w:t>
      </w:r>
      <w:r>
        <w:br/>
      </w:r>
      <w:r>
        <w:rPr>
          <w:sz w:val="20"/>
        </w:rPr>
        <w:t>1:07:29  un ko yeh yeh isi zehan ka naam hai positive thinking, aur is ke baghair dawah ka kaam nahin ho sakta hai.</w:t>
      </w:r>
    </w:p>
    <w:p>
      <w:pPr>
        <w:pStyle w:val="Heading2"/>
      </w:pPr>
      <w:r>
        <w:t>Positive response to Western development as dawah</w:t>
      </w:r>
    </w:p>
    <w:p>
      <w:r>
        <w:rPr>
          <w:color w:val="666666"/>
          <w:sz w:val="18"/>
        </w:rPr>
        <w:t>Society &amp; Dawah · Peace of Mind April 19, 2015 Maulana Wahiduddin Khan · 2m 35s · at 48:06 · https://youtu.be/bGLY0ALNtjw?t=2886</w:t>
      </w:r>
    </w:p>
    <w:p>
      <w:r>
        <w:rPr>
          <w:i/>
        </w:rPr>
        <w:t>“Whenever you give a positive response to Western development and consider it as dawah...”</w:t>
      </w:r>
    </w:p>
    <w:p>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p>
    <w:p>
      <w:pPr>
        <w:pStyle w:val="Heading2"/>
      </w:pPr>
      <w:r>
        <w:t>Possibility of Caliphate today</w:t>
      </w:r>
    </w:p>
    <w:p>
      <w:r>
        <w:rPr>
          <w:color w:val="666666"/>
          <w:sz w:val="18"/>
        </w:rPr>
        <w:t>Society &amp; Dawah · Hadith Word of Wisdom August 31, 2014 · 1m 46s · at 1:10:56 · https://youtu.be/fv4eRJRe8dk?t=4256</w:t>
      </w:r>
    </w:p>
    <w:p>
      <w:r>
        <w:rPr>
          <w:i/>
        </w:rPr>
        <w:t>“You spoke in today's lecture about the end of Caliphate system in Turkey. Does it mean that there is no possibility of Caliphate now in the current world?”</w:t>
      </w:r>
    </w:p>
    <w:p>
      <w:r>
        <w:rPr>
          <w:sz w:val="20"/>
        </w:rPr>
        <w:t>1:10:56  maulana, agla sawal dilli se hai, mushtaq ahmed bani sahib ka, aur unhon ne likha hai ke "You</w:t>
      </w:r>
      <w:r>
        <w:br/>
      </w:r>
      <w:r>
        <w:rPr>
          <w:sz w:val="20"/>
        </w:rPr>
        <w:t>1:11:01  spoke in today's lecture about the end of khilafat system in Turkey.</w:t>
      </w:r>
      <w:r>
        <w:br/>
      </w:r>
      <w:r>
        <w:rPr>
          <w:sz w:val="20"/>
        </w:rPr>
        <w:t>1:11:06  Does it mean that there is no possibility of khilafat now in the current world?</w:t>
      </w:r>
      <w:r>
        <w:br/>
      </w:r>
      <w:r>
        <w:rPr>
          <w:sz w:val="20"/>
        </w:rPr>
        <w:t>1:11:12  What is your comment on this?</w:t>
      </w:r>
      <w:r>
        <w:br/>
      </w:r>
      <w:r>
        <w:rPr>
          <w:sz w:val="20"/>
        </w:rPr>
        <w:t>1:11:16  " mein to mein ne arz kiya ke khilafat koi cheez hi nahi hai islam mein.</w:t>
      </w:r>
      <w:r>
        <w:br/>
      </w:r>
      <w:r>
        <w:rPr>
          <w:sz w:val="20"/>
        </w:rPr>
        <w:t>1:11:20  yeh to mubtadiyana lafz hai.</w:t>
      </w:r>
      <w:r>
        <w:br/>
      </w:r>
      <w:r>
        <w:rPr>
          <w:sz w:val="20"/>
        </w:rPr>
        <w:t>1:11:24  yeh lafz hi mubtadiyana hai.</w:t>
      </w:r>
      <w:r>
        <w:br/>
      </w:r>
      <w:r>
        <w:rPr>
          <w:sz w:val="20"/>
        </w:rPr>
        <w:t>1:11:29  Innovation hai yeh.</w:t>
      </w:r>
      <w:r>
        <w:br/>
      </w:r>
      <w:r>
        <w:rPr>
          <w:sz w:val="20"/>
        </w:rPr>
        <w:t>1:11:33  is ka saboot yeh hai ke hazrat abubakar ko khalifa nahi kaha gaya, hazrat umar ko khalifa nahi</w:t>
      </w:r>
      <w:r>
        <w:br/>
      </w:r>
      <w:r>
        <w:rPr>
          <w:sz w:val="20"/>
        </w:rPr>
        <w:t>1:11:37  kaha gaya, hazrat usman ko khalifa nahi kaha gaya, ali ko khalifa nahi kaha gaya.</w:t>
      </w:r>
      <w:r>
        <w:br/>
      </w:r>
      <w:r>
        <w:rPr>
          <w:sz w:val="20"/>
        </w:rPr>
        <w:t>1:11:42  un ko kaha gaya amirul momineen.</w:t>
      </w:r>
      <w:r>
        <w:br/>
      </w:r>
      <w:r>
        <w:rPr>
          <w:sz w:val="20"/>
        </w:rPr>
        <w:t>1:11:46  khilafat ka lafz nikla hai bano umiya aur bano abbas ke zamane mein, jo ke dynasty thi.</w:t>
      </w:r>
      <w:r>
        <w:br/>
      </w:r>
      <w:r>
        <w:rPr>
          <w:sz w:val="20"/>
        </w:rPr>
        <w:t>1:11:50  woh khilafat thi bhi nahi, yani sab dynasty thi.</w:t>
      </w:r>
      <w:r>
        <w:br/>
      </w:r>
      <w:r>
        <w:rPr>
          <w:sz w:val="20"/>
        </w:rPr>
        <w:t>1:11:55  bano umiya, bano abbas aur khilafat turki sab dynasty thi.</w:t>
      </w:r>
      <w:r>
        <w:br/>
      </w:r>
      <w:r>
        <w:rPr>
          <w:sz w:val="20"/>
        </w:rPr>
        <w:t>1:11:59  yeh khilafat thi hi nahin.</w:t>
      </w:r>
      <w:r>
        <w:br/>
      </w:r>
      <w:r>
        <w:rPr>
          <w:sz w:val="20"/>
        </w:rPr>
        <w:t>1:12:03  woh yeh to apnay apnay dynasty ko legitimize karnay kay liye unhonay khalifa kehna shuru kar diya.</w:t>
      </w:r>
      <w:r>
        <w:br/>
      </w:r>
      <w:r>
        <w:rPr>
          <w:sz w:val="20"/>
        </w:rPr>
        <w:t>1:12:08  is say aap is ko pata nahin kiya samajhtay hain.</w:t>
      </w:r>
      <w:r>
        <w:br/>
      </w:r>
      <w:r>
        <w:rPr>
          <w:sz w:val="20"/>
        </w:rPr>
        <w:t>1:12:12  is mein kuch bhi nahin tha, yani siway is kay kay aik badshahat ka aik nizam tha.</w:t>
      </w:r>
      <w:r>
        <w:br/>
      </w:r>
      <w:r>
        <w:rPr>
          <w:sz w:val="20"/>
        </w:rPr>
        <w:t>1:12:16  woh mein nay dekha kay mahal jo rehtay thay, wahan shandar mahal.</w:t>
      </w:r>
      <w:r>
        <w:br/>
      </w:r>
      <w:r>
        <w:rPr>
          <w:sz w:val="20"/>
        </w:rPr>
        <w:t>1:12:21  jaisay king rehta tha mahal mein, aisay hi khalifa baray mahal rehta tha.</w:t>
      </w:r>
      <w:r>
        <w:br/>
      </w:r>
      <w:r>
        <w:rPr>
          <w:sz w:val="20"/>
        </w:rPr>
        <w:t>1:12:25  tha woh king hi, naam rakh diya aap nay khalifa.</w:t>
      </w:r>
      <w:r>
        <w:br/>
      </w:r>
      <w:r>
        <w:rPr>
          <w:sz w:val="20"/>
        </w:rPr>
        <w:t>1:12:29  aap ja kay dainkh ji, un kay jo jo mahalat hain, kaisay shandar un mein rehtay thay.</w:t>
      </w:r>
      <w:r>
        <w:br/>
      </w:r>
      <w:r>
        <w:rPr>
          <w:sz w:val="20"/>
        </w:rPr>
        <w:t>1:12:34  woh to khalifa ka lafz aik aik aik musalman nay khwamkhwah is mein aik offset bana rakha hai.</w:t>
      </w:r>
      <w:r>
        <w:br/>
      </w:r>
      <w:r>
        <w:rPr>
          <w:sz w:val="20"/>
        </w:rPr>
        <w:t>1:12:38  khalifa ka koi tasawwur islam mein nahin hai, is ma'nay mein jis ma'nay mein musalman samajhtay hain.</w:t>
      </w:r>
    </w:p>
    <w:p>
      <w:pPr>
        <w:pStyle w:val="Heading2"/>
      </w:pPr>
      <w:r>
        <w:t>Possibility of Muslim intellectual revival amid negativity</w:t>
      </w:r>
    </w:p>
    <w:p>
      <w:r>
        <w:rPr>
          <w:color w:val="666666"/>
          <w:sz w:val="18"/>
        </w:rPr>
        <w:t>Society &amp; Dawah · Revival and Revivalist June 7, 2015 · 1m 13s · at 52:32 · https://youtu.be/MCY8AJ87BXc?t=3152</w:t>
      </w:r>
    </w:p>
    <w:p>
      <w:r>
        <w:rPr>
          <w:i/>
        </w:rPr>
        <w:t>“Today in your lecture you said that Muslims have entered the next phase of intellectual revival. But how is that possible when all the literature they collect information from and every gathering they sit in, they only hear and read negative news and conspiracies of others?”</w:t>
      </w:r>
    </w:p>
    <w:p>
      <w:r>
        <w:rPr>
          <w:sz w:val="20"/>
        </w:rPr>
        <w:t>52:32  Maulana, yeh agla sawal aaya hai Mr Imran ka Bahrain se. Maulana sahib, today in your lecture, you said that Muslims have entered next phase of intellectual revival.</w:t>
      </w:r>
      <w:r>
        <w:br/>
      </w:r>
      <w:r>
        <w:rPr>
          <w:sz w:val="20"/>
        </w:rPr>
        <w:t>52:45  but how is it possible when every literature they collect information from and every gathering they sit in?</w:t>
      </w:r>
      <w:r>
        <w:br/>
      </w:r>
      <w:r>
        <w:rPr>
          <w:sz w:val="20"/>
        </w:rPr>
        <w:t>52:53  they only hear and read negative news and and conspiracy of others. dekhiye, maine yeh nahi kaha hai ke ke woh culminating point tak pahunch pahunch gaya.</w:t>
      </w:r>
      <w:r>
        <w:br/>
      </w:r>
      <w:r>
        <w:rPr>
          <w:sz w:val="20"/>
        </w:rPr>
        <w:t>53:09  maine kaha hai ke process shuru ho gaya hai, culmination ka point abhi nahi aaya hai.</w:t>
      </w:r>
      <w:r>
        <w:br/>
      </w:r>
      <w:r>
        <w:rPr>
          <w:sz w:val="20"/>
        </w:rPr>
        <w:t>53:16  to hum aap koshish kar ke is ko boost karein, is process ko boost karein yahan tak ke woh culminating point tak pahunch jaye. to maine jo kaha hai, woh process ka shuru hona hai, process ka ka culmination mein pahunchana nahi hai.</w:t>
      </w:r>
      <w:r>
        <w:br/>
      </w:r>
      <w:r>
        <w:rPr>
          <w:sz w:val="20"/>
        </w:rPr>
        <w:t>53:33  is ka mani ke hamari ab hamari zimmedari yeh hai ke hum is ko boost karein, hum booster banein. to inshallah woh mukammal ho jayega.</w:t>
      </w:r>
    </w:p>
    <w:p>
      <w:pPr>
        <w:pStyle w:val="Heading2"/>
      </w:pPr>
      <w:r>
        <w:t>Practical application of one man one mission formula</w:t>
      </w:r>
    </w:p>
    <w:p>
      <w:r>
        <w:rPr>
          <w:color w:val="666666"/>
          <w:sz w:val="18"/>
        </w:rPr>
        <w:t>Society &amp; Dawah · The Secret of Divine Wisdom September 2, 2012 · 6m 29s · at 1:28:12 · https://youtu.be/ZXQlrW7PqAE?t=5292</w:t>
      </w:r>
    </w:p>
    <w:p>
      <w:r>
        <w:rPr>
          <w:i/>
        </w:rPr>
        <w:t>“You have often mentioned in your lectures and in Al-Risala a formula: 'one man one mission, one man two missions'. My question is, how will this formula be practically applicable? Please explain.”</w:t>
      </w:r>
    </w:p>
    <w:p>
      <w:r>
        <w:rPr>
          <w:sz w:val="20"/>
        </w:rPr>
        <w:t>1:28:12  maulana agla sawal dilli se hai maulana zakwan nadvi sahib ka unho'n ne likha hai aap ne kai bar apne lecture mein aur al risala mein ek formula bataya hai woh formula hai one man one mission one man two mission mera sawal yeh hai ke practically yeh formula kaise applicable hoga is ke bare mein bataiye bohat dilchasp sawal hai yeh</w:t>
      </w:r>
      <w:r>
        <w:br/>
      </w:r>
      <w:r>
        <w:rPr>
          <w:sz w:val="20"/>
        </w:rPr>
        <w:t>1:28:39  aj main ne ek qissa parha aj hi ki baat ek thay maulana hasrat mohani yani freedom struggle ke zamanay mein un ka kafi naam aata tha maulana hasrat mohani bohat radical qism ke aadmi thay woh bohat radical to</w:t>
      </w:r>
      <w:r>
        <w:br/>
      </w:r>
      <w:r>
        <w:rPr>
          <w:sz w:val="20"/>
        </w:rPr>
        <w:t>1:29:04  british government ne un ko arrest kiya aur un ko jail mein daal diya to jail mein un ko kaam diya gaya yani jis ko kehte hain rigorous imprisonment yani bamushaqqat qaid to un ko chaki peesna hota tha chaki yani yani qaidiyon ke liye jo aata hota hai woh bahar se piswaya nahi jata ise log peeste hain isi un ki rotiyan banti</w:t>
      </w:r>
      <w:r>
        <w:br/>
      </w:r>
      <w:r>
        <w:rPr>
          <w:sz w:val="20"/>
        </w:rPr>
        <w:t>1:29:33  hain pehle aisa tha aj kal bajne walon to behrhaal un ko rigorous imprisonment diya gaya yani qaid bamushaqqat aur chaki peesna hota tha un ko to woh thay shair bhi mahazr mohani jo thay freedom party bhi thay aur shair bhi thay to apne chaki peeste thay aur shairi bhi karte thay</w:t>
      </w:r>
      <w:r>
        <w:br/>
      </w:r>
      <w:r>
        <w:rPr>
          <w:sz w:val="20"/>
        </w:rPr>
        <w:t>1:29:55  to un ka ek shair isi hawale mein kaha tha unho'n ne ke hai mashq e sukhan jari chaki ki mushaqqat bhi</w:t>
      </w:r>
      <w:r>
        <w:br/>
      </w:r>
      <w:r>
        <w:rPr>
          <w:sz w:val="20"/>
        </w:rPr>
        <w:t>1:30:09  hai mashq e sukhan jari chaki ki mushaqqat bhi matlab yahi sahi hai hai da'i ka mu'amla ke matlab jo bhi Allah ta'ala ki taraf se us ko jis kaam mein dala gaya hai chahe business hai ya job hai koi bhi to woh woh bhi jari rahega aur sakht aur sakht sath sath kya hai mashq e sukhan bhi rahegi</w:t>
      </w:r>
      <w:r>
        <w:br/>
      </w:r>
      <w:r>
        <w:rPr>
          <w:sz w:val="20"/>
        </w:rPr>
        <w:t>1:30:36  yani yani ma'rifat yani ma'rifat ki baat hai sochna dawat ke moqe hon dawat dena samajhta hoon ke woh jo formula jo main ne diya tha woh shayad ziyada realistic formula nahi tha ab main yeh kahunga ke har aadmi ka ek hi formula hai hai mashq e sukhan jari chaki ki mushaqqat bhi</w:t>
      </w:r>
      <w:r>
        <w:br/>
      </w:r>
      <w:r>
        <w:rPr>
          <w:sz w:val="20"/>
        </w:rPr>
        <w:t>1:30:56  yani jo aap kaam kar rahe hain aap halaat ne aap ko jis kaam tak pohanchaya hai aap jis zer zira'at karte hain business karte hain aap job karte hain to karte rahiye is ko</w:t>
      </w:r>
      <w:r>
        <w:br/>
      </w:r>
      <w:r>
        <w:rPr>
          <w:sz w:val="20"/>
        </w:rPr>
        <w:t>1:31:08  lekin waqt zaroorat aur isi ke sath moqe se halaat ke lihaz se aap yani Allah ke liye tadabbur kijiye Allah ki ma'rifat hasil kijiye cheezon se tosum kijiye aur jahan moqa ho dawat ka dawat dete rahiye yeh dono cheezein sath sath chalen gi</w:t>
      </w:r>
      <w:r>
        <w:br/>
      </w:r>
      <w:r>
        <w:rPr>
          <w:sz w:val="20"/>
        </w:rPr>
        <w:t>1:31:30  alag alag nahi hai main samajhta hoon ke ek hi formula hai ke waqt zaroorat waqt zaroorat apni ma'ash hasil karna aur apne aap ko Allah ki ma'rifat mein Allah ki dawat mein involve rakhna yeh sath sath chalega dono ka bilkul wahi formula rahega ke hai mashwara sukhan jari chaki ki mushaqqat bhi sab ke liye ek hi formula hai main samajhta hoon ke do formula nahi hain</w:t>
      </w:r>
      <w:r>
        <w:br/>
      </w:r>
      <w:r>
        <w:rPr>
          <w:sz w:val="20"/>
        </w:rPr>
        <w:t>1:32:00  albata yeh formula jab aap chala payenge jab ke aap aram aur rahat aur aish luxury ke chakkar mein na paden balkeh waqt zaroorat par iktafa karen</w:t>
      </w:r>
      <w:r>
        <w:br/>
      </w:r>
      <w:r>
        <w:rPr>
          <w:sz w:val="20"/>
        </w:rPr>
        <w:t>1:32:13  maulana agla ek comment aaya hai mr shahnawaz zafar sahib ka dilli se unho'n ne likha hai maulana sahib i just wanted to share that i have felt a lot of changes in me after joining your classes</w:t>
      </w:r>
      <w:r>
        <w:br/>
      </w:r>
      <w:r>
        <w:rPr>
          <w:sz w:val="20"/>
        </w:rPr>
        <w:t>1:32:29  now i can say that i love a dearest Allah the most in this world at the time of saying a last good bye to my company i have sent the mail which i am sharing with you this way of thinking is only because of your teachings maulana is mein unho'n ne apna woh mail share kara hai is mein likha hai respected seniors and dear colleagues hearty greetings of the day to all of you</w:t>
      </w:r>
      <w:r>
        <w:br/>
      </w:r>
      <w:r>
        <w:rPr>
          <w:sz w:val="20"/>
        </w:rPr>
        <w:t>1:32:58  time has given this opportunity to inform you all that the moment has come to say a very good bye to all of you in the journey of my life it was my fate to spend the time of eight months with all of you this short span of time was a very unique and wonderful learning experience i would like to gift you all some good thoughts which will help you in achieving real success in your life</w:t>
      </w:r>
      <w:r>
        <w:br/>
      </w:r>
      <w:r>
        <w:rPr>
          <w:sz w:val="20"/>
        </w:rPr>
        <w:t>1:33:27  in quran chapter 23 verse number 115 Allah says do you imagine that we created you without any purpose and you would not be brought back to us for account here quran guides us that the creator of the universe has created all human beings for a test only</w:t>
      </w:r>
      <w:r>
        <w:br/>
      </w:r>
      <w:r>
        <w:rPr>
          <w:sz w:val="20"/>
        </w:rPr>
        <w:t>1:33:48  as a part of test he has given us freedom and it is up to us whether to</w:t>
      </w:r>
      <w:r>
        <w:br/>
      </w:r>
      <w:r>
        <w:rPr>
          <w:sz w:val="20"/>
        </w:rPr>
        <w:t>1:33:54  use it in a proper way or misuse it the freedom exists only for a limited period</w:t>
      </w:r>
      <w:r>
        <w:br/>
      </w:r>
      <w:r>
        <w:rPr>
          <w:sz w:val="20"/>
        </w:rPr>
        <w:t>1:34:00  of testing life testing time when the testing time is over there will be a day of judgment</w:t>
      </w:r>
      <w:r>
        <w:br/>
      </w:r>
      <w:r>
        <w:rPr>
          <w:sz w:val="20"/>
        </w:rPr>
        <w:t>1:34:07  when everyone of us be brought back in front of him for account settlement the reward or</w:t>
      </w:r>
      <w:r>
        <w:br/>
      </w:r>
      <w:r>
        <w:rPr>
          <w:sz w:val="20"/>
        </w:rPr>
        <w:t>1:34:15  punishment be subject to the performance level</w:t>
      </w:r>
      <w:r>
        <w:br/>
      </w:r>
      <w:r>
        <w:rPr>
          <w:sz w:val="20"/>
        </w:rPr>
        <w:t>1:34:18  hence and of the day all the common man business heads branch heads regional heads and country heads have to report to the universe head the owner of any organization tolerate his employees not following company guidelines then how come almighty god tolerate any one of this nature in his world</w:t>
      </w:r>
    </w:p>
    <w:p>
      <w:pPr>
        <w:pStyle w:val="Heading2"/>
      </w:pPr>
      <w:r>
        <w:t>Practical steps for Islamic revival</w:t>
      </w:r>
    </w:p>
    <w:p>
      <w:r>
        <w:rPr>
          <w:color w:val="666666"/>
          <w:sz w:val="18"/>
        </w:rPr>
        <w:t>Society &amp; Dawah · Revival of Muslim Ummah, February 4, 2013 · 1m 12s · at 1:03:56 · https://youtu.be/xB3MfWhLHoM?t=3836</w:t>
      </w:r>
    </w:p>
    <w:p>
      <w:r>
        <w:rPr>
          <w:i/>
        </w:rPr>
        <w:t>“What should be the next practical step of a Muslim for the revival of Islamic Ummah, especially the Muslim youth?”</w:t>
      </w:r>
    </w:p>
    <w:p>
      <w:r>
        <w:rPr>
          <w:sz w:val="20"/>
        </w:rPr>
        <w:t>1:03:56  Maulana, agla sawal Delhi se hai Tauseef Ashraf sahib ka.</w:t>
      </w:r>
      <w:r>
        <w:br/>
      </w:r>
      <w:r>
        <w:rPr>
          <w:sz w:val="20"/>
        </w:rPr>
        <w:t>1:04:01  Unhon ne likha hai: "What should be the next practical step of each Muslim for the revival of Islamic Ummah, especially the Muslim youth?" Apni ghaltiyon ko manna.</w:t>
      </w:r>
      <w:r>
        <w:br/>
      </w:r>
      <w:r>
        <w:rPr>
          <w:sz w:val="20"/>
        </w:rPr>
        <w:t>1:04:15  Abhi, abhi to beginning hi nahi hui. Har maamle mein Musalman doosron ko blame daalte hain. Bas, abhi koi beginning nahi hui Musalmanon ki.</w:t>
      </w:r>
      <w:r>
        <w:br/>
      </w:r>
      <w:r>
        <w:rPr>
          <w:sz w:val="20"/>
        </w:rPr>
        <w:t>1:04:26  Abhi jo sawal kisi ne kiya tha nine eleven ke bare mein, woh eleven ki baat nahi hai. Jitne bhi waqiyat ho rahe hain, sab mein Musalman blame dete hain doosron ko.</w:t>
      </w:r>
      <w:r>
        <w:br/>
      </w:r>
      <w:r>
        <w:rPr>
          <w:sz w:val="20"/>
        </w:rPr>
        <w:t>1:04:37  Yeh to ulti gaadi chalana hai. Islam ka tareeqa hai blame dai se aur Musalman kya kar rahe hain? Ke blame other se.</w:t>
      </w:r>
      <w:r>
        <w:br/>
      </w:r>
      <w:r>
        <w:rPr>
          <w:sz w:val="20"/>
        </w:rPr>
        <w:t>1:04:47  To abhi to beginning hi nahi hui. Is is courage ko paida kijiye, is is himmat ko paida kijiye</w:t>
      </w:r>
      <w:r>
        <w:br/>
      </w:r>
      <w:r>
        <w:rPr>
          <w:sz w:val="20"/>
        </w:rPr>
        <w:t>1:04:54  ye ke aap kis gaye? Guy was wrong, guy was wrong, we were wrong. Yeh courage hi nahi hai Musalmanon mein. Yeh courage nahi hai Musalmanon mein.</w:t>
      </w:r>
      <w:r>
        <w:br/>
      </w:r>
      <w:r>
        <w:rPr>
          <w:sz w:val="20"/>
        </w:rPr>
        <w:t>1:05:02  To kya kya beginning hai? Kya future hai? Kuch bhi nahi.</w:t>
      </w:r>
    </w:p>
    <w:p>
      <w:pPr>
        <w:pStyle w:val="Heading2"/>
      </w:pPr>
      <w:r>
        <w:t>Practicality of following a scholar today</w:t>
      </w:r>
    </w:p>
    <w:p>
      <w:r>
        <w:rPr>
          <w:color w:val="666666"/>
          <w:sz w:val="18"/>
        </w:rPr>
        <w:t>Society &amp; Dawah · Importance of Peace August 17, 2014 · 1m 16s · at 1:06:19 · https://youtu.be/ifxSwh2Jckw?t=3979</w:t>
      </w:r>
    </w:p>
    <w:p>
      <w:r>
        <w:rPr>
          <w:i/>
        </w:rPr>
        <w:t>“In today's lecture you gave two options: become an alim or follow an alim. But problems are due to misguidance of ulemas. How practical is following an alim when most people don't have the right alim?”</w:t>
      </w:r>
    </w:p>
    <w:p>
      <w:r>
        <w:rPr>
          <w:sz w:val="20"/>
        </w:rPr>
        <w:t>1:06:19  maulana, agla sawal raipur se hai, idrees sahab ka. aur unhon ne likha hai: In today's lecture you gave two options.</w:t>
      </w:r>
      <w:r>
        <w:br/>
      </w:r>
      <w:r>
        <w:rPr>
          <w:sz w:val="20"/>
        </w:rPr>
        <w:t>1:06:29  That is either to become an aalim or follow an aalim. However, the armed struggle and Muslim existing problems are due to misguidance of ulemas and alim</w:t>
      </w:r>
      <w:r>
        <w:br/>
      </w:r>
      <w:r>
        <w:rPr>
          <w:sz w:val="20"/>
        </w:rPr>
        <w:t>1:06:42  s. Under this situation, how practical is the second option, that is of following an aalim, as most of the people don't have the right aalim to follow?</w:t>
      </w:r>
      <w:r>
        <w:br/>
      </w:r>
      <w:r>
        <w:rPr>
          <w:sz w:val="20"/>
        </w:rPr>
        <w:t>1:06:54  nahi, main ne yeh nahi kaha hai. main ne trust ka lafz istemal kiya hai. jis par aap ko trust ho. yeh nahi ke kisi suna diya aafta ko, main ne nahi kaha ke jo suna diya aafta ho, us ko follow kijiye.</w:t>
      </w:r>
      <w:r>
        <w:br/>
      </w:r>
      <w:r>
        <w:rPr>
          <w:sz w:val="20"/>
        </w:rPr>
        <w:t>1:07:05  yeh main ne nahi kaha hai.</w:t>
      </w:r>
      <w:r>
        <w:br/>
      </w:r>
      <w:r>
        <w:rPr>
          <w:sz w:val="20"/>
        </w:rPr>
        <w:t>1:07:10  jis aalim par aap ko trust ho, us ko ikhtiyar kijiye.</w:t>
      </w:r>
      <w:r>
        <w:br/>
      </w:r>
      <w:r>
        <w:rPr>
          <w:sz w:val="20"/>
        </w:rPr>
        <w:t>1:07:18  to main samajhta hoon ke aise, beharhaal aise log maujood hain jin par aap trust kar sakte hain. un ko trust kar ke un ko follow kijiye. main har giz nahi, main ne yeh kaha hai ke jo suna diya aafta aadmi hai, us ko follow kijiye aap.</w:t>
      </w:r>
      <w:r>
        <w:br/>
      </w:r>
      <w:r>
        <w:rPr>
          <w:sz w:val="20"/>
        </w:rPr>
        <w:t>1:07:31  yeh main ne nahi kaha hai.</w:t>
      </w:r>
    </w:p>
    <w:p>
      <w:pPr>
        <w:pStyle w:val="Heading2"/>
      </w:pPr>
      <w:r>
        <w:t>Presenting creation plan in Islamic context</w:t>
      </w:r>
    </w:p>
    <w:p>
      <w:r>
        <w:rPr>
          <w:color w:val="666666"/>
          <w:sz w:val="18"/>
        </w:rPr>
        <w:t>Society &amp; Dawah · Spiritual Goal January 15, 2017 · 2m 29s · at 51:10 · https://youtu.be/D3JYu4p_P34?t=3070</w:t>
      </w:r>
    </w:p>
    <w:p>
      <w:r>
        <w:rPr>
          <w:i/>
        </w:rPr>
        <w:t>“Maulana, whenever I tell people creation plan of God, they listen to me carefully. But when I tell them that this creation plan of God is according to Islam, they suddenly lose their interest and start thinking that I am propagating Islam. So my question is: how can I tell creation plan of God in the context of Islam?”</w:t>
      </w:r>
    </w:p>
    <w:p>
      <w:r>
        <w:rPr>
          <w:sz w:val="20"/>
        </w:rPr>
        <w:t>51:10  opportunity in all the spheres of life." Maulana, agla sawal Miss Shabana Idrees ne bheja hai Raipur se.</w:t>
      </w:r>
      <w:r>
        <w:br/>
      </w:r>
      <w:r>
        <w:rPr>
          <w:sz w:val="20"/>
        </w:rPr>
        <w:t>51:17  unhon ne likha hai: "Maulana sahib, whenever I tell people creation plan of God, they listen to me carefully.</w:t>
      </w:r>
      <w:r>
        <w:br/>
      </w:r>
      <w:r>
        <w:rPr>
          <w:sz w:val="20"/>
        </w:rPr>
        <w:t>51:24  But when I tell them that this creation plan of God is according to Islam, they suddenly lose their interest and start thinking that I am propagating Islam. So my question is: how can I tell creation plan of God in the context of Islam?"</w:t>
      </w:r>
      <w:r>
        <w:br/>
      </w:r>
      <w:r>
        <w:rPr>
          <w:sz w:val="20"/>
        </w:rPr>
        <w:t>51:42  " dekhen, ek hi sitting mein aap sari baat nahin kar sakte.</w:t>
      </w:r>
      <w:r>
        <w:br/>
      </w:r>
      <w:r>
        <w:rPr>
          <w:sz w:val="20"/>
        </w:rPr>
        <w:t>51:47  yeh ek process hai.</w:t>
      </w:r>
      <w:r>
        <w:br/>
      </w:r>
      <w:r>
        <w:rPr>
          <w:sz w:val="20"/>
        </w:rPr>
        <w:t>51:53  dawat jo hai, woh ek process hai.</w:t>
      </w:r>
      <w:r>
        <w:br/>
      </w:r>
      <w:r>
        <w:rPr>
          <w:sz w:val="20"/>
        </w:rPr>
        <w:t>51:59  yeh nahin ke bas ek hi sitting mein announce kar dein sari baat A se Z tak.</w:t>
      </w:r>
      <w:r>
        <w:br/>
      </w:r>
      <w:r>
        <w:rPr>
          <w:sz w:val="20"/>
        </w:rPr>
        <w:t>52:05  to aadmi pakdega nahin.</w:t>
      </w:r>
      <w:r>
        <w:br/>
      </w:r>
      <w:r>
        <w:rPr>
          <w:sz w:val="20"/>
        </w:rPr>
        <w:t>52:11  aap dekhen ke audience jo hai, kitna accept ho sakta hai. itna kahiye.</w:t>
      </w:r>
      <w:r>
        <w:br/>
      </w:r>
      <w:r>
        <w:rPr>
          <w:sz w:val="20"/>
        </w:rPr>
        <w:t>52:17  baqi ke liye is ko kahiye ke kitabein padho, literature dijiye is ko.</w:t>
      </w:r>
      <w:r>
        <w:br/>
      </w:r>
      <w:r>
        <w:rPr>
          <w:sz w:val="20"/>
        </w:rPr>
        <w:t>52:23  yani aap baat cheet mein, discussion mein to itna hi kahiye jitna ke aap ka mukhatib sunne ke</w:t>
      </w:r>
      <w:r>
        <w:br/>
      </w:r>
      <w:r>
        <w:rPr>
          <w:sz w:val="20"/>
        </w:rPr>
        <w:t>52:28  liye tayyar hai.</w:t>
      </w:r>
      <w:r>
        <w:br/>
      </w:r>
      <w:r>
        <w:rPr>
          <w:sz w:val="20"/>
        </w:rPr>
        <w:t>52:34  baqi ke liye aap kitabein dijiye.</w:t>
      </w:r>
      <w:r>
        <w:br/>
      </w:r>
      <w:r>
        <w:rPr>
          <w:sz w:val="20"/>
        </w:rPr>
        <w:t>52:40  kyun ke kitabein jo hain, woh aadmi jo padhta hai to woh alag padhta hai.</w:t>
      </w:r>
      <w:r>
        <w:br/>
      </w:r>
      <w:r>
        <w:rPr>
          <w:sz w:val="20"/>
        </w:rPr>
        <w:t>52:46  us waqt woh har cheez padh sakta hai.</w:t>
      </w:r>
      <w:r>
        <w:br/>
      </w:r>
      <w:r>
        <w:rPr>
          <w:sz w:val="20"/>
        </w:rPr>
        <w:t>52:52  lekin sunne mein is ka ego saamne aa jata hai.</w:t>
      </w:r>
      <w:r>
        <w:br/>
      </w:r>
      <w:r>
        <w:rPr>
          <w:sz w:val="20"/>
        </w:rPr>
        <w:t>52:58  to aap yeh kijiye ke jab direct baat cheet ka mauqa hai to aap wahi itna hi bolie</w:t>
      </w:r>
      <w:r>
        <w:br/>
      </w:r>
      <w:r>
        <w:rPr>
          <w:sz w:val="20"/>
        </w:rPr>
        <w:t>53:04  jitna ke aap woh accept karne ke mood mein hain.</w:t>
      </w:r>
      <w:r>
        <w:br/>
      </w:r>
      <w:r>
        <w:rPr>
          <w:sz w:val="20"/>
        </w:rPr>
        <w:t>53:09  is tarah bolie hi mat.</w:t>
      </w:r>
      <w:r>
        <w:br/>
      </w:r>
      <w:r>
        <w:rPr>
          <w:sz w:val="20"/>
        </w:rPr>
        <w:t>53:15  yani qalam sawa, jo quran mein aaya hai, qalam sawa, common ground ke mutabiq baqi ke liye kitabein</w:t>
      </w:r>
      <w:r>
        <w:br/>
      </w:r>
      <w:r>
        <w:rPr>
          <w:sz w:val="20"/>
        </w:rPr>
        <w:t>53:21  dijiye, quran dijiye.</w:t>
      </w:r>
      <w:r>
        <w:br/>
      </w:r>
      <w:r>
        <w:rPr>
          <w:sz w:val="20"/>
        </w:rPr>
        <w:t>53:27  to yeh two fold process hai dawat.</w:t>
      </w:r>
      <w:r>
        <w:br/>
      </w:r>
      <w:r>
        <w:rPr>
          <w:sz w:val="20"/>
        </w:rPr>
        <w:t>53:33  yani ek kaam hoga mulaqaat ke zariye, doosra kaam hoga quran ke zariye aur kitabon ke zariye.</w:t>
      </w:r>
    </w:p>
    <w:p>
      <w:pPr>
        <w:pStyle w:val="Heading2"/>
      </w:pPr>
      <w:r>
        <w:t>Presenting peaceful Islam against Boko Haram</w:t>
      </w:r>
    </w:p>
    <w:p>
      <w:r>
        <w:rPr>
          <w:color w:val="666666"/>
          <w:sz w:val="18"/>
        </w:rPr>
        <w:t>Society &amp; Dawah · Quran A Miracle June 01, 2014 · 2m 06s · at 58:54 · https://youtu.be/8KM3lDsj4PY?t=3534</w:t>
      </w:r>
    </w:p>
    <w:p>
      <w:r>
        <w:rPr>
          <w:i/>
        </w:rPr>
        <w:t>“Maulana, on one side you are there who talk about peaceful Islam, and on the other side there are organizations like Boko Haram who present a violent image of Islam. How do we tell people that Islam's image is not in violence? Please tell us about this.”</w:t>
      </w:r>
    </w:p>
    <w:p>
      <w:r>
        <w:rPr>
          <w:sz w:val="20"/>
        </w:rPr>
        <w:t>58:54  maulana agla sawal bangalore se hai aanhon ne sawal kiya hai unhon ne apna naam nahi likha hai. un ka sawal is tareeqe se hai maulana ek taraf aap hain jo peaceful islam ki baat karte hain.</w:t>
      </w:r>
      <w:r>
        <w:br/>
      </w:r>
      <w:r>
        <w:rPr>
          <w:sz w:val="20"/>
        </w:rPr>
        <w:t>59:09  aur doosri taraf boko haram jaisi tanzeemein hain jo violent islam ki tasweer pesh kar rahe hain. maulana hum logon ko kaise batayein ke islam ki tasweer violence mein nahi hai?</w:t>
      </w:r>
      <w:r>
        <w:br/>
      </w:r>
      <w:r>
        <w:rPr>
          <w:sz w:val="20"/>
        </w:rPr>
        <w:t>59:23  is ke bare mein batayein. bohat aasan hai aap mujh se poochein ke boko haram jo maarta hai logon ko bomb to kahan quran mein likha hua hai ke aisa karo larkiyon ko hostage banao bomb maar kar tabah karo yeh kahan likha hua hai quran mein?</w:t>
      </w:r>
      <w:r>
        <w:br/>
      </w:r>
      <w:r>
        <w:rPr>
          <w:sz w:val="20"/>
        </w:rPr>
        <w:t>59:44  quran mein to dekhiye ayat hai ke ek shakhs ko agar tum ne mara ek fard ko to</w:t>
      </w:r>
      <w:r>
        <w:br/>
      </w:r>
      <w:r>
        <w:rPr>
          <w:sz w:val="20"/>
        </w:rPr>
        <w:t>59:53  saare mankind ko maarne ke barabar hai. to quran mein to yeh taleem hai. aur jo aadmi apne ko momin samjhe us us ke bare mein bhi quran mein ayat hai ke agar tum maroge to jahannum mein jaoge.</w:t>
      </w:r>
      <w:r>
        <w:br/>
      </w:r>
      <w:r>
        <w:rPr>
          <w:sz w:val="20"/>
        </w:rPr>
        <w:t>1:00:10  to aap yeh ayat aap dekh kar bataiye. to quran ek hamare liye is aitbaar se ek bohat bari cheez hai ke ek ke is ek hamare liye ek point of reference hai kisi baat ko batane ke liye.</w:t>
      </w:r>
      <w:r>
        <w:br/>
      </w:r>
      <w:r>
        <w:rPr>
          <w:sz w:val="20"/>
        </w:rPr>
        <w:t>1:00:22  agar quran na hota to hamare paas koi point of reference na hota. ab yeh to accepted hai ke yeh quran khuda ki kitab hai.</w:t>
      </w:r>
      <w:r>
        <w:br/>
      </w:r>
      <w:r>
        <w:rPr>
          <w:sz w:val="20"/>
        </w:rPr>
        <w:t>1:00:32  to aap un ko bataiye ke dekho kahan is mein jo hai woh to ulta hai. tum ko insaan ki jaan ka ehtram karna chahiye tum ko maar rahe ho.</w:t>
      </w:r>
      <w:r>
        <w:br/>
      </w:r>
      <w:r>
        <w:rPr>
          <w:sz w:val="20"/>
        </w:rPr>
        <w:t>1:00:40  ulta kar rahe ho. to pakad jaao pakde hoge tum. to quran ki woh aayatein hain un ko sunaiye jo un ke khilaaf jaati hain.</w:t>
      </w:r>
      <w:r>
        <w:br/>
      </w:r>
      <w:r>
        <w:rPr>
          <w:sz w:val="20"/>
        </w:rPr>
        <w:t>1:00:50  aur jo peace ki baatein karti hain. is par aap ne bohat likha hai aap hamari kitabon ko padhiye.</w:t>
      </w:r>
    </w:p>
    <w:p>
      <w:pPr>
        <w:pStyle w:val="Heading2"/>
      </w:pPr>
      <w:r>
        <w:t>Price to pay for jihad fi sabilillah</w:t>
      </w:r>
    </w:p>
    <w:p>
      <w:r>
        <w:rPr>
          <w:color w:val="666666"/>
          <w:sz w:val="18"/>
        </w:rPr>
        <w:t>Society &amp; Dawah · Jihad Fillah June 23, 2013 · 3m 45s · at 50:55 · https://youtu.be/NRTno1eQTos?t=3055</w:t>
      </w:r>
    </w:p>
    <w:p>
      <w:r>
        <w:rPr>
          <w:i/>
        </w:rPr>
        <w:t>“What is the price that we have to pay to be able to do jihad fi sabilillah?”</w:t>
      </w:r>
    </w:p>
    <w:p>
      <w:r>
        <w:rPr>
          <w:sz w:val="20"/>
        </w:rPr>
        <w:t>50:55  maulana, agla sawal dilli se hai miss naghma siddiqui ka. unhon ne likha hai: "what is the price that we have to pay to be able to do jehad jehad fi Allah?</w:t>
      </w:r>
      <w:r>
        <w:br/>
      </w:r>
      <w:r>
        <w:rPr>
          <w:sz w:val="20"/>
        </w:rPr>
        <w:t>51:08  " bhai, yeh to main pehle bhi arz kar chuka hoon ke sab se, yani yeh ek hi price dena hai, woh hai distraction se bachana.</w:t>
      </w:r>
      <w:r>
        <w:br/>
      </w:r>
      <w:r>
        <w:rPr>
          <w:sz w:val="20"/>
        </w:rPr>
        <w:t>51:19  bas kya cheez distraction hai? is ko bhi log nahi jante. kya cheez distraction hai?</w:t>
      </w:r>
      <w:r>
        <w:br/>
      </w:r>
      <w:r>
        <w:rPr>
          <w:sz w:val="20"/>
        </w:rPr>
        <w:t>51:28  is ko bhi log nahi jante. to beharhal is ko daryaft kijiye ke distraction kya hai aur is se aap logon ko bachaiye.</w:t>
      </w:r>
      <w:r>
        <w:br/>
      </w:r>
      <w:r>
        <w:rPr>
          <w:sz w:val="20"/>
        </w:rPr>
        <w:t>51:39  tab aap aap is qabil honge ke aap ke andar jehad fi Allah ka process jari ho. yeh ek process hai, intellectual process.</w:t>
      </w:r>
      <w:r>
        <w:br/>
      </w:r>
      <w:r>
        <w:rPr>
          <w:sz w:val="20"/>
        </w:rPr>
        <w:t>51:49  to intellectual process jab jari ho payega, jab aap apne ko bachayen distraction se.</w:t>
      </w:r>
      <w:r>
        <w:br/>
      </w:r>
      <w:r>
        <w:rPr>
          <w:sz w:val="20"/>
        </w:rPr>
        <w:t>51:58  mera jo tajurba hai, har aadmi ka yahi case hai ke woh distract hota rehta hai. har aadmi ka yahi case hai.</w:t>
      </w:r>
      <w:r>
        <w:br/>
      </w:r>
      <w:r>
        <w:rPr>
          <w:sz w:val="20"/>
        </w:rPr>
        <w:t>52:07  isi distraction ki wajah se logon ko sachai milti nahi. woh is qabil nahi hote ke jehad fi Allah karen. woh lekin dheere dheere aadmi ko distraction se itni mohabbat ho jati hai ke us ko chhod nahi pata.</w:t>
      </w:r>
      <w:r>
        <w:br/>
      </w:r>
      <w:r>
        <w:rPr>
          <w:sz w:val="20"/>
        </w:rPr>
        <w:t>52:27  ek sahab the, woh koi zamane ki baat hai, jo cigarette nahi tha, beedi peete the. woh jo cigarette ki jagah beedi, main bohat ko samjhata tha ke aap isi phanse rehte hain, aap aap ko koi, yani aala daryaft nahi hogi.</w:t>
      </w:r>
      <w:r>
        <w:br/>
      </w:r>
      <w:r>
        <w:rPr>
          <w:sz w:val="20"/>
        </w:rPr>
        <w:t>52:48  kyun ke woh chhod nahi paate the, kyun ke woh mehboob ho jati hai. woh woh mehboob ho jati hai. woh to isi tarah distraction, jis cheez mein aadmi bohat der tak distract hota rahe, woh us ko mehboob ho jati hai.</w:t>
      </w:r>
      <w:r>
        <w:br/>
      </w:r>
      <w:r>
        <w:rPr>
          <w:sz w:val="20"/>
        </w:rPr>
        <w:t>53:02  yahan tak ke mera ek taza ek tajurba yeh hai ke ke pleasure ki ek nai ek qism meri samajh mein aayi hai, us ko main kehta hoon negative pleasure.</w:t>
      </w:r>
      <w:r>
        <w:br/>
      </w:r>
      <w:r>
        <w:rPr>
          <w:sz w:val="20"/>
        </w:rPr>
        <w:t>53:14  woh bhi distraction hai ke agar aap ki zindagi mein bitter memories kuch hon, aap ko koi museebaten pesh aayi hon, kuch aap ko loss hua ho, kisi ne aap ko dhoka diya ho, to woh that is bitter memory.</w:t>
      </w:r>
      <w:r>
        <w:br/>
      </w:r>
      <w:r>
        <w:rPr>
          <w:sz w:val="20"/>
        </w:rPr>
        <w:t>53:30  to us ko aap charcha karte hain, isi ko sochte hain. to yahan tak ho jata hai ke is mein aap ko ek ek qism ka pleasure milne lagta hai, jis tarah khwahish ko khajash hota hai.</w:t>
      </w:r>
      <w:r>
        <w:br/>
      </w:r>
      <w:r>
        <w:rPr>
          <w:sz w:val="20"/>
        </w:rPr>
        <w:t>53:41  khwahish ho, aap khajayen to is mein ek aap ko phir pleasure milega. that is negative pleasure. negative pleasure matlab yeh hai ke acha to lagta hai, lekin faida kuch nahi is ka.</w:t>
      </w:r>
      <w:r>
        <w:br/>
      </w:r>
      <w:r>
        <w:rPr>
          <w:sz w:val="20"/>
        </w:rPr>
        <w:t>53:53  to main ne yeh paya hai ke jo log, yani jin ki zindagi mein, yani woh hua ho, setback hua ho, to aksar negative pleasure mein phans jate hain.</w:t>
      </w:r>
      <w:r>
        <w:br/>
      </w:r>
      <w:r>
        <w:rPr>
          <w:sz w:val="20"/>
        </w:rPr>
        <w:t>54:05  woh isi ko sochte hain, isi ko charcha karte hain. aur is is ko sochne aur charcha karne mein un ko chunke khwahish khajane khajane ke tareeqe se ek lazzat milti hai, to phanse rehte hain, phanse rehte hain.</w:t>
      </w:r>
      <w:r>
        <w:br/>
      </w:r>
      <w:r>
        <w:rPr>
          <w:sz w:val="20"/>
        </w:rPr>
        <w:t>54:17  is se bahar nahi aa paate. woh bhi that is also a case of distraction.</w:t>
      </w:r>
      <w:r>
        <w:br/>
      </w:r>
      <w:r>
        <w:rPr>
          <w:sz w:val="20"/>
        </w:rPr>
        <w:t>54:23  to itni zyada qismen hain distraction ki hain ke la tuddu wala tahsa. yeh aadmi khud ghaur kar ke samajh sakta hai ke mere liye main main main kis kaun kaun se distraction mein phansa hua hoon.</w:t>
      </w:r>
    </w:p>
    <w:p>
      <w:pPr>
        <w:pStyle w:val="Heading2"/>
      </w:pPr>
      <w:r>
        <w:t>Priority of protecting religion over spreading</w:t>
      </w:r>
    </w:p>
    <w:p>
      <w:r>
        <w:rPr>
          <w:color w:val="666666"/>
          <w:sz w:val="18"/>
        </w:rPr>
        <w:t>Society &amp; Dawah · Peaceful Islamic Mission December 28, 2014 · 2m 57s · at 44:40 · https://youtu.be/aLacalXEtRA?t=2680</w:t>
      </w:r>
    </w:p>
    <w:p>
      <w:r>
        <w:rPr>
          <w:i/>
        </w:rPr>
        <w:t>“A person said that protecting the religion is prior to spreading the religion. When I asked him for evidence, he said 'إن الجنة...'”</w:t>
      </w:r>
    </w:p>
    <w:p>
      <w:r>
        <w:rPr>
          <w:sz w:val="20"/>
        </w:rPr>
        <w:t>44:40  maulana, ab hum sawal lena chahenge jo Maulana Iqbal Umri ne bheja hai Chennai se aur unhon</w:t>
      </w:r>
      <w:r>
        <w:br/>
      </w:r>
      <w:r>
        <w:rPr>
          <w:sz w:val="20"/>
        </w:rPr>
        <w:t>44:46  ne likha hai: Maulana aik sahib ne kaha ke hifazat deen ishai'at deen par muqaddam hai.</w:t>
      </w:r>
      <w:r>
        <w:br/>
      </w:r>
      <w:r>
        <w:rPr>
          <w:sz w:val="20"/>
        </w:rPr>
        <w:t>44:53  jab mein ne un se is baat ki daleel mangi to unhon ne yeh kaha ke "innal jannata</w:t>
      </w:r>
      <w:r>
        <w:br/>
      </w:r>
      <w:r>
        <w:rPr>
          <w:sz w:val="20"/>
        </w:rPr>
        <w:t>44:59  tahata zillal suyuf".</w:t>
      </w:r>
      <w:r>
        <w:br/>
      </w:r>
      <w:r>
        <w:rPr>
          <w:sz w:val="20"/>
        </w:rPr>
        <w:t>45:05  maulana, is jumle ka matlab kya hai? is mein kya mughalta hai? is ko wazeh karen.</w:t>
      </w:r>
      <w:r>
        <w:br/>
      </w:r>
      <w:r>
        <w:rPr>
          <w:sz w:val="20"/>
        </w:rPr>
        <w:t>45:12  dekhen, yeh jo hadith hai "innal jannata tahta zillissuyuf", yeh jannat talwar ke saaye ke neeche hai,</w:t>
      </w:r>
      <w:r>
        <w:br/>
      </w:r>
      <w:r>
        <w:rPr>
          <w:sz w:val="20"/>
        </w:rPr>
        <w:t>45:18  woh is waqt ki hadith hai jab ke jang ho rahi thi.</w:t>
      </w:r>
      <w:r>
        <w:br/>
      </w:r>
      <w:r>
        <w:rPr>
          <w:sz w:val="20"/>
        </w:rPr>
        <w:t>45:24  is ko jo log generalize karte hain, woh plash par jurm karte hain, jurm.</w:t>
      </w:r>
      <w:r>
        <w:br/>
      </w:r>
      <w:r>
        <w:rPr>
          <w:sz w:val="20"/>
        </w:rPr>
        <w:t>45:31  Allah kehta hai pakde jayenge woh.</w:t>
      </w:r>
      <w:r>
        <w:br/>
      </w:r>
      <w:r>
        <w:rPr>
          <w:sz w:val="20"/>
        </w:rPr>
        <w:t>45:37  yani jang ho rahi thi, wahan jab dushman jo the Rasool Allah salallahu alaihi wasallam ke, attack</w:t>
      </w:r>
      <w:r>
        <w:br/>
      </w:r>
      <w:r>
        <w:rPr>
          <w:sz w:val="20"/>
        </w:rPr>
        <w:t>45:43  kar diya tha badi taqat le kar ke, woh mil pade the.</w:t>
      </w:r>
      <w:r>
        <w:br/>
      </w:r>
      <w:r>
        <w:rPr>
          <w:sz w:val="20"/>
        </w:rPr>
        <w:t>45:50  is waqt log logon ki himmat badhane ke liye Rasool Allah salallahu alaihi wasallam ne farmaya ke</w:t>
      </w:r>
      <w:r>
        <w:br/>
      </w:r>
      <w:r>
        <w:rPr>
          <w:sz w:val="20"/>
        </w:rPr>
        <w:t>45:56  agarche bahut badi taqat aa gayi hai lekin tum Allah ke bharose par muqabla karo.</w:t>
      </w:r>
      <w:r>
        <w:br/>
      </w:r>
      <w:r>
        <w:rPr>
          <w:sz w:val="20"/>
        </w:rPr>
        <w:t>46:02  is waqt aap ne farmaya tha ke "innal jannata tahta zillissuyuf", is ko generalize karna, hamesha talwar</w:t>
      </w:r>
      <w:r>
        <w:br/>
      </w:r>
      <w:r>
        <w:rPr>
          <w:sz w:val="20"/>
        </w:rPr>
        <w:t>46:09  chalana, yeh bilkul haram hai Islam mein, haram hai, haram hai.</w:t>
      </w:r>
      <w:r>
        <w:br/>
      </w:r>
      <w:r>
        <w:rPr>
          <w:sz w:val="20"/>
        </w:rPr>
        <w:t>46:15  jo aisa kahe, woh bilashuba Allah ka ki flogging hogi.</w:t>
      </w:r>
      <w:r>
        <w:br/>
      </w:r>
      <w:r>
        <w:rPr>
          <w:sz w:val="20"/>
        </w:rPr>
        <w:t>46:21  is waqt jab ke battle jari thi, Rasool Allah salallahu alaihi wasallam ko hamla kiye hue the</w:t>
      </w:r>
      <w:r>
        <w:br/>
      </w:r>
      <w:r>
        <w:rPr>
          <w:sz w:val="20"/>
        </w:rPr>
        <w:t>46:28  log aur logon ke yeh dekh kar ke hum to kamzor hain, woh zyada taqatwar hain, to Rasool</w:t>
      </w:r>
      <w:r>
        <w:br/>
      </w:r>
      <w:r>
        <w:rPr>
          <w:sz w:val="20"/>
        </w:rPr>
        <w:t>46:34  Allah salallahu alaihi wasallam ne jo himmat badhane ke liye yeh farmaya tha.</w:t>
      </w:r>
      <w:r>
        <w:br/>
      </w:r>
      <w:r>
        <w:rPr>
          <w:sz w:val="20"/>
        </w:rPr>
        <w:t>46:40  ab jo log is ko yeh absolute sense mein le kar ke is ko generalize karein, woh to</w:t>
      </w:r>
      <w:r>
        <w:br/>
      </w:r>
      <w:r>
        <w:rPr>
          <w:sz w:val="20"/>
        </w:rPr>
        <w:t>46:47  jurm kar rahe hain, woh Islam ke daai nahin hain, apne apne nafs ke daai hain woh.</w:t>
      </w:r>
      <w:r>
        <w:br/>
      </w:r>
      <w:r>
        <w:rPr>
          <w:sz w:val="20"/>
        </w:rPr>
        <w:t>46:53  aur yeh baat ke yeh muqaddam hai, woh muqaddam hai, yeh bilkul hi yeh bilkul besare</w:t>
      </w:r>
      <w:r>
        <w:br/>
      </w:r>
      <w:r>
        <w:rPr>
          <w:sz w:val="20"/>
        </w:rPr>
        <w:t>46:59  ek baat hai.</w:t>
      </w:r>
      <w:r>
        <w:br/>
      </w:r>
      <w:r>
        <w:rPr>
          <w:sz w:val="20"/>
        </w:rPr>
        <w:t>47:06  kahan Quran mein likha hua hai ke muqaddam muakhar hai? Yeh kahan likha hua hai? Yeh sab yani</w:t>
      </w:r>
      <w:r>
        <w:br/>
      </w:r>
      <w:r>
        <w:rPr>
          <w:sz w:val="20"/>
        </w:rPr>
        <w:t>47:12  fanni bahasein hain aur baseless bahasein hain, is mein poori qaum ko uljha rakha hai in logon ne.</w:t>
      </w:r>
      <w:r>
        <w:br/>
      </w:r>
      <w:r>
        <w:rPr>
          <w:sz w:val="20"/>
        </w:rPr>
        <w:t>47:18  jahan zaroorat hifazat ki, aap hifazat ki jiye, jahan zaroorat irshad ki, aap irshad ki jiye.</w:t>
      </w:r>
      <w:r>
        <w:br/>
      </w:r>
      <w:r>
        <w:rPr>
          <w:sz w:val="20"/>
        </w:rPr>
        <w:t>47:25  yeh zaroorat tay karti hai in baaton ko, aap ka fanni bahason se nahin tay hota ke kaun</w:t>
      </w:r>
      <w:r>
        <w:br/>
      </w:r>
      <w:r>
        <w:rPr>
          <w:sz w:val="20"/>
        </w:rPr>
        <w:t>47:31  muqaddam, kaun muakhar hai.</w:t>
      </w:r>
    </w:p>
    <w:p>
      <w:pPr>
        <w:pStyle w:val="Heading2"/>
      </w:pPr>
      <w:r>
        <w:t>Pro-democracy vs dictatorship for policies</w:t>
      </w:r>
    </w:p>
    <w:p>
      <w:r>
        <w:rPr>
          <w:color w:val="666666"/>
          <w:sz w:val="18"/>
        </w:rPr>
        <w:t>Society &amp; Dawah · Living in a New Age | March 26, 2017 · 1m 09s · at 53:08 · https://youtu.be/iST0AxQscKo?t=3188</w:t>
      </w:r>
    </w:p>
    <w:p>
      <w:r>
        <w:rPr>
          <w:i/>
        </w:rPr>
        <w:t>“Why are you so pro-democracy? Don't you think dictatorship is better as it is easier to implement policies and bring about changes fast? In democracy every party tries to find...”</w:t>
      </w:r>
    </w:p>
    <w:p>
      <w:r>
        <w:rPr>
          <w:sz w:val="20"/>
        </w:rPr>
        <w:t>53:08  ji Maulana agla sawal Abdullah Khan sahib ne bheja hai Bangladesh se.</w:t>
      </w:r>
      <w:r>
        <w:br/>
      </w:r>
      <w:r>
        <w:rPr>
          <w:sz w:val="20"/>
        </w:rPr>
        <w:t>53:14  unhon ne likha hai Maulana sahib why are you so pro-democracy? Don't you think dictatorship is better as</w:t>
      </w:r>
      <w:r>
        <w:br/>
      </w:r>
      <w:r>
        <w:rPr>
          <w:sz w:val="20"/>
        </w:rPr>
        <w:t>53:22  it is easier to implement policies and bring about changes fast? In democracy every party tries to find</w:t>
      </w:r>
      <w:r>
        <w:br/>
      </w:r>
      <w:r>
        <w:rPr>
          <w:sz w:val="20"/>
        </w:rPr>
        <w:t>53:30  loopholes and sabotage sabotage the good policies.</w:t>
      </w:r>
      <w:r>
        <w:br/>
      </w:r>
      <w:r>
        <w:rPr>
          <w:sz w:val="20"/>
        </w:rPr>
        <w:t>53:37  What is the rationale for having a democracy instead of dictatorship? yeh un ki baat saheeh nahi hai.</w:t>
      </w:r>
      <w:r>
        <w:br/>
      </w:r>
      <w:r>
        <w:rPr>
          <w:sz w:val="20"/>
        </w:rPr>
        <w:t>53:45  aap dekhiye yeh Misr Egypt mein saath baras se dictatorship saath baras ka sau baras se dictatorship hai.</w:t>
      </w:r>
      <w:r>
        <w:br/>
      </w:r>
      <w:r>
        <w:rPr>
          <w:sz w:val="20"/>
        </w:rPr>
        <w:t>53:51  pehlay badshah hota tha phir dictator hua.</w:t>
      </w:r>
      <w:r>
        <w:br/>
      </w:r>
      <w:r>
        <w:rPr>
          <w:sz w:val="20"/>
        </w:rPr>
        <w:t>53:58  ab wahan sawat aabai ko kuch bhi nahi.</w:t>
      </w:r>
      <w:r>
        <w:br/>
      </w:r>
      <w:r>
        <w:rPr>
          <w:sz w:val="20"/>
        </w:rPr>
        <w:t>54:04  Egypt mein pehlay King Farooq tha phir General Naguib aaye phir Jawad Abdul Nasser aaye phir Anwar Sadat aaye</w:t>
      </w:r>
      <w:r>
        <w:br/>
      </w:r>
      <w:r>
        <w:rPr>
          <w:sz w:val="20"/>
        </w:rPr>
        <w:t>54:11  phir Hussain Mubarak aaye phir Doctor Morsi aaye.</w:t>
      </w:r>
    </w:p>
    <w:p>
      <w:pPr>
        <w:pStyle w:val="Heading2"/>
      </w:pPr>
      <w:r>
        <w:t>Problem with baseless claims about Maulana</w:t>
      </w:r>
    </w:p>
    <w:p>
      <w:r>
        <w:rPr>
          <w:color w:val="666666"/>
          <w:sz w:val="18"/>
        </w:rPr>
        <w:t>Society &amp; Dawah · Lessons and Experiences May 22, 2011 Maulana Wahiduddin Khan · 15m 50s · at 1:23:40 · https://youtu.be/j4Qx-MsDQWc?t=5020</w:t>
      </w:r>
    </w:p>
    <w:p>
      <w:r>
        <w:rPr>
          <w:i/>
        </w:rPr>
        <w:t>“A new booklet has been printed about you, claiming that you have made some claim. Despite reading the booklet and your books many times, I could not find any such claim. What is the problem of those who write and speak such baseless things?”</w:t>
      </w:r>
    </w:p>
    <w:p>
      <w:r>
        <w:rPr>
          <w:sz w:val="20"/>
        </w:rPr>
        <w:t>1:23:40  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r>
        <w:br/>
      </w:r>
      <w:r>
        <w:rPr>
          <w:sz w:val="20"/>
        </w:rPr>
        <w:t>1:24:07  is tarah ki be daleel baatein likhne aur bolne walon ki problem kya hai</w:t>
      </w:r>
      <w:r>
        <w:br/>
      </w:r>
      <w:r>
        <w:rPr>
          <w:sz w:val="20"/>
        </w:rPr>
        <w:t>1:24:15  problem yeh hai ke woh maaf kijiyega shaitan ko follow karte hain woh</w:t>
      </w:r>
      <w:r>
        <w:br/>
      </w:r>
      <w:r>
        <w:rPr>
          <w:sz w:val="20"/>
        </w:rPr>
        <w:t>1:24:22  yeh shaitan ka tareeqa hai ke yani doosre ko blame dena bila daleel jaise dekhiye Allah taala ne insan ko paida kiya to us waqt do aur makhlooq thin</w:t>
      </w:r>
      <w:r>
        <w:br/>
      </w:r>
      <w:r>
        <w:rPr>
          <w:sz w:val="20"/>
        </w:rPr>
        <w:t>1:24:37  yani jinat aur malaika to Allah taala ne sab se kaha ke Adam ke aage jhuk jao to malaika to jhuk gaye aur jinat nahi jhuke jin ka sardar tha Iblees</w:t>
      </w:r>
      <w:r>
        <w:br/>
      </w:r>
      <w:r>
        <w:rPr>
          <w:sz w:val="20"/>
        </w:rPr>
        <w:t>1:24:54  to Allah taala ne us ko woh kar diya yani us pe laanat kar di rehmat se laanat hua to woh rehmat se door kar diya to us waqt shaitan ne kya kaha tha</w:t>
      </w:r>
      <w:r>
        <w:br/>
      </w:r>
      <w:r>
        <w:rPr>
          <w:sz w:val="20"/>
        </w:rPr>
        <w:t>1:25:05  rab bima aghwayni</w:t>
      </w:r>
      <w:r>
        <w:br/>
      </w:r>
      <w:r>
        <w:rPr>
          <w:sz w:val="20"/>
        </w:rPr>
        <w:t>1:25:10  yani naoozubillah naoozubillah naoozubillah us ne Allah taala ko naoozubillah conspirator keh diya</w:t>
      </w:r>
      <w:r>
        <w:br/>
      </w:r>
      <w:r>
        <w:rPr>
          <w:sz w:val="20"/>
        </w:rPr>
        <w:t>1:25:19  to admi jo hai yeh yeh yeh shaitan sab ko shakata hai yeh boli bolne ke liye ke daleel ki zuban mein tum koi proof na kar sakte ho to bohat asan hai ilzaam ki zuban bolo</w:t>
      </w:r>
      <w:r>
        <w:br/>
      </w:r>
      <w:r>
        <w:rPr>
          <w:sz w:val="20"/>
        </w:rPr>
        <w:t>1:25:36  yani shaitan jo tha daleel ki zuban mein reason ki zuban mein Khuda ko nahi naoozubillah keh sakta hai ghalati ki hai Khuda ne to kya kiya us ne ilzaam ki zuban bola woh yeh ilzaam ki zuban hai rab aghwat yeh ilzaam ki zuban hai yeh</w:t>
      </w:r>
      <w:r>
        <w:br/>
      </w:r>
      <w:r>
        <w:rPr>
          <w:sz w:val="20"/>
        </w:rPr>
        <w:t>1:25:54  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r>
        <w:br/>
      </w:r>
      <w:r>
        <w:rPr>
          <w:sz w:val="20"/>
        </w:rPr>
        <w:t>1:26:24  yeh yeh shaitan ki pairwi hai ke jahan tumhare paas daleel na ho to ilzaam lagao yani shaitan ke paas yani Iblees ke paas Allah ke khilaf koi daleel nahi thi to us ne ilzaam laga diya rab aghwayni to ne mujhe bhaga diya</w:t>
      </w:r>
      <w:r>
        <w:br/>
      </w:r>
      <w:r>
        <w:rPr>
          <w:sz w:val="20"/>
        </w:rPr>
        <w:t>1:26:44  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r>
        <w:br/>
      </w:r>
      <w:r>
        <w:rPr>
          <w:sz w:val="20"/>
        </w:rPr>
        <w:t>1:27:08  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r>
        <w:br/>
      </w:r>
      <w:r>
        <w:rPr>
          <w:sz w:val="20"/>
        </w:rPr>
        <w:t>1:27:32  gayi ho ek bhi single sentence nahi</w:t>
      </w:r>
      <w:r>
        <w:br/>
      </w:r>
      <w:r>
        <w:rPr>
          <w:sz w:val="20"/>
        </w:rPr>
        <w:t>1:27:35  to chup hona chahiye tha ke bhai is mein daawa to kuch hai nahi</w:t>
      </w:r>
      <w:r>
        <w:br/>
      </w:r>
      <w:r>
        <w:rPr>
          <w:sz w:val="20"/>
        </w:rPr>
        <w:t>1:27:40  ek masle ko explain karna yeh koi bhi kar sakta hai</w:t>
      </w:r>
      <w:r>
        <w:br/>
      </w:r>
      <w:r>
        <w:rPr>
          <w:sz w:val="20"/>
        </w:rPr>
        <w:t>1:27:45  ek masle ko explain karna koi bhi kar sakta hai misaal ke taur par hajj ko lijiye koi</w:t>
      </w:r>
      <w:r>
        <w:br/>
      </w:r>
      <w:r>
        <w:rPr>
          <w:sz w:val="20"/>
        </w:rPr>
        <w:t>1:27:50  bhi shakhs kar sakta hai aisa ke hajj ko bataye ke hajj kya cheez hai hajj mabroor kya</w:t>
      </w:r>
      <w:r>
        <w:br/>
      </w:r>
      <w:r>
        <w:rPr>
          <w:sz w:val="20"/>
        </w:rPr>
        <w:t>1:27:56  hota hai hajj mabroor kehte hain jis ko ke Allah taala ne qabool kar liya ho aisa hajj</w:t>
      </w:r>
      <w:r>
        <w:br/>
      </w:r>
      <w:r>
        <w:rPr>
          <w:sz w:val="20"/>
        </w:rPr>
        <w:t>1:28:02  us ko kehte hain hajj mabroor to hajj mabroor ko explain karne ke liye aap likh sakte hain</w:t>
      </w:r>
      <w:r>
        <w:br/>
      </w:r>
      <w:r>
        <w:rPr>
          <w:sz w:val="20"/>
        </w:rPr>
        <w:t>1:28:08  ke yeh daawa kare ke main woh shakhs hoon jis ka hajj mabroor hajj hai kya daawa karne</w:t>
      </w:r>
      <w:r>
        <w:br/>
      </w:r>
      <w:r>
        <w:rPr>
          <w:sz w:val="20"/>
        </w:rPr>
        <w:t>1:28:13  ka haq nahi hai aap ko</w:t>
      </w:r>
      <w:r>
        <w:br/>
      </w:r>
      <w:r>
        <w:rPr>
          <w:sz w:val="20"/>
        </w:rPr>
        <w:t>1:28:15  to there is difference between the two</w:t>
      </w:r>
      <w:r>
        <w:br/>
      </w:r>
      <w:r>
        <w:rPr>
          <w:sz w:val="20"/>
        </w:rPr>
        <w:t>1:28:19  aap ko bilashuba yeh right hai ke aap yeh bataye ke what is hajj mabroor</w:t>
      </w:r>
      <w:r>
        <w:br/>
      </w:r>
      <w:r>
        <w:rPr>
          <w:sz w:val="20"/>
        </w:rPr>
        <w:t>1:28:25  aap ko yeh haq nahi hai ke aap kahein ke mera hajj hajj mabroor tha yeh daawa ho</w:t>
      </w:r>
      <w:r>
        <w:br/>
      </w:r>
      <w:r>
        <w:rPr>
          <w:sz w:val="20"/>
        </w:rPr>
        <w:t>1:28:30  jayega</w:t>
      </w:r>
      <w:r>
        <w:br/>
      </w:r>
      <w:r>
        <w:rPr>
          <w:sz w:val="20"/>
        </w:rPr>
        <w:t>1:28:32  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r>
        <w:br/>
      </w:r>
      <w:r>
        <w:rPr>
          <w:sz w:val="20"/>
        </w:rPr>
        <w:t>1:29:02  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r>
        <w:br/>
      </w:r>
      <w:r>
        <w:rPr>
          <w:sz w:val="20"/>
        </w:rPr>
        <w:t>1:29:28  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r>
        <w:br/>
      </w:r>
      <w:r>
        <w:rPr>
          <w:sz w:val="20"/>
        </w:rPr>
        <w:t>1:29:57  bhai dekhiye yeh itna difficult question hai poori history ka sab se difficult question hai yeh poori history ka sab se zyada difficult question hai yeh</w:t>
      </w:r>
      <w:r>
        <w:br/>
      </w:r>
      <w:r>
        <w:rPr>
          <w:sz w:val="20"/>
        </w:rPr>
        <w:t>1:30:17  mein ne bohat padha hai bohat padha hai bohat padha hai is is ke baad mein aisa keh raha hoon</w:t>
      </w:r>
      <w:r>
        <w:br/>
      </w:r>
      <w:r>
        <w:rPr>
          <w:sz w:val="20"/>
        </w:rPr>
        <w:t>1:30:22  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r>
        <w:br/>
      </w:r>
      <w:r>
        <w:rPr>
          <w:sz w:val="20"/>
        </w:rPr>
        <w:t>1:30:48  to unhon ne kaha ke aap kitabein mein ne padhi hain aap ki baatein suni hain aap ke andar relevant aur irrelevant ka jo acute sense hai woh mein ne aaj tak kisi mein paya nahi</w:t>
      </w:r>
      <w:r>
        <w:br/>
      </w:r>
      <w:r>
        <w:rPr>
          <w:sz w:val="20"/>
        </w:rPr>
        <w:t>1:31:06  yeh yeh taqreeban yeh mein ne is time chhapa tha un ka yeh baat ke aap ke andar relevant aur irrelevant ka jo acute sense hai woh mein ne kisi ke andar nahi paya</w:t>
      </w:r>
      <w:r>
        <w:br/>
      </w:r>
      <w:r>
        <w:rPr>
          <w:sz w:val="20"/>
        </w:rPr>
        <w:t>1:31:16  yeh to bohat hi mushkil sawal hai</w:t>
      </w:r>
      <w:r>
        <w:br/>
      </w:r>
      <w:r>
        <w:rPr>
          <w:sz w:val="20"/>
        </w:rPr>
        <w:t>1:31:21  yeh to i started of plato mein nahi jate the ke dono ki taraf farq kaise karen aur na koi janta mein samajhta hoon ke poori history khali hai aise insan se mujhe Allah taala ne tofeeq di hai</w:t>
      </w:r>
      <w:r>
        <w:br/>
      </w:r>
      <w:r>
        <w:rPr>
          <w:sz w:val="20"/>
        </w:rPr>
        <w:t>1:31:37  Allah ke fazal se mein relevant irrelevant ka farq samajh pata hoon lekin mujhe to koi aur doosra nazar hi nahi aya ke jo farq sab samajh sake isi logon ka confusion rehta hai ab sawal yeh hai ke aisa yani aisa mind kaise banaya jaye</w:t>
      </w:r>
      <w:r>
        <w:br/>
      </w:r>
      <w:r>
        <w:rPr>
          <w:sz w:val="20"/>
        </w:rPr>
        <w:t>1:32:00  aisa byte kaise banaya jaye yeh is se bhi zyada mushkil sawal hai</w:t>
      </w:r>
      <w:r>
        <w:br/>
      </w:r>
      <w:r>
        <w:rPr>
          <w:sz w:val="20"/>
        </w:rPr>
        <w:t>1:32:07  apne tajurbe ke bare mein mein keh sakta hoon jo mera jo ek tajurba hai ke mujhe do cheezon se faida hua hai</w:t>
      </w:r>
      <w:r>
        <w:br/>
      </w:r>
      <w:r>
        <w:rPr>
          <w:sz w:val="20"/>
        </w:rPr>
        <w:t>1:32:23  do cheezon se faida hua mujhe ek yeh hai ke sari zindagi maine parha itna itna parha itna parha ke mein aaj tak apne ko student samajhta hoon student</w:t>
      </w:r>
      <w:r>
        <w:br/>
      </w:r>
      <w:r>
        <w:rPr>
          <w:sz w:val="20"/>
        </w:rPr>
        <w:t>1:32:36  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r>
        <w:br/>
      </w:r>
      <w:r>
        <w:rPr>
          <w:sz w:val="20"/>
        </w:rPr>
        <w:t>1:33:04  to ek to maine sari zindagi parhne mein guzari parhne mein parhne mein parhne mein aur doosri baat yeh hai</w:t>
      </w:r>
      <w:r>
        <w:br/>
      </w:r>
      <w:r>
        <w:rPr>
          <w:sz w:val="20"/>
        </w:rPr>
        <w:t>1:33:15  dua Allah se dua dekhen mera jo aqeeda Allah ka hai Khuda ka Khuda ko mein ek ek ek zinda hasti samajhta hoon jaise hum aap ek zinda hasti hain yani meri taraf se Khuda kahin maujood hai</w:t>
      </w:r>
      <w:r>
        <w:br/>
      </w:r>
      <w:r>
        <w:rPr>
          <w:sz w:val="20"/>
        </w:rPr>
        <w:t>1:33:31  ek living being ke taur par ek person ke taur par mere andar jo mind hai to Khuda kehte hain super mind hai</w:t>
      </w:r>
      <w:r>
        <w:br/>
      </w:r>
      <w:r>
        <w:rPr>
          <w:sz w:val="20"/>
        </w:rPr>
        <w:t>1:33:44  is ke maani kya</w:t>
      </w:r>
      <w:r>
        <w:br/>
      </w:r>
      <w:r>
        <w:rPr>
          <w:sz w:val="20"/>
        </w:rPr>
        <w:t>1:33:45  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r>
        <w:br/>
      </w:r>
      <w:r>
        <w:rPr>
          <w:sz w:val="20"/>
        </w:rPr>
        <w:t>1:34:12  insan ke andar jo salahiyaten hain minor scale par wahi Khuda ke andar greater scale par hain</w:t>
      </w:r>
      <w:r>
        <w:br/>
      </w:r>
      <w:r>
        <w:rPr>
          <w:sz w:val="20"/>
        </w:rPr>
        <w:t>1:34:21  to mujhe yaqeen hai ke mein jab bhi Allah ko dua karoon to mera Allah se contact qaim ho jata hai aur mujhe lagta hai ke mujhe koi inspiration aa raha hai yani idhar se mein mang raha hoon aur idhar se pa raha hoon</w:t>
      </w:r>
      <w:r>
        <w:br/>
      </w:r>
      <w:r>
        <w:rPr>
          <w:sz w:val="20"/>
        </w:rPr>
        <w:t>1:34:40  to ek hai ke maine bohat zyada parha doosri jagah maine bohat zyada duaen ki</w:t>
      </w:r>
      <w:r>
        <w:br/>
      </w:r>
      <w:r>
        <w:rPr>
          <w:sz w:val="20"/>
        </w:rPr>
        <w:t>1:34:46  dua karte karte mein aap soch nahi sakte ke mein kaisi duaen karta hoon kya kya duaen karta hoon</w:t>
      </w:r>
      <w:r>
        <w:br/>
      </w:r>
      <w:r>
        <w:rPr>
          <w:sz w:val="20"/>
        </w:rPr>
        <w:t>1:34:59  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r>
        <w:br/>
      </w:r>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r>
        <w:br/>
      </w:r>
      <w:r>
        <w:rPr>
          <w:sz w:val="20"/>
        </w:rPr>
        <w:t>1:36:21  dekhen Islam mein yeh mana gaya hai ke ek hai revelation ek hai inspiration</w:t>
      </w:r>
      <w:r>
        <w:br/>
      </w:r>
      <w:r>
        <w:rPr>
          <w:sz w:val="20"/>
        </w:rPr>
        <w:t>1:36:28  Islam mein mana gaya hai ke revelation jo hai woh sirf peghamabar ko hota hai lekin inspiration kisi ko bhi ho sakta hai kisi ko bhi ho sakta hai jo apne aap ko purify kare jo sach much hi Allah se mange jo sach much hi Khuda se contact banaye apna sach much hi banaye</w:t>
      </w:r>
      <w:r>
        <w:br/>
      </w:r>
      <w:r>
        <w:rPr>
          <w:sz w:val="20"/>
        </w:rPr>
        <w:t>1:36:56  to mera to daily ka ek tajurba hai ke mujhe nai nai baaten maloom hoti hain nai nai baaten woh kaise dua ke through nai nai baaten dua ke through maloom hoti hain</w:t>
      </w:r>
      <w:r>
        <w:br/>
      </w:r>
      <w:r>
        <w:rPr>
          <w:sz w:val="20"/>
        </w:rPr>
        <w:t>1:37:12  aap meri kitaben parhiye aur doosron ki kitaben parhiye aap to meri baaten mein nai baaten bhari hui hongi mein rawaiytee baaten nahi karta</w:t>
      </w:r>
      <w:r>
        <w:br/>
      </w:r>
      <w:r>
        <w:rPr>
          <w:sz w:val="20"/>
        </w:rPr>
        <w:t>1:37:25  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r>
        <w:br/>
      </w:r>
      <w:r>
        <w:rPr>
          <w:sz w:val="20"/>
        </w:rPr>
        <w:t>1:37:47  phir woh salahiyat paida hoti hai ke aap relevant aur irrelevant mein aap farq kar saken yeh bohat hi mushkil hai bohat hi mushkil hai ke kon sa relevant point hai kon sa irrelevant point hai sab is mein phanse rehte hain sab phanse rehte hain isi mein</w:t>
      </w:r>
      <w:r>
        <w:br/>
      </w:r>
      <w:r>
        <w:rPr>
          <w:sz w:val="20"/>
        </w:rPr>
        <w:t>1:38:10  to yeh bohat bari kisi ki khush qismati hai ke woh is is farq ko jaan jaye ki</w:t>
      </w:r>
      <w:r>
        <w:br/>
      </w:r>
      <w:r>
        <w:rPr>
          <w:sz w:val="20"/>
        </w:rPr>
        <w:t>1:38:18  unke isi mein aa ke wisdom sari chupi hui hai sara wisdom jo hai woh isi mein hai sara wisdom isi mein hai</w:t>
      </w:r>
      <w:r>
        <w:br/>
      </w:r>
      <w:r>
        <w:rPr>
          <w:sz w:val="20"/>
        </w:rPr>
        <w:t>1:38:29  jo bari bari baatein hain jo bari bari hikmatein hain woh sab isi mein chupi hui hain</w:t>
      </w:r>
      <w:r>
        <w:br/>
      </w:r>
      <w:r>
        <w:rPr>
          <w:sz w:val="20"/>
        </w:rPr>
        <w:t>1:38:39  meri kitab mein to sach mein to sab isi poori sari kitabein isi subject pe hoti hain</w:t>
      </w:r>
      <w:r>
        <w:br/>
      </w:r>
      <w:r>
        <w:rPr>
          <w:sz w:val="20"/>
        </w:rPr>
        <w:t>1:38:46  jo log parhte hain baqayda woh jante hain</w:t>
      </w:r>
      <w:r>
        <w:br/>
      </w:r>
      <w:r>
        <w:rPr>
          <w:sz w:val="20"/>
        </w:rPr>
        <w:t>1:38:52  ke sari baatein jo isi isi is subject pe hoti hain</w:t>
      </w:r>
      <w:r>
        <w:br/>
      </w:r>
      <w:r>
        <w:rPr>
          <w:sz w:val="20"/>
        </w:rPr>
        <w:t>1:39:01  to khair is ke baray mein main apna personal tajurba to zaroor bata sakta hoon lekin mere paas koi aisa method nahi hai jo main kisi ko kahoon ke yeh method dohrao to aisa ho jayega</w:t>
      </w:r>
      <w:r>
        <w:br/>
      </w:r>
      <w:r>
        <w:rPr>
          <w:sz w:val="20"/>
        </w:rPr>
        <w:t>1:39:19  sirf apna personal experience bata sakta hoon</w:t>
      </w:r>
      <w:r>
        <w:br/>
      </w:r>
      <w:r>
        <w:rPr>
          <w:sz w:val="20"/>
        </w:rPr>
        <w:t>1:39:25  is mamle mein</w:t>
      </w:r>
    </w:p>
    <w:p>
      <w:pPr>
        <w:pStyle w:val="Heading2"/>
      </w:pPr>
      <w:r>
        <w:t>Procedure for bringing someone to CPS class</w:t>
      </w:r>
    </w:p>
    <w:p>
      <w:r>
        <w:rPr>
          <w:color w:val="666666"/>
          <w:sz w:val="18"/>
        </w:rPr>
        <w:t>Society &amp; Dawah · Material Science and Spiritual Science 20 May 2012 · 3m 26s · at 1:03:17 · https://youtu.be/4K6CxjThlxQ?t=3797</w:t>
      </w:r>
    </w:p>
    <w:p>
      <w:r>
        <w:rPr>
          <w:i/>
        </w:rPr>
        <w:t>“When we bring a person to CPS's weekly spiritual class, what is the principle? Should we first have him read CPS literature for a considerable period, or bring him to the class without reading literature? Also, please mention any incident of the Companions in this regard, and give the incident of Aqil.”</w:t>
      </w:r>
    </w:p>
    <w:p>
      <w:r>
        <w:rPr>
          <w:sz w:val="20"/>
        </w:rPr>
        <w:t>1:03:17  Maulana agla sawal Dilli se hai Mr Sufiyan ka</w:t>
      </w:r>
      <w:r>
        <w:br/>
      </w:r>
      <w:r>
        <w:rPr>
          <w:sz w:val="20"/>
        </w:rPr>
        <w:t>1:03:21  unhon ne likha hai ke jab hum kisi aadmi ko CPS ke weekly spiritual class mein layen to is ka usool kya hai kya hum pehle kafi muddat tak is ko CPS ka literature parhwaien ya literature parhwaye baghair is ko CPS ki class mein le ayen is silsile mein Sahaba ka koi waqia ho to is ko bhi batayen</w:t>
      </w:r>
      <w:r>
        <w:br/>
      </w:r>
      <w:r>
        <w:rPr>
          <w:sz w:val="20"/>
        </w:rPr>
        <w:t>1:03:47  abhi aqal ka waqia diye</w:t>
      </w:r>
      <w:r>
        <w:br/>
      </w:r>
      <w:r>
        <w:rPr>
          <w:sz w:val="20"/>
        </w:rPr>
        <w:t>1:03:49  aap Sahaba ka waqia kyun chahte hain aqal se sochiye CPS ki class jo hai dunya mein ek alag hi type ki class hai dekhen do qism ki classes hoti hain ek ek already society mein kuch masail hain unhi ko le kar cheekh pukar karna</w:t>
      </w:r>
      <w:r>
        <w:br/>
      </w:r>
      <w:r>
        <w:rPr>
          <w:sz w:val="20"/>
        </w:rPr>
        <w:t>1:04:09  yani already masail hain un ko le kar cheekh pukar karna ke bijli nahi mil rahi hai pani nahi aa raha hai aur is ki hukoomat hai un ka masla hai to log isi mein jeete hain subah sham isi ko le kar ke aap lage lage cheekh pukar karne to is ke liye kisi ko tayyar karne ki zaroorat nahi wo to already tayyar hai peshi tayyar hai lekin hamari jo class hai is type ki nahi hai is ke liye sab log un prepared hain un prepared</w:t>
      </w:r>
      <w:r>
        <w:br/>
      </w:r>
      <w:r>
        <w:rPr>
          <w:sz w:val="20"/>
        </w:rPr>
        <w:t>1:04:37  doosron ke jalsay ke liye sare audience jo prepared hote hain already prepared hote hain kuch karna karna nahi le ke chalaiye ye class jo hai is ke liye sab log un un prepared hain yani top ke ulama bhi un prepared hain unhein bhi kuch kitab parhani pare gi maaf kijiye ga to jo aadmi chahta hai kisi ko yahan lana to sab se pehle is ko prepared mind banaye wo kya tareeqa kitaben parhwaiye</w:t>
      </w:r>
      <w:r>
        <w:br/>
      </w:r>
      <w:r>
        <w:rPr>
          <w:sz w:val="20"/>
        </w:rPr>
        <w:t>1:05:05  kuchh is ke andar familiar ho jaye woh hamari baton ke tab lana mufeed hai</w:t>
      </w:r>
      <w:r>
        <w:br/>
      </w:r>
      <w:r>
        <w:rPr>
          <w:sz w:val="20"/>
        </w:rPr>
        <w:t>1:05:11  misal ke taur par dekhiye</w:t>
      </w:r>
      <w:r>
        <w:br/>
      </w:r>
      <w:r>
        <w:rPr>
          <w:sz w:val="20"/>
        </w:rPr>
        <w:t>1:05:14  kisi bhi jalse aap jaiye kisi bhi jalse mein har jagah log mobile istemal karte hain har jagah</w:t>
      </w:r>
      <w:r>
        <w:br/>
      </w:r>
      <w:r>
        <w:rPr>
          <w:sz w:val="20"/>
        </w:rPr>
        <w:t>1:05:21  chahe Muslim ho ya Hindu ke hon Musalman hon Isai kisi ka bhi woh jante hi nahi ke</w:t>
      </w:r>
      <w:r>
        <w:br/>
      </w:r>
      <w:r>
        <w:rPr>
          <w:sz w:val="20"/>
        </w:rPr>
        <w:t>1:05:28  hum jalse mein ja to mobile nahi istemal karna hai ab yahan par hum mobile ko yani haram</w:t>
      </w:r>
      <w:r>
        <w:br/>
      </w:r>
      <w:r>
        <w:rPr>
          <w:sz w:val="20"/>
        </w:rPr>
        <w:t>1:05:32  se bura samajhte hain koi mobile istemal kare yahan par</w:t>
      </w:r>
      <w:r>
        <w:br/>
      </w:r>
      <w:r>
        <w:rPr>
          <w:sz w:val="20"/>
        </w:rPr>
        <w:t>1:05:37  is class ke andar koi mobile istemal kare to main is ko haram se kam nahi samajhta to kis ko khabar hai is ki log samajhte hain ye to ye to ye to koi nahi masjid mein istemal karte hain hum jalsay mein karte hain to yahan kyun nahi karenge masjidon mein log istemal karte hain mobile ko haram mein istemal karte hain hatta ke tawaf kar rahe hain kaba ki tablegh istemal karte hain to sochenge ke yahan kyun nahi istemal kar rahe hain aap</w:t>
      </w:r>
      <w:r>
        <w:br/>
      </w:r>
      <w:r>
        <w:rPr>
          <w:sz w:val="20"/>
        </w:rPr>
        <w:t>1:06:03  to logon ko pehle tayyar kijiye ke bhai yahan mobile nahi istemal hoga yahan beech mein nahi bolna yahan cross question nahi nahi karni hai yahan koi political baaten nahi karni hain tab laiye nahi to aap wo layenge to hamari wo kya hoga ek ek ek problem hoga ek liability hoga wo</w:t>
      </w:r>
      <w:r>
        <w:br/>
      </w:r>
      <w:r>
        <w:rPr>
          <w:sz w:val="20"/>
        </w:rPr>
        <w:t>1:06:25  to is class ki khair khwahi ye hai ke aap jab layen kisi ko to sab se pehle is ko yani is ke mind ko prepare karen tab layen kuch kitaben parhwaiye kuch is ko jo tareeqa hai wo aap jante hain</w:t>
      </w:r>
    </w:p>
    <w:p>
      <w:pPr>
        <w:pStyle w:val="Heading2"/>
      </w:pPr>
      <w:r>
        <w:t>Producing indigenous scholars in USA</w:t>
      </w:r>
    </w:p>
    <w:p>
      <w:r>
        <w:rPr>
          <w:color w:val="666666"/>
          <w:sz w:val="18"/>
        </w:rPr>
        <w:t>Society &amp; Dawah · Living in a World of Competition October 24, 2010 · 7m 05s · at 58:32 · https://youtu.be/0DRVM8YxM5U?t=3512</w:t>
      </w:r>
    </w:p>
    <w:p>
      <w:r>
        <w:rPr>
          <w:i/>
        </w:rPr>
        <w:t>“There is a trend here in the USA to produce indigenous muftis and scholars. For this reason, they are establishing sprawling Darul Ulooms and producing turbocharged hafiz, muftis, and scholars. They think this way they will bring an Islamic revolution in the USA. My question to you is: Is it a positive trend?”</w:t>
      </w:r>
    </w:p>
    <w:p>
      <w:r>
        <w:rPr>
          <w:sz w:val="20"/>
        </w:rPr>
        <w:t>58:32  yeh sawal poocha hai Mr. Khwaja Kaleemuddin ne Pennsylvania se. unhon ne likha hai: "Maulana sahib, there is a trend here in the USA to produce indigenous muftis and ulema.</w:t>
      </w:r>
      <w:r>
        <w:br/>
      </w:r>
      <w:r>
        <w:rPr>
          <w:sz w:val="20"/>
        </w:rPr>
        <w:t>58:48  for this reason, they are establishing sprawling darul uloom and producing young turbanized hafeez, muftis and ulema.</w:t>
      </w:r>
      <w:r>
        <w:br/>
      </w:r>
      <w:r>
        <w:rPr>
          <w:sz w:val="20"/>
        </w:rPr>
        <w:t>58:59  this way they think that they will bring an Islamic revolution here in the US. my question to you is: is it a positive trend?</w:t>
      </w:r>
      <w:r>
        <w:br/>
      </w:r>
      <w:r>
        <w:rPr>
          <w:sz w:val="20"/>
        </w:rPr>
        <w:t>59:11  will it bring a desired revolution? if not, what should Muslims do here? kindly c</w:t>
      </w:r>
      <w:r>
        <w:br/>
      </w:r>
      <w:r>
        <w:rPr>
          <w:sz w:val="20"/>
        </w:rPr>
        <w:t>59:19  ment." dekhiye, agar maqsad yeh ho madaris qaim karne ka western countries mein ke is se kuch nikah parhane wale aur janaza parhane wale aur fatwa dene wale kuch log paida ho jayen to yeh baat to haazir ho sakti hai.</w:t>
      </w:r>
      <w:r>
        <w:br/>
      </w:r>
      <w:r>
        <w:rPr>
          <w:sz w:val="20"/>
        </w:rPr>
        <w:t>59:40  lekin western countries mein revolution lana Islami, yeh to bilkul yani food is paradise mein jeena hai.</w:t>
      </w:r>
      <w:r>
        <w:br/>
      </w:r>
      <w:r>
        <w:rPr>
          <w:sz w:val="20"/>
        </w:rPr>
        <w:t>59:57  dekhen, maine baar baar safar kiya in countries ka, America ka bhi. maine paya hai ke log bilkul hi nahi jante ke America kya hai.</w:t>
      </w:r>
      <w:r>
        <w:br/>
      </w:r>
      <w:r>
        <w:rPr>
          <w:sz w:val="20"/>
        </w:rPr>
        <w:t>1:00:07  wahan rehte hain sirf kamane ke liye,</w:t>
      </w:r>
      <w:r>
        <w:br/>
      </w:r>
      <w:r>
        <w:rPr>
          <w:sz w:val="20"/>
        </w:rPr>
        <w:t>1:00:11  milte hain aapas mein. yeh Americanon se in ki koi mulaqaat nahi hoti siwaye yani workplace ke.</w:t>
      </w:r>
      <w:r>
        <w:br/>
      </w:r>
      <w:r>
        <w:rPr>
          <w:sz w:val="20"/>
        </w:rPr>
        <w:t>1:00:23  kuch un ka contact nahi, yahan tak ke jo ulema India se jate hain wahan ya Pakistan se jo woh jate hain wahan ya ya urf jate hain wahan, unhein bhi kuch khabar nahi ke America kya hai.</w:t>
      </w:r>
      <w:r>
        <w:br/>
      </w:r>
      <w:r>
        <w:rPr>
          <w:sz w:val="20"/>
        </w:rPr>
        <w:t>1:00:38  kyun? apne logon mein rehte hain, bas</w:t>
      </w:r>
      <w:r>
        <w:br/>
      </w:r>
      <w:r>
        <w:rPr>
          <w:sz w:val="20"/>
        </w:rPr>
        <w:t>1:00:41  apne logon mein khayen peeyen ge, apne logon mein hansi mazaq karenge, apne logon mein ho ha karenge, wahan par wapas aa jayen ge. American society se koi ta'alluq nahi, is liye woh jante nahi ke America kya hai, western thought kya hai, modern thinking kya hai.</w:t>
      </w:r>
      <w:r>
        <w:br/>
      </w:r>
      <w:r>
        <w:rPr>
          <w:sz w:val="20"/>
        </w:rPr>
        <w:t>1:00:58  to aap revolution, revolution kahan se layenge? modern mind ko aap address kaise karenge? aap</w:t>
      </w:r>
      <w:r>
        <w:br/>
      </w:r>
      <w:r>
        <w:rPr>
          <w:sz w:val="20"/>
        </w:rPr>
        <w:t>1:01:05  jaise misaal ke taur par dekhiye ke sari dunya ke musalman mashhoor America aur Europe ke ke yahan koi cheez ho jati hai ke cartoon chhap gaya, koi ya koi kitab chhap gayi, aur shor machate hain is ke khilaf.</w:t>
      </w:r>
      <w:r>
        <w:br/>
      </w:r>
      <w:r>
        <w:rPr>
          <w:sz w:val="20"/>
        </w:rPr>
        <w:t>1:01:21  it is against the speed of the age. aap bahar ja ke rehte hain to is liye rehte hain ke wahan azadi hai.</w:t>
      </w:r>
      <w:r>
        <w:br/>
      </w:r>
      <w:r>
        <w:rPr>
          <w:sz w:val="20"/>
        </w:rPr>
        <w:t>1:01:32  to</w:t>
      </w:r>
      <w:r>
        <w:br/>
      </w:r>
      <w:r>
        <w:rPr>
          <w:sz w:val="20"/>
        </w:rPr>
        <w:t>1:01:33  aaj ki dunya jo hai, freedom of express, expression ko bohat important deti hai. yani freedom of expression in ka kalma hai, azadi-e-rai,</w:t>
      </w:r>
      <w:r>
        <w:br/>
      </w:r>
      <w:r>
        <w:rPr>
          <w:sz w:val="20"/>
        </w:rPr>
        <w:t>1:01:47  yeh in ka kalma hai. in ka aap shor machate hain, yani kuch bhi aap ko pata nahi ke wahan ka soch kya hai, wahan ke thinking kya hai.</w:t>
      </w:r>
      <w:r>
        <w:br/>
      </w:r>
      <w:r>
        <w:rPr>
          <w:sz w:val="20"/>
        </w:rPr>
        <w:t>1:01:58  shor kya machana hai?</w:t>
      </w:r>
      <w:r>
        <w:br/>
      </w:r>
      <w:r>
        <w:rPr>
          <w:sz w:val="20"/>
        </w:rPr>
        <w:t>1:02:00  aap article likhein, aap kitab likhein, aap logon se miliye, logon ko samjhaiye. hangama karna aur kehna ke in ko maro, in ko kato, yani kuch bhi unhein alif be te se bhi nahi maloom hai wahan ki dunya ka haal.</w:t>
      </w:r>
      <w:r>
        <w:br/>
      </w:r>
      <w:r>
        <w:rPr>
          <w:sz w:val="20"/>
        </w:rPr>
        <w:t>1:02:15  yeh aur revolution layenge, yeh wahan bhi inqilab barpa karenge. yeh to foods paradise mein jeena hai.</w:t>
      </w:r>
      <w:r>
        <w:br/>
      </w:r>
      <w:r>
        <w:rPr>
          <w:sz w:val="20"/>
        </w:rPr>
        <w:t>1:02:24  to main arz karunga ke yeh jo madaris wahan qaim ho rahe hain, agar un ka maqsad yeh ho ke jo cultural zarooraten hain musalmanon ki, cultural zarooraten hain, jaise namaz, janaze ki namaz padhana,</w:t>
      </w:r>
      <w:r>
        <w:br/>
      </w:r>
      <w:r>
        <w:rPr>
          <w:sz w:val="20"/>
        </w:rPr>
        <w:t>1:02:40  eidain ki namaz padhana, kuch juzviyat mein masle mein fatwa dena waghera, yeh zaroorat poori ho sakti hai.</w:t>
      </w:r>
      <w:r>
        <w:br/>
      </w:r>
      <w:r>
        <w:rPr>
          <w:sz w:val="20"/>
        </w:rPr>
        <w:t>1:02:51  lekin is ka is se koi bhi taluq nahi hai ke wahan ki dunya mein islami inqilab aaye, kyunke islami inqilab maine kaha ke Islam ko aap ise un ke mind ko ke mutabiq, un ke muaine ke mutabiq, aap Islam ko un ke liye understandable banayein,</w:t>
      </w:r>
      <w:r>
        <w:br/>
      </w:r>
      <w:r>
        <w:rPr>
          <w:sz w:val="20"/>
        </w:rPr>
        <w:t>1:03:11  isko reason out karein, aise dalail dein ke un ka mind address ho. tab to woh sochega, woh nahi sochega hi nahi,</w:t>
      </w:r>
      <w:r>
        <w:br/>
      </w:r>
      <w:r>
        <w:rPr>
          <w:sz w:val="20"/>
        </w:rPr>
        <w:t>1:03:20  sochega bhi nahi. abhi to jitni bhi kitabein chhapi hain, hamare mission mein jo kitabein hain, us ko chhod dijiye, sab Muslim oriented kitabein hain, one to all,</w:t>
      </w:r>
      <w:r>
        <w:br/>
      </w:r>
      <w:r>
        <w:rPr>
          <w:sz w:val="20"/>
        </w:rPr>
        <w:t>1:03:32  one to all Muslim oriented kitabein hain. main America mein masjidon mein namaz padhi, maine wahan bhi wahi duaein Quran, wahan bhi Quran nazla padhi jati hai, Allahumma ahlil kafarata wal mushrikeen, wahan bhi hota hai.</w:t>
      </w:r>
      <w:r>
        <w:br/>
      </w:r>
      <w:r>
        <w:rPr>
          <w:sz w:val="20"/>
        </w:rPr>
        <w:t>1:03:45  ab bataiye ke jin logon ko aap, jin logon ke darmiyan aap Islam ko phailana hai, un ke un ko badduaen kar rahe hain, wahan par kuch log Islam qubool karte hain, woh apne aap karte hain, musalmanon ka is se koi taluq nahi hai,</w:t>
      </w:r>
      <w:r>
        <w:br/>
      </w:r>
      <w:r>
        <w:rPr>
          <w:sz w:val="20"/>
        </w:rPr>
        <w:t>1:03:59  kuch bhi nahi. poori tareekh mein aisa hua hai ke log Islam apne aap qubool karte rahe, fitrat ki gawahi par, fitrat ki gawahi par.</w:t>
      </w:r>
      <w:r>
        <w:br/>
      </w:r>
      <w:r>
        <w:rPr>
          <w:sz w:val="20"/>
        </w:rPr>
        <w:t>1:04:12  jaise ek American musalman hua tha, to us se poocha gaya ke musalman to ab kyun hue? to us ne kaha ke main musalman nahi hua hoon, I was reverted to my own birthright religion.</w:t>
      </w:r>
      <w:r>
        <w:br/>
      </w:r>
      <w:r>
        <w:rPr>
          <w:sz w:val="20"/>
        </w:rPr>
        <w:t>1:04:23  to apni fitrat ki taraf lot ta hai woh, ya to bas wahan par wahi apne mulk ko culture chalate hain, Arab log apna culture chalate hain, Pakistani apna chahte hain, Indian ko apna chalate hain, isi mein rehte hain.</w:t>
      </w:r>
      <w:r>
        <w:br/>
      </w:r>
      <w:r>
        <w:rPr>
          <w:sz w:val="20"/>
        </w:rPr>
        <w:t>1:04:36  bas</w:t>
      </w:r>
      <w:r>
        <w:br/>
      </w:r>
      <w:r>
        <w:rPr>
          <w:sz w:val="20"/>
        </w:rPr>
        <w:t>1:04:41  to main aise madaris ke khilaf nahi hoon, lekin jis goal ko samne rakh kar ke madaris banaye jate hain, woh us ke khilaf hoon, kyunke yeh goal kabhi hasil hone wala nahi hai.</w:t>
      </w:r>
      <w:r>
        <w:br/>
      </w:r>
      <w:r>
        <w:rPr>
          <w:sz w:val="20"/>
        </w:rPr>
        <w:t>1:04:52  yeh jo hum log yahan har haftah ikattha hote hain, hamein samjhein ke hum ikattha hote hote hote yahan par India mein hum apna hukumat qaim kar lenge, to yeh kaam makana baat hogi, kyunke yeh to non political hai.</w:t>
      </w:r>
      <w:r>
        <w:br/>
      </w:r>
      <w:r>
        <w:rPr>
          <w:sz w:val="20"/>
        </w:rPr>
        <w:t>1:05:04  hamara mission</w:t>
      </w:r>
      <w:r>
        <w:br/>
      </w:r>
      <w:r>
        <w:rPr>
          <w:sz w:val="20"/>
        </w:rPr>
        <w:t>1:05:06  yahan party se koi baat nahi, na hamare is classes se sare India mein log hum ko vote dein, vote dene lagenge. yeh to aap makana soch ho gaya, ho jayegi.</w:t>
      </w:r>
      <w:r>
        <w:br/>
      </w:r>
      <w:r>
        <w:rPr>
          <w:sz w:val="20"/>
        </w:rPr>
        <w:t>1:05:19  to kam az kam yeh janiye ke aap jo kaam kar rahe hain, is ka result kya nikalne wala hai.</w:t>
      </w:r>
      <w:r>
        <w:br/>
      </w:r>
      <w:r>
        <w:rPr>
          <w:sz w:val="20"/>
        </w:rPr>
        <w:t>1:05:28  yani aap lagayen babal ka peR aur saare is mein aam phalein ge, to zahir hai ke bilkul isi ko kehte hain ke living in foods paradise.</w:t>
      </w:r>
    </w:p>
    <w:p>
      <w:pPr>
        <w:pStyle w:val="Heading2"/>
      </w:pPr>
      <w:r>
        <w:t>Property distribution among wives and children</w:t>
      </w:r>
    </w:p>
    <w:p>
      <w:r>
        <w:rPr>
          <w:color w:val="666666"/>
          <w:sz w:val="18"/>
        </w:rPr>
        <w:t>Society &amp; Dawah · God and Man I February 19, 2012 Maulana Wahiduddin Khan · 1m 02s · at 1:26:51 · https://youtu.be/8TP3nlGRZek?t=5211</w:t>
      </w:r>
    </w:p>
    <w:p>
      <w:r>
        <w:rPr>
          <w:i/>
        </w:rPr>
        <w:t>“If a man has two wives and one wife has no child while the other has some children, then how can the distribution of property be done?”</w:t>
      </w:r>
    </w:p>
    <w:p>
      <w:r>
        <w:rPr>
          <w:sz w:val="20"/>
        </w:rPr>
        <w:t>1:26:51  maulana agla sawal dilli se hai Mr. Saadat Khan sahib ka. Unhon ne likha hai If a man has two wives and one wife has no child while the other has some children, then how can the distribution of property be done?</w:t>
      </w:r>
      <w:r>
        <w:br/>
      </w:r>
      <w:r>
        <w:rPr>
          <w:sz w:val="20"/>
        </w:rPr>
        <w:t>1:27:10  phir property ka masla is tarah nahi poocha jata. Woh to aik tareeqa hai, woh aap kijiye. Ke dar-ul-ifta khulay hue hain.</w:t>
      </w:r>
      <w:r>
        <w:br/>
      </w:r>
      <w:r>
        <w:rPr>
          <w:sz w:val="20"/>
        </w:rPr>
        <w:t>1:27:20  aik mustafti banaiye, is mein bohat hi specific language mein. Aur is mein aik self-addressed invite rakhiye. Aur dar-ul-ifta ko bhej dijiye.</w:t>
      </w:r>
      <w:r>
        <w:br/>
      </w:r>
      <w:r>
        <w:rPr>
          <w:sz w:val="20"/>
        </w:rPr>
        <w:t>1:27:30  wahan se aap ko jawab aa jaye ga. Yeh sab baatein jo hain, is tarah se is ka jawab nahi hua karta. Is ka jawab bohat hi yani is ka aik prescribed tareeqa hai, usi tareeqay se is ka jawab hota hai.</w:t>
      </w:r>
      <w:r>
        <w:br/>
      </w:r>
      <w:r>
        <w:rPr>
          <w:sz w:val="20"/>
        </w:rPr>
        <w:t>1:27:45  wohi hai. Mustafti, phir is ke jawab mein fatwa.</w:t>
      </w:r>
    </w:p>
    <w:p>
      <w:pPr>
        <w:pStyle w:val="Heading2"/>
      </w:pPr>
      <w:r>
        <w:t>Protecting Muslim nation vs spreading Islam</w:t>
      </w:r>
    </w:p>
    <w:p>
      <w:r>
        <w:rPr>
          <w:color w:val="666666"/>
          <w:sz w:val="18"/>
        </w:rPr>
        <w:t>Society &amp; Dawah · The Problem of Evil December 4, 2011 · 2m 55s · at 1:39:47 · https://youtu.be/SMqtVjaGHfw?t=5987</w:t>
      </w:r>
    </w:p>
    <w:p>
      <w:r>
        <w:rPr>
          <w:i/>
        </w:rPr>
        <w:t>“A person said that protecting the intellectual and practical aspects of the future Muslim nation is necessary, not the spread of Islam. Please explain about this.”</w:t>
      </w:r>
    </w:p>
    <w:p>
      <w:r>
        <w:rPr>
          <w:sz w:val="20"/>
        </w:rPr>
        <w:t>1:39:47  maulana, agla sawal aya hai maulana iqbal umri ka, tamil nadu se.</w:t>
      </w:r>
      <w:r>
        <w:br/>
      </w:r>
      <w:r>
        <w:rPr>
          <w:sz w:val="20"/>
        </w:rPr>
        <w:t>1:39:52  unhon ne likha hai: "maulana, aik sahib ne farmaya anay wali muslim qaum ki fikri aur amli hifazat zaroori hai, na ke islam ki ishaat.</w:t>
      </w:r>
      <w:r>
        <w:br/>
      </w:r>
      <w:r>
        <w:rPr>
          <w:sz w:val="20"/>
        </w:rPr>
        <w:t>1:40:06  is ke baray mein aap batayen." dono yaksa'n tor par zaroori hain, woh bhi zaroori hai, woh bhi zaroori hai.</w:t>
      </w:r>
      <w:r>
        <w:br/>
      </w:r>
      <w:r>
        <w:rPr>
          <w:sz w:val="20"/>
        </w:rPr>
        <w:t>1:40:16  aap kahein ke khana khana zaroori hai, pani peena zaroori nahi hai. hain,</w:t>
      </w:r>
      <w:r>
        <w:br/>
      </w:r>
      <w:r>
        <w:rPr>
          <w:sz w:val="20"/>
        </w:rPr>
        <w:t>1:40:21  aap kahein jaagna zaroori hai, sona zaroori nahi hai. yeh to koi nazariya hi nahi hai. zaroorat kisi koi aik cheez ki nahi hua karti, aik hi cheez zaroorat nahi hoti.</w:t>
      </w:r>
      <w:r>
        <w:br/>
      </w:r>
      <w:r>
        <w:rPr>
          <w:sz w:val="20"/>
        </w:rPr>
        <w:t>1:40:34  to aap apne ko tayyar karne ke liye, apne ko tayyar karna bhi zaroori hai, aur islam ke liye apni jo jo fariza hai, us ko ada karna bhi zaroori hai.</w:t>
      </w:r>
      <w:r>
        <w:br/>
      </w:r>
      <w:r>
        <w:rPr>
          <w:sz w:val="20"/>
        </w:rPr>
        <w:t>1:40:48  kya phir se parhiye is ko?</w:t>
      </w:r>
      <w:r>
        <w:br/>
      </w:r>
      <w:r>
        <w:rPr>
          <w:sz w:val="20"/>
        </w:rPr>
        <w:t>1:40:50  aik maulana, aik sahib ne farmaya: "anay wali muslim qaum ki fikri aur amli hifazat zaroori hai, na ke islam ki ishaat."</w:t>
      </w:r>
      <w:r>
        <w:br/>
      </w:r>
      <w:r>
        <w:rPr>
          <w:sz w:val="20"/>
        </w:rPr>
        <w:t>1:41:02  dekhein, aik to yeh mein kahunga ke log apne dimagh se bolte rehte hain. yeh baat jo hai, apne dimagh se hai. aap quran mein dhoondhiye ke kya yeh baat quran mein likhi hui hai?</w:t>
      </w:r>
      <w:r>
        <w:br/>
      </w:r>
      <w:r>
        <w:rPr>
          <w:sz w:val="20"/>
        </w:rPr>
        <w:t>1:41:15  yeh quran mein likha hua hai.</w:t>
      </w:r>
      <w:r>
        <w:br/>
      </w:r>
      <w:r>
        <w:rPr>
          <w:sz w:val="20"/>
        </w:rPr>
        <w:t>1:41:18  sab se bari musibat yeh hai ke sab aadmi apne dimagh se bolte hain. yeh nahi sochte ke woh quran mein likha hua hai ke nahi likha hua hai. quran mein likha hua hai, jabke "likoon ar rasool shaheedan alaikum wa takoon shuhada al nas".</w:t>
      </w:r>
      <w:r>
        <w:br/>
      </w:r>
      <w:r>
        <w:rPr>
          <w:sz w:val="20"/>
        </w:rPr>
        <w:t>1:41:32  to aap kaise yeh keh sakte hain ke ummat muslima ki hifazat karna hai aur da'wati kaam phaar bajayen? woh hamari zimmedari nahi hai.</w:t>
      </w:r>
      <w:r>
        <w:br/>
      </w:r>
      <w:r>
        <w:rPr>
          <w:sz w:val="20"/>
        </w:rPr>
        <w:t>1:41:41  quran mein saaf saaf yeh hai ke "ummat akoon awwal aman aslam". aik taraf yeh hai, doosri taraf "da'i ila Allah bi yadi wa sirajun muneera".</w:t>
      </w:r>
      <w:r>
        <w:br/>
      </w:r>
      <w:r>
        <w:rPr>
          <w:sz w:val="20"/>
        </w:rPr>
        <w:t>1:41:51  yani apne aap ko momin banana, muslim banana, aik yeh zimmedari hai. doosri yeh hai ke aap doosri qaumon ke aage da'wat Allah ka kaam karna, islam ki ishaat karna.</w:t>
      </w:r>
      <w:r>
        <w:br/>
      </w:r>
      <w:r>
        <w:rPr>
          <w:sz w:val="20"/>
        </w:rPr>
        <w:t>1:42:03  to dono aik sath matloob hain. yeh is mein se koi aisa nahi hai jo ghair zaroori ho.</w:t>
      </w:r>
      <w:r>
        <w:br/>
      </w:r>
      <w:r>
        <w:rPr>
          <w:sz w:val="20"/>
        </w:rPr>
        <w:t>1:42:12  to aap ko apne aap ko, ummat muslima ko musalsal tayyar bhi karte rehna hai, aur sath sath aap ko da'wat ka kaam bhi karte rehna hai.</w:t>
      </w:r>
      <w:r>
        <w:br/>
      </w:r>
      <w:r>
        <w:rPr>
          <w:sz w:val="20"/>
        </w:rPr>
        <w:t>1:42:24  jis tarah se pani peena hai, khana bhi khana hai, jaagna hai, sona bhi hai. to yeh to aik fitri nizam hai.</w:t>
      </w:r>
      <w:r>
        <w:br/>
      </w:r>
      <w:r>
        <w:rPr>
          <w:sz w:val="20"/>
        </w:rPr>
        <w:t>1:42:33  aap aik ko le kar doosre ko chhod dein, yeh aap ko khud sakhta hai. quran se is ka koi ta'alluq nahi hai.</w:t>
      </w:r>
    </w:p>
    <w:p>
      <w:pPr>
        <w:pStyle w:val="Heading2"/>
      </w:pPr>
      <w:r>
        <w:t>Protection of Muslims vs propagation of Islam</w:t>
      </w:r>
    </w:p>
    <w:p>
      <w:r>
        <w:rPr>
          <w:color w:val="666666"/>
          <w:sz w:val="18"/>
        </w:rPr>
        <w:t>Society &amp; Dawah · Q&amp;A 04 DEC 2011 Maulana Wahiduddin Khan · 3m 10s · at 41:25 · https://youtu.be/KIMNmuUZoGo?t=2485</w:t>
      </w:r>
    </w:p>
    <w:p>
      <w:r>
        <w:rPr>
          <w:i/>
        </w:rPr>
        <w:t>“A person said that the intellectual and practical protection of the future Muslim nation is necessary, not the propagation of Islam. Please explain this.”</w:t>
      </w:r>
    </w:p>
    <w:p>
      <w:r>
        <w:rPr>
          <w:sz w:val="20"/>
        </w:rPr>
        <w:t>41:25  maulānā aglā sawāl āyā hai maulānā iqbāl 'umrī kā tamiil nāḍu se. Unhoṅne likhā hai: "maulānā ek sāhab ne farmāyā āne vālī muslim qaum kī fikrī aur 'amalī ḥifāzat zarūrī hai na ke islām kī āshā'at.</w:t>
      </w:r>
      <w:r>
        <w:br/>
      </w:r>
      <w:r>
        <w:rPr>
          <w:sz w:val="20"/>
        </w:rPr>
        <w:t>41:45  is ke bāre meṅ āp batā'eṅ."</w:t>
      </w:r>
      <w:r>
        <w:br/>
      </w:r>
      <w:r>
        <w:rPr>
          <w:sz w:val="20"/>
        </w:rPr>
        <w:t>41:51  donon yaksāṅ taur par zarūrī haiṅ. woh bhī zarūrī hai, woh bhī zarūrī hai. āp kaheṅ ke ḳhānā ḳhānā zarūrī hai, pānī pīnā zarūrī nahīṅ hai.</w:t>
      </w:r>
      <w:r>
        <w:br/>
      </w:r>
      <w:r>
        <w:rPr>
          <w:sz w:val="20"/>
        </w:rPr>
        <w:t>42:00  haiṅ? āp kaheṅ jāgnā zarūrī hai, sonā zarūrī nahīṅ hai. yeh to ko'ī nazariya nahīṅ hai. zarūrat kisī ko'ī ek cīz kī nahīṅ huā kartī.</w:t>
      </w:r>
      <w:r>
        <w:br/>
      </w:r>
      <w:r>
        <w:rPr>
          <w:sz w:val="20"/>
        </w:rPr>
        <w:t>42:12  ek hī cīz zarūrat nahīṅ hotī. to āp apne ko taiyār karne ke lie apne ko taiyār karnā bhī zarūrī hai.</w:t>
      </w:r>
      <w:r>
        <w:br/>
      </w:r>
      <w:r>
        <w:rPr>
          <w:sz w:val="20"/>
        </w:rPr>
        <w:t>42:22  aur islām ke lie apnī jo jo farīza hai us ko adā karnā bhī zarūrī hai. kyā phir se paṛhīye us ko?</w:t>
      </w:r>
      <w:r>
        <w:br/>
      </w:r>
      <w:r>
        <w:rPr>
          <w:sz w:val="20"/>
        </w:rPr>
        <w:t>42:38  ek maulānā ek sāhab ne farmāyā āne vālī muslim qaum kī fikrī aur 'amalī ḥifāzat zarūrī hai na ke islām kī āshā'at.</w:t>
      </w:r>
      <w:r>
        <w:br/>
      </w:r>
      <w:r>
        <w:rPr>
          <w:sz w:val="20"/>
        </w:rPr>
        <w:t>42:51  dekhīye ek to yeh maiṅ kahūṅgā ke log apne dimāġh se bolte rahte haiṅ. yeh bāt apne dimāġh se hai. āp qur'ān meṅ ḍhūṅḍhīye ke kyā yeh bāt qur'ān meṅ likhī hu'ī hai?</w:t>
      </w:r>
      <w:r>
        <w:br/>
      </w:r>
      <w:r>
        <w:rPr>
          <w:sz w:val="20"/>
        </w:rPr>
        <w:t>43:04  yeh quran mein likha hua hai? sab se bari museebat yeh hai ke</w:t>
      </w:r>
      <w:r>
        <w:br/>
      </w:r>
      <w:r>
        <w:rPr>
          <w:sz w:val="20"/>
        </w:rPr>
        <w:t>43:11  sab aadmi apne dimaagh se bolte hain. yeh nahi sochte ke woh quran mein likha hua hai ke nahi likha hua hai. quran mein likha hua hai jabke "likon al-rasool shaheeda wa alaikum wa takoono shuhadaa al-nas" to aap kaise yeh keh sakte hain ke ummat-e-muslima ki hifazat karna hai aur da'wati kaam phaar bajaye?</w:t>
      </w:r>
      <w:r>
        <w:br/>
      </w:r>
      <w:r>
        <w:rPr>
          <w:sz w:val="20"/>
        </w:rPr>
        <w:t>43:29  woh hamari zimmedari nahi hai. quran mein saaf saaf yeh hai ke "ummat akon awwal min aslam" ek taraf yeh hai.</w:t>
      </w:r>
      <w:r>
        <w:br/>
      </w:r>
      <w:r>
        <w:rPr>
          <w:sz w:val="20"/>
        </w:rPr>
        <w:t>43:38  dusri taraf "da'i ilallah ba'idi wa siraj munira" yaani apne aap ko momin banana, muslim banana.</w:t>
      </w:r>
      <w:r>
        <w:br/>
      </w:r>
      <w:r>
        <w:rPr>
          <w:sz w:val="20"/>
        </w:rPr>
        <w:t>43:47  ek yeh zimmedari hai. doosri yeh hai ke aap doosri qaumon ke aage da'wat-e-ilallah ka kaam karna, islam ki isha'at karna. to dono ek saath matloob hain.</w:t>
      </w:r>
      <w:r>
        <w:br/>
      </w:r>
      <w:r>
        <w:rPr>
          <w:sz w:val="20"/>
        </w:rPr>
        <w:t>43:56  yeh is mein se koi aisa nahi hai jo</w:t>
      </w:r>
      <w:r>
        <w:br/>
      </w:r>
      <w:r>
        <w:rPr>
          <w:sz w:val="20"/>
        </w:rPr>
        <w:t>44:00  ghair zaroori ho. to aap ko apne aap ko, ummat-e-muslima ko musalsal tayyar bhi karte rehna hai.</w:t>
      </w:r>
      <w:r>
        <w:br/>
      </w:r>
      <w:r>
        <w:rPr>
          <w:sz w:val="20"/>
        </w:rPr>
        <w:t>44:11  aur saath saath aap ko da'wat ka kaam bhi karte rehna hai. jis tarah se pani peena hai, khana bhi khana hai.</w:t>
      </w:r>
      <w:r>
        <w:br/>
      </w:r>
      <w:r>
        <w:rPr>
          <w:sz w:val="20"/>
        </w:rPr>
        <w:t>44:20  jaagna hai, sona bhi hai. to yeh to ek fitri nizam hai. aap ek ko le kar doosre ko chhod dein.</w:t>
      </w:r>
      <w:r>
        <w:br/>
      </w:r>
      <w:r>
        <w:rPr>
          <w:sz w:val="20"/>
        </w:rPr>
        <w:t>44:29  yeh aap ko khud sakhta hai, quran se is ka koi ta'alluq nahi hai.</w:t>
      </w:r>
      <w:r>
        <w:br/>
      </w:r>
      <w:r>
        <w:rPr>
          <w:sz w:val="20"/>
        </w:rPr>
        <w:t>44:36  maulana agla sawal hai miss naghma siddiqui ka. unhon ne likha hai: "How can one do merciless introspection of oneself?"</w:t>
      </w:r>
    </w:p>
    <w:p>
      <w:pPr>
        <w:pStyle w:val="Heading2"/>
      </w:pPr>
      <w:r>
        <w:t>Protesting small issues to protect prayers</w:t>
      </w:r>
    </w:p>
    <w:p>
      <w:r>
        <w:rPr>
          <w:color w:val="666666"/>
          <w:sz w:val="18"/>
        </w:rPr>
        <w:t>Society &amp; Dawah · Spirit of the Age November 06, 2016 · 2m 36s · at 43:11 · https://youtu.be/URWoioUiDO4?t=2591</w:t>
      </w:r>
    </w:p>
    <w:p>
      <w:r>
        <w:rPr>
          <w:i/>
        </w:rPr>
        <w:t>“Many Muslims say that if we do not protest on small issues, then our prayers and fasting will also be objected to.”</w:t>
      </w:r>
    </w:p>
    <w:p>
      <w:r>
        <w:rPr>
          <w:sz w:val="20"/>
        </w:rPr>
        <w:t>43:11  maulana, agla sawal doctor safina tabassum ne bheja hai ajmer se, aur unhon ne likha hai, maulana, maulana</w:t>
      </w:r>
      <w:r>
        <w:br/>
      </w:r>
      <w:r>
        <w:rPr>
          <w:sz w:val="20"/>
        </w:rPr>
        <w:t>43:18  sahib, bohat musalmanon ka yeh kehna hai ke agar hum choti choti baton par protest nahi karenge</w:t>
      </w:r>
      <w:r>
        <w:br/>
      </w:r>
      <w:r>
        <w:rPr>
          <w:sz w:val="20"/>
        </w:rPr>
        <w:t>43:26  to hamare namaz roze par bhi eteraz hone lagega.</w:t>
      </w:r>
      <w:r>
        <w:br/>
      </w:r>
      <w:r>
        <w:rPr>
          <w:sz w:val="20"/>
        </w:rPr>
        <w:t>43:30  un logon ko kya kaha jaye, is ke bare mein bataein.</w:t>
      </w:r>
      <w:r>
        <w:br/>
      </w:r>
      <w:r>
        <w:rPr>
          <w:sz w:val="20"/>
        </w:rPr>
        <w:t>43:35  yeh to ek jhoota, ek jhoota, yani jhoota doubt hai, baseless doubt hai.</w:t>
      </w:r>
      <w:r>
        <w:br/>
      </w:r>
      <w:r>
        <w:rPr>
          <w:sz w:val="20"/>
        </w:rPr>
        <w:t>43:41  yeh yehi to mein keh raha hoon bar bar ke musalmanon ki ghalti hai ke wo isi spirit</w:t>
      </w:r>
      <w:r>
        <w:br/>
      </w:r>
      <w:r>
        <w:rPr>
          <w:sz w:val="20"/>
        </w:rPr>
        <w:t>43:49  of age ko jante nahi.</w:t>
      </w:r>
      <w:r>
        <w:br/>
      </w:r>
      <w:r>
        <w:rPr>
          <w:sz w:val="20"/>
        </w:rPr>
        <w:t>43:51  kabhi namumkin hai ke aap ki namaz roze par record dali jaye.</w:t>
      </w:r>
      <w:r>
        <w:br/>
      </w:r>
      <w:r>
        <w:rPr>
          <w:sz w:val="20"/>
        </w:rPr>
        <w:t>43:56  duniya mein kahin bhi record nahi hai.</w:t>
      </w:r>
      <w:r>
        <w:br/>
      </w:r>
      <w:r>
        <w:rPr>
          <w:sz w:val="20"/>
        </w:rPr>
        <w:t>43:59  record jo hai, aap ke nuisance par hai, aap ke virus par hai ke masjidon mein is kya</w:t>
      </w:r>
      <w:r>
        <w:br/>
      </w:r>
      <w:r>
        <w:rPr>
          <w:sz w:val="20"/>
        </w:rPr>
        <w:t>44:07  aaj kal ho raha hai ke juma ke din ekatha hote hain to wo masjidon mein nafrat ki</w:t>
      </w:r>
      <w:r>
        <w:br/>
      </w:r>
      <w:r>
        <w:rPr>
          <w:sz w:val="20"/>
        </w:rPr>
        <w:t>44:14  taqreerein hoti hain ke dushman hain, yani hamein, yani hum yeh karna hai, wo karna hai.</w:t>
      </w:r>
      <w:r>
        <w:br/>
      </w:r>
      <w:r>
        <w:rPr>
          <w:sz w:val="20"/>
        </w:rPr>
        <w:t>44:21  to yeh cheez buri hai.</w:t>
      </w:r>
      <w:r>
        <w:br/>
      </w:r>
      <w:r>
        <w:rPr>
          <w:sz w:val="20"/>
        </w:rPr>
        <w:t>44:23  nafrat namaz nahi buri hai.</w:t>
      </w:r>
      <w:r>
        <w:br/>
      </w:r>
      <w:r>
        <w:rPr>
          <w:sz w:val="20"/>
        </w:rPr>
        <w:t>44:26  koi duniya mein aisa nahi hai jo namaz ko roke.</w:t>
      </w:r>
      <w:r>
        <w:br/>
      </w:r>
      <w:r>
        <w:rPr>
          <w:sz w:val="20"/>
        </w:rPr>
        <w:t>44:30  jo rokega, wohi ke aap aisi baat karte hain jo zamane ke khilaf ho, yani tashaddud ki</w:t>
      </w:r>
      <w:r>
        <w:br/>
      </w:r>
      <w:r>
        <w:rPr>
          <w:sz w:val="20"/>
        </w:rPr>
        <w:t>44:38  baat, nafrat ki baat.</w:t>
      </w:r>
      <w:r>
        <w:br/>
      </w:r>
      <w:r>
        <w:rPr>
          <w:sz w:val="20"/>
        </w:rPr>
        <w:t>44:39  yeh bilkul jhoota hai, sarapa jhoota hai.</w:t>
      </w:r>
      <w:r>
        <w:br/>
      </w:r>
      <w:r>
        <w:rPr>
          <w:sz w:val="20"/>
        </w:rPr>
        <w:t>44:42  yeh kehna ke namaz ko rokenge, is ki koi asal nahi hai.</w:t>
      </w:r>
      <w:r>
        <w:br/>
      </w:r>
      <w:r>
        <w:rPr>
          <w:sz w:val="20"/>
        </w:rPr>
        <w:t>44:48  bilkul jhooti baat hai.</w:t>
      </w:r>
      <w:r>
        <w:br/>
      </w:r>
      <w:r>
        <w:rPr>
          <w:sz w:val="20"/>
        </w:rPr>
        <w:t>44:50  mein ne kitni bar gaya hoon, mein church mein gaya hoon, mandir mein gaya hoon, namaz ka waqt</w:t>
      </w:r>
      <w:r>
        <w:br/>
      </w:r>
      <w:r>
        <w:rPr>
          <w:sz w:val="20"/>
        </w:rPr>
        <w:t>44:57  hoga, logon ne khoob kaha, aaj namaz padhiye.</w:t>
      </w:r>
      <w:r>
        <w:br/>
      </w:r>
      <w:r>
        <w:rPr>
          <w:sz w:val="20"/>
        </w:rPr>
        <w:t>45:01  khade khade hote hain ehteram ke liye.</w:t>
      </w:r>
      <w:r>
        <w:br/>
      </w:r>
      <w:r>
        <w:rPr>
          <w:sz w:val="20"/>
        </w:rPr>
        <w:t>45:04  ek baar tha, qissa likha tha maine risale mein ke paruram shastri ka program tha chapati par</w:t>
      </w:r>
      <w:r>
        <w:br/>
      </w:r>
      <w:r>
        <w:rPr>
          <w:sz w:val="20"/>
        </w:rPr>
        <w:t>45:11  bombay mein, aur bahut bada majma tha wahan.</w:t>
      </w:r>
      <w:r>
        <w:br/>
      </w:r>
      <w:r>
        <w:rPr>
          <w:sz w:val="20"/>
        </w:rPr>
        <w:t>45:15  to bahut ooncha pandal laga hua tha.</w:t>
      </w:r>
      <w:r>
        <w:br/>
      </w:r>
      <w:r>
        <w:rPr>
          <w:sz w:val="20"/>
        </w:rPr>
        <w:t>45:18  to maghrib ka waqt ho gaya.</w:t>
      </w:r>
      <w:r>
        <w:br/>
      </w:r>
      <w:r>
        <w:rPr>
          <w:sz w:val="20"/>
        </w:rPr>
        <w:t>45:20  to maine kaha ke maghrib ka waqt ho gaya hai.</w:t>
      </w:r>
      <w:r>
        <w:br/>
      </w:r>
      <w:r>
        <w:rPr>
          <w:sz w:val="20"/>
        </w:rPr>
        <w:t>45:25  to unhone kaha ke aap yahin padhiye, is yahin padhiye, pandal par.</w:t>
      </w:r>
      <w:r>
        <w:br/>
      </w:r>
      <w:r>
        <w:rPr>
          <w:sz w:val="20"/>
        </w:rPr>
        <w:t>45:31  to unhone apni taqreer rok di.</w:t>
      </w:r>
      <w:r>
        <w:br/>
      </w:r>
      <w:r>
        <w:rPr>
          <w:sz w:val="20"/>
        </w:rPr>
        <w:t>45:34  aur maine sab ke saamne, lakhon aadmi the, aur pandal, ooncha pandal tha, woh khade ho kar</w:t>
      </w:r>
      <w:r>
        <w:br/>
      </w:r>
      <w:r>
        <w:rPr>
          <w:sz w:val="20"/>
        </w:rPr>
        <w:t>45:41  namaz padhi.</w:t>
      </w:r>
      <w:r>
        <w:br/>
      </w:r>
      <w:r>
        <w:rPr>
          <w:sz w:val="20"/>
        </w:rPr>
        <w:t>45:43  yeh jhooti baat hai, yeh yeh to jhooti baat hai.</w:t>
      </w:r>
    </w:p>
    <w:p>
      <w:pPr>
        <w:pStyle w:val="Heading2"/>
      </w:pPr>
      <w:r>
        <w:t>Protesting small matters to protect worship</w:t>
      </w:r>
    </w:p>
    <w:p>
      <w:r>
        <w:rPr>
          <w:color w:val="666666"/>
          <w:sz w:val="18"/>
        </w:rPr>
        <w:t>Society &amp; Dawah · Spirit of the Age Nov 6, 2016 · 2m 47s · at 52:21 · https://youtu.be/QAW9LP53xQk?t=3141</w:t>
      </w:r>
    </w:p>
    <w:p>
      <w:r>
        <w:rPr>
          <w:i/>
        </w:rPr>
        <w:t>“Many Muslims say that if we do not protest over small matters, then our prayers and fasting will also be objected to.”</w:t>
      </w:r>
    </w:p>
    <w:p>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p>
    <w:p>
      <w:pPr>
        <w:pStyle w:val="Heading2"/>
      </w:pPr>
      <w:r>
        <w:t>Protests for Kashmir Human Rights</w:t>
      </w:r>
    </w:p>
    <w:p>
      <w:r>
        <w:rPr>
          <w:color w:val="666666"/>
          <w:sz w:val="18"/>
        </w:rPr>
        <w:t>Society &amp; Dawah · From The Spiritual Tree August 8, 2010 · 9m 51s · at 59:14 · https://youtu.be/H6e9NOrqgHI?t=3554</w:t>
      </w:r>
    </w:p>
    <w:p>
      <w:r>
        <w:rPr>
          <w:i/>
        </w:rPr>
        <w:t>“These days many people are complaining and holding demonstrations in the name of human rights violations in Kashmir. Is this justified, and will it yield any result?”</w:t>
      </w:r>
    </w:p>
    <w:p>
      <w:r>
        <w:rPr>
          <w:sz w:val="20"/>
        </w:rPr>
        <w:t>59:14  Maulana, yeh sawal Miss Maria ka hai New Delhi se. Unhon ne likha hai ke "These days many people are complaining and holding demonstrations in the name of human rights violation in Kashmir.</w:t>
      </w:r>
      <w:r>
        <w:br/>
      </w:r>
      <w:r>
        <w:rPr>
          <w:sz w:val="20"/>
        </w:rPr>
        <w:t>59:30  Is this justified and would it entail any result?</w:t>
      </w:r>
      <w:r>
        <w:br/>
      </w:r>
      <w:r>
        <w:rPr>
          <w:sz w:val="20"/>
        </w:rPr>
        <w:t>59:35  " Result to nikalna hota hai, nikal chuka hota hai. 60 baras se nikalne wala to nikal chuka hota hai. Dekhein, yahan mein ek baat bohat hi important baat arz karna chahta hoon ke sari duniya ke Musalman is pe obssessed hain.</w:t>
      </w:r>
      <w:r>
        <w:br/>
      </w:r>
      <w:r>
        <w:rPr>
          <w:sz w:val="20"/>
        </w:rPr>
        <w:t>59:49  Isi se human rights ke naam par hum tareeqe chala rahe hain. Woh yeh ek bohat bari cheez hai, kisi ko kisi ko pata nahi, na ulma ko pata hai, na mister logon ko pata hai.</w:t>
      </w:r>
      <w:r>
        <w:br/>
      </w:r>
      <w:r>
        <w:rPr>
          <w:sz w:val="20"/>
        </w:rPr>
        <w:t>1:00:01  Is zamane mein Musalmanon ne ek bohat bari hamakat, nadani ki hai.</w:t>
      </w:r>
      <w:r>
        <w:br/>
      </w:r>
      <w:r>
        <w:rPr>
          <w:sz w:val="20"/>
        </w:rPr>
        <w:t>1:00:06  Woh ek human rights ke concept par apni sari tareekh chala rakhi hai. Unhon ne aur human rights kya hai? Yeh jo West se nikla hai, mein is ko extremism manta hoon.</w:t>
      </w:r>
      <w:r>
        <w:br/>
      </w:r>
      <w:r>
        <w:rPr>
          <w:sz w:val="20"/>
        </w:rPr>
        <w:t>1:00:19  Ek extremism ka shikar Musalman hi nahi hai, West bhi hai. Farq yeh hai ke un ka un ka jo hai, secular extremism hai. Hamara religious extremism hai.</w:t>
      </w:r>
      <w:r>
        <w:br/>
      </w:r>
      <w:r>
        <w:rPr>
          <w:sz w:val="20"/>
        </w:rPr>
        <w:t>1:00:30  Poora West jo hai, secular extremism mein mubtala hai. Woh kaise?</w:t>
      </w:r>
      <w:r>
        <w:br/>
      </w:r>
      <w:r>
        <w:rPr>
          <w:sz w:val="20"/>
        </w:rPr>
        <w:t>1:00:34  Un ka gender equality concept, freedom ka concept aur human rights ka concept, yeh sab extremism hai. Extremism hai yeh sab.</w:t>
      </w:r>
      <w:r>
        <w:br/>
      </w:r>
      <w:r>
        <w:rPr>
          <w:sz w:val="20"/>
        </w:rPr>
        <w:t>1:00:45  Woh kaise</w:t>
      </w:r>
      <w:r>
        <w:br/>
      </w:r>
      <w:r>
        <w:rPr>
          <w:sz w:val="20"/>
        </w:rPr>
        <w:t>1:00:47  ? Dekhein, yeh jo jo jo artistic Musalman liye hue hain, jise napte hain, kehte hain ke human rights ka violation hua hai.</w:t>
      </w:r>
      <w:r>
        <w:br/>
      </w:r>
      <w:r>
        <w:rPr>
          <w:sz w:val="20"/>
        </w:rPr>
        <w:t>1:00:58  To Islam ke se dekhein, aap Islam ki artistics dekhein, aap Quran Majeed mein saaf saaf ayat hai ke "Ittqoo fitnatan laa tusibannallazeena zalamum minkum khassah".</w:t>
      </w:r>
      <w:r>
        <w:br/>
      </w:r>
      <w:r>
        <w:rPr>
          <w:sz w:val="20"/>
        </w:rPr>
        <w:t>1:01:14  "Ittqoo fitnatan laa tusibannallazeena mink</w:t>
      </w:r>
      <w:r>
        <w:br/>
      </w:r>
      <w:r>
        <w:rPr>
          <w:sz w:val="20"/>
        </w:rPr>
        <w:t>1:01:18  um khassah" Surah Anfal mein. Is fitne se bacho jo tumhare khaas logon hi ko nahi, apne lapet mein le ga, balkeh aam logon ko lapet mein le le ga.</w:t>
      </w:r>
      <w:r>
        <w:br/>
      </w:r>
      <w:r>
        <w:rPr>
          <w:sz w:val="20"/>
        </w:rPr>
        <w:t>1:01:31  Woh kya hai? Islam chahta hai ke initial stage hi mein aap apna precaution lein.</w:t>
      </w:r>
      <w:r>
        <w:br/>
      </w:r>
      <w:r>
        <w:rPr>
          <w:sz w:val="20"/>
        </w:rPr>
        <w:t>1:01:40  Agar aap initial is se precaution na lein aur lagataar tareeqe chala dein to aap jab ek jab kuch ek mob hai, patharav kare ga to goliyan chalengi to bohat se woh bhi marenge jo jo jo jo jo kahin sarak par khadi hui thi, kinare woh hoga.</w:t>
      </w:r>
      <w:r>
        <w:br/>
      </w:r>
      <w:r>
        <w:rPr>
          <w:sz w:val="20"/>
        </w:rPr>
        <w:t>1:01:58  There is but natural jo nafrat bhare gi, nafrat ke shikar sab log honge.</w:t>
      </w:r>
      <w:r>
        <w:br/>
      </w:r>
      <w:r>
        <w:rPr>
          <w:sz w:val="20"/>
        </w:rPr>
        <w:t>1:02:06  To Kashmir ke bare mein dekhiye, mein bohat baar likh chuka hoon ke Kashmir jo hai, Kashmiriyon ki apni Kashmiris are paying the price of their own their own yani stepped policies.</w:t>
      </w:r>
      <w:r>
        <w:br/>
      </w:r>
      <w:r>
        <w:rPr>
          <w:sz w:val="20"/>
        </w:rPr>
        <w:t>1:02:21  Yeh mein likh chuka hoon. Aap aap agar padh lein meri kitab "Kashmir mein Aman" ke India mein jis zamane mein jo pehli government bani thi 47 ke baad to Sardar Patel is zamane mein Home Minister the.</w:t>
      </w:r>
      <w:r>
        <w:br/>
      </w:r>
      <w:r>
        <w:rPr>
          <w:sz w:val="20"/>
        </w:rPr>
        <w:t>1:02:38  To is zamane mein do states ka jhagda tha, Hyderabad ka aur Kashmir ka.</w:t>
      </w:r>
      <w:r>
        <w:br/>
      </w:r>
      <w:r>
        <w:rPr>
          <w:sz w:val="20"/>
        </w:rPr>
        <w:t>1:02:45  To yeh yeh cheez, yeh cheez, yeh cheez record mein hai ke Sardar Patel ne peshkash kiya kyunke Pakistanion ne kiya kiya tha ke Hyderabad ko apna apna ilhaq kar rakha tha.</w:t>
      </w:r>
      <w:r>
        <w:br/>
      </w:r>
      <w:r>
        <w:rPr>
          <w:sz w:val="20"/>
        </w:rPr>
        <w:t>1:02:59  Pata hai, Hyderabad jo hai, Indian Union mein hai aur is ka Nawab itna nadan tha ke us ne yeh woh kar liya tha, un ko affiliation kar liya tha, ilhaq Pakistan se.</w:t>
      </w:r>
      <w:r>
        <w:br/>
      </w:r>
      <w:r>
        <w:rPr>
          <w:sz w:val="20"/>
        </w:rPr>
        <w:t>1:03:10  Wahan is ka daftar khol diya tha Karachi mein.</w:t>
      </w:r>
      <w:r>
        <w:br/>
      </w:r>
      <w:r>
        <w:rPr>
          <w:sz w:val="20"/>
        </w:rPr>
        <w:t>1:03:14  to sardar patel ne kaha ke is ko band karo, haiderabad india ka hissa hai, ye maan lo tum. to kashmir ke bare mein ham ham maan len ge tumhara claim.</w:t>
      </w:r>
      <w:r>
        <w:br/>
      </w:r>
      <w:r>
        <w:rPr>
          <w:sz w:val="20"/>
        </w:rPr>
        <w:t>1:03:25  lekin is waqt liaqat ali khan prime minister the, unhon ne nibhani nahi is cheez ko, radd kar diya bilkul. meri kitab parhiye, is mein baqayda khud pakistani reference se maine dikhaya hai ke is ki is poori poori zimmedari kashmiyon par hai, pakistanion par hai.</w:t>
      </w:r>
      <w:r>
        <w:br/>
      </w:r>
      <w:r>
        <w:rPr>
          <w:sz w:val="20"/>
        </w:rPr>
        <w:t>1:03:41  to jab initially stage par aap ne nadani ki to aap is ko sab bhugte. human rights ka masla nahi hai, ye ur paying da price of of your of your own state policies.</w:t>
      </w:r>
      <w:r>
        <w:br/>
      </w:r>
      <w:r>
        <w:rPr>
          <w:sz w:val="20"/>
        </w:rPr>
        <w:t>1:03:56  ye hai islam ka tareeqa. wo europe mein jo hai, human rights wo to ek romantic hai, romantic jo kab chalne chal nahi sakta hai.</w:t>
      </w:r>
      <w:r>
        <w:br/>
      </w:r>
      <w:r>
        <w:rPr>
          <w:sz w:val="20"/>
        </w:rPr>
        <w:t>1:04:05  wo kahin nahi chal raha hai, wo na iraq mein chal raha hai, na afghanistan mein chal raha hai, na europe mein chal raha hai.</w:t>
      </w:r>
      <w:r>
        <w:br/>
      </w:r>
      <w:r>
        <w:rPr>
          <w:sz w:val="20"/>
        </w:rPr>
        <w:t>1:04:10  ye first world war, second world war mein nahi chala. wo yaani is mein is mein ye bataya gaya hai ke direct aap jo involve ho, usi ko aap goli maar sakte hain.</w:t>
      </w:r>
      <w:r>
        <w:br/>
      </w:r>
      <w:r>
        <w:rPr>
          <w:sz w:val="20"/>
        </w:rPr>
        <w:t>1:04:21  to kya second world war mein first world war mein wahi goli mari gayi?</w:t>
      </w:r>
      <w:r>
        <w:br/>
      </w:r>
      <w:r>
        <w:rPr>
          <w:sz w:val="20"/>
        </w:rPr>
        <w:t>1:04:31  wo wo bilkul ek ek romantic concept hai, wo romantic concept hai.</w:t>
      </w:r>
      <w:r>
        <w:br/>
      </w:r>
      <w:r>
        <w:rPr>
          <w:sz w:val="20"/>
        </w:rPr>
        <w:t>1:04:40  yaani beshumar wo log mare second world war mein, first world war mein jo direct tor par involve nahi the, wo is mein jang mein kyunke wo mare. kyunke jab aap invite karenge war ko to bhugte, is ke sath aap ko bhugatni pare gi,</w:t>
      </w:r>
      <w:r>
        <w:br/>
      </w:r>
      <w:r>
        <w:rPr>
          <w:sz w:val="20"/>
        </w:rPr>
        <w:t>1:04:55  aap ko bhugatni pare gi. is ke sath isi liye islam mein ye hai ke tum wo kaam na karo jis ka result ulta ulta nikalne wala ho. jis ko aalim kehte hain counter productive.</w:t>
      </w:r>
      <w:r>
        <w:br/>
      </w:r>
      <w:r>
        <w:rPr>
          <w:sz w:val="20"/>
        </w:rPr>
        <w:t>1:05:06  wo kaam na karo jis ka natija ulta nikle.</w:t>
      </w:r>
      <w:r>
        <w:br/>
      </w:r>
      <w:r>
        <w:rPr>
          <w:sz w:val="20"/>
        </w:rPr>
        <w:t>1:05:10  ye islam ka concept hai. ye jo concept europe america ka hai, jo international mein mana gaya hai, wo main is ko romantic concept samajhta hoon.</w:t>
      </w:r>
      <w:r>
        <w:br/>
      </w:r>
      <w:r>
        <w:rPr>
          <w:sz w:val="20"/>
        </w:rPr>
        <w:t>1:05:19  romantic concept kyunke hone wala nahi hai, wo hone wala nahi hai.</w:t>
      </w:r>
      <w:r>
        <w:br/>
      </w:r>
      <w:r>
        <w:rPr>
          <w:sz w:val="20"/>
        </w:rPr>
        <w:t>1:05:29  yaani is concept ka matlab ye hai ke agar kisi ne aap ke sath action kiya hai kuch to itna hi badla lijie. aap matlab ek aadmi ne pathar mara, aap bhi pathar ek mar dijiye.</w:t>
      </w:r>
      <w:r>
        <w:br/>
      </w:r>
      <w:r>
        <w:rPr>
          <w:sz w:val="20"/>
        </w:rPr>
        <w:t>1:05:39  is ko aisa ho nahi sakta. aap pathar maren ge, is ke hath mein gun hai, gun hai to gun chalaye ga. wo agar aap apne aap ka jo aadmi rival jo aap ka hai, wo gun liye hue hain, aaj hamara pathar to aisa nahi ke gun phenk de aur ja ke pathar ke dhoond ke laye.</w:t>
      </w:r>
      <w:r>
        <w:br/>
      </w:r>
      <w:r>
        <w:rPr>
          <w:sz w:val="20"/>
        </w:rPr>
        <w:t>1:05:56  wo aisa nahi kare ga, wo</w:t>
      </w:r>
      <w:r>
        <w:br/>
      </w:r>
      <w:r>
        <w:rPr>
          <w:sz w:val="20"/>
        </w:rPr>
        <w:t>1:05:58  gun chalaye ga. wo gun chalaye ga to bohat se log banen ge. to aap kyun pathar marte hain is ko? ye islam ka concept hai. wo concept jo hai european, wo khud europe mein is par amal nahi hota,</w:t>
      </w:r>
      <w:r>
        <w:br/>
      </w:r>
      <w:r>
        <w:rPr>
          <w:sz w:val="20"/>
        </w:rPr>
        <w:t>1:06:13  kabhi amal nahi hua, aaj bhi nahi hua. na first world war mein hua, na second world war hua, na aaj wo ho sakta hai. is par amal koi</w:t>
      </w:r>
      <w:r>
        <w:br/>
      </w:r>
      <w:r>
        <w:rPr>
          <w:sz w:val="20"/>
        </w:rPr>
        <w:t>1:06:22  islam dekhen, result ko dekhta hai, result ko ke wo kaam aap na karen jis ka result ulta ulta nikle.</w:t>
      </w:r>
      <w:r>
        <w:br/>
      </w:r>
      <w:r>
        <w:rPr>
          <w:sz w:val="20"/>
        </w:rPr>
        <w:t>1:06:29  hadith mein aata hai ke rasool Allah ne farmaya ke "la nafs" yaani momin ko nahi chahiye ke khud apne aap ko musibat mein dale, apne ko zaleel kare, apne ko marwaye.</w:t>
      </w:r>
      <w:r>
        <w:br/>
      </w:r>
      <w:r>
        <w:rPr>
          <w:sz w:val="20"/>
        </w:rPr>
        <w:t>1:06:47  to kisi ne poocha ke aisa kaise hoga ke aadmi khud hi apne ko zaleel karwaye ga?</w:t>
      </w:r>
      <w:r>
        <w:br/>
      </w:r>
      <w:r>
        <w:rPr>
          <w:sz w:val="20"/>
        </w:rPr>
        <w:t>1:06:53  to aap ne farmaya ke yaani ek aise muamle mein yaani kood pare jis ka result ulta nikalne wala ho.</w:t>
      </w:r>
      <w:r>
        <w:br/>
      </w:r>
      <w:r>
        <w:rPr>
          <w:sz w:val="20"/>
        </w:rPr>
        <w:t>1:07:07  jis ko kehte hain angrezi mein kehte hain ke "fools rush in where angels fear to tread". wo kar dale. to islam mein ye hai ke natije ko dekh kar action lena, natije ko dekh kar qdam karna.</w:t>
      </w:r>
      <w:r>
        <w:br/>
      </w:r>
      <w:r>
        <w:rPr>
          <w:sz w:val="20"/>
        </w:rPr>
        <w:t>1:07:21  to ye jo quom mutahida mein nations mein jo hai universal declaration of human rights, main is ko romantic samajhta hoon. romantic kuch hissa sahi bhi hai ke kuch hissa is ko romantic hai.</w:t>
      </w:r>
      <w:r>
        <w:br/>
      </w:r>
      <w:r>
        <w:rPr>
          <w:sz w:val="20"/>
        </w:rPr>
        <w:t>1:07:31  ab musalman is ko le le kar ke taqdeer karte hain. to sawal ye hai ke tumhari taqreeron se kuch hua kyun nahi? 60 baras mein na falasteen mein kuch hua, na kashmir mein kuch hua.</w:t>
      </w:r>
      <w:r>
        <w:br/>
      </w:r>
      <w:r>
        <w:rPr>
          <w:sz w:val="20"/>
        </w:rPr>
        <w:t>1:07:43  to result ko dekho, result result ko dekho.</w:t>
      </w:r>
      <w:r>
        <w:br/>
      </w:r>
      <w:r>
        <w:rPr>
          <w:sz w:val="20"/>
        </w:rPr>
        <w:t>1:07:48  kashmir ka jis bhi mere nazdeek apni stepped policies ki price de rahe hain, woh falasteen mein bhi arab apni stepped policies ki price de rahe hain.</w:t>
      </w:r>
      <w:r>
        <w:br/>
      </w:r>
      <w:r>
        <w:rPr>
          <w:sz w:val="20"/>
        </w:rPr>
        <w:t>1:07:56  woh dono jagah ek hi case hai.</w:t>
      </w:r>
      <w:r>
        <w:br/>
      </w:r>
      <w:r>
        <w:rPr>
          <w:sz w:val="20"/>
        </w:rPr>
        <w:t>1:08:01  yani arab mein, yani falasteen mein arbon ne stepped policies ikhtiyar ki, iski price de rahe hain. woh kashmir mein in logon ne stepped policies ikhtiyar ki, matlab in realistic policies, iski price de rahe hain.</w:t>
      </w:r>
      <w:r>
        <w:br/>
      </w:r>
      <w:r>
        <w:rPr>
          <w:sz w:val="20"/>
        </w:rPr>
        <w:t>1:08:16  woh ab woh international ke in mein rights chalate hain to woh bilkul in, yani woh chalne wala nahi hai. woh woh kahan?</w:t>
      </w:r>
      <w:r>
        <w:br/>
      </w:r>
      <w:r>
        <w:rPr>
          <w:sz w:val="20"/>
        </w:rPr>
        <w:t>1:08:25  mujhe bataiye ke kahan chala hai? woh kahin bataiye, koi duniya bataiye jahan chali ho? kya vietnam mein chala woh? kya woh japan mein chala woh?</w:t>
      </w:r>
      <w:r>
        <w:br/>
      </w:r>
      <w:r>
        <w:rPr>
          <w:sz w:val="20"/>
        </w:rPr>
        <w:t>1:08:35  kya woh first war, second world war mein chala? woh kahan woh chala? mujhe bataiye, woh toh likha hua hai. khali</w:t>
      </w:r>
      <w:r>
        <w:br/>
      </w:r>
      <w:r>
        <w:rPr>
          <w:sz w:val="20"/>
        </w:rPr>
        <w:t>1:08:42  is wajah se musalmanon ko chahiye ke quran o hadith mein jo tareeqa bataya, usko len. yani result oriented action ka tareeqa ikhtiyar karen, nateeje ko dekh kar iqdam karen.</w:t>
      </w:r>
      <w:r>
        <w:br/>
      </w:r>
      <w:r>
        <w:rPr>
          <w:sz w:val="20"/>
        </w:rPr>
        <w:t>1:08:53  yeh nahi ke aap pathar maaren, phir woh phir woh gun maare aur bomb maare to aap kahhen, "ae dekho, human rights ka violation ho raha hai". yeh mere nazdeek un Islamic hai.</w:t>
      </w:r>
    </w:p>
    <w:p>
      <w:pPr>
        <w:pStyle w:val="Heading2"/>
      </w:pPr>
      <w:r>
        <w:t>Punishment for accepting triple talaq</w:t>
      </w:r>
    </w:p>
    <w:p>
      <w:r>
        <w:rPr>
          <w:color w:val="666666"/>
          <w:sz w:val="18"/>
        </w:rPr>
        <w:t>Society &amp; Dawah · Opportunities of the Modern Age | March 05, 2017 · 31s · at 51:20 · https://youtu.be/Cv8QEwvQ_fY?t=3080</w:t>
      </w:r>
    </w:p>
    <w:p>
      <w:r>
        <w:rPr>
          <w:i/>
        </w:rPr>
        <w:t>“Should those who accept triple talaq in one sitting be given fifty lashes? What do you say about this?”</w:t>
      </w:r>
    </w:p>
    <w:p>
      <w:r>
        <w:rPr>
          <w:sz w:val="20"/>
        </w:rPr>
        <w:t>51:20  greesh jwal ji ne aik aur sawal kiya hai unhon ne aap se poocha hai ke: "aik sath</w:t>
      </w:r>
      <w:r>
        <w:br/>
      </w:r>
      <w:r>
        <w:rPr>
          <w:sz w:val="20"/>
        </w:rPr>
        <w:t>51:26  teen talaq ko manne walon ko kya pchas koore lagane chahiye is ke baray mein aap kya kahin</w:t>
      </w:r>
      <w:r>
        <w:br/>
      </w:r>
      <w:r>
        <w:rPr>
          <w:sz w:val="20"/>
        </w:rPr>
        <w:t>51:32  ge?" bhai is par mein ne tafsil se likha hai aik article pehle bhi chhap chuka hai abhi</w:t>
      </w:r>
      <w:r>
        <w:br/>
      </w:r>
      <w:r>
        <w:rPr>
          <w:sz w:val="20"/>
        </w:rPr>
        <w:t>51:39  naya bhi likha hai inshallah chhape ga is par aap pehle dekh lein is ko teen talaq ka</w:t>
      </w:r>
      <w:r>
        <w:br/>
      </w:r>
      <w:r>
        <w:rPr>
          <w:sz w:val="20"/>
        </w:rPr>
        <w:t>51:45  maslay par tafseeli article ab aa raha hai</w:t>
      </w:r>
    </w:p>
    <w:p>
      <w:pPr>
        <w:pStyle w:val="Heading2"/>
      </w:pPr>
      <w:r>
        <w:t>Purpose of Dawah: conversion or not?</w:t>
      </w:r>
    </w:p>
    <w:p>
      <w:r>
        <w:rPr>
          <w:color w:val="666666"/>
          <w:sz w:val="18"/>
        </w:rPr>
        <w:t>Society &amp; Dawah · Root Cause of Terrorism February 22, 2015 · 1m 16s · at 51:53 · https://youtu.be/n0AIGEI7b9U?t=3113</w:t>
      </w:r>
    </w:p>
    <w:p>
      <w:r>
        <w:rPr>
          <w:i/>
        </w:rPr>
        <w:t>“Maulana, is Dawah to be done for conversion or through Dawah to convert? Maulana, here also the opposition mindset can come, how to avoid it? Please clarify.”</w:t>
      </w:r>
    </w:p>
    <w:p>
      <w:r>
        <w:rPr>
          <w:sz w:val="20"/>
        </w:rPr>
        <w:t>51:53  maulana, agla sawal kiya hai Tamil Nadu se Maulana Iqbal Umri ne, aur inhone likha hai ke:</w:t>
      </w:r>
      <w:r>
        <w:br/>
      </w:r>
      <w:r>
        <w:rPr>
          <w:sz w:val="20"/>
        </w:rPr>
        <w:t>52:01  "maulana, dawah ko convey karna hai ya dawah ke zariye convert karna hai?" Maulana, yahan bhi imposition ka</w:t>
      </w:r>
      <w:r>
        <w:br/>
      </w:r>
      <w:r>
        <w:rPr>
          <w:sz w:val="20"/>
        </w:rPr>
        <w:t>52:08  zehan aa sakta hai, is se kaise bacha jaye? is ko clear karen.</w:t>
      </w:r>
      <w:r>
        <w:br/>
      </w:r>
      <w:r>
        <w:rPr>
          <w:sz w:val="20"/>
        </w:rPr>
        <w:t>52:14  phir conversion Islam mein hai hi nahin, yani mazhab badalwana Islam mein hai hi nahin.</w:t>
      </w:r>
      <w:r>
        <w:br/>
      </w:r>
      <w:r>
        <w:rPr>
          <w:sz w:val="20"/>
        </w:rPr>
        <w:t>52:20  islam mein jo hai, woh yaani ab jis baat ko aap sahi samajhte hain, woh kahiye.</w:t>
      </w:r>
      <w:r>
        <w:br/>
      </w:r>
      <w:r>
        <w:rPr>
          <w:sz w:val="20"/>
        </w:rPr>
        <w:t>52:27  baqi islam ke mutaliq dekhen ke mazhab ek personal choice ka naam hai, koi doosra aap ja ke</w:t>
      </w:r>
      <w:r>
        <w:br/>
      </w:r>
      <w:r>
        <w:rPr>
          <w:sz w:val="20"/>
        </w:rPr>
        <w:t>52:35  aap badalwave, yeh is ka talluq islam se hai hi nahin.</w:t>
      </w:r>
      <w:r>
        <w:br/>
      </w:r>
      <w:r>
        <w:rPr>
          <w:sz w:val="20"/>
        </w:rPr>
        <w:t>52:40  personal choice, faman shaa'a falyu'min, faman shaa'a falyakfur.</w:t>
      </w:r>
      <w:r>
        <w:br/>
      </w:r>
      <w:r>
        <w:rPr>
          <w:sz w:val="20"/>
        </w:rPr>
        <w:t>52:43  allah ta'ala ka jo creation plan hai, us ke mutabiq mazhab har aadmi ka personal choice hai, bas</w:t>
      </w:r>
      <w:r>
        <w:br/>
      </w:r>
      <w:r>
        <w:rPr>
          <w:sz w:val="20"/>
        </w:rPr>
        <w:t>52:51  koi doosra ja kar ke us ko badalwave, mazhab yeh islam mein hai hi nahin.</w:t>
      </w:r>
      <w:r>
        <w:br/>
      </w:r>
      <w:r>
        <w:rPr>
          <w:sz w:val="20"/>
        </w:rPr>
        <w:t>52:57  kai aayaten quran mein aisi hain: "la ikraaha fid deen, faman shaa'a falyu'min, faman shaa'a falyakfur".</w:t>
      </w:r>
      <w:r>
        <w:br/>
      </w:r>
      <w:r>
        <w:rPr>
          <w:sz w:val="20"/>
        </w:rPr>
        <w:t>53:04  yeh sab batati hain ke is mazhab har aadmi ka personal choice hai.</w:t>
      </w:r>
    </w:p>
    <w:p>
      <w:pPr>
        <w:pStyle w:val="Heading2"/>
      </w:pPr>
      <w:r>
        <w:t>Purpose of Muslim unity emphasis</w:t>
      </w:r>
    </w:p>
    <w:p>
      <w:r>
        <w:rPr>
          <w:color w:val="666666"/>
          <w:sz w:val="18"/>
        </w:rPr>
        <w:t>Society &amp; Dawah · Dars-e-Quran, Chapter 2, Verse 61 February 11, 2018 · 4m 25s · at 57:41 · https://youtu.be/rgoE0nvFJJI?t=3461</w:t>
      </w:r>
    </w:p>
    <w:p>
      <w:r>
        <w:rPr>
          <w:i/>
        </w:rPr>
        <w:t>“Nowadays, Muslims strongly emphasize unity of Muslims (Ittihad al-Muslimin), but what is the purpose behind this unity?”</w:t>
      </w:r>
    </w:p>
    <w:p>
      <w:r>
        <w:rPr>
          <w:sz w:val="20"/>
        </w:rPr>
        <w:t>57:41  molana agla sawal lete hain jo abdul rauf khateeb sahab ne bheja hai chiplun se</w:t>
      </w:r>
      <w:r>
        <w:br/>
      </w:r>
      <w:r>
        <w:rPr>
          <w:sz w:val="20"/>
        </w:rPr>
        <w:t>57:49  unho ne likha hai molana aj kal musalmanon ki taraf se ittehad ul muslimeen par bharpoor zor diya jata</w:t>
      </w:r>
      <w:r>
        <w:br/>
      </w:r>
      <w:r>
        <w:rPr>
          <w:sz w:val="20"/>
        </w:rPr>
        <w:t>57:57  hai lekin sab ka maqsad is ittehad ke peechay sirf aik hi hai aur woh hai musalmanon ka</w:t>
      </w:r>
      <w:r>
        <w:br/>
      </w:r>
      <w:r>
        <w:rPr>
          <w:sz w:val="20"/>
        </w:rPr>
        <w:t>58:05  un ka khoya hua shandar maazi aur maqam wapas dila diya jana dawat e islam ittehad ul muslimeen ka maqsad</w:t>
      </w:r>
      <w:r>
        <w:br/>
      </w:r>
      <w:r>
        <w:rPr>
          <w:sz w:val="20"/>
        </w:rPr>
        <w:t>58:16  nahi hai molana is ke baray mein kuch farmayein</w:t>
      </w:r>
      <w:r>
        <w:br/>
      </w:r>
      <w:r>
        <w:rPr>
          <w:sz w:val="20"/>
        </w:rPr>
        <w:t>58:23  dekhein bas yeh kahoon ga ke yeh</w:t>
      </w:r>
      <w:r>
        <w:br/>
      </w:r>
      <w:r>
        <w:rPr>
          <w:sz w:val="20"/>
        </w:rPr>
        <w:t>58:29  it is due to an awareness</w:t>
      </w:r>
      <w:r>
        <w:br/>
      </w:r>
      <w:r>
        <w:rPr>
          <w:sz w:val="20"/>
        </w:rPr>
        <w:t>58:33  be khabari ka musalman jo jee rahe hain shandar maazi to haal to is se bhi shandar hai</w:t>
      </w:r>
      <w:r>
        <w:br/>
      </w:r>
      <w:r>
        <w:rPr>
          <w:sz w:val="20"/>
        </w:rPr>
        <w:t>58:44  bas bas musalmanon ka jo haal hai is se bhi shandar hai faraz sahib aik aik hadees dikha</w:t>
      </w:r>
      <w:r>
        <w:br/>
      </w:r>
      <w:r>
        <w:rPr>
          <w:sz w:val="20"/>
        </w:rPr>
        <w:t>58:50  dijiye jo aik aik aurat chalay gi</w:t>
      </w:r>
      <w:r>
        <w:br/>
      </w:r>
      <w:r>
        <w:rPr>
          <w:sz w:val="20"/>
        </w:rPr>
        <w:t>58:54  woh oont se kahan se kahan jab aur koi is ko dar rahe hon ge kisi ka woh</w:t>
      </w:r>
      <w:r>
        <w:br/>
      </w:r>
      <w:r>
        <w:rPr>
          <w:sz w:val="20"/>
        </w:rPr>
        <w:t>58:59  ayat dikha di to woh hadees</w:t>
      </w:r>
      <w:r>
        <w:br/>
      </w:r>
      <w:r>
        <w:rPr>
          <w:sz w:val="20"/>
        </w:rPr>
        <w:t>59:04  main aik misal deta hoon ap ko bohat hi yani intresting misal hai musalmanon ki be khabari ka musalmanon ki be khabari ka</w:t>
      </w:r>
      <w:r>
        <w:br/>
      </w:r>
      <w:r>
        <w:rPr>
          <w:sz w:val="20"/>
        </w:rPr>
        <w:t>59:20  shandar mazi shandar mazi yani shandar hal ko janay hon shandar hal ko diskavar karo wo to kuch bhi nahi tha jis ko ap shandar mazi samajhtay hain wo to nathing tha wo aj ke hal ke muqablay mein</w:t>
      </w:r>
      <w:r>
        <w:br/>
      </w:r>
      <w:r>
        <w:rPr>
          <w:sz w:val="20"/>
        </w:rPr>
        <w:t>59:37  is hadees ko parhiye aur tarjuma kijiye is ka.</w:t>
      </w:r>
      <w:r>
        <w:br/>
      </w:r>
      <w:r>
        <w:rPr>
          <w:sz w:val="20"/>
        </w:rPr>
        <w:t>59:41  an khubab ibn al arrad qala shukuna ila rasool Allah sallallahu alaihi wasallam wa huwa mutawassit burdah fi dhil</w:t>
      </w:r>
      <w:r>
        <w:br/>
      </w:r>
      <w:r>
        <w:rPr>
          <w:sz w:val="20"/>
        </w:rPr>
        <w:t>59:49  al kaabah qulna lahu ala tastansir lana ala tad'u Allah lana qala kana al rajul fi man qablakum</w:t>
      </w:r>
      <w:r>
        <w:br/>
      </w:r>
      <w:r>
        <w:rPr>
          <w:sz w:val="20"/>
        </w:rPr>
        <w:t>1:00:00  fi fi fi</w:t>
      </w:r>
      <w:r>
        <w:br/>
      </w:r>
      <w:r>
        <w:rPr>
          <w:sz w:val="20"/>
        </w:rPr>
        <w:t>1:00:35  sahih al-bukhari hadis number 3612</w:t>
      </w:r>
      <w:r>
        <w:br/>
      </w:r>
      <w:r>
        <w:rPr>
          <w:sz w:val="20"/>
        </w:rPr>
        <w:t>1:00:39  khabab bin arad se riwayat hai wo kehtay hain ke hum ne rasul allah sal allah alayhi wa sallam se shikayat ki us waqt wo ka·ba ke saye mein apni chadar ko takiya banaye hue letay thay hum ne kaha kya ap hamaray liye madad nahi mangtay kya ap hamaray liye allah ta·ala se dua nahi kartay ap ne kaha ap say pehlay admi thay</w:t>
      </w:r>
      <w:r>
        <w:br/>
      </w:r>
      <w:r>
        <w:rPr>
          <w:sz w:val="20"/>
        </w:rPr>
        <w:t>1:01:07  un ke liye zameen khodi jati</w:t>
      </w:r>
    </w:p>
    <w:p>
      <w:pPr>
        <w:pStyle w:val="Heading2"/>
      </w:pPr>
      <w:r>
        <w:t>Purpose of Spirit of Islam magazine</w:t>
      </w:r>
    </w:p>
    <w:p>
      <w:r>
        <w:rPr>
          <w:color w:val="666666"/>
          <w:sz w:val="18"/>
        </w:rPr>
        <w:t>Society &amp; Dawah · Spiritual Light of The Believers (Itmam-E-Noor ) May 12, 2013 · 46s · at 50:41 · https://youtu.be/SmjmddWA1Jo?t=3041</w:t>
      </w:r>
    </w:p>
    <w:p>
      <w:r>
        <w:rPr>
          <w:i/>
        </w:rPr>
        <w:t>“What is the purpose of the English magazine 'Spirit of Islam' that you recently launched? Please explain.”</w:t>
      </w:r>
    </w:p>
    <w:p>
      <w:r>
        <w:rPr>
          <w:sz w:val="20"/>
        </w:rPr>
        <w:t>50:41  maulana, agla sawal bhopal se hai, anwar sahib ka. unhon ne aap se poocha hai: maulana sahib, aap ne haal hi mein english magazine "spirit of islam" launch ki hai, is ka maqsad kya hai?</w:t>
      </w:r>
      <w:r>
        <w:br/>
      </w:r>
      <w:r>
        <w:rPr>
          <w:sz w:val="20"/>
        </w:rPr>
        <w:t>50:54  is ke baray mein batayen. dawat hai bas, aur kya maqsad hai?</w:t>
      </w:r>
      <w:r>
        <w:br/>
      </w:r>
      <w:r>
        <w:rPr>
          <w:sz w:val="20"/>
        </w:rPr>
        <w:t>50:59  islam ki dawat un logon tak pahunchana jo english knowing hain. hamari sari jitni bhi activities hain, hamari woh sab ka maqsad dawat hai.</w:t>
      </w:r>
      <w:r>
        <w:br/>
      </w:r>
      <w:r>
        <w:rPr>
          <w:sz w:val="20"/>
        </w:rPr>
        <w:t>51:09  jaise yeh hum class karte hain, yeh bhi dawat hai. to urdu risala jo hai, woh sirf zahir hai ke urdu speaker logon tak pahunch pata hai.</w:t>
      </w:r>
      <w:r>
        <w:br/>
      </w:r>
      <w:r>
        <w:rPr>
          <w:sz w:val="20"/>
        </w:rPr>
        <w:t>51:19  to english magazine is liye nikala gaya hai ta ke jo english knowing log hain, un tak bhi sachai ki baghat pahunchay.</w:t>
      </w:r>
    </w:p>
    <w:p>
      <w:pPr>
        <w:pStyle w:val="Heading2"/>
      </w:pPr>
      <w:r>
        <w:t>Purpose of dawah converting to Islam</w:t>
      </w:r>
    </w:p>
    <w:p>
      <w:r>
        <w:rPr>
          <w:color w:val="666666"/>
          <w:sz w:val="18"/>
        </w:rPr>
        <w:t>Society &amp; Dawah · Living in a New Age | March 26, 2017 · 59s · at 1:01:18 · https://youtu.be/iST0AxQscKo?t=3678</w:t>
      </w:r>
    </w:p>
    <w:p>
      <w:r>
        <w:rPr>
          <w:i/>
        </w:rPr>
        <w:t>“What is the purpose of dawah? Is converting people to Islam and...”</w:t>
      </w:r>
    </w:p>
    <w:p>
      <w:r>
        <w:rPr>
          <w:sz w:val="20"/>
        </w:rPr>
        <w:t>1:01:18  ji maulana agla sawal chennai se kiya hai</w:t>
      </w:r>
      <w:r>
        <w:br/>
      </w:r>
      <w:r>
        <w:rPr>
          <w:sz w:val="20"/>
        </w:rPr>
        <w:t>1:01:21  maulana israr khateeb sahib ne.</w:t>
      </w:r>
      <w:r>
        <w:br/>
      </w:r>
      <w:r>
        <w:rPr>
          <w:sz w:val="20"/>
        </w:rPr>
        <w:t>1:01:27  unhon ne likha hai ke maulana what is the purpose of daawa is converting people to islam aur</w:t>
      </w:r>
      <w:r>
        <w:br/>
      </w:r>
      <w:r>
        <w:rPr>
          <w:sz w:val="20"/>
        </w:rPr>
        <w:t>1:01:33  just conveying the message of god? converting convert karna to har giz islam ka goal nahi hai.</w:t>
      </w:r>
      <w:r>
        <w:br/>
      </w:r>
      <w:r>
        <w:rPr>
          <w:sz w:val="20"/>
        </w:rPr>
        <w:t>1:01:39  koi faida nahi convert karne se.</w:t>
      </w:r>
      <w:r>
        <w:br/>
      </w:r>
      <w:r>
        <w:rPr>
          <w:sz w:val="20"/>
        </w:rPr>
        <w:t>1:01:45  dekhiye islam ke mutabiq mazhab</w:t>
      </w:r>
      <w:r>
        <w:br/>
      </w:r>
      <w:r>
        <w:rPr>
          <w:sz w:val="20"/>
        </w:rPr>
        <w:t>1:01:51  jo hai ek self discovery ki baat hai.</w:t>
      </w:r>
      <w:r>
        <w:br/>
      </w:r>
      <w:r>
        <w:rPr>
          <w:sz w:val="20"/>
        </w:rPr>
        <w:t>1:01:54  self discovery convert karne ki baat cheez hi nahi hai woh.</w:t>
      </w:r>
      <w:r>
        <w:br/>
      </w:r>
      <w:r>
        <w:rPr>
          <w:sz w:val="20"/>
        </w:rPr>
        <w:t>1:01:58  mazhab jo hai convert karne ki cheez hi nahi hai.</w:t>
      </w:r>
      <w:r>
        <w:br/>
      </w:r>
      <w:r>
        <w:rPr>
          <w:sz w:val="20"/>
        </w:rPr>
        <w:t>1:02:02  self discovery ki cheez hai.</w:t>
      </w:r>
      <w:r>
        <w:br/>
      </w:r>
      <w:r>
        <w:rPr>
          <w:sz w:val="20"/>
        </w:rPr>
        <w:t>1:02:06  aap is mutalea ki jiye jo aap ko theek lage.</w:t>
      </w:r>
      <w:r>
        <w:br/>
      </w:r>
      <w:r>
        <w:rPr>
          <w:sz w:val="20"/>
        </w:rPr>
        <w:t>1:02:10  that is your personal choice is ko le lijiye.</w:t>
      </w:r>
      <w:r>
        <w:br/>
      </w:r>
      <w:r>
        <w:rPr>
          <w:sz w:val="20"/>
        </w:rPr>
        <w:t>1:02:13  convert karna to kuch bhi nateeje mein to nateeja samjhta hoon.</w:t>
      </w:r>
    </w:p>
    <w:p>
      <w:pPr>
        <w:pStyle w:val="Heading2"/>
      </w:pPr>
      <w:r>
        <w:t>Purpose of giving Quran in dawah</w:t>
      </w:r>
    </w:p>
    <w:p>
      <w:r>
        <w:rPr>
          <w:color w:val="666666"/>
          <w:sz w:val="18"/>
        </w:rPr>
        <w:t>Society &amp; Dawah · Man and Paradise May 05, 2013 · 1m 49s · at 52:54 · https://youtu.be/VyFgim3pvts?t=3174</w:t>
      </w:r>
    </w:p>
    <w:p>
      <w:r>
        <w:rPr>
          <w:i/>
        </w:rPr>
        <w:t>“We majorly talk of giving the Quran to non-Muslims in our dawah activities, so that people read it, understand it and accept it as a final book of God. In doing so, our main intention remains that people should understand the creation plan of God and the purpose of life.”</w:t>
      </w:r>
    </w:p>
    <w:p>
      <w:r>
        <w:rPr>
          <w:sz w:val="20"/>
        </w:rPr>
        <w:t>52:54  maulana, agla sawal kashmir se hai, aamir jaan mori sahib ka</w:t>
      </w:r>
      <w:r>
        <w:br/>
      </w:r>
      <w:r>
        <w:rPr>
          <w:sz w:val="20"/>
        </w:rPr>
        <w:t>52:59  . unhon ne likha hai: "we majorly talk of giving quran to non muslims in our dawah activities, so that people read it, understand it and accept it as a final book of god.</w:t>
      </w:r>
      <w:r>
        <w:br/>
      </w:r>
      <w:r>
        <w:rPr>
          <w:sz w:val="20"/>
        </w:rPr>
        <w:t>53:14  in doing so, our main intention remains that people should understand the creation plan of god and purpose of life.</w:t>
      </w:r>
      <w:r>
        <w:br/>
      </w:r>
      <w:r>
        <w:rPr>
          <w:sz w:val="20"/>
        </w:rPr>
        <w:t>53:23  one confusion which always disturbs my mind is that almost every muslim house have a copy of quran, but why is it so that still muslims are unaware about the purpose of life?</w:t>
      </w:r>
      <w:r>
        <w:br/>
      </w:r>
      <w:r>
        <w:rPr>
          <w:sz w:val="20"/>
        </w:rPr>
        <w:t>53:38  maulana sahib, please guide how muslims who already have a faith in one god and his last messenger can come to the straight path.</w:t>
      </w:r>
      <w:r>
        <w:br/>
      </w:r>
      <w:r>
        <w:rPr>
          <w:sz w:val="20"/>
        </w:rPr>
        <w:t>53:49  bhai, yeh sawal kya hai? bhai, toh nahi samajhta is</w:t>
      </w:r>
      <w:r>
        <w:br/>
      </w:r>
      <w:r>
        <w:rPr>
          <w:sz w:val="20"/>
        </w:rPr>
        <w:t>53:52  ko? kya musalmanon ko ja ke bataiyey? jis tarah batana hai ghair musalmanon ko, musalmanon ko batana hai. ji, kya yeh koi sawal toh mein samajhta hoon?</w:t>
      </w:r>
      <w:r>
        <w:br/>
      </w:r>
      <w:r>
        <w:rPr>
          <w:sz w:val="20"/>
        </w:rPr>
        <w:t>54:03  ji, koi sawal hai? bhai, jo log be khabar hain, un ko ja ke bataiyey. bas aur kya sawal? kya hai? yeh musalman koi perfect toh hai nahi?</w:t>
      </w:r>
      <w:r>
        <w:br/>
      </w:r>
      <w:r>
        <w:rPr>
          <w:sz w:val="20"/>
        </w:rPr>
        <w:t>54:14  musalmanon mein bhi aap jante hain ke har qism ke yaani kharabiyan paida ho chuki hain. un ko, un ko bhi samjhaiyey.</w:t>
      </w:r>
      <w:r>
        <w:br/>
      </w:r>
      <w:r>
        <w:rPr>
          <w:sz w:val="20"/>
        </w:rPr>
        <w:t>54:22  aap ko musalmanon ko bhi samjhana hai aur non muslim ko bhi samjhana hai. yeh toh kay sahib ji, aur koi baat hai?</w:t>
      </w:r>
      <w:r>
        <w:br/>
      </w:r>
      <w:r>
        <w:rPr>
          <w:sz w:val="20"/>
        </w:rPr>
        <w:t>54:33  yeh theek baat hai. mein toh nahi samajhta koi baat is mein hai.</w:t>
      </w:r>
    </w:p>
    <w:p>
      <w:pPr>
        <w:pStyle w:val="Heading2"/>
      </w:pPr>
      <w:r>
        <w:t>Purpose of ideology when implementation is less than ideal</w:t>
      </w:r>
    </w:p>
    <w:p>
      <w:r>
        <w:rPr>
          <w:color w:val="666666"/>
          <w:sz w:val="18"/>
        </w:rPr>
        <w:t>Society &amp; Dawah · Islam Ideology, Team and Method October 09, 2011 · 3m 20s · at 1:17:50 · https://youtu.be/zRilc1fG6c0?t=4670</w:t>
      </w:r>
    </w:p>
    <w:p>
      <w:r>
        <w:rPr>
          <w:i/>
        </w:rPr>
        <w:t>“When the implementation of an ideology is less than ideal, then what is the purpose that an ideology serves? Kindly explain.”</w:t>
      </w:r>
    </w:p>
    <w:p>
      <w:r>
        <w:rPr>
          <w:sz w:val="20"/>
        </w:rPr>
        <w:t>1:17:50  agla sawal Maulana Mas Sadia ne kiya hai</w:t>
      </w:r>
      <w:r>
        <w:br/>
      </w:r>
      <w:r>
        <w:rPr>
          <w:sz w:val="20"/>
        </w:rPr>
        <w:t>1:17:53  Dilli se. unhon ne likha hai ke "When the implementation of an ideology is less than ideal, then what is the purpose that ideology serves? Kindiely explain." Dekhiye, ideology jo hai, wahi to le kar ek aadmi apne aap ko theek karta hai.</w:t>
      </w:r>
      <w:r>
        <w:br/>
      </w:r>
      <w:r>
        <w:rPr>
          <w:sz w:val="20"/>
        </w:rPr>
        <w:t>1:18:05  agar agar mujhe yeh maloom ho ke meri koi ideology nahi hai to mera to personality nahi banegi. to ideology ek aadmi ka zaati target hota hai.</w:t>
      </w:r>
      <w:r>
        <w:br/>
      </w:r>
      <w:r>
        <w:rPr>
          <w:sz w:val="20"/>
        </w:rPr>
        <w:t>1:18:17  lekin aap jab samaj mein aayein, logon ke darmiyan aayein to aap wahan, aap aap wahan aap ko practor banna padta hai.</w:t>
      </w:r>
      <w:r>
        <w:br/>
      </w:r>
      <w:r>
        <w:rPr>
          <w:sz w:val="20"/>
        </w:rPr>
        <w:t>1:18:31  mera matlab yeh nahi hai ke ideology jo hai ya ideal, idealism jo hai, woh is tarah se ghair zaroori hai.</w:t>
      </w:r>
      <w:r>
        <w:br/>
      </w:r>
      <w:r>
        <w:rPr>
          <w:sz w:val="20"/>
        </w:rPr>
        <w:t>1:18:39  to mera manna hai ke idealism ek shakhs ki zaat ke liye to bahut hi important hai. is se aadmi ko target milta hai ke mujhe yeh banna hai, yeh banna hai, yeh banna hai.</w:t>
      </w:r>
      <w:r>
        <w:br/>
      </w:r>
      <w:r>
        <w:rPr>
          <w:sz w:val="20"/>
        </w:rPr>
        <w:t>1:18:48  lekin samaj mein chuki bahut se log hote hain, is liye aap ko wahan practical banna padta hai.</w:t>
      </w:r>
      <w:r>
        <w:br/>
      </w:r>
      <w:r>
        <w:rPr>
          <w:sz w:val="20"/>
        </w:rPr>
        <w:t>1:19:00  agar agar ek ideal na ho to fard ka, fard ko koi nishana nahi milega. agar ideal na ho to ek individual ko aage badhne ke liye koi target nahi rahega.</w:t>
      </w:r>
      <w:r>
        <w:br/>
      </w:r>
      <w:r>
        <w:rPr>
          <w:sz w:val="20"/>
        </w:rPr>
        <w:t>1:19:05  yani target aisa hona chahiye jo aadmi hamesha is mein sar garam rahe. to mera manna yeh hai ke individual, individual ke liye idealism aur samaj ke liye practical.</w:t>
      </w:r>
      <w:r>
        <w:br/>
      </w:r>
      <w:r>
        <w:rPr>
          <w:sz w:val="20"/>
        </w:rPr>
        <w:t>1:19:18  yani yani</w:t>
      </w:r>
      <w:r>
        <w:br/>
      </w:r>
      <w:r>
        <w:rPr>
          <w:sz w:val="20"/>
        </w:rPr>
        <w:t>1:19:36  yani yani</w:t>
      </w:r>
      <w:r>
        <w:br/>
      </w:r>
      <w:r>
        <w:rPr>
          <w:sz w:val="20"/>
        </w:rPr>
        <w:t>1:19:37  aadmi, yaani hum ko apni zaat ke liye to ideal banna chahiye, apni zaat ke liye, lekin samaaj ke liye humein practical banna chahiye. yeh mera manna hai.</w:t>
      </w:r>
      <w:r>
        <w:br/>
      </w:r>
      <w:r>
        <w:rPr>
          <w:sz w:val="20"/>
        </w:rPr>
        <w:t>1:19:48  mister abdul rehman ne dilli se likha hai: "maulana sahib, since the agitation of anna hazare, there are a lot of debates, discussions and articles regarding how to eradicate corruption from India.</w:t>
      </w:r>
      <w:r>
        <w:br/>
      </w:r>
      <w:r>
        <w:rPr>
          <w:sz w:val="20"/>
        </w:rPr>
        <w:t>1:20:06  kindly put forward the best method as per you." dekhen, yeh bart waghera se yeh sab cheezein khatam nahi hoti.</w:t>
      </w:r>
      <w:r>
        <w:br/>
      </w:r>
      <w:r>
        <w:rPr>
          <w:sz w:val="20"/>
        </w:rPr>
        <w:t>1:20:17  iska bart se koi talluq nahi hai. yeh to aap logon ko educate karen, is se hogi. bart se khatam ho jaye corruption, yeh aap corruption ko under estimate karenge.</w:t>
      </w:r>
      <w:r>
        <w:br/>
      </w:r>
      <w:r>
        <w:rPr>
          <w:sz w:val="20"/>
        </w:rPr>
        <w:t>1:20:32  jo aadmi yeh samjhe ke bart rakhne se corruption khatam ho jayega, woh corruption ko under estimate kar raha hai. aap ko insaan ko educate karna hai, insaan ke mind ko badalna hai, insaan ki soch ko badalna hai.</w:t>
      </w:r>
      <w:r>
        <w:br/>
      </w:r>
      <w:r>
        <w:rPr>
          <w:sz w:val="20"/>
        </w:rPr>
        <w:t>1:20:48  tab ja ke corruption khatam hoga. yeh ek long term planning hai. waqti dhoom machane se corruption khatam nahi ho sakta hai.</w:t>
      </w:r>
      <w:r>
        <w:br/>
      </w:r>
      <w:r>
        <w:rPr>
          <w:sz w:val="20"/>
        </w:rPr>
        <w:t>1:20:59  yeh bohat lambi baat hai, is ko mein yahan nahi kar sakta. koi sahib ko interest ho to mere paas aa jayen, mein un ko bataunga ke meri soch kya hai is maamle mein.</w:t>
      </w:r>
    </w:p>
    <w:p>
      <w:pPr>
        <w:pStyle w:val="Heading2"/>
      </w:pPr>
      <w:r>
        <w:t>Pursuing peace in Kashmir despite wrong interpretations</w:t>
      </w:r>
    </w:p>
    <w:p>
      <w:r>
        <w:rPr>
          <w:color w:val="666666"/>
          <w:sz w:val="18"/>
        </w:rPr>
        <w:t>Society &amp; Dawah · Problem of Dajjal 29 sept, 2019 - Maulana Wahiduddin Khan · 2m 43s · at 1:02:05 · https://youtu.be/PL-Kv-sE68w?t=3725</w:t>
      </w:r>
    </w:p>
    <w:p>
      <w:r>
        <w:rPr>
          <w:i/>
        </w:rPr>
        <w:t>“In a place like Kashmir, where traditional Quranic teachings with wrong interpretations are ingrained, how can one pursue the ideology of actual peace?”</w:t>
      </w:r>
    </w:p>
    <w:p>
      <w:r>
        <w:rPr>
          <w:sz w:val="20"/>
        </w:rPr>
        <w:t>1:02:05  may allah protect us." miss mehak fiaz khan ne sawal kiya hai dilli se. unhon ne likha hai: "maulana sahib, in a place like kashmir, when one faces odd situations one or the other day,</w:t>
      </w:r>
      <w:r>
        <w:br/>
      </w:r>
      <w:r>
        <w:rPr>
          <w:sz w:val="20"/>
        </w:rPr>
        <w:t>1:02:22  widening the ideology of actual peace has become really difficult. everyone has a harsh and oppressive story to tell.</w:t>
      </w:r>
      <w:r>
        <w:br/>
      </w:r>
      <w:r>
        <w:rPr>
          <w:sz w:val="20"/>
        </w:rPr>
        <w:t>1:02:32  alhamdulillah, i have never witnessed anything bad, but traditional teachings of quran with wrong interpretations is ingrained everywhere, which has made it even more difficult.</w:t>
      </w:r>
      <w:r>
        <w:br/>
      </w:r>
      <w:r>
        <w:rPr>
          <w:sz w:val="20"/>
        </w:rPr>
        <w:t>1:02:47  kindly suggest a basic way to start with." bhai, dekhiye, saaf baat hai ke agar aap apni taraf se kuch kahein, apni taraf se toh jo chahe kahiye.</w:t>
      </w:r>
      <w:r>
        <w:br/>
      </w:r>
      <w:r>
        <w:rPr>
          <w:sz w:val="20"/>
        </w:rPr>
        <w:t>1:03:03  apni taraf se ke mein aisa karunga, mera yeh sochna hai, mera yeh manna hai toh jo chahe kahiye. lekin jab aap naam lein islam ka, quran ka toh aap ko reference dena padega.</w:t>
      </w:r>
      <w:r>
        <w:br/>
      </w:r>
      <w:r>
        <w:rPr>
          <w:sz w:val="20"/>
        </w:rPr>
        <w:t>1:03:18  reference dena padega. toh jo log is waqt jhanda uthaye hue hain woh kehte hain ke yeh islam hai.</w:t>
      </w:r>
      <w:r>
        <w:br/>
      </w:r>
      <w:r>
        <w:rPr>
          <w:sz w:val="20"/>
        </w:rPr>
        <w:t>1:03:27  to bhai, jab islam hai to pehle to reference to pesh karo. yeh to aik bilkul logic, logical baat hai ke islam ke naam se aap koi baat kahein to aap ko islam ki reference dena pare ga.</w:t>
      </w:r>
      <w:r>
        <w:br/>
      </w:r>
      <w:r>
        <w:rPr>
          <w:sz w:val="20"/>
        </w:rPr>
        <w:t>1:03:45  apni taraf se kijiye, jo chahe kijiye, jo chahe kijiye.</w:t>
      </w:r>
      <w:r>
        <w:br/>
      </w:r>
      <w:r>
        <w:rPr>
          <w:sz w:val="20"/>
        </w:rPr>
        <w:t>1:04:00  maulana, agla comment bheja hai miss shabina ali ne kolkata se. unho ne likha hai: "maulana, today you gave us the clarity of where the era of the dajaliyat starts and what is its ideology.</w:t>
      </w:r>
      <w:r>
        <w:br/>
      </w:r>
      <w:r>
        <w:rPr>
          <w:sz w:val="20"/>
        </w:rPr>
        <w:t>1:04:17  from what i have understood from the very inspiring lecture of today, that where there was rise of some fascist group, there was also the rise in dajaliyat, that is islamization of violence.</w:t>
      </w:r>
      <w:r>
        <w:br/>
      </w:r>
      <w:r>
        <w:rPr>
          <w:sz w:val="20"/>
        </w:rPr>
        <w:t>1:04:31  islam is the religion of peace, love, tolerance, patience and fear of allah. god has made this world full of hardship to see who is a predictable character and who can be placed in the world of paradise.</w:t>
      </w:r>
    </w:p>
    <w:p>
      <w:pPr>
        <w:pStyle w:val="Heading2"/>
      </w:pPr>
      <w:r>
        <w:t>Qari angry about missing burqa</w:t>
      </w:r>
    </w:p>
    <w:p>
      <w:r>
        <w:rPr>
          <w:color w:val="666666"/>
          <w:sz w:val="18"/>
        </w:rPr>
        <w:t>Society &amp; Dawah · 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Qualities of a da'i and initial speech</w:t>
      </w:r>
    </w:p>
    <w:p>
      <w:r>
        <w:rPr>
          <w:color w:val="666666"/>
          <w:sz w:val="18"/>
        </w:rPr>
        <w:t>Society &amp; Dawah · Q&amp;A 04 Mar 2012 Maulana Wahiduddin Khan · 1m 04s · at 35:54 · https://youtu.be/txRmutuvWQI?t=2154</w:t>
      </w:r>
    </w:p>
    <w:p>
      <w:r>
        <w:rPr>
          <w:i/>
        </w:rPr>
        <w:t>“Tell us the special qualities of a da'i, and how should a da'i initially speak to the mad'u?”</w:t>
      </w:r>
    </w:p>
    <w:p>
      <w:r>
        <w:rPr>
          <w:sz w:val="20"/>
        </w:rPr>
        <w:t>35:54  molana, agla sawal delhi se hai mr mohammad altafuddin inamdar sahib ka. unhon ne poocha hai ke: "dai ke khaas sifat batayen, aur dai madu se start mein kaise baat karen?"</w:t>
      </w:r>
      <w:r>
        <w:br/>
      </w:r>
      <w:r>
        <w:rPr>
          <w:sz w:val="20"/>
        </w:rPr>
        <w:t>36:13  sara wahi khulasa hai: well wishing, khair khwahi.</w:t>
      </w:r>
      <w:r>
        <w:br/>
      </w:r>
      <w:r>
        <w:rPr>
          <w:sz w:val="20"/>
        </w:rPr>
        <w:t>36:20  maa baap ko apne bete se khair khwahi hoti hai to us ko koi us ko mashwara poochne nahi jata. woh woh khud janta hai ke mujhe kya karna chahiye. to sara jo is mein, yaani jo uska jo khulasa hai,</w:t>
      </w:r>
      <w:r>
        <w:br/>
      </w:r>
      <w:r>
        <w:rPr>
          <w:sz w:val="20"/>
        </w:rPr>
        <w:t>36:36  woh yahi hai ke madعو ke liye khair khwahi, well wishing. jab tak yeh nahi hogi, tak batane se bhi kuch baat aadmi pakdega nahi.</w:t>
      </w:r>
      <w:r>
        <w:br/>
      </w:r>
      <w:r>
        <w:rPr>
          <w:sz w:val="20"/>
        </w:rPr>
        <w:t>36:49  jo mohabbat hoti hai maan baap ko apne bete se, woh mohabbat jab tak paida nahi hogi madعو se, tab tak yahi sab rahega.</w:t>
      </w:r>
    </w:p>
    <w:p>
      <w:pPr>
        <w:pStyle w:val="Heading2"/>
      </w:pPr>
      <w:r>
        <w:t>Question about Islamic state after 1400 years</w:t>
      </w:r>
    </w:p>
    <w:p>
      <w:r>
        <w:rPr>
          <w:color w:val="666666"/>
          <w:sz w:val="18"/>
        </w:rPr>
        <w:t>Society &amp; Dawah · Prophetic Wisdom | May 01, 2016 · 1m 28s · at 55:04 · https://youtu.be/KrjwjAw03zw?t=3304</w:t>
      </w:r>
    </w:p>
    <w:p>
      <w:r>
        <w:rPr>
          <w:i/>
        </w:rPr>
        <w:t>“I am from Balochistan and I am a little skeptical and confused Muslim. I want to ask a simple question about the Islamic state: why has there been no Islamic state for fourteen hundred years?”</w:t>
      </w:r>
    </w:p>
    <w:p>
      <w:r>
        <w:rPr>
          <w:sz w:val="20"/>
        </w:rPr>
        <w:t>55:04  dalna hai Maulana agla sawal kya hai Suhail Nasir Sahab ne Balochistan se aur unhon ne likha hai</w:t>
      </w:r>
      <w:r>
        <w:br/>
      </w:r>
      <w:r>
        <w:rPr>
          <w:sz w:val="20"/>
        </w:rPr>
        <w:t>55:12  I am from Balochistan and I am a little skeptic and confused Muslim. I want to ask a simple</w:t>
      </w:r>
      <w:r>
        <w:br/>
      </w:r>
      <w:r>
        <w:rPr>
          <w:sz w:val="20"/>
        </w:rPr>
        <w:t>55:19  question about Islamic state that since 1400 years the</w:t>
      </w:r>
      <w:r>
        <w:br/>
      </w:r>
      <w:r>
        <w:rPr>
          <w:sz w:val="20"/>
        </w:rPr>
        <w:t>55:27  His dream couldn't be achieved even though there were Islamic kingdoms. So if now for argument's sake even</w:t>
      </w:r>
      <w:r>
        <w:br/>
      </w:r>
      <w:r>
        <w:rPr>
          <w:sz w:val="20"/>
        </w:rPr>
        <w:t>55:34  If a state comes into being then again there is no assurance that whether it would be a</w:t>
      </w:r>
      <w:r>
        <w:br/>
      </w:r>
      <w:r>
        <w:rPr>
          <w:sz w:val="20"/>
        </w:rPr>
        <w:t>55:42  complete Islamic state or a partial one. So how to differentiate this from the governing systems like capitalism?</w:t>
      </w:r>
      <w:r>
        <w:br/>
      </w:r>
      <w:r>
        <w:rPr>
          <w:sz w:val="20"/>
        </w:rPr>
        <w:t>55:49  aur socialism what is your comment on this Maulana Sahab dekhiye Islami</w:t>
      </w:r>
      <w:r>
        <w:br/>
      </w:r>
      <w:r>
        <w:rPr>
          <w:sz w:val="20"/>
        </w:rPr>
        <w:t>55:57  dawat aik non political dawat hai harghiz harghiz woh koi political dawat nahi hai yeh system aur law yeh sab cheezein hain is ka target nahi hai is ka target yeh hai ke aap quran ko phailaye logon ke jannat o jahannum se baghabar karein ke kis ne pyar of guard kiya hai is se logon ko agah karein yahi sab dawat hai yeh jo log kehte hain ke nizam qaim kar raha ho s</w:t>
      </w:r>
      <w:r>
        <w:br/>
      </w:r>
      <w:r>
        <w:rPr>
          <w:sz w:val="20"/>
        </w:rPr>
        <w:t>56:27  system ko tod raha ho hukumat badal raha ho yeh sab un ki apni cheezain hain yeh sab</w:t>
      </w:r>
    </w:p>
    <w:p>
      <w:pPr>
        <w:pStyle w:val="Heading2"/>
      </w:pPr>
      <w:r>
        <w:t>Question about Pakistan opposition leaders</w:t>
      </w:r>
    </w:p>
    <w:p>
      <w:r>
        <w:rPr>
          <w:color w:val="666666"/>
          <w:sz w:val="18"/>
        </w:rPr>
        <w:t>Society &amp; Dawah · Concept of Jihad in Islam September 7, 2014 · 3m 27s · at 44:32 · https://youtu.be/GnKBYM8HbuQ?t=2672</w:t>
      </w:r>
    </w:p>
    <w:p>
      <w:r>
        <w:rPr>
          <w:i/>
        </w:rPr>
        <w:t>“My question is that currently in Pakistan the issue that is going on, then two opposition leaders...”</w:t>
      </w:r>
    </w:p>
    <w:p>
      <w:r>
        <w:rPr>
          <w:sz w:val="20"/>
        </w:rPr>
        <w:t>44:32  Maulana, yeh sawal Saudi Arabia se aya hai Dr. Hina ka, aur unhone likha hai ke Maulana</w:t>
      </w:r>
      <w:r>
        <w:br/>
      </w:r>
      <w:r>
        <w:rPr>
          <w:sz w:val="20"/>
        </w:rPr>
        <w:t>44:38  sahab jazak Allah for the beautiful talk that you gave yesterday.</w:t>
      </w:r>
      <w:r>
        <w:br/>
      </w:r>
      <w:r>
        <w:rPr>
          <w:sz w:val="20"/>
        </w:rPr>
        <w:t>44:45  mera sawal yeh hai ke is waqt Pakistan mein jo masla chal raha hai, to do opposition leaders</w:t>
      </w:r>
      <w:r>
        <w:br/>
      </w:r>
      <w:r>
        <w:rPr>
          <w:sz w:val="20"/>
        </w:rPr>
        <w:t>44:52  jo campaign chala rahe hain, woh yeh keh rahe hain ke they are not doing any complaints but</w:t>
      </w:r>
      <w:r>
        <w:br/>
      </w:r>
      <w:r>
        <w:rPr>
          <w:sz w:val="20"/>
        </w:rPr>
        <w:t>44:59  they have stood up for the rights of poor.</w:t>
      </w:r>
      <w:r>
        <w:br/>
      </w:r>
      <w:r>
        <w:rPr>
          <w:sz w:val="20"/>
        </w:rPr>
        <w:t>45:06  kyunke ameer ghareeb ka farq bohat ho gaya hai Pakistan mein.</w:t>
      </w:r>
      <w:r>
        <w:br/>
      </w:r>
      <w:r>
        <w:rPr>
          <w:sz w:val="20"/>
        </w:rPr>
        <w:t>45:12  mulk ke leaders jo ate hain, apni jeb bharte hain, apne business, apna business karte hain, aur apne</w:t>
      </w:r>
      <w:r>
        <w:br/>
      </w:r>
      <w:r>
        <w:rPr>
          <w:sz w:val="20"/>
        </w:rPr>
        <w:t>45:19  bachon ke foreign bank accounts bharte hain, aur ghareeb ke bachhe wohin rehte hain.</w:t>
      </w:r>
      <w:r>
        <w:br/>
      </w:r>
      <w:r>
        <w:rPr>
          <w:sz w:val="20"/>
        </w:rPr>
        <w:t>45:26  My question is, is it okay to help such leaders in protest because they are trying to challenge</w:t>
      </w:r>
      <w:r>
        <w:br/>
      </w:r>
      <w:r>
        <w:rPr>
          <w:sz w:val="20"/>
        </w:rPr>
        <w:t>45:33  the zulm and operation peacefully?</w:t>
      </w:r>
      <w:r>
        <w:br/>
      </w:r>
      <w:r>
        <w:rPr>
          <w:sz w:val="20"/>
        </w:rPr>
        <w:t>45:40  dekhiye, zulm ko challenge karna yeh shaitani kaam hai.</w:t>
      </w:r>
      <w:r>
        <w:br/>
      </w:r>
      <w:r>
        <w:rPr>
          <w:sz w:val="20"/>
        </w:rPr>
        <w:t>45:45  kisi peghambar ne kabhi zulm ko challenge nahi kiya, shaitan ne kiya.</w:t>
      </w:r>
      <w:r>
        <w:br/>
      </w:r>
      <w:r>
        <w:rPr>
          <w:sz w:val="20"/>
        </w:rPr>
        <w:t>45:50  yeh jo log kar rahe hain, yeh shaitani kaam kar rahe hain, naam le rahe hain islam ka.</w:t>
      </w:r>
      <w:r>
        <w:br/>
      </w:r>
      <w:r>
        <w:rPr>
          <w:sz w:val="20"/>
        </w:rPr>
        <w:t>45:55  bilashuba, is mein koi shaq nahi mujhe ke jo zulm ko challenge karta hai aur huqooq insani ka</w:t>
      </w:r>
      <w:r>
        <w:br/>
      </w:r>
      <w:r>
        <w:rPr>
          <w:sz w:val="20"/>
        </w:rPr>
        <w:t>46:01  jhanda uthata hai, woh shaitani kaam karta hai.</w:t>
      </w:r>
      <w:r>
        <w:br/>
      </w:r>
      <w:r>
        <w:rPr>
          <w:sz w:val="20"/>
        </w:rPr>
        <w:t>46:06  woh, aur mein kahunga you have to see the result yeh jhanda toh pehle bhi uthaya tha</w:t>
      </w:r>
      <w:r>
        <w:br/>
      </w:r>
      <w:r>
        <w:rPr>
          <w:sz w:val="20"/>
        </w:rPr>
        <w:t>46:11  logon ne, result kahan nikla? khud Pakistan jo bana tha, woh bhi isi jhande par bana tha.</w:t>
      </w:r>
      <w:r>
        <w:br/>
      </w:r>
      <w:r>
        <w:rPr>
          <w:sz w:val="20"/>
        </w:rPr>
        <w:t>46:17  toh Pakistan ban kar woh maqsad hasil kyun nahi hua? dekhiye, yeh peghambar ka tareeqa nahi hai ke</w:t>
      </w:r>
      <w:r>
        <w:br/>
      </w:r>
      <w:r>
        <w:rPr>
          <w:sz w:val="20"/>
        </w:rPr>
        <w:t>46:22  jhande uthaye jayen.</w:t>
      </w:r>
      <w:r>
        <w:br/>
      </w:r>
      <w:r>
        <w:rPr>
          <w:sz w:val="20"/>
        </w:rPr>
        <w:t>46:27  The very ideology is wrong.</w:t>
      </w:r>
      <w:r>
        <w:br/>
      </w:r>
      <w:r>
        <w:rPr>
          <w:sz w:val="20"/>
        </w:rPr>
        <w:t>46:33  zulm ko khatam karna, hukoomat qaim karna, siyasi nizam banana, yeh ideology galat hai.</w:t>
      </w:r>
      <w:r>
        <w:br/>
      </w:r>
      <w:r>
        <w:rPr>
          <w:sz w:val="20"/>
        </w:rPr>
        <w:t>46:38  aap sirf yeh kijiye ke logon ki ideology ko badlie, logon ke mind ko badlie, logon ki soch ko badlie.</w:t>
      </w:r>
      <w:r>
        <w:br/>
      </w:r>
      <w:r>
        <w:rPr>
          <w:sz w:val="20"/>
        </w:rPr>
        <w:t>46:43  direct taur par in se takrane se koi faida nahi, chahe un ki hukoomat ho ya un ki</w:t>
      </w:r>
      <w:r>
        <w:br/>
      </w:r>
      <w:r>
        <w:rPr>
          <w:sz w:val="20"/>
        </w:rPr>
        <w:t>46:49  hukoomat ho, haalat wahi rahe gi.</w:t>
      </w:r>
      <w:r>
        <w:br/>
      </w:r>
      <w:r>
        <w:rPr>
          <w:sz w:val="20"/>
        </w:rPr>
        <w:t>46:54  aap ko ideology ko badalna hai, logon ki soch ko badalna hai, tab kaam hoga, warna kuch kaam nahi hoga.</w:t>
      </w:r>
      <w:r>
        <w:br/>
      </w:r>
      <w:r>
        <w:rPr>
          <w:sz w:val="20"/>
        </w:rPr>
        <w:t>46:59  abhi bhi jo maine baatein kahi hain, isi ko saare Pakistan mein phaila dijiye.</w:t>
      </w:r>
      <w:r>
        <w:br/>
      </w:r>
      <w:r>
        <w:rPr>
          <w:sz w:val="20"/>
        </w:rPr>
        <w:t>47:05  aap abhi jo mera lecture hai, woh saare Pakistan mein phaila dijiye.</w:t>
      </w:r>
      <w:r>
        <w:br/>
      </w:r>
      <w:r>
        <w:rPr>
          <w:sz w:val="20"/>
        </w:rPr>
        <w:t>47:10  yehi kaam kijiye, aap ek ek shakhs ko yeh meri awaaz sunwa dijiye, aur phir dekhiye ke Pakistan</w:t>
      </w:r>
      <w:r>
        <w:br/>
      </w:r>
      <w:r>
        <w:rPr>
          <w:sz w:val="20"/>
        </w:rPr>
        <w:t>47:16  mein ek naya inqilab paida ho jayega.</w:t>
      </w:r>
      <w:r>
        <w:br/>
      </w:r>
      <w:r>
        <w:rPr>
          <w:sz w:val="20"/>
        </w:rPr>
        <w:t>47:21  ek naya inqilab paida ho jayega.</w:t>
      </w:r>
      <w:r>
        <w:br/>
      </w:r>
      <w:r>
        <w:rPr>
          <w:sz w:val="20"/>
        </w:rPr>
        <w:t>47:26  toh dekhiye, Quran mein ek ayat hai ke Khuda ka tareeqa hai jar se aana أَطَلَّىٰ بُنْيَانَهُم jar</w:t>
      </w:r>
      <w:r>
        <w:br/>
      </w:r>
      <w:r>
        <w:rPr>
          <w:sz w:val="20"/>
        </w:rPr>
        <w:t>47:32  se kya hai? mind ko badalna, ideology ko badalna, soch ko badalna.</w:t>
      </w:r>
      <w:r>
        <w:br/>
      </w:r>
      <w:r>
        <w:rPr>
          <w:sz w:val="20"/>
        </w:rPr>
        <w:t>47:37  toh mein aap se kehta hoon ke aap sirf ek kaam kijiye ke mera aaj ka jo lecture</w:t>
      </w:r>
      <w:r>
        <w:br/>
      </w:r>
      <w:r>
        <w:rPr>
          <w:sz w:val="20"/>
        </w:rPr>
        <w:t>47:43  hai, is ke beshumar copyan banwaiye, saare Pakistan mein phaila dijiye, aur phir dekhiye aap.</w:t>
      </w:r>
      <w:r>
        <w:br/>
      </w:r>
      <w:r>
        <w:rPr>
          <w:sz w:val="20"/>
        </w:rPr>
        <w:t>47:48  aur yeh jo kar rahe hain log protest, yeh toh nothing hai, yeh toh fasad hai, fasad.</w:t>
      </w:r>
      <w:r>
        <w:br/>
      </w:r>
      <w:r>
        <w:rPr>
          <w:sz w:val="20"/>
        </w:rPr>
        <w:t>47:53  is ka Islam se koi talluq nahi hai.</w:t>
      </w:r>
    </w:p>
    <w:p>
      <w:pPr>
        <w:pStyle w:val="Heading2"/>
      </w:pPr>
      <w:r>
        <w:t>Question about secularism and Islam</w:t>
      </w:r>
    </w:p>
    <w:p>
      <w:r>
        <w:rPr>
          <w:color w:val="666666"/>
          <w:sz w:val="18"/>
        </w:rPr>
        <w:t>Society &amp; Dawah · Example of the Prophet March 20, 2016 · 4m 28s · at 1:22:30 · https://youtu.be/79HmhzXU41w?t=4950</w:t>
      </w:r>
    </w:p>
    <w:p>
      <w:r>
        <w:rPr>
          <w:i/>
        </w:rPr>
        <w:t>“I have read almost all your literature. You consider secularism as exactly Islam, limit religion to individual matters, while for social matters you rely on human reason and consciousness...”</w:t>
      </w:r>
    </w:p>
    <w:p>
      <w:r>
        <w:rPr>
          <w:sz w:val="20"/>
        </w:rPr>
        <w:t>1:22:30  yeh Maulana, agla sawal lete hain jo Pakistan se hai, aur unhon ne likha hai</w:t>
      </w:r>
      <w:r>
        <w:br/>
      </w:r>
      <w:r>
        <w:rPr>
          <w:sz w:val="20"/>
        </w:rPr>
        <w:t>1:22:37  aap ka literature taqreeban saara read kar chuka hoon, aap secularism ko ain Islam qarar dete hain, mazhab</w:t>
      </w:r>
      <w:r>
        <w:br/>
      </w:r>
      <w:r>
        <w:rPr>
          <w:sz w:val="20"/>
        </w:rPr>
        <w:t>1:22:46  ko infiradi matter tak mehdood samajhte hain, jabke ijtimai matters ke liye aap insani aql o shaoor par</w:t>
      </w:r>
      <w:r>
        <w:br/>
      </w:r>
      <w:r>
        <w:rPr>
          <w:sz w:val="20"/>
        </w:rPr>
        <w:t>1:22:55  aitmad karne ka hukum dete hain.</w:t>
      </w:r>
      <w:r>
        <w:br/>
      </w:r>
      <w:r>
        <w:rPr>
          <w:sz w:val="20"/>
        </w:rPr>
        <w:t>1:22:57  aap ki yeh ta'beer deen kya sari Muslim countries ke liye hai ya sirf India aur deegar countries</w:t>
      </w:r>
      <w:r>
        <w:br/>
      </w:r>
      <w:r>
        <w:rPr>
          <w:sz w:val="20"/>
        </w:rPr>
        <w:t>1:23:05  ke liye, jahan musalman aqalliyat mein hain? is ko wazeh karen.</w:t>
      </w:r>
      <w:r>
        <w:br/>
      </w:r>
      <w:r>
        <w:rPr>
          <w:sz w:val="20"/>
        </w:rPr>
        <w:t>1:23:13  dekhiye, kuch log jo extremism ka shikar hain, ghulu ka, wo secularism ko ek ek muqaddas nazariya mante</w:t>
      </w:r>
      <w:r>
        <w:br/>
      </w:r>
      <w:r>
        <w:rPr>
          <w:sz w:val="20"/>
        </w:rPr>
        <w:t>1:23:23  hain, is liye wo taraqqi karte hain.</w:t>
      </w:r>
      <w:r>
        <w:br/>
      </w:r>
      <w:r>
        <w:rPr>
          <w:sz w:val="20"/>
        </w:rPr>
        <w:t>1:23:24  wo jis tarah mazhab ek aqida hai, samajhte hain ke secularism bhi ek aqida hai, yeh bilkul, yani</w:t>
      </w:r>
      <w:r>
        <w:br/>
      </w:r>
      <w:r>
        <w:rPr>
          <w:sz w:val="20"/>
        </w:rPr>
        <w:t>1:23:33  it is wrong, completely wrong.</w:t>
      </w:r>
      <w:r>
        <w:br/>
      </w:r>
      <w:r>
        <w:rPr>
          <w:sz w:val="20"/>
        </w:rPr>
        <w:t>1:23:35  koi bhi aqida nahi samajhta is ko, secularism method hai, method, wo aqida nahi hai.</w:t>
      </w:r>
      <w:r>
        <w:br/>
      </w:r>
      <w:r>
        <w:rPr>
          <w:sz w:val="20"/>
        </w:rPr>
        <w:t>1:23:41  there is difference between method and aqida.</w:t>
      </w:r>
      <w:r>
        <w:br/>
      </w:r>
      <w:r>
        <w:rPr>
          <w:sz w:val="20"/>
        </w:rPr>
        <w:t>1:23:46  rasool Allah ne jab lafz rasool ko mita diya tha, to is ko aap aqida banayein to lage</w:t>
      </w:r>
      <w:r>
        <w:br/>
      </w:r>
      <w:r>
        <w:rPr>
          <w:sz w:val="20"/>
        </w:rPr>
        <w:t>1:23:50  ke yeh bohat galat kaam hua.</w:t>
      </w:r>
      <w:r>
        <w:br/>
      </w:r>
      <w:r>
        <w:rPr>
          <w:sz w:val="20"/>
        </w:rPr>
        <w:t>1:23:53  kaba but rakhe hue the, is ko aqida banayein to aap kahenge to bohat galat kaam hua.</w:t>
      </w:r>
      <w:r>
        <w:br/>
      </w:r>
      <w:r>
        <w:rPr>
          <w:sz w:val="20"/>
        </w:rPr>
        <w:t>1:23:58  to cheezon ko, har cheez ko aqida banana, isi ko to main kehta hoon ke cheezon ko logical</w:t>
      </w:r>
      <w:r>
        <w:br/>
      </w:r>
      <w:r>
        <w:rPr>
          <w:sz w:val="20"/>
        </w:rPr>
        <w:t>1:24:05  end tak le jana.</w:t>
      </w:r>
      <w:r>
        <w:br/>
      </w:r>
      <w:r>
        <w:rPr>
          <w:sz w:val="20"/>
        </w:rPr>
        <w:t>1:24:07  secularism ek method hai.</w:t>
      </w:r>
      <w:r>
        <w:br/>
      </w:r>
      <w:r>
        <w:rPr>
          <w:sz w:val="20"/>
        </w:rPr>
        <w:t>1:24:09  logon ne dekha ke is zamane mein khas taur par jab ke, yani log yahan wahan jate hain,</w:t>
      </w:r>
      <w:r>
        <w:br/>
      </w:r>
      <w:r>
        <w:rPr>
          <w:sz w:val="20"/>
        </w:rPr>
        <w:t>1:24:18  bohat zyada samaj mein phaila hua hai, to har har mulk mein, har har society mein, tarah tarah</w:t>
      </w:r>
      <w:r>
        <w:br/>
      </w:r>
      <w:r>
        <w:rPr>
          <w:sz w:val="20"/>
        </w:rPr>
        <w:t>1:24:24  ke religion, tarah tarah ke culture wale jama ho gaye hain.</w:t>
      </w:r>
      <w:r>
        <w:br/>
      </w:r>
      <w:r>
        <w:rPr>
          <w:sz w:val="20"/>
        </w:rPr>
        <w:t>1:24:30  to how to establish harmony among these people? to is ke liye secularism ka formula ijad hua.</w:t>
      </w:r>
      <w:r>
        <w:br/>
      </w:r>
      <w:r>
        <w:rPr>
          <w:sz w:val="20"/>
        </w:rPr>
        <w:t>1:24:39  to secularism ka matlab, secularism ek ek method hai, wo aqida nahi hai kabhi bhi,</w:t>
      </w:r>
      <w:r>
        <w:br/>
      </w:r>
      <w:r>
        <w:rPr>
          <w:sz w:val="20"/>
        </w:rPr>
        <w:t>1:24:46  aur method ke taur par best hai.</w:t>
      </w:r>
      <w:r>
        <w:br/>
      </w:r>
      <w:r>
        <w:rPr>
          <w:sz w:val="20"/>
        </w:rPr>
        <w:t>1:24:48  wo main samajhta hoon, kyunke aap kya karen, jab ek society mein differences hain to aap ladenge,</w:t>
      </w:r>
      <w:r>
        <w:br/>
      </w:r>
      <w:r>
        <w:rPr>
          <w:sz w:val="20"/>
        </w:rPr>
        <w:t>1:24:54  ladenge to khoon kharaba hoga.</w:t>
      </w:r>
      <w:r>
        <w:br/>
      </w:r>
      <w:r>
        <w:rPr>
          <w:sz w:val="20"/>
        </w:rPr>
        <w:t>1:24:56  is se acha yeh hai ke har ek ko, yani har ek ko mauqa dijiye,</w:t>
      </w:r>
      <w:r>
        <w:br/>
      </w:r>
      <w:r>
        <w:rPr>
          <w:sz w:val="20"/>
        </w:rPr>
        <w:t>1:25:02  aur main samajhta hoon ke yeh yeh khud rasool Allah ne ikhtiyar farmaya tha.</w:t>
      </w:r>
      <w:r>
        <w:br/>
      </w:r>
      <w:r>
        <w:rPr>
          <w:sz w:val="20"/>
        </w:rPr>
        <w:t>1:25:07  madine mein jab aaye aap to us waqt madina ek ek multi-religious society tha, yani muslim the</w:t>
      </w:r>
      <w:r>
        <w:br/>
      </w:r>
      <w:r>
        <w:rPr>
          <w:sz w:val="20"/>
        </w:rPr>
        <w:t>1:25:14  aur yahudi the, roughly half half the.</w:t>
      </w:r>
      <w:r>
        <w:br/>
      </w:r>
      <w:r>
        <w:rPr>
          <w:sz w:val="20"/>
        </w:rPr>
        <w:t>1:25:17  to aap ne ek ek charter jaari kiya, jis ka tha, jis mein likha gaya tha ke lill</w:t>
      </w:r>
      <w:r>
        <w:br/>
      </w:r>
      <w:r>
        <w:rPr>
          <w:sz w:val="20"/>
        </w:rPr>
        <w:t>1:25:24  yahood deen wa al muslimeen deen,</w:t>
      </w:r>
      <w:r>
        <w:br/>
      </w:r>
      <w:r>
        <w:rPr>
          <w:sz w:val="20"/>
        </w:rPr>
        <w:t>1:25:27  musalman ke liye musalman ka deen, yahoodi ke liye yahoodi ka deen.</w:t>
      </w:r>
      <w:r>
        <w:br/>
      </w:r>
      <w:r>
        <w:rPr>
          <w:sz w:val="20"/>
        </w:rPr>
        <w:t>1:25:31  yahi to hai, yahi spirit hai secularism ki, yahi spirit hai secularism ki</w:t>
      </w:r>
      <w:r>
        <w:br/>
      </w:r>
      <w:r>
        <w:rPr>
          <w:sz w:val="20"/>
        </w:rPr>
        <w:t>1:25:37  ke ittifaq wale daire mein hum sab mil ke kaam karein, aur baqi jo daire hai, yaani jis</w:t>
      </w:r>
      <w:r>
        <w:br/>
      </w:r>
      <w:r>
        <w:rPr>
          <w:sz w:val="20"/>
        </w:rPr>
        <w:t>1:25:45  mein ittifaq nahi, to wahan tum apna karo, tum apna karo.</w:t>
      </w:r>
      <w:r>
        <w:br/>
      </w:r>
      <w:r>
        <w:rPr>
          <w:sz w:val="20"/>
        </w:rPr>
        <w:t>1:25:49  misalan economic development,</w:t>
      </w:r>
      <w:r>
        <w:br/>
      </w:r>
      <w:r>
        <w:rPr>
          <w:sz w:val="20"/>
        </w:rPr>
        <w:t>1:25:53  city planning, industry, ye sab aise idare hain jo sab ke faide ke liye hain.</w:t>
      </w:r>
      <w:r>
        <w:br/>
      </w:r>
      <w:r>
        <w:rPr>
          <w:sz w:val="20"/>
        </w:rPr>
        <w:t>1:26:00  to wahan sab log ek mil kar ke</w:t>
      </w:r>
      <w:r>
        <w:br/>
      </w:r>
      <w:r>
        <w:rPr>
          <w:sz w:val="20"/>
        </w:rPr>
        <w:t>1:26:05  wo mutahid ho jayein, ye secular daire yahi hai.</w:t>
      </w:r>
      <w:r>
        <w:br/>
      </w:r>
      <w:r>
        <w:rPr>
          <w:sz w:val="20"/>
        </w:rPr>
        <w:t>1:26:08  aur doosra daire hai ke aap ki abad ka tareeqa kya ho, aap ka mazhabi aqeedah kya ho,</w:t>
      </w:r>
      <w:r>
        <w:br/>
      </w:r>
      <w:r>
        <w:rPr>
          <w:sz w:val="20"/>
        </w:rPr>
        <w:t>1:26:15  ye is ye mazhabi daire hai.</w:t>
      </w:r>
      <w:r>
        <w:br/>
      </w:r>
      <w:r>
        <w:rPr>
          <w:sz w:val="20"/>
        </w:rPr>
        <w:t>1:26:18  to secularism ek ek settlement ka naam hai, aqeedah ka naam nahi hai.</w:t>
      </w:r>
      <w:r>
        <w:br/>
      </w:r>
      <w:r>
        <w:rPr>
          <w:sz w:val="20"/>
        </w:rPr>
        <w:t>1:26:24  mein samajhta hoon ke best settlement ye hai, khud rasool Allah ne ye settlement kiya tha madine mein,</w:t>
      </w:r>
      <w:r>
        <w:br/>
      </w:r>
      <w:r>
        <w:rPr>
          <w:sz w:val="20"/>
        </w:rPr>
        <w:t>1:26:30  lill yahood deen wa al muslimeen deen,</w:t>
      </w:r>
      <w:r>
        <w:br/>
      </w:r>
      <w:r>
        <w:rPr>
          <w:sz w:val="20"/>
        </w:rPr>
        <w:t>1:26:34  un ke liye un ka deen, un ke liye un ka deen.</w:t>
      </w:r>
      <w:r>
        <w:br/>
      </w:r>
      <w:r>
        <w:rPr>
          <w:sz w:val="20"/>
        </w:rPr>
        <w:t>1:26:37  is ka matlab kya? yahood ka deen bhi hote hi sachha tha, musalman ka deen sachha tha, ye</w:t>
      </w:r>
      <w:r>
        <w:br/>
      </w:r>
      <w:r>
        <w:rPr>
          <w:sz w:val="20"/>
        </w:rPr>
        <w:t>1:26:41  matlab nikalenge aap,</w:t>
      </w:r>
      <w:r>
        <w:br/>
      </w:r>
      <w:r>
        <w:rPr>
          <w:sz w:val="20"/>
        </w:rPr>
        <w:t>1:26:44  ye matlab nahi hai is ka.</w:t>
      </w:r>
      <w:r>
        <w:br/>
      </w:r>
      <w:r>
        <w:rPr>
          <w:sz w:val="20"/>
        </w:rPr>
        <w:t>1:26:46  to secularism ek settlement hai, social settlement ya political settlement, bas is se to aur kuch nahi hai,</w:t>
      </w:r>
      <w:r>
        <w:br/>
      </w:r>
      <w:r>
        <w:rPr>
          <w:sz w:val="20"/>
        </w:rPr>
        <w:t>1:26:54  wo aqeedah nahi hai.</w:t>
      </w:r>
    </w:p>
    <w:p>
      <w:pPr>
        <w:pStyle w:val="Heading2"/>
      </w:pPr>
      <w:r>
        <w:t>Question about spiritual democracy article</w:t>
      </w:r>
    </w:p>
    <w:p>
      <w:r>
        <w:rPr>
          <w:color w:val="666666"/>
          <w:sz w:val="18"/>
        </w:rPr>
        <w:t>Society &amp; Dawah · Divine Crusades December 14, 2014 · 1m 49s · at 56:40 · https://youtu.be/qZhY00S5LQg?t=3400</w:t>
      </w:r>
    </w:p>
    <w:p>
      <w:r>
        <w:rPr>
          <w:i/>
        </w:rPr>
        <w:t>“You have written an article in Tehelka in which you have suggested spiritual democracy.”</w:t>
      </w:r>
    </w:p>
    <w:p>
      <w:r>
        <w:rPr>
          <w:sz w:val="20"/>
        </w:rPr>
        <w:t>56:40  Maulana, agla sawal lete hain.</w:t>
      </w:r>
      <w:r>
        <w:br/>
      </w:r>
      <w:r>
        <w:rPr>
          <w:sz w:val="20"/>
        </w:rPr>
        <w:t>56:46  yeh Dilli se hai aur yeh Waqar Hassan sahib ne poocha hai aap se.</w:t>
      </w:r>
      <w:r>
        <w:br/>
      </w:r>
      <w:r>
        <w:rPr>
          <w:sz w:val="20"/>
        </w:rPr>
        <w:t>56:51  unhon ne likha hai ke Maulana you have written an article in Tehelka in which you have suggested spiritual democracy.</w:t>
      </w:r>
      <w:r>
        <w:br/>
      </w:r>
      <w:r>
        <w:rPr>
          <w:sz w:val="20"/>
        </w:rPr>
        <w:t>56:57  What do you mean by it?</w:t>
      </w:r>
      <w:r>
        <w:br/>
      </w:r>
      <w:r>
        <w:rPr>
          <w:sz w:val="20"/>
        </w:rPr>
        <w:t>57:03  How will it be established and what will be its features? Please comment on that.</w:t>
      </w:r>
      <w:r>
        <w:br/>
      </w:r>
      <w:r>
        <w:rPr>
          <w:sz w:val="20"/>
        </w:rPr>
        <w:t>57:08  isi mein maujood hai, aap do bar parhiye is ko.</w:t>
      </w:r>
      <w:r>
        <w:br/>
      </w:r>
      <w:r>
        <w:rPr>
          <w:sz w:val="20"/>
        </w:rPr>
        <w:t>57:12  ek bar parha aap ne to pata nahi chala aap ko.</w:t>
      </w:r>
      <w:r>
        <w:br/>
      </w:r>
      <w:r>
        <w:rPr>
          <w:sz w:val="20"/>
        </w:rPr>
        <w:t>57:17  do bar parhiye, isi mein is ka jawab maujood hai.</w:t>
      </w:r>
      <w:r>
        <w:br/>
      </w:r>
      <w:r>
        <w:rPr>
          <w:sz w:val="20"/>
        </w:rPr>
        <w:t>57:22  Sir Aslam ne kiya hai Saharanpur se aur unhon ne likha hai ke Maulana religious persecution hazaron</w:t>
      </w:r>
      <w:r>
        <w:br/>
      </w:r>
      <w:r>
        <w:rPr>
          <w:sz w:val="20"/>
        </w:rPr>
        <w:t>57:27  saal tak chala, lakhon karoron logon ko sachai na mil saki.</w:t>
      </w:r>
      <w:r>
        <w:br/>
      </w:r>
      <w:r>
        <w:rPr>
          <w:sz w:val="20"/>
        </w:rPr>
        <w:t>57:32  اللہ کو communication age اور openness کو culmination پر لانے میں ہزاروں سال لگ گئے۔</w:t>
      </w:r>
      <w:r>
        <w:br/>
      </w:r>
      <w:r>
        <w:rPr>
          <w:sz w:val="20"/>
        </w:rPr>
        <w:t>57:37  kya is douran paida hone wale log Allah ko aakhirat mein yeh nahi kahengay ke hamari ghalti</w:t>
      </w:r>
      <w:r>
        <w:br/>
      </w:r>
      <w:r>
        <w:rPr>
          <w:sz w:val="20"/>
        </w:rPr>
        <w:t>57:41  nahi? tab Allah kya jawab dega? dekhiye, yeh baat hai sochna, yeh mere nazdeek yeh zillat hai.</w:t>
      </w:r>
      <w:r>
        <w:br/>
      </w:r>
      <w:r>
        <w:rPr>
          <w:sz w:val="20"/>
        </w:rPr>
        <w:t>57:46  yeh kyun sochte hain aap? apne ko jo blessing mili hai, us ko Sochiye.</w:t>
      </w:r>
      <w:r>
        <w:br/>
      </w:r>
      <w:r>
        <w:rPr>
          <w:sz w:val="20"/>
        </w:rPr>
        <w:t>57:51  doosron ko hamare Khuda ke hawale kijiyay.</w:t>
      </w:r>
      <w:r>
        <w:br/>
      </w:r>
      <w:r>
        <w:rPr>
          <w:sz w:val="20"/>
        </w:rPr>
        <w:t>57:56  Allah ke hawale kijiyay.</w:t>
      </w:r>
      <w:r>
        <w:br/>
      </w:r>
      <w:r>
        <w:rPr>
          <w:sz w:val="20"/>
        </w:rPr>
        <w:t>58:01  yeh soch jo hai, bohat hi, mein us ko samajhta hoon ke bohat hi ghalat soch hai.</w:t>
      </w:r>
      <w:r>
        <w:br/>
      </w:r>
      <w:r>
        <w:rPr>
          <w:sz w:val="20"/>
        </w:rPr>
        <w:t>58:06  kyun ke that is yani aap ka mind chalaya jata hai, yani na milne ki taraf.</w:t>
      </w:r>
      <w:r>
        <w:br/>
      </w:r>
      <w:r>
        <w:rPr>
          <w:sz w:val="20"/>
        </w:rPr>
        <w:t>58:11  aur mind ko rakhiye milne ki taraf.</w:t>
      </w:r>
      <w:r>
        <w:br/>
      </w:r>
      <w:r>
        <w:rPr>
          <w:sz w:val="20"/>
        </w:rPr>
        <w:t>58:15  Allah ki taraf se mil raha hai jo aap ko, us par mind ko us lagaiye.</w:t>
      </w:r>
      <w:r>
        <w:br/>
      </w:r>
      <w:r>
        <w:rPr>
          <w:sz w:val="20"/>
        </w:rPr>
        <w:t>58:20  us ko Allah ke hawale kijiyay.</w:t>
      </w:r>
      <w:r>
        <w:br/>
      </w:r>
      <w:r>
        <w:rPr>
          <w:sz w:val="20"/>
        </w:rPr>
        <w:t>58:25  Allah ke hawale kijiyay.</w:t>
      </w:r>
    </w:p>
    <w:p>
      <w:pPr>
        <w:pStyle w:val="Heading2"/>
      </w:pPr>
      <w:r>
        <w:t>Question on India-Pakistan firing situation</w:t>
      </w:r>
    </w:p>
    <w:p>
      <w:r>
        <w:rPr>
          <w:color w:val="666666"/>
          <w:sz w:val="18"/>
        </w:rPr>
        <w:t>Society &amp; Dawah · Islam and Violence October 12, 2014 · 3m 30s · at 48:25 · https://youtu.be/KmpXYZjPlj8?t=2905</w:t>
      </w:r>
    </w:p>
    <w:p>
      <w:r>
        <w:rPr>
          <w:i/>
        </w:rPr>
        <w:t>“Regarding the firing between India and Pakistan, in that background yesterday a Hindustan...”</w:t>
      </w:r>
    </w:p>
    <w:p>
      <w:r>
        <w:rPr>
          <w:sz w:val="20"/>
        </w:rPr>
        <w:t>48:25  Maulana, agla sawal Maulana Farhad Salafi Sahab ne kiya hai Delhi se,</w:t>
      </w:r>
      <w:r>
        <w:br/>
      </w:r>
      <w:r>
        <w:rPr>
          <w:sz w:val="20"/>
        </w:rPr>
        <w:t>48:32  aur unhon ne likha hai ke India</w:t>
      </w:r>
      <w:r>
        <w:br/>
      </w:r>
      <w:r>
        <w:rPr>
          <w:sz w:val="20"/>
        </w:rPr>
        <w:t>48:36  aur Pakistan ke beech mein jo firing chal rahi hai, usi ke background mein kal ek Hindustan</w:t>
      </w:r>
      <w:r>
        <w:br/>
      </w:r>
      <w:r>
        <w:rPr>
          <w:sz w:val="20"/>
        </w:rPr>
        <w:t>48:43  Times mein ek news thi jis mein yeh likha tha ke Pakistan ki ek Muslim jamaat ne Pakistan</w:t>
      </w:r>
      <w:r>
        <w:br/>
      </w:r>
      <w:r>
        <w:rPr>
          <w:sz w:val="20"/>
        </w:rPr>
        <w:t>48:51  government se yeh mutalba kiya hai ke hindustan ke khilaf jihad kiya jae.</w:t>
      </w:r>
      <w:r>
        <w:br/>
      </w:r>
      <w:r>
        <w:rPr>
          <w:sz w:val="20"/>
        </w:rPr>
        <w:t>48:58  is news ko padh kar mere zehan mein baat aayi, yeh baat aayi ke aise log yeh nahin chahte hain ke India mein dawat ka kaam peaceful andaaz mein ho.</w:t>
      </w:r>
      <w:r>
        <w:br/>
      </w:r>
      <w:r>
        <w:rPr>
          <w:sz w:val="20"/>
        </w:rPr>
        <w:t>49:09  maulana, is ke bare mein aap kya kahengay? main to samajhta hoon ke yeh ghalati nahi hai, balkay crime hai.</w:t>
      </w:r>
      <w:r>
        <w:br/>
      </w:r>
      <w:r>
        <w:rPr>
          <w:sz w:val="20"/>
        </w:rPr>
        <w:t>49:19  crime</w:t>
      </w:r>
      <w:r>
        <w:br/>
      </w:r>
      <w:r>
        <w:rPr>
          <w:sz w:val="20"/>
        </w:rPr>
        <w:t>49:22  crime pakistan walon ne pehli ghalati yeh ki ke ke india ke log, jo un ke liye madu ka darja rakhtay thay, un se larai kar ke alag kilwaya.</w:t>
      </w:r>
      <w:r>
        <w:br/>
      </w:r>
      <w:r>
        <w:rPr>
          <w:sz w:val="20"/>
        </w:rPr>
        <w:t>49:32  partition bilashuba is ka islam se koi talluq nahi. islam mein partition ka koi concept hi nahi. koi islam mein partition ka koi concept nahi hai.</w:t>
      </w:r>
      <w:r>
        <w:br/>
      </w:r>
      <w:r>
        <w:rPr>
          <w:sz w:val="20"/>
        </w:rPr>
        <w:t>49:44  lar phir kar alag karwaya, halankay india ke logon ke liye madu khenchtay thay.</w:t>
      </w:r>
      <w:r>
        <w:br/>
      </w:r>
      <w:r>
        <w:rPr>
          <w:sz w:val="20"/>
        </w:rPr>
        <w:t>49:51  to alag karwanay ke baad kam se kam chup chap bethay hain. ab jo jihad ki baatein kar rahay hain, to yeh ghalati nahi hai, yeh crime hai. is ka talluq jihad se kuch bhi nahi hai.</w:t>
      </w:r>
      <w:r>
        <w:br/>
      </w:r>
      <w:r>
        <w:rPr>
          <w:sz w:val="20"/>
        </w:rPr>
        <w:t>50:01  yeh wohi hai: "yasmunahu bighair asmaa yuhallilunahu"</w:t>
      </w:r>
      <w:r>
        <w:br/>
      </w:r>
      <w:r>
        <w:rPr>
          <w:sz w:val="20"/>
        </w:rPr>
        <w:t>50:08  ke tashaddud ka naam rakh diya jihad, aur woh larai chhod rahay hain.</w:t>
      </w:r>
      <w:r>
        <w:br/>
      </w:r>
      <w:r>
        <w:rPr>
          <w:sz w:val="20"/>
        </w:rPr>
        <w:t>50:16  beh-haal, main is mein zara bhi shakk nahi ke pakistan walon ne pehlay sirf ghalati ki thi, ab woh crime kar rahay hain. un ko yeh sab band karna chahiye.</w:t>
      </w:r>
      <w:r>
        <w:br/>
      </w:r>
      <w:r>
        <w:rPr>
          <w:sz w:val="20"/>
        </w:rPr>
        <w:t>50:25  border par jo shelling ho rahi hai, woh to itni ghalat cheez hai ke us ko sun kar mujhe samajh nahi aati ke aakhri minus hai ya kya cheez hai.</w:t>
      </w:r>
      <w:r>
        <w:br/>
      </w:r>
      <w:r>
        <w:rPr>
          <w:sz w:val="20"/>
        </w:rPr>
        <w:t>50:35  wahan, wahan, wahan ke logon mein kaun sa culture chal raha hai?</w:t>
      </w:r>
      <w:r>
        <w:br/>
      </w:r>
      <w:r>
        <w:rPr>
          <w:sz w:val="20"/>
        </w:rPr>
        <w:t>50:39  mujhe to aisa lagta hai ke pehlay tashaddud culture tha, yani pehlay partition culture aaya, phir tashaddud culture aaya, ab minus culture aa gaya hai.</w:t>
      </w:r>
      <w:r>
        <w:br/>
      </w:r>
      <w:r>
        <w:rPr>
          <w:sz w:val="20"/>
        </w:rPr>
        <w:t>50:50  maaf kijiyega, main bohat hi is bare mein mera dil dukhi hai. pehlay logon ke haan partition culture tha, phir aaya tashaddud culture, hate culture.</w:t>
      </w:r>
      <w:r>
        <w:br/>
      </w:r>
      <w:r>
        <w:rPr>
          <w:sz w:val="20"/>
        </w:rPr>
        <w:t>51:00  ab to yeh jo ho raha hai, yeh crime ho raha hai. crime!</w:t>
      </w:r>
      <w:r>
        <w:br/>
      </w:r>
      <w:r>
        <w:rPr>
          <w:sz w:val="20"/>
        </w:rPr>
        <w:t>51:06  pakistanion ke liye aik hi jaiz tareeqa hai ke woh india se dosti karen, sari sargarmiyon ko internet ke zariye khatam kar den.</w:t>
      </w:r>
      <w:r>
        <w:br/>
      </w:r>
      <w:r>
        <w:rPr>
          <w:sz w:val="20"/>
        </w:rPr>
        <w:t>51:16  warna mujhe is tarah bhi shakk nahi ke Allah ke haan pakray jayengay. yaqeen kijiye, main is ko soch kar rota hoon ke kitni sakht pakar hogi in pakistanion ki.</w:t>
      </w:r>
      <w:r>
        <w:br/>
      </w:r>
      <w:r>
        <w:rPr>
          <w:sz w:val="20"/>
        </w:rPr>
        <w:t>51:26  apni tanhaiyon mein rota hoon main</w:t>
      </w:r>
      <w:r>
        <w:br/>
      </w:r>
      <w:r>
        <w:rPr>
          <w:sz w:val="20"/>
        </w:rPr>
        <w:t>51:28  ke in pakistanion ko Allah ke haan kitni sakht pakar hogi ke jhooti larai tum ne ki hai, us ko jihad keh diya hai, Allah ka naam de diya hai.</w:t>
      </w:r>
      <w:r>
        <w:br/>
      </w:r>
      <w:r>
        <w:rPr>
          <w:sz w:val="20"/>
        </w:rPr>
        <w:t>51:39  main, mera bohat dukh, dukhi is mamlay mein hoon, aur main koi bhi justification nahi hai musalmanon ko, koi just, koi bhi justification nahi hai pakistanion ke liye india ke khilaf jang karne ka.</w:t>
      </w:r>
      <w:r>
        <w:br/>
      </w:r>
      <w:r>
        <w:rPr>
          <w:sz w:val="20"/>
        </w:rPr>
        <w:t>51:53  koi justification nahi.</w:t>
      </w:r>
    </w:p>
    <w:p>
      <w:pPr>
        <w:pStyle w:val="Heading2"/>
      </w:pPr>
      <w:r>
        <w:t>Quran and Hadith references on loving country</w:t>
      </w:r>
    </w:p>
    <w:p>
      <w:r>
        <w:rPr>
          <w:color w:val="666666"/>
          <w:sz w:val="18"/>
        </w:rPr>
        <w:t>Society &amp; Dawah · Present Day Muslims Jan 13, 2013 · 3m 19s · at 1:00:26 · https://youtu.be/CVcbWVYitog?t=3626</w:t>
      </w:r>
    </w:p>
    <w:p>
      <w:r>
        <w:rPr>
          <w:i/>
        </w:rPr>
        <w:t>“One of our companions here needs to know specific references from Quran and Hadith which command or suggest a Muslim to love his country. This is in the background of grown tension between India and Pakistan to know the Islamic perspective on the love for country.”</w:t>
      </w:r>
    </w:p>
    <w:p>
      <w:r>
        <w:rPr>
          <w:sz w:val="20"/>
        </w:rPr>
        <w:t>1:00:26  Maulana, agla sawal Noida se hai, aah Khalid Ansari sahib ka. unhon ne likha hai "Maulana, with God's grace, today I have thirteen people with me in Noida who have joined for today's class through live webcast.</w:t>
      </w:r>
      <w:r>
        <w:br/>
      </w:r>
      <w:r>
        <w:rPr>
          <w:sz w:val="20"/>
        </w:rPr>
        <w:t>1:00:43  One of our companions here needs to know specific references from Quran and Hadith which command or suggest a Muslim to love his country.</w:t>
      </w:r>
      <w:r>
        <w:br/>
      </w:r>
      <w:r>
        <w:rPr>
          <w:sz w:val="20"/>
        </w:rPr>
        <w:t>1:00:54  This is in the background of grown tension between India and Pakistan to know the Islamic perspective on the love for country, which is the hot topic these days.</w:t>
      </w:r>
      <w:r>
        <w:br/>
      </w:r>
      <w:r>
        <w:rPr>
          <w:sz w:val="20"/>
        </w:rPr>
        <w:t>1:01:06  It would be great if you could share your understanding on this subject." bhai, dekhiye, pehli baat yeh hai ke Quran mein yeh Muslim, non Muslim ka jo jo jo Division kar rakha hai, woh hai hi nahin.</w:t>
      </w:r>
      <w:r>
        <w:br/>
      </w:r>
      <w:r>
        <w:rPr>
          <w:sz w:val="20"/>
        </w:rPr>
        <w:t>1:01:21  Quran mein insaan, insaan, insaan hai.</w:t>
      </w:r>
      <w:r>
        <w:br/>
      </w:r>
      <w:r>
        <w:rPr>
          <w:sz w:val="20"/>
        </w:rPr>
        <w:t>1:01:24  goya saari duniya jo hai, yeh dar-ul-insaan hai. yeh to Abbasi daur ke fuqaha ne yeh aik bid'at paida ki, bid'at ke dar-ul-Islam, dar-ul-harb, dar-ul-karb banaya.</w:t>
      </w:r>
      <w:r>
        <w:br/>
      </w:r>
      <w:r>
        <w:rPr>
          <w:sz w:val="20"/>
        </w:rPr>
        <w:t>1:01:37  is ka quran se hadith koi talluq nahi hai. abbasi daur ke fuqaha ki bidat hai yeh. quran mein to aap har insan hi insan hain. eiha insan, eiha insan, eiha insan.</w:t>
      </w:r>
      <w:r>
        <w:br/>
      </w:r>
      <w:r>
        <w:rPr>
          <w:sz w:val="20"/>
        </w:rPr>
        <w:t>1:01:51  to quran ke mutabiq to yeh hai ke yeh dunya darulinsan hai, jaise mein, waise doosre.</w:t>
      </w:r>
      <w:r>
        <w:br/>
      </w:r>
      <w:r>
        <w:rPr>
          <w:sz w:val="20"/>
        </w:rPr>
        <w:t>1:02:00  yeh tafreeq hi nahi hai ke muslim, non muslim, balke sab musalman hain.</w:t>
      </w:r>
      <w:r>
        <w:br/>
      </w:r>
      <w:r>
        <w:rPr>
          <w:sz w:val="20"/>
        </w:rPr>
        <w:t>1:02:08  khud rasool Allah salallaho alaihi wasallam ke bare mein ek waqea maine likha tha risale mein ke jab madine mein the rasool Allah salallaho alaihi wasallam to wahan par bahut se yahoodi the.</w:t>
      </w:r>
      <w:r>
        <w:br/>
      </w:r>
      <w:r>
        <w:rPr>
          <w:sz w:val="20"/>
        </w:rPr>
        <w:t>1:02:19  to ek din yahoodi ka janaza guzra to aap khade ho gaye us ki ta'zeem ke liye. to ek shakhs ne kaha ke yeh to yahoodi ka janaza tha, musalman ka tha hi nahi.</w:t>
      </w:r>
      <w:r>
        <w:br/>
      </w:r>
      <w:r>
        <w:rPr>
          <w:sz w:val="20"/>
        </w:rPr>
        <w:t>1:02:30  aap ne farmaya ke alaihis salat nafsan kya woh insan nahi tha? to main bhi insan, woh bhi insan.</w:t>
      </w:r>
      <w:r>
        <w:br/>
      </w:r>
      <w:r>
        <w:rPr>
          <w:sz w:val="20"/>
        </w:rPr>
        <w:t>1:02:39  to har ek, har ek ka respect do, har ek ko barabar ka darja do.</w:t>
      </w:r>
      <w:r>
        <w:br/>
      </w:r>
      <w:r>
        <w:rPr>
          <w:sz w:val="20"/>
        </w:rPr>
        <w:t>1:02:46  yeh to yaani ek baseless taqseem hai jo ki gayi hai. is ka islam se koi talluq nahi hai. hisab ke nazdeek dekhiye, hadith hai ke khalq ahlullah yeh sare insan Allah ke woh hain, progeny hain, Allah ki family hain.</w:t>
      </w:r>
      <w:r>
        <w:br/>
      </w:r>
      <w:r>
        <w:rPr>
          <w:sz w:val="20"/>
        </w:rPr>
        <w:t>1:03:08  to is ka matlab hai ke har ek jo hai, yaani har ek jo hai, aap ka sister aur brother hai, sab sister aur brother hain.</w:t>
      </w:r>
      <w:r>
        <w:br/>
      </w:r>
      <w:r>
        <w:rPr>
          <w:sz w:val="20"/>
        </w:rPr>
        <w:t>1:03:19  yeh to ek family wahan par reh rahe hain. to yeh to taqseem jo hai, quran o hadith mein nahi hai. yeh to taqseem ki gayi hai baad ke zamane mein.</w:t>
      </w:r>
      <w:r>
        <w:br/>
      </w:r>
      <w:r>
        <w:rPr>
          <w:sz w:val="20"/>
        </w:rPr>
        <w:t>1:03:29  woh main is ko bidat samajhta hoon, is taqseem ko. to aap quran o hadith wale islam par aajaiye</w:t>
      </w:r>
      <w:r>
        <w:br/>
      </w:r>
      <w:r>
        <w:rPr>
          <w:sz w:val="20"/>
        </w:rPr>
        <w:t>1:03:36  to wohi hai, koi doosri cheez is mein hai hi nahi.</w:t>
      </w:r>
    </w:p>
    <w:p>
      <w:pPr>
        <w:pStyle w:val="Heading2"/>
      </w:pPr>
      <w:r>
        <w:t>Quran distribution and a seeker's need</w:t>
      </w:r>
    </w:p>
    <w:p>
      <w:r>
        <w:rPr>
          <w:color w:val="666666"/>
          <w:sz w:val="18"/>
        </w:rPr>
        <w:t>Society &amp; Dawah · Man and the Laws of Nature April 1, 2012 · 3m 04s · at 1:16:40 · https://youtu.be/coIrwYQgb6Y?t=4600</w:t>
      </w:r>
    </w:p>
    <w:p>
      <w:r>
        <w:rPr>
          <w:i/>
        </w:rPr>
        <w:t>“Today, I went to Nehru Park and distributed copies of the Quran. One gentleman responded: 'I have been waiting to read the Quran for the last ten years, but I could not find a copy.'”</w:t>
      </w:r>
    </w:p>
    <w:p>
      <w:r>
        <w:rPr>
          <w:sz w:val="20"/>
        </w:rPr>
        <w:t>1:16:40  bas apne liye aur sab ke liye yeh dua karta hoon ke Allah mujhe aapse zyada se zyada seekhne aur samajhne ka mauqa de." Maulana, agla sawal hai doctor farida khanam ka delhi se.</w:t>
      </w:r>
      <w:r>
        <w:br/>
      </w:r>
      <w:r>
        <w:rPr>
          <w:sz w:val="20"/>
        </w:rPr>
        <w:t>1:16:55  unhone likha hai: "today, i went to nehru park and distributed copies of the quran.</w:t>
      </w:r>
      <w:r>
        <w:br/>
      </w:r>
      <w:r>
        <w:rPr>
          <w:sz w:val="20"/>
        </w:rPr>
        <w:t>1:17:02  one gentleman responded in these words: 'i have been waiting to read the quran for the last ten years, but i could not find a copy.</w:t>
      </w:r>
      <w:r>
        <w:br/>
      </w:r>
      <w:r>
        <w:rPr>
          <w:sz w:val="20"/>
        </w:rPr>
        <w:t>1:17:13  now, i am eighty years old. i thank god for choosing me for this blessing.'</w:t>
      </w:r>
      <w:r>
        <w:br/>
      </w:r>
      <w:r>
        <w:rPr>
          <w:sz w:val="20"/>
        </w:rPr>
        <w:t>1:17:20  maulana, my question is that: 'i want to ask, why is it that muslims do not give quran to non muslims, while the prophet had expressly commanded them to convey the divine message to mankind?'" dekhiye,</w:t>
      </w:r>
      <w:r>
        <w:br/>
      </w:r>
      <w:r>
        <w:rPr>
          <w:sz w:val="20"/>
        </w:rPr>
        <w:t>1:17:36  shaitan jo hai, is ka sab se bara fitna kya hai? jab woh muqaddas ban kar aata hai, yeh deen ke naam par aata hai.</w:t>
      </w:r>
      <w:r>
        <w:br/>
      </w:r>
      <w:r>
        <w:rPr>
          <w:sz w:val="20"/>
        </w:rPr>
        <w:t>1:17:45  yeh ulma ne likha, aap is ki kitab parh lijiye, talbiyah se halabi, jo kitab hai ibn qaim ki, ke shaitan ka sab se bara fitna yeh hai ke woh islam ke naam par aap ko behkaye, deen ke naam par behkaye.</w:t>
      </w:r>
      <w:r>
        <w:br/>
      </w:r>
      <w:r>
        <w:rPr>
          <w:sz w:val="20"/>
        </w:rPr>
        <w:t>1:17:58  to shaitan ne bohat hi bara fitna chher rakha hai, jis mein hum is waqt mubtala hain, woh hai be-hurmati ka tasawwur ke quran ki be-hurmati hogi.</w:t>
      </w:r>
      <w:r>
        <w:br/>
      </w:r>
      <w:r>
        <w:rPr>
          <w:sz w:val="20"/>
        </w:rPr>
        <w:t>1:18:07  yeh to bilkul hai hi nahi ke na quran mein, na hadith mein, kyunke be-hurmati hogi, is liye in ko quran nahi detey.</w:t>
      </w:r>
      <w:r>
        <w:br/>
      </w:r>
      <w:r>
        <w:rPr>
          <w:sz w:val="20"/>
        </w:rPr>
        <w:t>1:18:14  yani yeh bilkul hi shaitani nazariya yeh hai ke quran ki ko be-hurmati se bachao, aur is ke liye in ko ghair muslimon ko na do.</w:t>
      </w:r>
      <w:r>
        <w:br/>
      </w:r>
      <w:r>
        <w:rPr>
          <w:sz w:val="20"/>
        </w:rPr>
        <w:t>1:18:24  mein is ko bilkul batil samajhta hoon, aik shaitani tareeqa samajhta hoon ke aap be-hurmati ke tasawwur se quran ko ghair muslimon tak na dein.</w:t>
      </w:r>
      <w:r>
        <w:br/>
      </w:r>
      <w:r>
        <w:rPr>
          <w:sz w:val="20"/>
        </w:rPr>
        <w:t>1:18:35  bilkul is se koi sarta sar be bes besles baat</w:t>
      </w:r>
      <w:r>
        <w:br/>
      </w:r>
      <w:r>
        <w:rPr>
          <w:sz w:val="20"/>
        </w:rPr>
        <w:t>1:18:39  hai. hamein chahiye ke quran yani achhe khoob phailayein. yani agar farz kiye koi hindu arabi janta hai, arabi mein dein to is mein koi be-hurmati nahi hai.</w:t>
      </w:r>
      <w:r>
        <w:br/>
      </w:r>
      <w:r>
        <w:rPr>
          <w:sz w:val="20"/>
        </w:rPr>
        <w:t>1:18:50  aisa nahi ke sirf translation mein kehta hoon, translation ke siwa jo arabi text hai, agar koi hindu arabi text parhna chahta hai, us ko bhi dijiye, koi be-hurmati nahi hai.</w:t>
      </w:r>
      <w:r>
        <w:br/>
      </w:r>
      <w:r>
        <w:rPr>
          <w:sz w:val="20"/>
        </w:rPr>
        <w:t>1:19:01  quran isi liye utra hai ke logon ko pohanchaya jaye, logon ko Allah ka jo jo creation plan hai, us se logon ko ba-khabar kiya jaye.</w:t>
      </w:r>
      <w:r>
        <w:br/>
      </w:r>
      <w:r>
        <w:rPr>
          <w:sz w:val="20"/>
        </w:rPr>
        <w:t>1:19:10  to is ko dena hi dena hai, hamein</w:t>
      </w:r>
      <w:r>
        <w:br/>
      </w:r>
      <w:r>
        <w:rPr>
          <w:sz w:val="20"/>
        </w:rPr>
        <w:t>1:19:12  koi condition nahi, koi be-hurmati nahi, koi koi is mein burai nahi. jo bhi chahe quran ko hasil karna, us ko dijiye, chahe translation dijiye, chahe text dijiye.</w:t>
      </w:r>
      <w:r>
        <w:br/>
      </w:r>
      <w:r>
        <w:rPr>
          <w:sz w:val="20"/>
        </w:rPr>
        <w:t>1:19:25  yeh be-hurmati ka tasawwur batil hai, yeh shaitani masla hai,</w:t>
      </w:r>
      <w:r>
        <w:br/>
      </w:r>
      <w:r>
        <w:rPr>
          <w:sz w:val="20"/>
        </w:rPr>
        <w:t>1:19:30  islam se is ka koi talluq nahi. isi isi isi tasawwur ne yeh kiya ke musalman apne gharon mein rakhe rehte hain, quran khud tilawat karte hain, aur woh non muslim tak is ko nahi pohanchate.</w:t>
      </w:r>
    </w:p>
    <w:p>
      <w:pPr>
        <w:pStyle w:val="Heading2"/>
      </w:pPr>
      <w:r>
        <w:t>Quranic approach to communal violence</w:t>
      </w:r>
    </w:p>
    <w:p>
      <w:r>
        <w:rPr>
          <w:color w:val="666666"/>
          <w:sz w:val="18"/>
        </w:rPr>
        <w:t>Society &amp; Dawah · Study of The Quran November 30, 2014 · 5m 32s · at 1:14:19 · https://youtu.be/x3fcJ2nlDow?t=4459</w:t>
      </w:r>
    </w:p>
    <w:p>
      <w:r>
        <w:rPr>
          <w:i/>
        </w:rPr>
        <w:t>“In India, regarding communal violence, what is the application of the Quran? Is it only to suffer beatings and make non-violent claims?”</w:t>
      </w:r>
    </w:p>
    <w:p>
      <w:r>
        <w:rPr>
          <w:sz w:val="20"/>
        </w:rPr>
        <w:t>1:14:19  maulana, agla sawal dilli se kya hai mahmood asim sahib ne, aur unhone likha hai: hindustan mein jo communal violence ka issue hai, us se niptne ke liye quran ka application kya hai?</w:t>
      </w:r>
      <w:r>
        <w:br/>
      </w:r>
      <w:r>
        <w:rPr>
          <w:sz w:val="20"/>
        </w:rPr>
        <w:t>1:14:33  sirf maar khana aur non-violently dawah karna? is ke bare mein? ji, kaun sahib hain yeh jo sawal kar rahe hain? humm, kaun sahib sawal kar rahe hain?</w:t>
      </w:r>
      <w:r>
        <w:br/>
      </w:r>
      <w:r>
        <w:rPr>
          <w:sz w:val="20"/>
        </w:rPr>
        <w:t>1:14:43  shayad pehli baar aaye hain yahan par woh. ji. beharhal, is par maine kitabein likhi hain, aap padh lijie. aur muslim jo communal rights hain, us ko bohat deeply mein ne un ki study ki hai.</w:t>
      </w:r>
      <w:r>
        <w:br/>
      </w:r>
      <w:r>
        <w:rPr>
          <w:sz w:val="20"/>
        </w:rPr>
        <w:t>1:14:59  sare communal rights jo hote hain, un ki beginning jo hoti hai, musalman bhadakne wali qaum ban gaye hain, bhadakte hain, bas fasad shuru ho jata hai. jahan jahan bhi hua, aghaz dekhiye aap.</w:t>
      </w:r>
      <w:r>
        <w:br/>
      </w:r>
      <w:r>
        <w:rPr>
          <w:sz w:val="20"/>
        </w:rPr>
        <w:t>1:15:14  aghaz kahan se? mislan mauo mein hamara jo zila hai, adam padh, wahan mauo ek town hai. to wahan par fasad hua. bohat zabardast fasad hua.</w:t>
      </w:r>
      <w:r>
        <w:br/>
      </w:r>
      <w:r>
        <w:rPr>
          <w:sz w:val="20"/>
        </w:rPr>
        <w:t>1:15:24  to maine direct mauo mein is ki tehqeeq ki.</w:t>
      </w:r>
      <w:r>
        <w:br/>
      </w:r>
      <w:r>
        <w:rPr>
          <w:sz w:val="20"/>
        </w:rPr>
        <w:t>1:15:28  jo chupa tha muslim akhbaron mein, kya tha? ke hinduo ne yeh itna mara, hinduo ne itna mara. yani hinduo ke hinduo ne jo jalaya, phoonka, us ka zikr to khoob khoob tha.</w:t>
      </w:r>
      <w:r>
        <w:br/>
      </w:r>
      <w:r>
        <w:rPr>
          <w:sz w:val="20"/>
        </w:rPr>
        <w:t>1:15:39  asal baat ka zikr nahi. maine wahan par tehqeeq ki to khud musalmano ne bataya ke asal baat yeh thi ke wahan par ek mandir tha, us mandir mein bhajan ho raha tha, kirtan.</w:t>
      </w:r>
      <w:r>
        <w:br/>
      </w:r>
      <w:r>
        <w:rPr>
          <w:sz w:val="20"/>
        </w:rPr>
        <w:t>1:15:53  to musalmano ne ja ke mana kiya ke tum kirtan mat karo.</w:t>
      </w:r>
      <w:r>
        <w:br/>
      </w:r>
      <w:r>
        <w:rPr>
          <w:sz w:val="20"/>
        </w:rPr>
        <w:t>1:15:57  haan, woh hamari masjid mein namaz ho rahi hai. to unhone kaha ke hum ne artificial se ijazat le li hai, hum nahi rokenge.</w:t>
      </w:r>
      <w:r>
        <w:br/>
      </w:r>
      <w:r>
        <w:rPr>
          <w:sz w:val="20"/>
        </w:rPr>
        <w:t>1:16:07  to unhone is ko mic ko tod diya. to kya aap samajhte hain ke mic ko todenge, aap ko fasad nahi hoga? communal rights jo hai, yeh lafzi galat hai mere nazdeek.</w:t>
      </w:r>
      <w:r>
        <w:br/>
      </w:r>
      <w:r>
        <w:rPr>
          <w:sz w:val="20"/>
        </w:rPr>
        <w:t>1:16:21  humein jitne bhi rights hue hain, un sab ke bare mein mein keh sakta hoon ke maine bohat se rights ki tehqeeq ki hai. ke musalman jazbati qaum hain, mushtael ho jate hain, bhadak uthte hain.</w:t>
      </w:r>
      <w:r>
        <w:br/>
      </w:r>
      <w:r>
        <w:rPr>
          <w:sz w:val="20"/>
        </w:rPr>
        <w:t>1:16:32  to woh ja kar wahan, yani kuch na kuch kar baithte hain. abhi dekhiye, bhagalpur ki report abhi aayi hai.</w:t>
      </w:r>
      <w:r>
        <w:br/>
      </w:r>
      <w:r>
        <w:rPr>
          <w:sz w:val="20"/>
        </w:rPr>
        <w:t>1:16:41  bhagalpur ki direct maine tehqeeq kar ke batata hoon aap ko, jo bhagalpur rights hua tha.</w:t>
      </w:r>
      <w:r>
        <w:br/>
      </w:r>
      <w:r>
        <w:rPr>
          <w:sz w:val="20"/>
        </w:rPr>
        <w:t>1:16:48  ek sahib jo is par moti si kitab likhi thi, unhone. bhagalpur ka fasad. bohat hi mashhoor tha fasad bhagalpur ka.</w:t>
      </w:r>
      <w:r>
        <w:br/>
      </w:r>
      <w:r>
        <w:rPr>
          <w:sz w:val="20"/>
        </w:rPr>
        <w:t>1:16:58  bhagalpur ka fasad. to mujhe la ke kitab diya unhone. is kitab mein maine dekha ke hinduo ne jo wahan par kiya tha, us ka bohat tasweer tazkira tha.</w:t>
      </w:r>
      <w:r>
        <w:br/>
      </w:r>
      <w:r>
        <w:rPr>
          <w:sz w:val="20"/>
        </w:rPr>
        <w:t>1:17:10  musalmano ka kuch bhi nahi tha.</w:t>
      </w:r>
      <w:r>
        <w:br/>
      </w:r>
      <w:r>
        <w:rPr>
          <w:sz w:val="20"/>
        </w:rPr>
        <w:t>1:17:12  sirf ek jagah ek lafz tha ke hinduon ne jlas juloos nikala, is ke baad muslim naujawanon ne ek step liya. is waqt fasaad shuru ho gaya.</w:t>
      </w:r>
      <w:r>
        <w:br/>
      </w:r>
      <w:r>
        <w:rPr>
          <w:sz w:val="20"/>
        </w:rPr>
        <w:t>1:17:21  to main ne kaha ke yeh step, yeh step kya tha? aap ne mubham kyun kar</w:t>
      </w:r>
      <w:r>
        <w:br/>
      </w:r>
      <w:r>
        <w:rPr>
          <w:sz w:val="20"/>
        </w:rPr>
        <w:t>1:17:26  diya? hinduon ki baat to aap ne saaf saaf likhi hai, unhon ne falan dukaan jalai, falan ghar mein aisa kiya. yahan aap keh rahe hain ke musalman, muslim naujawanon ne step liya.</w:t>
      </w:r>
      <w:r>
        <w:br/>
      </w:r>
      <w:r>
        <w:rPr>
          <w:sz w:val="20"/>
        </w:rPr>
        <w:t>1:17:36  What is step? to batate nahin the. bahut zyada main un ki scrutiny ki to bata raha hoon ke step ke dasti bomb un ke paas tha, mara unhon ne.</w:t>
      </w:r>
      <w:r>
        <w:br/>
      </w:r>
      <w:r>
        <w:rPr>
          <w:sz w:val="20"/>
        </w:rPr>
        <w:t>1:17:48  jab unhon ne is khud, unhon ne bataya, unhon ne ke hinduon ka juloos jo tha, us ko rokte the woh ke route badlo, route badlo, route badlo.</w:t>
      </w:r>
      <w:r>
        <w:br/>
      </w:r>
      <w:r>
        <w:rPr>
          <w:sz w:val="20"/>
        </w:rPr>
        <w:t>1:17:58  to woh badalte nahin the. to muslim jo naujawanon ne dasti bomb phenka. aur sab dhuan bhar gaya wahan par sarak par.</w:t>
      </w:r>
      <w:r>
        <w:br/>
      </w:r>
      <w:r>
        <w:rPr>
          <w:sz w:val="20"/>
        </w:rPr>
        <w:t>1:18:08  to kya is ke baad fasaad nahin hoga?</w:t>
      </w:r>
      <w:r>
        <w:br/>
      </w:r>
      <w:r>
        <w:rPr>
          <w:sz w:val="20"/>
        </w:rPr>
        <w:t>1:18:12  fasaad nahin hoga is ke baad? arabi mein kaha tha ke albadi azlam jo shuru kare wohi zalim hai. wa hum badaukum awwal marra quran mein hai.</w:t>
      </w:r>
      <w:r>
        <w:br/>
      </w:r>
      <w:r>
        <w:rPr>
          <w:sz w:val="20"/>
        </w:rPr>
        <w:t>1:18:23  to badi har jagah quran musalman hote hain.</w:t>
      </w:r>
      <w:r>
        <w:br/>
      </w:r>
      <w:r>
        <w:rPr>
          <w:sz w:val="20"/>
        </w:rPr>
        <w:t>1:18:26  kisi ko koi agar ikhtilaf ho to mujhe woh jagah bataen ke kahan par musalman badi nahin the. yani bigidar. badi matlab bigidar.</w:t>
      </w:r>
      <w:r>
        <w:br/>
      </w:r>
      <w:r>
        <w:rPr>
          <w:sz w:val="20"/>
        </w:rPr>
        <w:t>1:18:36  to aap bigidar karain to is ko, is ko then you are pricing the price and you are estimating the policy</w:t>
      </w:r>
      <w:r>
        <w:br/>
      </w:r>
      <w:r>
        <w:rPr>
          <w:sz w:val="20"/>
        </w:rPr>
        <w:t>1:18:46  . communal riot ka lafz hi galat hai mere nazdeek. kyunke hota yeh hai ke musalman mushtael qaum ban gaye hain, jazbati qaum ban gaye hain. choti si baat pe bhark uthte hain.</w:t>
      </w:r>
      <w:r>
        <w:br/>
      </w:r>
      <w:r>
        <w:rPr>
          <w:sz w:val="20"/>
        </w:rPr>
        <w:t>1:18:56  badh kar ke kahin pathar maren ge, kahin kuch karen ge. to woh retaliate kare ga. Retaliation hota hai jis ke nateejay mein fasaad hota hai.</w:t>
      </w:r>
      <w:r>
        <w:br/>
      </w:r>
      <w:r>
        <w:rPr>
          <w:sz w:val="20"/>
        </w:rPr>
        <w:t>1:19:06  agar jis ko shak ho is par to mujhe us jagah ka naam batao ke falan jagah aisa nahin hua. to main ja ke tehqeeq karoon ga.</w:t>
      </w:r>
      <w:r>
        <w:br/>
      </w:r>
      <w:r>
        <w:rPr>
          <w:sz w:val="20"/>
        </w:rPr>
        <w:t>1:19:13  main ja kar wahan se tehqeeq karoon ga is ki. koi ek spot mujhe bataya jaye ke falan jagah jo hai, is mein musalmanon ne koi beginning nahin ki thi, phir bhi fasaad ho gaya.</w:t>
      </w:r>
      <w:r>
        <w:br/>
      </w:r>
      <w:r>
        <w:rPr>
          <w:sz w:val="20"/>
        </w:rPr>
        <w:t>1:19:25  woh mujhe bataiye is ko. to main jaon ga wahan par. har jagah musalman begin karte hain aur is ke baad woh retaliate karte hain, is se fasaad hota hai.</w:t>
      </w:r>
      <w:r>
        <w:br/>
      </w:r>
      <w:r>
        <w:rPr>
          <w:sz w:val="20"/>
        </w:rPr>
        <w:t>1:19:39  is par main ne baqayda kitaab likhi hai, aap is ko parh lijiyey.</w:t>
      </w:r>
      <w:r>
        <w:br/>
      </w:r>
      <w:r>
        <w:rPr>
          <w:sz w:val="20"/>
        </w:rPr>
        <w:t>1:19:43  moti si kitaab hai, is par main ne bohat si is mein baaten likhi hain.</w:t>
      </w:r>
    </w:p>
    <w:p>
      <w:pPr>
        <w:pStyle w:val="Heading2"/>
      </w:pPr>
      <w:r>
        <w:t>Rationale for interfaith interaction despite risks</w:t>
      </w:r>
    </w:p>
    <w:p>
      <w:r>
        <w:rPr>
          <w:color w:val="666666"/>
          <w:sz w:val="18"/>
        </w:rPr>
        <w:t>Society &amp; Dawah · The Deeper Meaning of The Quran 18 Aug 2019 - Maulana Wahiduddin Khan · 2m 02s · at 47:20 · https://youtu.be/EYyhbiR_ZIQ?t=2840</w:t>
      </w:r>
    </w:p>
    <w:p>
      <w:r>
        <w:rPr>
          <w:i/>
        </w:rPr>
        <w:t>“What is the rationale for your call for interaction with others as this may also mislead Muslims if they are open towards interaction with other faith people?”</w:t>
      </w:r>
    </w:p>
    <w:p>
      <w:r>
        <w:rPr>
          <w:sz w:val="20"/>
        </w:rPr>
        <w:t>47:20  Maulana, agla sawal kya hai Salman Sahab ne Lucknow se. unhon ne aap se poocha hai keh "What is the rationale for your call for interaction with others as this may also mislead Muslims if they are open towards interaction with other faith</w:t>
      </w:r>
      <w:r>
        <w:br/>
      </w:r>
      <w:r>
        <w:rPr>
          <w:sz w:val="20"/>
        </w:rPr>
        <w:t>47:43  people?"</w:t>
      </w:r>
      <w:r>
        <w:br/>
      </w:r>
      <w:r>
        <w:rPr>
          <w:sz w:val="20"/>
        </w:rPr>
        <w:t>47:48  dekhiye, mislead, mislead pehle boliye ga. Mislead, mislead. haan, mislead. yeh koi criterion nahi hai. duniya mein kaun si zabaan hai?</w:t>
      </w:r>
      <w:r>
        <w:br/>
      </w:r>
      <w:r>
        <w:rPr>
          <w:sz w:val="20"/>
        </w:rPr>
        <w:t>47:58  khud Arabi zabaan parh kar ke log gumrah ho jaate hain. yeh kaun si baat hai? yeh koi mayar nahi hai. jitne gumrah firqay duniya mein paida hue, woh sab Arabi zabaan mein mahir thay.</w:t>
      </w:r>
      <w:r>
        <w:br/>
      </w:r>
      <w:r>
        <w:rPr>
          <w:sz w:val="20"/>
        </w:rPr>
        <w:t>48:15  jitne Islam mein firqay nikale hain, woh sab Arabi ke mahir thay. yeh koi baat nahi hai.</w:t>
      </w:r>
      <w:r>
        <w:br/>
      </w:r>
      <w:r>
        <w:rPr>
          <w:sz w:val="20"/>
        </w:rPr>
        <w:t>48:29  Maulana, agla comment Pakistan se bheja hai Tariq Badar Sahab ne. unhon ne likha hai: "Today's lecture was important in understanding the importance of other languages and not only Arabic.</w:t>
      </w:r>
      <w:r>
        <w:br/>
      </w:r>
      <w:r>
        <w:rPr>
          <w:sz w:val="20"/>
        </w:rPr>
        <w:t>48:45  Maulana, in Pakistan still we find few people who try to understand the Quran and mostly read it for thought, even the educated people.</w:t>
      </w:r>
      <w:r>
        <w:br/>
      </w:r>
      <w:r>
        <w:rPr>
          <w:sz w:val="20"/>
        </w:rPr>
        <w:t>48:58  Distributing Quran translations is helping to break this mindset. Jazak Allah Maulana for guiding us in this direction.</w:t>
      </w:r>
      <w:r>
        <w:br/>
      </w:r>
      <w:r>
        <w:rPr>
          <w:sz w:val="20"/>
        </w:rPr>
        <w:t>49:13  Masha Allah.</w:t>
      </w:r>
    </w:p>
    <w:p>
      <w:pPr>
        <w:pStyle w:val="Heading2"/>
      </w:pPr>
      <w:r>
        <w:t>Re-planning: Dawah vs political unity</w:t>
      </w:r>
    </w:p>
    <w:p>
      <w:r>
        <w:rPr>
          <w:color w:val="666666"/>
          <w:sz w:val="18"/>
        </w:rPr>
        <w:t>Society &amp; Dawah · Tawbah-e-Nasuh (Sincere Repentance) 16 Feb 2020 - Maulana Wahiduddin Khan · 4m 27s · at 40:58 · https://youtu.be/0CccKs-1Uu8?t=2458</w:t>
      </w:r>
    </w:p>
    <w:p>
      <w:r>
        <w:rPr>
          <w:i/>
        </w:rPr>
        <w:t>“Instead of protest, we need to do accountability and re-planning. That is correct. But Maulana, Muslims are not ready for planning for Dawah; rather they want to unite for political re-planning. In which field is re-planning needed? Please clarify.”</w:t>
      </w:r>
    </w:p>
    <w:p>
      <w:r>
        <w:rPr>
          <w:sz w:val="20"/>
        </w:rPr>
        <w:t>40:58  maulana agla sawal bheja hai maulana iqbal umri ne chennai se. unhon ne likha hai: "ehtejaj ke bajaye ehtesab karna hai aur re planning karni hai.</w:t>
      </w:r>
      <w:r>
        <w:br/>
      </w:r>
      <w:r>
        <w:rPr>
          <w:sz w:val="20"/>
        </w:rPr>
        <w:t>41:11  yahi sahi hai. magar maulana musalman dawat ki planning ke liye tayyar nahi, balkeh siyasi re planning ke liye</w:t>
      </w:r>
      <w:r>
        <w:br/>
      </w:r>
      <w:r>
        <w:rPr>
          <w:sz w:val="20"/>
        </w:rPr>
        <w:t>41:21  muattahid hona chahte hain. aakhir kis maidan mein re planning ki zaroorat hai? is ko wazeh karen."</w:t>
      </w:r>
      <w:r>
        <w:br/>
      </w:r>
      <w:r>
        <w:rPr>
          <w:sz w:val="20"/>
        </w:rPr>
        <w:t>41:32  parties ke bare mein bhi nahi hai. main to apne bachpan ke zamane se suna hoon ke is is khauf mein ghogha saadat thi, aaj bhi ghogha saadat hai.</w:t>
      </w:r>
      <w:r>
        <w:br/>
      </w:r>
      <w:r>
        <w:rPr>
          <w:sz w:val="20"/>
        </w:rPr>
        <w:t>41:44  re planning kahan hai?</w:t>
      </w:r>
      <w:r>
        <w:br/>
      </w:r>
      <w:r>
        <w:rPr>
          <w:sz w:val="20"/>
        </w:rPr>
        <w:t>41:48  misalan dekhiye, main ek misal deta hoon aap ko ke jis zamane mein</w:t>
      </w:r>
      <w:r>
        <w:br/>
      </w:r>
      <w:r>
        <w:rPr>
          <w:sz w:val="20"/>
        </w:rPr>
        <w:t>41:56  british raj tha, us zamane mein kuch leader ubhre. jab baaldin afghani, rasheed raza, iqbal aur modoodi in sab logon ne yeh kaha ke</w:t>
      </w:r>
      <w:r>
        <w:br/>
      </w:r>
      <w:r>
        <w:rPr>
          <w:sz w:val="20"/>
        </w:rPr>
        <w:t>42:14  musalmanon ki qayamat islami qayamat hai, is par kitaben likhi gayeen. yeh bohat bari ghalati thi mere nazdeek.</w:t>
      </w:r>
      <w:r>
        <w:br/>
      </w:r>
      <w:r>
        <w:rPr>
          <w:sz w:val="20"/>
        </w:rPr>
        <w:t>42:24  yeh dunya mein bohat dinon ke baad</w:t>
      </w:r>
      <w:r>
        <w:br/>
      </w:r>
      <w:r>
        <w:rPr>
          <w:sz w:val="20"/>
        </w:rPr>
        <w:t>42:29  mudabireen ne yeh samjha tha ke chounke siyasat, chounke jography had bandi nahi hai, dunya mein ek zamana tha ke jography had bandi nahi thi.</w:t>
      </w:r>
      <w:r>
        <w:br/>
      </w:r>
      <w:r>
        <w:rPr>
          <w:sz w:val="20"/>
        </w:rPr>
        <w:t>42:43  jis ki talwar jahan tak pohnchti hai, wahi is ka</w:t>
      </w:r>
      <w:r>
        <w:br/>
      </w:r>
      <w:r>
        <w:rPr>
          <w:sz w:val="20"/>
        </w:rPr>
        <w:t>42:48  is ka hota tha. to yeh bohat bara kaam hua hai tareekh mein ke jografiy had bandi, is ko kehte hain watan par mabni qomiyat.</w:t>
      </w:r>
      <w:r>
        <w:br/>
      </w:r>
      <w:r>
        <w:rPr>
          <w:sz w:val="20"/>
        </w:rPr>
        <w:t>43:00  lekan musalman poori tareekh mein is ka mazaaq urate rahe</w:t>
      </w:r>
      <w:r>
        <w:br/>
      </w:r>
      <w:r>
        <w:rPr>
          <w:sz w:val="20"/>
        </w:rPr>
        <w:t>43:05  ke watan par mabni qomiyat nahi, balkeh mazhab par mabni hai, Islam par mabni hai. aaj bhi is ghalti ko koi banne ke liye tayyar nahi hai.</w:t>
      </w:r>
      <w:r>
        <w:br/>
      </w:r>
      <w:r>
        <w:rPr>
          <w:sz w:val="20"/>
        </w:rPr>
        <w:t>43:17  ek zamana tha ke Iqbal aur jawab din Afghani aur Rasheed Raza</w:t>
      </w:r>
      <w:r>
        <w:br/>
      </w:r>
      <w:r>
        <w:rPr>
          <w:sz w:val="20"/>
        </w:rPr>
        <w:t>43:22  aur Maudoodi yeh sab log yehi boli bolte the: "Islami qomiyat, Islami qomiyat." qomiyat Islami nahi hoti.</w:t>
      </w:r>
      <w:r>
        <w:br/>
      </w:r>
      <w:r>
        <w:rPr>
          <w:sz w:val="20"/>
        </w:rPr>
        <w:t>43:33  jografiy se qomiyat banti hai. kyunke jahan insaan rahe, jahan ghar banaye,</w:t>
      </w:r>
      <w:r>
        <w:br/>
      </w:r>
      <w:r>
        <w:rPr>
          <w:sz w:val="20"/>
        </w:rPr>
        <w:t>43:39  wahan. to yeh yeh jo dunya ke mudabireen ne yeh usool ikhtiyar kiya ke qomiyat mabni watan mein honi chahiye,</w:t>
      </w:r>
      <w:r>
        <w:br/>
      </w:r>
      <w:r>
        <w:rPr>
          <w:sz w:val="20"/>
        </w:rPr>
        <w:t>43:56  tab dunya mein yeh riwaj aaya ke aaj aap</w:t>
      </w:r>
      <w:r>
        <w:br/>
      </w:r>
      <w:r>
        <w:rPr>
          <w:sz w:val="20"/>
        </w:rPr>
        <w:t>44:00  poore aman ke sath jahan chahein wahan jaiye. aap ke paas travel document hona chahiye. yaani visa aur passport.</w:t>
      </w:r>
      <w:r>
        <w:br/>
      </w:r>
      <w:r>
        <w:rPr>
          <w:sz w:val="20"/>
        </w:rPr>
        <w:t>44:09  yaani kaisi ajeeb baat hai.</w:t>
      </w:r>
      <w:r>
        <w:br/>
      </w:r>
      <w:r>
        <w:rPr>
          <w:sz w:val="20"/>
        </w:rPr>
        <w:t>44:12  Islam ke zamane mein, Rasool Allah ke zamane mein jo jo talwar le ke chalte the aur is ko ghalat taur par is ko jihad ka title laga diya.</w:t>
      </w:r>
      <w:r>
        <w:br/>
      </w:r>
      <w:r>
        <w:rPr>
          <w:sz w:val="20"/>
        </w:rPr>
        <w:t>44:26  talwar le ke chalne ko. to talwar chalte the apni hifazat ke liye, jihad ke liye nahi. yaad rakhiye, jo log qadeem zamane mein jate the yahan wahan talwar le kar ke, to woh jang ke nahi,</w:t>
      </w:r>
    </w:p>
    <w:p>
      <w:pPr>
        <w:pStyle w:val="Heading2"/>
      </w:pPr>
      <w:r>
        <w:t>Reality of Urs and its popularity</w:t>
      </w:r>
    </w:p>
    <w:p>
      <w:r>
        <w:rPr>
          <w:color w:val="666666"/>
          <w:sz w:val="18"/>
        </w:rPr>
        <w:t>Society &amp; Dawah · Understanding Islam (In Conversation with Maulana) June 20, 2010 Maulana Wahidudidn Khan · 8m 39s · at 7:26 · https://youtu.be/7UylaPL-iO8?t=446</w:t>
      </w:r>
    </w:p>
    <w:p>
      <w:r>
        <w:rPr>
          <w:i/>
        </w:rPr>
        <w:t>“What is the phenomenon of Urs? What is it that so many people go to attend Urs? I saw on TV recently, there was an Urs going on, and someone was interviewing a person there.”</w:t>
      </w:r>
    </w:p>
    <w:p>
      <w:r>
        <w:rPr>
          <w:sz w:val="20"/>
        </w:rPr>
        <w:t>7:26  Maulana, yeh agla sawal hai Mr Shah Imran Hasan Delhi se. woh pooch rahe hain ke urs ka phenomenon kya hai?</w:t>
      </w:r>
      <w:r>
        <w:br/>
      </w:r>
      <w:r>
        <w:rPr>
          <w:sz w:val="20"/>
        </w:rPr>
        <w:t>7:36  aisa aisa kya hai ke itne saare log urs karne jate hain? is ki haqeeqat kya hai?</w:t>
      </w:r>
      <w:r>
        <w:br/>
      </w:r>
      <w:r>
        <w:rPr>
          <w:sz w:val="20"/>
        </w:rPr>
        <w:t>7:49  kal parson main TV par dekh raha tha, ek urs chal raha hai aaj kal. to is mein koi TV wale is se interview le raha tha.</w:t>
      </w:r>
      <w:r>
        <w:br/>
      </w:r>
      <w:r>
        <w:rPr>
          <w:sz w:val="20"/>
        </w:rPr>
        <w:t>8:00  to jis se poochta tha woh, aam taur par log yahi kehte the, "yahan hamari sab muradein poori ho jati hain. sab hamare masle hal ho jate hain.</w:t>
      </w:r>
      <w:r>
        <w:br/>
      </w:r>
      <w:r>
        <w:rPr>
          <w:sz w:val="20"/>
        </w:rPr>
        <w:t>8:10  jo hum mangte hain,</w:t>
      </w:r>
      <w:r>
        <w:br/>
      </w:r>
      <w:r>
        <w:rPr>
          <w:sz w:val="20"/>
        </w:rPr>
        <w:t>8:15  Huzoor se woh sab mil jata hai hum ko." yeh hai raaz ke galat ya sahi yeh phaila diya gaya hai ke yahan par aaoge to tumhari sab muradein poori ho jayengi.</w:t>
      </w:r>
      <w:r>
        <w:br/>
      </w:r>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r>
        <w:br/>
      </w:r>
      <w:r>
        <w:rPr>
          <w:sz w:val="20"/>
        </w:rPr>
        <w:t>10:01  ek baar to ab mein safar kar raha tha train mein to Pakistan ke kuch log mil gaye jo dargah ja rahe the. yaani dargah se loot rahe the woh. to unhon ne poocha ke wahan gaye the aap kis liye?</w:t>
      </w:r>
      <w:r>
        <w:br/>
      </w:r>
      <w:r>
        <w:rPr>
          <w:sz w:val="20"/>
        </w:rPr>
        <w:t>10:13  to unhon ne bataya ke meri, yaani Pakistan ka tha woh aadmi, ke meri kitni betiyan hain, abhi to un ki shadi nahi hui hai, wahan mein ne arzi laga di hai ja kar ke.</w:t>
      </w:r>
      <w:r>
        <w:br/>
      </w:r>
      <w:r>
        <w:rPr>
          <w:sz w:val="20"/>
        </w:rPr>
        <w:t>10:24  yaani wahan par dargah mein likh kar diya hoga ke bhai itni betiyon ki shadi ho jaye aur mein chadar chadhau ga ya itna degh pakwao ga, khilao ga.</w:t>
      </w:r>
      <w:r>
        <w:br/>
      </w:r>
      <w:r>
        <w:rPr>
          <w:sz w:val="20"/>
        </w:rPr>
        <w:t>10:35  to yeh sara mamla hai false hopes business ka hai. kyunke hamara aqeedah hai ke sirf Allah nafe o azaar hai. jo kuch hota hai woh Allah ki taraf se hota hai.</w:t>
      </w:r>
      <w:r>
        <w:br/>
      </w:r>
      <w:r>
        <w:rPr>
          <w:sz w:val="20"/>
        </w:rPr>
        <w:t>10:46  kisi qabar wale ko, kisi dargah wale ko. yeh ikhtiyar hi nahi ke woh kisi ko faida pohncha de. lekin ek phaila hua hai.</w:t>
      </w:r>
      <w:r>
        <w:br/>
      </w:r>
      <w:r>
        <w:rPr>
          <w:sz w:val="20"/>
        </w:rPr>
        <w:t>10:55  hindu India mein hai zyada tar hai, bahar nahi hai yeh sab. yeh jo phenomena hai yeh India ka phenomena hai. maslan jo jaise log jaate hain mandiron mein aur woh un ke jo hote hain bare bare maqamat, teerath, theek wahi hai, yeh bhi yeh mamla hai.</w:t>
      </w:r>
      <w:r>
        <w:br/>
      </w:r>
      <w:r>
        <w:rPr>
          <w:sz w:val="20"/>
        </w:rPr>
        <w:t>11:14  hindu log wahan jaate hain is liye ke agar wahan chale gaye, wahan darshan de diya, wahan kuch chadhawa chadhawa diya to un ki murad poori ho jayegi. aise samajhte hain musalman ke yahan chale gaye, wahan chadar chadhawa di to hamari murad poori ho jayegi.</w:t>
      </w:r>
      <w:r>
        <w:br/>
      </w:r>
      <w:r>
        <w:rPr>
          <w:sz w:val="20"/>
        </w:rPr>
        <w:t>11:30  to mein is ko false hopes business samajhta hoon, is ke siwa kuch nahi.</w:t>
      </w:r>
      <w:r>
        <w:br/>
      </w:r>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r>
        <w:br/>
      </w:r>
      <w:r>
        <w:rPr>
          <w:sz w:val="20"/>
        </w:rPr>
        <w:t>13:21  das question is from doctor muslima siddiqui from new delhi. what is the islamic way of repentance?</w:t>
      </w:r>
      <w:r>
        <w:br/>
      </w:r>
      <w:r>
        <w:rPr>
          <w:sz w:val="20"/>
        </w:rPr>
        <w:t>13:31  can we be forgiven by lord for our bad deeds committed in the past? kindly comment.</w:t>
      </w:r>
      <w:r>
        <w:br/>
      </w:r>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r>
        <w:br/>
      </w:r>
      <w:r>
        <w:rPr>
          <w:sz w:val="20"/>
        </w:rPr>
        <w:t>14:16  yani repentance. ke bohat ziyada ehsas ho ke maine ghalati kar dali. bohat ziyada ehsas ho ke maine ghalati kar dali. bohat ziyada ehsas.</w:t>
      </w:r>
      <w:r>
        <w:br/>
      </w:r>
      <w:r>
        <w:rPr>
          <w:sz w:val="20"/>
        </w:rPr>
        <w:t>14:27  isi ko hum repentance, yani pehli shart hai, sab se bari shart balkeh hai, repentance. yeh hadith mein aata hai ke al tobat al naddm.</w:t>
      </w:r>
      <w:r>
        <w:br/>
      </w:r>
      <w:r>
        <w:rPr>
          <w:sz w:val="20"/>
        </w:rPr>
        <w:t>14:36  ke toba ki harkat nadamat hai, sharmindagi hai. doosri cheez kya hai ke yeh, yeh ahad karna hai ke ab mein aisa nahi karunga.</w:t>
      </w:r>
      <w:r>
        <w:br/>
      </w:r>
      <w:r>
        <w:rPr>
          <w:sz w:val="20"/>
        </w:rPr>
        <w:t>14:49  yani ek hai sharminda hona, doosra yeh ke yeh tay karna hai ke ab mein aisa nahi karne wala hoon. ek baar to ghalati ho gayi, ho gayi. once was inf.</w:t>
      </w:r>
      <w:r>
        <w:br/>
      </w:r>
      <w:r>
        <w:rPr>
          <w:sz w:val="20"/>
        </w:rPr>
        <w:t>15:00  teesri shart yeh hai ke agar insan ka muamla hai, maslan insan ka hum ne paisa loot liya hai. to uska paisa lotana, us ko maar kar zakhmi kar diya to uska dawa ilaj ka intizam karna,</w:t>
      </w:r>
      <w:r>
        <w:br/>
      </w:r>
      <w:r>
        <w:rPr>
          <w:sz w:val="20"/>
        </w:rPr>
        <w:t>15:14  compensate karna. yeh khuda ke muamle mein hua to us ko hum compensate nahi kar sakte. insan ke muamle mein agar hua to hum compensate karenge.</w:t>
      </w:r>
      <w:r>
        <w:br/>
      </w:r>
      <w:r>
        <w:rPr>
          <w:sz w:val="20"/>
        </w:rPr>
        <w:t>15:25  to toba ki teen shartein hain. number one, nadim hona jis ko repentance kaha jata hai. doosra, yeh pakka irada karna, bohat hi determination ke sath ke ab mein aisi ghaltiyan nahi karunga.</w:t>
      </w:r>
      <w:r>
        <w:br/>
      </w:r>
      <w:r>
        <w:rPr>
          <w:sz w:val="20"/>
        </w:rPr>
        <w:t>15:43  khuda aap mujhe maaf kar de. aur teesra yeh hai ke agar insan ke sath ghalati hui hai aur insan ko koi nuqsan pohanchaya aap ne to compensate karna hai us ko.</w:t>
      </w:r>
      <w:r>
        <w:br/>
      </w:r>
      <w:r>
        <w:rPr>
          <w:sz w:val="20"/>
        </w:rPr>
        <w:t>15:53  yeh teen shartein hain. aur jo aadmi yeh shartein pura kar de to khula hua hai, quran majeed mein likha hua hai ke us ko Allah taala maaf kar deta hai.</w:t>
      </w:r>
    </w:p>
    <w:p>
      <w:pPr>
        <w:pStyle w:val="Heading2"/>
      </w:pPr>
      <w:r>
        <w:t>Reality of Wala and Bara</w:t>
      </w:r>
    </w:p>
    <w:p>
      <w:r>
        <w:rPr>
          <w:color w:val="666666"/>
          <w:sz w:val="18"/>
        </w:rPr>
        <w:t>Society &amp; Dawah · Building A Creative Personality | 20 Nov 2011 · 2m 46s · at 1:41:19 · https://youtu.be/jdfhpwfEvKg?t=6079</w:t>
      </w:r>
    </w:p>
    <w:p>
      <w:r>
        <w:rPr>
          <w:i/>
        </w:rPr>
        <w:t>“What is the reality of the issue of Wala and Bara?”</w:t>
      </w:r>
    </w:p>
    <w:p>
      <w:r>
        <w:rPr>
          <w:sz w:val="20"/>
        </w:rPr>
        <w:t>1:41:19  woh fatwa dete hain, lekin manta kon hai in ke fatwe ko? ji, maulana, agla sawal aya hai.</w:t>
      </w:r>
      <w:r>
        <w:br/>
      </w:r>
      <w:r>
        <w:rPr>
          <w:sz w:val="20"/>
        </w:rPr>
        <w:t>1:41:24  maulana inayatullah</w:t>
      </w:r>
      <w:r>
        <w:br/>
      </w:r>
      <w:r>
        <w:rPr>
          <w:sz w:val="20"/>
        </w:rPr>
        <w:t>1:41:29  umri ka bangalore se. unhon ne likha hai ke wala aur bara ke masle ki haqeeqat kya hai? dekhiye, aaj kal kuch aisi kitabein likhi gayi hain arbon, arab duniya mein. is mein woh kehte hain ke wala musalmanon ke liye hai aur bara ghair musalmanon</w:t>
      </w:r>
      <w:r>
        <w:br/>
      </w:r>
      <w:r>
        <w:rPr>
          <w:sz w:val="20"/>
        </w:rPr>
        <w:t>1:41:59  ke liye hai.</w:t>
      </w:r>
      <w:r>
        <w:br/>
      </w:r>
      <w:r>
        <w:rPr>
          <w:sz w:val="20"/>
        </w:rPr>
        <w:t>1:42:04  kyun ke quran mein aisa aya hai, aaye hain references ke tum ko musalmanon se wala maani, yani gehra</w:t>
      </w:r>
      <w:r>
        <w:br/>
      </w:r>
      <w:r>
        <w:rPr>
          <w:sz w:val="20"/>
        </w:rPr>
        <w:t>1:42:09  ta'alluq, mohabbat ka ta'alluq, aur bara maani un se judai, alheydgi.</w:t>
      </w:r>
      <w:r>
        <w:br/>
      </w:r>
      <w:r>
        <w:rPr>
          <w:sz w:val="20"/>
        </w:rPr>
        <w:t>1:42:14  to kaha ghair muslimon se hamein judai, distance banana chahiye, juda hona chahiye, aur sirf musalmanon se hamein</w:t>
      </w:r>
      <w:r>
        <w:br/>
      </w:r>
      <w:r>
        <w:rPr>
          <w:sz w:val="20"/>
        </w:rPr>
        <w:t>1:42:19  ta'alluq rakhna chahiye.</w:t>
      </w:r>
      <w:r>
        <w:br/>
      </w:r>
      <w:r>
        <w:rPr>
          <w:sz w:val="20"/>
        </w:rPr>
        <w:t>1:42:24  to yeh aisi kitabein likhi gayi hain ke mein</w:t>
      </w:r>
      <w:r>
        <w:br/>
      </w:r>
      <w:r>
        <w:rPr>
          <w:sz w:val="20"/>
        </w:rPr>
        <w:t>1:42:29  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r>
        <w:br/>
      </w:r>
      <w:r>
        <w:rPr>
          <w:sz w:val="20"/>
        </w:rPr>
        <w:t>1:42:59  razdari bartni parti hai, raaz muntaqil ho jate hain, to hum ko distance maintain karna parega.</w:t>
      </w:r>
      <w:r>
        <w:br/>
      </w:r>
      <w:r>
        <w:rPr>
          <w:sz w:val="20"/>
        </w:rPr>
        <w:t>1:43:04  to woh halat jang ke liye is ko, is ko generalize kar diya unhon ne, aur sari duniya</w:t>
      </w:r>
      <w:r>
        <w:br/>
      </w:r>
      <w:r>
        <w:rPr>
          <w:sz w:val="20"/>
        </w:rPr>
        <w:t>1:43:09  ke jo ghair muslim hain, un se dori banao.</w:t>
      </w:r>
      <w:r>
        <w:br/>
      </w:r>
      <w:r>
        <w:rPr>
          <w:sz w:val="20"/>
        </w:rPr>
        <w:t>1:43:14  yeh bilkul galat thi, yeh islam se koi talluq is ka nahi hai.</w:t>
      </w:r>
      <w:r>
        <w:br/>
      </w:r>
      <w:r>
        <w:rPr>
          <w:sz w:val="20"/>
        </w:rPr>
        <w:t>1:43:19  arbon ka muamla dekhen, ek baat bataon mein aap ko ke sare arbon ka muamla yeh hai ke</w:t>
      </w:r>
      <w:r>
        <w:br/>
      </w:r>
      <w:r>
        <w:rPr>
          <w:sz w:val="20"/>
        </w:rPr>
        <w:t>1:43:24  woh in ka jo islam hai, woh sara ka sara falasteen se bana hai, israel se bana hai, saaf</w:t>
      </w:r>
      <w:r>
        <w:br/>
      </w:r>
      <w:r>
        <w:rPr>
          <w:sz w:val="20"/>
        </w:rPr>
        <w:t>1:43:29  isi se le kar ke in ka mind banaya hai.</w:t>
      </w:r>
      <w:r>
        <w:br/>
      </w:r>
      <w:r>
        <w:rPr>
          <w:sz w:val="20"/>
        </w:rPr>
        <w:t>1:43:35  chunki unhein nafrat hai yahudiyon se, is wajah se woh sare islam ko isi waqt explain karte hain.</w:t>
      </w:r>
      <w:r>
        <w:br/>
      </w:r>
      <w:r>
        <w:rPr>
          <w:sz w:val="20"/>
        </w:rPr>
        <w:t>1:43:40  woh sare arab jo hain, gehrai ke sath yahudi nafrat mein mubtala hain, bas yeh israel se nafrat</w:t>
      </w:r>
      <w:r>
        <w:br/>
      </w:r>
      <w:r>
        <w:rPr>
          <w:sz w:val="20"/>
        </w:rPr>
        <w:t>1:43:45  mein mubtala hain, bohat hi gehrai ke sath.</w:t>
      </w:r>
      <w:r>
        <w:br/>
      </w:r>
      <w:r>
        <w:rPr>
          <w:sz w:val="20"/>
        </w:rPr>
        <w:t>1:43:50  wohi refer karta hai in ke taqreeron mein, in ke mazmoonon mein, in ki kitabon mein.</w:t>
      </w:r>
      <w:r>
        <w:br/>
      </w:r>
      <w:r>
        <w:rPr>
          <w:sz w:val="20"/>
        </w:rPr>
        <w:t>1:43:55  toh arbon ki kitabon ko ka aap zariya na banayen.</w:t>
      </w:r>
      <w:r>
        <w:br/>
      </w:r>
      <w:r>
        <w:rPr>
          <w:sz w:val="20"/>
        </w:rPr>
        <w:t>1:44:01  aap quran o hadith ko direct parhen toh aap islam samajh mein ayega.</w:t>
      </w:r>
    </w:p>
    <w:p>
      <w:pPr>
        <w:pStyle w:val="Heading2"/>
      </w:pPr>
      <w:r>
        <w:t>Reason behind Muslim superiority thinking</w:t>
      </w:r>
    </w:p>
    <w:p>
      <w:r>
        <w:rPr>
          <w:color w:val="666666"/>
          <w:sz w:val="18"/>
        </w:rPr>
        <w:t>Society &amp; Dawah · Age of Alternatives April 05, 2015 · 2m 11s · at 1:06:28 · https://youtu.be/4v0uCM2BZuA?t=3988</w:t>
      </w:r>
    </w:p>
    <w:p>
      <w:r>
        <w:rPr>
          <w:i/>
        </w:rPr>
        <w:t>“Muslims think that they are superior to non-Muslims. What is the reason for this kind of thinking?”</w:t>
      </w:r>
    </w:p>
    <w:p>
      <w:r>
        <w:rPr>
          <w:sz w:val="20"/>
        </w:rPr>
        <w:t>1:06:28  maulana, agla sawal bhopal se hai. faisal sahab ne kiya hai aur unhon ne likha hai ke "muslims think that they are superior to non muslims.</w:t>
      </w:r>
      <w:r>
        <w:br/>
      </w:r>
      <w:r>
        <w:rPr>
          <w:sz w:val="20"/>
        </w:rPr>
        <w:t>1:06:39  " maulana, what is the reason for this kind of thinking? yeh yehud ki mazahamat hai. hadith mein aata hai ke "tum yahud ki naqal karoge,</w:t>
      </w:r>
      <w:r>
        <w:br/>
      </w:r>
      <w:r>
        <w:rPr>
          <w:sz w:val="20"/>
        </w:rPr>
        <w:t>1:06:54  mazahamat mani naqal karna."</w:t>
      </w:r>
      <w:r>
        <w:br/>
      </w:r>
      <w:r>
        <w:rPr>
          <w:sz w:val="20"/>
        </w:rPr>
        <w:t>1:06:57  to aap yahud ki tareekh padhiye, wahan un ke haan aik kitaben likhi hain ke waqai is pe likhi gayi hain. jewish supremacism, jewish yani yahudi bartari, baqayda kitaben maujood hain.</w:t>
      </w:r>
      <w:r>
        <w:br/>
      </w:r>
      <w:r>
        <w:rPr>
          <w:sz w:val="20"/>
        </w:rPr>
        <w:t>1:07:11  is ki jewish supremacism to wohi yahan bhi aa gaya. muslim supremacism yahud ki naqal mein apne ko bartar samajhna, yeh bilkul hi baseless baat hai ke koi bartar hai Allah ke nazdeek, koi bartar nahi, sab barabar hain,</w:t>
      </w:r>
      <w:r>
        <w:br/>
      </w:r>
      <w:r>
        <w:rPr>
          <w:sz w:val="20"/>
        </w:rPr>
        <w:t>1:07:28  koi bartar nahi hai Allah ke haan, sab barabar hain. yeh to yahudion ki naqal hai ke koi islam se koi talluq is ka nahi hai. yani jewish supremacism ki jagah unhon ne muslim supremacism bana bana rakha hai.</w:t>
      </w:r>
      <w:r>
        <w:br/>
      </w:r>
      <w:r>
        <w:rPr>
          <w:sz w:val="20"/>
        </w:rPr>
        <w:t>1:07:43  aur yeh hadith mein maujood tha ke musalman jo hain poori naqal karenge yahudiyon ki. yeh yeh isi hadith ki hai, yaani wohi peshangoi poori ho rahi hai.</w:t>
      </w:r>
      <w:r>
        <w:br/>
      </w:r>
      <w:r>
        <w:rPr>
          <w:sz w:val="20"/>
        </w:rPr>
        <w:t>1:08:01  yeh ayat hai Quran mein: "ya allazina kafaroo</w:t>
      </w:r>
      <w:r>
        <w:br/>
      </w:r>
      <w:r>
        <w:rPr>
          <w:sz w:val="20"/>
        </w:rPr>
        <w:t>1:08:04  " . yaani yeh yahud ki mazahamat, mazahamat maani imitate karna, naqal karna.</w:t>
      </w:r>
      <w:r>
        <w:br/>
      </w:r>
      <w:r>
        <w:rPr>
          <w:sz w:val="20"/>
        </w:rPr>
        <w:t>1:08:12  dekhen, yahud ke maani kya hain? yahud ke maani hain zawal yafta ummat, zawal yafta qaum. to jis tarah yahud ek zawal yafta qaum bane, aise hi hadith ke mutabiq musalman bhi zawal yafta qaum ban jayenge.</w:t>
      </w:r>
      <w:r>
        <w:br/>
      </w:r>
      <w:r>
        <w:rPr>
          <w:sz w:val="20"/>
        </w:rPr>
        <w:t>1:08:28  to is ka yeh phenomenon hai. to woh to hona hi h</w:t>
      </w:r>
      <w:r>
        <w:br/>
      </w:r>
      <w:r>
        <w:rPr>
          <w:sz w:val="20"/>
        </w:rPr>
        <w:t>1:08:32  ona tha hadith ki peshangoi ke mutabiq.</w:t>
      </w:r>
    </w:p>
    <w:p>
      <w:pPr>
        <w:pStyle w:val="Heading2"/>
      </w:pPr>
      <w:r>
        <w:t>Reason for emphasizing English learning to Muslims</w:t>
      </w:r>
    </w:p>
    <w:p>
      <w:r>
        <w:rPr>
          <w:color w:val="666666"/>
          <w:sz w:val="18"/>
        </w:rPr>
        <w:t>Society &amp; Dawah · The Creation Plan December 09, 2018 · 1m 13s · at 56:54 · https://youtu.be/y8tS4vW9lFI?t=3414</w:t>
      </w:r>
    </w:p>
    <w:p>
      <w:r>
        <w:rPr>
          <w:i/>
        </w:rPr>
        <w:t>“Molana, I have observed that you emphasize a lot to Muslims in learning English. What is the reason? Should students graduating from madrasa also learn English?”</w:t>
      </w:r>
    </w:p>
    <w:p>
      <w:r>
        <w:rPr>
          <w:sz w:val="20"/>
        </w:rPr>
        <w:t>56:54  maulana, agla sawal lucknow se kiya hai muhammad hussain sahab ne. unhone likha hai: "maulana, i have observed that you emphasize a lot to muslims in learning english language.</w:t>
      </w:r>
      <w:r>
        <w:br/>
      </w:r>
      <w:r>
        <w:rPr>
          <w:sz w:val="20"/>
        </w:rPr>
        <w:t>57:07  what is the reason behind this? should students graduating from madrasa also learn english?" is ke bare mein batayein.</w:t>
      </w:r>
      <w:r>
        <w:br/>
      </w:r>
      <w:r>
        <w:rPr>
          <w:sz w:val="20"/>
        </w:rPr>
        <w:t>57:21  arey bhai, dekhiye, seerat kitab mein aata hai ke rasool Allah ke katib the zaid ibn ansari.</w:t>
      </w:r>
      <w:r>
        <w:br/>
      </w:r>
      <w:r>
        <w:rPr>
          <w:sz w:val="20"/>
        </w:rPr>
        <w:t>57:31  zaid ibn ansari, unhone rasool Allah ke kehne par chah zabanen seekhi thi. to yeh to sunnat rasool hai, sunnat sahaba hai.</w:t>
      </w:r>
      <w:r>
        <w:br/>
      </w:r>
      <w:r>
        <w:rPr>
          <w:sz w:val="20"/>
        </w:rPr>
        <w:t>57:46  aap seekhein, phir sawab milega,</w:t>
      </w:r>
      <w:r>
        <w:br/>
      </w:r>
      <w:r>
        <w:rPr>
          <w:sz w:val="20"/>
        </w:rPr>
        <w:t>57:51  phir sawab milega.</w:t>
      </w:r>
      <w:r>
        <w:br/>
      </w:r>
      <w:r>
        <w:rPr>
          <w:sz w:val="20"/>
        </w:rPr>
        <w:t>57:56  yeh zaid ibn sahab tanzali ki sunnat hai aur jo rasool Allah ke kehne ke mutabiq unhone ikhtiyar kiya.</w:t>
      </w:r>
    </w:p>
    <w:p>
      <w:pPr>
        <w:pStyle w:val="Heading2"/>
      </w:pPr>
      <w:r>
        <w:t>Reason for majority following secular ideology</w:t>
      </w:r>
    </w:p>
    <w:p>
      <w:r>
        <w:rPr>
          <w:color w:val="666666"/>
          <w:sz w:val="18"/>
        </w:rPr>
        <w:t>Society &amp; Dawah · Divine Ideology of Life I 11 July 2010 · 3m 37s · at 1:26:34 · https://youtu.be/wOmHVfyjMJY?t=5194</w:t>
      </w:r>
    </w:p>
    <w:p>
      <w:r>
        <w:rPr>
          <w:i/>
        </w:rPr>
        <w:t>“Why is the majority of humanity following secular ideology?”</w:t>
      </w:r>
    </w:p>
    <w:p>
      <w:r>
        <w:rPr>
          <w:sz w:val="20"/>
        </w:rPr>
        <w:t>1:26:34  maulana, agla sawal kya hai? mister dilraj singh ne dilli se. unhon ne likha hai ke "Why is the majority of humanity following secular ideology?"</w:t>
      </w:r>
      <w:r>
        <w:br/>
      </w:r>
      <w:r>
        <w:rPr>
          <w:sz w:val="20"/>
        </w:rPr>
        <w:t>1:26:48  aasan hai bas, aur aur kuch nahi.</w:t>
      </w:r>
      <w:r>
        <w:br/>
      </w:r>
      <w:r>
        <w:rPr>
          <w:sz w:val="20"/>
        </w:rPr>
        <w:t>1:26:52  khaao, kamaao, hawaa karo, bohat aasan hai. jis mein naseehat banna hai na, koi sensitivity dikhana hai, na honesty ki zaroorat hai. aur agar aap jo doosra lifestyle hai, us mein aap ko sincere banna hai, honest banna hai, responsibility lena hai, duty poora karna hai.</w:t>
      </w:r>
      <w:r>
        <w:br/>
      </w:r>
      <w:r>
        <w:rPr>
          <w:sz w:val="20"/>
        </w:rPr>
        <w:t>1:27:10  to zahir hai ke woh mushkil lagta hai.</w:t>
      </w:r>
      <w:r>
        <w:br/>
      </w:r>
      <w:r>
        <w:rPr>
          <w:sz w:val="20"/>
        </w:rPr>
        <w:t>1:27:14  yeh insaan jo hai, bas easy goer hai, aasani ki taraf bhagta hai. aur mushkil se is ko ghabrahat hoti hai.</w:t>
      </w:r>
      <w:r>
        <w:br/>
      </w:r>
      <w:r>
        <w:rPr>
          <w:sz w:val="20"/>
        </w:rPr>
        <w:t>1:27:23  aur to koi khaas wajah nahi hai. inhi se poochhiye agar to aap andar se. discontentment aata hai in ko. contentment nahi aata.</w:t>
      </w:r>
      <w:r>
        <w:br/>
      </w:r>
      <w:r>
        <w:rPr>
          <w:sz w:val="20"/>
        </w:rPr>
        <w:t>1:27:33  lekin aasan hai woh.</w:t>
      </w:r>
      <w:r>
        <w:br/>
      </w:r>
      <w:r>
        <w:rPr>
          <w:sz w:val="20"/>
        </w:rPr>
        <w:t>1:27:34  keh raha tha na, kuch nahi. ek ek system chala ja raha hai. isi mein hum bhi jo apnay ko ek purza ban gaye hain. hamein paisa aa raha hai.</w:t>
      </w:r>
      <w:r>
        <w:br/>
      </w:r>
      <w:r>
        <w:rPr>
          <w:sz w:val="20"/>
        </w:rPr>
        <w:t>1:27:43  hamara bhi ghar ban raha hai. aur agar woh hai to aap ko independently ek life banani parti hai. to is mein soch na aaye.</w:t>
      </w:r>
      <w:r>
        <w:br/>
      </w:r>
      <w:r>
        <w:rPr>
          <w:sz w:val="20"/>
        </w:rPr>
        <w:t>1:27:52  is mein sensitivity hai, is mein seriousness hai, is mein duty hai, responsibility hai, accountability hai. to aadmi ghabrata hai hamesha is se.</w:t>
      </w:r>
      <w:r>
        <w:br/>
      </w:r>
      <w:r>
        <w:rPr>
          <w:sz w:val="20"/>
        </w:rPr>
        <w:t>1:28:03  abhi aaj kal mein radio sunta hoon daily. minister log poster dete hain stage par. rozana. suggestion dete hain. aisa hona chahiye, waisa hona chahiye.</w:t>
      </w:r>
      <w:r>
        <w:br/>
      </w:r>
      <w:r>
        <w:rPr>
          <w:sz w:val="20"/>
        </w:rPr>
        <w:t>1:28:12  mein sochta hoon ke ministry ki zaroorat kya hai in ko? yeh to hum bhi kar sakte hain aisa. minister to implement karnay ke liye hota hai. magar agar desh mein corruption hai to aap is shif taqreer kar rahe hain.</w:t>
      </w:r>
      <w:r>
        <w:br/>
      </w:r>
      <w:r>
        <w:rPr>
          <w:sz w:val="20"/>
        </w:rPr>
        <w:t>1:28:26  stage par speech dena corruption ke khilaaf yeh minister ka kaam nahi hai.</w:t>
      </w:r>
      <w:r>
        <w:br/>
      </w:r>
      <w:r>
        <w:rPr>
          <w:sz w:val="20"/>
        </w:rPr>
        <w:t>1:28:33  minister ka kaam hai is par action karna. ja kar rakho, mitaya is ko. yaani matlab yeh ke jaise misaal ke taur par woh surprise visit kare.</w:t>
      </w:r>
      <w:r>
        <w:br/>
      </w:r>
      <w:r>
        <w:rPr>
          <w:sz w:val="20"/>
        </w:rPr>
        <w:t>1:28:42  visit badal kar ke. jahan paao aik aik afsar aisa kar raha hai, usi waqt is ko dismiss kar de. usi waqt dismiss kar de.</w:t>
      </w:r>
      <w:r>
        <w:br/>
      </w:r>
      <w:r>
        <w:rPr>
          <w:sz w:val="20"/>
        </w:rPr>
        <w:t>1:28:54  aaj kal kya hota hai? suspend karte hain. suspend hi nahi thi.</w:t>
      </w:r>
      <w:r>
        <w:br/>
      </w:r>
      <w:r>
        <w:rPr>
          <w:sz w:val="20"/>
        </w:rPr>
        <w:t>1:28:57  aaj kal yeh hai ke suspend kar dijiye. woh tankhwah khai milti rehti hai is ko baithe baithe. aur jeet jata hai case trial kar ke. minister ko hota hai, ikhtiyar hota hai woh suspend kar sakta hai.</w:t>
      </w:r>
      <w:r>
        <w:br/>
      </w:r>
      <w:r>
        <w:rPr>
          <w:sz w:val="20"/>
        </w:rPr>
        <w:t>1:29:08  nahi, dismiss kar sakta hai. to jaao. har office mein. India mein sirf aik hi minister mein jaanta hoon jis ne aisa kiya, woh Rafeeq Abdul Quddus.</w:t>
      </w:r>
      <w:r>
        <w:br/>
      </w:r>
      <w:r>
        <w:rPr>
          <w:sz w:val="20"/>
        </w:rPr>
        <w:t>1:29:20  jis department mein hota tha, woh sab darte the is se. kyun ke achaanak pahunch jata tha. surprise visit leta tha woh.</w:t>
      </w:r>
      <w:r>
        <w:br/>
      </w:r>
      <w:r>
        <w:rPr>
          <w:sz w:val="20"/>
        </w:rPr>
        <w:t>1:29:26  usi waqt dismiss karta tha woh. to corruption free ho gaya tha is ka department. to minister log jo hai, bahar ke woh aasan hai woh. jo bahar dete hain, achhe achhe bahar to bohat aasan hai woh.</w:t>
      </w:r>
      <w:r>
        <w:br/>
      </w:r>
      <w:r>
        <w:rPr>
          <w:sz w:val="20"/>
        </w:rPr>
        <w:t>1:29:40  jis stage par dekho, woh minister log dikhai dete hain. achhe achhe bahar dete hain.</w:t>
      </w:r>
      <w:r>
        <w:br/>
      </w:r>
      <w:r>
        <w:rPr>
          <w:sz w:val="20"/>
        </w:rPr>
        <w:t>1:29:46  bhai tum tum woh karo. logon ko. tumhare paas power hai to authority ho. to is ko implement karo is ko.</w:t>
      </w:r>
      <w:r>
        <w:br/>
      </w:r>
      <w:r>
        <w:rPr>
          <w:sz w:val="20"/>
        </w:rPr>
        <w:t>1:29:56  in ko punishment do, in ko dismiss karo in ko. kya dete ho? to har aadmi to easy goer hai. aasan ka option le rakha hai is ne.</w:t>
      </w:r>
      <w:r>
        <w:br/>
      </w:r>
      <w:r>
        <w:rPr>
          <w:sz w:val="20"/>
        </w:rPr>
        <w:t>1:30:06  woh yahan bhi hai.</w:t>
      </w:r>
    </w:p>
    <w:p>
      <w:pPr>
        <w:pStyle w:val="Heading2"/>
      </w:pPr>
      <w:r>
        <w:t>Reason for positive change in dawah perception</w:t>
      </w:r>
    </w:p>
    <w:p>
      <w:r>
        <w:rPr>
          <w:color w:val="666666"/>
          <w:sz w:val="18"/>
        </w:rPr>
        <w:t>Society &amp; Dawah · An Intellectual Journey May 1, 2011 · 1m 31s · at 1:28:14 · https://youtu.be/AqjjyimoIqw?t=5294</w:t>
      </w:r>
    </w:p>
    <w:p>
      <w:r>
        <w:rPr>
          <w:i/>
        </w:rPr>
        <w:t>“You said that earlier people had negative thoughts about dawah, now people's thinking about dawah has become positive. What is the reason for this big change?”</w:t>
      </w:r>
    </w:p>
    <w:p>
      <w:r>
        <w:rPr>
          <w:sz w:val="20"/>
        </w:rPr>
        <w:t>1:28:14  maulana sharukh hussain ne delhi se sawal kiya hai, unhone likha hai: "aap ne farmaya ke pehle dawat ke liye log manfi manfi soch rakhte the, ab dawat ko le kar logon ki soch misbat ho chuki hai.</w:t>
      </w:r>
      <w:r>
        <w:br/>
      </w:r>
      <w:r>
        <w:rPr>
          <w:sz w:val="20"/>
        </w:rPr>
        <w:t>1:28:29  is badi tabdeeli ki wajah kya hai?"</w:t>
      </w:r>
      <w:r>
        <w:br/>
      </w:r>
      <w:r>
        <w:rPr>
          <w:sz w:val="20"/>
        </w:rPr>
        <w:t>1:28:35  is tabdeeli ki wajah halaat hain. halaat khud hamara lateral ka ilaqa bahut</w:t>
      </w:r>
      <w:r>
        <w:br/>
      </w:r>
      <w:r>
        <w:rPr>
          <w:sz w:val="20"/>
        </w:rPr>
        <w:t>1:28:42  phaila hai, mujhe mujhe andaza nahin hota jab mein bahar jata hoon ke kahan kahan phail chuka hai. misaal ke taur par, jo maine arz kiya ke pakistan ke ek ek mashhoor aalim aaye the dubai mein, un se discussion hamara hua tv tv par, un se hua to unhone kaha ke aap ki saari cheezein mein padhe hue hoon aur risala to pabandi se padhta hoon mein, aur may ka risala mein intention padh kar aaya hoon.</w:t>
      </w:r>
      <w:r>
        <w:br/>
      </w:r>
      <w:r>
        <w:rPr>
          <w:sz w:val="20"/>
        </w:rPr>
        <w:t>1:29:06  mujhe pata hi nahin tha ke woh is tarah se padhte hain hamari cheezon ko.</w:t>
      </w:r>
      <w:r>
        <w:br/>
      </w:r>
      <w:r>
        <w:rPr>
          <w:sz w:val="20"/>
        </w:rPr>
        <w:t>1:29:11  to ek taraf to yeh intellectual campaign hai, halaat ne log bataya hai ke takrao ka tareeqa, ladne bhatne ka tareeqa se kuch mila nahin.</w:t>
      </w:r>
      <w:r>
        <w:br/>
      </w:r>
      <w:r>
        <w:rPr>
          <w:sz w:val="20"/>
        </w:rPr>
        <w:t>1:29:21  to aadmi jo hai, zahir hai ke result dekhega, bachche tabaah ho rahe hain, eikhtisadiyat tabaah ho rahi hain, aur har aitbaar se tabaahi tabaahi hai.</w:t>
      </w:r>
      <w:r>
        <w:br/>
      </w:r>
      <w:r>
        <w:rPr>
          <w:sz w:val="20"/>
        </w:rPr>
        <w:t>1:29:31  to second thought to aayega.</w:t>
      </w:r>
      <w:r>
        <w:br/>
      </w:r>
      <w:r>
        <w:rPr>
          <w:sz w:val="20"/>
        </w:rPr>
        <w:t>1:29:37  to is tarah ke mukhtalif asbaab hain jis se logon ke andar tabdeeli paida hui hai.</w:t>
      </w:r>
    </w:p>
    <w:p>
      <w:pPr>
        <w:pStyle w:val="Heading2"/>
      </w:pPr>
      <w:r>
        <w:t>Reasons for Muslim backwardness and solutions</w:t>
      </w:r>
    </w:p>
    <w:p>
      <w:r>
        <w:rPr>
          <w:color w:val="666666"/>
          <w:sz w:val="18"/>
        </w:rPr>
        <w:t>Society &amp; Dawah · How to Lead a Life of Fulfilment September 24, 2017 · 2m 18s · at 1:06:48 · https://youtu.be/WUoQOo2_zd8?t=4008</w:t>
      </w:r>
    </w:p>
    <w:p>
      <w:r>
        <w:rPr>
          <w:i/>
        </w:rPr>
        <w:t>“According to you, what is the main reason of Muslim backwardness all around the world and what should we do to improve their state? Muslims have never seriously taken modern education; they don't even know what it is.”</w:t>
      </w:r>
    </w:p>
    <w:p>
      <w:r>
        <w:rPr>
          <w:sz w:val="20"/>
        </w:rPr>
        <w:t>1:06:48  molana agla sawal bheja hai tanzeem islah-e-sahib ne dilli se unhon ne likha hai ke according to you what is the main reason of muslim backwardness all around the world and what should we do to improve their state</w:t>
      </w:r>
      <w:r>
        <w:br/>
      </w:r>
      <w:r>
        <w:rPr>
          <w:sz w:val="20"/>
        </w:rPr>
        <w:t>1:07:08  musalmanon ne kabhi seriously modern education ko liya hi nahi kuch log padhte hain to sirf service ke liye</w:t>
      </w:r>
      <w:r>
        <w:br/>
      </w:r>
      <w:r>
        <w:rPr>
          <w:sz w:val="20"/>
        </w:rPr>
        <w:t>1:07:19  woh jaan balkay main to aisa hota hoon kuch jantay bhi nahi ke modern education kya cheez hai musalman jahan tak main sab mila hoon logon se log jantay hi nahi ke modern education kya hai</w:t>
      </w:r>
      <w:r>
        <w:br/>
      </w:r>
      <w:r>
        <w:rPr>
          <w:sz w:val="20"/>
        </w:rPr>
        <w:t>1:07:34  modern education jo hai aik kya hai aik naya pichlay chand sau barson mein aik nai dunya discover hui hai woh jo traditional dunya thi us ki ab aik scientific dunya</w:t>
      </w:r>
      <w:r>
        <w:br/>
      </w:r>
      <w:r>
        <w:rPr>
          <w:sz w:val="20"/>
        </w:rPr>
        <w:t>1:07:55  to modern education ka matlab hai ke aaj ki jo dunya hai us ko janna us ke mutabiq</w:t>
      </w:r>
      <w:r>
        <w:br/>
      </w:r>
      <w:r>
        <w:rPr>
          <w:sz w:val="20"/>
        </w:rPr>
        <w:t>1:08:05  dunya mein apni jagah banana to musalman to kuch jante hi nahi bohat se bohat jante hain ke</w:t>
      </w:r>
      <w:r>
        <w:br/>
      </w:r>
      <w:r>
        <w:rPr>
          <w:sz w:val="20"/>
        </w:rPr>
        <w:t>1:08:10  engineer ban jao service le lo mba ban jao service lete jante hain bas</w:t>
      </w:r>
      <w:r>
        <w:br/>
      </w:r>
      <w:r>
        <w:rPr>
          <w:sz w:val="20"/>
        </w:rPr>
        <w:t>1:08:18  modern education real science mein kya cheez hai us ko jante nahi</w:t>
      </w:r>
      <w:r>
        <w:br/>
      </w:r>
      <w:r>
        <w:rPr>
          <w:sz w:val="20"/>
        </w:rPr>
        <w:t>1:08:24  mera tajurba to yahi hai</w:t>
      </w:r>
      <w:r>
        <w:br/>
      </w:r>
      <w:r>
        <w:rPr>
          <w:sz w:val="20"/>
        </w:rPr>
        <w:t>1:08:27  to musalmanon ko jo karna hai wo sirf pehla kaam yahi hai ke wo janiye ke modern world</w:t>
      </w:r>
      <w:r>
        <w:br/>
      </w:r>
      <w:r>
        <w:rPr>
          <w:sz w:val="20"/>
        </w:rPr>
        <w:t>1:08:34  kya hai modern education kya hai</w:t>
      </w:r>
      <w:r>
        <w:br/>
      </w:r>
      <w:r>
        <w:rPr>
          <w:sz w:val="20"/>
        </w:rPr>
        <w:t>1:08:38  aur is mein apni</w:t>
      </w:r>
      <w:r>
        <w:br/>
      </w:r>
      <w:r>
        <w:rPr>
          <w:sz w:val="20"/>
        </w:rPr>
        <w:t>1:08:40  aur</w:t>
      </w:r>
      <w:r>
        <w:br/>
      </w:r>
      <w:r>
        <w:rPr>
          <w:sz w:val="20"/>
        </w:rPr>
        <w:t>1:08:41  yeh bhi musalman nahi jantay ke aaj ki dunya mein competition hai aap kisi ko koi right nahi koi musalmanon ka jo zehan hai woh samajhtay hain ke har cheez hamari right hai right kahan se ho gaya musalmanon to</w:t>
      </w:r>
      <w:r>
        <w:br/>
      </w:r>
      <w:r>
        <w:rPr>
          <w:sz w:val="20"/>
        </w:rPr>
        <w:t>1:09:00  competition based world hai yeh</w:t>
      </w:r>
    </w:p>
    <w:p>
      <w:pPr>
        <w:pStyle w:val="Heading2"/>
      </w:pPr>
      <w:r>
        <w:t>Reasons for Muslims underestimating Dawah</w:t>
      </w:r>
    </w:p>
    <w:p>
      <w:r>
        <w:rPr>
          <w:color w:val="666666"/>
          <w:sz w:val="18"/>
        </w:rPr>
        <w:t>Society &amp; Dawah · Don't Be Angry Culture January 15, 2012 Maulana Wahiduddin Khan · 4m 35s · at 1:10:01 · https://youtu.be/rY1Ikwmwwdk?t=4201</w:t>
      </w:r>
    </w:p>
    <w:p>
      <w:r>
        <w:rPr>
          <w:i/>
        </w:rPr>
        <w:t>“Why do Muslims underestimate Dawah? What is the reason?”</w:t>
      </w:r>
    </w:p>
    <w:p>
      <w:r>
        <w:rPr>
          <w:sz w:val="20"/>
        </w:rPr>
        <w:t>1:10:01  maulana, agla sawal aya hai tamil nadu se maulana iqbal umri sahib ka. unhon ne likha hai: "musalman dawat ka kyun kam tar andaza karte hain?</w:t>
      </w:r>
      <w:r>
        <w:br/>
      </w:r>
      <w:r>
        <w:rPr>
          <w:sz w:val="20"/>
        </w:rPr>
        <w:t>1:10:12  iski kya waja hai?"</w:t>
      </w:r>
      <w:r>
        <w:br/>
      </w:r>
      <w:r>
        <w:rPr>
          <w:sz w:val="20"/>
        </w:rPr>
        <w:t>1:10:22  main to samajhta hoon ke wahi waja hai jo maine kaha, ghussa. is waqt musalman jo hain sab ghusse mein hain.</w:t>
      </w:r>
      <w:r>
        <w:br/>
      </w:r>
      <w:r>
        <w:rPr>
          <w:sz w:val="20"/>
        </w:rPr>
        <w:t>1:10:30  ghussa ka matlab yeh hai ke har ek ko dushman samjhe hue hain. ke israel hamara dushman hai, america hamara dushman hai. woh hamare khilaf sazish kar rahe hain.</w:t>
      </w:r>
      <w:r>
        <w:br/>
      </w:r>
      <w:r>
        <w:rPr>
          <w:sz w:val="20"/>
        </w:rPr>
        <w:t>1:10:41  woh hum ko neecha dikhana chahte hain. yani yeh chhaya hua hai dimaghon par. is ki waja se dawat ka kaam un ko samajh mein nahi ata.</w:t>
      </w:r>
      <w:r>
        <w:br/>
      </w:r>
      <w:r>
        <w:rPr>
          <w:sz w:val="20"/>
        </w:rPr>
        <w:t>1:10:52  aur goli aur bam zyada samajh mein ata hai.</w:t>
      </w:r>
      <w:r>
        <w:br/>
      </w:r>
      <w:r>
        <w:rPr>
          <w:sz w:val="20"/>
        </w:rPr>
        <w:t>1:10:57  to asal raaz jo hai, main samajhta hoon ke kuch waqiaat se ghussa ho kar ke jo musalmanon mein manfi soch aa gayi, woh record ban gayi dawat ki ahmiyat ko samajhne mein.</w:t>
      </w:r>
      <w:r>
        <w:br/>
      </w:r>
      <w:r>
        <w:rPr>
          <w:sz w:val="20"/>
        </w:rPr>
        <w:t>1:11:16  ab main mislan mujhe koi kisi ke paas, main kisi se nafrat nahi karta. mujhe kisi se nafrat nahi hai. na Israel se, na America se, na na na Hindu se, na falan se, na falan se, kisi se.</w:t>
      </w:r>
      <w:r>
        <w:br/>
      </w:r>
      <w:r>
        <w:rPr>
          <w:sz w:val="20"/>
        </w:rPr>
        <w:t>1:11:31  sab ko main insaan samajhta hoon. to main samajhta hoon ke dawat se bada koi kaam nahi hai. to jar mein jo hai, jar mein woh manfi soch hai.</w:t>
      </w:r>
      <w:r>
        <w:br/>
      </w:r>
      <w:r>
        <w:rPr>
          <w:sz w:val="20"/>
        </w:rPr>
        <w:t>1:11:42  manfi soch. ke musalman, musalman is daur mein pichhad gaye to samajhte hain ke doosra un ko pichha kiya hua hai. apni ghalti apne upar nahi dhalte.</w:t>
      </w:r>
      <w:r>
        <w:br/>
      </w:r>
      <w:r>
        <w:rPr>
          <w:sz w:val="20"/>
        </w:rPr>
        <w:t>1:11:52  quran mein to hai ke har aadmi apne kiye ko bhagta hai. apne kiye ko. saaf saaf likha hua hai ke aadmi apne kiye ko bhagta hai.</w:t>
      </w:r>
      <w:r>
        <w:br/>
      </w:r>
      <w:r>
        <w:rPr>
          <w:sz w:val="20"/>
        </w:rPr>
        <w:t>1:12:05  kisi ki saazish se, kisi ki dushmani se koi nuksan nahi hota is ka.</w:t>
      </w:r>
      <w:r>
        <w:br/>
      </w:r>
      <w:r>
        <w:rPr>
          <w:sz w:val="20"/>
        </w:rPr>
        <w:t>1:12:10  lekin musalmanon ne, musalman matlab un ke un ke rehnamaon ne yeh ghalt zehan dala. sab se bura role mere khayal se rehnamaon ka hua hai is zamane mein.</w:t>
      </w:r>
      <w:r>
        <w:br/>
      </w:r>
      <w:r>
        <w:rPr>
          <w:sz w:val="20"/>
        </w:rPr>
        <w:t>1:12:19  jitne rehnama uthe, sab rad-e-amal, rad-e-amal mein uthe. mujhe ek bhi rehnama nahi maloom is daur ka, is do sau saal ke andar, jo rad-e-amal ke mein na utha ho.</w:t>
      </w:r>
      <w:r>
        <w:br/>
      </w:r>
      <w:r>
        <w:rPr>
          <w:sz w:val="20"/>
        </w:rPr>
        <w:t>1:12:31  sab rad-e-amal, rad-e-amal, rad-e-amal.</w:t>
      </w:r>
      <w:r>
        <w:br/>
      </w:r>
      <w:r>
        <w:rPr>
          <w:sz w:val="20"/>
        </w:rPr>
        <w:t>1:12:34  to rad-e-amal se kya hota hai? negative thinking aati hai. phir kya hai? tashaddud aata hai. aur sari cheezein aati rehti hain isi mein.</w:t>
      </w:r>
      <w:r>
        <w:br/>
      </w:r>
      <w:r>
        <w:rPr>
          <w:sz w:val="20"/>
        </w:rPr>
        <w:t>1:12:44  aur phir jab yeh sab hoga to zahir hai ke dawat Allah ki koi ahmiyat nazar nahi aayegi aap ko.</w:t>
      </w:r>
      <w:r>
        <w:br/>
      </w:r>
      <w:r>
        <w:rPr>
          <w:sz w:val="20"/>
        </w:rPr>
        <w:t>1:12:56  mujhe ek waqia yaad aata hai ke main ek martaba Mewat mein tha.</w:t>
      </w:r>
      <w:r>
        <w:br/>
      </w:r>
      <w:r>
        <w:rPr>
          <w:sz w:val="20"/>
        </w:rPr>
        <w:t>1:13:01  to Mewat mein ek ek band ban raha tha. is mein bohat se Mewati bator mazdoor kaam kar rahe the. woh musalman the sab, sab ke sab.</w:t>
      </w:r>
      <w:r>
        <w:br/>
      </w:r>
      <w:r>
        <w:rPr>
          <w:sz w:val="20"/>
        </w:rPr>
        <w:t>1:13:13  to do group the, kisi wajah se jhagda ho gaya. aur jhagda hua to laathiyan uth uth gayeen. to main gaya, ek daadhi wale musalman the, is mein Mewati.</w:t>
      </w:r>
      <w:r>
        <w:br/>
      </w:r>
      <w:r>
        <w:rPr>
          <w:sz w:val="20"/>
        </w:rPr>
        <w:t>1:13:27  un se main ne kaha ke dekhiye sahib, yeh aap yeh bhi musalman, wohi musalman, aap log yani ladna chahte hain aur laathiyan chalana chahte hain, yeh to Islam mein jaiz nahi hai.</w:t>
      </w:r>
      <w:r>
        <w:br/>
      </w:r>
      <w:r>
        <w:rPr>
          <w:sz w:val="20"/>
        </w:rPr>
        <w:t>1:13:41  aapas ki ladai Islam mein jaiz nahi hai. to kuch quran o hadith maine sunaya. to woh daadhi wale kya kehte hain? chalo molvi, is waqt hum ko quran mein sunao.</w:t>
      </w:r>
      <w:r>
        <w:br/>
      </w:r>
      <w:r>
        <w:rPr>
          <w:sz w:val="20"/>
        </w:rPr>
        <w:t>1:13:52  is waqt hum ko inteqaam lena hai.</w:t>
      </w:r>
      <w:r>
        <w:br/>
      </w:r>
      <w:r>
        <w:rPr>
          <w:sz w:val="20"/>
        </w:rPr>
        <w:t>1:13:55  to jab inteqaam ki nafrat, jab nafrat aa jaye, inteqaam aa jaye to quran o hadith ko le ke koi sochta nahi hai. phir phir apne apne is mein sochta hai, apne manfi jazbati is ke liye wahid run ban jaate hain.</w:t>
      </w:r>
      <w:r>
        <w:br/>
      </w:r>
      <w:r>
        <w:rPr>
          <w:sz w:val="20"/>
        </w:rPr>
        <w:t>1:14:11  yeh sab kis ne kiya hai? aam musalmanon ne nahi, yeh rehnamaon ne kiya hai. rehnamaon ne musalmanon ko yeh sab suna suna kar ke, yeh dushman hai, woh dushman hai, woh dushman hai, woh d</w:t>
      </w:r>
      <w:r>
        <w:br/>
      </w:r>
      <w:r>
        <w:rPr>
          <w:sz w:val="20"/>
        </w:rPr>
        <w:t>1:14:22  ushman hai, yeh sab khabrein dein in rehnamaon ne musalmanon ko. to sari zimmedari rehnamaon ki hai. is do sau saal mein jo rehnama uthe, unhone na manfi boli bol bol kar ke musalmanon ko manfi bana diya.</w:t>
      </w:r>
    </w:p>
    <w:p>
      <w:pPr>
        <w:pStyle w:val="Heading2"/>
      </w:pPr>
      <w:r>
        <w:t>Reasons for disharmony in present society</w:t>
      </w:r>
    </w:p>
    <w:p>
      <w:r>
        <w:rPr>
          <w:color w:val="666666"/>
          <w:sz w:val="18"/>
        </w:rPr>
        <w:t>Society &amp; Dawah · 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Reasons for failure of Ummah revival</w:t>
      </w:r>
    </w:p>
    <w:p>
      <w:r>
        <w:rPr>
          <w:color w:val="666666"/>
          <w:sz w:val="18"/>
        </w:rPr>
        <w:t>Society &amp; Dawah · Revival of Ummah January 22, 2017 · 44s · at 58:52 · https://youtu.be/vnPsv0TBCfk?t=3532</w:t>
      </w:r>
    </w:p>
    <w:p>
      <w:r>
        <w:rPr>
          <w:i/>
        </w:rPr>
        <w:t>“Why are the efforts to revive the Ummah failing? What is the meaning of revival of the Ummah? Please explain.”</w:t>
      </w:r>
    </w:p>
    <w:p>
      <w:r>
        <w:rPr>
          <w:sz w:val="20"/>
        </w:rPr>
        <w:t>58:52  Maulana agla sawal lete hain jo Maulana ah Maulana Israr Umri ne bheja hai Chennai se unhonne</w:t>
      </w:r>
      <w:r>
        <w:br/>
      </w:r>
      <w:r>
        <w:rPr>
          <w:sz w:val="20"/>
        </w:rPr>
        <w:t>59:00  likha hai Maulana ummat ki ahya ki koshish kyun nakaam ho rahi hai.</w:t>
      </w:r>
      <w:r>
        <w:br/>
      </w:r>
      <w:r>
        <w:rPr>
          <w:sz w:val="20"/>
        </w:rPr>
        <w:t>59:08  ahya ummat ummat ka matlab kya hai is ke bare mein bataein.</w:t>
      </w:r>
      <w:r>
        <w:br/>
      </w:r>
      <w:r>
        <w:rPr>
          <w:sz w:val="20"/>
        </w:rPr>
        <w:t>59:16  main baat yahi samajhta hoon. ahya ummat hoga dawah ke raaste se aur log kar rahe hain jihad ke raaste se. jihad maani qital. to qital ke zariye ummat ka ahya nahi ho sakta dawah ke zariye hoga. yahi main samjha.</w:t>
      </w:r>
      <w:r>
        <w:br/>
      </w:r>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pStyle w:val="Heading2"/>
      </w:pPr>
      <w:r>
        <w:t>Reasons for political interpretation of religion</w:t>
      </w:r>
    </w:p>
    <w:p>
      <w:r>
        <w:rPr>
          <w:color w:val="666666"/>
          <w:sz w:val="18"/>
        </w:rPr>
        <w:t>Society &amp; Dawah · Sahaba and Muhaddithin 24th June 2012 - Maulana Wahiduddin Khan · 1m 10s · at 1:28:53 · https://youtu.be/tUPo7MI0Bdo?t=5333</w:t>
      </w:r>
    </w:p>
    <w:p>
      <w:r>
        <w:rPr>
          <w:i/>
        </w:rPr>
        <w:t>“Why did people give a political interpretation to religion? What is the real reason for this? Please explain.”</w:t>
      </w:r>
    </w:p>
    <w:p>
      <w:r>
        <w:rPr>
          <w:sz w:val="20"/>
        </w:rPr>
        <w:t>1:28:53  maulana, agla sawal ah dili se hai, maulana sharq hussain sahab ka. unhon ne likha hai: "logon ne deen ki siyasi taabeer kyun ki?</w:t>
      </w:r>
      <w:r>
        <w:br/>
      </w:r>
      <w:r>
        <w:rPr>
          <w:sz w:val="20"/>
        </w:rPr>
        <w:t>1:29:03  is ki asal wajah kya hai? is ke bare mein batayen." masla siyasi taabeer ka nahi hai, masla siyasi fakhr ka hai.</w:t>
      </w:r>
      <w:r>
        <w:br/>
      </w:r>
      <w:r>
        <w:rPr>
          <w:sz w:val="20"/>
        </w:rPr>
        <w:t>1:29:14  poori poori ummat siyasi fakhr mein jee rahi hai. mujhe koi bhi exception nahi maloom is bare mein. cps ke sab siyasi fakhr mein, yani matlab usmani kuch daur tareekh guzra hai,</w:t>
      </w:r>
      <w:r>
        <w:br/>
      </w:r>
      <w:r>
        <w:rPr>
          <w:sz w:val="20"/>
        </w:rPr>
        <w:t>1:29:29  is ko le kar fakhr</w:t>
      </w:r>
      <w:r>
        <w:br/>
      </w:r>
      <w:r>
        <w:rPr>
          <w:sz w:val="20"/>
        </w:rPr>
        <w:t>1:29:31  to isi ko, isi ko revive karna, isi ko regain karna, isi ko phir dunya mein lana to yeh yeh mizaj sab ka hai.</w:t>
      </w:r>
      <w:r>
        <w:br/>
      </w:r>
      <w:r>
        <w:rPr>
          <w:sz w:val="20"/>
        </w:rPr>
        <w:t>1:29:43  isi ne yeh siyasi ta'beer, siyasi ta'beer ka mein is ko fitna samajhta hoon, paida kiya.</w:t>
      </w:r>
      <w:r>
        <w:br/>
      </w:r>
      <w:r>
        <w:rPr>
          <w:sz w:val="20"/>
        </w:rPr>
        <w:t>1:29:51  yeh tareekhi fakhr ko dobara hasil karo, dobara qaim karo, isi ka naam hai siyasi ta'beer. is ka Islam se koi talluq nahin.</w:t>
      </w:r>
    </w:p>
    <w:p>
      <w:pPr>
        <w:pStyle w:val="Heading2"/>
      </w:pPr>
      <w:r>
        <w:t>Reassessing Scholars' Writings on Islam's Image</w:t>
      </w:r>
    </w:p>
    <w:p>
      <w:r>
        <w:rPr>
          <w:color w:val="666666"/>
          <w:sz w:val="18"/>
        </w:rPr>
        <w:t>Society &amp; Dawah · Blasphemy in Islam November 24, 2024 · 25m 38s · at 16:39 · https://youtu.be/IjG5T6KZDxs?t=999</w:t>
      </w:r>
    </w:p>
    <w:p>
      <w:r>
        <w:rPr>
          <w:i/>
        </w:rPr>
        <w:t>“Should we reassess what our jurists and scholars have written on this issue, since it has become a matter of Islam's image disruption and the world sees Muslims as an intolerant community with a barbaric mindset?”</w:t>
      </w:r>
    </w:p>
    <w:p>
      <w:r>
        <w:rPr>
          <w:sz w:val="20"/>
        </w:rPr>
        <w:t>16:39  Maulana Farhan sahib, aap ka sawal bahut hi aham hai. ab yeh waqt aa gaya hai ke jo hai hamare fuqaha aur ulama ne is silsile mein jo kuch likha hai ya kaha hai,</w:t>
      </w:r>
      <w:r>
        <w:br/>
      </w:r>
      <w:r>
        <w:rPr>
          <w:sz w:val="20"/>
        </w:rPr>
        <w:t>16:52  us ko reassess kiya jaye, us par nazar sani ki jaye. is ka waqt hai. jaise ke hamare Maulana Inayat sahib farma rahe hain ke yeh jo hai masla islam ki image disruption ka ban gaya hai.</w:t>
      </w:r>
      <w:r>
        <w:br/>
      </w:r>
      <w:r>
        <w:rPr>
          <w:sz w:val="20"/>
        </w:rPr>
        <w:t>17:06  yani is se yeh message ja raha hai duniya ke andar ke musalman ek intolerant community hai aur jo hai musalman jo hai ek barbarik mindset rakhte hain jo ke hamare is modern daur ke liye bahut hi nuksan deh hai.</w:t>
      </w:r>
      <w:r>
        <w:br/>
      </w:r>
      <w:r>
        <w:rPr>
          <w:sz w:val="20"/>
        </w:rPr>
        <w:t>17:24  to yeh image building ka masla ban chuka hai aur doosri taraf jo hai world peace ke liye jo hai ek challenge hai yeh fat</w:t>
      </w:r>
      <w:r>
        <w:br/>
      </w:r>
      <w:r>
        <w:rPr>
          <w:sz w:val="20"/>
        </w:rPr>
        <w:t>17:32  wa. to ab hamein jo hai hamare ulama aur fuqaha ne is silsile mein jo kuch likha hai, hamare ulama waqai woh scholar the, unko quran o hadith ka deep ilm tha aur jo hai unhone badi khidmat anjam di hain.</w:t>
      </w:r>
      <w:r>
        <w:br/>
      </w:r>
      <w:r>
        <w:rPr>
          <w:sz w:val="20"/>
        </w:rPr>
        <w:t>17:49  lekin jaise ke aap ko pata hai arabi mein kaha jata hai: "lakli javad qaboot". har jo hai ghode ko, chahe woh ghoda kitni bhi aala nasal ka ho, us ke liye kahin na kahin ek qaboot hota hai, kahin na kahin ek thokkar hoti</w:t>
      </w:r>
      <w:r>
        <w:br/>
      </w:r>
      <w:r>
        <w:rPr>
          <w:sz w:val="20"/>
        </w:rPr>
        <w:t>18:03  hai. to hum yeh keh sakte hain ke hamare ulama ko yahan thokkar lagi hai, jaisi thokkar is se pehle ulama e bani israel ko lagi thi.</w:t>
      </w:r>
      <w:r>
        <w:br/>
      </w:r>
      <w:r>
        <w:rPr>
          <w:sz w:val="20"/>
        </w:rPr>
        <w:t>18:12  ulama e bani israel ne bhi jo hai, aap yeh padh lein torat aur bible wagera to is mein bhi is type ke thought paye jate hain ke blasphemy ko jo hai hum bardasht nahi karenge aur aise waise karenge.</w:t>
      </w:r>
      <w:r>
        <w:br/>
      </w:r>
      <w:r>
        <w:rPr>
          <w:sz w:val="20"/>
        </w:rPr>
        <w:t>18:26  to</w:t>
      </w:r>
      <w:r>
        <w:br/>
      </w:r>
      <w:r>
        <w:rPr>
          <w:sz w:val="20"/>
        </w:rPr>
        <w:t>18:27  jaise ke rasool Allah sallallahu alaihi wasallam ne farmaya tha ke tum jo hai agli kitabi qomon ki tarah ki tum ko jo hai na thokarein lagen gi. unhone jo thokkar khai thi woh jahan gire the wahin tum bhi ja kar giro ge.</w:t>
      </w:r>
      <w:r>
        <w:br/>
      </w:r>
      <w:r>
        <w:rPr>
          <w:sz w:val="20"/>
        </w:rPr>
        <w:t>18:40  agar woh kisi zab ke jo wild chipkali jo hai jangli chipkali ka jo ghar hota hai, us mein bhi agar woh log ghuse the to tum bhi wahin ghus padoge.</w:t>
      </w:r>
      <w:r>
        <w:br/>
      </w:r>
      <w:r>
        <w:rPr>
          <w:sz w:val="20"/>
        </w:rPr>
        <w:t>18:52  yani matlab itna jo hai ek hadith mein kaha gaya: "hazb al-nal bil-nar". yani bilkul jo hai unke footstep par hi chalegi yeh ummat. to aisa lagta hai ke jo hai hamare Islamic scholars aur hamare sulaha ulama in ka ehteraam sar ankhon par.</w:t>
      </w:r>
      <w:r>
        <w:br/>
      </w:r>
      <w:r>
        <w:rPr>
          <w:sz w:val="20"/>
        </w:rPr>
        <w:t>19:08  lekin jo hai is baat mein jo hai unko sar ankhon par nahi rakha ja sakta jahan unhone agli kitabon ke, agli qaumon ki tarah ki jahan unhone ghaltiyan</w:t>
      </w:r>
      <w:r>
        <w:br/>
      </w:r>
      <w:r>
        <w:rPr>
          <w:sz w:val="20"/>
        </w:rPr>
        <w:t>19:19  ki hain. to wahan hamein jo hai Quran o hadith yeh haq dete hain ke hum unke khayal ko, unke fatwe ko, unke opinion ko re-assess karein, nazar sani karein aur agar is ke khilaf jo hai boldly statement dena pade to yeh hamara boldly statement nahi hoga.</w:t>
      </w:r>
      <w:r>
        <w:br/>
      </w:r>
      <w:r>
        <w:rPr>
          <w:sz w:val="20"/>
        </w:rPr>
        <w:t>19:35  yeh goya ke Rasool ka bold statement hoga, Khuda ki kitab ka yeh bold statement hoga. to jaisa ke aap keh rahe hain ke kya is ke liye koi buniyad hai ke shaatim ko qatl kiya jaye?</w:t>
      </w:r>
      <w:r>
        <w:br/>
      </w:r>
      <w:r>
        <w:rPr>
          <w:sz w:val="20"/>
        </w:rPr>
        <w:t>19:48  to</w:t>
      </w:r>
      <w:r>
        <w:br/>
      </w:r>
      <w:r>
        <w:rPr>
          <w:sz w:val="20"/>
        </w:rPr>
        <w:t>19:49  yeh bohat hi ahem sawal hai. to is sawal ke pehle jo hai hum yeh samajh sakte hain ke yahan Maulana ka ek frame laga hua hai.</w:t>
      </w:r>
      <w:r>
        <w:br/>
      </w:r>
      <w:r>
        <w:rPr>
          <w:sz w:val="20"/>
        </w:rPr>
        <w:t>19:58  is center mein CPS International ke Delhi center mein agar aap apne liye freedom chahte hain to aap ko doosron ki freedom ko secure karna padega.</w:t>
      </w:r>
      <w:r>
        <w:br/>
      </w:r>
      <w:r>
        <w:rPr>
          <w:sz w:val="20"/>
        </w:rPr>
        <w:t>20:08  doosron ko freedom dene ki shart par aap ko duniya mein freedom milegi. jaise mislan hum Indian Muslims hain.</w:t>
      </w:r>
      <w:r>
        <w:br/>
      </w:r>
      <w:r>
        <w:rPr>
          <w:sz w:val="20"/>
        </w:rPr>
        <w:t>20:14  hum Indian Muslims hain aur yahan ek major chunks of Muslims hain balki jo hai duniya ka jo hai Indonesia ke baad sab se bada Muslim chunk yahan rehta hai world ka population.</w:t>
      </w:r>
      <w:r>
        <w:br/>
      </w:r>
      <w:r>
        <w:rPr>
          <w:sz w:val="20"/>
        </w:rPr>
        <w:t>20:24  to agar jo hai hum Indian Muslim, hamare scenario mein baat kar raha hoon, hum chahte hain ke hum ko freedom mile to hamein sab se pehle jo hai yahan ke hamare co-citizens hain, unki freedom ko bhi jo hai secure karna padega.</w:t>
      </w:r>
      <w:r>
        <w:br/>
      </w:r>
      <w:r>
        <w:rPr>
          <w:sz w:val="20"/>
        </w:rPr>
        <w:t>20:36  yeh samajhne ki</w:t>
      </w:r>
      <w:r>
        <w:br/>
      </w:r>
      <w:r>
        <w:rPr>
          <w:sz w:val="20"/>
        </w:rPr>
        <w:t>20:37  baat hai. aap ke is sawal ki taraf aate hain ke kya Quran o hadith mein koi text hai ke abusers ko ya blasphemer ko jo hai qatl kiya</w:t>
      </w:r>
      <w:r>
        <w:br/>
      </w:r>
      <w:r>
        <w:rPr>
          <w:sz w:val="20"/>
        </w:rPr>
        <w:t>20:47  jaye? to sab se pehle is silsile mein janne ki baat yeh hai ke there is no text, no any single word, there is no any single paragraph in the Quran and in whole Islamic text.</w:t>
      </w:r>
      <w:r>
        <w:br/>
      </w:r>
      <w:r>
        <w:rPr>
          <w:sz w:val="20"/>
        </w:rPr>
        <w:t>21:02  yani meri murad hai Quran aur Sunnat jo yeh kehta ho ke jo hai blasphemer ko ya abuser ko jo hai qatl kiya jaye. koi aise jo hai</w:t>
      </w:r>
      <w:r>
        <w:br/>
      </w:r>
      <w:r>
        <w:rPr>
          <w:sz w:val="20"/>
        </w:rPr>
        <w:t>21:11  Muslims kehte hain ke jo hai Islam ek preserved religion hai. yani Quran jo hai jaisa Paighambar par utra woh aaj tak waise hi bahu hai. aur jo hai hadithon ko hum ne jo hai save karne ke liye, preserve karne ke liye jo hai Himalayan struggle ki aur hazaron hadithon ko jama kiya.</w:t>
      </w:r>
      <w:r>
        <w:br/>
      </w:r>
      <w:r>
        <w:rPr>
          <w:sz w:val="20"/>
        </w:rPr>
        <w:t>21:26  in ahadith ke collection mein kahin bhi ek aisa statement nahi hai. to Maulana ne jo hai bohat achhi is silsile mein baat kahi hai shatm-e-Rasool mein.</w:t>
      </w:r>
      <w:r>
        <w:br/>
      </w:r>
      <w:r>
        <w:rPr>
          <w:sz w:val="20"/>
        </w:rPr>
        <w:t>21:33  Hafiz Ibn Taymiyyah, Hafiz kaha jata hai unko Allama Ibn Taymiyyah jinhone Al-Sarim al-Maslul ala shatim al-Rasul likhi hai. to Maulana is kitab ko assess karte hue, re-assess karte hue yeh kehte hain ke sari kitab mein khud Allama Ibn Taymiyyah, Hafiz Ibn Taymiyyah jo jinke bare mein ulama yeh mante hain ke kal hadith la yalamhu Ibn Taymiyyah fa huwa laysa bi hadith.</w:t>
      </w:r>
      <w:r>
        <w:br/>
      </w:r>
      <w:r>
        <w:rPr>
          <w:sz w:val="20"/>
        </w:rPr>
        <w:t>21:54  yani har woh hadith jis ko Ibn Taymiyyah ka ilm na ho woh hadith hi nahi hai. yani itne zyada bade woh scholar hain ke koi hadith un se choti nahi hai. to unki jo kitab hai</w:t>
      </w:r>
      <w:r>
        <w:br/>
      </w:r>
      <w:r>
        <w:rPr>
          <w:sz w:val="20"/>
        </w:rPr>
        <w:t>22:04  iska weakness, vague Maulana yeh batate hain ke is kitab ki basic ghalti yeh hai ke woh khud mante hain ke koi is silsile mein hadith nahi hai. ek hadith woh batate hain ke man sabba nabiyyan min al-anbiya' faqtuluhu.</w:t>
      </w:r>
      <w:r>
        <w:br/>
      </w:r>
      <w:r>
        <w:rPr>
          <w:sz w:val="20"/>
        </w:rPr>
        <w:t>22:18  aur kehte hain ke yeh za'eef hai. agar</w:t>
      </w:r>
      <w:r>
        <w:br/>
      </w:r>
      <w:r>
        <w:rPr>
          <w:sz w:val="20"/>
        </w:rPr>
        <w:t>22:20  yeh hadith sahih hoti to yeh base ban sakti thi. to goya ke jo hai jo ilhad ke masle ko jante hain, atheism ko jante hain to atheism mein ek study hoti hai missing link ki.</w:t>
      </w:r>
      <w:r>
        <w:br/>
      </w:r>
      <w:r>
        <w:rPr>
          <w:sz w:val="20"/>
        </w:rPr>
        <w:t>22:31  yani poori theory mein jo hai unhone ek theory to bana di lekin beech mein jo hai kuch missing links hain. to woh missing link ki wajah se jo hai atheism ke case ko, evolution ke case ko jo hai yeh samjha jata hai ke ek workable theory</w:t>
      </w:r>
      <w:r>
        <w:br/>
      </w:r>
      <w:r>
        <w:rPr>
          <w:sz w:val="20"/>
        </w:rPr>
        <w:t>22:44  hai. lekin jo hai Ibn Taymiyyah ke is fatwe mein ya hamari in teen kitabon ke fatwe mein hum kahenge foundational, foundation hi miss hai, foundational missing hum kahenge.</w:t>
      </w:r>
      <w:r>
        <w:br/>
      </w:r>
      <w:r>
        <w:rPr>
          <w:sz w:val="20"/>
        </w:rPr>
        <w:t>22:53  agar jo hai evolution theory ke andar missing links hain aur us ko abhi tak jo hai yeh nahi kiya gaya, fill up nahi kiya gaya to hamare is case ke andar yeh masla is se zyada yeh hai ke missing link ka masla nahi hai.</w:t>
      </w:r>
      <w:r>
        <w:br/>
      </w:r>
      <w:r>
        <w:rPr>
          <w:sz w:val="20"/>
        </w:rPr>
        <w:t>23:05  foundation missing ka masla hai. yani Quran aur hadith ke poore zakhire mein aisa koi statement hi maujood nahi hai. aur Musalman jo hai dhoom machaye hue hain poori zameen par.</w:t>
      </w:r>
      <w:r>
        <w:br/>
      </w:r>
      <w:r>
        <w:rPr>
          <w:sz w:val="20"/>
        </w:rPr>
        <w:t>23:13  to kiya musalman apni koi aik alag nai shariat invent karna chahte hain jo khuda aur rasool se hat kar hai? to musalmanon ko sochna chahiye. agar musalman is baat par misar hain ke shaatim ko qatl hi kiya jaye to un se yeh sawal kiya jaye ga ke woh sab se pehle jo hai hato burhanakum</w:t>
      </w:r>
      <w:r>
        <w:br/>
      </w:r>
      <w:r>
        <w:rPr>
          <w:sz w:val="20"/>
        </w:rPr>
        <w:t>23:30  , lao tumhare paas jo text mehfooz hai us ko le kar ao. is ke andar kahan yeh likha hua hai? hum bhi to parhein, hum bhi to dekhein. to musalmanon ko jo hai yeh sabit karne ke liye aise batana parega jaise is waqe ko batate hain ke alzani walzani fatjldo kal wahid minhuma miata jaldah.</w:t>
      </w:r>
      <w:r>
        <w:br/>
      </w:r>
      <w:r>
        <w:rPr>
          <w:sz w:val="20"/>
        </w:rPr>
        <w:t>23:47  ke zani aur zania, fornikeetr ko jo hai so jald, so koray maro. surah noor ki jo ayat mein jaise woh batate hain ya</w:t>
      </w:r>
      <w:r>
        <w:br/>
      </w:r>
      <w:r>
        <w:rPr>
          <w:sz w:val="20"/>
        </w:rPr>
        <w:t>23:57  alsariq walsariqat faqt'u aydihima. chor aur male chor, female chor ka jo hai hath kato. to yeh jo hai text mein maujood hai. to musalman yahan to yeh haq rakhte hain ke jo hai hamari hukumatain jo hai chor aur chor, female chor ka hath kat dein.</w:t>
      </w:r>
      <w:r>
        <w:br/>
      </w:r>
      <w:r>
        <w:rPr>
          <w:sz w:val="20"/>
        </w:rPr>
        <w:t>24:09  lekin musalman jo hai aisi koi pure hamare zakhire mein quran aur hadith ke aisi koi text nahi bata sakte ke alshatim walshatimat faqtulohuma.</w:t>
      </w:r>
      <w:r>
        <w:br/>
      </w:r>
      <w:r>
        <w:rPr>
          <w:sz w:val="20"/>
        </w:rPr>
        <w:t>24:18  ke male shatim, male abuser aur female abuser dono ko qatl kar do. aisi koi jo hai text hum jo hai produce</w:t>
      </w:r>
      <w:r>
        <w:br/>
      </w:r>
      <w:r>
        <w:rPr>
          <w:sz w:val="20"/>
        </w:rPr>
        <w:t>24:26  nahi kar sakte. agar hai to jo hai woh le kar aein. ibn taimiyah ne to apni bata di baat ke agar yeh zaeef hadith hai, agar yeh sahi hoti to yeh is ke liye base ban sakti thi.</w:t>
      </w:r>
      <w:r>
        <w:br/>
      </w:r>
      <w:r>
        <w:rPr>
          <w:sz w:val="20"/>
        </w:rPr>
        <w:t>24:34  to hum kahengay ke jo hai maulana yeh hum musalmanon ke is amal ke peechay missing link ka case nahi hai yeh. yeh jo hai foundation missing ka hi case hai.</w:t>
      </w:r>
      <w:r>
        <w:br/>
      </w:r>
      <w:r>
        <w:rPr>
          <w:sz w:val="20"/>
        </w:rPr>
        <w:t>24:43  to hum jo hai is ko theek karein warna jo hai aisa ho sakta hai ke jo hai hum logon ki freedom cheen cheen ne jayein aur hamari hi freedom cheen jaye aur hum phir jo hai dekhte reh j</w:t>
      </w:r>
      <w:r>
        <w:br/>
      </w:r>
      <w:r>
        <w:rPr>
          <w:sz w:val="20"/>
        </w:rPr>
        <w:t>24:54  aein. to ghaliban jo hai aap ka sawal jawab ho gaya hoga. mazeed kuch wazahat hai to hum phir baat kar sakte hain. shukriya maulana fiaz sahib.</w:t>
      </w:r>
      <w:r>
        <w:br/>
      </w:r>
      <w:r>
        <w:rPr>
          <w:sz w:val="20"/>
        </w:rPr>
        <w:t>25:04  aap ki baaton mein mujhe teen bohat hi strong ki point lage aur is se jo baat samajh mein aayi mujhe woh batata hoon. sab se pehli cheez jo aap ne batayi ke musalman jo cheez karte hain us se musalmanon ki image kharab hoti hai.</w:t>
      </w:r>
      <w:r>
        <w:br/>
      </w:r>
      <w:r>
        <w:rPr>
          <w:sz w:val="20"/>
        </w:rPr>
        <w:t>25:17  khud Allah ke rasool sallallahu alaihi wasallam ki image kharab hoti hai aur Allah taala ki bhi image kharab hoti hai. to is aitbar se agar dekhein is ka logical end karein to woh yahi hoga ke musalman in direct tor par Allah ke rasool sallallahu alaihi wasallam ke khud abuser hain.</w:t>
      </w:r>
      <w:r>
        <w:br/>
      </w:r>
      <w:r>
        <w:rPr>
          <w:sz w:val="20"/>
        </w:rPr>
        <w:t>25:34  kyun ke woh kya karte hain ke woh jo kaam karte hain us buniyad par Allah ke rasool sallallahu alaihi wasallam ki bad</w:t>
      </w:r>
      <w:r>
        <w:br/>
      </w:r>
      <w:r>
        <w:rPr>
          <w:sz w:val="20"/>
        </w:rPr>
        <w:t>25:40  nami hoti hai. is se bari kiya hai shatm ki baat koi doosri nahi ho sakti. aur aap ne to quran o hadith ki baat batayi.</w:t>
      </w:r>
      <w:r>
        <w:br/>
      </w:r>
      <w:r>
        <w:rPr>
          <w:sz w:val="20"/>
        </w:rPr>
        <w:t>25:48  maine aik martaba yeh kiya ke dekhoon fiqh mein jo jahan par zikr kiya jata hai kis cheez par capital punishment ho sakta hai. to maine kaha dekhta hoon kiya hai.</w:t>
      </w:r>
      <w:r>
        <w:br/>
      </w:r>
      <w:r>
        <w:rPr>
          <w:sz w:val="20"/>
        </w:rPr>
        <w:t>25:58  to hud ke is mein maine dekha</w:t>
      </w:r>
      <w:r>
        <w:br/>
      </w:r>
      <w:r>
        <w:rPr>
          <w:sz w:val="20"/>
        </w:rPr>
        <w:t>26:01  muqaranat alfiqh par aik mashhoor kitab hai ibn rushd ki bidayat almujtahid. to is mein jo diye gaye hain is mein yeh is ka zikr nahi ke shatm rasool par qatl kiya jaye.</w:t>
      </w:r>
      <w:r>
        <w:br/>
      </w:r>
      <w:r>
        <w:rPr>
          <w:sz w:val="20"/>
        </w:rPr>
        <w:t>26:10  is par hai hi nahi is mein. aur Allah taala ko rasool sallallahu alaihi wasallam ka itna khayal tha aap dekhein ke aik martaba aisa hua ke koi dawat thi Allah ke rasool sallallahu alaihi wasallam ke ghar mein to kuch log der tak baith gaye.</w:t>
      </w:r>
      <w:r>
        <w:br/>
      </w:r>
      <w:r>
        <w:rPr>
          <w:sz w:val="20"/>
        </w:rPr>
        <w:t>26:23  Allah ke rasool sallallahu alaihi wasallam ko nagawar hua lekin woh haya ki wajah se bol nahi paaye to Allah taala ne aik ayat bazabta utari ke tumhari wajah se takleef ho rahi hai tum</w:t>
      </w:r>
      <w:r>
        <w:br/>
      </w:r>
      <w:r>
        <w:rPr>
          <w:sz w:val="20"/>
        </w:rPr>
        <w:t>26:31  aisa nahi kar sakte ho. to yeh kis Allah ke rasool sallallahu alaihi wasallam ke sath jo shatm ka waqea pesh aaye ga yeh to aur bohat bari baat hai.</w:t>
      </w:r>
      <w:r>
        <w:br/>
      </w:r>
      <w:r>
        <w:rPr>
          <w:sz w:val="20"/>
        </w:rPr>
        <w:t>26:40  is par aur lambi ayat utarni chahiye thi lekin woh nahi utri. balkay yahan par jo bataya gaya takleef hoti hai, eiza de rahe ho tum. in ke bare mein bhi aya tha ke tum aisa nahi karoge.</w:t>
      </w:r>
      <w:r>
        <w:br/>
      </w:r>
      <w:r>
        <w:rPr>
          <w:sz w:val="20"/>
        </w:rPr>
        <w:t>26:48  yeh nahi kaha ke tum ne takleef di hai, tum bhi shatim karne wale ho, tum ko bhi saza mile gi. to hum samajh sakte hain ke is par quran aur hadith mein is par bilkul khamoshi hai.</w:t>
      </w:r>
      <w:r>
        <w:br/>
      </w:r>
      <w:r>
        <w:rPr>
          <w:sz w:val="20"/>
        </w:rPr>
        <w:t>26:58  reason yeh hai ke koi bhi paighambar jo aata hai woh aata hai paigham pohanchane ke liye. to koi bhi jo rahe ga, naya aadmi rahe ga, bhadke ga is par, us ko takleef hogi to woh kuch na kuch kar sakta hai.</w:t>
      </w:r>
      <w:r>
        <w:br/>
      </w:r>
      <w:r>
        <w:rPr>
          <w:sz w:val="20"/>
        </w:rPr>
        <w:t>27:08  to is liye nahi diya gaya kyun ke woh is se sara maqsad hi faut ho jata hai. to ab main sawal karunga maulana basit umri sahib se ke</w:t>
      </w:r>
      <w:r>
        <w:br/>
      </w:r>
      <w:r>
        <w:rPr>
          <w:sz w:val="20"/>
        </w:rPr>
        <w:t>27:19  Allah ke rasool sallallahu alaihi wasallam ka amal tha ke abuser jo hain, shatim karne wale hain, us ko ignore karo. is se kiya sabak lena chahiye?</w:t>
      </w:r>
      <w:r>
        <w:br/>
      </w:r>
      <w:r>
        <w:rPr>
          <w:sz w:val="20"/>
        </w:rPr>
        <w:t>27:29  dekhiye,</w:t>
      </w:r>
      <w:r>
        <w:br/>
      </w:r>
      <w:r>
        <w:rPr>
          <w:sz w:val="20"/>
        </w:rPr>
        <w:t>27:34  mein pehle ek buniyadi baat batata hoon ke shatme rasool ke masle mein</w:t>
      </w:r>
      <w:r>
        <w:br/>
      </w:r>
      <w:r>
        <w:rPr>
          <w:sz w:val="20"/>
        </w:rPr>
        <w:t>27:44  kuch daleelein waqeyat ki shakal mein ulma ne di hain.</w:t>
      </w:r>
      <w:r>
        <w:br/>
      </w:r>
      <w:r>
        <w:rPr>
          <w:sz w:val="20"/>
        </w:rPr>
        <w:t>27:49  isi tarah Maulana ne bhi</w:t>
      </w:r>
      <w:r>
        <w:br/>
      </w:r>
      <w:r>
        <w:rPr>
          <w:sz w:val="20"/>
        </w:rPr>
        <w:t>27:55  yaani seerat-e-rasool se yeh daleelein di hain ke shaatim-e-rasool ko Allah ke rasool ne qatl nahi kiya, use nazar andaaz kiya.</w:t>
      </w:r>
      <w:r>
        <w:br/>
      </w:r>
      <w:r>
        <w:rPr>
          <w:sz w:val="20"/>
        </w:rPr>
        <w:t>28:10  to is masle mein ek saahib ne aitraaz bhi kiya ke Maulana apni kitabon mein sirf un waqeyat ko naqal karte hain jis mein Rasool Allah ne shaatim-e-rasool ko nazar andaaz kiya.</w:t>
      </w:r>
      <w:r>
        <w:br/>
      </w:r>
      <w:r>
        <w:rPr>
          <w:sz w:val="20"/>
        </w:rPr>
        <w:t>28:24  Maulana un waqeyat ko nahi lete jin waqeyat mein Allah ke Rasool ne un ko qatl kiya, haalankeh woh shatme rasool ka masla nahi tha, koi aur masla tha.</w:t>
      </w:r>
      <w:r>
        <w:br/>
      </w:r>
      <w:r>
        <w:rPr>
          <w:sz w:val="20"/>
        </w:rPr>
        <w:t>28:34  mein is mauzu mein nahi jaunga</w:t>
      </w:r>
      <w:r>
        <w:br/>
      </w:r>
      <w:r>
        <w:rPr>
          <w:sz w:val="20"/>
        </w:rPr>
        <w:t>28:36  a. mein sirf yeh batana chahta hoon ke aap samajhte hain ke is masle mein do daleelein hain.</w:t>
      </w:r>
      <w:r>
        <w:br/>
      </w:r>
      <w:r>
        <w:rPr>
          <w:sz w:val="20"/>
        </w:rPr>
        <w:t>28:44  ek taraf Maulana ne bhi diye hain, ek taraf aur ulma ne bhi diye hain. to is mein Maulana ko tarjeeh dene ke liye, Maulana ki baat ko samajhne ke liye hamein ek aur daleel mil</w:t>
      </w:r>
      <w:r>
        <w:br/>
      </w:r>
      <w:r>
        <w:rPr>
          <w:sz w:val="20"/>
        </w:rPr>
        <w:t>28:58  ti hai. Maulana ne apni kitaab mein is waqey ko naqal kiya hai Abdullah bin Ubay ke ke un ko Allah ke Rasool ne qatl nahi kiya.</w:t>
      </w:r>
      <w:r>
        <w:br/>
      </w:r>
      <w:r>
        <w:rPr>
          <w:sz w:val="20"/>
        </w:rPr>
        <w:t>29:11  woh zaahir baat hai munafiqon ke sardar thay. woh to dushman-e-Islam thay, yeh to waazeh tha sab par.</w:t>
      </w:r>
      <w:r>
        <w:br/>
      </w:r>
      <w:r>
        <w:rPr>
          <w:sz w:val="20"/>
        </w:rPr>
        <w:t>29:21  is ke bawajood bhi Allah ke Rasool ne qatl nahi kiya sirf ek wajah se.</w:t>
      </w:r>
      <w:r>
        <w:br/>
      </w:r>
      <w:r>
        <w:rPr>
          <w:sz w:val="20"/>
        </w:rPr>
        <w:t>29:25  woh wajah khud Allah ke Rasool ne bata diya ke woh wajah yeh hai ke log kahenge ke Rasool apne hi saathiyon ko qatl kar rahe hain.</w:t>
      </w:r>
      <w:r>
        <w:br/>
      </w:r>
      <w:r>
        <w:rPr>
          <w:sz w:val="20"/>
        </w:rPr>
        <w:t>29:35  to is waqey mein Maulana ne bohat achhe se yeh baat samjhai ke Islam ki image ko damage hone se bachana yeh bohat badi baat hai.</w:t>
      </w:r>
      <w:r>
        <w:br/>
      </w:r>
      <w:r>
        <w:rPr>
          <w:sz w:val="20"/>
        </w:rPr>
        <w:t>29:52  Rasool Allah ne dushman-e-Islam ko bhi nazar andaaz kar diya. is image, image Islam ki jo image hai, us ko bachane ke liye ek munafiqon ka sardar, dushman-e-Islam, jo saare musalmanon par waazeh tha, khud Allah ke Rasool par waazeh tha, us ke bawajood bhi Islam ki image ko bachane ke liye Rasool Allah ne unhein kuch nahi kiya.</w:t>
      </w:r>
      <w:r>
        <w:br/>
      </w:r>
      <w:r>
        <w:rPr>
          <w:sz w:val="20"/>
        </w:rPr>
        <w:t>30:16  to Maulana ki yeh baat hum ko lena chahiye.</w:t>
      </w:r>
      <w:r>
        <w:br/>
      </w:r>
      <w:r>
        <w:rPr>
          <w:sz w:val="20"/>
        </w:rPr>
        <w:t>30:20  yeh mera zehan appeal karta hai ke Islam ki image ko bachane ke liye musalman is masle mein nazar-e-saani kare.</w:t>
      </w:r>
      <w:r>
        <w:br/>
      </w:r>
      <w:r>
        <w:rPr>
          <w:sz w:val="20"/>
        </w:rPr>
        <w:t>30:29  woh yaani apne masle par misar na ho. yeh zyada ek sanjeeda insaan ke liye zaroori hai. to mujhe jo is masle mein Maulana ki yeh baat bohat zyada qabil-e-fehm lagi aur yeh baat aur musalmanon ko bhi sochna chahiye.</w:t>
      </w:r>
      <w:r>
        <w:br/>
      </w:r>
      <w:r>
        <w:rPr>
          <w:sz w:val="20"/>
        </w:rPr>
        <w:t>30:50  is par nazar-e-saani karna chahiye. shukriya Maulana Abdul Basit saahib. aap ne bohat hi aham baat batai. is par mein ek waqey add karna chahunga.</w:t>
      </w:r>
      <w:r>
        <w:br/>
      </w:r>
      <w:r>
        <w:rPr>
          <w:sz w:val="20"/>
        </w:rPr>
        <w:t>31:00  Allah ke Rasool Sallallahu Alaihi Wasallam ke zamane ka waqey, bilkul aakhri zamane ka.</w:t>
      </w:r>
      <w:r>
        <w:br/>
      </w:r>
      <w:r>
        <w:rPr>
          <w:sz w:val="20"/>
        </w:rPr>
        <w:t>31:07  Hazrat Abu Hurairah Razi Allahu Anhu Rasool Sallallahu Alaihi Wasallam ke paas aaye thay. yeh ghaleban saat hijri ya us ke baad ka waqey hai. aur un ke saath un ki maa bhi aai thi.</w:t>
      </w:r>
      <w:r>
        <w:br/>
      </w:r>
      <w:r>
        <w:rPr>
          <w:sz w:val="20"/>
        </w:rPr>
        <w:t>31:17  Abu Hurairah Razi Allahu Anhu to musalman thay, un ki maa kya thi? musalman nahi thi. to Abu Hurairah un ko ja kar baatein bataya karte thay. to ek din bohat naraz ho gayi aur us ne aisi baat kahi jis ko sab kaha ja sakta hai.</w:t>
      </w:r>
      <w:r>
        <w:br/>
      </w:r>
      <w:r>
        <w:rPr>
          <w:sz w:val="20"/>
        </w:rPr>
        <w:t>31:30  Abu Hurairah Razi Allahu Anhu chuki maa thi, un ka adab tha aur Allah ke Rasool Sallallahu Alaihi Wasallam ka bhi adab tha, to woh rote hue Allah ke Rasool Sallallahu Alaihi Wasallam ke paas aaye aur aa kar kaha ke mein apni maa ko Islam ki baatein bataya karta tha, woh naraz ho gayi.</w:t>
      </w:r>
      <w:r>
        <w:br/>
      </w:r>
      <w:r>
        <w:rPr>
          <w:sz w:val="20"/>
        </w:rPr>
        <w:t>31:45  fasam'atni feeka ma akram ke mujhe aap ke bare mein aisi baat sunai jis ko mein napasand karta hoon. zaahir si baat hai, woh sab ka hi waqey hoga.</w:t>
      </w:r>
      <w:r>
        <w:br/>
      </w:r>
      <w:r>
        <w:rPr>
          <w:sz w:val="20"/>
        </w:rPr>
        <w:t>31:56  to ab aap aisa kijiyega ke meri maan ki hidayat ke liye dua kar dijiye. agar woh had ka waqia hota to Allah ke Rasool sallallahu alaihi wasallam kehte hain, aye Abu Hurairah, yeh waqia jo had ka hai, is mein dua nahi hogi, is mein kya hai?</w:t>
      </w:r>
      <w:r>
        <w:br/>
      </w:r>
      <w:r>
        <w:rPr>
          <w:sz w:val="20"/>
        </w:rPr>
        <w:t>32:09  saza milegi. lekin Allah ke Rasool sallallahu alaihi wasallam ne unke liye dua ki. isi dua ke nateeje mein woh kya hai?</w:t>
      </w:r>
      <w:r>
        <w:br/>
      </w:r>
      <w:r>
        <w:rPr>
          <w:sz w:val="20"/>
        </w:rPr>
        <w:t>32:18  Allah ke Rasool sallallahu alaihi wasallam ki sacchi saathi ban gayi. to is se sabaq hum le sakte hain ke Allah ke Rasool sallallahu alaihi wasallam ka tareeqa kya tha aur hum bhi wahi tareeqa ikhtiyar kar sakte hain.</w:t>
      </w:r>
      <w:r>
        <w:br/>
      </w:r>
      <w:r>
        <w:rPr>
          <w:sz w:val="20"/>
        </w:rPr>
        <w:t>32:28  hamare paas</w:t>
      </w:r>
      <w:r>
        <w:br/>
      </w:r>
      <w:r>
        <w:rPr>
          <w:sz w:val="20"/>
        </w:rPr>
        <w:t>32:30  agar woh asbab nahi hain ke jo Allah ke Rasool sallallahu alaihi wasallam ko sab kar raha hai, us tak pahunch sake to hum us ke liye dua kar sakte hain. yeh milta hai is waqiye se.</w:t>
      </w:r>
      <w:r>
        <w:br/>
      </w:r>
      <w:r>
        <w:rPr>
          <w:sz w:val="20"/>
        </w:rPr>
        <w:t>32:39  aur aisa aur kai waqie hain ke ek aadmi ne aa kar kaha ke aye Muhammad, tum ne adl se kaam nahi liya, be insafi se kaam le rahe ho. to Hazrat Umar ko ghussa utha, unhon ne kaha, ab ijazat dein to main un ki gardan maar doon.</w:t>
      </w:r>
      <w:r>
        <w:br/>
      </w:r>
      <w:r>
        <w:rPr>
          <w:sz w:val="20"/>
        </w:rPr>
        <w:t>32:51  to Allah ke Rasool sallallahu alaihi wasallam ne kaha, nahi, d'ao la yatuhaddath al-nasu ann Muhammad yeqtulu ashabahu.</w:t>
      </w:r>
      <w:r>
        <w:br/>
      </w:r>
      <w:r>
        <w:rPr>
          <w:sz w:val="20"/>
        </w:rPr>
        <w:t>33:00  chhod do, tum logon ko yeh kehne ka mauqa na do ke Muhammad apne ashab ko qatl karte hain. aise kai kai waqiyat seerat aur hadith ki kitabon mein aaye hain. to main samajhta hoon ke aap ne bahut aham baat batai ke logon ko is par nahi dhyan dena chahiye ke woh kya sochte hain, balke is par dhyan dena chahiye ke waqai Quran aur Sunnat mein kya likha hua hai.</w:t>
      </w:r>
      <w:r>
        <w:br/>
      </w:r>
      <w:r>
        <w:rPr>
          <w:sz w:val="20"/>
        </w:rPr>
        <w:t>33:19  to ab main Maulana Inayat Umri sahib se isi pas manzar mein sawal karunga aur yeh mera aakhri sawal hai ke shaatim ki saza ke liye ulama e Islam jin waqiyat se istidlal karte hain, is silsile mein Maulana Wahiduddin Khan sahib ki rai kya hai?</w:t>
      </w:r>
      <w:r>
        <w:br/>
      </w:r>
      <w:r>
        <w:rPr>
          <w:sz w:val="20"/>
        </w:rPr>
        <w:t>33:36  ji, bahut hi aham sawal hai yeh. dekhiye, bazahir bahut se aise waqiyat milte hain seerat ki kitabon mein jin se ulama ne yeh istidlal kiya hai ke dekho, Rasool Allah ne yeh jo saza di, woh shatm ki wajah se di.</w:t>
      </w:r>
      <w:r>
        <w:br/>
      </w:r>
      <w:r>
        <w:rPr>
          <w:sz w:val="20"/>
        </w:rPr>
        <w:t>33:58  dekhiye, is mamle mein basic baat jo samajhne ki hai, woh yeh hai ke agar saza shatm jo hai, qabil e had jurm hai to aisa nahi ho sakta ke ek ko saza mile, ek ko maafi mile.</w:t>
      </w:r>
      <w:r>
        <w:br/>
      </w:r>
      <w:r>
        <w:rPr>
          <w:sz w:val="20"/>
        </w:rPr>
        <w:t>34:14  jaise abhi hamare Farhad Salafi sahib ne bataya ke Abu Hurairah ki maan ke liye Rasool Allah ne dua ki aur doosre log shatm ke mujrim hain, un ko saza mil rahi hai.</w:t>
      </w:r>
      <w:r>
        <w:br/>
      </w:r>
      <w:r>
        <w:rPr>
          <w:sz w:val="20"/>
        </w:rPr>
        <w:t>34:31  dekhiye, is mamle mein yeh usool hai. yeh</w:t>
      </w:r>
      <w:r>
        <w:br/>
      </w:r>
      <w:r>
        <w:rPr>
          <w:sz w:val="20"/>
        </w:rPr>
        <w:t>34:34  hum jante hain ke Rasool Allah sallallahu alaihi wasallam ke zamane mein jo qabila e Makhzum ki ek ladki ne, jinka naam Fatima tha, chori ki to bade khandan ki thi, bade gharane ki thi.</w:t>
      </w:r>
      <w:r>
        <w:br/>
      </w:r>
      <w:r>
        <w:rPr>
          <w:sz w:val="20"/>
        </w:rPr>
        <w:t>34:49  to unhon ne ja kar request ki Usama bin Zaid se ke Usama se Rasool Allah zyada mohabbat karte hain,</w:t>
      </w:r>
      <w:r>
        <w:br/>
      </w:r>
      <w:r>
        <w:rPr>
          <w:sz w:val="20"/>
        </w:rPr>
        <w:t>34:59  agar woh ja kar sifarish karein to shayad saza par nazar sani ki jayegi. to Usama bin Zaid Nabi sallallahu alaihi wasallam ke paas pahunche sifarish ke karne ke liye to aap ne farmaya ke atashfa'u fi haddin min hududillah.</w:t>
      </w:r>
      <w:r>
        <w:br/>
      </w:r>
      <w:r>
        <w:rPr>
          <w:sz w:val="20"/>
        </w:rPr>
        <w:t>35:19  Usama, kya tum Khuda ke hudood mein sifarish karne kar rahe ho? tum ya</w:t>
      </w:r>
      <w:r>
        <w:br/>
      </w:r>
      <w:r>
        <w:rPr>
          <w:sz w:val="20"/>
        </w:rPr>
        <w:t>35:25  yani agar woh had hai to saza nafiz hogi, maafi nahi milegi aur woh jurm koi bhi kare, us ko saza mil kar rahegi.</w:t>
      </w:r>
      <w:r>
        <w:br/>
      </w:r>
      <w:r>
        <w:rPr>
          <w:sz w:val="20"/>
        </w:rPr>
        <w:t>35:35  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r>
        <w:br/>
      </w:r>
      <w:r>
        <w:rPr>
          <w:sz w:val="20"/>
        </w:rPr>
        <w:t>36:00  dekhiye, is ka matlab yeh hai ke agar koi saza qabil e had hai, koi koi jurm qabil e had hai to wahan par maafi nahi di ja sakti.</w:t>
      </w:r>
      <w:r>
        <w:br/>
      </w:r>
      <w:r>
        <w:rPr>
          <w:sz w:val="20"/>
        </w:rPr>
        <w:t>36:11  hum dekh rahe hain ke yahan Rasool Allah ne sallallahu alaihi wasallam ne Abu Hurairah ki maan ko maaf kiya aur aap ne Abdullah bin Ubayi ko koi saza nahi di aur doosre kitne shaatimeen hain, aap ne un ko saza nahi di.</w:t>
      </w:r>
      <w:r>
        <w:br/>
      </w:r>
      <w:r>
        <w:rPr>
          <w:sz w:val="20"/>
        </w:rPr>
        <w:t>36:28  balke is silsile mein hum jante hain ke Suhail bin Amr, jinhon ne Sulah Hudaibiyah ke mauqe par Rahman ur Rahim mitane ke liye israr kiya aur Rasool Allah ka lafz mitane ke liye israr kiya, lekin un ko bhi toheen e risalat ka jo mujrim nahi qarar diya gaya.</w:t>
      </w:r>
      <w:r>
        <w:br/>
      </w:r>
      <w:r>
        <w:rPr>
          <w:sz w:val="20"/>
        </w:rPr>
        <w:t>36:50  balke mamla yeh hua ke aap ne Sahaba e Karam ko wasiyat ki, nasihat ki.</w:t>
      </w:r>
      <w:r>
        <w:br/>
      </w:r>
      <w:r>
        <w:rPr>
          <w:sz w:val="20"/>
        </w:rPr>
        <w:t>36:57  jab Makkah fateh ho raha tha, us mauqe par aap ne kaha ke man laqiya Suhail ibn Amr fala yuhaddu ilayhi al-nazar, fa inna Suhailan lahu aqlun wa sharafun, wa mithlu Suhailin la yujhalu al-islama.</w:t>
      </w:r>
      <w:r>
        <w:br/>
      </w:r>
      <w:r>
        <w:rPr>
          <w:sz w:val="20"/>
        </w:rPr>
        <w:t>37:12  aap ne kaha ke dekho, Suhail bin Amr ne Sulah Hudaibiyah ke mauqe par jo kuch kiya, us ko dil mein rakh kar agar un se tumhara aamna samna ho jaye to un ko nazron se bhi aisa mat dekho ke un ko bura lage.</w:t>
      </w:r>
      <w:r>
        <w:br/>
      </w:r>
      <w:r>
        <w:rPr>
          <w:sz w:val="20"/>
        </w:rPr>
        <w:t>37:28  phir aap ne kaha ke fan suhail lah aql o sharaf, suhail bohat ba-izzat aadmi, bohat jaaniyon aadmi, aqalmand aadmi hain.</w:t>
      </w:r>
      <w:r>
        <w:br/>
      </w:r>
      <w:r>
        <w:rPr>
          <w:sz w:val="20"/>
        </w:rPr>
        <w:t>37:37  main nahi chahta hoon ke tumhari aisi kisi harkat ki wajah se woh Islam se aur zyada door ho jaye. hmm, aur hua bhi yahi ke aap ki jo yeh umeed thi, aap ka jo yeh expectation tha, yeh poora hua, filfil hua.</w:t>
      </w:r>
      <w:r>
        <w:br/>
      </w:r>
      <w:r>
        <w:rPr>
          <w:sz w:val="20"/>
        </w:rPr>
        <w:t>37:51  aur woh jinhone kisi zamane mein Rehman o Rahim mitaya tha, woh jinhone Rasool Allah mitane par israr kiya tha, woh khud Allah ki rehmat ke saaye mein aa gaye.</w:t>
      </w:r>
      <w:r>
        <w:br/>
      </w:r>
      <w:r>
        <w:rPr>
          <w:sz w:val="20"/>
        </w:rPr>
        <w:t>38:02  ab baqi woh log jo bazahir lagta hai ke unki saza jo hai, shatm ki buniyad par di gayi, jaise ek waqia Ka'b bin Ashraf ka aur doosre aise kuch waqiat zikr kiye jaate hain ke unko jo saza di gayi, woh shatm ki buniyad par.</w:t>
      </w:r>
      <w:r>
        <w:br/>
      </w:r>
      <w:r>
        <w:rPr>
          <w:sz w:val="20"/>
        </w:rPr>
        <w:t>38:19  to aap is usool ko samne rakh kar agar baat ko samjhein to samajh mein aa jayega ke agar shatm koi qabil had jurm hai to us par saza hogi.</w:t>
      </w:r>
      <w:r>
        <w:br/>
      </w:r>
      <w:r>
        <w:rPr>
          <w:sz w:val="20"/>
        </w:rPr>
        <w:t>38:30  to</w:t>
      </w:r>
      <w:r>
        <w:br/>
      </w:r>
      <w:r>
        <w:rPr>
          <w:sz w:val="20"/>
        </w:rPr>
        <w:t>38:31  yahan aap ne maafi di, yahan aap ne duaein dein, yahan aap ne umeedien rakhi aur doosri taraf aap ne saza di, yeh mumkin nahi. to phir hum ko yeh dekhna padega ke unko kis jurm par saza di gayi.</w:t>
      </w:r>
      <w:r>
        <w:br/>
      </w:r>
      <w:r>
        <w:rPr>
          <w:sz w:val="20"/>
        </w:rPr>
        <w:t>38:43  to unka jurm shatm ka nahi, balke baghavat ka jurm tha.</w:t>
      </w:r>
      <w:r>
        <w:br/>
      </w:r>
      <w:r>
        <w:rPr>
          <w:sz w:val="20"/>
        </w:rPr>
        <w:t>38:49  aur hum jante hain ke baghavat ki saza dunya ke kisi bhi qanoon mein, kisi bhi mulk mein, aadmi agar apne mulk se baghavat karta hai to uski saza sakht se sakht hoti hai aur Quran mein bhi uski saza sakht hai.</w:t>
      </w:r>
      <w:r>
        <w:br/>
      </w:r>
      <w:r>
        <w:rPr>
          <w:sz w:val="20"/>
        </w:rPr>
        <w:t>39:01  to Ka'b bin Ashraf waghera ka jo case hai, unka case baghavat ka case ke Ka'b bin Ashraf Ghazwa-e-Khandaq ka sabab bhi wohi shakhs bana tha.</w:t>
      </w:r>
      <w:r>
        <w:br/>
      </w:r>
      <w:r>
        <w:rPr>
          <w:sz w:val="20"/>
        </w:rPr>
        <w:t>39:14  aise bohat se unke aise cases the jo baghavat ko explain karte hain, na ke shatm ko. to hum in tamam baaton se andaza laga sakte hain ke baat bohat wazeh hai, clear hai ke shatm ki jo saza Musalman logon ko qatl ki shakal mein dena chahte hain,</w:t>
      </w:r>
      <w:r>
        <w:br/>
      </w:r>
      <w:r>
        <w:rPr>
          <w:sz w:val="20"/>
        </w:rPr>
        <w:t>39:38  woh Quran se sabit nahi hai,</w:t>
      </w:r>
      <w:r>
        <w:br/>
      </w:r>
      <w:r>
        <w:rPr>
          <w:sz w:val="20"/>
        </w:rPr>
        <w:t>39:41  Seerat se bhi nahi milta hai aur Ahadees mein bhi hum ko aisi koi baat nahi milti hai. to is mamle mein, jaisa ke hamare saathi ne kaha ke ahl-e-Islam ko, ulama-e-Islam ko, sab ko apni rai par nazar sani karni chahiye aur dekhni chahiye ke is wajah se Islam ki aur zyada badnami ho rahi hai.</w:t>
      </w:r>
      <w:r>
        <w:br/>
      </w:r>
      <w:r>
        <w:rPr>
          <w:sz w:val="20"/>
        </w:rPr>
        <w:t>40:01  to hamein Islam ko badnami se bachane ke liye apne fatwe par agar hum nazar sani karein to insha Allah al-aziz, Islam ki image hum durust kar sakte hain.</w:t>
      </w:r>
      <w:r>
        <w:br/>
      </w:r>
      <w:r>
        <w:rPr>
          <w:sz w:val="20"/>
        </w:rPr>
        <w:t>40:13  to meri baat mukammal ho gayi. Jazak Allah khair. Shukriya aap teeno sahiban ka. jo aap tamam logon ki baaton se samajh mein aaya, woh yeh hai ke Musalman shatm-e-Rasool par hassas hone ki bajaye is baat par hassas hon</w:t>
      </w:r>
      <w:r>
        <w:br/>
      </w:r>
      <w:r>
        <w:rPr>
          <w:sz w:val="20"/>
        </w:rPr>
        <w:t>40:29  ke taleem-e-Rasool kaise tamam logon tak pahunchai jaye taake sahi baat sab logon ke samne aaye. to woh shaatim banne ki bajaye Rasool Sallallahu Alaihi Wasallam ke sadiq ban jayein, dost ban jayein, siddiq ban jayein.</w:t>
      </w:r>
      <w:r>
        <w:br/>
      </w:r>
      <w:r>
        <w:rPr>
          <w:sz w:val="20"/>
        </w:rPr>
        <w:t>40:41  yeh achhi baat hogi. is se kya hoga? Paighambar-e-Islam Sallallahu Alaihi Wasallam ka jo maqsad tha ke logon ko Allah ke raste par laya jaye, jannat ke raste par laya jaye, yeh maqsad poora hoga.</w:t>
      </w:r>
      <w:r>
        <w:br/>
      </w:r>
      <w:r>
        <w:rPr>
          <w:sz w:val="20"/>
        </w:rPr>
        <w:t>40:52  aur agar hum shaatim keh kar bhadakte hain, ehtejaj karte hain to woh maqsad</w:t>
      </w:r>
      <w:r>
        <w:br/>
      </w:r>
      <w:r>
        <w:rPr>
          <w:sz w:val="20"/>
        </w:rPr>
        <w:t>40:57  poora nahi hoga, balke log Allah ke deen se door ho jayenge galat fehmi ki buniyad par. Islam yahi sikhata hai. to main isi par apni baat khatm karta hoon aur main dua karta hoon ke Allah taala hum tamam logon ko Allah ke Rasool Sallallahu Alaihi Wasallam ka jo maqsad tha, usko samajhne aur uske aitbar se logon ke sath pesh aane ki tofeeq ata farmaye.</w:t>
      </w:r>
      <w:r>
        <w:br/>
      </w:r>
      <w:r>
        <w:rPr>
          <w:sz w:val="20"/>
        </w:rPr>
        <w:t>41:18  Ameen. Assalamu Alaikum wa Rahmatullahi.</w:t>
      </w:r>
    </w:p>
    <w:p>
      <w:pPr>
        <w:pStyle w:val="Heading2"/>
      </w:pPr>
      <w:r>
        <w:t>Reassessing what constitutes a Muslim</w:t>
      </w:r>
    </w:p>
    <w:p>
      <w:r>
        <w:rPr>
          <w:color w:val="666666"/>
          <w:sz w:val="18"/>
        </w:rPr>
        <w:t>Society &amp; Dawah · Art of Crisis Management I 3 October, 2010 Maulana Wahiduddin Khan · 5m 47s · at 1:19:02 · https://youtu.be/mcJZ0YEOolk?t=4742</w:t>
      </w:r>
    </w:p>
    <w:p>
      <w:r>
        <w:rPr>
          <w:i/>
        </w:rPr>
        <w:t>“Quite often one sees that Islamic principles and values are being better observed by non-Muslims than by Muslims. At the same time, some Muslims have abandoned the principles of Islam while claiming allegiance to the religion of the Prophet. Is it time for us to reassess what constitutes a Muslim? Should we not consider a Muslim as one who adheres to Islamic values?”</w:t>
      </w:r>
    </w:p>
    <w:p>
      <w:r>
        <w:rPr>
          <w:sz w:val="20"/>
        </w:rPr>
        <w:t>1:19:02  Maulana, agla sawal kya hai? Mr. John Butt ne Afghanistan se. unhon ne poocha hai ke "quite often one sees that Islamic principles and values are being better observed by non-Muslims than by Muslims.</w:t>
      </w:r>
      <w:r>
        <w:br/>
      </w:r>
      <w:r>
        <w:rPr>
          <w:sz w:val="20"/>
        </w:rPr>
        <w:t>1:19:19  at the same time, some Muslims have abandoned the principles of Islam while claiming allegiance to the religion of the Prophet.</w:t>
      </w:r>
      <w:r>
        <w:br/>
      </w:r>
      <w:r>
        <w:rPr>
          <w:sz w:val="20"/>
        </w:rPr>
        <w:t>1:19:29  is it time for us to reassess what constitutes a Muslim? should we not consider a Muslim as one who adheres to Islamic values</w:t>
      </w:r>
      <w:r>
        <w:br/>
      </w:r>
      <w:r>
        <w:rPr>
          <w:sz w:val="20"/>
        </w:rPr>
        <w:t>1:19:41  rather than one who claims allegiance to Islam while contravening its principles?" kindly comment.</w:t>
      </w:r>
      <w:r>
        <w:br/>
      </w:r>
      <w:r>
        <w:rPr>
          <w:sz w:val="20"/>
        </w:rPr>
        <w:t>1:19:52  agar main sahi samajhta hoon, samjha hoon is question ko to is ka matlab غالباً yeh hai ke hum declare karein ke yeh Musalman jo hai, Islam se door ho gaya. غالباً yeh matlab hai.</w:t>
      </w:r>
      <w:r>
        <w:br/>
      </w:r>
      <w:r>
        <w:rPr>
          <w:sz w:val="20"/>
        </w:rPr>
        <w:t>1:20:04  Maulana, jo Islam ko adhere kar raha hai, ji, us ko kahein ke bhai yeh true Muslim hai. jo hat gaya, us ko declare karein ke Islam se hat gaya. yeh matlab hai.</w:t>
      </w:r>
      <w:r>
        <w:br/>
      </w:r>
      <w:r>
        <w:rPr>
          <w:sz w:val="20"/>
        </w:rPr>
        <w:t>1:20:13  maulana, deklair ka word nahin aaya, but jo aap matlab yahi hai, matlab yahi hai. haan,</w:t>
      </w:r>
      <w:r>
        <w:br/>
      </w:r>
      <w:r>
        <w:rPr>
          <w:sz w:val="20"/>
        </w:rPr>
        <w:t>1:20:19  dekhen, yeh islam ki taleem nahin hai. islam mein dekhiye, ek hai ideal, ek hai practical. ek hai ideal, ek hai practical.</w:t>
      </w:r>
      <w:r>
        <w:br/>
      </w:r>
      <w:r>
        <w:rPr>
          <w:sz w:val="20"/>
        </w:rPr>
        <w:t>1:20:34  to ideal situation agar yani achievable na ho to hamein practical par raazi hona padta hai. to ideal to wahi hai ke main saare musalman islam ko follow kar rahe hon,</w:t>
      </w:r>
      <w:r>
        <w:br/>
      </w:r>
      <w:r>
        <w:rPr>
          <w:sz w:val="20"/>
        </w:rPr>
        <w:t>1:20:49  woh achhi baat hai.</w:t>
      </w:r>
      <w:r>
        <w:br/>
      </w:r>
      <w:r>
        <w:rPr>
          <w:sz w:val="20"/>
        </w:rPr>
        <w:t>1:20:51  lekin islam ko agar follow na karen, un mein barbaricity aa jaye, tab hamein kya karna hai? hamein samjhana hai, preaching karna hai, fatwa nahin dena hai.</w:t>
      </w:r>
      <w:r>
        <w:br/>
      </w:r>
      <w:r>
        <w:rPr>
          <w:sz w:val="20"/>
        </w:rPr>
        <w:t>1:21:06  fatwa activism islam mein hai nahin. aaj kal jo fatwa active chala hua hai na, islam mein nahin hai. yeh</w:t>
      </w:r>
      <w:r>
        <w:br/>
      </w:r>
      <w:r>
        <w:rPr>
          <w:sz w:val="20"/>
        </w:rPr>
        <w:t>1:21:13  sab galat hai. misaal ke taur par dekhiye, ek firqa hai, us ko ahmadi firqa kehte hain, kuch log qadiyani kehte hain is ko. is ke baad khoob fatwa activism chalaya gaya.</w:t>
      </w:r>
      <w:r>
        <w:br/>
      </w:r>
      <w:r>
        <w:rPr>
          <w:sz w:val="20"/>
        </w:rPr>
        <w:t>1:21:25  yeh mere nazdeek sar-ta-pa galat tha bilkul. yani agar kisi ne aisa</w:t>
      </w:r>
      <w:r>
        <w:br/>
      </w:r>
      <w:r>
        <w:rPr>
          <w:sz w:val="20"/>
        </w:rPr>
        <w:t>1:21:31  yani baat kahi thi jo aap ke nazdeek islam ke khilaaf hai to aap samjhaiye bujhayein is ko. fatwa dene ka matlab kya hai?</w:t>
      </w:r>
      <w:r>
        <w:br/>
      </w:r>
      <w:r>
        <w:rPr>
          <w:sz w:val="20"/>
        </w:rPr>
        <w:t>1:21:39  yeh kafir hain, yeh islam se nikal gaye hain, yeh islam mein hai hi nahin.</w:t>
      </w:r>
      <w:r>
        <w:br/>
      </w:r>
      <w:r>
        <w:rPr>
          <w:sz w:val="20"/>
        </w:rPr>
        <w:t>1:21:46  imam muslim ne likha hai, mere paas maujood hai kitab ke</w:t>
      </w:r>
      <w:r>
        <w:br/>
      </w:r>
      <w:r>
        <w:rPr>
          <w:sz w:val="20"/>
        </w:rPr>
        <w:t>1:21:55  woh "la yukaffir ahadun min ahl al-qibla" yani jo qibla rukh par namaz padhaye, us ki takfeer nahin ki jayegi.</w:t>
      </w:r>
      <w:r>
        <w:br/>
      </w:r>
      <w:r>
        <w:rPr>
          <w:sz w:val="20"/>
        </w:rPr>
        <w:t>1:22:05  ab aap jaiye, agar qadiyaniyon ko dekhiye, ahmadi logon ko dekhen to qibla ki taraf namaz padhte hain. woh un ka, woh namaz padhte hain, un ka, un ka, un ka kaba, un ka qibla bhi kaba hai.</w:t>
      </w:r>
      <w:r>
        <w:br/>
      </w:r>
      <w:r>
        <w:rPr>
          <w:sz w:val="20"/>
        </w:rPr>
        <w:t>1:22:18  to aap ne takfeer kyun ki hai in ki? to yeh jo saare ulama mashghool the, yani qadiyaniyon ya ahmadiyon ki takfeer bhi, yeh bilkul galat kaam kiya unhone.</w:t>
      </w:r>
      <w:r>
        <w:br/>
      </w:r>
      <w:r>
        <w:rPr>
          <w:sz w:val="20"/>
        </w:rPr>
        <w:t>1:22:30  aap ko dawat karna hai, aap ko samjhana hai, aap ko yeh right hai nahin ke takfeer karen. aap deklair karen ke yeh kafir hai, yeh phir jindiq hai, yeh falaan hai.</w:t>
      </w:r>
      <w:r>
        <w:br/>
      </w:r>
      <w:r>
        <w:rPr>
          <w:sz w:val="20"/>
        </w:rPr>
        <w:t>1:22:43  aap ko, aap ko "you have no right to declare such fatwa". "you have no right to issue such fatwa". to chahe qadiyani ka masla ho, chahe ahmadi ka masla ho, chahe brelvi ka masla ho, koi bhi masla</w:t>
      </w:r>
      <w:r>
        <w:br/>
      </w:r>
      <w:r>
        <w:rPr>
          <w:sz w:val="20"/>
        </w:rPr>
        <w:t>1:23:02  mein aap ko ikhtilaf ho sakta hai, lekin aap fatwa dene ka haq nahin hai. aap ko samjhaiye, islaah kijiye, tablegh kijiye, dawat kijiye.</w:t>
      </w:r>
      <w:r>
        <w:br/>
      </w:r>
      <w:r>
        <w:rPr>
          <w:sz w:val="20"/>
        </w:rPr>
        <w:t>1:23:18  to yeh bahut, yeh, yeh, yeh is ko kehte hain "ghulu extremism". extremism islam mein hai nahin. "la ghuluwa fil islam".</w:t>
      </w:r>
      <w:r>
        <w:br/>
      </w:r>
      <w:r>
        <w:rPr>
          <w:sz w:val="20"/>
        </w:rPr>
        <w:t>1:23:27  yeh dars fatwa dete hain to qadiyaniyon ke muamle mein ya ahmadiyon ke muamle mein jo ulama ne kiya, woh sab ghulu tha. ghulu dars fatwa de diya ke yeh kafir hain,</w:t>
      </w:r>
      <w:r>
        <w:br/>
      </w:r>
      <w:r>
        <w:rPr>
          <w:sz w:val="20"/>
        </w:rPr>
        <w:t>1:23:39  aur halanke un mein se kisi ne jahan tak main jaanta hoon, yeh nahin kiya ke woh logon se mile, humdardi ke sath, khirqa ke sath samjhaye ke tumhara aqeedah kya hai.</w:t>
      </w:r>
      <w:r>
        <w:br/>
      </w:r>
      <w:r>
        <w:rPr>
          <w:sz w:val="20"/>
        </w:rPr>
        <w:t>1:23:51  samjhe is ko ke aqeedah ko kya waqai tum daawa karte ho ke main nabi hoon ya kuch aur tum kehte ho, us ko samjho.</w:t>
      </w:r>
      <w:r>
        <w:br/>
      </w:r>
      <w:r>
        <w:rPr>
          <w:sz w:val="20"/>
        </w:rPr>
        <w:t>1:23:59  aur phir agar tumhare nazdeek woh galat un ka aqeedah hai to us ko samjhao, un ke aqeedah ko durust karo. bas fatwa dena jaiz nahin, aur marna kaata aur bhi najaaiz hai.</w:t>
      </w:r>
      <w:r>
        <w:br/>
      </w:r>
      <w:r>
        <w:rPr>
          <w:sz w:val="20"/>
        </w:rPr>
        <w:t>1:24:12  aaj kal kya hai? maarne kaatne shuru kar dete hain,</w:t>
      </w:r>
      <w:r>
        <w:br/>
      </w:r>
      <w:r>
        <w:rPr>
          <w:sz w:val="20"/>
        </w:rPr>
        <w:t>1:24:16  yaqtul al-had shuru ho jata hai. yeh sab bilkul islam ke khilaaf hai. sirf hamare liye ek hi option hai, woh hai dawat, islaah, tafheem.</w:t>
      </w:r>
      <w:r>
        <w:br/>
      </w:r>
      <w:r>
        <w:rPr>
          <w:sz w:val="20"/>
        </w:rPr>
        <w:t>1:24:27  bas "we have no option other than this".</w:t>
      </w:r>
      <w:r>
        <w:br/>
      </w:r>
      <w:r>
        <w:rPr>
          <w:sz w:val="20"/>
        </w:rPr>
        <w:t>1:24:35  yeh mein poore, yaani poore conviction se keh raha hoon ke yahi Islam hai, aur is ke khilaaf jo baat log kehte hain, woh Islam nahi hai, woh un ke apne ghar banaya hua Islam hai.</w:t>
      </w:r>
    </w:p>
    <w:p>
      <w:pPr>
        <w:pStyle w:val="Heading2"/>
      </w:pPr>
      <w:r>
        <w:t>Recommended books for introducing Islam</w:t>
      </w:r>
    </w:p>
    <w:p>
      <w:r>
        <w:rPr>
          <w:color w:val="666666"/>
          <w:sz w:val="18"/>
        </w:rPr>
        <w:t>Society &amp; Dawah · Sahaba and Muhaddithin 24th June 2012 - Maulana Wahiduddin Khan · 2m 37s · at 1:14:17 · https://youtu.be/tUPo7MI0Bdo?t=4457</w:t>
      </w:r>
    </w:p>
    <w:p>
      <w:r>
        <w:rPr>
          <w:i/>
        </w:rPr>
        <w:t>“What books should we give to those who come into our contact to tell them about Islam?”</w:t>
      </w:r>
    </w:p>
    <w:p>
      <w:r>
        <w:rPr>
          <w:sz w:val="20"/>
        </w:rPr>
        <w:t>1:14:17  Maulana, agla sawal Delhi se hai, Nazim Ahmed sahib ka. Unhon ne likha hai: "Jo log hamare sampark mein aate hain, un ko Islam ke bare mein batane ke liye kaun si kitabein hum dein?" Is ke bare mein bataein.</w:t>
      </w:r>
      <w:r>
        <w:br/>
      </w:r>
      <w:r>
        <w:rPr>
          <w:sz w:val="20"/>
        </w:rPr>
        <w:t>1:14:35  Bhai, dekhein, yeh koi</w:t>
      </w:r>
      <w:r>
        <w:br/>
      </w:r>
      <w:r>
        <w:rPr>
          <w:sz w:val="20"/>
        </w:rPr>
        <w:t>1:14:39  Yaani yeh koi batane ki baat nahi hai, yeh toh aap ki samajhne ki baat hai. Kyun ke jo aap ke sampark mein aate hain, woh kya hain? Toh woh tarah tarah ke log ho sakte hain.</w:t>
      </w:r>
      <w:r>
        <w:br/>
      </w:r>
      <w:r>
        <w:rPr>
          <w:sz w:val="20"/>
        </w:rPr>
        <w:t>1:14:50  Insaan ki toh bohat qismein hain. Toh aap ko khud kitabein padhna hoga,</w:t>
      </w:r>
      <w:r>
        <w:br/>
      </w:r>
      <w:r>
        <w:rPr>
          <w:sz w:val="20"/>
        </w:rPr>
        <w:t>1:14:56  Kitaab padh ke khud aap ko tay karna hoga ke un ke mind ko address karne wali kitaab kaun si hai. Yeh koi doosra aadmi nahi bata sakta hai.</w:t>
      </w:r>
      <w:r>
        <w:br/>
      </w:r>
      <w:r>
        <w:rPr>
          <w:sz w:val="20"/>
        </w:rPr>
        <w:t>1:15:10  Maulana, agla ek comment aaya hai, Patna se, Bihar se, Danial sahib ka. Unhon ne likha hai: "Maulana, pichhle Sunday ko main Delhi mein tha, main ne CPS Hall mein aap ke lecture ko attend kiya, jis ka topic tha Political Activism aur Futile Activism.</w:t>
      </w:r>
      <w:r>
        <w:br/>
      </w:r>
      <w:r>
        <w:rPr>
          <w:sz w:val="20"/>
        </w:rPr>
        <w:t>1:15:30  Aur aaj main online lecture yeh sun raha hoon, in dono lecture se kai bohat zyada important Islam ke aspects clear hue, jis ke baad mere</w:t>
      </w:r>
      <w:r>
        <w:br/>
      </w:r>
      <w:r>
        <w:rPr>
          <w:sz w:val="20"/>
        </w:rPr>
        <w:t>1:15:40  andar thrilling ka ehsaas ho raha hai. Jo baatein main ne samjhi, woh yeh hain ke hum 200 saal se political empire ko regain karne ki koshish kar rahe hain.</w:t>
      </w:r>
      <w:r>
        <w:br/>
      </w:r>
      <w:r>
        <w:rPr>
          <w:sz w:val="20"/>
        </w:rPr>
        <w:t>1:15:52  halankeh is se bhi bara, is se bhi, is se bhi zyada bara empire maujood hai, aur woh hai daawa empire.</w:t>
      </w:r>
      <w:r>
        <w:br/>
      </w:r>
      <w:r>
        <w:rPr>
          <w:sz w:val="20"/>
        </w:rPr>
        <w:t>1:16:01  aur daawa empire ke baad kisi aur empire ki zaroorat nahi.</w:t>
      </w:r>
      <w:r>
        <w:br/>
      </w:r>
      <w:r>
        <w:rPr>
          <w:sz w:val="20"/>
        </w:rPr>
        <w:t>1:16:06  doosri ahem baat yeh hai ke Quran ke mutabiq hamare liye zimmedari yeh hai ke hum adl ko apnayen, na ke adl ko nafiz karne ke liye purtashaddud jiddojehad karen.</w:t>
      </w:r>
      <w:r>
        <w:br/>
      </w:r>
      <w:r>
        <w:rPr>
          <w:sz w:val="20"/>
        </w:rPr>
        <w:t>1:16:20  teesri, prophet aur sahaba ke zamane mein religious persecution ka zamana tha. un logon ne jo bhi defense confrontation kiya, uska asal maqsad religious persecution ko</w:t>
      </w:r>
      <w:r>
        <w:br/>
      </w:r>
      <w:r>
        <w:rPr>
          <w:sz w:val="20"/>
        </w:rPr>
        <w:t>1:16:34  khatam karne ka tha, na ke political power ko gain karne ka. aur unhi ki koshishon ke nateejay mein jo process shuru hua, uska culmination aaj freedom of expression hai.</w:t>
      </w:r>
      <w:r>
        <w:br/>
      </w:r>
      <w:r>
        <w:rPr>
          <w:sz w:val="20"/>
        </w:rPr>
        <w:t>1:16:48  Maulana sahib, yeh baatein kya maine sahi samjhi? theek, bohat sahi, bilkul sahi hai,</w:t>
      </w:r>
    </w:p>
    <w:p>
      <w:pPr>
        <w:pStyle w:val="Heading2"/>
      </w:pPr>
      <w:r>
        <w:t>Rectifying the distorted image of Islam</w:t>
      </w:r>
    </w:p>
    <w:p>
      <w:r>
        <w:rPr>
          <w:color w:val="666666"/>
          <w:sz w:val="18"/>
        </w:rPr>
        <w:t>Society &amp; Dawah · Hadith Word of Wisdom August 31, 2014 · 1m 54s · at 1:12:42 · https://youtu.be/fv4eRJRe8dk?t=4362</w:t>
      </w:r>
    </w:p>
    <w:p>
      <w:r>
        <w:rPr>
          <w:i/>
        </w:rPr>
        <w:t>“The image of Islam is so much distorted. How can we rectify it and convince the world that Islam is a religion of peace rather than”</w:t>
      </w:r>
    </w:p>
    <w:p>
      <w:r>
        <w:rPr>
          <w:sz w:val="20"/>
        </w:rPr>
        <w:t>1:12:42  maulana, agla sawal noida say hai, miss zikra aqeel nay kiya hai.</w:t>
      </w:r>
      <w:r>
        <w:br/>
      </w:r>
      <w:r>
        <w:rPr>
          <w:sz w:val="20"/>
        </w:rPr>
        <w:t>1:12:47  "the image of islam is so much distorted.</w:t>
      </w:r>
      <w:r>
        <w:br/>
      </w:r>
      <w:r>
        <w:rPr>
          <w:sz w:val="20"/>
        </w:rPr>
        <w:t>1:12:51  how can we rectify it and convince the world that islam is a religion of peace rather than</w:t>
      </w:r>
      <w:r>
        <w:br/>
      </w:r>
      <w:r>
        <w:rPr>
          <w:sz w:val="20"/>
        </w:rPr>
        <w:t>1:12:55  a religion of violence?"</w:t>
      </w:r>
      <w:r>
        <w:br/>
      </w:r>
      <w:r>
        <w:rPr>
          <w:sz w:val="20"/>
        </w:rPr>
        <w:t>1:13:00  dainkhain, yeh koi masla nahin hai.</w:t>
      </w:r>
      <w:r>
        <w:br/>
      </w:r>
      <w:r>
        <w:rPr>
          <w:sz w:val="20"/>
        </w:rPr>
        <w:t>1:13:04  yeh sab rahay ga.</w:t>
      </w:r>
      <w:r>
        <w:br/>
      </w:r>
      <w:r>
        <w:rPr>
          <w:sz w:val="20"/>
        </w:rPr>
        <w:t>1:13:08  rasool Allah kay zamanay mein bhi tha, sahaba kay zamanay mein bhi tha, kyunkay dunya to dainkhain, test</w:t>
      </w:r>
      <w:r>
        <w:br/>
      </w:r>
      <w:r>
        <w:rPr>
          <w:sz w:val="20"/>
        </w:rPr>
        <w:t>1:13:13  ki dunya hai.</w:t>
      </w:r>
      <w:r>
        <w:br/>
      </w:r>
      <w:r>
        <w:rPr>
          <w:sz w:val="20"/>
        </w:rPr>
        <w:t>1:13:17  yahan to yahi sab rahay ga.</w:t>
      </w:r>
      <w:r>
        <w:br/>
      </w:r>
      <w:r>
        <w:rPr>
          <w:sz w:val="20"/>
        </w:rPr>
        <w:t>1:13:22  bilkul saboot ho, sab kuch aik dam har cheez perfect ho to is kis baat ka test hoga?</w:t>
      </w:r>
      <w:r>
        <w:br/>
      </w:r>
      <w:r>
        <w:rPr>
          <w:sz w:val="20"/>
        </w:rPr>
        <w:t>1:13:26  yeh mumkin hi nahin hai kay dunya mein har cheez saboot ho, bilkul hi koi ikhtilaf na ho,</w:t>
      </w:r>
      <w:r>
        <w:br/>
      </w:r>
      <w:r>
        <w:rPr>
          <w:sz w:val="20"/>
        </w:rPr>
        <w:t>1:13:30  sab bilkul theek thaak ho.</w:t>
      </w:r>
      <w:r>
        <w:br/>
      </w:r>
      <w:r>
        <w:rPr>
          <w:sz w:val="20"/>
        </w:rPr>
        <w:t>1:13:35  to woh to jannat, phir to dunya hi jannat ho jaye gi.</w:t>
      </w:r>
      <w:r>
        <w:br/>
      </w:r>
      <w:r>
        <w:rPr>
          <w:sz w:val="20"/>
        </w:rPr>
        <w:t>1:13:39  is dunya mein aadmi ko yeh is imtihan mein khada hona paray ga kay woh sachai ko daryaft karay.</w:t>
      </w:r>
      <w:r>
        <w:br/>
      </w:r>
      <w:r>
        <w:rPr>
          <w:sz w:val="20"/>
        </w:rPr>
        <w:t>1:13:44  ikhtilafat kay darmiyan woh apni aql ko istemal kar kay janay kay kiya theek hai, kiya theek nahin hai.</w:t>
      </w:r>
      <w:r>
        <w:br/>
      </w:r>
      <w:r>
        <w:rPr>
          <w:sz w:val="20"/>
        </w:rPr>
        <w:t>1:13:48  wo test hai.</w:t>
      </w:r>
      <w:r>
        <w:br/>
      </w:r>
      <w:r>
        <w:rPr>
          <w:sz w:val="20"/>
        </w:rPr>
        <w:t>1:13:52  woh yeh sab jo ikhtilafat hain, yeh aap ke liye test papers hain.</w:t>
      </w:r>
      <w:r>
        <w:br/>
      </w:r>
      <w:r>
        <w:rPr>
          <w:sz w:val="20"/>
        </w:rPr>
        <w:t>1:13:57  woh agar yeh sab na ho to kis baat ka test liya jaye ga? koi ikhtilaf nahi, koi</w:t>
      </w:r>
      <w:r>
        <w:br/>
      </w:r>
      <w:r>
        <w:rPr>
          <w:sz w:val="20"/>
        </w:rPr>
        <w:t>1:14:01  masla nahi, koi gadbad nahi, sab theek thaak hai.</w:t>
      </w:r>
      <w:r>
        <w:br/>
      </w:r>
      <w:r>
        <w:rPr>
          <w:sz w:val="20"/>
        </w:rPr>
        <w:t>1:14:06  to phir kis baat ka test hoga? imtehan kis baat ka hoga? yeh sochana hi ghalat hai ke</w:t>
      </w:r>
      <w:r>
        <w:br/>
      </w:r>
      <w:r>
        <w:rPr>
          <w:sz w:val="20"/>
        </w:rPr>
        <w:t>1:14:10  dunya mein yeh sab kyun hai.</w:t>
      </w:r>
      <w:r>
        <w:br/>
      </w:r>
      <w:r>
        <w:rPr>
          <w:sz w:val="20"/>
        </w:rPr>
        <w:t>1:14:14  is liye hai ke Khuda ko test lena hai, aap ki aql ka test lena hai.</w:t>
      </w:r>
      <w:r>
        <w:br/>
      </w:r>
      <w:r>
        <w:rPr>
          <w:sz w:val="20"/>
        </w:rPr>
        <w:t>1:14:19  apni aql ko istemal kar ke aap ko janna parega.</w:t>
      </w:r>
      <w:r>
        <w:br/>
      </w:r>
      <w:r>
        <w:rPr>
          <w:sz w:val="20"/>
        </w:rPr>
        <w:t>1:14:23  yeh yeh aap ki duty hai ke jannain aap ke kya sachai hai aur kya sachai nahi hai.</w:t>
      </w:r>
      <w:r>
        <w:br/>
      </w:r>
      <w:r>
        <w:rPr>
          <w:sz w:val="20"/>
        </w:rPr>
        <w:t>1:14:28  yeh to aap ki aql ka imtehan hai.</w:t>
      </w:r>
      <w:r>
        <w:br/>
      </w:r>
      <w:r>
        <w:rPr>
          <w:sz w:val="20"/>
        </w:rPr>
        <w:t>1:14:32  yeh aap ki aql ka imtehan hai, woh kabhi bhi khatam nahi hoga.</w:t>
      </w:r>
    </w:p>
    <w:p>
      <w:pPr>
        <w:pStyle w:val="Heading2"/>
      </w:pPr>
      <w:r>
        <w:t>Redirecting Muslims to the Quranic Dawah</w:t>
      </w:r>
    </w:p>
    <w:p>
      <w:r>
        <w:rPr>
          <w:color w:val="666666"/>
          <w:sz w:val="18"/>
        </w:rPr>
        <w:t>Society &amp; Dawah · The Age of Giving Global Thanks Dec 15. 2019—Maulana Wahiduddin Khan · 1m 15s · at 51:00 · https://youtu.be/254Pgn6Ldts?t=3060</w:t>
      </w:r>
    </w:p>
    <w:p>
      <w:r>
        <w:rPr>
          <w:i/>
        </w:rPr>
        <w:t>“Muslims have been trapped in non-serious and emotional issues for many decades and have completely derailed from the real task of conveying the message of the Quran to mankind. How can we get them to think, plan, and work on the dawah front? How can we change today's youth? What is your advice?”</w:t>
      </w:r>
    </w:p>
    <w:p>
      <w:r>
        <w:rPr>
          <w:sz w:val="20"/>
        </w:rPr>
        <w:t>51:00  molana, agla sawal lete hain. yeh sawal bheja hai ahmedabad se faizan sheikh sahib ne. unhon ne likha hai: "molana, muslims for now many many decades are trapped in non serious and emotional issues.</w:t>
      </w:r>
      <w:r>
        <w:br/>
      </w:r>
      <w:r>
        <w:rPr>
          <w:sz w:val="20"/>
        </w:rPr>
        <w:t>51:18  they have completely derailed from the real task of conveying the message of the quran to mankind.</w:t>
      </w:r>
      <w:r>
        <w:br/>
      </w:r>
      <w:r>
        <w:rPr>
          <w:sz w:val="20"/>
        </w:rPr>
        <w:t>51:25  how can we get them to think, plan and work on da'wah front? how can we change today's youth? what is your adv</w:t>
      </w:r>
      <w:r>
        <w:br/>
      </w:r>
      <w:r>
        <w:rPr>
          <w:sz w:val="20"/>
        </w:rPr>
        <w:t>51:34  ice?" khoob dua kijiye, khoob dua kijiye. to aap ka jo koshish hai, is koshish mein jaan par jayegi.</w:t>
      </w:r>
      <w:r>
        <w:br/>
      </w:r>
      <w:r>
        <w:rPr>
          <w:sz w:val="20"/>
        </w:rPr>
        <w:t>51:47  mujhe yaqeen hai ke aap koshish kar rahe honge. jab yeh sawal aap ke mind mein aaye to zaroor aap koshish kar rahe honge. to aap dua kijiye aur phir aap ki koshishon mein jaan par jayegi aur woh aalami satah par phail jayegi.</w:t>
      </w:r>
    </w:p>
    <w:p>
      <w:pPr>
        <w:pStyle w:val="Heading2"/>
      </w:pPr>
      <w:r>
        <w:t>Reforming scholars to purify Islamic thought</w:t>
      </w:r>
    </w:p>
    <w:p>
      <w:r>
        <w:rPr>
          <w:color w:val="666666"/>
          <w:sz w:val="18"/>
        </w:rPr>
        <w:t>Society &amp; Dawah · Mission of Tajdeed (Revival of Islam) September 15, 2019 Maulana Wahiduddin Khan · 3m 20s · at 55:58 · https://youtu.be/jGfoAffJ4-8?t=3358</w:t>
      </w:r>
    </w:p>
    <w:p>
      <w:r>
        <w:rPr>
          <w:i/>
        </w:rPr>
        <w:t>“Your explanation of derailment of Islamic religious thought is most appropriate and relevant today. But since the derailment was caused by the scholars, isn't it important to reform the scholars rather than the people? To purify the river, the polluting pipelines need to be plugged. Otherwise, no matter how much cleansing is done, the river of current Islamic thought will continue to be polluted.”</w:t>
      </w:r>
    </w:p>
    <w:p>
      <w:r>
        <w:rPr>
          <w:sz w:val="20"/>
        </w:rPr>
        <w:t>55:58  maulana, agla sawal dilli se hai. hamid iqbal sahib ne kiya hai. unhon ne likha hai: "Your explanation of derailment of Islamic religious thought is most appropriate and relevant today.</w:t>
      </w:r>
      <w:r>
        <w:br/>
      </w:r>
      <w:r>
        <w:rPr>
          <w:sz w:val="20"/>
        </w:rPr>
        <w:t>56:16  but since the derailment was caused by the ulama, isnt it important to reform the ulama rather than the people?</w:t>
      </w:r>
      <w:r>
        <w:br/>
      </w:r>
      <w:r>
        <w:rPr>
          <w:sz w:val="20"/>
        </w:rPr>
        <w:t>56:27  to purify the river, the polluting pipelines need to be plugged. otherwise, no matter how much cleansing is done, the river of current islamic thought will continue to be polluted." dekhiye, mein ne kabhi nahi kaha ke ulama se aata hai.</w:t>
      </w:r>
      <w:r>
        <w:br/>
      </w:r>
      <w:r>
        <w:rPr>
          <w:sz w:val="20"/>
        </w:rPr>
        <w:t>56:45  yeh mein ne kabhi nahi kaha ke yeh aata hai interaction se aata hai. mein ne yeh kaha ke yeh aap keh rahe hain, meri taraf mat lagaiye is ko.</w:t>
      </w:r>
      <w:r>
        <w:br/>
      </w:r>
      <w:r>
        <w:rPr>
          <w:sz w:val="20"/>
        </w:rPr>
        <w:t>56:56  mein ne yeh kabhi nahi kaha ke ulama se aata hai, derailment interaction se aata hai, ikhtilaf se aata hai. woh fitri hai. jab ikhtilaf hoga to kuch na kuch idhar ki baat, udhar idhar ki baat, idhar mil mil jayegi.</w:t>
      </w:r>
      <w:r>
        <w:br/>
      </w:r>
      <w:r>
        <w:rPr>
          <w:sz w:val="20"/>
        </w:rPr>
        <w:t>57:11  to woh phenomena hai ikhtilaf ka, ulama ka phenomena nahi hai. woh</w:t>
      </w:r>
      <w:r>
        <w:br/>
      </w:r>
      <w:r>
        <w:rPr>
          <w:sz w:val="20"/>
        </w:rPr>
        <w:t>57:23  Maulana, agla comment bheja hai Professor Najma Siddiqui ne Dilli se. Unhon ne likha hai: "Maulana, today talk on tajdid clarified many concepts very meaningfully.</w:t>
      </w:r>
      <w:r>
        <w:br/>
      </w:r>
      <w:r>
        <w:rPr>
          <w:sz w:val="20"/>
        </w:rPr>
        <w:t>57:38  bringing back from the derailment seems a long process. ve all need to work very hard and play our role very sincerely.</w:t>
      </w:r>
      <w:r>
        <w:br/>
      </w:r>
      <w:r>
        <w:rPr>
          <w:sz w:val="20"/>
        </w:rPr>
        <w:t>57:50  jazak allah for inspiring us</w:t>
      </w:r>
      <w:r>
        <w:br/>
      </w:r>
      <w:r>
        <w:rPr>
          <w:sz w:val="20"/>
        </w:rPr>
        <w:t>57:52  ." masha'allah. Azhar Mubarak Sahib ne Bhagalpur se likha hai: "Maulana, you are a great positivist which I experience many times by his words.</w:t>
      </w:r>
      <w:r>
        <w:br/>
      </w:r>
      <w:r>
        <w:rPr>
          <w:sz w:val="20"/>
        </w:rPr>
        <w:t>58:03  many of the complexities he explains with very simple words."</w:t>
      </w:r>
      <w:r>
        <w:br/>
      </w:r>
      <w:r>
        <w:rPr>
          <w:sz w:val="20"/>
        </w:rPr>
        <w:t>58:18  okay, so we will end the session now. thank you.</w:t>
      </w:r>
    </w:p>
    <w:p>
      <w:pPr>
        <w:pStyle w:val="Heading2"/>
      </w:pPr>
      <w:r>
        <w:t>Reforming wrongdoers through attention not hate</w:t>
      </w:r>
    </w:p>
    <w:p>
      <w:r>
        <w:rPr>
          <w:color w:val="666666"/>
          <w:sz w:val="18"/>
        </w:rPr>
        <w:t>Society &amp; Dawah · Islam in A New Age March 18, 2012 · 1m 51s · at 1:25:31 · https://youtu.be/P5hzq_NheY0?t=5131</w:t>
      </w:r>
    </w:p>
    <w:p>
      <w:r>
        <w:rPr>
          <w:i/>
        </w:rPr>
        <w:t>“Why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r>
        <w:rPr>
          <w:sz w:val="20"/>
        </w:rPr>
        <w:t>1:25:31  Maulana, yeh sawal aaya hai Dr. Fareeda Khanam ka, dilli se. Unhon ne likha hai Why is it that Muslims do not understand that if someone like Salman Rushdie has done something wrong, he needs all the more attention from us to reform him, to set his thinking right?</w:t>
      </w:r>
      <w:r>
        <w:br/>
      </w:r>
      <w:r>
        <w:rPr>
          <w:sz w:val="20"/>
        </w:rPr>
        <w:t>1:25:51  By hating a person, we distance that person further from theright thinking, from the truth. Please explain.</w:t>
      </w:r>
      <w:r>
        <w:br/>
      </w:r>
      <w:r>
        <w:rPr>
          <w:sz w:val="20"/>
        </w:rPr>
        <w:t>1:26:00  aakhri mein is zamane mein kuch aise halaat paida hue ke musalman jo hain nafrat mein mubtala ho gaye. Nafrat yaani ek qaumi yeh ban gayi woh musalmanon ki.</w:t>
      </w:r>
      <w:r>
        <w:br/>
      </w:r>
      <w:r>
        <w:rPr>
          <w:sz w:val="20"/>
        </w:rPr>
        <w:t>1:26:12  Yaani qaumi mizaj ban gaya musalmanon ka. Nafrat, nafrat, nafrat. Har ek se nafrati hai bas in ko.</w:t>
      </w:r>
      <w:r>
        <w:br/>
      </w:r>
      <w:r>
        <w:rPr>
          <w:sz w:val="20"/>
        </w:rPr>
        <w:t>1:26:19  Yeh qaumi mizaj ban gaya hai. Is ke zimmedaar hamare leader hain. Yaani aalim aur aur Mr. dono ne yahi kaam kiya hai.</w:t>
      </w:r>
      <w:r>
        <w:br/>
      </w:r>
      <w:r>
        <w:rPr>
          <w:sz w:val="20"/>
        </w:rPr>
        <w:t>1:26:30  Toh ek ek nafrat jo hai woh nasal dar nasal chal rahi hai. Jisko kehte hain atomistic instinct ban gayi musalmanon ki. Atomistic instinct musalmanon ki ban gayi hai.</w:t>
      </w:r>
      <w:r>
        <w:br/>
      </w:r>
      <w:r>
        <w:rPr>
          <w:sz w:val="20"/>
        </w:rPr>
        <w:t>1:26:42  Toh ab is ko khatam karne ke liye hamein jar se chalna padega. Aur yaani is mizaj ko khatam karna padega jo mizaj nasal dar nasal banta chala aa raha hai.</w:t>
      </w:r>
      <w:r>
        <w:br/>
      </w:r>
      <w:r>
        <w:rPr>
          <w:sz w:val="20"/>
        </w:rPr>
        <w:t>1:26:55  Isi ka hum koshish kar rahe hain inshallah. Aur jo log yahan aate hain barabar hamari class mein, un mein inshallah yeh baatein nahi hoti hain. Jo hamara literature padhta hai, jo barabar class mein aata hai,</w:t>
      </w:r>
      <w:r>
        <w:br/>
      </w:r>
      <w:r>
        <w:rPr>
          <w:sz w:val="20"/>
        </w:rPr>
        <w:t>1:27:09  Toh woh is ko hate se matlab nahi hai.</w:t>
      </w:r>
      <w:r>
        <w:br/>
      </w:r>
      <w:r>
        <w:rPr>
          <w:sz w:val="20"/>
        </w:rPr>
        <w:t>1:27:12  Woh positive thinking se matlab hota hai is ko. Toh bas bataun ke zyada se zyada kitabein padhai jayen. Yahi hal hai is ka.</w:t>
      </w:r>
    </w:p>
    <w:p>
      <w:pPr>
        <w:pStyle w:val="Heading2"/>
      </w:pPr>
      <w:r>
        <w:t>Reformist society vs state reform</w:t>
      </w:r>
    </w:p>
    <w:p>
      <w:r>
        <w:rPr>
          <w:color w:val="666666"/>
          <w:sz w:val="18"/>
        </w:rPr>
        <w:t>Society &amp; Dawah · Example of the Prophet March 20, 2016 · 2m 10s · at 52:13 · https://youtu.be/79HmhzXU41w?t=3133</w:t>
      </w:r>
    </w:p>
    <w:p>
      <w:r>
        <w:rPr>
          <w:i/>
        </w:rPr>
        <w:t>“Is it necessary to form a reformist society, or is reform of the state more important? Please explain.”</w:t>
      </w:r>
    </w:p>
    <w:p>
      <w:r>
        <w:rPr>
          <w:sz w:val="20"/>
        </w:rPr>
        <w:t>52:12  dekh rahe hain.</w:t>
      </w:r>
      <w:r>
        <w:br/>
      </w:r>
      <w:r>
        <w:rPr>
          <w:sz w:val="20"/>
        </w:rPr>
        <w:t>52:13  pehla sawal hai altaf hussain sahib ka pakistan mianwali se, aur unhon ne likha hai ke kya aik</w:t>
      </w:r>
      <w:r>
        <w:br/>
      </w:r>
      <w:r>
        <w:rPr>
          <w:sz w:val="20"/>
        </w:rPr>
        <w:t>52:22  islahi society tashkeel dena zaroori hai ya riyasat ki islaah zyada aham hai? is ke baray mein batayen.</w:t>
      </w:r>
      <w:r>
        <w:br/>
      </w:r>
      <w:r>
        <w:rPr>
          <w:sz w:val="20"/>
        </w:rPr>
        <w:t>52:32  dekhen, islami riyasat koi mission hi nahi hai.</w:t>
      </w:r>
      <w:r>
        <w:br/>
      </w:r>
      <w:r>
        <w:rPr>
          <w:sz w:val="20"/>
        </w:rPr>
        <w:t>52:35  islam mein koi na quran mein ayat hai, na koi hadith hai jis mein kaha gaya ho ke</w:t>
      </w:r>
      <w:r>
        <w:br/>
      </w:r>
      <w:r>
        <w:rPr>
          <w:sz w:val="20"/>
        </w:rPr>
        <w:t>52:40  ab musalmano tum islam hukoomat qaim karo.</w:t>
      </w:r>
      <w:r>
        <w:br/>
      </w:r>
      <w:r>
        <w:rPr>
          <w:sz w:val="20"/>
        </w:rPr>
        <w:t>52:43  yeh to sarray se mission hi nahi hai.</w:t>
      </w:r>
      <w:r>
        <w:br/>
      </w:r>
      <w:r>
        <w:rPr>
          <w:sz w:val="20"/>
        </w:rPr>
        <w:t>52:47  mission jo bhi quran mein bataya gaya, a a insan to apna tazkiya kar, kyunke tazkiya ke zariye</w:t>
      </w:r>
      <w:r>
        <w:br/>
      </w:r>
      <w:r>
        <w:rPr>
          <w:sz w:val="20"/>
        </w:rPr>
        <w:t>52:54  jannat milegi.</w:t>
      </w:r>
      <w:r>
        <w:br/>
      </w:r>
      <w:r>
        <w:rPr>
          <w:sz w:val="20"/>
        </w:rPr>
        <w:t>52:57  to islam ka jo mission hai, woh fard ka tazkiya yaad rakhiye.</w:t>
      </w:r>
      <w:r>
        <w:br/>
      </w:r>
      <w:r>
        <w:rPr>
          <w:sz w:val="20"/>
        </w:rPr>
        <w:t>53:04  alhamdulillah rabbil alameen jo hai, woh kahan waqe hota hai? fard ka dar waqe hota hai.</w:t>
      </w:r>
      <w:r>
        <w:br/>
      </w:r>
      <w:r>
        <w:rPr>
          <w:sz w:val="20"/>
        </w:rPr>
        <w:t>53:13  yeh bohat hi important baat is ko hamein samajhna chahiye ke islam ka nishana fard hai.</w:t>
      </w:r>
      <w:r>
        <w:br/>
      </w:r>
      <w:r>
        <w:rPr>
          <w:sz w:val="20"/>
        </w:rPr>
        <w:t>53:20  koi system ya koi hukoomat yeh hai hi nahi.</w:t>
      </w:r>
      <w:r>
        <w:br/>
      </w:r>
      <w:r>
        <w:rPr>
          <w:sz w:val="20"/>
        </w:rPr>
        <w:t>53:23  islam ka nishana woh to halaat ke process ke tehat kabhi hoga, kabhi nahi hoga, lekin nishana nahi</w:t>
      </w:r>
      <w:r>
        <w:br/>
      </w:r>
      <w:r>
        <w:rPr>
          <w:sz w:val="20"/>
        </w:rPr>
        <w:t>53:30  he. woh nishana yeh hai ke har aadmi alhamdulillah rabbul alameen ki speed pe jiye.</w:t>
      </w:r>
      <w:r>
        <w:br/>
      </w:r>
      <w:r>
        <w:rPr>
          <w:sz w:val="20"/>
        </w:rPr>
        <w:t>53:38  har aadmi ke andar</w:t>
      </w:r>
      <w:r>
        <w:br/>
      </w:r>
      <w:r>
        <w:rPr>
          <w:sz w:val="20"/>
        </w:rPr>
        <w:t>53:40  wo cheez paida ho jis ko quran mein kaha gaya hai: allah se hubb shadeed aur khauf shadeed.</w:t>
      </w:r>
      <w:r>
        <w:br/>
      </w:r>
      <w:r>
        <w:rPr>
          <w:sz w:val="20"/>
        </w:rPr>
        <w:t>53:47  har aadmi apna tazkiya kare, kyunke aise afraad jab paida honge tab society banegi.</w:t>
      </w:r>
      <w:r>
        <w:br/>
      </w:r>
      <w:r>
        <w:rPr>
          <w:sz w:val="20"/>
        </w:rPr>
        <w:t>53:53  aur society banegi tab saleh hukoomat banegi.</w:t>
      </w:r>
      <w:r>
        <w:br/>
      </w:r>
      <w:r>
        <w:rPr>
          <w:sz w:val="20"/>
        </w:rPr>
        <w:t>53:57  ke hadees mein hai: kama takoonu kazalika yuwalla alaikum</w:t>
      </w:r>
      <w:r>
        <w:br/>
      </w:r>
      <w:r>
        <w:rPr>
          <w:sz w:val="20"/>
        </w:rPr>
        <w:t>54:01  saleh afraad se saleh muashra aur saleh muashre se saleh hukoomat.</w:t>
      </w:r>
      <w:r>
        <w:br/>
      </w:r>
      <w:r>
        <w:rPr>
          <w:sz w:val="20"/>
        </w:rPr>
        <w:t>54:07  agar aap na fard banayein na society banayein, aap jump kar dein, hamein hukoomat qaim karna hai to</w:t>
      </w:r>
      <w:r>
        <w:br/>
      </w:r>
      <w:r>
        <w:rPr>
          <w:sz w:val="20"/>
        </w:rPr>
        <w:t>54:13  kuch bhi nahi hone wala siwaye siwaye takhreeb kari ke.</w:t>
      </w:r>
      <w:r>
        <w:br/>
      </w:r>
      <w:r>
        <w:rPr>
          <w:sz w:val="20"/>
        </w:rPr>
        <w:t>54:21  yeh mere mutalliq ka khulasa hai.</w:t>
      </w:r>
    </w:p>
    <w:p>
      <w:pPr>
        <w:pStyle w:val="Heading2"/>
      </w:pPr>
      <w:r>
        <w:t>Refuting the Idea of Islamic Empire</w:t>
      </w:r>
    </w:p>
    <w:p>
      <w:r>
        <w:rPr>
          <w:color w:val="666666"/>
          <w:sz w:val="18"/>
        </w:rPr>
        <w:t>Society &amp; Dawah · Religion and Democracy December 25, 2011 · 2m 30s · at 1:20:03 · https://youtu.be/8Mf_yvDA8ik?t=4803</w:t>
      </w:r>
    </w:p>
    <w:p>
      <w:r>
        <w:rPr>
          <w:i/>
        </w:rPr>
        <w:t>“The reward for spiritual knowledge (ma'rifat) and dawah will be given in the afterlife, but the benefit of a Muslim empire will be given in this world. Muslims are waiting for an Islamic government to be established. Maulana, how can this wrong idea be explained? Explain that it is not possible.”</w:t>
      </w:r>
    </w:p>
    <w:p>
      <w:r>
        <w:rPr>
          <w:sz w:val="20"/>
        </w:rPr>
        <w:t>1:20:03  maulana, agla sawal aaya hai tamil nadu se maulana farhat ahmad salafi umri ka. unhone poocha hai ke marifat aur dawat ka inaam akhirat mein milega, magar muslim empire ka faida dunya mein milega.</w:t>
      </w:r>
      <w:r>
        <w:br/>
      </w:r>
      <w:r>
        <w:rPr>
          <w:sz w:val="20"/>
        </w:rPr>
        <w:t>1:20:21  muslim isi isi cheez ki baat pe iska intezar kar rahe hain ke islami hukumat kab qaim hogi. maulana, is galat baat ko kaise samjhaya jaye?</w:t>
      </w:r>
      <w:r>
        <w:br/>
      </w:r>
      <w:r>
        <w:rPr>
          <w:sz w:val="20"/>
        </w:rPr>
        <w:t>1:20:34  samjhaya jaye ke woh possible nahi hai.</w:t>
      </w:r>
      <w:r>
        <w:br/>
      </w:r>
      <w:r>
        <w:rPr>
          <w:sz w:val="20"/>
        </w:rPr>
        <w:t>1:20:37  jis cheez ko muslim jo kehte hain ke muslim hukumatain thi, to woh hukumat kahan thi? woh to dynasty thi. ek khandan hukumat kar raha tha, aam musalmanon ko to kuch bhi nahi mila hua tha, aur sari dunya mein muslim hukumat woh to possible hi nahi hai, mumkin hi nahi hai.</w:t>
      </w:r>
      <w:r>
        <w:br/>
      </w:r>
      <w:r>
        <w:rPr>
          <w:sz w:val="20"/>
        </w:rPr>
        <w:t>1:20:55  to ek unachievable goal ke liye musalman jo hai, apne dimagh khwamkhwah is mein apne dimagh ko masroof kiye hue hain. yeh goal achievable hi nahi hai ke sari dunya mein islami hukumat qaim ho.</w:t>
      </w:r>
      <w:r>
        <w:br/>
      </w:r>
      <w:r>
        <w:rPr>
          <w:sz w:val="20"/>
        </w:rPr>
        <w:t>1:21:07  na kabhi hua, na aindah hone wala hai, aur jo hukumatain bani thi musalmanon ki, woh sab dynasty thi, yaani khandani badshahat.</w:t>
      </w:r>
      <w:r>
        <w:br/>
      </w:r>
      <w:r>
        <w:rPr>
          <w:sz w:val="20"/>
        </w:rPr>
        <w:t>1:21:17  jo kuch mila hua tha, ek khandan ko mila hua tha. to dynasty ke liye aap saare apne aap ko kya khatam kar denge?</w:t>
      </w:r>
      <w:r>
        <w:br/>
      </w:r>
      <w:r>
        <w:rPr>
          <w:sz w:val="20"/>
        </w:rPr>
        <w:t>1:21:26  isi ko, isi ke peeche.</w:t>
      </w:r>
      <w:r>
        <w:br/>
      </w:r>
      <w:r>
        <w:rPr>
          <w:sz w:val="20"/>
        </w:rPr>
        <w:t>1:21:32  to behal, yeh mere nazdeek political goal achievable nahi hai, sirf ek fareb hai, ek romantic concept hai. yeh woh achieve hi nahi ho sakta kabhi is dunya mein, jo ke test ke liye banayi gayi hai.</w:t>
      </w:r>
      <w:r>
        <w:br/>
      </w:r>
      <w:r>
        <w:rPr>
          <w:sz w:val="20"/>
        </w:rPr>
        <w:t>1:21:47  aur marifat aur dawat to har ek aadmi ke liye achievable hai. har aadmi apne aap ko aarif bana sakta hai, har aadmi apne aap ko daai bana sakta hai.</w:t>
      </w:r>
      <w:r>
        <w:br/>
      </w:r>
      <w:r>
        <w:rPr>
          <w:sz w:val="20"/>
        </w:rPr>
        <w:t>1:22:00  is baat ko log</w:t>
      </w:r>
      <w:r>
        <w:br/>
      </w:r>
      <w:r>
        <w:rPr>
          <w:sz w:val="20"/>
        </w:rPr>
        <w:t>1:22:01  nahi samajhte, is farq ko jaan lein. agar ke aarif banna aur daai banna, yeh to hamare bas mein hai, lekin islami hukumat sari dunya mein qaim karna, yeh to bas mein nahi hai, achievable hi nahi hai.</w:t>
      </w:r>
      <w:r>
        <w:br/>
      </w:r>
      <w:r>
        <w:rPr>
          <w:sz w:val="20"/>
        </w:rPr>
        <w:t>1:22:11  woh sarr se isko chand samajhte hain, samajhte hain yeh log, aur bohat si kitabein chapi hui hain jo is mein romantic baatein hain.</w:t>
      </w:r>
      <w:r>
        <w:br/>
      </w:r>
      <w:r>
        <w:rPr>
          <w:sz w:val="20"/>
        </w:rPr>
        <w:t>1:22:20  in romantic baaton mein phanse hue hain log. to isko clear kar diya jaye to inshallah yaqeenan apni islaah kar lenge log.</w:t>
      </w:r>
    </w:p>
    <w:p>
      <w:pPr>
        <w:pStyle w:val="Heading2"/>
      </w:pPr>
      <w:r>
        <w:t>Religious obligation for Muslims suffering</w:t>
      </w:r>
    </w:p>
    <w:p>
      <w:r>
        <w:rPr>
          <w:color w:val="666666"/>
          <w:sz w:val="18"/>
        </w:rPr>
        <w:t>Society &amp; Dawah · Realization of God December 18, 2016 Maulana Wahiduddin Khan · 2m 26s · at 1:05:59 · https://youtu.be/LHKb2btTIT8?t=3959</w:t>
      </w:r>
    </w:p>
    <w:p>
      <w:r>
        <w:rPr>
          <w:i/>
        </w:rPr>
        <w:t>“Whatever is happening to Muslims all over the world is known to everyone. We are being slaughtered everywhere. Is there any religious obligation on all the Muslims and...”</w:t>
      </w:r>
    </w:p>
    <w:p>
      <w:r>
        <w:rPr>
          <w:sz w:val="20"/>
        </w:rPr>
        <w:t>1:05:59  chahti hai usi ke peeche dauren aap ji maulana agla sawal imran khan sahib ne kiya hai aa</w:t>
      </w:r>
      <w:r>
        <w:br/>
      </w:r>
      <w:r>
        <w:rPr>
          <w:sz w:val="20"/>
        </w:rPr>
        <w:t>1:06:07  lahore pakistan se aur unhon ne likha hai whatever is happening to muslims all over the world is</w:t>
      </w:r>
      <w:r>
        <w:br/>
      </w:r>
      <w:r>
        <w:rPr>
          <w:sz w:val="20"/>
        </w:rPr>
        <w:t>1:06:14  known to everyone we are being slaughtered everywhere is there any religious obligations on all the muslims and</w:t>
      </w:r>
      <w:r>
        <w:br/>
      </w:r>
      <w:r>
        <w:rPr>
          <w:sz w:val="20"/>
        </w:rPr>
        <w:t>1:06:22  how should we all respond.</w:t>
      </w:r>
      <w:r>
        <w:br/>
      </w:r>
      <w:r>
        <w:rPr>
          <w:sz w:val="20"/>
        </w:rPr>
        <w:t>1:06:30  ho raha hai dekhen yeh yeh baat hi galat hai ke musalmanon ko mara ja raha hai musalman</w:t>
      </w:r>
      <w:r>
        <w:br/>
      </w:r>
      <w:r>
        <w:rPr>
          <w:sz w:val="20"/>
        </w:rPr>
        <w:t>1:06:37  ke amal par retaliate kiya ja raha hai woh sari baatein hain jisko aap kehte hain ke</w:t>
      </w:r>
      <w:r>
        <w:br/>
      </w:r>
      <w:r>
        <w:rPr>
          <w:sz w:val="20"/>
        </w:rPr>
        <w:t>1:06:45  musalman mara ja raha hai woh sari baatein retaliation hain bohat maine isko parha hai kahin</w:t>
      </w:r>
      <w:r>
        <w:br/>
      </w:r>
      <w:r>
        <w:rPr>
          <w:sz w:val="20"/>
        </w:rPr>
        <w:t>1:06:53  bhi aisa nahi ke khwamkhwah koi musalmanon ko maar raha hai bhediya bankar ke koi bhi musalmanon</w:t>
      </w:r>
      <w:r>
        <w:br/>
      </w:r>
      <w:r>
        <w:rPr>
          <w:sz w:val="20"/>
        </w:rPr>
        <w:t>1:07:00  ke liye bhediya nahi hai lekin musalmanon ne khud sakhta tor par jihad ka ek tasawwur banaya hai</w:t>
      </w:r>
      <w:r>
        <w:br/>
      </w:r>
      <w:r>
        <w:rPr>
          <w:sz w:val="20"/>
        </w:rPr>
        <w:t>1:07:08  jihad ke tasawwur ke tehat woh pathar marte hain bomb marte hain to log retaliate karte hain is</w:t>
      </w:r>
      <w:r>
        <w:br/>
      </w:r>
      <w:r>
        <w:rPr>
          <w:sz w:val="20"/>
        </w:rPr>
        <w:t>1:07:16  ka hal sirf ek hai aap apna act khatm kijiye to reaction bhi khatm ho jayega aap</w:t>
      </w:r>
      <w:r>
        <w:br/>
      </w:r>
      <w:r>
        <w:rPr>
          <w:sz w:val="20"/>
        </w:rPr>
        <w:t>1:07:24  ka jo action hai usko khatm kijiye reaction apne aap khatm ho jayega retaliation khatm ho</w:t>
      </w:r>
      <w:r>
        <w:br/>
      </w:r>
      <w:r>
        <w:rPr>
          <w:sz w:val="20"/>
        </w:rPr>
        <w:t>1:07:31  jayega yahi ek hi hal hai koi doosra hal hi nahi hai doosra hal ka tajurba ho</w:t>
      </w:r>
      <w:r>
        <w:br/>
      </w:r>
      <w:r>
        <w:rPr>
          <w:sz w:val="20"/>
        </w:rPr>
        <w:t>1:07:39  chuka kashmir mein falasteen mein har jagah beshumar paisa beshumar sacrifices ke bawajood kuch bhi nahi</w:t>
      </w:r>
      <w:r>
        <w:br/>
      </w:r>
      <w:r>
        <w:rPr>
          <w:sz w:val="20"/>
        </w:rPr>
        <w:t>1:07:47  hasil hua kuch hasil nahi hua jahan jahan aap bata rahe hain mislan kashmir mein mislan falasteen mein</w:t>
      </w:r>
      <w:r>
        <w:br/>
      </w:r>
      <w:r>
        <w:rPr>
          <w:sz w:val="20"/>
        </w:rPr>
        <w:t>1:07:54  beshumar sacrifice ki gayi lekin result kuch nahi aur har jagah kyun har jagah yahi hai ke</w:t>
      </w:r>
      <w:r>
        <w:br/>
      </w:r>
      <w:r>
        <w:rPr>
          <w:sz w:val="20"/>
        </w:rPr>
        <w:t>1:08:02  retaliation ka concept musalmanon ko maloom hi nahi woh one sided story unke maloom hai unko</w:t>
      </w:r>
      <w:r>
        <w:br/>
      </w:r>
      <w:r>
        <w:rPr>
          <w:sz w:val="20"/>
        </w:rPr>
        <w:t>1:08:10  one sided story yani unhon ne kya yeh nahi jante isko unhon ne doosre ne kya is</w:t>
      </w:r>
      <w:r>
        <w:br/>
      </w:r>
      <w:r>
        <w:rPr>
          <w:sz w:val="20"/>
        </w:rPr>
        <w:t>1:08:18  ko jante hain aur isko zulm kehte hain isko zulm ko aap retaliation samjhiye bas sab</w:t>
      </w:r>
    </w:p>
    <w:p>
      <w:pPr>
        <w:pStyle w:val="Heading2"/>
      </w:pPr>
      <w:r>
        <w:t>Religious persecution or confusion today</w:t>
      </w:r>
    </w:p>
    <w:p>
      <w:r>
        <w:rPr>
          <w:color w:val="666666"/>
          <w:sz w:val="18"/>
        </w:rPr>
        <w:t>Society &amp; Dawah · 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2"/>
      </w:pPr>
      <w:r>
        <w:t>Removing misunderstanding about perpetual conflict</w:t>
      </w:r>
    </w:p>
    <w:p>
      <w:r>
        <w:rPr>
          <w:color w:val="666666"/>
          <w:sz w:val="18"/>
        </w:rPr>
        <w:t>Society &amp; Dawah · Islam and Violence October 12, 2014 · 1m 26s · at 1:14:11 · https://youtu.be/KmpXYZjPlj8?t=4451</w:t>
      </w:r>
    </w:p>
    <w:p>
      <w:r>
        <w:rPr>
          <w:i/>
        </w:rPr>
        <w:t>“Maulana, I was talking to someone about dawah with peace, and he immediately said that the conflict between truth and falsehood will continue until the Day of Judgment. Maulana, how can I remove this misunderstanding? Please tell me.”</w:t>
      </w:r>
    </w:p>
    <w:p>
      <w:r>
        <w:rPr>
          <w:sz w:val="20"/>
        </w:rPr>
        <w:t>1:14:11  maulana, agla sawal bangalore se aaya hai, naseerullah sahib ka, aur unhon ne likha hai: "maulana, mein ek sahib se aman ke sath dawat ki baat kar raha tha to fori unhon ne yeh alfaaz kahe ke haq o batil mein kashmakash to qayamat tak jari rahega.</w:t>
      </w:r>
      <w:r>
        <w:br/>
      </w:r>
      <w:r>
        <w:rPr>
          <w:sz w:val="20"/>
        </w:rPr>
        <w:t>1:14:33  maulana, aise alfaaz ka mughalta kaise door karein? is ke bar</w:t>
      </w:r>
      <w:r>
        <w:br/>
      </w:r>
      <w:r>
        <w:rPr>
          <w:sz w:val="20"/>
        </w:rPr>
        <w:t>1:14:38  e mein bataein." pehle un se yeh poochein, kahan likha hai quran o hadith mein? yeh to un ki apne dimagh ki baatein hain. jo aisa kahe, us se poochein, kahan likha hua hai quran o hadith mein?</w:t>
      </w:r>
      <w:r>
        <w:br/>
      </w:r>
      <w:r>
        <w:rPr>
          <w:sz w:val="20"/>
        </w:rPr>
        <w:t>1:14:49  qayamat tak jari rahegi, qayamat tak dawat jari rahegi. yeh to hai ladai jari rahegi qayamat tak.</w:t>
      </w:r>
      <w:r>
        <w:br/>
      </w:r>
      <w:r>
        <w:rPr>
          <w:sz w:val="20"/>
        </w:rPr>
        <w:t>1:14:58  yeh to bilkul khud sakhta baatein hain.</w:t>
      </w:r>
      <w:r>
        <w:br/>
      </w:r>
      <w:r>
        <w:rPr>
          <w:sz w:val="20"/>
        </w:rPr>
        <w:t>1:15:01  jo kahe, aisi baatein us se us se pehle quran ka reference poochein, hadith ka reference poochein, aur phir mujh ko bataiye to mein bol sakta hoon.</w:t>
      </w:r>
      <w:r>
        <w:br/>
      </w:r>
      <w:r>
        <w:rPr>
          <w:sz w:val="20"/>
        </w:rPr>
        <w:t>1:15:10  abhi to un ke dimagh ki baatein hain. mein jawab doon to kya jawab doon? un se aap agar aap ne poocha hota ke quran ki ayat batao, hadith batao, to mein arz karta ke is ka matlab kya hai?</w:t>
      </w:r>
      <w:r>
        <w:br/>
      </w:r>
      <w:r>
        <w:rPr>
          <w:sz w:val="20"/>
        </w:rPr>
        <w:t>1:15:23  ab se mujh se poochein, agle sunday ko mujhe bataiye ke kis ayat, kis ayat hadith se yeh masla nikala hai unhon ne?</w:t>
      </w:r>
      <w:r>
        <w:br/>
      </w:r>
      <w:r>
        <w:rPr>
          <w:sz w:val="20"/>
        </w:rPr>
        <w:t>1:15:33  to bilkul hi laغو baat hai, bilkul be silees baat hai.</w:t>
      </w:r>
    </w:p>
    <w:p>
      <w:pPr>
        <w:pStyle w:val="Heading2"/>
      </w:pPr>
      <w:r>
        <w:t>Removing wishful thinking about global Islamic revolution</w:t>
      </w:r>
    </w:p>
    <w:p>
      <w:r>
        <w:rPr>
          <w:color w:val="666666"/>
          <w:sz w:val="18"/>
        </w:rPr>
        <w:t>Society &amp; Dawah · Revival of Muslim Ummah, February 4, 2013 · 2m 57s · at 1:16:06 · https://youtu.be/xB3MfWhLHoM?t=4566</w:t>
      </w:r>
    </w:p>
    <w:p>
      <w:r>
        <w:rPr>
          <w:i/>
        </w:rPr>
        <w:t>“How can we remove the wishful thinking that like the revolution in Egypt, there will be revolution all over the world and the whole world will come under Islam?”</w:t>
      </w:r>
    </w:p>
    <w:p>
      <w:r>
        <w:rPr>
          <w:sz w:val="20"/>
        </w:rPr>
        <w:t>1:16:06  Maulana, agla sawal aaya hai Tamil Nadu se Maulana Iqbal Umri ka. Unhon ne likha hai: "Ek sahib ne bari umeed se kaha ke Misr ke inqilab ki tarah saari duniya mein inqilab hoga.</w:t>
      </w:r>
      <w:r>
        <w:br/>
      </w:r>
      <w:r>
        <w:rPr>
          <w:sz w:val="20"/>
        </w:rPr>
        <w:t>1:16:22  sari dunya islam ke saye mein aane wali hai. yahi hadith ka taqaza hai.</w:t>
      </w:r>
      <w:r>
        <w:br/>
      </w:r>
      <w:r>
        <w:rPr>
          <w:sz w:val="20"/>
        </w:rPr>
        <w:t>1:16:28  maulana, is khush fehmi ko hum kaise door karen?" ab yeh to jo in jis so call inqilab se misr mein kuch nahi hua, yeh so call jo islaah hai to misr mein kuch nahi hua.</w:t>
      </w:r>
      <w:r>
        <w:br/>
      </w:r>
      <w:r>
        <w:rPr>
          <w:sz w:val="20"/>
        </w:rPr>
        <w:t>1:16:43  aaj ki khabar dekh li aap paper mein jo aaj hi khabar aai hai to borsi sahib ne yeh kaha hai ke yahan par sazish ho rahi hai mere khilaf aur dobara chahti hai,</w:t>
      </w:r>
      <w:r>
        <w:br/>
      </w:r>
      <w:r>
        <w:rPr>
          <w:sz w:val="20"/>
        </w:rPr>
        <w:t>1:16:56  yani fauj chahti hai ke dobara power mein aa jaye. aur aaj hi dekhiye ke wahan par aaj ki khabron mein 60 aadmi mar chuke hain. yeh islami inqilab ke daur hain aur in ka jo sardar thay, bahar hain, bahar ja ke to bomb maar rahe hain.</w:t>
      </w:r>
      <w:r>
        <w:br/>
      </w:r>
      <w:r>
        <w:rPr>
          <w:sz w:val="20"/>
        </w:rPr>
        <w:t>1:17:11  to very that islamic</w:t>
      </w:r>
      <w:r>
        <w:br/>
      </w:r>
      <w:r>
        <w:rPr>
          <w:sz w:val="20"/>
        </w:rPr>
        <w:t>1:17:13  , yani revolution hai. yeh to yeh to musalman jeete hain, khush fehmi hai. kuch bhi is mein kuch bhi nahi hua, na hone wala hai.</w:t>
      </w:r>
      <w:r>
        <w:br/>
      </w:r>
      <w:r>
        <w:rPr>
          <w:sz w:val="20"/>
        </w:rPr>
        <w:t>1:17:25  yeh so called jo islam ki revolution hai, woh kuch bhi nahi hai, kuch bhi nahi hai, kuch bhi nahi. jis ko jis ko shakk ho to thori dair aur intezar kar le aur kuch dinon ke baad maloom ho jayega.</w:t>
      </w:r>
      <w:r>
        <w:br/>
      </w:r>
      <w:r>
        <w:rPr>
          <w:sz w:val="20"/>
        </w:rPr>
        <w:t>1:17:35  jo jo cheez aai thi misr mein, woh kuch bhi nahi thi, sirf shor shar tha, hangama tha aur us ke sath kuch bhi nahi tha. yani islam ko mazak hai.</w:t>
      </w:r>
      <w:r>
        <w:br/>
      </w:r>
      <w:r>
        <w:rPr>
          <w:sz w:val="20"/>
        </w:rPr>
        <w:t>1:17:44  islam se aa jayega. islam ko kiya samajhte hain aap? islam ko yeh ke ek glass yahan se utha ke maarein to aisi koi islam hai? kuch</w:t>
      </w:r>
      <w:r>
        <w:br/>
      </w:r>
      <w:r>
        <w:rPr>
          <w:sz w:val="20"/>
        </w:rPr>
        <w:t>1:17:54  kis qadar zyada log be khabar hain islam se aur insani history se, human psychology se. kis tarah be khabar hain log</w:t>
      </w:r>
      <w:r>
        <w:br/>
      </w:r>
      <w:r>
        <w:rPr>
          <w:sz w:val="20"/>
        </w:rPr>
        <w:t>1:18:04  ke yeh samajhte hain ke is tarah islam aa jayega? shor ghor karo to islam aa jayega. yeh aise hi sab log yahan shor ghor karen to hum ek bagh ugayein, ek garden ugayein.</w:t>
      </w:r>
      <w:r>
        <w:br/>
      </w:r>
      <w:r>
        <w:rPr>
          <w:sz w:val="20"/>
        </w:rPr>
        <w:t>1:18:13  yani hum log is kamre mein shor ghor karen to ek garden ugaye, uga ugaye. aise hi musalman samajhte hain ke shor ghor karo to islam aa jayega.</w:t>
      </w:r>
      <w:r>
        <w:br/>
      </w:r>
      <w:r>
        <w:rPr>
          <w:sz w:val="20"/>
        </w:rPr>
        <w:t>1:18:21  hamare shor ghor karne se yahan garden age ga. is kamre mein</w:t>
      </w:r>
      <w:r>
        <w:br/>
      </w:r>
      <w:r>
        <w:rPr>
          <w:sz w:val="20"/>
        </w:rPr>
        <w:t>1:18:29  kis qadar zyada be khabar hain. musalman mein hairaan hoon ke woh kuch nahi jante, na Allah, yani history kiya cheez hai, Allah ta'ala ke creation plan kiya hai aur human psychology kiya hai, tareekh mein inqilab kaise aata hai, yeh kuch bhi nahi jante.</w:t>
      </w:r>
      <w:r>
        <w:br/>
      </w:r>
      <w:r>
        <w:rPr>
          <w:sz w:val="20"/>
        </w:rPr>
        <w:t>1:18:45  bas khali bolte hain, bolte hain, bolte hain. mujhe bohat ta'ajub hota hai ke aisa kyun hai aur aise musalmanon ka anjam kiya hone wala hai mustaqbil mein.</w:t>
      </w:r>
      <w:r>
        <w:br/>
      </w:r>
      <w:r>
        <w:rPr>
          <w:sz w:val="20"/>
        </w:rPr>
        <w:t>1:18:55  jab agar yeh surat persist karti hai, yaqeen kijiye, koi anjam musalmanon ka nahi hai, kuch anjam nahi.</w:t>
      </w:r>
    </w:p>
    <w:p>
      <w:pPr>
        <w:pStyle w:val="Heading2"/>
      </w:pPr>
      <w:r>
        <w:t>Request lecture on sectarianism and Quetta incident</w:t>
      </w:r>
    </w:p>
    <w:p>
      <w:r>
        <w:rPr>
          <w:color w:val="666666"/>
          <w:sz w:val="18"/>
        </w:rPr>
        <w:t>Society &amp; Dawah · Present Day Muslims Jan 13, 2013 · 5m 34s · at 1:11:00 · https://youtu.be/CVcbWVYitog?t=4260</w:t>
      </w:r>
    </w:p>
    <w:p>
      <w:r>
        <w:rPr>
          <w:i/>
        </w:rPr>
        <w:t>“Maulana, please give a lecture on sectarianism. The incident that happened in Quetta three days ago is a result of sectarianism.”</w:t>
      </w:r>
    </w:p>
    <w:p>
      <w:r>
        <w:rPr>
          <w:sz w:val="20"/>
        </w:rPr>
        <w:t>1:11:00  maulana, agla sawal lahore pakistan se hai umar abdul aziz sahib ka. unhon ne likha hai: "maulana sahib, aap firqa warait ke baray mein aik lecture dein.</w:t>
      </w:r>
      <w:r>
        <w:br/>
      </w:r>
      <w:r>
        <w:rPr>
          <w:sz w:val="20"/>
        </w:rPr>
        <w:t>1:11:12  teen din pehle jo quetta mein waqia pesh aya hai, woh firqa warait ka hi nateeja hai." . dekhiye, asal cheez firqa warait nahi hai.</w:t>
      </w:r>
      <w:r>
        <w:br/>
      </w:r>
      <w:r>
        <w:rPr>
          <w:sz w:val="20"/>
        </w:rPr>
        <w:t>1:11:24  asal cheez hai directionless hona. hona pakistan aur doosri jaghon par musalmanon ke paas koi line of action nahi, koi direction nahi, koi goal nahi.</w:t>
      </w:r>
      <w:r>
        <w:br/>
      </w:r>
      <w:r>
        <w:rPr>
          <w:sz w:val="20"/>
        </w:rPr>
        <w:t>1:11:39  aik hi goal sahi hai, woh hai dawat-e-ilallah. dawat-e-ilallah mein koi takrao ki baat nahi hoti. sab barabar ke ho jatay hain.</w:t>
      </w:r>
      <w:r>
        <w:br/>
      </w:r>
      <w:r>
        <w:rPr>
          <w:sz w:val="20"/>
        </w:rPr>
        <w:t>1:11:49  to pakistan ka sab se bari jo kamzori hai, woh firqa warait nahi hai.</w:t>
      </w:r>
      <w:r>
        <w:br/>
      </w:r>
      <w:r>
        <w:rPr>
          <w:sz w:val="20"/>
        </w:rPr>
        <w:t>1:11:54  woh yeh hai ke wahan ke rehnuma, wahan ke ulama, wahan ke logon ko sahi target nahi de sakay. yani dawat ka target.</w:t>
      </w:r>
      <w:r>
        <w:br/>
      </w:r>
      <w:r>
        <w:rPr>
          <w:sz w:val="20"/>
        </w:rPr>
        <w:t>1:12:05  main ne aik pakistan ke aik leader se mujhe mulaqat hui, well-known leader. to main ne kaha ke aap dawat ka kaam kyun nahi karte?</w:t>
      </w:r>
      <w:r>
        <w:br/>
      </w:r>
      <w:r>
        <w:rPr>
          <w:sz w:val="20"/>
        </w:rPr>
        <w:t>1:12:15  pakistan mein hindu hain, pakistan mein christian hain, pakistan mein tourist atay hain, pakistan mein khud musalmanon mein bohat se aisay log hain jo islam mein paida hue lekin woh un ko islam mein shaq o shubah par gaya.</w:t>
      </w:r>
      <w:r>
        <w:br/>
      </w:r>
      <w:r>
        <w:rPr>
          <w:sz w:val="20"/>
        </w:rPr>
        <w:t>1:12:30  yeh sab madu hain. dawat ka kaam kijiye. to ab tak mujhe yaad hai ke unhon ne jumla jo kaha tha ke pakistan mein in cheezon ki kis ko parwah hai?</w:t>
      </w:r>
      <w:r>
        <w:br/>
      </w:r>
      <w:r>
        <w:rPr>
          <w:sz w:val="20"/>
        </w:rPr>
        <w:t>1:12:42  to yeh hai, ghalti yahan hai. firqa warait to aik aik aik phir woh hai, aik zahiri cheez hai.</w:t>
      </w:r>
      <w:r>
        <w:br/>
      </w:r>
      <w:r>
        <w:rPr>
          <w:sz w:val="20"/>
        </w:rPr>
        <w:t>1:12:51  asal cheez nahi hai. asal cheez yeh hai ke nishani galat hai. woh nishani nahi diya gaya. saray log mil kar ke musalmanon ko yeh batayein ke tumhara nishana dawat-e-ilallah hai aur koi cheez nishana nahi hai.</w:t>
      </w:r>
      <w:r>
        <w:br/>
      </w:r>
      <w:r>
        <w:rPr>
          <w:sz w:val="20"/>
        </w:rPr>
        <w:t>1:13:06  tab ja kar ke yeh sab khatam hoga. aap firqa warait ke khilaf likhte rahein, likhte rahein to us se firqa warait khatam nahi honay wali hai. kyunke jar to baqi rahegi, to khatam kaise ho jaye ga?</w:t>
      </w:r>
      <w:r>
        <w:br/>
      </w:r>
      <w:r>
        <w:rPr>
          <w:sz w:val="20"/>
        </w:rPr>
        <w:t>1:13:19  main umar abdul aziz sahib ko yeh bhi batana chahunga kyunke unhon ne poocha hai ke maulana sahib ke puranay lectures woh kahan se le saktay hain. to aap maulana sahib ke puranay lectures www.cpsglobal.org se le saktay hain.</w:t>
      </w:r>
      <w:r>
        <w:br/>
      </w:r>
      <w:r>
        <w:rPr>
          <w:sz w:val="20"/>
        </w:rPr>
        <w:t>1:13:35  us mein videos aur podcast ke do buttons hain. aap us ko agar press karein ge, wahan se aap ko saray download mil jayein g</w:t>
      </w:r>
      <w:r>
        <w:br/>
      </w:r>
      <w:r>
        <w:rPr>
          <w:sz w:val="20"/>
        </w:rPr>
        <w:t>1:13:43  e. doosri cheez yeh ke maulana sahib roz subah lectures detay hain to woh bhi uploaded hain on daily basis.</w:t>
      </w:r>
      <w:r>
        <w:br/>
      </w:r>
      <w:r>
        <w:rPr>
          <w:sz w:val="20"/>
        </w:rPr>
        <w:t>1:13:51  woh aap ko milenge www.alquranmission.org. wahan se aap us ko download kar saktay hain. doosra sawal letay hain.</w:t>
      </w:r>
      <w:r>
        <w:br/>
      </w:r>
      <w:r>
        <w:rPr>
          <w:sz w:val="20"/>
        </w:rPr>
        <w:t>1:14:01  doosra sawal maulana sahib greater noida se hai, danish khan sahib</w:t>
      </w:r>
      <w:r>
        <w:br/>
      </w:r>
      <w:r>
        <w:rPr>
          <w:sz w:val="20"/>
        </w:rPr>
        <w:t>1:14:07  ka. unhon ne likha hai "In today's talk, you mentioned work of education. Did you mean to say that Muslims should be involved in opening schools, colleges, and universities?</w:t>
      </w:r>
      <w:r>
        <w:br/>
      </w:r>
      <w:r>
        <w:rPr>
          <w:sz w:val="20"/>
        </w:rPr>
        <w:t>1:14:22  kindly elaborate." . nahi, dekhiye, khud apni banana muslim school, muslim college, muslim sipahi us ke khilaf ho. jo aaye system us mein shamil ho jaiye.</w:t>
      </w:r>
      <w:r>
        <w:br/>
      </w:r>
      <w:r>
        <w:rPr>
          <w:sz w:val="20"/>
        </w:rPr>
        <w:t>1:14:34  chahe kisi ka bhi ho</w:t>
      </w:r>
      <w:r>
        <w:br/>
      </w:r>
      <w:r>
        <w:rPr>
          <w:sz w:val="20"/>
        </w:rPr>
        <w:t>1:14:36  ۔ yeh jo musalmanon ka mizaj ke muslim school banao, muslim college banao, muslim university banao, us ki wajah se firqa warait paida hui. us ki wajah se woh us din barhta raha.</w:t>
      </w:r>
      <w:r>
        <w:br/>
      </w:r>
      <w:r>
        <w:rPr>
          <w:sz w:val="20"/>
        </w:rPr>
        <w:t>1:14:46  wohi aik taraf pride, aik taraf nafrat.</w:t>
      </w:r>
      <w:r>
        <w:br/>
      </w:r>
      <w:r>
        <w:rPr>
          <w:sz w:val="20"/>
        </w:rPr>
        <w:t>1:14:49  nahi, woh isi mein shamil ho jaiye. Isi main stream mein. Aur dhoom se padhiye. Mehnat kijiye. Alag se koi zaroorat nahi hai.</w:t>
      </w:r>
      <w:r>
        <w:br/>
      </w:r>
      <w:r>
        <w:rPr>
          <w:sz w:val="20"/>
        </w:rPr>
        <w:t>1:14:59  Alag se agar banayein bhi to Muslim school mat banaiye. Muslim college mat banaiye. Balkay aap secular banaiye, secular andaaz mein.</w:t>
      </w:r>
      <w:r>
        <w:br/>
      </w:r>
      <w:r>
        <w:rPr>
          <w:sz w:val="20"/>
        </w:rPr>
        <w:t>1:15:08  Sab sab log padhein, aap bhi padhein, doosre bhi padhein. Taleem mein dekhiye, sectarianism bilkul galat hai.</w:t>
      </w:r>
      <w:r>
        <w:br/>
      </w:r>
      <w:r>
        <w:rPr>
          <w:sz w:val="20"/>
        </w:rPr>
        <w:t>1:15:17  Taleem mein yeh ilhadgi nahi honi chahiye. Musalmanon, Hinduo'n ki alag, unki alag, is Christian ki alag, yeh nahi hona chahiye.</w:t>
      </w:r>
      <w:r>
        <w:br/>
      </w:r>
      <w:r>
        <w:rPr>
          <w:sz w:val="20"/>
        </w:rPr>
        <w:t>1:15:27  Taleem jo hai, sab ke liye common cheez hona chahiye. Aur yeh ghalati Musalmanon mein hui hai. Aur sab se baray zimmedar is ke ulama hain.</w:t>
      </w:r>
      <w:r>
        <w:br/>
      </w:r>
      <w:r>
        <w:rPr>
          <w:sz w:val="20"/>
        </w:rPr>
        <w:t>1:15:36  Ke unhon ne aisay fatway diye ke Musalman jo hai, is se shareek nahi hon gay. Government school tab nahi jayen gay, Hindu school tab nahi jayen gay, Christian school tab nahi jayen gay.</w:t>
      </w:r>
      <w:r>
        <w:br/>
      </w:r>
      <w:r>
        <w:rPr>
          <w:sz w:val="20"/>
        </w:rPr>
        <w:t>1:15:48  Apna school tha nahi.</w:t>
      </w:r>
      <w:r>
        <w:br/>
      </w:r>
      <w:r>
        <w:rPr>
          <w:sz w:val="20"/>
        </w:rPr>
        <w:t>1:15:51  Nahi, jo jo school banay hue hain already, us mein dakhil ho jaiye khoob. Aur dhoom se padhiye. Achay number laiye.</w:t>
      </w:r>
      <w:r>
        <w:br/>
      </w:r>
      <w:r>
        <w:rPr>
          <w:sz w:val="20"/>
        </w:rPr>
        <w:t>1:16:02  Yeh mera is mamlay mein mera nazariya hai. Mein is ko bilkul yani galat samajhta hoon ke alag aik apna aik parallel apna nizam banayein.</w:t>
      </w:r>
      <w:r>
        <w:br/>
      </w:r>
      <w:r>
        <w:rPr>
          <w:sz w:val="20"/>
        </w:rPr>
        <w:t>1:16:14  Muslim taleemi nizam. Mein is ke khilaf h</w:t>
      </w:r>
      <w:r>
        <w:br/>
      </w:r>
      <w:r>
        <w:rPr>
          <w:sz w:val="20"/>
        </w:rPr>
        <w:t>1:16:16  oon. Madaris, madrasay ka tak theek hai. Lekin secular education mein nahi. Madrasay mein aap apni mazhabi taleem dijiye.</w:t>
      </w:r>
      <w:r>
        <w:br/>
      </w:r>
      <w:r>
        <w:rPr>
          <w:sz w:val="20"/>
        </w:rPr>
        <w:t>1:16:25  Lekin jo secular education hai, us mein koi Muslim aur non-Muslim ka farq nahi hai.</w:t>
      </w:r>
    </w:p>
    <w:p>
      <w:pPr>
        <w:pStyle w:val="Heading2"/>
      </w:pPr>
      <w:r>
        <w:t>Required knowledge and wisdom for dawah work</w:t>
      </w:r>
    </w:p>
    <w:p>
      <w:r>
        <w:rPr>
          <w:color w:val="666666"/>
          <w:sz w:val="18"/>
        </w:rPr>
        <w:t>Society &amp; Dawah · Dars-e-Quran, Chapter 2, Verse 61 February 11, 2018 · 1m 35s · at 54:44 · https://youtu.be/rgoE0nvFJJI?t=3284</w:t>
      </w:r>
    </w:p>
    <w:p>
      <w:r>
        <w:rPr>
          <w:i/>
        </w:rPr>
        <w:t>“How much knowledge and wisdom should we need to do dawah work?”</w:t>
      </w:r>
    </w:p>
    <w:p>
      <w:r>
        <w:rPr>
          <w:sz w:val="20"/>
        </w:rPr>
        <w:t>54:44  ji molana agla sawal bheja hai hyderabad se ashq kamal qadri sahab ne</w:t>
      </w:r>
      <w:r>
        <w:br/>
      </w:r>
      <w:r>
        <w:rPr>
          <w:sz w:val="20"/>
        </w:rPr>
        <w:t>54:54  unho ne aap se poocha hai molana how much ilm and wisdom should we need to do dawah</w:t>
      </w:r>
      <w:r>
        <w:br/>
      </w:r>
      <w:r>
        <w:rPr>
          <w:sz w:val="20"/>
        </w:rPr>
        <w:t>55:02  work dekhen ilm aur wisdom ki to koi had nahi hai jitna seekhe jitna seekhe</w:t>
      </w:r>
      <w:r>
        <w:br/>
      </w:r>
      <w:r>
        <w:rPr>
          <w:sz w:val="20"/>
        </w:rPr>
        <w:t>55:14  wo nakafi rehta hai to ilam o vizdam to seekhna hi hai ap ko sari umar aur is ko apply karna hai dawat allah ke kam par yah khoob zyada ilam seekhiye khoob zyada vizdam seekhiye aur sath sath is ko apply kijiye</w:t>
      </w:r>
      <w:r>
        <w:br/>
      </w:r>
      <w:r>
        <w:rPr>
          <w:sz w:val="20"/>
        </w:rPr>
        <w:t>55:37  dawat allah ke kam mein</w:t>
      </w:r>
      <w:r>
        <w:br/>
      </w:r>
      <w:r>
        <w:rPr>
          <w:sz w:val="20"/>
        </w:rPr>
        <w:t>55:45  molana agla comment bheja hai</w:t>
      </w:r>
      <w:r>
        <w:br/>
      </w:r>
      <w:r>
        <w:rPr>
          <w:sz w:val="20"/>
        </w:rPr>
        <w:t>55:49  shahid hussain sahab ne kashmir se unho ne likha hai i had never comprehend the eternal lesson of</w:t>
      </w:r>
      <w:r>
        <w:br/>
      </w:r>
      <w:r>
        <w:rPr>
          <w:sz w:val="20"/>
        </w:rPr>
        <w:t>55:55  the incident of man o salwa in jewish history molana sahab is rightly highlighted its relevance for</w:t>
      </w:r>
      <w:r>
        <w:br/>
      </w:r>
      <w:r>
        <w:rPr>
          <w:sz w:val="20"/>
        </w:rPr>
        <w:t>56:04  those who rise for divine cause let us rise to the occasion god will come to our rescue</w:t>
      </w:r>
    </w:p>
    <w:p>
      <w:pPr>
        <w:pStyle w:val="Heading2"/>
      </w:pPr>
      <w:r>
        <w:t>Responding to Islam violence accusation</w:t>
      </w:r>
    </w:p>
    <w:p>
      <w:r>
        <w:rPr>
          <w:color w:val="666666"/>
          <w:sz w:val="18"/>
        </w:rPr>
        <w:t>Society &amp; Dawah · 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Responding to criticism of Muslim backwardness</w:t>
      </w:r>
    </w:p>
    <w:p>
      <w:r>
        <w:rPr>
          <w:color w:val="666666"/>
          <w:sz w:val="18"/>
        </w:rPr>
        <w:t>Society &amp; Dawah · Mission of Tajdeed (Revival of Islam) September 15, 2019 Maulana Wahiduddin Khan · 3m 38s · at 29:22 · https://youtu.be/jGfoAffJ4-8?t=1762</w:t>
      </w:r>
    </w:p>
    <w:p>
      <w:r>
        <w:rPr>
          <w:i/>
        </w:rPr>
        <w:t>“I have many non-Muslim friends who ask why there is so much illiteracy and poverty among Muslims. They attribute it to outdated Islamic ideology, mainly the Quran, and say if Muslims were more scientific, their state would be better. How should I address such a question?”</w:t>
      </w:r>
    </w:p>
    <w:p>
      <w:r>
        <w:rPr>
          <w:sz w:val="20"/>
        </w:rPr>
        <w:t>29:22  maulana, agla sawal lucknow se hai, ayaz khan sahib ne bheja hai. unhon ne likha hai: "maulana, i have many non muslim friends and they often ask me a simple question that why there is so much illiteracy and poverty among muslims.</w:t>
      </w:r>
      <w:r>
        <w:br/>
      </w:r>
      <w:r>
        <w:rPr>
          <w:sz w:val="20"/>
        </w:rPr>
        <w:t>29:45  they attribute it to outdated islamic ideology that is mainly quran and say that if muslims would have been more scientific in their thinking then their state would have been much better.</w:t>
      </w:r>
      <w:r>
        <w:br/>
      </w:r>
      <w:r>
        <w:rPr>
          <w:sz w:val="20"/>
        </w:rPr>
        <w:t>30:00  but because they follow outdated quran, therefore there is so much of poverty and illiteracy. maulana, how should i address such ques</w:t>
      </w:r>
      <w:r>
        <w:br/>
      </w:r>
      <w:r>
        <w:rPr>
          <w:sz w:val="20"/>
        </w:rPr>
        <w:t>30:11  tions?" dekhiye, yeh galat hai. poverty musalmanon mein poverty nahin hai. aap muslim society mein jaiye, khoob kharch karte hain log, marketing khoob karte hain, shadiyon mein khoob kar karte hain, paisa bhi khoob kama rahe hain.</w:t>
      </w:r>
      <w:r>
        <w:br/>
      </w:r>
      <w:r>
        <w:rPr>
          <w:sz w:val="20"/>
        </w:rPr>
        <w:t>30:29  yeh bilkul yeh myth hai, myth yeh baat nahin hai. phir se aap survey ke survey kijiye. isi jis colony mein hum hain, yeh jo colony hai,</w:t>
      </w:r>
      <w:r>
        <w:br/>
      </w:r>
      <w:r>
        <w:rPr>
          <w:sz w:val="20"/>
        </w:rPr>
        <w:t>30:44  yeh hindu logon ki colony samajhati thi. pehle hindu logon ki colony, aaj is mein majority musalman ki hai, khoob paisa kamaya unhon ne aur jo ghar hindu logon ke thay, usay khareed liya.</w:t>
      </w:r>
      <w:r>
        <w:br/>
      </w:r>
      <w:r>
        <w:rPr>
          <w:sz w:val="20"/>
        </w:rPr>
        <w:t>31:00  to yeh yeh to ek myth hai, aisa kuch nahi hai. Is mulk mein bohat achi baat yeh hai ke sab ke liye mawaqe khule hue hain, opportunities sab ke liye khuli hui hain.</w:t>
      </w:r>
      <w:r>
        <w:br/>
      </w:r>
      <w:r>
        <w:rPr>
          <w:sz w:val="20"/>
        </w:rPr>
        <w:t>31:14  khoob kamao, khoob khao, khoob business banao, barhao, taraqqi karo, yeh sab ho raha hai India mein. Yeh myth hai ke nahi ho raha hai.</w:t>
      </w:r>
      <w:r>
        <w:br/>
      </w:r>
      <w:r>
        <w:rPr>
          <w:sz w:val="20"/>
        </w:rPr>
        <w:t>31:31  main ne khud jo ghar hamare sathiyon ne jo building khareedi thi, yeh do building jahan hum hain aur C one, C 29, yeh dono Hindu logon ke paas theen, aaj hamare paas hain.</w:t>
      </w:r>
      <w:r>
        <w:br/>
      </w:r>
      <w:r>
        <w:rPr>
          <w:sz w:val="20"/>
        </w:rPr>
        <w:t>31:46  yeh myth hai, bilkul is ka koi talluq Islam se nahi hai, na waqe se hai.</w:t>
      </w:r>
      <w:r>
        <w:br/>
      </w:r>
      <w:r>
        <w:rPr>
          <w:sz w:val="20"/>
        </w:rPr>
        <w:t>31:58  Doctor Naghma Siddiqui ne Delhi se likha hai: "Maulana, I understood clearly today the importance of tajdeed or revival from your example of derailment of Islam due to influences of the time and bringing Islam back in its track.</w:t>
      </w:r>
      <w:r>
        <w:br/>
      </w:r>
      <w:r>
        <w:rPr>
          <w:sz w:val="20"/>
        </w:rPr>
        <w:t>32:18  I reiterate my commitment to this tajdeedi mission for the rest of my life." Sajid Ahmed Khan sahib, mashallah, mashallah.</w:t>
      </w:r>
      <w:r>
        <w:br/>
      </w:r>
      <w:r>
        <w:rPr>
          <w:sz w:val="20"/>
        </w:rPr>
        <w:t>32:28  Sajid Ahmed Khan sahib ne Nagpur se likha hai: "The best way to remove the darkness is to spread the brightness</w:t>
      </w:r>
      <w:r>
        <w:br/>
      </w:r>
      <w:r>
        <w:rPr>
          <w:sz w:val="20"/>
        </w:rPr>
        <w:t>32:36  . Maulana sahib, you have shown the best way to remove the darkness of hatred and complaints by the light of love and well wishing.</w:t>
      </w:r>
      <w:r>
        <w:br/>
      </w:r>
      <w:r>
        <w:rPr>
          <w:sz w:val="20"/>
        </w:rPr>
        <w:t>32:47  That's a noble cause. I pray may Allah guide all of us to get the spirit of da'wah and be firm in this path till the last breath." Mashallah.</w:t>
      </w:r>
    </w:p>
    <w:p>
      <w:pPr>
        <w:pStyle w:val="Heading2"/>
      </w:pPr>
      <w:r>
        <w:t>Responding to non-Muslim literature distribution</w:t>
      </w:r>
    </w:p>
    <w:p>
      <w:r>
        <w:rPr>
          <w:color w:val="666666"/>
          <w:sz w:val="18"/>
        </w:rPr>
        <w:t>Society &amp; Dawah · Discovery of Modern Age I 10th Feb. 13 · 1m 31s · at 1:10:39 · https://youtu.be/Yp5T0KacY84?t=4239</w:t>
      </w:r>
    </w:p>
    <w:p>
      <w:r>
        <w:rPr>
          <w:i/>
        </w:rPr>
        <w:t>“The way we Muslims distribute Quran and other Islamic literature to non-Muslims. If a non-Muslim missionary distributes non-Muslim literature in the same way, then how should we respond?”</w:t>
      </w:r>
    </w:p>
    <w:p>
      <w:r>
        <w:rPr>
          <w:sz w:val="20"/>
        </w:rPr>
        <w:t>1:10:39  maulana, agla sawal kashmir se hai irfan ahmad sahab ka.</w:t>
      </w:r>
      <w:r>
        <w:br/>
      </w:r>
      <w:r>
        <w:rPr>
          <w:sz w:val="20"/>
        </w:rPr>
        <w:t>1:10:44  انہوں نے لکھا ہے: "The way we Muslims distribute Quran and other Islamic literature to non-Muslims.</w:t>
      </w:r>
      <w:r>
        <w:br/>
      </w:r>
      <w:r>
        <w:rPr>
          <w:sz w:val="20"/>
        </w:rPr>
        <w:t>1:10:50  If of the same way a non-Muslim missionary gives us a non-Muslim literature, then how should we</w:t>
      </w:r>
      <w:r>
        <w:br/>
      </w:r>
      <w:r>
        <w:rPr>
          <w:sz w:val="20"/>
        </w:rPr>
        <w:t>1:10:56  respond in such a situation? Kindly guide us." Respond ka matlab kya hai? Respond matlab Maulana, aisi situation</w:t>
      </w:r>
      <w:r>
        <w:br/>
      </w:r>
      <w:r>
        <w:rPr>
          <w:sz w:val="20"/>
        </w:rPr>
        <w:t>1:11:02  main woh kya karein? matlab is ko le lein ya kaise is ko respond? yeh zaroor le lijiye.</w:t>
      </w:r>
      <w:r>
        <w:br/>
      </w:r>
      <w:r>
        <w:rPr>
          <w:sz w:val="20"/>
        </w:rPr>
        <w:t>1:11:07  poochna kya hai? khoob lijiye, khoob dijiye, khoob lijiye.</w:t>
      </w:r>
      <w:r>
        <w:br/>
      </w:r>
      <w:r>
        <w:rPr>
          <w:sz w:val="20"/>
        </w:rPr>
        <w:t>1:11:13  yeh poochnay ki baat hi nahi.</w:t>
      </w:r>
      <w:r>
        <w:br/>
      </w:r>
      <w:r>
        <w:rPr>
          <w:sz w:val="20"/>
        </w:rPr>
        <w:t>1:11:19  aap jab de rahe hain to aap ko lena bhi paray ga.</w:t>
      </w:r>
      <w:r>
        <w:br/>
      </w:r>
      <w:r>
        <w:rPr>
          <w:sz w:val="20"/>
        </w:rPr>
        <w:t>1:11:24  woh de rahe hain, un ko karnay dijiye.</w:t>
      </w:r>
      <w:r>
        <w:br/>
      </w:r>
      <w:r>
        <w:rPr>
          <w:sz w:val="20"/>
        </w:rPr>
        <w:t>1:11:30  dunya ka rok to nahi saktay aap.</w:t>
      </w:r>
      <w:r>
        <w:br/>
      </w:r>
      <w:r>
        <w:rPr>
          <w:sz w:val="20"/>
        </w:rPr>
        <w:t>1:11:36  allah ne un ko azadi di hai to aap apni azadi ko istemal karein gay.</w:t>
      </w:r>
      <w:r>
        <w:br/>
      </w:r>
      <w:r>
        <w:rPr>
          <w:sz w:val="20"/>
        </w:rPr>
        <w:t>1:11:41  aap apni azadi ko istemal karein gay, woh apni azadi ko istemal karein gay.</w:t>
      </w:r>
      <w:r>
        <w:br/>
      </w:r>
      <w:r>
        <w:rPr>
          <w:sz w:val="20"/>
        </w:rPr>
        <w:t>1:11:47  koi restriction nahi laga saktay kisi ke upar, koi rok nahi laga saktay aap.</w:t>
      </w:r>
      <w:r>
        <w:br/>
      </w:r>
      <w:r>
        <w:rPr>
          <w:sz w:val="20"/>
        </w:rPr>
        <w:t>1:11:53  karnay dijiye, woh kartay hain.</w:t>
      </w:r>
      <w:r>
        <w:br/>
      </w:r>
      <w:r>
        <w:rPr>
          <w:sz w:val="20"/>
        </w:rPr>
        <w:t>1:11:58  woh aap jis cheez ko sach samajhtay hain, us ko, us ko aap kartay rahiye aur allah taala</w:t>
      </w:r>
      <w:r>
        <w:br/>
      </w:r>
      <w:r>
        <w:rPr>
          <w:sz w:val="20"/>
        </w:rPr>
        <w:t>1:12:04  se dua kartay rahiye.</w:t>
      </w:r>
    </w:p>
    <w:p>
      <w:pPr>
        <w:pStyle w:val="Heading2"/>
      </w:pPr>
      <w:r>
        <w:t>Responding to non-Muslim's objection about peace literature</w:t>
      </w:r>
    </w:p>
    <w:p>
      <w:r>
        <w:rPr>
          <w:color w:val="666666"/>
          <w:sz w:val="18"/>
        </w:rPr>
        <w:t>Society &amp; Dawah · Principle of Loss May 31, 2015 · 1m 19s · at 49:55 · https://youtu.be/vM-CUyBiDkc?t=2995</w:t>
      </w:r>
    </w:p>
    <w:p>
      <w:r>
        <w:rPr>
          <w:i/>
        </w:rPr>
        <w:t>“I wanted to give peace literature to a non-Muslim brother, and he said, 'First give the message of peace to the Arabs who have spread terrorism.' What should we do or say on such an occasion?”</w:t>
      </w:r>
    </w:p>
    <w:p>
      <w:r>
        <w:rPr>
          <w:sz w:val="20"/>
        </w:rPr>
        <w:t>49:55  maulana, agla sawal rajouri se kiya gaya hai, nisar ahmad qazi sahib ne kiya hai, aur unhon ne likha hai maulana, main ne ek non muslim bhai ko peace literature dena chaha to us ne yeh keh ke yeh kaha, us to us ne yeh kaha ke pehle arab ko peace ka paigham do jinhon ne dahshat gardi phaila rakhi hai.</w:t>
      </w:r>
      <w:r>
        <w:br/>
      </w:r>
      <w:r>
        <w:rPr>
          <w:sz w:val="20"/>
        </w:rPr>
        <w:t>50:21  maulana, aise mauqe par hamein kya karna chahiye ya kya kehna chahiye?</w:t>
      </w:r>
      <w:r>
        <w:br/>
      </w:r>
      <w:r>
        <w:rPr>
          <w:sz w:val="20"/>
        </w:rPr>
        <w:t>50:26  yeh kahe ke aap wahan bhi kar rahe hain, yahan bhi kar rahe hain, ab paigham to wahan hi phaila rahe hain. hum yeh nahi ke hum ko jab un ko hum ne justify kar rakha hai, aisa to nahi hai.</w:t>
      </w:r>
      <w:r>
        <w:br/>
      </w:r>
      <w:r>
        <w:rPr>
          <w:sz w:val="20"/>
        </w:rPr>
        <w:t>50:38  un ko bhi hum paigham de rahe hain. aaiye, main gaya tha abu dhabi, wahan bhi maine yeh baatein kahin. literature wahan hamare saathi le gaye thay, literature wahan taqseem kiya.</w:t>
      </w:r>
      <w:r>
        <w:br/>
      </w:r>
      <w:r>
        <w:rPr>
          <w:sz w:val="20"/>
        </w:rPr>
        <w:t>50:50  yeh to yaani sab ke liye hum kar rahe hain, kisi ek ka masla nahi hai. abhi main latest jo book likh raha hoon, paste dasum bonum, iska khitab bhi sabhi log hain, muslim bhi aur doosre log bhi.</w:t>
      </w:r>
    </w:p>
    <w:p>
      <w:pPr>
        <w:pStyle w:val="Heading2"/>
      </w:pPr>
      <w:r>
        <w:t>Response to China and Iraq incidents</w:t>
      </w:r>
    </w:p>
    <w:p>
      <w:r>
        <w:rPr>
          <w:color w:val="666666"/>
          <w:sz w:val="18"/>
        </w:rPr>
        <w:t>Society &amp; Dawah · Importance of Peace August 17, 2014 · 4m 34s · at 1:16:05 · https://youtu.be/ifxSwh2Jckw?t=4565</w:t>
      </w:r>
    </w:p>
    <w:p>
      <w:r>
        <w:rPr>
          <w:i/>
        </w:rPr>
        <w:t>“Please consider two recent incidents: Firstly, in China the government has put some restrictions on the Ramadan fast. Secondly, in Iraq minorities are forced to migrate or convert. What is your view on these?”</w:t>
      </w:r>
    </w:p>
    <w:p>
      <w:r>
        <w:rPr>
          <w:sz w:val="20"/>
        </w:rPr>
        <w:t>1:16:05  yahan yahi hone wala hai. agar aap pe razi nahi hain aap to phir ek nai universe create kijiye, ek nai duniya banaiye. maulana, agla sawal idrees sahab ne kiya hai, rae pur se.</w:t>
      </w:r>
      <w:r>
        <w:br/>
      </w:r>
      <w:r>
        <w:rPr>
          <w:sz w:val="20"/>
        </w:rPr>
        <w:t>1:16:14  aur unhone likha hai: "Please consider two recent incidents. Firstly, in China government has put some restrictions on Ramadan fast.</w:t>
      </w:r>
      <w:r>
        <w:br/>
      </w:r>
      <w:r>
        <w:rPr>
          <w:sz w:val="20"/>
        </w:rPr>
        <w:t>1:16:28  Secondly, in Iraq minorities are forced to migrate or convert.</w:t>
      </w:r>
      <w:r>
        <w:br/>
      </w:r>
      <w:r>
        <w:rPr>
          <w:sz w:val="20"/>
        </w:rPr>
        <w:t>1:16:34  In every mosque, the incidents like the first one are highlighted as zulm done on Muslims and there is budwah done. However, there is no mention of the second incident that is zulm done by Muslims." Maulana, why is this double standard?</w:t>
      </w:r>
      <w:r>
        <w:br/>
      </w:r>
      <w:r>
        <w:rPr>
          <w:sz w:val="20"/>
        </w:rPr>
        <w:t>1:16:56  yeh double standard kya hai? maulana, unhone do incidents highlight kare hain jo abhi haal hi mein samne aa rahe hain.</w:t>
      </w:r>
      <w:r>
        <w:br/>
      </w:r>
      <w:r>
        <w:rPr>
          <w:sz w:val="20"/>
        </w:rPr>
        <w:t>1:17:04  pehla to jo china government ne abhi ramzan ke douran fast ke upar ban lagaya hai. nahi, dekhiye, yeh galat hai. yeh baat sahi nahi ke ramzan par ban lagaya hai.</w:t>
      </w:r>
      <w:r>
        <w:br/>
      </w:r>
      <w:r>
        <w:rPr>
          <w:sz w:val="20"/>
        </w:rPr>
        <w:t>1:17:14  is ki poori baat nahi aayi hai urdu media mein. aap is ko detail mein padhiye internet se to aap samjhenge.</w:t>
      </w:r>
      <w:r>
        <w:br/>
      </w:r>
      <w:r>
        <w:rPr>
          <w:sz w:val="20"/>
        </w:rPr>
        <w:t>1:17:23  main ne dekha, is mein china ke case zulm ke case nahi hain. wahan pe musalman Muslims are paying the price of their own stupid policies. aap internet par detail padhiye.</w:t>
      </w:r>
      <w:r>
        <w:br/>
      </w:r>
      <w:r>
        <w:rPr>
          <w:sz w:val="20"/>
        </w:rPr>
        <w:t>1:17:33  maulana, jo un ka sawal hai, unhone ek to yeh highlight karaya hai. doosri cheez unhone batai hai ke iraq mein jaise abhi bohat zyada minorities ko mara ja raha hai aur force conversion kiya ja raha hai.</w:t>
      </w:r>
      <w:r>
        <w:br/>
      </w:r>
      <w:r>
        <w:rPr>
          <w:sz w:val="20"/>
        </w:rPr>
        <w:t>1:17:44  to wo yeh keh rahe hain ke china ka jo ban hai, us ko to bohat highlight karte hain masjidon mein aur bohat budwahayein karte hain. lekin jo iraq mein jo musalman kar rahe hain, us ko bilkul highlight nahi karte.</w:t>
      </w:r>
      <w:r>
        <w:br/>
      </w:r>
      <w:r>
        <w:rPr>
          <w:sz w:val="20"/>
        </w:rPr>
        <w:t>1:17:54  woh yeh to musalmanon se puchte hain, mujh se kyun puchte hain? main to budwah karne ko haram samajhta hoon. budwah islam mein jaiz hi nahi hai.</w:t>
      </w:r>
      <w:r>
        <w:br/>
      </w:r>
      <w:r>
        <w:rPr>
          <w:sz w:val="20"/>
        </w:rPr>
        <w:t>1:18:03  budwah to islam mein jaiz hi nahi. aap koi aisa kaam karein jo jaiz hi na ho to main us ko kahan ko bataiye? abhi kal parson kuch aur logon se mulaqat hui, kuch ulma se jo is ki baat kar rahe the budwah ke aur jis ko kehte hain woh qunoot-e-nazila.</w:t>
      </w:r>
      <w:r>
        <w:br/>
      </w:r>
      <w:r>
        <w:rPr>
          <w:sz w:val="20"/>
        </w:rPr>
        <w:t>1:18:21  to main ne kaha qunoot-e-nazila jo hai, woh woh woh ek hawala dete hain ek hadith ka. lekin woh poora hawala nahi dete.</w:t>
      </w:r>
      <w:r>
        <w:br/>
      </w:r>
      <w:r>
        <w:rPr>
          <w:sz w:val="20"/>
        </w:rPr>
        <w:t>1:18:31  dekhiye, ek waqia hua madini ke dour mein, us ko kehte hain bir maunah. wahan par un logon ne kuch sahaba ko shaheed kar diya tha.</w:t>
      </w:r>
      <w:r>
        <w:br/>
      </w:r>
      <w:r>
        <w:rPr>
          <w:sz w:val="20"/>
        </w:rPr>
        <w:t>1:18:43  us waqt rasool allah ki zuban se budwah ke alfaaz nikle the.</w:t>
      </w:r>
      <w:r>
        <w:br/>
      </w:r>
      <w:r>
        <w:rPr>
          <w:sz w:val="20"/>
        </w:rPr>
        <w:t>1:18:47  is mauqe par jab aap ne suna yeh khabar ke un shaheed kar diya to aap ki zuban se budwah ke alfaaz nikle. lekin isi hadith mein yeh bhi hai ke isi waqt jibreel ko allah taala ne bheja.</w:t>
      </w:r>
      <w:r>
        <w:br/>
      </w:r>
      <w:r>
        <w:rPr>
          <w:sz w:val="20"/>
        </w:rPr>
        <w:t>1:18:58  jibreel aaye aur unhone kaha ke muhammad, aap ko yeh budwah karne ka haq nahi hai. phir rasool allah ne is ke baad kabhi budwah nahi ki.</w:t>
      </w:r>
      <w:r>
        <w:br/>
      </w:r>
      <w:r>
        <w:rPr>
          <w:sz w:val="20"/>
        </w:rPr>
        <w:t>1:19:10  yeh aap padh sakte hain is ko kitabon mein. aur quran mein jo ayat hai, allah se le kar mera raush hai.</w:t>
      </w:r>
      <w:r>
        <w:br/>
      </w:r>
      <w:r>
        <w:rPr>
          <w:sz w:val="20"/>
        </w:rPr>
        <w:t>1:19:20  is ke tehat tafseer mein parh lijiye aap. ke rasool ALLAH ne jo badwa ki thi, aik baar ki thi. aur phir kabhi nahi ki. to woh to najaaiz hai.</w:t>
      </w:r>
      <w:r>
        <w:br/>
      </w:r>
      <w:r>
        <w:rPr>
          <w:sz w:val="20"/>
        </w:rPr>
        <w:t>1:19:30  to is hadees ke first part ko le kar badwaayein karte hain. qunoot naazla parhte hain. yahan se le kar america tak. aur second part ko bhule hue hain.</w:t>
      </w:r>
      <w:r>
        <w:br/>
      </w:r>
      <w:r>
        <w:rPr>
          <w:sz w:val="20"/>
        </w:rPr>
        <w:t>1:19:39  to jo musalman aisa karein, woh to sarkashi karte hain. hum kya kahein is ke baray mein? unhi se poochiye jo musalman aisa karte hain.</w:t>
      </w:r>
    </w:p>
    <w:p>
      <w:pPr>
        <w:pStyle w:val="Heading2"/>
      </w:pPr>
      <w:r>
        <w:t>Response to Sri Lanka attack and terrorism in Islam</w:t>
      </w:r>
    </w:p>
    <w:p>
      <w:r>
        <w:rPr>
          <w:color w:val="666666"/>
          <w:sz w:val="18"/>
        </w:rPr>
        <w:t>Society &amp; Dawah · Realization of God May 5, 2019 · 3m 02s · at 37:32 · https://youtu.be/5X-vCFqiR4U?t=2252</w:t>
      </w:r>
    </w:p>
    <w:p>
      <w:r>
        <w:rPr>
          <w:i/>
        </w:rPr>
        <w:t>“Recently so many innocent people died in Sri Lanka suicide attack on the day of Easter. The attack was claimed by ISIS in retaliation to New Zealand killing. Once again, Islam was dragged into the discussion of terror and extremism. How do you see such developments? What is your message to all those youths who are involved in such terror acts?”</w:t>
      </w:r>
    </w:p>
    <w:p>
      <w:r>
        <w:rPr>
          <w:sz w:val="20"/>
        </w:rPr>
        <w:t>37:32  maulana, agla sawal dubai se bheja hai waseem siddiqui sahib ne. unhon ne likha hai: "maulana, recently so many innocent people died in sri lanka suicide attack on the day of easter.</w:t>
      </w:r>
      <w:r>
        <w:br/>
      </w:r>
      <w:r>
        <w:rPr>
          <w:sz w:val="20"/>
        </w:rPr>
        <w:t>37:47  the attack was claimed by isis in retaliation to new zealand killing. once again, islam was dragged in the discussion of terror and extremism.</w:t>
      </w:r>
      <w:r>
        <w:br/>
      </w:r>
      <w:r>
        <w:rPr>
          <w:sz w:val="20"/>
        </w:rPr>
        <w:t>37:58  maulana sahib, how do you see such developments? what is your message to all those youths who are involved in such terror acts?</w:t>
      </w:r>
      <w:r>
        <w:br/>
      </w:r>
      <w:r>
        <w:rPr>
          <w:sz w:val="20"/>
        </w:rPr>
        <w:t>38:08  what is your advice to people with extreme extremist mentality?"</w:t>
      </w:r>
      <w:r>
        <w:br/>
      </w:r>
      <w:r>
        <w:rPr>
          <w:sz w:val="20"/>
        </w:rPr>
        <w:t>38:13  bhai, yeh to itna ajeeb hai ke yeh log bas jo bhi khabar suni main ne ke koi ke yeh log parhe likhe thay ke yeh animal thay.</w:t>
      </w:r>
      <w:r>
        <w:br/>
      </w:r>
      <w:r>
        <w:rPr>
          <w:sz w:val="20"/>
        </w:rPr>
        <w:t>38:25  aap ek woh response dekhen jo khud new zealand mein hua ke ek shakhs ne aisa waqea kiya lekin wahan ki poori qaum, poori government, hatta ke prime minister ne kehta hai positive response diya.</w:t>
      </w:r>
      <w:r>
        <w:br/>
      </w:r>
      <w:r>
        <w:rPr>
          <w:sz w:val="20"/>
        </w:rPr>
        <w:t>38:40  to kaise woh log thay jinhon ne woh us ke naam par</w:t>
      </w:r>
      <w:r>
        <w:br/>
      </w:r>
      <w:r>
        <w:rPr>
          <w:sz w:val="20"/>
        </w:rPr>
        <w:t>38:49  society babak ki itne positive waqeye, itne positive reaction ke naam par negative reaction? yeh to bas batao ke yeh log aisa kiya hai.</w:t>
      </w:r>
      <w:r>
        <w:br/>
      </w:r>
      <w:r>
        <w:rPr>
          <w:sz w:val="20"/>
        </w:rPr>
        <w:t>39:00  woh in awareness ki aakhri had par thay, woh bekhabari ki aakhri had par thay. sab log jante hain, sari dunya ke ek insan ne waqea kiya tha new zealand mein, ek hi insan ne.</w:t>
      </w:r>
      <w:r>
        <w:br/>
      </w:r>
      <w:r>
        <w:rPr>
          <w:sz w:val="20"/>
        </w:rPr>
        <w:t>39:16  lekin is se jo is ke baad jo hua, woh ke new zealand ki poori poori qaum positive uth gayi, hatta ke prime minister khud isa, aap log jante hain.</w:t>
      </w:r>
      <w:r>
        <w:br/>
      </w:r>
      <w:r>
        <w:rPr>
          <w:sz w:val="20"/>
        </w:rPr>
        <w:t>39:31  to yeh is waqey ka baray mein sirf yahi kahunga ke woh insan jis ne, woh log jis ne aisa kiya hai, yeh ek insan yeh hai ke woh bekhabari ki aakhri had par thay aur Allah taala ka kabhi qabool nahi kiye jayenge.</w:t>
      </w:r>
      <w:r>
        <w:br/>
      </w:r>
      <w:r>
        <w:rPr>
          <w:sz w:val="20"/>
        </w:rPr>
        <w:t>39:47  woh aisa nahi ke woh Allah taala ka shaheed shumar honge. is se bari bhool nahi ho sakti.</w:t>
      </w:r>
      <w:r>
        <w:br/>
      </w:r>
      <w:r>
        <w:rPr>
          <w:sz w:val="20"/>
        </w:rPr>
        <w:t>39:56  aisi ahem kar harkat par aadmi shaheed ka darja paye. is ka shahadat se koi talluq nahi, islam se koi talluq nahi, jihad se koi talluq nahi.</w:t>
      </w:r>
      <w:r>
        <w:br/>
      </w:r>
      <w:r>
        <w:rPr>
          <w:sz w:val="20"/>
        </w:rPr>
        <w:t>40:08  yeh to bekhabari ki woh aakhri had hai jis ke baad woh aa jata hai mad</w:t>
      </w:r>
      <w:r>
        <w:br/>
      </w:r>
      <w:r>
        <w:rPr>
          <w:sz w:val="20"/>
        </w:rPr>
        <w:t>40:19  ness and doubles awareness ki woh had jis ka aakhri yeh ho jata hai mad and doubles.</w:t>
      </w:r>
    </w:p>
    <w:p>
      <w:pPr>
        <w:pStyle w:val="Heading2"/>
      </w:pPr>
      <w:r>
        <w:t>Response to hadith condemning nationalism</w:t>
      </w:r>
    </w:p>
    <w:p>
      <w:r>
        <w:rPr>
          <w:color w:val="666666"/>
          <w:sz w:val="18"/>
        </w:rPr>
        <w:t>Society &amp; Dawah · Importance of Peace August 17, 2014 · 2m 59s · at 51:03 · https://youtu.be/ifxSwh2Jckw?t=3063</w:t>
      </w:r>
    </w:p>
    <w:p>
      <w:r>
        <w:rPr>
          <w:i/>
        </w:rPr>
        <w:t>“On the occasion of Independence Day, one of my Muslim friends quoted some hadith condemning nationalism for Muslims. What should be my answer for him?”</w:t>
      </w:r>
    </w:p>
    <w:p>
      <w:r>
        <w:rPr>
          <w:sz w:val="20"/>
        </w:rPr>
        <w:t>51:03  nahi to meri jo kitab chhapi hai, woh isi mauzu par hai, izhar-e-deen. is ko aap parh kar is se aap jaan sakte hain. maulana, agla sawal ajmer se hai.</w:t>
      </w:r>
      <w:r>
        <w:br/>
      </w:r>
      <w:r>
        <w:rPr>
          <w:sz w:val="20"/>
        </w:rPr>
        <w:t>51:13  doctor safina tabassum ne kiya hai aur unhon ne likha hai: maulana sahib on the occasion of Independence Day, one of my Muslim friends quoted some hadith condemning nationalism for Muslims.</w:t>
      </w:r>
      <w:r>
        <w:br/>
      </w:r>
      <w:r>
        <w:rPr>
          <w:sz w:val="20"/>
        </w:rPr>
        <w:t>51:30  What should be my answer for him? Ple</w:t>
      </w:r>
      <w:r>
        <w:br/>
      </w:r>
      <w:r>
        <w:rPr>
          <w:sz w:val="20"/>
        </w:rPr>
        <w:t>51:33  ase guide me. to woh hadith to ab mujhe pata nahi kaun si hadith unhon ne ki. lekin jahan tak main samajhta hoon, naye sunniz jo hai, woh aain-e-islami tareeqa hai.</w:t>
      </w:r>
      <w:r>
        <w:br/>
      </w:r>
      <w:r>
        <w:rPr>
          <w:sz w:val="20"/>
        </w:rPr>
        <w:t>51:47  naye sunniz koi kufr nahi hai.</w:t>
      </w:r>
      <w:r>
        <w:br/>
      </w:r>
      <w:r>
        <w:rPr>
          <w:sz w:val="20"/>
        </w:rPr>
        <w:t>51:52  har cheez ko log ghair islami bana lete hain ke democracy islam ke khilaf hai. aur naye sunniz islam ke khilaf hai. aur modern concept hai, wataniyat ka, woh islam ke khilaf.</w:t>
      </w:r>
      <w:r>
        <w:br/>
      </w:r>
      <w:r>
        <w:rPr>
          <w:sz w:val="20"/>
        </w:rPr>
        <w:t>52:06  yeh to bilkul galat baatein hain. is ka islam se koi talluq nahi hai. logon ne khud hi khud bana rakha hai. islam dekhiye, sirf do cheez ka naam hai.</w:t>
      </w:r>
      <w:r>
        <w:br/>
      </w:r>
      <w:r>
        <w:rPr>
          <w:sz w:val="20"/>
        </w:rPr>
        <w:t>52:21  Allah ko aik manna aur insano ki khair khwahi. Sare insano ki khair khwah ban jaiye. Aur aik Allah ko apna rab banaiye.</w:t>
      </w:r>
      <w:r>
        <w:br/>
      </w:r>
      <w:r>
        <w:rPr>
          <w:sz w:val="20"/>
        </w:rPr>
        <w:t>52:33  Yeh do cheezen basic hain Islam mein. Bas. Baqi yeh musalmano ne ghalat taur par har cheez ko yeh Islam ke khilaf ho, Islam ke khilaf ho, Islam ke khilaf ho, yeh bana rakha hai.</w:t>
      </w:r>
      <w:r>
        <w:br/>
      </w:r>
      <w:r>
        <w:rPr>
          <w:sz w:val="20"/>
        </w:rPr>
        <w:t>52:45  Yeh bilkul ghalat baatein hain.</w:t>
      </w:r>
      <w:r>
        <w:br/>
      </w:r>
      <w:r>
        <w:rPr>
          <w:sz w:val="20"/>
        </w:rPr>
        <w:t>52:50  Is par bhi bohat likh chuka hoon mein apni kitabon mein. Kafi is mein likha hai. Maslan aap meri kitab "Deen Kamil" parhiye. Is mein is par guftagu ki gayi hai.</w:t>
      </w:r>
      <w:r>
        <w:br/>
      </w:r>
      <w:r>
        <w:rPr>
          <w:sz w:val="20"/>
        </w:rPr>
        <w:t>53:04  Fuqaha ke haan aik usool hai jis ko kehte hain "Taysir al-Fatwa" aur "Ta'seer al-Fatwa". Yani</w:t>
      </w:r>
      <w:r>
        <w:br/>
      </w:r>
      <w:r>
        <w:rPr>
          <w:sz w:val="20"/>
        </w:rPr>
        <w:t>53:15  Fatwa de kar mamle ko mushkil banana. Aik hai fatwa de kar mamle ko aasan banana. To is zamani ke ulama ne sirf aik hi baat jani hai, woh "Ta'seer al-Fatwa".</w:t>
      </w:r>
      <w:r>
        <w:br/>
      </w:r>
      <w:r>
        <w:rPr>
          <w:sz w:val="20"/>
        </w:rPr>
        <w:t>53:26  Aise fatwe do ke sab zindagi mushkil hoti chali jaye. "Taysir al-Fatwa" par kisi aalim amal nahi karta. Karega to choti choti baaton mein, choti choti baaton mein.</w:t>
      </w:r>
      <w:r>
        <w:br/>
      </w:r>
      <w:r>
        <w:rPr>
          <w:sz w:val="20"/>
        </w:rPr>
        <w:t>53:40  Jo badi badi baatein hain, is mein har aadmi mein "Ta'seer al-Fatwa" ka usool pakde hue hai.</w:t>
      </w:r>
      <w:r>
        <w:br/>
      </w:r>
      <w:r>
        <w:rPr>
          <w:sz w:val="20"/>
        </w:rPr>
        <w:t>53:49  Choti baaton mein "Taysir al-Fatwa" aur badi baaton mein "Ta'seer al-Fatwa". Yeh sare ulama ka tareeqa hai. Ab kya karein, yeh hamein bhugtna padta hai is ko.</w:t>
      </w:r>
    </w:p>
    <w:p>
      <w:pPr>
        <w:pStyle w:val="Heading2"/>
      </w:pPr>
      <w:r>
        <w:t>Response to non-Muslim missionary distribution</w:t>
      </w:r>
    </w:p>
    <w:p>
      <w:r>
        <w:rPr>
          <w:color w:val="666666"/>
          <w:sz w:val="18"/>
        </w:rPr>
        <w:t>Society &amp; Dawah · Discovery of Modern Age February 10, 2013 · 1m 12s · at 1:09:32 · https://youtu.be/qYGA53ii7E4?t=4172</w:t>
      </w:r>
    </w:p>
    <w:p>
      <w:r>
        <w:rPr>
          <w:i/>
        </w:rPr>
        <w:t>“The way we Muslims distribute Quran and Islamic literature to non-Muslims, if a non-Muslim missionary distributes non-Muslim literature in the same way, how should we respond? Kindly guide us.”</w:t>
      </w:r>
    </w:p>
    <w:p>
      <w:r>
        <w:rPr>
          <w:sz w:val="20"/>
        </w:rPr>
        <w:t>1:09:32  hamara agla sawal kashmir se hai irfan ahmad sahab ka. unhon ne likha hai: "the way we muslims distribute quran and other islamic literature to non muslims, if the same way a non muslim missionary goes with a non muslim literature, then how should we respond in such a situation?</w:t>
      </w:r>
      <w:r>
        <w:br/>
      </w:r>
      <w:r>
        <w:rPr>
          <w:sz w:val="20"/>
        </w:rPr>
        <w:t>1:09:54  kindly guide us."</w:t>
      </w:r>
      <w:r>
        <w:br/>
      </w:r>
      <w:r>
        <w:rPr>
          <w:sz w:val="20"/>
        </w:rPr>
        <w:t>1:09:56  kya respond ka matlab kya hai? respond matlab maulana, aisi situation mein woh kya karein? matlab us ko le lein ya kaise us ko respond? kya yeh zaroori le lijiye?</w:t>
      </w:r>
      <w:r>
        <w:br/>
      </w:r>
      <w:r>
        <w:rPr>
          <w:sz w:val="20"/>
        </w:rPr>
        <w:t>1:10:05  puchhna kya hai? yeh khoob lijeeye, khoob dijiye, khoob lijeeye. yeh puchhne ki baat hi nahin. aap jab de rahe hain to aap ko lena bhi padega.</w:t>
      </w:r>
      <w:r>
        <w:br/>
      </w:r>
      <w:r>
        <w:rPr>
          <w:sz w:val="20"/>
        </w:rPr>
        <w:t>1:10:17  woh de rahe hain, un ko karne dijiye. dunya ka rok tham sakte hain. aap Allah ne un ko aazadi di hai to aap apni aazadi ko istemal karenge. aap apni aazadi ko istemal karenge, woh apni aazadi ko istemal karenge</w:t>
      </w:r>
      <w:r>
        <w:br/>
      </w:r>
      <w:r>
        <w:rPr>
          <w:sz w:val="20"/>
        </w:rPr>
        <w:t>1:10:28  koi restriction nahin laga sakte kisi ke upar, koi rok nahin laga sakte. aap karne dijiye, woh karte hain. woh aap jis cheez ko sach samajhte hain, us ko us ko aap karte rahiye aur Allah taala se dua karte rahiye.</w:t>
      </w:r>
    </w:p>
    <w:p>
      <w:pPr>
        <w:pStyle w:val="Heading2"/>
      </w:pPr>
      <w:r>
        <w:t>Response to propaganda about Christianity work</w:t>
      </w:r>
    </w:p>
    <w:p>
      <w:r>
        <w:rPr>
          <w:color w:val="666666"/>
          <w:sz w:val="18"/>
        </w:rPr>
        <w:t>Society &amp; Dawah · 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Response to satanic verses and cartoons</w:t>
      </w:r>
    </w:p>
    <w:p>
      <w:r>
        <w:rPr>
          <w:color w:val="666666"/>
          <w:sz w:val="18"/>
        </w:rPr>
        <w:t>Society &amp; Dawah · The Issue of Shatm-e-Rasool (Abuse of the Prophet) December 19, 2021 Prof. Farida Khanam · 1m 46s · at 50:36 · https://youtu.be/ExQS_PHirUc?t=3036</w:t>
      </w:r>
    </w:p>
    <w:p>
      <w:r>
        <w:rPr>
          <w:i/>
        </w:rPr>
        <w:t>“How should Muslims have responded to satanic verses and the cartoon issue? What are the best two methods we can use?”</w:t>
      </w:r>
    </w:p>
    <w:p>
      <w:r>
        <w:rPr>
          <w:sz w:val="20"/>
        </w:rPr>
        <w:t>50:36  ah, apa agla sawal ah, main leta hoon, ah, yeh Azhar Siddiqui sahib ka hai Gwalior se. ah, unhon ne aap se poocha hai ke how should Muslims have responded to satanic verses and the cartoon issue?</w:t>
      </w:r>
      <w:r>
        <w:br/>
      </w:r>
      <w:r>
        <w:rPr>
          <w:sz w:val="20"/>
        </w:rPr>
        <w:t>50:51  is qism ke jo mamle hote hain, is par jo ah, behtareen tareeqa do tareeqe hum use kar sakte hain. ek to Maulana is ko barah-e-rast zikr karte rehte hain ke imt al-batil bahjri ya bitarki.</w:t>
      </w:r>
      <w:r>
        <w:br/>
      </w:r>
      <w:r>
        <w:rPr>
          <w:sz w:val="20"/>
        </w:rPr>
        <w:t>51:06  ah, Hazrat Umar ka qaul zikr karte hain ke Allah ke bande hain jo ah, batil ko dabaate hain, maarte hain, is ko is ko avoid karte hain, is ka zikr nahi karte hain.</w:t>
      </w:r>
      <w:r>
        <w:br/>
      </w:r>
      <w:r>
        <w:rPr>
          <w:sz w:val="20"/>
        </w:rPr>
        <w:t>51:17  aam taur se aisa hota hai ke ek choti si kahin par kisi ne kuch keh diya, is ko hungama kar ke saari duniya mein kar dete hain, to yeh aur zyada phail jata hai. to hum ko is ko zikr nahi karna hai, is par koi ihtijaj nahi karna, yeh nek logon ka tareeqa hai.</w:t>
      </w:r>
      <w:r>
        <w:br/>
      </w:r>
      <w:r>
        <w:rPr>
          <w:sz w:val="20"/>
        </w:rPr>
        <w:t>51:30  Hazrat Umar ne yeh kaha. doosra yeh ke agar kisi ke paas hai, jante hain ke ilmi taur par is ne kuch kaha hai, to is ka jawab yeh hai ke jaisa ah, is zamane mein shair ka shair se jawab diya jata tha, ab kitab ka kitab se jawab dijiye.</w:t>
      </w:r>
      <w:r>
        <w:br/>
      </w:r>
      <w:r>
        <w:rPr>
          <w:sz w:val="20"/>
        </w:rPr>
        <w:t>51:43  kitab ka kitab se jawab dijiye. Rasool Allah salallahu alaihi wasallam Masjid Nabwi mein mimbar par Hazrat Hassan ko khada kar ke kehte the ke un ka jawab do jo unhon ne kaha hai.</w:t>
      </w:r>
      <w:r>
        <w:br/>
      </w:r>
      <w:r>
        <w:rPr>
          <w:sz w:val="20"/>
        </w:rPr>
        <w:t>51:52  mere bare mein haj goi ki hai. haj goi ka matlab kya hai? badzamani karna Rasool Allah salallahu alaihi wasallam ke bare mein. to un ka ek shair hai: "ajawt Muhammad fajat anhu wa ind Allah fi dhak al-jaza".</w:t>
      </w:r>
      <w:r>
        <w:br/>
      </w:r>
      <w:r>
        <w:rPr>
          <w:sz w:val="20"/>
        </w:rPr>
        <w:t>52:04  tum ne Muhammad ki haj goi ki badzamani ki Muhammad ke bare mein. main tum ko shair ke zariye jawab deta hoon aur Allah ke nazdeek un ka badla hai.</w:t>
      </w:r>
      <w:r>
        <w:br/>
      </w:r>
      <w:r>
        <w:rPr>
          <w:sz w:val="20"/>
        </w:rPr>
        <w:t>52:15  to yahi do tareeqe hain: ya to tark karein, aur agar ilmi taur par karna hai to is ki kitab likhein. yeh is ke ilawa to koi tareeqa nahi hai.</w:t>
      </w:r>
    </w:p>
    <w:p>
      <w:pPr>
        <w:pStyle w:val="Heading2"/>
      </w:pPr>
      <w:r>
        <w:t>Responsibility for Muslim Ignorance</w:t>
      </w:r>
    </w:p>
    <w:p>
      <w:r>
        <w:rPr>
          <w:color w:val="666666"/>
          <w:sz w:val="18"/>
        </w:rPr>
        <w:t>Society &amp; Dawah · Reason and Faith July 10, 2016 · 1m 50s · at 1:02:52 · https://youtu.be/axR4I5yv29E?t=3772</w:t>
      </w:r>
    </w:p>
    <w:p>
      <w:r>
        <w:rPr>
          <w:i/>
        </w:rPr>
        <w:t>“Who is responsible for the ignorance and unawareness that Muslims are afflicted with today? Please explain.”</w:t>
      </w:r>
    </w:p>
    <w:p>
      <w:r>
        <w:rPr>
          <w:sz w:val="20"/>
        </w:rPr>
        <w:t>1:02:52  maulana, agla sawal dhampur se mehtab sahib ne kiya hai.</w:t>
      </w:r>
      <w:r>
        <w:br/>
      </w:r>
      <w:r>
        <w:rPr>
          <w:sz w:val="20"/>
        </w:rPr>
        <w:t>1:02:57  unhon ne aap se poocha hai ke musalmanon ki is bekhabari ka kaun zimmedaar hain jis</w:t>
      </w:r>
      <w:r>
        <w:br/>
      </w:r>
      <w:r>
        <w:rPr>
          <w:sz w:val="20"/>
        </w:rPr>
        <w:t>1:03:03  mein aaj musalman mubtala hain? Is ke baray mein bataein.</w:t>
      </w:r>
      <w:r>
        <w:br/>
      </w:r>
      <w:r>
        <w:rPr>
          <w:sz w:val="20"/>
        </w:rPr>
        <w:t>1:03:08  is ke zimmedaar to wohi log hain jo so called leader hain, mister bhi aur molvi bhi dono.</w:t>
      </w:r>
      <w:r>
        <w:br/>
      </w:r>
      <w:r>
        <w:rPr>
          <w:sz w:val="20"/>
        </w:rPr>
        <w:t>1:03:14  yani hadees mein kaha gaya tha ke وَعَلَى الْعَاقِلِ أَنْ يَكُونَ بَصِيرًا بِذَبَانِهِ yeh farz tha ke daur</w:t>
      </w:r>
      <w:r>
        <w:br/>
      </w:r>
      <w:r>
        <w:rPr>
          <w:sz w:val="20"/>
        </w:rPr>
        <w:t>1:03:19  jadeed ka muta'ala kar ke samjha jaye is ko.</w:t>
      </w:r>
      <w:r>
        <w:br/>
      </w:r>
      <w:r>
        <w:rPr>
          <w:sz w:val="20"/>
        </w:rPr>
        <w:t>1:03:25  lekin mere ilm ke mutabiq koi aik bhi musalman, urf se ajab tak, aisa nahi hai jis ne</w:t>
      </w:r>
      <w:r>
        <w:br/>
      </w:r>
      <w:r>
        <w:rPr>
          <w:sz w:val="20"/>
        </w:rPr>
        <w:t>1:03:31  is liye muta'ala kiya ho ke woh samjhe ke what is daur jadeed to bekhabar hai, bekhabar hai.</w:t>
      </w:r>
      <w:r>
        <w:br/>
      </w:r>
      <w:r>
        <w:rPr>
          <w:sz w:val="20"/>
        </w:rPr>
        <w:t>1:03:36  apni bekhabari mein unhon ne yahi sab bataya ke islamophobia aur maghrib ke log hamare khilaaf</w:t>
      </w:r>
      <w:r>
        <w:br/>
      </w:r>
      <w:r>
        <w:rPr>
          <w:sz w:val="20"/>
        </w:rPr>
        <w:t>1:03:42  saazish karte hain.</w:t>
      </w:r>
      <w:r>
        <w:br/>
      </w:r>
      <w:r>
        <w:rPr>
          <w:sz w:val="20"/>
        </w:rPr>
        <w:t>1:03:47  sab jhooti baatein hain, bilkul jhooti baatein hain.</w:t>
      </w:r>
      <w:r>
        <w:br/>
      </w:r>
      <w:r>
        <w:rPr>
          <w:sz w:val="20"/>
        </w:rPr>
        <w:t>1:03:53  basely, basely, maghrib ke log poori insaniyat ke muhsin hain.</w:t>
      </w:r>
      <w:r>
        <w:br/>
      </w:r>
      <w:r>
        <w:rPr>
          <w:sz w:val="20"/>
        </w:rPr>
        <w:t>1:03:58  main saaf kehta hoon ke maghrib ki qaumein poori insaniyat ke liye benefactor hain.</w:t>
      </w:r>
      <w:r>
        <w:br/>
      </w:r>
      <w:r>
        <w:rPr>
          <w:sz w:val="20"/>
        </w:rPr>
        <w:t>1:04:04  unhon ne hum ko technology di, unhon ne hum ko ma'awin taraqqiyan dein.</w:t>
      </w:r>
      <w:r>
        <w:br/>
      </w:r>
      <w:r>
        <w:rPr>
          <w:sz w:val="20"/>
        </w:rPr>
        <w:t>1:04:09  unhon ne daur jadeed, unhon ne daur qadeem se aik naya daur paida kiya jis ko hum kehte hain civilization.</w:t>
      </w:r>
      <w:r>
        <w:br/>
      </w:r>
      <w:r>
        <w:rPr>
          <w:sz w:val="20"/>
        </w:rPr>
        <w:t>1:04:15  woh to muhsin hain, lekin hamare ulama, hamare mister dono, yani iqbal jaise log jo mister the aur</w:t>
      </w:r>
      <w:r>
        <w:br/>
      </w:r>
      <w:r>
        <w:rPr>
          <w:sz w:val="20"/>
        </w:rPr>
        <w:t>1:04:20  ulama, dono ne yahi kaha ke maghrib hamara dushman hai. Dono ne.</w:t>
      </w:r>
      <w:r>
        <w:br/>
      </w:r>
      <w:r>
        <w:rPr>
          <w:sz w:val="20"/>
        </w:rPr>
        <w:t>1:04:26  ab yeh mujhe aik shakhs bhi nahi maloom jis ne yeh kaha ho ke maghrib ka bohat bara contribution hai.</w:t>
      </w:r>
      <w:r>
        <w:br/>
      </w:r>
      <w:r>
        <w:rPr>
          <w:sz w:val="20"/>
        </w:rPr>
        <w:t>1:04:31  un ka ehsaan maano aur un ke liye dua karo, un ki hidayat ki koshish karo.</w:t>
      </w:r>
      <w:r>
        <w:br/>
      </w:r>
      <w:r>
        <w:rPr>
          <w:sz w:val="20"/>
        </w:rPr>
        <w:t>1:04:37  isi ka raziya bhugat rahay hain.</w:t>
      </w:r>
    </w:p>
    <w:p>
      <w:pPr>
        <w:pStyle w:val="Heading2"/>
      </w:pPr>
      <w:r>
        <w:t>Responsibility for peaceful conditions in dawah</w:t>
      </w:r>
    </w:p>
    <w:p>
      <w:r>
        <w:rPr>
          <w:color w:val="666666"/>
          <w:sz w:val="18"/>
        </w:rPr>
        <w:t>Society &amp; Dawah · Man and the Laws of Nature April 1, 2012 · 3m 29s · at 1:13:10 · https://youtu.be/coIrwYQgb6Y?t=4390</w:t>
      </w:r>
    </w:p>
    <w:p>
      <w:r>
        <w:rPr>
          <w:i/>
        </w:rPr>
        <w:t>“Is the responsibility of keeping the situation peaceful on the one being invited (mad'u) or on the one inviting (da'i)?”</w:t>
      </w:r>
    </w:p>
    <w:p>
      <w:r>
        <w:rPr>
          <w:sz w:val="20"/>
        </w:rPr>
        <w:t>1:13:10  maulana, agla sawal aaya hai bangalore se maulana inayatullah umri sahib ka. unhone aap se poocha hai ke halaat ko puraman rakhne ki zimmedari madu par hai ya daai par?</w:t>
      </w:r>
      <w:r>
        <w:br/>
      </w:r>
      <w:r>
        <w:rPr>
          <w:sz w:val="20"/>
        </w:rPr>
        <w:t>1:13:23  daai par, sirf daai par.</w:t>
      </w:r>
      <w:r>
        <w:br/>
      </w:r>
      <w:r>
        <w:rPr>
          <w:sz w:val="20"/>
        </w:rPr>
        <w:t>1:13:28  madu par jab dawe daalne ke maani hain, kabhi bhi halaat yani muaddal na hon, kyunke yeh to hamara interest hai is mein ke halaat achhe jab banenge, tabhi to hum dawat de sakenge.</w:t>
      </w:r>
      <w:r>
        <w:br/>
      </w:r>
      <w:r>
        <w:rPr>
          <w:sz w:val="20"/>
        </w:rPr>
        <w:t>1:13:45  madu ka kya? madu ka yeh concern nahi hai,</w:t>
      </w:r>
      <w:r>
        <w:br/>
      </w:r>
      <w:r>
        <w:rPr>
          <w:sz w:val="20"/>
        </w:rPr>
        <w:t>1:13:50  hamara concern hai ke halaat ko normalize karna taake dawat ka kaam jo hai, woh ho sake. is ki behtareen misaal jo hai, khud rasool Allah ki zindagi hai ke aap ne yak tarfa tor par yani adjust kiya taake normal se waqe reh</w:t>
      </w:r>
      <w:r>
        <w:br/>
      </w:r>
      <w:r>
        <w:rPr>
          <w:sz w:val="20"/>
        </w:rPr>
        <w:t>1:14:09  e. misaal ke tor par hudaybiya mein aap ne hudaybiya ka jo agreement tha, us mein aap ne jo other party thi, us ke conditions ko unilaterally maan liya hai, ek ek kar ke maan liya, kyunke is ke manne se peace aata tha.</w:t>
      </w:r>
      <w:r>
        <w:br/>
      </w:r>
      <w:r>
        <w:rPr>
          <w:sz w:val="20"/>
        </w:rPr>
        <w:t>1:14:26  to is mein koi shaq nahi ke madu par zimmedari daalna ke woh peace qaim kare, yeh bilkul in natural aur impossible baat hai.</w:t>
      </w:r>
      <w:r>
        <w:br/>
      </w:r>
      <w:r>
        <w:rPr>
          <w:sz w:val="20"/>
        </w:rPr>
        <w:t>1:14:37  daai ko zimmedari lena chahiye ke jo jo hukum ka jo makkah kaha karta hoon ke "I will do it" apne upar lena chahiye ke mujhe normal, mujhe halaat ko normalize karna hai, mujhe peace qaim karna hai taake dawat ka jo mission mera hai, woh saboot tor par chalta rahe.</w:t>
      </w:r>
      <w:r>
        <w:br/>
      </w:r>
      <w:r>
        <w:rPr>
          <w:sz w:val="20"/>
        </w:rPr>
        <w:t>1:14:59  to bilashuba halaat ko normalize karna daai ki zimmedari hai, madu ki zimmedari nahi hai.</w:t>
      </w:r>
      <w:r>
        <w:br/>
      </w:r>
      <w:r>
        <w:rPr>
          <w:sz w:val="20"/>
        </w:rPr>
        <w:t>1:15:06  misalan India mein dekhiye, musalman jo aaye din maang le khade hote hain, main is ko bilkul galat samajhta hoon, bahut zyada galat samajhta hoon.</w:t>
      </w:r>
      <w:r>
        <w:br/>
      </w:r>
      <w:r>
        <w:rPr>
          <w:sz w:val="20"/>
        </w:rPr>
        <w:t>1:15:16  maang le le ke uthte hain to kya hota hai? nafratein paida hoti hain, normal halaat baqi nahi rehte, aapas mein dushmani yan hoti hain, kahin kahin takrao ho jata hai, ladai hoti hai.</w:t>
      </w:r>
      <w:r>
        <w:br/>
      </w:r>
      <w:r>
        <w:rPr>
          <w:sz w:val="20"/>
        </w:rPr>
        <w:t>1:15:27  yeh sab mera dekh haram se kam nahi hai. musalmanon ko chahiye ke yak tarfa tor par apni shikayaton ko khatm kar dein, koi shikayat nahi</w:t>
      </w:r>
      <w:r>
        <w:br/>
      </w:r>
      <w:r>
        <w:rPr>
          <w:sz w:val="20"/>
        </w:rPr>
        <w:t>1:15:35  ۔ misaal ke tor par, agar un ko job nahi milta aur na job mile, na mile job, is ko le kar ke juloos nikalna, hungama karna, aur phir is ke baad bloodshed hona, yeh bilkul haram se kam nahi hai.</w:t>
      </w:r>
      <w:r>
        <w:br/>
      </w:r>
      <w:r>
        <w:rPr>
          <w:sz w:val="20"/>
        </w:rPr>
        <w:t>1:15:49  to koi bhi jo maang le kar musalman khade hote hain, is maang ki wajah se jo takrao hota hai, jo nafrat paida hoti hai, woh sab dawat ki shariyat mein haram hai.</w:t>
      </w:r>
      <w:r>
        <w:br/>
      </w:r>
      <w:r>
        <w:rPr>
          <w:sz w:val="20"/>
        </w:rPr>
        <w:t>1:16:00  musalmanon ko chahiye ke yak tarfa tor par unilaterally woh sab ko khatm kar dein taake peace qaim ho, aur peace jab qaim hoga to dua work ho sakega.</w:t>
      </w:r>
      <w:r>
        <w:br/>
      </w:r>
      <w:r>
        <w:rPr>
          <w:sz w:val="20"/>
        </w:rPr>
        <w:t>1:16:14  maulana, agla ek comment aaya hai doha se, ab maulana abdul basit umri sahib ka. unhone likha hai: "maulana, mujhe bahut khushi ho rahi hai ke al risala mission ko join kar ke sahi maano mein zindagi kya hai, us ko thrilling ki satah par jaan raha hoon.</w:t>
      </w:r>
      <w:r>
        <w:br/>
      </w:r>
      <w:r>
        <w:rPr>
          <w:sz w:val="20"/>
        </w:rPr>
        <w:t>1:16:33  maulana, aap ko kitni bhi duaen doon, kam hain. Allah hi aap ko is ka sahi badla dega.</w:t>
      </w:r>
    </w:p>
    <w:p>
      <w:pPr>
        <w:pStyle w:val="Heading2"/>
      </w:pPr>
      <w:r>
        <w:t>Responsibility of Muslims to spread Islam</w:t>
      </w:r>
    </w:p>
    <w:p>
      <w:r>
        <w:rPr>
          <w:color w:val="666666"/>
          <w:sz w:val="18"/>
        </w:rPr>
        <w:t>Society &amp; Dawah · Why Violence 17 Nov 2019 - Maulana Wahiduddin Khan · 2m 35s · at 37:55 · https://youtu.be/W8ybr-qO96c?t=2275</w:t>
      </w:r>
    </w:p>
    <w:p>
      <w:r>
        <w:rPr>
          <w:i/>
        </w:rPr>
        <w:t>“Please shed light on why Muslim masses are behind in dawah. Is it every Muslim's responsibility to understand Islam and convey it to the world?”</w:t>
      </w:r>
    </w:p>
    <w:p>
      <w:r>
        <w:rPr>
          <w:sz w:val="20"/>
        </w:rPr>
        <w:t>37:55  Maulana agla sawal lena chahenge yeh ah Delhi se bheja hai ah Sita Ram Pawar sahab ne jo class mein maujood hain</w:t>
      </w:r>
      <w:r>
        <w:br/>
      </w:r>
      <w:r>
        <w:rPr>
          <w:sz w:val="20"/>
        </w:rPr>
        <w:t>38:05  unhone likha hai Maulana sahab Muslim awam jo deen ki dawah mein peechay hain us par thora roshni daliye</w:t>
      </w:r>
      <w:r>
        <w:br/>
      </w:r>
      <w:r>
        <w:rPr>
          <w:sz w:val="20"/>
        </w:rPr>
        <w:t>38:14  kya yeh har Musalman ki zimmedari hai ke Islam ko samjhe aur use dunya mein phanchaaye is ke baray mein bataiye aap</w:t>
      </w:r>
      <w:r>
        <w:br/>
      </w:r>
      <w:r>
        <w:rPr>
          <w:sz w:val="20"/>
        </w:rPr>
        <w:t>38:27  yeh sirf Musalman ki baat nahi hai Islam ki baat nahi hai aap apne ko le ke sochiye jo insan kisi sachai ko discover kare sachai ko</w:t>
      </w:r>
      <w:r>
        <w:br/>
      </w:r>
      <w:r>
        <w:rPr>
          <w:sz w:val="20"/>
        </w:rPr>
        <w:t>38:46  misal ke taur par yeh sachai yeh daryaft kare yeh discover kare ke ab jo zamana khatam ho gaya hai jab koi maqsad hasil karne ke liye pathar marna parta tha goli chalani parti thi ab kuch nahi</w:t>
      </w:r>
      <w:r>
        <w:br/>
      </w:r>
      <w:r>
        <w:rPr>
          <w:sz w:val="20"/>
        </w:rPr>
        <w:t>39:03  communication ko istemal kijiye</w:t>
      </w:r>
      <w:r>
        <w:br/>
      </w:r>
      <w:r>
        <w:rPr>
          <w:sz w:val="20"/>
        </w:rPr>
        <w:t>39:08  peaceful negotiation ke zariye apni baton ko phanchaie to koi bhi acha amar acha maqsad jo apne samne rakhta ho</w:t>
      </w:r>
      <w:r>
        <w:br/>
      </w:r>
      <w:r>
        <w:rPr>
          <w:sz w:val="20"/>
        </w:rPr>
        <w:t>39:22  un sab ko yahi karna hai sirf Musalman ki baat nahi hai sirf Islam ki baat nahi hai agar aap koi bhi baat zindagi mein aap ne discover ki hai to us ko le ke uth jaiye</w:t>
      </w:r>
      <w:r>
        <w:br/>
      </w:r>
      <w:r>
        <w:rPr>
          <w:sz w:val="20"/>
        </w:rPr>
        <w:t>39:40  na aap ko pathar marna hai na kuch karna hai bas peaceful tareeqay se logon tak apni baat phanchaana hai bas jaisa hamare saathi Allah ke fazal se har jagah kar rahe hain</w:t>
      </w:r>
      <w:r>
        <w:br/>
      </w:r>
      <w:r>
        <w:rPr>
          <w:sz w:val="20"/>
        </w:rPr>
        <w:t>40:01  Muhammad Irfan Rashidi sahab ne Nagpur se comment bheja hai unhone likha hai Muslim should rethink and adopt the ideology of peace</w:t>
      </w:r>
      <w:r>
        <w:br/>
      </w:r>
      <w:r>
        <w:rPr>
          <w:sz w:val="20"/>
        </w:rPr>
        <w:t>40:10  . This is the need of the art." jazak allah maulana sahib.</w:t>
      </w:r>
      <w:r>
        <w:br/>
      </w:r>
      <w:r>
        <w:rPr>
          <w:sz w:val="20"/>
        </w:rPr>
        <w:t>40:17  muhammad ammar sahib ne dili se comment bheja hai. unhon ne likha hai: "maulana, it is because of your rethinking only that the entire CPS is working in a hundred percent peaceful way.</w:t>
      </w:r>
    </w:p>
    <w:p>
      <w:pPr>
        <w:pStyle w:val="Heading2"/>
      </w:pPr>
      <w:r>
        <w:t>Responsibility of a Da'i in Guiding People</w:t>
      </w:r>
    </w:p>
    <w:p>
      <w:r>
        <w:rPr>
          <w:color w:val="666666"/>
          <w:sz w:val="18"/>
        </w:rPr>
        <w:t>Society &amp; Dawah · Opportunities of the Modern Age | March 05, 2017 · 1m 02s · at 51:51 · https://youtu.be/Cv8QEwvQ_fY?t=3111</w:t>
      </w:r>
    </w:p>
    <w:p>
      <w:r>
        <w:rPr>
          <w:i/>
        </w:rPr>
        <w:t>“What is the responsibility of a Da'i? Is it to guide people correctly regarding both this world and the Hereafter?”</w:t>
      </w:r>
    </w:p>
    <w:p>
      <w:r>
        <w:rPr>
          <w:sz w:val="20"/>
        </w:rPr>
        <w:t>51:51  ji maulana agla sawal chennai se maulana iqbal umri ne bheja hai unhon ne likha hai ke: "maulana</w:t>
      </w:r>
      <w:r>
        <w:br/>
      </w:r>
      <w:r>
        <w:rPr>
          <w:sz w:val="20"/>
        </w:rPr>
        <w:t>51:59  daai ki zimmedari kya hai logon ki dunya aur akhirat dono ke baray mein sahi rehnumai karna</w:t>
      </w:r>
      <w:r>
        <w:br/>
      </w:r>
      <w:r>
        <w:rPr>
          <w:sz w:val="20"/>
        </w:rPr>
        <w:t>52:08  hai maulana aap ne aisa hi kiya hai marifat dawat aur hikmat hayat ki rehnumai ki hai maulana</w:t>
      </w:r>
      <w:r>
        <w:br/>
      </w:r>
      <w:r>
        <w:rPr>
          <w:sz w:val="20"/>
        </w:rPr>
        <w:t>52:16  is par kuch kahein?"</w:t>
      </w:r>
      <w:r>
        <w:br/>
      </w:r>
      <w:r>
        <w:rPr>
          <w:sz w:val="20"/>
        </w:rPr>
        <w:t>52:24  dekhiye maine jo kuch likha hai to is lihaz se nahi ke duniya ki taraqqi bhi mera nishana hai aisa nahi hai main yeh ke logon ko manfi soch se bahar karna jitne log bhi hain jo duniya dari mein pade hue hain sab manfi soch mein hain un ke paas kothiyan hain tab bhi manfi soch hai to main chahta hoon ke duniya mein jo kuch woh hasil kar rahe hain hasil karein lekin manfi soch nahi musbat soch mein</w:t>
      </w:r>
    </w:p>
    <w:p>
      <w:pPr>
        <w:pStyle w:val="Heading2"/>
      </w:pPr>
      <w:r>
        <w:t>Revival of caliphate versus revival of Ummah</w:t>
      </w:r>
    </w:p>
    <w:p>
      <w:r>
        <w:rPr>
          <w:color w:val="666666"/>
          <w:sz w:val="18"/>
        </w:rPr>
        <w:t>Society &amp; Dawah · The Problem of Intellectual Stagnation May 13, 2012 · 3m 04s · at 58:57 · https://youtu.be/Qi5BZlv-Vog?t=3537</w:t>
      </w:r>
    </w:p>
    <w:p>
      <w:r>
        <w:rPr>
          <w:i/>
        </w:rPr>
        <w:t>“Maulana, why is there a clamour for revival of the caliphate instead of revival of the Ummah? This is a bid'ah, not a sunnah.”</w:t>
      </w:r>
    </w:p>
    <w:p>
      <w:r>
        <w:rPr>
          <w:sz w:val="20"/>
        </w:rPr>
        <w:t>58:57  maulana, yeh sawal aaya hai bangalore se Maulana Farhat Ahmad Salafi sahib ka. unhon ne aap se poocha hai ke Maulana ahya-e-ummat ki bajaye ahya-e-khilafat ki dhoom kyun hai?</w:t>
      </w:r>
      <w:r>
        <w:br/>
      </w:r>
      <w:r>
        <w:rPr>
          <w:sz w:val="20"/>
        </w:rPr>
        <w:t>59:12  yeh mere aziz aik bid'at hai, na ke sunnat.</w:t>
      </w:r>
      <w:r>
        <w:br/>
      </w:r>
      <w:r>
        <w:rPr>
          <w:sz w:val="20"/>
        </w:rPr>
        <w:t>59:24  yeh is ko main sunnat nahi</w:t>
      </w:r>
      <w:r>
        <w:br/>
      </w:r>
      <w:r>
        <w:rPr>
          <w:sz w:val="20"/>
        </w:rPr>
        <w:t>59:26  manunga. asal mein hua yeh ke baad ke zamaney mein jab musalmanon ka aik bara saltanat ban gayi, us zamaney mein yeh fiqh develop hua ke islam ke liye zaroori hai ke is ka political power ho.</w:t>
      </w:r>
      <w:r>
        <w:br/>
      </w:r>
      <w:r>
        <w:rPr>
          <w:sz w:val="20"/>
        </w:rPr>
        <w:t>59:45  to is ke liye unhon ne khilafat Allah mein istemal kiya.</w:t>
      </w:r>
      <w:r>
        <w:br/>
      </w:r>
      <w:r>
        <w:rPr>
          <w:sz w:val="20"/>
        </w:rPr>
        <w:t>59:52  warna jo hadith mein jo alfaaz hain, woh tajdeed aur ahya ke alfaaz hain, yani deen ki tajdeed. deen ki tajdeed yeh hai ke jab jamood aa jaye to jamood ko todna,</w:t>
      </w:r>
      <w:r>
        <w:br/>
      </w:r>
      <w:r>
        <w:rPr>
          <w:sz w:val="20"/>
        </w:rPr>
        <w:t>1:00:07  jab zawaal aa jaye to phir dobara un mein harkat paida karna, jab</w:t>
      </w:r>
      <w:r>
        <w:br/>
      </w:r>
      <w:r>
        <w:rPr>
          <w:sz w:val="20"/>
        </w:rPr>
        <w:t>1:00:15  spirit khatm ho jaye, phir form reh jaye to phir se spirit ko le aana. yeh yeh hai ehya aur tajdeed ka kaam. baqi yeh ke hukoomat qaim karna, yeh bilkul hi aik mubtadaana tasawwur hai.</w:t>
      </w:r>
      <w:r>
        <w:br/>
      </w:r>
      <w:r>
        <w:rPr>
          <w:sz w:val="20"/>
        </w:rPr>
        <w:t>1:00:30  kyunke main logon se poochta hoon ke mujhe batao ke kahan Quran ya Hadees mein hai yeh hukum ke "aqim dawlat al-Islam" yeh kahan likha hua hai?</w:t>
      </w:r>
      <w:r>
        <w:br/>
      </w:r>
      <w:r>
        <w:rPr>
          <w:sz w:val="20"/>
        </w:rPr>
        <w:t>1:00:39  hukoomat Islami qaim karo, yeh kahan likha hua hai?</w:t>
      </w:r>
      <w:r>
        <w:br/>
      </w:r>
      <w:r>
        <w:rPr>
          <w:sz w:val="20"/>
        </w:rPr>
        <w:t>1:00:43  to yeh khud saakhta hai aur yeh yeh fiqh develop hua hai Abbasi daur mein aur phir woh chalta raha, chalta raha, chalta raha. Abbasi daur aap jante hain ke qurun mashhood lah bil khair ke baad ka daur hai.</w:t>
      </w:r>
      <w:r>
        <w:br/>
      </w:r>
      <w:r>
        <w:rPr>
          <w:sz w:val="20"/>
        </w:rPr>
        <w:t>1:00:59  Islam mein dekhiye, qurun qurun thalatha ko miyar mana gaya hai. teen daur yaani ahad risalat, ahad Sahaba, ahad Tabeen, yeh teen daur miyari daur hain.</w:t>
      </w:r>
      <w:r>
        <w:br/>
      </w:r>
      <w:r>
        <w:rPr>
          <w:sz w:val="20"/>
        </w:rPr>
        <w:t>1:01:11  is ke baad jo hai, woh miyari daur nahi hai. to koi bhi aisi cheez jo qurun thalatha ke baad paida hui ho, woh bilashuba qabil e tanqeed hai, qabil e tajziya hai.</w:t>
      </w:r>
      <w:r>
        <w:br/>
      </w:r>
      <w:r>
        <w:rPr>
          <w:sz w:val="20"/>
        </w:rPr>
        <w:t>1:01:24  is ko hum as it is as it is nahi le sakte.</w:t>
      </w:r>
      <w:r>
        <w:br/>
      </w:r>
      <w:r>
        <w:rPr>
          <w:sz w:val="20"/>
        </w:rPr>
        <w:t>1:01:28  isi mein se yeh tasawwur bhi hai, siyasi iqtidaar qaim karne ka tasawwur hai jis ko khilafat yaani is ko Islamize kar ke is ko khilafat ka naam dijiye ga.</w:t>
      </w:r>
      <w:r>
        <w:br/>
      </w:r>
      <w:r>
        <w:rPr>
          <w:sz w:val="20"/>
        </w:rPr>
        <w:t>1:01:43  jo khulafa thay, charon khulafa, woh bhi Ameer ul Momineen kehelate thay.</w:t>
      </w:r>
      <w:r>
        <w:br/>
      </w:r>
      <w:r>
        <w:rPr>
          <w:sz w:val="20"/>
        </w:rPr>
        <w:t>1:01:52  yeh khilafat ka lafz to baad ko raaij hua hai, woh woh Ameer ul Momineen kehelate thay.</w:t>
      </w:r>
    </w:p>
    <w:p>
      <w:pPr>
        <w:pStyle w:val="Heading2"/>
      </w:pPr>
      <w:r>
        <w:t>Reviving Islamic spirit among Muslims</w:t>
      </w:r>
    </w:p>
    <w:p>
      <w:r>
        <w:rPr>
          <w:color w:val="666666"/>
          <w:sz w:val="18"/>
        </w:rPr>
        <w:t>Society &amp; Dawah · Lessons from My Journey to Canada II January 10, 2016 · 1m 54s · at 53:04 · https://youtu.be/GHF2Ph3GW7A?t=3184</w:t>
      </w:r>
    </w:p>
    <w:p>
      <w:r>
        <w:rPr>
          <w:i/>
        </w:rPr>
        <w:t>“According to you, how can we revive the Islamic spirit among Muslims?”</w:t>
      </w:r>
    </w:p>
    <w:p>
      <w:r>
        <w:rPr>
          <w:sz w:val="20"/>
        </w:rPr>
        <w:t>53:04  مولانا، اگلا سوال کیا ہے دلی سے مس نغمہ صدیقی نے، اور ان کا سوال ہے کہ "according</w:t>
      </w:r>
      <w:r>
        <w:br/>
      </w:r>
      <w:r>
        <w:rPr>
          <w:sz w:val="20"/>
        </w:rPr>
        <w:t>53:13  to you, how can we revive the islamic spirit among muslims?"</w:t>
      </w:r>
      <w:r>
        <w:br/>
      </w:r>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p>
    <w:p>
      <w:pPr>
        <w:pStyle w:val="Heading2"/>
      </w:pPr>
      <w:r>
        <w:t>Role of Dai in preparing minds of Madu</w:t>
      </w:r>
    </w:p>
    <w:p>
      <w:r>
        <w:rPr>
          <w:color w:val="666666"/>
          <w:sz w:val="18"/>
        </w:rPr>
        <w:t>Society &amp; Dawah · Importance of Creative Thinking December 11, 2011 · 2m 24s · at 1:37:10 · https://youtu.be/jfML9Arb0S4?t=5830</w:t>
      </w:r>
    </w:p>
    <w:p>
      <w:r>
        <w:rPr>
          <w:i/>
        </w:rPr>
        <w:t>“It is often mentioned that a prepared mind is needed to grasp the message. Please advise if the Dai has any role in preparing minds of the Madu. If yes, how is it done?”</w:t>
      </w:r>
    </w:p>
    <w:p>
      <w:r>
        <w:rPr>
          <w:sz w:val="20"/>
        </w:rPr>
        <w:t>1:37:10  Maulana, agla sawal aaya hai Mr Idrees ka Raipur se. unhon ne likha hai: "Maulana sahib, it is often mentioned that prepared mind is needed to grasp the message.</w:t>
      </w:r>
      <w:r>
        <w:br/>
      </w:r>
      <w:r>
        <w:rPr>
          <w:sz w:val="20"/>
        </w:rPr>
        <w:t>1:37:24  please advise if there is any role in preparing minds of the mad'u. if yes, how it is done?"</w:t>
      </w:r>
      <w:r>
        <w:br/>
      </w:r>
      <w:r>
        <w:rPr>
          <w:sz w:val="20"/>
        </w:rPr>
        <w:t>1:37:35  dekhen, sab se zyada zaroori hai mad'u ke bare mein bill wisher banna, react na karna.</w:t>
      </w:r>
      <w:r>
        <w:br/>
      </w:r>
      <w:r>
        <w:rPr>
          <w:sz w:val="20"/>
        </w:rPr>
        <w:t>1:37:46  dekhen, mad'u jo hai woh bhi insan hai, us ke andar bhi nature hai, wahi divine nature jo aap ke andar hai. aisa nahi ke woh kuch aur hai.</w:t>
      </w:r>
      <w:r>
        <w:br/>
      </w:r>
      <w:r>
        <w:rPr>
          <w:sz w:val="20"/>
        </w:rPr>
        <w:t>1:37:57  to jab aap react karte hain to kya hota hai? us ki nature jo hai jaag nahi paati, nahi jaagti, nahi, balkeh woh soyi padi rehti hai.</w:t>
      </w:r>
      <w:r>
        <w:br/>
      </w:r>
      <w:r>
        <w:rPr>
          <w:sz w:val="20"/>
        </w:rPr>
        <w:t>1:38:09  lekin agar aap is ka khair khwahi karen, mohabbat ka amal karen, patience ke sath us se baat karen aur provoke na hon to us ka nature jaagta hai.</w:t>
      </w:r>
      <w:r>
        <w:br/>
      </w:r>
      <w:r>
        <w:rPr>
          <w:sz w:val="20"/>
        </w:rPr>
        <w:t>1:38:20  aap preparation kisi limited se mat lijie.</w:t>
      </w:r>
      <w:r>
        <w:br/>
      </w:r>
      <w:r>
        <w:rPr>
          <w:sz w:val="20"/>
        </w:rPr>
        <w:t>1:38:25  yeh bhi preparation hai ke aap is ka taleeq faqal ka mamla karen, patience ka mamla karen. yeh bhi preparation hi hai kyunke is ki nature jagti hai.</w:t>
      </w:r>
      <w:r>
        <w:br/>
      </w:r>
      <w:r>
        <w:rPr>
          <w:sz w:val="20"/>
        </w:rPr>
        <w:t>1:38:35  is ka nature jo hai, aap is tareeqe se koshish karen ke is ka is ka mind address ho. aap is ko parhiye. sab se pehle aap is mudo ko parhiye ke mudo ki soch kya hai,</w:t>
      </w:r>
      <w:r>
        <w:br/>
      </w:r>
      <w:r>
        <w:rPr>
          <w:sz w:val="20"/>
        </w:rPr>
        <w:t>1:38:49  is ka apna mind kya hai,</w:t>
      </w:r>
      <w:r>
        <w:br/>
      </w:r>
      <w:r>
        <w:rPr>
          <w:sz w:val="20"/>
        </w:rPr>
        <w:t>1:38:52  is ka kis kis cheez ko value dena, na value na dena, kis kis tareeqe se hota hai. aur phir aap is tarah baat kijiye ke is ka mind address ho.</w:t>
      </w:r>
      <w:r>
        <w:br/>
      </w:r>
      <w:r>
        <w:rPr>
          <w:sz w:val="20"/>
        </w:rPr>
        <w:t>1:39:04  to mudo ko prepare karne ka mehdood maene mein na lijie, limited se mat lijie. main samajhta hoon sab se bara jo hathiyar hai dai ke paas woh hai mohabbat, khair khwahi.</w:t>
      </w:r>
      <w:r>
        <w:br/>
      </w:r>
      <w:r>
        <w:rPr>
          <w:sz w:val="20"/>
        </w:rPr>
        <w:t>1:39:22  yani ek lafz mein kahoon ke mudo friendly behaviour, yeh sab se bara hathiyar hai. mudo friendly behaviour.</w:t>
      </w:r>
    </w:p>
    <w:p>
      <w:pPr>
        <w:pStyle w:val="Heading2"/>
      </w:pPr>
      <w:r>
        <w:t>Role of Muslims after Ayodhya verdict</w:t>
      </w:r>
    </w:p>
    <w:p>
      <w:r>
        <w:rPr>
          <w:color w:val="666666"/>
          <w:sz w:val="18"/>
        </w:rPr>
        <w:t>Society &amp; Dawah · Art of Crisis Management I 3 October, 2010 Maulana Wahiduddin Khan · 5m 31s · at 1:07:25 · https://youtu.be/mcJZ0YEOolk?t=4045</w:t>
      </w:r>
    </w:p>
    <w:p>
      <w:r>
        <w:rPr>
          <w:i/>
        </w:rPr>
        <w:t>“What should be the role of individual Muslim after the Ayodhya verdict?”</w:t>
      </w:r>
    </w:p>
    <w:p>
      <w:r>
        <w:rPr>
          <w:sz w:val="20"/>
        </w:rPr>
        <w:t>1:07:25  simply chup ho jaiye, to sab theek ho jayega. is ke Maulana Raipr se Miss Shwana ne sawal kiya hai, unho ne likha hai: "what should be the role of individual Muslim after the Ayodhya verdict?" yahi yahi ke masjid ja ke dua karen.</w:t>
      </w:r>
      <w:r>
        <w:br/>
      </w:r>
      <w:r>
        <w:rPr>
          <w:sz w:val="20"/>
        </w:rPr>
        <w:t>1:07:49  aaj kal jo taqreeren hoti hain na, band kar do Ayodhya ki masjid ke bare mein. taqreeren band karo, jalsay band karo, Allah taala se dua karo.</w:t>
      </w:r>
      <w:r>
        <w:br/>
      </w:r>
      <w:r>
        <w:rPr>
          <w:sz w:val="20"/>
        </w:rPr>
        <w:t>1:07:59  bas agar koi aql nahi, kaam nahi karti aap ki. aur mera formula to aap len, to aap razi ho jayen is pe.</w:t>
      </w:r>
      <w:r>
        <w:br/>
      </w:r>
      <w:r>
        <w:rPr>
          <w:sz w:val="20"/>
        </w:rPr>
        <w:t>1:08:08  relocation par abhi baat khatam.</w:t>
      </w:r>
      <w:r>
        <w:br/>
      </w:r>
      <w:r>
        <w:rPr>
          <w:sz w:val="20"/>
        </w:rPr>
        <w:t>1:08:15  yani main wahan gaya hoon pehle, ab bhi gaya hoon. gaya hoon to wahan koi ek eent ka ek tukra bhi nahi hai bab masjid ka. yani bab masjid jo hai, wahan exist hi nahi karti.</w:t>
      </w:r>
      <w:r>
        <w:br/>
      </w:r>
      <w:r>
        <w:rPr>
          <w:sz w:val="20"/>
        </w:rPr>
        <w:t>1:08:26  saray se roin ki shakal mein bhi nahi hai. yaad rakhiye, log samajhte hain ke bab masjid khari hui hai wahan par. wahan to Babri Masjid ki ek eent bhi nahi hai,</w:t>
      </w:r>
      <w:r>
        <w:br/>
      </w:r>
      <w:r>
        <w:rPr>
          <w:sz w:val="20"/>
        </w:rPr>
        <w:t>1:08:38  wahan to back shift mandir hai, wo non existent hai. wo to jo Babri Masjid exist nahi karti, us ke upar tehreekein chal rahi hain.</w:t>
      </w:r>
      <w:r>
        <w:br/>
      </w:r>
      <w:r>
        <w:rPr>
          <w:sz w:val="20"/>
        </w:rPr>
        <w:t>1:08:48  ab dekhiye, is se zyada stable policy koi ho sakti hai?</w:t>
      </w:r>
      <w:r>
        <w:br/>
      </w:r>
      <w:r>
        <w:rPr>
          <w:sz w:val="20"/>
        </w:rPr>
        <w:t>1:08:56  yani kisi ko yeh nahi. aur ek bohat bari ek gunah kar rahe hain Musalman. yaad rakhiye, wo bhi sun lijiye aap is mamle mein. wo kya hadith mein aata hai ke sirf teen masjidon ka special mamla hai,</w:t>
      </w:r>
      <w:r>
        <w:br/>
      </w:r>
      <w:r>
        <w:rPr>
          <w:sz w:val="20"/>
        </w:rPr>
        <w:t>1:09:13  wo hai Makkah ki masjid aur Madine ki masjid aur Jerusalem ki masjid. baqi sab masjidain barabar hain.</w:t>
      </w:r>
      <w:r>
        <w:br/>
      </w:r>
      <w:r>
        <w:rPr>
          <w:sz w:val="20"/>
        </w:rPr>
        <w:t>1:09:23  yeh baqayda hadith hai ke teen masjidon ke sath sari masjidain barabar hain.</w:t>
      </w:r>
      <w:r>
        <w:br/>
      </w:r>
      <w:r>
        <w:rPr>
          <w:sz w:val="20"/>
        </w:rPr>
        <w:t>1:09:30  ab aap ko agar pata ho, nahi pata ho to ja kar ke dekhiye border par Rajasthan aur Haryana aur Punjab, jahan ke Pakistan sarhaden milti hain, abhi bhi wahan masjidon ki roin pari hui hain.</w:t>
      </w:r>
      <w:r>
        <w:br/>
      </w:r>
      <w:r>
        <w:rPr>
          <w:sz w:val="20"/>
        </w:rPr>
        <w:t>1:09:44  masjidain tod di gayi hain.</w:t>
      </w:r>
      <w:r>
        <w:br/>
      </w:r>
      <w:r>
        <w:rPr>
          <w:sz w:val="20"/>
        </w:rPr>
        <w:t>1:09:48  main ne khud dekha hai, koi masjid tod di gayi. is masjid ko unho ne ghar bana liya, yeh bail bandhne lage, kuch bhi kiya.</w:t>
      </w:r>
      <w:r>
        <w:br/>
      </w:r>
      <w:r>
        <w:rPr>
          <w:sz w:val="20"/>
        </w:rPr>
        <w:t>1:09:58  to wahan par kyun nahi aap jihad karte hain? aap Babri Masjid single out kyun karte hain?</w:t>
      </w:r>
      <w:r>
        <w:br/>
      </w:r>
      <w:r>
        <w:rPr>
          <w:sz w:val="20"/>
        </w:rPr>
        <w:t>1:10:06  kisi ek masjid ko single out karna, yeh to Islam mein bilkul jaiz hi nahi hai. sawa teen ke, aur aap ko tehreek chalana hai to sari masjidon ke liye chalaieye.</w:t>
      </w:r>
      <w:r>
        <w:br/>
      </w:r>
      <w:r>
        <w:rPr>
          <w:sz w:val="20"/>
        </w:rPr>
        <w:t>1:10:18  sainkaron masjidain jo dhai gayi hain partition ke waqt</w:t>
      </w:r>
      <w:r>
        <w:br/>
      </w:r>
      <w:r>
        <w:rPr>
          <w:sz w:val="20"/>
        </w:rPr>
        <w:t>1:10:22  border par, un sab ke liye aap chalaieye. hungama kijiye. ek masjid ko agar aap tehreek chalate hain to aap gunah ka kaam karte hain.</w:t>
      </w:r>
      <w:r>
        <w:br/>
      </w:r>
      <w:r>
        <w:rPr>
          <w:sz w:val="20"/>
        </w:rPr>
        <w:t>1:10:31  yaad rakhiye,</w:t>
      </w:r>
      <w:r>
        <w:br/>
      </w:r>
      <w:r>
        <w:rPr>
          <w:sz w:val="20"/>
        </w:rPr>
        <w:t>1:10:36  kisi ek masjid ko single out nahi kar sakte aap. yeh aap ko ijazat hi nahi hai. Islam mein hadith mein aata hai ke "la tashudd ar rihal illa ila thalath masajid".</w:t>
      </w:r>
      <w:r>
        <w:br/>
      </w:r>
      <w:r>
        <w:rPr>
          <w:sz w:val="20"/>
        </w:rPr>
        <w:t>1:10:48  yeh Makkah ke bait, Makkah ki jo wo hai masjid</w:t>
      </w:r>
      <w:r>
        <w:br/>
      </w:r>
      <w:r>
        <w:rPr>
          <w:sz w:val="20"/>
        </w:rPr>
        <w:t>1:10:54  haram Makkah, us ko kaha jata hai. Madine ki masjid ko Masjid Nabwi kaha jata hai, aur Jerusalem ki masjid ko Masjid Aqsa kaha jata hai. yeh teen masjidain jo hain Islam mein, in ka khaas darja mana gaya hai.</w:t>
      </w:r>
      <w:r>
        <w:br/>
      </w:r>
      <w:r>
        <w:rPr>
          <w:sz w:val="20"/>
        </w:rPr>
        <w:t>1:11:09  baqi sab barabar hain.</w:t>
      </w:r>
      <w:r>
        <w:br/>
      </w:r>
      <w:r>
        <w:rPr>
          <w:sz w:val="20"/>
        </w:rPr>
        <w:t>1:11:11  to kaise musalmanon ne aisa kiya ke babri masjid ko unhon ne single out kiya? is mein hangama 60 baras hangama kiye hue hain, jabke isi desh mein sankaron masjidain aaj bhi ja kar koi dekh le un ki halat border par.</w:t>
      </w:r>
      <w:r>
        <w:br/>
      </w:r>
      <w:r>
        <w:rPr>
          <w:sz w:val="20"/>
        </w:rPr>
        <w:t>1:11:29  wohi haal hua hai jo jo ayodhya mein hua. is waqt aap chup kyun hain? yeh to islam mein jaiz hi nahin hai.</w:t>
      </w:r>
      <w:r>
        <w:br/>
      </w:r>
      <w:r>
        <w:rPr>
          <w:sz w:val="20"/>
        </w:rPr>
        <w:t>1:11:40  to bohat hi zyada sochne ki zaroorat hai ke sara is mein musalmanon ka jo hai tareeqa, sab ka sab islam ke khilaf hai,</w:t>
      </w:r>
      <w:r>
        <w:br/>
      </w:r>
      <w:r>
        <w:rPr>
          <w:sz w:val="20"/>
        </w:rPr>
        <w:t>1:11:50  a se z tak. aur yeh bohat zabardast hai. allah taala ka hi sawal kiya jayega in musalmanon se. bohat zabardast sawal kiya jayega. yaad rakhiye, isi point ko kya musalman jawab de sakte hain?</w:t>
      </w:r>
      <w:r>
        <w:br/>
      </w:r>
      <w:r>
        <w:rPr>
          <w:sz w:val="20"/>
        </w:rPr>
        <w:t>1:12:01  allah taala kya tumhara right tha? kis kis right se tum ne ek masjid ko single out kiya?</w:t>
      </w:r>
      <w:r>
        <w:br/>
      </w:r>
      <w:r>
        <w:rPr>
          <w:sz w:val="20"/>
        </w:rPr>
        <w:t>1:12:08  aur baqi masjidon ka wohi anjam hua tha. is ke baray mein chup ho gaye tum. kyun tum ne aisa kiya?</w:t>
      </w:r>
      <w:r>
        <w:br/>
      </w:r>
      <w:r>
        <w:rPr>
          <w:sz w:val="20"/>
        </w:rPr>
        <w:t>1:12:17  yeh saada baat nahin. yaad rakhiye, bohat hi gambheer baat hai, bohat hi serious baat hai, bohat serious baat hai. yeh masla hindu muslim ka nahin hai, yeh masla barah e rast islam ka hai, barah e rast allah taala ke qanoon ka hai.</w:t>
      </w:r>
      <w:r>
        <w:br/>
      </w:r>
      <w:r>
        <w:rPr>
          <w:sz w:val="20"/>
        </w:rPr>
        <w:t>1:12:36  ab bilashuba is mein musalmanon se poocha jayega qayamat mein ke tum ne kis right, kis haq se tum ne ek masjid ko single out kiya?</w:t>
      </w:r>
      <w:r>
        <w:br/>
      </w:r>
      <w:r>
        <w:rPr>
          <w:sz w:val="20"/>
        </w:rPr>
        <w:t>1:12:45  batao to kya musalman jawab denge is ka? yaad rakhiye, yeh saada baat nahin hai.</w:t>
      </w:r>
    </w:p>
    <w:p>
      <w:pPr>
        <w:pStyle w:val="Heading2"/>
      </w:pPr>
      <w:r>
        <w:t>Role of mosque in Dawah work</w:t>
      </w:r>
    </w:p>
    <w:p>
      <w:r>
        <w:rPr>
          <w:color w:val="666666"/>
          <w:sz w:val="18"/>
        </w:rPr>
        <w:t>Society &amp; Dawah · The Companions and the Hadith Scholars June 24, 2012 · 1m 11s · at 1:08:00 · https://youtu.be/Dj4QiYnxgBs?t=4080</w:t>
      </w:r>
    </w:p>
    <w:p>
      <w:r>
        <w:rPr>
          <w:i/>
        </w:rPr>
        <w:t>“What is the role of the mosque in Dawah and how can we use it for Dawah work?”</w:t>
      </w:r>
    </w:p>
    <w:p>
      <w:r>
        <w:rPr>
          <w:sz w:val="20"/>
        </w:rPr>
        <w:t>1:08:00  yaani is par ghore karne ke liye. Maulana, agla sawal Delhi se hai, Danish</w:t>
      </w:r>
      <w:r>
        <w:br/>
      </w:r>
      <w:r>
        <w:rPr>
          <w:sz w:val="20"/>
        </w:rPr>
        <w:t>1:08:08  sahib ka. unho ne likha hai: "What is the role of mosque in Dawah and how we can use it for Dawah work?" kindly karen.</w:t>
      </w:r>
      <w:r>
        <w:br/>
      </w:r>
      <w:r>
        <w:rPr>
          <w:sz w:val="20"/>
        </w:rPr>
        <w:t>1:08:17  What role of masjid ka kya role hai Dawah work mein, aur is ko kaise istemal kiya ja sakta hai? dekhein, masjid aur madrasay ki baat nahi hai, yeh to insaan ka mamla hai.</w:t>
      </w:r>
      <w:r>
        <w:br/>
      </w:r>
      <w:r>
        <w:rPr>
          <w:sz w:val="20"/>
        </w:rPr>
        <w:t>1:08:29  jahan insaan hai, wahan da'wah hai. yeh nahi ke aap masjid ko le kar baith jayen ya madrasay ko le kar baith jayen.</w:t>
      </w:r>
      <w:r>
        <w:br/>
      </w:r>
      <w:r>
        <w:rPr>
          <w:sz w:val="20"/>
        </w:rPr>
        <w:t>1:08:37  aap ko insaan oriented kaam hai Dawah. yeh mein is ko nahi manta ke bas masjid bahar tehreek chalayen to da'wah ho gayi.</w:t>
      </w:r>
      <w:r>
        <w:br/>
      </w:r>
      <w:r>
        <w:rPr>
          <w:sz w:val="20"/>
        </w:rPr>
        <w:t>1:08:48  sahib, beshtar insaan to masjid ke bahar hi hain, to kya karenge aap? yaani 99 feesad insaan to masjid ke bahar hain, to kaun par da'wah nahi karna hai aap ko?</w:t>
      </w:r>
      <w:r>
        <w:br/>
      </w:r>
      <w:r>
        <w:rPr>
          <w:sz w:val="20"/>
        </w:rPr>
        <w:t>1:09:00  to yeh mein samajhta hoon ke dawat ka kaam insaan war tehreek hai, woh na to masjid war hai, na madrassa war.</w:t>
      </w:r>
    </w:p>
    <w:p>
      <w:pPr>
        <w:pStyle w:val="Heading2"/>
      </w:pPr>
      <w:r>
        <w:t>Role of mosque in dawah</w:t>
      </w:r>
    </w:p>
    <w:p>
      <w:r>
        <w:rPr>
          <w:color w:val="666666"/>
          <w:sz w:val="18"/>
        </w:rPr>
        <w:t>Society &amp; Dawah · Sahaba and Muhaddithin 24th June 2012 - Maulana Wahiduddin Khan · 1m 17s · at 1:11:02 · https://youtu.be/tUPo7MI0Bdo?t=4262</w:t>
      </w:r>
    </w:p>
    <w:p>
      <w:r>
        <w:rPr>
          <w:i/>
        </w:rPr>
        <w:t>“What is the role of the mosque in dawah and how can we use it for dawah work? Kindly, what is the role of the mosque in dawah work, and how can it be used?”</w:t>
      </w:r>
    </w:p>
    <w:p>
      <w:r>
        <w:rPr>
          <w:sz w:val="20"/>
        </w:rPr>
        <w:t>1:11:02  tab ja kar ke woh tayyar hoga, yani us par ghaur karne ke liye. Maulana, agla sawal Dilli se hai, Danish sahib ka.</w:t>
      </w:r>
      <w:r>
        <w:br/>
      </w:r>
      <w:r>
        <w:rPr>
          <w:sz w:val="20"/>
        </w:rPr>
        <w:t>1:11:13  Unhon ne likha hai: What is the role of mosque in da'wa aur kaise hum isko use kar sakte hain da'wa work ke liye?</w:t>
      </w:r>
      <w:r>
        <w:br/>
      </w:r>
      <w:r>
        <w:rPr>
          <w:sz w:val="20"/>
        </w:rPr>
        <w:t>1:11:22  Kindly role of masjid ka kya role hai da'wa work mein, aur isko kaise istemal kiya ja sakta hai? Dekhein, masjid</w:t>
      </w:r>
      <w:r>
        <w:br/>
      </w:r>
      <w:r>
        <w:rPr>
          <w:sz w:val="20"/>
        </w:rPr>
        <w:t>1:11:31  aur madarse ki baat nahi hai, yeh toh insaan ka mamla hai. Jahan insaan hai, wahan dawat hai. Yeh nahi ke aap masjid ko le kar baith jayein, madarse ko le kar baith jayein.</w:t>
      </w:r>
      <w:r>
        <w:br/>
      </w:r>
      <w:r>
        <w:rPr>
          <w:sz w:val="20"/>
        </w:rPr>
        <w:t>1:11:43  Aap ko insaan oriented kaam hai da'wa.</w:t>
      </w:r>
      <w:r>
        <w:br/>
      </w:r>
      <w:r>
        <w:rPr>
          <w:sz w:val="20"/>
        </w:rPr>
        <w:t>1:11:49  Yeh main isko nahi manta ke bas masjid bahar tareekh chalayein toh dawat ho gayi. Sahab, beshtar insaan toh masjid ke bahar hi hain, toh kya karenge aap?</w:t>
      </w:r>
      <w:r>
        <w:br/>
      </w:r>
      <w:r>
        <w:rPr>
          <w:sz w:val="20"/>
        </w:rPr>
        <w:t>1:12:00  Yaani 99 percent insaan toh masjid ke bahar hain, toh kis pe dawat nahi karna hai aap ko?</w:t>
      </w:r>
      <w:r>
        <w:br/>
      </w:r>
      <w:r>
        <w:rPr>
          <w:sz w:val="20"/>
        </w:rPr>
        <w:t>1:12:07  Toh yeh main samajhta hoon ke dawat ka kaam insaan war tareekh hai, woh na toh masjid war hai, na madarsa war.</w:t>
      </w:r>
    </w:p>
    <w:p>
      <w:pPr>
        <w:pStyle w:val="Heading2"/>
      </w:pPr>
      <w:r>
        <w:t>Role of women in dawah</w:t>
      </w:r>
    </w:p>
    <w:p>
      <w:r>
        <w:rPr>
          <w:color w:val="666666"/>
          <w:sz w:val="18"/>
        </w:rPr>
        <w:t>Society &amp; Dawah · Example of the Prophet March 20, 2016 · 1m 44s · at 1:26:58 · https://youtu.be/79HmhzXU41w?t=5218</w:t>
      </w:r>
    </w:p>
    <w:p>
      <w:r>
        <w:rPr>
          <w:i/>
        </w:rPr>
        <w:t>“What is the role of women in dawah work?”</w:t>
      </w:r>
    </w:p>
    <w:p>
      <w:r>
        <w:rPr>
          <w:sz w:val="20"/>
        </w:rPr>
        <w:t>1:26:58  maulana, Pakistan se sister Salma ne aap se sawal kiya hai aur poocha hai ke what is the</w:t>
      </w:r>
      <w:r>
        <w:br/>
      </w:r>
      <w:r>
        <w:rPr>
          <w:sz w:val="20"/>
        </w:rPr>
        <w:t>1:27:05  role of women in da'wah work? is ke bare mein bataein.</w:t>
      </w:r>
      <w:r>
        <w:br/>
      </w:r>
      <w:r>
        <w:rPr>
          <w:sz w:val="20"/>
        </w:rPr>
        <w:t>1:27:11  bhai, women ka role to bohat hi bara hai,</w:t>
      </w:r>
      <w:r>
        <w:br/>
      </w:r>
      <w:r>
        <w:rPr>
          <w:sz w:val="20"/>
        </w:rPr>
        <w:t>1:27:15  hamare mission mein is waqt jo hai, mein to apne ko secretary samajhta hoon, jo primary role hai,</w:t>
      </w:r>
      <w:r>
        <w:br/>
      </w:r>
      <w:r>
        <w:rPr>
          <w:sz w:val="20"/>
        </w:rPr>
        <w:t>1:27:22  sab women kar rahi hain.</w:t>
      </w:r>
      <w:r>
        <w:br/>
      </w:r>
      <w:r>
        <w:rPr>
          <w:sz w:val="20"/>
        </w:rPr>
        <w:t>1:27:24  hamara jo mission hai, dawah mission in India mein, aur India mein nahi, balkeh dunya bhar mein, masha Allah.</w:t>
      </w:r>
      <w:r>
        <w:br/>
      </w:r>
      <w:r>
        <w:rPr>
          <w:sz w:val="20"/>
        </w:rPr>
        <w:t>1:27:31  to is mein jo</w:t>
      </w:r>
      <w:r>
        <w:br/>
      </w:r>
      <w:r>
        <w:rPr>
          <w:sz w:val="20"/>
        </w:rPr>
        <w:t>1:27:33  primary role hai, woh women ka hai, aur mera role to secondary hai.</w:t>
      </w:r>
      <w:r>
        <w:br/>
      </w:r>
      <w:r>
        <w:rPr>
          <w:sz w:val="20"/>
        </w:rPr>
        <w:t>1:27:38  mein to kaha karta hoon ke mein kursi pe baitha hoon, dua karne ke liye, bas.</w:t>
      </w:r>
      <w:r>
        <w:br/>
      </w:r>
      <w:r>
        <w:rPr>
          <w:sz w:val="20"/>
        </w:rPr>
        <w:t>1:27:43  to is mein mein to samajhta hoon ke Allah taala ne paida kiya hai, to women ke jo</w:t>
      </w:r>
      <w:r>
        <w:br/>
      </w:r>
      <w:r>
        <w:rPr>
          <w:sz w:val="20"/>
        </w:rPr>
        <w:t>1:27:50  quality hain, woh bohat zyada, yaani</w:t>
      </w:r>
      <w:r>
        <w:br/>
      </w:r>
      <w:r>
        <w:rPr>
          <w:sz w:val="20"/>
        </w:rPr>
        <w:t>1:27:54  dawah ke liye bohat hi favorable hain, bohat zyada.</w:t>
      </w:r>
      <w:r>
        <w:br/>
      </w:r>
      <w:r>
        <w:rPr>
          <w:sz w:val="20"/>
        </w:rPr>
        <w:t>1:28:00  auraton mein, yaani</w:t>
      </w:r>
      <w:r>
        <w:br/>
      </w:r>
      <w:r>
        <w:rPr>
          <w:sz w:val="20"/>
        </w:rPr>
        <w:t>1:28:04  aurat ko, aurat to paidaishi dai hai, mein to samajhta hoon.</w:t>
      </w:r>
      <w:r>
        <w:br/>
      </w:r>
      <w:r>
        <w:rPr>
          <w:sz w:val="20"/>
        </w:rPr>
        <w:t>1:28:10  is bare mein hum ne apni kitab, hamari ek kitab hai ke is ka naam hai</w:t>
      </w:r>
      <w:r>
        <w:br/>
      </w:r>
      <w:r>
        <w:rPr>
          <w:sz w:val="20"/>
        </w:rPr>
        <w:t>1:28:15  Aurat Ma'maar-e-Insaniyat aap us ko padh lijiye aur woh jo maqoolah hai ke there is a woman at the beginning of all great things us ko main bilkul sahi maanta hoon there is a woman at the beginning of all great things to us ki detail aap chahen to us bare ki kitab mein ek is kitab ko dekhiye Aurat Ma'maar-e-Insaniyat.</w:t>
      </w:r>
    </w:p>
    <w:p>
      <w:pPr>
        <w:pStyle w:val="Heading2"/>
      </w:pPr>
      <w:r>
        <w:t>Root cause of power struggle mindset</w:t>
      </w:r>
    </w:p>
    <w:p>
      <w:r>
        <w:rPr>
          <w:color w:val="666666"/>
          <w:sz w:val="18"/>
        </w:rPr>
        <w:t>Society &amp; Dawah · How God Manages Human History December 23, 2018 · 1m 09s · at 1:19:49 · https://youtu.be/j_yxigrCl5U?t=4789</w:t>
      </w:r>
    </w:p>
    <w:p>
      <w:r>
        <w:rPr>
          <w:i/>
        </w:rPr>
        <w:t>“Molana! What is the root cause of the mindset of power struggle?”</w:t>
      </w:r>
    </w:p>
    <w:p>
      <w:r>
        <w:rPr>
          <w:sz w:val="20"/>
        </w:rPr>
        <w:t>1:19:49  maulana, agla sawal lene se pehle ek comment padhna chahenge. yeh maulana yaqoob umri ne dilli se bheja hai. unhon ne likha hai: "maulana!</w:t>
      </w:r>
      <w:r>
        <w:br/>
      </w:r>
      <w:r>
        <w:rPr>
          <w:sz w:val="20"/>
        </w:rPr>
        <w:t>1:19:58  today's lecture was a beautiful explanation of shock treatment to keep humanity on track and it was a new meaning of the ayat 'فَا لَوْلَا دَافُعُوا لِلنَّاسِ'." maulana, agla sawal lenge.</w:t>
      </w:r>
      <w:r>
        <w:br/>
      </w:r>
      <w:r>
        <w:rPr>
          <w:sz w:val="20"/>
        </w:rPr>
        <w:t>1:20:15  yeh sawal bheja hai maulana iqbal umri ne chennai se. unhon ne likha hai ke: "maulana! power struggle ki zehniyat ki asal wajah kya hai?</w:t>
      </w:r>
      <w:r>
        <w:br/>
      </w:r>
      <w:r>
        <w:rPr>
          <w:sz w:val="20"/>
        </w:rPr>
        <w:t>1:20:26  is ke baray mein batayein." kis ki zehniyat? power struggle. woh kya cheez hai? hum to jante nahi ke power struggle kya hai. yeh to jhoote alfaaz hain.</w:t>
      </w:r>
      <w:r>
        <w:br/>
      </w:r>
      <w:r>
        <w:rPr>
          <w:sz w:val="20"/>
        </w:rPr>
        <w:t>1:20:39  woh dekhen, yeh toh kuch log hain jo term bana bana kar ke phailate hain. Power struggle kya hai?</w:t>
      </w:r>
      <w:r>
        <w:br/>
      </w:r>
      <w:r>
        <w:rPr>
          <w:sz w:val="20"/>
        </w:rPr>
        <w:t>1:20:49  kya cheez hai woh? Ji, jangl mein bhi power struggle hoti hai, hawa mein hoti hai, patange bhi karte hain.</w:t>
      </w:r>
    </w:p>
    <w:p>
      <w:pPr>
        <w:pStyle w:val="Heading2"/>
      </w:pPr>
      <w:r>
        <w:t>Rulings on male-female interaction</w:t>
      </w:r>
    </w:p>
    <w:p>
      <w:r>
        <w:rPr>
          <w:color w:val="666666"/>
          <w:sz w:val="18"/>
        </w:rPr>
        <w:t>Society &amp; Dawah · Q&amp;A 20 Nov 2011 Maulana Wahiduddin Khan · 1m 12s · at 17:59 · https://youtu.be/7sNDn8Y6jUc?t=1079</w:t>
      </w:r>
    </w:p>
    <w:p>
      <w:r>
        <w:rPr>
          <w:i/>
        </w:rPr>
        <w:t>“What are the rulings regarding interaction between men and women in an Islamic society?”</w:t>
      </w:r>
    </w:p>
    <w:p>
      <w:r>
        <w:rPr>
          <w:sz w:val="20"/>
        </w:rPr>
        <w:t>17:59  maulana, agla sawal aya hai misster numan afzal ka haiderabad pakistan se. unhon ne likha hai: "islamic society mein mard aur khawateen ke darmiyan interaction ke bare mein kya ahkamat hain?</w:t>
      </w:r>
      <w:r>
        <w:br/>
      </w:r>
      <w:r>
        <w:rPr>
          <w:sz w:val="20"/>
        </w:rPr>
        <w:t>18:14  iske bare mein bataein."</w:t>
      </w:r>
      <w:r>
        <w:br/>
      </w:r>
      <w:r>
        <w:rPr>
          <w:sz w:val="20"/>
        </w:rPr>
        <w:t>18:17  yeh koi puchne ki baat hai. aap sab jante hain ke mard aurat ki ek jaai jo hai sirf do ek hi shakal mein honi chahiye.</w:t>
      </w:r>
      <w:r>
        <w:br/>
      </w:r>
      <w:r>
        <w:rPr>
          <w:sz w:val="20"/>
        </w:rPr>
        <w:t>18:27  woh hai nikah. bas. aur shakalain jo hain woh amli zaroorat ke tehat, maslan ek office mein kaam kar rahe hain toh woh jaiz hoga.</w:t>
      </w:r>
      <w:r>
        <w:br/>
      </w:r>
      <w:r>
        <w:rPr>
          <w:sz w:val="20"/>
        </w:rPr>
        <w:t>18:39  lekin baqayda jo mil kar rehna hai woh sirf nikah ki shakal mein mil kar rehna hai. aur jo shakalain aaj kal raij hui hain woh islam mein jaiz nahi hain.</w:t>
      </w:r>
      <w:r>
        <w:br/>
      </w:r>
      <w:r>
        <w:rPr>
          <w:sz w:val="20"/>
        </w:rPr>
        <w:t>18:51  amli zaroorat ke tehat aap karobar mein, office mein, bazaar mein mil kar kaam kar sakte hain apni hudood ko baqi rakhte hue.</w:t>
      </w:r>
      <w:r>
        <w:br/>
      </w:r>
      <w:r>
        <w:rPr>
          <w:sz w:val="20"/>
        </w:rPr>
        <w:t>19:00  toh woh jaiz hai yeh. yeh bohat kitabein likhi gayi hain aap padh li jiye. meri kitab hai "khawateen islam". isko padh li jiye. aur bhi kai kitabein chhapi hain. isko padh li jiye.</w:t>
      </w:r>
    </w:p>
    <w:p>
      <w:pPr>
        <w:pStyle w:val="Heading2"/>
      </w:pPr>
      <w:r>
        <w:t>Rulings on male-female interaction in Islam</w:t>
      </w:r>
    </w:p>
    <w:p>
      <w:r>
        <w:rPr>
          <w:color w:val="666666"/>
          <w:sz w:val="18"/>
        </w:rPr>
        <w:t>Society &amp; Dawah · Building A Creative Personality | 20 Nov 2011 · 1m 12s · at 1:19:28 · https://youtu.be/jdfhpwfEvKg?t=4768</w:t>
      </w:r>
    </w:p>
    <w:p>
      <w:r>
        <w:rPr>
          <w:i/>
        </w:rPr>
        <w:t>“What are the rulings regarding interaction between men and women in Islamic society? Please explain.”</w:t>
      </w:r>
    </w:p>
    <w:p>
      <w:r>
        <w:rPr>
          <w:sz w:val="20"/>
        </w:rPr>
        <w:t>1:19:28  aap Maulana, agla sawal aaya hai Mr Noman Afzal ka Hyderabad Pakistan se.</w:t>
      </w:r>
      <w:r>
        <w:br/>
      </w:r>
      <w:r>
        <w:rPr>
          <w:sz w:val="20"/>
        </w:rPr>
        <w:t>1:19:34  unhon ne likha hai: "Islamic society mein mard aur khawateen ke darmiyan interaction ke bare mein kya ahkamat</w:t>
      </w:r>
      <w:r>
        <w:br/>
      </w:r>
      <w:r>
        <w:rPr>
          <w:sz w:val="20"/>
        </w:rPr>
        <w:t>1:19:40  hain? is ke bare mein batayen." nahi, yeh koi</w:t>
      </w:r>
      <w:r>
        <w:br/>
      </w:r>
      <w:r>
        <w:rPr>
          <w:sz w:val="20"/>
        </w:rPr>
        <w:t>1:19:47  poochne ki baat hai.</w:t>
      </w:r>
      <w:r>
        <w:br/>
      </w:r>
      <w:r>
        <w:rPr>
          <w:sz w:val="20"/>
        </w:rPr>
        <w:t>1:19:51  aap sab jante hain ke mard aurat ka ki exai jo hai, sirf do ek hi shakal mein</w:t>
      </w:r>
      <w:r>
        <w:br/>
      </w:r>
      <w:r>
        <w:rPr>
          <w:sz w:val="20"/>
        </w:rPr>
        <w:t>1:19:55  honi chahiye, wo hai nikah.</w:t>
      </w:r>
      <w:r>
        <w:br/>
      </w:r>
      <w:r>
        <w:rPr>
          <w:sz w:val="20"/>
        </w:rPr>
        <w:t>1:20:00  bas aur shaklein jo hain, wo amli zaroorat ke tehat, maslan ek office mein kaam kar rahe hain</w:t>
      </w:r>
      <w:r>
        <w:br/>
      </w:r>
      <w:r>
        <w:rPr>
          <w:sz w:val="20"/>
        </w:rPr>
        <w:t>1:20:04  to wo ijazat ho hoga.</w:t>
      </w:r>
      <w:r>
        <w:br/>
      </w:r>
      <w:r>
        <w:rPr>
          <w:sz w:val="20"/>
        </w:rPr>
        <w:t>1:20:08  lekin baqayda jo jo mil kar rehna hai, wo sirf nikah ki shakal mein mil kar rehna hai.</w:t>
      </w:r>
      <w:r>
        <w:br/>
      </w:r>
      <w:r>
        <w:rPr>
          <w:sz w:val="20"/>
        </w:rPr>
        <w:t>1:20:12  aur jo shaklein aaj kal raij hui hain,</w:t>
      </w:r>
      <w:r>
        <w:br/>
      </w:r>
      <w:r>
        <w:rPr>
          <w:sz w:val="20"/>
        </w:rPr>
        <w:t>1:20:17  wo Islam mein jaiz nahi hain.</w:t>
      </w:r>
      <w:r>
        <w:br/>
      </w:r>
      <w:r>
        <w:rPr>
          <w:sz w:val="20"/>
        </w:rPr>
        <w:t>1:20:20  amli zaroorat ke tehat aap karobar mein, office mein, bazaar mein mil kar kaam kar sakte hain, apne</w:t>
      </w:r>
      <w:r>
        <w:br/>
      </w:r>
      <w:r>
        <w:rPr>
          <w:sz w:val="20"/>
        </w:rPr>
        <w:t>1:20:23  hudood ko baqi rakhte hue.</w:t>
      </w:r>
      <w:r>
        <w:br/>
      </w:r>
      <w:r>
        <w:rPr>
          <w:sz w:val="20"/>
        </w:rPr>
        <w:t>1:20:27  to woh jaiz hai.</w:t>
      </w:r>
      <w:r>
        <w:br/>
      </w:r>
      <w:r>
        <w:rPr>
          <w:sz w:val="20"/>
        </w:rPr>
        <w:t>1:20:30  yeh bohat kitabein likhi gayi hain, aap parh lijiyay.</w:t>
      </w:r>
      <w:r>
        <w:br/>
      </w:r>
      <w:r>
        <w:rPr>
          <w:sz w:val="20"/>
        </w:rPr>
        <w:t>1:20:34  meri kitab hai "khawateen Islam", is ko parh lijiyay.</w:t>
      </w:r>
      <w:r>
        <w:br/>
      </w:r>
      <w:r>
        <w:rPr>
          <w:sz w:val="20"/>
        </w:rPr>
        <w:t>1:20:37  aur bhi kai kitabein chhapi hain, is ko parh lijiyay.</w:t>
      </w:r>
    </w:p>
    <w:p>
      <w:pPr>
        <w:pStyle w:val="Heading2"/>
      </w:pPr>
      <w:r>
        <w:t>Russia's empire collapse despite bomb</w:t>
      </w:r>
    </w:p>
    <w:p>
      <w:r>
        <w:rPr>
          <w:color w:val="666666"/>
          <w:sz w:val="18"/>
        </w:rPr>
        <w:t>Society &amp; Dawah · Age of Peace November 18, 2012 · 1m 08s · at 1:28:30 · https://youtu.be/Y9nkQnBqbrs?t=5310</w:t>
      </w:r>
    </w:p>
    <w:p>
      <w:r>
        <w:rPr>
          <w:i/>
        </w:rPr>
        <w:t>“I was talking to a Muslim brother about Dawah. One thing remained: Russia had an atom bomb when it broke. 75 years later when Russia's empire broke, the atom bomb was still there, but seven states separated, it itself broke. So what happened?”</w:t>
      </w:r>
    </w:p>
    <w:p>
      <w:r>
        <w:rPr>
          <w:sz w:val="20"/>
        </w:rPr>
        <w:t>1:28:30  maulana, agla sawal dilli se hai muhammad ans sahib ka. unhon ne likha hai: "maulana, mein aik musalman sahib se dawat ke baray mein baat kar raha tha.</w:t>
      </w:r>
      <w:r>
        <w:br/>
      </w:r>
      <w:r>
        <w:rPr>
          <w:sz w:val="20"/>
        </w:rPr>
        <w:t>1:28:40  aik baat yeh reh gayi, russia ke paas atom bomb tha, jab woh toota. 75 saal ke baad jab russia ka empire toota to atom bomb maujood tha us ke paas, lekin seven states alag ho gayi, us ki khud toot gaya.</w:t>
      </w:r>
      <w:r>
        <w:br/>
      </w:r>
      <w:r>
        <w:rPr>
          <w:sz w:val="20"/>
        </w:rPr>
        <w:t>1:28:56  ?</w:t>
      </w:r>
      <w:r>
        <w:br/>
      </w:r>
      <w:r>
        <w:rPr>
          <w:sz w:val="20"/>
        </w:rPr>
        <w:t>1:28:57  atom bomb se kya? atom bomb se kya apne empire ko baqi rakh saka? woh atom bomb se kya apne jo states thay, qabze mein thay, us ko baqi rakh saka?</w:t>
      </w:r>
      <w:r>
        <w:br/>
      </w:r>
      <w:r>
        <w:rPr>
          <w:sz w:val="20"/>
        </w:rPr>
        <w:t>1:29:07  us us europe is se nikal gaya aur jo states theen, sab nikal gaein. aaj russia ki, russia jo hai, aik second class power bana hua hai.</w:t>
      </w:r>
      <w:r>
        <w:br/>
      </w:r>
      <w:r>
        <w:rPr>
          <w:sz w:val="20"/>
        </w:rPr>
        <w:t>1:29:16  second class jo to kis ko? mujhe bataiye ke jis ke paas atom bomb hai, us ko kya mila? atom bomb se kya mila? kisi ko nahi mila kuch.</w:t>
      </w:r>
      <w:r>
        <w:br/>
      </w:r>
      <w:r>
        <w:rPr>
          <w:sz w:val="20"/>
        </w:rPr>
        <w:t>1:29:28  to yeh bilkul mere madness hai. madness yaani be aqli bhi nahi hai, madness hai yeh sochna ke atom bomb banao. hmm, kya karein?</w:t>
      </w:r>
    </w:p>
    <w:p>
      <w:pPr>
        <w:pStyle w:val="Heading2"/>
      </w:pPr>
      <w:r>
        <w:t>Sachar Committee and reservations for Muslims</w:t>
      </w:r>
    </w:p>
    <w:p>
      <w:r>
        <w:rPr>
          <w:color w:val="666666"/>
          <w:sz w:val="18"/>
        </w:rPr>
        <w:t>Society &amp; Dawah · Islam in Daily Life May 26, 2013 · 2m 46s · at 55:19 · https://youtu.be/iNyWPrbyyhA?t=3319</w:t>
      </w:r>
    </w:p>
    <w:p>
      <w:r>
        <w:rPr>
          <w:i/>
        </w:rPr>
        <w:t>“Should Indian Muslims accept the recommendations of the Sachar Committee? Is it correct according to Quran and Hadith? Is it permissible for Muslims to take reservations from the government?”</w:t>
      </w:r>
    </w:p>
    <w:p>
      <w:r>
        <w:rPr>
          <w:sz w:val="20"/>
        </w:rPr>
        <w:t>55:19  Maulana agla sawal Dilli se hai, Muhammad Shah Shahabaz Alam Sahab ka</w:t>
      </w:r>
      <w:r>
        <w:br/>
      </w:r>
      <w:r>
        <w:rPr>
          <w:sz w:val="20"/>
        </w:rPr>
        <w:t>55:25  . Unhon ne likha hai: "Kya Bharatiya Musalmanon ko kendra sarkar dwara gathit Sachar Committee dwara di gayi recommendation unko maan lena chahiye?</w:t>
      </w:r>
      <w:r>
        <w:br/>
      </w:r>
      <w:r>
        <w:rPr>
          <w:sz w:val="20"/>
        </w:rPr>
        <w:t>55:37  Kya yeh Quran aur Hadees ki roshni mein sahi hai? Aur kya sarkar se aarakshan lena Musalmanon ke liye jaayaz hai? Is ke bare mein bataein." Dekhein yeh sab sawalat hamare sawalat nahi hain.</w:t>
      </w:r>
      <w:r>
        <w:br/>
      </w:r>
      <w:r>
        <w:rPr>
          <w:sz w:val="20"/>
        </w:rPr>
        <w:t>55:50  Yeh aap jaanein, hum toh in sab baaton ko sochte bhi nahi.</w:t>
      </w:r>
      <w:r>
        <w:br/>
      </w:r>
      <w:r>
        <w:rPr>
          <w:sz w:val="20"/>
        </w:rPr>
        <w:t>55:56  Hum toh Quran Majeed ki woh aayatein ko le kar sochte hain jis mein likha hua hai ke koi bhi doosra aadmi tumhara mustaqbil nahi bana sakta.</w:t>
      </w:r>
      <w:r>
        <w:br/>
      </w:r>
      <w:r>
        <w:rPr>
          <w:sz w:val="20"/>
        </w:rPr>
        <w:t>56:06  Tum khud apna mustaqbil banaoge, banega nahi toh nahi ban sakta.</w:t>
      </w:r>
      <w:r>
        <w:br/>
      </w:r>
      <w:r>
        <w:rPr>
          <w:sz w:val="20"/>
        </w:rPr>
        <w:t>56:10  Jo log samajhte hain ke reservation aur Sachar Committee se aap ka future banega, toh main samajhta hoon ke woh, yaani woh Khuda se inkar toh main nahi kahunga, lekin Khuda ko neglect karne ke barabar hai.</w:t>
      </w:r>
      <w:r>
        <w:br/>
      </w:r>
      <w:r>
        <w:rPr>
          <w:sz w:val="20"/>
        </w:rPr>
        <w:t>56:26  Kyun ke Quran mein saaf saaf hai ke wahi hoga jo jo tum jo tum mehnat karoge, jitna tum mehnat karoge utna paoge. "Laysa lil insaani illaa maa sagha" .</w:t>
      </w:r>
      <w:r>
        <w:br/>
      </w:r>
      <w:r>
        <w:rPr>
          <w:sz w:val="20"/>
        </w:rPr>
        <w:t>56:35  Toh aap kyun dekhte hain Sachar Committee</w:t>
      </w:r>
      <w:r>
        <w:br/>
      </w:r>
      <w:r>
        <w:rPr>
          <w:sz w:val="20"/>
        </w:rPr>
        <w:t>56:37  ko? Aap kyun mutalba karte hain reservation ka? Apne upar bharosa kijiye. Yeh thinking hi mere nazdeek bilkul jahiliyat ki thinking hai aur Islam ke khilaaf thinking hai ke aap kisi aur par bharosa karein.</w:t>
      </w:r>
      <w:r>
        <w:br/>
      </w:r>
      <w:r>
        <w:rPr>
          <w:sz w:val="20"/>
        </w:rPr>
        <w:t>56:53  Apne upar bharosa kijiye. Apne apne apne aap aap par bharosa kijiye.</w:t>
      </w:r>
      <w:r>
        <w:br/>
      </w:r>
      <w:r>
        <w:rPr>
          <w:sz w:val="20"/>
        </w:rPr>
        <w:t>56:58  Aap ko Allah Ta'ala ne haath paon diya hai, dimaag diya hai, salahiyat di hai, is ko unfold kijiye. Aur itni misalein hain ke baghair reservation ke aur Sachar Committee ka jab koi naam bhi nahi jaanta tha, tab Dr. Abdul Kalam jaisa insaan bana.</w:t>
      </w:r>
      <w:r>
        <w:br/>
      </w:r>
      <w:r>
        <w:rPr>
          <w:sz w:val="20"/>
        </w:rPr>
        <w:t>57:15  Dr. Abdul Kalam paida hue ek ghareeb family mein, school ki fees nahi de sakta tha, un ke maa baap nahi de sakte the. Lekin wahi insaan jo hai President of India bana.</w:t>
      </w:r>
      <w:r>
        <w:br/>
      </w:r>
      <w:r>
        <w:rPr>
          <w:sz w:val="20"/>
        </w:rPr>
        <w:t>57:25  Toh kahin Sachar ke bete hain, woh kaisa reservation?</w:t>
      </w:r>
      <w:r>
        <w:br/>
      </w:r>
      <w:r>
        <w:rPr>
          <w:sz w:val="20"/>
        </w:rPr>
        <w:t>57:29  Logon ko kehte hain in ko motivate kijiye, logon ke muharrik jagaiye. Yeh asal kaam hai. Main toh samajhta hoon ke woh log dushman hain Musalmanon ke jo Sachar Committee ki baatein karte hain aur reservation ki baatein karte hain.</w:t>
      </w:r>
      <w:r>
        <w:br/>
      </w:r>
      <w:r>
        <w:rPr>
          <w:sz w:val="20"/>
        </w:rPr>
        <w:t>57:44  Musalmanon ka dost woh hai jo Musalmanon ke yeh bataye ke apni Khuda ki di hui salahiyaton ko unfold karo. Khuda ne jo di hai jo tumhare andar salahiyat, us ko</w:t>
      </w:r>
      <w:r>
        <w:br/>
      </w:r>
      <w:r>
        <w:rPr>
          <w:sz w:val="20"/>
        </w:rPr>
        <w:t>57:57  unfold karo. Woh toh Islam Musalmanon ka dost hai. Jo in cheezon ko dalta hai Musalmanon ke dimaaghon mein, main us ko Musalmanon ka dushman samajhta hoon.</w:t>
      </w:r>
    </w:p>
    <w:p>
      <w:pPr>
        <w:pStyle w:val="Heading2"/>
      </w:pPr>
      <w:r>
        <w:t>Saddened by Delhi's consumer culture</w:t>
      </w:r>
    </w:p>
    <w:p>
      <w:r>
        <w:rPr>
          <w:color w:val="666666"/>
          <w:sz w:val="18"/>
        </w:rPr>
        <w:t>Society &amp; Dawah · 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Salam to non-Muslims and reply</w:t>
      </w:r>
    </w:p>
    <w:p>
      <w:r>
        <w:rPr>
          <w:color w:val="666666"/>
          <w:sz w:val="18"/>
        </w:rPr>
        <w:t>Society &amp; Dawah · God and Man February 19, 2012 · 1m 07s · at 1:11:00 · https://youtu.be/rL4g0LOU3wo?t=4260</w:t>
      </w:r>
    </w:p>
    <w:p>
      <w:r>
        <w:rPr>
          <w:i/>
        </w:rPr>
        <w:t>“Can we do the salam to non-Muslims and if they give their salam to us then can we give a reply Wa alaikum assalam to them?”</w:t>
      </w:r>
    </w:p>
    <w:p>
      <w:r>
        <w:rPr>
          <w:sz w:val="20"/>
        </w:rPr>
        <w:t>1:11:00  sawal hai. unhon ne poocha hai: "Can we do the salam to non-Muslims and if they give their salam to us then can we give a reply wa alaikum assalam to them?" zaroor.</w:t>
      </w:r>
      <w:r>
        <w:br/>
      </w:r>
      <w:r>
        <w:rPr>
          <w:sz w:val="20"/>
        </w:rPr>
        <w:t>1:11:14  bhai salam to aik aik social greeting hai, aik social tradition hai. yeh koi jannat dozakh ka mamla nahi hai.</w:t>
      </w:r>
      <w:r>
        <w:br/>
      </w:r>
      <w:r>
        <w:rPr>
          <w:sz w:val="20"/>
        </w:rPr>
        <w:t>1:11:26  jaise aap kisi se milte hain to aap woh dono mil kar chaye peete hain. to woh aik kya, aik social tradition hai. hadith salam bhi aik social tradition hai.</w:t>
      </w:r>
      <w:r>
        <w:br/>
      </w:r>
      <w:r>
        <w:rPr>
          <w:sz w:val="20"/>
        </w:rPr>
        <w:t>1:11:37  aap is mein bilkul farq nahi karna chahiye hindu muslim ka. aur "Peace be upon you" is ka matlab hota hai to "Peace be upon you" har aik ke liye yeh dua hamein karni hi karna hai.</w:t>
      </w:r>
      <w:r>
        <w:br/>
      </w:r>
      <w:r>
        <w:rPr>
          <w:sz w:val="20"/>
        </w:rPr>
        <w:t>1:11:51  samna hai, woh na aaye tab bhi.</w:t>
      </w:r>
      <w:r>
        <w:br/>
      </w:r>
      <w:r>
        <w:rPr>
          <w:sz w:val="20"/>
        </w:rPr>
        <w:t>1:11:54  is mein koi harj nahi hai is mein aur koi harj nahi hai is mein. koi agar harj batata hai to woh harj batane wala khud yani ghalati kar raha hai.</w:t>
      </w:r>
    </w:p>
    <w:p>
      <w:pPr>
        <w:pStyle w:val="Heading2"/>
      </w:pPr>
      <w:r>
        <w:t>Scholar's contradictory actions: peace lecture vs long march</w:t>
      </w:r>
    </w:p>
    <w:p>
      <w:r>
        <w:rPr>
          <w:color w:val="666666"/>
          <w:sz w:val="18"/>
        </w:rPr>
        <w:t>Society &amp; Dawah · Present Day Muslims Jan 13, 2013 · 2m 55s · at 1:06:18 · https://youtu.be/CVcbWVYitog?t=3978</w:t>
      </w:r>
    </w:p>
    <w:p>
      <w:r>
        <w:rPr>
          <w:i/>
        </w:rPr>
        <w:t>“A Pakistan Muslim scholar has recently delivered a lecture in India on spirituality and peace during his visit. Now the same scholar is leading the long march in Pakistan, resulting in the confrontation with the prevailing system of the country.”</w:t>
      </w:r>
    </w:p>
    <w:p>
      <w:r>
        <w:rPr>
          <w:sz w:val="20"/>
        </w:rPr>
        <w:t>1:06:18  Maulana, agla sawal aaya hai Muhammad Saleem Mir sahib ka. unhon ne apni Location nahi likhi hai.</w:t>
      </w:r>
      <w:r>
        <w:br/>
      </w:r>
      <w:r>
        <w:rPr>
          <w:sz w:val="20"/>
        </w:rPr>
        <w:t>1:06:25  un ka sawal yeh hai "A Pakistan Muslim scholar has recently delivered a lecture in India on spirituality and peace during his visit.</w:t>
      </w:r>
      <w:r>
        <w:br/>
      </w:r>
      <w:r>
        <w:rPr>
          <w:sz w:val="20"/>
        </w:rPr>
        <w:t>1:06:37  Now the same scholar is leading the long march in Pakistan, resulting in the confrontation with the prevailing system of the country.</w:t>
      </w:r>
      <w:r>
        <w:br/>
      </w:r>
      <w:r>
        <w:rPr>
          <w:sz w:val="20"/>
        </w:rPr>
        <w:t>1:06:47  Isn't this a good sign for the countrymen which are already involved in un-Islamic terrorism?</w:t>
      </w:r>
      <w:r>
        <w:br/>
      </w:r>
      <w:r>
        <w:rPr>
          <w:sz w:val="20"/>
        </w:rPr>
        <w:t>1:06:54  What is your comment on this?" abhi to saare log jee rahe hain is mein Contradiction mein, Confusion mein. wahi tehqeeq kiya unhon ne to woh ek mauqa tha to yeh bol diya, doosre mauqe par bol diya hoga.</w:t>
      </w:r>
      <w:r>
        <w:br/>
      </w:r>
      <w:r>
        <w:rPr>
          <w:sz w:val="20"/>
        </w:rPr>
        <w:t>1:07:08  mein ek qissa aap ko sunata hoon, bohat hi Illustrative qissa ke Atal Bihari Vajpayee, aap jante hain ke woh BJP ke Leader hain.</w:t>
      </w:r>
      <w:r>
        <w:br/>
      </w:r>
      <w:r>
        <w:rPr>
          <w:sz w:val="20"/>
        </w:rPr>
        <w:t>1:07:22  to ek baar to aisa hua ke un ko musalmanon ke jalse mein bulaya gaya. shayad Seerat ka jalsa tha. to khoob achi taqreer ki unhon ne, bohat umda taqreer.</w:t>
      </w:r>
      <w:r>
        <w:br/>
      </w:r>
      <w:r>
        <w:rPr>
          <w:sz w:val="20"/>
        </w:rPr>
        <w:t>1:07:32  to taqreer ke baad kisi musalman ne poocha un se ke bhai aap to mashhoor hain ke aap Muslim dushman aadmi hain, aap ne bari achi taqreer ki.</w:t>
      </w:r>
      <w:r>
        <w:br/>
      </w:r>
      <w:r>
        <w:rPr>
          <w:sz w:val="20"/>
        </w:rPr>
        <w:t>1:07:42  to unhon ne kaha ke haan ji, speaker nahi bolta, stage bulwata hai.</w:t>
      </w:r>
      <w:r>
        <w:br/>
      </w:r>
      <w:r>
        <w:rPr>
          <w:sz w:val="20"/>
        </w:rPr>
        <w:t>1:07:50  yeh log aise hi hain, yeh Man of Stage hain, yeh log. jahan mauqa dekha, woh bol diya, jahan mauqa dekha, woh bol diya. woh Man of Stage hain, woh.</w:t>
      </w:r>
      <w:r>
        <w:br/>
      </w:r>
      <w:r>
        <w:rPr>
          <w:sz w:val="20"/>
        </w:rPr>
        <w:t>1:07:59  jahan in ko wah wah mile, jahan woh taaliyan bajein, woh isi boli bol dete hain woh. in ki koi Value nahi hai, na Spiritual Talk ki bhi value nahi hai, aur Political Talk ki bhi value nahi hai.</w:t>
      </w:r>
      <w:r>
        <w:br/>
      </w:r>
      <w:r>
        <w:rPr>
          <w:sz w:val="20"/>
        </w:rPr>
        <w:t>1:08:13  donon hi bilkul yani Baseless ch</w:t>
      </w:r>
      <w:r>
        <w:br/>
      </w:r>
      <w:r>
        <w:rPr>
          <w:sz w:val="20"/>
        </w:rPr>
        <w:t>1:08:18  zeen hain. mein in ko kya, mein in ko Spiritual Talk bhi koi ahmiyat nahi deta. kyunke mein janta hoon ke yeh yeh log jo hain, doosri jagah jayenge, doosri boli bol denge.</w:t>
      </w:r>
      <w:r>
        <w:br/>
      </w:r>
      <w:r>
        <w:rPr>
          <w:sz w:val="20"/>
        </w:rPr>
        <w:t>1:08:30  kya aisi aisi ahmiyat, aisi Talk ki ahmiyat kya hai ke dil mein nahi hai, aap zabaan se bol rahe hain.</w:t>
      </w:r>
      <w:r>
        <w:br/>
      </w:r>
      <w:r>
        <w:rPr>
          <w:sz w:val="20"/>
        </w:rPr>
        <w:t>1:08:39  to yeh log jee rahe hain na Spirituality mein, na Politics mein. woh jee rahe hain Stage Culture mein.</w:t>
      </w:r>
      <w:r>
        <w:br/>
      </w:r>
      <w:r>
        <w:rPr>
          <w:sz w:val="20"/>
        </w:rPr>
        <w:t>1:08:47  Stage Culture jo is zamane mein khaas taur par Stage Culture ka bohat bara Culture aa gaya hai, jo pehle nahi tha. to sab yeh yeh sab log Stage wale log hain, is mein ta'ajjub ki baat nahi hai.</w:t>
      </w:r>
      <w:r>
        <w:br/>
      </w:r>
      <w:r>
        <w:rPr>
          <w:sz w:val="20"/>
        </w:rPr>
        <w:t>1:09:01  aur kisi ek shakhs ka muamla nahi, sab ka muamla yahi hai. sab Stage Culture ke aadmi hain, woh usi ke mutabiq bolte hain.</w:t>
      </w:r>
    </w:p>
    <w:p>
      <w:pPr>
        <w:pStyle w:val="Heading2"/>
      </w:pPr>
      <w:r>
        <w:t>Scholars' Silence Leads to Public Violence</w:t>
      </w:r>
    </w:p>
    <w:p>
      <w:r>
        <w:rPr>
          <w:color w:val="666666"/>
          <w:sz w:val="18"/>
        </w:rPr>
        <w:t>Society &amp; Dawah · Divine Law of Success 14th October 2012 Slow · 2m 37s · at 1:14:18 · https://youtu.be/2zXfZhIf1jA?t=4458</w:t>
      </w:r>
    </w:p>
    <w:p>
      <w:r>
        <w:rPr>
          <w:i/>
        </w:rPr>
        <w:t>“A person said that when scholars do not give a scholarly response to misunderstandings and remain silent, then common people resort to fighting. What is your opinion on this?”</w:t>
      </w:r>
    </w:p>
    <w:p>
      <w:r>
        <w:rPr>
          <w:sz w:val="20"/>
        </w:rPr>
        <w:t>1:14:18  Maulana, agla sawal Tamil Nadu se hai, Maulana Iqbal Umri sahib ka.</w:t>
      </w:r>
      <w:r>
        <w:br/>
      </w:r>
      <w:r>
        <w:rPr>
          <w:sz w:val="20"/>
        </w:rPr>
        <w:t>1:14:24  unhone aap se poocha hai: Maulana, ek sahib ne kaha ke jab ulma galatfehmi ka ilmi</w:t>
      </w:r>
      <w:r>
        <w:br/>
      </w:r>
      <w:r>
        <w:rPr>
          <w:sz w:val="20"/>
        </w:rPr>
        <w:t>1:14:30  jawab nahi dete aur chup rehte hain, to awam hazraat ladai pe utar aate hain.</w:t>
      </w:r>
      <w:r>
        <w:br/>
      </w:r>
      <w:r>
        <w:rPr>
          <w:sz w:val="20"/>
        </w:rPr>
        <w:t>1:14:36  yeh awam ki galti hai, ulma ki nahi.</w:t>
      </w:r>
      <w:r>
        <w:br/>
      </w:r>
      <w:r>
        <w:rPr>
          <w:sz w:val="20"/>
        </w:rPr>
        <w:t>1:14:42  iske bare mein aap kya kahenge? Nahi, har giz nahi, ulma ki galti hai.</w:t>
      </w:r>
      <w:r>
        <w:br/>
      </w:r>
      <w:r>
        <w:rPr>
          <w:sz w:val="20"/>
        </w:rPr>
        <w:t>1:14:48  hadith mein aata hai ke agar ek aalim kisi baat ko jaane ki galat hai to us ko</w:t>
      </w:r>
      <w:r>
        <w:br/>
      </w:r>
      <w:r>
        <w:rPr>
          <w:sz w:val="20"/>
        </w:rPr>
        <w:t>1:14:54  bolna padega.</w:t>
      </w:r>
      <w:r>
        <w:br/>
      </w:r>
      <w:r>
        <w:rPr>
          <w:sz w:val="20"/>
        </w:rPr>
        <w:t>1:15:00  agar woh nahin bolta hai to woh us ko kaha gaya ke shaitan aakhras, goonga shaitan.</w:t>
      </w:r>
      <w:r>
        <w:br/>
      </w:r>
      <w:r>
        <w:rPr>
          <w:sz w:val="20"/>
        </w:rPr>
        <w:t>1:15:06  yani aise insaan ko jo galati ko jaane ki galati hai, phir bhi chup raha hai, bola nahin</w:t>
      </w:r>
      <w:r>
        <w:br/>
      </w:r>
      <w:r>
        <w:rPr>
          <w:sz w:val="20"/>
        </w:rPr>
        <w:t>1:15:12  to woh shaitan aakhras kaha gaya hadith mein.</w:t>
      </w:r>
      <w:r>
        <w:br/>
      </w:r>
      <w:r>
        <w:rPr>
          <w:sz w:val="20"/>
        </w:rPr>
        <w:t>1:15:18  yeh to bohat bari zimmedari hai ke jante hue aap is par is ke khilaf na bolen.</w:t>
      </w:r>
      <w:r>
        <w:br/>
      </w:r>
      <w:r>
        <w:rPr>
          <w:sz w:val="20"/>
        </w:rPr>
        <w:t>1:15:24  haan, bolne mein khair khwahi honi chahiye, daleel ki zuban mein honi chahiye, hikmat ke sath bolna chahiye.</w:t>
      </w:r>
      <w:r>
        <w:br/>
      </w:r>
      <w:r>
        <w:rPr>
          <w:sz w:val="20"/>
        </w:rPr>
        <w:t>1:15:30  woh theek hai apni galati, lekin na bola to yeh to shaitan aakhras apne ko sabit karna hai.</w:t>
      </w:r>
      <w:r>
        <w:br/>
      </w:r>
      <w:r>
        <w:rPr>
          <w:sz w:val="20"/>
        </w:rPr>
        <w:t>1:15:36  maulana, up se mister athar shamsi sahab ka sawal aaya hai.</w:t>
      </w:r>
      <w:r>
        <w:br/>
      </w:r>
      <w:r>
        <w:rPr>
          <w:sz w:val="20"/>
        </w:rPr>
        <w:t>1:15:42  انہوں نے آپ سے پوچھا ہے کہ how can we perform spirited salat? اس کے بارے میں بتائیں۔</w:t>
      </w:r>
      <w:r>
        <w:br/>
      </w:r>
      <w:r>
        <w:rPr>
          <w:sz w:val="20"/>
        </w:rPr>
        <w:t>1:15:49  hmm, kya spirited salat kis tarah ada ki jaye? is ke bare mein bataen.</w:t>
      </w:r>
      <w:r>
        <w:br/>
      </w:r>
      <w:r>
        <w:rPr>
          <w:sz w:val="20"/>
        </w:rPr>
        <w:t>1:15:55  main mard yahi samajhta hoon ke namaz mein jo padhaya jata hai, jo afaal kiye jate hain, us</w:t>
      </w:r>
      <w:r>
        <w:br/>
      </w:r>
      <w:r>
        <w:rPr>
          <w:sz w:val="20"/>
        </w:rPr>
        <w:t>1:16:01  ko samajhte hue karna.</w:t>
      </w:r>
      <w:r>
        <w:br/>
      </w:r>
      <w:r>
        <w:rPr>
          <w:sz w:val="20"/>
        </w:rPr>
        <w:t>1:16:07  isi se spirit aati hai.</w:t>
      </w:r>
      <w:r>
        <w:br/>
      </w:r>
      <w:r>
        <w:rPr>
          <w:sz w:val="20"/>
        </w:rPr>
        <w:t>1:16:13  jo quran ke alfaaz padhte hain, hum jo dua aur zikr ke jo alfaaz padhte hain, hum is</w:t>
      </w:r>
      <w:r>
        <w:br/>
      </w:r>
      <w:r>
        <w:rPr>
          <w:sz w:val="20"/>
        </w:rPr>
        <w:t>1:16:19  ko agar hum samajh boojh kar padhen aur jis tarah hum khade hote hain, jhukte hain, sajde mein</w:t>
      </w:r>
      <w:r>
        <w:br/>
      </w:r>
      <w:r>
        <w:rPr>
          <w:sz w:val="20"/>
        </w:rPr>
        <w:t>1:16:25  jaate hain, us ko hum sochein ke ke kis ke, yani kis liye main aisa kar raha hoon,</w:t>
      </w:r>
      <w:r>
        <w:br/>
      </w:r>
      <w:r>
        <w:rPr>
          <w:sz w:val="20"/>
        </w:rPr>
        <w:t>1:16:31  to soch se aati hai spirit.</w:t>
      </w:r>
      <w:r>
        <w:br/>
      </w:r>
      <w:r>
        <w:rPr>
          <w:sz w:val="20"/>
        </w:rPr>
        <w:t>1:16:37  koi is ka purasarar tareeqa nahin hai.</w:t>
      </w:r>
      <w:r>
        <w:br/>
      </w:r>
      <w:r>
        <w:rPr>
          <w:sz w:val="20"/>
        </w:rPr>
        <w:t>1:16:43  jitna aadmi sochega, utna hi us ke andar spirit aayegi.</w:t>
      </w:r>
      <w:r>
        <w:br/>
      </w:r>
      <w:r>
        <w:rPr>
          <w:sz w:val="20"/>
        </w:rPr>
        <w:t>1:16:49  aur dua, dua to hamesha har kaam mein karte hain, karna hi hai humein.</w:t>
      </w:r>
    </w:p>
    <w:p>
      <w:pPr>
        <w:pStyle w:val="Heading2"/>
      </w:pPr>
      <w:r>
        <w:t>Scholarship of unqualified Islam writers</w:t>
      </w:r>
    </w:p>
    <w:p>
      <w:r>
        <w:rPr>
          <w:color w:val="666666"/>
          <w:sz w:val="18"/>
        </w:rPr>
        <w:t>Society &amp; Dawah · Life After Death January 22, 2012 · 2m 07s · at 1:41:35 · https://youtu.be/5hVH1BLKBF4?t=6095</w:t>
      </w:r>
    </w:p>
    <w:p>
      <w:r>
        <w:rPr>
          <w:i/>
        </w:rPr>
        <w:t>“Nowadays, people have emerged who are writing and publishing articles and books on Islam. These people neither possess the required scholarship related to Islam nor do they know what is called the art of writing. What would you say about such people?”</w:t>
      </w:r>
    </w:p>
    <w:p>
      <w:r>
        <w:rPr>
          <w:sz w:val="20"/>
        </w:rPr>
        <w:t>1:41:35  Maulana, in ka aik aur sawal hai. unhon ne likha hai: "aajkal aisay log uthe hain jo Islam par articles aur kitabein likh kar chhaap rahe hain.</w:t>
      </w:r>
      <w:r>
        <w:br/>
      </w:r>
      <w:r>
        <w:rPr>
          <w:sz w:val="20"/>
        </w:rPr>
        <w:t>1:41:46  yeh log na Islam ki nisbat se matloob scholarship rakhte hain aur na woh is cheez ko jante hain jis ko art of writing kaha jata hai.</w:t>
      </w:r>
      <w:r>
        <w:br/>
      </w:r>
      <w:r>
        <w:rPr>
          <w:sz w:val="20"/>
        </w:rPr>
        <w:t>1:41:56  aisay logon ke baray mein aap kya farmayein ge?</w:t>
      </w:r>
      <w:r>
        <w:br/>
      </w:r>
      <w:r>
        <w:rPr>
          <w:sz w:val="20"/>
        </w:rPr>
        <w:t>1:42:03  bhai, hum kya kahein ge? yeh to azaadi hai. aadmi kuch bhi karega, hum kya kar sakte hain is ko? koi koi rasta to rok nahin sakte aap. waqai ke un ki jo kitabein hain</w:t>
      </w:r>
      <w:r>
        <w:br/>
      </w:r>
      <w:r>
        <w:rPr>
          <w:sz w:val="20"/>
        </w:rPr>
        <w:t>1:42:13  aur dead ho jati hain, aisay log jo art of writing nahin jante hon, woh woh chhaapte hain, chhaap kar doston ko free mein baant'te hain. main aksar logon se kehta hoon, mere paas aayein ge aadmi, aik kitaab, aik gift karega apni.</w:t>
      </w:r>
      <w:r>
        <w:br/>
      </w:r>
      <w:r>
        <w:rPr>
          <w:sz w:val="20"/>
        </w:rPr>
        <w:t>1:42:27  to main kehta hoon, aakhir paisa west kiya aap ne? jo kitaab marketable na ho, us ko chhaapna bhi nahin chahiye. bas free mein baant'te hain doston ke ke main bhi musannif hoon.</w:t>
      </w:r>
      <w:r>
        <w:br/>
      </w:r>
      <w:r>
        <w:rPr>
          <w:sz w:val="20"/>
        </w:rPr>
        <w:t>1:42:41  aik martaba main ne aik mazmoon likha, isi tarah ke trending se mazmoon likha tha. to main ne kaha tha ke aaj kal jo articles chhapte hain, jo kitabein chhap'ti hain, un ka aik hi title hona chahiye.</w:t>
      </w:r>
      <w:r>
        <w:br/>
      </w:r>
      <w:r>
        <w:rPr>
          <w:sz w:val="20"/>
        </w:rPr>
        <w:t>1:42:55  aik hi title: "main writer hoon". bas. yaani apne writer hone ka ailaan kar rahe hain. baqi baat kuch bhi is ke andar nahin hoti.</w:t>
      </w:r>
      <w:r>
        <w:br/>
      </w:r>
      <w:r>
        <w:rPr>
          <w:sz w:val="20"/>
        </w:rPr>
        <w:t>1:43:06  to batane ke liye ke main bhi writer hoon, main bhi musannif hoon, main bhi author hoon,</w:t>
      </w:r>
      <w:r>
        <w:br/>
      </w:r>
      <w:r>
        <w:rPr>
          <w:sz w:val="20"/>
        </w:rPr>
        <w:t>1:43:10  chhaapte hain kitabein to apne doston ko woh free mein baant'te hain. koi parhta uṛta hai nahin in ko. ab kya kiya jaye? azaadi hai to aadmi karega.</w:t>
      </w:r>
      <w:r>
        <w:br/>
      </w:r>
      <w:r>
        <w:rPr>
          <w:sz w:val="20"/>
        </w:rPr>
        <w:t>1:43:21  lekin law of nature khud hi is ko, yaani woh maslay ko hal kar raha hai. kyunke woh kitabein aati hain aur raddi mein chali jati hain.</w:t>
      </w:r>
      <w:r>
        <w:br/>
      </w:r>
      <w:r>
        <w:rPr>
          <w:sz w:val="20"/>
        </w:rPr>
        <w:t>1:43:30  koi parhta nahin hai is ko. aap ab survey kar lijiyay. is tarah ki kitabein koi parhta parhta nahin.</w:t>
      </w:r>
      <w:r>
        <w:br/>
      </w:r>
      <w:r>
        <w:rPr>
          <w:sz w:val="20"/>
        </w:rPr>
        <w:t>1:43:38  woh sab raddi mein jati hain.</w:t>
      </w:r>
    </w:p>
    <w:p>
      <w:pPr>
        <w:pStyle w:val="Heading2"/>
      </w:pPr>
      <w:r>
        <w:t>Scientific thinking and its impact on society</w:t>
      </w:r>
    </w:p>
    <w:p>
      <w:r>
        <w:rPr>
          <w:color w:val="666666"/>
          <w:sz w:val="18"/>
        </w:rPr>
        <w:t>Society &amp; Dawah · Dars-e-Quran, Ch. 12, V. 105 ; Ch. 10 V. 61 (Study of Nature) | July 15, 2018 · 1m 24s · at 1:10:49 · https://youtu.be/5d-qNvpMg4k?t=4249</w:t>
      </w:r>
    </w:p>
    <w:p>
      <w:r>
        <w:rPr>
          <w:i/>
        </w:rPr>
        <w:t>“What is the scientific way of thinking and what is the impact of such type of thinking on society? Please explain.”</w:t>
      </w:r>
    </w:p>
    <w:p>
      <w:r>
        <w:rPr>
          <w:sz w:val="20"/>
        </w:rPr>
        <w:t>1:10:49  maulana agla sawal kya hai ah abdul rauf khateeb sahib ne chaplon se.</w:t>
      </w:r>
      <w:r>
        <w:br/>
      </w:r>
      <w:r>
        <w:rPr>
          <w:sz w:val="20"/>
        </w:rPr>
        <w:t>1:10:55  انہوں نے لکھا ہے، "مولانا، what is the scientific way of thinking and what is the impact of</w:t>
      </w:r>
      <w:r>
        <w:br/>
      </w:r>
      <w:r>
        <w:rPr>
          <w:sz w:val="20"/>
        </w:rPr>
        <w:t>1:11:01  such type of thinking in society? please explain this. "arsalah ka hum ne ek number chapaya tha, woh</w:t>
      </w:r>
      <w:r>
        <w:br/>
      </w:r>
      <w:r>
        <w:rPr>
          <w:sz w:val="20"/>
        </w:rPr>
        <w:t>1:11:07  tha art of thinking par.</w:t>
      </w:r>
      <w:r>
        <w:br/>
      </w:r>
      <w:r>
        <w:rPr>
          <w:sz w:val="20"/>
        </w:rPr>
        <w:t>1:11:14  art of thinking, agar woh mil jaye to us ko parh lijiye. mil jaye ke woh aap us mein mil jaye ga aap ko. yaani internet par poora shumarah ek tha isi par art of thinking par ke sir woh to hoga re ji. haan, aap download kar ke parh lijiye. okay, so we will end today session. thank you.</w:t>
      </w:r>
    </w:p>
    <w:p>
      <w:pPr>
        <w:pStyle w:val="Heading2"/>
      </w:pPr>
      <w:r>
        <w:t>Sectarian Killings in Iraq and Solution</w:t>
      </w:r>
    </w:p>
    <w:p>
      <w:r>
        <w:rPr>
          <w:color w:val="666666"/>
          <w:sz w:val="18"/>
        </w:rPr>
        <w:t>Society &amp; Dawah · Peace of Mind June 29, 2014 · 1m 19s · at 1:02:45 · https://youtu.be/oVwRc_FcAGk?t=3765</w:t>
      </w:r>
    </w:p>
    <w:p>
      <w:r>
        <w:rPr>
          <w:i/>
        </w:rPr>
        <w:t>“What do you say about the present tussles and killings in Iraq? However, both Shia and Sunnis are worshippers of Allah, then why are they killing innocent Muslims? Is there any solution?”</w:t>
      </w:r>
    </w:p>
    <w:p>
      <w:r>
        <w:rPr>
          <w:sz w:val="20"/>
        </w:rPr>
        <w:t>1:02:45  maulana, agla sawal lete hain jo deli se shahAB haider sahib ne poocha hai, aur unhone likha hai ke maulana sahib, what do you see about the present tussles and killings in iraq?</w:t>
      </w:r>
      <w:r>
        <w:br/>
      </w:r>
      <w:r>
        <w:rPr>
          <w:sz w:val="20"/>
        </w:rPr>
        <w:t>1:03:00  however, both shia and sunnis are worshipers of allah, then why they are killing innocent muslims? is der any solution</w:t>
      </w:r>
      <w:r>
        <w:br/>
      </w:r>
      <w:r>
        <w:rPr>
          <w:sz w:val="20"/>
        </w:rPr>
        <w:t>1:03:10  ? dekhen, yeh hamara yeh cps ka jo class hota hai, yeh iska mozu nahi hai. waise is par mein is mein interview mera aya hai tv mein, woh aap dekh sakte hain.</w:t>
      </w:r>
      <w:r>
        <w:br/>
      </w:r>
      <w:r>
        <w:rPr>
          <w:sz w:val="20"/>
        </w:rPr>
        <w:t>1:03:24  yahan pe sab mozuon ko hum nahi lenge.</w:t>
      </w:r>
      <w:r>
        <w:br/>
      </w:r>
      <w:r>
        <w:rPr>
          <w:sz w:val="20"/>
        </w:rPr>
        <w:t>1:03:29  yeh wale ate hain mere pas to mein jawab de deta hoon, ya akhbarat mein, angrezi akhbarat mein mere mazmoon ate hain, is mein mein jawab de deta hoon.</w:t>
      </w:r>
      <w:r>
        <w:br/>
      </w:r>
      <w:r>
        <w:rPr>
          <w:sz w:val="20"/>
        </w:rPr>
        <w:t>1:03:39  lekin hum cps ke ka jo jo class hai, yaad rakhiye, sirf dawat ke liye hai aur marifat ke liye.</w:t>
      </w:r>
      <w:r>
        <w:br/>
      </w:r>
      <w:r>
        <w:rPr>
          <w:sz w:val="20"/>
        </w:rPr>
        <w:t>1:03:48  bas aap dawat aur marifat se mutaliq koi sawal karen to mein is ka jawab dunga. baqi yeh jhagde wali jo baaten hain, woh aap khud janiye, in ko</w:t>
      </w:r>
      <w:r>
        <w:br/>
      </w:r>
      <w:r>
        <w:rPr>
          <w:sz w:val="20"/>
        </w:rPr>
        <w:t>1:03:59  tahqeeq kijiye, hum se mat poochhiye.</w:t>
      </w:r>
    </w:p>
    <w:p>
      <w:pPr>
        <w:pStyle w:val="Heading2"/>
      </w:pPr>
      <w:r>
        <w:t>Seeing Al-Risala as a Divine Mission</w:t>
      </w:r>
    </w:p>
    <w:p>
      <w:r>
        <w:rPr>
          <w:color w:val="666666"/>
          <w:sz w:val="18"/>
        </w:rPr>
        <w:t>Society &amp; Dawah · Q&amp;A 13 Nov 2011 · 3m 48s · at 33:09 · https://youtu.be/oOZ9h37_pL8?t=1989</w:t>
      </w:r>
    </w:p>
    <w:p>
      <w:r>
        <w:rPr>
          <w:i/>
        </w:rPr>
        <w:t>“My experience is that most people read Al-Risala only as a periodical and fail to discover it as a divine mission. How can we tell people that Al-Risala is not just a periodical but a divine mission?”</w:t>
      </w:r>
    </w:p>
    <w:p>
      <w:r>
        <w:rPr>
          <w:sz w:val="20"/>
        </w:rPr>
        <w:t>33:09  maulana ek aur sawal hai un ka. unhon ne likha hai ke mera tajurba hai ke aksar log al risala ko sirf ek periodical ki hesiyat se padhte hain.</w:t>
      </w:r>
      <w:r>
        <w:br/>
      </w:r>
      <w:r>
        <w:rPr>
          <w:sz w:val="20"/>
        </w:rPr>
        <w:t>33:21  woh al-risalah ko aik khodai mission ke tor par discover karne mein nakaam rehte hain. logon ko kis tarah yeh bataya jaye ke al-risalah sirf aik periodical nahi balkeh al-risalah aik divine mission hai?</w:t>
      </w:r>
      <w:r>
        <w:br/>
      </w:r>
      <w:r>
        <w:rPr>
          <w:sz w:val="20"/>
        </w:rPr>
        <w:t>33:37  dekhye al-risalah chunke b-zahair aik risalah hai magazine. aik majallah hai aik purcha hai. to is ka model jo hai mahol mein woh kya hai?</w:t>
      </w:r>
      <w:r>
        <w:br/>
      </w:r>
      <w:r>
        <w:rPr>
          <w:sz w:val="20"/>
        </w:rPr>
        <w:t>33:48  woh periodical ka mahol hai. periodical jo hai aya mahine ke aik tareekh ko kuch dekha kuch nahi dekha rakh diya is ko.</w:t>
      </w:r>
      <w:r>
        <w:br/>
      </w:r>
      <w:r>
        <w:rPr>
          <w:sz w:val="20"/>
        </w:rPr>
        <w:t>33:57  to saare periodicals jo hote hain unhon ne aik model qaim kar diya hai. is model mein aik naya purcha nikla al-risalah.</w:t>
      </w:r>
      <w:r>
        <w:br/>
      </w:r>
      <w:r>
        <w:rPr>
          <w:sz w:val="20"/>
        </w:rPr>
        <w:t>34:07  jo is model se alag hai woh. to log jante nahi. aik model jo maroof ho jaye jo logon ke zehnon mein chha jaye to is se alag ho kar soch nahi paate.</w:t>
      </w:r>
      <w:r>
        <w:br/>
      </w:r>
      <w:r>
        <w:rPr>
          <w:sz w:val="20"/>
        </w:rPr>
        <w:t>34:21  al-risalah aik hi purcha hai saare alam mein. balkeh poori sahhafati dor mein pehli baar aik aisa purcha hai jo poore maloom aik mission hai mission.</w:t>
      </w:r>
      <w:r>
        <w:br/>
      </w:r>
      <w:r>
        <w:rPr>
          <w:sz w:val="20"/>
        </w:rPr>
        <w:t>34:31  dawe ke aitbar se bohat se purche dawe karte hain ke mission hai woh lekin haqeeqat mein woh sirf daawa hota hai. dekhye mission kya cheez hai?</w:t>
      </w:r>
      <w:r>
        <w:br/>
      </w:r>
      <w:r>
        <w:rPr>
          <w:sz w:val="20"/>
        </w:rPr>
        <w:t>34:41  purcha nikalne wala khud mission mein jeeta hai. tab mission wala purcha banta hai. yaad rakhiye jo purcha jo murattab karta hai woh khud mission mein bhi jeena parta hai is ko.</w:t>
      </w:r>
      <w:r>
        <w:br/>
      </w:r>
      <w:r>
        <w:rPr>
          <w:sz w:val="20"/>
        </w:rPr>
        <w:t>34:55  mission ko ise orhna poshana bana parta hai.</w:t>
      </w:r>
      <w:r>
        <w:br/>
      </w:r>
      <w:r>
        <w:rPr>
          <w:sz w:val="20"/>
        </w:rPr>
        <w:t>34:59  isi mein jeena isi mein halkaan karna apne aap ko. yeh karna parta hai mission mein. tab woh purcha banta hai mission ka. to aisa purcha mere ilm ke mutabiq sirf al-risalah hai.</w:t>
      </w:r>
      <w:r>
        <w:br/>
      </w:r>
      <w:r>
        <w:rPr>
          <w:sz w:val="20"/>
        </w:rPr>
        <w:t>35:11  to chunke logon ko yeh model maloom nahi.</w:t>
      </w:r>
      <w:r>
        <w:br/>
      </w:r>
      <w:r>
        <w:rPr>
          <w:sz w:val="20"/>
        </w:rPr>
        <w:t>35:16  jo samaj mein ya dunya mein jo model hain wohi periodical ke model hain. to shaoori ya ghair shaoori tor par samajh lete hain ke yeh bhi aik purcha hoga bas.</w:t>
      </w:r>
      <w:r>
        <w:br/>
      </w:r>
      <w:r>
        <w:rPr>
          <w:sz w:val="20"/>
        </w:rPr>
        <w:t>35:27  to aik martaba parh liya. to haqeeqat yeh hai ke al-risalah ko pehle aap ko discover karna parega ke yeh mission ka mission hai. yeh</w:t>
      </w:r>
      <w:r>
        <w:br/>
      </w:r>
      <w:r>
        <w:rPr>
          <w:sz w:val="20"/>
        </w:rPr>
        <w:t>35:35  periodical nahi hai. yeh tab is ko aap ahmiyat denge. tab is ko padhenge. is liye main kaha karta hoon yeh likha tha maine risale mein ke jis ne al-risalah ko aik baar parha us ne nahi parha.</w:t>
      </w:r>
      <w:r>
        <w:br/>
      </w:r>
      <w:r>
        <w:rPr>
          <w:sz w:val="20"/>
        </w:rPr>
        <w:t>35:47  jis ne al-risalah ko do baar parha us ne parha. aur jis ne al-risalah ko kai baar parha us ne samjha is ko.</w:t>
      </w:r>
      <w:r>
        <w:br/>
      </w:r>
      <w:r>
        <w:rPr>
          <w:sz w:val="20"/>
        </w:rPr>
        <w:t>35:54  phir repeat karta hoon main. al-risalah ko mahana mein al-risalah jo hai hamara. al-risalah ko jis ne aik baar parha us ne nahi parha.</w:t>
      </w:r>
      <w:r>
        <w:br/>
      </w:r>
      <w:r>
        <w:rPr>
          <w:sz w:val="20"/>
        </w:rPr>
        <w:t>36:04  jis ne do baar parha us ne parha. jis ne kai baar parha us ne al-risalah ko samjha.</w:t>
      </w:r>
      <w:r>
        <w:br/>
      </w:r>
      <w:r>
        <w:rPr>
          <w:sz w:val="20"/>
        </w:rPr>
        <w:t>36:10  kyunke woh aik mahol se alag aik paigham deta hai woh. aap apni conditioning ki wajah se is ko aap samajh nahi paate.</w:t>
      </w:r>
      <w:r>
        <w:br/>
      </w:r>
      <w:r>
        <w:rPr>
          <w:sz w:val="20"/>
        </w:rPr>
        <w:t>36:22  to jab tak aap apni conditioning ko torein nahi aur apni</w:t>
      </w:r>
      <w:r>
        <w:br/>
      </w:r>
      <w:r>
        <w:rPr>
          <w:sz w:val="20"/>
        </w:rPr>
        <w:t>36:28  conditioning se bahar aa kar na sochein aap samajh nahi sakte risale ko. apne mindset ke lehaz se risala ko padhenge aap. jo aap ke mind mein hai wohi aap ko risale mein nazar ayega.</w:t>
      </w:r>
      <w:r>
        <w:br/>
      </w:r>
      <w:r>
        <w:rPr>
          <w:sz w:val="20"/>
        </w:rPr>
        <w:t>36:42  to beharhal main kahunga ke jo log al-risalah ko padhte hain</w:t>
      </w:r>
      <w:r>
        <w:br/>
      </w:r>
      <w:r>
        <w:rPr>
          <w:sz w:val="20"/>
        </w:rPr>
        <w:t>36:47  woh phir se al-risalah ko discover karein. aur phir se is ko is ko is ko is ki samajh kar ke is ko padhein.</w:t>
      </w:r>
    </w:p>
    <w:p>
      <w:pPr>
        <w:pStyle w:val="Heading2"/>
      </w:pPr>
      <w:r>
        <w:t>Self-glory as obstacle to dawah</w:t>
      </w:r>
    </w:p>
    <w:p>
      <w:r>
        <w:rPr>
          <w:color w:val="666666"/>
          <w:sz w:val="18"/>
        </w:rPr>
        <w:t>Society &amp; Dawah · Dars e Quran, Ch 2 Vs 80 82, July 01, 2018 · 1m 45s · at 47:42 · https://youtu.be/BuLkoCE6j18?t=2862</w:t>
      </w:r>
    </w:p>
    <w:p>
      <w:r>
        <w:rPr>
          <w:i/>
        </w:rPr>
        <w:t>“The main obstacle before Muslims to become da'is is their belief in self-glory and wishful thinking, the trait Quran has attributed to Jews of the Prophet's time. What are your views on this issue?”</w:t>
      </w:r>
    </w:p>
    <w:p>
      <w:r>
        <w:rPr>
          <w:sz w:val="20"/>
        </w:rPr>
        <w:t>47:42  Maulana, agla comment bheja hai Srinagar se Riyaz Bhatt sahib ne. Inka saval hai, Maulana, ye unhon ne pucha hai ke: "The main obstacle before Muslims to become da'is is their belief in self-glory and wishful thinking, the trait Quran has attributed to Jews of the Prophet's time." Maulana sahib, what are your views on this issue?</w:t>
      </w:r>
      <w:r>
        <w:br/>
      </w:r>
      <w:r>
        <w:rPr>
          <w:sz w:val="20"/>
        </w:rPr>
        <w:t>48:09  dekhiye, ye sel glori jo hai, ye kalar kansipt hai, kalar. kyonke sel glori aap ko pasṭ mein chizen sikhata hai.</w:t>
      </w:r>
      <w:r>
        <w:br/>
      </w:r>
      <w:r>
        <w:rPr>
          <w:sz w:val="20"/>
        </w:rPr>
        <w:t>48:20  ye glori jo hai, vo to pasṭ ki hai. glor, jis jo muslimanon ne jis ko glori bana rakha hai, vo pasṭ hai.</w:t>
      </w:r>
      <w:r>
        <w:br/>
      </w:r>
      <w:r>
        <w:rPr>
          <w:sz w:val="20"/>
        </w:rPr>
        <w:t>48:29  yani utman aimpair ki glori, espin ki glori, abbas piriyad ki glori, ye to pasṭ ki baten hain.</w:t>
      </w:r>
      <w:r>
        <w:br/>
      </w:r>
      <w:r>
        <w:rPr>
          <w:sz w:val="20"/>
        </w:rPr>
        <w:t>48:40  to sel glori jo hai, apne aap mein ek kalar, kalar, kalar kansipt hai, kalar qatil. kyonke aap ko pasṭ mein jina sikhata hai.</w:t>
      </w:r>
      <w:r>
        <w:br/>
      </w:r>
      <w:r>
        <w:rPr>
          <w:sz w:val="20"/>
        </w:rPr>
        <w:t>48:51  sahi kansipt vo hai jo aap ko prezenṭ mein aur fiūchr mein jina sikhaye. pasṭ to khatm ho gaya, ab vo us ke us mein jine se fals,</w:t>
      </w:r>
      <w:r>
        <w:br/>
      </w:r>
      <w:r>
        <w:rPr>
          <w:sz w:val="20"/>
        </w:rPr>
        <w:t>49:05  yani ek fals praiḍ aega aur kuch nahin aega. to glori mein jina, fals praiḍ mein jina hai. sahi ye hai ke aap prezenṭ mein jiyen ya fiūchr mein jiyen,</w:t>
      </w:r>
      <w:r>
        <w:br/>
      </w:r>
      <w:r>
        <w:rPr>
          <w:sz w:val="20"/>
        </w:rPr>
        <w:t>49:20  tab aap ki taraqqi hogi.</w:t>
      </w:r>
    </w:p>
    <w:p>
      <w:pPr>
        <w:pStyle w:val="Heading2"/>
      </w:pPr>
      <w:r>
        <w:t>Shariah status of establishing caliphate</w:t>
      </w:r>
    </w:p>
    <w:p>
      <w:r>
        <w:rPr>
          <w:color w:val="666666"/>
          <w:sz w:val="18"/>
        </w:rPr>
        <w:t>Society &amp; Dawah · Kingdom of God August 25, 2018 · 9m 48s · at 39:19 · https://youtu.be/SrnWPkMbEQw?t=2359</w:t>
      </w:r>
    </w:p>
    <w:p>
      <w:r>
        <w:rPr>
          <w:i/>
        </w:rPr>
        <w:t>“What is the shariah status of establishing a caliphate? And what would be its method in this time? Where is it mentioned in the Quran and Hadith?”</w:t>
      </w:r>
    </w:p>
    <w:p>
      <w:r>
        <w:rPr>
          <w:sz w:val="20"/>
        </w:rPr>
        <w:t>39:19  maulana, agla sawal deoband se bheja hai rahal kabiri sahib ne. unhon ne likha hai ke khilafat qaim karne ki sharai hesiyat kya hai?</w:t>
      </w:r>
      <w:r>
        <w:br/>
      </w:r>
      <w:r>
        <w:rPr>
          <w:sz w:val="20"/>
        </w:rPr>
        <w:t>39:32  iska kuch bhi nahi, nothing hai. iska tareeqa is zamane mein kya hoga? nahi, woh woh woh to ek false. yani khilafat ka kahin bataiye, kahan likha hai?</w:t>
      </w:r>
      <w:r>
        <w:br/>
      </w:r>
      <w:r>
        <w:rPr>
          <w:sz w:val="20"/>
        </w:rPr>
        <w:t>39:44  quran majeed mein, hadith mein kahan likha hai? aye mus</w:t>
      </w:r>
      <w:r>
        <w:br/>
      </w:r>
      <w:r>
        <w:rPr>
          <w:sz w:val="20"/>
        </w:rPr>
        <w:t>39:47  almanon, tumhara farz hai ke tum sari dunya mein khilafat elahiya qaim karo. kahan likha hai? yeh to jhooti baat hai.</w:t>
      </w:r>
      <w:r>
        <w:br/>
      </w:r>
      <w:r>
        <w:rPr>
          <w:sz w:val="20"/>
        </w:rPr>
        <w:t>39:56  kahin kahin sahib, quran mein, hadith mein kahin hai? yeh nahi, haan</w:t>
      </w:r>
      <w:r>
        <w:br/>
      </w:r>
      <w:r>
        <w:rPr>
          <w:sz w:val="20"/>
        </w:rPr>
        <w:t>40:01  hai hi nahi. yeh yeh to bana rakha hai logon ne khud se. jo quran mein likha hua hai, woh to hai ke dawat do. us ko bhula diya hai.</w:t>
      </w:r>
      <w:r>
        <w:br/>
      </w:r>
      <w:r>
        <w:rPr>
          <w:sz w:val="20"/>
        </w:rPr>
        <w:t>40:12  aur jo nahi likha hua, use likh rakha hai. woh ayat parhiye, woh ayat yaktaboon behadihim. woh ayat parhiye. khud se likhte hain aur kehte hain ke Allah ki baat hai.</w:t>
      </w:r>
      <w:r>
        <w:br/>
      </w:r>
      <w:r>
        <w:rPr>
          <w:sz w:val="20"/>
        </w:rPr>
        <w:t>40:28  us ko parhiye, is ka tarjuma kijiye.</w:t>
      </w:r>
      <w:r>
        <w:br/>
      </w:r>
      <w:r>
        <w:rPr>
          <w:sz w:val="20"/>
        </w:rPr>
        <w:t>40:39  is ka tarjuma parhiye. aur barbadi hai un logon ke liye jo kitab ko apne hathon se likhte hain, phir woh kehte hain ke yeh Allah ki janib se hain taake is ke zariye se woh thodi si qeemat kamayein.</w:t>
      </w:r>
      <w:r>
        <w:br/>
      </w:r>
      <w:r>
        <w:rPr>
          <w:sz w:val="20"/>
        </w:rPr>
        <w:t>40:54  fowaylluhum mimma katabat aydihim, waylluhum mimma yaksiboon. to barbadi hai un cheezon ke liye, un cheezon par jo woh apne hathon se likhte hain.</w:t>
      </w:r>
      <w:r>
        <w:br/>
      </w:r>
      <w:r>
        <w:rPr>
          <w:sz w:val="20"/>
        </w:rPr>
        <w:t>41:05  aur barbadi hai un ke liye jo kuch woh kamate hain. is ayat par ek jo hai, jo baat hai, us ko sochiye. sari quran mein so bar parhiye.</w:t>
      </w:r>
      <w:r>
        <w:br/>
      </w:r>
      <w:r>
        <w:rPr>
          <w:sz w:val="20"/>
        </w:rPr>
        <w:t>41:19  bataiye mujhe ke kahan likha hua hai ke hukoomat elahiya qaim karo? kahan likha hua hai ke khilafat elahiya qaim karo? na quran mein, na hadith mein.</w:t>
      </w:r>
      <w:r>
        <w:br/>
      </w:r>
      <w:r>
        <w:rPr>
          <w:sz w:val="20"/>
        </w:rPr>
        <w:t>41:32  to khud se likhta hai aur kehta hai ke dekho, yeh yeh khuda ka hukum hai. yeh jo ayat parhi, lan tanal albir hatta tunfiqo mimma tuhibbun, is mein jo yeh infaq ya charity ya kharch karna aaya hai, yeh dawat ke mad mein hai ya aam charitable kamon mein?</w:t>
      </w:r>
      <w:r>
        <w:br/>
      </w:r>
      <w:r>
        <w:rPr>
          <w:sz w:val="20"/>
        </w:rPr>
        <w:t>41:54  chounke aam tor se musalman in is tarah ki aayaton ko in mad mein lete hain jaise ghareebon ki madad karna, yateemon ki madad karna, school kholna, masjid banana, madrasa banana.</w:t>
      </w:r>
      <w:r>
        <w:br/>
      </w:r>
      <w:r>
        <w:rPr>
          <w:sz w:val="20"/>
        </w:rPr>
        <w:t>42:09  to yeh baat wazeh nahi hoti ke yeh ah jo ah kaha gaya hai, yeh dawat ke liye hai ya ek general ah woh hai.</w:t>
      </w:r>
      <w:r>
        <w:br/>
      </w:r>
      <w:r>
        <w:rPr>
          <w:sz w:val="20"/>
        </w:rPr>
        <w:t>42:21  bhai, agar koi mujh se pooche to main to yeh kahunga ke aaj kal jo musalmanon ka mizaj hai, kharch ke hawale mein, aaj kal ke musalmanon mein musalman paisa kharch karte hain lekin woh badar teresa ke culture par hain.</w:t>
      </w:r>
      <w:r>
        <w:br/>
      </w:r>
      <w:r>
        <w:rPr>
          <w:sz w:val="20"/>
        </w:rPr>
        <w:t>42:39  woh kyunke dekhiye, agar aap quran ko padhein aur hadith ko padhein to sab se zyada jo jazba ubhrega, woh dawat ka jazba hai.</w:t>
      </w:r>
      <w:r>
        <w:br/>
      </w:r>
      <w:r>
        <w:rPr>
          <w:sz w:val="20"/>
        </w:rPr>
        <w:t>42:54  kyunke rasool Allah dawat ke liye bheje gaye. quran mein yeh hai: "lalak bakh nafsak Allah yakoon momineen".</w:t>
      </w:r>
      <w:r>
        <w:br/>
      </w:r>
      <w:r>
        <w:rPr>
          <w:sz w:val="20"/>
        </w:rPr>
        <w:t>43:08  yani logon ko deen nahi pahunch raha hai, yeh soch kar shayad tum apne ko halak kar loge. to rasool Allah ki subah, shaam, raat, din, har waqt ki jo tadap thi,</w:t>
      </w:r>
      <w:r>
        <w:br/>
      </w:r>
      <w:r>
        <w:rPr>
          <w:sz w:val="20"/>
        </w:rPr>
        <w:t>43:22  woh tadap thi ke Allah ka paigham insanon tak pahunche. aaj kal ke musalmanon ki tadap kya hai ke woh</w:t>
      </w:r>
      <w:r>
        <w:br/>
      </w:r>
      <w:r>
        <w:rPr>
          <w:sz w:val="20"/>
        </w:rPr>
        <w:t>43:36  bill gates aur mother teresa? kyunke dekhiye, yeh saada baat nahi hai. saada baat nahi hai.</w:t>
      </w:r>
      <w:r>
        <w:br/>
      </w:r>
      <w:r>
        <w:rPr>
          <w:sz w:val="20"/>
        </w:rPr>
        <w:t>43:46  yeh dekhein, agar aap dawat ke kaam mein kharch karein, quran phailane mein kharch karein, quran ko har zaban mein tarjuma kar ke phailane mein kharch karein to aap ki koi wah wah nahi hogi.</w:t>
      </w:r>
      <w:r>
        <w:br/>
      </w:r>
      <w:r>
        <w:rPr>
          <w:sz w:val="20"/>
        </w:rPr>
        <w:t>44:00  kahin kahin wah wah nahi hogi. lekin yeh badar teresa wali jo mother hain, is pe jab aap kharch karte hain to sab wah wah hoti hai.</w:t>
      </w:r>
      <w:r>
        <w:br/>
      </w:r>
      <w:r>
        <w:rPr>
          <w:sz w:val="20"/>
        </w:rPr>
        <w:t>44:10  yahan se le ke america tak,</w:t>
      </w:r>
      <w:r>
        <w:br/>
      </w:r>
      <w:r>
        <w:rPr>
          <w:sz w:val="20"/>
        </w:rPr>
        <w:t>44:18  yeh raaz hai is mein. aur aur is mein aur bhi faide hain. aap ka income tax bachta hai.</w:t>
      </w:r>
      <w:r>
        <w:br/>
      </w:r>
      <w:r>
        <w:rPr>
          <w:sz w:val="20"/>
        </w:rPr>
        <w:t>44:28  income tax bachta hai to kaun income tax nahi bachayega? aur tareeqe to galat hisab pesh kar ke bachate hain.</w:t>
      </w:r>
      <w:r>
        <w:br/>
      </w:r>
      <w:r>
        <w:rPr>
          <w:sz w:val="20"/>
        </w:rPr>
        <w:t>44:37  yahan to free bach raha hai.</w:t>
      </w:r>
      <w:r>
        <w:br/>
      </w:r>
      <w:r>
        <w:rPr>
          <w:sz w:val="20"/>
        </w:rPr>
        <w:t>44:43  aur tareeqe jo ikhtiyar karte hain log to galat hisab se bachate hain. lekin yahan to yeh hai ke government khud is ko, yani accepted mad manti hai aur income tax aap ka kat jata hai.</w:t>
      </w:r>
      <w:r>
        <w:br/>
      </w:r>
      <w:r>
        <w:rPr>
          <w:sz w:val="20"/>
        </w:rPr>
        <w:t>45:08  to yeh jo mother teresa ka jo culture culture hai, is mein to faida hi faida hai. aur dawat ka jo culture hai, is ko kuch faida hi nahi siwaye is ke ke Allah taala yahan aap ko umeed hai ke is ka inaam milega.</w:t>
      </w:r>
      <w:r>
        <w:br/>
      </w:r>
      <w:r>
        <w:rPr>
          <w:sz w:val="20"/>
        </w:rPr>
        <w:t>45:26  behhal, quran ko padhiye aap</w:t>
      </w:r>
      <w:r>
        <w:br/>
      </w:r>
      <w:r>
        <w:rPr>
          <w:sz w:val="20"/>
        </w:rPr>
        <w:t>45:31  objective andaaz mein to is mein koi shakk nahi rahega ke Allah ka jo paigham hai, jo rasool Allah ne choda hai, ab koi paigham, koi rasool aane wala nahi hai.</w:t>
      </w:r>
      <w:r>
        <w:br/>
      </w:r>
      <w:r>
        <w:rPr>
          <w:sz w:val="20"/>
        </w:rPr>
        <w:t>45:47  to hamari zimmedari hai ke hum is ko pahunchayein. to phir aap isi pe inteha dhan isi pe apne aap ko laga denge.</w:t>
      </w:r>
      <w:r>
        <w:br/>
      </w:r>
      <w:r>
        <w:rPr>
          <w:sz w:val="20"/>
        </w:rPr>
        <w:t>45:57  lekin seriously log sochte nahi, seriously padhte nahi quran ko. farmooda un se kaha gaya tha ke is ko phailao lekin woh is ko chhod chhod denge.</w:t>
      </w:r>
      <w:r>
        <w:br/>
      </w:r>
      <w:r>
        <w:rPr>
          <w:sz w:val="20"/>
        </w:rPr>
        <w:t>46:14  to quran hadith mein aata hai ke tum wohi karoge jo yahood ne kiya hai. to woh yahi hai.</w:t>
      </w:r>
      <w:r>
        <w:br/>
      </w:r>
      <w:r>
        <w:rPr>
          <w:sz w:val="20"/>
        </w:rPr>
        <w:t>46:23  yeh question wahan se aaya Maulana. jab hum eid ke baad jab distribution kar rahe the to wahan pe kuch log nikal rahe the to woh yeh keh rahe the: "dekhho, bana fazool ke diye ja rahe hain, koi maang to raha nahi hai, aise hi baante ja rahe hain." ek aadmi keh raha hai ke "aap aap be adabi kar rahe hain, kyun baant rahe hain?</w:t>
      </w:r>
      <w:r>
        <w:br/>
      </w:r>
      <w:r>
        <w:rPr>
          <w:sz w:val="20"/>
        </w:rPr>
        <w:t>46:39  is ki be adabi hogi." to aise logon ko kya baat hai? ya rasool Allah ko log bulate the ke "aap ko quran sunao." rasool Allah ko log pukarte the: "gaye Muhammad, aao hum ko quran sunao." woh khud jaate the.</w:t>
      </w:r>
      <w:r>
        <w:br/>
      </w:r>
      <w:r>
        <w:rPr>
          <w:sz w:val="20"/>
        </w:rPr>
        <w:t>46:56  yeh bilkul woh dhattayi ki jis ko kehte hain urdu mein na yeh dhattayi ki baatein hain. isi liye yeh question pooch raha hoon mujhe ke in ko un ke dimagh mein yeh kyun nahi hai ke daawa work ek important cheez hai ke jo yeh log kar rahe hain woh doosron ko bhi karna chahiye?</w:t>
      </w:r>
      <w:r>
        <w:br/>
      </w:r>
      <w:r>
        <w:rPr>
          <w:sz w:val="20"/>
        </w:rPr>
        <w:t>47:13  dekhein, jahan tak maine socha hai, musalmanon ne ek hadith gadh rakhi hai, ek hadith gadh rakhi hai.</w:t>
      </w:r>
      <w:r>
        <w:br/>
      </w:r>
      <w:r>
        <w:rPr>
          <w:sz w:val="20"/>
        </w:rPr>
        <w:t>47:22  woh hadith us ko kehte hain hadith hadith shafa'at. woh samajhte hain ke rasool Allah wahan khare ho jayenge jannat ke paas aur sab ko bulayenge: "mere moti, aao</w:t>
      </w:r>
      <w:r>
        <w:br/>
      </w:r>
      <w:r>
        <w:rPr>
          <w:sz w:val="20"/>
        </w:rPr>
        <w:t>47:38  aao aao!" aur sab ko dakhil kar denge. ji ji, yeh bilkul ghari hui hadith hai. toh jis ko bhi aap baat karenge aap na toh woh woh woh mante hain ke musalman toh is ki shafa'at ho chuki hai.</w:t>
      </w:r>
      <w:r>
        <w:br/>
      </w:r>
      <w:r>
        <w:rPr>
          <w:sz w:val="20"/>
        </w:rPr>
        <w:t>47:53  woh toh woh toh jannati bhi jayega. sab ke dil mein baitha hua hai. jis ko bhi aap pakad ke dekhiye.</w:t>
      </w:r>
      <w:r>
        <w:br/>
      </w:r>
      <w:r>
        <w:rPr>
          <w:sz w:val="20"/>
        </w:rPr>
        <w:t>48:07  maulana, jo</w:t>
      </w:r>
    </w:p>
    <w:p>
      <w:pPr>
        <w:pStyle w:val="Heading2"/>
      </w:pPr>
      <w:r>
        <w:t>Shift from Ideal System to Ideal Human</w:t>
      </w:r>
    </w:p>
    <w:p>
      <w:r>
        <w:rPr>
          <w:color w:val="666666"/>
          <w:sz w:val="18"/>
        </w:rPr>
        <w:t>Society &amp; Dawah · Message of The Quran March 29, 2015 · 2m 06s · at 44:23 · https://youtu.be/u57TpiO8A7Y?t=2663</w:t>
      </w:r>
    </w:p>
    <w:p>
      <w:r>
        <w:rPr>
          <w:i/>
        </w:rPr>
        <w:t>“People say that not talking about the system is to make Islam landless. Once you were also a preacher of the ideal system, but how did you realize that the ideal human...”</w:t>
      </w:r>
    </w:p>
    <w:p>
      <w:r>
        <w:rPr>
          <w:sz w:val="20"/>
        </w:rPr>
        <w:t>44:23  maulana yeh sawal aaya hai tamil nadu se maulana iqbal umri ka aur unhon ne likha hai</w:t>
      </w:r>
      <w:r>
        <w:br/>
      </w:r>
      <w:r>
        <w:rPr>
          <w:sz w:val="20"/>
        </w:rPr>
        <w:t>44:32  maulana log kehte hain ke system ki baat na karna islam ko be zameen karna hai</w:t>
      </w:r>
      <w:r>
        <w:br/>
      </w:r>
      <w:r>
        <w:rPr>
          <w:sz w:val="20"/>
        </w:rPr>
        <w:t>44:40  ek zamane mein aap bhi ideal system ke daai the lekin aap ne kaise jana ke ideal insan</w:t>
      </w:r>
      <w:r>
        <w:br/>
      </w:r>
      <w:r>
        <w:rPr>
          <w:sz w:val="20"/>
        </w:rPr>
        <w:t>44:47  banana hi quran ka maqsad hai maulana is mein jo mughalta hai us ko wazeh karein</w:t>
      </w:r>
      <w:r>
        <w:br/>
      </w:r>
      <w:r>
        <w:rPr>
          <w:sz w:val="20"/>
        </w:rPr>
        <w:t>44:55  dekhiye main kabhi bhi ideal system ka daai nahi tha aap meri kitab</w:t>
      </w:r>
      <w:r>
        <w:br/>
      </w:r>
      <w:r>
        <w:rPr>
          <w:sz w:val="20"/>
        </w:rPr>
        <w:t>45:03  sab chhapi hui parh sakte hain aur us zamane mein jab ke main yani yeh islam mission shuru</w:t>
      </w:r>
      <w:r>
        <w:br/>
      </w:r>
      <w:r>
        <w:rPr>
          <w:sz w:val="20"/>
        </w:rPr>
        <w:t>45:11  nahi kiya tha us zamane ke jo mere mazameen the us ko maine chhap diya hai is</w:t>
      </w:r>
      <w:r>
        <w:br/>
      </w:r>
      <w:r>
        <w:rPr>
          <w:sz w:val="20"/>
        </w:rPr>
        <w:t>45:16  ka naam hai quran ka matloob insan is mein aap parh lijiye jo baatein aaj main kehta hoon</w:t>
      </w:r>
      <w:r>
        <w:br/>
      </w:r>
      <w:r>
        <w:rPr>
          <w:sz w:val="20"/>
        </w:rPr>
        <w:t>45:22  wahi baat is mein bhi kehta tha</w:t>
      </w:r>
      <w:r>
        <w:br/>
      </w:r>
      <w:r>
        <w:rPr>
          <w:sz w:val="20"/>
        </w:rPr>
        <w:t>45:26  is mein tareekh likhi hui kab kab woh likha kab kab chhaapa to mere pichhle mazameen aap parhein</w:t>
      </w:r>
      <w:r>
        <w:br/>
      </w:r>
      <w:r>
        <w:rPr>
          <w:sz w:val="20"/>
        </w:rPr>
        <w:t>45:32  aur aaj ke mazameen parhein to dono mein koi farq nahi dikha dega aap ko doosri baat</w:t>
      </w:r>
      <w:r>
        <w:br/>
      </w:r>
      <w:r>
        <w:rPr>
          <w:sz w:val="20"/>
        </w:rPr>
        <w:t>45:40  yeh hai ke system</w:t>
      </w:r>
      <w:r>
        <w:br/>
      </w:r>
      <w:r>
        <w:rPr>
          <w:sz w:val="20"/>
        </w:rPr>
        <w:t>45:43  ko jo ahmiyat dete hain log to apne dimagh se dete hain</w:t>
      </w:r>
      <w:r>
        <w:br/>
      </w:r>
      <w:r>
        <w:rPr>
          <w:sz w:val="20"/>
        </w:rPr>
        <w:t>45:49  unhein quran se sabit karna padega</w:t>
      </w:r>
      <w:r>
        <w:br/>
      </w:r>
      <w:r>
        <w:rPr>
          <w:sz w:val="20"/>
        </w:rPr>
        <w:t>45:53  quran mein kahin ek koi ayat bataiye ke quran mein yeh kaha gaya ke aye mus</w:t>
      </w:r>
      <w:r>
        <w:br/>
      </w:r>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p>
    <w:p>
      <w:pPr>
        <w:pStyle w:val="Heading2"/>
      </w:pPr>
      <w:r>
        <w:t>Should India adopt Saudi-style moral laws?</w:t>
      </w:r>
    </w:p>
    <w:p>
      <w:r>
        <w:rPr>
          <w:color w:val="666666"/>
          <w:sz w:val="18"/>
        </w:rPr>
        <w:t>Society &amp; Dawah · The Road to Paradise December 30, 2012 Maulana Wahiduddin Khan · 2m 06s · at 1:25:56 · https://youtu.be/vUiaPsYF4Tk?t=5156</w:t>
      </w:r>
    </w:p>
    <w:p>
      <w:r>
        <w:rPr>
          <w:i/>
        </w:rPr>
        <w:t>“Some Muslims say that India should make a law like Saudi Arabia to control moral evils. What is your opinion on this?”</w:t>
      </w:r>
    </w:p>
    <w:p>
      <w:r>
        <w:rPr>
          <w:sz w:val="20"/>
        </w:rPr>
        <w:t>1:25:56  maulana, agla sawal dilli se hai, maulana farhad ahmad sahab ka.</w:t>
      </w:r>
      <w:r>
        <w:br/>
      </w:r>
      <w:r>
        <w:rPr>
          <w:sz w:val="20"/>
        </w:rPr>
        <w:t>1:26:00  unhone likha hai: "aaj kal kuch musalman ye kehte hain ke india mein saudi jaisa qanoon banana chahiye taake yahan ikhlaqi evil par control kiya ja sake." maulana, is ke bare mein aap...</w:t>
      </w:r>
      <w:r>
        <w:br/>
      </w:r>
      <w:r>
        <w:rPr>
          <w:sz w:val="20"/>
        </w:rPr>
        <w:t>1:26:14  ye bekar baatein hain. kiya qanoon aise banta hai kahin? parliament banati hai qanoon? ye aap ke kehne se qanoon ban jaye ga?</w:t>
      </w:r>
      <w:r>
        <w:br/>
      </w:r>
      <w:r>
        <w:rPr>
          <w:sz w:val="20"/>
        </w:rPr>
        <w:t>1:26:23  jo log kehte hain, wo bilkul... main samajhta hoon ke ye log... ilm hai, na aql hai. la banate hain, kaise la banta hai? pure samaj se election hota hai, elect hote hain log, parliament banate hain, phir parliament ke log qanoon banate hain.</w:t>
      </w:r>
      <w:r>
        <w:br/>
      </w:r>
      <w:r>
        <w:rPr>
          <w:sz w:val="20"/>
        </w:rPr>
        <w:t>1:26:38  aap ye keh dein ke wo aisa qanoon banayein ge, wo... ye bekar baatein hain. koi sar napaye is baat ko kahe.</w:t>
      </w:r>
      <w:r>
        <w:br/>
      </w:r>
      <w:r>
        <w:rPr>
          <w:sz w:val="20"/>
        </w:rPr>
        <w:t>1:26:47  aur saudi arab mein aap ko kiya pata hai ke saudi arab mein kiya hai, kiya nahi?</w:t>
      </w:r>
      <w:r>
        <w:br/>
      </w:r>
      <w:r>
        <w:rPr>
          <w:sz w:val="20"/>
        </w:rPr>
        <w:t>1:26:51  aap ja ke rahiye, ek mahine to phans lein aap ko. main saudi arab se india ko behtar samajhta hoon, yaad rakhiye. india mein jo hum ko azadi hai, azadi, wo saudi arab mein nahi hai.</w:t>
      </w:r>
      <w:r>
        <w:br/>
      </w:r>
      <w:r>
        <w:rPr>
          <w:sz w:val="20"/>
        </w:rPr>
        <w:t>1:27:02  yeh program hum karte hain, hum nahi kar sakte Saudi Arab mein. Saudi Arab mein nahi kar sakte yeh program hum. To mein to azadi ko sab se bari cheez samajhta hoon.</w:t>
      </w:r>
      <w:r>
        <w:br/>
      </w:r>
      <w:r>
        <w:rPr>
          <w:sz w:val="20"/>
        </w:rPr>
        <w:t>1:27:16  sab se bari cheez azadi hai.</w:t>
      </w:r>
      <w:r>
        <w:br/>
      </w:r>
      <w:r>
        <w:rPr>
          <w:sz w:val="20"/>
        </w:rPr>
        <w:t>1:27:19  azadi nahi to koi taraqqi nahi. Wahan par khane peene ka hai, bas khoob khao, khoob khoob kamao, khoob khao. Koi azad activity aap nahi kar sakte wahan par.</w:t>
      </w:r>
      <w:r>
        <w:br/>
      </w:r>
      <w:r>
        <w:rPr>
          <w:sz w:val="20"/>
        </w:rPr>
        <w:t>1:27:32  yeh sare log jo ulama jate hain, wahan par jate hain, woh paisa lane ke liye. Wahan, yahan, wahan, woh kuch nahi kar sakte. Woh mujhe paisa dena hai to woh wahan jate bhi nahi.</w:t>
      </w:r>
      <w:r>
        <w:br/>
      </w:r>
      <w:r>
        <w:rPr>
          <w:sz w:val="20"/>
        </w:rPr>
        <w:t>1:27:45  mujhe to mission chahiye, mission. Koi bhi bare se bara aalim Saudi Arab mein interpreted mission nahi chala sakta. Hum to bohat bhi nemmat samajhte hain India ko.</w:t>
      </w:r>
      <w:r>
        <w:br/>
      </w:r>
      <w:r>
        <w:rPr>
          <w:sz w:val="20"/>
        </w:rPr>
        <w:t>1:27:55  kaise? nadar log hain jo India ki value nahi jante.</w:t>
      </w:r>
    </w:p>
    <w:p>
      <w:pPr>
        <w:pStyle w:val="Heading2"/>
      </w:pPr>
      <w:r>
        <w:t>Should India prepare for war despite ceasefire?</w:t>
      </w:r>
    </w:p>
    <w:p>
      <w:r>
        <w:rPr>
          <w:color w:val="666666"/>
          <w:sz w:val="18"/>
        </w:rPr>
        <w:t>Society &amp; Dawah · The Expression of Faith (Izhar e Deen) September 1, 2013 · 1m 16s · at 1:07:12 · https://youtu.be/muBDJ8a_8-0?t=4032</w:t>
      </w:r>
    </w:p>
    <w:p>
      <w:r>
        <w:rPr>
          <w:i/>
        </w:rPr>
        <w:t>“Maulana, it is true that any creative work can happen in a peaceful environment, but my question is in the context of India: when Pakistan and China constantly infiltrate India's borders, even though India and Pakistan have a ceasefire agreement since 2003, in such a situation, should India not be prepared for any future war?”</w:t>
      </w:r>
    </w:p>
    <w:p>
      <w:r>
        <w:rPr>
          <w:sz w:val="20"/>
        </w:rPr>
        <w:t>1:07:12  maulana agla sawal mas radhiya ka hai, jamia millia se. unhon ne likha hai: "maulana sahib, yeh theek hai ke koi bhi takhleeqi kaam shanti mahol mein ho sakta hai, lekin mera sawal bharat ke paripeksh mein hai ke jab pakistan aur cheen aaye din bharat ki seema mein ghuspaith karte hain, jabki bharat aur pakistan ke beech varsh 2003 se sangharsh viram par sahamati hai,</w:t>
      </w:r>
      <w:r>
        <w:br/>
      </w:r>
      <w:r>
        <w:rPr>
          <w:sz w:val="20"/>
        </w:rPr>
        <w:t>1:07:42  aisi sthiti mein kya bharat ko kisi bhi aagami yuddh ke liye taiyar nahi rehna chahiye?" bhai, woh aap se kya talluq hai iska? iska talluq riyasat se hai, state se hai.</w:t>
      </w:r>
      <w:r>
        <w:br/>
      </w:r>
      <w:r>
        <w:rPr>
          <w:sz w:val="20"/>
        </w:rPr>
        <w:t>1:07:53  yeh aap ki zimmedari kya hai? aap to us ko aap se kaun poochta hai is mamle mein? kuch cheezein aisi hain jinka talluq state se hota hai.</w:t>
      </w:r>
      <w:r>
        <w:br/>
      </w:r>
      <w:r>
        <w:rPr>
          <w:sz w:val="20"/>
        </w:rPr>
        <w:t>1:08:02  woh state ko sochne dijiye, aap apna kaam kij</w:t>
      </w:r>
      <w:r>
        <w:br/>
      </w:r>
      <w:r>
        <w:rPr>
          <w:sz w:val="20"/>
        </w:rPr>
        <w:t>1:08:06  iye. main is ko bohat hi zyada absurd samajhta hoon ke jo kaam state ka hai, us ko hum le ke behas karein yahan par.</w:t>
      </w:r>
      <w:r>
        <w:br/>
      </w:r>
      <w:r>
        <w:rPr>
          <w:sz w:val="20"/>
        </w:rPr>
        <w:t>1:08:15  bilkul baseless baatein hain yeh. jo baat unhon ne farmai, woh state ka kaam hai. state ko sochne dijiye, aap apna kaam kijiye.</w:t>
      </w:r>
    </w:p>
    <w:p>
      <w:pPr>
        <w:pStyle w:val="Heading2"/>
      </w:pPr>
      <w:r>
        <w:t>Should Muslims accept Babri Masjid verdict or appeal?</w:t>
      </w:r>
    </w:p>
    <w:p>
      <w:r>
        <w:rPr>
          <w:color w:val="666666"/>
          <w:sz w:val="18"/>
        </w:rPr>
        <w:t>Society &amp; Dawah · Art of Crisis Management I 3 October, 2010 Maulana Wahiduddin Khan · 2m 10s · at 1:40:10 · https://youtu.be/mcJZ0YEOolk?t=6010</w:t>
      </w:r>
    </w:p>
    <w:p>
      <w:r>
        <w:rPr>
          <w:i/>
        </w:rPr>
        <w:t>“Maulana, regarding the Babri Masjid court verdict, the court said Muslims should also be given a share. This was better than before. Muslims accepted it and were ready for dawah ilallah, but that did not happen. Now they are talking about filing a case in the Supreme Court.”</w:t>
      </w:r>
    </w:p>
    <w:p>
      <w:r>
        <w:rPr>
          <w:sz w:val="20"/>
        </w:rPr>
        <w:t>1:40:10  maulana, yeh sawal kiya hai Maulana Abdul Basit Umri ne Doha Qatar se. unhone likha hai: "Maulana Babri, masjid se mutalliq adalat adalti faisle mein musalmanon ko bhi ek hissa dene ki baat kahi gayi hai.</w:t>
      </w:r>
      <w:r>
        <w:br/>
      </w:r>
      <w:r>
        <w:rPr>
          <w:sz w:val="20"/>
        </w:rPr>
        <w:t>1:40:26  yeh pehle se to behtar thi. musalman is ko accept karte, aur dawat al Allah ke liye poori tarah mustaed hote, magar aisa nahi hua.</w:t>
      </w:r>
      <w:r>
        <w:br/>
      </w:r>
      <w:r>
        <w:rPr>
          <w:sz w:val="20"/>
        </w:rPr>
        <w:t>1:40:38  ab supreme court mein muqadma dair karne ki baat kar rahe hain.</w:t>
      </w:r>
      <w:r>
        <w:br/>
      </w:r>
      <w:r>
        <w:rPr>
          <w:sz w:val="20"/>
        </w:rPr>
        <w:t>1:40:43  kya yeh soorat e haal wahi nahi hai jo Arab mein Falasteen ke mutalliq hua? 1947 mein jo baat kahi gayi, to usay musalmanon ne maana nahi.</w:t>
      </w:r>
      <w:r>
        <w:br/>
      </w:r>
      <w:r>
        <w:rPr>
          <w:sz w:val="20"/>
        </w:rPr>
        <w:t>1:40:55  ab musalman is se bhi haath dho dho bethe hain. is ke bare mein bataein. haan, sahi baat hai.</w:t>
      </w:r>
      <w:r>
        <w:br/>
      </w:r>
      <w:r>
        <w:rPr>
          <w:sz w:val="20"/>
        </w:rPr>
        <w:t>1:41:03  1948 mein Falasteen ko taqseem kiya gaya, us ko partition kiya gaya. roughly aadha diya gaya yahoodi logon ko, aadha deegar Arabon ko.</w:t>
      </w:r>
      <w:r>
        <w:br/>
      </w:r>
      <w:r>
        <w:rPr>
          <w:sz w:val="20"/>
        </w:rPr>
        <w:t>1:41:16  musalmanon ko maan lena chahiye tha is ko, maan lekin unhone kaam laga diya,</w:t>
      </w:r>
      <w:r>
        <w:br/>
      </w:r>
      <w:r>
        <w:rPr>
          <w:sz w:val="20"/>
        </w:rPr>
        <w:t>1:41:22  aur aaj tak kaam hi lag raha hai. aur jo tha, woh bhi kho kho diya Arabon ne. dekhiye, controversial maamlaat mein aap ko status quo ko maanna padta hai.</w:t>
      </w:r>
      <w:r>
        <w:br/>
      </w:r>
      <w:r>
        <w:rPr>
          <w:sz w:val="20"/>
        </w:rPr>
        <w:t>1:41:34  yaad rakhiye, controversial mamlaat mein agar status quo na maanein to kabhi bhi baat khatam nahi hoti,</w:t>
      </w:r>
      <w:r>
        <w:br/>
      </w:r>
      <w:r>
        <w:rPr>
          <w:sz w:val="20"/>
        </w:rPr>
        <w:t>1:41:42  kabhi baat khatam nahi hoti. 48 mein jo status quo tha Falasteen ka, us ko maanna chahiye tha. un ko Kashmir mein yahi jo 47 ke baad jo status quo tha, us ko maanna chahiye tha.</w:t>
      </w:r>
      <w:r>
        <w:br/>
      </w:r>
      <w:r>
        <w:rPr>
          <w:sz w:val="20"/>
        </w:rPr>
        <w:t>1:41:57  aisi yahan bhi jo status quo tha Babri Masjid mein, woh maan lena chahiye tha. is ko nahi maana to dekhiye, lad rahe hain, mar rahe hain, kat rahe hain, tabaah ho rahe hain, har har har jagah.</w:t>
      </w:r>
      <w:r>
        <w:br/>
      </w:r>
      <w:r>
        <w:rPr>
          <w:sz w:val="20"/>
        </w:rPr>
        <w:t>1:42:07  faida kuch bhi nahi.</w:t>
      </w:r>
      <w:r>
        <w:br/>
      </w:r>
      <w:r>
        <w:rPr>
          <w:sz w:val="20"/>
        </w:rPr>
        <w:t>1:42:12  you have to accept the status quo, this is only option for you.</w:t>
      </w:r>
    </w:p>
    <w:p>
      <w:pPr>
        <w:pStyle w:val="Heading2"/>
      </w:pPr>
      <w:r>
        <w:t>Should Muslims build for non-Muslims</w:t>
      </w:r>
    </w:p>
    <w:p>
      <w:r>
        <w:rPr>
          <w:color w:val="666666"/>
          <w:sz w:val="18"/>
        </w:rPr>
        <w:t>Society &amp; Dawah · The Purpose of Life | April 30, 2017 · 2m 10s · at 40:23 · https://youtu.be/ue3I3uQEYb8?t=2423</w:t>
      </w:r>
    </w:p>
    <w:p>
      <w:r>
        <w:rPr>
          <w:i/>
        </w:rPr>
        <w:t>“My question is: should Muslims not build for non-Muslims because non-Muslims are kafir?”</w:t>
      </w:r>
    </w:p>
    <w:p>
      <w:r>
        <w:rPr>
          <w:sz w:val="20"/>
        </w:rPr>
        <w:t>40:23  maulana agla sawal ali sahab ne bheja hai unhone location nahi likhi hai unhone bheja hai</w:t>
      </w:r>
      <w:r>
        <w:br/>
      </w:r>
      <w:r>
        <w:rPr>
          <w:sz w:val="20"/>
        </w:rPr>
        <w:t>40:28  سوال مولانا صاحب My question is that should Muslims do</w:t>
      </w:r>
      <w:r>
        <w:br/>
      </w:r>
      <w:r>
        <w:rPr>
          <w:sz w:val="20"/>
        </w:rPr>
        <w:t>40:33  we not allowed to non-Muslims because non-Muslims are kafir.</w:t>
      </w:r>
      <w:r>
        <w:br/>
      </w:r>
      <w:r>
        <w:rPr>
          <w:sz w:val="20"/>
        </w:rPr>
        <w:t>40:39  ya allah ya allah yeh bilkul galat soch hi galat hai kafir kyun woh insaan hai woh woh</w:t>
      </w:r>
      <w:r>
        <w:br/>
      </w:r>
      <w:r>
        <w:rPr>
          <w:sz w:val="20"/>
        </w:rPr>
        <w:t>40:45  insaan hai itni itni galat soch hai yeh itni galat soch hai ke is ka islam se koi</w:t>
      </w:r>
      <w:r>
        <w:br/>
      </w:r>
      <w:r>
        <w:rPr>
          <w:sz w:val="20"/>
        </w:rPr>
        <w:t>40:51  taalluq nahi hai har paida hone wala insaan insaan hai bas.</w:t>
      </w:r>
      <w:r>
        <w:br/>
      </w:r>
      <w:r>
        <w:rPr>
          <w:sz w:val="20"/>
        </w:rPr>
        <w:t>40:58  bilkul galat soch hai woh is ka</w:t>
      </w:r>
      <w:r>
        <w:br/>
      </w:r>
      <w:r>
        <w:rPr>
          <w:sz w:val="20"/>
        </w:rPr>
        <w:t>41:04  islam se koi talluq nahi.</w:t>
      </w:r>
      <w:r>
        <w:br/>
      </w:r>
      <w:r>
        <w:rPr>
          <w:sz w:val="20"/>
        </w:rPr>
        <w:t>41:11  ji maulana jo blood donation ko le ke sawal hai to kya blood donation dena chahiye kya woh jaiz hai.</w:t>
      </w:r>
      <w:r>
        <w:br/>
      </w:r>
      <w:r>
        <w:rPr>
          <w:sz w:val="20"/>
        </w:rPr>
        <w:t>41:19  bilkul jaiz hai is mein jaiz najais ka sawal hi nahi is tarah ki cheezon mein jaiz najais nahi hota.</w:t>
      </w:r>
      <w:r>
        <w:br/>
      </w:r>
      <w:r>
        <w:rPr>
          <w:sz w:val="20"/>
        </w:rPr>
        <w:t>41:26  ji yeh toh fiqah ka masla hai yeh baqaydah is mein</w:t>
      </w:r>
      <w:r>
        <w:br/>
      </w:r>
      <w:r>
        <w:rPr>
          <w:sz w:val="20"/>
        </w:rPr>
        <w:t>41:34  jaiz najais ka koi masla hi nahi hai yeh agar medical test mein aap ka blood woh hai jo doosre ko de sakein aap to dijiye bas koi jaiz najais ka sawal nahi hai yeh medical test ki baat hai yeh. ji okay so we we will end today session we will be back next sunday same time thank you.</w:t>
      </w:r>
    </w:p>
    <w:p>
      <w:pPr>
        <w:pStyle w:val="Heading2"/>
      </w:pPr>
      <w:r>
        <w:t>Should Muslims do social and economic work</w:t>
      </w:r>
    </w:p>
    <w:p>
      <w:r>
        <w:rPr>
          <w:color w:val="666666"/>
          <w:sz w:val="18"/>
        </w:rPr>
        <w:t>Society &amp; Dawah · Purpose of Creation September 28, 2014 · 1m 45s · at 58:31 · https://youtu.be/7M-rzLZzCYw?t=3511</w:t>
      </w:r>
    </w:p>
    <w:p>
      <w:r>
        <w:rPr>
          <w:i/>
        </w:rPr>
        <w:t>“I agree that Muslims should shun terrorism, hatred, live as brothers, and do dawa work. Should Muslims also do social, educational, and economic work for others?”</w:t>
      </w:r>
    </w:p>
    <w:p>
      <w:r>
        <w:rPr>
          <w:sz w:val="20"/>
        </w:rPr>
        <w:t>58:31  toh aap is ko club bhi keh sakte hain lekin mera jo mere jo alfaaz hote hain woh yeh hote hain ke ke peace yeh islam mein peace for the sake of justice nahi hai hai balkeh peace for the sake of opportunity hai opportunity ko avail kar ke aap pake se hasil kar sakte hain molana agla sawal dilli se hai</w:t>
      </w:r>
      <w:r>
        <w:br/>
      </w:r>
      <w:r>
        <w:rPr>
          <w:sz w:val="20"/>
        </w:rPr>
        <w:t>58:56  shahab haider sahib ne kiya hai aur inhon ne likha hai ah yes molana i agree with you that the muslims should shun the path of terrorism hatred and live like brothers and not take them like enemies and that they should do dawa work</w:t>
      </w:r>
      <w:r>
        <w:br/>
      </w:r>
      <w:r>
        <w:rPr>
          <w:sz w:val="20"/>
        </w:rPr>
        <w:t>59:19  my question is should muslims do social educational and economic work for others please comment dekhiye woh ek alag cheez hai aap karna chahein toh kijiye dawah se koi taalluq nahi hai social work jo hai ek alag cheez hai kisi ko shauq hai toh kare woh lekin is se yeh samajhna hai ke is se dawah hogi yeh bohat galat hai</w:t>
      </w:r>
      <w:r>
        <w:br/>
      </w:r>
      <w:r>
        <w:rPr>
          <w:sz w:val="20"/>
        </w:rPr>
        <w:t>59:48  social work se dawah work ho jaye yeh mumkin nahi woh alag cheez hai woh alag cheez hai kisi ko shauq ho toh kar sakta hai lekin yeh umeed karna hai ke social work se dawah phailayegi yeh main is nazariye ko nahi manta kabhi tareekh mein aisi koi misaal nahi hai ke social work kiya aur dawah ka faida hasil ho gaya is se aisi koi misaal mujhe nahi maloom sa</w:t>
      </w:r>
    </w:p>
    <w:p>
      <w:pPr>
        <w:pStyle w:val="Heading2"/>
      </w:pPr>
      <w:r>
        <w:t>Should Muslims establish governments?</w:t>
      </w:r>
    </w:p>
    <w:p>
      <w:r>
        <w:rPr>
          <w:color w:val="666666"/>
          <w:sz w:val="18"/>
        </w:rPr>
        <w:t>Society &amp; Dawah · Problem of Dajjal 29 sept, 2019 - Maulana Wahiduddin Khan · 1m 21s · at 58:32 · https://youtu.be/PL-Kv-sE68w?t=3512</w:t>
      </w:r>
    </w:p>
    <w:p>
      <w:r>
        <w:rPr>
          <w:i/>
        </w:rPr>
        <w:t>“What was wrong with the Islamic governments that existed? Should Muslims not establish governments? Does Islam not permit establishing governments? Please clarify this.”</w:t>
      </w:r>
    </w:p>
    <w:p>
      <w:r>
        <w:rPr>
          <w:sz w:val="20"/>
        </w:rPr>
        <w:t>58:32  ah abdulrehman sahib ne dilli se bheja hai ah sawal. unhon ne likha hai: "jo islami hukoomatein huin toh kya ghalat thi?</w:t>
      </w:r>
      <w:r>
        <w:br/>
      </w:r>
      <w:r>
        <w:rPr>
          <w:sz w:val="20"/>
        </w:rPr>
        <w:t>58:43  kya musalmanon ko hukoomatein qaim nahi karna chahiye tha? kya islam hukoomatein qaim karne ki ijazat nahi deta?</w:t>
      </w:r>
      <w:r>
        <w:br/>
      </w:r>
      <w:r>
        <w:rPr>
          <w:sz w:val="20"/>
        </w:rPr>
        <w:t>58:51  is ko wazeh karein." arey bhai, yeh toh aap apne mind se bol rahe hain. apne mind se bol rahe hain. mein toh yeh keh raha hoon ke jab aap quran o hadees ke hawale se bolte hain toh aap ko quran o hadees ka reference pesh karna padega.</w:t>
      </w:r>
      <w:r>
        <w:br/>
      </w:r>
      <w:r>
        <w:rPr>
          <w:sz w:val="20"/>
        </w:rPr>
        <w:t>59:05  yaani aisi ayat jis mein likha ho ke "nafs shariatul islam, hukum daulatul islam" yeh kahan aaye? ji, aap agar namaz ki baat karein tab bhi aap ko reference dena padega.</w:t>
      </w:r>
      <w:r>
        <w:br/>
      </w:r>
      <w:r>
        <w:rPr>
          <w:sz w:val="20"/>
        </w:rPr>
        <w:t>59:20  hukoomat ki baat karein tab bhi reference dena padega, warna yeh tafseer bilray hai. mein toh seedhi seedhi baat karta hoon ke aap sirf quran o hadees ka reference dijiye, kahan likha hua hai yeh hukoomat qaim karo, mukammal islam naafiz karo, kahan hai?</w:t>
      </w:r>
      <w:r>
        <w:br/>
      </w:r>
      <w:r>
        <w:rPr>
          <w:sz w:val="20"/>
        </w:rPr>
        <w:t>59:38  kis ayat mein, kis hadees mein? aap apne apne apne apne mind se nahi bolte hain aur mein quran ke hawale mangta hoon aap se.</w:t>
      </w:r>
    </w:p>
    <w:p>
      <w:pPr>
        <w:pStyle w:val="Heading2"/>
      </w:pPr>
      <w:r>
        <w:t>Should Muslims wage combined jihad against West?</w:t>
      </w:r>
    </w:p>
    <w:p>
      <w:r>
        <w:rPr>
          <w:color w:val="666666"/>
          <w:sz w:val="18"/>
        </w:rPr>
        <w:t>Society &amp; Dawah · Pillars of Western Thought October 6, 2013 · 4m 03s · at 52:33 · https://youtu.be/o4WfPvju5_M?t=3153</w:t>
      </w:r>
    </w:p>
    <w:p>
      <w:r>
        <w:rPr>
          <w:i/>
        </w:rPr>
        <w:t>“Today you spoke about the Western world, but it is the Western world which is exploiting the Muslim world and is the real enemy of Islam. What do you have to say about it? Should the Muslim world not unite together and wage a combined jihad against the West?”</w:t>
      </w:r>
    </w:p>
    <w:p>
      <w:r>
        <w:rPr>
          <w:sz w:val="20"/>
        </w:rPr>
        <w:t>52:33  Maulana, yeh sawal Hyderabad se aaya hai Sarfaraz sahib ka. unhon ne likha hai: "Maulana, today you spoke about the western world, but it is the western world which is exploiting the Muslim world and is the real enemy of Islam.</w:t>
      </w:r>
      <w:r>
        <w:br/>
      </w:r>
      <w:r>
        <w:rPr>
          <w:sz w:val="20"/>
        </w:rPr>
        <w:t>52:51  What do you have to say about it? Should the Muslim world not unite together and wage a combined jihad against the w</w:t>
      </w:r>
      <w:r>
        <w:br/>
      </w:r>
      <w:r>
        <w:rPr>
          <w:sz w:val="20"/>
        </w:rPr>
        <w:t>53:00  est?" bhai, is soch ko to main hundred percent galat samajhta hoon ke koi enemy hamara hai. yeh qaumi soch hai. qaumi soch musalmanon mein koi ek shakhs bhi nahi nahi maloom mujhe jis ne is soch ko banane se pehle Quran ko padha ho.</w:t>
      </w:r>
      <w:r>
        <w:br/>
      </w:r>
      <w:r>
        <w:rPr>
          <w:sz w:val="20"/>
        </w:rPr>
        <w:t>53:19  misal ke taur par, aap agar Quran ko padhen shuru se aakhir tak yeh samajhne ke liye to kya hoga</w:t>
      </w:r>
      <w:r>
        <w:br/>
      </w:r>
      <w:r>
        <w:rPr>
          <w:sz w:val="20"/>
        </w:rPr>
        <w:t>53:27  ? jagah jagah aap ko milega aap ke khilaf ayatein, misal ke taur par: "antum al-a'aloon in kuntum momineen" yani iman wali sifat tumhara darja hongi to tumhein koi kamyabi hogi.</w:t>
      </w:r>
      <w:r>
        <w:br/>
      </w:r>
      <w:r>
        <w:rPr>
          <w:sz w:val="20"/>
        </w:rPr>
        <w:t>53:42  to musalman to do sau saal se lad rahe hain, aisa nahi ke ladai abhi shuru hi nahi hui. ladai to do sau saal jari hai, to kamyab kyun nahi hui? is ke mani ke hamara tareeqa-e-kaam par iman nahi tha ya qaumi tha.</w:t>
      </w:r>
      <w:r>
        <w:br/>
      </w:r>
      <w:r>
        <w:rPr>
          <w:sz w:val="20"/>
        </w:rPr>
        <w:t>53:58  aise hi Quran mein aap padhenge, aap dekhiye ke: "Innallaha la yughayyiru ma bi qawmin hatta yughayyiru ma bi anfusihim" is ke mani ke islah ka aaghaz apne aap se hota hai.</w:t>
      </w:r>
      <w:r>
        <w:br/>
      </w:r>
      <w:r>
        <w:rPr>
          <w:sz w:val="20"/>
        </w:rPr>
        <w:t>54:12  to kabhi musalmanon ne bataiye, kabhi is par koi un ka jalsa hua yeh sochne ke liye ke bhai duniya mein hum ko jo problem hai, to hamari apni zaati, hamare andar kya kamiyan hain?</w:t>
      </w:r>
      <w:r>
        <w:br/>
      </w:r>
      <w:r>
        <w:rPr>
          <w:sz w:val="20"/>
        </w:rPr>
        <w:t>54:23  kabhi koi jalsa mujhe bataiye sirf doosron ko bura bhala karne ke liye jalsay hote hain.</w:t>
      </w:r>
      <w:r>
        <w:br/>
      </w:r>
      <w:r>
        <w:rPr>
          <w:sz w:val="20"/>
        </w:rPr>
        <w:t>54:29  to sara masla yeh hai ke musalmanon ne is zamane mein qomi nuqta nazar ikhtiyar kar rakha hai. naam lete hain Islam ka, naam lete hain Islam ka.</w:t>
      </w:r>
      <w:r>
        <w:br/>
      </w:r>
      <w:r>
        <w:rPr>
          <w:sz w:val="20"/>
        </w:rPr>
        <w:t>54:42  sab se pehla kaam yeh hai ke aap ek baar itikaf mein baithein aur Quran ko sirf is liye padhein ke Quran moajaz halaat ke liye kya hum ko hal de, hal batata hai.</w:t>
      </w:r>
      <w:r>
        <w:br/>
      </w:r>
      <w:r>
        <w:rPr>
          <w:sz w:val="20"/>
        </w:rPr>
        <w:t>54:58  misalan, ek abhi ayat maine ek padhi ke: "la tastawee al hasratain</w:t>
      </w:r>
      <w:r>
        <w:br/>
      </w:r>
      <w:r>
        <w:rPr>
          <w:sz w:val="20"/>
        </w:rPr>
        <w:t>55:11  ke agar tum ko koi dushman nazar aaye, tab bhi us se dosti ka amal karo to us ki dushmani khatm ho jayegi." to musalmanon ne mujhe bataiye, kabhi bhi ek baar bhi Quran ke formulay ko apnaya hai?</w:t>
      </w:r>
      <w:r>
        <w:br/>
      </w:r>
      <w:r>
        <w:rPr>
          <w:sz w:val="20"/>
        </w:rPr>
        <w:t>55:27  wo to qomi zid, qomi dushmani isi mein phanse hue hain. to is mein jab aap qomi ladai ladenge to Allah ka saath nahi milega aap ko.</w:t>
      </w:r>
      <w:r>
        <w:br/>
      </w:r>
      <w:r>
        <w:rPr>
          <w:sz w:val="20"/>
        </w:rPr>
        <w:t>55:38  jab aap qomi ladai ladenge to Allah ka saath aap ko nahi milega. to is mein to haar yaqeeni hai.</w:t>
      </w:r>
      <w:r>
        <w:br/>
      </w:r>
      <w:r>
        <w:rPr>
          <w:sz w:val="20"/>
        </w:rPr>
        <w:t>55:47  doosri baat ek yeh hai jin ko musalmanon ne dushman declare kar rakha hai, wo aap ke madhu hain. madhu wo dushman hai hi nahi.</w:t>
      </w:r>
      <w:r>
        <w:br/>
      </w:r>
      <w:r>
        <w:rPr>
          <w:sz w:val="20"/>
        </w:rPr>
        <w:t>55:58  sara west aap ka madhu hai. yani aap par pehla farz hai ke hum ko dawat dein.</w:t>
      </w:r>
      <w:r>
        <w:br/>
      </w:r>
      <w:r>
        <w:rPr>
          <w:sz w:val="20"/>
        </w:rPr>
        <w:t>56:07  Quran ke mutabiq yeh hukum milta hai. to musalmanon ne sara mamla bana rakha hai qomi aur hawala dete hain Islam ka.</w:t>
      </w:r>
      <w:r>
        <w:br/>
      </w:r>
      <w:r>
        <w:rPr>
          <w:sz w:val="20"/>
        </w:rPr>
        <w:t>56:17  yeh to bohat zyada jisarat ki baat hai. is ki to pakad ho gayi Allah taala ka musalmanon ki ke tum ne qomi ladai chhod rakhi thi aur is ko naam de de rahe the Islam ka.</w:t>
      </w:r>
    </w:p>
    <w:p>
      <w:pPr>
        <w:pStyle w:val="Heading2"/>
      </w:pPr>
      <w:r>
        <w:t>Should Religion Be Kept Out of Politics</w:t>
      </w:r>
    </w:p>
    <w:p>
      <w:r>
        <w:rPr>
          <w:color w:val="666666"/>
          <w:sz w:val="18"/>
        </w:rPr>
        <w:t>Society &amp; Dawah · Living in a New Age | March 26, 2017 · 54s · at 58:07 · https://youtu.be/iST0AxQscKo?t=3487</w:t>
      </w:r>
    </w:p>
    <w:p>
      <w:r>
        <w:rPr>
          <w:i/>
        </w:rPr>
        <w:t>“Do you think religion should be kept out of politics? What is your advice on this?”</w:t>
      </w:r>
    </w:p>
    <w:p>
      <w:r>
        <w:rPr>
          <w:sz w:val="20"/>
        </w:rPr>
        <w:t>58:07  maulana agla sawal dilli se bheja hai muhammad behzad fatmi sahib ne۔</w:t>
      </w:r>
      <w:r>
        <w:br/>
      </w:r>
      <w:r>
        <w:rPr>
          <w:sz w:val="20"/>
        </w:rPr>
        <w:t>58:13  unhon ne likha hai do you think religion should be kept out of politics? What is your</w:t>
      </w:r>
      <w:r>
        <w:br/>
      </w:r>
      <w:r>
        <w:rPr>
          <w:sz w:val="20"/>
        </w:rPr>
        <w:t>58:19  advice on this? bas sahi hai۔</w:t>
      </w:r>
      <w:r>
        <w:br/>
      </w:r>
      <w:r>
        <w:rPr>
          <w:sz w:val="20"/>
        </w:rPr>
        <w:t>58:25  Kept kiya zaroorat hai? Religion ke mutalliq politics hai hi nahin۔</w:t>
      </w:r>
      <w:r>
        <w:br/>
      </w:r>
      <w:r>
        <w:rPr>
          <w:sz w:val="20"/>
        </w:rPr>
        <w:t>58:30  Spiritual subject hai religion۔</w:t>
      </w:r>
      <w:r>
        <w:br/>
      </w:r>
      <w:r>
        <w:rPr>
          <w:sz w:val="20"/>
        </w:rPr>
        <w:t>58:35  saare quran mein ab dekhiye aap kahan hai yeh baat۔</w:t>
      </w:r>
      <w:r>
        <w:br/>
      </w:r>
      <w:r>
        <w:rPr>
          <w:sz w:val="20"/>
        </w:rPr>
        <w:t>58:40  Political baat jo aaj kal jo jamaatein hain jamaat islami hai woh ahle khwab musalman hain jo baatein</w:t>
      </w:r>
      <w:r>
        <w:br/>
      </w:r>
      <w:r>
        <w:rPr>
          <w:sz w:val="20"/>
        </w:rPr>
        <w:t>58:45  kehte hain woh unki apni dawah ki baatein hoti hain quran hadith to hai nahin woh</w:t>
      </w:r>
      <w:r>
        <w:br/>
      </w:r>
      <w:r>
        <w:rPr>
          <w:sz w:val="20"/>
        </w:rPr>
        <w:t>58:50  ۔</w:t>
      </w:r>
      <w:r>
        <w:br/>
      </w:r>
      <w:r>
        <w:rPr>
          <w:sz w:val="20"/>
        </w:rPr>
        <w:t>58:56  Religion to aik yani spiritual science ka naam hai. Spiritual science.</w:t>
      </w:r>
    </w:p>
    <w:p>
      <w:pPr>
        <w:pStyle w:val="Heading2"/>
      </w:pPr>
      <w:r>
        <w:t>Should Religion Be More Liberal?</w:t>
      </w:r>
    </w:p>
    <w:p>
      <w:r>
        <w:rPr>
          <w:color w:val="666666"/>
          <w:sz w:val="18"/>
        </w:rPr>
        <w:t>Society &amp; Dawah · Quran for All Mankind June 3, 2012 · 1m 25s · at 1:09:09 · https://youtu.be/Gp-53Zjugcg?t=4149</w:t>
      </w:r>
    </w:p>
    <w:p>
      <w:r>
        <w:rPr>
          <w:i/>
        </w:rPr>
        <w:t>“Should religion limit itself to traditional style and become more liberal? What is your comment on this?”</w:t>
      </w:r>
    </w:p>
    <w:p>
      <w:r>
        <w:rPr>
          <w:sz w:val="20"/>
        </w:rPr>
        <w:t>1:09:09  maulana, agla sawal mister zafar sahib ka hai, mumbai se. unhon ne aap se poocha hai ke "should religion limit itself to traditional style or become more liberal?" what is your comment on this?</w:t>
      </w:r>
      <w:r>
        <w:br/>
      </w:r>
      <w:r>
        <w:rPr>
          <w:sz w:val="20"/>
        </w:rPr>
        <w:t>1:09:25  kya kya? "</w:t>
      </w:r>
      <w:r>
        <w:br/>
      </w:r>
      <w:r>
        <w:rPr>
          <w:sz w:val="20"/>
        </w:rPr>
        <w:t>1:09:26  should religion limit itself to traditional style or become more liberal?" na liberal, na dono lafz galat hain.</w:t>
      </w:r>
      <w:r>
        <w:br/>
      </w:r>
      <w:r>
        <w:rPr>
          <w:sz w:val="20"/>
        </w:rPr>
        <w:t>1:09:38  traditional wala bhi ek be matlab lafz hai, woh liberal bhi abhi bhi be matlab hai. pehli baat yeh hai ke aap daryaft karen ke mazhab kya hai.</w:t>
      </w:r>
      <w:r>
        <w:br/>
      </w:r>
      <w:r>
        <w:rPr>
          <w:sz w:val="20"/>
        </w:rPr>
        <w:t>1:09:52  meri daryaft yeh hai ke mazhab ka authentic jo book hai, woh quran hai. yeh meri daryaft hai. to agar aap yahan tak pohnche to aap quran mein kya likha hai, is ko dekhiye.</w:t>
      </w:r>
      <w:r>
        <w:br/>
      </w:r>
      <w:r>
        <w:rPr>
          <w:sz w:val="20"/>
        </w:rPr>
        <w:t>1:10:02  inhain liberal ko dekhna hai, na traditional ko dekhna hai. Quran mein kya likha hai, is ko janna hai. meri jo daryaft hai, kyunke maine bohat si kitabein parhin, aakhir mein yahan tak pohncha ke Quran hi wahid kitab hai jo ath</w:t>
      </w:r>
      <w:r>
        <w:br/>
      </w:r>
      <w:r>
        <w:rPr>
          <w:sz w:val="20"/>
        </w:rPr>
        <w:t>1:10:16  entic hai. jo authentic hai, to isi par bharosa kar sakte hain. to is mein kya likha hai, is ko janne ki koshish kijiye. yeh sab to a a a relative baatein hain ke liberal ho ke kya kya hai, woh ji is ka koi, is se to koi talluq nahin.</w:t>
      </w:r>
    </w:p>
    <w:p>
      <w:pPr>
        <w:pStyle w:val="Heading2"/>
      </w:pPr>
      <w:r>
        <w:t>Should a da'ee remove or modernise his beard?</w:t>
      </w:r>
    </w:p>
    <w:p>
      <w:r>
        <w:rPr>
          <w:color w:val="666666"/>
          <w:sz w:val="18"/>
        </w:rPr>
        <w:t>Society &amp; Dawah · Islam &amp; Prophet of Islam 21 Oct, 2012 - Maulana Wahiduddin Khan · 1m 45s · at 1:07:26 · https://youtu.be/2hwtfOyNeS0?t=4046</w:t>
      </w:r>
    </w:p>
    <w:p>
      <w:r>
        <w:rPr>
          <w:i/>
        </w:rPr>
        <w:t>“In today's era, the beard has become a symbol of extremism. So should a da'ee remove his beard or make it a modern beard? Please explain.”</w:t>
      </w:r>
    </w:p>
    <w:p>
      <w:r>
        <w:rPr>
          <w:sz w:val="20"/>
        </w:rPr>
        <w:t>1:07:26  maulana, agla sawal karachi pakistan se aya hai ms abdul latif ka. unhon ne likha hai: "aaj ke daur mein darhi katar pan ki ek alamat ban chuki hai.</w:t>
      </w:r>
      <w:r>
        <w:br/>
      </w:r>
      <w:r>
        <w:rPr>
          <w:sz w:val="20"/>
        </w:rPr>
        <w:t>1:07:38  to kya ek daai apni darhi khatm kar de ya use modern darhi bana de? is ke bare mein aap bataein." mein darhi rakhta hoon, dekhiye, mein kabhi kaat'ta hi nahin.</w:t>
      </w:r>
      <w:r>
        <w:br/>
      </w:r>
      <w:r>
        <w:rPr>
          <w:sz w:val="20"/>
        </w:rPr>
        <w:t>1:07:51  yani pachas baras ho gaye honge be darhi, kachi nahin lagai maine. to mujhe to koi katar nahin sochta. katar pan aap ka rawaiyya, aap ke apne rawaiyye se katar pan bante hain.</w:t>
      </w:r>
      <w:r>
        <w:br/>
      </w:r>
      <w:r>
        <w:rPr>
          <w:sz w:val="20"/>
        </w:rPr>
        <w:t>1:08:03  aap ki boli se katar pan bante hain. darhi se nahin. yeh galat khayal hai ke darhi hai to katar pan ho gaya. yeh jo log hain jo katar pan ki boli bolte hain, matlab nafrat ki boli, we and they ka concept le kar chalte hain ke doosre log ghair hain, hum aur yeh hamare apne hain.</w:t>
      </w:r>
      <w:r>
        <w:br/>
      </w:r>
      <w:r>
        <w:rPr>
          <w:sz w:val="20"/>
        </w:rPr>
        <w:t>1:08:22  to yeh sab cheezein jo log chalte hain, is se katar pan aata hai. is se hate paida hoti hai. darhi se nahin. mein isi darhi ke sath dunya bhar mein jata hoon aur mujhe koi katar nahin sochta.</w:t>
      </w:r>
      <w:r>
        <w:br/>
      </w:r>
      <w:r>
        <w:rPr>
          <w:sz w:val="20"/>
        </w:rPr>
        <w:t>1:08:35  kyunki boli boli jo hai, us mein mohabbat hoti hai, khair khwahi hoti hai. asal cheez hai aap ke dil mein, aap insanon ke liye wishful thinking, sari insanon ke liye khair khwah baniye.</w:t>
      </w:r>
      <w:r>
        <w:br/>
      </w:r>
      <w:r>
        <w:rPr>
          <w:sz w:val="20"/>
        </w:rPr>
        <w:t>1:08:50  sari dunya ke liye, yani aap ke dil mein pyar ho. to phir aap ki boli mein pyar hoga. aap ke har cheez mein pyar ka andaaz jhalake ga.</w:t>
      </w:r>
      <w:r>
        <w:br/>
      </w:r>
      <w:r>
        <w:rPr>
          <w:sz w:val="20"/>
        </w:rPr>
        <w:t>1:09:01  to koi katar nahin samjhe ga aap ko. chahe darhi ho ya darhi na ho. yeh bilkul ek galat tasawwur hai.</w:t>
      </w:r>
    </w:p>
    <w:p>
      <w:pPr>
        <w:pStyle w:val="Heading2"/>
      </w:pPr>
      <w:r>
        <w:t>Should a da'ee remove or modernize his beard?</w:t>
      </w:r>
    </w:p>
    <w:p>
      <w:r>
        <w:rPr>
          <w:color w:val="666666"/>
          <w:sz w:val="18"/>
        </w:rPr>
        <w:t>Society &amp; Dawah · Islam and Prophet of Islam 21st October 2012 · 1m 58s · at 1:10:09 · https://youtu.be/pg1Malshh6Y?t=4209</w:t>
      </w:r>
    </w:p>
    <w:p>
      <w:r>
        <w:rPr>
          <w:i/>
        </w:rPr>
        <w:t>“In today's era, the beard has become a symbol of extremism. So should a da'ee (caller to Islam) remove his beard or make it a modern beard?”</w:t>
      </w:r>
    </w:p>
    <w:p>
      <w:r>
        <w:rPr>
          <w:sz w:val="20"/>
        </w:rPr>
        <w:t>1:10:09  maulana, agla sawal karachi pakistan se aya hai miss abdul lateef ka.</w:t>
      </w:r>
      <w:r>
        <w:br/>
      </w:r>
      <w:r>
        <w:rPr>
          <w:sz w:val="20"/>
        </w:rPr>
        <w:t>1:10:14  unhon ne likha hai: "aaj ke daur mein darhi cutter pan ki aik alamat ban chuki hai.</w:t>
      </w:r>
      <w:r>
        <w:br/>
      </w:r>
      <w:r>
        <w:rPr>
          <w:sz w:val="20"/>
        </w:rPr>
        <w:t>1:10:21  to kya aik daai apni darhi khatam kar de ya usay modern darhi bana de?" is ke bare</w:t>
      </w:r>
      <w:r>
        <w:br/>
      </w:r>
      <w:r>
        <w:rPr>
          <w:sz w:val="20"/>
        </w:rPr>
        <w:t>1:10:29  mein aap batayen.</w:t>
      </w:r>
      <w:r>
        <w:br/>
      </w:r>
      <w:r>
        <w:rPr>
          <w:sz w:val="20"/>
        </w:rPr>
        <w:t>1:10:30  mein darhi rakhta hoon, dekhiye, mein kabhi kaat ta hi nahin.</w:t>
      </w:r>
      <w:r>
        <w:br/>
      </w:r>
      <w:r>
        <w:rPr>
          <w:sz w:val="20"/>
        </w:rPr>
        <w:t>1:10:34  yani pachas baras ho gaye hon ge be darhi, kachi nahin lagaya maine.</w:t>
      </w:r>
      <w:r>
        <w:br/>
      </w:r>
      <w:r>
        <w:rPr>
          <w:sz w:val="20"/>
        </w:rPr>
        <w:t>1:10:40  to mujhe to koi cutter nahin sochta.</w:t>
      </w:r>
      <w:r>
        <w:br/>
      </w:r>
      <w:r>
        <w:rPr>
          <w:sz w:val="20"/>
        </w:rPr>
        <w:t>1:10:43  cutter pan aap ke rawaiye, aap ke apne rawaiye se cutter pan bante hain, aap ki boli se</w:t>
      </w:r>
      <w:r>
        <w:br/>
      </w:r>
      <w:r>
        <w:rPr>
          <w:sz w:val="20"/>
        </w:rPr>
        <w:t>1:10:51  cutter pan bante hain, darhi se nahin.</w:t>
      </w:r>
      <w:r>
        <w:br/>
      </w:r>
      <w:r>
        <w:rPr>
          <w:sz w:val="20"/>
        </w:rPr>
        <w:t>1:10:54  yeh galat khayal hai ke darhi hai to cutter pan ho gaya.</w:t>
      </w:r>
      <w:r>
        <w:br/>
      </w:r>
      <w:r>
        <w:rPr>
          <w:sz w:val="20"/>
        </w:rPr>
        <w:t>1:10:59  yeh jo log hain jo cutter pan ki boli bolte hain, matlab nafrat ki boli, we and they</w:t>
      </w:r>
      <w:r>
        <w:br/>
      </w:r>
      <w:r>
        <w:rPr>
          <w:sz w:val="20"/>
        </w:rPr>
        <w:t>1:11:07  ka concept le ke chalte hain ke doosre log ghair hain, hum aur yeh hamare apne hain.</w:t>
      </w:r>
      <w:r>
        <w:br/>
      </w:r>
      <w:r>
        <w:rPr>
          <w:sz w:val="20"/>
        </w:rPr>
        <w:t>1:11:14  to yeh sab cheezen jo log chalte hain, is se cutter pan aata hai, is se hate paida</w:t>
      </w:r>
      <w:r>
        <w:br/>
      </w:r>
      <w:r>
        <w:rPr>
          <w:sz w:val="20"/>
        </w:rPr>
        <w:t>1:11:22  hoti hai.</w:t>
      </w:r>
      <w:r>
        <w:br/>
      </w:r>
      <w:r>
        <w:rPr>
          <w:sz w:val="20"/>
        </w:rPr>
        <w:t>1:11:24  darhi se nahin.</w:t>
      </w:r>
      <w:r>
        <w:br/>
      </w:r>
      <w:r>
        <w:rPr>
          <w:sz w:val="20"/>
        </w:rPr>
        <w:t>1:11:25  mein isi darhi ke sath dunya bhar mein jata hoon aur mujhe koi cutter nahin sochta kyunke wohi</w:t>
      </w:r>
      <w:r>
        <w:br/>
      </w:r>
      <w:r>
        <w:rPr>
          <w:sz w:val="20"/>
        </w:rPr>
        <w:t>1:11:33  boli jo hai, us mein mohabbat hoti hai, khair khwahi hoti hai.</w:t>
      </w:r>
      <w:r>
        <w:br/>
      </w:r>
      <w:r>
        <w:rPr>
          <w:sz w:val="20"/>
        </w:rPr>
        <w:t>1:11:38  asal cheez aap ke dil mein, aap insanon ke liye wishful thinking, shayad insanon ke liye khair</w:t>
      </w:r>
      <w:r>
        <w:br/>
      </w:r>
      <w:r>
        <w:rPr>
          <w:sz w:val="20"/>
        </w:rPr>
        <w:t>1:11:46  khwah baniye, shayad dunya ke liye, yani aap ke dil mein pyar ho to phir aap ki boli</w:t>
      </w:r>
      <w:r>
        <w:br/>
      </w:r>
      <w:r>
        <w:rPr>
          <w:sz w:val="20"/>
        </w:rPr>
        <w:t>1:11:53  mein pyar hoga, aap ke har cheez mein pyar ka andaz jhal ke ga.</w:t>
      </w:r>
      <w:r>
        <w:br/>
      </w:r>
      <w:r>
        <w:rPr>
          <w:sz w:val="20"/>
        </w:rPr>
        <w:t>1:11:59  to koi cutter nahin samjhe ga aap ko, chahe darhi ho ya darhi na ho.</w:t>
      </w:r>
      <w:r>
        <w:br/>
      </w:r>
      <w:r>
        <w:rPr>
          <w:sz w:val="20"/>
        </w:rPr>
        <w:t>1:12:05  yeh bilkul aik galat tasawwur hai.</w:t>
      </w:r>
    </w:p>
    <w:p>
      <w:pPr>
        <w:pStyle w:val="Heading2"/>
      </w:pPr>
      <w:r>
        <w:t>Should we correct ourselves before dawah?</w:t>
      </w:r>
    </w:p>
    <w:p>
      <w:r>
        <w:rPr>
          <w:color w:val="666666"/>
          <w:sz w:val="18"/>
        </w:rPr>
        <w:t>Society &amp; Dawah · Spirit of Ramadan | June 14, 2015 · 5m 51s · at 48:59 · https://youtu.be/LMQxfxQcnxQ?t=2939</w:t>
      </w:r>
    </w:p>
    <w:p>
      <w:r>
        <w:rPr>
          <w:i/>
        </w:rPr>
        <w:t>“You mentioned in today's lecture that dawah means spreading the message which you have discovered, but many scholars say first we need to correct our own selves and then spread the message. What is the correct approach?”</w:t>
      </w:r>
    </w:p>
    <w:p>
      <w:r>
        <w:rPr>
          <w:sz w:val="20"/>
        </w:rPr>
        <w:t>48:59  ana, yeh agla sawal aaya hai mr imran ka bahrain se.</w:t>
      </w:r>
      <w:r>
        <w:br/>
      </w:r>
      <w:r>
        <w:rPr>
          <w:sz w:val="20"/>
        </w:rPr>
        <w:t>49:06  maulana sahib, you mentioned in today lecture ke dawah means spreading the message which you have discovered, but</w:t>
      </w:r>
      <w:r>
        <w:br/>
      </w:r>
      <w:r>
        <w:rPr>
          <w:sz w:val="20"/>
        </w:rPr>
        <w:t>49:14  many ulama say first we need to correct ourselves and then spread the message.</w:t>
      </w:r>
      <w:r>
        <w:br/>
      </w:r>
      <w:r>
        <w:rPr>
          <w:sz w:val="20"/>
        </w:rPr>
        <w:t>49:22  my question is, since the process of self correction is lifelong, then when to do dawah? dekhen, main</w:t>
      </w:r>
      <w:r>
        <w:br/>
      </w:r>
      <w:r>
        <w:rPr>
          <w:sz w:val="20"/>
        </w:rPr>
        <w:t>49:29  aasiron se bohat mila hoon, un se main poochta hoon ke koi ayat bataiye quran ki, koi quran ki ayat ya hadith bataiye ke pehle apne ko theek karo, is ke baad dawah ka kaam karna hai. yeh to yeh to bilkul baseless baat hai, koi ek ayat nahi quran majeed mein, koi ek hadith nahi jo yeh kehti ho ke pehle apni islaah karo, phir dawah ka kaam baat ko hoga. yeh to farzi baat hai, jo log aisa kehte hain un se aap poochhein ke koi hawala do quran o sunnat ka hawala do, koi hawala de s</w:t>
      </w:r>
      <w:r>
        <w:br/>
      </w:r>
      <w:r>
        <w:rPr>
          <w:sz w:val="20"/>
        </w:rPr>
        <w:t>49:59  akte ho. main bohat asar baatein keen, main is ko bohat zyada galat samajhta hoon yeh kehne ko ke pehle apni islaah karo, phir dawah ka kaam. yani yeh main is ko bohat hi zyada galat samajhta hoon aur yeh jissarat samajhta hoon ke deen mein ek aisi baat zahiri daakhil kar rahe hain jo deen mein hai nahi. ek aisi baat jo deen mein nahi hai. yeh tasawwur quran aur hadith mein ajnabi hai ke pehle apni islaah kar lo, phir baat baat ko dawah ka kaam hoga. yeh tasawwur quran aur ha</w:t>
      </w:r>
      <w:r>
        <w:br/>
      </w:r>
      <w:r>
        <w:rPr>
          <w:sz w:val="20"/>
        </w:rPr>
        <w:t>50:29  deeth mein ajnabi hai.</w:t>
      </w:r>
      <w:r>
        <w:br/>
      </w:r>
      <w:r>
        <w:rPr>
          <w:sz w:val="20"/>
        </w:rPr>
        <w:t>50:34  kya haq hai kisi ko aisi baat karne ka? to jo aap se kahe, ab us se poochhen,</w:t>
      </w:r>
      <w:r>
        <w:br/>
      </w:r>
      <w:r>
        <w:rPr>
          <w:sz w:val="20"/>
        </w:rPr>
        <w:t>50:39  reference poochhen, us ko sun kar mat maan lijiye.</w:t>
      </w:r>
      <w:r>
        <w:br/>
      </w:r>
      <w:r>
        <w:rPr>
          <w:sz w:val="20"/>
        </w:rPr>
        <w:t>50:44  mona, yeh sawal aaya hai mr amir jaan ka kashmir se.</w:t>
      </w:r>
      <w:r>
        <w:br/>
      </w:r>
      <w:r>
        <w:rPr>
          <w:sz w:val="20"/>
        </w:rPr>
        <w:t>50:49  it is rightly said that ramadan is all about desire management.</w:t>
      </w:r>
      <w:r>
        <w:br/>
      </w:r>
      <w:r>
        <w:rPr>
          <w:sz w:val="20"/>
        </w:rPr>
        <w:t>50:54  why is it that majority of people</w:t>
      </w:r>
      <w:r>
        <w:br/>
      </w:r>
      <w:r>
        <w:rPr>
          <w:sz w:val="20"/>
        </w:rPr>
        <w:t>50:59  are able to manage their desires in this month, but once its over, their desires again take control</w:t>
      </w:r>
      <w:r>
        <w:br/>
      </w:r>
      <w:r>
        <w:rPr>
          <w:sz w:val="20"/>
        </w:rPr>
        <w:t>51:07  and they follow the wrong path to meet their desires? kindly guide.</w:t>
      </w:r>
      <w:r>
        <w:br/>
      </w:r>
      <w:r>
        <w:rPr>
          <w:sz w:val="20"/>
        </w:rPr>
        <w:t>51:15  bhai, yeh yeh is ka jawab bilkul saada hai ke har masjid mein aap jaiye to sirf misaal</w:t>
      </w:r>
      <w:r>
        <w:br/>
      </w:r>
      <w:r>
        <w:rPr>
          <w:sz w:val="20"/>
        </w:rPr>
        <w:t>51:23  bayan kiye jayenge ke roza kab tootta hai aur sehri ka waqt kab shuru hota hai.</w:t>
      </w:r>
      <w:r>
        <w:br/>
      </w:r>
      <w:r>
        <w:rPr>
          <w:sz w:val="20"/>
        </w:rPr>
        <w:t>51:30  yeh jo masail hain, woh bayan kiye jaate hain.</w:t>
      </w:r>
      <w:r>
        <w:br/>
      </w:r>
      <w:r>
        <w:rPr>
          <w:sz w:val="20"/>
        </w:rPr>
        <w:t>51:35  yaani haqeeqat hai ramadan kahin batai batai nahi jaati.</w:t>
      </w:r>
      <w:r>
        <w:br/>
      </w:r>
      <w:r>
        <w:rPr>
          <w:sz w:val="20"/>
        </w:rPr>
        <w:t>51:40  aap jaiye kisi masjid mein, ek ek chart laga hoga, wahan chart masail ramadan.</w:t>
      </w:r>
      <w:r>
        <w:br/>
      </w:r>
      <w:r>
        <w:rPr>
          <w:sz w:val="20"/>
        </w:rPr>
        <w:t>51:45  koi chart nahi dekhenge aap jo haqeeqat hai ramadan, rooh ramadan par ho.</w:t>
      </w:r>
      <w:r>
        <w:br/>
      </w:r>
      <w:r>
        <w:rPr>
          <w:sz w:val="20"/>
        </w:rPr>
        <w:t>51:51  to yeh jo log masjidon mein chala rahe hain, un ki zimmedari hai ke woh yani form</w:t>
      </w:r>
      <w:r>
        <w:br/>
      </w:r>
      <w:r>
        <w:rPr>
          <w:sz w:val="20"/>
        </w:rPr>
        <w:t>51:56  based religion chala rakha hai, unhon ne spirit based reli</w:t>
      </w:r>
      <w:r>
        <w:br/>
      </w:r>
      <w:r>
        <w:rPr>
          <w:sz w:val="20"/>
        </w:rPr>
        <w:t>52:01  jin ki baatein nahin karte.</w:t>
      </w:r>
      <w:r>
        <w:br/>
      </w:r>
      <w:r>
        <w:rPr>
          <w:sz w:val="20"/>
        </w:rPr>
        <w:t>52:06  woh isi ke wajeh se yeh sab, yeh sab hai, yeh haalat hai.</w:t>
      </w:r>
      <w:r>
        <w:br/>
      </w:r>
      <w:r>
        <w:rPr>
          <w:sz w:val="20"/>
        </w:rPr>
        <w:t>52:11  mona, yeh agla comment aur question hai Mr Danish Fazil ka Lucknow se.</w:t>
      </w:r>
      <w:r>
        <w:br/>
      </w:r>
      <w:r>
        <w:rPr>
          <w:sz w:val="20"/>
        </w:rPr>
        <w:t>52:16  thank you Maulana sahib for giving us such a valuable thought provoking gift for Ramadan, that is giving spirit.</w:t>
      </w:r>
      <w:r>
        <w:br/>
      </w:r>
      <w:r>
        <w:rPr>
          <w:sz w:val="20"/>
        </w:rPr>
        <w:t>52:21  today I really discovered the spirit of Ramadan.</w:t>
      </w:r>
      <w:r>
        <w:br/>
      </w:r>
      <w:r>
        <w:rPr>
          <w:sz w:val="20"/>
        </w:rPr>
        <w:t>52:26  un ka sawal hai: while in the state of tadabbur</w:t>
      </w:r>
      <w:r>
        <w:br/>
      </w:r>
      <w:r>
        <w:rPr>
          <w:sz w:val="20"/>
        </w:rPr>
        <w:t>52:31  , we might go astray because of less knowledge of islam. so how can we save us from unauthentic distractive things? unhone likha hai ke in the state of tadabbur, agar humare paas islam ki knowledge kam hai to hum arasta bhatak sakte hain because of unauthentic things which are there. bhai, is ka ta'alluq knowledge se nahi hai. har insaan ke paas nature hai, consciousness hai, sochne</w:t>
      </w:r>
      <w:r>
        <w:br/>
      </w:r>
      <w:r>
        <w:rPr>
          <w:sz w:val="20"/>
        </w:rPr>
        <w:t>53:01  ki taqat hai.</w:t>
      </w:r>
      <w:r>
        <w:br/>
      </w:r>
      <w:r>
        <w:rPr>
          <w:sz w:val="20"/>
        </w:rPr>
        <w:t>53:07  bas bhai, kafi hai sochne ke liye, wohi sochne ke liye kafi hai.</w:t>
      </w:r>
      <w:r>
        <w:br/>
      </w:r>
      <w:r>
        <w:rPr>
          <w:sz w:val="20"/>
        </w:rPr>
        <w:t>53:13  jaise main bol raha tha to main ajeeb, mera haal hua ke main kaise bol raha hoon.</w:t>
      </w:r>
      <w:r>
        <w:br/>
      </w:r>
      <w:r>
        <w:rPr>
          <w:sz w:val="20"/>
        </w:rPr>
        <w:t>53:19  yani dimagh ne socha, zuban par woh thought kaise aaya, zuban kaise boli, kaise woh dhal gaye alfaaz mein.</w:t>
      </w:r>
      <w:r>
        <w:br/>
      </w:r>
      <w:r>
        <w:rPr>
          <w:sz w:val="20"/>
        </w:rPr>
        <w:t>53:25  is ke liye kya zaroorat hai ke aap scientific degree lein? scientific degree zaroorat hai.</w:t>
      </w:r>
      <w:r>
        <w:br/>
      </w:r>
      <w:r>
        <w:rPr>
          <w:sz w:val="20"/>
        </w:rPr>
        <w:t>53:31  abhi kal jab main, main khana bohat mamooli khana khata hoon, saada khana, jab main kha raha tha to main ne apa se kaha ke dekho, yeh yeh hum pet mein daal dete hain, haan, is ke baad humein kuch nahi karna. apne aap hi ek ek factory chal jaati hai jo is ko tarah tarah ke slow mein tabdeel karti hai. yani khoon banta hai, gosht banta hai, naakhun banta hai, baal banta hai. is ke liye scientific degree kya zaroorat hai? yeh aqal</w:t>
      </w:r>
      <w:r>
        <w:br/>
      </w:r>
      <w:r>
        <w:rPr>
          <w:sz w:val="20"/>
        </w:rPr>
        <w:t>54:01  jo hai, us ko kehte hain aql e aam, common sense.</w:t>
      </w:r>
      <w:r>
        <w:br/>
      </w:r>
      <w:r>
        <w:rPr>
          <w:sz w:val="20"/>
        </w:rPr>
        <w:t>54:06  dekhein, tadabbur hota hai common sense ke zariye se, degree ke zariye se nahin.</w:t>
      </w:r>
      <w:r>
        <w:br/>
      </w:r>
      <w:r>
        <w:rPr>
          <w:sz w:val="20"/>
        </w:rPr>
        <w:t>54:10  isi liye jo bade bade degree yafta hain, un ka tadabbur hai hi nahin.</w:t>
      </w:r>
      <w:r>
        <w:br/>
      </w:r>
      <w:r>
        <w:rPr>
          <w:sz w:val="20"/>
        </w:rPr>
        <w:t>54:14  bade bade degree yafta ka maine tadabbur nahin paya.</w:t>
      </w:r>
      <w:r>
        <w:br/>
      </w:r>
      <w:r>
        <w:rPr>
          <w:sz w:val="20"/>
        </w:rPr>
        <w:t>54:19  aap bhi dhoond lijiye, tadabbur hota hai common sense ke zariye se, aur common sense aap ko khalique</w:t>
      </w:r>
      <w:r>
        <w:br/>
      </w:r>
      <w:r>
        <w:rPr>
          <w:sz w:val="20"/>
        </w:rPr>
        <w:t>54:23  ki taraf se milta hai, khalique ki taraf se.</w:t>
      </w:r>
      <w:r>
        <w:br/>
      </w:r>
      <w:r>
        <w:rPr>
          <w:sz w:val="20"/>
        </w:rPr>
        <w:t>54:27  yeh bilkul galat soch hai ke degreeon wale soch</w:t>
      </w:r>
      <w:r>
        <w:br/>
      </w:r>
      <w:r>
        <w:rPr>
          <w:sz w:val="20"/>
        </w:rPr>
        <w:t>54:32  tadabbur kar sakte hain.</w:t>
      </w:r>
      <w:r>
        <w:br/>
      </w:r>
      <w:r>
        <w:rPr>
          <w:sz w:val="20"/>
        </w:rPr>
        <w:t>54:35  degree wale tadabbur karte hi nahin kyunke woh technical knowledge un ko hoti hai, fanni knowledge hoti hai,</w:t>
      </w:r>
      <w:r>
        <w:br/>
      </w:r>
      <w:r>
        <w:rPr>
          <w:sz w:val="20"/>
        </w:rPr>
        <w:t>54:39  fanniyat mein phanse rehte hain.</w:t>
      </w:r>
      <w:r>
        <w:br/>
      </w:r>
      <w:r>
        <w:rPr>
          <w:sz w:val="20"/>
        </w:rPr>
        <w:t>54:43  woh yeh soch, bhai, bilkul bilkul baseless samajhta hoon.</w:t>
      </w:r>
      <w:r>
        <w:br/>
      </w:r>
      <w:r>
        <w:rPr>
          <w:sz w:val="20"/>
        </w:rPr>
        <w:t>54:47  aisi soch ko mona.</w:t>
      </w:r>
    </w:p>
    <w:p>
      <w:pPr>
        <w:pStyle w:val="Heading2"/>
      </w:pPr>
      <w:r>
        <w:t>Should we join Tablighi Jamaat?</w:t>
      </w:r>
    </w:p>
    <w:p>
      <w:r>
        <w:rPr>
          <w:color w:val="666666"/>
          <w:sz w:val="18"/>
        </w:rPr>
        <w:t>Society &amp; Dawah · Collective Repentance I Feb 24, 2013 Maulana Wahiduddin Khan · 42s · at 1:05:19 · https://youtu.be/lkkolxAL38c?t=3919</w:t>
      </w:r>
    </w:p>
    <w:p>
      <w:r>
        <w:rPr>
          <w:i/>
        </w:rPr>
        <w:t>“Scholars of the Tablighi movement take people to the congregation, should we go?”</w:t>
      </w:r>
    </w:p>
    <w:p>
      <w:r>
        <w:rPr>
          <w:sz w:val="20"/>
        </w:rPr>
        <w:t>1:05:19  maulana, agla sawal aya hai zabeer qureshi sahib ka. unhon ne likha hai: "maulana, tablighi tehreek ke ulama jamaat mein le jate hain, kya hamein jana chahiye?" dekhen, aisa sawal hi is tarah nahi kiya jata.</w:t>
      </w:r>
      <w:r>
        <w:br/>
      </w:r>
      <w:r>
        <w:rPr>
          <w:sz w:val="20"/>
        </w:rPr>
        <w:t>1:05:34  aap kehte hain seerat se to mere kamre mein aaiye, main office mein hoon, main bataunga aap ko.</w:t>
      </w:r>
      <w:r>
        <w:br/>
      </w:r>
      <w:r>
        <w:rPr>
          <w:sz w:val="20"/>
        </w:rPr>
        <w:t>1:05:40  yeh sawal aap sanjeeda nahi hain, yeh sawal karne hain. agar sanjeeda hote to aap mujh se telephone karte ya mere paas aate milne ke liye.</w:t>
      </w:r>
      <w:r>
        <w:br/>
      </w:r>
      <w:r>
        <w:rPr>
          <w:sz w:val="20"/>
        </w:rPr>
        <w:t>1:05:51  main is sawal ka jawab yahan nahi de sakta. aap ko agar dilchaspi hai to mere kamre wali mere office wali.</w:t>
      </w:r>
    </w:p>
    <w:p>
      <w:pPr>
        <w:pStyle w:val="Heading2"/>
      </w:pPr>
      <w:r>
        <w:t>Significance of CPS Sunday lectures</w:t>
      </w:r>
    </w:p>
    <w:p>
      <w:r>
        <w:rPr>
          <w:color w:val="666666"/>
          <w:sz w:val="18"/>
        </w:rPr>
        <w:t>Society &amp; Dawah · Revival of Abrahamic Mission October 28, 2012 · 3m 16s · at 1:00:47 · https://youtu.be/9mV72V5gsqM?t=3647</w:t>
      </w:r>
    </w:p>
    <w:p>
      <w:r>
        <w:rPr>
          <w:i/>
        </w:rPr>
        <w:t>“What is the significance of the CPS Sunday lectures? Kindly let me know.”</w:t>
      </w:r>
    </w:p>
    <w:p>
      <w:r>
        <w:rPr>
          <w:sz w:val="20"/>
        </w:rPr>
        <w:t>1:00:47  maulana, agla sawal aaya hai mr. ramesh krishnan ka bangalore se. unhon ne likha hai: "What is the significance of the CPS Sunday lectures?</w:t>
      </w:r>
      <w:r>
        <w:br/>
      </w:r>
      <w:r>
        <w:rPr>
          <w:sz w:val="20"/>
        </w:rPr>
        <w:t>1:00:58  kindly let me know۔" ab mein is ke baray</w:t>
      </w:r>
      <w:r>
        <w:br/>
      </w:r>
      <w:r>
        <w:rPr>
          <w:sz w:val="20"/>
        </w:rPr>
        <w:t>1:01:02  mein kya kahoon? yahi keh sakta hoon ke aap ya to is mein shareek hui hain ya aap internet se suni hain.</w:t>
      </w:r>
      <w:r>
        <w:br/>
      </w:r>
      <w:r>
        <w:rPr>
          <w:sz w:val="20"/>
        </w:rPr>
        <w:t>1:01:14  kam se kam aik mahina regular tareeqay se a se z tak suniye aur do bar suniye. jab lecture hota hai, tab suniye aur phir is ko dobara suniye.</w:t>
      </w:r>
      <w:r>
        <w:br/>
      </w:r>
      <w:r>
        <w:rPr>
          <w:sz w:val="20"/>
        </w:rPr>
        <w:t>1:01:26  to aik mahinay ka jo lecture hai, woh aath bar suniye, yaani chaar bar direct aur aur chaar bar is ka dobara.</w:t>
      </w:r>
      <w:r>
        <w:br/>
      </w:r>
      <w:r>
        <w:rPr>
          <w:sz w:val="20"/>
        </w:rPr>
        <w:t>1:01:43  is ke baad aap ke samnay agar yeh wazeh na ho, phir mujh se sawal kijiye.</w:t>
      </w:r>
      <w:r>
        <w:br/>
      </w:r>
      <w:r>
        <w:rPr>
          <w:sz w:val="20"/>
        </w:rPr>
        <w:t>1:01:51  ghaliban aap ne yeh regular tor par suna nahi hai ya suna hai to is ko poore tareeqay se nahi suna hai, aadha suna, aadha nahi suna.</w:t>
      </w:r>
      <w:r>
        <w:br/>
      </w:r>
      <w:r>
        <w:rPr>
          <w:sz w:val="20"/>
        </w:rPr>
        <w:t>1:02:03  is tarah ke lecture dekhiye, a se z tak sunna parta hai. mislan yahan bhi jo log der mein atay hain, mere andhay ko nahi atay.</w:t>
      </w:r>
      <w:r>
        <w:br/>
      </w:r>
      <w:r>
        <w:rPr>
          <w:sz w:val="20"/>
        </w:rPr>
        <w:t>1:02:13  der mein aana aur na aana dono barabar hain.</w:t>
      </w:r>
      <w:r>
        <w:br/>
      </w:r>
      <w:r>
        <w:rPr>
          <w:sz w:val="20"/>
        </w:rPr>
        <w:t>1:02:17  khud yahan pe jo log atay hain, un mein jo shakhs der mein aata hai, mere andhay ko nahi aata.</w:t>
      </w:r>
      <w:r>
        <w:br/>
      </w:r>
      <w:r>
        <w:rPr>
          <w:sz w:val="20"/>
        </w:rPr>
        <w:t>1:02:26  jo der mein aata, woh nahi aata. is ka aana, na aana, na aana, dono woh kuch nahi samjhe ga. woh kuch bhi nahi samjhe ga. woh is wajah se poora lecture sunna aur dobara aik bar aur sunna,</w:t>
      </w:r>
      <w:r>
        <w:br/>
      </w:r>
      <w:r>
        <w:rPr>
          <w:sz w:val="20"/>
        </w:rPr>
        <w:t>1:02:42  tab ja kar aadmi samjhe ga ke kya mission hai, kya purpose hai.</w:t>
      </w:r>
      <w:r>
        <w:br/>
      </w:r>
      <w:r>
        <w:rPr>
          <w:sz w:val="20"/>
        </w:rPr>
        <w:t>1:02:47  to yeh sawal abhi mere nazdeek complete nahi hai.</w:t>
      </w:r>
      <w:r>
        <w:br/>
      </w:r>
      <w:r>
        <w:rPr>
          <w:sz w:val="20"/>
        </w:rPr>
        <w:t>1:02:54  is tarah jis tarah mein arz kar raha hoon, is tarah se is ki shart poori kijiye, phir sawal kijiye aap. maulana, agla aik comment aur sawal hai jo karachi pakistan se hai.</w:t>
      </w:r>
      <w:r>
        <w:br/>
      </w:r>
      <w:r>
        <w:rPr>
          <w:sz w:val="20"/>
        </w:rPr>
        <w:t>1:03:08  abdul latif sahib ne bheja hai, unhon ne likha hai: "main kaun hoon? meri zindagi ka maqsad kya hai</w:t>
      </w:r>
      <w:r>
        <w:br/>
      </w:r>
      <w:r>
        <w:rPr>
          <w:sz w:val="20"/>
        </w:rPr>
        <w:t>1:03:15  ? mujhe kyun paida kiya gaya hai? maut kya hai? jannat aur jahannum ki haqeeqat kya hai?" yeh woh sawal hai jis se aaj ka insaan, chahe musalman ho ya non muslim, ghafil hai.</w:t>
      </w:r>
      <w:r>
        <w:br/>
      </w:r>
      <w:r>
        <w:rPr>
          <w:sz w:val="20"/>
        </w:rPr>
        <w:t>1:03:31  yeh sirf cps hai jo aaj ke daur mein dawat ke zariye in sawalat se dunya ko, dunya ke tamam insanon ko ba-khabar kar raha hai.</w:t>
      </w:r>
      <w:r>
        <w:br/>
      </w:r>
      <w:r>
        <w:rPr>
          <w:sz w:val="20"/>
        </w:rPr>
        <w:t>1:03:42  mujhe maloom nahi hai ke kyun ummat, ummat ulama is mission ki mukhalifat kar raha hai. haan, theek kaha hai unhon ne.</w:t>
      </w:r>
      <w:r>
        <w:br/>
      </w:r>
      <w:r>
        <w:rPr>
          <w:sz w:val="20"/>
        </w:rPr>
        <w:t>1:03:53  is ke is ka jo nature hai, is ko sahi tor par bataya unhon ne. mujhe is se ittefaq hai.</w:t>
      </w:r>
    </w:p>
    <w:p>
      <w:pPr>
        <w:pStyle w:val="Heading2"/>
      </w:pPr>
      <w:r>
        <w:t>Significance of CPS Sunday lectures</w:t>
      </w:r>
    </w:p>
    <w:p>
      <w:r>
        <w:rPr>
          <w:color w:val="666666"/>
          <w:sz w:val="18"/>
        </w:rPr>
        <w:t>Society &amp; Dawah · The Revival of Ibrahimi Mission-28th October 2012 · 3m 26s · at 1:02:48 · https://youtu.be/kniEYfMCz9w?t=3768</w:t>
      </w:r>
    </w:p>
    <w:p>
      <w:r>
        <w:rPr>
          <w:i/>
        </w:rPr>
        <w:t>“What is the significance of the CPS Sunday lectures? Kindly let me know.”</w:t>
      </w:r>
    </w:p>
    <w:p>
      <w:r>
        <w:rPr>
          <w:sz w:val="20"/>
        </w:rPr>
        <w:t>1:02:48  maulana, agla sawal aaya hai mister ramesh krishnan ka bangalore se.</w:t>
      </w:r>
      <w:r>
        <w:br/>
      </w:r>
      <w:r>
        <w:rPr>
          <w:sz w:val="20"/>
        </w:rPr>
        <w:t>1:02:55  unhon ne likha hai: "What is the significance of the CPS Sunday lectures?</w:t>
      </w:r>
      <w:r>
        <w:br/>
      </w:r>
      <w:r>
        <w:rPr>
          <w:sz w:val="20"/>
        </w:rPr>
        <w:t>1:03:02  Kindly let me know." ab mein is ke baray mein kya kahoon? yahi keh sakta hoon ke aap</w:t>
      </w:r>
      <w:r>
        <w:br/>
      </w:r>
      <w:r>
        <w:rPr>
          <w:sz w:val="20"/>
        </w:rPr>
        <w:t>1:03:07  ya to is mein shareek huiye ya aap internet se suniye.</w:t>
      </w:r>
      <w:r>
        <w:br/>
      </w:r>
      <w:r>
        <w:rPr>
          <w:sz w:val="20"/>
        </w:rPr>
        <w:t>1:03:13  kam se kam ek mahina regular tareeqay se a se z tak suniye aur do bar suniye.</w:t>
      </w:r>
      <w:r>
        <w:br/>
      </w:r>
      <w:r>
        <w:rPr>
          <w:sz w:val="20"/>
        </w:rPr>
        <w:t>1:03:19  jab lecture hota hai, tab suniye aur phir is ko dobara suniye.</w:t>
      </w:r>
      <w:r>
        <w:br/>
      </w:r>
      <w:r>
        <w:rPr>
          <w:sz w:val="20"/>
        </w:rPr>
        <w:t>1:03:25  to ek mahine ka jo lecture hai, woh aath bar suniye, yani char bar direct aur aur char</w:t>
      </w:r>
      <w:r>
        <w:br/>
      </w:r>
      <w:r>
        <w:rPr>
          <w:sz w:val="20"/>
        </w:rPr>
        <w:t>1:03:31  baar is ka dobara.</w:t>
      </w:r>
      <w:r>
        <w:br/>
      </w:r>
      <w:r>
        <w:rPr>
          <w:sz w:val="20"/>
        </w:rPr>
        <w:t>1:03:37  is ke baad aap ke samne agar yeh wazeh na ho, phir mujh se sawal kijiye.</w:t>
      </w:r>
      <w:r>
        <w:br/>
      </w:r>
      <w:r>
        <w:rPr>
          <w:sz w:val="20"/>
        </w:rPr>
        <w:t>1:03:43  ghaaliban aap ne yeh regular tor par suna nahi hai ya suna hai to is ko poore tareeqe</w:t>
      </w:r>
      <w:r>
        <w:br/>
      </w:r>
      <w:r>
        <w:rPr>
          <w:sz w:val="20"/>
        </w:rPr>
        <w:t>1:03:48  se nahi suna hai, aadha suna, aadha nahi suna.</w:t>
      </w:r>
      <w:r>
        <w:br/>
      </w:r>
      <w:r>
        <w:rPr>
          <w:sz w:val="20"/>
        </w:rPr>
        <w:t>1:03:54  is tarah ke lecture dekhiye, A se Z tak sunna parta hai.</w:t>
      </w:r>
      <w:r>
        <w:br/>
      </w:r>
      <w:r>
        <w:rPr>
          <w:sz w:val="20"/>
        </w:rPr>
        <w:t>1:04:00  misalan yahan bhi jo log der mein aate hain, mere had tak woh nahi aate.</w:t>
      </w:r>
      <w:r>
        <w:br/>
      </w:r>
      <w:r>
        <w:rPr>
          <w:sz w:val="20"/>
        </w:rPr>
        <w:t>1:04:06  der mein aana aur na aana dono barabar hain.</w:t>
      </w:r>
      <w:r>
        <w:br/>
      </w:r>
      <w:r>
        <w:rPr>
          <w:sz w:val="20"/>
        </w:rPr>
        <w:t>1:04:12  khud yahan pe jo log aate hain, un mein jo shakhs der mein aata hai, mere had tak</w:t>
      </w:r>
      <w:r>
        <w:br/>
      </w:r>
      <w:r>
        <w:rPr>
          <w:sz w:val="20"/>
        </w:rPr>
        <w:t>1:04:18  woh nahi aata.</w:t>
      </w:r>
      <w:r>
        <w:br/>
      </w:r>
      <w:r>
        <w:rPr>
          <w:sz w:val="20"/>
        </w:rPr>
        <w:t>1:04:24  jo der mein aata hai, woh nahi aata.</w:t>
      </w:r>
      <w:r>
        <w:br/>
      </w:r>
      <w:r>
        <w:rPr>
          <w:sz w:val="20"/>
        </w:rPr>
        <w:t>1:04:30  is ka aana, na aana dono woh kuch nahi samjhe ga.</w:t>
      </w:r>
      <w:r>
        <w:br/>
      </w:r>
      <w:r>
        <w:rPr>
          <w:sz w:val="20"/>
        </w:rPr>
        <w:t>1:04:35  woh kuch bhi nahi samjhe ga.</w:t>
      </w:r>
      <w:r>
        <w:br/>
      </w:r>
      <w:r>
        <w:rPr>
          <w:sz w:val="20"/>
        </w:rPr>
        <w:t>1:04:41  woh is wajah se poora lecture sunna aur dobara aik baar aur sunna, tab ja kar aadmi samjhe</w:t>
      </w:r>
      <w:r>
        <w:br/>
      </w:r>
      <w:r>
        <w:rPr>
          <w:sz w:val="20"/>
        </w:rPr>
        <w:t>1:04:47  ga ke kia mission hai, kia purpose hai.</w:t>
      </w:r>
      <w:r>
        <w:br/>
      </w:r>
      <w:r>
        <w:rPr>
          <w:sz w:val="20"/>
        </w:rPr>
        <w:t>1:04:53  to yeh sawal abhi mere nazdeek complete nahi hai.</w:t>
      </w:r>
      <w:r>
        <w:br/>
      </w:r>
      <w:r>
        <w:rPr>
          <w:sz w:val="20"/>
        </w:rPr>
        <w:t>1:04:59  is tareeqe se jis tarah mein arz kar raha hoon, is tarah se is ki shart poori kijiye,</w:t>
      </w:r>
      <w:r>
        <w:br/>
      </w:r>
      <w:r>
        <w:rPr>
          <w:sz w:val="20"/>
        </w:rPr>
        <w:t>1:05:05  phir sawal kijiye.</w:t>
      </w:r>
      <w:r>
        <w:br/>
      </w:r>
      <w:r>
        <w:rPr>
          <w:sz w:val="20"/>
        </w:rPr>
        <w:t>1:05:11  aap Maulana, agla aik comment aur sawal hai jo Karachi Pakistan se hai.</w:t>
      </w:r>
      <w:r>
        <w:br/>
      </w:r>
      <w:r>
        <w:rPr>
          <w:sz w:val="20"/>
        </w:rPr>
        <w:t>1:05:16  Abdul Latif sahib ne bheja hai.</w:t>
      </w:r>
      <w:r>
        <w:br/>
      </w:r>
      <w:r>
        <w:rPr>
          <w:sz w:val="20"/>
        </w:rPr>
        <w:t>1:05:22  unhon ne likha hai: "main kon hoon? meri zindagi ka maqsad kia hai? mujhe kyun paida kiya gaya</w:t>
      </w:r>
      <w:r>
        <w:br/>
      </w:r>
      <w:r>
        <w:rPr>
          <w:sz w:val="20"/>
        </w:rPr>
        <w:t>1:05:28  hai? maut kia hai? jannat aur jahannum ki haqeeqat kia hai?" yeh woh sawal hai jis se aaj</w:t>
      </w:r>
      <w:r>
        <w:br/>
      </w:r>
      <w:r>
        <w:rPr>
          <w:sz w:val="20"/>
        </w:rPr>
        <w:t>1:05:34  ka insaan, chahe musalman ho ya non-muslim, ghafil hai.</w:t>
      </w:r>
      <w:r>
        <w:br/>
      </w:r>
      <w:r>
        <w:rPr>
          <w:sz w:val="20"/>
        </w:rPr>
        <w:t>1:05:40  yeh sirf CPS hai jo aaj ke daur mein dawat ke zariye in sawalat se duniya</w:t>
      </w:r>
      <w:r>
        <w:br/>
      </w:r>
      <w:r>
        <w:rPr>
          <w:sz w:val="20"/>
        </w:rPr>
        <w:t>1:05:46  ko, duniya ke tamam insanon ko ba-khabar kar raha hai.</w:t>
      </w:r>
      <w:r>
        <w:br/>
      </w:r>
      <w:r>
        <w:rPr>
          <w:sz w:val="20"/>
        </w:rPr>
        <w:t>1:05:52  mujhe maloom nahi hai ke kyun ummat, ummat ulma is mission ki mukhalifat kar raha hai.</w:t>
      </w:r>
      <w:r>
        <w:br/>
      </w:r>
      <w:r>
        <w:rPr>
          <w:sz w:val="20"/>
        </w:rPr>
        <w:t>1:05:58  haan, theek kaha hai unhon ne.</w:t>
      </w:r>
      <w:r>
        <w:br/>
      </w:r>
      <w:r>
        <w:rPr>
          <w:sz w:val="20"/>
        </w:rPr>
        <w:t>1:06:03  is ka jo nature hai, is ko sahi tor par bataya hi nahin hai.</w:t>
      </w:r>
      <w:r>
        <w:br/>
      </w:r>
      <w:r>
        <w:rPr>
          <w:sz w:val="20"/>
        </w:rPr>
        <w:t>1:06:09  mujhe is se ittefaq hai.</w:t>
      </w:r>
    </w:p>
    <w:p>
      <w:pPr>
        <w:pStyle w:val="Heading2"/>
      </w:pPr>
      <w:r>
        <w:t>Solution to Materialism and Extremism</w:t>
      </w:r>
    </w:p>
    <w:p>
      <w:r>
        <w:rPr>
          <w:color w:val="666666"/>
          <w:sz w:val="18"/>
        </w:rPr>
        <w:t>Society &amp; Dawah · Experience of Hyderabad CPS Meet December 1, 2013 · 5m 28s · at 55:38 · https://youtu.be/Y8mcxF2Lhyc?t=3338</w:t>
      </w:r>
    </w:p>
    <w:p>
      <w:r>
        <w:rPr>
          <w:i/>
        </w:rPr>
        <w:t>“In today's lecture you talked about developed and Muslim countries and their ambitions of materialism and extremism respectively. What is the solution according to you to these inherent problems?”</w:t>
      </w:r>
    </w:p>
    <w:p>
      <w:r>
        <w:rPr>
          <w:sz w:val="20"/>
        </w:rPr>
        <w:t>55:38  maulana, agla sawal dilli se hai juna hassan sahib ka. unhon ne likha hai: "respected sir, in today lecture you talk about the developed and muslim countries and their ambitions of materialism and extremism respectively.</w:t>
      </w:r>
      <w:r>
        <w:br/>
      </w:r>
      <w:r>
        <w:rPr>
          <w:sz w:val="20"/>
        </w:rPr>
        <w:t>55:59  what is the solution according to you to these inherent problems?"</w:t>
      </w:r>
      <w:r>
        <w:br/>
      </w:r>
      <w:r>
        <w:rPr>
          <w:sz w:val="20"/>
        </w:rPr>
        <w:t>56:07  inherent nahi kahunga main. aisa culture develop ho gaya hai extiviz ki wajah se. jaise dekhiye, kisi bhi muslim country mein aap quran ka distribute nahi kar sakte.</w:t>
      </w:r>
      <w:r>
        <w:br/>
      </w:r>
      <w:r>
        <w:rPr>
          <w:sz w:val="20"/>
        </w:rPr>
        <w:t>56:21  kisi anokhi baat hai! kisi anokhi baat! ab yeh yeh is mein likha hua hai: "the quran". muslim countries mein kya aitraz hota hai is par ke likh diya yeh quran kahan hai?</w:t>
      </w:r>
      <w:r>
        <w:br/>
      </w:r>
      <w:r>
        <w:rPr>
          <w:sz w:val="20"/>
        </w:rPr>
        <w:t>56:33  yeh to angrezi mein hai. acha, agar translation tab bhi kahin ke translation ho nahi sakta, khuda ki baat ka</w:t>
      </w:r>
      <w:r>
        <w:br/>
      </w:r>
      <w:r>
        <w:rPr>
          <w:sz w:val="20"/>
        </w:rPr>
        <w:t>56:40  to kya likhwate hain? "meaning of the quran". isko call karte hain. isko yani muslim countries mein yeh haal hai ke aap arabi quran chhap kar logon ko bantiye bator tohfa.</w:t>
      </w:r>
      <w:r>
        <w:br/>
      </w:r>
      <w:r>
        <w:rPr>
          <w:sz w:val="20"/>
        </w:rPr>
        <w:t>56:53  woh to uski ijazat hogi aap ko. jahan aap translation chhapa, aap ne foran wahan par awaz uthe gi: "yeh to haram hai!</w:t>
      </w:r>
      <w:r>
        <w:br/>
      </w:r>
      <w:r>
        <w:rPr>
          <w:sz w:val="20"/>
        </w:rPr>
        <w:t>57:03  yeh to najayaz hai!"</w:t>
      </w:r>
      <w:r>
        <w:br/>
      </w:r>
      <w:r>
        <w:rPr>
          <w:sz w:val="20"/>
        </w:rPr>
        <w:t>57:06  " yani kyun? baghair text ke tarjuma un ke nazdeek najayaz hai. acha, agar text ke sath chhapiye tab kahain ge: "yeh to behurmati hoti hai!"</w:t>
      </w:r>
      <w:r>
        <w:br/>
      </w:r>
      <w:r>
        <w:rPr>
          <w:sz w:val="20"/>
        </w:rPr>
        <w:t>57:17  aap de nahi sakte! yeh muqaddas kalam hai!" to baghair text ke chhapiye to chhapna haram, aur text ke sath chhapiye to dena haram.</w:t>
      </w:r>
      <w:r>
        <w:br/>
      </w:r>
      <w:r>
        <w:rPr>
          <w:sz w:val="20"/>
        </w:rPr>
        <w:t>57:30  har muslim country mein, kisi muslim country mein is mein exception nahi hai. ek museebat hai.</w:t>
      </w:r>
      <w:r>
        <w:br/>
      </w:r>
      <w:r>
        <w:rPr>
          <w:sz w:val="20"/>
        </w:rPr>
        <w:t>57:38  main ek qissa bata raha tha na aap ko? ek ek ek hindu bombay ke woh bohat barson tak wahan thay, woh arab mein un ka kuch hijab tha.</w:t>
      </w:r>
      <w:r>
        <w:br/>
      </w:r>
      <w:r>
        <w:rPr>
          <w:sz w:val="20"/>
        </w:rPr>
        <w:t>57:53  to shuyookh bohat se milay un se, miltay thay to woh quran pesh karte thay, aur woh sab ka arabi bohat bithpal chhupa hua.</w:t>
      </w:r>
      <w:r>
        <w:br/>
      </w:r>
      <w:r>
        <w:rPr>
          <w:sz w:val="20"/>
        </w:rPr>
        <w:t>58:04  to hamare saathi bombay mein hain, woh un se milay thay ke unhon ne un ko jab tarjuma diya to rone lagay. woh ke mere pas shayad 16 ek kehte hain quran thay arabi mein.</w:t>
      </w:r>
      <w:r>
        <w:br/>
      </w:r>
      <w:r>
        <w:rPr>
          <w:sz w:val="20"/>
        </w:rPr>
        <w:t>58:16  mein sochta tha mein is ko kya karoon to masjidon mein de diya. maine ab aap ne mujhe tarjuma diya, mein is ko zaroor parhoon ga. yeh halat har muslim country ki hai kyunke unhon ne bana liya hai Quran ko aik bas muqaddas kalam, bohat hi mystery sense mein.</w:t>
      </w:r>
      <w:r>
        <w:br/>
      </w:r>
      <w:r>
        <w:rPr>
          <w:sz w:val="20"/>
        </w:rPr>
        <w:t>58:32  bas k</w:t>
      </w:r>
      <w:r>
        <w:br/>
      </w:r>
      <w:r>
        <w:rPr>
          <w:sz w:val="20"/>
        </w:rPr>
        <w:t>58:33  chah is ko oopar rakhna hai, is ko neeche nahi girne dena hai, aur is ko koi kuch ghair muslim shae nahi. aur is ki zimmedari saare ulma ke oopar hai.</w:t>
      </w:r>
      <w:r>
        <w:br/>
      </w:r>
      <w:r>
        <w:rPr>
          <w:sz w:val="20"/>
        </w:rPr>
        <w:t>58:45  awam khud se zehan nahi banate, ulma banate hain zehan. lekin ab sadiyon se yeh zehan bante bante itna develop ho gaya hai ke kisi bhi muslim country mein aap Quran ka distribution nahi kar sakte.</w:t>
      </w:r>
      <w:r>
        <w:br/>
      </w:r>
      <w:r>
        <w:rPr>
          <w:sz w:val="20"/>
        </w:rPr>
        <w:t>58:58  tarjume ka arabi baante to arabi baantne se faida kya hai?</w:t>
      </w:r>
      <w:r>
        <w:br/>
      </w:r>
      <w:r>
        <w:rPr>
          <w:sz w:val="20"/>
        </w:rPr>
        <w:t>59:06  ajeeb ghareeb zehan hai, behurmati ka tasawwur hai, behurmati ka na Quran mein hai na hadith mein hai. to dekhiye, yeh masla yeh hai ke yeh zawal ka phenomena hai.</w:t>
      </w:r>
      <w:r>
        <w:br/>
      </w:r>
      <w:r>
        <w:rPr>
          <w:sz w:val="20"/>
        </w:rPr>
        <w:t>59:21  is waqt jo musalman hain, hamare ulma ne is ko khair ummat bana rakha hai. jis ko dekhiye, woh is ko khair ummat kar ke khitab karta hai. yeh khair ummat koi laqab nahi hai musalmanon ka.</w:t>
      </w:r>
      <w:r>
        <w:br/>
      </w:r>
      <w:r>
        <w:rPr>
          <w:sz w:val="20"/>
        </w:rPr>
        <w:t>59:36  mauja musalman apne zawal ke daur mein hain, yaani degeneration ke daur mein hain. yeh sab kuch zawal ka phenomena hai, zawal ka phenomena hai.</w:t>
      </w:r>
      <w:r>
        <w:br/>
      </w:r>
      <w:r>
        <w:rPr>
          <w:sz w:val="20"/>
        </w:rPr>
        <w:t>59:47  to ab yeh aap kar sakte hain ke in ko samjhaiye, aur jahan mauqa ho wahan istemal kijiye. tamam muslim countries mein bohat tourist aate hain, bohat mukhtalif asbab se wahan ghair muslim aate hain,</w:t>
      </w:r>
      <w:r>
        <w:br/>
      </w:r>
      <w:r>
        <w:rPr>
          <w:sz w:val="20"/>
        </w:rPr>
        <w:t>1:00:02  tourism ke liye, job ke liye, business</w:t>
      </w:r>
      <w:r>
        <w:br/>
      </w:r>
      <w:r>
        <w:rPr>
          <w:sz w:val="20"/>
        </w:rPr>
        <w:t>1:00:05  ke liye. aur kitna mauqa hai ke aap in ko, yaani madu aap ke darwaze pahunch raha hai, in ko Quran ka translation diya hai un ki zuban mein.</w:t>
      </w:r>
      <w:r>
        <w:br/>
      </w:r>
      <w:r>
        <w:rPr>
          <w:sz w:val="20"/>
        </w:rPr>
        <w:t>1:00:15  lekin aap nahi de sakte, denge to aap ko bahar daalenge, aap ko jail bhej denge. to musalmanon ka masla sirf aik hi hai ke woh apne zawal ke daur mein hain.</w:t>
      </w:r>
      <w:r>
        <w:br/>
      </w:r>
      <w:r>
        <w:rPr>
          <w:sz w:val="20"/>
        </w:rPr>
        <w:t>1:00:28  yeh jo Iqbal ne kaha tha: "zara num hoti hai mitti, bohat zara khars hisaqi", yeh to shayari hai,</w:t>
      </w:r>
      <w:r>
        <w:br/>
      </w:r>
      <w:r>
        <w:rPr>
          <w:sz w:val="20"/>
        </w:rPr>
        <w:t>1:00:34  haqeeqat se koi ta'alluq is ka nahi hai. to is is raaz ko janiye ke tamam qaumon par zawal aata hai, musalmanon par zawal aa chuka hai.</w:t>
      </w:r>
      <w:r>
        <w:br/>
      </w:r>
      <w:r>
        <w:rPr>
          <w:sz w:val="20"/>
        </w:rPr>
        <w:t>1:00:44  to aap naokhvani ko karte hain, yeh to law of nature hai. sab par zawal aaya hai to aap par zawal nahi aayega. aik haqeeqat hai, is ko tasleem kijiye, aur is haqeeqat ke hote hue aap manage kijiye apne mission ko.</w:t>
      </w:r>
      <w:r>
        <w:br/>
      </w:r>
      <w:r>
        <w:rPr>
          <w:sz w:val="20"/>
        </w:rPr>
        <w:t>1:01:02  yahi mein mashwara doon ga.</w:t>
      </w:r>
    </w:p>
    <w:p>
      <w:pPr>
        <w:pStyle w:val="Heading2"/>
      </w:pPr>
      <w:r>
        <w:t>Source of Western innovation and Islam's role</w:t>
      </w:r>
    </w:p>
    <w:p>
      <w:r>
        <w:rPr>
          <w:color w:val="666666"/>
          <w:sz w:val="18"/>
        </w:rPr>
        <w:t>Society &amp; Dawah · Realistic Approach March 30, 2014 Maulana Wahiduddin Khan · 4m 08s · at 55:56 · https://youtu.be/K36UonBsGlA?t=3356</w:t>
      </w:r>
    </w:p>
    <w:p>
      <w:r>
        <w:rPr>
          <w:i/>
        </w:rPr>
        <w:t>“How did the Westerners become the innovators? What was the source of their innovation? Did they get the idea to innovate from Islam?”</w:t>
      </w:r>
    </w:p>
    <w:p>
      <w:r>
        <w:rPr>
          <w:sz w:val="20"/>
        </w:rPr>
        <w:t>55:56  maulana, agla sawal kya hai dilli se muhammad khursheed alam sahib ne. unhon ne likha hai: "How did the Westerners become the innovators</w:t>
      </w:r>
      <w:r>
        <w:br/>
      </w:r>
      <w:r>
        <w:rPr>
          <w:sz w:val="20"/>
        </w:rPr>
        <w:t>56:07  ? What was the source of their innovation? Did they get the idea to innovate from Islam</w:t>
      </w:r>
      <w:r>
        <w:br/>
      </w:r>
      <w:r>
        <w:rPr>
          <w:sz w:val="20"/>
        </w:rPr>
        <w:t>56:15  ?" second: islam bas khali bas yahi hai logon ko pata hai ke hamara fakhr hamare hisse mein aana chahiye. fakhr jo hai hamare hisse mein aana chahiye.</w:t>
      </w:r>
      <w:r>
        <w:br/>
      </w:r>
      <w:r>
        <w:rPr>
          <w:sz w:val="20"/>
        </w:rPr>
        <w:t>56:26  sab se bari burai yeh hai ke aap fakhr apne hisse mein dalna chahein. woh insaan nahin hai. in ko Allah ne nahin paida kiya hai, aap hi ko paida kiya hai.</w:t>
      </w:r>
      <w:r>
        <w:br/>
      </w:r>
      <w:r>
        <w:rPr>
          <w:sz w:val="20"/>
        </w:rPr>
        <w:t>56:36  yaani musalman samajhte hain ke hamara paida karne wala to Allah hai, baqi un ka paida karne wala shaitan hai. yeh soch jo hai itni zyada Dirty hai, itni Dirty hai ke Allah kabhi is ko maaf nahin karega is soch ko.</w:t>
      </w:r>
      <w:r>
        <w:br/>
      </w:r>
      <w:r>
        <w:rPr>
          <w:sz w:val="20"/>
        </w:rPr>
        <w:t>56:49  bhai, in cheezon ko aap janna chahein to meri kitab chhap rahi hai. is ka naam hai izhar-e-deen, is ko parhiye aap. woh is waqt Press mein hai, bohat jald aa jayegi.</w:t>
      </w:r>
      <w:r>
        <w:br/>
      </w:r>
      <w:r>
        <w:rPr>
          <w:sz w:val="20"/>
        </w:rPr>
        <w:t>56:58  maulana, ek hissa un ke sawal ka yeh bhi tha ke Why Muslims consider America to be an enemy of Islam? wahi Falsehood ka hissa hai.</w:t>
      </w:r>
      <w:r>
        <w:br/>
      </w:r>
      <w:r>
        <w:rPr>
          <w:sz w:val="20"/>
        </w:rPr>
        <w:t>57:11  wahi Falsehood ka hissa hai.</w:t>
      </w:r>
      <w:r>
        <w:br/>
      </w:r>
      <w:r>
        <w:rPr>
          <w:sz w:val="20"/>
        </w:rPr>
        <w:t>57:17  dekhiye, sab se bari wajah jo musalmanon ke haan aayi hai woh yeh ke America Israel ki himayat kyun karta hai? to sawal yeh hai ke America Pakistan ki himayat kyun karta hai?</w:t>
      </w:r>
      <w:r>
        <w:br/>
      </w:r>
      <w:r>
        <w:rPr>
          <w:sz w:val="20"/>
        </w:rPr>
        <w:t>57:30  sath baras se Pakistan America ki madad mein jee raha hai.</w:t>
      </w:r>
      <w:r>
        <w:br/>
      </w:r>
      <w:r>
        <w:rPr>
          <w:sz w:val="20"/>
        </w:rPr>
        <w:t>57:36  to America agar Israel ki himayat karta hai to aap sochiye ke Pakistan ki himayat kyun karta hai? aur Seven Million musalman kyun rehte hain athath se America mein?</w:t>
      </w:r>
      <w:r>
        <w:br/>
      </w:r>
      <w:r>
        <w:rPr>
          <w:sz w:val="20"/>
        </w:rPr>
        <w:t>57:48  is ki wajah kya hai? to America apne Interest ko jahan dekhta hai, jahan Interest Israel se is ko poora ho raha hai to Israel ka saath deta hai.</w:t>
      </w:r>
      <w:r>
        <w:br/>
      </w:r>
      <w:r>
        <w:rPr>
          <w:sz w:val="20"/>
        </w:rPr>
        <w:t>57:59  jahan Pakistan hai, woh Pakistan ka saath deta hai. jo Seven Million musalman wahan hain, woh us ke woh Labor, us ko Labor ki zaroorat hai, woh Labor faraham kar rahe hain. to in ko in ko apni jagah di gayi hai.</w:t>
      </w:r>
      <w:r>
        <w:br/>
      </w:r>
      <w:r>
        <w:rPr>
          <w:sz w:val="20"/>
        </w:rPr>
        <w:t>58:12  yeh Seven Million musalman jo hain America mein, woh un ke Labor ki zaroorat poori kar rahe hain. to in ko bhi woh mauqa diya gaya hai. dekhiye, har aadmi apne Interest ko dekhta hai.</w:t>
      </w:r>
      <w:r>
        <w:br/>
      </w:r>
      <w:r>
        <w:rPr>
          <w:sz w:val="20"/>
        </w:rPr>
        <w:t>58:23  koi dushman kisi ka nahin hota. kisi insaan ko yeh fursat nahin hai ke woh aapse dushmani kare. yeh nazariya hi batil hai bilkul.</w:t>
      </w:r>
      <w:r>
        <w:br/>
      </w:r>
      <w:r>
        <w:rPr>
          <w:sz w:val="20"/>
        </w:rPr>
        <w:t>58:31  jhoot, jhoot hai. har aadmi apne Interest ko dekhta hai. ab aap ko kahin ikhtilaf pad jata hai is ka Interest to aap kehte hain yeh dushman hai. woh apne Interest ko hasil karna chahta tha.</w:t>
      </w:r>
      <w:r>
        <w:br/>
      </w:r>
      <w:r>
        <w:rPr>
          <w:sz w:val="20"/>
        </w:rPr>
        <w:t>58:43  ittifaq ki baat hai ke aap ko kahin thokar lag gayi. to yaad rakhiye, apni Dictionary se nikal dijiye yeh lafz dushmani aur Conspiracy.</w:t>
      </w:r>
      <w:r>
        <w:br/>
      </w:r>
      <w:r>
        <w:rPr>
          <w:sz w:val="20"/>
        </w:rPr>
        <w:t>58:56  aur sahi lafz is ke rakhiye ke har insaan apne Interest pe chal raha hai. aap bhi Interest pe chal rahe hain. musalman bhi apne Interest pe chal rahe hain.</w:t>
      </w:r>
      <w:r>
        <w:br/>
      </w:r>
      <w:r>
        <w:rPr>
          <w:sz w:val="20"/>
        </w:rPr>
        <w:t>59:08  to kahin aap ka Interest doosre se mawafiqat kar jayega, kahin mukhalifat kar jayega.</w:t>
      </w:r>
      <w:r>
        <w:br/>
      </w:r>
      <w:r>
        <w:rPr>
          <w:sz w:val="20"/>
        </w:rPr>
        <w:t>59:18  to woh ittifaq ki baat hai. koi kisi ka dushman nahin. kisi ko fursat nahin hai ke woh kisi ki dushmani kare. har aadmi ko khud apni taraqqi, bachchon ko taraqqi dena hai, apne ghar ko banana hai.</w:t>
      </w:r>
      <w:r>
        <w:br/>
      </w:r>
      <w:r>
        <w:rPr>
          <w:sz w:val="20"/>
        </w:rPr>
        <w:t>59:30  yeh nazariya hi bilkul Baseless hai, bilkul Baseless hai ke falan dushman hai, falan dushman hai. koi dushman nahin hai. har aadmi apne apne.</w:t>
      </w:r>
      <w:r>
        <w:br/>
      </w:r>
      <w:r>
        <w:rPr>
          <w:sz w:val="20"/>
        </w:rPr>
        <w:t>59:40  main ne aap ko misaal di ke agar Israel ki himayat karne ki wajah se America dushman ban gaya to is Pakistan ki himayat kyun karta hai? woh Seven Million musalmanon ko apne haan jagah di hui hai.</w:t>
      </w:r>
      <w:r>
        <w:br/>
      </w:r>
      <w:r>
        <w:rPr>
          <w:sz w:val="20"/>
        </w:rPr>
        <w:t>59:51  khoob kha kama rahe hain woh. kyon? to apne interest ki wajah se yeh bhi kar raha hai, interest ki wajah se woh bhi kar raha hai. interest ka lafz dono ko explain karta hai.</w:t>
      </w:r>
    </w:p>
    <w:p>
      <w:pPr>
        <w:pStyle w:val="Heading2"/>
      </w:pPr>
      <w:r>
        <w:t>Spreading God's message as the only task</w:t>
      </w:r>
    </w:p>
    <w:p>
      <w:r>
        <w:rPr>
          <w:color w:val="666666"/>
          <w:sz w:val="18"/>
        </w:rPr>
        <w:t>Society &amp; Dawah · Peaceful Islamic Mission December 28, 2014 · 2m 25s · at 47:37 · https://youtu.be/aLacalXEtRA?t=2857</w:t>
      </w:r>
    </w:p>
    <w:p>
      <w:r>
        <w:rPr>
          <w:i/>
        </w:rPr>
        <w:t>“When we try to make Muslims aware that spreading God's word and message is the only task, they say that there are so many...”</w:t>
      </w:r>
    </w:p>
    <w:p>
      <w:r>
        <w:rPr>
          <w:sz w:val="20"/>
        </w:rPr>
        <w:t>47:37  Maulana, agla sawal Delhi se hai.</w:t>
      </w:r>
      <w:r>
        <w:br/>
      </w:r>
      <w:r>
        <w:rPr>
          <w:sz w:val="20"/>
        </w:rPr>
        <w:t>47:44  Miss Naghma Siddiqui ne poocha hai aur unhone likha hai ke "When we try to make Muslims</w:t>
      </w:r>
      <w:r>
        <w:br/>
      </w:r>
      <w:r>
        <w:rPr>
          <w:sz w:val="20"/>
        </w:rPr>
        <w:t>47:50  aware that spreading God's word and message is the only task, they say that there are so many</w:t>
      </w:r>
      <w:r>
        <w:br/>
      </w:r>
      <w:r>
        <w:rPr>
          <w:sz w:val="20"/>
        </w:rPr>
        <w:t>47:56  other good works and are not convinced." Maulana, what is the responsibility that we have towards these Muslims؟</w:t>
      </w:r>
      <w:r>
        <w:br/>
      </w:r>
      <w:r>
        <w:rPr>
          <w:sz w:val="20"/>
        </w:rPr>
        <w:t>48:03  saada baat yeh hai ke un se yeh kehna chahiye ke tum khud se kyun tay karte ho</w:t>
      </w:r>
      <w:r>
        <w:br/>
      </w:r>
      <w:r>
        <w:rPr>
          <w:sz w:val="20"/>
        </w:rPr>
        <w:t>48:09  ke kya achha kaam, kaun sa achha kaam hai? Ke mislan yeh hamare saamne ek park yahan par</w:t>
      </w:r>
      <w:r>
        <w:br/>
      </w:r>
      <w:r>
        <w:rPr>
          <w:sz w:val="20"/>
        </w:rPr>
        <w:t>48:15  hai, is park ko maintain karna achha kaam hai, yeh kaun bura kaam batayega? Sawal yeh nahi</w:t>
      </w:r>
      <w:r>
        <w:br/>
      </w:r>
      <w:r>
        <w:rPr>
          <w:sz w:val="20"/>
        </w:rPr>
        <w:t>48:22  hai ke achha kaam kaun sa hai? Sawal yeh hai ke Allah taala ne kis kaam ki zimme</w:t>
      </w:r>
      <w:r>
        <w:br/>
      </w:r>
      <w:r>
        <w:rPr>
          <w:sz w:val="20"/>
        </w:rPr>
        <w:t>48:28  daari daali hai? Ali imaan par.</w:t>
      </w:r>
      <w:r>
        <w:br/>
      </w:r>
      <w:r>
        <w:rPr>
          <w:sz w:val="20"/>
        </w:rPr>
        <w:t>48:34  to main yeh kahunga ke Quran ki ek aayat hai ke "Ya ayyuha al-rasool, baligh ma unzila</w:t>
      </w:r>
      <w:r>
        <w:br/>
      </w:r>
      <w:r>
        <w:rPr>
          <w:sz w:val="20"/>
        </w:rPr>
        <w:t>48:41  ilaika min rabbik, wa in lam taf'al, fa ma balaghta risalatah, wallahu ya'simuka min an-nas." Aur doosri aayatein bhi hain ke</w:t>
      </w:r>
      <w:r>
        <w:br/>
      </w:r>
      <w:r>
        <w:rPr>
          <w:sz w:val="20"/>
        </w:rPr>
        <w:t>48:47  Rasool Allah Salallahu Alaihi Wasallam ne tum par pahunchaya hai deen, tum ko pahunchana hai doosron ko deen.</w:t>
      </w:r>
      <w:r>
        <w:br/>
      </w:r>
      <w:r>
        <w:rPr>
          <w:sz w:val="20"/>
        </w:rPr>
        <w:t>48:53  Wa kadhalika ja'alnakum ummatan wasatan litakunu shuhada'a 'ala an-nas wa yakuna ar-rasoolu 'alaykum shaheedan.</w:t>
      </w:r>
      <w:r>
        <w:br/>
      </w:r>
      <w:r>
        <w:rPr>
          <w:sz w:val="20"/>
        </w:rPr>
        <w:t>49:00  In aayaton ko le kar jo baat samajh aati hai, woh yeh hai ke Rasool Allah Salallahu</w:t>
      </w:r>
      <w:r>
        <w:br/>
      </w:r>
      <w:r>
        <w:rPr>
          <w:sz w:val="20"/>
        </w:rPr>
        <w:t>49:06  Alaihi Wasallam par yeh zimmedari thi ke agar woh Allah ke deen ko na pahunchaye logon tak,</w:t>
      </w:r>
      <w:r>
        <w:br/>
      </w:r>
      <w:r>
        <w:rPr>
          <w:sz w:val="20"/>
        </w:rPr>
        <w:t>49:12  to un ke Rasool hone ki haisiyat mujtaba yaadi thi Allah ki nazar mein.</w:t>
      </w:r>
      <w:r>
        <w:br/>
      </w:r>
      <w:r>
        <w:rPr>
          <w:sz w:val="20"/>
        </w:rPr>
        <w:t>49:19  To ummat-e-Muhammadi maqam-e-Muhammadi par hai is aitbaar se ke jo kaam Muhammad Salallahu Alaihi Wasallam</w:t>
      </w:r>
      <w:r>
        <w:br/>
      </w:r>
      <w:r>
        <w:rPr>
          <w:sz w:val="20"/>
        </w:rPr>
        <w:t>49:25  ko karna tha, woh kaam ab ummat ko karna hai.</w:t>
      </w:r>
      <w:r>
        <w:br/>
      </w:r>
      <w:r>
        <w:rPr>
          <w:sz w:val="20"/>
        </w:rPr>
        <w:t>49:31  To agar ummat yeh dawat ka kaam na kare, jis ko Quran mein indhaar aur tabshir kaha gaya</w:t>
      </w:r>
      <w:r>
        <w:br/>
      </w:r>
      <w:r>
        <w:rPr>
          <w:sz w:val="20"/>
        </w:rPr>
        <w:t>49:38  hai, to ummat ki haisiyat hi khatam ho jayegi.</w:t>
      </w:r>
      <w:r>
        <w:br/>
      </w:r>
      <w:r>
        <w:rPr>
          <w:sz w:val="20"/>
        </w:rPr>
        <w:t>49:44  Ummat ka ummat-e-Muhammadi aur mujtaba ho jayega.</w:t>
      </w:r>
      <w:r>
        <w:br/>
      </w:r>
      <w:r>
        <w:rPr>
          <w:sz w:val="20"/>
        </w:rPr>
        <w:t>49:50  To jo log aisa kehte hain, un se sirf yeh aap kahiye ke Quran ko padho, Quran ko</w:t>
      </w:r>
      <w:r>
        <w:br/>
      </w:r>
      <w:r>
        <w:rPr>
          <w:sz w:val="20"/>
        </w:rPr>
        <w:t>49:57  padh kar hi rai banao, apne dimagh se rai mat banao.</w:t>
      </w:r>
    </w:p>
    <w:p>
      <w:pPr>
        <w:pStyle w:val="Heading2"/>
      </w:pPr>
      <w:r>
        <w:t>Spreading confidence to minorities through new mindset</w:t>
      </w:r>
    </w:p>
    <w:p>
      <w:r>
        <w:rPr>
          <w:color w:val="666666"/>
          <w:sz w:val="18"/>
        </w:rPr>
        <w:t>Society &amp; Dawah · 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2"/>
      </w:pPr>
      <w:r>
        <w:t>Spreading mission despite seminary limitations</w:t>
      </w:r>
    </w:p>
    <w:p>
      <w:r>
        <w:rPr>
          <w:color w:val="666666"/>
          <w:sz w:val="18"/>
        </w:rPr>
        <w:t>Society &amp; Dawah · Paradise September 18, 2016 · 3m 42s · at 55:21 · https://youtu.be/R2kZlD0PbGQ?t=3321</w:t>
      </w:r>
    </w:p>
    <w:p>
      <w:r>
        <w:rPr>
          <w:i/>
        </w:rPr>
        <w:t>“There are many people who have been studying your books for a long period and want to spread your mission, but in the current religious seminaries it is not possible.”</w:t>
      </w:r>
    </w:p>
    <w:p>
      <w:r>
        <w:rPr>
          <w:sz w:val="20"/>
        </w:rPr>
        <w:t>55:21  ji Maulana, agla sawal Saharanpur se kiya hai Muhammad Tauseef Qasmi sahab ne, aur unhone likha</w:t>
      </w:r>
      <w:r>
        <w:br/>
      </w:r>
      <w:r>
        <w:rPr>
          <w:sz w:val="20"/>
        </w:rPr>
        <w:t>55:27  hai: "Maulana, kai aise log hain jo lambe period se aap ki kitabon ka mutala kar rahe hain</w:t>
      </w:r>
      <w:r>
        <w:br/>
      </w:r>
      <w:r>
        <w:rPr>
          <w:sz w:val="20"/>
        </w:rPr>
        <w:t>55:32  aur aap ke mission ko phailana chahte hain, magar maujooda deeni madaris mein yeh mumkin nahi hai.</w:t>
      </w:r>
      <w:r>
        <w:br/>
      </w:r>
      <w:r>
        <w:rPr>
          <w:sz w:val="20"/>
        </w:rPr>
        <w:t>55:38  Maulana, aap kuch advice dein." Nahi, nahi, deeni madaris mein koi nahi mumkin hai.</w:t>
      </w:r>
      <w:r>
        <w:br/>
      </w:r>
      <w:r>
        <w:rPr>
          <w:sz w:val="20"/>
        </w:rPr>
        <w:t>55:44  main bhi deeni madaris mein parha hua hoon.</w:t>
      </w:r>
      <w:r>
        <w:br/>
      </w:r>
      <w:r>
        <w:rPr>
          <w:sz w:val="20"/>
        </w:rPr>
        <w:t>55:49  yeh main samajhta hoon ke sahi baat nahi hai.</w:t>
      </w:r>
      <w:r>
        <w:br/>
      </w:r>
      <w:r>
        <w:rPr>
          <w:sz w:val="20"/>
        </w:rPr>
        <w:t>55:55  aap chahe deeni madaris hon ya secular idare hon, kahin bhi hon, kaam karne ke awqaat har ek</w:t>
      </w:r>
      <w:r>
        <w:br/>
      </w:r>
      <w:r>
        <w:rPr>
          <w:sz w:val="20"/>
        </w:rPr>
        <w:t>56:01  ke liye hote hain, woh kar sakta hai.</w:t>
      </w:r>
      <w:r>
        <w:br/>
      </w:r>
      <w:r>
        <w:rPr>
          <w:sz w:val="20"/>
        </w:rPr>
        <w:t>56:07  yeh main is ko is uzr ko main nahi manta kyunke mujhe khud bhi tajurba hai deeni madaris ka.</w:t>
      </w:r>
      <w:r>
        <w:br/>
      </w:r>
      <w:r>
        <w:rPr>
          <w:sz w:val="20"/>
        </w:rPr>
        <w:t>56:12  Maulana, agla ek ek baat bataoon aap ko.</w:t>
      </w:r>
      <w:r>
        <w:br/>
      </w:r>
      <w:r>
        <w:rPr>
          <w:sz w:val="20"/>
        </w:rPr>
        <w:t>56:18  ek qissa ek deeni madarse ka jahan mashhoor hai ke hamari kitabein wahan mana karte hain, par woh bante hain.</w:t>
      </w:r>
      <w:r>
        <w:br/>
      </w:r>
      <w:r>
        <w:rPr>
          <w:sz w:val="20"/>
        </w:rPr>
        <w:t>56:24  ek ek bada deeni madrassa toh ek sahab, un ka naam hai Jan Muhammad, woh woh angrez hain,</w:t>
      </w:r>
      <w:r>
        <w:br/>
      </w:r>
      <w:r>
        <w:rPr>
          <w:sz w:val="20"/>
        </w:rPr>
        <w:t>56:29  woh woh paida hue England mein, un ka naam tha woh Jan Butt.</w:t>
      </w:r>
      <w:r>
        <w:br/>
      </w:r>
      <w:r>
        <w:rPr>
          <w:sz w:val="20"/>
        </w:rPr>
        <w:t>56:35  kya naam tha bhai? Jan Butt.</w:t>
      </w:r>
      <w:r>
        <w:br/>
      </w:r>
      <w:r>
        <w:rPr>
          <w:sz w:val="20"/>
        </w:rPr>
        <w:t>56:41  Jan Butt, un ka naam tha Jan Butt.</w:t>
      </w:r>
      <w:r>
        <w:br/>
      </w:r>
      <w:r>
        <w:rPr>
          <w:sz w:val="20"/>
        </w:rPr>
        <w:t>56:46  phir un ko Islam ka mutalba kiya aur Islam qabool kar liya unhone.</w:t>
      </w:r>
      <w:r>
        <w:br/>
      </w:r>
      <w:r>
        <w:rPr>
          <w:sz w:val="20"/>
        </w:rPr>
        <w:t>56:52  to apna naam rakh diya unhon ne jaan muhammad.</w:t>
      </w:r>
      <w:r>
        <w:br/>
      </w:r>
      <w:r>
        <w:rPr>
          <w:sz w:val="20"/>
        </w:rPr>
        <w:t>56:58  to jis madrase mein, usi madrase mein parhte the woh, to woh hamari kitabein le kar ke bahar</w:t>
      </w:r>
      <w:r>
        <w:br/>
      </w:r>
      <w:r>
        <w:rPr>
          <w:sz w:val="20"/>
        </w:rPr>
        <w:t>57:04  baithte the, woh bechte the kitabein.</w:t>
      </w:r>
      <w:r>
        <w:br/>
      </w:r>
      <w:r>
        <w:rPr>
          <w:sz w:val="20"/>
        </w:rPr>
        <w:t>57:09  yani bechne ki ek shakal thi, logon ko dete the.</w:t>
      </w:r>
      <w:r>
        <w:br/>
      </w:r>
      <w:r>
        <w:rPr>
          <w:sz w:val="20"/>
        </w:rPr>
        <w:t>57:15  to kisi ne kaha ke yahan to in kitabon ko be amanat hai, yeh kitabein jo aap likh bethe hain.</w:t>
      </w:r>
      <w:r>
        <w:br/>
      </w:r>
      <w:r>
        <w:rPr>
          <w:sz w:val="20"/>
        </w:rPr>
        <w:t>57:21  to unhon ne kaha ke bhai, main to aap jante hain ke main yeh india ka aadmi nahi</w:t>
      </w:r>
      <w:r>
        <w:br/>
      </w:r>
      <w:r>
        <w:rPr>
          <w:sz w:val="20"/>
        </w:rPr>
        <w:t>57:26  hoon, bahar ka aadmi hoon, mere paas koi aamdani ka zariya nahi hai, to isi ko bech kar</w:t>
      </w:r>
      <w:r>
        <w:br/>
      </w:r>
      <w:r>
        <w:rPr>
          <w:sz w:val="20"/>
        </w:rPr>
        <w:t>57:32  ke kaam chalta hoon.</w:t>
      </w:r>
      <w:r>
        <w:br/>
      </w:r>
      <w:r>
        <w:rPr>
          <w:sz w:val="20"/>
        </w:rPr>
        <w:t>57:38  to kya aap chahte hain ke mera kaam na chale? main faqeer ban kar rahoon? to to aap</w:t>
      </w:r>
      <w:r>
        <w:br/>
      </w:r>
      <w:r>
        <w:rPr>
          <w:sz w:val="20"/>
        </w:rPr>
        <w:t>57:43  aap hi be intezam kar dijiye.</w:t>
      </w:r>
      <w:r>
        <w:br/>
      </w:r>
      <w:r>
        <w:rPr>
          <w:sz w:val="20"/>
        </w:rPr>
        <w:t>57:49  to sab chup ho gaye.</w:t>
      </w:r>
      <w:r>
        <w:br/>
      </w:r>
      <w:r>
        <w:rPr>
          <w:sz w:val="20"/>
        </w:rPr>
        <w:t>57:55  to pata hai, har cheez ko aap baans kar sakte hain.</w:t>
      </w:r>
      <w:r>
        <w:br/>
      </w:r>
      <w:r>
        <w:rPr>
          <w:sz w:val="20"/>
        </w:rPr>
        <w:t>58:01  woh sahib maujood hain, woh rehte hain, ab aaj kal jalalabad mein rehte hain, woh jaan muhammad</w:t>
      </w:r>
      <w:r>
        <w:br/>
      </w:r>
      <w:r>
        <w:rPr>
          <w:sz w:val="20"/>
        </w:rPr>
        <w:t>58:06  sahib kab ke aate hain yahan par.</w:t>
      </w:r>
      <w:r>
        <w:br/>
      </w:r>
      <w:r>
        <w:rPr>
          <w:sz w:val="20"/>
        </w:rPr>
        <w:t>58:12  to aap art of management seekhein.</w:t>
      </w:r>
      <w:r>
        <w:br/>
      </w:r>
      <w:r>
        <w:rPr>
          <w:sz w:val="20"/>
        </w:rPr>
        <w:t>58:18  you have to learn the art of management.</w:t>
      </w:r>
      <w:r>
        <w:br/>
      </w:r>
      <w:r>
        <w:rPr>
          <w:sz w:val="20"/>
        </w:rPr>
        <w:t>58:23  kisi bhi situation mein aap hon, wahan manage karna mumkin hota hai.</w:t>
      </w:r>
      <w:r>
        <w:br/>
      </w:r>
      <w:r>
        <w:rPr>
          <w:sz w:val="20"/>
        </w:rPr>
        <w:t>58:29  aap manage karna seekhein.</w:t>
      </w:r>
      <w:r>
        <w:br/>
      </w:r>
      <w:r>
        <w:rPr>
          <w:sz w:val="20"/>
        </w:rPr>
        <w:t>58:35  jab unhon ne apne case ko yeh dikhaya ke main in ka مبلغ nahi hoon, main to apna</w:t>
      </w:r>
      <w:r>
        <w:br/>
      </w:r>
      <w:r>
        <w:rPr>
          <w:sz w:val="20"/>
        </w:rPr>
        <w:t>58:40  rozi roti ke liye kar raha hoon, to logon ko woh zehan badal gaya.</w:t>
      </w:r>
      <w:r>
        <w:br/>
      </w:r>
      <w:r>
        <w:rPr>
          <w:sz w:val="20"/>
        </w:rPr>
        <w:t>58:46  unhon ne kaha theek hai, apna kijiye aap.</w:t>
      </w:r>
      <w:r>
        <w:br/>
      </w:r>
      <w:r>
        <w:rPr>
          <w:sz w:val="20"/>
        </w:rPr>
        <w:t>58:52  to main samajhta hoon ke chahe deeni madrassa ho ya koi jagah ho, har cheez manageable hoti hai.</w:t>
      </w:r>
      <w:r>
        <w:br/>
      </w:r>
      <w:r>
        <w:rPr>
          <w:sz w:val="20"/>
        </w:rPr>
        <w:t>58:58  wohi karna chahiye aadmi ko.</w:t>
      </w:r>
    </w:p>
    <w:p>
      <w:pPr>
        <w:pStyle w:val="Heading2"/>
      </w:pPr>
      <w:r>
        <w:t>Starting point for Ummah's reform</w:t>
      </w:r>
    </w:p>
    <w:p>
      <w:r>
        <w:rPr>
          <w:color w:val="666666"/>
          <w:sz w:val="18"/>
        </w:rPr>
        <w:t>Society &amp; Dawah · The Problem of Intellectual Stagnation May 13, 2012 · 1m 55s · at 1:02:02 · https://youtu.be/Qi5BZlv-Vog?t=3722</w:t>
      </w:r>
    </w:p>
    <w:p>
      <w:r>
        <w:rPr>
          <w:i/>
        </w:rPr>
        <w:t>“In the era of decline, what is the starting point for the reform of the Ummah? Madrasa, school, educational institution and mosque-based movement, or preparing people intellectually and mentally, awakening their consciousness, creating spirit within them, meeting people through literature and weekly meetings, etc.”</w:t>
      </w:r>
    </w:p>
    <w:p>
      <w:r>
        <w:rPr>
          <w:sz w:val="20"/>
        </w:rPr>
        <w:t>1:02:02  Maulana, agla sawal Karachi Pakistan se hai Miss Saira Latif ka. unhon ne likha hai: "Daur-e-zawaal mein ummat ki islaah ka nuqta-e-aaghaz kya hai?</w:t>
      </w:r>
      <w:r>
        <w:br/>
      </w:r>
      <w:r>
        <w:rPr>
          <w:sz w:val="20"/>
        </w:rPr>
        <w:t>1:02:13  madrasa, school, taleemi idara aur masjid war tehreek ya fikri aur zehni lehaaz se logon ko tayyar karna, un ke shaoor ko jagana, un ke andar spirit paida karna, literature aur haftawar meeting ke zariye logon se mulaqat karna waghera." is ke baray mein bataein.</w:t>
      </w:r>
      <w:r>
        <w:br/>
      </w:r>
      <w:r>
        <w:rPr>
          <w:sz w:val="20"/>
        </w:rPr>
        <w:t>1:02:35  yeh to aap ne khud hi jawab de diya hai aur wahi main manta hoon is ko ke masjid o madaris yeh to dhanchay hain.</w:t>
      </w:r>
      <w:r>
        <w:br/>
      </w:r>
      <w:r>
        <w:rPr>
          <w:sz w:val="20"/>
        </w:rPr>
        <w:t>1:02:45  dhanchay se aaghaz nahi hua karta, aaghaz hota hai spirit se. dhanchay zaroori hain apni jagah par, lekin jab zawaal aa jaye to aaghaz dhanchay se nahi hoga, spirit se hoga.</w:t>
      </w:r>
      <w:r>
        <w:br/>
      </w:r>
      <w:r>
        <w:rPr>
          <w:sz w:val="20"/>
        </w:rPr>
        <w:t>1:02:59  wahi yaani intellectual devolution lana hoga, logon ke zehn ko phir se reactivate karna hoga, mind ki re-engineering karni hogi.</w:t>
      </w:r>
      <w:r>
        <w:br/>
      </w:r>
      <w:r>
        <w:rPr>
          <w:sz w:val="20"/>
        </w:rPr>
        <w:t>1:03:10  yahi hai nuqta e aaghaz.</w:t>
      </w:r>
      <w:r>
        <w:br/>
      </w:r>
      <w:r>
        <w:rPr>
          <w:sz w:val="20"/>
        </w:rPr>
        <w:t>1:03:14  dhanchay se aaghaz nahi ho sakta. dhancha to be rooh ho chuka hai. jab be rooh ho chuka to usi se aaghaz kaise karenge aap? dhancha kyun be rooh hua, is ko janna parhe ga.</w:t>
      </w:r>
      <w:r>
        <w:br/>
      </w:r>
      <w:r>
        <w:rPr>
          <w:sz w:val="20"/>
        </w:rPr>
        <w:t>1:03:28  dhancha to bohat maujood hai, beshumar masjidain hain, beshumar madaris, beshumar idaray jo kabhi tareekh mein nahi thay, phir bhi ummat par zawaal hai.</w:t>
      </w:r>
      <w:r>
        <w:br/>
      </w:r>
      <w:r>
        <w:rPr>
          <w:sz w:val="20"/>
        </w:rPr>
        <w:t>1:03:38  to kyunke to dhanchay ke peechay jo cheez yaani leak kar rahi hai, jo maqbool ho rahi hai, us ko pata kijiye, woh hai spirit.</w:t>
      </w:r>
      <w:r>
        <w:br/>
      </w:r>
      <w:r>
        <w:rPr>
          <w:sz w:val="20"/>
        </w:rPr>
        <w:t>1:03:49  to spirit se aaghaz hoga, na ke dhanchay se.</w:t>
      </w:r>
      <w:r>
        <w:br/>
      </w:r>
      <w:r>
        <w:rPr>
          <w:sz w:val="20"/>
        </w:rPr>
        <w:t>1:03:57  Maulana, agla sawal hai Maulana Iqbal Umri Sahab ka Tamil Nadu se. unhon ne poocha hai ke logon ka aksar yeh sawal rehta hai ke burai zyada ho chuki hai, hamari aanay wali nasal ka kya hoga?</w:t>
      </w:r>
    </w:p>
    <w:p>
      <w:pPr>
        <w:pStyle w:val="Heading2"/>
      </w:pPr>
      <w:r>
        <w:t>Starting point for teaching religion to laborers</w:t>
      </w:r>
    </w:p>
    <w:p>
      <w:r>
        <w:rPr>
          <w:color w:val="666666"/>
          <w:sz w:val="18"/>
        </w:rPr>
        <w:t>Society &amp; Dawah · Revival of Faith September 25, 2011 Maulana Wahiduddin Khan · 2m 26s · at 1:19:09 · https://youtu.be/sG_btZMffxg?t=4749</w:t>
      </w:r>
    </w:p>
    <w:p>
      <w:r>
        <w:rPr>
          <w:i/>
        </w:rPr>
        <w:t>“Where I live, there is a labor class. They have expressed a desire to learn about the religion from me. Time and day have become tight. I don't understand where to start explaining to them, from Quran or Hadith? Please guide.”</w:t>
      </w:r>
    </w:p>
    <w:p>
      <w:r>
        <w:rPr>
          <w:sz w:val="20"/>
        </w:rPr>
        <w:t>1:19:09  mister naeem bilali ne dili se sawal likha hai. unhon ne likha hai ke jahan mein rehta hoon, wahan labor tabqa rehta hai.</w:t>
      </w:r>
      <w:r>
        <w:br/>
      </w:r>
      <w:r>
        <w:rPr>
          <w:sz w:val="20"/>
        </w:rPr>
        <w:t>1:19:20  unhon ne mujh se deen ki baat batane ki khwahish ki hai. waqt aur din mutayyan ho gaya hai. samajh mein nahi aata hai unhein kahan se samjhana shuru karoon, quran ya hadith se.</w:t>
      </w:r>
      <w:r>
        <w:br/>
      </w:r>
      <w:r>
        <w:rPr>
          <w:sz w:val="20"/>
        </w:rPr>
        <w:t>1:19:33  baraye meharbani rahnumai karein.</w:t>
      </w:r>
      <w:r>
        <w:br/>
      </w:r>
      <w:r>
        <w:rPr>
          <w:sz w:val="20"/>
        </w:rPr>
        <w:t>1:19:37  dekhein, yeh yahan se rahnumai karne ki baat to nahi hai. in logon ko read kijiye, in ko parhiye, in ke mizaj ko samjhiye, to aap khud samajh jao.</w:t>
      </w:r>
      <w:r>
        <w:br/>
      </w:r>
      <w:r>
        <w:rPr>
          <w:sz w:val="20"/>
        </w:rPr>
        <w:t>1:19:50  aap ko khud yeh janna hai ke in kis tarah kaha jaye ke in ka mind rights ho. hamare haan kitabein bohat chhapi hain, bohat hi aasan andaaz mein.</w:t>
      </w:r>
      <w:r>
        <w:br/>
      </w:r>
      <w:r>
        <w:rPr>
          <w:sz w:val="20"/>
        </w:rPr>
        <w:t>1:20:01  is ko aap parhiye, aap</w:t>
      </w:r>
      <w:r>
        <w:br/>
      </w:r>
      <w:r>
        <w:rPr>
          <w:sz w:val="20"/>
        </w:rPr>
        <w:t>1:20:03  hamare kitabein ek to woh hain jo scientific andaaz mein ya ilmi andaaz mein hain, lekin aasan andaaz mein bhi kitabein bohat si hain. to parhiye is ko jis mein simplified way mein islam ko bataya gaya hai.</w:t>
      </w:r>
      <w:r>
        <w:br/>
      </w:r>
      <w:r>
        <w:rPr>
          <w:sz w:val="20"/>
        </w:rPr>
        <w:t>1:20:14  to aap khud parhiye, aap log prepare kijiye</w:t>
      </w:r>
      <w:r>
        <w:br/>
      </w:r>
      <w:r>
        <w:rPr>
          <w:sz w:val="20"/>
        </w:rPr>
        <w:t>1:20:18  , aur phir un ko, yaani un ko, un ke mizaj ko samjhiye, un ke istidad ko samjhiye, aur khud hi aap ko yeh mutayyan karna parega ke ke un ke darmiyan kaise da'wati kaam kiya jaye.</w:t>
      </w:r>
      <w:r>
        <w:br/>
      </w:r>
      <w:r>
        <w:rPr>
          <w:sz w:val="20"/>
        </w:rPr>
        <w:t>1:20:36  is ke liye aaghaz jo hai, khud aap logon ko prepare karna hai.</w:t>
      </w:r>
    </w:p>
    <w:p>
      <w:pPr>
        <w:pStyle w:val="Heading2"/>
      </w:pPr>
      <w:r>
        <w:t>Starting point in civilization wars</w:t>
      </w:r>
    </w:p>
    <w:p>
      <w:r>
        <w:rPr>
          <w:color w:val="666666"/>
          <w:sz w:val="18"/>
        </w:rPr>
        <w:t>Society &amp; Dawah · Example of the Prophet March 20, 2016 · 1m 17s · at 1:35:35 · https://youtu.be/79HmhzXU41w?t=5735</w:t>
      </w:r>
    </w:p>
    <w:p>
      <w:r>
        <w:rPr>
          <w:i/>
        </w:rPr>
        <w:t>“Civilization wars are ongoing. Where should Muslims start their work? The title of this book itself is wrong.”</w:t>
      </w:r>
    </w:p>
    <w:p>
      <w:r>
        <w:rPr>
          <w:sz w:val="20"/>
        </w:rPr>
        <w:t>1:35:35  maulana, agla sawal lahore se abdul hakim khan sahab ne kiya hai, aur unhon ne poocha hai aap se</w:t>
      </w:r>
      <w:r>
        <w:br/>
      </w:r>
      <w:r>
        <w:rPr>
          <w:sz w:val="20"/>
        </w:rPr>
        <w:t>1:35:41  ke tehzeeb ki jangain jari hain, musalman kaam ka aaghaz kahan se kari</w:t>
      </w:r>
      <w:r>
        <w:br/>
      </w:r>
      <w:r>
        <w:rPr>
          <w:sz w:val="20"/>
        </w:rPr>
        <w:t>1:35:48  n? is kitab ka title hi galat hai,</w:t>
      </w:r>
      <w:r>
        <w:br/>
      </w:r>
      <w:r>
        <w:rPr>
          <w:sz w:val="20"/>
        </w:rPr>
        <w:t>1:35:52  seerat ka koi clash nahi, interest clash hai, clash of interest hai.</w:t>
      </w:r>
      <w:r>
        <w:br/>
      </w:r>
      <w:r>
        <w:rPr>
          <w:sz w:val="20"/>
        </w:rPr>
        <w:t>1:35:59  yeh is musannif ne is ko secularize karne ke liye keh diya, clash of seerat.</w:t>
      </w:r>
      <w:r>
        <w:br/>
      </w:r>
      <w:r>
        <w:rPr>
          <w:sz w:val="20"/>
        </w:rPr>
        <w:t>1:36:07  mein is kitab ke bare mein yahi be lagaya ke woh naam is ka hai clash of seerat,</w:t>
      </w:r>
      <w:r>
        <w:br/>
      </w:r>
      <w:r>
        <w:rPr>
          <w:sz w:val="20"/>
        </w:rPr>
        <w:t>1:36:15  haqeeqat mein woh hai clash of interest.</w:t>
      </w:r>
      <w:r>
        <w:br/>
      </w:r>
      <w:r>
        <w:rPr>
          <w:sz w:val="20"/>
        </w:rPr>
        <w:t>1:36:20  seerat clash hoti hai to bari achi baat hai,</w:t>
      </w:r>
      <w:r>
        <w:br/>
      </w:r>
      <w:r>
        <w:rPr>
          <w:sz w:val="20"/>
        </w:rPr>
        <w:t>1:36:23  woh to hum ko moqa deta hai ke hum apne point of view ko logon ke samne pesh</w:t>
      </w:r>
      <w:r>
        <w:br/>
      </w:r>
      <w:r>
        <w:rPr>
          <w:sz w:val="20"/>
        </w:rPr>
        <w:t>1:36:27  karen, woh to bari achi baat hai.</w:t>
      </w:r>
      <w:r>
        <w:br/>
      </w:r>
      <w:r>
        <w:rPr>
          <w:sz w:val="20"/>
        </w:rPr>
        <w:t>1:36:32  tehzeeb ki jang kabhi bhi violent jang nahi hogi,</w:t>
      </w:r>
      <w:r>
        <w:br/>
      </w:r>
      <w:r>
        <w:rPr>
          <w:sz w:val="20"/>
        </w:rPr>
        <w:t>1:36:38  kabhi bhi violent jang agar hai to woh interest ki jang hai,</w:t>
      </w:r>
      <w:r>
        <w:br/>
      </w:r>
      <w:r>
        <w:rPr>
          <w:sz w:val="20"/>
        </w:rPr>
        <w:t>1:36:43  violent jang agar hai to woh interest ki jang hai.</w:t>
      </w:r>
      <w:r>
        <w:br/>
      </w:r>
      <w:r>
        <w:rPr>
          <w:sz w:val="20"/>
        </w:rPr>
        <w:t>1:36:47  tehzeeb, tehzeeb ke naam par ho to is se koi farq nahi parta.</w:t>
      </w:r>
    </w:p>
    <w:p>
      <w:pPr>
        <w:pStyle w:val="Heading2"/>
      </w:pPr>
      <w:r>
        <w:t>Starting point to change Muslim youth mindset</w:t>
      </w:r>
    </w:p>
    <w:p>
      <w:r>
        <w:rPr>
          <w:color w:val="666666"/>
          <w:sz w:val="18"/>
        </w:rPr>
        <w:t>Society &amp; Dawah · Why Violence 17 Nov 2019 - Maulana Wahiduddin Khan · 1m 06s · at 36:49 · https://youtu.be/W8ybr-qO96c?t=2209</w:t>
      </w:r>
    </w:p>
    <w:p>
      <w:r>
        <w:rPr>
          <w:i/>
        </w:rPr>
        <w:t>“According to you, what should be the starting point to change the mindset of today's Muslim youth, so they don't become victims of negative psychology?”</w:t>
      </w:r>
    </w:p>
    <w:p>
      <w:r>
        <w:rPr>
          <w:sz w:val="20"/>
        </w:rPr>
        <w:t>36:49  Maulana agla sawal lena chahenge ah yeh sawal bheja hai Muhammad Naseem sahab ne Lucknow se</w:t>
      </w:r>
      <w:r>
        <w:br/>
      </w:r>
      <w:r>
        <w:rPr>
          <w:sz w:val="20"/>
        </w:rPr>
        <w:t>36:58  unhone likha hai Maulana according to you what should be the starting point to change the mindset of today Muslim youth so they don't become victims of negative psychology</w:t>
      </w:r>
      <w:r>
        <w:br/>
      </w:r>
      <w:r>
        <w:rPr>
          <w:sz w:val="20"/>
        </w:rPr>
        <w:t>37:16  wahi kijiye jo hamari team kar rahi hai</w:t>
      </w:r>
      <w:r>
        <w:br/>
      </w:r>
      <w:r>
        <w:rPr>
          <w:sz w:val="20"/>
        </w:rPr>
        <w:t>37:22  hamari team jo hai lag bhag se shayad dunya mein literature phaila rahi hai Quran logon ko phancha rahi hai</w:t>
      </w:r>
      <w:r>
        <w:br/>
      </w:r>
      <w:r>
        <w:rPr>
          <w:sz w:val="20"/>
        </w:rPr>
        <w:t>37:33  Quran ka tarjuma har zaban mein phancha ja raha hai to team bohat acha kaam kar rahi hai aap jahan hain wahan team ke sath shamil ho jaiye</w:t>
      </w:r>
      <w:r>
        <w:br/>
      </w:r>
      <w:r>
        <w:rPr>
          <w:sz w:val="20"/>
        </w:rPr>
        <w:t>37:45  team ke sath apne aap ko jod dijiye yeh to rasta khula hua hai</w:t>
      </w:r>
    </w:p>
    <w:p>
      <w:pPr>
        <w:pStyle w:val="Heading2"/>
      </w:pPr>
      <w:r>
        <w:t>Strategy of avoiding confrontation requires deep study</w:t>
      </w:r>
    </w:p>
    <w:p>
      <w:r>
        <w:rPr>
          <w:color w:val="666666"/>
          <w:sz w:val="18"/>
        </w:rPr>
        <w:t>Society &amp; Dawah · The Secular Contribution of Islam | April 16, 2017 · 55s · at 57:18 · https://youtu.be/QV_HIq7KeaY?t=3438</w:t>
      </w:r>
    </w:p>
    <w:p>
      <w:r>
        <w:rPr>
          <w:i/>
        </w:rPr>
        <w:t>“The main theme of the strategy to be adapted is avoidance of confrontation. Similarly, deep study is required for making an opinion.”</w:t>
      </w:r>
    </w:p>
    <w:p>
      <w:r>
        <w:rPr>
          <w:sz w:val="20"/>
        </w:rPr>
        <w:t>57:18  riyaz bhatt sahib ne molana ek sawal bheja hai srinagar se, unhon ne likha hai: the man</w:t>
      </w:r>
      <w:r>
        <w:br/>
      </w:r>
      <w:r>
        <w:rPr>
          <w:sz w:val="20"/>
        </w:rPr>
        <w:t>57:24  The theme of the strategy to be adopted is avoidance of confrontation.</w:t>
      </w:r>
      <w:r>
        <w:br/>
      </w:r>
      <w:r>
        <w:rPr>
          <w:sz w:val="20"/>
        </w:rPr>
        <w:t>57:31  Similarly, deep study is requisite for making an opinion.</w:t>
      </w:r>
      <w:r>
        <w:br/>
      </w:r>
      <w:r>
        <w:rPr>
          <w:sz w:val="20"/>
        </w:rPr>
        <w:t>57:37  These two things are missing in today's Muslim representatives, which they feel is cowardice.</w:t>
      </w:r>
      <w:r>
        <w:br/>
      </w:r>
      <w:r>
        <w:rPr>
          <w:sz w:val="20"/>
        </w:rPr>
        <w:t>57:43  to work on creating positivity among muslims, how can progress be accelerated? molana, what are your views on</w:t>
      </w:r>
      <w:r>
        <w:br/>
      </w:r>
      <w:r>
        <w:rPr>
          <w:sz w:val="20"/>
        </w:rPr>
        <w:t>57:50  this? aap ne theek baat kahi hai, apni koshish ko badha dijiye, accelerate your effort.</w:t>
      </w:r>
      <w:r>
        <w:br/>
      </w:r>
      <w:r>
        <w:rPr>
          <w:sz w:val="20"/>
        </w:rPr>
        <w:t>57:58  line to aap ki sahi hai, bilkul soch.</w:t>
      </w:r>
      <w:r>
        <w:br/>
      </w:r>
      <w:r>
        <w:rPr>
          <w:sz w:val="20"/>
        </w:rPr>
        <w:t>58:06  agar aap nateeja kam dekhte hain to aur koshish badha dijiye.</w:t>
      </w:r>
    </w:p>
    <w:p>
      <w:pPr>
        <w:pStyle w:val="Heading2"/>
      </w:pPr>
      <w:r>
        <w:t>Studying other religions for comparative study</w:t>
      </w:r>
    </w:p>
    <w:p>
      <w:r>
        <w:rPr>
          <w:color w:val="666666"/>
          <w:sz w:val="18"/>
        </w:rPr>
        <w:t>Society &amp; Dawah · The Importance of the Quran May 15, 2016 Maulana Wahiduddin Khan · 1m 51s · at 1:17:57 · https://youtu.be/9a-OOUR_bLg?t=4677</w:t>
      </w:r>
    </w:p>
    <w:p>
      <w:r>
        <w:rPr>
          <w:i/>
        </w:rPr>
        <w:t>“Should Muslims also study other religions for comparative study? What is your advice to all of us in this?”</w:t>
      </w:r>
    </w:p>
    <w:p>
      <w:r>
        <w:rPr>
          <w:sz w:val="20"/>
        </w:rPr>
        <w:t>1:17:57  maulana, agla sawal nauman azhar chaudhry sahab ne kiya hai rawalpindi se and unhon ne likha hai ke as muslims should be also study other religions for comparative study?</w:t>
      </w:r>
      <w:r>
        <w:br/>
      </w:r>
      <w:r>
        <w:rPr>
          <w:sz w:val="20"/>
        </w:rPr>
        <w:t>1:18:12  what is your advice to all of us in this? haan, har cheez padhna chahiye. religion ka science padhiye, statistic padhiye, religion padhiye.</w:t>
      </w:r>
      <w:r>
        <w:br/>
      </w:r>
      <w:r>
        <w:rPr>
          <w:sz w:val="20"/>
        </w:rPr>
        <w:t>1:18:24  yeh to aap ke time par depend karta hai. agar aap ke paas bahut time hai to sari kitaben padhiye.</w:t>
      </w:r>
      <w:r>
        <w:br/>
      </w:r>
      <w:r>
        <w:rPr>
          <w:sz w:val="20"/>
        </w:rPr>
        <w:t>1:18:32  main kisi ko mana nahin karta ke yeh baat padho, yeh padho, woh na padho. yeh main nahin kehta. yeh padho, woh na padho, yeh meri zuban nahin hai.</w:t>
      </w:r>
      <w:r>
        <w:br/>
      </w:r>
      <w:r>
        <w:rPr>
          <w:sz w:val="20"/>
        </w:rPr>
        <w:t>1:18:47  okay, so we will end the se</w:t>
      </w:r>
      <w:r>
        <w:br/>
      </w:r>
      <w:r>
        <w:rPr>
          <w:sz w:val="20"/>
        </w:rPr>
        <w:t>1:18:49  ssion now. thank you.</w:t>
      </w:r>
    </w:p>
    <w:p>
      <w:pPr>
        <w:pStyle w:val="Heading2"/>
      </w:pPr>
      <w:r>
        <w:t>Suggestion for online Quran teaching academy</w:t>
      </w:r>
    </w:p>
    <w:p>
      <w:r>
        <w:rPr>
          <w:color w:val="666666"/>
          <w:sz w:val="18"/>
        </w:rPr>
        <w:t>Society &amp; Dawah · Spirituality in Simple Living, High Thinking October 27, 2019 Maulana Wahiduddin Khan · 2m 35s · at 1:04:37 · https://youtu.be/Kr28g15eFr8?t=3877</w:t>
      </w:r>
    </w:p>
    <w:p>
      <w:r>
        <w:rPr>
          <w:i/>
        </w:rPr>
        <w:t>“I have an academy in Pakistan and I teach Quran online worldwide. What suggestion would you give me?”</w:t>
      </w:r>
    </w:p>
    <w:p>
      <w:r>
        <w:rPr>
          <w:sz w:val="20"/>
        </w:rPr>
        <w:t>1:04:37  maulana, agla sawal phir se aaya hai, ah pakistan se Muhammad Hamza Khan sahib ka.</w:t>
      </w:r>
      <w:r>
        <w:br/>
      </w:r>
      <w:r>
        <w:rPr>
          <w:sz w:val="20"/>
        </w:rPr>
        <w:t>1:04:46  yeh un ki ek Quran institute hai Pakistan mein, aur unhon ne likha hai: "maulana, mujhe acha lagta hai jab aap hamein thoda sa daant ke hamari correction karte hain." so now, i want a suggestion from you.</w:t>
      </w:r>
      <w:r>
        <w:br/>
      </w:r>
      <w:r>
        <w:rPr>
          <w:sz w:val="20"/>
        </w:rPr>
        <w:t>1:05:04  meri Pakistan mein ek academy hai, aur mein dunya mein online Quran pak teach karta hoon. aap mujhe kiya suggestion den ge?</w:t>
      </w:r>
      <w:r>
        <w:br/>
      </w:r>
      <w:r>
        <w:rPr>
          <w:sz w:val="20"/>
        </w:rPr>
        <w:t>1:05:15  mujhe kya karna chahiye ke mere students ko meri academy se zyada faida ho sake, woh zyada seekh saken?</w:t>
      </w:r>
      <w:r>
        <w:br/>
      </w:r>
      <w:r>
        <w:rPr>
          <w:sz w:val="20"/>
        </w:rPr>
        <w:t>1:05:24  itna zyada un se mohabbat kijiye apne students se ke aap un ke dil, un ke dil se dua karne lagen.</w:t>
      </w:r>
      <w:r>
        <w:br/>
      </w:r>
      <w:r>
        <w:rPr>
          <w:sz w:val="20"/>
        </w:rPr>
        <w:t>1:05:33  aap ne ek professional sense mein chala rahe honge, aap aap ne ro ro kar duaen nahin keen gi apne students ke sath.</w:t>
      </w:r>
      <w:r>
        <w:br/>
      </w:r>
      <w:r>
        <w:rPr>
          <w:sz w:val="20"/>
        </w:rPr>
        <w:t>1:05:45  yeh professional qism ke courses jo hote hain, is se kuch hone wala nahin. aap apne student ke liye ro ro kar duaen kijiye,</w:t>
      </w:r>
      <w:r>
        <w:br/>
      </w:r>
      <w:r>
        <w:rPr>
          <w:sz w:val="20"/>
        </w:rPr>
        <w:t>1:05:58  to dekhiye kaise ji asar hoga is ka.</w:t>
      </w:r>
      <w:r>
        <w:br/>
      </w:r>
      <w:r>
        <w:rPr>
          <w:sz w:val="20"/>
        </w:rPr>
        <w:t>1:06:12  okay, so we we'll end the session now. thank you.</w:t>
      </w:r>
    </w:p>
    <w:p>
      <w:pPr>
        <w:pStyle w:val="Heading2"/>
      </w:pPr>
      <w:r>
        <w:t>Suicide bomber's justification of killing innocents</w:t>
      </w:r>
    </w:p>
    <w:p>
      <w:r>
        <w:rPr>
          <w:color w:val="666666"/>
          <w:sz w:val="18"/>
        </w:rPr>
        <w:t>Society &amp; Dawah · Peaceful Islamic Mission December 28, 2014 · 1m 41s · at 1:00:25 · https://youtu.be/aLacalXEtRA?t=3625</w:t>
      </w:r>
    </w:p>
    <w:p>
      <w:r>
        <w:rPr>
          <w:i/>
        </w:rPr>
        <w:t>“Yesterday I watched a video in which a suicide bomber was interviewed. He was asked 'Why do you kill innocent people?' He answered 'Anyone who is not engaged in...'”</w:t>
      </w:r>
    </w:p>
    <w:p>
      <w:r>
        <w:rPr>
          <w:sz w:val="20"/>
        </w:rPr>
        <w:t>1:00:25  Maulana, agla sawal Dr. Fareeda Khanam ka hai Delhi se, aur unhone likha hai ke: "Yesterday I</w:t>
      </w:r>
      <w:r>
        <w:br/>
      </w:r>
      <w:r>
        <w:rPr>
          <w:sz w:val="20"/>
        </w:rPr>
        <w:t>1:00:31  watched a video in which a suicide bomber was interviewed.</w:t>
      </w:r>
      <w:r>
        <w:br/>
      </w:r>
      <w:r>
        <w:rPr>
          <w:sz w:val="20"/>
        </w:rPr>
        <w:t>1:00:37  He was asked, "Why do you kill innocent people?" He answered, "Anyone who is not engaged in</w:t>
      </w:r>
      <w:r>
        <w:br/>
      </w:r>
      <w:r>
        <w:rPr>
          <w:sz w:val="20"/>
        </w:rPr>
        <w:t>1:00:43  "جہاد is not innocent at all." Maulana, what is your comment on this? یہ تو جاہلوں کی باتیں ہیں۔</w:t>
      </w:r>
      <w:r>
        <w:br/>
      </w:r>
      <w:r>
        <w:rPr>
          <w:sz w:val="20"/>
        </w:rPr>
        <w:t>1:00:49  Woh main ne bhi suna hai, woh bilkul jahil ladka tha, ek bol raha tha.</w:t>
      </w:r>
      <w:r>
        <w:br/>
      </w:r>
      <w:r>
        <w:rPr>
          <w:sz w:val="20"/>
        </w:rPr>
        <w:t>1:00:55  Unhone jihad ko apne maani mein le liya hai.</w:t>
      </w:r>
      <w:r>
        <w:br/>
      </w:r>
      <w:r>
        <w:rPr>
          <w:sz w:val="20"/>
        </w:rPr>
        <w:t>1:01:01  Jihad ke maani hain peaceful struggle, dawat ke liye.</w:t>
      </w:r>
      <w:r>
        <w:br/>
      </w:r>
      <w:r>
        <w:rPr>
          <w:sz w:val="20"/>
        </w:rPr>
        <w:t>1:01:07  Baaki marna kaatna yeh harghiz jihad hai hi nahi.</w:t>
      </w:r>
      <w:r>
        <w:br/>
      </w:r>
      <w:r>
        <w:rPr>
          <w:sz w:val="20"/>
        </w:rPr>
        <w:t>1:01:13  Woh jo yeh log kar rahe hain is waqt jihad ke naam par, woh jihad hi nahi hai.</w:t>
      </w:r>
      <w:r>
        <w:br/>
      </w:r>
      <w:r>
        <w:rPr>
          <w:sz w:val="20"/>
        </w:rPr>
        <w:t>1:01:19  Woh to, yaani kya hai, woh Allah hi behtar lafz de sakta hai is ko, lekin woh behal</w:t>
      </w:r>
      <w:r>
        <w:br/>
      </w:r>
      <w:r>
        <w:rPr>
          <w:sz w:val="20"/>
        </w:rPr>
        <w:t>1:01:25  Woh jihad nahi hai.</w:t>
      </w:r>
      <w:r>
        <w:br/>
      </w:r>
      <w:r>
        <w:rPr>
          <w:sz w:val="20"/>
        </w:rPr>
        <w:t>1:01:31  Jihad naam hai dawat ke liye peaceful andaaz mein koshish karna.</w:t>
      </w:r>
      <w:r>
        <w:br/>
      </w:r>
      <w:r>
        <w:rPr>
          <w:sz w:val="20"/>
        </w:rPr>
        <w:t>1:01:37  Yeh jihad hai.</w:t>
      </w:r>
      <w:r>
        <w:br/>
      </w:r>
      <w:r>
        <w:rPr>
          <w:sz w:val="20"/>
        </w:rPr>
        <w:t>1:01:42  وہ میں نے سنا ہے، وہ وہ اس کا جو جو بھی interview, interview, وہ تو کوئی لڑکا،</w:t>
      </w:r>
      <w:r>
        <w:br/>
      </w:r>
      <w:r>
        <w:rPr>
          <w:sz w:val="20"/>
        </w:rPr>
        <w:t>1:01:48  Koi lagta hai, koi koi jahil ladka hai, pakad liya aur us ko brain wash kar ke tayyar</w:t>
      </w:r>
      <w:r>
        <w:br/>
      </w:r>
      <w:r>
        <w:rPr>
          <w:sz w:val="20"/>
        </w:rPr>
        <w:t>1:01:54  kar ke kaheen bhej diya ladai karne ke liye.</w:t>
      </w:r>
      <w:r>
        <w:br/>
      </w:r>
      <w:r>
        <w:rPr>
          <w:sz w:val="20"/>
        </w:rPr>
        <w:t>1:02:00  to woh is ka islam se koi talluq nahin.</w:t>
      </w:r>
    </w:p>
    <w:p>
      <w:pPr>
        <w:pStyle w:val="Heading2"/>
      </w:pPr>
      <w:r>
        <w:t>Sword or Dawah: Following Ibn Taymiyyah</w:t>
      </w:r>
    </w:p>
    <w:p>
      <w:r>
        <w:rPr>
          <w:color w:val="666666"/>
          <w:sz w:val="18"/>
        </w:rPr>
        <w:t>Society &amp; Dawah · The Issues of Islam in the Present World November 11, 2012 · 2m 57s · at 1:02:21 · https://youtu.be/COoaUbCCi1c?t=3741</w:t>
      </w:r>
    </w:p>
    <w:p>
      <w:r>
        <w:rPr>
          <w:i/>
        </w:rPr>
        <w:t>“I asked a certain Umri sahib: 'Do you want to make a claim or do you want enmity?' He said that Ibn Taymiyyah's book 'Al-Sarim al-Maslul' must be followed. Does Islam want to put a sword in every person's hand, or is it the responsibility of dawah? Please explain.”</w:t>
      </w:r>
    </w:p>
    <w:p>
      <w:r>
        <w:rPr>
          <w:sz w:val="20"/>
        </w:rPr>
        <w:t>1:02:21  Maulana, agla sawal hai Umarabad se Maulana Farhad Salafi sahib ka. unhon ne likha hai: "Maulana, maine ek Umri sahib se sawal kiya ke aap dawa karna chahte hain ya adawat?" toh unhon ne kaha ke Ibn Taymiyyah ki kitab "Al-Sarim al-Maslul" par amal karna hai.</w:t>
      </w:r>
      <w:r>
        <w:br/>
      </w:r>
      <w:r>
        <w:rPr>
          <w:sz w:val="20"/>
        </w:rPr>
        <w:t>1:02:42  Maulana, kya Islam har aadmi ke haath mein talwar dena chahta hai ya dawat ki zimmedari? is ke bare mein batayein.</w:t>
      </w:r>
      <w:r>
        <w:br/>
      </w:r>
      <w:r>
        <w:rPr>
          <w:sz w:val="20"/>
        </w:rPr>
        <w:t>1:02:51  dekhein, Ibn Taymiyyah ki jo kitab hai, jante hain kab likhi thi? unhon ne naujawani ki umar mein likhi thi.</w:t>
      </w:r>
      <w:r>
        <w:br/>
      </w:r>
      <w:r>
        <w:rPr>
          <w:sz w:val="20"/>
        </w:rPr>
        <w:t>1:03:03  bas bata, us waqt un ko kitab likhni nahi chahiye thi.</w:t>
      </w:r>
      <w:r>
        <w:br/>
      </w:r>
      <w:r>
        <w:rPr>
          <w:sz w:val="20"/>
        </w:rPr>
        <w:t>1:03:09  Hazrat Musa ke bare mein aata hai ke jab nubuwwat di gayi toh us mein aata hai ke "thumma jia'ta qadra Musa"</w:t>
      </w:r>
      <w:r>
        <w:br/>
      </w:r>
      <w:r>
        <w:rPr>
          <w:sz w:val="20"/>
        </w:rPr>
        <w:t>1:03:15  tamam nabiyon ko chalis saal mein di gayi hai. nubuwwat chalis saal mein kyun? nubuwwat di jati hai jab aadmi mature ho jaye, maturity ki age ko pahunch jaye.</w:t>
      </w:r>
      <w:r>
        <w:br/>
      </w:r>
      <w:r>
        <w:rPr>
          <w:sz w:val="20"/>
        </w:rPr>
        <w:t>1:03:29  toh Ibn Taymiyyah ne woh kitab likhi jab koi mature the. woh un ke peeron ko ailan karna chahiye ke Ibn Taymiyyah ki kitab us waqt likhi gayi thi jab woh pakhtah hi nahi hue the.</w:t>
      </w:r>
      <w:r>
        <w:br/>
      </w:r>
      <w:r>
        <w:rPr>
          <w:sz w:val="20"/>
        </w:rPr>
        <w:t>1:03:40  is wajah se kitab ko daal do classical literature mein,</w:t>
      </w:r>
      <w:r>
        <w:br/>
      </w:r>
      <w:r>
        <w:rPr>
          <w:sz w:val="20"/>
        </w:rPr>
        <w:t>1:03:44  us ka hawala hi mat do, woh qabil hawala nahi hai. woh ek naujawan kitab kyun likh sakta hai?</w:t>
      </w:r>
      <w:r>
        <w:br/>
      </w:r>
      <w:r>
        <w:rPr>
          <w:sz w:val="20"/>
        </w:rPr>
        <w:t>1:03:54  bahut ajeeb baat hui hai hamare haan ke naujawano ne jo tehrikein shuru kin, usi par log qaim ho gaye. Maulana Abdullah Modudi ne naujawano ko apni kitab likhi "Ali 'Ardh fi al-Islam".</w:t>
      </w:r>
      <w:r>
        <w:br/>
      </w:r>
      <w:r>
        <w:rPr>
          <w:sz w:val="20"/>
        </w:rPr>
        <w:t>1:04:06  isi par chal padi jamaat.</w:t>
      </w:r>
      <w:r>
        <w:br/>
      </w:r>
      <w:r>
        <w:rPr>
          <w:sz w:val="20"/>
        </w:rPr>
        <w:t>1:04:09  al khawar muslimon ke jo bani the, hasan banna, unhon ne 22 saal ki umar mein jab jamaat banai, isi par chal pade log.</w:t>
      </w:r>
      <w:r>
        <w:br/>
      </w:r>
      <w:r>
        <w:rPr>
          <w:sz w:val="20"/>
        </w:rPr>
        <w:t>1:04:19  ibn taimiya ne kitab likhi naujawani ki umar mein, isi ko hawala dete hain log. dekhiye, naujawani ki umar mein koi is qabil hota hi nahin ke woh koi rehnumai de,</w:t>
      </w:r>
      <w:r>
        <w:br/>
      </w:r>
      <w:r>
        <w:rPr>
          <w:sz w:val="20"/>
        </w:rPr>
        <w:t>1:04:33  lead kare.</w:t>
      </w:r>
      <w:r>
        <w:br/>
      </w:r>
      <w:r>
        <w:rPr>
          <w:sz w:val="20"/>
        </w:rPr>
        <w:t>1:04:37  maturity ki age age tak pahunchne se pehle aadmi ko sirf padhna chahiye, mutala karna chahiye, apne ko tayyar karna chahiye. yani chalis saal ke baad hi aadmi ko chahiye ke woh koi aisi tehreek chalaye ya aisi kitab likhe.</w:t>
      </w:r>
      <w:r>
        <w:br/>
      </w:r>
      <w:r>
        <w:rPr>
          <w:sz w:val="20"/>
        </w:rPr>
        <w:t>1:04:53  kyunki tamam paighambaron ko Allah taala ne chalis saal ki umar mein nabuwat di. to ibn taimiya ke jo peeron hain, unko sochna chahiye ke yeh to Allah ki hikmat ke khilaf hai,</w:t>
      </w:r>
      <w:r>
        <w:br/>
      </w:r>
      <w:r>
        <w:rPr>
          <w:sz w:val="20"/>
        </w:rPr>
        <w:t>1:05:07  Allah ki hikmat ke khilaf hai. koi maturity ki age ko pehle pahunche baghair aisi kitab nahin daale, tehrikein chalaye.</w:t>
      </w:r>
    </w:p>
    <w:p>
      <w:pPr>
        <w:pStyle w:val="Heading2"/>
      </w:pPr>
      <w:r>
        <w:t>Tablighi Jamaat considered as bid'ah</w:t>
      </w:r>
    </w:p>
    <w:p>
      <w:r>
        <w:rPr>
          <w:color w:val="666666"/>
          <w:sz w:val="18"/>
        </w:rPr>
        <w:t>Society &amp; Dawah · Divine Crusades December 14, 2014 · 2m 26s · at 1:04:15 · https://youtu.be/qZhY00S5LQg?t=3855</w:t>
      </w:r>
    </w:p>
    <w:p>
      <w:r>
        <w:rPr>
          <w:i/>
        </w:rPr>
        <w:t>“This Tablighi Jamaat is now bid'ah. Many grand ulemas have proved it as bid'ah.”</w:t>
      </w:r>
    </w:p>
    <w:p>
      <w:r>
        <w:rPr>
          <w:sz w:val="20"/>
        </w:rPr>
        <w:t>1:04:15  Maulana, agla sawal Muzaffar Nagar se Sahil Muhammad sahib ne poocha hai aapse.</w:t>
      </w:r>
      <w:r>
        <w:br/>
      </w:r>
      <w:r>
        <w:rPr>
          <w:sz w:val="20"/>
        </w:rPr>
        <w:t>1:04:18  Aur unhone likha hai ke Maulana sahib, is tablighi jamaat ab bid'ah.</w:t>
      </w:r>
      <w:r>
        <w:br/>
      </w:r>
      <w:r>
        <w:rPr>
          <w:sz w:val="20"/>
        </w:rPr>
        <w:t>1:04:22  Many grand ulemas have proved it as bid'ah.</w:t>
      </w:r>
      <w:r>
        <w:br/>
      </w:r>
      <w:r>
        <w:rPr>
          <w:sz w:val="20"/>
        </w:rPr>
        <w:t>1:04:26  Also, some of the grand scholars of that time did not agree with this innovation.</w:t>
      </w:r>
      <w:r>
        <w:br/>
      </w:r>
      <w:r>
        <w:rPr>
          <w:sz w:val="20"/>
        </w:rPr>
        <w:t>1:04:30  Do you agree with this?</w:t>
      </w:r>
      <w:r>
        <w:br/>
      </w:r>
      <w:r>
        <w:rPr>
          <w:sz w:val="20"/>
        </w:rPr>
        <w:t>1:04:34  Since I know that you are a researcher and truth-finder, please clear your view on this.</w:t>
      </w:r>
      <w:r>
        <w:br/>
      </w:r>
      <w:r>
        <w:rPr>
          <w:sz w:val="20"/>
        </w:rPr>
        <w:t>1:04:38  nahi nahi, dekhiye, yeh hamara subject nahi hai jamaaton par remark dena.</w:t>
      </w:r>
      <w:r>
        <w:br/>
      </w:r>
      <w:r>
        <w:rPr>
          <w:sz w:val="20"/>
        </w:rPr>
        <w:t>1:04:43  yeh jamaat aisi hai, woh jamaat aisi, yeh hamara tareeqa nahi hai.</w:t>
      </w:r>
      <w:r>
        <w:br/>
      </w:r>
      <w:r>
        <w:rPr>
          <w:sz w:val="20"/>
        </w:rPr>
        <w:t>1:04:48  aap hamari kitabein nahi padhein shayad aap ne, hamari kitabein padhi hain aap.</w:t>
      </w:r>
      <w:r>
        <w:br/>
      </w:r>
      <w:r>
        <w:rPr>
          <w:sz w:val="20"/>
        </w:rPr>
        <w:t>1:04:53  yeh jamaat aisi hai, woh jamaat aisi hai, yeh party aisi hai, woh party aisi, yeh hamara tareeqa</w:t>
      </w:r>
      <w:r>
        <w:br/>
      </w:r>
      <w:r>
        <w:rPr>
          <w:sz w:val="20"/>
        </w:rPr>
        <w:t>1:04:58  hi nahi hai.</w:t>
      </w:r>
      <w:r>
        <w:br/>
      </w:r>
      <w:r>
        <w:rPr>
          <w:sz w:val="20"/>
        </w:rPr>
        <w:t>1:05:03  yeh toh hum toh isko fitna samajhte hain, fitna.</w:t>
      </w:r>
      <w:r>
        <w:br/>
      </w:r>
      <w:r>
        <w:rPr>
          <w:sz w:val="20"/>
        </w:rPr>
        <w:t>1:05:08  isi se aapas mein ikhtilaf hota hai, aapas mein takrao hota hai, aapas mein heat badhti hai, heat.</w:t>
      </w:r>
      <w:r>
        <w:br/>
      </w:r>
      <w:r>
        <w:rPr>
          <w:sz w:val="20"/>
        </w:rPr>
        <w:t>1:05:12  yeh kya aap karein? aap ko is se nikliye bahar.</w:t>
      </w:r>
      <w:r>
        <w:br/>
      </w:r>
      <w:r>
        <w:rPr>
          <w:sz w:val="20"/>
        </w:rPr>
        <w:t>1:05:17  aap heat mein jee rahe hain, aap nature mein nahi jee rahe.</w:t>
      </w:r>
      <w:r>
        <w:br/>
      </w:r>
      <w:r>
        <w:rPr>
          <w:sz w:val="20"/>
        </w:rPr>
        <w:t>1:05:22  yeh kya soch hai aap ki ke bid'at hai, woh zalalat hai, woh sahi hai, woh galat hai?</w:t>
      </w:r>
      <w:r>
        <w:br/>
      </w:r>
      <w:r>
        <w:rPr>
          <w:sz w:val="20"/>
        </w:rPr>
        <w:t>1:05:27  aap apni apni duty ko discover kijiye Allah ki nisbat se.</w:t>
      </w:r>
      <w:r>
        <w:br/>
      </w:r>
      <w:r>
        <w:rPr>
          <w:sz w:val="20"/>
        </w:rPr>
        <w:t>1:05:32  yaani Allah ki nisbat se aap ki apni duty kya hai, is mein lag jaiye bas.</w:t>
      </w:r>
      <w:r>
        <w:br/>
      </w:r>
      <w:r>
        <w:rPr>
          <w:sz w:val="20"/>
        </w:rPr>
        <w:t>1:05:37  Okay, so we will end the Sunday session now.</w:t>
      </w:r>
      <w:r>
        <w:br/>
      </w:r>
      <w:r>
        <w:rPr>
          <w:sz w:val="20"/>
        </w:rPr>
        <w:t>1:05:42  Please log in next week at 10:30 for Maulana's next session. Thank you.</w:t>
      </w:r>
    </w:p>
    <w:p>
      <w:pPr>
        <w:pStyle w:val="Heading2"/>
      </w:pPr>
      <w:r>
        <w:t>Team members waiting for others to take initiative</w:t>
      </w:r>
    </w:p>
    <w:p>
      <w:r>
        <w:rPr>
          <w:color w:val="666666"/>
          <w:sz w:val="18"/>
        </w:rPr>
        <w:t>Society &amp; Dawah · Experience of Hyderabad CPS Meet December 1, 2013 · 1m 28s · at 1:15:49 · https://youtu.be/Y8mcxF2Lhyc?t=4549</w:t>
      </w:r>
    </w:p>
    <w:p>
      <w:r>
        <w:rPr>
          <w:i/>
        </w:rPr>
        <w:t>“Moulana, at times it happens that team members wait for other people to take initiative, because they find it easier to follow. What is your comment and advice in this?”</w:t>
      </w:r>
    </w:p>
    <w:p>
      <w:r>
        <w:rPr>
          <w:sz w:val="20"/>
        </w:rPr>
        <w:t>1:15:49  Maulana, Delhi se Junaid sahib ne sawal kiya hai. unhon ne likha hai:</w:t>
      </w:r>
      <w:r>
        <w:br/>
      </w:r>
      <w:r>
        <w:rPr>
          <w:sz w:val="20"/>
        </w:rPr>
        <w:t>1:15:55  "Maulana, at times it happens that team members wait for other people to take initiative, because they find it easier to follow it." What is your comment or advice on this?</w:t>
      </w:r>
      <w:r>
        <w:br/>
      </w:r>
      <w:r>
        <w:rPr>
          <w:sz w:val="20"/>
        </w:rPr>
        <w:t>1:16:17  ab pata hai, mujhe to is ki misaal nahi maloom ke kis kis kis situation ko le kar ek sawal qaim hua hai.</w:t>
      </w:r>
      <w:r>
        <w:br/>
      </w:r>
      <w:r>
        <w:rPr>
          <w:sz w:val="20"/>
        </w:rPr>
        <w:t>1:16:25  mein to nahin janta is ko, lekin mein yahi kahoon ga ke aap har aadmi apna zimmedaar hai khud. aap wait kis liye karein doosre ka? quran se saabit hai ke har aadmi apna zimmedaar khud hai.</w:t>
      </w:r>
      <w:r>
        <w:br/>
      </w:r>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r>
        <w:br/>
      </w:r>
      <w:r>
        <w:rPr>
          <w:sz w:val="20"/>
        </w:rPr>
        <w:t>1:17:10  yeh mujhe abhi aik abstract lagta hai, mere ilm ke mutabiq abhi tak mujhe abstract lagta hai. yeh</w:t>
      </w:r>
    </w:p>
    <w:p>
      <w:pPr>
        <w:pStyle w:val="Heading2"/>
      </w:pPr>
      <w:r>
        <w:t>Team relationships: da'wah only or mutual care?</w:t>
      </w:r>
    </w:p>
    <w:p>
      <w:r>
        <w:rPr>
          <w:color w:val="666666"/>
          <w:sz w:val="18"/>
        </w:rPr>
        <w:t>Society &amp; Dawah · The Importance of Team Work February 5, 2012 · 4m 25s · at 1:16:25 · https://youtu.be/qBbwznqIqVw?t=4585</w:t>
      </w:r>
    </w:p>
    <w:p>
      <w:r>
        <w:rPr>
          <w:i/>
        </w:rPr>
        <w:t>“Should team members' relationship be based only on da'wah work, or should they also help each other in times of sorrow and pain?”</w:t>
      </w:r>
    </w:p>
    <w:p>
      <w:r>
        <w:rPr>
          <w:sz w:val="20"/>
        </w:rPr>
        <w:t>1:16:25  maulana, un ka ek aur sawal hai. unhon ne likha hai: "team ke logon ka aapsi taluq sirf da'wa work ki base par hona chahiye ya team ke members ko chahiye ke woh aapas mein ek doosre ke dukh dard mein bhi kaam aayein?"</w:t>
      </w:r>
      <w:r>
        <w:br/>
      </w:r>
      <w:r>
        <w:rPr>
          <w:sz w:val="20"/>
        </w:rPr>
        <w:t>1:16:44  bhai, da'wa ka matlab hai Allah ke liye. aap jo jo Allah ne hukum diya, woh sab kijiye.</w:t>
      </w:r>
      <w:r>
        <w:br/>
      </w:r>
      <w:r>
        <w:rPr>
          <w:sz w:val="20"/>
        </w:rPr>
        <w:t>1:16:53  quran o hadith mein jo ahkam diye gaye hain, un ko padhiye. aur jahan aap ko mehsoos ho ke yeh hukum hai, to us par amal kijiye.</w:t>
      </w:r>
      <w:r>
        <w:br/>
      </w:r>
      <w:r>
        <w:rPr>
          <w:sz w:val="20"/>
        </w:rPr>
        <w:t>1:17:04  yeh aap ke upar hai. is mein koi alag se koi hukum nama jari nahi kar sakta.</w:t>
      </w:r>
      <w:r>
        <w:br/>
      </w:r>
      <w:r>
        <w:rPr>
          <w:sz w:val="20"/>
        </w:rPr>
        <w:t>1:17:17  tamil nadu se maulana israr ul hasan umri ne sawal kiya hai.</w:t>
      </w:r>
      <w:r>
        <w:br/>
      </w:r>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r>
        <w:br/>
      </w:r>
      <w:r>
        <w:rPr>
          <w:sz w:val="20"/>
        </w:rPr>
        <w:t>1:19:59  yani is aadmi ki zimmedari wahi hai jo maine batai. lekin logon ki zimmedari yeh nahi ke woh aik ya ya district le kar is ko lage, is ke khilaf gaam kar rahe hain, yahan tak ke qatal kar dale is ko.</w:t>
      </w:r>
      <w:r>
        <w:br/>
      </w:r>
      <w:r>
        <w:rPr>
          <w:sz w:val="20"/>
        </w:rPr>
        <w:t>1:20:13  to yeh yeh bhi galat ho jayega. yeh ghulu ho jayega. ghulu aur ghulu Islam mein nahi hai. la ghulu fil Islam yani mera matlab hai ke ittehad ko barqarar rakhne ke liye sab kuch kiya jana chahiye.</w:t>
      </w:r>
      <w:r>
        <w:br/>
      </w:r>
      <w:r>
        <w:rPr>
          <w:sz w:val="20"/>
        </w:rPr>
        <w:t>1:20:29  team ka ittehad baqi rakhne ke liye har qurbani dena chahiye. aur is ki shakal yeh hai ke aadmi Allah ke hawale karta rahe. jo shikayatein hain, Allah ke hawale, Allah ke hawale.</w:t>
      </w:r>
      <w:r>
        <w:br/>
      </w:r>
      <w:r>
        <w:rPr>
          <w:sz w:val="20"/>
        </w:rPr>
        <w:t>1:20:42  warna team ban nahi payegi aur na team apna role bhi nikal sakegi.</w:t>
      </w:r>
    </w:p>
    <w:p>
      <w:pPr>
        <w:pStyle w:val="Heading2"/>
      </w:pPr>
      <w:r>
        <w:t>Tension of a da'i in dawah</w:t>
      </w:r>
    </w:p>
    <w:p>
      <w:r>
        <w:rPr>
          <w:color w:val="666666"/>
          <w:sz w:val="18"/>
        </w:rPr>
        <w:t>Society &amp; Dawah · Q&amp;A 13 Nov 2011 · 1m 24s · at 38:38 · https://youtu.be/oOZ9h37_pL8?t=2318</w:t>
      </w:r>
    </w:p>
    <w:p>
      <w:r>
        <w:rPr>
          <w:i/>
        </w:rPr>
        <w:t>“Maulana, does a da'i (caller to Islam) also experience tension in giving dawah? Or can a da'i remain worried about dawah? Please explain. The tension of a da'i is positive tension; it is not really tension in the true sense. It is goodwill, meaning the da'i's tension is in the sense of well-wishing.”</w:t>
      </w:r>
    </w:p>
    <w:p>
      <w:r>
        <w:rPr>
          <w:sz w:val="20"/>
        </w:rPr>
        <w:t>38:38  maulana yeh sawal aaya hai maulana asrar umri sahib ka chennai se. unhon ne likha hai ke maulana ek daai ko bhi dawah ki tension hoti hai.</w:t>
      </w:r>
      <w:r>
        <w:br/>
      </w:r>
      <w:r>
        <w:rPr>
          <w:sz w:val="20"/>
        </w:rPr>
        <w:t>38:50  ya daai dawah ke liye pareshan reh sakta hai. is ke baray mein batayen.</w:t>
      </w:r>
      <w:r>
        <w:br/>
      </w:r>
      <w:r>
        <w:rPr>
          <w:sz w:val="20"/>
        </w:rPr>
        <w:t>38:57  dekhiye daai ka jo tension hai woh positive tension hai. woh sahi maanon mein tension nahi hota hai. woh khairkhwahi hoti hai. yaani daai ka tension jo hai woh woh hota hai khairkhwahi ke maani mein.</w:t>
      </w:r>
      <w:r>
        <w:br/>
      </w:r>
      <w:r>
        <w:rPr>
          <w:sz w:val="20"/>
        </w:rPr>
        <w:t>39:12  woh is maani mein nahi hota woh negative tension nahi hota.</w:t>
      </w:r>
      <w:r>
        <w:br/>
      </w:r>
      <w:r>
        <w:rPr>
          <w:sz w:val="20"/>
        </w:rPr>
        <w:t>39:19  dekhiye farq kya hai.</w:t>
      </w:r>
      <w:r>
        <w:br/>
      </w:r>
      <w:r>
        <w:rPr>
          <w:sz w:val="20"/>
        </w:rPr>
        <w:t>39:21  ek ek zaati taur par aap kuch lose karen is ka naam hai tension. zaati taur par aap ko nuqsan hua is nuqsan ko le kar ke aap pareshan hue woh hai tension.</w:t>
      </w:r>
      <w:r>
        <w:br/>
      </w:r>
      <w:r>
        <w:rPr>
          <w:sz w:val="20"/>
        </w:rPr>
        <w:t>39:34  lekin doosre shakhs koshish kar rahe hain aap ke woh sachai ko manen woh nahi maan raha hai. to is se jo aap ke andar jazbat aate hain woh to khairkhwahi ki wajah se hote hain.</w:t>
      </w:r>
      <w:r>
        <w:br/>
      </w:r>
      <w:r>
        <w:rPr>
          <w:sz w:val="20"/>
        </w:rPr>
        <w:t>39:44  woh to wohi hai jo quran mein kaha hai bakhw anfusak. lilka bakhw anfusak. to woh hai positive tension. agar is ko tension kaha jaye to woh positive tension hoga.</w:t>
      </w:r>
      <w:r>
        <w:br/>
      </w:r>
      <w:r>
        <w:rPr>
          <w:sz w:val="20"/>
        </w:rPr>
        <w:t>39:55  to negative tension bura hai positive tension bura nahi hai.</w:t>
      </w:r>
    </w:p>
    <w:p>
      <w:pPr>
        <w:pStyle w:val="Heading2"/>
      </w:pPr>
      <w:r>
        <w:t>Terrorism in Pakistan and advice for Muslims</w:t>
      </w:r>
    </w:p>
    <w:p>
      <w:r>
        <w:rPr>
          <w:color w:val="666666"/>
          <w:sz w:val="18"/>
        </w:rPr>
        <w:t>Society &amp; Dawah · Pillars of Western Thought October 6, 2013 · 2m 59s · at 48:21 · https://youtu.be/o4WfPvju5_M?t=2901</w:t>
      </w:r>
    </w:p>
    <w:p>
      <w:r>
        <w:rPr>
          <w:i/>
        </w:rPr>
        <w:t>“Maulana, what is your opinion on the increasing terrorism in Pakistan? And what suggestion do you have for the Muslims of Pakistan? What should they do at this time?”</w:t>
      </w:r>
    </w:p>
    <w:p>
      <w:r>
        <w:rPr>
          <w:sz w:val="20"/>
        </w:rPr>
        <w:t>48:21  molana, agla sawal aaya hai islamabad, pakistan se</w:t>
      </w:r>
      <w:r>
        <w:br/>
      </w:r>
      <w:r>
        <w:rPr>
          <w:sz w:val="20"/>
        </w:rPr>
        <w:t>48:25  muhammad faisal gujjar sahib ka. unhon ne likha hai: "molana, aap pakistan mein barhti hui dahshat gardi par kya rai rakhte hain?</w:t>
      </w:r>
      <w:r>
        <w:br/>
      </w:r>
      <w:r>
        <w:rPr>
          <w:sz w:val="20"/>
        </w:rPr>
        <w:t>48:36  aur aap pakistan ke musalmanon ke liye kya suggest karte hain? woh is waqt kya karen?"</w:t>
      </w:r>
      <w:r>
        <w:br/>
      </w:r>
      <w:r>
        <w:rPr>
          <w:sz w:val="20"/>
        </w:rPr>
        <w:t>48:44  dekhiye, pehla kaam to yeh hai ke aap parosi mulk se lad kar ke zinda nahi reh sakte.</w:t>
      </w:r>
      <w:r>
        <w:br/>
      </w:r>
      <w:r>
        <w:rPr>
          <w:sz w:val="20"/>
        </w:rPr>
        <w:t>48:53  pakistan ne awwal din se india se larai chhod rakhi hai,</w:t>
      </w:r>
      <w:r>
        <w:br/>
      </w:r>
      <w:r>
        <w:rPr>
          <w:sz w:val="20"/>
        </w:rPr>
        <w:t>48:59  to yak tarfa taur par pakistan ko larai ko band karna pare ga. ab kya state ke level to larai band kar diya unhon ne, lekin proxy war chala rahe hain.</w:t>
      </w:r>
      <w:r>
        <w:br/>
      </w:r>
      <w:r>
        <w:rPr>
          <w:sz w:val="20"/>
        </w:rPr>
        <w:t>49:10  abhi aaj akhbar mein tha, to proxy war bhi chhoden aur state war bhi chhoden.</w:t>
      </w:r>
      <w:r>
        <w:br/>
      </w:r>
      <w:r>
        <w:rPr>
          <w:sz w:val="20"/>
        </w:rPr>
        <w:t>49:19  is ke baghair koi beginning nahi hai pakistan ki, koi beginning nahi. rasool Allah sal-lal-lahu alai-hi wa-sal-lam ne dekhiye, hudaybiyah ka mu'ahida kar ke larai ko khatam kar diya tha,</w:t>
      </w:r>
      <w:r>
        <w:br/>
      </w:r>
      <w:r>
        <w:rPr>
          <w:sz w:val="20"/>
        </w:rPr>
        <w:t>49:29  tab wahan par taraqqi hui. aur yahan par kya hai? ladai, ladai, ladai, ladai chal rahi hai. aur direct ladai dekha ke char bar Pakistan lada, har bar hara.</w:t>
      </w:r>
      <w:r>
        <w:br/>
      </w:r>
      <w:r>
        <w:rPr>
          <w:sz w:val="20"/>
        </w:rPr>
        <w:t>49:39  ab unhon ne kya kiya? proxy war chhod chhod shuru kar diya. to jab aap baqayda ladai se nahi jeet paye, to to proxy wars ke jeetenge aap.</w:t>
      </w:r>
      <w:r>
        <w:br/>
      </w:r>
      <w:r>
        <w:rPr>
          <w:sz w:val="20"/>
        </w:rPr>
        <w:t>49:56  jab tak wahan par yeh nazariya khatm na ho ke ladai se kuch hasil kiya ja sakta hai, tab tak kuch hone wala nahi hai. Pakistan ka mera ek two point formula hai: ek to yeh ke wahan par state ke ilawa logon ke pas khoob hathiyar hain,</w:t>
      </w:r>
      <w:r>
        <w:br/>
      </w:r>
      <w:r>
        <w:rPr>
          <w:sz w:val="20"/>
        </w:rPr>
        <w:t>50:13  aur yeh khud government ne is ko, yani asaniyan paida keen ke logon ke pas hathiyar ho. main ne suna hai ke wahan hathiyar bikte hain sabzi ke tarike se.</w:t>
      </w:r>
      <w:r>
        <w:br/>
      </w:r>
      <w:r>
        <w:rPr>
          <w:sz w:val="20"/>
        </w:rPr>
        <w:t>50:26  to wahan par, yani sirf state ke pas hathiyar ho, awam ke pas bilkul hathiyar na ho, bilkul mukammal taur par is ko band kar diya jaye.</w:t>
      </w:r>
      <w:r>
        <w:br/>
      </w:r>
      <w:r>
        <w:rPr>
          <w:sz w:val="20"/>
        </w:rPr>
        <w:t>50:37  ek baat yeh ho. doosri baat yeh hai ke parosi mulk se ladai ko khatm kar diya jaye, na direct war, na proxy war.</w:t>
      </w:r>
      <w:r>
        <w:br/>
      </w:r>
      <w:r>
        <w:rPr>
          <w:sz w:val="20"/>
        </w:rPr>
        <w:t>50:46  tab beginning hogi. abhi to beginning ke asar hi nahi hain, abhi to koi beginning hi nahi hai.</w:t>
      </w:r>
      <w:r>
        <w:br/>
      </w:r>
      <w:r>
        <w:rPr>
          <w:sz w:val="20"/>
        </w:rPr>
        <w:t>50:53  is ke baad kya hoga? ke do kaam karna chahiye aap ko: mulk ki taameer, mulk ki taameer aur dawat.</w:t>
      </w:r>
      <w:r>
        <w:br/>
      </w:r>
      <w:r>
        <w:rPr>
          <w:sz w:val="20"/>
        </w:rPr>
        <w:t>51:04  mulk ki taameer aur dawat. taameer mein sab se number one par aata hai education. to education aur dawat. lekin jab tak ladai ka mahaul hai, wahan ladai ka mahaul, tab tak koi taameeri kaam nahi ho sakta hai.</w:t>
      </w:r>
    </w:p>
    <w:p>
      <w:pPr>
        <w:pStyle w:val="Heading2"/>
      </w:pPr>
      <w:r>
        <w:t>The Importance of Tension-Free Life for Da'i</w:t>
      </w:r>
    </w:p>
    <w:p>
      <w:r>
        <w:rPr>
          <w:color w:val="666666"/>
          <w:sz w:val="18"/>
        </w:rPr>
        <w:t>Society &amp; Dawah · Q&amp;A 13 Nov 2011 · 2m 21s · at 17:43 · https://youtu.be/oOZ9h37_pL8?t=1063</w:t>
      </w:r>
    </w:p>
    <w:p>
      <w:r>
        <w:rPr>
          <w:i/>
        </w:rPr>
        <w:t>“What is the importance of a tension-free life for a Da'i? How can a Da'i protect himself from tension?”</w:t>
      </w:r>
    </w:p>
    <w:p>
      <w:r>
        <w:rPr>
          <w:sz w:val="20"/>
        </w:rPr>
        <w:t>17:43  maulana agla sawal aaya hai maulana shariq hussain ka delhi se. unhon ne likha hai ek dai ke liye tension free life ki kya ahmiyat hai?</w:t>
      </w:r>
      <w:r>
        <w:br/>
      </w:r>
      <w:r>
        <w:rPr>
          <w:sz w:val="20"/>
        </w:rPr>
        <w:t>17:55  dai tension se khud ko kaise bachayein?</w:t>
      </w:r>
      <w:r>
        <w:br/>
      </w:r>
      <w:r>
        <w:rPr>
          <w:sz w:val="20"/>
        </w:rPr>
        <w:t>17:59  dekhein tension free jab honge tabhi aap normal tareeqe se dai se deal kar payenge. tension le kar ke dai ke liye aap khair khwah nahin ban sakte.</w:t>
      </w:r>
      <w:r>
        <w:br/>
      </w:r>
      <w:r>
        <w:rPr>
          <w:sz w:val="20"/>
        </w:rPr>
        <w:t>18:11  madu ke liye. dai agar tension mein jeeta ho is ka matlab hai ke nafrat karega woh insanon se. kyunke insanon ke rawish ko le kar hi toh tension aata hai.</w:t>
      </w:r>
      <w:r>
        <w:br/>
      </w:r>
      <w:r>
        <w:rPr>
          <w:sz w:val="20"/>
        </w:rPr>
        <w:t>18:23  tension ka matlab hai ke insaan se aap ko jo sulook mila us sulook par raazi nahin hue aap. toh kya matlab hoga</w:t>
      </w:r>
      <w:r>
        <w:br/>
      </w:r>
      <w:r>
        <w:rPr>
          <w:sz w:val="20"/>
        </w:rPr>
        <w:t>18:31  ? tension se kya aayega? nafrat aayegi. nafrat se kya aayega? indifferent attitude ho jayega. aap ko koi dilchaspi nahin hogi doosron se hogi.</w:t>
      </w:r>
      <w:r>
        <w:br/>
      </w:r>
      <w:r>
        <w:rPr>
          <w:sz w:val="20"/>
        </w:rPr>
        <w:t>18:41  dawat ke kaam ke liye zaroori hai ke bohat zyada khair khwahi, bohat zyada taluq, bohat zyada chahna doosre ki nijat ko.</w:t>
      </w:r>
      <w:r>
        <w:br/>
      </w:r>
      <w:r>
        <w:rPr>
          <w:sz w:val="20"/>
        </w:rPr>
        <w:t>18:50  toh is ke liye zaroori hai ke aap tension free rahen. kyunke tension free nahin rahenge toh nafrat karenge. nafrat karenge toh khair khwahi nahin hogi. yeh meri samajh mein aaya hai.</w:t>
      </w:r>
      <w:r>
        <w:br/>
      </w:r>
      <w:r>
        <w:rPr>
          <w:sz w:val="20"/>
        </w:rPr>
        <w:t>19:01  ji.</w:t>
      </w:r>
      <w:r>
        <w:br/>
      </w:r>
      <w:r>
        <w:rPr>
          <w:sz w:val="20"/>
        </w:rPr>
        <w:t>19:05  mister muhammad abid ne delhi se likha hai main tension free hoon. dunyaavi khwahishon khwahishein bhi nahin hain.</w:t>
      </w:r>
      <w:r>
        <w:br/>
      </w:r>
      <w:r>
        <w:rPr>
          <w:sz w:val="20"/>
        </w:rPr>
        <w:t>19:14  lekin woh creative mind nahin hai jo non stop soch sake. dimaghi quwaton ko kis tarah badhaya jaye is ke bare mein batayein.</w:t>
      </w:r>
      <w:r>
        <w:br/>
      </w:r>
      <w:r>
        <w:rPr>
          <w:sz w:val="20"/>
        </w:rPr>
        <w:t>19:25  nahin aap ne apni baat sahi report di hain. agar aap aise hote jaise aap keh rahe hain toh phir apne aap hi dimagh ke darwaze khulte hain.</w:t>
      </w:r>
      <w:r>
        <w:br/>
      </w:r>
      <w:r>
        <w:rPr>
          <w:sz w:val="20"/>
        </w:rPr>
        <w:t>19:37  apne bare mein jo report di hai aap ne agar waise hi aap hon toh us ko manen ke woh darwaze apne aap hi khul jaate hain. waise aap hain hi nahin aap apne bare mein aur statement kar rahe hain.</w:t>
      </w:r>
      <w:r>
        <w:br/>
      </w:r>
      <w:r>
        <w:rPr>
          <w:sz w:val="20"/>
        </w:rPr>
        <w:t>19:48  apne ko apna andaza galat kar rahe hain aap. phir se apne bare mein sochein. phir se apna muhasba kijiye.</w:t>
      </w:r>
      <w:r>
        <w:br/>
      </w:r>
      <w:r>
        <w:rPr>
          <w:sz w:val="20"/>
        </w:rPr>
        <w:t>19:57  phir se apne ko janne ki koshish kijiye.</w:t>
      </w:r>
    </w:p>
    <w:p>
      <w:pPr>
        <w:pStyle w:val="Heading2"/>
      </w:pPr>
      <w:r>
        <w:t>Topics for meeting to establish peace</w:t>
      </w:r>
    </w:p>
    <w:p>
      <w:r>
        <w:rPr>
          <w:color w:val="666666"/>
          <w:sz w:val="18"/>
        </w:rPr>
        <w:t>Society &amp; Dawah · Communal Harmony October 16, 2022 · 5m 12s · at 32:05 · https://youtu.be/Ob4BVozf3KY?t=1925</w:t>
      </w:r>
    </w:p>
    <w:p>
      <w:r>
        <w:rPr>
          <w:i/>
        </w:rPr>
        <w:t>“What should we talk about when meeting people to establish peace in society?”</w:t>
      </w:r>
    </w:p>
    <w:p>
      <w:r>
        <w:rPr>
          <w:sz w:val="20"/>
        </w:rPr>
        <w:t>32:05  ah apa, yeh aik sawal aur aya hai: Arman Khan sahib ne likha hai ke: "hum logon se mil kar kiya baat karein jis se muashre mein ah peace qaim ho?" to is ke baray mein bhi kuch advice dein.</w:t>
      </w:r>
      <w:r>
        <w:br/>
      </w:r>
      <w:r>
        <w:rPr>
          <w:sz w:val="20"/>
        </w:rPr>
        <w:t>32:22  sirf milna julna bhi kafi hai, baat to koi bhi controversial baat nahi karna chahiye, aur aapas mein milein julein.</w:t>
      </w:r>
      <w:r>
        <w:br/>
      </w:r>
      <w:r>
        <w:rPr>
          <w:sz w:val="20"/>
        </w:rPr>
        <w:t>32:31  interaction in itself is is enough. jab aap milein ge to achi baatein hi karein ge, taluqat banein ge. kabhi un ki koi zaroorat hai aur aap poori kar sakte hain to is ko aap poori kariye.</w:t>
      </w:r>
      <w:r>
        <w:br/>
      </w:r>
      <w:r>
        <w:rPr>
          <w:sz w:val="20"/>
        </w:rPr>
        <w:t>32:43  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r>
        <w:br/>
      </w:r>
      <w:r>
        <w:rPr>
          <w:sz w:val="20"/>
        </w:rPr>
        <w:t>33:01  to jo hai Islam ki khaas tor par Maulana jo kehte thay, woh</w:t>
      </w:r>
      <w:r>
        <w:br/>
      </w:r>
      <w:r>
        <w:rPr>
          <w:sz w:val="20"/>
        </w:rPr>
        <w:t>33:06  Islam ki jo peaceful teachings hain, us ko discuss kariye. doosre ka bhi dekhna parhe ga na ke woh kis tarike ki cheezon mein interest rakhta hai, to is ka bhi khayal rakhna parhe ga.</w:t>
      </w:r>
      <w:r>
        <w:br/>
      </w:r>
      <w:r>
        <w:rPr>
          <w:sz w:val="20"/>
        </w:rPr>
        <w:t>33:17  aur foran hum controversial baat na karne lagein. to jaise mein ne abhi bataya ke woh trinity par log baat karna shuru kar dete hain, to in jo common ground hai, us par baat karein</w:t>
      </w:r>
      <w:r>
        <w:br/>
      </w:r>
      <w:r>
        <w:rPr>
          <w:sz w:val="20"/>
        </w:rPr>
        <w:t>33:30  . ab woh doosre log agar society mein peace lana chahte hain, social work karna chahte hain to aap us par baat kariye.</w:t>
      </w:r>
      <w:r>
        <w:br/>
      </w:r>
      <w:r>
        <w:rPr>
          <w:sz w:val="20"/>
        </w:rPr>
        <w:t>33:38  aur jaise jaise mauqa ho, waise baat kariye. agar Maulana se koi poochta tha ke bhai namaz ke baray mein bataiye, roze ke baray mein bataiye, tab woh batate thay.</w:t>
      </w:r>
      <w:r>
        <w:br/>
      </w:r>
      <w:r>
        <w:rPr>
          <w:sz w:val="20"/>
        </w:rPr>
        <w:t>33:50  to jaisa mauqa ho, waise hi baat kariye, warna general baatein kariye, interaction kariye, dialogue kariye. is is ki is ka bhi point of view suniye.</w:t>
      </w:r>
      <w:r>
        <w:br/>
      </w:r>
      <w:r>
        <w:rPr>
          <w:sz w:val="20"/>
        </w:rPr>
        <w:t>34:00  dialogue ka matlab hi hai sharing, to is ki baat suniye. kyunke har aadmi ke paas kuch achi baatein hoti hain, us se hum learning kar sakte hain.</w:t>
      </w:r>
      <w:r>
        <w:br/>
      </w:r>
      <w:r>
        <w:rPr>
          <w:sz w:val="20"/>
        </w:rPr>
        <w:t>34:11  to Maulana aise hi kiya karte thay, to apni baat bhi kahiye aur us ki baat bhi suniye. log kiya karte hain? bas apni baat bolte rehte hain, apni baat bolte rehte hain.</w:t>
      </w:r>
      <w:r>
        <w:br/>
      </w:r>
      <w:r>
        <w:rPr>
          <w:sz w:val="20"/>
        </w:rPr>
        <w:t>34:21  to is tarike se dialogue nahi chalta hai. to baat karte karte woh khud hi samajh mein anay lage ga ke kiya kaise baat karni chahiye.</w:t>
      </w:r>
      <w:r>
        <w:br/>
      </w:r>
      <w:r>
        <w:rPr>
          <w:sz w:val="20"/>
        </w:rPr>
        <w:t>34:30  to kyunke insaan ki fitrat mein hai mil jul kar rehna, peaceful tarike se rehna, mil jul kar rehna, aik doosre se achay taluqat karna. yeh to waqti tor par aisa ho jata hai ke kisi baat par ke ghussa dila diya jaye.</w:t>
      </w:r>
      <w:r>
        <w:br/>
      </w:r>
      <w:r>
        <w:rPr>
          <w:sz w:val="20"/>
        </w:rPr>
        <w:t>34:43  misal ke tor par</w:t>
      </w:r>
      <w:r>
        <w:br/>
      </w:r>
      <w:r>
        <w:rPr>
          <w:sz w:val="20"/>
        </w:rPr>
        <w:t>34:45  yahan par juloos bohat niklte hain, barat ka bhi juloos hota hai, festivals mein juloos hote hain. to Musalman kiya kehte hain? ke masjid ke samne se juloos guzre ga to route badlo.</w:t>
      </w:r>
      <w:r>
        <w:br/>
      </w:r>
      <w:r>
        <w:rPr>
          <w:sz w:val="20"/>
        </w:rPr>
        <w:t>34:57  to ab juloos mein aik bar aik police officer ne Maulana ko bataya tha ke juloos mein kai hazar log aam tor par hotay hain, to woh log apne aap ko bohat hi powerful samajhte hain.</w:t>
      </w:r>
      <w:r>
        <w:br/>
      </w:r>
      <w:r>
        <w:rPr>
          <w:sz w:val="20"/>
        </w:rPr>
        <w:t>35:08  woh aik individual akela nahi hai ke aap ki baat sun le ga. woh samajhte hain hamari bohat taqat hai, hamein kaun kuch kar sakta hai. to</w:t>
      </w:r>
      <w:r>
        <w:br/>
      </w:r>
      <w:r>
        <w:rPr>
          <w:sz w:val="20"/>
        </w:rPr>
        <w:t>35:15  woh baat nahi sunte, woh route badalne par, woh route na badalne par israr karte hain. to baat nahi sunte, wahan se phir ghussa hota hai, woh maar peet shuru ho jati hai, jhagda shuru ho jata hai.</w:t>
      </w:r>
      <w:r>
        <w:br/>
      </w:r>
      <w:r>
        <w:rPr>
          <w:sz w:val="20"/>
        </w:rPr>
        <w:t>35:28  to is tarike se baat aage barhte barhte barhte woh fasad ki shakal ikhtiyar kar leta hai. to hamein chahiye ke hum baat ko wahin khatam kar dein.</w:t>
      </w:r>
      <w:r>
        <w:br/>
      </w:r>
      <w:r>
        <w:rPr>
          <w:sz w:val="20"/>
        </w:rPr>
        <w:t>35:37  to Maulana ne bar bar bataya ke wahin khatam kar dijiye. wahan kai bar bataya ke wahan kuch haar rakh ke rahiye, aap un ko leaderon ko pehna dijiye. aur woh leaderon, leader jo hain, woh sare khush ho jatay hain, sara masla hal.</w:t>
      </w:r>
      <w:r>
        <w:br/>
      </w:r>
      <w:r>
        <w:rPr>
          <w:sz w:val="20"/>
        </w:rPr>
        <w:t>35:50  aur aik bar aik Maulana Akbaruddin sahib thay, yeh wohi log thay jinhone Maulana ki literature ko bohat</w:t>
      </w:r>
      <w:r>
        <w:br/>
      </w:r>
      <w:r>
        <w:rPr>
          <w:sz w:val="20"/>
        </w:rPr>
        <w:t>35:56  parha hua tha. to woh Hyderabad mein thay, woh ittefaq aisa tha ke kabhi kabhi aisa hota hai ke do tehwar jo hain, woh mil jatay hain. to Eid Milad un Nabi ke mauqe par un ke haan woh un ka aik school bhi tha, to woh aik program kar rahe thay, bahar tent laga hua tha.</w:t>
      </w:r>
      <w:r>
        <w:br/>
      </w:r>
      <w:r>
        <w:rPr>
          <w:sz w:val="20"/>
        </w:rPr>
        <w:t>36:13  aur ittefaq aisa tha ke woh hinduo'n ka bhi jaloos nikal raha tha. to jaloos jab qareeb aaya to us ne kaha ke aap apna yeh sab hata lijiye, kursi kursi, hamara jaloos guzarne wala hai.</w:t>
      </w:r>
      <w:r>
        <w:br/>
      </w:r>
      <w:r>
        <w:rPr>
          <w:sz w:val="20"/>
        </w:rPr>
        <w:t>36:24  to maulana akbaruddin sahib ne kaha ke theek hai, aap mujhe bas das pandrah minute de dijiyega, hum abhi hata lete hain. itna kehna tha ke woh log naram pad gaye.</w:t>
      </w:r>
      <w:r>
        <w:br/>
      </w:r>
      <w:r>
        <w:rPr>
          <w:sz w:val="20"/>
        </w:rPr>
        <w:t>36:33  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r>
        <w:br/>
      </w:r>
      <w:r>
        <w:rPr>
          <w:sz w:val="20"/>
        </w:rPr>
        <w:t>36:49  to yeh tareeqa hai baat karne ka. yeh sab baat cheet ka jo tareeqa hai na</w:t>
      </w:r>
      <w:r>
        <w:br/>
      </w:r>
      <w:r>
        <w:rPr>
          <w:sz w:val="20"/>
        </w:rPr>
        <w:t>36:54  a, yeh jitna zyada baat cheet karenge, utna hi samajh mein aayega ke logo'n se baat cheet kis tareeqe se kare'n. to yeh is mein matlab amli masla hai, baat cheet karne se khud ba khud samajh mein aayega.</w:t>
      </w:r>
      <w:r>
        <w:br/>
      </w:r>
      <w:r>
        <w:rPr>
          <w:sz w:val="20"/>
        </w:rPr>
        <w:t>37:07  ji, unho'n ne ek aur comment bhi jha hai ke CPS team Allah aap logo'n ke kaam mein barkat aur khair ata kare, aameen.</w:t>
      </w:r>
    </w:p>
    <w:p>
      <w:pPr>
        <w:pStyle w:val="Heading2"/>
      </w:pPr>
      <w:r>
        <w:t>Treatment of non-Muslims in Muslim countries</w:t>
      </w:r>
    </w:p>
    <w:p>
      <w:r>
        <w:rPr>
          <w:color w:val="666666"/>
          <w:sz w:val="18"/>
        </w:rPr>
        <w:t>Society &amp; Dawah · Lessons from My Journey to Canada II January 10, 2016 · 1m 37s · at 56:15 · https://youtu.be/GHF2Ph3GW7A?t=3375</w:t>
      </w:r>
    </w:p>
    <w:p>
      <w:r>
        <w:rPr>
          <w:i/>
        </w:rPr>
        <w:t>“How should Muslim countries treat non-Muslims living in their countries? What is your guidance to them?”</w:t>
      </w:r>
    </w:p>
    <w:p>
      <w:r>
        <w:rPr>
          <w:sz w:val="20"/>
        </w:rPr>
        <w:t>56:15  maulana, agla sawal doctor shark ne kiya hai bangalore se, aur unhon ne aap se poocha hai ke</w:t>
      </w:r>
      <w:r>
        <w:br/>
      </w:r>
      <w:r>
        <w:rPr>
          <w:sz w:val="20"/>
        </w:rPr>
        <w:t>56:21  "How should Muslim countries treat non-Muslims living in their countries?</w:t>
      </w:r>
      <w:r>
        <w:br/>
      </w:r>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p>
    <w:p>
      <w:pPr>
        <w:pStyle w:val="Heading2"/>
      </w:pPr>
      <w:r>
        <w:t>Underestimating Dawah and Overestimating Politics</w:t>
      </w:r>
    </w:p>
    <w:p>
      <w:r>
        <w:rPr>
          <w:color w:val="666666"/>
          <w:sz w:val="18"/>
        </w:rPr>
        <w:t>Society &amp; Dawah · Between Hell and Paradise January 27, 2013 · 1m 34s · at 1:03:46 · https://youtu.be/0IItFxGXPQ4?t=3826</w:t>
      </w:r>
    </w:p>
    <w:p>
      <w:r>
        <w:rPr>
          <w:i/>
        </w:rPr>
        <w:t>“Why do people underestimate dawah and overestimate politics? The correct view is that dawah is sunnah according to Quran, not politics.”</w:t>
      </w:r>
    </w:p>
    <w:p>
      <w:r>
        <w:rPr>
          <w:sz w:val="20"/>
        </w:rPr>
        <w:t>1:03:46  maulana, agla sawal tamil nadu se hai, maulana iqbal umri ka. unhone likha hai: "ek mashhoor daai ne kaha ke dawat bhi sunnat hai aur siyasat bhi sunnat hai."</w:t>
      </w:r>
      <w:r>
        <w:br/>
      </w:r>
      <w:r>
        <w:rPr>
          <w:sz w:val="20"/>
        </w:rPr>
        <w:t>1:04:00  maulana sahab, mera sawal yeh hai ke log dawat ko itna underestimate kyon karte hain aur siyasat ko itna kyon badhate hain? yeh sahi baat yeh kehna chahiye unko ke quran ke aitbaar se sunnat, quran ke aitbaar se dawat sunnat hai.</w:t>
      </w:r>
      <w:r>
        <w:br/>
      </w:r>
      <w:r>
        <w:rPr>
          <w:sz w:val="20"/>
        </w:rPr>
        <w:t>1:04:19  humne is mein add kar liya hai ke islaahaat ko sunnat bana liya hai. yeh toh sarakshi hai, yeh sarakshi ki baatein hain.</w:t>
      </w:r>
      <w:r>
        <w:br/>
      </w:r>
      <w:r>
        <w:rPr>
          <w:sz w:val="20"/>
        </w:rPr>
        <w:t>1:04:28  yaani Allah ne dawat ko sunnat qarar diya tha, musalmanon ne apni sarakshi ki bina par is mein sunnat ko bhi, islaahaat ko bhi bana liya sunnat.</w:t>
      </w:r>
      <w:r>
        <w:br/>
      </w:r>
      <w:r>
        <w:rPr>
          <w:sz w:val="20"/>
        </w:rPr>
        <w:t>1:04:37  yeh toh sarakshi hai, aur is yeh kuch is mein sarakshi ke siwa aur kuch bhi nahin. unhein pehle pesh karna chahiye quran ki ayat, koi hadees.</w:t>
      </w:r>
      <w:r>
        <w:br/>
      </w:r>
      <w:r>
        <w:rPr>
          <w:sz w:val="20"/>
        </w:rPr>
        <w:t>1:04:49  woh pesh nahin kar paate log.</w:t>
      </w:r>
      <w:r>
        <w:br/>
      </w:r>
      <w:r>
        <w:rPr>
          <w:sz w:val="20"/>
        </w:rPr>
        <w:t>1:04:52  aaj tak main, main pachaas baras se challenge diya hua hoon, aaj se nahin ke koi laaye, koi hadees laaye, koi quran ki ayat.</w:t>
      </w:r>
      <w:r>
        <w:br/>
      </w:r>
      <w:r>
        <w:rPr>
          <w:sz w:val="20"/>
        </w:rPr>
        <w:t>1:05:02  bade bade ulma ne is par, is se unhone woh kiya, lekin koi is pesh nahin kar saka koi ayat ya hadees. yeh toh khud sakhta tor par alfaaz bolte hain ke Allah ne hum par dawat farz kiya tha, humne apni taraf se is mein izafa kar ke siyasat ko farz kar liya.</w:t>
      </w:r>
    </w:p>
    <w:p>
      <w:pPr>
        <w:pStyle w:val="Heading2"/>
      </w:pPr>
      <w:r>
        <w:t>Understanding Ghazwa in modern context</w:t>
      </w:r>
    </w:p>
    <w:p>
      <w:r>
        <w:rPr>
          <w:color w:val="666666"/>
          <w:sz w:val="18"/>
        </w:rPr>
        <w:t>Society &amp; Dawah · Peaceful Islamic Mission December 28, 2014 · 1m 35s · at 1:04:35 · https://youtu.be/aLacalXEtRA?t=3875</w:t>
      </w:r>
    </w:p>
    <w:p>
      <w:r>
        <w:rPr>
          <w:i/>
        </w:rPr>
        <w:t>“Maulana, regarding the tradition about Ghazwa in India, is it correct to understand that in ancient times Ghazwa was meant to remove obstacles to Dawah, and today's Ghazwa is for Dawah?”</w:t>
      </w:r>
    </w:p>
    <w:p>
      <w:r>
        <w:rPr>
          <w:sz w:val="20"/>
        </w:rPr>
        <w:t>1:04:35  maulana, agla sawal aaya hai bangalore se maulana inayat umri ka, aur unhon ne likha hai ke: "maulana,</w:t>
      </w:r>
      <w:r>
        <w:br/>
      </w:r>
      <w:r>
        <w:rPr>
          <w:sz w:val="20"/>
        </w:rPr>
        <w:t>1:04:41  hind mein ghazwa ke bare mein jo riwayat hai, kya ghazwa ka yeh mafhoom lena sahi hai ke</w:t>
      </w:r>
      <w:r>
        <w:br/>
      </w:r>
      <w:r>
        <w:rPr>
          <w:sz w:val="20"/>
        </w:rPr>
        <w:t>1:04:47  qadeem zamane mein ghazwa dawat ki rukawaton ko khatam karne ke liye tha, aur aaj ka ghazwa daawti</w:t>
      </w:r>
      <w:r>
        <w:br/>
      </w:r>
      <w:r>
        <w:rPr>
          <w:sz w:val="20"/>
        </w:rPr>
        <w:t>1:04:53  mawaqe ko istemal karne ke liye hai? ji, ghazwa ka mafhoom ladai hai hi nahin.</w:t>
      </w:r>
      <w:r>
        <w:br/>
      </w:r>
      <w:r>
        <w:rPr>
          <w:sz w:val="20"/>
        </w:rPr>
        <w:t>1:04:59  yeh to mashhoor hoga ke ghazwa ka mafhoom ladai hai.</w:t>
      </w:r>
      <w:r>
        <w:br/>
      </w:r>
      <w:r>
        <w:rPr>
          <w:sz w:val="20"/>
        </w:rPr>
        <w:t>1:05:04  ghazwa ka mafhoom hai safar karna, jaana kahein.</w:t>
      </w:r>
      <w:r>
        <w:br/>
      </w:r>
      <w:r>
        <w:rPr>
          <w:sz w:val="20"/>
        </w:rPr>
        <w:t>1:05:10  ladai hai hi nahin, to main samajhta hoon ke daawti safar jo kiya jaye, daawti muhim jo chalai</w:t>
      </w:r>
      <w:r>
        <w:br/>
      </w:r>
      <w:r>
        <w:rPr>
          <w:sz w:val="20"/>
        </w:rPr>
        <w:t>1:05:16  jaye, peaceful andaaz mein, woh woh woh ghazwa hai.</w:t>
      </w:r>
      <w:r>
        <w:br/>
      </w:r>
      <w:r>
        <w:rPr>
          <w:sz w:val="20"/>
        </w:rPr>
        <w:t>1:05:22  bhai, ladai ke liye alag lafz aaya hai qital.</w:t>
      </w:r>
      <w:r>
        <w:br/>
      </w:r>
      <w:r>
        <w:rPr>
          <w:sz w:val="20"/>
        </w:rPr>
        <w:t>1:05:28  to jahan qital ka lafz quran mein istemal hua hai, wahan wahi usi se samajh mein aata hai</w:t>
      </w:r>
      <w:r>
        <w:br/>
      </w:r>
      <w:r>
        <w:rPr>
          <w:sz w:val="20"/>
        </w:rPr>
        <w:t>1:05:34  ke qital kab hai.</w:t>
      </w:r>
      <w:r>
        <w:br/>
      </w:r>
      <w:r>
        <w:rPr>
          <w:sz w:val="20"/>
        </w:rPr>
        <w:t>1:05:40  qital koi, yani absolute hukum nahin hai ke ladte rahein, ladte rahein, ladte rahein.</w:t>
      </w:r>
      <w:r>
        <w:br/>
      </w:r>
      <w:r>
        <w:rPr>
          <w:sz w:val="20"/>
        </w:rPr>
        <w:t>1:05:46  kisi khaas mauqe ke liye hai, woh matlab defense ke liye, as a defense.</w:t>
      </w:r>
      <w:r>
        <w:br/>
      </w:r>
      <w:r>
        <w:rPr>
          <w:sz w:val="20"/>
        </w:rPr>
        <w:t>1:05:52  to defense ke liye jo kiya jata hai, us ke liye quran mein qital ka lafz aaya hai.</w:t>
      </w:r>
      <w:r>
        <w:br/>
      </w:r>
      <w:r>
        <w:rPr>
          <w:sz w:val="20"/>
        </w:rPr>
        <w:t>1:05:58  baqi ghazwa to us ek ek ek is peaceful muhim ke liye, peaceful campaign.</w:t>
      </w:r>
      <w:r>
        <w:br/>
      </w:r>
      <w:r>
        <w:rPr>
          <w:sz w:val="20"/>
        </w:rPr>
        <w:t>1:06:04  aur woh main samajhta hoon ke peaceful campaign sab se bari hai islam mein dawat.</w:t>
      </w:r>
    </w:p>
    <w:p>
      <w:pPr>
        <w:pStyle w:val="Heading2"/>
      </w:pPr>
      <w:r>
        <w:t>Understanding Kashmir problem through status quo</w:t>
      </w:r>
    </w:p>
    <w:p>
      <w:r>
        <w:rPr>
          <w:color w:val="666666"/>
          <w:sz w:val="18"/>
        </w:rPr>
        <w:t>Society &amp; Dawah · Importance of Peace August 17, 2014 · 2m 53s · at 1:10:30 · https://youtu.be/ifxSwh2Jckw?t=4230</w:t>
      </w:r>
    </w:p>
    <w:p>
      <w:r>
        <w:rPr>
          <w:i/>
        </w:rPr>
        <w:t>“In the light of today's lecture of status quo acceptance leading to peace and eventual development, one can try to understand the ongoing Palestine problem and bloodshed. But how do we understand the Kashmir problem and the alienation of the Kashmir people towards Indian state till today? What is your comment on this?”</w:t>
      </w:r>
    </w:p>
    <w:p>
      <w:r>
        <w:rPr>
          <w:sz w:val="20"/>
        </w:rPr>
        <w:t>1:10:30  Maulana, agla sawal Delhi se hai, Miss Radhika Khajuriah ne kiya hai. aur unhon ne likha hai: "Moulana sahib, in the light of today's lecture of status quo acceptance leading to peace and eventual development, one can try to understand the ongoing Palestine problem and bloodshed.</w:t>
      </w:r>
      <w:r>
        <w:br/>
      </w:r>
      <w:r>
        <w:rPr>
          <w:sz w:val="20"/>
        </w:rPr>
        <w:t>1:10:52  But</w:t>
      </w:r>
      <w:r>
        <w:br/>
      </w:r>
      <w:r>
        <w:rPr>
          <w:sz w:val="20"/>
        </w:rPr>
        <w:t>1:10:53  how do we understand the Kashmir problem and the alienation of the Kashmir people towards Indian state till today? What is your comment on this?" dekhiye, Kashmir ka jo problem hai woh yeh hai ke</w:t>
      </w:r>
      <w:r>
        <w:br/>
      </w:r>
      <w:r>
        <w:rPr>
          <w:sz w:val="20"/>
        </w:rPr>
        <w:t>1:11:12  history ne jo status quo banaya tha, us ko nahi mana unhon ne. woh history se lar rahe hain.</w:t>
      </w:r>
      <w:r>
        <w:br/>
      </w:r>
      <w:r>
        <w:rPr>
          <w:sz w:val="20"/>
        </w:rPr>
        <w:t>1:11:19  dekhiye, 15 August 1947 ko ek history apne end par pahunchi. bohat dinon se insan, India mein azadi, freedom pe struggle chal rahi thi.</w:t>
      </w:r>
      <w:r>
        <w:br/>
      </w:r>
      <w:r>
        <w:rPr>
          <w:sz w:val="20"/>
        </w:rPr>
        <w:t>1:11:29  bohat dinon se. to is ka culmination tha 15 August 1948. woh culmination tha. jab barah baj kar aik minute par Voice Raya Maud Button ne ailan kiya tha radio par "Today India is free.</w:t>
      </w:r>
      <w:r>
        <w:br/>
      </w:r>
      <w:r>
        <w:rPr>
          <w:sz w:val="20"/>
        </w:rPr>
        <w:t>1:11:47  Today India is free."</w:t>
      </w:r>
      <w:r>
        <w:br/>
      </w:r>
      <w:r>
        <w:rPr>
          <w:sz w:val="20"/>
        </w:rPr>
        <w:t>1:11:49  That was announcement by history. woh Maud Button ka announcement nahi tha. ke jo struggle chal raha tha muddaton se, jis mein hazaron hazar log mare gaye, kya hua, kya hua.</w:t>
      </w:r>
      <w:r>
        <w:br/>
      </w:r>
      <w:r>
        <w:rPr>
          <w:sz w:val="20"/>
        </w:rPr>
        <w:t>1:12:02  is ka end aa gaya. is ka culmination aa gaya. lekin Kashmiri log is se lar rahe hain. aap historical status ko badal nahi sakte.</w:t>
      </w:r>
      <w:r>
        <w:br/>
      </w:r>
      <w:r>
        <w:rPr>
          <w:sz w:val="20"/>
        </w:rPr>
        <w:t>1:12:13  Impossible hai.</w:t>
      </w:r>
      <w:r>
        <w:br/>
      </w:r>
      <w:r>
        <w:rPr>
          <w:sz w:val="20"/>
        </w:rPr>
        <w:t>1:12:18  It requires again to create a new history to change the status quo. yeh impossible hai.</w:t>
      </w:r>
      <w:r>
        <w:br/>
      </w:r>
      <w:r>
        <w:rPr>
          <w:sz w:val="20"/>
        </w:rPr>
        <w:t>1:12:27  ek history ka process tha, chalte chalte 15 August 1948 ko khatam hua. ab aap ko ek nai history chalani pare gi.</w:t>
      </w:r>
      <w:r>
        <w:br/>
      </w:r>
      <w:r>
        <w:rPr>
          <w:sz w:val="20"/>
        </w:rPr>
        <w:t>1:12:37  woh pata nahi sankron saal chalti rahe. ya pahuncha ya nahi pahuncha kahin pe.</w:t>
      </w:r>
      <w:r>
        <w:br/>
      </w:r>
      <w:r>
        <w:rPr>
          <w:sz w:val="20"/>
        </w:rPr>
        <w:t>1:12:43  to Kashmir mein main samajhta hoon koi wahid aadmi paida nahi hua, wahid leadership, jo bataye ke yeh to history ka verdict hai.</w:t>
      </w:r>
      <w:r>
        <w:br/>
      </w:r>
      <w:r>
        <w:rPr>
          <w:sz w:val="20"/>
        </w:rPr>
        <w:t>1:12:52  mano. jaise Palestine mein jo Balfour verdict tha, that was verdict of history. aise hi Kashmir mein jo hua, woh hua tha, woh tha verdict of history.</w:t>
      </w:r>
      <w:r>
        <w:br/>
      </w:r>
      <w:r>
        <w:rPr>
          <w:sz w:val="20"/>
        </w:rPr>
        <w:t>1:13:09  to aap history se lar nahi sakte.</w:t>
      </w:r>
      <w:r>
        <w:br/>
      </w:r>
      <w:r>
        <w:rPr>
          <w:sz w:val="20"/>
        </w:rPr>
        <w:t>1:13:12  Palestine mein larein, tab bhi nakam honge. Kashmir mein larein, tab bhi nakam honge. You have to accept the verdict of history. You have to accept the verdict of history.</w:t>
      </w:r>
    </w:p>
    <w:p>
      <w:pPr>
        <w:pStyle w:val="Heading2"/>
      </w:pPr>
      <w:r>
        <w:t>Unity among Muslim sects</w:t>
      </w:r>
    </w:p>
    <w:p>
      <w:r>
        <w:rPr>
          <w:color w:val="666666"/>
          <w:sz w:val="18"/>
        </w:rPr>
        <w:t>Society &amp; Dawah · Example of the Prophet March 20, 2016 · 2m 49s · at 1:01:32 · https://youtu.be/79HmhzXU41w?t=3692</w:t>
      </w:r>
    </w:p>
    <w:p>
      <w:r>
        <w:rPr>
          <w:i/>
        </w:rPr>
        <w:t>“There are many sects among Muslims. With so many sects, how can the unity of the Ummah be achieved? Please explain.”</w:t>
      </w:r>
    </w:p>
    <w:p>
      <w:r>
        <w:rPr>
          <w:sz w:val="20"/>
        </w:rPr>
        <w:t>1:01:32  Maulana, agla sawal naseer aslam sahib ne kiya hai lahore se aur unka sawal hai ke musalmanon</w:t>
      </w:r>
      <w:r>
        <w:br/>
      </w:r>
      <w:r>
        <w:rPr>
          <w:sz w:val="20"/>
        </w:rPr>
        <w:t>1:01:39  mein bohat zyada firqe hain, itne firqe ki maujoodgi mein ittehad e millat kaise ho sakti hai, iske</w:t>
      </w:r>
      <w:r>
        <w:br/>
      </w:r>
      <w:r>
        <w:rPr>
          <w:sz w:val="20"/>
        </w:rPr>
        <w:t>1:01:48  bare mein batayein.</w:t>
      </w:r>
      <w:r>
        <w:br/>
      </w:r>
      <w:r>
        <w:rPr>
          <w:sz w:val="20"/>
        </w:rPr>
        <w:t>1:01:50  dekhiye, is par hamari kitab maujood hai, aap isko padhiye.</w:t>
      </w:r>
      <w:r>
        <w:br/>
      </w:r>
      <w:r>
        <w:rPr>
          <w:sz w:val="20"/>
        </w:rPr>
        <w:t>1:01:55  tajdeed e deen, dekhiye, ittehad ka talluq</w:t>
      </w:r>
      <w:r>
        <w:br/>
      </w:r>
      <w:r>
        <w:rPr>
          <w:sz w:val="20"/>
        </w:rPr>
        <w:t>1:02:00  is se nahi hai ke differences logon mein hain, is se kuch bhi talluq nahi.</w:t>
      </w:r>
      <w:r>
        <w:br/>
      </w:r>
      <w:r>
        <w:rPr>
          <w:sz w:val="20"/>
        </w:rPr>
        <w:t>1:02:06  differences to hote hi hote hain, sahaba mein bhi differences the, hatta ke dunya mein agar back waqt</w:t>
      </w:r>
      <w:r>
        <w:br/>
      </w:r>
      <w:r>
        <w:rPr>
          <w:sz w:val="20"/>
        </w:rPr>
        <w:t>1:02:12  do paighambar hon tab bhi difference ho jata hai, jaisa ke Hazrat Haroon mein, Hazrat Musa mein hua.</w:t>
      </w:r>
      <w:r>
        <w:br/>
      </w:r>
      <w:r>
        <w:rPr>
          <w:sz w:val="20"/>
        </w:rPr>
        <w:t>1:02:20  to difference koi excuse nahi hai.</w:t>
      </w:r>
      <w:r>
        <w:br/>
      </w:r>
      <w:r>
        <w:rPr>
          <w:sz w:val="20"/>
        </w:rPr>
        <w:t>1:02:25  difference se kya hota hai? difference to rahenge, difference to zindagi ki alamat hai.</w:t>
      </w:r>
      <w:r>
        <w:br/>
      </w:r>
      <w:r>
        <w:rPr>
          <w:sz w:val="20"/>
        </w:rPr>
        <w:t>1:02:29  difference ki wajah se discussion hota hai, dialogue hota hai, intellectual development hota hai.</w:t>
      </w:r>
      <w:r>
        <w:br/>
      </w:r>
      <w:r>
        <w:rPr>
          <w:sz w:val="20"/>
        </w:rPr>
        <w:t>1:02:37  jo cheez jo ghalat hai, wo difference nahi hai, wo hai ghalu, yani extremism.</w:t>
      </w:r>
      <w:r>
        <w:br/>
      </w:r>
      <w:r>
        <w:rPr>
          <w:sz w:val="20"/>
        </w:rPr>
        <w:t>1:02:45  extremism aur extremism ki sab se zyada</w:t>
      </w:r>
      <w:r>
        <w:br/>
      </w:r>
      <w:r>
        <w:rPr>
          <w:sz w:val="20"/>
        </w:rPr>
        <w:t>1:02:51  khatarnak shakal yeh hai jis ko kehte hain kisi cheez ko logical end tak pohanchana.</w:t>
      </w:r>
      <w:r>
        <w:br/>
      </w:r>
      <w:r>
        <w:rPr>
          <w:sz w:val="20"/>
        </w:rPr>
        <w:t>1:02:58  misalan hadees mein aata hai ke la salata illa bi fatihat al-kitab</w:t>
      </w:r>
      <w:r>
        <w:br/>
      </w:r>
      <w:r>
        <w:rPr>
          <w:sz w:val="20"/>
        </w:rPr>
        <w:t>1:03:05  yani surah fatiha parhe ke baad koi namaz namaz nahin.</w:t>
      </w:r>
      <w:r>
        <w:br/>
      </w:r>
      <w:r>
        <w:rPr>
          <w:sz w:val="20"/>
        </w:rPr>
        <w:t>1:03:09  to yahan par is ko logon ne is logical end tak le gaye ke har harf, har harf</w:t>
      </w:r>
      <w:r>
        <w:br/>
      </w:r>
      <w:r>
        <w:rPr>
          <w:sz w:val="20"/>
        </w:rPr>
        <w:t>1:03:14  musalli ko parhna chahiye warna namaz hi nahin hogi.</w:t>
      </w:r>
      <w:r>
        <w:br/>
      </w:r>
      <w:r>
        <w:rPr>
          <w:sz w:val="20"/>
        </w:rPr>
        <w:t>1:03:18  jab hamara ek imam samne woh hamara represent kar raha hai to is ka parhna hamara parhna hai,</w:t>
      </w:r>
      <w:r>
        <w:br/>
      </w:r>
      <w:r>
        <w:rPr>
          <w:sz w:val="20"/>
        </w:rPr>
        <w:t>1:03:23  lekin is ko logical end tak le gaye ke mujhe personally khud parhna pare ga, nahin to meri</w:t>
      </w:r>
      <w:r>
        <w:br/>
      </w:r>
      <w:r>
        <w:rPr>
          <w:sz w:val="20"/>
        </w:rPr>
        <w:t>1:03:28  namaz nahin hogi.</w:t>
      </w:r>
      <w:r>
        <w:br/>
      </w:r>
      <w:r>
        <w:rPr>
          <w:sz w:val="20"/>
        </w:rPr>
        <w:t>1:03:31  to difference buri cheez nahin hai,</w:t>
      </w:r>
      <w:r>
        <w:br/>
      </w:r>
      <w:r>
        <w:rPr>
          <w:sz w:val="20"/>
        </w:rPr>
        <w:t>1:03:35  buri cheez hai ghalu, extremism, cheezon ko logical end tak le jana.</w:t>
      </w:r>
      <w:r>
        <w:br/>
      </w:r>
      <w:r>
        <w:rPr>
          <w:sz w:val="20"/>
        </w:rPr>
        <w:t>1:03:41  warna difference to bohat si nemmat hai,</w:t>
      </w:r>
      <w:r>
        <w:br/>
      </w:r>
      <w:r>
        <w:rPr>
          <w:sz w:val="20"/>
        </w:rPr>
        <w:t>1:03:45  ikhtilaf ummati ki wajah se dialogue hota hai, discussion hota hai, aur thinking barhti hai.</w:t>
      </w:r>
      <w:r>
        <w:br/>
      </w:r>
      <w:r>
        <w:rPr>
          <w:sz w:val="20"/>
        </w:rPr>
        <w:t>1:03:55  har aadmi ek sath sochta hai to koi zyada nahin soch raha hai.</w:t>
      </w:r>
      <w:r>
        <w:br/>
      </w:r>
      <w:r>
        <w:rPr>
          <w:sz w:val="20"/>
        </w:rPr>
        <w:t>1:04:03  to main samajhta hoon ke difference koi evil nahin hai, difference koi problem nahin hai,</w:t>
      </w:r>
      <w:r>
        <w:br/>
      </w:r>
      <w:r>
        <w:rPr>
          <w:sz w:val="20"/>
        </w:rPr>
        <w:t>1:04:10  balke difference blessing hai.</w:t>
      </w:r>
      <w:r>
        <w:br/>
      </w:r>
      <w:r>
        <w:rPr>
          <w:sz w:val="20"/>
        </w:rPr>
        <w:t>1:04:12  jo problem hai woh hai ghalu, jis ko kehte hain extremism,</w:t>
      </w:r>
      <w:r>
        <w:br/>
      </w:r>
      <w:r>
        <w:rPr>
          <w:sz w:val="20"/>
        </w:rPr>
        <w:t>1:04:18  cheezon ko logical end tak pohanchana.</w:t>
      </w:r>
    </w:p>
    <w:p>
      <w:pPr>
        <w:pStyle w:val="Heading2"/>
      </w:pPr>
      <w:r>
        <w:t>Unresolved Babri Mosque Issue and Solution</w:t>
      </w:r>
    </w:p>
    <w:p>
      <w:r>
        <w:rPr>
          <w:color w:val="666666"/>
          <w:sz w:val="18"/>
        </w:rPr>
        <w:t>Society &amp; Dawah · Concept of God December 7, 2014 · 1m 10s · at 1:14:13 · https://youtu.be/dCgL9lp8EAo?t=4453</w:t>
      </w:r>
    </w:p>
    <w:p>
      <w:r>
        <w:rPr>
          <w:i/>
        </w:rPr>
        <w:t>“Moulana, you had presented a practical solution to Babri Mosque, but Muslims did not listen to you. It was only you from the Muslim world who had, at that time of tension, traveled to places of the riots area to bring the tension and violence down. This had been acknowledged by many people that your extensive travel helped in bringing normalcy in the country. However, the issue is still not resolved.”</w:t>
      </w:r>
    </w:p>
    <w:p>
      <w:r>
        <w:rPr>
          <w:sz w:val="20"/>
        </w:rPr>
        <w:t>1:14:13  Maulana, agla sawal aaya hai Waqar sahib ka Jabalpur se, aur unhon ne likha hai: "Moulana, you had presented a practical solution to Babri Mosque, but Muslims did not listen to you.</w:t>
      </w:r>
      <w:r>
        <w:br/>
      </w:r>
      <w:r>
        <w:rPr>
          <w:sz w:val="20"/>
        </w:rPr>
        <w:t>1:14:28  It was only you from the Muslim world who had, at that time of tension, traveled to places of the riots area to bring the tension and violence down.</w:t>
      </w:r>
      <w:r>
        <w:br/>
      </w:r>
      <w:r>
        <w:rPr>
          <w:sz w:val="20"/>
        </w:rPr>
        <w:t>1:14:40  This had been acknowledged by many people that your extensive travel helped in bringing normalcy in the country. However, the issue is still not resolved.</w:t>
      </w:r>
      <w:r>
        <w:br/>
      </w:r>
      <w:r>
        <w:rPr>
          <w:sz w:val="20"/>
        </w:rPr>
        <w:t>1:14:51  What do you think is the future of the Babri Mosque issue?" dekhen, hamari yeh class jo hai, spiritual class hoti hai. Babri masjid ka is se koi talluq nahi hai.</w:t>
      </w:r>
      <w:r>
        <w:br/>
      </w:r>
      <w:r>
        <w:rPr>
          <w:sz w:val="20"/>
        </w:rPr>
        <w:t>1:15:03  agar aap meri raah janna chahte hon to meri kitab hai "qaydat nama", is ko parhiye.</w:t>
      </w:r>
      <w:r>
        <w:br/>
      </w:r>
      <w:r>
        <w:rPr>
          <w:sz w:val="20"/>
        </w:rPr>
        <w:t>1:15:10  agar meri raah janna chahte hon aap to "qaydat nama" parhiye. baqi is yahan ki jo hoti hai, spiritual class hai, yahan hum is qism ki baaton ko bas nahi karte.</w:t>
      </w:r>
    </w:p>
    <w:p>
      <w:pPr>
        <w:pStyle w:val="Heading2"/>
      </w:pPr>
      <w:r>
        <w:t>Unused literature in madrasas</w:t>
      </w:r>
    </w:p>
    <w:p>
      <w:r>
        <w:rPr>
          <w:color w:val="666666"/>
          <w:sz w:val="18"/>
        </w:rPr>
        <w:t>Society &amp; Dawah · Self Correction November 09, 2014 Maulana Wahiduddin Khan · 4m 45s · at 1:04:28 · https://youtu.be/PpwTmeCQkSQ?t=3868</w:t>
      </w:r>
    </w:p>
    <w:p>
      <w:r>
        <w:rPr>
          <w:i/>
        </w:rPr>
        <w:t>“I have found literature distributed to mollems in madrasas are lying in shelves without ever being touched by students and teachers.”</w:t>
      </w:r>
    </w:p>
    <w:p>
      <w:r>
        <w:rPr>
          <w:sz w:val="20"/>
        </w:rPr>
        <w:t>1:04:28  maulana, agla sawal kiya hai doctor wasiq ur rehman sahib ne dilli se, aur unhon ne likha hai ke</w:t>
      </w:r>
      <w:r>
        <w:br/>
      </w:r>
      <w:r>
        <w:rPr>
          <w:sz w:val="20"/>
        </w:rPr>
        <w:t>1:04:34  "I have found literature distributed to mollems in madrasas are lying in shelves without ever being touched by</w:t>
      </w:r>
      <w:r>
        <w:br/>
      </w:r>
      <w:r>
        <w:rPr>
          <w:sz w:val="20"/>
        </w:rPr>
        <w:t>1:04:40  students and teachers.</w:t>
      </w:r>
      <w:r>
        <w:br/>
      </w:r>
      <w:r>
        <w:rPr>
          <w:sz w:val="20"/>
        </w:rPr>
        <w:t>1:04:46  I feel personal training is more worthwhile rather than just distributing the literature." Maulana, "What is your view on this?</w:t>
      </w:r>
      <w:r>
        <w:br/>
      </w:r>
      <w:r>
        <w:rPr>
          <w:sz w:val="20"/>
        </w:rPr>
        <w:t>1:04:53  " kiya mein samjha nahin? kiya kar rahe hain ke Maulana jo literature distributed karte hain, aah, unhon</w:t>
      </w:r>
      <w:r>
        <w:br/>
      </w:r>
      <w:r>
        <w:rPr>
          <w:sz w:val="20"/>
        </w:rPr>
        <w:t>1:04:58  ne khaas kar jo madrasas mein jo mollems hain, wahan woh paaya ke aksar woh shelf mein rakh</w:t>
      </w:r>
      <w:r>
        <w:br/>
      </w:r>
      <w:r>
        <w:rPr>
          <w:sz w:val="20"/>
        </w:rPr>
        <w:t>1:05:03  dete hain, aur is ko koi bhi hath nahin lagata, aur na hi woh parha jata hai.</w:t>
      </w:r>
      <w:r>
        <w:br/>
      </w:r>
      <w:r>
        <w:rPr>
          <w:sz w:val="20"/>
        </w:rPr>
        <w:t>1:05:08  to woh yeh keh rahe hain ke distribution ki bajaye jo personal training wala jo method hai, woh</w:t>
      </w:r>
      <w:r>
        <w:br/>
      </w:r>
      <w:r>
        <w:rPr>
          <w:sz w:val="20"/>
        </w:rPr>
        <w:t>1:05:14  zyada fruitful ya result oriented hai.</w:t>
      </w:r>
      <w:r>
        <w:br/>
      </w:r>
      <w:r>
        <w:rPr>
          <w:sz w:val="20"/>
        </w:rPr>
        <w:t>1:05:19  mein ne nahin, woh literature parhana bohat zaroori hai.</w:t>
      </w:r>
      <w:r>
        <w:br/>
      </w:r>
      <w:r>
        <w:rPr>
          <w:sz w:val="20"/>
        </w:rPr>
        <w:t>1:05:24  is ke ilawa jo chahe kijiye, literature parhana bohat hi zaroori hai.</w:t>
      </w:r>
      <w:r>
        <w:br/>
      </w:r>
      <w:r>
        <w:rPr>
          <w:sz w:val="20"/>
        </w:rPr>
        <w:t>1:05:30  dekhiye, aap ghalati kiya kar rahe hain? result ko mass ke level par jaanch rahe hain.</w:t>
      </w:r>
      <w:r>
        <w:br/>
      </w:r>
      <w:r>
        <w:rPr>
          <w:sz w:val="20"/>
        </w:rPr>
        <w:t>1:05:35  mass ke level par kabhi bhi na jaanchiye, individual ke level par jaanchiye.</w:t>
      </w:r>
      <w:r>
        <w:br/>
      </w:r>
      <w:r>
        <w:rPr>
          <w:sz w:val="20"/>
        </w:rPr>
        <w:t>1:05:40  yeh bohat bari ghalati hai.</w:t>
      </w:r>
      <w:r>
        <w:br/>
      </w:r>
      <w:r>
        <w:rPr>
          <w:sz w:val="20"/>
        </w:rPr>
        <w:t>1:05:46  mass ke level par dekha jaye to kabhi bhi peghambaron ke zamanay mein bhi mass ke level par</w:t>
      </w:r>
      <w:r>
        <w:br/>
      </w:r>
      <w:r>
        <w:rPr>
          <w:sz w:val="20"/>
        </w:rPr>
        <w:t>1:05:51  result nahi nikla.</w:t>
      </w:r>
      <w:r>
        <w:br/>
      </w:r>
      <w:r>
        <w:rPr>
          <w:sz w:val="20"/>
        </w:rPr>
        <w:t>1:05:56  kisi paighambar ke zamane mein bhi dekhiye, aap mass ke level par result nahi nikalta, individual level par nikalta hai.</w:t>
      </w:r>
      <w:r>
        <w:br/>
      </w:r>
      <w:r>
        <w:rPr>
          <w:sz w:val="20"/>
        </w:rPr>
        <w:t>1:06:02  to distribute aap karenge, to distribute karenge to yeh thori ke saare log badal jayenge.</w:t>
      </w:r>
      <w:r>
        <w:br/>
      </w:r>
      <w:r>
        <w:rPr>
          <w:sz w:val="20"/>
        </w:rPr>
        <w:t>1:06:07  aap aur doosra jo tareeqa aap bata rahe hain, woh bhi karke dekh lijiye.</w:t>
      </w:r>
      <w:r>
        <w:br/>
      </w:r>
      <w:r>
        <w:rPr>
          <w:sz w:val="20"/>
        </w:rPr>
        <w:t>1:06:12  aap is mein bhi aisa nahi hoga ke mass ke level par log badal jayenge.</w:t>
      </w:r>
      <w:r>
        <w:br/>
      </w:r>
      <w:r>
        <w:rPr>
          <w:sz w:val="20"/>
        </w:rPr>
        <w:t>1:06:18  yeh to kuch seekhne wale hote hain, kuch sincere log hote hain, kuch chahte hain janna.</w:t>
      </w:r>
      <w:r>
        <w:br/>
      </w:r>
      <w:r>
        <w:rPr>
          <w:sz w:val="20"/>
        </w:rPr>
        <w:t>1:06:23  woh jab padhte hain to achaanak unhein badla hua jata hai.</w:t>
      </w:r>
      <w:r>
        <w:br/>
      </w:r>
      <w:r>
        <w:rPr>
          <w:sz w:val="20"/>
        </w:rPr>
        <w:t>1:06:28  jaise dekhiye, ek ek martaba yahan Kashmir baithi hui thi, agar aap ko yaad ho to ek aadmi aaya tha.</w:t>
      </w:r>
      <w:r>
        <w:br/>
      </w:r>
      <w:r>
        <w:rPr>
          <w:sz w:val="20"/>
        </w:rPr>
        <w:t>1:06:34  is mein yahi bataya tha qissa is ne apna ke woh milton tha.</w:t>
      </w:r>
      <w:r>
        <w:br/>
      </w:r>
      <w:r>
        <w:rPr>
          <w:sz w:val="20"/>
        </w:rPr>
        <w:t>1:06:39  woh phir ek baar nikla, woh ek maqam par kahin to doosre ne dekha ke kuch phaade hue</w:t>
      </w:r>
      <w:r>
        <w:br/>
      </w:r>
      <w:r>
        <w:rPr>
          <w:sz w:val="20"/>
        </w:rPr>
        <w:t>1:06:44  parze pade hue hain.</w:t>
      </w:r>
      <w:r>
        <w:br/>
      </w:r>
      <w:r>
        <w:rPr>
          <w:sz w:val="20"/>
        </w:rPr>
        <w:t>1:06:50  koi cheez thi chupi hui, woh phaad kar phenk diya kisi ne.</w:t>
      </w:r>
      <w:r>
        <w:br/>
      </w:r>
      <w:r>
        <w:rPr>
          <w:sz w:val="20"/>
        </w:rPr>
        <w:t>1:06:55  is ko uthaya, is ne tukde tukde kar diya.</w:t>
      </w:r>
      <w:r>
        <w:br/>
      </w:r>
      <w:r>
        <w:rPr>
          <w:sz w:val="20"/>
        </w:rPr>
        <w:t>1:07:00  to is ne is ko utha kar le gaya, aur sab tukde jod jod kar chipka chipka kar</w:t>
      </w:r>
      <w:r>
        <w:br/>
      </w:r>
      <w:r>
        <w:rPr>
          <w:sz w:val="20"/>
        </w:rPr>
        <w:t>1:07:06  is ka page banaya.</w:t>
      </w:r>
      <w:r>
        <w:br/>
      </w:r>
      <w:r>
        <w:rPr>
          <w:sz w:val="20"/>
        </w:rPr>
        <w:t>1:07:11  us tukde ko page bana kar padha, is ko thoda padha to us waqt hi to ek naya</w:t>
      </w:r>
      <w:r>
        <w:br/>
      </w:r>
      <w:r>
        <w:rPr>
          <w:sz w:val="20"/>
        </w:rPr>
        <w:t>1:07:16  message is ke andar hai.</w:t>
      </w:r>
      <w:r>
        <w:br/>
      </w:r>
      <w:r>
        <w:rPr>
          <w:sz w:val="20"/>
        </w:rPr>
        <w:t>1:07:22  woh hamari kitaab ka ek tukda tha.</w:t>
      </w:r>
      <w:r>
        <w:br/>
      </w:r>
      <w:r>
        <w:rPr>
          <w:sz w:val="20"/>
        </w:rPr>
        <w:t>1:07:27  kisi ghusse mein phaad diya tha kisi ne.</w:t>
      </w:r>
      <w:r>
        <w:br/>
      </w:r>
      <w:r>
        <w:rPr>
          <w:sz w:val="20"/>
        </w:rPr>
        <w:t>1:07:32  ab ghaur kijiye, ek aadmi ne ghusse mein phaada, aur doosre aadmi ne is ko chipka kar padha,</w:t>
      </w:r>
      <w:r>
        <w:br/>
      </w:r>
      <w:r>
        <w:rPr>
          <w:sz w:val="20"/>
        </w:rPr>
        <w:t>1:07:38  aur yahan aaya.</w:t>
      </w:r>
      <w:r>
        <w:br/>
      </w:r>
      <w:r>
        <w:rPr>
          <w:sz w:val="20"/>
        </w:rPr>
        <w:t>1:07:43  woh kaha ke maine tauba kar li milton se.</w:t>
      </w:r>
      <w:r>
        <w:br/>
      </w:r>
      <w:r>
        <w:rPr>
          <w:sz w:val="20"/>
        </w:rPr>
        <w:t>1:07:48  to kabhi bhi result ko mass level par mat jaanchiyye, individual level par jaanchiyye.</w:t>
      </w:r>
      <w:r>
        <w:br/>
      </w:r>
      <w:r>
        <w:rPr>
          <w:sz w:val="20"/>
        </w:rPr>
        <w:t>1:07:54  yeh ghalati kabhi mat kijiye.</w:t>
      </w:r>
      <w:r>
        <w:br/>
      </w:r>
      <w:r>
        <w:rPr>
          <w:sz w:val="20"/>
        </w:rPr>
        <w:t>1:07:59  woh nahi, paighambaron ka kaam bhi aap ko lage ke kuch bhi nahi hua.</w:t>
      </w:r>
      <w:r>
        <w:br/>
      </w:r>
      <w:r>
        <w:rPr>
          <w:sz w:val="20"/>
        </w:rPr>
        <w:t>1:08:04  aik sahib mere paas aik baar to aaye, woh kai idaray chala rahay thay, kai school college.</w:t>
      </w:r>
      <w:r>
        <w:br/>
      </w:r>
      <w:r>
        <w:rPr>
          <w:sz w:val="20"/>
        </w:rPr>
        <w:t>1:08:10  to bohat mayusi ki baat ki unhon nay kay hum nay socha tha kay is say islaah hogi,</w:t>
      </w:r>
      <w:r>
        <w:br/>
      </w:r>
      <w:r>
        <w:rPr>
          <w:sz w:val="20"/>
        </w:rPr>
        <w:t>1:08:15  aur koi islaah nahi hui.</w:t>
      </w:r>
      <w:r>
        <w:br/>
      </w:r>
      <w:r>
        <w:rPr>
          <w:sz w:val="20"/>
        </w:rPr>
        <w:t>1:08:20  hum ko to bohat mayusi ho rahi hai.</w:t>
      </w:r>
      <w:r>
        <w:br/>
      </w:r>
      <w:r>
        <w:rPr>
          <w:sz w:val="20"/>
        </w:rPr>
        <w:t>1:08:26  to yahi baat main nay un say kahi, aap islaah ko mass level par chahtay hain dekhna, aap</w:t>
      </w:r>
      <w:r>
        <w:br/>
      </w:r>
      <w:r>
        <w:rPr>
          <w:sz w:val="20"/>
        </w:rPr>
        <w:t>1:08:31  individual level par dekhiye.</w:t>
      </w:r>
      <w:r>
        <w:br/>
      </w:r>
      <w:r>
        <w:rPr>
          <w:sz w:val="20"/>
        </w:rPr>
        <w:t>1:08:36  to kuch dair chup ho gaye, woh phir socha.</w:t>
      </w:r>
      <w:r>
        <w:br/>
      </w:r>
      <w:r>
        <w:rPr>
          <w:sz w:val="20"/>
        </w:rPr>
        <w:t>1:08:42  unhon nay kaha kay waqai mujhe dikhai dainay laga shakhs, falan shakhs, falan shakhs.</w:t>
      </w:r>
      <w:r>
        <w:br/>
      </w:r>
      <w:r>
        <w:rPr>
          <w:sz w:val="20"/>
        </w:rPr>
        <w:t>1:08:47  is mein to bohat, yani islaah hui, nateeja nikla.</w:t>
      </w:r>
      <w:r>
        <w:br/>
      </w:r>
      <w:r>
        <w:rPr>
          <w:sz w:val="20"/>
        </w:rPr>
        <w:t>1:08:52  to jab bhi aap mass level par dain gay to har kaam aap ko bekaar lagay ga, hatta</w:t>
      </w:r>
      <w:r>
        <w:br/>
      </w:r>
      <w:r>
        <w:rPr>
          <w:sz w:val="20"/>
        </w:rPr>
        <w:t>1:08:58  kay peghambar ka kaam bhi, naoz billah.</w:t>
      </w:r>
      <w:r>
        <w:br/>
      </w:r>
      <w:r>
        <w:rPr>
          <w:sz w:val="20"/>
        </w:rPr>
        <w:t>1:09:03  lekan jab individual level par jaanchain gay to har kaam acha lagay ga aap ko.</w:t>
      </w:r>
      <w:r>
        <w:br/>
      </w:r>
      <w:r>
        <w:rPr>
          <w:sz w:val="20"/>
        </w:rPr>
        <w:t>1:09:08  yeh ghalti kabhi mat kijiye.</w:t>
      </w:r>
    </w:p>
    <w:p>
      <w:pPr>
        <w:pStyle w:val="Heading2"/>
      </w:pPr>
      <w:r>
        <w:t>Using cinema for dawah work</w:t>
      </w:r>
    </w:p>
    <w:p>
      <w:r>
        <w:rPr>
          <w:color w:val="666666"/>
          <w:sz w:val="18"/>
        </w:rPr>
        <w:t>Society &amp; Dawah · The Method of Planning August 14, 2016 · 53s · at 51:27 · https://youtu.be/84WV8NS2VKQ?t=3087</w:t>
      </w:r>
    </w:p>
    <w:p>
      <w:r>
        <w:rPr>
          <w:i/>
        </w:rPr>
        <w:t>“Can we do dawah work by using cinema, movies, and documentaries as the medium? What is your advice to that?”</w:t>
      </w:r>
    </w:p>
    <w:p>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r>
        <w:br/>
      </w:r>
      <w:r>
        <w:rPr>
          <w:sz w:val="20"/>
        </w:rPr>
        <w:t>51:46  sirf literature phailaiye, aur literature ki baat ko aap jo hamare jo taqreeren hain, un ko phailaiye.</w:t>
      </w:r>
      <w:r>
        <w:br/>
      </w:r>
      <w:r>
        <w:rPr>
          <w:sz w:val="20"/>
        </w:rPr>
        <w:t>51:51  hamari jo kitaben hain, is ko phailaiye.</w:t>
      </w:r>
      <w:r>
        <w:br/>
      </w:r>
      <w:r>
        <w:rPr>
          <w:sz w:val="20"/>
        </w:rPr>
        <w:t>51:56  phailane ke tareeqe different ho sakte hain, aur koi cheez aap karen ge to woh to bohat se</w:t>
      </w:r>
      <w:r>
        <w:br/>
      </w:r>
      <w:r>
        <w:rPr>
          <w:sz w:val="20"/>
        </w:rPr>
        <w:t>52:01  log kar chuke hain, aur koi result nahin nikla, koi natija nahin.</w:t>
      </w:r>
      <w:r>
        <w:br/>
      </w:r>
      <w:r>
        <w:rPr>
          <w:sz w:val="20"/>
        </w:rPr>
        <w:t>52:06  hamare kaam ko phailaiye, aap khud se aap jo karen ge to woh to bohat se log kar</w:t>
      </w:r>
      <w:r>
        <w:br/>
      </w:r>
      <w:r>
        <w:rPr>
          <w:sz w:val="20"/>
        </w:rPr>
        <w:t>52:11  chuke hain, koi natija nahin nikla.</w:t>
      </w:r>
      <w:r>
        <w:br/>
      </w:r>
      <w:r>
        <w:rPr>
          <w:sz w:val="20"/>
        </w:rPr>
        <w:t>52:16  No result at all.</w:t>
      </w:r>
      <w:r>
        <w:br/>
      </w:r>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p>
    <w:p>
      <w:pPr>
        <w:pStyle w:val="Heading2"/>
      </w:pPr>
      <w:r>
        <w:t>Using modern technology for Quranic da'wah</w:t>
      </w:r>
    </w:p>
    <w:p>
      <w:r>
        <w:rPr>
          <w:color w:val="666666"/>
          <w:sz w:val="18"/>
        </w:rPr>
        <w:t>Society &amp; Dawah · Understanding the Quran April 7, 2019 · 59s · at 50:58 · https://youtu.be/m_Om5MtQJz4?t=3058</w:t>
      </w:r>
    </w:p>
    <w:p>
      <w:r>
        <w:rPr>
          <w:i/>
        </w:rPr>
        <w:t>“Molana, like you have mentioned that we should use the latest mode of transport for going to Hajj, then can we say that to do da'wah work we should use the latest methods and technology to spread the Quran?”</w:t>
      </w:r>
    </w:p>
    <w:p>
      <w:r>
        <w:rPr>
          <w:sz w:val="20"/>
        </w:rPr>
        <w:t>50:58  molana, agla sawal Miss Tuti Malhotra ne dilli se bheja hai. unhon ne aap se poocha hai ke: "Molana, like you have mentioned that we should use latest mode of transport for going to Hajj, then can we say that to do dawah work we should use latest methods and technology to spread Quran?" sahi hai, is mein koi galat baat hai hi nahin.</w:t>
      </w:r>
      <w:r>
        <w:br/>
      </w:r>
      <w:r>
        <w:rPr>
          <w:sz w:val="20"/>
        </w:rPr>
        <w:t>51:28  bilkul theek kaha aap ne.</w:t>
      </w:r>
      <w:r>
        <w:br/>
      </w:r>
      <w:r>
        <w:rPr>
          <w:sz w:val="20"/>
        </w:rPr>
        <w:t>51:34  molana Yaqoob Umri ne dilli se comment bheja hai: "Molana, today's lecture on disjointed letters in the Quran really thrilled me.</w:t>
      </w:r>
      <w:r>
        <w:br/>
      </w:r>
      <w:r>
        <w:rPr>
          <w:sz w:val="20"/>
        </w:rPr>
        <w:t>51:43  Quran asks the creative response from the readers repeatedly.</w:t>
      </w:r>
      <w:r>
        <w:br/>
      </w:r>
      <w:r>
        <w:rPr>
          <w:sz w:val="20"/>
        </w:rPr>
        <w:t>51:48  I have never heard such a meaningful interpretation. Jazak Allah."</w:t>
      </w:r>
    </w:p>
    <w:p>
      <w:pPr>
        <w:pStyle w:val="Heading2"/>
      </w:pPr>
      <w:r>
        <w:t>Using other scriptures for Dawah</w:t>
      </w:r>
    </w:p>
    <w:p>
      <w:r>
        <w:rPr>
          <w:color w:val="666666"/>
          <w:sz w:val="18"/>
        </w:rPr>
        <w:t>Society &amp; Dawah · Collective Repentance I Feb 24, 2013 Maulana Wahiduddin Khan · 1m 18s · at 1:11:19 · https://youtu.be/lkkolxAL38c?t=4279</w:t>
      </w:r>
    </w:p>
    <w:p>
      <w:r>
        <w:rPr>
          <w:i/>
        </w:rPr>
        <w:t>“Can we use the Bible and Gita to prove Islam in dawah?”</w:t>
      </w:r>
    </w:p>
    <w:p>
      <w:r>
        <w:rPr>
          <w:sz w:val="20"/>
        </w:rPr>
        <w:t>1:11:19  maulana, agla sawal chennai se hai imtiaz sahab ka. unhon ne likha hai: "maulana, kya dawat mein islam ko sabit karne ke liye bible aur gita wagerah ka istemal kar sakte hain?" nahi, main is tareeqe se ittefaq nahi karta.</w:t>
      </w:r>
      <w:r>
        <w:br/>
      </w:r>
      <w:r>
        <w:rPr>
          <w:sz w:val="20"/>
        </w:rPr>
        <w:t>1:11:39  mujhe is se ittefaq nahi hai. kuch log aisa karte hain lekin mujhe ittefaq nahi hai. mere nazdeek dawat ka kaam sirtasar hona chahiye quran ki buniyad par, sunnat ki buniyad par.</w:t>
      </w:r>
      <w:r>
        <w:br/>
      </w:r>
      <w:r>
        <w:rPr>
          <w:sz w:val="20"/>
        </w:rPr>
        <w:t>1:11:50  bas</w:t>
      </w:r>
      <w:r>
        <w:br/>
      </w:r>
      <w:r>
        <w:rPr>
          <w:sz w:val="20"/>
        </w:rPr>
        <w:t>1:11:55  sab se aham baat yeh hai ke jin kitabon ko aap sary se yani ilhami kitab hi nahi mante, us se nikalte hain apni baat.</w:t>
      </w:r>
      <w:r>
        <w:br/>
      </w:r>
      <w:r>
        <w:rPr>
          <w:sz w:val="20"/>
        </w:rPr>
        <w:t>1:12:04  to pehle yeh aelan kijiye ke woh ilhami kitaben hain ya woh muharraf kitaben nahi hain. jin kitabon ko aap muharraf kehte hain,</w:t>
      </w:r>
      <w:r>
        <w:br/>
      </w:r>
      <w:r>
        <w:rPr>
          <w:sz w:val="20"/>
        </w:rPr>
        <w:t>1:12:13  jin kitabon ke baad kehte hain ke woh ilhami kitab hi nahi hai, us se aap dalail nikalenge? yeh to bahut ajib o gharib baat hai. yeh bilkul ghair ilmi, ghair scientific baat hai.</w:t>
      </w:r>
      <w:r>
        <w:br/>
      </w:r>
      <w:r>
        <w:rPr>
          <w:sz w:val="20"/>
        </w:rPr>
        <w:t>1:12:24  awami test is se khush hota hoga, bilkul. yani</w:t>
      </w:r>
      <w:r>
        <w:br/>
      </w:r>
      <w:r>
        <w:rPr>
          <w:sz w:val="20"/>
        </w:rPr>
        <w:t>1:12:31  baqi koi padha likha aadmi is se khush nahi ho sakta.</w:t>
      </w:r>
    </w:p>
    <w:p>
      <w:pPr>
        <w:pStyle w:val="Heading2"/>
      </w:pPr>
      <w:r>
        <w:t>Using positive tension as a motivator in dawah</w:t>
      </w:r>
    </w:p>
    <w:p>
      <w:r>
        <w:rPr>
          <w:color w:val="666666"/>
          <w:sz w:val="18"/>
        </w:rPr>
        <w:t>Society &amp; Dawah · Q&amp;A 13 Nov 2011 · 1m 17s · at 59:30 · https://youtu.be/oOZ9h37_pL8?t=3570</w:t>
      </w:r>
    </w:p>
    <w:p>
      <w:r>
        <w:rPr>
          <w:i/>
        </w:rPr>
        <w:t>“I have understood that a da‘i should use positive tension as a motivator, and plan a small beginning in dawah work and gradually develop it. Is this correct?”</w:t>
      </w:r>
    </w:p>
    <w:p>
      <w:r>
        <w:rPr>
          <w:sz w:val="20"/>
        </w:rPr>
        <w:t>59:30  maulana agla sawal miss naghma siddiqui ne kiya hai dilli se. unhone likha hai. i have understood that i should use the positive tension as a motivator.</w:t>
      </w:r>
      <w:r>
        <w:br/>
      </w:r>
      <w:r>
        <w:rPr>
          <w:sz w:val="20"/>
        </w:rPr>
        <w:t>59:41  and plan a small beginning in da'wah work and gradually develop it. is this correct?</w:t>
      </w:r>
      <w:r>
        <w:br/>
      </w:r>
      <w:r>
        <w:rPr>
          <w:sz w:val="20"/>
        </w:rPr>
        <w:t>59:48  saheeh bilkul saheeh hai. masha'Allah. bohat saheeh bohat saheeh kaha aap ne. mujh se better keh diya aap ne.</w:t>
      </w:r>
    </w:p>
    <w:p>
      <w:pPr>
        <w:pStyle w:val="Heading2"/>
      </w:pPr>
      <w:r>
        <w:t>Using resources for da'wah work</w:t>
      </w:r>
    </w:p>
    <w:p>
      <w:r>
        <w:rPr>
          <w:color w:val="666666"/>
          <w:sz w:val="18"/>
        </w:rPr>
        <w:t>Society &amp; Dawah · Dars-e-Quran, Chapter 2, Verse 61 February 11, 2018 · 42s · at 54:01 · https://youtu.be/rgoE0nvFJJI?t=3241</w:t>
      </w:r>
    </w:p>
    <w:p>
      <w:r>
        <w:rPr>
          <w:i/>
        </w:rPr>
        <w:t>“Does it mean that we should use these resources as need-based on personal level and spend all in da'wah work? Am I right in this?”</w:t>
      </w:r>
    </w:p>
    <w:p>
      <w:r>
        <w:rPr>
          <w:sz w:val="20"/>
        </w:rPr>
        <w:t>54:01  mashallah molana miss shabana ansari ne pakistan se sawal bheja hai unho ne likha hai molana does it</w:t>
      </w:r>
      <w:r>
        <w:br/>
      </w:r>
      <w:r>
        <w:rPr>
          <w:sz w:val="20"/>
        </w:rPr>
        <w:t>54:11  mean that we should use these resources as need based on personal level and spend all in dawah</w:t>
      </w:r>
      <w:r>
        <w:br/>
      </w:r>
      <w:r>
        <w:rPr>
          <w:sz w:val="20"/>
        </w:rPr>
        <w:t>54:20  work am i right in this yehi baat bilkul sahi hai aap ka soch hai yehi yani this</w:t>
      </w:r>
      <w:r>
        <w:br/>
      </w:r>
      <w:r>
        <w:rPr>
          <w:sz w:val="20"/>
        </w:rPr>
        <w:t>54:31  is the this is the kind to the krishan of god</w:t>
      </w:r>
      <w:r>
        <w:br/>
      </w:r>
      <w:r>
        <w:rPr>
          <w:sz w:val="20"/>
        </w:rPr>
        <w:t>54:36  allah rabb ul alameen ka jo planning hai wo ye is ke mutabiq hai</w:t>
      </w:r>
    </w:p>
    <w:p>
      <w:pPr>
        <w:pStyle w:val="Heading2"/>
      </w:pPr>
      <w:r>
        <w:t>Veil restriction in dawah work</w:t>
      </w:r>
    </w:p>
    <w:p>
      <w:r>
        <w:rPr>
          <w:color w:val="666666"/>
          <w:sz w:val="18"/>
        </w:rPr>
        <w:t>Society &amp; Dawah · Don't Be Angry Culture January 15, 2012 · 1m 49s · at 1:15:25 · https://youtu.be/NrA3X8y_FLY?t=4525</w:t>
      </w:r>
    </w:p>
    <w:p>
      <w:r>
        <w:rPr>
          <w:i/>
        </w:rPr>
        <w:t>“Often, Muslim women emphasize greatly that Islam only allows women to keep their eyes open. My question is that this kind of restriction can cause considerable difficulty for a Muslim woman in the work of dawah and reform. Is this really a matter of Islam or is it the culture of Muslims? Please clarify.”</w:t>
      </w:r>
    </w:p>
    <w:p>
      <w:r>
        <w:rPr>
          <w:sz w:val="20"/>
        </w:rPr>
        <w:t>1:15:25  maulana, agla sawal aya hai miss saira latif ka karachi pakistan se. unhon ne likha hai: "aksar muslim khawateen is baat par bohat zyada zor deti hain ke islam mein aurat ko sirf aankhein khuli rakhne ki ijazat hai.</w:t>
      </w:r>
      <w:r>
        <w:br/>
      </w:r>
      <w:r>
        <w:rPr>
          <w:sz w:val="20"/>
        </w:rPr>
        <w:t>1:15:43  mera sawal yeh hai ke is qism ki pabandi mein ek muslim aurat ko daawat aur islaah ke kaam mein kafi mushkil pesh aa sakti hai.</w:t>
      </w:r>
      <w:r>
        <w:br/>
      </w:r>
      <w:r>
        <w:rPr>
          <w:sz w:val="20"/>
        </w:rPr>
        <w:t>1:15:54  kya waqai yeh islam ka masla hai ya musalmanon ka culture hai? wazahat farmayen." "yeh bilashubah musalmanon ka culture hai. aajkal jo tasawwur parde ka aur burqe ka hai, us ka islam se koi talluq nahi.</w:t>
      </w:r>
      <w:r>
        <w:br/>
      </w:r>
      <w:r>
        <w:rPr>
          <w:sz w:val="20"/>
        </w:rPr>
        <w:t>1:16:11  koi bhi talluq nahi.</w:t>
      </w:r>
      <w:r>
        <w:br/>
      </w:r>
      <w:r>
        <w:rPr>
          <w:sz w:val="20"/>
        </w:rPr>
        <w:t>1:16:15  islam mein jo parda hai, woh kya hai? saada libas, dheela dheela libas, aur yeh zeeb o zeenat nahi, aur permissions nahi,</w:t>
      </w:r>
      <w:r>
        <w:br/>
      </w:r>
      <w:r>
        <w:rPr>
          <w:sz w:val="20"/>
        </w:rPr>
        <w:t>1:16:28  sanjidgi ke sath aana jana. yeh hai parda.</w:t>
      </w:r>
      <w:r>
        <w:br/>
      </w:r>
      <w:r>
        <w:rPr>
          <w:sz w:val="20"/>
        </w:rPr>
        <w:t>1:16:34  baqi yeh jo parda nikal nikla hai aaj kal, woh islami parda nahi hai. to yeh to riwaj hai, is mein koi shakk nahi.</w:t>
      </w:r>
      <w:r>
        <w:br/>
      </w:r>
      <w:r>
        <w:rPr>
          <w:sz w:val="20"/>
        </w:rPr>
        <w:t>1:16:44  agar is ko kuch aap parhna chahein is mozu par kisi ko to ek do kitab mein naam loon ga aap ko. ek hai allama albani ki kitab "hijab ul mar'at ul muslimah".</w:t>
      </w:r>
      <w:r>
        <w:br/>
      </w:r>
      <w:r>
        <w:rPr>
          <w:sz w:val="20"/>
        </w:rPr>
        <w:t>1:16:58  allama naseer ud din albani ki kitab hai "hijab ul mar'at ul muslimah" arabi mein.</w:t>
      </w:r>
      <w:r>
        <w:br/>
      </w:r>
      <w:r>
        <w:rPr>
          <w:sz w:val="20"/>
        </w:rPr>
        <w:t>1:17:03  doosri kitab khud meri kitab hai, woh hai "khawateen islam" aur do kitabein hain "khawateen islam" aur "aurat memar e insaniyat".</w:t>
      </w:r>
    </w:p>
    <w:p>
      <w:pPr>
        <w:pStyle w:val="Heading2"/>
      </w:pPr>
      <w:r>
        <w:t>View on Nawaz Sharif attending Modi oath</w:t>
      </w:r>
    </w:p>
    <w:p>
      <w:r>
        <w:rPr>
          <w:color w:val="666666"/>
          <w:sz w:val="18"/>
        </w:rPr>
        <w:t>Society &amp; Dawah · Age of Democracy May 25, 2014 · 57s · at 1:09:15 · https://youtu.be/pyZy1-EhW1Q?t=4155</w:t>
      </w:r>
    </w:p>
    <w:p>
      <w:r>
        <w:rPr>
          <w:i/>
        </w:rPr>
        <w:t>“As you know, yesterday Pakistan Prime Minister Mr. Nawaz Sharif accepted the invitation for the oath ceremony of the new Indian Prime Minister Mr. Narendra Modi. What is your view on this new development?”</w:t>
      </w:r>
    </w:p>
    <w:p>
      <w:r>
        <w:rPr>
          <w:sz w:val="20"/>
        </w:rPr>
        <w:t>1:09:15  maulana, agla sawal kya hai muhammad faisal sahab ne pakistan se</w:t>
      </w:r>
      <w:r>
        <w:br/>
      </w:r>
      <w:r>
        <w:rPr>
          <w:sz w:val="20"/>
        </w:rPr>
        <w:t>1:09:20  unhone likha hai: "maulana, as you know that yesterday pakistan prime minister mr nawaz sharif has accepted the invitation for the oath ceremony of the new indian prime minister mr narendra modi.</w:t>
      </w:r>
      <w:r>
        <w:br/>
      </w:r>
      <w:r>
        <w:rPr>
          <w:sz w:val="20"/>
        </w:rPr>
        <w:t>1:09:37  maulana, i want to know what is your view on this new development?" bhai, yeh to dono neighbouring country hain aur isi country hain.</w:t>
      </w:r>
      <w:r>
        <w:br/>
      </w:r>
      <w:r>
        <w:rPr>
          <w:sz w:val="20"/>
        </w:rPr>
        <w:t>1:09:49  aapas mein achhe taluqat hone hi chahiye. is mein sochna kya hai? yani india aur pakistan jab dono parosi mulk hain to achhe taluqat hone hi chahiye in mein.</w:t>
      </w:r>
      <w:r>
        <w:br/>
      </w:r>
      <w:r>
        <w:rPr>
          <w:sz w:val="20"/>
        </w:rPr>
        <w:t>1:10:02  yeh to koi is mein koi do ra'ay ho nahi sakti hai. main sochta hoon ke achhi baat hai yeh.</w:t>
      </w:r>
    </w:p>
    <w:p>
      <w:pPr>
        <w:pStyle w:val="Heading2"/>
      </w:pPr>
      <w:r>
        <w:t>View on neutralizing communal polarization</w:t>
      </w:r>
    </w:p>
    <w:p>
      <w:r>
        <w:rPr>
          <w:color w:val="666666"/>
          <w:sz w:val="18"/>
        </w:rPr>
        <w:t>Society &amp; Dawah · From The Spiritual Tree September 8, 2013 · 3m 52s · at 44:50 · https://youtu.be/Vv6vf2N8YQA?t=2690</w:t>
      </w:r>
    </w:p>
    <w:p>
      <w:r>
        <w:rPr>
          <w:i/>
        </w:rPr>
        <w:t>“A seminar was held on neutralizing communal polarization in Chennai. The team attended but did not get any single formula. We want your view on this topic.”</w:t>
      </w:r>
    </w:p>
    <w:p>
      <w:r>
        <w:rPr>
          <w:sz w:val="20"/>
        </w:rPr>
        <w:t>44:50  maulana yeh pehla sawal aaya hai chennai se Maulana Israr Umri ka</w:t>
      </w:r>
      <w:r>
        <w:br/>
      </w:r>
      <w:r>
        <w:rPr>
          <w:sz w:val="20"/>
        </w:rPr>
        <w:t>44:55  . yeh kehte hain "A seminar Was Held on Neutralizing of Communal Polarization on Saturday in Chennai." Team Chennai attended this program but they didn't get any single formula.</w:t>
      </w:r>
      <w:r>
        <w:br/>
      </w:r>
      <w:r>
        <w:rPr>
          <w:sz w:val="20"/>
        </w:rPr>
        <w:t>45:15  maulana we want your view on this topic.</w:t>
      </w:r>
      <w:r>
        <w:br/>
      </w:r>
      <w:r>
        <w:rPr>
          <w:sz w:val="20"/>
        </w:rPr>
        <w:t>45:27  dekhein Commonwealth Harmony har ek boli bolta hai us ki Commonwealth Harmony ki boli. lekin har ek chahta hai us ki apni Condition par.</w:t>
      </w:r>
      <w:r>
        <w:br/>
      </w:r>
      <w:r>
        <w:rPr>
          <w:sz w:val="20"/>
        </w:rPr>
        <w:t>45:39  har ek ki apni Condition hai chahta hai ke doosra aadmi us ko Accept kare.</w:t>
      </w:r>
      <w:r>
        <w:br/>
      </w:r>
      <w:r>
        <w:rPr>
          <w:sz w:val="20"/>
        </w:rPr>
        <w:t>45:46  mein is formula ko nahi manta.</w:t>
      </w:r>
      <w:r>
        <w:br/>
      </w:r>
      <w:r>
        <w:rPr>
          <w:sz w:val="20"/>
        </w:rPr>
        <w:t>45:51  mein dekhein jo formula jo Islam ne diya hai woh sirf yeh hai ke khud aap Problem Create na karein. bas. dekhein ek hadith hai ke "Wallahi la yoomin Wallahi la yoomin Wallahi la yoomin alladhi la yaman jara bawaqahu"</w:t>
      </w:r>
      <w:r>
        <w:br/>
      </w:r>
      <w:r>
        <w:rPr>
          <w:sz w:val="20"/>
        </w:rPr>
        <w:t>46:14  . Khuda kasam woh momin nahi hai, Khuda kasam momin nahi hai, Khuda kasam momin nahi hai. jo apne padosi ke liye Problem Create kare.</w:t>
      </w:r>
      <w:r>
        <w:br/>
      </w:r>
      <w:r>
        <w:rPr>
          <w:sz w:val="20"/>
        </w:rPr>
        <w:t>46:26  dekhein yeh saada tor par Religious Formula nahi hai. yeh Social Harmony ka formula hai.</w:t>
      </w:r>
      <w:r>
        <w:br/>
      </w:r>
      <w:r>
        <w:rPr>
          <w:sz w:val="20"/>
        </w:rPr>
        <w:t>46:36  How to Establish Social Harmony is ka formula hai woh. woh kya hai?</w:t>
      </w:r>
      <w:r>
        <w:br/>
      </w:r>
      <w:r>
        <w:rPr>
          <w:sz w:val="20"/>
        </w:rPr>
        <w:t>46:42  apne aap ko Problem Create karne se bachaiye. is ke baad samaj mein Harmony hogi. doosron ka kehna hai ke tum karo, police kare, Government kare, is se kuch hone wala nahi hai.</w:t>
      </w:r>
      <w:r>
        <w:br/>
      </w:r>
      <w:r>
        <w:rPr>
          <w:sz w:val="20"/>
        </w:rPr>
        <w:t>46:55  har ek ke paas ek List hoti hai ke police yeh kare, Government yeh kare, doosri Community yeh kare, falan yeh kare, falan woh kare.</w:t>
      </w:r>
      <w:r>
        <w:br/>
      </w:r>
      <w:r>
        <w:rPr>
          <w:sz w:val="20"/>
        </w:rPr>
        <w:t>47:05  kuch nahi. Simple formula hai ke aap khud ko is se bachaiye ke aap koi Problem Create karein doosron ke liye.</w:t>
      </w:r>
      <w:r>
        <w:br/>
      </w:r>
      <w:r>
        <w:rPr>
          <w:sz w:val="20"/>
        </w:rPr>
        <w:t>47:16  bas is ke baad Harmony hogi. yahi formula diya gaya hai Quran mein aur hadith mein.</w:t>
      </w:r>
      <w:r>
        <w:br/>
      </w:r>
      <w:r>
        <w:rPr>
          <w:sz w:val="20"/>
        </w:rPr>
        <w:t>47:27  aur is ke siwa koi bhi formula nahi. koi bhi formula nahi.</w:t>
      </w:r>
      <w:r>
        <w:br/>
      </w:r>
      <w:r>
        <w:rPr>
          <w:sz w:val="20"/>
        </w:rPr>
        <w:t>47:36  ek bohat hi zabardast ek ek ek Sahabi ka qaul hai ke</w:t>
      </w:r>
      <w:r>
        <w:br/>
      </w:r>
      <w:r>
        <w:rPr>
          <w:sz w:val="20"/>
        </w:rPr>
        <w:t>47:46  jo aadmi doosre ke chote sar par</w:t>
      </w:r>
      <w:r>
        <w:br/>
      </w:r>
      <w:r>
        <w:rPr>
          <w:sz w:val="20"/>
        </w:rPr>
        <w:t>47:56  ko bardasht nahi karega us ko us ke bare sar ko bardasht karna parega. is ka matlab kya hai?</w:t>
      </w:r>
      <w:r>
        <w:br/>
      </w:r>
      <w:r>
        <w:rPr>
          <w:sz w:val="20"/>
        </w:rPr>
        <w:t>48:03  agar bil farz samaj mein koi aadmi aap ko koi aisa waqia kare jis se aap ko takleef pahunche to us ko sabr ke khane mein daliye.</w:t>
      </w:r>
      <w:r>
        <w:br/>
      </w:r>
      <w:r>
        <w:rPr>
          <w:sz w:val="20"/>
        </w:rPr>
        <w:t>48:15  sabr ke khane mein. kyunke agar aap ne is se jawab ul jawab ka issue banaya to kya hoga?</w:t>
      </w:r>
      <w:r>
        <w:br/>
      </w:r>
      <w:r>
        <w:rPr>
          <w:sz w:val="20"/>
        </w:rPr>
        <w:t>48:23  phir masla badhega. abhi agar kisi ne koi ek aap ke khilaf ek baat boli thi to us ke baad gun chalegi, bam chalega.</w:t>
      </w:r>
      <w:r>
        <w:br/>
      </w:r>
      <w:r>
        <w:rPr>
          <w:sz w:val="20"/>
        </w:rPr>
        <w:t>48:34  to mein dekh yahi Social Harmony ka formula hai aur koi doosra formula nahi.</w:t>
      </w:r>
    </w:p>
    <w:p>
      <w:pPr>
        <w:pStyle w:val="Heading2"/>
      </w:pPr>
      <w:r>
        <w:t>Volunteering and personal mission inquiry</w:t>
      </w:r>
    </w:p>
    <w:p>
      <w:r>
        <w:rPr>
          <w:color w:val="666666"/>
          <w:sz w:val="18"/>
        </w:rPr>
        <w:t>Society &amp; Dawah · Realization of God May 07, 2017 Maulana Wahiduddin Khan · 1m 57s · at 52:59 · https://youtu.be/sXmJShRfWKs?t=3179</w:t>
      </w:r>
    </w:p>
    <w:p>
      <w:r>
        <w:rPr>
          <w:i/>
        </w:rPr>
        <w:t>“I am Ansa from Islamabad Pakistan. I also volunteered for National Book Foundation. I loved it and I will inshaAllah take it as a mission. My question is that I feel...”</w:t>
      </w:r>
    </w:p>
    <w:p>
      <w:r>
        <w:rPr>
          <w:sz w:val="20"/>
        </w:rPr>
        <w:t>52:59  maulana agla sawal bheja hai miss ansa choudhry ne pakistan se unhon ne likha hai maulana sahib i</w:t>
      </w:r>
      <w:r>
        <w:br/>
      </w:r>
      <w:r>
        <w:rPr>
          <w:sz w:val="20"/>
        </w:rPr>
        <w:t>53:07  am ansa from islamabad pakistan i also volunteered for national book foundation</w:t>
      </w:r>
      <w:r>
        <w:br/>
      </w:r>
      <w:r>
        <w:rPr>
          <w:sz w:val="20"/>
        </w:rPr>
        <w:t>53:14  i loved it and i will inshallah take it as a mission my question is that i feel</w:t>
      </w:r>
      <w:r>
        <w:br/>
      </w:r>
      <w:r>
        <w:rPr>
          <w:sz w:val="20"/>
        </w:rPr>
        <w:t>53:19  difficulty in tafakkur and tadabbur</w:t>
      </w:r>
      <w:r>
        <w:br/>
      </w:r>
      <w:r>
        <w:rPr>
          <w:sz w:val="20"/>
        </w:rPr>
        <w:t>53:23  kindly guide me how can i improve myself</w:t>
      </w:r>
      <w:r>
        <w:br/>
      </w:r>
      <w:r>
        <w:rPr>
          <w:sz w:val="20"/>
        </w:rPr>
        <w:t>53:30  bas apne ko distraction se bachaiye</w:t>
      </w:r>
      <w:r>
        <w:br/>
      </w:r>
      <w:r>
        <w:rPr>
          <w:sz w:val="20"/>
        </w:rPr>
        <w:t>53:34  sab se aasan cheez hai tafakkur</w:t>
      </w:r>
      <w:r>
        <w:br/>
      </w:r>
      <w:r>
        <w:rPr>
          <w:sz w:val="20"/>
        </w:rPr>
        <w:t>53:37  lekin agar aap ne distraction jeeta ho bachon mein ghar mein fashion mein kapde mein khane mein doston</w:t>
      </w:r>
      <w:r>
        <w:br/>
      </w:r>
      <w:r>
        <w:rPr>
          <w:sz w:val="20"/>
        </w:rPr>
        <w:t>53:45  mein that is distraction to mushkil hogi is ko to agar aap chahte hain tafakkur ek ibadat hai</w:t>
      </w:r>
      <w:r>
        <w:br/>
      </w:r>
      <w:r>
        <w:rPr>
          <w:sz w:val="20"/>
        </w:rPr>
        <w:t>53:55  ibadat tafakkur ki ibadat mein jeena to apne ko distraction se bachaiye</w:t>
      </w:r>
      <w:r>
        <w:br/>
      </w:r>
      <w:r>
        <w:rPr>
          <w:sz w:val="20"/>
        </w:rPr>
        <w:t>54:03  apna focus badliye focus</w:t>
      </w:r>
      <w:r>
        <w:br/>
      </w:r>
      <w:r>
        <w:rPr>
          <w:sz w:val="20"/>
        </w:rPr>
        <w:t>54:06  aur koi is mein doosra raaz nahi hai</w:t>
      </w:r>
      <w:r>
        <w:br/>
      </w:r>
      <w:r>
        <w:rPr>
          <w:sz w:val="20"/>
        </w:rPr>
        <w:t>54:10  srinagar se aa muhammad saleem mir sahib ne sawal kiya hai unhon</w:t>
      </w:r>
      <w:r>
        <w:br/>
      </w:r>
      <w:r>
        <w:rPr>
          <w:sz w:val="20"/>
        </w:rPr>
        <w:t>54:15  unhone unhone aap se poocha hai ke can we consider sayings of companions as the indirect sayings of profit which we must follow in our life</w:t>
      </w:r>
      <w:r>
        <w:br/>
      </w:r>
      <w:r>
        <w:rPr>
          <w:sz w:val="20"/>
        </w:rPr>
        <w:t>54:27  kindly guide us in this regard yeh hamesha nahi hota kuch un ki apni baatein bhi hoti hain</w:t>
      </w:r>
      <w:r>
        <w:br/>
      </w:r>
      <w:r>
        <w:rPr>
          <w:sz w:val="20"/>
        </w:rPr>
        <w:t>54:33  aap ko study kar ke jaan na padega ke bohat si baatein wahi hoti hain ke jo</w:t>
      </w:r>
      <w:r>
        <w:br/>
      </w:r>
      <w:r>
        <w:rPr>
          <w:sz w:val="20"/>
        </w:rPr>
        <w:t>54:40  hoti hain rasool Allah ki lekin is darr se ke kahin hum pakad mein na aa jayein to</w:t>
      </w:r>
      <w:r>
        <w:br/>
      </w:r>
      <w:r>
        <w:rPr>
          <w:sz w:val="20"/>
        </w:rPr>
        <w:t>54:46  is ko keh dete hain general andaaz mein apni aql ko apply kar ke aap jaan sakte hain</w:t>
      </w:r>
      <w:r>
        <w:br/>
      </w:r>
      <w:r>
        <w:rPr>
          <w:sz w:val="20"/>
        </w:rPr>
        <w:t>54:53  is maamle ko</w:t>
      </w:r>
    </w:p>
    <w:p>
      <w:pPr>
        <w:pStyle w:val="Heading2"/>
      </w:pPr>
      <w:r>
        <w:t>Wahhabism, Iran revolution and role of Ijtihad</w:t>
      </w:r>
    </w:p>
    <w:p>
      <w:r>
        <w:rPr>
          <w:color w:val="666666"/>
          <w:sz w:val="18"/>
        </w:rPr>
        <w:t>Society &amp; Dawah · Living in a New Age | March 26, 2017 · 1m 00s · at 59:02 · https://youtu.be/iST0AxQscKo?t=3542</w:t>
      </w:r>
    </w:p>
    <w:p>
      <w:r>
        <w:rPr>
          <w:i/>
        </w:rPr>
        <w:t>“Do you think the political Islam that is Wahhabism and Islamic revolution of Iran is responsible for the tension within Muslim world? What is the role of Ijtihad in promoting peace?”</w:t>
      </w:r>
    </w:p>
    <w:p>
      <w:r>
        <w:rPr>
          <w:sz w:val="20"/>
        </w:rPr>
        <w:t>59:02  Maulana agla sawal Delhi se bheja hai Miss Khair un Nisa ne.</w:t>
      </w:r>
      <w:r>
        <w:br/>
      </w:r>
      <w:r>
        <w:rPr>
          <w:sz w:val="20"/>
        </w:rPr>
        <w:t>59:08  انہوں نے لکھا ہے کہ do you think the political Islam that is Wahhabism and Islamic revolution of</w:t>
      </w:r>
      <w:r>
        <w:br/>
      </w:r>
      <w:r>
        <w:rPr>
          <w:sz w:val="20"/>
        </w:rPr>
        <w:t>59:14  Iran is responsible for the tension within Muslim world? What is the role of ijtihad in promoting peace?</w:t>
      </w:r>
      <w:r>
        <w:br/>
      </w:r>
      <w:r>
        <w:rPr>
          <w:sz w:val="20"/>
        </w:rPr>
        <w:t>59:20  Yeh baat to sahi hai ke jo political list is ko kehte hain political Islam woh politicization of Islam hai.</w:t>
      </w:r>
      <w:r>
        <w:br/>
      </w:r>
      <w:r>
        <w:rPr>
          <w:sz w:val="20"/>
        </w:rPr>
        <w:t>59:25  Political Islam is a thing.</w:t>
      </w:r>
      <w:r>
        <w:br/>
      </w:r>
      <w:r>
        <w:rPr>
          <w:sz w:val="20"/>
        </w:rPr>
        <w:t>59:29  Kuch logon ne politicize kar rakha hai Islam ko.</w:t>
      </w:r>
      <w:r>
        <w:br/>
      </w:r>
      <w:r>
        <w:rPr>
          <w:sz w:val="20"/>
        </w:rPr>
        <w:t>59:33  To bidat hai woh.</w:t>
      </w:r>
      <w:r>
        <w:br/>
      </w:r>
      <w:r>
        <w:rPr>
          <w:sz w:val="20"/>
        </w:rPr>
        <w:t>59:38  To bidat se kabhi acha nikal nahi sakta.</w:t>
      </w:r>
      <w:r>
        <w:br/>
      </w:r>
      <w:r>
        <w:rPr>
          <w:sz w:val="20"/>
        </w:rPr>
        <w:t>59:42  To yahan pe ijtihad ka matlab yeh hai ke Islam ko rediscover kiya jaye.</w:t>
      </w:r>
      <w:r>
        <w:br/>
      </w:r>
      <w:r>
        <w:rPr>
          <w:sz w:val="20"/>
        </w:rPr>
        <w:t>59:46  Ijtihad ka role jo yahan par hai woh</w:t>
      </w:r>
      <w:r>
        <w:br/>
      </w:r>
      <w:r>
        <w:rPr>
          <w:sz w:val="20"/>
        </w:rPr>
        <w:t>59:51  Yeh hai ke Islam ko deep politicize kiya jaye jaisa ke hai woh.</w:t>
      </w:r>
      <w:r>
        <w:br/>
      </w:r>
      <w:r>
        <w:rPr>
          <w:sz w:val="20"/>
        </w:rPr>
        <w:t>59:57  Main samajhta hoon ke is waqt ijtihad ka sab se bara kaam yahi hai.</w:t>
      </w:r>
    </w:p>
    <w:p>
      <w:pPr>
        <w:pStyle w:val="Heading2"/>
      </w:pPr>
      <w:r>
        <w:t>Was Bin Laden's act wise and heroic?</w:t>
      </w:r>
    </w:p>
    <w:p>
      <w:r>
        <w:rPr>
          <w:color w:val="666666"/>
          <w:sz w:val="18"/>
        </w:rPr>
        <w:t>Society &amp; Dawah · The Importance of Wisdom November 4, 2012 · 1m 01s · at 1:10:33 · https://youtu.be/7e6FvqRSHic?t=4233</w:t>
      </w:r>
    </w:p>
    <w:p>
      <w:r>
        <w:rPr>
          <w:i/>
        </w:rPr>
        <w:t>“Was Bin Laden's act of bringing down the Twin Towers an act of wisdom and a break in history? Was he a hero?”</w:t>
      </w:r>
    </w:p>
    <w:p>
      <w:r>
        <w:rPr>
          <w:sz w:val="20"/>
        </w:rPr>
        <w:t>1:10:33  to aap apne ko involve kijiye to phir aap ko aisi shikayat nahi hogi phir bhi agar aap is hawale mein nahi nahi aap ko baat karna hai to jo hamare log jo zimmedar hain mislan mr latif hain mr rajat hain un logon se aap baat kar lijiye woh batayenge aap ko mazeed baat maulana agla sawal dilli se hai miss nasreen ka unhon</w:t>
      </w:r>
      <w:r>
        <w:br/>
      </w:r>
      <w:r>
        <w:rPr>
          <w:sz w:val="20"/>
        </w:rPr>
        <w:t>1:10:59  ne aapse poocha hai was bin laden an act of bringing down the twin towers and an act of wisdom or break in history was he a hero is par aap kya kahenge</w:t>
      </w:r>
      <w:r>
        <w:br/>
      </w:r>
      <w:r>
        <w:rPr>
          <w:sz w:val="20"/>
        </w:rPr>
        <w:t>1:11:15  mein samajhta hoon ke ek stupid harkat thi woh is ka wisdom se kehte hain log is tarah se kahein duniya mein koi kaam hai abhi milti hai i building ko tod dein to kya ho jayega</w:t>
      </w:r>
      <w:r>
        <w:br/>
      </w:r>
      <w:r>
        <w:rPr>
          <w:sz w:val="20"/>
        </w:rPr>
        <w:t>1:11:26  islam ki islam ka dabdaba duniya mein qaim ho jayega</w:t>
      </w:r>
    </w:p>
    <w:p>
      <w:pPr>
        <w:pStyle w:val="Heading2"/>
      </w:pPr>
      <w:r>
        <w:t>Was the Khilafat movement un-Islamic?</w:t>
      </w:r>
    </w:p>
    <w:p>
      <w:r>
        <w:rPr>
          <w:color w:val="666666"/>
          <w:sz w:val="18"/>
        </w:rPr>
        <w:t>Society &amp; Dawah · Q&amp;A 13 Nov 2011 · 1m 22s · at 23:04 · https://youtu.be/oOZ9h37_pL8?t=1384</w:t>
      </w:r>
    </w:p>
    <w:p>
      <w:r>
        <w:rPr>
          <w:i/>
        </w:rPr>
        <w:t>“The Khilafat movement started by Shaukat Ali and Muhammad Ali Jauhar was based on a wrong foundation, and every such movement is un-Islamic. Please comment.”</w:t>
      </w:r>
    </w:p>
    <w:p>
      <w:r>
        <w:rPr>
          <w:sz w:val="20"/>
        </w:rPr>
        <w:t>23:04  maulana agla sawal aya hai mr amir bin yousaf ka pakistan se. unhon ne likha hai maulana shaukat ali aur muhammad ali johar ne jo tehreek khilafat shuru ki thi woh is ka matlab hai ke ghalat base par thi aur is tarah ki har tehreek un islamic hai.</w:t>
      </w:r>
      <w:r>
        <w:br/>
      </w:r>
      <w:r>
        <w:rPr>
          <w:sz w:val="20"/>
        </w:rPr>
        <w:t>23:23  is ke bare mein maulana woh chahte hain aap kuch kahein.</w:t>
      </w:r>
      <w:r>
        <w:br/>
      </w:r>
      <w:r>
        <w:rPr>
          <w:sz w:val="20"/>
        </w:rPr>
        <w:t>23:28  ghalat ka matlab hai ke be nateeja. ek to ghalat ka matlab hota hai ke sharab ghalat cheez hai, khinzir ghalat cheez hai.</w:t>
      </w:r>
      <w:r>
        <w:br/>
      </w:r>
      <w:r>
        <w:rPr>
          <w:sz w:val="20"/>
        </w:rPr>
        <w:t>23:38  woh ek alag ghalat ka mafhoom hota hai. lekin tehreek ke bare mein main kahoon ga ke be nateeja tehreekein theen yeh. kuch is ka ballah nahi tha is par khamkhwah nare laga rahe hain khilafat ke.</w:t>
      </w:r>
      <w:r>
        <w:br/>
      </w:r>
      <w:r>
        <w:rPr>
          <w:sz w:val="20"/>
        </w:rPr>
        <w:t>23:52  to</w:t>
      </w:r>
      <w:r>
        <w:br/>
      </w:r>
      <w:r>
        <w:rPr>
          <w:sz w:val="20"/>
        </w:rPr>
        <w:t>23:56  insani zindagi mein, samai zindagi mein woh kaam karna chahiye jis mein koi nateeja nikle, result oriented action. to main sirf yeh kehta hoon ke woh result oriented tareeqa nahi thi.</w:t>
      </w:r>
      <w:r>
        <w:br/>
      </w:r>
      <w:r>
        <w:rPr>
          <w:sz w:val="20"/>
        </w:rPr>
        <w:t>24:08  woh jazbati tareeqe theen. taqreerein, jalsay, jaloos, hangami kya hua qissa khatam. main sirf yahi kehta hoon agar meri tehreeron ko le kar unhon ne aisa kaha ho to main sirf yeh kehta hoon ke yeh tehreekein result oriented nahi theen.</w:t>
      </w:r>
    </w:p>
    <w:p>
      <w:pPr>
        <w:pStyle w:val="Heading2"/>
      </w:pPr>
      <w:r>
        <w:t>Were Muslims responsible for 9/11?</w:t>
      </w:r>
    </w:p>
    <w:p>
      <w:r>
        <w:rPr>
          <w:color w:val="666666"/>
          <w:sz w:val="18"/>
        </w:rPr>
        <w:t>Society &amp; Dawah · Revival of Muslim Ummah, February 4, 2013 · 58s · at 1:01:54 · https://youtu.be/xB3MfWhLHoM?t=3714</w:t>
      </w:r>
    </w:p>
    <w:p>
      <w:r>
        <w:rPr>
          <w:i/>
        </w:rPr>
        <w:t>“Is it a proven fact that Muslims destroyed the World Trade Center?”</w:t>
      </w:r>
    </w:p>
    <w:p>
      <w:r>
        <w:rPr>
          <w:sz w:val="20"/>
        </w:rPr>
        <w:t>1:01:54  Maulana, agla sawal Saudi Arab se hai Abu Hassan Umri sahib ka</w:t>
      </w:r>
      <w:r>
        <w:br/>
      </w:r>
      <w:r>
        <w:rPr>
          <w:sz w:val="20"/>
        </w:rPr>
        <w:t>1:01:59  . unhon ne likha hai: "Kya yeh sabit shuda haqeeqat hai ke musalmanon ne hi World Trade Center ko destroy kiya tha?" Is ke baray mein batayein.</w:t>
      </w:r>
      <w:r>
        <w:br/>
      </w:r>
      <w:r>
        <w:rPr>
          <w:sz w:val="20"/>
        </w:rPr>
        <w:t>1:02:10  yeh sabit ho chuka hai. ab yeh sawal karna hi ghair sabit shuda sawal hai.</w:t>
      </w:r>
      <w:r>
        <w:br/>
      </w:r>
      <w:r>
        <w:rPr>
          <w:sz w:val="20"/>
        </w:rPr>
        <w:t>1:02:15  yani kab tak aap musalman is mein phanse rahenge ke doosron pe blame dalna, doosron pe blame dalna? yeh kab tak mashgool rahenge? is mein yeh to sabit ho chuka hai.</w:t>
      </w:r>
      <w:r>
        <w:br/>
      </w:r>
      <w:r>
        <w:rPr>
          <w:sz w:val="20"/>
        </w:rPr>
        <w:t>1:02:24  kab ka? main nahi samajhta ke is mein koi is is chapter ko dobara kholne ki zaroorat hai. apni ghalti ko man'ne ka waqt aya hai, na ke is mein dobara question karne ka.</w:t>
      </w:r>
      <w:r>
        <w:br/>
      </w:r>
      <w:r>
        <w:rPr>
          <w:sz w:val="20"/>
        </w:rPr>
        <w:t>1:02:38  main yahi manta hoon ke yeh musalmanon ne kiya tha aur musalman ka ek mizaj yeh hai ke woh apne upar ghalti, apne upar blame na aaye. har mamle mein, isi mamle mein nahi, kisi bhi tarah se blame apne upar na aaye, doosre pe chala jaye.</w:t>
      </w:r>
    </w:p>
    <w:p>
      <w:pPr>
        <w:pStyle w:val="Heading2"/>
      </w:pPr>
      <w:r>
        <w:t>West's cultural influence vs Islamic way of life</w:t>
      </w:r>
    </w:p>
    <w:p>
      <w:r>
        <w:rPr>
          <w:color w:val="666666"/>
          <w:sz w:val="18"/>
        </w:rPr>
        <w:t>Society &amp; Dawah · Revival of Muslims March 08, 2015 · 51s · at 1:06:02 · https://youtu.be/8ShFcr8YozI?t=3962</w:t>
      </w:r>
    </w:p>
    <w:p>
      <w:r>
        <w:rPr>
          <w:i/>
        </w:rPr>
        <w:t>“How do you see the West's cultural influence in contrast to Islamic way of life?”</w:t>
      </w:r>
    </w:p>
    <w:p>
      <w:r>
        <w:rPr>
          <w:sz w:val="20"/>
        </w:rPr>
        <w:t>1:06:02  Maulana, agla sawal Delhi se hai Iqbal Rasool Sahab ka aur unhon ne aapse poocha hai ke How do you see the West's cultural influence in contrast to Islamic way of life?</w:t>
      </w:r>
      <w:r>
        <w:br/>
      </w:r>
      <w:r>
        <w:rPr>
          <w:sz w:val="20"/>
        </w:rPr>
        <w:t>1:06:17  Cultural influence to har jagah hota hai. Western ko kyun kehte hain aap? khud Musalmanon mein to mukhtalif culture hai. aap jayen Africa mein to wahan ke Musalmanon ka culture bilkul alag hoga.</w:t>
      </w:r>
      <w:r>
        <w:br/>
      </w:r>
      <w:r>
        <w:rPr>
          <w:sz w:val="20"/>
        </w:rPr>
        <w:t>1:06:30  aap roos se jayen to wahan ke Musalmanon ka culture alag hoga. to cultural differences to hote hi hote hain. is ka taluq Islam se nahin hai. Cultural difference par aap Islam ko mat janchiye kisi ko.</w:t>
      </w:r>
      <w:r>
        <w:br/>
      </w:r>
      <w:r>
        <w:rPr>
          <w:sz w:val="20"/>
        </w:rPr>
        <w:t>1:06:44  aap is ke aqeeday par, is ke character par janchiye.</w:t>
      </w:r>
    </w:p>
    <w:p>
      <w:pPr>
        <w:pStyle w:val="Heading2"/>
      </w:pPr>
      <w:r>
        <w:t>Western innovation and Islamic influence</w:t>
      </w:r>
    </w:p>
    <w:p>
      <w:r>
        <w:rPr>
          <w:color w:val="666666"/>
          <w:sz w:val="18"/>
        </w:rPr>
        <w:t>Society &amp; Dawah · Realistic Approach 30 March, 2014 · 4m 10s · at 56:08 · https://youtu.be/HIFxmWWiEG4?t=3368</w:t>
      </w:r>
    </w:p>
    <w:p>
      <w:r>
        <w:rPr>
          <w:i/>
        </w:rPr>
        <w:t>“How did the Westerners become the innovators? What was the source of their innovation? Did they get the idea to innovate from Islam?”</w:t>
      </w:r>
    </w:p>
    <w:p>
      <w:r>
        <w:rPr>
          <w:sz w:val="20"/>
        </w:rPr>
        <w:t>56:08  Maulana, agla sawal kiya hai Delhi se Muhammad Khurshid Alam sahib ne. Unhon ne likha hai: "How did the westerners become the innovators?</w:t>
      </w:r>
      <w:r>
        <w:br/>
      </w:r>
      <w:r>
        <w:rPr>
          <w:sz w:val="20"/>
        </w:rPr>
        <w:t>56:19  What what was the source of their innovation? Did they get idea to innovate from Islam?" Second Islam bas khali bas yahi hai.</w:t>
      </w:r>
      <w:r>
        <w:br/>
      </w:r>
      <w:r>
        <w:rPr>
          <w:sz w:val="20"/>
        </w:rPr>
        <w:t>56:29  Log logon ko pata hai ke hamara fakhr hamare hisse mein aana chahiye. Fakhr jo hai, hamare hisse mein aana chahiye.</w:t>
      </w:r>
      <w:r>
        <w:br/>
      </w:r>
      <w:r>
        <w:rPr>
          <w:sz w:val="20"/>
        </w:rPr>
        <w:t>56:38  Sab se bari burai yeh hai ke aap fakhr apne hisse mein dalna chahein. Woh insaan nahi hai, un ko Allah ne nahi paida kiya hai, aap hi ko paida kiya hai.</w:t>
      </w:r>
      <w:r>
        <w:br/>
      </w:r>
      <w:r>
        <w:rPr>
          <w:sz w:val="20"/>
        </w:rPr>
        <w:t>56:48  Yaani musalman samajhta hai ke hamara paida karne wala to Allah hai, baqi un ka paida karne wala shaitan hai. Yeh soch jo hai, itni zyada dirty hai, itni dirty hai ke Allah kabhi is ko maaf nahi karega.</w:t>
      </w:r>
      <w:r>
        <w:br/>
      </w:r>
      <w:r>
        <w:rPr>
          <w:sz w:val="20"/>
        </w:rPr>
        <w:t>56:59  Is soch ko bhai, in cheezon ka aap jaanna chahein to meri kitaab chhap rahi hai, is ka naam hai "Azhar-e-Deen". Is ko parhiye, aap</w:t>
      </w:r>
      <w:r>
        <w:br/>
      </w:r>
      <w:r>
        <w:rPr>
          <w:sz w:val="20"/>
        </w:rPr>
        <w:t>57:08  Woh us waqt press mein hai, bohat jald aa jayegi. Maulana, ek hissa un ke sawal ka yeh bhi tha ke "Why Muslims consider America to be an enemy of Islam?" Wahi falsehood ka hissa hai,</w:t>
      </w:r>
      <w:r>
        <w:br/>
      </w:r>
      <w:r>
        <w:rPr>
          <w:sz w:val="20"/>
        </w:rPr>
        <w:t>57:25  isi falsehood ka hissa hai.</w:t>
      </w:r>
      <w:r>
        <w:br/>
      </w:r>
      <w:r>
        <w:rPr>
          <w:sz w:val="20"/>
        </w:rPr>
        <w:t>57:31  Dekhein, sab se bari wajah jo musalmanon ke haan aayi hui hai ke America Israel ki himayat kyun karta hai? To sawal yeh hai ke America Pakistan ki himayat kyun karta hai?</w:t>
      </w:r>
      <w:r>
        <w:br/>
      </w:r>
      <w:r>
        <w:rPr>
          <w:sz w:val="20"/>
        </w:rPr>
        <w:t>57:44  60 baras se Pakistan mein ek hi wazir raha hai.</w:t>
      </w:r>
      <w:r>
        <w:br/>
      </w:r>
      <w:r>
        <w:rPr>
          <w:sz w:val="20"/>
        </w:rPr>
        <w:t>57:50  To America agar Israel ki himayat karta hai to aap sochiye ke Pakistan ki himayat kyun karta hai? Aur seven million musalman kyun rehte hain 68 se America mein?</w:t>
      </w:r>
      <w:r>
        <w:br/>
      </w:r>
      <w:r>
        <w:rPr>
          <w:sz w:val="20"/>
        </w:rPr>
        <w:t>58:03  is ki wajah kya hai? to amreeka apne interest ko jahan dekhta hai, jahan interest israel se is ko poora ho raha hai, to israel ka saath deta hai.</w:t>
      </w:r>
      <w:r>
        <w:br/>
      </w:r>
      <w:r>
        <w:rPr>
          <w:sz w:val="20"/>
        </w:rPr>
        <w:t>58:13  jahan pakistan hai, woh pakistan ka saath deta hai.</w:t>
      </w:r>
      <w:r>
        <w:br/>
      </w:r>
      <w:r>
        <w:rPr>
          <w:sz w:val="20"/>
        </w:rPr>
        <w:t>58:16  jo seven million musalman wahan hain, woh is ke woh labor, is ko labor ki zaroorat hai, woh labor faraham kar rahe hain. to in ko in ko apni jagah di gayi hai.</w:t>
      </w:r>
      <w:r>
        <w:br/>
      </w:r>
      <w:r>
        <w:rPr>
          <w:sz w:val="20"/>
        </w:rPr>
        <w:t>58:26  is seven muslim jo hain amreeka mein, woh un ke labor ki zaroorat poora kar rahe hain. to in ko bhi woh moqa diya gaya hai. dekhen, har aadmi apne interest ko jeeta dekhta hai.</w:t>
      </w:r>
      <w:r>
        <w:br/>
      </w:r>
      <w:r>
        <w:rPr>
          <w:sz w:val="20"/>
        </w:rPr>
        <w:t>58:37  koi dushman kisi ka nahi hota. kisi insaan ko yeh fursat nahi ke woh aap se dushmani kare.</w:t>
      </w:r>
      <w:r>
        <w:br/>
      </w:r>
      <w:r>
        <w:rPr>
          <w:sz w:val="20"/>
        </w:rPr>
        <w:t>58:44  yeh nazariya hi batil hai, bilkul jhoot jhoot hai. har aadmi apne interest ko dekhta hai. ab ab aap ko kahin ikhtilaf par jata hai, is ka interest to aap ka to aik dushman hai.</w:t>
      </w:r>
      <w:r>
        <w:br/>
      </w:r>
      <w:r>
        <w:rPr>
          <w:sz w:val="20"/>
        </w:rPr>
        <w:t>58:55  woh apne interest ko hasil karna chahta tha. ittifaq ki baat hai ke aap ko kahin thokar lag gayi.</w:t>
      </w:r>
      <w:r>
        <w:br/>
      </w:r>
      <w:r>
        <w:rPr>
          <w:sz w:val="20"/>
        </w:rPr>
        <w:t>59:02  to yaad rakhiye, apni dictionary se nikaal dijiye lafz "dushmani" aur "conspiracy" aur sahi lafz is ke rakhiye ke har insaan apne interest pe chal raha hai.</w:t>
      </w:r>
      <w:r>
        <w:br/>
      </w:r>
      <w:r>
        <w:rPr>
          <w:sz w:val="20"/>
        </w:rPr>
        <w:t>59:17  aap bhi interest chal rahe hain, musalman bhi apne interest pe chal rahe hain. to</w:t>
      </w:r>
      <w:r>
        <w:br/>
      </w:r>
      <w:r>
        <w:rPr>
          <w:sz w:val="20"/>
        </w:rPr>
        <w:t>59:23  kahin aap ka interest doosre se mawafiqat kar jaye ga, kahin mukhalifat kar jaye ga.</w:t>
      </w:r>
      <w:r>
        <w:br/>
      </w:r>
      <w:r>
        <w:rPr>
          <w:sz w:val="20"/>
        </w:rPr>
        <w:t>59:33  to woh ittifaq ki baat hai, koi kisi ka dushman nahi, kisi ko fursat nahi ke woh kisi ko dushmani kare. har aadmi ko khud apni taraqqi, bachon ko taraqqi dena hai, apne ghar ko banana hai.</w:t>
      </w:r>
      <w:r>
        <w:br/>
      </w:r>
      <w:r>
        <w:rPr>
          <w:sz w:val="20"/>
        </w:rPr>
        <w:t>59:44  yeh nazariya hi bilkul baseless hai, bilkul baseless hai ke falan dushman hai, falan dushman hai, koi dushman nahi hai.</w:t>
      </w:r>
      <w:r>
        <w:br/>
      </w:r>
      <w:r>
        <w:rPr>
          <w:sz w:val="20"/>
        </w:rPr>
        <w:t>59:51  har aadmi apne apne... mein ne aap ko misaal di ke agar israel ki himayat karne ki wajah se amreeka dushman ban gaya hai to is pakistan ki himayat kyun karta hai?</w:t>
      </w:r>
      <w:r>
        <w:br/>
      </w:r>
      <w:r>
        <w:rPr>
          <w:sz w:val="20"/>
        </w:rPr>
        <w:t>1:00:02  woh seven million musalmanon ko apne haan jagah di hui hai, khoob kha kama rahe hain. woh kyun? to apne interest ki wajah se yeh bhi kar raha hai, interest ki wajah se woh bhi kar raha hai.</w:t>
      </w:r>
      <w:r>
        <w:br/>
      </w:r>
      <w:r>
        <w:rPr>
          <w:sz w:val="20"/>
        </w:rPr>
        <w:t>1:00:13  interest ka lafz dono ko explain karta hai.</w:t>
      </w:r>
    </w:p>
    <w:p>
      <w:pPr>
        <w:pStyle w:val="Heading2"/>
      </w:pPr>
      <w:r>
        <w:t>Western progress through science</w:t>
      </w:r>
    </w:p>
    <w:p>
      <w:r>
        <w:rPr>
          <w:color w:val="666666"/>
          <w:sz w:val="18"/>
        </w:rPr>
        <w:t>Society &amp; Dawah · Divine Guidance November 20, 2016 · 2m 17s · at 1:03:05 · https://youtu.be/tbcloc-fvSE?t=3785</w:t>
      </w:r>
    </w:p>
    <w:p>
      <w:r>
        <w:rPr>
          <w:i/>
        </w:rPr>
        <w:t>“The West has indulged and made the most of this life through numerous scientific researches and studies.”</w:t>
      </w:r>
    </w:p>
    <w:p>
      <w:r>
        <w:rPr>
          <w:sz w:val="20"/>
        </w:rPr>
        <w:t>1:03:05  Maulana, agla sawal kya hai Syed Ahmed Ali sahib ne Delhi se.</w:t>
      </w:r>
      <w:r>
        <w:br/>
      </w:r>
      <w:r>
        <w:rPr>
          <w:sz w:val="20"/>
        </w:rPr>
        <w:t>1:03:10  unhon ne likha hai: "The West has indulged and made the most of this life through numerous scientific</w:t>
      </w:r>
      <w:r>
        <w:br/>
      </w:r>
      <w:r>
        <w:rPr>
          <w:sz w:val="20"/>
        </w:rPr>
        <w:t>1:03:15  researches and studies.</w:t>
      </w:r>
      <w:r>
        <w:br/>
      </w:r>
      <w:r>
        <w:rPr>
          <w:sz w:val="20"/>
        </w:rPr>
        <w:t>1:03:20  Their studies have proven Allah's presence and also the fact that there is one Creator of this universe.</w:t>
      </w:r>
      <w:r>
        <w:br/>
      </w:r>
      <w:r>
        <w:rPr>
          <w:sz w:val="20"/>
        </w:rPr>
        <w:t>1:03:25  However, they do not revert to Islam.</w:t>
      </w:r>
      <w:r>
        <w:br/>
      </w:r>
      <w:r>
        <w:rPr>
          <w:sz w:val="20"/>
        </w:rPr>
        <w:t>1:03:30  The West has indulged and made the most of this life through numerous scientific researches and studies. Their studies have proven Allah's presence and also the fact that there is one Creator of this universe. However, they do not revert to Islam.</w:t>
      </w:r>
      <w:r>
        <w:br/>
      </w:r>
      <w:r>
        <w:rPr>
          <w:sz w:val="20"/>
        </w:rPr>
        <w:t>1:03:46  " kya jis shai ki sawal karoon? Maulana, woh yeh keh rahe hain ke jo West ne jo</w:t>
      </w:r>
      <w:r>
        <w:br/>
      </w:r>
      <w:r>
        <w:rPr>
          <w:sz w:val="20"/>
        </w:rPr>
        <w:t>1:03:51  itni research kar ke itni taraqqi kari hai to is se yahi prove hota hai ke God exist.</w:t>
      </w:r>
      <w:r>
        <w:br/>
      </w:r>
      <w:r>
        <w:rPr>
          <w:sz w:val="20"/>
        </w:rPr>
        <w:t>1:03:57  jaise aaj aap ne bhi talk mein kaha.</w:t>
      </w:r>
      <w:r>
        <w:br/>
      </w:r>
      <w:r>
        <w:rPr>
          <w:sz w:val="20"/>
        </w:rPr>
        <w:t>1:04:03  to lekin woh keh rahe hain ke itne dollars aur itna research pe hours kharchne ke baad bhi</w:t>
      </w:r>
      <w:r>
        <w:br/>
      </w:r>
      <w:r>
        <w:rPr>
          <w:sz w:val="20"/>
        </w:rPr>
        <w:t>1:04:08  woh they have not reverted to Islam to woh yeh yeh sawal pooch rahe hain ke kya is</w:t>
      </w:r>
      <w:r>
        <w:br/>
      </w:r>
      <w:r>
        <w:rPr>
          <w:sz w:val="20"/>
        </w:rPr>
        <w:t>1:04:14  se kuch un ko faida hoga afterlife mein? aa, yeh jo itni mehnat kari unhon ne unless they</w:t>
      </w:r>
      <w:r>
        <w:br/>
      </w:r>
      <w:r>
        <w:rPr>
          <w:sz w:val="20"/>
        </w:rPr>
        <w:t>1:04:20  accept Islam bhai, aakhirat ka baat to Allah jaane, hum kaise jaanenge? hum kaise keh sakte hain?</w:t>
      </w:r>
      <w:r>
        <w:br/>
      </w:r>
      <w:r>
        <w:rPr>
          <w:sz w:val="20"/>
        </w:rPr>
        <w:t>1:04:25  aakhirat ki baat agar aap poochein to main nahin, kuch nahin, kuch nahin keh sakta.</w:t>
      </w:r>
      <w:r>
        <w:br/>
      </w:r>
      <w:r>
        <w:rPr>
          <w:sz w:val="20"/>
        </w:rPr>
        <w:t>1:04:31  yeh Allah ke domain ki cheez hai.</w:t>
      </w:r>
      <w:r>
        <w:br/>
      </w:r>
      <w:r>
        <w:rPr>
          <w:sz w:val="20"/>
        </w:rPr>
        <w:t>1:04:37  baqi main yeh kahunga ke 20 years of freedom ka mauqa har ek ke liye hai.</w:t>
      </w:r>
      <w:r>
        <w:br/>
      </w:r>
      <w:r>
        <w:rPr>
          <w:sz w:val="20"/>
        </w:rPr>
        <w:t>1:04:42  woh Abu Talib ke liye bhi tha, woh Hazrat Ibrahim ke baap ke liye bhi tha, woh Hazrat</w:t>
      </w:r>
      <w:r>
        <w:br/>
      </w:r>
      <w:r>
        <w:rPr>
          <w:sz w:val="20"/>
        </w:rPr>
        <w:t>1:04:48  Nuh ke bete ke liye bhi tha.</w:t>
      </w:r>
      <w:r>
        <w:br/>
      </w:r>
      <w:r>
        <w:rPr>
          <w:sz w:val="20"/>
        </w:rPr>
        <w:t>1:04:54  to to aap ka jo free choice ka jo Allah ne diya hai, us ko aap rehta hai</w:t>
      </w:r>
      <w:r>
        <w:br/>
      </w:r>
      <w:r>
        <w:rPr>
          <w:sz w:val="20"/>
        </w:rPr>
        <w:t>1:04:59  ke chahe idhar istemal karein, idhar istemal karein.</w:t>
      </w:r>
      <w:r>
        <w:br/>
      </w:r>
      <w:r>
        <w:rPr>
          <w:sz w:val="20"/>
        </w:rPr>
        <w:t>1:05:05  to scientist ho ya philosopher ho, koi bhi ho, free choice to phir bhi baqi rehta hai is ka.</w:t>
      </w:r>
      <w:r>
        <w:br/>
      </w:r>
      <w:r>
        <w:rPr>
          <w:sz w:val="20"/>
        </w:rPr>
        <w:t>1:05:11  to jis tarah chahe istemal karein, maanein ya na maanein.</w:t>
      </w:r>
      <w:r>
        <w:br/>
      </w:r>
      <w:r>
        <w:rPr>
          <w:sz w:val="20"/>
        </w:rPr>
        <w:t>1:05:17  kya sab clear hai? main ne ji ji Maulana.</w:t>
      </w:r>
    </w:p>
    <w:p>
      <w:pPr>
        <w:pStyle w:val="Heading2"/>
      </w:pPr>
      <w:r>
        <w:t>What Did Islam Give to the World?</w:t>
      </w:r>
    </w:p>
    <w:p>
      <w:r>
        <w:rPr>
          <w:color w:val="666666"/>
          <w:sz w:val="18"/>
        </w:rPr>
        <w:t>Society &amp; Dawah · Importance of Peace December 16, 2012 · 2m 05s · at 1:31:04 · https://youtu.be/nymyorYyEz4?t=5464</w:t>
      </w:r>
    </w:p>
    <w:p>
      <w:r>
        <w:rPr>
          <w:i/>
        </w:rPr>
        <w:t>“A secular person said that Darwin and Marx gave a great deal to the world. What did Islam give to the world? Please explain.”</w:t>
      </w:r>
    </w:p>
    <w:p>
      <w:r>
        <w:rPr>
          <w:sz w:val="20"/>
        </w:rPr>
        <w:t>1:31:04  Maulana, agla sawal Tamil Nadu se hai Maulana Iqbal Umri ka. unhon ne aap se poocha hai: "Maulana, unhon ne yeh likha hai ke aik secular aadmi se mulaqat hui, unhon ne kaha ke Darwin ne aur Marx ne dunya ko bohat kuch diya.</w:t>
      </w:r>
      <w:r>
        <w:br/>
      </w:r>
      <w:r>
        <w:rPr>
          <w:sz w:val="20"/>
        </w:rPr>
        <w:t>1:31:22  Islam ne dunya ko kya diya?" us ke baray mein aap batayein. yeh toh daawa un ka hai. Marx ne kuch nahi diya</w:t>
      </w:r>
      <w:r>
        <w:br/>
      </w:r>
      <w:r>
        <w:rPr>
          <w:sz w:val="20"/>
        </w:rPr>
        <w:t>1:31:31  . Marx ke nazariye ko lay kar jo Russia mein inqilab aaya tha, toh wahan par 25 million insaan maar daalay gaye.</w:t>
      </w:r>
      <w:r>
        <w:br/>
      </w:r>
      <w:r>
        <w:rPr>
          <w:sz w:val="20"/>
        </w:rPr>
        <w:t>1:31:40  ab mila kya? economy tabah ho gayi Russia ki. diya kya? yeh kahan kahan diya? 25 million insaan ko maar dala sirf is liye ke woh woh socialism economy qaim karnay ke liye,</w:t>
      </w:r>
      <w:r>
        <w:br/>
      </w:r>
      <w:r>
        <w:rPr>
          <w:sz w:val="20"/>
        </w:rPr>
        <w:t>1:31:54  yani kisanon se zameen chheen nay ke liye. lekin mila kya?</w:t>
      </w:r>
      <w:r>
        <w:br/>
      </w:r>
      <w:r>
        <w:rPr>
          <w:sz w:val="20"/>
        </w:rPr>
        <w:t>1:32:01  mein khud gaya tha wahan us zamanay mein, roti nahi milti thi. woh yani kisanon se zameen chheen kar us ko state ki milkiyat de diya.</w:t>
      </w:r>
      <w:r>
        <w:br/>
      </w:r>
      <w:r>
        <w:rPr>
          <w:sz w:val="20"/>
        </w:rPr>
        <w:t>1:32:11  toh is se pehlay Russia gandum ko, yani gaon ko export karta tha. ab wahan gaon kehti hai kam hai, woh ki roti nahi milti.</w:t>
      </w:r>
      <w:r>
        <w:br/>
      </w:r>
      <w:r>
        <w:rPr>
          <w:sz w:val="20"/>
        </w:rPr>
        <w:t>1:32:20  lambe lambe line sarkon par lagi hui thi. toh diya kya? tabah kiya sirf. baqi jahan tak Darwin ka ta'alluq hai, toh yeh bhi ghalat baat hai.</w:t>
      </w:r>
      <w:r>
        <w:br/>
      </w:r>
      <w:r>
        <w:rPr>
          <w:sz w:val="20"/>
        </w:rPr>
        <w:t>1:32:30  Darwin ne kuch nahi</w:t>
      </w:r>
      <w:r>
        <w:br/>
      </w:r>
      <w:r>
        <w:rPr>
          <w:sz w:val="20"/>
        </w:rPr>
        <w:t>1:32:31  diya. aik aik workable theory thi, elevation theory. workable, woh koi scientific theory nahi thi. khud Darwin mara frustration mein.</w:t>
      </w:r>
      <w:r>
        <w:br/>
      </w:r>
      <w:r>
        <w:rPr>
          <w:sz w:val="20"/>
        </w:rPr>
        <w:t>1:32:39  aap ko agar shauq ho toh Darwin ki life parh lijiye. us ko khud apnay baray mein woh tha ke mein ne sahi nahi kiya hai. khud parh lijiye aap us ka, yani aakhri dinon mein jo us ka haal tha Darwin ka.</w:t>
      </w:r>
      <w:r>
        <w:br/>
      </w:r>
      <w:r>
        <w:rPr>
          <w:sz w:val="20"/>
        </w:rPr>
        <w:t>1:32:52  diya kya us ne? aur Islam ne kya diya? us ko bari kitab parh lijiye. aap</w:t>
      </w:r>
      <w:r>
        <w:br/>
      </w:r>
      <w:r>
        <w:rPr>
          <w:sz w:val="20"/>
        </w:rPr>
        <w:t>1:32:58  Islam the creator of modern age, us ko parh lijiye. aap Islam ne kya diya? creator of modern age mein tafseel parh sakte hain us ki.</w:t>
      </w:r>
    </w:p>
    <w:p>
      <w:pPr>
        <w:pStyle w:val="Heading2"/>
      </w:pPr>
      <w:r>
        <w:t>What else to do besides Quran distribution?</w:t>
      </w:r>
    </w:p>
    <w:p>
      <w:r>
        <w:rPr>
          <w:color w:val="666666"/>
          <w:sz w:val="18"/>
        </w:rPr>
        <w:t>Society &amp; Dawah · Mission of Tajdeed (Revival of Islam) September 15, 2019 Maulana Wahiduddin Khan · 1m 34s · at 35:21 · https://youtu.be/jGfoAffJ4-8?t=2121</w:t>
      </w:r>
    </w:p>
    <w:p>
      <w:r>
        <w:rPr>
          <w:i/>
        </w:rPr>
        <w:t>“People generally confine themselves only to Quran distribution when they engage themselves in Dawah work. Maulana, my question is that what else comes in Dawah work besides Quran distribution?”</w:t>
      </w:r>
    </w:p>
    <w:p>
      <w:r>
        <w:rPr>
          <w:sz w:val="20"/>
        </w:rPr>
        <w:t>35:21  . The main aim of a good Muslim should be to rectify these things." Thank you Maulana. Sahi, sahi baat hai. Maulana, agla sawal lete hain.</w:t>
      </w:r>
      <w:r>
        <w:br/>
      </w:r>
      <w:r>
        <w:rPr>
          <w:sz w:val="20"/>
        </w:rPr>
        <w:t>35:34  yeh bheja hai Aamir Mori sahib ne Goa se. Unhon ne likha hai: "Maulana sahib, people generally confine themselves only to Quran distribution when they engage themselves in da'wah work.</w:t>
      </w:r>
      <w:r>
        <w:br/>
      </w:r>
      <w:r>
        <w:rPr>
          <w:sz w:val="20"/>
        </w:rPr>
        <w:t>35:53  Maulana sahib, my question is that what else comes in da'wah work besides Quran distribution?</w:t>
      </w:r>
      <w:r>
        <w:br/>
      </w:r>
      <w:r>
        <w:rPr>
          <w:sz w:val="20"/>
        </w:rPr>
        <w:t>36:00  Kindly guide all of us about the larger scope of da'wah work." Bhai, dono kaam ek doosre se interlinked hain.</w:t>
      </w:r>
      <w:r>
        <w:br/>
      </w:r>
      <w:r>
        <w:rPr>
          <w:sz w:val="20"/>
        </w:rPr>
        <w:t>36:10  dono ka talluq ek doosre se bohat gehra hai. Aisa nahi ke woh alag hai, woh alag hai. Alag, alag nahi hai.</w:t>
      </w:r>
      <w:r>
        <w:br/>
      </w:r>
      <w:r>
        <w:rPr>
          <w:sz w:val="20"/>
        </w:rPr>
        <w:t>36:23  dekhiye, jab aap distribute karenge to dialogue shuru ho jayega.</w:t>
      </w:r>
      <w:r>
        <w:br/>
      </w:r>
      <w:r>
        <w:rPr>
          <w:sz w:val="20"/>
        </w:rPr>
        <w:t>36:30  to daawa un ke question ko aap answer karenge to daawa</w:t>
      </w:r>
      <w:r>
        <w:br/>
      </w:r>
      <w:r>
        <w:rPr>
          <w:sz w:val="20"/>
        </w:rPr>
        <w:t>36:40  to main dono ko alag alag kar ke nahi dekhta, dono ko ek doosre ka</w:t>
      </w:r>
      <w:r>
        <w:br/>
      </w:r>
      <w:r>
        <w:rPr>
          <w:sz w:val="20"/>
        </w:rPr>
        <w:t>36:46  part samajhta hoon.</w:t>
      </w:r>
    </w:p>
    <w:p>
      <w:pPr>
        <w:pStyle w:val="Heading2"/>
      </w:pPr>
      <w:r>
        <w:t>What is Allah's requirement in this era</w:t>
      </w:r>
    </w:p>
    <w:p>
      <w:r>
        <w:rPr>
          <w:color w:val="666666"/>
          <w:sz w:val="18"/>
        </w:rPr>
        <w:t>Society &amp; Dawah · Dars-e-Quran, Chapter 2, Verse 79 June 24, 2018 · 1m 23s · at 53:45 · https://youtu.be/7OeNcHSoPp0?t=3225</w:t>
      </w:r>
    </w:p>
    <w:p>
      <w:r>
        <w:rPr>
          <w:i/>
        </w:rPr>
        <w:t>“What is today's replanning? What does Allah want in this era? Please clarify.”</w:t>
      </w:r>
    </w:p>
    <w:p>
      <w:r>
        <w:rPr>
          <w:sz w:val="20"/>
        </w:rPr>
        <w:t>53:45  maulana, agla sawal chennai se bheja hai maulana iqbal umri ne, aur unhone likha hai: "maulana, aaj ki replanning kya hai?</w:t>
      </w:r>
      <w:r>
        <w:br/>
      </w:r>
      <w:r>
        <w:rPr>
          <w:sz w:val="20"/>
        </w:rPr>
        <w:t>53:57  allah taala ka matloob is daur mein kya hai? is ko wazeh karein."</w:t>
      </w:r>
      <w:r>
        <w:br/>
      </w:r>
      <w:r>
        <w:rPr>
          <w:sz w:val="20"/>
        </w:rPr>
        <w:t>54:08  mein toh samajhta hoon ke agar aap daur ko le ke sochein toh woh toh hai ke allah ne dawat ke raaste khol diye hain.</w:t>
      </w:r>
      <w:r>
        <w:br/>
      </w:r>
      <w:r>
        <w:rPr>
          <w:sz w:val="20"/>
        </w:rPr>
        <w:t>54:18  dawat ke liye pehle raaste band thay. waise ek zamana tha ke jab ke printing press nahi tha toh aap chhap kar ke koi material phaila nahi sakte thay.</w:t>
      </w:r>
      <w:r>
        <w:br/>
      </w:r>
      <w:r>
        <w:rPr>
          <w:sz w:val="20"/>
        </w:rPr>
        <w:t>54:32  modern communication nahi tha. har jagah aap ko apni pahunch chalna parta tha. pehle zamane mein opinions nahi thay. pehle zamane mein leges persecution tha.</w:t>
      </w:r>
      <w:r>
        <w:br/>
      </w:r>
      <w:r>
        <w:rPr>
          <w:sz w:val="20"/>
        </w:rPr>
        <w:t>54:46  toh saare jo halaat hain, un ko allah ne mawafeq bana diya. mawafeq!</w:t>
      </w:r>
      <w:r>
        <w:br/>
      </w:r>
      <w:r>
        <w:rPr>
          <w:sz w:val="20"/>
        </w:rPr>
        <w:t>54:53  toh ab toh sirf yeh karna hai ke negative thinking ko hamesha ke liye bari kar dein. bari! aur positive soch ke sath dawat ki planning kijiye.</w:t>
      </w:r>
      <w:r>
        <w:br/>
      </w:r>
      <w:r>
        <w:rPr>
          <w:sz w:val="20"/>
        </w:rPr>
        <w:t>55:05  bas!</w:t>
      </w:r>
    </w:p>
    <w:p>
      <w:pPr>
        <w:pStyle w:val="Heading2"/>
      </w:pPr>
      <w:r>
        <w:t>What is peaceful protest in Islam?</w:t>
      </w:r>
    </w:p>
    <w:p>
      <w:r>
        <w:rPr>
          <w:color w:val="666666"/>
          <w:sz w:val="18"/>
        </w:rPr>
        <w:t>Society &amp; Dawah · Freedom of Expression in Islam 30 Sept 2012 - Maulana Wahiduddin Khan · 54s · at 1:19:28 · https://youtu.be/WLlXSyxX8Q4?t=4768</w:t>
      </w:r>
    </w:p>
    <w:p>
      <w:r>
        <w:rPr>
          <w:i/>
        </w:rPr>
        <w:t>“What is peaceful protest? Some people consider it a big thing.”</w:t>
      </w:r>
    </w:p>
    <w:p>
      <w:r>
        <w:rPr>
          <w:sz w:val="20"/>
        </w:rPr>
        <w:t>1:19:28  Maulana, agla sawal Tamil Nadu se hai Maulana Iqbal Umri sahab ka. unhon ne aap se poocha hai ke "amanat ejtijah kya hota hai?</w:t>
      </w:r>
      <w:r>
        <w:br/>
      </w:r>
      <w:r>
        <w:rPr>
          <w:sz w:val="20"/>
        </w:rPr>
        <w:t>1:19:38  chand log is ko bari baat samajhte hain." is ke baray mein bataein. ejtijah chahe amanat ho ya ghair amanat, Islam mein hai hi nahi.</w:t>
      </w:r>
      <w:r>
        <w:br/>
      </w:r>
      <w:r>
        <w:rPr>
          <w:sz w:val="20"/>
        </w:rPr>
        <w:t>1:19:47  ejtijah ka concept Islam mein hai hi nahi. amanat ho ya partashaddud, dono halaton mein woh ghair Islami hai. is ka saboot yeh hai ke Rasool Allah ke zamane mein Kaaba mein, jo ke sab se muqaddas masjid hai, goya is mein kai so ki tadad mein but rakhe hue thay.</w:t>
      </w:r>
      <w:r>
        <w:br/>
      </w:r>
      <w:r>
        <w:rPr>
          <w:sz w:val="20"/>
        </w:rPr>
        <w:t>1:20:09  but ke Rasool Allah ne kabhi protest nahi kiya, kabhi ejtijah nahi kiya.</w:t>
      </w:r>
      <w:r>
        <w:br/>
      </w:r>
      <w:r>
        <w:rPr>
          <w:sz w:val="20"/>
        </w:rPr>
        <w:t>1:20:13  koi saboot is baat ka nahi hai ke Rasool Allah ne Sahaba ko le kar ke wahan koi protest kiya ho. yeh toh bilkul Islam se koi bhi ta'alluq nahi hai.</w:t>
      </w:r>
    </w:p>
    <w:p>
      <w:pPr>
        <w:pStyle w:val="Heading2"/>
      </w:pPr>
      <w:r>
        <w:t>What sacrifice needed for derailment mission?</w:t>
      </w:r>
    </w:p>
    <w:p>
      <w:r>
        <w:rPr>
          <w:color w:val="666666"/>
          <w:sz w:val="18"/>
        </w:rPr>
        <w:t>Society &amp; Dawah · Mission of Tajdeed (Revival of Islam) September 15, 2019 Maulana Wahiduddin Khan · 1m 21s · at 49:44 · https://youtu.be/jGfoAffJ4-8?t=2984</w:t>
      </w:r>
    </w:p>
    <w:p>
      <w:r>
        <w:rPr>
          <w:i/>
        </w:rPr>
        <w:t>“What sacrifice does an individual have to give in this mission to bring the derailment back on track? Tell about it.”</w:t>
      </w:r>
    </w:p>
    <w:p>
      <w:r>
        <w:rPr>
          <w:sz w:val="20"/>
        </w:rPr>
        <w:t>49:44  molana, agla sawal bhi mumbai se hai. mehboob bhai ne kiya hai. unhone aap se poocha hai ke ah derailment ko track pe lane wale is mission mein ek individual ko kya sacrifice dena hoga?</w:t>
      </w:r>
      <w:r>
        <w:br/>
      </w:r>
      <w:r>
        <w:rPr>
          <w:sz w:val="20"/>
        </w:rPr>
        <w:t>50:00  is ke bare mein batayein. koi sacrifice ki baat hi nahi hai. role play karne ki baat hai. aap khud padhiye aur khoob logon ko bataiye.</w:t>
      </w:r>
      <w:r>
        <w:br/>
      </w:r>
      <w:r>
        <w:rPr>
          <w:sz w:val="20"/>
        </w:rPr>
        <w:t>50:12  jo literature hai, us ko khoob phailaiye. bas koi sacrifice ki baat hi nahi hai.</w:t>
      </w:r>
      <w:r>
        <w:br/>
      </w:r>
      <w:r>
        <w:rPr>
          <w:sz w:val="20"/>
        </w:rPr>
        <w:t>50:23  literature ko phailaiye. bas.</w:t>
      </w:r>
      <w:r>
        <w:br/>
      </w:r>
      <w:r>
        <w:rPr>
          <w:sz w:val="20"/>
        </w:rPr>
        <w:t>50:31  molana asrar, molana asrar khateeb sahab ne chennai se likha hai: "aap ki kitab 'tajdeed deen' mein aap ne poori tarah wazeh kiya hai ke ummat ne kahan derailment kiya aur is ko kaise patri par la sakte hain.</w:t>
      </w:r>
      <w:r>
        <w:br/>
      </w:r>
      <w:r>
        <w:rPr>
          <w:sz w:val="20"/>
        </w:rPr>
        <w:t>50:49  aur bilkhusoos aap ne is kitab ke introduction mein jo das baatein, das baatein hain, is ko mein bar bar padhta hoon aur apni fikr ki tajdeed karta rehta hoon." mashallah, mashallah.</w:t>
      </w:r>
    </w:p>
    <w:p>
      <w:pPr>
        <w:pStyle w:val="Heading2"/>
      </w:pPr>
      <w:r>
        <w:t>What should Muslims do when internationally tortured?</w:t>
      </w:r>
    </w:p>
    <w:p>
      <w:r>
        <w:rPr>
          <w:color w:val="666666"/>
          <w:sz w:val="18"/>
        </w:rPr>
        <w:t>Society &amp; Dawah · Importance of Peace August 17, 2014 · 5m 26s · at 1:00:53 · https://youtu.be/ifxSwh2Jckw?t=3653</w:t>
      </w:r>
    </w:p>
    <w:p>
      <w:r>
        <w:rPr>
          <w:i/>
        </w:rPr>
        <w:t>“No doubt you are right that Japan and Germany developed after renouncing war, but Muslims are internationally tortured and instigated. Then what should Muslims do?”</w:t>
      </w:r>
    </w:p>
    <w:p>
      <w:r>
        <w:rPr>
          <w:sz w:val="20"/>
        </w:rPr>
        <w:t>1:00:53  Maulana, agla sawal Dilli se hai aur Shahab Haider sahib ne kiya hai.</w:t>
      </w:r>
      <w:r>
        <w:br/>
      </w:r>
      <w:r>
        <w:rPr>
          <w:sz w:val="20"/>
        </w:rPr>
        <w:t>1:00:58  unhone likha hai ke No doubt you are right in saying that Japan and Germany were developed after seizing and stopping war, but Muslims are internationally tortured and instigated.</w:t>
      </w:r>
      <w:r>
        <w:br/>
      </w:r>
      <w:r>
        <w:rPr>
          <w:sz w:val="20"/>
        </w:rPr>
        <w:t>1:01:13  Then what should Muslims do? yeh is se bada jhoot koi nahi hai ke musalman torture kiye ja rahe hain. is liye ke yeh nauzubillah Khuda ka inkar hai.</w:t>
      </w:r>
      <w:r>
        <w:br/>
      </w:r>
      <w:r>
        <w:rPr>
          <w:sz w:val="20"/>
        </w:rPr>
        <w:t>1:01:26  Quran mein hai kan haqqan alaihi nasul mu'mineen to kya Khuda nauzubillah so gaya hai? jo log yeh kehte hain ke musalmanon par torture ho raha hai, musalmanon par zulm ho raha hai, woh bohat bhaari gunah ka kaam karte hain.</w:t>
      </w:r>
      <w:r>
        <w:br/>
      </w:r>
      <w:r>
        <w:rPr>
          <w:sz w:val="20"/>
        </w:rPr>
        <w:t>1:01:41  is ayat ki nafi karte hain, Allah ke wajood ka inkar karte hain. "kan haqqan alayhi nasul mu'mineen" yani Allah taala farma rahe hain ke mere upar wajib hai ke main musalmanon ki madad karoon.</w:t>
      </w:r>
      <w:r>
        <w:br/>
      </w:r>
      <w:r>
        <w:rPr>
          <w:sz w:val="20"/>
        </w:rPr>
        <w:t>1:01:53  to kya Allah taala so gaya hai? yeh aap ko yeh manna padega ke ya ya to is ayat ko galat manen ya is is is is is baat ko galat manen ke torture kiya ja raha hai.</w:t>
      </w:r>
      <w:r>
        <w:br/>
      </w:r>
      <w:r>
        <w:rPr>
          <w:sz w:val="20"/>
        </w:rPr>
        <w:t>1:02:06  hargiz torture nahi kiya ja raha hai. woh musalmanon ki yani hamakaton ki price pa rahe hain musalman. Muslims are paying the price of their own stupid policies jaise abhi jo falasteen mein aap dekhiye, aaghaz kahan se hua?</w:t>
      </w:r>
      <w:r>
        <w:br/>
      </w:r>
      <w:r>
        <w:rPr>
          <w:sz w:val="20"/>
        </w:rPr>
        <w:t>1:02:24  teen israeli ko woh pakad kar laye, abduct kiya aur us ko maar dala. to us ke baad jo shuru hui war, to musalman is ko zulm kehte hain.</w:t>
      </w:r>
      <w:r>
        <w:br/>
      </w:r>
      <w:r>
        <w:rPr>
          <w:sz w:val="20"/>
        </w:rPr>
        <w:t>1:02:34  No, that was retaliation.</w:t>
      </w:r>
      <w:r>
        <w:br/>
      </w:r>
      <w:r>
        <w:rPr>
          <w:sz w:val="20"/>
        </w:rPr>
        <w:t>1:02:37  jab aap apni taraf se yeh sab karwaiyan karenge to Allah madad nahi karega aap ki. Allah ki madad na aane ka masla yeh hai. torture ka masla nahi hai.</w:t>
      </w:r>
      <w:r>
        <w:br/>
      </w:r>
      <w:r>
        <w:rPr>
          <w:sz w:val="20"/>
        </w:rPr>
        <w:t>1:02:48  yaad rakhiye, is waqt jo ho raha hai musalmanon ke sath, woh Allah ki madad na aane ka masla hai. doosri qaumon ko torture karne ka masla nahi hai.</w:t>
      </w:r>
      <w:r>
        <w:br/>
      </w:r>
      <w:r>
        <w:rPr>
          <w:sz w:val="20"/>
        </w:rPr>
        <w:t>1:02:59  isi raat ko jo musalman samajh jayenge, un ki taqdeer badal jayegi. un ka ek naya future ka darwaza khul jayega un ke liye. haan, ke jo kuch is waqt ho raha hai, woh Allah ki madad na aane ka masla hai.</w:t>
      </w:r>
      <w:r>
        <w:br/>
      </w:r>
      <w:r>
        <w:rPr>
          <w:sz w:val="20"/>
        </w:rPr>
        <w:t>1:03:14  woh torture ka masla nahi hai.</w:t>
      </w:r>
      <w:r>
        <w:br/>
      </w:r>
      <w:r>
        <w:rPr>
          <w:sz w:val="20"/>
        </w:rPr>
        <w:t>1:03:17  jaise misaal ke tor par dekhiye, aap agar sookha padta hai, khat aata hai to woh Allah ki barish rukne ka masla hai.</w:t>
      </w:r>
      <w:r>
        <w:br/>
      </w:r>
      <w:r>
        <w:rPr>
          <w:sz w:val="20"/>
        </w:rPr>
        <w:t>1:03:28  zulm ka masla nahi hai. to farmaya bataya gaya ke ja ke istisqa ki namaz padho. aur istisqa ki namaz jab bhi padhi gayi hai sahi tareeqe se to barish hoti hai.</w:t>
      </w:r>
      <w:r>
        <w:br/>
      </w:r>
      <w:r>
        <w:rPr>
          <w:sz w:val="20"/>
        </w:rPr>
        <w:t>1:03:41  main khud jab padhta tha madrasa Islam mein to bohat sookha pada. barish ruk gayi. to madrasa ke logon ne tay kiya ke hum istisqa ki namaz padhenge.</w:t>
      </w:r>
      <w:r>
        <w:br/>
      </w:r>
      <w:r>
        <w:rPr>
          <w:sz w:val="20"/>
        </w:rPr>
        <w:t>1:03:54  to wahan ek gaon hai bina para, madrasa ke qareeb. wahan ek bohat bada maidan tha. hum sab log, sare madrasa ke log wahan gaye.</w:t>
      </w:r>
      <w:r>
        <w:br/>
      </w:r>
      <w:r>
        <w:rPr>
          <w:sz w:val="20"/>
        </w:rPr>
        <w:t>1:04:03  gaon ke log bhi aaye, aas pas ke. aur mujhe maloom hai, yaad hai ke ek the Maulana Saeed sahab, Maulana Saeed Ahmed Nadvi.</w:t>
      </w:r>
      <w:r>
        <w:br/>
      </w:r>
      <w:r>
        <w:rPr>
          <w:sz w:val="20"/>
        </w:rPr>
        <w:t>1:04:14  bohat hi buzurg, bohat hi naik aadmi the woh. woh wahan hadith padhate the. main un ka, un se main ne hadith padhi hai.</w:t>
      </w:r>
      <w:r>
        <w:br/>
      </w:r>
      <w:r>
        <w:rPr>
          <w:sz w:val="20"/>
        </w:rPr>
        <w:t>1:04:22  Maulana Saeed Ahmed Nadvi. unhon ne imamat ki thi. mujhe yaad hai ke hum log madrasa se jab chale the to bilkul suraj garam, suraj har taraf bikhra hua tha, us ki garmi.</w:t>
      </w:r>
      <w:r>
        <w:br/>
      </w:r>
      <w:r>
        <w:rPr>
          <w:sz w:val="20"/>
        </w:rPr>
        <w:t>1:04:38  aur wapas aaye to hum sab yani pahunchte pahunchte bheeg chuke the. yeh mera apna zaati waqia hai.</w:t>
      </w:r>
      <w:r>
        <w:br/>
      </w:r>
      <w:r>
        <w:rPr>
          <w:sz w:val="20"/>
        </w:rPr>
        <w:t>1:04:49  to barish jab ruke to yeh mat kahiye ke zulm ho raha hai, zulm ho raha hai, zulm ho raha hai. istisqa ki namaz padhiye.</w:t>
      </w:r>
      <w:r>
        <w:br/>
      </w:r>
      <w:r>
        <w:rPr>
          <w:sz w:val="20"/>
        </w:rPr>
        <w:t>1:04:58  to ab jo waqia ho raha hai, yeh mat chiye ke zulm ho raha hai, torture. nahi, Allah ki taraf rujoo kijiye. Allah ke hukum ko apnaie ke tum apni taraf se bad amal karo.</w:t>
      </w:r>
      <w:r>
        <w:br/>
      </w:r>
      <w:r>
        <w:rPr>
          <w:sz w:val="20"/>
        </w:rPr>
        <w:t>1:05:13  bad jo hai musalmanon ke sath hota, woh ret</w:t>
      </w:r>
      <w:r>
        <w:br/>
      </w:r>
      <w:r>
        <w:rPr>
          <w:sz w:val="20"/>
        </w:rPr>
        <w:t>1:05:17  aliate karte hain. is ko khatam karo.</w:t>
      </w:r>
      <w:r>
        <w:br/>
      </w:r>
      <w:r>
        <w:rPr>
          <w:sz w:val="20"/>
        </w:rPr>
        <w:t>1:05:22  is ki clear misaal yeh hai ke falasteen mein pehle teen israeliyon ko pakad laye, kahin se mauqa se pa gaye, woh la kar ke maar dala us ko.</w:t>
      </w:r>
      <w:r>
        <w:br/>
      </w:r>
      <w:r>
        <w:rPr>
          <w:sz w:val="20"/>
        </w:rPr>
        <w:t>1:05:32  khatam kar diya us ko. yeh bhi nahi kaha ke hostage banate, maar dala. to unhon ne retaliate kiya. yeh Allah ke usool ke khilaf hai.</w:t>
      </w:r>
      <w:r>
        <w:br/>
      </w:r>
      <w:r>
        <w:rPr>
          <w:sz w:val="20"/>
        </w:rPr>
        <w:t>1:05:48  to musalmanon ko is waqt jo karna hai, woh yeh karna hai ke woh apne hisse ka, yani tashaddud had tak padhen.</w:t>
      </w:r>
      <w:r>
        <w:br/>
      </w:r>
      <w:r>
        <w:rPr>
          <w:sz w:val="20"/>
        </w:rPr>
        <w:t>1:06:01  idhar ka tashaddud apne aap khatam ho jayega. agar aap peace chahte hain, taraqqi chahte hain to apne hisse ka tashaddud had tak padhna padega.</w:t>
      </w:r>
      <w:r>
        <w:br/>
      </w:r>
      <w:r>
        <w:rPr>
          <w:sz w:val="20"/>
        </w:rPr>
        <w:t>1:06:10  to idhar tashaddud khatam. woh nahi, woh chain war chali gi. woh chain war chal rahi hai is waqt.</w:t>
      </w:r>
    </w:p>
    <w:p>
      <w:pPr>
        <w:pStyle w:val="Heading2"/>
      </w:pPr>
      <w:r>
        <w:t>What stops a person or community rethinking after warning</w:t>
      </w:r>
    </w:p>
    <w:p>
      <w:r>
        <w:rPr>
          <w:color w:val="666666"/>
          <w:sz w:val="18"/>
        </w:rPr>
        <w:t>Society &amp; Dawah · Natural Warning April 17, 2016 · 1m 13s · at 43:42 · https://youtu.be/fSNOpwgzcss?t=2622</w:t>
      </w:r>
    </w:p>
    <w:p>
      <w:r>
        <w:rPr>
          <w:i/>
        </w:rPr>
        <w:t>“After warning, what stops a person or a community from rethinking? Please explain about this.”</w:t>
      </w:r>
    </w:p>
    <w:p>
      <w:r>
        <w:rPr>
          <w:sz w:val="20"/>
        </w:rPr>
        <w:t>43:42  maulana, pehla sawal delhi se aaya hai Miss Nagma Siddiqui ka aur unhone aapse poocha hai ke after warning, what stops a person or a community from rethink</w:t>
      </w:r>
      <w:r>
        <w:br/>
      </w:r>
      <w:r>
        <w:rPr>
          <w:sz w:val="20"/>
        </w:rPr>
        <w:t>43:56  ing? is ke baray mein batayein. Bhai, mein to yahi kahunga ke is ki zimmedari sari ki sari ulama par jati hai.</w:t>
      </w:r>
      <w:r>
        <w:br/>
      </w:r>
      <w:r>
        <w:rPr>
          <w:sz w:val="20"/>
        </w:rPr>
        <w:t>44:08  dosre dosre mamlaat mein ulama ne khoob fatwe diye, khoob dhoom machai. Yahan kyon nahi dhoom machate?</w:t>
      </w:r>
      <w:r>
        <w:br/>
      </w:r>
      <w:r>
        <w:rPr>
          <w:sz w:val="20"/>
        </w:rPr>
        <w:t>44:18  dosri kai cheezon par isi muddat mein, isi do sau saal ke andar bohat dhoom machai musalmanon ne. Is par kyon nahi dhoom machate ke band karo gun kachar, bam kachar, dawat ka kaam karo?</w:t>
      </w:r>
      <w:r>
        <w:br/>
      </w:r>
      <w:r>
        <w:rPr>
          <w:sz w:val="20"/>
        </w:rPr>
        <w:t>44:34  to mein samajhta hoon ke is mein sab se bari zimmedari ulama ki hai.</w:t>
      </w:r>
      <w:r>
        <w:br/>
      </w:r>
      <w:r>
        <w:rPr>
          <w:sz w:val="20"/>
        </w:rPr>
        <w:t>44:41  awam</w:t>
      </w:r>
      <w:r>
        <w:br/>
      </w:r>
      <w:r>
        <w:rPr>
          <w:sz w:val="20"/>
        </w:rPr>
        <w:t>44:45  to khud un ko ilm nahi hota, na woh soch paate. Lekin jo ulama hain, un ko to pata hai, woh kyon nahi dhoom machate?</w:t>
      </w:r>
    </w:p>
    <w:p>
      <w:pPr>
        <w:pStyle w:val="Heading2"/>
      </w:pPr>
      <w:r>
        <w:t>What to do about oppression?</w:t>
      </w:r>
    </w:p>
    <w:p>
      <w:r>
        <w:rPr>
          <w:color w:val="666666"/>
          <w:sz w:val="18"/>
        </w:rPr>
        <w:t>Society &amp; Dawah · Anger An Obstacle to wisdom 5 Jan 2020 - Maulana Wahiduddin Khan · 4m 48s · at 44:17 · https://youtu.be/q0VPtCsiYrI?t=2657</w:t>
      </w:r>
    </w:p>
    <w:p>
      <w:r>
        <w:rPr>
          <w:i/>
        </w:rPr>
        <w:t>“When we see humans oppressing humans and the condition of the poor oppressed, our heart trembles. What should we do? What will just talking good words do? What can one person do?”</w:t>
      </w:r>
    </w:p>
    <w:p>
      <w:r>
        <w:rPr>
          <w:sz w:val="20"/>
        </w:rPr>
        <w:t>44:17  Maulana, kuch sawal lena chahenge. Yeh sawal bheja hai Nadeem Saifi sahib ne jo Muzaffarnagar se hain lekin is waqt class mein maujood hain.</w:t>
      </w:r>
      <w:r>
        <w:br/>
      </w:r>
      <w:r>
        <w:rPr>
          <w:sz w:val="20"/>
        </w:rPr>
        <w:t>44:28  Unhon ne likha hai: "Hum apne charon taraf jab insan ko insan ke upar zulm karte dekhte hain aur mazloom ghareeb logon ke haal dekhte hain to dil kanp jata hai.</w:t>
      </w:r>
      <w:r>
        <w:br/>
      </w:r>
      <w:r>
        <w:rPr>
          <w:sz w:val="20"/>
        </w:rPr>
        <w:t>44:42  Aise mein hum kya karen? Sirf baat yani achhi baaton se kya hoga? Hum ek aadmi kya kar sakte hain?</w:t>
      </w:r>
      <w:r>
        <w:br/>
      </w:r>
      <w:r>
        <w:rPr>
          <w:sz w:val="20"/>
        </w:rPr>
        <w:t>44:51  Quran ka practical approach kya hai? Is ke bare mein bataen." Woh main ne bata diya aap ko. Rasool Allah se Makka mein poocha gaya tha ke aap kya chahte hain?</w:t>
      </w:r>
      <w:r>
        <w:br/>
      </w:r>
      <w:r>
        <w:rPr>
          <w:sz w:val="20"/>
        </w:rPr>
        <w:t>45:06  Kya aap ka? To aap ne kaha tha ke ek kalma, kalma wahida</w:t>
      </w:r>
      <w:r>
        <w:br/>
      </w:r>
      <w:r>
        <w:rPr>
          <w:sz w:val="20"/>
        </w:rPr>
        <w:t>45:18  ke Allah ko shukr karne wale bano. Aur is ke nateeje mein kya hua ke Islam</w:t>
      </w:r>
      <w:r>
        <w:br/>
      </w:r>
      <w:r>
        <w:rPr>
          <w:sz w:val="20"/>
        </w:rPr>
        <w:t>45:28  sari universe mein phail gaya.</w:t>
      </w:r>
      <w:r>
        <w:br/>
      </w:r>
      <w:r>
        <w:rPr>
          <w:sz w:val="20"/>
        </w:rPr>
        <w:t>45:34  to asal cheez yeh hai, dekhiye, quran mein ke quran mein hai ke tum jaldi chahte ho,</w:t>
      </w:r>
      <w:r>
        <w:br/>
      </w:r>
      <w:r>
        <w:rPr>
          <w:sz w:val="20"/>
        </w:rPr>
        <w:t>45:46  jaldi. to aap woh us process ko ikhtiyar kijiye</w:t>
      </w:r>
      <w:r>
        <w:br/>
      </w:r>
      <w:r>
        <w:rPr>
          <w:sz w:val="20"/>
        </w:rPr>
        <w:t>45:54  jo process Allah ne bataye hain, woh process ko ikhtiyar nahi karte aap aur chahte hain ke nateeja nikle.</w:t>
      </w:r>
      <w:r>
        <w:br/>
      </w:r>
      <w:r>
        <w:rPr>
          <w:sz w:val="20"/>
        </w:rPr>
        <w:t>46:03  is par to maine bohat likha hai, bohat dekha hai ke ek process hai, shukr ek process hai, hamd ek process hai, Allah se madad talab hona ek process hai.</w:t>
      </w:r>
      <w:r>
        <w:br/>
      </w:r>
      <w:r>
        <w:rPr>
          <w:sz w:val="20"/>
        </w:rPr>
        <w:t>46:16  is process ko follow kijiye, phir bataiye ke kya hua, kya nahi hua.</w:t>
      </w:r>
      <w:r>
        <w:br/>
      </w:r>
      <w:r>
        <w:rPr>
          <w:sz w:val="20"/>
        </w:rPr>
        <w:t>46:24  Muhammad Sheikh Sahib ne Indore se likha hai: "Sir, I agree with you. You are the present human angel on this planet who is motivating mankind</w:t>
      </w:r>
      <w:r>
        <w:br/>
      </w:r>
      <w:r>
        <w:rPr>
          <w:sz w:val="20"/>
        </w:rPr>
        <w:t>46:35  . everyone must listen to you with three sixty degrees. i am sure each one will be benefited۔" mehtab ali nandro sahib ne bijnor up se likha hai: "yes, absolutelyright.</w:t>
      </w:r>
      <w:r>
        <w:br/>
      </w:r>
      <w:r>
        <w:rPr>
          <w:sz w:val="20"/>
        </w:rPr>
        <w:t>46:50  self-disciplined character is the best character۔" iqbal hussain sahib ne lahore se likha hai: "as always, a great spiritual speech</w:t>
      </w:r>
      <w:r>
        <w:br/>
      </w:r>
      <w:r>
        <w:rPr>
          <w:sz w:val="20"/>
        </w:rPr>
        <w:t>47:02  . you are a motivational speaker, molana sahib۔"</w:t>
      </w:r>
      <w:r>
        <w:br/>
      </w:r>
      <w:r>
        <w:rPr>
          <w:sz w:val="20"/>
        </w:rPr>
        <w:t>47:09  sanaullah chaudhry ne islamabad se likha hai: "mashallah, i followed this practice yesterday and it was really amazing.</w:t>
      </w:r>
      <w:r>
        <w:br/>
      </w:r>
      <w:r>
        <w:rPr>
          <w:sz w:val="20"/>
        </w:rPr>
        <w:t>47:20  control anger and use hikmat to resolve the issues wisely."</w:t>
      </w:r>
      <w:r>
        <w:br/>
      </w:r>
      <w:r>
        <w:rPr>
          <w:sz w:val="20"/>
        </w:rPr>
        <w:t>47:30  mashallah. molana aamir mori sahib ka comment hai aur sawal hai, aur is ke sath sath hum ek aur question parhna chahenge jo milta julta hai molana iqbal umri ka.</w:t>
      </w:r>
      <w:r>
        <w:br/>
      </w:r>
      <w:r>
        <w:rPr>
          <w:sz w:val="20"/>
        </w:rPr>
        <w:t>47:46  aamir mori sahib ne likha hai: "thank you molana sahib for such an enlightening lecture on positive thinking and anger management.</w:t>
      </w:r>
      <w:r>
        <w:br/>
      </w:r>
      <w:r>
        <w:rPr>
          <w:sz w:val="20"/>
        </w:rPr>
        <w:t>47:56  god has created human beings with a faculty of thinking both positive and negative. this is something which is very natural.</w:t>
      </w:r>
      <w:r>
        <w:br/>
      </w:r>
      <w:r>
        <w:rPr>
          <w:sz w:val="20"/>
        </w:rPr>
        <w:t>48:07  is it? my question is, is it scientifically possible for a human being to eliminate negative thinking in complete sense?</w:t>
      </w:r>
      <w:r>
        <w:br/>
      </w:r>
      <w:r>
        <w:rPr>
          <w:sz w:val="20"/>
        </w:rPr>
        <w:t>48:18  kindly guide." aur molana iqbal umri ne isi ke extended sense mein poocha hai: "molana, ghusse ko ghusse ko control karne ka aasan tareeqa kya hai?"</w:t>
      </w:r>
      <w:r>
        <w:br/>
      </w:r>
      <w:r>
        <w:rPr>
          <w:sz w:val="20"/>
        </w:rPr>
        <w:t>48:34  bhai, dekhiye, main apni zindagi jo hai isi ka mukammal namoona hai. abhi har kitab chhapi hai, is kitab ko koi shakhs parh le:</w:t>
      </w:r>
      <w:r>
        <w:br/>
      </w:r>
      <w:r>
        <w:rPr>
          <w:sz w:val="20"/>
        </w:rPr>
        <w:t>48:50  "secret of success۔"</w:t>
      </w:r>
      <w:r>
        <w:br/>
      </w:r>
      <w:r>
        <w:rPr>
          <w:sz w:val="20"/>
        </w:rPr>
        <w:t>48:53  ek hi kitab mein aap ko sara jawab mil jayega.</w:t>
      </w:r>
    </w:p>
    <w:p>
      <w:pPr>
        <w:pStyle w:val="Heading2"/>
      </w:pPr>
      <w:r>
        <w:t>What to do when conspiracy against Islam exists?</w:t>
      </w:r>
    </w:p>
    <w:p>
      <w:r>
        <w:rPr>
          <w:color w:val="666666"/>
          <w:sz w:val="18"/>
        </w:rPr>
        <w:t>Society &amp; Dawah · The Lesson of History September 21, 2014 · 4m 19s · at 1:24:56 · https://youtu.be/aMVHLKMkhcQ?t=5096</w:t>
      </w:r>
    </w:p>
    <w:p>
      <w:r>
        <w:rPr>
          <w:i/>
        </w:rPr>
        <w:t>“You are right to suggest us to abstain from false religious ego. Yes, I agree with you to be free from glue. But when conspiracy and enmity against Islam exist, what should we do? Please advise.”</w:t>
      </w:r>
    </w:p>
    <w:p>
      <w:r>
        <w:rPr>
          <w:sz w:val="20"/>
        </w:rPr>
        <w:t>1:24:56  maulana, yeh aakhri sawal hai. eh, shahab haider sahib ne kiya hai dilli se. aur unhone likha hai ke maulana, you areright to suggest us to abstain from false religious ego.</w:t>
      </w:r>
      <w:r>
        <w:br/>
      </w:r>
      <w:r>
        <w:rPr>
          <w:sz w:val="20"/>
        </w:rPr>
        <w:t>1:25:09  yes, i agree with you to be free from glue. but when conspiracy and enmity against the islam exist, what should we do?</w:t>
      </w:r>
      <w:r>
        <w:br/>
      </w:r>
      <w:r>
        <w:rPr>
          <w:sz w:val="20"/>
        </w:rPr>
        <w:t>1:25:20  please advise. haan, dekhen, is sawal ka jawab quran mein bilkul bohat hi clear taur par maujood hai.</w:t>
      </w:r>
      <w:r>
        <w:br/>
      </w:r>
      <w:r>
        <w:rPr>
          <w:sz w:val="20"/>
        </w:rPr>
        <w:t>1:25:31  quran ki ek ayat hai wa in tasbiru wa tattaqu la yuzilukum q</w:t>
      </w:r>
      <w:r>
        <w:br/>
      </w:r>
      <w:r>
        <w:rPr>
          <w:sz w:val="20"/>
        </w:rPr>
        <w:t>1:25:37  yiduhum shai'an jis mein lafz qaid jo hai, us ke ma'ni wahi hain jo kehte hain conspiracy, ma'amla, saazish. is ka matlab hai ke agar tumhare andar sabr ki sifat ho aur taqwa ki sifat ho,</w:t>
      </w:r>
      <w:r>
        <w:br/>
      </w:r>
      <w:r>
        <w:rPr>
          <w:sz w:val="20"/>
        </w:rPr>
        <w:t>1:25:52  to logon ki saazish tum ko kuch bhi nuqsan nahi pahunchayegi. is ka ma'ni kya hai? ke hamein yeh dekhna chahiye, ya'ni yeh nahi dekhna chahiye ke koi saazish kar raha hai.</w:t>
      </w:r>
      <w:r>
        <w:br/>
      </w:r>
      <w:r>
        <w:rPr>
          <w:sz w:val="20"/>
        </w:rPr>
        <w:t>1:26:06  saazish karne wale saaz</w:t>
      </w:r>
      <w:r>
        <w:br/>
      </w:r>
      <w:r>
        <w:rPr>
          <w:sz w:val="20"/>
        </w:rPr>
        <w:t>1:26:07  sh karte rahenge. cheez ek is ka effective hona. quran yeh nahi keh raha ke saazish dunya mein na hogi. yeh nahi keh raha.</w:t>
      </w:r>
      <w:r>
        <w:br/>
      </w:r>
      <w:r>
        <w:rPr>
          <w:sz w:val="20"/>
        </w:rPr>
        <w:t>1:26:17  saazish to hogi. shaitan ne saazish kar ke adam ko nikala, hawa ko nikala jannat se. to saazish ya conspiracy is part of nature.</w:t>
      </w:r>
      <w:r>
        <w:br/>
      </w:r>
      <w:r>
        <w:rPr>
          <w:sz w:val="20"/>
        </w:rPr>
        <w:t>1:26:28  You cannot remove conspiracy. yeh yeh impossible hai. woh hamesha rahegi.</w:t>
      </w:r>
      <w:r>
        <w:br/>
      </w:r>
      <w:r>
        <w:rPr>
          <w:sz w:val="20"/>
        </w:rPr>
        <w:t>1:26:36  paighambar ke zamane mein thi, adam ke zamane mein thi, aaj bhi rahegi. to quran yeh batata hai ke yeh mat dekho ke dunya mein conspiracy ho rahi hai. yeh dekho ke tumhare andar sabr aur taqwa ki sifat hai ke nahi.</w:t>
      </w:r>
      <w:r>
        <w:br/>
      </w:r>
      <w:r>
        <w:rPr>
          <w:sz w:val="20"/>
        </w:rPr>
        <w:t>1:26:49  to kaha ke masla sabr aur taqwa ka na hona hai. saazish ka hona yeh masla nahi hai. woh to rahega. That is part of nature.</w:t>
      </w:r>
      <w:r>
        <w:br/>
      </w:r>
      <w:r>
        <w:rPr>
          <w:sz w:val="20"/>
        </w:rPr>
        <w:t>1:26:59  dunya mein jab shaitan hai, dunya mein jab insan ko azadi mili hui hai, dunya mein jab clash of interest ka mahol hai, to log karenge saazish?</w:t>
      </w:r>
      <w:r>
        <w:br/>
      </w:r>
      <w:r>
        <w:rPr>
          <w:sz w:val="20"/>
        </w:rPr>
        <w:t>1:27:13  to quran mein yeh nahi kahin kaha gaya hai ke dunya mein saazish na hogi ya tum saazish ko khatam karo. yeh kahin nahi hai. saazish ko lad kar khatam karo, yeh kahin quran mein nahi hai.</w:t>
      </w:r>
      <w:r>
        <w:br/>
      </w:r>
      <w:r>
        <w:rPr>
          <w:sz w:val="20"/>
        </w:rPr>
        <w:t>1:27:25  balkeh ek apne andar sabr ki aur taqwa ki sifat paida karo. to saazish tumhare liye ineffective ho jayegi. to quran ka formula yeh nahi hai.</w:t>
      </w:r>
      <w:r>
        <w:br/>
      </w:r>
      <w:r>
        <w:rPr>
          <w:sz w:val="20"/>
        </w:rPr>
        <w:t>1:27:34  yaad rakhiye ke jahan hum saazish dekhen, wahan lad jayein is se. jahan hum dekhen ke yahan conspiracy ho rahi hai, to use ladai chhod dein. yeh nahi hai quran.</w:t>
      </w:r>
      <w:r>
        <w:br/>
      </w:r>
      <w:r>
        <w:rPr>
          <w:sz w:val="20"/>
        </w:rPr>
        <w:t>1:27:45  balkeh jab bhi aap dekhen ke kahin aap ke khilaf conspiracy ho rahi hai, to apne logon mein dhoondhiye ke kahin aisa to nahi ke sabr kam ho kam ho gaya, taqwa kam ho gaya?</w:t>
      </w:r>
      <w:r>
        <w:br/>
      </w:r>
      <w:r>
        <w:rPr>
          <w:sz w:val="20"/>
        </w:rPr>
        <w:t>1:28:00  So lack of sabr and taqwa is the problem. Presence of conspiracy is not the problem.</w:t>
      </w:r>
      <w:r>
        <w:br/>
      </w:r>
      <w:r>
        <w:rPr>
          <w:sz w:val="20"/>
        </w:rPr>
        <w:t>1:28:09  quran ke mutabiq. ya'ni sabr aur taqwa ka fuqdan problem hai.</w:t>
      </w:r>
      <w:r>
        <w:br/>
      </w:r>
      <w:r>
        <w:rPr>
          <w:sz w:val="20"/>
        </w:rPr>
        <w:t>1:28:15  saazish ki maujoodgi problem nahi hai. yeh aap ayat ko ja kar dekhiye ga quran o hadith mein. aur aap yeh baat is mein aap clear ho jayegi aap ko.</w:t>
      </w:r>
    </w:p>
    <w:p>
      <w:pPr>
        <w:pStyle w:val="Heading2"/>
      </w:pPr>
      <w:r>
        <w:t>What will happen to the next generation due to increased evil?</w:t>
      </w:r>
    </w:p>
    <w:p>
      <w:r>
        <w:rPr>
          <w:color w:val="666666"/>
          <w:sz w:val="18"/>
        </w:rPr>
        <w:t>Society &amp; Dawah · 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When to do dawah if self-correction is lifelong</w:t>
      </w:r>
    </w:p>
    <w:p>
      <w:r>
        <w:rPr>
          <w:color w:val="666666"/>
          <w:sz w:val="18"/>
        </w:rPr>
        <w:t>Society &amp; Dawah · Spirit of Ramadan June 14, 2015 · 5m 32s · at 48:43 · https://youtu.be/mKQdhE2rhdQ?t=2923</w:t>
      </w:r>
    </w:p>
    <w:p>
      <w:r>
        <w:rPr>
          <w:i/>
        </w:rPr>
        <w:t>“You mentioned that dawah means spreading the message you have discovered, but many scholars say first we need to correct ourselves. Since self-correction is lifelong, when should we do dawah?”</w:t>
      </w:r>
    </w:p>
    <w:p>
      <w:r>
        <w:rPr>
          <w:sz w:val="20"/>
        </w:rPr>
        <w:t>48:43  maulana, yeh agla sawal aya hai mr imran ka bahrain se: "maulana sahib, you mentioned in today lecture ke dawah means spreading the message which you have discovered,</w:t>
      </w:r>
      <w:r>
        <w:br/>
      </w:r>
      <w:r>
        <w:rPr>
          <w:sz w:val="20"/>
        </w:rPr>
        <w:t>48:56  but many ulama say first we need to correct our self and then spread the message. my question is, since the process of self correction is life long, then when to do dawah?" dekhen, main aashiron se bohat m</w:t>
      </w:r>
      <w:r>
        <w:br/>
      </w:r>
      <w:r>
        <w:rPr>
          <w:sz w:val="20"/>
        </w:rPr>
        <w:t>49:15  la hoon, un se main poochta hoon ke koi ayat bataiye quran ki, koi quran ki ayat ya hadith bataiye ke pehle apne ko theek karen, is ke baad dawat ka kaam karna hai.</w:t>
      </w:r>
      <w:r>
        <w:br/>
      </w:r>
      <w:r>
        <w:rPr>
          <w:sz w:val="20"/>
        </w:rPr>
        <w:t>49:23  yeh to yeh to bilkul baseless baat hai, koi ek ayat nahi quran majeed mein, koi ek hadith nahi jo yeh kehti ho ke pehle apni islah karo, phir dawat ka kaam baat ko hoga.</w:t>
      </w:r>
      <w:r>
        <w:br/>
      </w:r>
      <w:r>
        <w:rPr>
          <w:sz w:val="20"/>
        </w:rPr>
        <w:t>49:36  yeh to farzi baat hai, jo log aisa kehte hain un se aap poochhen ke koi hawala do quran o sunnat ka hawala do, koi hawala d</w:t>
      </w:r>
      <w:r>
        <w:br/>
      </w:r>
      <w:r>
        <w:rPr>
          <w:sz w:val="20"/>
        </w:rPr>
        <w:t>49:44  e sakte ho. main bohat asar baaten keen, main is ko bohat zyada galat samajhta hoon yeh kehne ko ke pehle apni islah karo, phir dawat ka kaam. yani yeh main is ko bohat hi zyada galat samajhta hoon aur yeh جسارت samajhta hoon ke deen mein ek aisi baat zalim dakhil kar rahe hain jo deen mein hai nahi,</w:t>
      </w:r>
      <w:r>
        <w:br/>
      </w:r>
      <w:r>
        <w:rPr>
          <w:sz w:val="20"/>
        </w:rPr>
        <w:t>50:03  ek aisi baat jo deen mein hai nahi. yeh tasawwur quran aur hadith ajnabi hai ke pehle apni islah kar lo, phir baat baat ko dawat ka ho</w:t>
      </w:r>
      <w:r>
        <w:br/>
      </w:r>
      <w:r>
        <w:rPr>
          <w:sz w:val="20"/>
        </w:rPr>
        <w:t>50:12  ga. yeh tasawwur quran aur hadith mein ajnabi hai, kya haq hai kisi ko aisi baat kehne ka? to jo aap se kahe, ab us se poochhen, reference poochhen, us ko sun kar mat maan lijiye.</w:t>
      </w:r>
      <w:r>
        <w:br/>
      </w:r>
      <w:r>
        <w:rPr>
          <w:sz w:val="20"/>
        </w:rPr>
        <w:t>50:29  mona, yeh sawal aya hai mr amir jaan ka kashmir se: "it is rightly said that ramzan is all about desire management</w:t>
      </w:r>
      <w:r>
        <w:br/>
      </w:r>
      <w:r>
        <w:rPr>
          <w:sz w:val="20"/>
        </w:rPr>
        <w:t>50:40  ۔ why is it that majority of people are able to manage their desires in this month, but once its over, their desires again take control and they follow the wrong path to meet their desires?" kindly guide</w:t>
      </w:r>
      <w:r>
        <w:br/>
      </w:r>
      <w:r>
        <w:rPr>
          <w:sz w:val="20"/>
        </w:rPr>
        <w:t>50:59  bhai, yeh yeh is ka jawab bilkul saada hai ke har masjid mein aap jaiye to sirf misaal bayan kiye jayenge ke roza kab tootta hai aur sehri ka waqt kab shuru hota hai.</w:t>
      </w:r>
      <w:r>
        <w:br/>
      </w:r>
      <w:r>
        <w:rPr>
          <w:sz w:val="20"/>
        </w:rPr>
        <w:t>51:15  yeh jo masail hain, woh bayan kiye jate hain, yani haqeeqat hai ramzan kahin batai batai nahi jati. aap jaiye kisi masjid mein, ek ek chart laga hoga, wahan chart masail ramzan,</w:t>
      </w:r>
      <w:r>
        <w:br/>
      </w:r>
      <w:r>
        <w:rPr>
          <w:sz w:val="20"/>
        </w:rPr>
        <w:t>51:29  koi chart nahi dekhenge aap jo haqeeqat hai ramzan. rooh ramzan par ho to yeh jo log masjidon aur madarson ko chala rahe hain, un ki zimmedari hai ke woh form based region chala rakha hai, unhon ne spirit based region ki baaten nahi karte.</w:t>
      </w:r>
      <w:r>
        <w:br/>
      </w:r>
      <w:r>
        <w:rPr>
          <w:sz w:val="20"/>
        </w:rPr>
        <w:t>51:47  woh isi ka wajah se yeh sab hai, yeh halat hai. maulana, yeh agla comment aur question hai mr danish fazal ka lucknow se</w:t>
      </w:r>
      <w:r>
        <w:br/>
      </w:r>
      <w:r>
        <w:rPr>
          <w:sz w:val="20"/>
        </w:rPr>
        <w:t>51:57  : "thank you maulana sahib for giving us such a valuable thought provoking gift for ramzan, that is giving spirit.</w:t>
      </w:r>
      <w:r>
        <w:br/>
      </w:r>
      <w:r>
        <w:rPr>
          <w:sz w:val="20"/>
        </w:rPr>
        <w:t>52:07  today i really discovered the spirit of ramzan." un ka sawal hai: "while in the state of tadabbur, we might go astray because of less knowledge of islam.</w:t>
      </w:r>
      <w:r>
        <w:br/>
      </w:r>
      <w:r>
        <w:rPr>
          <w:sz w:val="20"/>
        </w:rPr>
        <w:t>52:21  so how can we save us from un authentic distractive things?" distractive things</w:t>
      </w:r>
      <w:r>
        <w:br/>
      </w:r>
      <w:r>
        <w:rPr>
          <w:sz w:val="20"/>
        </w:rPr>
        <w:t>52:27  bhai, is ka taalluq knowledge se nahi hai. har insan ke paas nature hai, consciousness hai, sochne ki taqat hai. bas bhai, kafi hai sochne ke liye, wahi sochne ke liye kafi hai.</w:t>
      </w:r>
      <w:r>
        <w:br/>
      </w:r>
      <w:r>
        <w:rPr>
          <w:sz w:val="20"/>
        </w:rPr>
        <w:t>52:43  jaise main bol raha tha to main ajeeb, mera haal hua ke main kaise bol raha hoon. yani dimagh ne socha, zuban par woh thought kaise aya, zuban kaise boli,</w:t>
      </w:r>
      <w:r>
        <w:br/>
      </w:r>
      <w:r>
        <w:rPr>
          <w:sz w:val="20"/>
        </w:rPr>
        <w:t>52:55  kaise woh dhal gaya alfaaz mein. is ke liye kya zaroorat hai ke aap scientific degree len? scientific degree zaroorat hai.</w:t>
      </w:r>
      <w:r>
        <w:br/>
      </w:r>
      <w:r>
        <w:rPr>
          <w:sz w:val="20"/>
        </w:rPr>
        <w:t>53:04  abhi kal jab main main khana bohat mamooli khana khata hoon, saada khana, jab main kha raha tha to main ne apa se kaha ke dekho, yeh yeh hum pet mein daal dete hain, is ke baad hamein kuch nahi karna.</w:t>
      </w:r>
      <w:r>
        <w:br/>
      </w:r>
      <w:r>
        <w:rPr>
          <w:sz w:val="20"/>
        </w:rPr>
        <w:t>53:17  apne aap hi ek ek factory chal jati hai jo is ko tarah tarah ke cell mein tabdeel karti hai. yani khoon banta hai, gosht banta hai, naakhoon banta hai, baal banta hai.</w:t>
      </w:r>
      <w:r>
        <w:br/>
      </w:r>
      <w:r>
        <w:rPr>
          <w:sz w:val="20"/>
        </w:rPr>
        <w:t>53:30  is ke liye scientific degree kya zaroorat hai? yeh aqal jo hai, is ko kehte hain aqal aam, common sense.</w:t>
      </w:r>
      <w:r>
        <w:br/>
      </w:r>
      <w:r>
        <w:rPr>
          <w:sz w:val="20"/>
        </w:rPr>
        <w:t>53:39  dekhen, tadabbur hota hai common sense ke zariye se, degree ke zariye se nahi.</w:t>
      </w:r>
      <w:r>
        <w:br/>
      </w:r>
      <w:r>
        <w:rPr>
          <w:sz w:val="20"/>
        </w:rPr>
        <w:t>53:45  isi liye jo bare bare degree yafta hain, un ka tadabbur hai hi nahi. bare bare degree yafta ka main ne tadabbur nahi paya. aap bhi dhoond lijiye, tadabbur hota hai common sense ke zariye se, aur common sense aap ko khalq ki taraf se milta hai.</w:t>
      </w:r>
      <w:r>
        <w:br/>
      </w:r>
      <w:r>
        <w:rPr>
          <w:sz w:val="20"/>
        </w:rPr>
        <w:t>54:02  khaliq ki taraf se yeh bilkul galat soch hai ke degreeon wale soch tadabbur kar sakte hain. degree wale tadabbur karte hi nahi kyunke woh technical knowledge in ko hoti hai, fanni knowledge hoti hai.</w:t>
      </w:r>
      <w:r>
        <w:br/>
      </w:r>
      <w:r>
        <w:rPr>
          <w:sz w:val="20"/>
        </w:rPr>
        <w:t>54:13  fanniyat mein phanse rehte hain woh.</w:t>
      </w:r>
    </w:p>
    <w:p>
      <w:pPr>
        <w:pStyle w:val="Heading2"/>
      </w:pPr>
      <w:r>
        <w:t>When to stop dawah efforts on a person</w:t>
      </w:r>
    </w:p>
    <w:p>
      <w:r>
        <w:rPr>
          <w:color w:val="666666"/>
          <w:sz w:val="18"/>
        </w:rPr>
        <w:t>Society &amp; Dawah · Question &amp; Answer Jan 6th 2013 - Maulana Wahiduddin Kahn · 1m 18s · at 24:43 · https://youtu.be/1FAK1QuHEpw?t=1483</w:t>
      </w:r>
    </w:p>
    <w:p>
      <w:r>
        <w:rPr>
          <w:i/>
        </w:rPr>
        <w:t>“Molana, while doing dawa work with a person, sometimes we do not get a positive response. How do we know that the limit of dawa has reached to the end and we stop doing dawa work on that person?”</w:t>
      </w:r>
    </w:p>
    <w:p>
      <w:r>
        <w:rPr>
          <w:sz w:val="20"/>
        </w:rPr>
        <w:t>24:43  maulana, agla sawal roorkee se hai, sajid anwar sahib ka. unhon ne likha hai: "Molana, while doing daawa work with a person, sometimes we do not get a positive response.</w:t>
      </w:r>
      <w:r>
        <w:br/>
      </w:r>
      <w:r>
        <w:rPr>
          <w:sz w:val="20"/>
        </w:rPr>
        <w:t>24:57  How do we know that the limit of daawa has reached to the end and we stop doing daawa work on that person?"</w:t>
      </w:r>
      <w:r>
        <w:br/>
      </w:r>
      <w:r>
        <w:rPr>
          <w:sz w:val="20"/>
        </w:rPr>
        <w:t>25:07  dekhiye, hamara two point formula hai. ek hai pahunchana. pahunchana. to pahunchana to sab tak hai.</w:t>
      </w:r>
      <w:r>
        <w:br/>
      </w:r>
      <w:r>
        <w:rPr>
          <w:sz w:val="20"/>
        </w:rPr>
        <w:t>25:19  koi aadmi yeh na keh sake ke mujh ko nahi pahuncha. misaal ke taur par Quran ka jo translation hai. kisi ko aap ne de diya to aap ne pahuncha diya. lekin jab aap kisi ko paayein ke us ke andar seeking spirit hai, woh janna chahta hai to us par concentrate kijiye us ke upar.</w:t>
      </w:r>
      <w:r>
        <w:br/>
      </w:r>
      <w:r>
        <w:rPr>
          <w:sz w:val="20"/>
        </w:rPr>
        <w:t>25:37  us ko aur kitabein dijiye aur baat cheet kijiye aur us se mulaqatein kijiye. to dawat ka kaam hamesha two fold rahega.</w:t>
      </w:r>
      <w:r>
        <w:br/>
      </w:r>
      <w:r>
        <w:rPr>
          <w:sz w:val="20"/>
        </w:rPr>
        <w:t>25:47  aam logon ke liye yani sirf pahunchana aur jo seeker qism ke log hain un par mazeed mehnat karna, mazeed mehnat karna.</w:t>
      </w:r>
      <w:r>
        <w:br/>
      </w:r>
      <w:r>
        <w:rPr>
          <w:sz w:val="20"/>
        </w:rPr>
        <w:t>25:56  yahi tareeqa hai.</w:t>
      </w:r>
    </w:p>
    <w:p>
      <w:pPr>
        <w:pStyle w:val="Heading2"/>
      </w:pPr>
      <w:r>
        <w:t>When to stop dawah with a person</w:t>
      </w:r>
    </w:p>
    <w:p>
      <w:r>
        <w:rPr>
          <w:color w:val="666666"/>
          <w:sz w:val="18"/>
        </w:rPr>
        <w:t>Society &amp; Dawah · Age of Consumerism January 6, 2013 · 1m 18s · at 1:23:22 · https://youtu.be/zJRZ1OKUhgA?t=5002</w:t>
      </w:r>
    </w:p>
    <w:p>
      <w:r>
        <w:rPr>
          <w:i/>
        </w:rPr>
        <w:t>“While doing dawah work with a person, sometimes we do not get a positive response. How do we know that the limit of dawah has reached the end, and we stop doing dawah work in that person?”</w:t>
      </w:r>
    </w:p>
    <w:p>
      <w:r>
        <w:rPr>
          <w:sz w:val="20"/>
        </w:rPr>
        <w:t>1:23:22  Maulana, agla sawal Roorkee se hai, Sajid Anwar Sahab ka.</w:t>
      </w:r>
      <w:r>
        <w:br/>
      </w:r>
      <w:r>
        <w:rPr>
          <w:sz w:val="20"/>
        </w:rPr>
        <w:t>1:23:27  unhone likha hai: "Maulana, while doing dawah work with a person, sometimes we do not get a positive response.</w:t>
      </w:r>
      <w:r>
        <w:br/>
      </w:r>
      <w:r>
        <w:rPr>
          <w:sz w:val="20"/>
        </w:rPr>
        <w:t>1:23:37  How do we know that the limit of dawah has reach to the end, and we stop doing dawah work on that person?" dekhiye, hamara two point formula hai.</w:t>
      </w:r>
      <w:r>
        <w:br/>
      </w:r>
      <w:r>
        <w:rPr>
          <w:sz w:val="20"/>
        </w:rPr>
        <w:t>1:23:50  ek hai pahunchana, pahunchana.</w:t>
      </w:r>
      <w:r>
        <w:br/>
      </w:r>
      <w:r>
        <w:rPr>
          <w:sz w:val="20"/>
        </w:rPr>
        <w:t>1:23:55  to pahunchana to sab tak hai. koi aadmi yeh na keh sake ke mujh ko nahi pahuncha. misaal ke taur par Quran ka jo translation hai, kisi ko aap ne de diya to aap ne pahuncha diya.</w:t>
      </w:r>
      <w:r>
        <w:br/>
      </w:r>
      <w:r>
        <w:rPr>
          <w:sz w:val="20"/>
        </w:rPr>
        <w:t>1:24:07  lekin jab kisi ko payein ke is ke andar seeking spirit hai, woh janna chahta hai, to is ko concentrate kijiye, is ke upar is ko aur kitabein dijiye, aur baat cheet kijiye, aur is se mulaqatein kijiye.</w:t>
      </w:r>
      <w:r>
        <w:br/>
      </w:r>
      <w:r>
        <w:rPr>
          <w:sz w:val="20"/>
        </w:rPr>
        <w:t>1:24:22  to dawah ka kaam hamesha two forward rahega. aam logon ke liye, yani sirf pahunchana, aur jo seekhne wale qism ke log hain, un par mazeed mehnat karna, mazeed mehnat karna,</w:t>
      </w:r>
      <w:r>
        <w:br/>
      </w:r>
      <w:r>
        <w:rPr>
          <w:sz w:val="20"/>
        </w:rPr>
        <w:t>1:24:36  yeh tareeqa hai.</w:t>
      </w:r>
    </w:p>
    <w:p>
      <w:pPr>
        <w:pStyle w:val="Heading2"/>
      </w:pPr>
      <w:r>
        <w:t>When to stop dawah with unresponsive person</w:t>
      </w:r>
    </w:p>
    <w:p>
      <w:r>
        <w:rPr>
          <w:color w:val="666666"/>
          <w:sz w:val="18"/>
        </w:rPr>
        <w:t>Society &amp; Dawah · Age Of Consumerism I January 6, 2013 Maulana Wahiduddin Khan · 1m 18s · at 1:24:16 · https://youtu.be/CuRYFl7JuEM?t=5056</w:t>
      </w:r>
    </w:p>
    <w:p>
      <w:r>
        <w:rPr>
          <w:i/>
        </w:rPr>
        <w:t>“While doing dawah work with a person, sometimes we do not get a positive response. How do we know that the limit of dawah has reached the end and we stop doing dawah work with that person?”</w:t>
      </w:r>
    </w:p>
    <w:p>
      <w:r>
        <w:rPr>
          <w:sz w:val="20"/>
        </w:rPr>
        <w:t>1:24:16  maulana, agla sawal rurki se hai, sajid anwar sahab ka. unhone likha hai: "maulana, while doing dawah work with a person, sometimes we do not get a positive response.</w:t>
      </w:r>
      <w:r>
        <w:br/>
      </w:r>
      <w:r>
        <w:rPr>
          <w:sz w:val="20"/>
        </w:rPr>
        <w:t>1:24:31  how do we know that the limit of dawah has reach to the end and we stop doing dawah work in that person?"</w:t>
      </w:r>
      <w:r>
        <w:br/>
      </w:r>
      <w:r>
        <w:rPr>
          <w:sz w:val="20"/>
        </w:rPr>
        <w:t>1:24:40  dekhiye, hamara two point formula hai. ek hai pahunchana, pahunchana. to pahunchana to sab tak hai.</w:t>
      </w:r>
      <w:r>
        <w:br/>
      </w:r>
      <w:r>
        <w:rPr>
          <w:sz w:val="20"/>
        </w:rPr>
        <w:t>1:24:53  koi aadmi yeh na keh sake ke mujh ko nahi pahuncha. maslan quran ka jo translation hai,</w:t>
      </w:r>
      <w:r>
        <w:br/>
      </w:r>
      <w:r>
        <w:rPr>
          <w:sz w:val="20"/>
        </w:rPr>
        <w:t>1:24:59  kisi ko aap ne de diya to aap ne pahuncha diya. lekin jab aap kisi ko payein ke is ke andar seeking spirit hai, woh janna chahta hai, to is ko concentrate kijiye, is ke upar is ko aur kitabein dijiye, aur baat cheet kijiye, aur is se mulaqatein kijiye.</w:t>
      </w:r>
      <w:r>
        <w:br/>
      </w:r>
      <w:r>
        <w:rPr>
          <w:sz w:val="20"/>
        </w:rPr>
        <w:t>1:25:16  to dawah ka kaam hamesha two forward rahega. aam logon ke liye, yani sirf pahunchana, aur jo seeker qism ke log hain, un par mazeed mehnat karna, mazeed mehnat karna,</w:t>
      </w:r>
      <w:r>
        <w:br/>
      </w:r>
      <w:r>
        <w:rPr>
          <w:sz w:val="20"/>
        </w:rPr>
        <w:t>1:25:30  yahi tareeqa hai.</w:t>
      </w:r>
    </w:p>
    <w:p>
      <w:pPr>
        <w:pStyle w:val="Heading2"/>
      </w:pPr>
      <w:r>
        <w:t>When will Makkah situation become Madinah?</w:t>
      </w:r>
    </w:p>
    <w:p>
      <w:r>
        <w:rPr>
          <w:color w:val="666666"/>
          <w:sz w:val="18"/>
        </w:rPr>
        <w:t>Society &amp; Dawah · Journey of History December 23, 2012 · 2m 15s · at 59:51 · https://youtu.be/bvjWl3U3Dmw?t=3591</w:t>
      </w:r>
    </w:p>
    <w:p>
      <w:r>
        <w:rPr>
          <w:i/>
        </w:rPr>
        <w:t>“You are a proponent of individual dawah work, but our situation is like Makkah. My question is: when will this situaton adopt the Madinah form? Explain.”</w:t>
      </w:r>
    </w:p>
    <w:p>
      <w:r>
        <w:rPr>
          <w:sz w:val="20"/>
        </w:rPr>
        <w:t>59:51  maulana, yeh sawal balochistan pakistan area se aya hai, mister anjum sahab ka. unhon ne likha hai: "maulana sahab, aap individual daawa work ke daai hain, lekin hamare haan makkah wali situation hai.</w:t>
      </w:r>
      <w:r>
        <w:br/>
      </w:r>
      <w:r>
        <w:rPr>
          <w:sz w:val="20"/>
        </w:rPr>
        <w:t>1:00:09  mera sawal yeh hai ke yeh madinah wali surat kab ikhtiyar kare gi? is ke baray mein batayen."</w:t>
      </w:r>
      <w:r>
        <w:br/>
      </w:r>
      <w:r>
        <w:rPr>
          <w:sz w:val="20"/>
        </w:rPr>
        <w:t>1:00:17  dekhiye, makkah aur madinah, makkhi daur aur madani daur jo hai, yeh history ke phenomena hain. yeh dawat ka principle nahi hai.</w:t>
      </w:r>
      <w:r>
        <w:br/>
      </w:r>
      <w:r>
        <w:rPr>
          <w:sz w:val="20"/>
        </w:rPr>
        <w:t>1:00:26  aisa kya ho sakta? ek sahab, ek bohat baray aalim ki kitab hai "dawat deen" par, us mein dawat ko teen marhalay bataye hain.</w:t>
      </w:r>
      <w:r>
        <w:br/>
      </w:r>
      <w:r>
        <w:rPr>
          <w:sz w:val="20"/>
        </w:rPr>
        <w:t>1:00:37  unhon ne dawat, hijrat, jihad. yeh sahi nahi hai.</w:t>
      </w:r>
      <w:r>
        <w:br/>
      </w:r>
      <w:r>
        <w:rPr>
          <w:sz w:val="20"/>
        </w:rPr>
        <w:t>1:00:46  yeh rasool Allah ke zamanay mein jo waqea paish aya, woh ek history thi. aisi isi ko aap ko repeat nahi karna hai ke pehle dawat do, phir hijrat karo, phir larai karo.</w:t>
      </w:r>
      <w:r>
        <w:br/>
      </w:r>
      <w:r>
        <w:rPr>
          <w:sz w:val="20"/>
        </w:rPr>
        <w:t>1:00:57  yeh koi islam nahi hai. history jo hai, badalti hai halaat ke aitbar se. aaj aap makkah o madinah ki is tarah mat sochiye, aap quran o hadith ki is tarah mat sochiye.</w:t>
      </w:r>
      <w:r>
        <w:br/>
      </w:r>
      <w:r>
        <w:rPr>
          <w:sz w:val="20"/>
        </w:rPr>
        <w:t>1:01:10  bas jo hain aap ka aas paas, un ko dawat dijiye.</w:t>
      </w:r>
      <w:r>
        <w:br/>
      </w:r>
      <w:r>
        <w:rPr>
          <w:sz w:val="20"/>
        </w:rPr>
        <w:t>1:01:13  yeh intezar kyun kar rahe hain ke ek daur badle, doosra daur aaye? tareekh kabhi bhi is tarah repeat nahi hua karti jis tarah se log samajhte hain.</w:t>
      </w:r>
      <w:r>
        <w:br/>
      </w:r>
      <w:r>
        <w:rPr>
          <w:sz w:val="20"/>
        </w:rPr>
        <w:t>1:01:23  aisa kabhi nahi hone wala hai dobara ke aap dawat dein, phir hijrat karein, phir jihad kar ke larai karein. yeh tasawwur bilkul galat hai.</w:t>
      </w:r>
      <w:r>
        <w:br/>
      </w:r>
      <w:r>
        <w:rPr>
          <w:sz w:val="20"/>
        </w:rPr>
        <w:t>1:01:33  yeh history ko principle ka usool dena, history ko usool ka darja dena hai.</w:t>
      </w:r>
      <w:r>
        <w:br/>
      </w:r>
      <w:r>
        <w:rPr>
          <w:sz w:val="20"/>
        </w:rPr>
        <w:t>1:01:39  history dekhiye, yaad rakhiye, usool jo hai, woh history se akhaz nahi hota. woh jo text hai, quran o hadith, us se akhaz hota hai.</w:t>
      </w:r>
      <w:r>
        <w:br/>
      </w:r>
      <w:r>
        <w:rPr>
          <w:sz w:val="20"/>
        </w:rPr>
        <w:t>1:01:50  principle hamesha nikala jaye ga text se, history se nahi. yeh bohat bari bhool hai jis mein bohat se log mubtala hain. to us mein apne zehan ko aap durust kijiye aur dawat ke rastay jo khulay hain, un par apne aap ko laga dijiye.</w:t>
      </w:r>
    </w:p>
    <w:p>
      <w:pPr>
        <w:pStyle w:val="Heading2"/>
      </w:pPr>
      <w:r>
        <w:t>When will violence and hate culture end?</w:t>
      </w:r>
    </w:p>
    <w:p>
      <w:r>
        <w:rPr>
          <w:color w:val="666666"/>
          <w:sz w:val="18"/>
        </w:rPr>
        <w:t>Society &amp; Dawah · Islamic Wisdom July 17, 2016 · 1m 37s · at 1:02:48 · https://youtu.be/jB4ugN0K-AM?t=3768</w:t>
      </w:r>
    </w:p>
    <w:p>
      <w:r>
        <w:rPr>
          <w:i/>
        </w:rPr>
        <w:t>“Violence and hate culture is increasing in the world. When will it end?”</w:t>
      </w:r>
    </w:p>
    <w:p>
      <w:r>
        <w:rPr>
          <w:sz w:val="20"/>
        </w:rPr>
        <w:t>1:02:48  maulana, agla sawal naseer sinh sahib ne kiya hai tamapur se.</w:t>
      </w:r>
      <w:r>
        <w:br/>
      </w:r>
      <w:r>
        <w:rPr>
          <w:sz w:val="20"/>
        </w:rPr>
        <w:t>1:02:53  انہوں نے لکھا ہے: "مولانا، دنیا دنیا میں violence اور hate culture بڑھتا جا رہا ہے۔</w:t>
      </w:r>
      <w:r>
        <w:br/>
      </w:r>
      <w:r>
        <w:rPr>
          <w:sz w:val="20"/>
        </w:rPr>
        <w:t>1:02:59  maulana sahib, is ka khatma kab hoga? aap uth jaiye, aap dawat ke liye bas khatma shuru ho</w:t>
      </w:r>
      <w:r>
        <w:br/>
      </w:r>
      <w:r>
        <w:rPr>
          <w:sz w:val="20"/>
        </w:rPr>
        <w:t>1:03:07  jayega.</w:t>
      </w:r>
      <w:r>
        <w:br/>
      </w:r>
      <w:r>
        <w:rPr>
          <w:sz w:val="20"/>
        </w:rPr>
        <w:t>1:03:09  سوال مت کیجئے، اٹھ جائیے کام کرنے کے لیے، peaceful dawah work کے لیے اٹھ جائیے۔</w:t>
      </w:r>
      <w:r>
        <w:br/>
      </w:r>
      <w:r>
        <w:rPr>
          <w:sz w:val="20"/>
        </w:rPr>
        <w:t>1:03:16  dekhen, mujhe ek bohat yani relevant ek qissa yaad aaya.</w:t>
      </w:r>
      <w:r>
        <w:br/>
      </w:r>
      <w:r>
        <w:rPr>
          <w:sz w:val="20"/>
        </w:rPr>
        <w:t>1:03:20  bernard shah jo tha, ireland ka aadmi tha, bara scholar tha.</w:t>
      </w:r>
      <w:r>
        <w:br/>
      </w:r>
      <w:r>
        <w:rPr>
          <w:sz w:val="20"/>
        </w:rPr>
        <w:t>1:03:25  woh toh ireland jo tha, woh pichhla hua tha england ke muqable mein.</w:t>
      </w:r>
      <w:r>
        <w:br/>
      </w:r>
      <w:r>
        <w:rPr>
          <w:sz w:val="20"/>
        </w:rPr>
        <w:t>1:03:31  england ke muqable mein toh aik aadmi in se mila, us ne kaha ke hamare log yani aarif</w:t>
      </w:r>
      <w:r>
        <w:br/>
      </w:r>
      <w:r>
        <w:rPr>
          <w:sz w:val="20"/>
        </w:rPr>
        <w:t>1:03:38  log jo hain, un mein taleem nahi hai.</w:t>
      </w:r>
      <w:r>
        <w:br/>
      </w:r>
      <w:r>
        <w:rPr>
          <w:sz w:val="20"/>
        </w:rPr>
        <w:t>1:03:42  toh us ne kaha, bernard shah ne ke aap parhe likhe hain ke nahi? kaha ke main bhi</w:t>
      </w:r>
      <w:r>
        <w:br/>
      </w:r>
      <w:r>
        <w:rPr>
          <w:sz w:val="20"/>
        </w:rPr>
        <w:t>1:03:49  nahi parha likha hoon.</w:t>
      </w:r>
      <w:r>
        <w:br/>
      </w:r>
      <w:r>
        <w:rPr>
          <w:sz w:val="20"/>
        </w:rPr>
        <w:t>1:03:51  toh kaha sab se pehle aap apne ko education education mein daliye, education lijiye toh meri qom ka</w:t>
      </w:r>
      <w:r>
        <w:br/>
      </w:r>
      <w:r>
        <w:rPr>
          <w:sz w:val="20"/>
        </w:rPr>
        <w:t>1:03:59  kam az kam aik aadmi toh kam ho jaye ga, un educated na rahe ga.</w:t>
      </w:r>
      <w:r>
        <w:br/>
      </w:r>
      <w:r>
        <w:rPr>
          <w:sz w:val="20"/>
        </w:rPr>
        <w:t>1:04:05  toh jin sahib ne yeh sawal kiya, main yeh kahoon ga ke aap sab se pehle khud hi</w:t>
      </w:r>
      <w:r>
        <w:br/>
      </w:r>
      <w:r>
        <w:rPr>
          <w:sz w:val="20"/>
        </w:rPr>
        <w:t>1:04:13  shuru kijiye, aap ki hosh barhe gi, aap ko saathi milen ge, aik se group bane ga, aur</w:t>
      </w:r>
      <w:r>
        <w:br/>
      </w:r>
      <w:r>
        <w:rPr>
          <w:sz w:val="20"/>
        </w:rPr>
        <w:t>1:04:21  phir dhire dhire is ka result bhi aa jaye ga, inshallah.</w:t>
      </w:r>
    </w:p>
    <w:p>
      <w:pPr>
        <w:pStyle w:val="Heading2"/>
      </w:pPr>
      <w:r>
        <w:t>Who is responsible for oppression of Muslims?</w:t>
      </w:r>
    </w:p>
    <w:p>
      <w:r>
        <w:rPr>
          <w:color w:val="666666"/>
          <w:sz w:val="18"/>
        </w:rPr>
        <w:t>Society &amp; Dawah · Conversation with Maulana Wahiduddin Khan | October 01, 2017 · 48s · at 32:03 · https://youtu.be/TmOYGd3rp2M?t=1923</w:t>
      </w:r>
    </w:p>
    <w:p>
      <w:r>
        <w:rPr>
          <w:i/>
        </w:rPr>
        <w:t>“In the present era, who will be responsible for the increasing oppression of Muslims? And please tell us the solution to this problem.”</w:t>
      </w:r>
    </w:p>
    <w:p>
      <w:r>
        <w:rPr>
          <w:sz w:val="20"/>
        </w:rPr>
        <w:t>32:03  maulana, agla sawal yoot maharashtra se farhan khan sahab ne bheja hai.</w:t>
      </w:r>
      <w:r>
        <w:br/>
      </w:r>
      <w:r>
        <w:rPr>
          <w:sz w:val="20"/>
        </w:rPr>
        <w:t>32:09  unhon ne likha hai ke maulana sahab, maujooda daur mein musalmanon ke barhte zulm ka zimmedar kaun</w:t>
      </w:r>
      <w:r>
        <w:br/>
      </w:r>
      <w:r>
        <w:rPr>
          <w:sz w:val="20"/>
        </w:rPr>
        <w:t>32:15  hoga? aur is masle ka hal bhi aap hum sab ko bataiye. zulm? ji.</w:t>
      </w:r>
      <w:r>
        <w:br/>
      </w:r>
      <w:r>
        <w:rPr>
          <w:sz w:val="20"/>
        </w:rPr>
        <w:t>32:21  zulm ka lafz hi galat hai.</w:t>
      </w:r>
      <w:r>
        <w:br/>
      </w:r>
      <w:r>
        <w:rPr>
          <w:sz w:val="20"/>
        </w:rPr>
        <w:t>32:25  koi musalman zulm nahi kar raha hai.</w:t>
      </w:r>
      <w:r>
        <w:br/>
      </w:r>
      <w:r>
        <w:rPr>
          <w:sz w:val="20"/>
        </w:rPr>
        <w:t>32:30  bilkul baseless baat hai ke musalmanon par zulm ho raha hai.</w:t>
      </w:r>
      <w:r>
        <w:br/>
      </w:r>
      <w:r>
        <w:rPr>
          <w:sz w:val="20"/>
        </w:rPr>
        <w:t>32:34  Muslims are paying the price of their own stupid policies.</w:t>
      </w:r>
      <w:r>
        <w:br/>
      </w:r>
      <w:r>
        <w:rPr>
          <w:sz w:val="20"/>
        </w:rPr>
        <w:t>32:38  Muslims are paying the price of their own stupid policies.</w:t>
      </w:r>
      <w:r>
        <w:br/>
      </w:r>
      <w:r>
        <w:rPr>
          <w:sz w:val="20"/>
        </w:rPr>
        <w:t>32:43  koi zulm nahi.</w:t>
      </w:r>
      <w:r>
        <w:br/>
      </w:r>
      <w:r>
        <w:rPr>
          <w:sz w:val="20"/>
        </w:rPr>
        <w:t>32:47  yeh bilkul hi bas</w:t>
      </w:r>
    </w:p>
    <w:p>
      <w:pPr>
        <w:pStyle w:val="Heading2"/>
      </w:pPr>
      <w:r>
        <w:t>Who motivates non-Muslims to distribute scriptures?</w:t>
      </w:r>
    </w:p>
    <w:p>
      <w:r>
        <w:rPr>
          <w:color w:val="666666"/>
          <w:sz w:val="18"/>
        </w:rPr>
        <w:t>Society &amp; Dawah · The Road to Paradise December 30, 2012 Maulana Wahiduddin Khan · 1m 51s · at 1:02:40 · https://youtu.be/vUiaPsYF4Tk?t=3760</w:t>
      </w:r>
    </w:p>
    <w:p>
      <w:r>
        <w:rPr>
          <w:i/>
        </w:rPr>
        <w:t>“Yesterday, I saw a lady outside a metro station distributing the holy book Gita. I went to her and asked, "Why are you doing this? What kind of benefit are you expecting out of this activity?" She replied: "I am doing this to get the blessings of Shri Krishna Bhagwan, and in this way I will get Moksha. I believe that Islamic dai gets the motivation factor from Allah. But Maulana Sahib, who are motivating these people?”</w:t>
      </w:r>
    </w:p>
    <w:p>
      <w:r>
        <w:rPr>
          <w:sz w:val="20"/>
        </w:rPr>
        <w:t>1:02:40  Maulana, agla sawal Delhi se hai, Shahnawaz Zafar sahib ka. unhon ne likha hai: "Yesterday, I saw a lady outside a metro station distributing the holy book Gita.</w:t>
      </w:r>
      <w:r>
        <w:br/>
      </w:r>
      <w:r>
        <w:rPr>
          <w:sz w:val="20"/>
        </w:rPr>
        <w:t>1:02:55  I went to her and asked, why are you doing this? What kind of benefit are you expecting out of this activity?" She replied: "I am doing this to get the blessings of Shri Krishna Bhagwan, and in this way I will get moksha.</w:t>
      </w:r>
      <w:r>
        <w:br/>
      </w:r>
      <w:r>
        <w:rPr>
          <w:sz w:val="20"/>
        </w:rPr>
        <w:t>1:03:15  I believe that Islamic da'is get the motivation factor from Allah. But Maulana sahib, who are motivating these people?</w:t>
      </w:r>
      <w:r>
        <w:br/>
      </w:r>
      <w:r>
        <w:rPr>
          <w:sz w:val="20"/>
        </w:rPr>
        <w:t>1:03:25  How can we differentiate our self as a da'i in today time?" bhai, dekhen, woh kis jazbe se kaam kar rahe hain, us ko humein pata karne ki zaroorat nahi hai.</w:t>
      </w:r>
      <w:r>
        <w:br/>
      </w:r>
      <w:r>
        <w:rPr>
          <w:sz w:val="20"/>
        </w:rPr>
        <w:t>1:03:40  humein to sirf apna message pohanchana hai. jo sahib doosri kitabein distribute kar rahe the, un ko bhi aap Quran pohanchayen, mauqa den ke un ko compare kar ke dekhen, us ko bhi aur us ko bhi.</w:t>
      </w:r>
      <w:r>
        <w:br/>
      </w:r>
      <w:r>
        <w:rPr>
          <w:sz w:val="20"/>
        </w:rPr>
        <w:t>1:03:56  doosron ke kis jazbe se woh kar rahe hain, us ki talash ki zaroorat nahi hai, us ka koi faida nahi hai. humein to hamara ek mission hai, hamara ek goal hai,</w:t>
      </w:r>
      <w:r>
        <w:br/>
      </w:r>
      <w:r>
        <w:rPr>
          <w:sz w:val="20"/>
        </w:rPr>
        <w:t>1:04:10  woh yeh hai ke Allah ka kalam sab tak pohanche. bas pohanchate rahiye, pohanchate rahiye, pohanchate rahiye.</w:t>
      </w:r>
      <w:r>
        <w:br/>
      </w:r>
      <w:r>
        <w:rPr>
          <w:sz w:val="20"/>
        </w:rPr>
        <w:t>1:04:17  inhi mein se kuch logon ko jo seekhne ki spirit hogi, to woh us ko, is mein sachai ko pa lenge.</w:t>
      </w:r>
      <w:r>
        <w:br/>
      </w:r>
      <w:r>
        <w:rPr>
          <w:sz w:val="20"/>
        </w:rPr>
        <w:t>1:04:27  yahi sahi tareeqa hai.</w:t>
      </w:r>
    </w:p>
    <w:p>
      <w:pPr>
        <w:pStyle w:val="Heading2"/>
      </w:pPr>
      <w:r>
        <w:t>Who will succeed Maulana as writer and speaker?</w:t>
      </w:r>
    </w:p>
    <w:p>
      <w:r>
        <w:rPr>
          <w:color w:val="666666"/>
          <w:sz w:val="18"/>
        </w:rPr>
        <w:t>Society &amp; Dawah · Purpose Of Human Life -12th Feb. '12 · 11m 03s · at 1:02:38 · https://youtu.be/TCGYvGJHf7w?t=3758</w:t>
      </w:r>
    </w:p>
    <w:p>
      <w:r>
        <w:rPr>
          <w:i/>
        </w:rPr>
        <w:t>“Who is going to be like Maulana after he has passed away? Did he prepare anyone like him who is going to be a prolific writer and speaker?”</w:t>
      </w:r>
    </w:p>
    <w:p>
      <w:r>
        <w:rPr>
          <w:sz w:val="20"/>
        </w:rPr>
        <w:t>1:02:38  Okay, we'll start the question-answer session now. Maulana, yeh sawal aaya hai Mr. Khaja Kaleemuddin ka Pennsylvania se. unhone likha hai: "Maulana sahib, I often come across with a question from the people asking who is going to be like Maulana after he has passed away. Did he prepare anyone like him who is going to be a prolific writer and speaker?"</w:t>
      </w:r>
      <w:r>
        <w:br/>
      </w:r>
      <w:r>
        <w:rPr>
          <w:sz w:val="20"/>
        </w:rPr>
        <w:t>1:03:08  My reply to such people always has been that Maulana has never been trying to clone himself who</w:t>
      </w:r>
      <w:r>
        <w:br/>
      </w:r>
      <w:r>
        <w:rPr>
          <w:sz w:val="20"/>
        </w:rPr>
        <w:t>1:03:13  can be another Maulana Vaiduddin Khan.</w:t>
      </w:r>
      <w:r>
        <w:br/>
      </w:r>
      <w:r>
        <w:rPr>
          <w:sz w:val="20"/>
        </w:rPr>
        <w:t>1:03:19  Rather, he is trying to raise the awareness of all and sundry so that every person becomes a</w:t>
      </w:r>
      <w:r>
        <w:br/>
      </w:r>
      <w:r>
        <w:rPr>
          <w:sz w:val="20"/>
        </w:rPr>
        <w:t>1:03:24  thinking person, a person who discovers the reality on his own.</w:t>
      </w:r>
      <w:r>
        <w:br/>
      </w:r>
      <w:r>
        <w:rPr>
          <w:sz w:val="20"/>
        </w:rPr>
        <w:t>1:03:30  Maulana, with his literature, has initiated a process with which people may evolve into peaceful beings who can</w:t>
      </w:r>
      <w:r>
        <w:br/>
      </w:r>
      <w:r>
        <w:rPr>
          <w:sz w:val="20"/>
        </w:rPr>
        <w:t>1:03:35  establish peace in the world.</w:t>
      </w:r>
      <w:r>
        <w:br/>
      </w:r>
      <w:r>
        <w:rPr>
          <w:sz w:val="20"/>
        </w:rPr>
        <w:t>1:03:41  Thus, he is making a way so that someone greater than him may be born." Maulana sahib, please comment on my reply.</w:t>
      </w:r>
      <w:r>
        <w:br/>
      </w:r>
      <w:r>
        <w:rPr>
          <w:sz w:val="20"/>
        </w:rPr>
        <w:t>1:03:51  theek hai, aap ne bilkul sahi jawab diya hai.</w:t>
      </w:r>
      <w:r>
        <w:br/>
      </w:r>
      <w:r>
        <w:rPr>
          <w:sz w:val="20"/>
        </w:rPr>
        <w:t>1:03:56  haqeeqat yeh hai ke dunya mein hamesha literature hi se kaam hua hai.</w:t>
      </w:r>
      <w:r>
        <w:br/>
      </w:r>
      <w:r>
        <w:rPr>
          <w:sz w:val="20"/>
        </w:rPr>
        <w:t>1:04:01  jitne tehreekein hain, insaan to hamesha baqi nahin rehta.</w:t>
      </w:r>
      <w:r>
        <w:br/>
      </w:r>
      <w:r>
        <w:rPr>
          <w:sz w:val="20"/>
        </w:rPr>
        <w:t>1:04:06  jitne barhe barhe movement hain, woh sab literature hi se aage barhe hain.</w:t>
      </w:r>
      <w:r>
        <w:br/>
      </w:r>
      <w:r>
        <w:rPr>
          <w:sz w:val="20"/>
        </w:rPr>
        <w:t>1:04:11  chahe Marxism ho, chahe Darwinism ho, chahe Democracy ho.</w:t>
      </w:r>
      <w:r>
        <w:br/>
      </w:r>
      <w:r>
        <w:rPr>
          <w:sz w:val="20"/>
        </w:rPr>
        <w:t>1:04:16  jitne bhi tehreekein hain, literature hi ke bal par aage barhi hain.</w:t>
      </w:r>
      <w:r>
        <w:br/>
      </w:r>
      <w:r>
        <w:rPr>
          <w:sz w:val="20"/>
        </w:rPr>
        <w:t>1:04:22  aur Allah ke fazl se yahan literature aisa tayyar ho chuka hai jo har cheez ko replace karta hai.</w:t>
      </w:r>
      <w:r>
        <w:br/>
      </w:r>
      <w:r>
        <w:rPr>
          <w:sz w:val="20"/>
        </w:rPr>
        <w:t>1:04:27  abhi aaj hi mujhe ek news mili ek shehar se India ke.</w:t>
      </w:r>
      <w:r>
        <w:br/>
      </w:r>
      <w:r>
        <w:rPr>
          <w:sz w:val="20"/>
        </w:rPr>
        <w:t>1:04:32  ek saahab ko yaani daryaft hui is mission ki.</w:t>
      </w:r>
      <w:r>
        <w:br/>
      </w:r>
      <w:r>
        <w:rPr>
          <w:sz w:val="20"/>
        </w:rPr>
        <w:t>1:04:37  aur kitabon ko parha unhon ne.</w:t>
      </w:r>
      <w:r>
        <w:br/>
      </w:r>
      <w:r>
        <w:rPr>
          <w:sz w:val="20"/>
        </w:rPr>
        <w:t>1:04:42  to unhon ne andha dhundh kitabon ko phailana shuru kar diya.</w:t>
      </w:r>
      <w:r>
        <w:br/>
      </w:r>
      <w:r>
        <w:rPr>
          <w:sz w:val="20"/>
        </w:rPr>
        <w:t>1:04:47  aaj hi mujhe Masih Ibrahim kehte hain ke main ek ek insaan tak in kitabon ko pahunchaoonga.</w:t>
      </w:r>
      <w:r>
        <w:br/>
      </w:r>
      <w:r>
        <w:rPr>
          <w:sz w:val="20"/>
        </w:rPr>
        <w:t>1:04:53  to log, mere khayal se, yeh log parhte nahin.</w:t>
      </w:r>
      <w:r>
        <w:br/>
      </w:r>
      <w:r>
        <w:rPr>
          <w:sz w:val="20"/>
        </w:rPr>
        <w:t>1:04:58  woh jante nahin ke literature ki shakal mein kaisi cheez tayyar ho gayi hai.</w:t>
      </w:r>
      <w:r>
        <w:br/>
      </w:r>
      <w:r>
        <w:rPr>
          <w:sz w:val="20"/>
        </w:rPr>
        <w:t>1:05:03  aaj hi subah telephone ke zariye mujhe ek sahab ne bataya ke inke paas telephone aaya hai.</w:t>
      </w:r>
      <w:r>
        <w:br/>
      </w:r>
      <w:r>
        <w:rPr>
          <w:sz w:val="20"/>
        </w:rPr>
        <w:t>1:05:08  ke inke andar ek zabardast jazba jaag utha hai ke is literature ko mujhe saare insanon tak pahunchana hai.</w:t>
      </w:r>
      <w:r>
        <w:br/>
      </w:r>
      <w:r>
        <w:rPr>
          <w:sz w:val="20"/>
        </w:rPr>
        <w:t>1:05:13  is ke liye woh apna waqt, apna maal, apni energy sab laga rakha hai unhon ne.</w:t>
      </w:r>
      <w:r>
        <w:br/>
      </w:r>
      <w:r>
        <w:rPr>
          <w:sz w:val="20"/>
        </w:rPr>
        <w:t>1:05:18  to aap aisi baatein kyun karte hain? dekhiye, Quran mein hai ke qunoot haraam hai.</w:t>
      </w:r>
      <w:r>
        <w:br/>
      </w:r>
      <w:r>
        <w:rPr>
          <w:sz w:val="20"/>
        </w:rPr>
        <w:t>1:05:24  mayusi haraam hai.</w:t>
      </w:r>
      <w:r>
        <w:br/>
      </w:r>
      <w:r>
        <w:rPr>
          <w:sz w:val="20"/>
        </w:rPr>
        <w:t>1:05:29  to is mein main aksar sochta hoon ke mayusi ko Allah taala ne kyun haraam kiya? yaani agar</w:t>
      </w:r>
      <w:r>
        <w:br/>
      </w:r>
      <w:r>
        <w:rPr>
          <w:sz w:val="20"/>
        </w:rPr>
        <w:t>1:05:34  mayusi ke asbab maujood hon to us ko haraam nahin keh sakta.</w:t>
      </w:r>
      <w:r>
        <w:br/>
      </w:r>
      <w:r>
        <w:rPr>
          <w:sz w:val="20"/>
        </w:rPr>
        <w:t>1:05:39  pehle mayusi ke asbab ko khatam karna parega tab mayusi ko haraam kar sakte hain aap.</w:t>
      </w:r>
      <w:r>
        <w:br/>
      </w:r>
      <w:r>
        <w:rPr>
          <w:sz w:val="20"/>
        </w:rPr>
        <w:t>1:05:44  yeh naam karna hai ke Allah taala mayusion ke duniya mein insan ko chhod de aur kahe ke</w:t>
      </w:r>
      <w:r>
        <w:br/>
      </w:r>
      <w:r>
        <w:rPr>
          <w:sz w:val="20"/>
        </w:rPr>
        <w:t>1:05:50  mayoos mat ho.</w:t>
      </w:r>
      <w:r>
        <w:br/>
      </w:r>
      <w:r>
        <w:rPr>
          <w:sz w:val="20"/>
        </w:rPr>
        <w:t>1:05:55  darmiyan qal darya takht bandam kardi badmi goyi kas daman tar mak hooshiyar bash aisa nahin ho sakta hai.</w:t>
      </w:r>
      <w:r>
        <w:br/>
      </w:r>
      <w:r>
        <w:rPr>
          <w:sz w:val="20"/>
        </w:rPr>
        <w:t>1:06:00  doosri baat yeh hai ke sab se badi taqat Allah taala ki hai.</w:t>
      </w:r>
      <w:r>
        <w:br/>
      </w:r>
      <w:r>
        <w:rPr>
          <w:sz w:val="20"/>
        </w:rPr>
        <w:t>1:06:05  jo har waqt aap ke liye, har waqt aap ke liye maujood hai.</w:t>
      </w:r>
      <w:r>
        <w:br/>
      </w:r>
      <w:r>
        <w:rPr>
          <w:sz w:val="20"/>
        </w:rPr>
        <w:t>1:06:10  har insan ke liye.</w:t>
      </w:r>
      <w:r>
        <w:br/>
      </w:r>
      <w:r>
        <w:rPr>
          <w:sz w:val="20"/>
        </w:rPr>
        <w:t>1:06:15  hata ke andhe ke liye bhi maujood hai.</w:t>
      </w:r>
      <w:r>
        <w:br/>
      </w:r>
      <w:r>
        <w:rPr>
          <w:sz w:val="20"/>
        </w:rPr>
        <w:t>1:06:21  main aap ka kal ka tajruba aap ko batata hoon.</w:t>
      </w:r>
      <w:r>
        <w:br/>
      </w:r>
      <w:r>
        <w:rPr>
          <w:sz w:val="20"/>
        </w:rPr>
        <w:t>1:06:26  kal, abhi kal shaam ka.</w:t>
      </w:r>
      <w:r>
        <w:br/>
      </w:r>
      <w:r>
        <w:rPr>
          <w:sz w:val="20"/>
        </w:rPr>
        <w:t>1:06:31  dilli ke ek bahut bade center mein kal ek program tha.</w:t>
      </w:r>
      <w:r>
        <w:br/>
      </w:r>
      <w:r>
        <w:rPr>
          <w:sz w:val="20"/>
        </w:rPr>
        <w:t>1:06:36  wahan ek American professor aaye hue the.</w:t>
      </w:r>
      <w:r>
        <w:br/>
      </w:r>
      <w:r>
        <w:rPr>
          <w:sz w:val="20"/>
        </w:rPr>
        <w:t>1:06:41  ek senior professor jo wahan par mazhab ko parhate hain.</w:t>
      </w:r>
      <w:r>
        <w:br/>
      </w:r>
      <w:r>
        <w:rPr>
          <w:sz w:val="20"/>
        </w:rPr>
        <w:t>1:06:46  to ek bahut zabardast program tha, scholars akatthe the is mein.</w:t>
      </w:r>
      <w:r>
        <w:br/>
      </w:r>
      <w:r>
        <w:rPr>
          <w:sz w:val="20"/>
        </w:rPr>
        <w:t>1:06:52  aur speaker sirf do the.</w:t>
      </w:r>
      <w:r>
        <w:br/>
      </w:r>
      <w:r>
        <w:rPr>
          <w:sz w:val="20"/>
        </w:rPr>
        <w:t>1:06:57  sirf do ko bolna tha wahan.</w:t>
      </w:r>
      <w:r>
        <w:br/>
      </w:r>
      <w:r>
        <w:rPr>
          <w:sz w:val="20"/>
        </w:rPr>
        <w:t>1:07:02  woh jo thay woh christian ko le kar, christianity ko le kar bolne thay.</w:t>
      </w:r>
      <w:r>
        <w:br/>
      </w:r>
      <w:r>
        <w:rPr>
          <w:sz w:val="20"/>
        </w:rPr>
        <w:t>1:07:07  yani christianity and peace, yeh un ka subject tha.</w:t>
      </w:r>
      <w:r>
        <w:br/>
      </w:r>
      <w:r>
        <w:rPr>
          <w:sz w:val="20"/>
        </w:rPr>
        <w:t>1:07:12  doosra speaker mein tha.</w:t>
      </w:r>
      <w:r>
        <w:br/>
      </w:r>
      <w:r>
        <w:rPr>
          <w:sz w:val="20"/>
        </w:rPr>
        <w:t>1:07:18  islam and peace.</w:t>
      </w:r>
      <w:r>
        <w:br/>
      </w:r>
      <w:r>
        <w:rPr>
          <w:sz w:val="20"/>
        </w:rPr>
        <w:t>1:07:23  ab pehli baar aisa hua meri zindagi mein ke aik senior american professor ke sath mein baitha hoon.</w:t>
      </w:r>
      <w:r>
        <w:br/>
      </w:r>
      <w:r>
        <w:rPr>
          <w:sz w:val="20"/>
        </w:rPr>
        <w:t>1:07:28  aik us ki taqreer, doosri meri taqreer.</w:t>
      </w:r>
      <w:r>
        <w:br/>
      </w:r>
      <w:r>
        <w:rPr>
          <w:sz w:val="20"/>
        </w:rPr>
        <w:t>1:07:33  to mein yaqeen kijiye ke mein bilkul andar se, yani dil mera kaanp raha tha ke.</w:t>
      </w:r>
      <w:r>
        <w:br/>
      </w:r>
      <w:r>
        <w:rPr>
          <w:sz w:val="20"/>
        </w:rPr>
        <w:t>1:07:38  aur woh aadmi, us ki angrezi us ki madri zuban hai.</w:t>
      </w:r>
      <w:r>
        <w:br/>
      </w:r>
      <w:r>
        <w:rPr>
          <w:sz w:val="20"/>
        </w:rPr>
        <w:t>1:07:43  wohi shobay mein taleem hasil ki hai.</w:t>
      </w:r>
      <w:r>
        <w:br/>
      </w:r>
      <w:r>
        <w:rPr>
          <w:sz w:val="20"/>
        </w:rPr>
        <w:t>1:07:49  isi ka professor hai.</w:t>
      </w:r>
      <w:r>
        <w:br/>
      </w:r>
      <w:r>
        <w:rPr>
          <w:sz w:val="20"/>
        </w:rPr>
        <w:t>1:07:54  isi par research kiya hai.</w:t>
      </w:r>
      <w:r>
        <w:br/>
      </w:r>
      <w:r>
        <w:rPr>
          <w:sz w:val="20"/>
        </w:rPr>
        <w:t>1:07:59  isi ka expert hai woh.</w:t>
      </w:r>
      <w:r>
        <w:br/>
      </w:r>
      <w:r>
        <w:rPr>
          <w:sz w:val="20"/>
        </w:rPr>
        <w:t>1:08:04  to aik american professor yahan baitha hua hai, doosri taraf mein baitha hoon.</w:t>
      </w:r>
      <w:r>
        <w:br/>
      </w:r>
      <w:r>
        <w:rPr>
          <w:sz w:val="20"/>
        </w:rPr>
        <w:t>1:08:09  mein aik madrassay ka molvi.</w:t>
      </w:r>
      <w:r>
        <w:br/>
      </w:r>
      <w:r>
        <w:rPr>
          <w:sz w:val="20"/>
        </w:rPr>
        <w:t>1:08:14  meri taleem to molvi wali taleem hui hai.</w:t>
      </w:r>
      <w:r>
        <w:br/>
      </w:r>
      <w:r>
        <w:rPr>
          <w:sz w:val="20"/>
        </w:rPr>
        <w:t>1:08:20  to us waqt aap yaqeen kijiye ke mere dil mein yeh aata tha ke kaash koi mujhe mil</w:t>
      </w:r>
      <w:r>
        <w:br/>
      </w:r>
      <w:r>
        <w:rPr>
          <w:sz w:val="20"/>
        </w:rPr>
        <w:t>1:08:25  jaye bhagne ka aaj moqa.</w:t>
      </w:r>
      <w:r>
        <w:br/>
      </w:r>
      <w:r>
        <w:rPr>
          <w:sz w:val="20"/>
        </w:rPr>
        <w:t>1:08:30  koi wajah mil jaye.</w:t>
      </w:r>
      <w:r>
        <w:br/>
      </w:r>
      <w:r>
        <w:rPr>
          <w:sz w:val="20"/>
        </w:rPr>
        <w:t>1:08:35  bas mein faint ho jaon.</w:t>
      </w:r>
      <w:r>
        <w:br/>
      </w:r>
      <w:r>
        <w:rPr>
          <w:sz w:val="20"/>
        </w:rPr>
        <w:t>1:08:40  ya koi aisi baat ho jaye ke mujhe aik aik excuse mil jaye ke mein stage chor ke chala jaon.</w:t>
      </w:r>
      <w:r>
        <w:br/>
      </w:r>
      <w:r>
        <w:rPr>
          <w:sz w:val="20"/>
        </w:rPr>
        <w:t>1:08:45  jaise aise khayalat aa rahe thay.</w:t>
      </w:r>
      <w:r>
        <w:br/>
      </w:r>
      <w:r>
        <w:rPr>
          <w:sz w:val="20"/>
        </w:rPr>
        <w:t>1:08:51  lekin zahir hai ke mein uth nahi sakta tha.</w:t>
      </w:r>
      <w:r>
        <w:br/>
      </w:r>
      <w:r>
        <w:rPr>
          <w:sz w:val="20"/>
        </w:rPr>
        <w:t>1:08:56  to mein ne Allah taala se dua ki.</w:t>
      </w:r>
      <w:r>
        <w:br/>
      </w:r>
      <w:r>
        <w:rPr>
          <w:sz w:val="20"/>
        </w:rPr>
        <w:t>1:09:01  mein ne kaha khuda ya to.</w:t>
      </w:r>
      <w:r>
        <w:br/>
      </w:r>
      <w:r>
        <w:rPr>
          <w:sz w:val="20"/>
        </w:rPr>
        <w:t>1:09:06  jab aadmi deewangi mein bolta hai to ajeeb baatein bolta hai woh.</w:t>
      </w:r>
      <w:r>
        <w:br/>
      </w:r>
      <w:r>
        <w:rPr>
          <w:sz w:val="20"/>
        </w:rPr>
        <w:t>1:09:11  jo hadith mein hai ke rub' al-shazaq matfu' bil-wab la aqsim Allah illa bar to deewane ki koi</w:t>
      </w:r>
      <w:r>
        <w:br/>
      </w:r>
      <w:r>
        <w:rPr>
          <w:sz w:val="20"/>
        </w:rPr>
        <w:t>1:09:17  zaban nahi hoti, yaad rakhiye.</w:t>
      </w:r>
      <w:r>
        <w:br/>
      </w:r>
      <w:r>
        <w:rPr>
          <w:sz w:val="20"/>
        </w:rPr>
        <w:t>1:09:22  main ne kaha khuda ya to jibril ko dobara bhej de. zameen par.</w:t>
      </w:r>
      <w:r>
        <w:br/>
      </w:r>
      <w:r>
        <w:rPr>
          <w:sz w:val="20"/>
        </w:rPr>
        <w:t>1:09:27  main bator human face ke ja raha hoon.</w:t>
      </w:r>
      <w:r>
        <w:br/>
      </w:r>
      <w:r>
        <w:rPr>
          <w:sz w:val="20"/>
        </w:rPr>
        <w:t>1:09:32  ab bolne wala jibril ho.</w:t>
      </w:r>
      <w:r>
        <w:br/>
      </w:r>
      <w:r>
        <w:rPr>
          <w:sz w:val="20"/>
        </w:rPr>
        <w:t>1:09:37  to waqea yeh hai ke is waqt jo main ne mein bola, jo chhodne walon se aap poochh lijiyey.</w:t>
      </w:r>
      <w:r>
        <w:br/>
      </w:r>
      <w:r>
        <w:rPr>
          <w:sz w:val="20"/>
        </w:rPr>
        <w:t>1:09:42  ek sahib ne is ko etiraf kiya ke jo level of confidence aap ka tha woh is ka nahi tha.</w:t>
      </w:r>
      <w:r>
        <w:br/>
      </w:r>
      <w:r>
        <w:rPr>
          <w:sz w:val="20"/>
        </w:rPr>
        <w:t>1:09:48  is Christian professor ka, American professor ka, white professor tha woh.</w:t>
      </w:r>
      <w:r>
        <w:br/>
      </w:r>
      <w:r>
        <w:rPr>
          <w:sz w:val="20"/>
        </w:rPr>
        <w:t>1:09:53  is ka level of confidence jo tha us se bohat zyada tha aap ka level of confidence.</w:t>
      </w:r>
      <w:r>
        <w:br/>
      </w:r>
      <w:r>
        <w:rPr>
          <w:sz w:val="20"/>
        </w:rPr>
        <w:t>1:09:58  aadh ghante tak bolta raha main, tees minute tak.</w:t>
      </w:r>
      <w:r>
        <w:br/>
      </w:r>
      <w:r>
        <w:rPr>
          <w:sz w:val="20"/>
        </w:rPr>
        <w:t>1:10:03  to kaise log hain jo jin ko Khuda par bharosa nahi? log apni madi zaruraton ke liye Khuda</w:t>
      </w:r>
      <w:r>
        <w:br/>
      </w:r>
      <w:r>
        <w:rPr>
          <w:sz w:val="20"/>
        </w:rPr>
        <w:t>1:10:08  se mangna jante hain.</w:t>
      </w:r>
      <w:r>
        <w:br/>
      </w:r>
      <w:r>
        <w:rPr>
          <w:sz w:val="20"/>
        </w:rPr>
        <w:t>1:10:13  dawat Allah ke liye mangna nahi jante.</w:t>
      </w:r>
      <w:r>
        <w:br/>
      </w:r>
      <w:r>
        <w:rPr>
          <w:sz w:val="20"/>
        </w:rPr>
        <w:t>1:10:19  main ne aise log dekhe hain jo tarp tarp kar dua karte hain bimari ke liye, bachche ke</w:t>
      </w:r>
      <w:r>
        <w:br/>
      </w:r>
      <w:r>
        <w:rPr>
          <w:sz w:val="20"/>
        </w:rPr>
        <w:t>1:10:24  liye, apni madi cheezon ke liye.</w:t>
      </w:r>
      <w:r>
        <w:br/>
      </w:r>
      <w:r>
        <w:rPr>
          <w:sz w:val="20"/>
        </w:rPr>
        <w:t>1:10:29  isi tarah se aap Allah se mangen to Allah ki madad uṛ paṛegi aap ke upar.</w:t>
      </w:r>
      <w:r>
        <w:br/>
      </w:r>
      <w:r>
        <w:rPr>
          <w:sz w:val="20"/>
        </w:rPr>
        <w:t>1:10:34  ek kal ek ek ek ek sahib mile mujhe, ek ek ek naujawan jo ke hamare da'wati program</w:t>
      </w:r>
      <w:r>
        <w:br/>
      </w:r>
      <w:r>
        <w:rPr>
          <w:sz w:val="20"/>
        </w:rPr>
        <w:t>1:10:39  mein lage hue hain.</w:t>
      </w:r>
      <w:r>
        <w:br/>
      </w:r>
      <w:r>
        <w:rPr>
          <w:sz w:val="20"/>
        </w:rPr>
        <w:t>1:10:45  woh barabar kaam kar rahe hain da'wati.</w:t>
      </w:r>
      <w:r>
        <w:br/>
      </w:r>
      <w:r>
        <w:rPr>
          <w:sz w:val="20"/>
        </w:rPr>
        <w:t>1:10:50  yahan bhi ate hain.</w:t>
      </w:r>
      <w:r>
        <w:br/>
      </w:r>
      <w:r>
        <w:rPr>
          <w:sz w:val="20"/>
        </w:rPr>
        <w:t>1:10:55  to unhon ne yeh kaha ke main da'wati kaam to kar raha hoon, jana paṛta hai mujhe Hinduon</w:t>
      </w:r>
      <w:r>
        <w:br/>
      </w:r>
      <w:r>
        <w:rPr>
          <w:sz w:val="20"/>
        </w:rPr>
        <w:t>1:11:00  mein, Isaiyon mein, har jagah.</w:t>
      </w:r>
      <w:r>
        <w:br/>
      </w:r>
      <w:r>
        <w:rPr>
          <w:sz w:val="20"/>
        </w:rPr>
        <w:t>1:11:05  lekin mera level of confidence jo hai woh bohat kam hai.</w:t>
      </w:r>
      <w:r>
        <w:br/>
      </w:r>
      <w:r>
        <w:rPr>
          <w:sz w:val="20"/>
        </w:rPr>
        <w:t>1:11:10  yeh kaha unhon ne.</w:t>
      </w:r>
      <w:r>
        <w:br/>
      </w:r>
      <w:r>
        <w:rPr>
          <w:sz w:val="20"/>
        </w:rPr>
        <w:t>1:11:16  jo confidence hona chahiye us ka us se main hi dawat kar pata hoon.</w:t>
      </w:r>
      <w:r>
        <w:br/>
      </w:r>
      <w:r>
        <w:rPr>
          <w:sz w:val="20"/>
        </w:rPr>
        <w:t>1:11:21  to mein ne kaha ke aaj aap maujood thay yahan par.</w:t>
      </w:r>
      <w:r>
        <w:br/>
      </w:r>
      <w:r>
        <w:rPr>
          <w:sz w:val="20"/>
        </w:rPr>
        <w:t>1:11:26  yeh qissa bataya mein ne in ko.</w:t>
      </w:r>
      <w:r>
        <w:br/>
      </w:r>
      <w:r>
        <w:rPr>
          <w:sz w:val="20"/>
        </w:rPr>
        <w:t>1:11:31  woh maujood thay kal.</w:t>
      </w:r>
      <w:r>
        <w:br/>
      </w:r>
      <w:r>
        <w:rPr>
          <w:sz w:val="20"/>
        </w:rPr>
        <w:t>1:11:36  to mujhe un se unhon ne poocha ke aap mujhe bataiye ke woh American professor tha aur mein</w:t>
      </w:r>
      <w:r>
        <w:br/>
      </w:r>
      <w:r>
        <w:rPr>
          <w:sz w:val="20"/>
        </w:rPr>
        <w:t>1:11:41  aik molvi tha.</w:t>
      </w:r>
      <w:r>
        <w:br/>
      </w:r>
      <w:r>
        <w:rPr>
          <w:sz w:val="20"/>
        </w:rPr>
        <w:t>1:11:47  donon ki taqreer suni aap ne.</w:t>
      </w:r>
      <w:r>
        <w:br/>
      </w:r>
      <w:r>
        <w:rPr>
          <w:sz w:val="20"/>
        </w:rPr>
        <w:t>1:11:52  donon mein level of confidence ke aitbaar se aap number dijiye.</w:t>
      </w:r>
      <w:r>
        <w:br/>
      </w:r>
      <w:r>
        <w:rPr>
          <w:sz w:val="20"/>
        </w:rPr>
        <w:t>1:11:57  unhon ne kaha ke aap ka level of confidence barha hua tha.</w:t>
      </w:r>
      <w:r>
        <w:br/>
      </w:r>
      <w:r>
        <w:rPr>
          <w:sz w:val="20"/>
        </w:rPr>
        <w:t>1:12:02  mein ne kaha barha hua tha, Allah hi se, Allah Allah se dua kar rahe thay.</w:t>
      </w:r>
      <w:r>
        <w:br/>
      </w:r>
      <w:r>
        <w:rPr>
          <w:sz w:val="20"/>
        </w:rPr>
        <w:t>1:12:07  mere andar kuch bhi nahi tha mere andar.</w:t>
      </w:r>
      <w:r>
        <w:br/>
      </w:r>
      <w:r>
        <w:rPr>
          <w:sz w:val="20"/>
        </w:rPr>
        <w:t>1:12:12  isi ko Hazrat Masih ne kaha tha ke mango to pao ge.</w:t>
      </w:r>
      <w:r>
        <w:br/>
      </w:r>
      <w:r>
        <w:rPr>
          <w:sz w:val="20"/>
        </w:rPr>
        <w:t>1:12:18  darwaza khatkhatao, tumhare liye khula jaye ga.</w:t>
      </w:r>
      <w:r>
        <w:br/>
      </w:r>
      <w:r>
        <w:rPr>
          <w:sz w:val="20"/>
        </w:rPr>
        <w:t>1:12:23  bohat ajeeb baat unhon ne kahi ke woh kon baap hai ke is ka beta is se machhli</w:t>
      </w:r>
      <w:r>
        <w:br/>
      </w:r>
      <w:r>
        <w:rPr>
          <w:sz w:val="20"/>
        </w:rPr>
        <w:t>1:12:28  mange, is ke haath mein saamp rakh de.</w:t>
      </w:r>
      <w:r>
        <w:br/>
      </w:r>
      <w:r>
        <w:rPr>
          <w:sz w:val="20"/>
        </w:rPr>
        <w:t>1:12:33  aik bari ajeeb taqreer hai Hazrat Masih ki Bible mein.</w:t>
      </w:r>
      <w:r>
        <w:br/>
      </w:r>
      <w:r>
        <w:rPr>
          <w:sz w:val="20"/>
        </w:rPr>
        <w:t>1:12:38  mango to pao ge.</w:t>
      </w:r>
      <w:r>
        <w:br/>
      </w:r>
      <w:r>
        <w:rPr>
          <w:sz w:val="20"/>
        </w:rPr>
        <w:t>1:12:44  darwaza khatkhatao, tumhara is se khula jaye ga.</w:t>
      </w:r>
      <w:r>
        <w:br/>
      </w:r>
      <w:r>
        <w:rPr>
          <w:sz w:val="20"/>
        </w:rPr>
        <w:t>1:12:49  woh kon baap hai ke is ka beta is se machhli mange, is ke haath mein saamp rakh de.</w:t>
      </w:r>
      <w:r>
        <w:br/>
      </w:r>
      <w:r>
        <w:rPr>
          <w:sz w:val="20"/>
        </w:rPr>
        <w:t>1:12:54  to is mission ke sath na sirf literature maujood hai na sirf Quran maujood hai balkeh Allah taala maujood hai.</w:t>
      </w:r>
      <w:r>
        <w:br/>
      </w:r>
      <w:r>
        <w:rPr>
          <w:sz w:val="20"/>
        </w:rPr>
        <w:t>1:12:59  Allah taala tamam farishton ke sath maujood hai.</w:t>
      </w:r>
      <w:r>
        <w:br/>
      </w:r>
      <w:r>
        <w:rPr>
          <w:sz w:val="20"/>
        </w:rPr>
        <w:t>1:13:04  to kis baat ka khauf, kis baat ka gham? kya aap isi Allah ke sath, isi be aitimadi</w:t>
      </w:r>
      <w:r>
        <w:br/>
      </w:r>
      <w:r>
        <w:rPr>
          <w:sz w:val="20"/>
        </w:rPr>
        <w:t>1:13:09  ke sath jiyen ge to Allah ka saamna kar paen ge aap? jo log is be aitimadi ke</w:t>
      </w:r>
      <w:r>
        <w:br/>
      </w:r>
      <w:r>
        <w:rPr>
          <w:sz w:val="20"/>
        </w:rPr>
        <w:t>1:13:15  sath jeena chahte hain duniya mein, woh is be aitimadi ko le kar kiya Allah se milna chahte</w:t>
      </w:r>
      <w:r>
        <w:br/>
      </w:r>
      <w:r>
        <w:rPr>
          <w:sz w:val="20"/>
        </w:rPr>
        <w:t>1:13:20  hain aakhirat mein? yeh sab shaitani waswase hain, yaad rakhiye.</w:t>
      </w:r>
      <w:r>
        <w:br/>
      </w:r>
      <w:r>
        <w:rPr>
          <w:sz w:val="20"/>
        </w:rPr>
        <w:t>1:13:25  aur jab bhi yeh waswase aayen to kahiye la haula wa la quwwata illa billahil azeem la haula wa la</w:t>
      </w:r>
      <w:r>
        <w:br/>
      </w:r>
      <w:r>
        <w:rPr>
          <w:sz w:val="20"/>
        </w:rPr>
        <w:t>1:13:30  quwwat illa billahil aliyyil azeem allahumma inni aoozubika min hamazatish shayateen yeh sab parhiye.</w:t>
      </w:r>
      <w:r>
        <w:br/>
      </w:r>
      <w:r>
        <w:rPr>
          <w:sz w:val="20"/>
        </w:rPr>
        <w:t>1:13:35  aur sab inshallah theek ho jayega.</w:t>
      </w:r>
    </w:p>
    <w:p>
      <w:pPr>
        <w:pStyle w:val="Heading2"/>
      </w:pPr>
      <w:r>
        <w:t>Why Dawah to Non-Muslims is Limited</w:t>
      </w:r>
    </w:p>
    <w:p>
      <w:r>
        <w:rPr>
          <w:color w:val="666666"/>
          <w:sz w:val="18"/>
        </w:rPr>
        <w:t>Society &amp; Dawah · Q&amp;A 20 Nov 2011 Maulana Wahiduddin Khan · 3m 11s · at 8:01 · https://youtu.be/7sNDn8Y6jUc?t=481</w:t>
      </w:r>
    </w:p>
    <w:p>
      <w:r>
        <w:rPr>
          <w:i/>
        </w:rPr>
        <w:t>“Nowadays, the work of dawah and tabligh among non-Muslims is not seen anywhere except the CPS team. What is the reason for this?”</w:t>
      </w:r>
    </w:p>
    <w:p>
      <w:r>
        <w:rPr>
          <w:sz w:val="20"/>
        </w:rPr>
        <w:t>8:01  Maulana, agla sawal aaya hai Miss Saira ka Karachi Pakistan se. unhon ne likha hai: "aaj kal poori duniya mein ghair Muslimon mein dawat o tabligh ka kaam CPS team ke ilawa kahin bhi nazar nahin aata.</w:t>
      </w:r>
      <w:r>
        <w:br/>
      </w:r>
      <w:r>
        <w:rPr>
          <w:sz w:val="20"/>
        </w:rPr>
        <w:t>8:18  is ki kya wajah hai?"</w:t>
      </w:r>
      <w:r>
        <w:br/>
      </w:r>
      <w:r>
        <w:rPr>
          <w:sz w:val="20"/>
        </w:rPr>
        <w:t>8:27  baat yeh hai ke Musalmanon par is daur mein, yeh jo daur aaya hai, is mein Musalmanon par mukhtalif asbab se yeh chha gaya ke</w:t>
      </w:r>
      <w:r>
        <w:br/>
      </w:r>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Why Islam blamed for Muslim illiteracy and poverty?</w:t>
      </w:r>
    </w:p>
    <w:p>
      <w:r>
        <w:rPr>
          <w:color w:val="666666"/>
          <w:sz w:val="18"/>
        </w:rPr>
        <w:t>Society &amp; Dawah · Realistic Approach 30 March, 2014 · 3m 42s · at 43:42 · https://youtu.be/HIFxmWWiEG4?t=2622</w:t>
      </w:r>
    </w:p>
    <w:p>
      <w:r>
        <w:rPr>
          <w:i/>
        </w:rPr>
        <w:t>“Many people say that Islam has produced an uneducated society as Muslim community has maximum number of illiterates and as a result poor people. I want to know your opinion on this.”</w:t>
      </w:r>
    </w:p>
    <w:p>
      <w:r>
        <w:rPr>
          <w:sz w:val="20"/>
        </w:rPr>
        <w:t>43:42  maulana, yeh sawal bihar se aya hai, javed sahib ne kiya hai. unhon ne likha hai: "many peoples say that islam has produced an uneducated society as muslim community has maximum number of illiterates and as a result poor people." Maulana, i want to know your opinion on this.</w:t>
      </w:r>
      <w:r>
        <w:br/>
      </w:r>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r>
        <w:br/>
      </w:r>
      <w:r>
        <w:rPr>
          <w:sz w:val="20"/>
        </w:rPr>
        <w:t>45:56  to is ka matlab nahi ke ke zawal mein aa gaye to hum is zawal hi mein rahen g</w:t>
      </w:r>
      <w:r>
        <w:br/>
      </w:r>
      <w:r>
        <w:rPr>
          <w:sz w:val="20"/>
        </w:rPr>
        <w:t>46:01  e. nahi, phir un ki islaah ho sakti hai, lekin islaah kya hogi? jab aap tanqeed ko bura na manen, tanqeed ko islaah samjhen.</w:t>
      </w:r>
      <w:r>
        <w:br/>
      </w:r>
      <w:r>
        <w:rPr>
          <w:sz w:val="20"/>
        </w:rPr>
        <w:t>46:10  islaah musalmanon ki sab se bari museebat yeh hai ke woh tanqeed ko bura samajhte hain. ek ek shakhs tanqeed ko bura samajhta hai, mister bhi, maulvi bhi.</w:t>
      </w:r>
      <w:r>
        <w:br/>
      </w:r>
      <w:r>
        <w:rPr>
          <w:sz w:val="20"/>
        </w:rPr>
        <w:t>46:19  jitna maine tajurba kiya, chahe mister ho ya maulvi ho, tanqeed ko samajhte hain koi buri cheez hai. tanqidi to islaah ka aghaz hai, tanqidi islaah ka aghaz hai.</w:t>
      </w:r>
      <w:r>
        <w:br/>
      </w:r>
      <w:r>
        <w:rPr>
          <w:sz w:val="20"/>
        </w:rPr>
        <w:t>46:33  to tanqeed ko taboo mat samjhiye, yeh tanqeed ko sochiye ke is ne kehne wale ne kya kaha. baat par ghor kijiye, yeh na dekhen ke tanqeed hai.</w:t>
      </w:r>
      <w:r>
        <w:br/>
      </w:r>
      <w:r>
        <w:rPr>
          <w:sz w:val="20"/>
        </w:rPr>
        <w:t>46:45  sare musalman bhi jeete hain apne aadi maaqaber mein, har ek ne aaqaber bana rakha hai, isi mein jeete hain. sare musalman, mister bhi, maulvi bhi.</w:t>
      </w:r>
      <w:r>
        <w:br/>
      </w:r>
      <w:r>
        <w:rPr>
          <w:sz w:val="20"/>
        </w:rPr>
        <w:t>46:57  is se aap log bahar nikaliye, is haqeeqat ko achi tarah jaan lijie ke islam alag hai, musalman alag hai. islam intact hai, musalman zawal ka shikar ho chuke hain, aur musalman ko dobara nikalne ki zaroorat hai ke aap tanqeed karen, un ka tanqidi jaiza len,</w:t>
      </w:r>
      <w:r>
        <w:br/>
      </w:r>
      <w:r>
        <w:rPr>
          <w:sz w:val="20"/>
        </w:rPr>
        <w:t>47:16  critical study karen, tab hoga naya aghaz.</w:t>
      </w:r>
    </w:p>
    <w:p>
      <w:pPr>
        <w:pStyle w:val="Heading2"/>
      </w:pPr>
      <w:r>
        <w:t>Why Islam not understood by others?</w:t>
      </w:r>
    </w:p>
    <w:p>
      <w:r>
        <w:rPr>
          <w:color w:val="666666"/>
          <w:sz w:val="18"/>
        </w:rPr>
        <w:t>Society &amp; Dawah · How to Manage Controversy 10 Nov 2019 - Maulana Wahiduddin Khan · 1m 07s · at 52:07 · https://youtu.be/UafTzJXHrSA?t=3127</w:t>
      </w:r>
    </w:p>
    <w:p>
      <w:r>
        <w:rPr>
          <w:i/>
        </w:rPr>
        <w:t>“Why is the correct message of Islam not being understood by people other than those of the CPS mission? Please explain.”</w:t>
      </w:r>
    </w:p>
    <w:p>
      <w:r>
        <w:rPr>
          <w:sz w:val="20"/>
        </w:rPr>
        <w:t>52:07  ji Maulana, agla sawal Mehtab Ahmed sahib ka hai Dhampur se. unhon ne likha hai: "Maulana sahib, CPS mission ke logon ke ilawa deen ki sahi baat doosre logon ki samajh mein kyun nahin aa rahi hai?</w:t>
      </w:r>
      <w:r>
        <w:br/>
      </w:r>
      <w:r>
        <w:rPr>
          <w:sz w:val="20"/>
        </w:rPr>
        <w:t>52:23  meharbani kar ke is ke baray mein batayen."</w:t>
      </w:r>
      <w:r>
        <w:br/>
      </w:r>
      <w:r>
        <w:rPr>
          <w:sz w:val="20"/>
        </w:rPr>
        <w:t>52:29  mein ne arz kar diya ke Allah ka darr logon ke andar hai hi nahin. aap kisi bhi majlis mein jaiye, kisi bhi program mein jaiye,</w:t>
      </w:r>
      <w:r>
        <w:br/>
      </w:r>
      <w:r>
        <w:rPr>
          <w:sz w:val="20"/>
        </w:rPr>
        <w:t>52:43  wahan Allah ke darr ki baat hi nahin sunenge aap.</w:t>
      </w:r>
      <w:r>
        <w:br/>
      </w:r>
      <w:r>
        <w:rPr>
          <w:sz w:val="20"/>
        </w:rPr>
        <w:t>52:53  yeh to mera zindagi ka barkat tajurba hai. aap ko agar tajurba karna hai to aap har din jo Musalmanon ke jalsay hotay hain, har din aap chale jaiye aur dekhiye wahan par kya charcha hota hai.</w:t>
      </w:r>
    </w:p>
    <w:p>
      <w:pPr>
        <w:pStyle w:val="Heading2"/>
      </w:pPr>
      <w:r>
        <w:t>Why Jihad Ideology Addressed More Than Peace</w:t>
      </w:r>
    </w:p>
    <w:p>
      <w:r>
        <w:rPr>
          <w:color w:val="666666"/>
          <w:sz w:val="18"/>
        </w:rPr>
        <w:t>Society &amp; Dawah · Dars-e-Quran, Chapter 2, Verse 25 | November 19, 2017 | Maulana Wahiduddin Khan · 1m 29s · at 1:05:17 · https://youtu.be/ctvrG32NCgA?t=3917</w:t>
      </w:r>
    </w:p>
    <w:p>
      <w:r>
        <w:rPr>
          <w:i/>
        </w:rPr>
        <w:t>“Why does the ideology of jihad address Muslims more than the ideology of peace?”</w:t>
      </w:r>
    </w:p>
    <w:p>
      <w:r>
        <w:rPr>
          <w:sz w:val="20"/>
        </w:rPr>
        <w:t>1:05:17  maulana, agla sawal bheja hai altaf lon sahib nay, unhon nay apni location nahi likhi hai.</w:t>
      </w:r>
      <w:r>
        <w:br/>
      </w:r>
      <w:r>
        <w:rPr>
          <w:sz w:val="20"/>
        </w:rPr>
        <w:t>1:05:25  ان کا سوال یہ ہے کہ: "Why does ideology of Jihad addresses Muslims more than the ideology of</w:t>
      </w:r>
      <w:r>
        <w:br/>
      </w:r>
      <w:r>
        <w:rPr>
          <w:sz w:val="20"/>
        </w:rPr>
        <w:t>1:05:32  peace? bhai, jahan tak mera meri soch hai, aaj kal kay jo yeh musalmanon kay</w:t>
      </w:r>
      <w:r>
        <w:br/>
      </w:r>
      <w:r>
        <w:rPr>
          <w:sz w:val="20"/>
        </w:rPr>
        <w:t>1:05:40  akhbar hain, Musalmanon ki so called leader hain, raat din yahi baatein karte hain, raat din. mere apne janne mein is mein kisi ka exception hi nahi. to jab aap ka akhbar, aap ka aap ko majlis hai, aap ka stage, aap ka jo charchay hota hai, woh sab yahi karta ho ke hum d</w:t>
      </w:r>
      <w:r>
        <w:br/>
      </w:r>
      <w:r>
        <w:rPr>
          <w:sz w:val="20"/>
        </w:rPr>
        <w:t>1:06:10  ushman gire hue hain, hamein un ko marna hai, hamein aisi duniya banana hai jahan hum scienceon ka khatma kar sakein, yeh woh to yahi zehan banay ga. kya kya jaye? yeh yeh yahi vice jitne bhi hain, yani yani molvi leader ho ya mister leader ho, dono yeh</w:t>
      </w:r>
      <w:r>
        <w:br/>
      </w:r>
      <w:r>
        <w:rPr>
          <w:sz w:val="20"/>
        </w:rPr>
        <w:t>1:06:40  ye kar rahay hain, dono yehi kar rahay hain.</w:t>
      </w:r>
    </w:p>
    <w:p>
      <w:pPr>
        <w:pStyle w:val="Heading2"/>
      </w:pPr>
      <w:r>
        <w:t>Why Majority Follows Secular Ideology</w:t>
      </w:r>
    </w:p>
    <w:p>
      <w:r>
        <w:rPr>
          <w:color w:val="666666"/>
          <w:sz w:val="18"/>
        </w:rPr>
        <w:t>Society &amp; Dawah · Q&amp;A 11 Jul 2010 Maulana Wahiduddin Khan · 3m 35s · at 28:24 · https://youtu.be/UHtdtzGGwFQ?t=1704</w:t>
      </w:r>
    </w:p>
    <w:p>
      <w:r>
        <w:rPr>
          <w:i/>
        </w:rPr>
        <w:t>“Why is the majority of humanity following secular ideology?”</w:t>
      </w:r>
    </w:p>
    <w:p>
      <w:r>
        <w:rPr>
          <w:sz w:val="20"/>
        </w:rPr>
        <w:t>28:24  maulana, agla sawal kya hai? mister dilraj singh ne dilli se sawal hai ke "Why is majority of humanity following secular ideology?"</w:t>
      </w:r>
      <w:r>
        <w:br/>
      </w:r>
      <w:r>
        <w:rPr>
          <w:sz w:val="20"/>
        </w:rPr>
        <w:t>28:38  aasan hai bas, aur kuch nahi. khao, kamao, hawa karo, yeh bohat aasan hai. lekin mein ne seerat banna hai na, koi sensitivity dikhana hai.</w:t>
      </w:r>
      <w:r>
        <w:br/>
      </w:r>
      <w:r>
        <w:rPr>
          <w:sz w:val="20"/>
        </w:rPr>
        <w:t>28:47  na honesty ki zaroorat hai. aur agar aap jo doosra life style hai, is mein aap ko sincere banna hai, honest banna hai, responsibility lena hai, duty poora karna hai.</w:t>
      </w:r>
      <w:r>
        <w:br/>
      </w:r>
      <w:r>
        <w:rPr>
          <w:sz w:val="20"/>
        </w:rPr>
        <w:t>29:00  to zahir hai ke woh mushkil lagta hai. yeh insaan jo hai, bas easy goer hai. aasani ki taraf bhagta hai.</w:t>
      </w:r>
      <w:r>
        <w:br/>
      </w:r>
      <w:r>
        <w:rPr>
          <w:sz w:val="20"/>
        </w:rPr>
        <w:t>29:09  aur mushkil se is ko ghabrahat hoti hai. aur to koi khaas wajah nahi hai. inhi se poochein agar to andar se.</w:t>
      </w:r>
      <w:r>
        <w:br/>
      </w:r>
      <w:r>
        <w:rPr>
          <w:sz w:val="20"/>
        </w:rPr>
        <w:t>29:17  discontentment rehta hai in ko.</w:t>
      </w:r>
      <w:r>
        <w:br/>
      </w:r>
      <w:r>
        <w:rPr>
          <w:sz w:val="20"/>
        </w:rPr>
        <w:t>29:20  contentment nahi rehta. lekin aasan hai woh. keh raha tha na, kuch nahi. ek ek system chala ja raha hai. isi mein hum bhi jo apne ko ek purza ban gaye.</w:t>
      </w:r>
      <w:r>
        <w:br/>
      </w:r>
      <w:r>
        <w:rPr>
          <w:sz w:val="20"/>
        </w:rPr>
        <w:t>29:31  humein paisa aa raha hai. hamara bhi ghar ban raha hai. aur agar woh hai to aap ko</w:t>
      </w:r>
      <w:r>
        <w:br/>
      </w:r>
      <w:r>
        <w:rPr>
          <w:sz w:val="20"/>
        </w:rPr>
        <w:t>29:37  independently ek life banani padti hai. to is mein soch na aaye. is mein sensitivity hai, is mein seriousness hai, is mein duty hai, responsibility hai, accountability hai.</w:t>
      </w:r>
      <w:r>
        <w:br/>
      </w:r>
      <w:r>
        <w:rPr>
          <w:sz w:val="20"/>
        </w:rPr>
        <w:t>29:47  to aadmi ghabrata hai hamesha is se.</w:t>
      </w:r>
      <w:r>
        <w:br/>
      </w:r>
      <w:r>
        <w:rPr>
          <w:sz w:val="20"/>
        </w:rPr>
        <w:t>29:52  abhi aaj kal mein radio sunta hoon daily. minister log poster dete hain stage par. rozana suggestion dete hain. aisa hona chahiye, waisa hona chahiye.</w:t>
      </w:r>
      <w:r>
        <w:br/>
      </w:r>
      <w:r>
        <w:rPr>
          <w:sz w:val="20"/>
        </w:rPr>
        <w:t>30:02  mein sochta hoon ke ministry ki zaroorat kya hai in ko? yeh to hum bhi kar sakte hain aisa. minister to implement karne ke liye hota hai.</w:t>
      </w:r>
      <w:r>
        <w:br/>
      </w:r>
      <w:r>
        <w:rPr>
          <w:sz w:val="20"/>
        </w:rPr>
        <w:t>30:10  magar agar desh mein corruption hai to aap is se ab taqreer kar rahe hain. stage par speech dena corruption ke khilaaf yeh minister ka kaam nahi hai.</w:t>
      </w:r>
      <w:r>
        <w:br/>
      </w:r>
      <w:r>
        <w:rPr>
          <w:sz w:val="20"/>
        </w:rPr>
        <w:t>30:23  minister ka kaam hai is mein action karna. ja kar is ko mitaayein is ko. yaani matlab yeh ke jaise misaal ke taur par woh surprise visit kare.</w:t>
      </w:r>
      <w:r>
        <w:br/>
      </w:r>
      <w:r>
        <w:rPr>
          <w:sz w:val="20"/>
        </w:rPr>
        <w:t>30:32  visit badal kar ke. jahan paayein ek ek afsar aisa kar raha hai, usi waqt is ko dismiss kar dein.</w:t>
      </w:r>
      <w:r>
        <w:br/>
      </w:r>
      <w:r>
        <w:rPr>
          <w:sz w:val="20"/>
        </w:rPr>
        <w:t>30:39  usi waqt dismiss kar dein.</w:t>
      </w:r>
      <w:r>
        <w:br/>
      </w:r>
      <w:r>
        <w:rPr>
          <w:sz w:val="20"/>
        </w:rPr>
        <w:t>30:43  aaj kal kya hota hai? suspend karte hain. suspend hi nahi thi. aaj kal yeh hai ke suspend kar dijiye. woh tankhwah khaayi milti rehti hai is ko baithe baithe. aur jeet jaata hai case trial kar ke.</w:t>
      </w:r>
      <w:r>
        <w:br/>
      </w:r>
      <w:r>
        <w:rPr>
          <w:sz w:val="20"/>
        </w:rPr>
        <w:t>30:55  minister ko hota hai ikhtiyar hota hai woh suspend kar sakta hai. nahi, dismiss kar sakta hai. to jaayein.</w:t>
      </w:r>
      <w:r>
        <w:br/>
      </w:r>
      <w:r>
        <w:rPr>
          <w:sz w:val="20"/>
        </w:rPr>
        <w:t>31:01  har office mein. India mein sirf ek hi minister mein jaanta hoon jis ne aisa kiya, urfiya badqadmai. jis department mein hota tha woh sab darte the is se.</w:t>
      </w:r>
      <w:r>
        <w:br/>
      </w:r>
      <w:r>
        <w:rPr>
          <w:sz w:val="20"/>
        </w:rPr>
        <w:t>31:12  kyun ke achaanak pahunch jaata tha. surprise visit leta tha woh. usi waqt dismiss karta tha woh.</w:t>
      </w:r>
      <w:r>
        <w:br/>
      </w:r>
      <w:r>
        <w:rPr>
          <w:sz w:val="20"/>
        </w:rPr>
        <w:t>31:18  to corruption free ho gaya tha is ka department. to minister log jo hai bhagte the ke woh aasaan hai woh. jo bhagte the dete hain achhe achhe bhagte the to bahut aasaan hai woh.</w:t>
      </w:r>
      <w:r>
        <w:br/>
      </w:r>
      <w:r>
        <w:rPr>
          <w:sz w:val="20"/>
        </w:rPr>
        <w:t>31:30  jis stage par dekhein wahan minister log dikhai dete hain. achhe achhe bhagte the dete hue ke</w:t>
      </w:r>
      <w:r>
        <w:br/>
      </w:r>
      <w:r>
        <w:rPr>
          <w:sz w:val="20"/>
        </w:rPr>
        <w:t>31:35  tum tum woh karo. logon ko. tumhare paas power hai to authority ho. to is ko implement karo is ko.</w:t>
      </w:r>
      <w:r>
        <w:br/>
      </w:r>
      <w:r>
        <w:rPr>
          <w:sz w:val="20"/>
        </w:rPr>
        <w:t>31:45  in ko punishment do, in ko dismiss karo in ko. kya dete ho? to har aadmi to easy goer hai.</w:t>
      </w:r>
      <w:r>
        <w:br/>
      </w:r>
      <w:r>
        <w:rPr>
          <w:sz w:val="20"/>
        </w:rPr>
        <w:t>31:53  aasaan ka option le rakha hai is ne. woh yahan bhi hai.</w:t>
      </w:r>
    </w:p>
    <w:p>
      <w:pPr>
        <w:pStyle w:val="Heading2"/>
      </w:pPr>
      <w:r>
        <w:t>Why Muslim Brotherhood Failed in Egypt?</w:t>
      </w:r>
    </w:p>
    <w:p>
      <w:r>
        <w:rPr>
          <w:color w:val="666666"/>
          <w:sz w:val="18"/>
        </w:rPr>
        <w:t>Society &amp; Dawah · Islam and Peace August 25, 2013 · 6m 20s · at 51:17 · https://youtu.be/WbBu4W6AUUs?t=3077</w:t>
      </w:r>
    </w:p>
    <w:p>
      <w:r>
        <w:rPr>
          <w:i/>
        </w:rPr>
        <w:t>“After a long struggle, Muslim Brotherhood came into power in Egypt through democratic process. Why is it that they were unable to prevail their government? Can 'army coup' be justified in Egypt?”</w:t>
      </w:r>
    </w:p>
    <w:p>
      <w:r>
        <w:rPr>
          <w:sz w:val="20"/>
        </w:rPr>
        <w:t>51:17  maulana, agla sawal lahore pakistan se hai muhammad sajjad sahib ka. unhone likha hai: "After a long struggle, Muslim brotherhood came into power in Egypt through democratic process.</w:t>
      </w:r>
      <w:r>
        <w:br/>
      </w:r>
      <w:r>
        <w:rPr>
          <w:sz w:val="20"/>
        </w:rPr>
        <w:t>51:32  Why is it that they were unable to prevail their government? Can 'army coup' be justified in Egypt?" dekhiye, yeh 'army coup' ka maamla nahin hai.</w:t>
      </w:r>
      <w:r>
        <w:br/>
      </w:r>
      <w:r>
        <w:rPr>
          <w:sz w:val="20"/>
        </w:rPr>
        <w:t>51:44  khud murshid sahib, yaani doctor muhammad morsi, ne apni taqreer jo depose kiye jaane se pehle ki thi, unhone khud kaha tha, mein ne suna hai internet par, aap bhi sun sakte hain ke "أصفت أهانًا وأخطأت أهانًا أخرى" ۔</w:t>
      </w:r>
      <w:r>
        <w:br/>
      </w:r>
      <w:r>
        <w:rPr>
          <w:sz w:val="20"/>
        </w:rPr>
        <w:t>52:02  mein ne kuch sahi kiya, kuch ghalat kiya. achha, ghalat kiya hai, us mein unhone yeh point out nahin kiya ke ghalat mein ne kiya. yeh to maana unhone ke mein ne ghalti ki.</w:t>
      </w:r>
      <w:r>
        <w:br/>
      </w:r>
      <w:r>
        <w:rPr>
          <w:sz w:val="20"/>
        </w:rPr>
        <w:t>52:14  "أصفت أهانًا وأخطأت أهانًا أخرى" ۔ to yeh nahin bataya ke unhone ghalti kiya ki.</w:t>
      </w:r>
      <w:r>
        <w:br/>
      </w:r>
      <w:r>
        <w:rPr>
          <w:sz w:val="20"/>
        </w:rPr>
        <w:t>52:19  lekin mein ne jo tajziya kiya hai waqeaat ka, to ghalati yeh thi, ghalati yeh thi ke yeh log democracy ka naam lete hain, aur saare musalmanon ka haal yahi hai, lekin democratic culture ko nahin jaante.</w:t>
      </w:r>
      <w:r>
        <w:br/>
      </w:r>
      <w:r>
        <w:rPr>
          <w:sz w:val="20"/>
        </w:rPr>
        <w:t>52:36  woh these people don't know what is democratic culture. dekhiye, democratic culture kya hai?</w:t>
      </w:r>
      <w:r>
        <w:br/>
      </w:r>
      <w:r>
        <w:rPr>
          <w:sz w:val="20"/>
        </w:rPr>
        <w:t>52:46  fareeqe sani ki rai ko accept karna, fareeqe sani ki baat ko accept karna. kyunke democracy hamesha ek acquisition opposition rehti hai.</w:t>
      </w:r>
      <w:r>
        <w:br/>
      </w:r>
      <w:r>
        <w:rPr>
          <w:sz w:val="20"/>
        </w:rPr>
        <w:t>52:59  yani wahan par Ali khawar al musalmoon jo thay, woh ghalib hue to 32 feesad ko vote miley thay. bas 32 feesad.</w:t>
      </w:r>
      <w:r>
        <w:br/>
      </w:r>
      <w:r>
        <w:rPr>
          <w:sz w:val="20"/>
        </w:rPr>
        <w:t>53:08  is ka matlab hai ke ek bari tadad woh thi jo jo ke un ke khilaf thi, aur un ko absolute majority bhi nahi mili thi. un ko ab absolute majority nahi mili thi.</w:t>
      </w:r>
      <w:r>
        <w:br/>
      </w:r>
      <w:r>
        <w:rPr>
          <w:sz w:val="20"/>
        </w:rPr>
        <w:t>53:19  to is ke matlab hai ke ek tadad thi opposition ki, woh more than 50 feesad thi. woh log to democracy mein kya hota hai ke aap ko accept karna parta hai opposition ki.</w:t>
      </w:r>
      <w:r>
        <w:br/>
      </w:r>
      <w:r>
        <w:rPr>
          <w:sz w:val="20"/>
        </w:rPr>
        <w:t>53:28  opposition ko aap, yani hukoomat ki seat par baithe hain, tab bhi wahan pe ek opposition hai.</w:t>
      </w:r>
      <w:r>
        <w:br/>
      </w:r>
      <w:r>
        <w:rPr>
          <w:sz w:val="20"/>
        </w:rPr>
        <w:t>53:37  unhon ne opposition ko bilkul, yani khater bhi nahi laye. nahi laye. murshid sahib aise ahkam jari kiye jaise ke un ki koi haqeeqat nahi, bas hum sab kuch hain.</w:t>
      </w:r>
      <w:r>
        <w:br/>
      </w:r>
      <w:r>
        <w:rPr>
          <w:sz w:val="20"/>
        </w:rPr>
        <w:t>53:50  to main ne ek ek article likha tha, us mein us mein main ne yeh yeh baat likhi thi ke musalman jo hain, woh sirf kingship model ko jante hain, democratic model ko musalman nahi jante.</w:t>
      </w:r>
      <w:r>
        <w:br/>
      </w:r>
      <w:r>
        <w:rPr>
          <w:sz w:val="20"/>
        </w:rPr>
        <w:t>54:04  dekhiye, dono mein farq kya hai?</w:t>
      </w:r>
      <w:r>
        <w:br/>
      </w:r>
      <w:r>
        <w:rPr>
          <w:sz w:val="20"/>
        </w:rPr>
        <w:t>54:06  kingship model jo hai, woh is ka jo equation hai, woh ruler aur ruled ka hai. yani ruler aur ruled ke equation par khara hota hai kingship model.</w:t>
      </w:r>
      <w:r>
        <w:br/>
      </w:r>
      <w:r>
        <w:rPr>
          <w:sz w:val="20"/>
        </w:rPr>
        <w:t>54:20  lekin democracy mein aisa nahi hai. democracy mein jo equation hai, woh hai people aur representative of people, yani awam aur numaindagan awam.</w:t>
      </w:r>
      <w:r>
        <w:br/>
      </w:r>
      <w:r>
        <w:rPr>
          <w:sz w:val="20"/>
        </w:rPr>
        <w:t>54:32  to yeh log nahi jante is baat ko.</w:t>
      </w:r>
      <w:r>
        <w:br/>
      </w:r>
      <w:r>
        <w:rPr>
          <w:sz w:val="20"/>
        </w:rPr>
        <w:t>54:35  woh samajhte hain ke bas hum ruler hain, woh ruled hain, hum hakim hain, woh mahkoom hain. isi zehan ke sath unhon ne chaha ke hukoomat chalayein, woh aur fail ho gaye.</w:t>
      </w:r>
      <w:r>
        <w:br/>
      </w:r>
      <w:r>
        <w:rPr>
          <w:sz w:val="20"/>
        </w:rPr>
        <w:t>54:44  woh</w:t>
      </w:r>
      <w:r>
        <w:br/>
      </w:r>
      <w:r>
        <w:rPr>
          <w:sz w:val="20"/>
        </w:rPr>
        <w:t>54:47  main bohat kaafi mein is ko parhta raha hoon, yeh is phenomena ko jo Misr ka jo hai, in logon ka jo model, un ka jo mindset tha, jo un ka, jo un ka,</w:t>
      </w:r>
      <w:r>
        <w:br/>
      </w:r>
      <w:r>
        <w:rPr>
          <w:sz w:val="20"/>
        </w:rPr>
        <w:t>55:01  jo un ka mindset tha, jo sadiyon se bana hua hai, woh wohi hai. hakim aur mahkoom ke ek equation base karta hai. woh woh jo equation hai ke ek taraf people hain, doosri taraf people ke numaindagan hain, is is ko jante hi nahi.</w:t>
      </w:r>
      <w:r>
        <w:br/>
      </w:r>
      <w:r>
        <w:rPr>
          <w:sz w:val="20"/>
        </w:rPr>
        <w:t>55:16  woh</w:t>
      </w:r>
      <w:r>
        <w:br/>
      </w:r>
      <w:r>
        <w:rPr>
          <w:sz w:val="20"/>
        </w:rPr>
        <w:t>55:18  to opposition ko accept nahi karte. to jab unhon ne jab Bani Israel ka yeh qaul ke "أخطأت أهانًا أخرى" . to main ne kaha ke dekhiye, yeh jante nahi ke democracy mein aap mistake ko afford nahi kar sakte.</w:t>
      </w:r>
      <w:r>
        <w:br/>
      </w:r>
      <w:r>
        <w:rPr>
          <w:sz w:val="20"/>
        </w:rPr>
        <w:t>55:32  you cannot afford to commit a mistake in democracy. kyun? wahan pe opposition baithi hui hai, woh is woh is intezar mein hai ke aap koi ghalti karein, us ko exploit kare.</w:t>
      </w:r>
      <w:r>
        <w:br/>
      </w:r>
      <w:r>
        <w:rPr>
          <w:sz w:val="20"/>
        </w:rPr>
        <w:t>55:42  woh</w:t>
      </w:r>
      <w:r>
        <w:br/>
      </w:r>
      <w:r>
        <w:rPr>
          <w:sz w:val="20"/>
        </w:rPr>
        <w:t>55:45  democracy mein hamesha ek opposition hoti hai jo is intezar mein rehti hai ke aap koi opposition, ke aap koi ghalti karein, woh us ko exploit kare.</w:t>
      </w:r>
      <w:r>
        <w:br/>
      </w:r>
      <w:r>
        <w:rPr>
          <w:sz w:val="20"/>
        </w:rPr>
        <w:t>55:55  kyun? us ko agle term mein us ko jeetna hai election. kingship nahi hai ke jo badshah ho, butt ke gaya to 50 baras akela wohi badshahi karta rahega.</w:t>
      </w:r>
      <w:r>
        <w:br/>
      </w:r>
      <w:r>
        <w:rPr>
          <w:sz w:val="20"/>
        </w:rPr>
        <w:t>56:05  democracy mein to char baras, panch baras mein badalti hai hukoomat. to opposition ko agle election us ke samne hota hai,</w:t>
      </w:r>
      <w:r>
        <w:br/>
      </w:r>
      <w:r>
        <w:rPr>
          <w:sz w:val="20"/>
        </w:rPr>
        <w:t>56:14  agley election ke liye us ko maidan hamwar karna hai. to ruling party ko bohat ziyada mohtat rehna chahiye ke aisi koi ghalti woh na kare jis ko opposition exploit kar sake.</w:t>
      </w:r>
      <w:r>
        <w:br/>
      </w:r>
      <w:r>
        <w:rPr>
          <w:sz w:val="20"/>
        </w:rPr>
        <w:t>56:25  yeh sab kiya doctor murshi sahib ne. to ab unhon ne jo jo ek baat aur main arz karunga ke is mein western countries ki ghalti yeh hai ke unhon ne Arab dunya mein democracy ko export karna chaha,</w:t>
      </w:r>
      <w:r>
        <w:br/>
      </w:r>
      <w:r>
        <w:rPr>
          <w:sz w:val="20"/>
        </w:rPr>
        <w:t>56:43  jis ko kehte thay woh Arab Spring. Arab Spring matlab tha ke western tribe ki democracy jo hai, us ko export kar ke laya jaye Arab mein.</w:t>
      </w:r>
      <w:r>
        <w:br/>
      </w:r>
      <w:r>
        <w:rPr>
          <w:sz w:val="20"/>
        </w:rPr>
        <w:t>56:53  lekin un ki ghalati yeh thi ke woh jante nahi the ke arab mind jo hai, us ko accept karne ki tayari nahi. arbon ki jo training hai, un ka jo education hai, woh democracy pe base hi nahi karti.</w:t>
      </w:r>
      <w:r>
        <w:br/>
      </w:r>
      <w:r>
        <w:rPr>
          <w:sz w:val="20"/>
        </w:rPr>
        <w:t>57:05  woh to kingship model par jee rahe hain aaj tak.</w:t>
      </w:r>
      <w:r>
        <w:br/>
      </w:r>
      <w:r>
        <w:rPr>
          <w:sz w:val="20"/>
        </w:rPr>
        <w:t>57:09  yani arab dunya jo hai, woh aaj tak kingship model ko liye hue hai. democratic model se woh woh familiar nahi hain.</w:t>
      </w:r>
      <w:r>
        <w:br/>
      </w:r>
      <w:r>
        <w:rPr>
          <w:sz w:val="20"/>
        </w:rPr>
        <w:t>57:20  to un logon ne chaha ke woh nahi, nahi, yani western mind ki democracy ko, western type ki democracy ko export karen.</w:t>
      </w:r>
      <w:r>
        <w:br/>
      </w:r>
      <w:r>
        <w:rPr>
          <w:sz w:val="20"/>
        </w:rPr>
        <w:t>57:30  to woh export nahi ho saki. woh woh revolt kar diya. bhai, yeh yeh hai sara qissa misr ka.</w:t>
      </w:r>
    </w:p>
    <w:p>
      <w:pPr>
        <w:pStyle w:val="Heading2"/>
      </w:pPr>
      <w:r>
        <w:t>Why Muslim dawah cells have more misconceptions</w:t>
      </w:r>
    </w:p>
    <w:p>
      <w:r>
        <w:rPr>
          <w:color w:val="666666"/>
          <w:sz w:val="18"/>
        </w:rPr>
        <w:t>Society &amp; Dawah · Islamic Wisdom July 17, 2016 · 59s · at 51:48 · https://youtu.be/jB4ugN0K-AM?t=3108</w:t>
      </w:r>
    </w:p>
    <w:p>
      <w:r>
        <w:rPr>
          <w:i/>
        </w:rPr>
        <w:t>“Why do Muslim dawah cells have more misconceptions regarding Islam than people of the other faith? Why is this so?”</w:t>
      </w:r>
    </w:p>
    <w:p>
      <w:r>
        <w:rPr>
          <w:sz w:val="20"/>
        </w:rPr>
        <w:t>51:48  maulana, agla sawal mumbai se hai doctor junaid shaikh sahab ka, aur unhone likha hai: "maulana sahab,</w:t>
      </w:r>
      <w:r>
        <w:br/>
      </w:r>
      <w:r>
        <w:rPr>
          <w:sz w:val="20"/>
        </w:rPr>
        <w:t>51:56  Why do Muslims themselves have more misconceptions regarding Islam than people of the other faiths? Why?</w:t>
      </w:r>
      <w:r>
        <w:br/>
      </w:r>
      <w:r>
        <w:rPr>
          <w:sz w:val="20"/>
        </w:rPr>
        <w:t>52:04  az das soo?" woh to us ne kaha tv ke ke musalman apne khud sakhta akabir ko</w:t>
      </w:r>
      <w:r>
        <w:br/>
      </w:r>
      <w:r>
        <w:rPr>
          <w:sz w:val="20"/>
        </w:rPr>
        <w:t>52:11  follow karte hain, quran o hadith ko nahi.</w:t>
      </w:r>
      <w:r>
        <w:br/>
      </w:r>
      <w:r>
        <w:rPr>
          <w:sz w:val="20"/>
        </w:rPr>
        <w:t>52:15  کیا سوال ان کا ہے؟ آہ، انہوں نے پوچھا ہے کہ: "Why do Muslims themselves have more</w:t>
      </w:r>
      <w:r>
        <w:br/>
      </w:r>
      <w:r>
        <w:rPr>
          <w:sz w:val="20"/>
        </w:rPr>
        <w:t>52:22  misconceptions regarding Islam. Hmm. Then people of other faith?" Isi liye toh hai ke Musalman follow karte</w:t>
      </w:r>
      <w:r>
        <w:br/>
      </w:r>
      <w:r>
        <w:rPr>
          <w:sz w:val="20"/>
        </w:rPr>
        <w:t>52:30  hain apne akabir ko, islam ko follow nahi karte.</w:t>
      </w:r>
      <w:r>
        <w:br/>
      </w:r>
      <w:r>
        <w:rPr>
          <w:sz w:val="20"/>
        </w:rPr>
        <w:t>52:34  is liye galat fehmiyan hain islam ke.</w:t>
      </w:r>
      <w:r>
        <w:br/>
      </w:r>
      <w:r>
        <w:rPr>
          <w:sz w:val="20"/>
        </w:rPr>
        <w:t>52:37  islam ke aitbar se galat fehmiyan hain.</w:t>
      </w:r>
      <w:r>
        <w:br/>
      </w:r>
      <w:r>
        <w:rPr>
          <w:sz w:val="20"/>
        </w:rPr>
        <w:t>52:40  aap quran o hadith ko padhiye, is ko follow kijiye to apne aap khatam ho jayega.</w:t>
      </w:r>
    </w:p>
    <w:p>
      <w:pPr>
        <w:pStyle w:val="Heading2"/>
      </w:pPr>
      <w:r>
        <w:t>Why Muslims Are Different and Fail to Find Solutions</w:t>
      </w:r>
    </w:p>
    <w:p>
      <w:r>
        <w:rPr>
          <w:color w:val="666666"/>
          <w:sz w:val="18"/>
        </w:rPr>
        <w:t>Society &amp; Dawah · The Crises Management September 18, 2011 · 8m 55s · at 59:34 · https://youtu.be/s3cYFtQZwzw?t=3574</w:t>
      </w:r>
    </w:p>
    <w:p>
      <w:r>
        <w:rPr>
          <w:i/>
        </w:rPr>
        <w:t>“Why is it that Muslims are different from other communities? Why do they fail to find a solution to their problems?”</w:t>
      </w:r>
    </w:p>
    <w:p>
      <w:r>
        <w:rPr>
          <w:sz w:val="20"/>
        </w:rPr>
        <w:t>59:34  ah Maulana yeh sawal Dr Farida Khanam ne karaya hai Delhi se unhone likha hai why is</w:t>
      </w:r>
      <w:r>
        <w:br/>
      </w:r>
      <w:r>
        <w:rPr>
          <w:sz w:val="20"/>
        </w:rPr>
        <w:t>59:41  at that Muslims are different from other communities. Why do they fail to find a solution to their</w:t>
      </w:r>
      <w:r>
        <w:br/>
      </w:r>
      <w:r>
        <w:rPr>
          <w:sz w:val="20"/>
        </w:rPr>
        <w:t>59:48  problems dekhein is sawal ka jawab</w:t>
      </w:r>
      <w:r>
        <w:br/>
      </w:r>
      <w:r>
        <w:rPr>
          <w:sz w:val="20"/>
        </w:rPr>
        <w:t>59:53  bohat mushkil hai immediate jo immediate reason reason hai woh hai Muslim leaders ka failure</w:t>
      </w:r>
      <w:r>
        <w:br/>
      </w:r>
      <w:r>
        <w:rPr>
          <w:sz w:val="20"/>
        </w:rPr>
        <w:t>1:00:06  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r>
        <w:br/>
      </w:r>
      <w:r>
        <w:rPr>
          <w:sz w:val="20"/>
        </w:rPr>
        <w:t>1:00:33  mein samajhta hoon ke jo tradition thi lambi musalmanon ki empire ki us se bahar nahi aa sake woh</w:t>
      </w:r>
      <w:r>
        <w:br/>
      </w:r>
      <w:r>
        <w:rPr>
          <w:sz w:val="20"/>
        </w:rPr>
        <w:t>1:00:43  jaise mein aik aik misaal deta hoon ke abbasi daur mein aik aik regional aik tribe tha us ne kuch baghawat khabar mili ke woh baghawat karne wala hai to khalifa ke darbar mein us par baat cheet hui</w:t>
      </w:r>
      <w:r>
        <w:br/>
      </w:r>
      <w:r>
        <w:rPr>
          <w:sz w:val="20"/>
        </w:rPr>
        <w:t>1:01:11  to aik shakhs ne mashwara diya fauj bhej jao un ko kuchalne ke liye fauj doosre aadmi ne kaha nahi hamein fauj bhejne ki zaroorat nahi hai hamara dadu dadu itna zyada hai ke hum aik khat bhejenge aur masla khatam ho jayega</w:t>
      </w:r>
      <w:r>
        <w:br/>
      </w:r>
      <w:r>
        <w:rPr>
          <w:sz w:val="20"/>
        </w:rPr>
        <w:t>1:01:28  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r>
        <w:br/>
      </w:r>
      <w:r>
        <w:rPr>
          <w:sz w:val="20"/>
        </w:rPr>
        <w:t>1:01:57  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r>
        <w:br/>
      </w:r>
      <w:r>
        <w:rPr>
          <w:sz w:val="20"/>
        </w:rPr>
        <w:t>1:02:20  jo asal mein is cell mein band raha empire ke cell mein isi mein sochta raha woh ab khud muslim rehnuma koi fail ho gaye yeh alag question hai kyunke immediate reason yahi hai</w:t>
      </w:r>
      <w:r>
        <w:br/>
      </w:r>
      <w:r>
        <w:rPr>
          <w:sz w:val="20"/>
        </w:rPr>
        <w:t>1:02:43  Mr Ibrahim Khalilullah ne Pakistan se sawal kiya hai</w:t>
      </w:r>
      <w:r>
        <w:br/>
      </w:r>
      <w:r>
        <w:rPr>
          <w:sz w:val="20"/>
        </w:rPr>
        <w:t>1:02:48  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r>
        <w:br/>
      </w:r>
      <w:r>
        <w:rPr>
          <w:sz w:val="20"/>
        </w:rPr>
        <w:t>1:03:16  baaz dafa woh jhoot aur gheebat kisi faide ke baghair bhi karta hai Maulana sahib mera sawal yeh</w:t>
      </w:r>
      <w:r>
        <w:br/>
      </w:r>
      <w:r>
        <w:rPr>
          <w:sz w:val="20"/>
        </w:rPr>
        <w:t>1:03:23  hai ke Shaitan buraiyon ko kis tarah beautify karta hai is ke baray mein bataein</w:t>
      </w:r>
      <w:r>
        <w:br/>
      </w:r>
      <w:r>
        <w:rPr>
          <w:sz w:val="20"/>
        </w:rPr>
        <w:t>1:03:30  mein samajhta hoon ke Quran mein is ke baray mein yeh lafz aaya hai bal unam</w:t>
      </w:r>
      <w:r>
        <w:br/>
      </w:r>
      <w:r>
        <w:rPr>
          <w:sz w:val="20"/>
        </w:rPr>
        <w:t>1:03:38  mein unhein khwahishon mein dalunga</w:t>
      </w:r>
      <w:r>
        <w:br/>
      </w:r>
      <w:r>
        <w:rPr>
          <w:sz w:val="20"/>
        </w:rPr>
        <w:t>1:03:42  desire mein mubtala karunga</w:t>
      </w:r>
      <w:r>
        <w:br/>
      </w:r>
      <w:r>
        <w:rPr>
          <w:sz w:val="20"/>
        </w:rPr>
        <w:t>1:03:47  to insan ke andar desire bohat zyada hai bohat zyada khwahish</w:t>
      </w:r>
      <w:r>
        <w:br/>
      </w:r>
      <w:r>
        <w:rPr>
          <w:sz w:val="20"/>
        </w:rPr>
        <w:t>1:03:56  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r>
        <w:br/>
      </w:r>
      <w:r>
        <w:rPr>
          <w:sz w:val="20"/>
        </w:rPr>
        <w:t>1:04:24  ab yahan par insan ka kaam hai ke woh soche ke desire ka result kya hai result result ka yani desire peeche chalun mein to kahan pahunchunga mein to yahan shaitan ko hum yani fail kar sakte hain apne mind ko activate kar ke aur koi doosra rasta koi doosra nahi hai is ka</w:t>
      </w:r>
      <w:r>
        <w:br/>
      </w:r>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r>
        <w:br/>
      </w:r>
      <w:r>
        <w:rPr>
          <w:sz w:val="20"/>
        </w:rPr>
        <w:t>1:06:07  Mr Aamir bin Yusuf ne Karachi Pakistan se likha hai hamare yahan Hafiz Quran ki bohat ahmiyat hai log apne bachon ko hifz karwane ke baad apne aap ko jannati samajhte hain is mamle ko Quran aur Hadees ki roshni mein clarify kijiye</w:t>
      </w:r>
      <w:r>
        <w:br/>
      </w:r>
      <w:r>
        <w:rPr>
          <w:sz w:val="20"/>
        </w:rPr>
        <w:t>1:06:30  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r>
        <w:br/>
      </w:r>
      <w:r>
        <w:rPr>
          <w:sz w:val="20"/>
        </w:rPr>
        <w:t>1:06:58  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r>
        <w:br/>
      </w:r>
      <w:r>
        <w:rPr>
          <w:sz w:val="20"/>
        </w:rPr>
        <w:t>1:07:26  tha jannat ke liye nahi hai yaad rakhein jannat ikhlas se milti hai ikhlas Hafiz kar lein aap us se jannat mil jaye yeh bilkul yani Quran Hadees mein is ka kahin koi bhi is ka saboot nahi hai</w:t>
      </w:r>
      <w:r>
        <w:br/>
      </w:r>
      <w:r>
        <w:rPr>
          <w:sz w:val="20"/>
        </w:rPr>
        <w:t>1:07:44  jannat ki wahid shart hai ikhlas khalisatan lillah kaam karna</w:t>
      </w:r>
      <w:r>
        <w:br/>
      </w:r>
      <w:r>
        <w:rPr>
          <w:sz w:val="20"/>
        </w:rPr>
        <w:t>1:07:55  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r>
        <w:br/>
      </w:r>
      <w:r>
        <w:rPr>
          <w:sz w:val="20"/>
        </w:rPr>
        <w:t>1:08:21  Maulana inhi ki taraf se abhi abhi aik feedback aaya hai</w:t>
      </w:r>
      <w:r>
        <w:br/>
      </w:r>
      <w:r>
        <w:rPr>
          <w:sz w:val="20"/>
        </w:rPr>
        <w:t>1:08:24  woh likh rahe hain ke aaj Pakistan mein awaz bohat hi behtar aur achi sunai de rahi hai</w:t>
      </w:r>
    </w:p>
    <w:p>
      <w:pPr>
        <w:pStyle w:val="Heading2"/>
      </w:pPr>
      <w:r>
        <w:t>Why Muslims Are Territory-Oriented?</w:t>
      </w:r>
    </w:p>
    <w:p>
      <w:r>
        <w:rPr>
          <w:color w:val="666666"/>
          <w:sz w:val="18"/>
        </w:rPr>
        <w:t>Society &amp; Dawah · Divine Help September 22, 2015 · 2m 28s · at 43:03 · https://youtu.be/sozrNCif0Gg?t=2583</w:t>
      </w:r>
    </w:p>
    <w:p>
      <w:r>
        <w:rPr>
          <w:i/>
        </w:rPr>
        <w:t>“Why are Muslims so territory-oriented, like Kashmiris for the land of Kashmir, Palestinians for Palestine, etc.? Who said monopoly has ended? So practically a Muslim can buy a property in any part of the world and live and prosper.”</w:t>
      </w:r>
    </w:p>
    <w:p>
      <w:r>
        <w:rPr>
          <w:sz w:val="20"/>
        </w:rPr>
        <w:t>43:03  Maulana, agla sawal lete hain. yeh sawal Australia se bheja hai Nasir Khan Sahab ne.</w:t>
      </w:r>
      <w:r>
        <w:br/>
      </w:r>
      <w:r>
        <w:rPr>
          <w:sz w:val="20"/>
        </w:rPr>
        <w:t>43:12  unhon ne likha hai: "Molana sahib, why are Muslims so territory-oriented, like Kashmiris for the land of Kashmir, Palestinians for Palestine, etc.?</w:t>
      </w:r>
      <w:r>
        <w:br/>
      </w:r>
      <w:r>
        <w:rPr>
          <w:sz w:val="20"/>
        </w:rPr>
        <w:t>43:25  Who said monopoly has ended? So practically a Muslim can buy a property in any part of the world and live and prosper.</w:t>
      </w:r>
      <w:r>
        <w:br/>
      </w:r>
      <w:r>
        <w:rPr>
          <w:sz w:val="20"/>
        </w:rPr>
        <w:t>43:37  Many are already in diaspora and doing well.</w:t>
      </w:r>
      <w:r>
        <w:br/>
      </w:r>
      <w:r>
        <w:rPr>
          <w:sz w:val="20"/>
        </w:rPr>
        <w:t>43:41  So they have no restriction. Also, the whole world belongs to God. So if Muslims believe and love God, then they can worship Him from any part of the world.</w:t>
      </w:r>
      <w:r>
        <w:br/>
      </w:r>
      <w:r>
        <w:rPr>
          <w:sz w:val="20"/>
        </w:rPr>
        <w:t>43:53  Why being so closed for a particular land? Why this close thinking and what is the reason behind it?" bohat sahi baat kahi aap ne.</w:t>
      </w:r>
      <w:r>
        <w:br/>
      </w:r>
      <w:r>
        <w:rPr>
          <w:sz w:val="20"/>
        </w:rPr>
        <w:t>44:03  bohat sahi</w:t>
      </w:r>
      <w:r>
        <w:br/>
      </w:r>
      <w:r>
        <w:rPr>
          <w:sz w:val="20"/>
        </w:rPr>
        <w:t>44:04  asal baat yeh hai ke Musalmanon par abhi bhi jo old leadership thi, wahi ab oopar chhai hui hai. aur yeh fazilat ka concept hai.</w:t>
      </w:r>
      <w:r>
        <w:br/>
      </w:r>
      <w:r>
        <w:rPr>
          <w:sz w:val="20"/>
        </w:rPr>
        <w:t>44:14  aap ne bare bare laqab de diye, Ibn Taymiyyah ko, Ghazali ko. bare bare laqab. to aap samajhte hain ke woh wahi to aakhri insaan ban gaye. na Ibn Taymiyyah aakhri the, na Ghazali aakhri the.</w:t>
      </w:r>
      <w:r>
        <w:br/>
      </w:r>
      <w:r>
        <w:rPr>
          <w:sz w:val="20"/>
        </w:rPr>
        <w:t>44:26  koi aakhri nahi hai. yeh scientific, yeh scientific thinking Musalmanon mein aayi hi nahi. woh to fazail ki duniya mein jeete hain.</w:t>
      </w:r>
      <w:r>
        <w:br/>
      </w:r>
      <w:r>
        <w:rPr>
          <w:sz w:val="20"/>
        </w:rPr>
        <w:t>44:35  fazail. matlab ke sab se zyada afzal hai Ibn Taymiyyah. sab se afzal hai Ghazali. sab se afzal hai falan.</w:t>
      </w:r>
      <w:r>
        <w:br/>
      </w:r>
      <w:r>
        <w:rPr>
          <w:sz w:val="20"/>
        </w:rPr>
        <w:t>44:46  afzaliyat ka jo concept hai, yeh bohat hi killing concept hai. Killing. koi afzal nahi hai. koi bhi afzal nahi hai. Allah ke sab bande barabar hain.</w:t>
      </w:r>
      <w:r>
        <w:br/>
      </w:r>
      <w:r>
        <w:rPr>
          <w:sz w:val="20"/>
        </w:rPr>
        <w:t>44:57  to afzaliyat mein phans gaye hain Musalman. ke jo keh diya Ibn Taymiyyah ne, bas woh aakhri hai. jo keh diya Ghazali ne, woh aakhri hai. woh aakhri hai hi nahi.</w:t>
      </w:r>
      <w:r>
        <w:br/>
      </w:r>
      <w:r>
        <w:rPr>
          <w:sz w:val="20"/>
        </w:rPr>
        <w:t>45:07  aakhri to Quran hai. isi mein phanse hue hain Musalman aaj bhi. aakhri to Quran hai. isi liye ab Quran phaila rahe hain. Quran ko phaila rahe hain to ek log jaanein ke aakhri cheez Quran hai.</w:t>
      </w:r>
      <w:r>
        <w:br/>
      </w:r>
      <w:r>
        <w:rPr>
          <w:sz w:val="20"/>
        </w:rPr>
        <w:t>45:20  koi Ibn Taymiyyah aur Ghazali aur falan falan, woh aakhri nahi hai.</w:t>
      </w:r>
    </w:p>
    <w:p>
      <w:pPr>
        <w:pStyle w:val="Heading2"/>
      </w:pPr>
      <w:r>
        <w:t>Why Muslims Cannot Discard Violence</w:t>
      </w:r>
    </w:p>
    <w:p>
      <w:r>
        <w:rPr>
          <w:color w:val="666666"/>
          <w:sz w:val="18"/>
        </w:rPr>
        <w:t>Society &amp; Dawah · Reason and Faith July 10, 2016 · 3m 07s · at 59:44 · https://youtu.be/axR4I5yv29E?t=3584</w:t>
      </w:r>
    </w:p>
    <w:p>
      <w:r>
        <w:rPr>
          <w:i/>
        </w:rPr>
        <w:t>“Sir can you explain why Muslims are not able to discard their violent activities even after seeing so much destruction and loss of human lives?”</w:t>
      </w:r>
    </w:p>
    <w:p>
      <w:r>
        <w:rPr>
          <w:sz w:val="20"/>
        </w:rPr>
        <w:t>59:44  maulana, agla sawal Kanpur se kiya hai Muhammad Ayub sahib ne aur unhone likha hai ke Sir</w:t>
      </w:r>
      <w:r>
        <w:br/>
      </w:r>
      <w:r>
        <w:rPr>
          <w:sz w:val="20"/>
        </w:rPr>
        <w:t>59:49  can you explain why Muslims are not able to discard their violent activities even after seeing so much</w:t>
      </w:r>
      <w:r>
        <w:br/>
      </w:r>
      <w:r>
        <w:rPr>
          <w:sz w:val="20"/>
        </w:rPr>
        <w:t>59:55  destruction and loss of human lives?</w:t>
      </w:r>
      <w:r>
        <w:br/>
      </w:r>
      <w:r>
        <w:rPr>
          <w:sz w:val="20"/>
        </w:rPr>
        <w:t>1:00:01  What is the reason for the same?</w:t>
      </w:r>
      <w:r>
        <w:br/>
      </w:r>
      <w:r>
        <w:rPr>
          <w:sz w:val="20"/>
        </w:rPr>
        <w:t>1:00:06  dekhen, aap hadith ki kitabon mein ek hota hai kitab ul fitan.</w:t>
      </w:r>
      <w:r>
        <w:br/>
      </w:r>
      <w:r>
        <w:rPr>
          <w:sz w:val="20"/>
        </w:rPr>
        <w:t>1:00:12  har hadith mein hota hai kitab ul fitan.</w:t>
      </w:r>
      <w:r>
        <w:br/>
      </w:r>
      <w:r>
        <w:rPr>
          <w:sz w:val="20"/>
        </w:rPr>
        <w:t>1:00:17  to fitn ke ma'ni kya hain? dour-e-zawaal.</w:t>
      </w:r>
      <w:r>
        <w:br/>
      </w:r>
      <w:r>
        <w:rPr>
          <w:sz w:val="20"/>
        </w:rPr>
        <w:t>1:00:23  jo kitaab-ul-fitn mein jo riwayatein hoti hain, woh dour-e-zawaal ko batati hain.</w:t>
      </w:r>
      <w:r>
        <w:br/>
      </w:r>
      <w:r>
        <w:rPr>
          <w:sz w:val="20"/>
        </w:rPr>
        <w:t>1:00:28  ya'ni kitaab-ul-fitn ka matlab yeh hai ke dour-e-zawaal mein musalmanon ka haal kya hua? yeh hai.</w:t>
      </w:r>
      <w:r>
        <w:br/>
      </w:r>
      <w:r>
        <w:rPr>
          <w:sz w:val="20"/>
        </w:rPr>
        <w:t>1:00:34  to ab to chaudah sau saal beet gaye, ab bhi kaha dour-e-zawaal nahin aayega? yeh sab</w:t>
      </w:r>
      <w:r>
        <w:br/>
      </w:r>
      <w:r>
        <w:rPr>
          <w:sz w:val="20"/>
        </w:rPr>
        <w:t>1:00:39  jo baatein aap padh rahe hain, woh musalmanon ke dour-e-zawaal ki baatein hain.</w:t>
      </w:r>
      <w:r>
        <w:br/>
      </w:r>
      <w:r>
        <w:rPr>
          <w:sz w:val="20"/>
        </w:rPr>
        <w:t>1:00:45  kyunke Iqbal jo samjhate thay, bohat bade mufakkir, unhon ne keh diya tha ke zara nam ho to</w:t>
      </w:r>
      <w:r>
        <w:br/>
      </w:r>
      <w:r>
        <w:rPr>
          <w:sz w:val="20"/>
        </w:rPr>
        <w:t>1:00:50  yeh mitti bohat zarkhez hai.</w:t>
      </w:r>
      <w:r>
        <w:br/>
      </w:r>
      <w:r>
        <w:rPr>
          <w:sz w:val="20"/>
        </w:rPr>
        <w:t>1:00:56  taake hamare bachpan mein yeh shair bohat padha jaata tha jalson mein: zara nam ho to yeh mitti</w:t>
      </w:r>
      <w:r>
        <w:br/>
      </w:r>
      <w:r>
        <w:rPr>
          <w:sz w:val="20"/>
        </w:rPr>
        <w:t>1:01:01  bohat zarkhez hai.</w:t>
      </w:r>
      <w:r>
        <w:br/>
      </w:r>
      <w:r>
        <w:rPr>
          <w:sz w:val="20"/>
        </w:rPr>
        <w:t>1:01:07  taake baat ko ma'ni apne mutabiq samjha ke Iqbal ne apne baat ke zamane mein ek aur baat kahi thi.</w:t>
      </w:r>
      <w:r>
        <w:br/>
      </w:r>
      <w:r>
        <w:rPr>
          <w:sz w:val="20"/>
        </w:rPr>
        <w:t>1:01:12  yeh shuru baat, shuru ki baat thi.</w:t>
      </w:r>
      <w:r>
        <w:br/>
      </w:r>
      <w:r>
        <w:rPr>
          <w:sz w:val="20"/>
        </w:rPr>
        <w:t>1:01:18  ya'ni shuru ke zamane mein Iqbal ne kaha tha ke zara nam ho to yeh mitti bohat zarkhez hai.</w:t>
      </w:r>
      <w:r>
        <w:br/>
      </w:r>
      <w:r>
        <w:rPr>
          <w:sz w:val="20"/>
        </w:rPr>
        <w:t>1:01:23  taake lekin aakhri zamane mein unhon ne is ko ulta kaha tha.</w:t>
      </w:r>
      <w:r>
        <w:br/>
      </w:r>
      <w:r>
        <w:rPr>
          <w:sz w:val="20"/>
        </w:rPr>
        <w:t>1:01:29  unhon ne tere muheet mein kahin johar-e-zindagi nahin.</w:t>
      </w:r>
      <w:r>
        <w:br/>
      </w:r>
      <w:r>
        <w:rPr>
          <w:sz w:val="20"/>
        </w:rPr>
        <w:t>1:01:34  musalmanon ke bare mein tere muheet mein kahin johar-e-zindagi nahin.</w:t>
      </w:r>
      <w:r>
        <w:br/>
      </w:r>
      <w:r>
        <w:rPr>
          <w:sz w:val="20"/>
        </w:rPr>
        <w:t>1:01:40  dhoond chuka mein mauj mauj de chuka sau das.</w:t>
      </w:r>
      <w:r>
        <w:br/>
      </w:r>
      <w:r>
        <w:rPr>
          <w:sz w:val="20"/>
        </w:rPr>
        <w:t>1:01:46  yeh isi isi waqt Iqbal ka shair hai.</w:t>
      </w:r>
      <w:r>
        <w:br/>
      </w:r>
      <w:r>
        <w:rPr>
          <w:sz w:val="20"/>
        </w:rPr>
        <w:t>1:01:51  yeh shuru mein woh josh mein woh keh diya tha unhon ne, lekin baad mein jab tajruba hua</w:t>
      </w:r>
      <w:r>
        <w:br/>
      </w:r>
      <w:r>
        <w:rPr>
          <w:sz w:val="20"/>
        </w:rPr>
        <w:t>1:01:57  to unhon ne yeh shair kaha: tere muheet mein kahin johar-e-zindagi nahin.</w:t>
      </w:r>
      <w:r>
        <w:br/>
      </w:r>
      <w:r>
        <w:rPr>
          <w:sz w:val="20"/>
        </w:rPr>
        <w:t>1:02:02  dhoond chuka mein mauj mauj dekh chuka sau das.</w:t>
      </w:r>
      <w:r>
        <w:br/>
      </w:r>
      <w:r>
        <w:rPr>
          <w:sz w:val="20"/>
        </w:rPr>
        <w:t>1:02:08  to aakhri tajruba jo hai Iqbal ka, wohi sahi tajruba tha.</w:t>
      </w:r>
      <w:r>
        <w:br/>
      </w:r>
      <w:r>
        <w:rPr>
          <w:sz w:val="20"/>
        </w:rPr>
        <w:t>1:02:13  to aap ko yeh jaanna hoga ke musalmanon par dour-e-zawaal aa chuka hai aur aap ko un</w:t>
      </w:r>
      <w:r>
        <w:br/>
      </w:r>
      <w:r>
        <w:rPr>
          <w:sz w:val="20"/>
        </w:rPr>
        <w:t>1:02:19  ko revive karna hai, ehyaa karna hai.</w:t>
      </w:r>
      <w:r>
        <w:br/>
      </w:r>
      <w:r>
        <w:rPr>
          <w:sz w:val="20"/>
        </w:rPr>
        <w:t>1:02:24  yeh farz nahin karna hai ke musalman wohi musalman aaj bhi hain jo pehle thay.</w:t>
      </w:r>
      <w:r>
        <w:br/>
      </w:r>
      <w:r>
        <w:rPr>
          <w:sz w:val="20"/>
        </w:rPr>
        <w:t>1:02:30  jo musalman pehle thay, wohi musalman aaj hain.</w:t>
      </w:r>
      <w:r>
        <w:br/>
      </w:r>
      <w:r>
        <w:rPr>
          <w:sz w:val="20"/>
        </w:rPr>
        <w:t>1:02:35  is is mafrooze ko khatam karna pare ga.</w:t>
      </w:r>
      <w:r>
        <w:br/>
      </w:r>
      <w:r>
        <w:rPr>
          <w:sz w:val="20"/>
        </w:rPr>
        <w:t>1:02:41  yeh manna pare ga ke musalman apne daur-e-zawaal mein hain aur humein shuru se un ki islaah</w:t>
      </w:r>
      <w:r>
        <w:br/>
      </w:r>
      <w:r>
        <w:rPr>
          <w:sz w:val="20"/>
        </w:rPr>
        <w:t>1:02:46  karni hai, phir se revive karna hai.</w:t>
      </w:r>
    </w:p>
    <w:p>
      <w:pPr>
        <w:pStyle w:val="Heading2"/>
      </w:pPr>
      <w:r>
        <w:t>Why Muslims Lack Organization and Teamwork</w:t>
      </w:r>
    </w:p>
    <w:p>
      <w:r>
        <w:rPr>
          <w:color w:val="666666"/>
          <w:sz w:val="18"/>
        </w:rPr>
        <w:t>Society &amp; Dawah · Q&amp;A 04 DEC 2011 Maulana Wahiduddin Khan · 2m 32s · at 35:48 · https://youtu.be/KIMNmuUZoGo?t=2148</w:t>
      </w:r>
    </w:p>
    <w:p>
      <w:r>
        <w:rPr>
          <w:i/>
        </w:rPr>
        <w:t>“Among Muslims, organization and teamwork are found very little, whereas in Europe every work is done in an organized manner through teamwork. What is the reason for this?”</w:t>
      </w:r>
    </w:p>
    <w:p>
      <w:r>
        <w:rPr>
          <w:sz w:val="20"/>
        </w:rPr>
        <w:t>35:48  maulana agla sawal aaya hai mr daniyal ka patna, bihar se. unhone likha hai: "musalmanon ke andar organization aur team work bohat kam paya jata hai.</w:t>
      </w:r>
      <w:r>
        <w:br/>
      </w:r>
      <w:r>
        <w:rPr>
          <w:sz w:val="20"/>
        </w:rPr>
        <w:t>36:01  jabkeh europe mein har kaam ko organized andaaz mein team work ke tehat kiya jata hai. is ka sabab kya hai?"</w:t>
      </w:r>
      <w:r>
        <w:br/>
      </w:r>
      <w:r>
        <w:rPr>
          <w:sz w:val="20"/>
        </w:rPr>
        <w:t>36:12  pehlay europe mein bhi nahi tha aisa. yaani renaissance se pehlay europe ka bohat bura haal tha. mein samajhta hoon keh yeh sab se bara sabab hai scientific education.</w:t>
      </w:r>
      <w:r>
        <w:br/>
      </w:r>
      <w:r>
        <w:rPr>
          <w:sz w:val="20"/>
        </w:rPr>
        <w:t>36:25  jo renaissance ke baad aayi hai. musalmanon mein bad qismati hai keh scientific education taqreeban nahi ke barabar hai.</w:t>
      </w:r>
      <w:r>
        <w:br/>
      </w:r>
      <w:r>
        <w:rPr>
          <w:sz w:val="20"/>
        </w:rPr>
        <w:t>36:33  hai hi nahi. musalmanon mein jo hai jo cheezein hain woh woh aadmi ke andar discipline discipline nahi laati.</w:t>
      </w:r>
      <w:r>
        <w:br/>
      </w:r>
      <w:r>
        <w:rPr>
          <w:sz w:val="20"/>
        </w:rPr>
        <w:t>36:41  jazbaatiyat paida karti hain. yeh jihadi baat hai aur aur inshallah baaz arsay ki khitabat, debate yeh sab cheezein.</w:t>
      </w:r>
      <w:r>
        <w:br/>
      </w:r>
      <w:r>
        <w:rPr>
          <w:sz w:val="20"/>
        </w:rPr>
        <w:t>36:50  to mein samajhta hoon keh ahl-e-europe mein mein khud pehlay jo hai in ka bohat bura haal tha.</w:t>
      </w:r>
      <w:r>
        <w:br/>
      </w:r>
      <w:r>
        <w:rPr>
          <w:sz w:val="20"/>
        </w:rPr>
        <w:t>36:59  aur renaissance ke baad jab in ki education aayi, science, scientific education, tab in mein bohat zabardast badlao aaya.</w:t>
      </w:r>
      <w:r>
        <w:br/>
      </w:r>
      <w:r>
        <w:rPr>
          <w:sz w:val="20"/>
        </w:rPr>
        <w:t>37:08  to wohi musalmanon ko bhi karna hai. bad qismati se musalmanon mein scientific education ka koi concept nahi, aaj bhi nahi hai. bohat se bohat koi samajhta hai kahein koi job lene ke liye, kuch degree lete lene ke liye.</w:t>
      </w:r>
      <w:r>
        <w:br/>
      </w:r>
      <w:r>
        <w:rPr>
          <w:sz w:val="20"/>
        </w:rPr>
        <w:t>37:23  lekin degree se aagay jo science ki ahmiyat hai us ko bilkul nahi jante woh log.</w:t>
      </w:r>
      <w:r>
        <w:br/>
      </w:r>
      <w:r>
        <w:rPr>
          <w:sz w:val="20"/>
        </w:rPr>
        <w:t>37:29  to mein samajhta hoon keh musalmanon mein agar agar sahi bolana hai to scientific education ke bahar jayein. jaise jo mulk hain pakistan, iran waghera, islami jamhooria kehte hain woh apne ko, mein kehta hoon keh yeh yeh yeh khud apne aap mein ghair scientific baat hai.</w:t>
      </w:r>
      <w:r>
        <w:br/>
      </w:r>
      <w:r>
        <w:rPr>
          <w:sz w:val="20"/>
        </w:rPr>
        <w:t>37:47  rasool Allah ne jab madina ko islami jamhooria nahi kaha to aap ke haq hai kehne ka. to yeh mulk jo hain in mein sab se zaroori tha yeh keh woh islami jamhooria declare karne ke bajaye yeh kehte hain keh hamein education mein sari taqat lagana hai.</w:t>
      </w:r>
      <w:r>
        <w:br/>
      </w:r>
      <w:r>
        <w:rPr>
          <w:sz w:val="20"/>
        </w:rPr>
        <w:t>38:02  khaas tor par scientific education mein. yeh kahein bhi yaani priority basis pe kahein bhi education ko liya nahi gaya.</w:t>
      </w:r>
      <w:r>
        <w:br/>
      </w:r>
      <w:r>
        <w:rPr>
          <w:sz w:val="20"/>
        </w:rPr>
        <w:t>38:08  koi muslim country nahi hai jahan keh priority basis pe education ko liya gaya ho. jabkeh europe mein liya. to mein samajhta hoon keh yeh asal wajah hai.</w:t>
      </w:r>
    </w:p>
    <w:p>
      <w:pPr>
        <w:pStyle w:val="Heading2"/>
      </w:pPr>
      <w:r>
        <w:t>Why Muslims Protest Only Other Communities' Evils</w:t>
      </w:r>
    </w:p>
    <w:p>
      <w:r>
        <w:rPr>
          <w:color w:val="666666"/>
          <w:sz w:val="18"/>
        </w:rPr>
        <w:t>Society &amp; Dawah · Q&amp;A 04 Mar 2012 Maulana Wahiduddin Khan · 4m 17s · at 42:45 · https://youtu.be/txRmutuvWQI?t=2565</w:t>
      </w:r>
    </w:p>
    <w:p>
      <w:r>
        <w:rPr>
          <w:i/>
        </w:rPr>
        <w:t>“Why is it that Muslims do not react to the evils committed by members of their family or community, but they launch their protest only against the evils when these are committed by people belonging to another community, whom they regard as their enemies?”</w:t>
      </w:r>
    </w:p>
    <w:p>
      <w:r>
        <w:rPr>
          <w:sz w:val="20"/>
        </w:rPr>
        <w:t>42:45  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r>
        <w:br/>
      </w:r>
      <w:r>
        <w:rPr>
          <w:sz w:val="20"/>
        </w:rPr>
        <w:t>43:12  haan, abhi haal mein mujhe quran ka ek english tarjuma mila jo yahan ek book fair mein kafi banta gaya hai.</w:t>
      </w:r>
      <w:r>
        <w:br/>
      </w:r>
      <w:r>
        <w:rPr>
          <w:sz w:val="20"/>
        </w:rPr>
        <w:t>43:21  to is ke shuru mein ek preface hai, ek forward hai. is forward mein likha hai</w:t>
      </w:r>
      <w:r>
        <w:br/>
      </w:r>
      <w:r>
        <w:rPr>
          <w:sz w:val="20"/>
        </w:rPr>
        <w:t>43:29  ke islam aur musalman unique hain. ghore o fikr karo ke islam bhi unique hai, musalman bhi unique hai, ummat, ummat bhi unique hai.</w:t>
      </w:r>
      <w:r>
        <w:br/>
      </w:r>
      <w:r>
        <w:rPr>
          <w:sz w:val="20"/>
        </w:rPr>
        <w:t>43:39  to yahi zehan mein paida hoga. islam to bilashuba unique hai, musalman unique nahi hai. musalman to ek</w:t>
      </w:r>
      <w:r>
        <w:br/>
      </w:r>
      <w:r>
        <w:rPr>
          <w:sz w:val="20"/>
        </w:rPr>
        <w:t>43:47  blnt bashar min khalq kiya hai? sahib, kis surat mein? blnt bashar min khalq. ji, kya kya ayat hai?</w:t>
      </w:r>
      <w:r>
        <w:br/>
      </w:r>
      <w:r>
        <w:rPr>
          <w:sz w:val="20"/>
        </w:rPr>
        <w:t>43:57  blnt bashar min khalq. blnt bashar min khalq, jaise doosra insan hai, us se musalman. main hairaan reh gaya ke is quran ko bant rahe hain ghair muslimon mein, jis mein khud likh rakha hai ke musalman unique ummah hain.</w:t>
      </w:r>
      <w:r>
        <w:br/>
      </w:r>
      <w:r>
        <w:rPr>
          <w:sz w:val="20"/>
        </w:rPr>
        <w:t>44:12  pata nahi ke yani khuda description karta hai.</w:t>
      </w:r>
      <w:r>
        <w:br/>
      </w:r>
      <w:r>
        <w:rPr>
          <w:sz w:val="20"/>
        </w:rPr>
        <w:t>44:18  to isi se logon ke andar yeh paak, jis ko kehte hain woh yani self righteousness. hum kuch doosron se bartar hain, hum kuch behtar hain, hum khair ummah hain.</w:t>
      </w:r>
      <w:r>
        <w:br/>
      </w:r>
      <w:r>
        <w:rPr>
          <w:sz w:val="20"/>
        </w:rPr>
        <w:t>44:30  isi ki wajah se apne bare mein kaha jaye to bhark bharken ge aur doosron ke bare mein khoob bolen ge, be takan. to main hairaan reh gaya ke woh quran, us mein likha hua tha ke ghair muslimon ke mein phailane ke liye, aur us mein, us mein forward word mein yeh likha hua hai.</w:t>
      </w:r>
      <w:r>
        <w:br/>
      </w:r>
      <w:r>
        <w:rPr>
          <w:sz w:val="20"/>
        </w:rPr>
        <w:t>44:50  kya kya kya tha? woh us mein yahi tha ke islam aur muslim ummah unique hain. ji ji ji, mere paas maujood hai, kuch aap aa ke dekh sakte hain.</w:t>
      </w:r>
      <w:r>
        <w:br/>
      </w:r>
      <w:r>
        <w:rPr>
          <w:sz w:val="20"/>
        </w:rPr>
        <w:t>45:00  islam bilashuba unique hai, lekin unique is tarah se main bhi unique agar tab bhi main nahi bolunga. main kahunga ke islam jo hai, preserved religion hai, mehfooz religion hai.</w:t>
      </w:r>
      <w:r>
        <w:br/>
      </w:r>
      <w:r>
        <w:rPr>
          <w:sz w:val="20"/>
        </w:rPr>
        <w:t>45:13  har har mazhab</w:t>
      </w:r>
      <w:r>
        <w:br/>
      </w:r>
      <w:r>
        <w:rPr>
          <w:sz w:val="20"/>
        </w:rPr>
        <w:t>45:14  jo tha, wahshi tha, jaisa ke islam hai, jo allah ne bheja. to islam jo hai, kuch superior hai, doosre pichle mazahib jo the, inferior the.</w:t>
      </w:r>
      <w:r>
        <w:br/>
      </w:r>
      <w:r>
        <w:rPr>
          <w:sz w:val="20"/>
        </w:rPr>
        <w:t>45:24  aisa nahi, kuch bhi nahi. to unique ka lafz hi sach much irrelevant hai.</w:t>
      </w:r>
      <w:r>
        <w:br/>
      </w:r>
      <w:r>
        <w:rPr>
          <w:sz w:val="20"/>
        </w:rPr>
        <w:t>45:32  quran ya islam koi yani doosre jo allah ke bheje hue mazahib the, us se alag nahi hai. wahi wahi wahi ka wahi hai.</w:t>
      </w:r>
      <w:r>
        <w:br/>
      </w:r>
      <w:r>
        <w:rPr>
          <w:sz w:val="20"/>
        </w:rPr>
        <w:t>45:42  to unique ka concept hi galat hai. aur musalmanon ka samajhna ke woh unique ummah hain, woh khair ummah hain, doosre log</w:t>
      </w:r>
      <w:r>
        <w:br/>
      </w:r>
      <w:r>
        <w:rPr>
          <w:sz w:val="20"/>
        </w:rPr>
        <w:t>45:50  un se kam hain, kuch yeh bilashuba ek ek khud sakhta nazariya hai, baseless hai. aur isi ki wajah se yeh agaya musalmanon mein, yani apne ko kuch behtar samajhna, doosron se ooncha samajhna.</w:t>
      </w:r>
      <w:r>
        <w:br/>
      </w:r>
      <w:r>
        <w:rPr>
          <w:sz w:val="20"/>
        </w:rPr>
        <w:t>46:07  to jo log aisa maan lein, to un par karsiz ka karsaz kiya jayega, to bohat ghussa honge. aur doosron pe kiya jaye, to khoob khush honge. yeh nafsiyat musalmanon mein iss waqt hai, jis ko angrezi mein kehte hain paranoia.</w:t>
      </w:r>
      <w:r>
        <w:br/>
      </w:r>
      <w:r>
        <w:rPr>
          <w:sz w:val="20"/>
        </w:rPr>
        <w:t>46:22  musalmanon ka jo hai, us ko panaroid character ban gaye hain musalman.</w:t>
      </w:r>
      <w:r>
        <w:br/>
      </w:r>
      <w:r>
        <w:rPr>
          <w:sz w:val="20"/>
        </w:rPr>
        <w:t>46:27  aur yeh mera dekhein, bilkul is ka islam se koi talluq nahi hai.</w:t>
      </w:r>
      <w:r>
        <w:br/>
      </w:r>
      <w:r>
        <w:rPr>
          <w:sz w:val="20"/>
        </w:rPr>
        <w:t>46:32  maulana, agla ek comment aaya hai maulana abdul basit umri ka doha, qatar se. unhon ne likha hai: "maulana shib shib abi talib ke waqeye se daai ka kirdaar bohat wazeh andaaz mein samajh mein aaya.</w:t>
      </w:r>
      <w:r>
        <w:br/>
      </w:r>
      <w:r>
        <w:rPr>
          <w:sz w:val="20"/>
        </w:rPr>
        <w:t>46:47  is wazahat ke peeche nabiyon ka waqeya yaad aaya ke un ko aari se aur lohay ki kanghiyon se un ke jism ke tukde kiye gaye, phir bhi unhein yeh bardasht karne ka hukum tha." ji haan, sahi hai.</w:t>
      </w:r>
    </w:p>
    <w:p>
      <w:pPr>
        <w:pStyle w:val="Heading2"/>
      </w:pPr>
      <w:r>
        <w:t>Why Muslims are more conditioned</w:t>
      </w:r>
    </w:p>
    <w:p>
      <w:r>
        <w:rPr>
          <w:color w:val="666666"/>
          <w:sz w:val="18"/>
        </w:rPr>
        <w:t>Society &amp; Dawah · Islamic Wisdom July 17, 2016 · 1m 45s · at 1:04:25 · https://youtu.be/jB4ugN0K-AM?t=3865</w:t>
      </w:r>
    </w:p>
    <w:p>
      <w:r>
        <w:rPr>
          <w:i/>
        </w:rPr>
        <w:t>“Why Muslims are more conditioned than non-Muslims?”</w:t>
      </w:r>
    </w:p>
    <w:p>
      <w:r>
        <w:rPr>
          <w:sz w:val="20"/>
        </w:rPr>
        <w:t>1:04:25  maulana, agla sawal pakistan se miss shabana ansari ne kiya hai.</w:t>
      </w:r>
      <w:r>
        <w:br/>
      </w:r>
      <w:r>
        <w:rPr>
          <w:sz w:val="20"/>
        </w:rPr>
        <w:t>1:04:30  انہوں نے آپ سے پوچھا ہے کہ why Muslims are more conditioned than non-Muslims؟ میں دیکھیں، اس</w:t>
      </w:r>
      <w:r>
        <w:br/>
      </w:r>
      <w:r>
        <w:rPr>
          <w:sz w:val="20"/>
        </w:rPr>
        <w:t>1:04:38  ki wajah yeh hai ke musalmanon mein secularization ko roka hamare ulma ne, abhi bhi rok rahe hain.</w:t>
      </w:r>
      <w:r>
        <w:br/>
      </w:r>
      <w:r>
        <w:rPr>
          <w:sz w:val="20"/>
        </w:rPr>
        <w:t>1:04:46  woh misaal ke tor par dekhiye, abhi bhi kyun kehta hoon main ke jo madaris banaye gaye, yeh</w:t>
      </w:r>
      <w:r>
        <w:br/>
      </w:r>
      <w:r>
        <w:rPr>
          <w:sz w:val="20"/>
        </w:rPr>
        <w:t>1:04:53  jo jo secular education ke liye idare banaye gaye, jaise jamia millia, muslim university, wahan par zor laga</w:t>
      </w:r>
      <w:r>
        <w:br/>
      </w:r>
      <w:r>
        <w:rPr>
          <w:sz w:val="20"/>
        </w:rPr>
        <w:t>1:05:01  diya unhon ne deen ka.</w:t>
      </w:r>
      <w:r>
        <w:br/>
      </w:r>
      <w:r>
        <w:rPr>
          <w:sz w:val="20"/>
        </w:rPr>
        <w:t>1:05:03  deeni taleem bhi sath sath deeni taleem bhi toh na secular education hui wahan par, na deeni taleem</w:t>
      </w:r>
      <w:r>
        <w:br/>
      </w:r>
      <w:r>
        <w:rPr>
          <w:sz w:val="20"/>
        </w:rPr>
        <w:t>1:05:11  hui.</w:t>
      </w:r>
      <w:r>
        <w:br/>
      </w:r>
      <w:r>
        <w:rPr>
          <w:sz w:val="20"/>
        </w:rPr>
        <w:t>1:05:12  jitne bhi aise school, college, university hain jo musalmanon ne banaye hain, jis mein dono ki dono taleem</w:t>
      </w:r>
      <w:r>
        <w:br/>
      </w:r>
      <w:r>
        <w:rPr>
          <w:sz w:val="20"/>
        </w:rPr>
        <w:t>1:05:20  hoti hai, is mein dono aitbar se reh jate hain.</w:t>
      </w:r>
      <w:r>
        <w:br/>
      </w:r>
      <w:r>
        <w:rPr>
          <w:sz w:val="20"/>
        </w:rPr>
        <w:t>1:05:24  sahih tareeqa yeh tha jo christian logon ne kiya hai ke secular education education ke liye idare hain</w:t>
      </w:r>
      <w:r>
        <w:br/>
      </w:r>
      <w:r>
        <w:rPr>
          <w:sz w:val="20"/>
        </w:rPr>
        <w:t>1:05:32  un ke haan, college, school, aur jahan tak mazhabi taleem ki baat hai, woh is ke liye seminary</w:t>
      </w:r>
      <w:r>
        <w:br/>
      </w:r>
      <w:r>
        <w:rPr>
          <w:sz w:val="20"/>
        </w:rPr>
        <w:t>1:05:40  kholte hain.</w:t>
      </w:r>
      <w:r>
        <w:br/>
      </w:r>
      <w:r>
        <w:rPr>
          <w:sz w:val="20"/>
        </w:rPr>
        <w:t>1:05:41  seminary alag toh musalmanon ka bhi yahi tareeqa sahi hai ke secular education ke liye toh school, college,</w:t>
      </w:r>
      <w:r>
        <w:br/>
      </w:r>
      <w:r>
        <w:rPr>
          <w:sz w:val="20"/>
        </w:rPr>
        <w:t>1:05:49  university ho, aur jo aap ki deeni taleem ka aap kehte hain, us ke liye alag banaiye, us</w:t>
      </w:r>
      <w:r>
        <w:br/>
      </w:r>
      <w:r>
        <w:rPr>
          <w:sz w:val="20"/>
        </w:rPr>
        <w:t>1:05:57  mein mut milaiye, na yeh rahega, na woh rahega.</w:t>
      </w:r>
      <w:r>
        <w:br/>
      </w:r>
      <w:r>
        <w:rPr>
          <w:sz w:val="20"/>
        </w:rPr>
        <w:t>1:06:01  mein samajhta hoon ke sari zimmedari ulma ki hai, unhon ne taleem ke liye right planning nahi</w:t>
      </w:r>
      <w:r>
        <w:br/>
      </w:r>
      <w:r>
        <w:rPr>
          <w:sz w:val="20"/>
        </w:rPr>
        <w:t>1:06:09  di is zamane mein.</w:t>
      </w:r>
    </w:p>
    <w:p>
      <w:pPr>
        <w:pStyle w:val="Heading2"/>
      </w:pPr>
      <w:r>
        <w:t>Why Muslims consider dawah a waste</w:t>
      </w:r>
    </w:p>
    <w:p>
      <w:r>
        <w:rPr>
          <w:color w:val="666666"/>
          <w:sz w:val="18"/>
        </w:rPr>
        <w:t>Society &amp; Dawah · Revival and Revivalist June 7, 2015 · 1m 12s · at 45:50 · https://youtu.be/MCY8AJ87BXc?t=2750</w:t>
      </w:r>
    </w:p>
    <w:p>
      <w:r>
        <w:rPr>
          <w:i/>
        </w:rPr>
        <w:t>“Why Muslims consider dawah a waste of money?”</w:t>
      </w:r>
    </w:p>
    <w:p>
      <w:r>
        <w:rPr>
          <w:sz w:val="20"/>
        </w:rPr>
        <w:t>45:50  ma'ni yeh pehla sawal aaya hai mr. asif ka dehli se. why muslims consider dawah a wastage of money?</w:t>
      </w:r>
      <w:r>
        <w:br/>
      </w:r>
      <w:r>
        <w:rPr>
          <w:sz w:val="20"/>
        </w:rPr>
        <w:t>46:01  dekhiye, dawah</w:t>
      </w:r>
      <w:r>
        <w:br/>
      </w:r>
      <w:r>
        <w:rPr>
          <w:sz w:val="20"/>
        </w:rPr>
        <w:t>46:05  ki importance to musalmanon ko pata hi nahin thi. masla yeh hai ke jitne musalmanon ke jo likhne wale aur bolne wale log hain, unhon ne kabhi dawah ki amd batai hi nahin.</w:t>
      </w:r>
      <w:r>
        <w:br/>
      </w:r>
      <w:r>
        <w:rPr>
          <w:sz w:val="20"/>
        </w:rPr>
        <w:t>46:18  to woh yeh samajhte hain ke dawah ka kaam karna time waste karna hai.</w:t>
      </w:r>
      <w:r>
        <w:br/>
      </w:r>
      <w:r>
        <w:rPr>
          <w:sz w:val="20"/>
        </w:rPr>
        <w:t>46:27  time dawah woh cheez hai jo aap ko, yani is aap ko nabi ka, aap ko yeh credit deti deti hai ke aap ne woh kaam kiya jo jis kaam ko nabi ne chhora tha apne baad.</w:t>
      </w:r>
      <w:r>
        <w:br/>
      </w:r>
      <w:r>
        <w:rPr>
          <w:sz w:val="20"/>
        </w:rPr>
        <w:t>46:45  woh kaam kar rahe hain. wa laika min nabiyyin, yeh woh log hain jo nabi ke saathi honge.</w:t>
      </w:r>
      <w:r>
        <w:br/>
      </w:r>
      <w:r>
        <w:rPr>
          <w:sz w:val="20"/>
        </w:rPr>
        <w:t>46:52  unhein itna bada darja milega ke qayamat mein anbiya ke saathi honge. yeh log yeh bataya nahin gaya to na batane ki wajah se aisa hai.</w:t>
      </w:r>
    </w:p>
    <w:p>
      <w:pPr>
        <w:pStyle w:val="Heading2"/>
      </w:pPr>
      <w:r>
        <w:t>Why Muslims don't follow Christian success in education</w:t>
      </w:r>
    </w:p>
    <w:p>
      <w:r>
        <w:rPr>
          <w:color w:val="666666"/>
          <w:sz w:val="18"/>
        </w:rPr>
        <w:t>Society &amp; Dawah · Paradise Culture January 12, 2014 · 3m 51s · at 44:42 · https://youtu.be/Z3A6r7XjE00?t=2682</w:t>
      </w:r>
    </w:p>
    <w:p>
      <w:r>
        <w:rPr>
          <w:i/>
        </w:rPr>
        <w:t>“Maulana, if Christian brothers can succeed in their mission to dominate in the education and health sector all over the country without any power and political party, please tell us why Muslims are not thinking in similar lines.”</w:t>
      </w:r>
    </w:p>
    <w:p>
      <w:r>
        <w:rPr>
          <w:sz w:val="20"/>
        </w:rPr>
        <w:t>44:42  molana, yeh sawal bangalore se aaya hai, naseerullah sahab ka. unhone likha hai: "molana, if christian brothers can succeed in their mission to dominate in education and health sector all over the country without any power and political party,</w:t>
      </w:r>
      <w:r>
        <w:br/>
      </w:r>
      <w:r>
        <w:rPr>
          <w:sz w:val="20"/>
        </w:rPr>
        <w:t>45:05  please tell us why muslims are not thinking in similar lines.</w:t>
      </w:r>
      <w:r>
        <w:br/>
      </w:r>
      <w:r>
        <w:rPr>
          <w:sz w:val="20"/>
        </w:rPr>
        <w:t>45:11  "dekhein, muslim par blame nahi jata balkeh musalmanon ke ulma aur rehnamaon par blame jata hai.</w:t>
      </w:r>
      <w:r>
        <w:br/>
      </w:r>
      <w:r>
        <w:rPr>
          <w:sz w:val="20"/>
        </w:rPr>
        <w:t>45:19  is zamane mein saare ulma aur saare muslim leader jo hain, unhone musalmanon ko negative target pe daudaya. political hungame, hukoomaton ke khilaf shor,</w:t>
      </w:r>
      <w:r>
        <w:br/>
      </w:r>
      <w:r>
        <w:rPr>
          <w:sz w:val="20"/>
        </w:rPr>
        <w:t>45:33  injustice ho raha hai. arab mein bhi ho raha hai, yahi kaam idhar bhi ho raha hai.</w:t>
      </w:r>
      <w:r>
        <w:br/>
      </w:r>
      <w:r>
        <w:rPr>
          <w:sz w:val="20"/>
        </w:rPr>
        <w:t>45:38  yaani arab na arab, dono duniya mein sirf negative activities hain,</w:t>
      </w:r>
      <w:r>
        <w:br/>
      </w:r>
      <w:r>
        <w:rPr>
          <w:sz w:val="20"/>
        </w:rPr>
        <w:t>45:46  political hungame hain. jab yeh mahaul paida kar diya jaye to musalman bhi wahi karenge jo unke bade kar rahe hain.</w:t>
      </w:r>
      <w:r>
        <w:br/>
      </w:r>
      <w:r>
        <w:rPr>
          <w:sz w:val="20"/>
        </w:rPr>
        <w:t>46:01  to mere dekh, sari zimmedari arab aur non-arab dono ki yeh hai, unke ulma ki aur unke bade, unke leaderon ki ke unhone qaum ko negative item, negative target de diya.</w:t>
      </w:r>
      <w:r>
        <w:br/>
      </w:r>
      <w:r>
        <w:rPr>
          <w:sz w:val="20"/>
        </w:rPr>
        <w:t>46:16  yeh israel ke khilaf ladna aur kal nazer ke khilaf ladna, america ke khilaf ladna, yeh yahi nishaniyan diyan.</w:t>
      </w:r>
      <w:r>
        <w:br/>
      </w:r>
      <w:r>
        <w:rPr>
          <w:sz w:val="20"/>
        </w:rPr>
        <w:t>46:26  islami aur islami hukoomat qaim karna,</w:t>
      </w:r>
      <w:r>
        <w:br/>
      </w:r>
      <w:r>
        <w:rPr>
          <w:sz w:val="20"/>
        </w:rPr>
        <w:t>46:30  yeh sab nishaniyan di hain unhone. to isi mein pade hue log phanse hue hain, log unko pata hi nahi. aur daur-e-jadeed kya hai?</w:t>
      </w:r>
      <w:r>
        <w:br/>
      </w:r>
      <w:r>
        <w:rPr>
          <w:sz w:val="20"/>
        </w:rPr>
        <w:t>46:39  daur-e-jadeed se khud bhi na waqif the aur musalmanon ke bhi batane mein nakaam ho gaye. musalmanon ko batana chahiye tha ke yeh daur, daur-e-ilm hai, yeh age of education hai,</w:t>
      </w:r>
      <w:r>
        <w:br/>
      </w:r>
      <w:r>
        <w:rPr>
          <w:sz w:val="20"/>
        </w:rPr>
        <w:t>46:55  age of war nahi hai.</w:t>
      </w:r>
      <w:r>
        <w:br/>
      </w:r>
      <w:r>
        <w:rPr>
          <w:sz w:val="20"/>
        </w:rPr>
        <w:t>46:57  agar musalmanon ko bataya gaya hota ke yeh age of education hai, age of science hai, age of naya knowledge hai, to musalman wahi karte hain.</w:t>
      </w:r>
      <w:r>
        <w:br/>
      </w:r>
      <w:r>
        <w:rPr>
          <w:sz w:val="20"/>
        </w:rPr>
        <w:t>47:05  lekin unko batane walon ne bataya hi nahi. to asal ghalti mere nazdeek is maamle mein ulma ki hai, muslim muslim ulma aur muslim leaderon ki.</w:t>
      </w:r>
      <w:r>
        <w:br/>
      </w:r>
      <w:r>
        <w:rPr>
          <w:sz w:val="20"/>
        </w:rPr>
        <w:t>47:15  awam to yaani unhi ke kahe hue raaste pe chal rahe hain. hamara mashwara Allah ke fazl se is maamle mein is ko correction kar raha hai.</w:t>
      </w:r>
      <w:r>
        <w:br/>
      </w:r>
      <w:r>
        <w:rPr>
          <w:sz w:val="20"/>
        </w:rPr>
        <w:t>47:27  is ghalt rehnmai, correction, hum musalmanon ko naya zehan de rahe hain. Allah ke fazl se hazaron hazar log is se faida utha rahe hain.</w:t>
      </w:r>
      <w:r>
        <w:br/>
      </w:r>
      <w:r>
        <w:rPr>
          <w:sz w:val="20"/>
        </w:rPr>
        <w:t>47:38  ek nayi thinking paida ho rahi hai har jagah, sari duniya mein ek nayi thinking paida ho rahi hai. to aap aap sawal kyun kar rahe hain?</w:t>
      </w:r>
      <w:r>
        <w:br/>
      </w:r>
      <w:r>
        <w:rPr>
          <w:sz w:val="20"/>
        </w:rPr>
        <w:t>47:47  aap saath dijiye, amal-e-mashriq ka saath dijiye.</w:t>
      </w:r>
      <w:r>
        <w:br/>
      </w:r>
      <w:r>
        <w:rPr>
          <w:sz w:val="20"/>
        </w:rPr>
        <w:t>47:50  yaani jo jo log nahi kar sake, unke khilaf aap sochna chhod dijiye. jo kar rahe hain, unka saath dijiye.</w:t>
      </w:r>
      <w:r>
        <w:br/>
      </w:r>
      <w:r>
        <w:rPr>
          <w:sz w:val="20"/>
        </w:rPr>
        <w:t>48:01  yani aap ke sawal mein un ka zikr hai jo nahi kar rahe hain. lekin yeh bhi dekhen, kuch log kar rahe hain. hamare saathi, hamari team har jagah hai, sari duniya</w:t>
      </w:r>
      <w:r>
        <w:br/>
      </w:r>
      <w:r>
        <w:rPr>
          <w:sz w:val="20"/>
        </w:rPr>
        <w:t>48:10  mein. woh Allah ke fazl se is isi taraf musalmanon ko mutawajjah kar rahe hain ke peaceful the work aur peaceful education, peaceful taameer.</w:t>
      </w:r>
      <w:r>
        <w:br/>
      </w:r>
      <w:r>
        <w:rPr>
          <w:sz w:val="20"/>
        </w:rPr>
        <w:t>48:24  toh in ka saath dijiye, aap bajaye sawal karne ke, aap in ka saath dijiye. main toh yahi kahunga.</w:t>
      </w:r>
    </w:p>
    <w:p>
      <w:pPr>
        <w:pStyle w:val="Heading2"/>
      </w:pPr>
      <w:r>
        <w:t>Why Muslims don't value peace over fighting</w:t>
      </w:r>
    </w:p>
    <w:p>
      <w:r>
        <w:rPr>
          <w:color w:val="666666"/>
          <w:sz w:val="18"/>
        </w:rPr>
        <w:t>Society &amp; Dawah · Experience of Hyderabad CPS Meet December 1, 2013 · 5m 07s · at 1:01:06 · https://youtu.be/Y8mcxF2Lhyc?t=3666</w:t>
      </w:r>
    </w:p>
    <w:p>
      <w:r>
        <w:rPr>
          <w:i/>
        </w:rPr>
        <w:t>“Why don't Muslims consider peace as a matter of greatness? They consider fighting as greatness and peaceful dawah work as unimportant.”</w:t>
      </w:r>
    </w:p>
    <w:p>
      <w:r>
        <w:rPr>
          <w:sz w:val="20"/>
        </w:rPr>
        <w:t>1:01:06  Maulana, agla sawal lene se pehle aik comment parhna chahenge jo Mahtab sahib ne Dhampur se bheja hai. unhon ne likha hai: "Maulana sahib, today lecture was a very meaningful lecture for me about what you mentioned from risalat to mission in India."</w:t>
      </w:r>
      <w:r>
        <w:br/>
      </w:r>
      <w:r>
        <w:rPr>
          <w:sz w:val="20"/>
        </w:rPr>
        <w:t>1:01:28  Maulana, agla sawal Maulana Iqbal Umri ne kiya hai Tamil Nadu</w:t>
      </w:r>
      <w:r>
        <w:br/>
      </w:r>
      <w:r>
        <w:rPr>
          <w:sz w:val="20"/>
        </w:rPr>
        <w:t>1:01:33  se. unhon ne likha hai: "Maulana, musalman aman ki baat ko azmat ki baat kyun nahi samajhte?" yaani qital ko azmat aur paraman dawati kaam ko ahmiyat nahi.</w:t>
      </w:r>
      <w:r>
        <w:br/>
      </w:r>
      <w:r>
        <w:rPr>
          <w:sz w:val="20"/>
        </w:rPr>
        <w:t>1:01:48  aisa kyun hai? dekhiye, wajah to is ki yeh hai ke baad ke daur mein musalmanon se dawat hadaf ho gayi.</w:t>
      </w:r>
      <w:r>
        <w:br/>
      </w:r>
      <w:r>
        <w:rPr>
          <w:sz w:val="20"/>
        </w:rPr>
        <w:t>1:01:59  ab jo cheez reh gayi woh jihad, kyunke yaani hukoomaten ban gayeen. hukoomaten banti hain to kisi na kisi se takrao rehta hai, kahin baghawat ho rahi hai, kahin parosi mulk mein aap ko expand karna hai.</w:t>
      </w:r>
      <w:r>
        <w:br/>
      </w:r>
      <w:r>
        <w:rPr>
          <w:sz w:val="20"/>
        </w:rPr>
        <w:t>1:02:20  to political taraqqi hui musalmanon ki, un ki hukoomaten bani paare bana. to is waqt yahi hoga ke hamein jihad karna, jihad karna, jihad karna.</w:t>
      </w:r>
      <w:r>
        <w:br/>
      </w:r>
      <w:r>
        <w:rPr>
          <w:sz w:val="20"/>
        </w:rPr>
        <w:t>1:02:32  aur dawat jo hai woh bilkul hadaf ho gayi,</w:t>
      </w:r>
      <w:r>
        <w:br/>
      </w:r>
      <w:r>
        <w:rPr>
          <w:sz w:val="20"/>
        </w:rPr>
        <w:t>1:02:37  dawat bilkul hadaf ho gayi. jab dawat hadaf ho gayi to aap koi bhi, yahan se wahan tak jitni kitabein likhi gayi hain,</w:t>
      </w:r>
      <w:r>
        <w:br/>
      </w:r>
      <w:r>
        <w:rPr>
          <w:sz w:val="20"/>
        </w:rPr>
        <w:t>1:02:46  mein apne ilm ke mutabiq yahi kehta hoon, kisi aik kitab mein bhi dawat ki ahmiyat nahi. kisi aik kitab mein, hatta ke jo bare darja de rakha hai logon ne, uska Imam Ghazali ke ya Awliyauddin ka, us mein nahi.</w:t>
      </w:r>
      <w:r>
        <w:br/>
      </w:r>
      <w:r>
        <w:rPr>
          <w:sz w:val="20"/>
        </w:rPr>
        <w:t>1:03:02  shah allah ki kitab hujjat ul barah, is mein nahin. dawat ka bab bhi hadaf hai in kitabon se, aur jo doosri kitaben hain, to musalmanon ke shaoor mein dawat hai hi nahin</w:t>
      </w:r>
      <w:r>
        <w:br/>
      </w:r>
      <w:r>
        <w:rPr>
          <w:sz w:val="20"/>
        </w:rPr>
        <w:t>1:03:13  . kya hai? political empire, hukoomat to wohi kar rahe hain. ab chounke empire khatam ho gaya hai, to lar lar ke phir chahte hain ke phir regain karen empire ko.</w:t>
      </w:r>
      <w:r>
        <w:br/>
      </w:r>
      <w:r>
        <w:rPr>
          <w:sz w:val="20"/>
        </w:rPr>
        <w:t>1:03:25  is waqt musalmanon ki sargarmian jo hain, apne khoye hue empire ko regain karne ke liye hain. dawat ka koi concept hi nahin hai, na unko insaan se koi khair khwahi hai.</w:t>
      </w:r>
      <w:r>
        <w:br/>
      </w:r>
      <w:r>
        <w:rPr>
          <w:sz w:val="20"/>
        </w:rPr>
        <w:t>1:03:36  insaan to unko dushman nazar aate hain. yeh sari zimmedari ulama ki hai, mere nazdeek awam ki nahin hai.</w:t>
      </w:r>
      <w:r>
        <w:br/>
      </w:r>
      <w:r>
        <w:rPr>
          <w:sz w:val="20"/>
        </w:rPr>
        <w:t>1:03:43  ulama ne bohat hi zyada is mein responsible hain is baat ke liye. galat zehan bana hai musalmanon ka. sare ulama, arab ke ulama bhi hain aur non arab ke ulama bhi hain.</w:t>
      </w:r>
      <w:r>
        <w:br/>
      </w:r>
      <w:r>
        <w:rPr>
          <w:sz w:val="20"/>
        </w:rPr>
        <w:t>1:03:57  mujhe is mein koi shakk nahin hai. ab jaise mein ek misaal deta hoon ke falasteen mein yahoodi aa gaye, adhe falasteen mein yahoodi, adhe falasteen mein arab.</w:t>
      </w:r>
      <w:r>
        <w:br/>
      </w:r>
      <w:r>
        <w:rPr>
          <w:sz w:val="20"/>
        </w:rPr>
        <w:t>1:04:09  to is waqt mashhoor aalim thay sheikh hasan al banna, to unhon ne juloos nikala ashqarah ke sir ke oopar, ek lakh arbon ko le kar ke, ek lakh arbon ko le kar ke:</w:t>
      </w:r>
      <w:r>
        <w:br/>
      </w:r>
      <w:r>
        <w:rPr>
          <w:sz w:val="20"/>
        </w:rPr>
        <w:t>1:04:22  "rabbak ya falasteen! rabbak ya falasteen!" ab</w:t>
      </w:r>
      <w:r>
        <w:br/>
      </w:r>
      <w:r>
        <w:rPr>
          <w:sz w:val="20"/>
        </w:rPr>
        <w:t>1:04:25  woh lad gaye. ladai ka yani zehan paida kar diya ke lado, unko maar ke nikalo. sawal yeh hai ke unhon ne yeh kyun nahin kaha ke yahoodi aa gaye hamare mulk mein, unhein paigham do?</w:t>
      </w:r>
      <w:r>
        <w:br/>
      </w:r>
      <w:r>
        <w:rPr>
          <w:sz w:val="20"/>
        </w:rPr>
        <w:t>1:04:35  allah ka hai. rasool allah ne madine ke yahudiyon ko islam ka paigham diya tha. madine mein 50 feesad yahoodi thay is waqt.</w:t>
      </w:r>
      <w:r>
        <w:br/>
      </w:r>
      <w:r>
        <w:rPr>
          <w:sz w:val="20"/>
        </w:rPr>
        <w:t>1:04:45  to hasan banna ne yeh kyun nahin kaha ke hamare apne mulk mein aa gaye hain yahoodi, ab unko islam ka paigham sunao? yeh kyun nahin kaha unhon ne</w:t>
      </w:r>
      <w:r>
        <w:br/>
      </w:r>
      <w:r>
        <w:rPr>
          <w:sz w:val="20"/>
        </w:rPr>
        <w:t>1:04:53  ? to is ko kaha jata hai trend setter. hamare ulama jo hain, bohat hi zyada zimmedar hain is baat ke ke galat trend set kiya unhon ne.</w:t>
      </w:r>
      <w:r>
        <w:br/>
      </w:r>
      <w:r>
        <w:rPr>
          <w:sz w:val="20"/>
        </w:rPr>
        <w:t>1:05:04  india mein angrezon ke khilaf jihad shuru kar diya. ulama ne sare sare ulama mil kar ke angrezon ke khilaf jihad shuru kar diya.</w:t>
      </w:r>
      <w:r>
        <w:br/>
      </w:r>
      <w:r>
        <w:rPr>
          <w:sz w:val="20"/>
        </w:rPr>
        <w:t>1:05:13  unhon ne unko maar maar ke bhagao. to bohat yeh sare ulama hi hain, trend setter hain. yeh galat galat trend set kiya unhon ne.</w:t>
      </w:r>
      <w:r>
        <w:br/>
      </w:r>
      <w:r>
        <w:rPr>
          <w:sz w:val="20"/>
        </w:rPr>
        <w:t>1:05:23  dawat ka trend set karne ke bajaye qital ka trend.</w:t>
      </w:r>
      <w:r>
        <w:br/>
      </w:r>
      <w:r>
        <w:rPr>
          <w:sz w:val="20"/>
        </w:rPr>
        <w:t>1:05:30  kuch log jo dawat ke naam lete hain, woh aur bhi zyada mere nazdeek galat kaam karte hain. naam lete hain dawat ka aur kaam karte hain ke masjidon mein ja kar ke fazail sunao.</w:t>
      </w:r>
      <w:r>
        <w:br/>
      </w:r>
      <w:r>
        <w:rPr>
          <w:sz w:val="20"/>
        </w:rPr>
        <w:t>1:05:41  yeh to aur bhi zyada galat kaam hai. masjidon mein fazail ki kahani sunayen ke kahin ke dawat ho rahi hai.</w:t>
      </w:r>
      <w:r>
        <w:br/>
      </w:r>
      <w:r>
        <w:rPr>
          <w:sz w:val="20"/>
        </w:rPr>
        <w:t>1:05:47  to ghair muslimon mein parman dawat allah ka kaam jo hai, yeh is trend set karna chahiye tha ulama ko. woh kya nahin unhon ne?</w:t>
      </w:r>
      <w:r>
        <w:br/>
      </w:r>
      <w:r>
        <w:rPr>
          <w:sz w:val="20"/>
        </w:rPr>
        <w:t>1:05:57  to behal ab jo soorat e haal hai, woh yahi hai. is ko as a matter of fact maniye aur is ko is ko mante hue apne apne mission ko aap manage kijiye.</w:t>
      </w:r>
    </w:p>
    <w:p>
      <w:pPr>
        <w:pStyle w:val="Heading2"/>
      </w:pPr>
      <w:r>
        <w:t>Why Muslims give negative response to new things</w:t>
      </w:r>
    </w:p>
    <w:p>
      <w:r>
        <w:rPr>
          <w:color w:val="666666"/>
          <w:sz w:val="18"/>
        </w:rPr>
        <w:t>Society &amp; Dawah · Creative Thinking February 19, 2017 · 1m 00s · at 1:04:40 · https://youtu.be/L-x1xNJc__8?t=3880</w:t>
      </w:r>
    </w:p>
    <w:p>
      <w:r>
        <w:rPr>
          <w:i/>
        </w:rPr>
        <w:t>“Maulana, why is it that whenever a new thing or new issue arises, all Muslims first give a negative response, except you? Why is that?”</w:t>
      </w:r>
    </w:p>
    <w:p>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Why Muslims ignore warnings of decline</w:t>
      </w:r>
    </w:p>
    <w:p>
      <w:r>
        <w:rPr>
          <w:color w:val="666666"/>
          <w:sz w:val="18"/>
        </w:rPr>
        <w:t>Society &amp; Dawah · Dars e Quran, Ch 2 Vs 80 82, July 01, 2018 · 1m 23s · at 46:18 · https://youtu.be/BuLkoCE6j18?t=2778</w:t>
      </w:r>
    </w:p>
    <w:p>
      <w:r>
        <w:rPr>
          <w:i/>
        </w:rPr>
        <w:t>“Muslims have been time and again warned to avoid the decline and degeneration which the Jews suffered from. But unfortunately, Muslims overall turn a deaf ear to such a great warning. Why is this so?”</w:t>
      </w:r>
    </w:p>
    <w:p>
      <w:r>
        <w:rPr>
          <w:sz w:val="20"/>
        </w:rPr>
        <w:t>46:18  ah, ye saval bheja hai sri nagar se mis Karolin ne. unhon ne likha hai: "Muslims have been time and again warned to avoid the decline and degeneration which the Jews suffered from.</w:t>
      </w:r>
      <w:r>
        <w:br/>
      </w:r>
      <w:r>
        <w:rPr>
          <w:sz w:val="20"/>
        </w:rPr>
        <w:t>46:36  But unfortunately, Muslims over all turn a deaf ear to such a great warning." Maulana sahib, why is this so?</w:t>
      </w:r>
      <w:r>
        <w:br/>
      </w:r>
      <w:r>
        <w:rPr>
          <w:sz w:val="20"/>
        </w:rPr>
        <w:t>46:48  main samajhta hun ke in unawareness, bekhabri, in unawareness. Musliman jo hain is zamane mein, ye concept nahin jante ke Quran ko applied, Quran ke applied meaning ko discover karna hai.</w:t>
      </w:r>
      <w:r>
        <w:br/>
      </w:r>
      <w:r>
        <w:rPr>
          <w:sz w:val="20"/>
        </w:rPr>
        <w:t>47:09  khvahish vahi jo literal meaning hai, usi ko repeat karna hai. ye nahin hai.</w:t>
      </w:r>
      <w:r>
        <w:br/>
      </w:r>
      <w:r>
        <w:rPr>
          <w:sz w:val="20"/>
        </w:rPr>
        <w:t>47:18  sare ab is bat phanse hue hain isi mein ke Quran ke literal meaning ko khub khub janen. nahin, Quran ke applied meaning ko khub khub janen.</w:t>
      </w:r>
      <w:r>
        <w:br/>
      </w:r>
      <w:r>
        <w:rPr>
          <w:sz w:val="20"/>
        </w:rPr>
        <w:t>47:30  main samajhta hun ke yahi, ye chiz jo lekr rahi hai, aur isi ko hamen zinda karna hai, insha Allah.</w:t>
      </w:r>
    </w:p>
    <w:p>
      <w:pPr>
        <w:pStyle w:val="Heading2"/>
      </w:pPr>
      <w:r>
        <w:t>Why Muslims lack gratitude for modernity</w:t>
      </w:r>
    </w:p>
    <w:p>
      <w:r>
        <w:rPr>
          <w:color w:val="666666"/>
          <w:sz w:val="18"/>
        </w:rPr>
        <w:t>Society &amp; Dawah · Natural Warning April 17, 2016 · 1m 08s · at 53:10 · https://youtu.be/fSNOpwgzcss?t=3190</w:t>
      </w:r>
    </w:p>
    <w:p>
      <w:r>
        <w:rPr>
          <w:i/>
        </w:rPr>
        <w:t>“All Muslims use all the facilities of the modern age, but why is there no spirit of gratitude in them? Is it that you don't like to call this age 'Islam, the creator of the modern age'? Why is this? Because in our gatherings, in our mosques, and among our scholars these things are not taught. All responsibility lies with my dear scholars.”</w:t>
      </w:r>
    </w:p>
    <w:p>
      <w:r>
        <w:rPr>
          <w:sz w:val="20"/>
        </w:rPr>
        <w:t>53:10  maulana, agla sawal kya hai maulana iqbal umri ne aur unhon ne aap se poocha hai ke modern age ki sari facilities sari musalman istemal karte hain magar shukr ka jazba un mein kyun nahi aata?</w:t>
      </w:r>
      <w:r>
        <w:br/>
      </w:r>
      <w:r>
        <w:rPr>
          <w:sz w:val="20"/>
        </w:rPr>
        <w:t>53:26  kya is age ko islam the creator of modern age kehna pasand nahi karte? aisa kyun hai? is liye ke hamare bad'isthon mein, hamare masjidon mein, hamare ulama ke haan yeh sab baat batai nahi jati.</w:t>
      </w:r>
      <w:r>
        <w:br/>
      </w:r>
      <w:r>
        <w:rPr>
          <w:sz w:val="20"/>
        </w:rPr>
        <w:t>53:42  sari zimmedari mere aziz ulama ki hai.</w:t>
      </w:r>
      <w:r>
        <w:br/>
      </w:r>
      <w:r>
        <w:rPr>
          <w:sz w:val="20"/>
        </w:rPr>
        <w:t>53:46  hadith mein aata hai ke ulama o ummati ka anbiya bani israil</w:t>
      </w:r>
      <w:r>
        <w:br/>
      </w:r>
      <w:r>
        <w:rPr>
          <w:sz w:val="20"/>
        </w:rPr>
        <w:t>53:55  mein barabar anbiya aate thay. musalmanon mein anbiya nahi ayenge kyunke nubuwat khatm ho gayi.</w:t>
      </w:r>
      <w:r>
        <w:br/>
      </w:r>
      <w:r>
        <w:rPr>
          <w:sz w:val="20"/>
        </w:rPr>
        <w:t>54:05  to ulama ka farz hai ke wo wo kaam karein jo jab bani israil mein anbiya karte thay. to lekin wo kar nahi rahe.</w:t>
      </w:r>
    </w:p>
    <w:p>
      <w:pPr>
        <w:pStyle w:val="Heading2"/>
      </w:pPr>
      <w:r>
        <w:t>Why Muslims lack well-wishing in Dawah</w:t>
      </w:r>
    </w:p>
    <w:p>
      <w:r>
        <w:rPr>
          <w:color w:val="666666"/>
          <w:sz w:val="18"/>
        </w:rPr>
        <w:t>Society &amp; Dawah · Q&amp;A 04 Mar 2012 Maulana Wahiduddin Khan · 1m 37s · at 34:17 · https://youtu.be/txRmutuvWQI?t=2057</w:t>
      </w:r>
    </w:p>
    <w:p>
      <w:r>
        <w:rPr>
          <w:i/>
        </w:rPr>
        <w:t>“For Dawah to Allah, well-wishing is fundamental, but Muslims today lack the spirit of well-wishing for the invitee. What is the cause of this deficiency and how can it be removed?”</w:t>
      </w:r>
    </w:p>
    <w:p>
      <w:r>
        <w:rPr>
          <w:sz w:val="20"/>
        </w:rPr>
        <w:t>34:17  molana, agla sawal srinagar se hai mr riyaz ahmed bhat sahib ka. unhon ne poocha hai: "dawat il Allah ke liye well wishing asal hai, lekin aaj kal ke musalmanon mein madu ke liye well wishal, well wishing ka jazba maujood nahi.</w:t>
      </w:r>
      <w:r>
        <w:br/>
      </w:r>
      <w:r>
        <w:rPr>
          <w:sz w:val="20"/>
        </w:rPr>
        <w:t>34:34  is ka sabab kya hai, aur is kami ko kis tarah door kiya jaye?"</w:t>
      </w:r>
      <w:r>
        <w:br/>
      </w:r>
      <w:r>
        <w:rPr>
          <w:sz w:val="20"/>
        </w:rPr>
        <w:t>34:47  main samajhta hoon ke is ke zimmedar hamare sare rehnuma hain ke subah sham raat din, jab se printing press aya hai, tab se khaas taur par yeh baat bohat barh gayi hai ke dhoond dhoond kar nikalte hain aisa item: "dekho falan dushmani kar raha hai, dekho falan</w:t>
      </w:r>
      <w:r>
        <w:br/>
      </w:r>
      <w:r>
        <w:rPr>
          <w:sz w:val="20"/>
        </w:rPr>
        <w:t>35:04  conspiracy kar raha hai, dekho fulani yeh kar liya, fulani woh kar liya." subah sham yahi akhbaron mein chhapta hai, yeh yeh magazine mein chhapta hai, jalson mein isi ka charcha hota hai.</w:t>
      </w:r>
      <w:r>
        <w:br/>
      </w:r>
      <w:r>
        <w:rPr>
          <w:sz w:val="20"/>
        </w:rPr>
        <w:t>35:17  to yeh jo hain hamare likhne aur bolne wale, yeh asal zimmedar is ke hain. isi ka charcha kiya unhon ne</w:t>
      </w:r>
      <w:r>
        <w:br/>
      </w:r>
      <w:r>
        <w:rPr>
          <w:sz w:val="20"/>
        </w:rPr>
        <w:t>35:25  is daur mein. is ke baad agar charcha karen, yaani achhi baaton ka to achha zehn banega. main samajhta hoon ke sab se zyada zimmedar wahi log hain jin ko main kaha karta hoon: "likhne aur bolne wala tabqa, yeh asal zimmedar hain."</w:t>
      </w:r>
      <w:r>
        <w:br/>
      </w:r>
      <w:r>
        <w:rPr>
          <w:sz w:val="20"/>
        </w:rPr>
        <w:t>35:44  yaani negative baaton ko phailana, positive baaton ka zikr na karna, is ki wajah se yeh sab baaten hain.</w:t>
      </w:r>
    </w:p>
    <w:p>
      <w:pPr>
        <w:pStyle w:val="Heading2"/>
      </w:pPr>
      <w:r>
        <w:t>Why Muslims prefer political empire over ideological?</w:t>
      </w:r>
    </w:p>
    <w:p>
      <w:r>
        <w:rPr>
          <w:color w:val="666666"/>
          <w:sz w:val="18"/>
        </w:rPr>
        <w:t>Society &amp; Dawah · Islam and Violence October 12, 2014 · 2m 49s · at 53:17 · https://youtu.be/KmpXYZjPlj8?t=3197</w:t>
      </w:r>
    </w:p>
    <w:p>
      <w:r>
        <w:rPr>
          <w:i/>
        </w:rPr>
        <w:t>“Maulana, Islam is an ideology, but unfortunately, instead of creating and spreading the ideological empire, Muslims want to create and spread the political empire. Why is it so difficult for them to understand this difference?”</w:t>
      </w:r>
    </w:p>
    <w:p>
      <w:r>
        <w:rPr>
          <w:sz w:val="20"/>
        </w:rPr>
        <w:t>53:17  Maulana, agla sawal aaya hai Zubair sahib ka Pune se, aur unhone likha hai ke Maulana, "Islam is an ideology, but unfortunately, instead of creating and spreading the ideological empire, Muslims want to create and spread the political empire.</w:t>
      </w:r>
      <w:r>
        <w:br/>
      </w:r>
      <w:r>
        <w:rPr>
          <w:sz w:val="20"/>
        </w:rPr>
        <w:t>53:39  Why is it so difficult for them to understand this difference?"</w:t>
      </w:r>
      <w:r>
        <w:br/>
      </w:r>
      <w:r>
        <w:rPr>
          <w:sz w:val="20"/>
        </w:rPr>
        <w:t>53:45  dekhiye, yeh galati bahut peeche tak jati hai. hamare peeche jo ulama the, unhein yeh baat fatwa dena chahiye tha, ailaan karna chahiye tha ke tum log ladai jo kar rahe ho, yeh to tribal culture ka continuation hai, is ko khatm karo.</w:t>
      </w:r>
      <w:r>
        <w:br/>
      </w:r>
      <w:r>
        <w:rPr>
          <w:sz w:val="20"/>
        </w:rPr>
        <w:t>54:00  is ko jaise Ghazi ne ailaan kiya tha ke civil disobedience ka culture khatm, azaadi mil gayi to ab is ka koi, koi is ka maqam nahi hai.</w:t>
      </w:r>
      <w:r>
        <w:br/>
      </w:r>
      <w:r>
        <w:rPr>
          <w:sz w:val="20"/>
        </w:rPr>
        <w:t>54:15  to ulama ko yeh ailaan karna chahiye tha ke yeh jo Islam mein jo ghazwaat hue, jo qital hue, jangain jo huin, woh to tribal culture ki wajah se huin.</w:t>
      </w:r>
      <w:r>
        <w:br/>
      </w:r>
      <w:r>
        <w:rPr>
          <w:sz w:val="20"/>
        </w:rPr>
        <w:t>54:28  ab to ek naya daur aa gaya hai, ab, ab tribal culture ko in continue rakhne ka koi kaam hi nahi.</w:t>
      </w:r>
      <w:r>
        <w:br/>
      </w:r>
      <w:r>
        <w:rPr>
          <w:sz w:val="20"/>
        </w:rPr>
        <w:t>54:37  aap peaceful da'wah work karo. to fatwa nahi diya in logon ne, aaj bhi fatwa nahi de rahe hain.</w:t>
      </w:r>
      <w:r>
        <w:br/>
      </w:r>
      <w:r>
        <w:rPr>
          <w:sz w:val="20"/>
        </w:rPr>
        <w:t>54:45  to galati behad is mein in logon ki hai jin ko Musalmanon ne akabir bana rakha hai. galati un ki hai, akabir jin ko bana rakha, unhein fatwa dena chahiye tha.</w:t>
      </w:r>
      <w:r>
        <w:br/>
      </w:r>
      <w:r>
        <w:rPr>
          <w:sz w:val="20"/>
        </w:rPr>
        <w:t>55:03  yani Ghazi ne yeh kaha ke chhod do yeh sab cheezein, agar chhoti chhoti goli maar di gayi, lekin kaha unhone aisi aur hamare jin logon ko akabir Musalman samajhte hain, un ko fatwa dena chahiye tha ke yeh, yeh tribal culture ko khatm karo.</w:t>
      </w:r>
      <w:r>
        <w:br/>
      </w:r>
      <w:r>
        <w:rPr>
          <w:sz w:val="20"/>
        </w:rPr>
        <w:t>55:18  ab to da'wah work ka zamana aa gaya hai. jaisa Hazrat Abdullah Ibn Umar ne yeh baat kahi thi, aur Umar Ibn Aziz bhi yeh</w:t>
      </w:r>
      <w:r>
        <w:br/>
      </w:r>
      <w:r>
        <w:rPr>
          <w:sz w:val="20"/>
        </w:rPr>
        <w:t>55:29  baat kahi thi, kuch logon ne yeh baat kahi thi, lekin koi bade paimane par baat nahi kahi gayi. beharhaal, ab press ka zamana hai.</w:t>
      </w:r>
      <w:r>
        <w:br/>
      </w:r>
      <w:r>
        <w:rPr>
          <w:sz w:val="20"/>
        </w:rPr>
        <w:t>55:39  press ke zamane mein hamein mauqa hai ke hum zyada wasee paimane par baaton ko keh saken. ab hamein chahiye ke logon ko batayein, aisi kitabon ko phailayein logon ke darmiyan.</w:t>
      </w:r>
      <w:r>
        <w:br/>
      </w:r>
      <w:r>
        <w:rPr>
          <w:sz w:val="20"/>
        </w:rPr>
        <w:t>55:51  aur ab mein, mein yeh samajhta hoon ke sara case al-nas wa adaa wa ma jahiloo ka hai.</w:t>
      </w:r>
      <w:r>
        <w:br/>
      </w:r>
      <w:r>
        <w:rPr>
          <w:sz w:val="20"/>
        </w:rPr>
        <w:t>55:58  log bekhabar hain sachai se, is liye woh is mein mashghool hain galat tareeqe mein.</w:t>
      </w:r>
    </w:p>
    <w:p>
      <w:pPr>
        <w:pStyle w:val="Heading2"/>
      </w:pPr>
      <w:r>
        <w:t>Why Muslims prioritize worldly power over spirituality?</w:t>
      </w:r>
    </w:p>
    <w:p>
      <w:r>
        <w:rPr>
          <w:color w:val="666666"/>
          <w:sz w:val="18"/>
        </w:rPr>
        <w:t>Society &amp; Dawah · Kingdom of God August 25, 2018 · 9m 21s · at 27:14 · https://youtu.be/SrnWPkMbEQw?t=1634</w:t>
      </w:r>
    </w:p>
    <w:p>
      <w:r>
        <w:rPr>
          <w:i/>
        </w:rPr>
        <w:t>“The world's importance is not even equal to a mosquito's wing. Then why do Muslims consider acquiring governments as the biggest goal and have not yet come out of this mistake? And why do they forget the Prophet's last sermon?”</w:t>
      </w:r>
    </w:p>
    <w:p>
      <w:r>
        <w:rPr>
          <w:sz w:val="20"/>
        </w:rPr>
        <w:t>27:14  Kashmir mein aap pathar marte hain to woh bhi aap ko marte hain. yeh sab retaliation hai aur kuch nahi. Miss Shabana Ansari ne Pakistan se sawal bheja hai Maulana.</w:t>
      </w:r>
      <w:r>
        <w:br/>
      </w:r>
      <w:r>
        <w:rPr>
          <w:sz w:val="20"/>
        </w:rPr>
        <w:t>27:28  unhon ne likha hai ke dunya ki ahmiyat to machar ke par ke barabar nahi. Allah ke nazdeek phir Muslims kyon hukoomaton ko hasil karna sab se bara maqsad samajhte hain aur abhi tak is ghalati se bahar nahi nikal sake?</w:t>
      </w:r>
      <w:r>
        <w:br/>
      </w:r>
      <w:r>
        <w:rPr>
          <w:sz w:val="20"/>
        </w:rPr>
        <w:t>27:49  aur kyon Rasool Allah ka aakhri khutba bhool jate hain?</w:t>
      </w:r>
      <w:r>
        <w:br/>
      </w:r>
      <w:r>
        <w:rPr>
          <w:sz w:val="20"/>
        </w:rPr>
        <w:t>27:57  bhai, dunya to ab mein ne kaha ke yeh to challenge ki dunya hai. har waqt shaitan bhagane mein laga hua hai.</w:t>
      </w:r>
      <w:r>
        <w:br/>
      </w:r>
      <w:r>
        <w:rPr>
          <w:sz w:val="20"/>
        </w:rPr>
        <w:t>28:08  to woh to bhagaye ga aap na bhagayein. asal cheez yeh hai ke woh bhagaye, aap na bhagayein. bhagana shaitan ki taraf se band nahi hua.</w:t>
      </w:r>
      <w:r>
        <w:br/>
      </w:r>
      <w:r>
        <w:rPr>
          <w:sz w:val="20"/>
        </w:rPr>
        <w:t>28:21  bhagna jari hai. is ko sochiye kyon log shaitan ki baaton par aa jate hain? misaal ke taur par yahi jo abhi kaha aap ne, suffering.</w:t>
      </w:r>
      <w:r>
        <w:br/>
      </w:r>
      <w:r>
        <w:rPr>
          <w:sz w:val="20"/>
        </w:rPr>
        <w:t>28:31  mein bohat baar aam jalsay mein logon se poocha ke kya suffering kya hai? aap mere sath sath mujhe batayein ke jab India azaad hua tha, us waqt aap ki condition kya thi?</w:t>
      </w:r>
      <w:r>
        <w:br/>
      </w:r>
      <w:r>
        <w:rPr>
          <w:sz w:val="20"/>
        </w:rPr>
        <w:t>28:47  aap ki aap ki mali hesiyat, aap ka standard, aap ke bachon ki education, aap ka ghar, aap ki gaadi, us waqt se compare kar ke batayein mujhe.</w:t>
      </w:r>
      <w:r>
        <w:br/>
      </w:r>
      <w:r>
        <w:rPr>
          <w:sz w:val="20"/>
        </w:rPr>
        <w:t>29:02  to har waqt, har har har aadmi ne behtar bataya. to jab jab har aadmi ka haal acha hai to kahan hai woh insaan?</w:t>
      </w:r>
      <w:r>
        <w:br/>
      </w:r>
      <w:r>
        <w:rPr>
          <w:sz w:val="20"/>
        </w:rPr>
        <w:t>29:14  yeh sab shaitan ne sikhaya hai taake musalmanon se madu friendly behaviour khatam ho. madu ko dushman samajhne lage hain.</w:t>
      </w:r>
      <w:r>
        <w:br/>
      </w:r>
      <w:r>
        <w:rPr>
          <w:sz w:val="20"/>
        </w:rPr>
        <w:t>29:25  yeh mere nazdeek bilkul shaitani hai. Maulana, why Muslims bring the version, the greatness of Allah to a reduced form?</w:t>
      </w:r>
      <w:r>
        <w:br/>
      </w:r>
      <w:r>
        <w:rPr>
          <w:sz w:val="20"/>
        </w:rPr>
        <w:t>29:34  when everything around us resonates the greatness of Allah.</w:t>
      </w:r>
      <w:r>
        <w:br/>
      </w:r>
      <w:r>
        <w:rPr>
          <w:sz w:val="20"/>
        </w:rPr>
        <w:t>29:41  kya keh rahe hain? Maulana, woh yeh keh rahe hain ke jab insaan ke charon taraf ki cheezein Allah taala ki greatness ko bata rahi hain, kya insaan ke charon taraf?</w:t>
      </w:r>
      <w:r>
        <w:br/>
      </w:r>
      <w:r>
        <w:rPr>
          <w:sz w:val="20"/>
        </w:rPr>
        <w:t>29:51  insaan ke aas pas ki cheezein poori kainat Allah taala ki azmat ko bata rahi hain. to kyon musalman Allah taala ki azmat ko reduce kar diye?</w:t>
      </w:r>
      <w:r>
        <w:br/>
      </w:r>
      <w:r>
        <w:rPr>
          <w:sz w:val="20"/>
        </w:rPr>
        <w:t>30:03  hmm, sab shaitan ne sikhaya hai.</w:t>
      </w:r>
      <w:r>
        <w:br/>
      </w:r>
      <w:r>
        <w:rPr>
          <w:sz w:val="20"/>
        </w:rPr>
        <w:t>30:09  ab mein jo bahar baitha tha, to yaqeen kijiye ke meri halat wohi hui jo Rasool Allah ke baray mein aata hai ke aap mimbar pe khare thay, aisa hil rahe thay, gir padenge.</w:t>
      </w:r>
      <w:r>
        <w:br/>
      </w:r>
      <w:r>
        <w:rPr>
          <w:sz w:val="20"/>
        </w:rPr>
        <w:t>30:21  wohi mera haal hua. to musalman jo hai, shaitan ki woh shaitan ka jo behkawa hai, woh khatam nahi hoga.</w:t>
      </w:r>
      <w:r>
        <w:br/>
      </w:r>
      <w:r>
        <w:rPr>
          <w:sz w:val="20"/>
        </w:rPr>
        <w:t>30:31  woh to rahe ga. aap is ko</w:t>
      </w:r>
      <w:r>
        <w:br/>
      </w:r>
      <w:r>
        <w:rPr>
          <w:sz w:val="20"/>
        </w:rPr>
        <w:t>30:37  isi ko mein formula banaya apni zaat ke liye, apne liye ke apni zaat ke liye yeh formula banaya hai ke haan, don't allow anyone to treat anyone ke shaitan,</w:t>
      </w:r>
      <w:r>
        <w:br/>
      </w:r>
      <w:r>
        <w:rPr>
          <w:sz w:val="20"/>
        </w:rPr>
        <w:t>30:54  don't allow shaitan to dictate you. subah shaam mein is ko yaad karta hoon aur la hawla wala quwwata illa billahil azeem parta hoon.</w:t>
      </w:r>
      <w:r>
        <w:br/>
      </w:r>
      <w:r>
        <w:rPr>
          <w:sz w:val="20"/>
        </w:rPr>
        <w:t>31:06  musalmanon ko bas paisa, paisa, paisa. jis ko dekhein, paisa hai, standard. bachon ko America bhej ke parhana, yani sara un ka diversion jo hai, woh hai material ki taraf.</w:t>
      </w:r>
      <w:r>
        <w:br/>
      </w:r>
      <w:r>
        <w:rPr>
          <w:sz w:val="20"/>
        </w:rPr>
        <w:t>31:26  to Maulana, aap ko to ehsas rahe ke shaitan hai, par baqi logon ko kaise ehsas ho ke woh shaitan hai? jo jo bekar hai, woh shaitan hai.</w:t>
      </w:r>
      <w:r>
        <w:br/>
      </w:r>
      <w:r>
        <w:rPr>
          <w:sz w:val="20"/>
        </w:rPr>
        <w:t>31:35  how do we come to know that is shaitan? hmm, woh yeh pooch rahe hain ke waise sab shaitan hi hai. aap ko to ehsas hai ke woh shaitan aisa kara raha hai ke azmat allah taala ki azmat samne nahi rehti hai.</w:t>
      </w:r>
      <w:r>
        <w:br/>
      </w:r>
      <w:r>
        <w:rPr>
          <w:sz w:val="20"/>
        </w:rPr>
        <w:t>31:49  lekin doosre log kaise janenge ke yeh shaitan hai? quran parhein. hum quran ko parhte hain. quran mein bhara hua hai yeh baat ke shaitan subah shaam tum ko bikaar aayega.</w:t>
      </w:r>
      <w:r>
        <w:br/>
      </w:r>
      <w:r>
        <w:rPr>
          <w:sz w:val="20"/>
        </w:rPr>
        <w:t>32:03  is ke bikaare mein na ho, na ho. to yahi to hamara mission hai. hum khud parhte hain aur doosron ko parhwate hain. log jo hain, shaitan yahan bika rakha hai ke bas reside kar lo.</w:t>
      </w:r>
      <w:r>
        <w:br/>
      </w:r>
      <w:r>
        <w:rPr>
          <w:sz w:val="20"/>
        </w:rPr>
        <w:t>32:18  samajhne ki zaroorat nahi hai. hmm, baghair samjhe bhi reside. ab yeh to bilkul hazrat aisha ne kaha tha ke awlaaye ka karo wa lam yakro.</w:t>
      </w:r>
      <w:r>
        <w:br/>
      </w:r>
      <w:r>
        <w:rPr>
          <w:sz w:val="20"/>
        </w:rPr>
        <w:t>32:30  unhone parha baghair nahi parha. wahi kar rahe hain saare musalman ke parhte baghair nahi parhte. ab dekhiye, aaj ke ek batata hoon aap ko apna ek.</w:t>
      </w:r>
      <w:r>
        <w:br/>
      </w:r>
      <w:r>
        <w:rPr>
          <w:sz w:val="20"/>
        </w:rPr>
        <w:t>32:44  jab mein bathroom mein gaya aur wash basin ke samne khada hua aur mein tooti ghumai, laga pani nikalne.</w:t>
      </w:r>
      <w:r>
        <w:br/>
      </w:r>
      <w:r>
        <w:rPr>
          <w:sz w:val="20"/>
        </w:rPr>
        <w:t>32:55  phir phir phir phir. to yaqeen kijiye ke mein rone laga. mein der tak istemal nahi kar saka pani ke woh kaun khuda hai?</w:t>
      </w:r>
      <w:r>
        <w:br/>
      </w:r>
      <w:r>
        <w:rPr>
          <w:sz w:val="20"/>
        </w:rPr>
        <w:t>33:05  ek itna zabardast khuda hai jis ne do gases ko liquid pani bana diya.</w:t>
      </w:r>
      <w:r>
        <w:br/>
      </w:r>
      <w:r>
        <w:rPr>
          <w:sz w:val="20"/>
        </w:rPr>
        <w:t>33:16  yeh kaisi anokhi qudrat allah ki qudrat hai ke do gases</w:t>
      </w:r>
      <w:r>
        <w:br/>
      </w:r>
      <w:r>
        <w:rPr>
          <w:sz w:val="20"/>
        </w:rPr>
        <w:t>33:27  ko is se liquid pani mein tabdeel kiya? samandar mein baha diya is ko. to sochte hi nahi log.</w:t>
      </w:r>
      <w:r>
        <w:br/>
      </w:r>
      <w:r>
        <w:rPr>
          <w:sz w:val="20"/>
        </w:rPr>
        <w:t>33:38  khali bas apna standard barhate hain, paisa kamate hain. dekhiye, yeh bohat hi zyada zaroori hai ke aap apne paise ka ka ek ek hissa, sab substantial hissa allah ki rah mein kharch karen.</w:t>
      </w:r>
      <w:r>
        <w:br/>
      </w:r>
      <w:r>
        <w:rPr>
          <w:sz w:val="20"/>
        </w:rPr>
        <w:t>33:55  warna aap woh ho jayenge, behiss ho jayenge. shaitan qabza kar lega aap ke upar. yeh bohat hi zyada zaroori hai.</w:t>
      </w:r>
      <w:r>
        <w:br/>
      </w:r>
      <w:r>
        <w:rPr>
          <w:sz w:val="20"/>
        </w:rPr>
        <w:t>34:06  lan tanalbir hatta tunfiqo mimma tuhibboon. yeh ayat pata hai? is ka hawala bataiye. har aadmi ko chahiye ke is ayat ko parhe.</w:t>
      </w:r>
      <w:r>
        <w:br/>
      </w:r>
      <w:r>
        <w:rPr>
          <w:sz w:val="20"/>
        </w:rPr>
        <w:t>34:19  lan tanalbir hatta tunfiqo mimma tuhibboon.</w:t>
      </w:r>
      <w:r>
        <w:br/>
      </w:r>
      <w:r>
        <w:rPr>
          <w:sz w:val="20"/>
        </w:rPr>
        <w:t>34:33  lan tanal albir hatta tunfiqo mimma tuhibboon. surah aal imran, chapter number three, verse number 92.</w:t>
      </w:r>
      <w:r>
        <w:br/>
      </w:r>
      <w:r>
        <w:rPr>
          <w:sz w:val="20"/>
        </w:rPr>
        <w:t>34:42  aur tum neki ko hargiz nahi pa sakte yahan tak ke tum kharch karo is cheez ko jis ko tum mehboob rakhte ho.</w:t>
      </w:r>
      <w:r>
        <w:br/>
      </w:r>
      <w:r>
        <w:rPr>
          <w:sz w:val="20"/>
        </w:rPr>
        <w:t>34:51  haan, is ko mein keh raha hoon ke apni kamai ka substantial amount aap ko allah ke raste mein kharch karna padega.</w:t>
      </w:r>
      <w:r>
        <w:br/>
      </w:r>
      <w:r>
        <w:rPr>
          <w:sz w:val="20"/>
        </w:rPr>
        <w:t>35:00  nahi to aap shaitan ke group group mein aa jayenge. is ayat ko hazar baar padhiye aur janiye kar ke apni kamai ka substantial amount allah ke raste mein dena padega.</w:t>
      </w:r>
      <w:r>
        <w:br/>
      </w:r>
      <w:r>
        <w:rPr>
          <w:sz w:val="20"/>
        </w:rPr>
        <w:t>35:14  nahi dena hai to phir phir bhooke is ki face kiye is khatre ko ke aap shaitan ke group mein aa jayenge.</w:t>
      </w:r>
      <w:r>
        <w:br/>
      </w:r>
      <w:r>
        <w:rPr>
          <w:sz w:val="20"/>
        </w:rPr>
        <w:t>35:24  haan, molana, jo aap ne is ke pehle bhi jo is ke sath jo ek aur point bataya tha, woh diversion ka. to diversion se kaise bachein? kya hua?</w:t>
      </w:r>
      <w:r>
        <w:br/>
      </w:r>
      <w:r>
        <w:rPr>
          <w:sz w:val="20"/>
        </w:rPr>
        <w:t>35:34  aap ne diversion se bachne ki baat kahi thi, distraction se. to woh kaise bacha jaye? diversion material system mein nahi hoga. achha, woh thinking mein aayega, aap ke soch mein aayega.</w:t>
      </w:r>
      <w:r>
        <w:br/>
      </w:r>
      <w:r>
        <w:rPr>
          <w:sz w:val="20"/>
        </w:rPr>
        <w:t>35:45  aap ke ab woh aa chuka hai. jis jis musalman ko dekhe, us mein aa chuka hai. koi woh kutub mera lagta hai, thoda khada ho jayega.</w:t>
      </w:r>
      <w:r>
        <w:br/>
      </w:r>
      <w:r>
        <w:rPr>
          <w:sz w:val="20"/>
        </w:rPr>
        <w:t>35:55  material sense mein woh to soch mein aayega. ab woh aa chuka hai.</w:t>
      </w:r>
      <w:r>
        <w:br/>
      </w:r>
      <w:r>
        <w:rPr>
          <w:sz w:val="20"/>
        </w:rPr>
        <w:t>36:05  woh</w:t>
      </w:r>
      <w:r>
        <w:br/>
      </w:r>
      <w:r>
        <w:rPr>
          <w:sz w:val="20"/>
        </w:rPr>
        <w:t>36:09  soch kar hum pakdenge is ko. yeh aisa nahi ke woh kutte bla khada hua hai, us ko hum dekh lenge. molana, doctor aslam khan ne saharanpur se comment bheja hai ke aaj yeh modern world apni, yani apni poori tareekh ke safar mein sab se kam suffering se guzar raha hai.</w:t>
      </w:r>
    </w:p>
    <w:p>
      <w:pPr>
        <w:pStyle w:val="Heading2"/>
      </w:pPr>
      <w:r>
        <w:t>Why Muslims think in slavery and freedom terms</w:t>
      </w:r>
    </w:p>
    <w:p>
      <w:r>
        <w:rPr>
          <w:color w:val="666666"/>
          <w:sz w:val="18"/>
        </w:rPr>
        <w:t>Society &amp; Dawah · Good News from Kashmir May 14, 2017 · 1m 52s · at 48:28 · https://youtu.be/2XwuYi_nH28?t=2908</w:t>
      </w:r>
    </w:p>
    <w:p>
      <w:r>
        <w:rPr>
          <w:i/>
        </w:rPr>
        <w:t>“Maulana, most Muslims think in terms of slavery and freedom. What is the real reason for this? Please explain.”</w:t>
      </w:r>
    </w:p>
    <w:p>
      <w:r>
        <w:rPr>
          <w:sz w:val="20"/>
        </w:rPr>
        <w:t>48:28  maulana, agla sawal bheja hai chennai se maulana iqbal umri ne.</w:t>
      </w:r>
      <w:r>
        <w:br/>
      </w:r>
      <w:r>
        <w:rPr>
          <w:sz w:val="20"/>
        </w:rPr>
        <w:t>48:33  unhone likha hai: "maulana, aksar musalman ghulami aur azadi ki istilaah mein sochte hain.</w:t>
      </w:r>
      <w:r>
        <w:br/>
      </w:r>
      <w:r>
        <w:rPr>
          <w:sz w:val="20"/>
        </w:rPr>
        <w:t>48:38  is ki asal wajah kya hai? is ke bare mein bataein." yeh toh istilaah ko mein shaitani istilaah samajhta hoon.</w:t>
      </w:r>
      <w:r>
        <w:br/>
      </w:r>
      <w:r>
        <w:rPr>
          <w:sz w:val="20"/>
        </w:rPr>
        <w:t>48:43  jo cheez quran mein aur hadees mein nahi hai, woh shaitani hai.</w:t>
      </w:r>
      <w:r>
        <w:br/>
      </w:r>
      <w:r>
        <w:rPr>
          <w:sz w:val="20"/>
        </w:rPr>
        <w:t>48:48  kahan quran bhi ghulami o azadi ki istilaah</w:t>
      </w:r>
      <w:r>
        <w:br/>
      </w:r>
      <w:r>
        <w:rPr>
          <w:sz w:val="20"/>
        </w:rPr>
        <w:t>48:53  hai? yeh istilaahi hai, batil hai.</w:t>
      </w:r>
      <w:r>
        <w:br/>
      </w:r>
      <w:r>
        <w:rPr>
          <w:sz w:val="20"/>
        </w:rPr>
        <w:t>48:58  yeh saari dunya allah ki hai, saari dunya khuli hui hai, poori dunya hi azaad hai.</w:t>
      </w:r>
      <w:r>
        <w:br/>
      </w:r>
      <w:r>
        <w:rPr>
          <w:sz w:val="20"/>
        </w:rPr>
        <w:t>49:03  yeh nahi ke aap yahan azaad hain, wahan ghulam hain.</w:t>
      </w:r>
      <w:r>
        <w:br/>
      </w:r>
      <w:r>
        <w:rPr>
          <w:sz w:val="20"/>
        </w:rPr>
        <w:t>49:08  yeh tasawwur bilkul galat hai.</w:t>
      </w:r>
      <w:r>
        <w:br/>
      </w:r>
      <w:r>
        <w:rPr>
          <w:sz w:val="20"/>
        </w:rPr>
        <w:t>49:13  har jagah, yaani hadees mein aaya hai ke rasool allah ne farmaya: "toh saari zameen mere liye masjid</w:t>
      </w:r>
      <w:r>
        <w:br/>
      </w:r>
      <w:r>
        <w:rPr>
          <w:sz w:val="20"/>
        </w:rPr>
        <w:t>49:18  hai." toh kahan ghulami aur kahan azadi? rasool allah ne farmaya ke saari zameen ko allah</w:t>
      </w:r>
      <w:r>
        <w:br/>
      </w:r>
      <w:r>
        <w:rPr>
          <w:sz w:val="20"/>
        </w:rPr>
        <w:t>49:23  ne mere liye masjid bana diya hai. Yaani saari zameen mere liye Allah ki zameen hai. Mere liye is maani mein nahi ke wahan hukoomat karoon. Hukoomat ke liye nahi hai. Yeh nahi ke main har jagah namaz parhoon, har jagah ibaadat karoon, har jagah dawah phailaoon, har jagah insaniyat ki taraqqi ka kaam karoon. Is ke liye poori duniya mere liye, mere liye to nahi ke ummat ko de di</w:t>
      </w:r>
      <w:r>
        <w:br/>
      </w:r>
      <w:r>
        <w:rPr>
          <w:sz w:val="20"/>
        </w:rPr>
        <w:t>49:53  gayi.</w:t>
      </w:r>
      <w:r>
        <w:br/>
      </w:r>
      <w:r>
        <w:rPr>
          <w:sz w:val="20"/>
        </w:rPr>
        <w:t>49:56  rasool allah ko zaati taur par nahi hai, poori ummat ko.</w:t>
      </w:r>
      <w:r>
        <w:br/>
      </w:r>
      <w:r>
        <w:rPr>
          <w:sz w:val="20"/>
        </w:rPr>
        <w:t>50:00  toh mein is ko sahi nahi samajhta.</w:t>
      </w:r>
      <w:r>
        <w:br/>
      </w:r>
      <w:r>
        <w:rPr>
          <w:sz w:val="20"/>
        </w:rPr>
        <w:t>50:03  ghulami o azadi ghulami hai.</w:t>
      </w:r>
      <w:r>
        <w:br/>
      </w:r>
      <w:r>
        <w:rPr>
          <w:sz w:val="20"/>
        </w:rPr>
        <w:t>50:07  saari dunya hi hamare liye azadi ki dunya hai.</w:t>
      </w:r>
      <w:r>
        <w:br/>
      </w:r>
      <w:r>
        <w:rPr>
          <w:sz w:val="20"/>
        </w:rPr>
        <w:t>50:10  kyunke allah ne kaha ke saari dunya tumhare liye khol di gayi hai aur aman ke saath kaam karo.</w:t>
      </w:r>
      <w:r>
        <w:br/>
      </w:r>
      <w:r>
        <w:rPr>
          <w:sz w:val="20"/>
        </w:rPr>
        <w:t>50:14  koi rukawat nahi hai.</w:t>
      </w:r>
      <w:r>
        <w:br/>
      </w:r>
      <w:r>
        <w:rPr>
          <w:sz w:val="20"/>
        </w:rPr>
        <w:t>50:17  maulana, kuch aur comments parhna chahenge.</w:t>
      </w:r>
    </w:p>
    <w:p>
      <w:pPr>
        <w:pStyle w:val="Heading2"/>
      </w:pPr>
      <w:r>
        <w:t>Why Muslims underestimate the call to Islam</w:t>
      </w:r>
    </w:p>
    <w:p>
      <w:r>
        <w:rPr>
          <w:color w:val="666666"/>
          <w:sz w:val="18"/>
        </w:rPr>
        <w:t>Society &amp; Dawah · Don't Be Angry Culture January 15, 2012 · 4m 41s · at 1:08:22 · https://youtu.be/NrA3X8y_FLY?t=4102</w:t>
      </w:r>
    </w:p>
    <w:p>
      <w:r>
        <w:rPr>
          <w:i/>
        </w:rPr>
        <w:t>“Why do Muslims underestimate dawah? What is the reason?”</w:t>
      </w:r>
    </w:p>
    <w:p>
      <w:r>
        <w:rPr>
          <w:sz w:val="20"/>
        </w:rPr>
        <w:t>1:08:22  Maulana, agla sawal aaya hai Tamil Nadu se</w:t>
      </w:r>
      <w:r>
        <w:br/>
      </w:r>
      <w:r>
        <w:rPr>
          <w:sz w:val="20"/>
        </w:rPr>
        <w:t>1:08:25  maulana iqbal umri sahib ka. unhon ne likha hai: musalman dawat ka kyun kamtar andaza karte hain? is ki kya wajah hai?</w:t>
      </w:r>
      <w:r>
        <w:br/>
      </w:r>
      <w:r>
        <w:rPr>
          <w:sz w:val="20"/>
        </w:rPr>
        <w:t>1:08:43  main to samajhta hoon ke wahi wajah hai jo main ne kaha, ghussa. is waqt musalman jo hain sab ghusse mein hain.</w:t>
      </w:r>
      <w:r>
        <w:br/>
      </w:r>
      <w:r>
        <w:rPr>
          <w:sz w:val="20"/>
        </w:rPr>
        <w:t>1:08:51  ghusse ka matlab yeh hai ke har ek ko dushman samjhe hue hain ke israel hamara dushman hai, america hamara dushman hai, woh hamare khilaf sazish kar rahe hain, woh hum ko necha dikhana chahte hain.</w:t>
      </w:r>
      <w:r>
        <w:br/>
      </w:r>
      <w:r>
        <w:rPr>
          <w:sz w:val="20"/>
        </w:rPr>
        <w:t>1:09:05  yani yeh chhaya hua hai dimaghon par.</w:t>
      </w:r>
      <w:r>
        <w:br/>
      </w:r>
      <w:r>
        <w:rPr>
          <w:sz w:val="20"/>
        </w:rPr>
        <w:t>1:09:09  is ki wajah se dawat ka kaam in ko samajh mein nahi aata aur goli aur bam zyada samajh mein aata hai.</w:t>
      </w:r>
      <w:r>
        <w:br/>
      </w:r>
      <w:r>
        <w:rPr>
          <w:sz w:val="20"/>
        </w:rPr>
        <w:t>1:09:18  to asal raaz jo hai, main samajhta hoon ke kuch waqiat se ghussa ho kar ke jo musalmanon mein manfi soch aa gayi, woh record ban gayi dawat ki ahmiyat ko samajhne mein.</w:t>
      </w:r>
      <w:r>
        <w:br/>
      </w:r>
      <w:r>
        <w:rPr>
          <w:sz w:val="20"/>
        </w:rPr>
        <w:t>1:09:37  ab main mislan mujhe koi kisi ke paas, main kisi se nafrat nahi karta, mujhe kisi se nafrat nahi hai, na israel se, na america se, na na na hindu se, na falan se, na falan se, kisi se.</w:t>
      </w:r>
      <w:r>
        <w:br/>
      </w:r>
      <w:r>
        <w:rPr>
          <w:sz w:val="20"/>
        </w:rPr>
        <w:t>1:09:52  sab ko main insan samajhta hoon. to main samajhta hoon ke dawat se bara koi kaam nahi hai.</w:t>
      </w:r>
      <w:r>
        <w:br/>
      </w:r>
      <w:r>
        <w:rPr>
          <w:sz w:val="20"/>
        </w:rPr>
        <w:t>1:09:58  to jar mein jo hai, jar mein woh manfi soch hai. manfi soch ke musalmanon, musalman is daur mein pichhad gaye to samajhte hain ke doosra un ko pichha kiya hua hai.</w:t>
      </w:r>
      <w:r>
        <w:br/>
      </w:r>
      <w:r>
        <w:rPr>
          <w:sz w:val="20"/>
        </w:rPr>
        <w:t>1:10:10  yani apni ghalti apne upar nahi dalte. quran mein to hai ke har aadmi apne kiye ko bhagta hai. apne kiye ko saaf saaf likha hua hai ke aadmi apne kiye ko bhagta hai.</w:t>
      </w:r>
      <w:r>
        <w:br/>
      </w:r>
      <w:r>
        <w:rPr>
          <w:sz w:val="20"/>
        </w:rPr>
        <w:t>1:10:26  kisi ki sazish se, kisi ki dushmani se koi nuqsan nahi hota is ka. lekin musalmanon ne, musalman matlab un ke un ke rehanmaon ne yeh ghalt zehn dala.</w:t>
      </w:r>
      <w:r>
        <w:br/>
      </w:r>
      <w:r>
        <w:rPr>
          <w:sz w:val="20"/>
        </w:rPr>
        <w:t>1:10:36  sab se bura role mere rahnamon ka hua hai is zamane mein. jitne rehanma uthe, sab rad-e-amal, rad-e-amal mein uthe. mujhe ek bhi rehanma nahi maloom is daur ka, is do sau saal ke andar jo rad-e-amal ke mein na utha ho.</w:t>
      </w:r>
      <w:r>
        <w:br/>
      </w:r>
      <w:r>
        <w:rPr>
          <w:sz w:val="20"/>
        </w:rPr>
        <w:t>1:10:52  sab rad-e-amal, rad-e-amal, rad-e-amal.</w:t>
      </w:r>
      <w:r>
        <w:br/>
      </w:r>
      <w:r>
        <w:rPr>
          <w:sz w:val="20"/>
        </w:rPr>
        <w:t>1:10:54  mal. to rad-e-amal se kya hota hai? negative thinking aati hai. phir kya hai? tashaddud aata hai. aur sari cheezein aati rehti hain isi mein.</w:t>
      </w:r>
      <w:r>
        <w:br/>
      </w:r>
      <w:r>
        <w:rPr>
          <w:sz w:val="20"/>
        </w:rPr>
        <w:t>1:11:05  aur phir jab yeh sab hoga to zahir hai ke dawat-e-illahi koi ahmiyat nazar nahi aayegi aap ko.</w:t>
      </w:r>
      <w:r>
        <w:br/>
      </w:r>
      <w:r>
        <w:rPr>
          <w:sz w:val="20"/>
        </w:rPr>
        <w:t>1:11:17  mujhe ek waqia yaad aata hai ke main ek martaba mewat mein tha.</w:t>
      </w:r>
      <w:r>
        <w:br/>
      </w:r>
      <w:r>
        <w:rPr>
          <w:sz w:val="20"/>
        </w:rPr>
        <w:t>1:11:22  to mewat mein ek ek band ban raha tha. is mein bohat se mawati bator mazdoor kaam kar rahe the. woh musalman the sab, sab ke sab.</w:t>
      </w:r>
      <w:r>
        <w:br/>
      </w:r>
      <w:r>
        <w:rPr>
          <w:sz w:val="20"/>
        </w:rPr>
        <w:t>1:11:34  to do group the, kisi wajah se jhagda ho gaya. aur jhagda hua to lathiyan uth uth gayeen. to main gaya, ek dadi wale musalman the, is mein mawati.</w:t>
      </w:r>
      <w:r>
        <w:br/>
      </w:r>
      <w:r>
        <w:rPr>
          <w:sz w:val="20"/>
        </w:rPr>
        <w:t>1:11:48  un se main ne kaha ke dekho sahib, yeh aap yeh bhi musalman, wohi musalman, aap log yani ladna chahte hain aur lathiyan chalana chahte hain, yeh to islam mein jaiz nahi hai.</w:t>
      </w:r>
      <w:r>
        <w:br/>
      </w:r>
      <w:r>
        <w:rPr>
          <w:sz w:val="20"/>
        </w:rPr>
        <w:t>1:12:02  aapas ki ladai islam mein jaiz nahi hai. to kuch quran o hadith maine sunaya. to woh dadi wale kya kehte hain? chalo molvi, is waqt hum ko quran mat sunao,</w:t>
      </w:r>
      <w:r>
        <w:br/>
      </w:r>
      <w:r>
        <w:rPr>
          <w:sz w:val="20"/>
        </w:rPr>
        <w:t>1:12:13  is waqt hum ko inteqam lena hai. to jab inteqam ki nafrat, jab nafrat aa jaye, inteqam aa jaye to quran o hadith ko le ke koi sochta nahi hai.</w:t>
      </w:r>
      <w:r>
        <w:br/>
      </w:r>
      <w:r>
        <w:rPr>
          <w:sz w:val="20"/>
        </w:rPr>
        <w:t>1:12:23  phir phir apne apne is mein sochta hai, apne manfi jazbat hi us ke liye wahid rehanma ban jate hain. yeh sab kis ne kiya hai?</w:t>
      </w:r>
      <w:r>
        <w:br/>
      </w:r>
      <w:r>
        <w:rPr>
          <w:sz w:val="20"/>
        </w:rPr>
        <w:t>1:12:34  aam musalmanon ne nahi, yeh rehanmaon ne kiya hai. rehanmaon ne musalmanon ko yeh sab suna suna kar ke, yeh dushman hai, woh dushman hai, woh dushman hai, woh dushman hai, yeh sab khabarain dein rehanmaon ne musalmanon ko.</w:t>
      </w:r>
      <w:r>
        <w:br/>
      </w:r>
      <w:r>
        <w:rPr>
          <w:sz w:val="20"/>
        </w:rPr>
        <w:t>1:12:48  to sari zimmedari rehanmaon ki hai.</w:t>
      </w:r>
      <w:r>
        <w:br/>
      </w:r>
      <w:r>
        <w:rPr>
          <w:sz w:val="20"/>
        </w:rPr>
        <w:t>1:12:50  is do sau saal mein jo rehanma uthe, unhon ne na manfi boli bol bol kar ke musalmanon ko manfi bana diya. is ki wajah se dawat un ke zehn se is ki ahmiyat nikal gayi.</w:t>
      </w:r>
    </w:p>
    <w:p>
      <w:pPr>
        <w:pStyle w:val="Heading2"/>
      </w:pPr>
      <w:r>
        <w:t>Why Scholars Blame Religion for Division</w:t>
      </w:r>
    </w:p>
    <w:p>
      <w:r>
        <w:rPr>
          <w:color w:val="666666"/>
          <w:sz w:val="18"/>
        </w:rPr>
        <w:t>Society &amp; Dawah · Formula of Human Life | March 13, 2016 · 2m 06s · at 55:18 · https://youtu.be/Et_ZQTYZzjU?t=3318</w:t>
      </w:r>
    </w:p>
    <w:p>
      <w:r>
        <w:rPr>
          <w:i/>
        </w:rPr>
        <w:t>“Why do scholars blame religion for violence and culture? Does religion divide people? Please clarify.”</w:t>
      </w:r>
    </w:p>
    <w:p>
      <w:r>
        <w:rPr>
          <w:sz w:val="20"/>
        </w:rPr>
        <w:t>55:18  ga: "bhai jo maine jo baat kahi, woh to bilkul theek hai." maulana, agla sawal maulana iqbal</w:t>
      </w:r>
      <w:r>
        <w:br/>
      </w:r>
      <w:r>
        <w:rPr>
          <w:sz w:val="20"/>
        </w:rPr>
        <w:t>55:24  umri ka hai chennai se, aur unhon ne likha hai: "maulana, scholar log religion ko</w:t>
      </w:r>
      <w:r>
        <w:br/>
      </w:r>
      <w:r>
        <w:rPr>
          <w:sz w:val="20"/>
        </w:rPr>
        <w:t>55:30  we and they culture ka zimmedar thahrate hain. Aisa kyun? Kya mazhab logon ko taqseem karta hai? Is ko wazeh karein." Dekhein, mazhab aksar major major jo hai, major religion ko padha maine. Major religion mein to kahin nahi paya ke woh taqseem karta ho. Na Hinduism baant'ta, na Buddhism baant'ta, na Christianity baant'ti, na</w:t>
      </w:r>
      <w:r>
        <w:br/>
      </w:r>
      <w:r>
        <w:rPr>
          <w:sz w:val="20"/>
        </w:rPr>
        <w:t>56:00  Judaism baant'ta, na Islam. Koi religion mein nahi paya maine jo baant, yani jo insan ko we and they ka concept deta ho, we and we concept deta ho har religion. Jaise yeh jo maine padha, Hath Basti ka jo qaul: "Love your enemy", woh yahi to hai ji. Yani what</w:t>
      </w:r>
      <w:r>
        <w:br/>
      </w:r>
      <w:r>
        <w:rPr>
          <w:sz w:val="20"/>
        </w:rPr>
        <w:t>56:30  It is love your enemy. اس کا مطلب یہ ہے کہ شاید دنیا میں کوئی اس نظر سے</w:t>
      </w:r>
      <w:r>
        <w:br/>
      </w:r>
      <w:r>
        <w:rPr>
          <w:sz w:val="20"/>
        </w:rPr>
        <w:t>56:37  دیکھو، اس equation کو apply کرو، VNV کا equation کو apply کرو۔</w:t>
      </w:r>
      <w:r>
        <w:br/>
      </w:r>
      <w:r>
        <w:rPr>
          <w:sz w:val="20"/>
        </w:rPr>
        <w:t>56:43  yahi to hai woh.</w:t>
      </w:r>
      <w:r>
        <w:br/>
      </w:r>
      <w:r>
        <w:rPr>
          <w:sz w:val="20"/>
        </w:rPr>
        <w:t>56:49  yeh rasool allah ne kaha, yeh har mazhab mein hai.</w:t>
      </w:r>
      <w:r>
        <w:br/>
      </w:r>
      <w:r>
        <w:rPr>
          <w:sz w:val="20"/>
        </w:rPr>
        <w:t>56:56  christianity ki, judais ki, islam ki, hinduwism, hinduwism ki sab ki jo</w:t>
      </w:r>
      <w:r>
        <w:br/>
      </w:r>
      <w:r>
        <w:rPr>
          <w:sz w:val="20"/>
        </w:rPr>
        <w:t>57:02  فارمولا ہے، وہ میں میرے اپنے لفظوں میں وہ بیس کرتا ہے VNV کے اس پرنسپل</w:t>
      </w:r>
      <w:r>
        <w:br/>
      </w:r>
      <w:r>
        <w:rPr>
          <w:sz w:val="20"/>
        </w:rPr>
        <w:t>57:09  par, we and they ke principle par nahin.</w:t>
      </w:r>
      <w:r>
        <w:br/>
      </w:r>
      <w:r>
        <w:rPr>
          <w:sz w:val="20"/>
        </w:rPr>
        <w:t>57:17  yeh to logon ki apni apni apne mind ki soch hai, yeh mazhab ki soch nahi hai.</w:t>
      </w:r>
    </w:p>
    <w:p>
      <w:pPr>
        <w:pStyle w:val="Heading2"/>
      </w:pPr>
      <w:r>
        <w:t>Why Taliban oppose women's education?</w:t>
      </w:r>
    </w:p>
    <w:p>
      <w:r>
        <w:rPr>
          <w:color w:val="666666"/>
          <w:sz w:val="18"/>
        </w:rPr>
        <w:t>Society &amp; Dawah · Islam and Violence October 12, 2014 · 1m 21s · at 51:56 · https://youtu.be/KmpXYZjPlj8?t=3116</w:t>
      </w:r>
    </w:p>
    <w:p>
      <w:r>
        <w:rPr>
          <w:i/>
        </w:rPr>
        <w:t>“It is so clear from the Quran and the life of the Prophet of Islam that education is important for one and all. Why can't the Taliban understand this simple thing and stop terrorizing women from going for education?”</w:t>
      </w:r>
    </w:p>
    <w:p>
      <w:r>
        <w:rPr>
          <w:sz w:val="20"/>
        </w:rPr>
        <w:t>51:56  maulana, agla sawal aaya hai bhopal se, danish sahib ne kiya hai, aur unhon ne likha hai ke maulana, "it is so clear from quran and the life of prophet of islam that education is important for one and all.</w:t>
      </w:r>
      <w:r>
        <w:br/>
      </w:r>
      <w:r>
        <w:rPr>
          <w:sz w:val="20"/>
        </w:rPr>
        <w:t>52:14  why cant the taliban understand this simple thing and stop terrorizing the women in going for education?"</w:t>
      </w:r>
      <w:r>
        <w:br/>
      </w:r>
      <w:r>
        <w:rPr>
          <w:sz w:val="20"/>
        </w:rPr>
        <w:t>52:23  dekhiye, aik arabi ka aik maqoola hai: "al-nas adaa'u ma jahiloo". log us cheez ke dushman ban jatay hain jis ko woh na jantay hon.</w:t>
      </w:r>
      <w:r>
        <w:br/>
      </w:r>
      <w:r>
        <w:rPr>
          <w:sz w:val="20"/>
        </w:rPr>
        <w:t>52:37  to yeh log ilm ki qeemat nahi jantay, yeh log sirf talwar aur bandooq ki qeemat jantay hain, woh us tribal culture ki wajah se. tribal culture un ka obsession ban gaya hai.</w:t>
      </w:r>
      <w:r>
        <w:br/>
      </w:r>
      <w:r>
        <w:rPr>
          <w:sz w:val="20"/>
        </w:rPr>
        <w:t>52:48  obsession! woh jantay hi nahi ke sab se bari cheez ilm hai,</w:t>
      </w:r>
      <w:r>
        <w:br/>
      </w:r>
      <w:r>
        <w:rPr>
          <w:sz w:val="20"/>
        </w:rPr>
        <w:t>52:55  sab se bari cheez education hai. to unhein batane ki zaroorat hai ke un ki source galat hai, aur sab se bari cheez ilm aur education hoti hai.</w:t>
      </w:r>
      <w:r>
        <w:br/>
      </w:r>
      <w:r>
        <w:rPr>
          <w:sz w:val="20"/>
        </w:rPr>
        <w:t>53:07  jab woh jaan jayenge to chhod denge. abhi to bekhabar hain woh. al-nas! un ka case jo hai, al-nas adaa ma jahiloo ka case hai.</w:t>
      </w:r>
      <w:r>
        <w:br/>
      </w:r>
      <w:r>
        <w:rPr>
          <w:sz w:val="20"/>
        </w:rPr>
        <w:t>53:15  un ka</w:t>
      </w:r>
    </w:p>
    <w:p>
      <w:pPr>
        <w:pStyle w:val="Heading2"/>
      </w:pPr>
      <w:r>
        <w:t>Why Ummah considers ill-wishers as well-wishers</w:t>
      </w:r>
    </w:p>
    <w:p>
      <w:r>
        <w:rPr>
          <w:color w:val="666666"/>
          <w:sz w:val="18"/>
        </w:rPr>
        <w:t>Society &amp; Dawah · Material Science and Spiritual Science 20 May 2012 · 2m 35s · at 1:08:46 · https://youtu.be/4K6CxjThlxQ?t=4126</w:t>
      </w:r>
    </w:p>
    <w:p>
      <w:r>
        <w:rPr>
          <w:i/>
        </w:rPr>
        <w:t>“Today, who does the Ummah consider its well-wisher? Explain that the Ummah considers its ill-wisher as its well-wisher, its enemy as its well-wisher, and this is proven from the Quran that in times of decline this happens.”</w:t>
      </w:r>
    </w:p>
    <w:p>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r>
        <w:br/>
      </w:r>
      <w:r>
        <w:rPr>
          <w:sz w:val="20"/>
        </w:rPr>
        <w:t>1:09:07  hai jo sabza badkhwah is ka ho jo dushman is ka ho</w:t>
      </w:r>
      <w:r>
        <w:br/>
      </w:r>
      <w:r>
        <w:rPr>
          <w:sz w:val="20"/>
        </w:rPr>
        <w:t>1:09:13  aur ye Quran se sabit hai ke daur zawal mein yahi hota hai</w:t>
      </w:r>
      <w:r>
        <w:br/>
      </w:r>
      <w:r>
        <w:rPr>
          <w:sz w:val="20"/>
        </w:rPr>
        <w:t>1:09:19  aaj ummat door e zawal mein hai aur door e zawal ummat ka jo haal hota hai woh Quran mein</w:t>
      </w:r>
      <w:r>
        <w:br/>
      </w:r>
      <w:r>
        <w:rPr>
          <w:sz w:val="20"/>
        </w:rPr>
        <w:t>1:09:24  un alfaaz bayan kiya gaya hai ke woh</w:t>
      </w:r>
      <w:r>
        <w:br/>
      </w:r>
      <w:r>
        <w:rPr>
          <w:sz w:val="20"/>
        </w:rPr>
        <w:t>1:09:28  wohi hai sabil rushd la tkhsus</w:t>
      </w:r>
      <w:r>
        <w:br/>
      </w:r>
      <w:r>
        <w:rPr>
          <w:sz w:val="20"/>
        </w:rPr>
        <w:t>1:09:33  sabil ghayb ya takhsis sabila</w:t>
      </w:r>
      <w:r>
        <w:br/>
      </w:r>
      <w:r>
        <w:rPr>
          <w:sz w:val="20"/>
        </w:rPr>
        <w:t>1:09:37  ke door e zawal mein yahi hota hai door e zawal mein ke apne dushman ko woh dost bas samajh</w:t>
      </w:r>
      <w:r>
        <w:br/>
      </w:r>
      <w:r>
        <w:rPr>
          <w:sz w:val="20"/>
        </w:rPr>
        <w:t>1:09:43  lete hain aur apne dost ko dushman samajhte hain kyunke kyunke hota kya hai</w:t>
      </w:r>
      <w:r>
        <w:br/>
      </w:r>
      <w:r>
        <w:rPr>
          <w:sz w:val="20"/>
        </w:rPr>
        <w:t>1:09:50  ke jiska jisko aap se khair khwahi nahi hai</w:t>
      </w:r>
      <w:r>
        <w:br/>
      </w:r>
      <w:r>
        <w:rPr>
          <w:sz w:val="20"/>
        </w:rPr>
        <w:t>1:09:53  jo aap ko bhag mein dalee hui hai woh apni popularity ke liye apni leadership qaim rakhne ke</w:t>
      </w:r>
      <w:r>
        <w:br/>
      </w:r>
      <w:r>
        <w:rPr>
          <w:sz w:val="20"/>
        </w:rPr>
        <w:t>1:10:01  liye woh baaten kahega jo aap ko achhi lage</w:t>
      </w:r>
      <w:r>
        <w:br/>
      </w:r>
      <w:r>
        <w:rPr>
          <w:sz w:val="20"/>
        </w:rPr>
        <w:t>1:10:04  jo</w:t>
      </w:r>
      <w:r>
        <w:br/>
      </w:r>
      <w:r>
        <w:rPr>
          <w:sz w:val="20"/>
        </w:rPr>
        <w:t>1:10:05  aap ko achhi lage</w:t>
      </w:r>
      <w:r>
        <w:br/>
      </w:r>
      <w:r>
        <w:rPr>
          <w:sz w:val="20"/>
        </w:rPr>
        <w:t>1:10:07  lekin jis ko ap se khair khwahi hai jo ap ki bhalai chahta hai us ki yeh parwah</w:t>
      </w:r>
      <w:r>
        <w:br/>
      </w:r>
      <w:r>
        <w:rPr>
          <w:sz w:val="20"/>
        </w:rPr>
        <w:t>1:10:13  nahi hogi ke ap ap apni bigri hui nafsiyat ki bina par kya acha acha samajhne lage hain</w:t>
      </w:r>
      <w:r>
        <w:br/>
      </w:r>
      <w:r>
        <w:rPr>
          <w:sz w:val="20"/>
        </w:rPr>
        <w:t>1:10:19  wo kahe wo samjhe ke quran o hadith ke lihaz se kya achi baat hai wo batayega</w:t>
      </w:r>
      <w:r>
        <w:br/>
      </w:r>
      <w:r>
        <w:rPr>
          <w:sz w:val="20"/>
        </w:rPr>
        <w:t>1:10:25  to khulasa yeh hai ke jo musalmanon ki zawal yafata nafsiyat ko feed karega us ke baad</w:t>
      </w:r>
      <w:r>
        <w:br/>
      </w:r>
      <w:r>
        <w:rPr>
          <w:sz w:val="20"/>
        </w:rPr>
        <w:t>1:10:30  un ko achi lagegi aur jo musalmanon ki zawal yafata nafsiyat ki islaah karna chahega us</w:t>
      </w:r>
      <w:r>
        <w:br/>
      </w:r>
      <w:r>
        <w:rPr>
          <w:sz w:val="20"/>
        </w:rPr>
        <w:t>1:10:36  ko us ko ap dushman samajh lenge ap</w:t>
      </w:r>
      <w:r>
        <w:br/>
      </w:r>
      <w:r>
        <w:rPr>
          <w:sz w:val="20"/>
        </w:rPr>
        <w:t>1:10:41  aaj kal zamane mein jo jo popular hue hain zyada mein naam liye baghair kehta hoon ke jo bhi popular zyada hua hai wo wahi popular hua hai jis ne musalmanon ke zawaal yafta nafsiyat ko feed kiya khoob popular hua jis ne bhi jo jis ko bhi aap jante hon ke wo musalmanon mein bohat maqbool hua us ke liye bheed jama hui aur uska bada darja mil gaya musalmanon</w:t>
      </w:r>
      <w:r>
        <w:br/>
      </w:r>
      <w:r>
        <w:rPr>
          <w:sz w:val="20"/>
        </w:rPr>
        <w:t>1:11:06  mein to wo sab ke sab log wahi hain jinhon ne musalmanon ke zawaal yafta nafsiyat ko feed kiya lekin ye dushmani hai ye badkhwahi hai ye khair khwahi nahi hai</w:t>
      </w:r>
    </w:p>
    <w:p>
      <w:pPr>
        <w:pStyle w:val="Heading2"/>
      </w:pPr>
      <w:r>
        <w:t>Why always take the route of peace?</w:t>
      </w:r>
    </w:p>
    <w:p>
      <w:r>
        <w:rPr>
          <w:color w:val="666666"/>
          <w:sz w:val="18"/>
        </w:rPr>
        <w:t>Society &amp; Dawah · Pillars of Western Thought October 6, 2013 · 2m 54s · at 45:26 · https://youtu.be/o4WfPvju5_M?t=2726</w:t>
      </w:r>
    </w:p>
    <w:p>
      <w:r>
        <w:rPr>
          <w:i/>
        </w:rPr>
        <w:t>“You always talk about peace, but peace only delays the process, and the real result can be achieved only through protest and revolution—for example, the French Revolution and Russian Revolution are real-life examples of how things were achieved in this world. Why should we always take the route of peace? I don't think it is required, especially in today's scenario.”</w:t>
      </w:r>
    </w:p>
    <w:p>
      <w:r>
        <w:rPr>
          <w:sz w:val="20"/>
        </w:rPr>
        <w:t>45:26  molana, agla sawal zakir sahib ne kiya hai indore se. unhon ne likha hai: "molana sahib, you always talk about peace, but peace only delays the process, and the real result can be achieved only through protest or revolution.</w:t>
      </w:r>
      <w:r>
        <w:br/>
      </w:r>
      <w:r>
        <w:rPr>
          <w:sz w:val="20"/>
        </w:rPr>
        <w:t>45:44  for example, French Revolution, Russian Revolution are real life examples as to how things were achieved in this world.</w:t>
      </w:r>
      <w:r>
        <w:br/>
      </w:r>
      <w:r>
        <w:rPr>
          <w:sz w:val="20"/>
        </w:rPr>
        <w:t>45:53  why should we always take the route of peace? i don't think it is required, especially in today's scenario." main samajhta hoon ke aap ki kuch bhi study nahi hai, alfaaz aap ke paas hain,</w:t>
      </w:r>
      <w:r>
        <w:br/>
      </w:r>
      <w:r>
        <w:rPr>
          <w:sz w:val="20"/>
        </w:rPr>
        <w:t>46:07  alfaaz bol diye aap ne. yani protest se dunya mein kamyabi hasil hui hai? yeh kaun si tareekh parhi hai aap ne?</w:t>
      </w:r>
      <w:r>
        <w:br/>
      </w:r>
      <w:r>
        <w:rPr>
          <w:sz w:val="20"/>
        </w:rPr>
        <w:t>46:16  main aisi kisi tareekh se waqif nahi hoon. agar aap ke paas aisi tareekh hai to us ka hawala de kar agle sunday mein aap batai'e ga.</w:t>
      </w:r>
      <w:r>
        <w:br/>
      </w:r>
      <w:r>
        <w:rPr>
          <w:sz w:val="20"/>
        </w:rPr>
        <w:t>46:25  aap jo abhi jo farma rahe hain, to yeh to alfaaz hain, alfaaz hain, alfaaz hain.</w:t>
      </w:r>
      <w:r>
        <w:br/>
      </w:r>
      <w:r>
        <w:rPr>
          <w:sz w:val="20"/>
        </w:rPr>
        <w:t>46:33  quran ke mutabiq dekhiye, yeh sab jo aap farma rahe hain, yeh yeh aap ke alfaaz hain, sirf quran nahi hai. yeh</w:t>
      </w:r>
      <w:r>
        <w:br/>
      </w:r>
      <w:r>
        <w:rPr>
          <w:sz w:val="20"/>
        </w:rPr>
        <w:t>46:40  wa ma yanfa'u al-nas fi al-ard, yani jo nafeh bakhshi ka saboot deta hai, us ko dunya mein maqsad milta hai, qayam milta hai, establishment milta hai.</w:t>
      </w:r>
      <w:r>
        <w:br/>
      </w:r>
      <w:r>
        <w:rPr>
          <w:sz w:val="20"/>
        </w:rPr>
        <w:t>46:54  to quran to kehta hai ke jab apne ko nafeh bakhsh banao, yani giver banao, giver banao ge, tab dunya mein tum ko jagah mile gi.</w:t>
      </w:r>
      <w:r>
        <w:br/>
      </w:r>
      <w:r>
        <w:rPr>
          <w:sz w:val="20"/>
        </w:rPr>
        <w:t>47:03  aap kehte hain ke nahi, larai karne wala banao, yeh kis quran mein likha hua hai?</w:t>
      </w:r>
      <w:r>
        <w:br/>
      </w:r>
      <w:r>
        <w:rPr>
          <w:sz w:val="20"/>
        </w:rPr>
        <w:t>47:10  yeh kis tareekh se sabit hota hai? musalmanon ki asal ghalati is zamane mein yeh hai ke woh giver community nahi rahe hain, woh sirf protest community ban gaye hain.</w:t>
      </w:r>
      <w:r>
        <w:br/>
      </w:r>
      <w:r>
        <w:rPr>
          <w:sz w:val="20"/>
        </w:rPr>
        <w:t>47:20  protest, protestant community, protest, protest, complain, complain. aur giver community, giver community banne ka sab se zyada yaqini tareeqa kya hai?</w:t>
      </w:r>
      <w:r>
        <w:br/>
      </w:r>
      <w:r>
        <w:rPr>
          <w:sz w:val="20"/>
        </w:rPr>
        <w:t>47:32  aap dawat ka kaam karen. da'i banne ke ma'ni hain ke aap logon ko kuch de rahe hain. da'i banne ke naam par aap kuch logon ko de rahe hain.</w:t>
      </w:r>
      <w:r>
        <w:br/>
      </w:r>
      <w:r>
        <w:rPr>
          <w:sz w:val="20"/>
        </w:rPr>
        <w:t>47:41  da'i group, giver group hota hai. yani aap ghaur kijiye ke do so saal se larai lad rahe hain musalman aur bilkul hi yak tarfa taur par nuqsan utha rahe hain.</w:t>
      </w:r>
      <w:r>
        <w:br/>
      </w:r>
      <w:r>
        <w:rPr>
          <w:sz w:val="20"/>
        </w:rPr>
        <w:t>47:53  to ab to re assessment ka waqt hai.</w:t>
      </w:r>
      <w:r>
        <w:br/>
      </w:r>
      <w:r>
        <w:rPr>
          <w:sz w:val="20"/>
        </w:rPr>
        <w:t>47:57  yeh to re assessment ka waqt hai. rasool Allah sal-lal-lahu alai-hi wa-sal-lam to ek din ki larai ladte the, bas aap do so saal se lad rahe hain.</w:t>
      </w:r>
      <w:r>
        <w:br/>
      </w:r>
      <w:r>
        <w:rPr>
          <w:sz w:val="20"/>
        </w:rPr>
        <w:t>48:08  to ab time aa gaya hai re assessment ka ke kyun hum nakaam hain? kyun nakaam hain? is ka waqt aa gaya hai, na ke aap isi ko continue rakhne ke liye alfaaz naye naye bolen.</w:t>
      </w:r>
    </w:p>
    <w:p>
      <w:pPr>
        <w:pStyle w:val="Heading2"/>
      </w:pPr>
      <w:r>
        <w:t>Why are Muslims aggressive and its reasons</w:t>
      </w:r>
    </w:p>
    <w:p>
      <w:r>
        <w:rPr>
          <w:color w:val="666666"/>
          <w:sz w:val="18"/>
        </w:rPr>
        <w:t>Society &amp; Dawah · Conversation with Maulana Wahiduddin Khan | October 01, 2017 · 1m 36s · at 44:05 · https://youtu.be/TmOYGd3rp2M?t=2645</w:t>
      </w:r>
    </w:p>
    <w:p>
      <w:r>
        <w:rPr>
          <w:i/>
        </w:rPr>
        <w:t>“Why are Muslims so aggressive in nature? What is the reason for this?”</w:t>
      </w:r>
    </w:p>
    <w:p>
      <w:r>
        <w:rPr>
          <w:sz w:val="20"/>
        </w:rPr>
        <w:t>44:05  Maulana, agla sawal Nagpur se Muhammad Irfan Rasheedi sahib ne kiya hai.</w:t>
      </w:r>
      <w:r>
        <w:br/>
      </w:r>
      <w:r>
        <w:rPr>
          <w:sz w:val="20"/>
        </w:rPr>
        <w:t>44:10  aur unhone aap se poocha hai ke "Why are Muslims so aggressive in nature?</w:t>
      </w:r>
      <w:r>
        <w:br/>
      </w:r>
      <w:r>
        <w:rPr>
          <w:sz w:val="20"/>
        </w:rPr>
        <w:t>44:16  What is the reason for this?" in nature nahi hai, yeh baat galat hai.</w:t>
      </w:r>
      <w:r>
        <w:br/>
      </w:r>
      <w:r>
        <w:rPr>
          <w:sz w:val="20"/>
        </w:rPr>
        <w:t>44:21  musalmanon mein badqismati se aisay leader ubhray jo jazbati karte hain, Rebel Rouser.</w:t>
      </w:r>
      <w:r>
        <w:br/>
      </w:r>
      <w:r>
        <w:rPr>
          <w:sz w:val="20"/>
        </w:rPr>
        <w:t>44:26  yeh sari ghalti</w:t>
      </w:r>
      <w:r>
        <w:br/>
      </w:r>
      <w:r>
        <w:rPr>
          <w:sz w:val="20"/>
        </w:rPr>
        <w:t>44:31  Rebel Rouser ki hai.</w:t>
      </w:r>
      <w:r>
        <w:br/>
      </w:r>
      <w:r>
        <w:rPr>
          <w:sz w:val="20"/>
        </w:rPr>
        <w:t>44:37  musalmanon mein koi nature aisa nahi ke woh koi koi doosra Khuda jinhon ne in ko paida kiya hai.</w:t>
      </w:r>
      <w:r>
        <w:br/>
      </w:r>
      <w:r>
        <w:rPr>
          <w:sz w:val="20"/>
        </w:rPr>
        <w:t>44:43  is ke liye main likh chuka hoon bar bar.</w:t>
      </w:r>
      <w:r>
        <w:br/>
      </w:r>
      <w:r>
        <w:rPr>
          <w:sz w:val="20"/>
        </w:rPr>
        <w:t>44:50  aap is ko parh sakte hain.</w:t>
      </w:r>
      <w:r>
        <w:br/>
      </w:r>
      <w:r>
        <w:rPr>
          <w:sz w:val="20"/>
        </w:rPr>
        <w:t>44:56  to asal masla yeh hai ke musalman ke andar jo leader ubhray, woh sab badqismati se Rebel Rouser thay.</w:t>
      </w:r>
      <w:r>
        <w:br/>
      </w:r>
      <w:r>
        <w:rPr>
          <w:sz w:val="20"/>
        </w:rPr>
        <w:t>45:02  bas.</w:t>
      </w:r>
      <w:r>
        <w:br/>
      </w:r>
      <w:r>
        <w:rPr>
          <w:sz w:val="20"/>
        </w:rPr>
        <w:t>45:08  musalmanon ki nature alag nahi hai.</w:t>
      </w:r>
      <w:r>
        <w:br/>
      </w:r>
      <w:r>
        <w:rPr>
          <w:sz w:val="20"/>
        </w:rPr>
        <w:t>45:13  jaise nature sab sare insanon ka bhi hai, isi un ka bhi hai.</w:t>
      </w:r>
      <w:r>
        <w:br/>
      </w:r>
      <w:r>
        <w:rPr>
          <w:sz w:val="20"/>
        </w:rPr>
        <w:t>45:19  to aap galat bataiye in leaderon ko jo Rebel Rouser hain.</w:t>
      </w:r>
      <w:r>
        <w:br/>
      </w:r>
      <w:r>
        <w:rPr>
          <w:sz w:val="20"/>
        </w:rPr>
        <w:t>45:24  musalmanon ko parhenge.</w:t>
      </w:r>
      <w:r>
        <w:br/>
      </w:r>
      <w:r>
        <w:rPr>
          <w:sz w:val="20"/>
        </w:rPr>
        <w:t>45:30  musalmanon ko kaise batayenge? aap ka musalmanon ka khaliq koi aur hai? musalmanon ka khaliq bhi wohi hai jo.</w:t>
      </w:r>
      <w:r>
        <w:br/>
      </w:r>
      <w:r>
        <w:rPr>
          <w:sz w:val="20"/>
        </w:rPr>
        <w:t>45:35  is pe maine bohat likha hai, aap parh lijiyay.</w:t>
      </w:r>
    </w:p>
    <w:p>
      <w:pPr>
        <w:pStyle w:val="Heading2"/>
      </w:pPr>
      <w:r>
        <w:t>Why are Muslims always complaining and ungrateful?</w:t>
      </w:r>
    </w:p>
    <w:p>
      <w:r>
        <w:rPr>
          <w:color w:val="666666"/>
          <w:sz w:val="18"/>
        </w:rPr>
        <w:t>Society &amp; Dawah · Revival of Ummah January 22, 2017 · 2m 46s · at 1:03:18 · https://youtu.be/vnPsv0TBCfk?t=3798</w:t>
      </w:r>
    </w:p>
    <w:p>
      <w:r>
        <w:rPr>
          <w:i/>
        </w:rPr>
        <w:t>“Muslims today are voicing concern over Trump's statement that Muslims in the US were enjoying good times before, but they have never appreciated all the opportunities that were available in the US. It is these Muslims who called America 'Dajjal' and America enemy number one. Why is it that Muslims are always in complaining mode? They are never thankful. They are unable to appreciate the good things. Why is this so?”</w:t>
      </w:r>
    </w:p>
    <w:p>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r>
        <w:br/>
      </w:r>
      <w:r>
        <w:rPr>
          <w:sz w:val="20"/>
        </w:rPr>
        <w:t>1:03:48  why is it that muslims are always in the complaining mode. they are never thankful. they are unable to appreciate the good things. why is this so. bohat sahi hai yeh yeh hua hai yani kabhi bhi in musalmanon mein jo aa rahe the main baar baar wahan gaya hoon kabhi kisi ne trump se pehle kisi musalman se maine suna nahi ke sach much shukr kare woh america ki tareef kare.</w:t>
      </w:r>
      <w:r>
        <w:br/>
      </w:r>
      <w:r>
        <w:rPr>
          <w:sz w:val="20"/>
        </w:rPr>
        <w:t>1:04:18  ab aaj raat ko kuch bol diya woh woh radicalism ke khilaaf bola hai woh. islam ke khilaaf to nahi bola hai. jo us ne kaha hai woh radicalism ke khilaaf islam ke khilaaf nahi hai. to is ko le ke yani halaat mein bol raha hai.</w:t>
      </w:r>
      <w:r>
        <w:br/>
      </w:r>
      <w:r>
        <w:rPr>
          <w:sz w:val="20"/>
        </w:rPr>
        <w:t>1:04:35  kaisi ajeeb baat hai kaise log afford karte hain ke hum ne kabhi acknowledge nahi kiya america ko aur aaj hum bol rahe hain to kaise is yani ek dualism hai yeh kaise afford karte hain log is ko log mujhe samajh mein nahi aata. kitni muddat se hum aaye hain yahan aur acknowledge nahi kiya america ko aaj raat ki baat kuch keh di us ne woh islam ke khilaaf nahi radicalism ke khilaaf. to hum is itna bol rahe hain us ke maamle mein.</w:t>
      </w:r>
      <w:r>
        <w:br/>
      </w:r>
      <w:r>
        <w:rPr>
          <w:sz w:val="20"/>
        </w:rPr>
        <w:t>1:05:04  to kaise yani is is mein main hairaan hoon ke kaise log afford karte hain is tarah se kaise un ko neend aati hai kaise khana hazam hota hai un ka. mujhe bohat taajjub hai aise logon ke upar. okay so we we will end the session now we be back next sunday same time thank you.</w:t>
      </w:r>
    </w:p>
    <w:p>
      <w:pPr>
        <w:pStyle w:val="Heading2"/>
      </w:pPr>
      <w:r>
        <w:t>Why are Muslims fighting for rights unsuccessful?</w:t>
      </w:r>
    </w:p>
    <w:p>
      <w:r>
        <w:rPr>
          <w:color w:val="666666"/>
          <w:sz w:val="18"/>
        </w:rPr>
        <w:t>Society &amp; Dawah · Importance of Patience October 26, 2014 · 2m 04s · at 1:12:49 · https://youtu.be/XdOlp9-fPG0?t=4369</w:t>
      </w:r>
    </w:p>
    <w:p>
      <w:r>
        <w:rPr>
          <w:i/>
        </w:rPr>
        <w:t>“If Muslims all over the world are fighting for their rights, then why are they so unsuccessful? What is the reason we are not able to win?”</w:t>
      </w:r>
    </w:p>
    <w:p>
      <w:r>
        <w:rPr>
          <w:sz w:val="20"/>
        </w:rPr>
        <w:t>1:12:49  Maulana, agla sawal Delhi se, is par maine ek kitaab likhi hai, aap us ko padh sakte hain, uska naam hai "Tajdeed-e-Deen". Tajdeed-e-Deen, jo log Urdu na na jante hain, woh padhwa ke sun lein kisi se.</w:t>
      </w:r>
      <w:r>
        <w:br/>
      </w:r>
      <w:r>
        <w:rPr>
          <w:sz w:val="20"/>
        </w:rPr>
        <w:t>1:13:06  Maulana, agla sawal kya hai Delhi se Muhammad Salman Sahab ne, aur unhon ne likha hai: "Agar poori duniya mein Musalman apne haq ke liye lad rahe hain, to phir itne nakaam kyun hain?</w:t>
      </w:r>
      <w:r>
        <w:br/>
      </w:r>
      <w:r>
        <w:rPr>
          <w:sz w:val="20"/>
        </w:rPr>
        <w:t>1:13:20  Wajah kya hai hum jeet nahi pa rahe hain?" Is is ke bare mein bataein. Haq ki ladai Islam mein nahi hai. Yaad rakhiye, Islam mein haq ki ladai hai hi nahi.</w:t>
      </w:r>
      <w:r>
        <w:br/>
      </w:r>
      <w:r>
        <w:rPr>
          <w:sz w:val="20"/>
        </w:rPr>
        <w:t>1:13:31  Yeh to modern age mein jo hai, us ka jo hai, yani jo concept aaya hai human right ka, jis ko main galat samajhta hoon, human right ke se yeh cheez aayi hai.</w:t>
      </w:r>
      <w:r>
        <w:br/>
      </w:r>
      <w:r>
        <w:rPr>
          <w:sz w:val="20"/>
        </w:rPr>
        <w:t>1:13:45  Islam mein hai hi nahi. Islam mein dekhiye, Bukhari mein ek riwayat hai: "Adu ilaihim haqqahum wa sallo Allah haqqakum".</w:t>
      </w:r>
      <w:r>
        <w:br/>
      </w:r>
      <w:r>
        <w:rPr>
          <w:sz w:val="20"/>
        </w:rPr>
        <w:t>1:13:56  Yeh Bukhari mein hai: "Adu ilaihim haqqahum wa sallo Allah haqqakum". Yani doosron ka jo haq hai, woh do un ko, apna haq Allah se mango.</w:t>
      </w:r>
      <w:r>
        <w:br/>
      </w:r>
      <w:r>
        <w:rPr>
          <w:sz w:val="20"/>
        </w:rPr>
        <w:t>1:14:09  Haq ki ladai hai hi nahi, haq ke liye dua hai, yani haq ke liye zaati koshish ya dua, yeh hai Islam mein. Haq ki ladai to hai hi nahi: "Adu ilaihim haqqahum wa sallo Allah haqqakum".</w:t>
      </w:r>
      <w:r>
        <w:br/>
      </w:r>
      <w:r>
        <w:rPr>
          <w:sz w:val="20"/>
        </w:rPr>
        <w:t>1:14:25  Doosron ka haq jo tumhare par aata hai, woh doosron ka haq do un ko, aur tumhara jo haq hai, woh Allah se mango. Yani apne haq ke liye humein mehnat karna hai aur dua karna hai.</w:t>
      </w:r>
      <w:r>
        <w:br/>
      </w:r>
      <w:r>
        <w:rPr>
          <w:sz w:val="20"/>
        </w:rPr>
        <w:t>1:14:36  Yeh to haq ki ladai bilkul hi baseless hai, un Islamic hai, is ka koi ta'alluq nahi Quran o Hadees se.</w:t>
      </w:r>
      <w:r>
        <w:br/>
      </w:r>
      <w:r>
        <w:rPr>
          <w:sz w:val="20"/>
        </w:rPr>
        <w:t>1:14:44  To nakaam ho gayi, jis se is ka ta'alluq Islam se na ho, to to nakaami to hona hi hona hai, hona hi hona hai. Wahan</w:t>
      </w:r>
    </w:p>
    <w:p>
      <w:pPr>
        <w:pStyle w:val="Heading2"/>
      </w:pPr>
      <w:r>
        <w:t>Why are non-Muslims not allowed to visit?</w:t>
      </w:r>
    </w:p>
    <w:p>
      <w:r>
        <w:rPr>
          <w:color w:val="666666"/>
          <w:sz w:val="18"/>
        </w:rPr>
        <w:t>Society &amp; Dawah · Principle of Loss | May 31, 2015 · 2m 54s · at 1:00:50 · https://youtu.be/IEf7QfU3BmY?t=3650</w:t>
      </w:r>
    </w:p>
    <w:p>
      <w:r>
        <w:rPr>
          <w:i/>
        </w:rPr>
        <w:t>“Today's lecture added another dimension to understand the issues in life as well as in the world and the creation plan of God. Jazakallah. My question is: why are non-Muslims not allowed to visit?”</w:t>
      </w:r>
    </w:p>
    <w:p>
      <w:r>
        <w:rPr>
          <w:sz w:val="20"/>
        </w:rPr>
        <w:t>1:00:50  Maulana agla sawal Tariq Badar sahib ne bheja hai Lahore Pakistan se, aur unhon ne likha hai ke</w:t>
      </w:r>
      <w:r>
        <w:br/>
      </w:r>
      <w:r>
        <w:rPr>
          <w:sz w:val="20"/>
        </w:rPr>
        <w:t>1:00:56  Today's lecture added another dimension to understand the issues in life as well as in the world and</w:t>
      </w:r>
      <w:r>
        <w:br/>
      </w:r>
      <w:r>
        <w:rPr>
          <w:sz w:val="20"/>
        </w:rPr>
        <w:t>1:01:02  the creation plan of God, jazak Allah, my question is why non Muslims are not allowed to visit</w:t>
      </w:r>
      <w:r>
        <w:br/>
      </w:r>
      <w:r>
        <w:rPr>
          <w:sz w:val="20"/>
        </w:rPr>
        <w:t>1:01:08  Mecca and Medina, and what is</w:t>
      </w:r>
      <w:r>
        <w:br/>
      </w:r>
      <w:r>
        <w:rPr>
          <w:sz w:val="20"/>
        </w:rPr>
        <w:t>1:01:14  the background of this law? Dekhiye, is se pehle main bata chuka hoon ke pehle aisa nahi</w:t>
      </w:r>
      <w:r>
        <w:br/>
      </w:r>
      <w:r>
        <w:rPr>
          <w:sz w:val="20"/>
        </w:rPr>
        <w:t>1:01:22  tha, pehle sabhi log aate the, is ka saboot yeh hai ke Kaaba mein but pahunch gaya to</w:t>
      </w:r>
      <w:r>
        <w:br/>
      </w:r>
      <w:r>
        <w:rPr>
          <w:sz w:val="20"/>
        </w:rPr>
        <w:t>1:01:30  mushrikeen to pohnchayen ge, but muhadd kaise but pohnchaye ga, kaba mein jo but pohncha kai so ki</w:t>
      </w:r>
      <w:r>
        <w:br/>
      </w:r>
      <w:r>
        <w:rPr>
          <w:sz w:val="20"/>
        </w:rPr>
        <w:t>1:01:37  tadad mein to mushrikeen to thay, woh jo pohnchaya unhon ne, muhadd ko pohnchaye ga woh, to</w:t>
      </w:r>
      <w:r>
        <w:br/>
      </w:r>
      <w:r>
        <w:rPr>
          <w:sz w:val="20"/>
        </w:rPr>
        <w:t>1:01:45  yeh dekha gaya ke log is is azadi ko misuse karte hain, yaani yeh nahi kaha ke</w:t>
      </w:r>
      <w:r>
        <w:br/>
      </w:r>
      <w:r>
        <w:rPr>
          <w:sz w:val="20"/>
        </w:rPr>
        <w:t>1:01:51  dekh kar chale jayen, wahan apna but rakh dete hain, woh but jo thay wahan kaba bohat chhote</w:t>
      </w:r>
      <w:r>
        <w:br/>
      </w:r>
      <w:r>
        <w:rPr>
          <w:sz w:val="20"/>
        </w:rPr>
        <w:t>1:01:57  chhote thay, yaani bara bara abu lahore ki tarah nahi tha, woh aap jeeb mein rakh ke le</w:t>
      </w:r>
      <w:r>
        <w:br/>
      </w:r>
      <w:r>
        <w:rPr>
          <w:sz w:val="20"/>
        </w:rPr>
        <w:t>1:02:03  ja sakte hain, aisa tha woh, jitne but thay kaba mein woh abu lahore ki tarah thay, nahi</w:t>
      </w:r>
      <w:r>
        <w:br/>
      </w:r>
      <w:r>
        <w:rPr>
          <w:sz w:val="20"/>
        </w:rPr>
        <w:t>1:02:09  thay bare bare, to adam</w:t>
      </w:r>
      <w:r>
        <w:br/>
      </w:r>
      <w:r>
        <w:rPr>
          <w:sz w:val="20"/>
        </w:rPr>
        <w:t>1:02:15  jaye jeeb mein rakhe hue hain, wahan rakh ke chala gaya, to us ki precaution ke taur par is tajrube ke baad aisa kiya gaya, aur main samajhta hoon ke bilkul sahi sahi kiya gaya, warna aaj bhi wahi mamla baqi rehta, insaan ajeeb ghareeb makhlooq hai, azadi ko misuse karna jo hai us ki burai ko janta hi nahin. Okay, so we will end the session now, thank</w:t>
      </w:r>
      <w:r>
        <w:br/>
      </w:r>
      <w:r>
        <w:rPr>
          <w:sz w:val="20"/>
        </w:rPr>
        <w:t>1:02:45  you.</w:t>
      </w:r>
    </w:p>
    <w:p>
      <w:pPr>
        <w:pStyle w:val="Heading2"/>
      </w:pPr>
      <w:r>
        <w:t>Why are women not respected enough?</w:t>
      </w:r>
    </w:p>
    <w:p>
      <w:r>
        <w:rPr>
          <w:color w:val="666666"/>
          <w:sz w:val="18"/>
        </w:rPr>
        <w:t>Society &amp; Dawah · The Prophet An Example of Modesty August 27, 2017 · 3m 49s · at 57:30 · https://youtu.be/aR3V4c8fQC4?t=3450</w:t>
      </w:r>
    </w:p>
    <w:p>
      <w:r>
        <w:rPr>
          <w:i/>
        </w:rPr>
        <w:t>“Women's contribution to improving society is the highest, yet society does not give women the respect they deserve. Why is that?”</w:t>
      </w:r>
    </w:p>
    <w:p>
      <w:r>
        <w:rPr>
          <w:sz w:val="20"/>
        </w:rPr>
        <w:t>57:30  molana, agla sawal dilli se kya hai nafees siddiqui sahab ne aur unhon ne likha hai, "moashre ko acha banane mein aurat ka contribution sab se zyada hota hai, phir bhi moashra aurat ko woh ehtiram nahi karta jo use karna chahiye.</w:t>
      </w:r>
      <w:r>
        <w:br/>
      </w:r>
      <w:r>
        <w:rPr>
          <w:sz w:val="20"/>
        </w:rPr>
        <w:t>57:49  aisa kyun hai?" is ke bare mein bataiye. bhai, koi ehtiram kare ya na kare, Allah ke nazdeek aap woh insan hon jo Allah ki mansha poora kar raha hai to wahi kafi hai kyunke lena insan se nahi hai, lena to Allah rab ul alameen se hai.</w:t>
      </w:r>
      <w:r>
        <w:br/>
      </w:r>
      <w:r>
        <w:rPr>
          <w:sz w:val="20"/>
        </w:rPr>
        <w:t>58:09  aurat hi ki baat nahi hai, mard ka kaun aitraf karta hai? mein ne to aaj tak kisi insan ko nahi dekha ke jo sahi maano mein kisi ke deen ko acknowledge kare.</w:t>
      </w:r>
      <w:r>
        <w:br/>
      </w:r>
      <w:r>
        <w:rPr>
          <w:sz w:val="20"/>
        </w:rPr>
        <w:t>58:23  yaqeen keejiyay ke aik insaan nahin jaanta ho, kisi ko kisi se mila ho, kisi ko kisi se faida hua ho aur woh sach much acknowledge kare uss ko.</w:t>
      </w:r>
      <w:r>
        <w:br/>
      </w:r>
      <w:r>
        <w:rPr>
          <w:sz w:val="20"/>
        </w:rPr>
        <w:t>58:39  main to nahin jaanta, main sirf aik hi misaal mere paas hai, woh scholar misaal hai, scholar mazhabi logon ki misaal mere paas nahin hai. main ne aik qissa bataya tha aap ko ke aik saahab thay abul furqan adum garh ke, to un ke gaon ke aik saahab thay, un ke jaantay thay woh.</w:t>
      </w:r>
      <w:r>
        <w:br/>
      </w:r>
      <w:r>
        <w:rPr>
          <w:sz w:val="20"/>
        </w:rPr>
        <w:t>58:58  to woh lag gaye congress mein sanjar gandhi ke zamanay mein aur gaon se nikal kar woh dilli pohnchay. to sanjar gandhi ne un ki salahiyat dekhi, un ki qadar ki aur un ko raj sabha mein bharwa diya.</w:t>
      </w:r>
      <w:r>
        <w:br/>
      </w:r>
      <w:r>
        <w:rPr>
          <w:sz w:val="20"/>
        </w:rPr>
        <w:t>59:14  iss ke baad un ko raj sabha ka jo residence hota hai, woh mil gaya jis mein sab kuch hota hai, sara saman, gaadi se le kar se le kar yaani telephone tak.</w:t>
      </w:r>
      <w:r>
        <w:br/>
      </w:r>
      <w:r>
        <w:rPr>
          <w:sz w:val="20"/>
        </w:rPr>
        <w:t>59:31  to abul furqan saahab ne bataya mujh ko, mujh se milnay gaye thay woh ke woh saahab jo thay baar baar yeh kehtay thay, "yeh sab sanjar babu ki dain hai,</w:t>
      </w:r>
      <w:r>
        <w:br/>
      </w:r>
      <w:r>
        <w:rPr>
          <w:sz w:val="20"/>
        </w:rPr>
        <w:t>59:45  yeh sab sanjar babu ki dain hai." yaani flat mein jatay hain, woh aik well furnished flat tha, woh well furnished flat to uss ko dekh ke kehtay thay ke "yeh sab sanjar babu ki dain hai." aisa acknowledgement, aisa etraaf main ne aik hi paya.</w:t>
      </w:r>
      <w:r>
        <w:br/>
      </w:r>
      <w:r>
        <w:rPr>
          <w:sz w:val="20"/>
        </w:rPr>
        <w:t>1:00:05  jitnay mazhabi log hain, deeni log hain, unhein main ne acknowledgement nahin paya. logon ke dil mein hota hoga, munh se bolain, woh to aik hi mujhe mila hai, poori zindagi mein mila hai.</w:t>
      </w:r>
      <w:r>
        <w:br/>
      </w:r>
      <w:r>
        <w:rPr>
          <w:sz w:val="20"/>
        </w:rPr>
        <w:t>1:00:17  to main kya karoon? aurat, aap aurat ki baat kar rahay hain, yeh sab ki baat hai, yeh sab ki baat hai. hamari qaum acknowledge karna jantay hi nahin,</w:t>
      </w:r>
      <w:r>
        <w:br/>
      </w:r>
      <w:r>
        <w:rPr>
          <w:sz w:val="20"/>
        </w:rPr>
        <w:t>1:00:31  aurat ki baat nahin hai, mard ki baat bhi yahi hai. mera tajurba main ne bayan kar ke bhi bohat insaanon ka main tajurba uthaya hai, main ne wohi aik insaan mujhe mila jo kehta tha, "yeh sab sanjar babu ki dain hai." aisa etraaf to khuda ke bhi nahin koi karta, insaan ka kya karay ga?</w:t>
      </w:r>
      <w:r>
        <w:br/>
      </w:r>
      <w:r>
        <w:rPr>
          <w:sz w:val="20"/>
        </w:rPr>
        <w:t>1:00:53  bas zahir si baat hai, woh ghussa ho jayen gay, zahir si baat hai, woh tanqeed karen gay, zahir si baat hai, woh negative ho jayen gay. koi baray se bara aap ne kisi ke sath sulook kiya ho, woh bhool jayen gay.</w:t>
      </w:r>
      <w:r>
        <w:br/>
      </w:r>
      <w:r>
        <w:rPr>
          <w:sz w:val="20"/>
        </w:rPr>
        <w:t>1:01:05  yeh to hum dekh rahay hain. to haqeeqat yeh hai ke mard aurat ki baat nahin hai, sab ki baat yahi hai, mere tajurbe ke mutabiq.</w:t>
      </w:r>
    </w:p>
    <w:p>
      <w:pPr>
        <w:pStyle w:val="Heading2"/>
      </w:pPr>
      <w:r>
        <w:t>Why blame Muslims and praise non-Muslims</w:t>
      </w:r>
    </w:p>
    <w:p>
      <w:r>
        <w:rPr>
          <w:color w:val="666666"/>
          <w:sz w:val="18"/>
        </w:rPr>
        <w:t>Society &amp; Dawah · Dars-e-Quran, Chapter 2, Verses 55-57 | March 25, 2018 · 1m 12s · at 54:21 · https://youtu.be/2MykDXfNV_w?t=3261</w:t>
      </w:r>
    </w:p>
    <w:p>
      <w:r>
        <w:rPr>
          <w:i/>
        </w:rPr>
        <w:t>“You are always hammering Muslims in general and praising non-Muslims like Americans, Europeans, Hindus, etc.”</w:t>
      </w:r>
    </w:p>
    <w:p>
      <w:r>
        <w:rPr>
          <w:sz w:val="20"/>
        </w:rPr>
        <w:t>54:21  Maulana, agla sawal Imran sahib ne kiya hai Kuwait se.</w:t>
      </w:r>
      <w:r>
        <w:br/>
      </w:r>
      <w:r>
        <w:rPr>
          <w:sz w:val="20"/>
        </w:rPr>
        <w:t>54:27  unhone likha hai:</w:t>
      </w:r>
      <w:r>
        <w:br/>
      </w:r>
      <w:r>
        <w:rPr>
          <w:sz w:val="20"/>
        </w:rPr>
        <w:t>54:33  "Maulana, you are always hammering Muslims in general and praise non-Muslims like Americans, Europeans, Hindus, etc.</w:t>
      </w:r>
      <w:r>
        <w:br/>
      </w:r>
      <w:r>
        <w:rPr>
          <w:sz w:val="20"/>
        </w:rPr>
        <w:t>54:41  This gives a feeling to many Muslim leaders and people that you are anti-Muslim.</w:t>
      </w:r>
      <w:r>
        <w:br/>
      </w:r>
      <w:r>
        <w:rPr>
          <w:sz w:val="20"/>
        </w:rPr>
        <w:t>54:49  What is the reality? And also please tell whether you are at all hopeful about Muslims in</w:t>
      </w:r>
      <w:r>
        <w:br/>
      </w:r>
      <w:r>
        <w:rPr>
          <w:sz w:val="20"/>
        </w:rPr>
        <w:t>54:56  future?" Dekhiye, yeh baat toh ilzaam hai. Islam</w:t>
      </w:r>
      <w:r>
        <w:br/>
      </w:r>
      <w:r>
        <w:rPr>
          <w:sz w:val="20"/>
        </w:rPr>
        <w:t>55:04  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pStyle w:val="Heading2"/>
      </w:pPr>
      <w:r>
        <w:t>Why democracy not desirable in Islam?</w:t>
      </w:r>
    </w:p>
    <w:p>
      <w:r>
        <w:rPr>
          <w:color w:val="666666"/>
          <w:sz w:val="18"/>
        </w:rPr>
        <w:t>Society &amp; Dawah · Discovery of God (In Conversation with Maulana) December 25, 2011 · 1m 44s · at 35:56 · https://youtu.be/-1c1d7cFj0s?t=2156</w:t>
      </w:r>
    </w:p>
    <w:p>
      <w:r>
        <w:rPr>
          <w:i/>
        </w:rPr>
        <w:t>“Why is democracy not considered a desirable thing in Islam? Does it involve following the law of other than God?”</w:t>
      </w:r>
    </w:p>
    <w:p>
      <w:r>
        <w:rPr>
          <w:sz w:val="20"/>
        </w:rPr>
        <w:t>35:56  maulana inayatullah umri ka bangalore se sawal aaya hai. unhon ne likha hai: "jamhooriyat ko is islam ki matlooba cheez kyun samajhte nahi hain?</w:t>
      </w:r>
      <w:r>
        <w:br/>
      </w:r>
      <w:r>
        <w:rPr>
          <w:sz w:val="20"/>
        </w:rPr>
        <w:t>36:08  kya is mein samjha jata hai ke ghair khuda ka qanoon manna padega?"</w:t>
      </w:r>
      <w:r>
        <w:br/>
      </w:r>
      <w:r>
        <w:rPr>
          <w:sz w:val="20"/>
        </w:rPr>
        <w:t>36:16  yeh dekhiye, ghair khuda qanoon manna ya na manna, yeh yeh yeh yeh yeh nazariya aap apne aap mein ghalt hai.</w:t>
      </w:r>
      <w:r>
        <w:br/>
      </w:r>
      <w:r>
        <w:rPr>
          <w:sz w:val="20"/>
        </w:rPr>
        <w:t>36:26  kyunke ijtimai zindagi mein koi ideal nahi chal sakta. agar aap yeh ek ideal bana lein ke ke ke ijtimai zindagi mein khuda qanoon ko nafiz hona hai, to is mani ke aap badu nafiz karna chahenge, to badu nafiz karenge, idhar se bhi aadmi jawab dega, to larai shuru hogi.</w:t>
      </w:r>
      <w:r>
        <w:br/>
      </w:r>
      <w:r>
        <w:rPr>
          <w:sz w:val="20"/>
        </w:rPr>
        <w:t>36:46  is ka nateeja larai hoga. to ijtimai zindagi mein islam ka nazariya yeh hai ke jo qabil amal hai, us ko ikhtiyar karo. aap dekhiye, hazrat yusuf alaihissalam ne badshah, yani jo badshah tha, woh mushrik tha.</w:t>
      </w:r>
      <w:r>
        <w:br/>
      </w:r>
      <w:r>
        <w:rPr>
          <w:sz w:val="20"/>
        </w:rPr>
        <w:t>37:00  woh mushrik badshah ko tasleem kar liya. unhon ne takrao nahi kiya us se ke tum woh karo, badlo apna mazhab, badlo apna aqeeda, badlo.</w:t>
      </w:r>
      <w:r>
        <w:br/>
      </w:r>
      <w:r>
        <w:rPr>
          <w:sz w:val="20"/>
        </w:rPr>
        <w:t>37:14  to ijtimai zindagi mein dekhiye, adjust karna padta hai. adjustment ijtimai zindagi mein agar yeh is ko ikhtiyar karenge, aap to siwaye larai ke aur kuch bhi nahi.</w:t>
      </w:r>
      <w:r>
        <w:br/>
      </w:r>
      <w:r>
        <w:rPr>
          <w:sz w:val="20"/>
        </w:rPr>
        <w:t>37:23  apni zaat ke mamle mein aap ideal baniye. ijtimai zindagi mein aap ko adjust karna padega. kuch aap ki baat maani jayegi, kuch un ki baat maani jayegi.</w:t>
      </w:r>
      <w:r>
        <w:br/>
      </w:r>
      <w:r>
        <w:rPr>
          <w:sz w:val="20"/>
        </w:rPr>
        <w:t>37:32  dusra option nahi hai. option agar aap is ko na manen to is ke baad kya hai? larai, khoon khoon kharaba.</w:t>
      </w:r>
    </w:p>
    <w:p>
      <w:pPr>
        <w:pStyle w:val="Heading2"/>
      </w:pPr>
      <w:r>
        <w:t>Why did people politically interpret religion?</w:t>
      </w:r>
    </w:p>
    <w:p>
      <w:r>
        <w:rPr>
          <w:color w:val="666666"/>
          <w:sz w:val="18"/>
        </w:rPr>
        <w:t>Society &amp; Dawah · The Companions and the Hadith Scholars June 24, 2012 · 1m 07s · at 1:22:53 · https://youtu.be/Dj4QiYnxgBs?t=4973</w:t>
      </w:r>
    </w:p>
    <w:p>
      <w:r>
        <w:rPr>
          <w:i/>
        </w:rPr>
        <w:t>“Why did people give a political interpretation to religion? What is the real reason behind this? Please explain.”</w:t>
      </w:r>
    </w:p>
    <w:p>
      <w:r>
        <w:rPr>
          <w:sz w:val="20"/>
        </w:rPr>
        <w:t>1:22:53  maulana, agla sawal ah dilli se hai, maulana sharq hussain sahib ka. unhon nay likha hai: "logon nay deen ki siyasi taabeer kyun ki?</w:t>
      </w:r>
      <w:r>
        <w:br/>
      </w:r>
      <w:r>
        <w:rPr>
          <w:sz w:val="20"/>
        </w:rPr>
        <w:t>1:23:03  is ki asal wajah kya hai? is ke baray mein batayen." masla siyasi ta'beer ka nahin hai, masla siyasi fakhr ka hai.</w:t>
      </w:r>
      <w:r>
        <w:br/>
      </w:r>
      <w:r>
        <w:rPr>
          <w:sz w:val="20"/>
        </w:rPr>
        <w:t>1:23:13  poori poori ummat siyasi fakhr mein jee rahi hai.</w:t>
      </w:r>
      <w:r>
        <w:br/>
      </w:r>
      <w:r>
        <w:rPr>
          <w:sz w:val="20"/>
        </w:rPr>
        <w:t>1:23:17  mujhe koi bhi exception nahin maloom is waqt CPS ke. sab siyasi fakhr mein. ya'ni matlab Usmani ko jo daur tareekh guzra hai, us ko le kar fakhr.</w:t>
      </w:r>
      <w:r>
        <w:br/>
      </w:r>
      <w:r>
        <w:rPr>
          <w:sz w:val="20"/>
        </w:rPr>
        <w:t>1:23:29  to isi ko, isi ko revive karna, isi ko regain karna, isi ko phir duniya mein lana.</w:t>
      </w:r>
      <w:r>
        <w:br/>
      </w:r>
      <w:r>
        <w:rPr>
          <w:sz w:val="20"/>
        </w:rPr>
        <w:t>1:23:38  to yeh yeh mizaj sab ka hai. isi ne yeh siyasi ta'beer, siyasi ta'beer ka mein is ko fitna samajhta hoon, paida kiya.</w:t>
      </w:r>
      <w:r>
        <w:br/>
      </w:r>
      <w:r>
        <w:rPr>
          <w:sz w:val="20"/>
        </w:rPr>
        <w:t>1:23:48  yeh tareekhi fakhr ko dobara hasil karo, dobara qaim karo, isi ka naam hai siyasi ta'beer. is ka Islam se koi talluq nahin.</w:t>
      </w:r>
    </w:p>
    <w:p>
      <w:pPr>
        <w:pStyle w:val="Heading2"/>
      </w:pPr>
      <w:r>
        <w:t>Why do ISIS converts become sympathizers of Muslims only?</w:t>
      </w:r>
    </w:p>
    <w:p>
      <w:r>
        <w:rPr>
          <w:color w:val="666666"/>
          <w:sz w:val="18"/>
        </w:rPr>
        <w:t>Society &amp; Dawah · Revival of Muslims March 08, 2015 · 4m 14s · at 49:57 · https://youtu.be/8ShFcr8YozI?t=2997</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49:57  maulana, agla sawal dilli se aaya hai maulana farhad umri ka aur unhon ne likha hai it seems that a lot of fighters of isis are converted muslims.</w:t>
      </w:r>
      <w:r>
        <w:br/>
      </w:r>
      <w:r>
        <w:rPr>
          <w:sz w:val="20"/>
        </w:rPr>
        <w:t>50:13  what is the reason that these new muslims who entered into the fold of islam after reading quran and other islamic books do not become sympathizers of humans but become sympathizers of muslims?</w:t>
      </w:r>
      <w:r>
        <w:br/>
      </w:r>
      <w:r>
        <w:rPr>
          <w:sz w:val="20"/>
        </w:rPr>
        <w:t>50:30  what is the reason and how do we counter this trend? dekhen, is ko main ne, yani kafi is pe socha, study ki hai.</w:t>
      </w:r>
      <w:r>
        <w:br/>
      </w:r>
      <w:r>
        <w:rPr>
          <w:sz w:val="20"/>
        </w:rPr>
        <w:t>50:40  asal cheez yeh hai ke dekhen, yeh jo nسلم hain, woh mutasir hue quran ko padh kar ke, quran ko padh kar mutasir hue.</w:t>
      </w:r>
      <w:r>
        <w:br/>
      </w:r>
      <w:r>
        <w:rPr>
          <w:sz w:val="20"/>
        </w:rPr>
        <w:t>50:53  lekin jab islam mein dakhil hue to phir aa gaye musalmanon mein. quran ka apna koi muashra to hai nahin, koi aisi society nahin hai jis ka naam quran society ho.</w:t>
      </w:r>
      <w:r>
        <w:br/>
      </w:r>
      <w:r>
        <w:rPr>
          <w:sz w:val="20"/>
        </w:rPr>
        <w:t>51:07  society to musalmanon ki hai, wahi musalman. to baad ke jo un ki zehan banta hai, un ke baad ko woh sab muslim society banta hai.</w:t>
      </w:r>
      <w:r>
        <w:br/>
      </w:r>
      <w:r>
        <w:rPr>
          <w:sz w:val="20"/>
        </w:rPr>
        <w:t>51:20  to goya ke un ka do daur hain: ek pre islam, ek post islam. pre islam mein to unhon ne quran ko padha, is se mutasir hue, lekin post islam mein woh aa gaye musalmanon ke mahaul mein.</w:t>
      </w:r>
      <w:r>
        <w:br/>
      </w:r>
      <w:r>
        <w:rPr>
          <w:sz w:val="20"/>
        </w:rPr>
        <w:t>51:34  to yeh musalmanon ke mahaul ki wajah se aisa hua.</w:t>
      </w:r>
      <w:r>
        <w:br/>
      </w:r>
      <w:r>
        <w:rPr>
          <w:sz w:val="20"/>
        </w:rPr>
        <w:t>51:41  yeh bahut bada masla hai ke musalman jo hain, un ka haal wahi ho raha hai ke har cheez ke dar kaan namak rakhna, raft namak chhodna.</w:t>
      </w:r>
      <w:r>
        <w:br/>
      </w:r>
      <w:r>
        <w:rPr>
          <w:sz w:val="20"/>
        </w:rPr>
        <w:t>51:52  ab is ka hal yahi hai ke aap hamara jo adab hai, is ko padhaya jaye aur is ka koi hal nahin.</w:t>
      </w:r>
      <w:r>
        <w:br/>
      </w:r>
      <w:r>
        <w:rPr>
          <w:sz w:val="20"/>
        </w:rPr>
        <w:t>52:03  maulana, unhon ne ek aur comment bhi bheja hai jis pe woh aap ka bhi view chahte hain. unhon ne likha hai ke haal hi mein ek pakistani writer ne ek survey ki buniyad par yeh likha hai ke pakistan mein ek namazi masjid jate hue darta hai.</w:t>
      </w:r>
      <w:r>
        <w:br/>
      </w:r>
      <w:r>
        <w:rPr>
          <w:sz w:val="20"/>
        </w:rPr>
        <w:t>52:22  in logon ka kehna hai ke dunya mein kahin bhi itni insecurity nahin hogi, hatta ke israel mein. aap ka is pe kya comment hai?</w:t>
      </w:r>
      <w:r>
        <w:br/>
      </w:r>
      <w:r>
        <w:rPr>
          <w:sz w:val="20"/>
        </w:rPr>
        <w:t>52:33  haan, yeh sahi hai. is ki wajah dekhen, yeh hai ke musalman jo hain, woh reh gaye apne hi gheton mein.</w:t>
      </w:r>
      <w:r>
        <w:br/>
      </w:r>
      <w:r>
        <w:rPr>
          <w:sz w:val="20"/>
        </w:rPr>
        <w:t>52:48  yeh gheton ki zehniyat hai.</w:t>
      </w:r>
      <w:r>
        <w:br/>
      </w:r>
      <w:r>
        <w:rPr>
          <w:sz w:val="20"/>
        </w:rPr>
        <w:t>52:55  yahudiyon ka muamla yeh hua ke woh diaspora mein chale gaye, europe, america mein. modern taleem liya unhon ne. is se un ka woh yeh pehle yahudi waise hi the, un ka zehan badal gaya.</w:t>
      </w:r>
      <w:r>
        <w:br/>
      </w:r>
      <w:r>
        <w:rPr>
          <w:sz w:val="20"/>
        </w:rPr>
        <w:t>53:09  to main kehta hoon ke musalmanon mein agar roka na hota inhon ne, yani modern taleem se hamare ulama ne, to aaj musalman qaum mein bahut islaah ho chuki hoti.</w:t>
      </w:r>
      <w:r>
        <w:br/>
      </w:r>
      <w:r>
        <w:rPr>
          <w:sz w:val="20"/>
        </w:rPr>
        <w:t>53:24  ulama ne modern taleem se musalmanon ko rok kar ke bahut bada zulm kiya musalmanon ke upar. aur yahudi qaum, chuki woh chali gayi diaspora ke baad europe, america mein, to apne aap un ki deconditioning ho gayi.</w:t>
      </w:r>
      <w:r>
        <w:br/>
      </w:r>
      <w:r>
        <w:rPr>
          <w:sz w:val="20"/>
        </w:rPr>
        <w:t>53:41  modern taleem musalmanon ki deconditioning karne wala tha, lekin is se ulama ne roka un ko. yeh hai, is lihaz se yeh farq hai.</w:t>
      </w:r>
      <w:r>
        <w:br/>
      </w:r>
      <w:r>
        <w:rPr>
          <w:sz w:val="20"/>
        </w:rPr>
        <w:t>53:52  modern taleem jo thi, woh sach poochhen to deconditioning ka bahut achha zariya thi. yahudiyon ki modern taleem ke zariye deconditioning hui aur musalmanon ki nahin hui.</w:t>
      </w:r>
    </w:p>
    <w:p>
      <w:pPr>
        <w:pStyle w:val="Heading2"/>
      </w:pPr>
      <w:r>
        <w:t>Why do Muslims leave their countries for livelihood?</w:t>
      </w:r>
    </w:p>
    <w:p>
      <w:r>
        <w:rPr>
          <w:color w:val="666666"/>
          <w:sz w:val="18"/>
        </w:rPr>
        <w:t>Society &amp; Dawah · The Existence of God October 7, 2012 · 3m 21s · at 57:39 · https://youtu.be/Hm0ybuokQ8s?t=3459</w:t>
      </w:r>
    </w:p>
    <w:p>
      <w:r>
        <w:rPr>
          <w:i/>
        </w:rPr>
        <w:t>“Is Allah not fulfilling the needs of Muslims in their own countries that they have gone to other countries for livelihood? What compelled these people to leave their countries and go to other countries for livelihood? Please explain.”</w:t>
      </w:r>
    </w:p>
    <w:p>
      <w:r>
        <w:rPr>
          <w:sz w:val="20"/>
        </w:rPr>
        <w:t>57:39  . maulana, yeh sawal aaya hai karachi pakistan se abdul latif sahab ka. unhone likha hai: "kya ashiya mulkon mulkon ke musalmanon ki zarooraten allah taala un ke apne mulkon mein poori nahi kar raha hai ke woh bahar ke mulkon mein maash ke hasool ke liye gaye hue hain?"</w:t>
      </w:r>
      <w:r>
        <w:br/>
      </w:r>
      <w:r>
        <w:rPr>
          <w:sz w:val="20"/>
        </w:rPr>
        <w:t>58:00  aakhir in sab logon ko kis cheez ne majboor kiya hai ke woh apne mulkon ko chhod kar bahir ke mulkon mein maash ke liye gaye hue hain?</w:t>
      </w:r>
      <w:r>
        <w:br/>
      </w:r>
      <w:r>
        <w:rPr>
          <w:sz w:val="20"/>
        </w:rPr>
        <w:t>58:10  is ki wazahat karen."</w:t>
      </w:r>
      <w:r>
        <w:br/>
      </w:r>
      <w:r>
        <w:rPr>
          <w:sz w:val="20"/>
        </w:rPr>
        <w:t>58:15  bhai, is ka sabab yeh nahin ke maash nahin mil rahi un ko apne mulkon mein.</w:t>
      </w:r>
      <w:r>
        <w:br/>
      </w:r>
      <w:r>
        <w:rPr>
          <w:sz w:val="20"/>
        </w:rPr>
        <w:t>58:21  bas ek</w:t>
      </w:r>
      <w:r>
        <w:br/>
      </w:r>
      <w:r>
        <w:rPr>
          <w:sz w:val="20"/>
        </w:rPr>
        <w:t>58:25  ek shauq hai dollar kamane ka, pound kamane ka taake jab bachchon ka mustaqbil zyada achha banaein. yeh saara mamla hai ke apni family, apne bachchon ko behtar mustaqbil dene ke liye woh ja rahe hain in mulkon mein.</w:t>
      </w:r>
      <w:r>
        <w:br/>
      </w:r>
      <w:r>
        <w:rPr>
          <w:sz w:val="20"/>
        </w:rPr>
        <w:t>58:43  sab se ajeeb baat yeh hai ke Pakistan ke logon ne mutalba kiya tha</w:t>
      </w:r>
      <w:r>
        <w:br/>
      </w:r>
      <w:r>
        <w:rPr>
          <w:sz w:val="20"/>
        </w:rPr>
        <w:t>58:48  ke hamein ek alag mulk chahiye taake hum Islam ke mutabiq reh saken. sab se ajeeb mamla to Pakistani logon logon ka hai. Pakistan ki logic yahi thi ke hamein ek ek alag khitta chahiye jahan hum Islam ke mutabiq reh saken.</w:t>
      </w:r>
      <w:r>
        <w:br/>
      </w:r>
      <w:r>
        <w:rPr>
          <w:sz w:val="20"/>
        </w:rPr>
        <w:t>59:04  achha, jab woh khitta mil gaya to khud Pakistan ke beshumar log chale gaye bahir, Europe, America.</w:t>
      </w:r>
      <w:r>
        <w:br/>
      </w:r>
      <w:r>
        <w:rPr>
          <w:sz w:val="20"/>
        </w:rPr>
        <w:t>59:13  to yeh to bohat bara jurm ka mamla hai ke Khuda ne Pakistan ko kehte hain log, mamlakat e Khudadad. mamlakat e Khudadad agar sach much ho woh to us ko chhod kar tum mamlakat e Shaitan Dad mein ja rahe ho, jis ko Shaitan kehte hain.</w:t>
      </w:r>
      <w:r>
        <w:br/>
      </w:r>
      <w:r>
        <w:rPr>
          <w:sz w:val="20"/>
        </w:rPr>
        <w:t>59:30  woh</w:t>
      </w:r>
      <w:r>
        <w:br/>
      </w:r>
      <w:r>
        <w:rPr>
          <w:sz w:val="20"/>
        </w:rPr>
        <w:t>59:34  yeh bohat bari munafiqat hai yeh ke is is mutalbe ke ko le kar ke Pakistan banwaya gaya ke hamein Islam ke mutabiq jeene ke liye ek khitta chahiye.</w:t>
      </w:r>
      <w:r>
        <w:br/>
      </w:r>
      <w:r>
        <w:rPr>
          <w:sz w:val="20"/>
        </w:rPr>
        <w:t>59:47  aur jab woh ban gaya to inhi mulkon mein chale gaye jo in in ke nazdeek, yani jahan taghoot taghooti nizam qaim tha, usi taghooti nizam mein.</w:t>
      </w:r>
      <w:r>
        <w:br/>
      </w:r>
      <w:r>
        <w:rPr>
          <w:sz w:val="20"/>
        </w:rPr>
        <w:t>1:00:01  kyunke wahan par zyada achhi, yani zyada bari kamai ho sakti thi, wahan zyada achha mayar zindagi milta tha un ko.</w:t>
      </w:r>
      <w:r>
        <w:br/>
      </w:r>
      <w:r>
        <w:rPr>
          <w:sz w:val="20"/>
        </w:rPr>
        <w:t>1:00:15  to munafiqat hi munafiqat hai. ab is ko main kya keh sakta hoon? is ka to bas Allah hi in logon ka tajziya kar sakta hai, insaan ke bas mein nahin hai.</w:t>
      </w:r>
      <w:r>
        <w:br/>
      </w:r>
      <w:r>
        <w:rPr>
          <w:sz w:val="20"/>
        </w:rPr>
        <w:t>1:00:29  main ek martaba America mein ek Pakistan ke ek sahib the, wahan par baqayda daadhi waali thi un ki. to main ne kaha: "aap Pakistan ko chhod kar America kyun aa gaye?" to kya jawab diya unhon ne?</w:t>
      </w:r>
      <w:r>
        <w:br/>
      </w:r>
      <w:r>
        <w:rPr>
          <w:sz w:val="20"/>
        </w:rPr>
        <w:t>1:00:43  ke jis ki rozi jahan rahe gi, woh wahan jaye ga. to main ne kaha ke mamlakat e Khudadad mein aap ki rozi nahin hai, hum mulk ke taghoot dad mein rozi hai aap ki.</w:t>
      </w:r>
      <w:r>
        <w:br/>
      </w:r>
      <w:r>
        <w:rPr>
          <w:sz w:val="20"/>
        </w:rPr>
        <w:t>1:00:54  jis ko aap log taghoot kehte hain, wahan rozi aap ki hai.</w:t>
      </w:r>
    </w:p>
    <w:p>
      <w:pPr>
        <w:pStyle w:val="Heading2"/>
      </w:pPr>
      <w:r>
        <w:t>Why do Pakistanis leave Pakistan despite struggle?</w:t>
      </w:r>
    </w:p>
    <w:p>
      <w:r>
        <w:rPr>
          <w:color w:val="666666"/>
          <w:sz w:val="18"/>
        </w:rPr>
        <w:t>Society &amp; Dawah · The Lesson of History September 21, 2014 · 2m 51s · at 1:12:48 · https://youtu.be/aMVHLKMkhcQ?t=4368</w:t>
      </w:r>
    </w:p>
    <w:p>
      <w:r>
        <w:rPr>
          <w:i/>
        </w:rPr>
        <w:t>“If Muslims had finally succeeded after a long and hard struggle to carve out a separate land for themselves and lead a religious life, then why is it that all the Pakistanis leave Pakistan at the very first opportunity available to them?”</w:t>
      </w:r>
    </w:p>
    <w:p>
      <w:r>
        <w:rPr>
          <w:sz w:val="20"/>
        </w:rPr>
        <w:t>1:12:48  Maulana, agla sawal Dr. Saleema Siddiqui ne kiya hai Delhi se. aur unhone likha hai ke Please comment on this fact that if Muslims had finally succeeded after a long and hard struggle to carve out a separate land for themselves and lead a religious life, then why is it that all the Pakistanis leave Pakistan at the very first opportunity available to them?</w:t>
      </w:r>
      <w:r>
        <w:br/>
      </w:r>
      <w:r>
        <w:rPr>
          <w:sz w:val="20"/>
        </w:rPr>
        <w:t>1:13:16  dekhen, Pakistan banwaya gaya tha mazhab ke naam par, lekin is ka mazhab se koi ta'alluq nahi tha. woh to ek jazbati qaumiyat, yani qaumiyat bhi nahi thi.</w:t>
      </w:r>
      <w:r>
        <w:br/>
      </w:r>
      <w:r>
        <w:rPr>
          <w:sz w:val="20"/>
        </w:rPr>
        <w:t>1:13:26  is</w:t>
      </w:r>
      <w:r>
        <w:br/>
      </w:r>
      <w:r>
        <w:rPr>
          <w:sz w:val="20"/>
        </w:rPr>
        <w:t>1:13:30  ka mazhab se koi ta'alluq nahi, Islam se koi ta'alluq nahi. to wahan jo gaye log, bhaag bhaag kar ke, dekha ke Pakistan mein zyada mawaqe nahi hain aur Europe mein zyada mawaqe hain, America mein zyada mawaqe hain, to wahan bhaag bhaag gaye.</w:t>
      </w:r>
      <w:r>
        <w:br/>
      </w:r>
      <w:r>
        <w:rPr>
          <w:sz w:val="20"/>
        </w:rPr>
        <w:t>1:13:43  kyunke koi zehan to barabar tha nahi.</w:t>
      </w:r>
      <w:r>
        <w:br/>
      </w:r>
      <w:r>
        <w:rPr>
          <w:sz w:val="20"/>
        </w:rPr>
        <w:t>1:13:47  na Pakistan banne se pehle, na Pakistan banne ke baad, un ke andar koi deeni zehan tha. deeni zehan ka matlab hai ke dawat Allah ka kaam karne ka zehan.</w:t>
      </w:r>
      <w:r>
        <w:br/>
      </w:r>
      <w:r>
        <w:rPr>
          <w:sz w:val="20"/>
        </w:rPr>
        <w:t>1:13:56  mislan, yeh tha hi nahi. woh to, yani un ka maadi zehan pehle bhi tha, maadi zehan ab bhi tha. yani pre Pakistan bhi maadi zehan tha, post Pakistani maadi zehan tha.</w:t>
      </w:r>
      <w:r>
        <w:br/>
      </w:r>
      <w:r>
        <w:rPr>
          <w:sz w:val="20"/>
        </w:rPr>
        <w:t>1:14:12  to jahan dekha ke jahan kamai hai, wahan bhaag bhaag rahe hain.</w:t>
      </w:r>
      <w:r>
        <w:br/>
      </w:r>
      <w:r>
        <w:rPr>
          <w:sz w:val="20"/>
        </w:rPr>
        <w:t>1:14:16  Pakistan ka yeh yeh to naarah sirf tha ke Pakistan ka matlab La Ilaha Illallah. yeh sirf naarah tha, is ka Islam se koi ta'alluq nahi tha. aur dekhen, yeh bid'at hai.</w:t>
      </w:r>
      <w:r>
        <w:br/>
      </w:r>
      <w:r>
        <w:rPr>
          <w:sz w:val="20"/>
        </w:rPr>
        <w:t>1:14:27  kyunke mazhab ke naam par koi ilaqa alag karwana, yeh to kisi paighambar ne nahi kiya. Rasool Allah ne, Sahaba ne aisa kabhi bhi nahi kiya ke Islam ke naam par kahein ke hum ko itna hissa baant kar do.</w:t>
      </w:r>
      <w:r>
        <w:br/>
      </w:r>
      <w:r>
        <w:rPr>
          <w:sz w:val="20"/>
        </w:rPr>
        <w:t>1:14:41  yeh to ek is qism ki siyasat to is ka Islam se koi ta'alluq nahi hai.</w:t>
      </w:r>
      <w:r>
        <w:br/>
      </w:r>
      <w:r>
        <w:rPr>
          <w:sz w:val="20"/>
        </w:rPr>
        <w:t>1:14:47  taqseem ki siyasat bilashuba is ka Islam se koi ta'alluq nahi hai. yani parties of partition, is ka Islam se koi ta'alluq nahi hai.</w:t>
      </w:r>
      <w:r>
        <w:br/>
      </w:r>
      <w:r>
        <w:rPr>
          <w:sz w:val="20"/>
        </w:rPr>
        <w:t>1:14:55  to jab Islam se ta'alluq hi is ka nahi hai, to wahan Islam kahan se aaye ga? jab parties of partition jo hain, it itself was unislamic, to kaise mumkin hai ke wahan Islam aa jaye?</w:t>
      </w:r>
      <w:r>
        <w:br/>
      </w:r>
      <w:r>
        <w:rPr>
          <w:sz w:val="20"/>
        </w:rPr>
        <w:t>1:15:09  to yeh to ek ek hungama tha, is ka koi ta'alluq aqal se bhi nahi tha.</w:t>
      </w:r>
      <w:r>
        <w:br/>
      </w:r>
      <w:r>
        <w:rPr>
          <w:sz w:val="20"/>
        </w:rPr>
        <w:t>1:15:15  Islam to bohat door ki baat hai. aaj dekhen, Pakistan ek failed state hai. failed state hai woh. is se zyada tar harkatein India mein hui hain.</w:t>
      </w:r>
      <w:r>
        <w:br/>
      </w:r>
      <w:r>
        <w:rPr>
          <w:sz w:val="20"/>
        </w:rPr>
        <w:t>1:15:28  to yeh is ka ta'alluq na to Pakistan, is ka ta'alluq na to Islam se hai, na aqal se hai. yeh ek jazbati hungama tha, pehle bhi aur ab bhi hai.</w:t>
      </w:r>
    </w:p>
    <w:p>
      <w:pPr>
        <w:pStyle w:val="Heading2"/>
      </w:pPr>
      <w:r>
        <w:t>Why do madrasa graduates oppose the government?</w:t>
      </w:r>
    </w:p>
    <w:p>
      <w:r>
        <w:rPr>
          <w:color w:val="666666"/>
          <w:sz w:val="18"/>
        </w:rPr>
        <w:t>Society &amp; Dawah · Sahaba and Muhaddithin 24th June 2012 - Maulana Wahiduddin Khan · 1m 57s · at 1:12:20 · https://youtu.be/tUPo7MI0Bdo?t=4340</w:t>
      </w:r>
    </w:p>
    <w:p>
      <w:r>
        <w:rPr>
          <w:i/>
        </w:rPr>
        <w:t>“Muslim madrasas in India work without clashing with the government, but the same scholars who come out of madrasas later launch movements against the government. Why is that?”</w:t>
      </w:r>
    </w:p>
    <w:p>
      <w:r>
        <w:rPr>
          <w:sz w:val="20"/>
        </w:rPr>
        <w:t>1:12:20  Maulana, agla sawal Maulana Inayatullah Umri sahib ka hai, Bangalore se. Unhon ne likha hai: "Hindustan ke Muslim madaris government se takraaye kiye baghair kaam karte hain, lekin madarse se nikalne wale yahi ulama baad mein government ke khilaaf takraao ki tehreek chala dete hain.</w:t>
      </w:r>
      <w:r>
        <w:br/>
      </w:r>
      <w:r>
        <w:rPr>
          <w:sz w:val="20"/>
        </w:rPr>
        <w:t>1:12:41  Aisa kyun hai?" Is liye ke woh wahan padhaya jaata hai. Hum ne khud madarse mein padha hai. Jo kitabein padhai jaati hain, jo taqreerein hoti hain, woh sab wahi hain.</w:t>
      </w:r>
      <w:r>
        <w:br/>
      </w:r>
      <w:r>
        <w:rPr>
          <w:sz w:val="20"/>
        </w:rPr>
        <w:t>1:12:55  Jis ne bhi madarse mein padha, us se pooch lijiye ke poora madarse ke mahaul mein charcha hota hai, woh isi ka fatawaat aur aur hukumat aur daur iqtidaar ka.</w:t>
      </w:r>
      <w:r>
        <w:br/>
      </w:r>
      <w:r>
        <w:rPr>
          <w:sz w:val="20"/>
        </w:rPr>
        <w:t>1:13:06  Toh madarse mein toh taleem mein mahaul hota hai, wahan muqarrar nahi likhta. Lekin jab madarse se bahar aaye toh woh jhanda utha lete hain, kyun ke woh isi ke liye tarbiyat yafta hain, woh isi ke liye un ki training hui hai.</w:t>
      </w:r>
      <w:r>
        <w:br/>
      </w:r>
      <w:r>
        <w:rPr>
          <w:sz w:val="20"/>
        </w:rPr>
        <w:t>1:13:23  Madarse mein taleemi jo mahaul hota hai, us ki bandishein hoti hain, us ki wajah se woh amli saath mein nahi aate.</w:t>
      </w:r>
      <w:r>
        <w:br/>
      </w:r>
      <w:r>
        <w:rPr>
          <w:sz w:val="20"/>
        </w:rPr>
        <w:t>1:13:34  Halanke baaz madaris aalami saath bhi aa gaye, yaani madarsa chalati hai, woh amli saath bhi aa gaye. Is ki bhi misalein hain.</w:t>
      </w:r>
      <w:r>
        <w:br/>
      </w:r>
      <w:r>
        <w:rPr>
          <w:sz w:val="20"/>
        </w:rPr>
        <w:t>1:13:43  Toh ek baharhaal asal cheez hai zehan kaisa banta hai. Toh zehan banta hai jihadi, siyasi aur tareekhi.</w:t>
      </w:r>
      <w:r>
        <w:br/>
      </w:r>
      <w:r>
        <w:rPr>
          <w:sz w:val="20"/>
        </w:rPr>
        <w:t>1:13:54  Woh zehan bahar aa kar jis ko mauqa milta hai, woh us mein jhanda utha leta hai. Koi log nahi uthate, un ko kahin doosra mauqa mil gaya, wahan chale jaate hain.</w:t>
      </w:r>
      <w:r>
        <w:br/>
      </w:r>
      <w:r>
        <w:rPr>
          <w:sz w:val="20"/>
        </w:rPr>
        <w:t>1:14:03  Woh</w:t>
      </w:r>
      <w:r>
        <w:br/>
      </w:r>
      <w:r>
        <w:rPr>
          <w:sz w:val="20"/>
        </w:rPr>
        <w:t>1:14:04  Baharhaal zehan ek hi hai, masjid mein, madarse mein, har jagah woh zehan jo hai, wahi hai. Yaani siyasat aur hukumat wala zehan hai.</w:t>
      </w:r>
    </w:p>
    <w:p>
      <w:pPr>
        <w:pStyle w:val="Heading2"/>
      </w:pPr>
      <w:r>
        <w:t>Why do new Muslims become ISIS sympathizers?</w:t>
      </w:r>
    </w:p>
    <w:p>
      <w:r>
        <w:rPr>
          <w:color w:val="666666"/>
          <w:sz w:val="18"/>
        </w:rPr>
        <w:t>Society &amp; Dawah · Revival of Muslims March 8, 2015 · 2m 02s · at 49:34 · https://youtu.be/B9E2OTb4BVE?t=2974</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49:34  Maulana, agla sawal Delhi se aya hai, Maulana Farhad Umri ka, aur unhone likha hai: "It seems that a lot of fighters of ISIS are converted Muslims.</w:t>
      </w:r>
      <w:r>
        <w:br/>
      </w:r>
      <w:r>
        <w:rPr>
          <w:sz w:val="20"/>
        </w:rPr>
        <w:t>49:50  What is the reason that these new Muslims who entered into the fold of Islam after reading Quran and other Islamic books do not become sympathizers of humans but become sympathizers of Muslims?</w:t>
      </w:r>
      <w:r>
        <w:br/>
      </w:r>
      <w:r>
        <w:rPr>
          <w:sz w:val="20"/>
        </w:rPr>
        <w:t>50:07  What is the reason and how do we counter this trend?" dekhen, is ko maine, yani kafi is par socha aur mutala kiya hai.</w:t>
      </w:r>
      <w:r>
        <w:br/>
      </w:r>
      <w:r>
        <w:rPr>
          <w:sz w:val="20"/>
        </w:rPr>
        <w:t>50:17  asal cheez yeh hai ke dekhen, yeh jo ghair Muslim hain, woh mutasir hue Quran ko padh kar ke, Quran ko padh kar mutasir hue, lekin jab Islam mein dakhil hue to phir aa gaye Musalmanon mein.</w:t>
      </w:r>
      <w:r>
        <w:br/>
      </w:r>
      <w:r>
        <w:rPr>
          <w:sz w:val="20"/>
        </w:rPr>
        <w:t>50:36  Quran ka apna koi muashra to hai nahi,</w:t>
      </w:r>
    </w:p>
    <w:p>
      <w:pPr>
        <w:pStyle w:val="Heading2"/>
      </w:pPr>
      <w:r>
        <w:t>Why do non-Muslims observe Islamic values better?</w:t>
      </w:r>
    </w:p>
    <w:p>
      <w:r>
        <w:rPr>
          <w:color w:val="666666"/>
          <w:sz w:val="18"/>
        </w:rPr>
        <w:t>Society &amp; Dawah · Art of Crisis Management October 3, 2010 · 9m 17s · at 1:19:17 · https://youtu.be/sKdyThFThXo?t=4757</w:t>
      </w:r>
    </w:p>
    <w:p>
      <w:r>
        <w:rPr>
          <w:i/>
        </w:rPr>
        <w:t>“Quite often one sees that Islamic principles and values are being better observed by non-Muslims than by Muslims. At the same time, some Muslims have abandoned the principles of Islam while claiming allegiance to the religion of the Prophet.”</w:t>
      </w:r>
    </w:p>
    <w:p>
      <w:r>
        <w:rPr>
          <w:sz w:val="20"/>
        </w:rPr>
        <w:t>1:19:17  maulana, agla sawal kya hai? mister jaan butt ne afghanistan se.</w:t>
      </w:r>
      <w:r>
        <w:br/>
      </w:r>
      <w:r>
        <w:rPr>
          <w:sz w:val="20"/>
        </w:rPr>
        <w:t>1:19:22  unhon ne poocha hai ke "quiet often one sees that islamic principles and values are being better observed by non muslims than by muslims.</w:t>
      </w:r>
      <w:r>
        <w:br/>
      </w:r>
      <w:r>
        <w:rPr>
          <w:sz w:val="20"/>
        </w:rPr>
        <w:t>1:19:35  at the same time, some muslims have abandoned the principles of islam while claiming allegiance to the religion of the prophet.</w:t>
      </w:r>
      <w:r>
        <w:br/>
      </w:r>
      <w:r>
        <w:rPr>
          <w:sz w:val="20"/>
        </w:rPr>
        <w:t>1:19:45  is it time for us to reassess what constitutes a muslim?</w:t>
      </w:r>
      <w:r>
        <w:br/>
      </w:r>
      <w:r>
        <w:rPr>
          <w:sz w:val="20"/>
        </w:rPr>
        <w:t>1:19:50  should we not consider a muslim as one who adheres to islamic values rather than one who claims allegiance to islam while contravening its principles?" kindly comment.</w:t>
      </w:r>
      <w:r>
        <w:br/>
      </w:r>
      <w:r>
        <w:rPr>
          <w:sz w:val="20"/>
        </w:rPr>
        <w:t>1:20:07  agar main sahi samajhta hoon, samjha hoon is question ko to is ka matlab ghaliban yeh hai ke hum declare karein ke yeh musalman jo hai islam se door ho gaya hai. ghaliban yeh matlab hai.</w:t>
      </w:r>
      <w:r>
        <w:br/>
      </w:r>
      <w:r>
        <w:rPr>
          <w:sz w:val="20"/>
        </w:rPr>
        <w:t>1:20:19  maulana,</w:t>
      </w:r>
      <w:r>
        <w:br/>
      </w:r>
      <w:r>
        <w:rPr>
          <w:sz w:val="20"/>
        </w:rPr>
        <w:t>1:20:20  woh islam ko adhere kar raha hai. ji, is ko kahein ke bhai yeh true muslim hai. jo hat gaya, us ko declare karein ke islam se hat gaya. yeh matlab hai. maulana, declare ka word nahi aaya, but jo aap matlab yahi hai, matlab yahi hai.</w:t>
      </w:r>
      <w:r>
        <w:br/>
      </w:r>
      <w:r>
        <w:rPr>
          <w:sz w:val="20"/>
        </w:rPr>
        <w:t>1:20:32  ji, dekhein, yeh islam ki taleem nahi hai. islam mein dekhiye, ek hai ideal, ek hai practical.</w:t>
      </w:r>
      <w:r>
        <w:br/>
      </w:r>
      <w:r>
        <w:rPr>
          <w:sz w:val="20"/>
        </w:rPr>
        <w:t>1:20:44  ek hai ideal, ek hai practical.</w:t>
      </w:r>
      <w:r>
        <w:br/>
      </w:r>
      <w:r>
        <w:rPr>
          <w:sz w:val="20"/>
        </w:rPr>
        <w:t>1:20:49  to ideal situation agar yani achievable na ho to hamein practical par raazi hona padta hai. to ideal to wohi hai ke main saare musalman islam ko follow kar rahe hon.</w:t>
      </w:r>
      <w:r>
        <w:br/>
      </w:r>
      <w:r>
        <w:rPr>
          <w:sz w:val="20"/>
        </w:rPr>
        <w:t>1:21:05  bahut achi baat hai, lekin islam ko agar follow na karein, un mein degeneration aa jaye, tab hamein kya karna hai?</w:t>
      </w:r>
      <w:r>
        <w:br/>
      </w:r>
      <w:r>
        <w:rPr>
          <w:sz w:val="20"/>
        </w:rPr>
        <w:t>1:21:13  hamein samjhana hai, preaching karna hai, fatwa nahi dena hai. fatwa activism islam mein hai nahi.</w:t>
      </w:r>
      <w:r>
        <w:br/>
      </w:r>
      <w:r>
        <w:rPr>
          <w:sz w:val="20"/>
        </w:rPr>
        <w:t>1:21:23  aaj kal jo fatwa active chala hua hai na, islam mein nahi hai. yeh sab galat hai. misaal ke taur par dekhiye, ek firqa hai, us ko ahmadi firqa kehte hain, kuch log qadiyani kehte hain is ko.</w:t>
      </w:r>
      <w:r>
        <w:br/>
      </w:r>
      <w:r>
        <w:rPr>
          <w:sz w:val="20"/>
        </w:rPr>
        <w:t>1:21:37  is ke baad khoob fatwa activism chalaya gaya. yeh mere nazdeek sarapa galat tha bilkul.</w:t>
      </w:r>
      <w:r>
        <w:br/>
      </w:r>
      <w:r>
        <w:rPr>
          <w:sz w:val="20"/>
        </w:rPr>
        <w:t>1:21:44  yani agar kisi ne aisa yani baat kahi thi jo aap ke nazdeek islam ke khilaaf hai to aap samjhaiye bujhayein is ko.</w:t>
      </w:r>
      <w:r>
        <w:br/>
      </w:r>
      <w:r>
        <w:rPr>
          <w:sz w:val="20"/>
        </w:rPr>
        <w:t>1:21:53  fatwa dene ka matlab kya hai? yeh kafir hain, yeh islam se nikal gaye hain, yeh islam mein hai hi nahi.</w:t>
      </w:r>
      <w:r>
        <w:br/>
      </w:r>
      <w:r>
        <w:rPr>
          <w:sz w:val="20"/>
        </w:rPr>
        <w:t>1:22:01  imam muslim ne likha hai, mere paas maujood hai ek kitaab ke "la yukaffir ahadun min ahlil qibla". "la yukaffir ahadun min ahlil qibla" y</w:t>
      </w:r>
      <w:r>
        <w:br/>
      </w:r>
      <w:r>
        <w:rPr>
          <w:sz w:val="20"/>
        </w:rPr>
        <w:t>1:22:14  ani jo qibla rukh par namaz padhaye, us ki takfeer nahi ki jayegi. ab aap jaiye, agar qadiyaniyon ko dekhiye, ahmadi logon ko dekhein to qibla ki taraf namaz padhte hain.</w:t>
      </w:r>
      <w:r>
        <w:br/>
      </w:r>
      <w:r>
        <w:rPr>
          <w:sz w:val="20"/>
        </w:rPr>
        <w:t>1:22:25  woh un ka, woh namaz padhte hain, un ka, un ka, un ka kaba, un ka qibla bhi kaba hai. to aap ne takfeer kyun ki un ki?</w:t>
      </w:r>
      <w:r>
        <w:br/>
      </w:r>
      <w:r>
        <w:rPr>
          <w:sz w:val="20"/>
        </w:rPr>
        <w:t>1:22:37  to yeh jo hai saare ulama mashgool the yani qadiyaniyon ya ahmadiyon ki takfeer mein, yeh bilkul galat kaam kiya unhon ne. aap ko dawat karna hai, aap ko samjhana hai, aap ko yeh right hai nahi ke takfeer karein.</w:t>
      </w:r>
      <w:r>
        <w:br/>
      </w:r>
      <w:r>
        <w:rPr>
          <w:sz w:val="20"/>
        </w:rPr>
        <w:t>1:22:53  aap declare karein ke yeh kafir hai, yeh phir siddiq hai, yeh falan hai. aap ko, aap ko "you have no right to declare such fatwa".</w:t>
      </w:r>
      <w:r>
        <w:br/>
      </w:r>
      <w:r>
        <w:rPr>
          <w:sz w:val="20"/>
        </w:rPr>
        <w:t>1:23:05  "you have no right to issue such fatwa". to chahe qadiyani ka masla ho, chahe ahmadi ka masla ho, chahe brelvi ka masla ho, koi bhi masla mein aap ko ikhtilaf ho sakta hai,</w:t>
      </w:r>
      <w:r>
        <w:br/>
      </w:r>
      <w:r>
        <w:rPr>
          <w:sz w:val="20"/>
        </w:rPr>
        <w:t>1:23:21  lekin aap ko fatwa dene ka haq nahi hai. aap ko samjhaiye, islah kijiye, tablegh kijiye, dawat kijiye.</w:t>
      </w:r>
      <w:r>
        <w:br/>
      </w:r>
      <w:r>
        <w:rPr>
          <w:sz w:val="20"/>
        </w:rPr>
        <w:t>1:23:33  to yeh bohat, yeh, yeh, yeh is ko kehte hain "ghulo extremism". extremism islam mein hai nahin. "la ghulo fil islam" yeh dard se fatwa dete hain.</w:t>
      </w:r>
      <w:r>
        <w:br/>
      </w:r>
      <w:r>
        <w:rPr>
          <w:sz w:val="20"/>
        </w:rPr>
        <w:t>1:23:46  to qadiyaniyon ke maamle mein ya ahmadiyon ke maamle mein jo ulma ne kiya, woh sab ghulo tha. ghulo dard se</w:t>
      </w:r>
      <w:r>
        <w:br/>
      </w:r>
      <w:r>
        <w:rPr>
          <w:sz w:val="20"/>
        </w:rPr>
        <w:t>1:23:52  fatwa de diya ke yeh kafir hain, aur haalankeh un mein se kisi ne jahan tak mein janta hoon, yeh nahin kiya ke woh logon se mile, hamdardi ke sath, kharkhay ke sath samjhaye ke tumhara aqeedah kya hai.</w:t>
      </w:r>
      <w:r>
        <w:br/>
      </w:r>
      <w:r>
        <w:rPr>
          <w:sz w:val="20"/>
        </w:rPr>
        <w:t>1:24:06  samjhe is poore aqeedah ko ke aap waqatan tum daawa karte ho ke main nabi hoon ya kuch aur tum kehte ho, is ko samjho. aur phir agar tumhare nazdeek woh galat un ka aqeedah hai to is ko samjhao, un ke aqeedah ko durust karo</w:t>
      </w:r>
      <w:r>
        <w:br/>
      </w:r>
      <w:r>
        <w:rPr>
          <w:sz w:val="20"/>
        </w:rPr>
        <w:t>1:24:20  . bas fatwa dena jaiz nahin, aur marna kaata aur bhi najaaiz hai. aaj kal kya hai?</w:t>
      </w:r>
      <w:r>
        <w:br/>
      </w:r>
      <w:r>
        <w:rPr>
          <w:sz w:val="20"/>
        </w:rPr>
        <w:t>1:24:29  marna kaatna shuru kar dete hain, yaqt al had shuru ho jata hai. yeh sab bilkul islam ke khilaf hai. sirf hamare liye aik hi option hai, woh hai dawat, islah, tafheem.</w:t>
      </w:r>
      <w:r>
        <w:br/>
      </w:r>
      <w:r>
        <w:rPr>
          <w:sz w:val="20"/>
        </w:rPr>
        <w:t>1:24:42  bas "we have no option other than this".</w:t>
      </w:r>
      <w:r>
        <w:br/>
      </w:r>
      <w:r>
        <w:rPr>
          <w:sz w:val="20"/>
        </w:rPr>
        <w:t>1:24:51  yeh mein poore yaani poore conviction se keh raha hoon ke yahi islam hai, aur is ke khilaf jo baat log kehte hain, woh islam nahin hai, woh un ke apne ghar banaya hua islam hai.</w:t>
      </w:r>
      <w:r>
        <w:br/>
      </w:r>
      <w:r>
        <w:rPr>
          <w:sz w:val="20"/>
        </w:rPr>
        <w:t>1:25:06  maulana, yeh sawal kiya hai maulana abdul basit ne doha, qatar se.</w:t>
      </w:r>
      <w:r>
        <w:br/>
      </w:r>
      <w:r>
        <w:rPr>
          <w:sz w:val="20"/>
        </w:rPr>
        <w:t>1:25:12  unhon ne likha hai: "maulana hazrat ali ka aik waqia mein ne parha tha ke kisi jang mein jab hazrat ali ne aik mushrik par qaboo paya to us ne ali ke munh par thook diya.</w:t>
      </w:r>
      <w:r>
        <w:br/>
      </w:r>
      <w:r>
        <w:rPr>
          <w:sz w:val="20"/>
        </w:rPr>
        <w:t>1:25:27  to hazrat ali ne aise mauqe par aik baat kahi aur use qatl karne ki bajaye chhod diya.</w:t>
      </w:r>
      <w:r>
        <w:br/>
      </w:r>
      <w:r>
        <w:rPr>
          <w:sz w:val="20"/>
        </w:rPr>
        <w:t>1:25:34  poochha gaya to bataya ke mein agar us ke thookne ke baad qatl karta to woh khuda ki rah mein na hota, balke mera jazbati amal hota." maulana, is mein jazbat ko aur iman ko alag kiya gaya hai,</w:t>
      </w:r>
      <w:r>
        <w:br/>
      </w:r>
      <w:r>
        <w:rPr>
          <w:sz w:val="20"/>
        </w:rPr>
        <w:t>1:25:51  magar aaj jazbat hi ko islam ki alamat samjha ja raha hai. aisa kyun hai?</w:t>
      </w:r>
      <w:r>
        <w:br/>
      </w:r>
      <w:r>
        <w:rPr>
          <w:sz w:val="20"/>
        </w:rPr>
        <w:t>1:26:00  bhai, aisa kyun hai? ji, musalman daur-e-zawal mein hain,</w:t>
      </w:r>
      <w:r>
        <w:br/>
      </w:r>
      <w:r>
        <w:rPr>
          <w:sz w:val="20"/>
        </w:rPr>
        <w:t>1:26:06  degeneration un ka ho chuka hai. yeh to quran hadith se sabit hai ke musalmanon ka aik zamana aaye ga ke jab koi degeneration ho jaye ga.</w:t>
      </w:r>
      <w:r>
        <w:br/>
      </w:r>
      <w:r>
        <w:rPr>
          <w:sz w:val="20"/>
        </w:rPr>
        <w:t>1:26:17  lam yabqa al islam illa ismuhu. islam ka sirf naam baqi reh jaye ga, yahan tak ke masjidon mein namazi hon ge, lekin hidayat nahin hogi un mein.</w:t>
      </w:r>
      <w:r>
        <w:br/>
      </w:r>
      <w:r>
        <w:rPr>
          <w:sz w:val="20"/>
        </w:rPr>
        <w:t>1:26:27  masajid aamirah, kharab khuda, yeh masjidain namaz bhari hon gi, lekin hidayat se khaali hon gi.</w:t>
      </w:r>
      <w:r>
        <w:br/>
      </w:r>
      <w:r>
        <w:rPr>
          <w:sz w:val="20"/>
        </w:rPr>
        <w:t>1:26:35  yeh to, yeh to hone wala tha, aur yeh to law of degeneration jo hai, sab ke liye hota hai, koi is musalman ke liye nahin. ibn khaldun ne likha hai ke "lil-quwam a'maar kama lil-afraad a'maar".</w:t>
      </w:r>
      <w:r>
        <w:br/>
      </w:r>
      <w:r>
        <w:rPr>
          <w:sz w:val="20"/>
        </w:rPr>
        <w:t>1:26:50  jis tarah se afraad jo hain jawan hote hain, phir boodhe hote hain, aisi qaumein bhi jawan hoti hain, boodhi hoti hain, matlab un ka degeneration hota hai.</w:t>
      </w:r>
      <w:r>
        <w:br/>
      </w:r>
      <w:r>
        <w:rPr>
          <w:sz w:val="20"/>
        </w:rPr>
        <w:t>1:27:01  to musalman aaj kal degenerated lot hai, mein to un ko manta hoon,</w:t>
      </w:r>
      <w:r>
        <w:br/>
      </w:r>
      <w:r>
        <w:rPr>
          <w:sz w:val="20"/>
        </w:rPr>
        <w:t>1:27:07  mein un ko degeneration ke aakhri hadd par samajhta hoon. in logon ko quran hadith in ka aik business hai, bas is ki spirit kahin maujood nahin hai.</w:t>
      </w:r>
      <w:r>
        <w:br/>
      </w:r>
      <w:r>
        <w:rPr>
          <w:sz w:val="20"/>
        </w:rPr>
        <w:t>1:27:18  jis maamle mein dekhiye, jis maamle mein dekhiye, woh quran hadith hate hue hain, woh to daur-e-zawal mein hain, yeh aur aur zawal to har qaum ko aata hai.</w:t>
      </w:r>
      <w:r>
        <w:br/>
      </w:r>
      <w:r>
        <w:rPr>
          <w:sz w:val="20"/>
        </w:rPr>
        <w:t>1:27:29  zawal, daur-e-zawal jo hai, aisa nahin ke musalman exception hain.</w:t>
      </w:r>
      <w:r>
        <w:br/>
      </w:r>
      <w:r>
        <w:rPr>
          <w:sz w:val="20"/>
        </w:rPr>
        <w:t>1:27:34  yeh isaiyon ko zawal aaya, mazhabi mazhabi zawal, yahudiyon ko mazhabi zawal aaya, to musalmanon ko mazhabi zawal aaye ga. to ab hamein jo karna hai, woh hai ke phir se phir se logon ko samjhayein,</w:t>
      </w:r>
      <w:r>
        <w:br/>
      </w:r>
      <w:r>
        <w:rPr>
          <w:sz w:val="20"/>
        </w:rPr>
        <w:t>1:27:52  phir se logon ke zehni ta'ameer karein, jis ko mein kehta hoon "re-engineering of mind".</w:t>
      </w:r>
      <w:r>
        <w:br/>
      </w:r>
      <w:r>
        <w:rPr>
          <w:sz w:val="20"/>
        </w:rPr>
        <w:t>1:28:02  jo existing situation hai musalmanon ki, woh to yahi hai, lekin hamesha aisa hota hai ke aap in ko samjha bujha kar ke aik naya insan bana sakte hain.</w:t>
      </w:r>
      <w:r>
        <w:br/>
      </w:r>
      <w:r>
        <w:rPr>
          <w:sz w:val="20"/>
        </w:rPr>
        <w:t>1:28:11  jaise maine bataya ke aaj mere paas jo telephone aaya, ke woh aadmi ne kaha ke main sab se nafrat karta tha, meri kitabein padhte padhte ab sab ka woh kharkha ban gaya, sab ko insan samajhne laga.</w:t>
      </w:r>
      <w:r>
        <w:br/>
      </w:r>
      <w:r>
        <w:rPr>
          <w:sz w:val="20"/>
        </w:rPr>
        <w:t>1:28:23  to logon ke zehan ko badlie, logon ke soch ko badlie. yahan se yeh hai "da starting point".</w:t>
      </w:r>
      <w:r>
        <w:br/>
      </w:r>
      <w:r>
        <w:rPr>
          <w:sz w:val="20"/>
        </w:rPr>
        <w:t>1:28:34  mol</w:t>
      </w:r>
    </w:p>
    <w:p>
      <w:pPr>
        <w:pStyle w:val="Heading2"/>
      </w:pPr>
      <w:r>
        <w:t>Why do people become enemies over religion?</w:t>
      </w:r>
    </w:p>
    <w:p>
      <w:r>
        <w:rPr>
          <w:color w:val="666666"/>
          <w:sz w:val="18"/>
        </w:rPr>
        <w:t>Society &amp; Dawah · 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Why do people desire global dominance?</w:t>
      </w:r>
    </w:p>
    <w:p>
      <w:r>
        <w:rPr>
          <w:color w:val="666666"/>
          <w:sz w:val="18"/>
        </w:rPr>
        <w:t>Society &amp; Dawah · Between Hell and Paradise January 27, 2013 · 5m 14s · at 1:11:47 · https://youtu.be/0IItFxGXPQ4?t=4307</w:t>
      </w:r>
    </w:p>
    <w:p>
      <w:r>
        <w:rPr>
          <w:i/>
        </w:rPr>
        <w:t>“I have visited India and Gulf countries for fifteen years. When I met people, I found that both Muslims and non-Muslims live with the mindset that their nation's dominance should be worldwide. Why is that?”</w:t>
      </w:r>
    </w:p>
    <w:p>
      <w:r>
        <w:rPr>
          <w:sz w:val="20"/>
        </w:rPr>
        <w:t>1:11:47  molana, agla sawal tamil nadu se hai, molana iqbal umri ka. unhone likha hai: "Molana, pandrah saal se hindustan aur gulf mulkon ka maine visit kiya.</w:t>
      </w:r>
      <w:r>
        <w:br/>
      </w:r>
      <w:r>
        <w:rPr>
          <w:sz w:val="20"/>
        </w:rPr>
        <w:t>1:12:00  logon se mulaqat ki to maloom hua ke muslim aur non-muslim dono apni qaum ka iqtidaar saare alam mein ho, is zehan mein jeete hain.</w:t>
      </w:r>
      <w:r>
        <w:br/>
      </w:r>
      <w:r>
        <w:rPr>
          <w:sz w:val="20"/>
        </w:rPr>
        <w:t>1:12:12  molana, aisa kyun hai?"</w:t>
      </w:r>
      <w:r>
        <w:br/>
      </w:r>
      <w:r>
        <w:rPr>
          <w:sz w:val="20"/>
        </w:rPr>
        <w:t>1:12:19  yeh wahi hai. Satan jo hai woh activate ki hui hai in cheezon par jo mili hain aap ko.</w:t>
      </w:r>
      <w:r>
        <w:br/>
      </w:r>
      <w:r>
        <w:rPr>
          <w:sz w:val="20"/>
        </w:rPr>
        <w:t>1:12:26  Abhi jo mila hua hai, har ek ko mila hua hai. Yani political power hi mila hua hai, material comfort hi mila hua hai.</w:t>
      </w:r>
      <w:r>
        <w:br/>
      </w:r>
      <w:r>
        <w:rPr>
          <w:sz w:val="20"/>
        </w:rPr>
        <w:t>1:12:37  Sab cheez mili hui hai. Koi gosha ek jahan nahi mila hua hai. To bas isi par focus hai ke woh bhi mil jaye hamein, is par hamara qabza ho jaye.</w:t>
      </w:r>
      <w:r>
        <w:br/>
      </w:r>
      <w:r>
        <w:rPr>
          <w:sz w:val="20"/>
        </w:rPr>
        <w:t>1:12:47  Wahi hai yeh, isi ka wahi phenomena hai yeh.</w:t>
      </w:r>
      <w:r>
        <w:br/>
      </w:r>
      <w:r>
        <w:rPr>
          <w:sz w:val="20"/>
        </w:rPr>
        <w:t>1:12:55  Maulana, agla sawal Delhi se hai, Anwar Abbas sahab ka. Unhone likha hai: "Ek aalim ne apni kitaab mein likha hai ke Quran mein infiradi ahkam bhi hain aur ijtamai qawaneen bhi.</w:t>
      </w:r>
      <w:r>
        <w:br/>
      </w:r>
      <w:r>
        <w:rPr>
          <w:sz w:val="20"/>
        </w:rPr>
        <w:t>1:13:09  Agar hum Allah ke qanoon aur uski shariyat ko nafiz nahi karte to yeh badi nashukri hai. Surah Maidah mein irshad hua hai, chapter 5, verse number 44:</w:t>
      </w:r>
      <w:r>
        <w:br/>
      </w:r>
      <w:r>
        <w:rPr>
          <w:sz w:val="20"/>
        </w:rPr>
        <w:t>1:13:22  "Yani jo log Allah ke nazil kiye hue Quran ka mutabiq faisla nahi karte, woh to kafir hain." Maulana sahab, is ke bare mein batayein.</w:t>
      </w:r>
      <w:r>
        <w:br/>
      </w:r>
      <w:r>
        <w:rPr>
          <w:sz w:val="20"/>
        </w:rPr>
        <w:t>1:13:33  Dekhiye, yeh bahut hi yani jhooti baatein hain jo Quran ko mansoob karte hain log. Jhooti mein is liye bol raha hoon ke bahut hi zyada takleef hoti hai mujh ko, kyunke zara bhi seriousness nahi.</w:t>
      </w:r>
      <w:r>
        <w:br/>
      </w:r>
      <w:r>
        <w:rPr>
          <w:sz w:val="20"/>
        </w:rPr>
        <w:t>1:13:46  Dekhiye, Quran mein wazeh taur par yeh ayat hai ke "La yukallifullahu nafsan illa wus'aha". Ke Allah baqadr-e-istita'at mukallaf karta hai,</w:t>
      </w:r>
      <w:r>
        <w:br/>
      </w:r>
      <w:r>
        <w:rPr>
          <w:sz w:val="20"/>
        </w:rPr>
        <w:t>1:14:01  Yani jitna bas woh hai, us ki zimmedari hoti hai. To is ki hamein bas yeh bhi nahi ke hum India mein qanoon Islami nafiz karein, to woh hamare liye woh applicable nahi hoga.</w:t>
      </w:r>
      <w:r>
        <w:br/>
      </w:r>
      <w:r>
        <w:rPr>
          <w:sz w:val="20"/>
        </w:rPr>
        <w:t>1:14:14  Hamare liye</w:t>
      </w:r>
      <w:r>
        <w:br/>
      </w:r>
      <w:r>
        <w:rPr>
          <w:sz w:val="20"/>
        </w:rPr>
        <w:t>1:14:16  Yani jo hamare capacity mein nahi hai, woh hum par applicable nahi hai. Jo capacity mein hai, woh applicable hai.</w:t>
      </w:r>
      <w:r>
        <w:br/>
      </w:r>
      <w:r>
        <w:rPr>
          <w:sz w:val="20"/>
        </w:rPr>
        <w:t>1:14:27  To yeh log bahut hi zyada yani zalim hain jo aise matlab nikalte hain Quran majeed se. Ke kaise un ki himmat padti hai ke aise matlab nikalein.</w:t>
      </w:r>
      <w:r>
        <w:br/>
      </w:r>
      <w:r>
        <w:rPr>
          <w:sz w:val="20"/>
        </w:rPr>
        <w:t>1:14:38  Agar woh sanjeedgi se padhein Quran majeed to us mein yeh is usool ko bhi daryaft karein ge jo maine daryaft kiya hai.</w:t>
      </w:r>
      <w:r>
        <w:br/>
      </w:r>
      <w:r>
        <w:rPr>
          <w:sz w:val="20"/>
        </w:rPr>
        <w:t>1:14:46  Ke Quran saaf saaf yeh keh raha hai ke mukhtalif ahkam hain, lekin ahkam jo hain, un ka jo application hoga, woh tumhari apni istita'at ke mutabiq hua, apni capacity ke mutabiq hua.</w:t>
      </w:r>
      <w:r>
        <w:br/>
      </w:r>
      <w:r>
        <w:rPr>
          <w:sz w:val="20"/>
        </w:rPr>
        <w:t>1:15:00  Jo baat tumhari capacity mein hai, woh to applicable hogi tumhare upar. Jo nahi hai, woh applicable nahi hogi tumhare upar. To jo capacity mein hai, woh kya hai?</w:t>
      </w:r>
      <w:r>
        <w:br/>
      </w:r>
      <w:r>
        <w:rPr>
          <w:sz w:val="20"/>
        </w:rPr>
        <w:t>1:15:12  Dawat-e-Ilah. Woh to karte nahi hain.</w:t>
      </w:r>
      <w:r>
        <w:br/>
      </w:r>
      <w:r>
        <w:rPr>
          <w:sz w:val="20"/>
        </w:rPr>
        <w:t>1:15:14  Yani hukoomat qaim karne ke liye badi badi baatein bolte hain. Jo cheez mumkin hai, woh kyun nahi karte?</w:t>
      </w:r>
      <w:r>
        <w:br/>
      </w:r>
      <w:r>
        <w:rPr>
          <w:sz w:val="20"/>
        </w:rPr>
        <w:t>1:15:23  Sari qaumon tak Allah ka paigham pahunchao, us mein to koi rukawat nahi hai. To jo apni yani apne bas mein hai, woh na karna aur jo bas mein nahi hai, us ki baatein karna, yeh to munafiqat hai, munafiqat.</w:t>
      </w:r>
      <w:r>
        <w:br/>
      </w:r>
      <w:r>
        <w:rPr>
          <w:sz w:val="20"/>
        </w:rPr>
        <w:t>1:15:37  Yeh Islam nahi hai yeh.</w:t>
      </w:r>
      <w:r>
        <w:br/>
      </w:r>
      <w:r>
        <w:rPr>
          <w:sz w:val="20"/>
        </w:rPr>
        <w:t>1:15:43  Maulana, agla sawal Delhi se hai, Miss Nagma Siddiqui ka. Unhone likha hai: "Shukr is directly linked to positivity.</w:t>
      </w:r>
      <w:r>
        <w:br/>
      </w:r>
      <w:r>
        <w:rPr>
          <w:sz w:val="20"/>
        </w:rPr>
        <w:t>1:15:54  This comes when we focus on what we have. How can we save ourselves from Satan making our focus on what we do not have?"</w:t>
      </w:r>
      <w:r>
        <w:br/>
      </w:r>
      <w:r>
        <w:rPr>
          <w:sz w:val="20"/>
        </w:rPr>
        <w:t>1:16:05  Please tell us." Har cheez ka jo har cheez depend karti hai thinking par.</w:t>
      </w:r>
      <w:r>
        <w:br/>
      </w:r>
      <w:r>
        <w:rPr>
          <w:sz w:val="20"/>
        </w:rPr>
        <w:t>1:16:14  Har cheez depend karti hai thinking par. Aap koi soch ko jab active karein ge aap, to aap ko pata chal bar bar aap ko pata hota rahega ke kahan mujhe Satan jo hai behka raha hai.</w:t>
      </w:r>
      <w:r>
        <w:br/>
      </w:r>
      <w:r>
        <w:rPr>
          <w:sz w:val="20"/>
        </w:rPr>
        <w:t>1:16:29  Aur koi doosra tareeqa nahi hai.</w:t>
      </w:r>
      <w:r>
        <w:br/>
      </w:r>
      <w:r>
        <w:rPr>
          <w:sz w:val="20"/>
        </w:rPr>
        <w:t>1:16:32  bahut zyada apne mind ko active rakhiye, bahut zyada bahosh rahiye, bahut zyada apne andar intellectual awareness paida kijiye, to aap har lamhe par jaan lenge.</w:t>
      </w:r>
      <w:r>
        <w:br/>
      </w:r>
      <w:r>
        <w:rPr>
          <w:sz w:val="20"/>
        </w:rPr>
        <w:t>1:16:45  har lamha aap ke liye bahut aasani se aap jaan lenge ke is waqt mujhe kya karna hai, kahan satan mujhe activate kar raha hai.</w:t>
      </w:r>
      <w:r>
        <w:br/>
      </w:r>
      <w:r>
        <w:rPr>
          <w:sz w:val="20"/>
        </w:rPr>
        <w:t>1:16:55  So it all requires intellectual awakening.</w:t>
      </w:r>
    </w:p>
    <w:p>
      <w:pPr>
        <w:pStyle w:val="Heading2"/>
      </w:pPr>
      <w:r>
        <w:t>Why do people think in terms of enemy?</w:t>
      </w:r>
    </w:p>
    <w:p>
      <w:r>
        <w:rPr>
          <w:color w:val="666666"/>
          <w:sz w:val="18"/>
        </w:rPr>
        <w:t>Society &amp; Dawah · Living in a New Age | March 26, 2017 · 1m 50s · at 47:43 · https://youtu.be/iST0AxQscKo?t=2863</w:t>
      </w:r>
    </w:p>
    <w:p>
      <w:r>
        <w:rPr>
          <w:i/>
        </w:rPr>
        <w:t>“A person said that if unity comes among Muslims, all problems will be solved. But others have united against Muslims. Uniting against your own supporters is the biggest mistake. Why do people still think in terms of 'enemy'? Please explain.”</w:t>
      </w:r>
    </w:p>
    <w:p>
      <w:r>
        <w:rPr>
          <w:sz w:val="20"/>
        </w:rPr>
        <w:t>47:43  sawal cheenai se bheja hai maulana iqbal umri ne aur unhone likha hai maulana ek sahib ne kaha ke musalmanon mein ittehad aa jaye to saare masail hal ho jayenge. jaisa ke doosre log musalmanon ke khilaf mutahid ho chuke hain. maulana apne supporters ke khilaf mutahid hona is daur ki sab se badi ghalati hai. is ki khabar kisi ko nahi hai. maulana log ab</w:t>
      </w:r>
      <w:r>
        <w:br/>
      </w:r>
      <w:r>
        <w:rPr>
          <w:sz w:val="20"/>
        </w:rPr>
        <w:t>48:13  hee bhi dushman ki istilaah mein kyon sochte hain? is par kuch bataiye.</w:t>
      </w:r>
      <w:r>
        <w:br/>
      </w:r>
      <w:r>
        <w:rPr>
          <w:sz w:val="20"/>
        </w:rPr>
        <w:t>48:18  Allah ki baat se be khabar hain.</w:t>
      </w:r>
      <w:r>
        <w:br/>
      </w:r>
      <w:r>
        <w:rPr>
          <w:sz w:val="20"/>
        </w:rPr>
        <w:t>48:23  mein yeh kahoon ga Allah ne kaha Allah ke paigham ka har waqt aap ko pahunch raha hai.</w:t>
      </w:r>
      <w:r>
        <w:br/>
      </w:r>
      <w:r>
        <w:rPr>
          <w:sz w:val="20"/>
        </w:rPr>
        <w:t>48:28  Rasool Allah ne kya farmaya hai? Quran o Hadees bhi kaha hai is ke be khabar hain.</w:t>
      </w:r>
      <w:r>
        <w:br/>
      </w:r>
      <w:r>
        <w:rPr>
          <w:sz w:val="20"/>
        </w:rPr>
        <w:t>48:33  insanon ki awazein atke hue hain.</w:t>
      </w:r>
      <w:r>
        <w:br/>
      </w:r>
      <w:r>
        <w:rPr>
          <w:sz w:val="20"/>
        </w:rPr>
        <w:t>48:38  yeh mein kahoon</w:t>
      </w:r>
      <w:r>
        <w:br/>
      </w:r>
      <w:r>
        <w:rPr>
          <w:sz w:val="20"/>
        </w:rPr>
        <w:t>48:43  ga ke insan ki awazein un ko sunai deti hain.</w:t>
      </w:r>
      <w:r>
        <w:br/>
      </w:r>
      <w:r>
        <w:rPr>
          <w:sz w:val="20"/>
        </w:rPr>
        <w:t>48:46  Allah Rasool ki awazein nahi sunai deti.</w:t>
      </w:r>
      <w:r>
        <w:br/>
      </w:r>
      <w:r>
        <w:rPr>
          <w:sz w:val="20"/>
        </w:rPr>
        <w:t>48:49  bas yahi kahoon ga.</w:t>
      </w:r>
      <w:r>
        <w:br/>
      </w:r>
      <w:r>
        <w:rPr>
          <w:sz w:val="20"/>
        </w:rPr>
        <w:t>48:52  rasmi tor par namaz parheinge.</w:t>
      </w:r>
      <w:r>
        <w:br/>
      </w:r>
      <w:r>
        <w:rPr>
          <w:sz w:val="20"/>
        </w:rPr>
        <w:t>48:55  rasmi tor par.</w:t>
      </w:r>
      <w:r>
        <w:br/>
      </w:r>
      <w:r>
        <w:rPr>
          <w:sz w:val="20"/>
        </w:rPr>
        <w:t>48:58  lekin namaz ki spirit se bilkul bekhabar hain.</w:t>
      </w:r>
      <w:r>
        <w:br/>
      </w:r>
      <w:r>
        <w:rPr>
          <w:sz w:val="20"/>
        </w:rPr>
        <w:t>49:01  unhon ne ek aur sawal kiya hai Maulana aap se.</w:t>
      </w:r>
      <w:r>
        <w:br/>
      </w:r>
      <w:r>
        <w:rPr>
          <w:sz w:val="20"/>
        </w:rPr>
        <w:t>49:04  unhon ne likha hai ke Maulana kalma-e-wahida kya hai? Tauheed ki ideology hai.</w:t>
      </w:r>
      <w:r>
        <w:br/>
      </w:r>
      <w:r>
        <w:rPr>
          <w:sz w:val="20"/>
        </w:rPr>
        <w:t>49:07  majeed iski wazahat karen.</w:t>
      </w:r>
      <w:r>
        <w:br/>
      </w:r>
      <w:r>
        <w:rPr>
          <w:sz w:val="20"/>
        </w:rPr>
        <w:t>49:10  tauheed ki ide</w:t>
      </w:r>
      <w:r>
        <w:br/>
      </w:r>
      <w:r>
        <w:rPr>
          <w:sz w:val="20"/>
        </w:rPr>
        <w:t>49:13  ology hai bilashuba.</w:t>
      </w:r>
      <w:r>
        <w:br/>
      </w:r>
      <w:r>
        <w:rPr>
          <w:sz w:val="20"/>
        </w:rPr>
        <w:t>49:16  tauheed ki ideology hai.</w:t>
      </w:r>
      <w:r>
        <w:br/>
      </w:r>
      <w:r>
        <w:rPr>
          <w:sz w:val="20"/>
        </w:rPr>
        <w:t>49:20  yeh koi jihad ki baat nahin.</w:t>
      </w:r>
      <w:r>
        <w:br/>
      </w:r>
      <w:r>
        <w:rPr>
          <w:sz w:val="20"/>
        </w:rPr>
        <w:t>49:23  koi politics ki baat nahin hai.</w:t>
      </w:r>
      <w:r>
        <w:br/>
      </w:r>
      <w:r>
        <w:rPr>
          <w:sz w:val="20"/>
        </w:rPr>
        <w:t>49:27  tauheed ki ideology hai.</w:t>
      </w:r>
      <w:r>
        <w:br/>
      </w:r>
      <w:r>
        <w:rPr>
          <w:sz w:val="20"/>
        </w:rPr>
        <w:t>49:30  is mein koi shakk nahin.</w:t>
      </w:r>
    </w:p>
    <w:p>
      <w:pPr>
        <w:pStyle w:val="Heading2"/>
      </w:pPr>
      <w:r>
        <w:t>Why educated youths join ISIS and solution?</w:t>
      </w:r>
    </w:p>
    <w:p>
      <w:r>
        <w:rPr>
          <w:color w:val="666666"/>
          <w:sz w:val="18"/>
        </w:rPr>
        <w:t>Society &amp; Dawah · Study of The Quran November 30, 2014 · 3m 20s · at 49:44 · https://youtu.be/x3fcJ2nlDow?t=2984</w:t>
      </w:r>
    </w:p>
    <w:p>
      <w:r>
        <w:rPr>
          <w:i/>
        </w:rPr>
        <w:t>“Recent reports show many Indian youths joining ISIS for Allah's cause. What is the reason educated youths join terror groups like ISIS, and what is the solution to this negative image?”</w:t>
      </w:r>
    </w:p>
    <w:p>
      <w:r>
        <w:rPr>
          <w:sz w:val="20"/>
        </w:rPr>
        <w:t>49:44  Maulana, agla sawal Bangalore se hai Farhad Sahab ka, aur unhon ne likha hai: "Molana, recent reports have revealed that many youths from India have gone to join ISIS, and they claim that they are doing it for the cause of Allah.</w:t>
      </w:r>
      <w:r>
        <w:br/>
      </w:r>
      <w:r>
        <w:rPr>
          <w:sz w:val="20"/>
        </w:rPr>
        <w:t>50:03  Maulana, according to you, what is the reason that these educated youths are ready to join the terror and Islamic wings like ISIS?</w:t>
      </w:r>
      <w:r>
        <w:br/>
      </w:r>
      <w:r>
        <w:rPr>
          <w:sz w:val="20"/>
        </w:rPr>
        <w:t>50:13  This creates a very negative image of Islam. What is the solution? dekhiye, jahan tak main ne samjha hai, yeh youth agarchay parhay likhe hon ge,</w:t>
      </w:r>
      <w:r>
        <w:br/>
      </w:r>
      <w:r>
        <w:rPr>
          <w:sz w:val="20"/>
        </w:rPr>
        <w:t>50:29  lekin unhon ne quran ko</w:t>
      </w:r>
      <w:r>
        <w:br/>
      </w:r>
      <w:r>
        <w:rPr>
          <w:sz w:val="20"/>
        </w:rPr>
        <w:t>50:33  nahin read kiya. unhon ne islam ko sirf samjha hai internet par jo maloomat aaj kal bhari ja rahi hain, screenst logon ki taraf se, us ko parha hai unhon ne.</w:t>
      </w:r>
      <w:r>
        <w:br/>
      </w:r>
      <w:r>
        <w:rPr>
          <w:sz w:val="20"/>
        </w:rPr>
        <w:t>50:45  aaj kal bohat bura istemal kar rahe hain musalman is ka, internet ka. kya kehte hain sahab? is mein maloomat dalte hain jo?</w:t>
      </w:r>
      <w:r>
        <w:br/>
      </w:r>
      <w:r>
        <w:rPr>
          <w:sz w:val="20"/>
        </w:rPr>
        <w:t>50:54  ji, internet theek hai, maulana. aaj kal aik nai, itni bari blessing hai internet, bohat bari blessing, lekin musalman is ka negative istemal kar rahe hain.</w:t>
      </w:r>
      <w:r>
        <w:br/>
      </w:r>
      <w:r>
        <w:rPr>
          <w:sz w:val="20"/>
        </w:rPr>
        <w:t>51:07  bohat hi zyada, yani misinformation ke zariye bana diya musalmanon ne is ko.</w:t>
      </w:r>
      <w:r>
        <w:br/>
      </w:r>
      <w:r>
        <w:rPr>
          <w:sz w:val="20"/>
        </w:rPr>
        <w:t>51:14  aik blessing ko apne liye ulta bana diya. isi ko parhte hain yeh log. in logon ne jo aap mujh se miliye, un se poochen, un hazrat se jin ko aap kehte hain ke muslim youth,</w:t>
      </w:r>
      <w:r>
        <w:br/>
      </w:r>
      <w:r>
        <w:rPr>
          <w:sz w:val="20"/>
        </w:rPr>
        <w:t>51:30  mein aise kuch logon se mila hoon.</w:t>
      </w:r>
      <w:r>
        <w:br/>
      </w:r>
      <w:r>
        <w:rPr>
          <w:sz w:val="20"/>
        </w:rPr>
        <w:t>51:33  mein ne un se pocha ke kya aap ne jo step liya hai, is se pehle bohat hi, yani sanjeedgi ke sath quran ko is darje tak parha tha ke quran kya kehta hai?</w:t>
      </w:r>
      <w:r>
        <w:br/>
      </w:r>
      <w:r>
        <w:rPr>
          <w:sz w:val="20"/>
        </w:rPr>
        <w:t>51:47  phir aap ne jump kiya? to yaqeen kijiye, aik shakhs ne bhi yeh nahin kaha. bas in ki sara jo source hai, woh internet ki maloomat hai.</w:t>
      </w:r>
      <w:r>
        <w:br/>
      </w:r>
      <w:r>
        <w:rPr>
          <w:sz w:val="20"/>
        </w:rPr>
        <w:t>51:56  aur internet ki maloomat kaun hai? woh extremist log bhar rahe hain.</w:t>
      </w:r>
      <w:r>
        <w:br/>
      </w:r>
      <w:r>
        <w:rPr>
          <w:sz w:val="20"/>
        </w:rPr>
        <w:t>52:00  extremist logon ne internet ko apne liye bana liya hai zariya logon ko bharkane ka. aur is se kehte hain, nahin nahin, jhooti baatein is mein dalte hain.</w:t>
      </w:r>
      <w:r>
        <w:br/>
      </w:r>
      <w:r>
        <w:rPr>
          <w:sz w:val="20"/>
        </w:rPr>
        <w:t>52:11  yani kahin ka koi, kisi ne mara kisi ko, koi lashain pari hui hain, us ko dikha dein ke dekho bhai, yeh musalmanon ki lashain hain, maar maar ke dali hui hain.</w:t>
      </w:r>
      <w:r>
        <w:br/>
      </w:r>
      <w:r>
        <w:rPr>
          <w:sz w:val="20"/>
        </w:rPr>
        <w:t>52:21  aik bohat hi munazzam tor par is trend ko misuse ho raha hai. is se yeh log ban rahe hain.</w:t>
      </w:r>
      <w:r>
        <w:br/>
      </w:r>
      <w:r>
        <w:rPr>
          <w:sz w:val="20"/>
        </w:rPr>
        <w:t>52:30  aap kisi se, kisi aik youth se pooch lijiye ke tum ne library mein ja kar ke sanjeedgi ke sath parha ke islam kya hai? phir aisa kiya?</w:t>
      </w:r>
      <w:r>
        <w:br/>
      </w:r>
      <w:r>
        <w:rPr>
          <w:sz w:val="20"/>
        </w:rPr>
        <w:t>52:39  to pata chale ke nahin, kuch bhi nahin. woh bhai, internet ki baatein parh parh ke ghussa ho gaye, wahan pohanch gaye.</w:t>
      </w:r>
      <w:r>
        <w:br/>
      </w:r>
      <w:r>
        <w:rPr>
          <w:sz w:val="20"/>
        </w:rPr>
        <w:t>52:48  yeh yeh youth kuch bhi jante nahin islam ke bare mein, kuch bhi nahin jante, siwaye is ke ke internet par jo, yani ghalat khabrein bhari hui hain, isi isi se isi ka pata hai un ko.</w:t>
      </w:r>
    </w:p>
    <w:p>
      <w:pPr>
        <w:pStyle w:val="Heading2"/>
      </w:pPr>
      <w:r>
        <w:t>Why elites do not turn to Islam</w:t>
      </w:r>
    </w:p>
    <w:p>
      <w:r>
        <w:rPr>
          <w:color w:val="666666"/>
          <w:sz w:val="18"/>
        </w:rPr>
        <w:t>Society &amp; Dawah · The Character of a Dayee 4 March 2012 - Maulana Wahiduddin Khan · 3m 25s · at 1:27:25 · https://youtu.be/YtavJpVNbEM?t=5245</w:t>
      </w:r>
    </w:p>
    <w:p>
      <w:r>
        <w:rPr>
          <w:i/>
        </w:rPr>
        <w:t>“Why don't intelligent people, the wealthy, and those who have attained position or fame turn towards Islam?”</w:t>
      </w:r>
    </w:p>
    <w:p>
      <w:r>
        <w:rPr>
          <w:sz w:val="20"/>
        </w:rPr>
        <w:t>1:27:25  jhoota badnaam karna, yeh bilashuba haram se bhi ziyada buri cheez hai. is mein koi shakk nahi. Maulana, agla sawal Karachi Pakistan se Miss Samia Latif ka hai.</w:t>
      </w:r>
      <w:r>
        <w:br/>
      </w:r>
      <w:r>
        <w:rPr>
          <w:sz w:val="20"/>
        </w:rPr>
        <w:t>1:27:38  unhon ne poocha hai: "aaj logon mein jo zeheen tabqa hai, ya woh log jin ke paas maal aur daulat hai,</w:t>
      </w:r>
      <w:r>
        <w:br/>
      </w:r>
      <w:r>
        <w:rPr>
          <w:sz w:val="20"/>
        </w:rPr>
        <w:t>1:27:49  ya woh log jo uhda ya shohrat paye hue hain, Maulana sahib, is qism ke log deen Islam ki satah, deen Islam ki taraf rukh kyun nahi karte?</w:t>
      </w:r>
      <w:r>
        <w:br/>
      </w:r>
      <w:r>
        <w:rPr>
          <w:sz w:val="20"/>
        </w:rPr>
        <w:t>1:28:02  kya deen Islam in ko apne zehni satah ke mutabiq nazar nahi aata, ya woh khud, ya woh Khuda ke</w:t>
      </w:r>
      <w:r>
        <w:br/>
      </w:r>
      <w:r>
        <w:rPr>
          <w:sz w:val="20"/>
        </w:rPr>
        <w:t>1:28:12  creation plan se nawaqif hain?" is ke baray mein batayen.</w:t>
      </w:r>
      <w:r>
        <w:br/>
      </w:r>
      <w:r>
        <w:rPr>
          <w:sz w:val="20"/>
        </w:rPr>
        <w:t>1:28:19  dekhen, is ke do pehlu hain. aik yeh hai ke un ka</w:t>
      </w:r>
      <w:r>
        <w:br/>
      </w:r>
      <w:r>
        <w:rPr>
          <w:sz w:val="20"/>
        </w:rPr>
        <w:t>1:28:26  mutawajjah na hona deen ki taraf, yeh un ki ghalti hai. aur bilashuba har ghalti par insan pakra jayega,</w:t>
      </w:r>
      <w:r>
        <w:br/>
      </w:r>
      <w:r>
        <w:rPr>
          <w:sz w:val="20"/>
        </w:rPr>
        <w:t>1:28:37  illa yeh ke tauba kare. lekin doosra pehlu yeh hai ke hamare jo ulama hain, woh mukammal taur par nakaam sabit hue hain is mamle mein ke jadeed tabqe ke liye Islam ko is ke understandable andaaz mein pesh karen, jo un ka mind address kare.</w:t>
      </w:r>
      <w:r>
        <w:br/>
      </w:r>
      <w:r>
        <w:rPr>
          <w:sz w:val="20"/>
        </w:rPr>
        <w:t>1:28:55  is mein koi shakk nahi hai. to 50 feesad zimmedari un logon par hai jo zeheen aur taleem yafta hon, jo hain, hain aur Islam se door ho rahe hain.</w:t>
      </w:r>
      <w:r>
        <w:br/>
      </w:r>
      <w:r>
        <w:rPr>
          <w:sz w:val="20"/>
        </w:rPr>
        <w:t>1:29:07  50 feesad un logon ki zimmedari hai jin ko ke unhein batana tha ke Islam kya hai,</w:t>
      </w:r>
      <w:r>
        <w:br/>
      </w:r>
      <w:r>
        <w:rPr>
          <w:sz w:val="20"/>
        </w:rPr>
        <w:t>1:29:14  jo madarason mein parhai jati hai, parhai parhai jati hai, isi liye parhai jati hai. log batayen, parh parh ke logon ko. lekin un ke paas fatway ki zuban hai.</w:t>
      </w:r>
      <w:r>
        <w:br/>
      </w:r>
      <w:r>
        <w:rPr>
          <w:sz w:val="20"/>
        </w:rPr>
        <w:t>1:29:23  sirf aaj kal fatwa activities bohat chala hua hai. fatwa activities Islam mein nahi hai, bilkul nahi hai.</w:t>
      </w:r>
      <w:r>
        <w:br/>
      </w:r>
      <w:r>
        <w:rPr>
          <w:sz w:val="20"/>
        </w:rPr>
        <w:t>1:29:31  Islam mein naseehat activities mein hai. aur naseehat ka tareeqa yeh hai ke kal fi nafs qaul baligha kaho un se, dil kaho un se baat is tareeqay se jo un ke mind ko address karne wali ho.</w:t>
      </w:r>
      <w:r>
        <w:br/>
      </w:r>
      <w:r>
        <w:rPr>
          <w:sz w:val="20"/>
        </w:rPr>
        <w:t>1:29:48  to kuch kar hi nahi raha koi shakhs.</w:t>
      </w:r>
      <w:r>
        <w:br/>
      </w:r>
      <w:r>
        <w:rPr>
          <w:sz w:val="20"/>
        </w:rPr>
        <w:t>1:29:53  jitne ulama hain, sab fatwa bazi ki zuban bol rahe hain.</w:t>
      </w:r>
      <w:r>
        <w:br/>
      </w:r>
      <w:r>
        <w:rPr>
          <w:sz w:val="20"/>
        </w:rPr>
        <w:t>1:30:01  to yeh mein samajhta hoon ke bohat ziyada sochna chahiye dono tabqe ko. aik tabqa agar is baat ka, yani zimmedar hai ke woh deen se phira hua hai, doosra tabqa is ka zimmedar hai ke woh un logon ko,</w:t>
      </w:r>
      <w:r>
        <w:br/>
      </w:r>
      <w:r>
        <w:rPr>
          <w:sz w:val="20"/>
        </w:rPr>
        <w:t>1:30:19  un ko is is andaz mein islam nahi pesh kar kar raha hai jo un ke mind ko address karay. is ke liye ulma ko tayari karni chahiye. madarison mein jo taleem hoti hai, woh hargiz kafi nahi hai ke aap yeh kaam kar saken.</w:t>
      </w:r>
      <w:r>
        <w:br/>
      </w:r>
      <w:r>
        <w:rPr>
          <w:sz w:val="20"/>
        </w:rPr>
        <w:t>1:30:32  hargiz nahi. aur mazeed un ko parh tayar karna hai apne aap ko.</w:t>
      </w:r>
      <w:r>
        <w:br/>
      </w:r>
      <w:r>
        <w:rPr>
          <w:sz w:val="20"/>
        </w:rPr>
        <w:t>1:30:37  to mazeed koi tayari karta nahi.</w:t>
      </w:r>
      <w:r>
        <w:br/>
      </w:r>
      <w:r>
        <w:rPr>
          <w:sz w:val="20"/>
        </w:rPr>
        <w:t>1:30:44  to beharhal yeh do tarafah zimmedari mere nazdeek hai.</w:t>
      </w:r>
    </w:p>
    <w:p>
      <w:pPr>
        <w:pStyle w:val="Heading2"/>
      </w:pPr>
      <w:r>
        <w:t>Why fights among Muslims despite peace formula</w:t>
      </w:r>
    </w:p>
    <w:p>
      <w:r>
        <w:rPr>
          <w:color w:val="666666"/>
          <w:sz w:val="18"/>
        </w:rPr>
        <w:t>Society &amp; Dawah · 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Why focus on your own books?</w:t>
      </w:r>
    </w:p>
    <w:p>
      <w:r>
        <w:rPr>
          <w:color w:val="666666"/>
          <w:sz w:val="18"/>
        </w:rPr>
        <w:t>Society &amp; Dawah · The Method of Planning August 14, 2016 · 3m 25s · at 57:03 · https://youtu.be/84WV8NS2VKQ?t=3423</w:t>
      </w:r>
    </w:p>
    <w:p>
      <w:r>
        <w:rPr>
          <w:i/>
        </w:rPr>
        <w:t>“Maulana sahib, why are you so much bent towards your books? Are there not others whose books can hold a similar way?”</w:t>
      </w:r>
    </w:p>
    <w:p>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r>
        <w:br/>
      </w:r>
      <w:r>
        <w:rPr>
          <w:sz w:val="20"/>
        </w:rPr>
        <w:t>57:27  bhai, bahut aasan jawab hai is ka, aap khud jaan sakte hain.</w:t>
      </w:r>
      <w:r>
        <w:br/>
      </w:r>
      <w:r>
        <w:rPr>
          <w:sz w:val="20"/>
        </w:rPr>
        <w:t>57:32  bahut aasan hai, aap kisi bhi doosre shakhs ko, jis ko aap samajhte hain ke woh bahut aap</w:t>
      </w:r>
      <w:r>
        <w:br/>
      </w:r>
      <w:r>
        <w:rPr>
          <w:sz w:val="20"/>
        </w:rPr>
        <w:t>57:38  ki nazar mein important hai, us ki kitabon ko lije, meri kitabon ko lije, aur dono ko comparative study kijiye.</w:t>
      </w:r>
      <w:r>
        <w:br/>
      </w:r>
      <w:r>
        <w:rPr>
          <w:sz w:val="20"/>
        </w:rPr>
        <w:t>57:44  aap doosri kitabon ka, meri kitabon ka comparative study kijiye, aap khud jaan lein ge, aap ko khud</w:t>
      </w:r>
      <w:r>
        <w:br/>
      </w:r>
      <w:r>
        <w:rPr>
          <w:sz w:val="20"/>
        </w:rPr>
        <w:t>57:49  hi is ka jawab maloom ho jaye ga.</w:t>
      </w:r>
      <w:r>
        <w:br/>
      </w:r>
      <w:r>
        <w:rPr>
          <w:sz w:val="20"/>
        </w:rPr>
        <w:t>57:55  misalan, aap dekhenge ke doosri kitabon se sab mein siyasat, zulm ki baaten hain.</w:t>
      </w:r>
      <w:r>
        <w:br/>
      </w:r>
      <w:r>
        <w:rPr>
          <w:sz w:val="20"/>
        </w:rPr>
        <w:t>58:01  zulm hai, mitana hai hamein, zulm hai, mitana hai is ko.</w:t>
      </w:r>
      <w:r>
        <w:br/>
      </w:r>
      <w:r>
        <w:rPr>
          <w:sz w:val="20"/>
        </w:rPr>
        <w:t>58:06  hamari kitabon mein yeh hai hi nahin, to main kyun kahoon doosri kitaben padhne ke liye? Kyun ke padh</w:t>
      </w:r>
      <w:r>
        <w:br/>
      </w:r>
      <w:r>
        <w:rPr>
          <w:sz w:val="20"/>
        </w:rPr>
        <w:t>58:12  kar kya aadmi negative mind banega? Zulm ko mitana hai, aap dekh lijiye jo doosri jamaaten hain,</w:t>
      </w:r>
      <w:r>
        <w:br/>
      </w:r>
      <w:r>
        <w:rPr>
          <w:sz w:val="20"/>
        </w:rPr>
        <w:t>58:18  jo doosri kitabon ko phailati hain, sab ka mind yahi hai.</w:t>
      </w:r>
      <w:r>
        <w:br/>
      </w:r>
      <w:r>
        <w:rPr>
          <w:sz w:val="20"/>
        </w:rPr>
        <w:t>58:23  Islamophobia hai aur zulm hai aur hum under siege hain, to sari kitaben yahi sab zehan deti hain.</w:t>
      </w:r>
      <w:r>
        <w:br/>
      </w:r>
      <w:r>
        <w:rPr>
          <w:sz w:val="20"/>
        </w:rPr>
        <w:t>58:29  Hamari kitaben jo hain, woh exception hain ke woh is qism ki positive zehan deti hain, mukammal taur</w:t>
      </w:r>
      <w:r>
        <w:br/>
      </w:r>
      <w:r>
        <w:rPr>
          <w:sz w:val="20"/>
        </w:rPr>
        <w:t>58:35  par positive hain.</w:t>
      </w:r>
      <w:r>
        <w:br/>
      </w:r>
      <w:r>
        <w:rPr>
          <w:sz w:val="20"/>
        </w:rPr>
        <w:t>58:40  Aap khud padh kar faisla kijiye ke doosri kitabon ko padh kar negative mind banta hai, hamari kitabon</w:t>
      </w:r>
      <w:r>
        <w:br/>
      </w:r>
      <w:r>
        <w:rPr>
          <w:sz w:val="20"/>
        </w:rPr>
        <w:t>58:46  ko padh kar positive mind banta hai.</w:t>
      </w:r>
      <w:r>
        <w:br/>
      </w:r>
      <w:r>
        <w:rPr>
          <w:sz w:val="20"/>
        </w:rPr>
        <w:t>58:52  Agar aap ko yeh ho ke falan kitaben padh kar bhi positive mind bana hai, to woh to</w:t>
      </w:r>
      <w:r>
        <w:br/>
      </w:r>
      <w:r>
        <w:rPr>
          <w:sz w:val="20"/>
        </w:rPr>
        <w:t>58:57  na batayen mujhe.</w:t>
      </w:r>
      <w:r>
        <w:br/>
      </w:r>
      <w:r>
        <w:rPr>
          <w:sz w:val="20"/>
        </w:rPr>
        <w:t>59:03  Agar aap payen padh kar ke falan writer jo hai, us ki kitaben padh kar ke positive zehan</w:t>
      </w:r>
      <w:r>
        <w:br/>
      </w:r>
      <w:r>
        <w:rPr>
          <w:sz w:val="20"/>
        </w:rPr>
        <w:t>59:09  banta hai, to mujhe woh na batayen is ka.</w:t>
      </w:r>
      <w:r>
        <w:br/>
      </w:r>
      <w:r>
        <w:rPr>
          <w:sz w:val="20"/>
        </w:rPr>
        <w:t>59:15  Abhi to main dekhta hoon ke jitne bhi writer hain, un ki kitabon ko padh kar negative mind banta hai.</w:t>
      </w:r>
      <w:r>
        <w:br/>
      </w:r>
      <w:r>
        <w:rPr>
          <w:sz w:val="20"/>
        </w:rPr>
        <w:t>59:20  Exception se hamari kitabon ka hai.</w:t>
      </w:r>
      <w:r>
        <w:br/>
      </w:r>
      <w:r>
        <w:rPr>
          <w:sz w:val="20"/>
        </w:rPr>
        <w:t>59:26  Ek ek ek ek jamaat zaroor hai jo fazail par chalti hai, to fazail hi mind banta hai.</w:t>
      </w:r>
      <w:r>
        <w:br/>
      </w:r>
      <w:r>
        <w:rPr>
          <w:sz w:val="20"/>
        </w:rPr>
        <w:t>59:32  Woh to koi mind nahin hai, mabni par fazail mind to koi mind hi nahin hai.</w:t>
      </w:r>
      <w:r>
        <w:br/>
      </w:r>
      <w:r>
        <w:rPr>
          <w:sz w:val="20"/>
        </w:rPr>
        <w:t>59:37  Woh to ek purasrar mind hai, purasrar mysterious soch banti hai is se.</w:t>
      </w:r>
      <w:r>
        <w:br/>
      </w:r>
      <w:r>
        <w:rPr>
          <w:sz w:val="20"/>
        </w:rPr>
        <w:t>59:43  Yaani fazail par jo jo mind bane, woh mysterious thinking us ke andar hogi.</w:t>
      </w:r>
      <w:r>
        <w:br/>
      </w:r>
      <w:r>
        <w:rPr>
          <w:sz w:val="20"/>
        </w:rPr>
        <w:t>59:49  Woh to kuch bhi nahin hai.</w:t>
      </w:r>
      <w:r>
        <w:br/>
      </w:r>
      <w:r>
        <w:rPr>
          <w:sz w:val="20"/>
        </w:rPr>
        <w:t>59:54  To jo log likhte hain halaat hazra par, main un ki baat karta hoon.</w:t>
      </w:r>
      <w:r>
        <w:br/>
      </w:r>
      <w:r>
        <w:rPr>
          <w:sz w:val="20"/>
        </w:rPr>
        <w:t>1:00:00  Islam aur halaat hazra, yaani aaj ke daur mein musalman kya karein? Aaj ke daur mein Islam ka</w:t>
      </w:r>
      <w:r>
        <w:br/>
      </w:r>
      <w:r>
        <w:rPr>
          <w:sz w:val="20"/>
        </w:rPr>
        <w:t>1:00:06  paigham kya hai? Jinka topic yeh hai, un ko main kehta hoon.</w:t>
      </w:r>
      <w:r>
        <w:br/>
      </w:r>
      <w:r>
        <w:rPr>
          <w:sz w:val="20"/>
        </w:rPr>
        <w:t>1:00:11  To jitni bhi kitaben maine dekhi hain is mozu par, sab negative zehan banati hain.</w:t>
      </w:r>
      <w:r>
        <w:br/>
      </w:r>
      <w:r>
        <w:rPr>
          <w:sz w:val="20"/>
        </w:rPr>
        <w:t>1:00:17  hamari kitaben akeli kitaben hain jo positive zehen banati hain.</w:t>
      </w:r>
      <w:r>
        <w:br/>
      </w:r>
      <w:r>
        <w:rPr>
          <w:sz w:val="20"/>
        </w:rPr>
        <w:t>1:00:23  aap ka aap comparative study kar ke dekh lijiye khud hi.</w:t>
      </w:r>
    </w:p>
    <w:p>
      <w:pPr>
        <w:pStyle w:val="Heading2"/>
      </w:pPr>
      <w:r>
        <w:t>Why following became opposition</w:t>
      </w:r>
    </w:p>
    <w:p>
      <w:r>
        <w:rPr>
          <w:color w:val="666666"/>
          <w:sz w:val="18"/>
        </w:rPr>
        <w:t>Society &amp; Dawah · Root Cause of Terrorism February 22, 2015 · 1m 21s · at 37:52 · https://youtu.be/n0AIGEI7b9U?t=2272</w:t>
      </w:r>
    </w:p>
    <w:p>
      <w:r>
        <w:rPr>
          <w:i/>
        </w:rPr>
        <w:t>“Maulana, why did following become the subject of opposition? Their intention was correct that humanity's salvation in this world and the hereafter.”</w:t>
      </w:r>
    </w:p>
    <w:p>
      <w:r>
        <w:rPr>
          <w:sz w:val="20"/>
        </w:rPr>
        <w:t>37:52  Maulana, agla sawal kya hai Maulana Iqbal Umri ne Tamil Nadu se aur unhon ne likha hai: "Maulana,</w:t>
      </w:r>
      <w:r>
        <w:br/>
      </w:r>
      <w:r>
        <w:rPr>
          <w:sz w:val="20"/>
        </w:rPr>
        <w:t>38:00  Following ka subject imposition kyon bana? Unki niyat to sahih thi ke insaniyat ki nijaat ho duniya</w:t>
      </w:r>
      <w:r>
        <w:br/>
      </w:r>
      <w:r>
        <w:rPr>
          <w:sz w:val="20"/>
        </w:rPr>
        <w:t>38:07  aur aakhirat mein.</w:t>
      </w:r>
      <w:r>
        <w:br/>
      </w:r>
      <w:r>
        <w:rPr>
          <w:sz w:val="20"/>
        </w:rPr>
        <w:t>38:09  Maulana, is mein jo mughalta hai niyat ka sahi hone ka, is ki wazahat matloob hai.</w:t>
      </w:r>
      <w:r>
        <w:br/>
      </w:r>
      <w:r>
        <w:rPr>
          <w:sz w:val="20"/>
        </w:rPr>
        <w:t>38:16  Dekhiye, niyat sahi ho yeh kafi nahi hai, aap ko batana parega ke Quran o Hadees mein</w:t>
      </w:r>
      <w:r>
        <w:br/>
      </w:r>
      <w:r>
        <w:rPr>
          <w:sz w:val="20"/>
        </w:rPr>
        <w:t>38:23  kahan hai aisa? Misal ke taur par ek aadmi namaz nahi padhta, aap utha kar pathar maarein us ko aur us</w:t>
      </w:r>
      <w:r>
        <w:br/>
      </w:r>
      <w:r>
        <w:rPr>
          <w:sz w:val="20"/>
        </w:rPr>
        <w:t>38:31  ka sar toot jaye to aap kahein meri niyat to theek hai, woh namaz padhe.</w:t>
      </w:r>
      <w:r>
        <w:br/>
      </w:r>
      <w:r>
        <w:rPr>
          <w:sz w:val="20"/>
        </w:rPr>
        <w:t>38:38  To yeh kahan likha hua hai ke namaz padhne ke liye logon ko pathar maro? To aap ko</w:t>
      </w:r>
      <w:r>
        <w:br/>
      </w:r>
      <w:r>
        <w:rPr>
          <w:sz w:val="20"/>
        </w:rPr>
        <w:t>38:45  yeh batana parega ke Quran mein kahin likha hua hai ke dunya mein Islami hukumat qaim karo,</w:t>
      </w:r>
      <w:r>
        <w:br/>
      </w:r>
      <w:r>
        <w:rPr>
          <w:sz w:val="20"/>
        </w:rPr>
        <w:t>38:53  sari dunya mein Islam ka qanoon nafiz karo, sari logon ko lad lad kar ke mahkoom banao.</w:t>
      </w:r>
      <w:r>
        <w:br/>
      </w:r>
      <w:r>
        <w:rPr>
          <w:sz w:val="20"/>
        </w:rPr>
        <w:t>39:00  Yeh kahan likha hua hai? To niyat ka hawala de kar ke aap aisa nahi kar sakte, aap</w:t>
      </w:r>
      <w:r>
        <w:br/>
      </w:r>
      <w:r>
        <w:rPr>
          <w:sz w:val="20"/>
        </w:rPr>
        <w:t>39:08  ko is ke liye Quran o Hadees se sabit karna parega pehle.</w:t>
      </w:r>
    </w:p>
    <w:p>
      <w:pPr>
        <w:pStyle w:val="Heading2"/>
      </w:pPr>
      <w:r>
        <w:t>Why is democracy not required in Islam?</w:t>
      </w:r>
    </w:p>
    <w:p>
      <w:r>
        <w:rPr>
          <w:color w:val="666666"/>
          <w:sz w:val="18"/>
        </w:rPr>
        <w:t>Society &amp; Dawah · Religion and Democracy December 25, 2011 · 1m 44s · at 1:36:56 · https://youtu.be/8Mf_yvDA8ik?t=5816</w:t>
      </w:r>
    </w:p>
    <w:p>
      <w:r>
        <w:rPr>
          <w:i/>
        </w:rPr>
        <w:t>“Why is democracy not considered a required thing in Islam? Is it understood that in democracy one has to accept the law of other than God?”</w:t>
      </w:r>
    </w:p>
    <w:p>
      <w:r>
        <w:rPr>
          <w:sz w:val="20"/>
        </w:rPr>
        <w:t>1:36:56  maulana inayatullah umri ka bangalore se sawal aaya hai. unhon ne likha hai: "jamhooriyat ko is islam ki matlooba cheez kyun samajhte nahi hain?</w:t>
      </w:r>
      <w:r>
        <w:br/>
      </w:r>
      <w:r>
        <w:rPr>
          <w:sz w:val="20"/>
        </w:rPr>
        <w:t>1:37:07  kya is mein samjha jata hai ke ghair khuda ka qanoon manna pare ga?"</w:t>
      </w:r>
      <w:r>
        <w:br/>
      </w:r>
      <w:r>
        <w:rPr>
          <w:sz w:val="20"/>
        </w:rPr>
        <w:t>1:37:16  yeh dekhiye, ghair khuda qanoon manna ya na manna, yeh yeh yeh yeh yeh nazariya aap apne aap mein ghalat hai.</w:t>
      </w:r>
      <w:r>
        <w:br/>
      </w:r>
      <w:r>
        <w:rPr>
          <w:sz w:val="20"/>
        </w:rPr>
        <w:t>1:37:26  kyunke ijtimai zindagi mein koi ideal nahi chal sakta. agar aap yeh ek ideal banayein ke ke ke ijtimai zindagi mein khuda qanoon ko nafiz hona hai, to is mani ke aap baddo nafiz karna chahein ge, to baddo nafiz karein ge, idhar se bhi aadmi jo</w:t>
      </w:r>
      <w:r>
        <w:br/>
      </w:r>
      <w:r>
        <w:rPr>
          <w:sz w:val="20"/>
        </w:rPr>
        <w:t>1:37:44  ab de ga, to larai shuru hogi. is ka nateeja larai hoga. to ijtimai zindagi mein islam ka nazariya yeh hai ke jo qabil amal hai, us ko ikhtiyar karo.</w:t>
      </w:r>
      <w:r>
        <w:br/>
      </w:r>
      <w:r>
        <w:rPr>
          <w:sz w:val="20"/>
        </w:rPr>
        <w:t>1:37:55  aap dekhiye, hazrat yusuf aleh salam ne badshah, yaani jo badshah tha, woh mushrik tha. woh mushrik badshah ko tasleem kar liya.</w:t>
      </w:r>
      <w:r>
        <w:br/>
      </w:r>
      <w:r>
        <w:rPr>
          <w:sz w:val="20"/>
        </w:rPr>
        <w:t>1:38:04  unhon ne takrao nahi kiya is se ke tu woh karo, badlo apna mazhab, badlo apna aqeeda, badlo. to</w:t>
      </w:r>
      <w:r>
        <w:br/>
      </w:r>
      <w:r>
        <w:rPr>
          <w:sz w:val="20"/>
        </w:rPr>
        <w:t>1:38:14  ijtimai zindagi mein dekhiye, adjust karna parta hai. adjustment ijtimai zindagi ka. agar yeh usool ikhtiyar karein ge, aap to siwaye larai ke aur kuch bhi nahi.</w:t>
      </w:r>
      <w:r>
        <w:br/>
      </w:r>
      <w:r>
        <w:rPr>
          <w:sz w:val="20"/>
        </w:rPr>
        <w:t>1:38:23  apni zaat ke mamle mein aap ideal baniye. ijtimai zindagi mein aap ko adjust karna pare ga. kuch aap ki baat maani jaye gi, kuch un ki baat maani jaye gi.</w:t>
      </w:r>
      <w:r>
        <w:br/>
      </w:r>
      <w:r>
        <w:rPr>
          <w:sz w:val="20"/>
        </w:rPr>
        <w:t>1:38:32  dusra option nahi. option agar aap is ko na manen to is ke baad kya hai? larai, khoon, khoon, khoon kharaba.</w:t>
      </w:r>
    </w:p>
    <w:p>
      <w:pPr>
        <w:pStyle w:val="Heading2"/>
      </w:pPr>
      <w:r>
        <w:t>Why is doubt about Islamic preaching wrong?</w:t>
      </w:r>
    </w:p>
    <w:p>
      <w:r>
        <w:rPr>
          <w:color w:val="666666"/>
          <w:sz w:val="18"/>
        </w:rPr>
        <w:t>Society &amp; Dawah · Dars-e-Quran, Chapter 25, V. 1 (Spreading Quran) September 9, 2018 · 2m 28s · at 1:05:24 · https://youtu.be/zf3V6LP2Qg0?t=3924</w:t>
      </w:r>
    </w:p>
    <w:p>
      <w:r>
        <w:rPr>
          <w:i/>
        </w:rPr>
        <w:t>“When preaching Islam, I often wonder if we might be wrong, just as Christian missionaries are not correct in their preaching. What is this? Why is this question considered wrong?”</w:t>
      </w:r>
    </w:p>
    <w:p>
      <w:r>
        <w:rPr>
          <w:sz w:val="20"/>
        </w:rPr>
        <w:t>1:05:24  maulana, yeh sawal bheja hai javed hayat sahib ne mumbai se. unhon ne likha hai: maulana, islam ki tablegh karte waqt bar bar yeh khayal aata hai ke kahin hum ghalat to nahin, jis tarah christian missionaries apne mazhab ki tablegh mein sahi nahin?</w:t>
      </w:r>
      <w:r>
        <w:br/>
      </w:r>
      <w:r>
        <w:rPr>
          <w:sz w:val="20"/>
        </w:rPr>
        <w:t>1:05:43  yeh kaun si baat hai? yeh kuch sawal hi ghalat kyun hai? bhai, aap paas quran maujood hai, quran ko phailayen to is mein ghalat kya hai? ghalati ki baat kya hai?</w:t>
      </w:r>
      <w:r>
        <w:br/>
      </w:r>
      <w:r>
        <w:rPr>
          <w:sz w:val="20"/>
        </w:rPr>
        <w:t>1:05:54  yeh to, yeh to sawali be matlab hai. jab quran aap ko mehfooz maujood hai to is ka tarjuma tayyar kijiye aur logon tak pohanchaiye.</w:t>
      </w:r>
      <w:r>
        <w:br/>
      </w:r>
      <w:r>
        <w:rPr>
          <w:sz w:val="20"/>
        </w:rPr>
        <w:t>1:06:04  is mein ghalati kya hai? yeh ghalati ki koi baat hi nahin hai.</w:t>
      </w:r>
      <w:r>
        <w:br/>
      </w:r>
      <w:r>
        <w:rPr>
          <w:sz w:val="20"/>
        </w:rPr>
        <w:t>1:06:12  hazrat umar ke alfaaz mein agar koi ghalat bataye to musalma kazzab ki boli bol raha hai. woh</w:t>
      </w:r>
      <w:r>
        <w:br/>
      </w:r>
      <w:r>
        <w:rPr>
          <w:sz w:val="20"/>
        </w:rPr>
        <w:t>1:06:22  shahid hussain sahib ne srinagar se likha hai: we can't love the creator without being impatient for spreading his word</w:t>
      </w:r>
      <w:r>
        <w:br/>
      </w:r>
      <w:r>
        <w:rPr>
          <w:sz w:val="20"/>
        </w:rPr>
        <w:t>1:06:32  Maulana sahib has helped us in removing the self imposed restrictions, which had continued, which had continuously destroyed the opportunities.</w:t>
      </w:r>
      <w:r>
        <w:br/>
      </w:r>
      <w:r>
        <w:rPr>
          <w:sz w:val="20"/>
        </w:rPr>
        <w:t>1:06:43  For the first time, we have become conscious of a great obligation. Thank you, Maulana sahib. Mashallah.</w:t>
      </w:r>
      <w:r>
        <w:br/>
      </w:r>
      <w:r>
        <w:rPr>
          <w:sz w:val="20"/>
        </w:rPr>
        <w:t>1:06:53  Okay, we will end the session now. Thank you.</w:t>
      </w:r>
    </w:p>
    <w:p>
      <w:pPr>
        <w:pStyle w:val="Heading2"/>
      </w:pPr>
      <w:r>
        <w:t>Why is separating religion and politics incomplete?</w:t>
      </w:r>
    </w:p>
    <w:p>
      <w:r>
        <w:rPr>
          <w:color w:val="666666"/>
          <w:sz w:val="18"/>
        </w:rPr>
        <w:t>Society &amp; Dawah · The Companions and the Hadith Scholars June 24, 2012 · 3m 50s · at 1:02:31 · https://youtu.be/Dj4QiYnxgBs?t=3751</w:t>
      </w:r>
    </w:p>
    <w:p>
      <w:r>
        <w:rPr>
          <w:i/>
        </w:rPr>
        <w:t>“Separating religion and politics is considered an incomplete understanding of religion. Why is that?”</w:t>
      </w:r>
    </w:p>
    <w:p>
      <w:r>
        <w:rPr>
          <w:sz w:val="20"/>
        </w:rPr>
        <w:t>1:02:31  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r>
        <w:br/>
      </w:r>
      <w:r>
        <w:rPr>
          <w:sz w:val="20"/>
        </w:rPr>
        <w:t>1:03:00  bila shubah deen alag hai aur siyasat alag hai, is mein koi shuk nahi.</w:t>
      </w:r>
      <w:r>
        <w:br/>
      </w:r>
      <w:r>
        <w:rPr>
          <w:sz w:val="20"/>
        </w:rPr>
        <w:t>1:03:09  dekhein, Islam ke mutabiq</w:t>
      </w:r>
      <w:r>
        <w:br/>
      </w:r>
      <w:r>
        <w:rPr>
          <w:sz w:val="20"/>
        </w:rPr>
        <w:t>1:03:15  deen ki taleemat jo hain, woh hoti hain according to the situation. ittaqullah wa ma astata'tum</w:t>
      </w:r>
      <w:r>
        <w:br/>
      </w:r>
      <w:r>
        <w:rPr>
          <w:sz w:val="20"/>
        </w:rPr>
        <w:t>1:03:25  to jahan tak apni zaat ka ta'alluq hai, har waqt hamare bas mein hai ke apni zaat ke aitbar se hum deen ko ikhtiyar karein.</w:t>
      </w:r>
      <w:r>
        <w:br/>
      </w:r>
      <w:r>
        <w:rPr>
          <w:sz w:val="20"/>
        </w:rPr>
        <w:t>1:03:35  yani is mein hamein koi excuse nahi ho sakta zaat ke aitbar se. lekin jab aata hai muamla society ka, mujtamay ka, to wahan doosre logon ki rai ke mutabiq karna pare ga.</w:t>
      </w:r>
      <w:r>
        <w:br/>
      </w:r>
      <w:r>
        <w:rPr>
          <w:sz w:val="20"/>
        </w:rPr>
        <w:t>1:03:51  yeh nahi hai ke aap impose kar dein un ke upar.</w:t>
      </w:r>
      <w:r>
        <w:br/>
      </w:r>
      <w:r>
        <w:rPr>
          <w:sz w:val="20"/>
        </w:rPr>
        <w:t>1:03:54  inaam ki baat hai, impose karein ge to impose nahi hoga. to hukoomat ka ki nawiyat hi alag hai, hukoomat bilkul nawiyat alag hai.</w:t>
      </w:r>
      <w:r>
        <w:br/>
      </w:r>
      <w:r>
        <w:rPr>
          <w:sz w:val="20"/>
        </w:rPr>
        <w:t>1:04:06  hukoomat ka muamla yeh hai ke jaise halaat, waisi hukoomat. hadith mein aata hai ke kama takoonoon kazalik yool alaikum jaise tum ho gaye, waise hukmaran ho gaye.</w:t>
      </w:r>
      <w:r>
        <w:br/>
      </w:r>
      <w:r>
        <w:rPr>
          <w:sz w:val="20"/>
        </w:rPr>
        <w:t>1:04:17  yani hukoomat ubharti hai mujtamay se, yani social condition se. lekin</w:t>
      </w:r>
      <w:r>
        <w:br/>
      </w:r>
      <w:r>
        <w:rPr>
          <w:sz w:val="20"/>
        </w:rPr>
        <w:t>1:04:23  infradi jo deen hai, woh to har waqt aage aate rehte hain. to jo log dono taqaze ek kar ke kehte hain ke Islam mukammal nizam hai, woh bila shubah batal boli bolte hain.</w:t>
      </w:r>
      <w:r>
        <w:br/>
      </w:r>
      <w:r>
        <w:rPr>
          <w:sz w:val="20"/>
        </w:rPr>
        <w:t>1:04:33  aur islam mein tashaddud jo aa gaya hai, isi liye aa gaya hai. tashaddud jo aa gaya hai islam mein, barah-e-rast zimmedar hain woh log kis ke jinho ne yeh naarah diya ke islam mukammal nizaam hai.</w:t>
      </w:r>
      <w:r>
        <w:br/>
      </w:r>
      <w:r>
        <w:rPr>
          <w:sz w:val="20"/>
        </w:rPr>
        <w:t>1:04:46  is ko mein bilashubah batil samajhta hoon. to meri bohat si kitabein hain, aap parh lijiye:</w:t>
      </w:r>
      <w:r>
        <w:br/>
      </w:r>
      <w:r>
        <w:rPr>
          <w:sz w:val="20"/>
        </w:rPr>
        <w:t>1:04:51  taabeer-e-ghalti, deen aur shariyat, al-islam waghera. Maulana, un ka ek aur sawal hai.</w:t>
      </w:r>
      <w:r>
        <w:br/>
      </w:r>
      <w:r>
        <w:rPr>
          <w:sz w:val="20"/>
        </w:rPr>
        <w:t>1:05:00  unho ne likha hai ke "You have written that in Islam politics is a matter of convenience and not a matter of belief.</w:t>
      </w:r>
      <w:r>
        <w:br/>
      </w:r>
      <w:r>
        <w:rPr>
          <w:sz w:val="20"/>
        </w:rPr>
        <w:t>1:05:10  Kindly clarify this." wahi baat jo mein ne kaha,</w:t>
      </w:r>
      <w:r>
        <w:br/>
      </w:r>
      <w:r>
        <w:rPr>
          <w:sz w:val="20"/>
        </w:rPr>
        <w:t>1:05:19  convenience ka matlab yeh hai jaise halaat is ke mutabiq hon. aur ek cheez woh hai deen mein jis ka ta'alluq halaat se nahi, mere apne irade se hai.</w:t>
      </w:r>
      <w:r>
        <w:br/>
      </w:r>
      <w:r>
        <w:rPr>
          <w:sz w:val="20"/>
        </w:rPr>
        <w:t>1:05:33  jaise hi mein irada karoon, fi- الفور mein is ko ikhtiyar kar sakta hoon. Allah ko ek manna, akhirat ko yaqeen karna, jannat jahannum ko manna, Allah ke creation plan ko manna,</w:t>
      </w:r>
      <w:r>
        <w:br/>
      </w:r>
      <w:r>
        <w:rPr>
          <w:sz w:val="20"/>
        </w:rPr>
        <w:t>1:05:48  jis waqt mujh par khule, usi waqt is ko mein yaqeen kar sakta hoon ke yeh barhaq hai. lekin jab, yaani jo system hai, jo social taqaze hain, wahan par aap koi cheez nafiz karna chahein to jab nafiz ho paye gi?</w:t>
      </w:r>
      <w:r>
        <w:br/>
      </w:r>
      <w:r>
        <w:rPr>
          <w:sz w:val="20"/>
        </w:rPr>
        <w:t>1:06:06  jab ke log manen is ko, warna warna kuch bhi nahi hoga.</w:t>
      </w:r>
      <w:r>
        <w:br/>
      </w:r>
      <w:r>
        <w:rPr>
          <w:sz w:val="20"/>
        </w:rPr>
        <w:t>1:06:11  to yaani woh halaat par depend karta hai, jab ke aqeedah ka ta'alluq khulas se nahi, woh aap mere apne irade se hai.</w:t>
      </w:r>
    </w:p>
    <w:p>
      <w:pPr>
        <w:pStyle w:val="Heading2"/>
      </w:pPr>
      <w:r>
        <w:t>Why many Muslims oppose your ideology</w:t>
      </w:r>
    </w:p>
    <w:p>
      <w:r>
        <w:rPr>
          <w:color w:val="666666"/>
          <w:sz w:val="18"/>
        </w:rPr>
        <w:t>Society &amp; Dawah · Reason and Faith July 10, 2016 · 1m 52s · at 52:27 · https://youtu.be/axR4I5yv29E?t=3147</w:t>
      </w:r>
    </w:p>
    <w:p>
      <w:r>
        <w:rPr>
          <w:i/>
        </w:rPr>
        <w:t>“Why do a large section of Muslims oppose your ideology? What is the reason?”</w:t>
      </w:r>
    </w:p>
    <w:p>
      <w:r>
        <w:rPr>
          <w:sz w:val="20"/>
        </w:rPr>
        <w:t>52:27  maulana, agla sawal aaya hai muhammad saleem mir sahib ka kashmir se aur unhon ne likha hai ke</w:t>
      </w:r>
      <w:r>
        <w:br/>
      </w:r>
      <w:r>
        <w:rPr>
          <w:sz w:val="20"/>
        </w:rPr>
        <w:t>52:33  maulana, one of my Muslim friends wants to know that why a large section of Muslims oppose your ideology.</w:t>
      </w:r>
      <w:r>
        <w:br/>
      </w:r>
      <w:r>
        <w:rPr>
          <w:sz w:val="20"/>
        </w:rPr>
        <w:t>52:39  What is the reason for the same?</w:t>
      </w:r>
      <w:r>
        <w:br/>
      </w:r>
      <w:r>
        <w:rPr>
          <w:sz w:val="20"/>
        </w:rPr>
        <w:t>52:46  aap jo log oppose karte hain, un ki speeches suniye, un ki kitabein parhiye to aap ko discovery</w:t>
      </w:r>
      <w:r>
        <w:br/>
      </w:r>
      <w:r>
        <w:rPr>
          <w:sz w:val="20"/>
        </w:rPr>
        <w:t>52:52  hogi ke kisi ke paas koi daleel nahi, sirf shor o ghul hai.</w:t>
      </w:r>
      <w:r>
        <w:br/>
      </w:r>
      <w:r>
        <w:rPr>
          <w:sz w:val="20"/>
        </w:rPr>
        <w:t>52:58  kisi ke paas bhi koi daleel nahi hai.</w:t>
      </w:r>
      <w:r>
        <w:br/>
      </w:r>
      <w:r>
        <w:rPr>
          <w:sz w:val="20"/>
        </w:rPr>
        <w:t>53:04  to cheez yeh hai ke hum quran o sunnat ki roshni mein jaiza lete hain aur batate hain</w:t>
      </w:r>
      <w:r>
        <w:br/>
      </w:r>
      <w:r>
        <w:rPr>
          <w:sz w:val="20"/>
        </w:rPr>
        <w:t>53:11  ke jis kaam mein musalman actually involve hain, woh quran wala kaam hai hi nahi, woh islam wala</w:t>
      </w:r>
      <w:r>
        <w:br/>
      </w:r>
      <w:r>
        <w:rPr>
          <w:sz w:val="20"/>
        </w:rPr>
        <w:t>53:17  kaam hai hi nahi.</w:t>
      </w:r>
      <w:r>
        <w:br/>
      </w:r>
      <w:r>
        <w:rPr>
          <w:sz w:val="20"/>
        </w:rPr>
        <w:t>53:23  yani violence karte hain.</w:t>
      </w:r>
      <w:r>
        <w:br/>
      </w:r>
      <w:r>
        <w:rPr>
          <w:sz w:val="20"/>
        </w:rPr>
        <w:t>53:30  kaam yeh hai ke peaceful dawah work karen to unka jo kaam hai, uski value khatam hoti hai.</w:t>
      </w:r>
      <w:r>
        <w:br/>
      </w:r>
      <w:r>
        <w:rPr>
          <w:sz w:val="20"/>
        </w:rPr>
        <w:t>53:36  to woh is ke liye tayyar nahi hain ke ailaan karen ke hum ghalati par thay.</w:t>
      </w:r>
      <w:r>
        <w:br/>
      </w:r>
      <w:r>
        <w:rPr>
          <w:sz w:val="20"/>
        </w:rPr>
        <w:t>53:42  to ab unhon ne kaha kar rakha hai ke be daleel hamare khilaf propaganda karte hain.</w:t>
      </w:r>
      <w:r>
        <w:br/>
      </w:r>
      <w:r>
        <w:rPr>
          <w:sz w:val="20"/>
        </w:rPr>
        <w:t>53:48  kisi bhi shakhs ko, jab aap agle itwar ko bataiyega, kisi un mein se kisi bhi ek</w:t>
      </w:r>
      <w:r>
        <w:br/>
      </w:r>
      <w:r>
        <w:rPr>
          <w:sz w:val="20"/>
        </w:rPr>
        <w:t>53:55  shakhs ne daleel ki zaban mein hamari baat ka koi radd nahi kiya hai, to aap yahi kehne</w:t>
      </w:r>
      <w:r>
        <w:br/>
      </w:r>
      <w:r>
        <w:rPr>
          <w:sz w:val="20"/>
        </w:rPr>
        <w:t>54:01  پر مجبور ہیں کہ چونکہ وہ اپنی غلطی ماننے کو تیار نہیں ہیں، تو he went crying کا</w:t>
      </w:r>
      <w:r>
        <w:br/>
      </w:r>
      <w:r>
        <w:rPr>
          <w:sz w:val="20"/>
        </w:rPr>
        <w:t>54:07  tareeqa ikhtiyar kiya unhon ne.</w:t>
      </w:r>
      <w:r>
        <w:br/>
      </w:r>
      <w:r>
        <w:rPr>
          <w:sz w:val="20"/>
        </w:rPr>
        <w:t>54:14  maulana, do sawal aaye hain doctor farida khanam se dilli se.</w:t>
      </w:r>
    </w:p>
    <w:p>
      <w:pPr>
        <w:pStyle w:val="Heading2"/>
      </w:pPr>
      <w:r>
        <w:t>Why negative leadership is popular</w:t>
      </w:r>
    </w:p>
    <w:p>
      <w:r>
        <w:rPr>
          <w:color w:val="666666"/>
          <w:sz w:val="18"/>
        </w:rPr>
        <w:t>Society &amp; Dawah · Opportunities of the Modern Age | March 05, 2017 · 3m 37s · at 46:42 · https://youtu.be/Cv8QEwvQ_fY?t=2802</w:t>
      </w:r>
    </w:p>
    <w:p>
      <w:r>
        <w:rPr>
          <w:i/>
        </w:rPr>
        <w:t>“Maulana, why does negative leadership become popular and why are those who give positive guidelines not popular? What is the reason for this?”</w:t>
      </w:r>
    </w:p>
    <w:p>
      <w:r>
        <w:rPr>
          <w:sz w:val="20"/>
        </w:rPr>
        <w:t>46:42  sawal aa jo aaya hai aa woh Chennai se Maulana Iqbal Umri ne likha hai.</w:t>
      </w:r>
      <w:r>
        <w:br/>
      </w:r>
      <w:r>
        <w:rPr>
          <w:sz w:val="20"/>
        </w:rPr>
        <w:t>46:49  unhon ne likha hai ke: "Maulana negative leadership kyun popular ho jati hai aur positive guidelines dene</w:t>
      </w:r>
      <w:r>
        <w:br/>
      </w:r>
      <w:r>
        <w:rPr>
          <w:sz w:val="20"/>
        </w:rPr>
        <w:t>46:57  walay kyun maqbool nahi hotay? is ki kya wajah hai?" bhai main samajhta hoon yahan tak ke deep</w:t>
      </w:r>
      <w:r>
        <w:br/>
      </w:r>
      <w:r>
        <w:rPr>
          <w:sz w:val="20"/>
        </w:rPr>
        <w:t>47:04  Thinking لوگوں کو ادھر ہے نہیں super super super super super super super super thinking ہے۔</w:t>
      </w:r>
      <w:r>
        <w:br/>
      </w:r>
      <w:r>
        <w:rPr>
          <w:sz w:val="20"/>
        </w:rPr>
        <w:t>47:12  jahan tak main samajhta hoon yahi wajah hai.</w:t>
      </w:r>
      <w:r>
        <w:br/>
      </w:r>
      <w:r>
        <w:rPr>
          <w:sz w:val="20"/>
        </w:rPr>
        <w:t>47:18  is in ke in ke andar deep thinking paida kijiye.</w:t>
      </w:r>
      <w:r>
        <w:br/>
      </w:r>
      <w:r>
        <w:rPr>
          <w:sz w:val="20"/>
        </w:rPr>
        <w:t>47:24  mera tajruba yeh hai ke bohat se log aisay mujhe milay jo is qism ki soch mein mubtala</w:t>
      </w:r>
      <w:r>
        <w:br/>
      </w:r>
      <w:r>
        <w:rPr>
          <w:sz w:val="20"/>
        </w:rPr>
        <w:t>47:31  the lekin un ke andar gehrai ke saath jab baatein batai hain maine to badal gaye woh.</w:t>
      </w:r>
      <w:r>
        <w:br/>
      </w:r>
      <w:r>
        <w:rPr>
          <w:sz w:val="20"/>
        </w:rPr>
        <w:t>47:37  to halaat ko yani beshtar log yeh karte hain ke woh</w:t>
      </w:r>
      <w:r>
        <w:br/>
      </w:r>
      <w:r>
        <w:rPr>
          <w:sz w:val="20"/>
        </w:rPr>
        <w:t>47:43  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r>
        <w:br/>
      </w:r>
      <w:r>
        <w:rPr>
          <w:sz w:val="20"/>
        </w:rPr>
        <w:t>48:13  zulm nahi hai woh retaliation hai.</w:t>
      </w:r>
      <w:r>
        <w:br/>
      </w:r>
      <w:r>
        <w:rPr>
          <w:sz w:val="20"/>
        </w:rPr>
        <w:t>48:17  मतलब जुल्म कहना यह super super super super super super super super super super super super super</w:t>
      </w:r>
      <w:r>
        <w:br/>
      </w:r>
      <w:r>
        <w:rPr>
          <w:sz w:val="20"/>
        </w:rPr>
        <w:t>48:22  super super super super super super super.</w:t>
      </w:r>
      <w:r>
        <w:br/>
      </w:r>
      <w:r>
        <w:rPr>
          <w:sz w:val="20"/>
        </w:rPr>
        <w:t>48:26  retaliation karna wisdom hai.</w:t>
      </w:r>
      <w:r>
        <w:br/>
      </w:r>
      <w:r>
        <w:rPr>
          <w:sz w:val="20"/>
        </w:rPr>
        <w:t>48:31  yani Falasteen mein Kashmir mein hota kya hai woh woh martay hain pathar to woh martay hain bomb gun.</w:t>
      </w:r>
      <w:r>
        <w:br/>
      </w:r>
      <w:r>
        <w:rPr>
          <w:sz w:val="20"/>
        </w:rPr>
        <w:t>48:35  that is retaliation woh zulm nahi hai.</w:t>
      </w:r>
      <w:r>
        <w:br/>
      </w:r>
      <w:r>
        <w:rPr>
          <w:sz w:val="20"/>
        </w:rPr>
        <w:t>48:39  to main poore yaqeen ke saath keh sakta hoon ke Falasteen ya Kashmir mein</w:t>
      </w:r>
      <w:r>
        <w:br/>
      </w:r>
      <w:r>
        <w:rPr>
          <w:sz w:val="20"/>
        </w:rPr>
        <w:t>48:44  jo kehte hain agar zulm ho raha hai woh halki rehti hai zulm nahi hai.</w:t>
      </w:r>
      <w:r>
        <w:br/>
      </w:r>
      <w:r>
        <w:rPr>
          <w:sz w:val="20"/>
        </w:rPr>
        <w:t>48:50  that is retaliation retaliation to hoga jab aap pathar maren ge to idhar se</w:t>
      </w:r>
      <w:r>
        <w:br/>
      </w:r>
      <w:r>
        <w:rPr>
          <w:sz w:val="20"/>
        </w:rPr>
        <w:t>48:56  bhi pathar aye ga bomb aye ga aap gun chalayen ge to idhar se bhi gun aye gi</w:t>
      </w:r>
      <w:r>
        <w:br/>
      </w:r>
      <w:r>
        <w:rPr>
          <w:sz w:val="20"/>
        </w:rPr>
        <w:t>49:02  goli aye gi yeh to hoga yeh koi rok nahi sakta re teliation ko koi rok nahi</w:t>
      </w:r>
      <w:r>
        <w:br/>
      </w:r>
      <w:r>
        <w:rPr>
          <w:sz w:val="20"/>
        </w:rPr>
        <w:t>49:08  sakta isi liye aik sahabi ne bohat sahih kaha tha ke: "</w:t>
      </w:r>
      <w:r>
        <w:br/>
      </w:r>
      <w:r>
        <w:rPr>
          <w:sz w:val="20"/>
        </w:rPr>
        <w:t>49:14  man la yarza bil qaleel mimma yati fis safar yarza bil kaseer" ke aap pathar maren ge to woh bom</w:t>
      </w:r>
      <w:r>
        <w:br/>
      </w:r>
      <w:r>
        <w:rPr>
          <w:sz w:val="20"/>
        </w:rPr>
        <w:t>49:18  مارے گا تو یہ super super super super super super super super super.</w:t>
      </w:r>
      <w:r>
        <w:br/>
      </w:r>
      <w:r>
        <w:rPr>
          <w:sz w:val="20"/>
        </w:rPr>
        <w:t>49:22  تو یہ super super super super super super super super super super.</w:t>
      </w:r>
      <w:r>
        <w:br/>
      </w:r>
      <w:r>
        <w:rPr>
          <w:sz w:val="20"/>
        </w:rPr>
        <w:t>49:25  تو یہ super super super super super super super super super.</w:t>
      </w:r>
      <w:r>
        <w:br/>
      </w:r>
      <w:r>
        <w:rPr>
          <w:sz w:val="20"/>
        </w:rPr>
        <w:t>49:29  is wajah se log samajhte hain ke zulm ho raha hai zulm nahi ho raha woh re telie</w:t>
      </w:r>
      <w:r>
        <w:br/>
      </w:r>
      <w:r>
        <w:rPr>
          <w:sz w:val="20"/>
        </w:rPr>
        <w:t>49:33  et kar rahe hain.</w:t>
      </w:r>
      <w:r>
        <w:br/>
      </w:r>
      <w:r>
        <w:rPr>
          <w:sz w:val="20"/>
        </w:rPr>
        <w:t>49:37  quran mein aik surah hai is ka naam hai al shura al shura is ki ayat 41 aap parhiye sari</w:t>
      </w:r>
      <w:r>
        <w:br/>
      </w:r>
      <w:r>
        <w:rPr>
          <w:sz w:val="20"/>
        </w:rPr>
        <w:t>49:40  tafsilan parh daliye</w:t>
      </w:r>
      <w:r>
        <w:br/>
      </w:r>
      <w:r>
        <w:rPr>
          <w:sz w:val="20"/>
        </w:rPr>
        <w:t>49:44  al shura 41 is mein quran ne re teliation ko bura nahi kaha to har jagah aap aap</w:t>
      </w:r>
      <w:r>
        <w:br/>
      </w:r>
      <w:r>
        <w:rPr>
          <w:sz w:val="20"/>
        </w:rPr>
        <w:t>49:51  aap pathar marte hain idhar se bom aata hai to kehte hain zulm ho raha hai zulm ho</w:t>
      </w:r>
      <w:r>
        <w:br/>
      </w:r>
      <w:r>
        <w:rPr>
          <w:sz w:val="20"/>
        </w:rPr>
        <w:t>49:58  raha hai yeh zulm nahi hai woh re teliation hai aap apne pathar ko band kijiye tab</w:t>
      </w:r>
      <w:r>
        <w:br/>
      </w:r>
      <w:r>
        <w:rPr>
          <w:sz w:val="20"/>
        </w:rPr>
        <w:t>50:05  woh ho jaye ga sahih ho jaye ga to yeh sab kis liye ke log cheezon ko dekhte</w:t>
      </w:r>
      <w:r>
        <w:br/>
      </w:r>
      <w:r>
        <w:rPr>
          <w:sz w:val="20"/>
        </w:rPr>
        <w:t>50:12  hain face value par gehrai mein ja kar ghor nahi karte</w:t>
      </w:r>
    </w:p>
    <w:p>
      <w:pPr>
        <w:pStyle w:val="Heading2"/>
      </w:pPr>
      <w:r>
        <w:t>Why not sentence one who disrespects the Prophet</w:t>
      </w:r>
    </w:p>
    <w:p>
      <w:r>
        <w:rPr>
          <w:color w:val="666666"/>
          <w:sz w:val="18"/>
        </w:rPr>
        <w:t>Society &amp; Dawah · The Importance of the Quran May 15, 2016 Maulana Wahiduddin Khan · 2m 00s · at 1:15:56 · https://youtu.be/9a-OOUR_bLg?t=4556</w:t>
      </w:r>
    </w:p>
    <w:p>
      <w:r>
        <w:rPr>
          <w:i/>
        </w:rPr>
        <w:t>“Sir, you said that political stability is necessary for ulema to do their work, and every literature is there in every Muslim country as proof of Islam and the Prophet's Sunnah. Then if a person disrespects the Prophet without knowing him, why not sentence him? What is your opinion in this?”</w:t>
      </w:r>
    </w:p>
    <w:p>
      <w:r>
        <w:rPr>
          <w:sz w:val="20"/>
        </w:rPr>
        <w:t>1:15:56  maulana, agla sawal pakistan se kya hai fawad al hassan sahab ne aur unhon ne likha hai ke ah sir you said that political stability is necessary for ulama to do their work</w:t>
      </w:r>
      <w:r>
        <w:br/>
      </w:r>
      <w:r>
        <w:rPr>
          <w:sz w:val="20"/>
        </w:rPr>
        <w:t>1:16:11  when every literature is there in every muslim country in prophet of islam and his sunnah. then of a person dis respects prophet without knowing him, then why not sentence him?</w:t>
      </w:r>
      <w:r>
        <w:br/>
      </w:r>
      <w:r>
        <w:rPr>
          <w:sz w:val="20"/>
        </w:rPr>
        <w:t>1:16:27  what what is your opinion in this?</w:t>
      </w:r>
      <w:r>
        <w:br/>
      </w:r>
      <w:r>
        <w:rPr>
          <w:sz w:val="20"/>
        </w:rPr>
        <w:t>1:16:31  sentence kis liye? yani rasool ko koi maane na maane, uski ban par usko qatl nahin kiya jayega. kya kya keh rahe hain aap?</w:t>
      </w:r>
      <w:r>
        <w:br/>
      </w:r>
      <w:r>
        <w:rPr>
          <w:sz w:val="20"/>
        </w:rPr>
        <w:t>1:16:40  sahi hain ji, rasool ko manne na maane, yani woh qatl kar denge aap. woh alag cheez hai. dekhen, qatl social crime par hota hai, thought crime par nahin.</w:t>
      </w:r>
      <w:r>
        <w:br/>
      </w:r>
      <w:r>
        <w:rPr>
          <w:sz w:val="20"/>
        </w:rPr>
        <w:t>1:16:53  yeh bahut important baat hai ke rasool ko maane ya na maane, khuda ko maane ya na maane, quran ko na maane ya na maane, that is thought crime.</w:t>
      </w:r>
      <w:r>
        <w:br/>
      </w:r>
      <w:r>
        <w:rPr>
          <w:sz w:val="20"/>
        </w:rPr>
        <w:t>1:17:04  thought crime, thought crime par koi bhi saza islam mein nahin hai. koi bhi saza.</w:t>
      </w:r>
      <w:r>
        <w:br/>
      </w:r>
      <w:r>
        <w:rPr>
          <w:sz w:val="20"/>
        </w:rPr>
        <w:t>1:17:15  aap kahen ke quran revealed book nahin hai, that is thought crime. aap kahen rasool allah khatamun nabiyyin nahin the, yeh thought crime.</w:t>
      </w:r>
      <w:r>
        <w:br/>
      </w:r>
      <w:r>
        <w:rPr>
          <w:sz w:val="20"/>
        </w:rPr>
        <w:t>1:17:26  aap kahen ke khuda ek nahin, yeh do hai, that is thought crime. to thought crime par koi saza islam mein nahin hai, har giz nahin hai.</w:t>
      </w:r>
      <w:r>
        <w:br/>
      </w:r>
      <w:r>
        <w:rPr>
          <w:sz w:val="20"/>
        </w:rPr>
        <w:t>1:17:40  crime yani punishable crime islam mein wahi hain jo social crime jo kaha jata hai. sirf social crime par punishment hai, thought crime par nahin.</w:t>
      </w:r>
    </w:p>
    <w:p>
      <w:pPr>
        <w:pStyle w:val="Heading2"/>
      </w:pPr>
      <w:r>
        <w:t>Why only CPS team does dawah among non-Muslims?</w:t>
      </w:r>
    </w:p>
    <w:p>
      <w:r>
        <w:rPr>
          <w:color w:val="666666"/>
          <w:sz w:val="18"/>
        </w:rPr>
        <w:t>Society &amp; Dawah · Building A Creative Personality | 20 Nov 2011 · 3m 10s · at 1:09:32 · https://youtu.be/jdfhpwfEvKg?t=4172</w:t>
      </w:r>
    </w:p>
    <w:p>
      <w:r>
        <w:rPr>
          <w:i/>
        </w:rPr>
        <w:t>“Nowadays, in the whole world, the work of dawah and tabligh among non-Muslims is not seen anywhere except the CPS team. What is the reason for this?”</w:t>
      </w:r>
    </w:p>
    <w:p>
      <w:r>
        <w:rPr>
          <w:sz w:val="20"/>
        </w:rPr>
        <w:t>1:09:32  maulana, agla sawal aaya hai miss saira ka karachi pakistan se.</w:t>
      </w:r>
      <w:r>
        <w:br/>
      </w:r>
      <w:r>
        <w:rPr>
          <w:sz w:val="20"/>
        </w:rPr>
        <w:t>1:09:37  unhon ne likha hai: "aaj kal poori dunya mein ghair muslimon mein da</w:t>
      </w:r>
      <w:r>
        <w:br/>
      </w:r>
      <w:r>
        <w:rPr>
          <w:sz w:val="20"/>
        </w:rPr>
        <w:t>1:09:42  wat o tablighi ka kaam CPS team ke ilawa kahin bhi nazar nahi aata. is ki kya wajah hai?" baat yeh hai ke musalmano par is daur mein, yeh jo daur aaya hai, is mein musalmano par mukhtalif asbab</w:t>
      </w:r>
      <w:r>
        <w:br/>
      </w:r>
      <w:r>
        <w:rPr>
          <w:sz w:val="20"/>
        </w:rPr>
        <w:t>1:10:12  se yeh chha gaya ke hum hum hamare khilaaf saazish ki ja rahi hai.</w:t>
      </w:r>
      <w:r>
        <w:br/>
      </w:r>
      <w:r>
        <w:rPr>
          <w:sz w:val="20"/>
        </w:rPr>
        <w:t>1:10:18  sab log dushman hain, hamare sab islam ke khilaaf sargarmian kar rahe hain log.</w:t>
      </w:r>
      <w:r>
        <w:br/>
      </w:r>
      <w:r>
        <w:rPr>
          <w:sz w:val="20"/>
        </w:rPr>
        <w:t>1:10:25  to musalmanon ke andar mizaj aa gaya takrao ka, ladaai bhadaai ka.</w:t>
      </w:r>
      <w:r>
        <w:br/>
      </w:r>
      <w:r>
        <w:rPr>
          <w:sz w:val="20"/>
        </w:rPr>
        <w:t>1:10:31  wohi kar rahe hain is musalman ya to nafrat karte hain ya tashaddud karte hain ya baqaida takrao karte hain.</w:t>
      </w:r>
      <w:r>
        <w:br/>
      </w:r>
      <w:r>
        <w:rPr>
          <w:sz w:val="20"/>
        </w:rPr>
        <w:t>1:10:37  to yeh jo mizaj aaya hai, yeh sau do sau saal ke andar aaya hai. jabke magh</w:t>
      </w:r>
      <w:r>
        <w:br/>
      </w:r>
      <w:r>
        <w:rPr>
          <w:sz w:val="20"/>
        </w:rPr>
        <w:t>1:10:43  rabi qoumein ubhren aur europe se aur har jagah in ko dabdaba mila, to musalmanon mein reaction</w:t>
      </w:r>
      <w:r>
        <w:br/>
      </w:r>
      <w:r>
        <w:rPr>
          <w:sz w:val="20"/>
        </w:rPr>
        <w:t>1:10:48  ke taur par yeh mizaj paida hua.</w:t>
      </w:r>
      <w:r>
        <w:br/>
      </w:r>
      <w:r>
        <w:rPr>
          <w:sz w:val="20"/>
        </w:rPr>
        <w:t>1:10:53  is waqt saare musalman reaction ki nafsiyat mein jeete hain.</w:t>
      </w:r>
      <w:r>
        <w:br/>
      </w:r>
      <w:r>
        <w:rPr>
          <w:sz w:val="20"/>
        </w:rPr>
        <w:t>1:10:58  to aap ki koshish honi chahiye ke logon ko reaction se nikalen.</w:t>
      </w:r>
      <w:r>
        <w:br/>
      </w:r>
      <w:r>
        <w:rPr>
          <w:sz w:val="20"/>
        </w:rPr>
        <w:t>1:11:03  isi liye mein zor deta hoon bohat zyada positive thinking par.</w:t>
      </w:r>
      <w:r>
        <w:br/>
      </w:r>
      <w:r>
        <w:rPr>
          <w:sz w:val="20"/>
        </w:rPr>
        <w:t>1:11:08  jab tak aap musalmanon ko reaction ki nafsiyat se azaad nahi karenge, woh is baat ko samajh nahi</w:t>
      </w:r>
      <w:r>
        <w:br/>
      </w:r>
      <w:r>
        <w:rPr>
          <w:sz w:val="20"/>
        </w:rPr>
        <w:t>1:11:13  paayenge.</w:t>
      </w:r>
      <w:r>
        <w:br/>
      </w:r>
      <w:r>
        <w:rPr>
          <w:sz w:val="20"/>
        </w:rPr>
        <w:t>1:11:17  kyun ke reaction ki nafsiyat ka kya nateeja hua hai ke doosri qoumein aap ko lagti hain dushman, saazishi.</w:t>
      </w:r>
      <w:r>
        <w:br/>
      </w:r>
      <w:r>
        <w:rPr>
          <w:sz w:val="20"/>
        </w:rPr>
        <w:t>1:11:21  to un ko dawat kya den ge aap? dawat ke liye zaroori hai ke aap doosron qomon ko</w:t>
      </w:r>
      <w:r>
        <w:br/>
      </w:r>
      <w:r>
        <w:rPr>
          <w:sz w:val="20"/>
        </w:rPr>
        <w:t>1:11:26  ke khair khwah hon, nasir hon.</w:t>
      </w:r>
      <w:r>
        <w:br/>
      </w:r>
      <w:r>
        <w:rPr>
          <w:sz w:val="20"/>
        </w:rPr>
        <w:t>1:11:30  to khair khwahi to hai nahi.</w:t>
      </w:r>
      <w:r>
        <w:br/>
      </w:r>
      <w:r>
        <w:rPr>
          <w:sz w:val="20"/>
        </w:rPr>
        <w:t>1:11:34  jab khair khwahi nahi hai to wohi hai jo is waqt ho raha hoga.</w:t>
      </w:r>
      <w:r>
        <w:br/>
      </w:r>
      <w:r>
        <w:rPr>
          <w:sz w:val="20"/>
        </w:rPr>
        <w:t>1:11:39  to pehla kaam jo hai yeh hai ke doosri qomon ko hum batayen, musalmanon ko ke woh madu hain,</w:t>
      </w:r>
      <w:r>
        <w:br/>
      </w:r>
      <w:r>
        <w:rPr>
          <w:sz w:val="20"/>
        </w:rPr>
        <w:t>1:11:43  woh aap ke dushman nahi hain. har haal mein woh mad'u hain, ba-farz woh aap ke khilaf koi dushmani wali baat kar rahe hon, tab bhi woh aap ke mad'u hain, tab bhi aap ko dawat dena hai. to chunke saara literature jo aap dekhiye, jitna literature zaban mein tayyar hua hai, chahe woh Urdu mein ho, Persian mein ho, Arabic mein ho, English mein ho, woh sab negative nafsiyat ke sath tayyar hua hai.</w:t>
      </w:r>
      <w:r>
        <w:br/>
      </w:r>
      <w:r>
        <w:rPr>
          <w:sz w:val="20"/>
        </w:rPr>
        <w:t>1:12:13  sab ko dikhaya gaya hai ke sab dushman hain, saazishi hain, hamare khilaaf sargami kar rahe hain.</w:t>
      </w:r>
      <w:r>
        <w:br/>
      </w:r>
      <w:r>
        <w:rPr>
          <w:sz w:val="20"/>
        </w:rPr>
        <w:t>1:12:19  to is literature se zehn bana musalmanon ka aur aur media yeh karta hai.</w:t>
      </w:r>
      <w:r>
        <w:br/>
      </w:r>
      <w:r>
        <w:rPr>
          <w:sz w:val="20"/>
        </w:rPr>
        <w:t>1:12:25  to yeh aik bohat hi gehra muamla hai aur jab tak aap musalmanon ke zehan na badlen, aap</w:t>
      </w:r>
      <w:r>
        <w:br/>
      </w:r>
      <w:r>
        <w:rPr>
          <w:sz w:val="20"/>
        </w:rPr>
        <w:t>1:12:31  dawati kaam nahi ho sakta.</w:t>
      </w:r>
      <w:r>
        <w:br/>
      </w:r>
      <w:r>
        <w:rPr>
          <w:sz w:val="20"/>
        </w:rPr>
        <w:t>1:12:37  to pehla kaam hai musalmanon ki soch ko badalna, phir is ke baad dawati kaam hoga.</w:t>
      </w:r>
    </w:p>
    <w:p>
      <w:pPr>
        <w:pStyle w:val="Heading2"/>
      </w:pPr>
      <w:r>
        <w:t>Why only men can give divorce in Islam?</w:t>
      </w:r>
    </w:p>
    <w:p>
      <w:r>
        <w:rPr>
          <w:color w:val="666666"/>
          <w:sz w:val="18"/>
        </w:rPr>
        <w:t>Society &amp; Dawah · Three levels of Realization July 4, 2010 · 1m 44s · at 1:29:35 · https://youtu.be/NtCTVVov3Nw?t=5375</w:t>
      </w:r>
    </w:p>
    <w:p>
      <w:r>
        <w:rPr>
          <w:i/>
        </w:rPr>
        <w:t>“According to Islam, a woman can take divorce but cannot give divorce. The right to give divorce is only for men. Why is that? Shouldn't both have the right?”</w:t>
      </w:r>
    </w:p>
    <w:p>
      <w:r>
        <w:rPr>
          <w:sz w:val="20"/>
        </w:rPr>
        <w:t>1:29:35  maulana agla sawal kya hai miss shweta saxena ne dilli se</w:t>
      </w:r>
      <w:r>
        <w:br/>
      </w:r>
      <w:r>
        <w:rPr>
          <w:sz w:val="20"/>
        </w:rPr>
        <w:t>1:29:40  unhon ne poocha hai ke islam dharm ke according aurat talaq le sakti hai de nahi sakti talaq dene ka haq sirf mard ko hai aisa kyun aisa nahi hai dono ko haq hai</w:t>
      </w:r>
      <w:r>
        <w:br/>
      </w:r>
      <w:r>
        <w:rPr>
          <w:sz w:val="20"/>
        </w:rPr>
        <w:t>1:29:57  dekhen aik hai yani aik farq sirf yeh hai ke mard ko general taur par haq hai general taur par aurat ka mamla yeh hai ke agar jab jab jab jab woh jab woh marriage ho rahi ho jab nikah ho raha ho to aik hota hai nikah nama ya zabani bhi woh hota hai yani qaul o qarar hota hai</w:t>
      </w:r>
      <w:r>
        <w:br/>
      </w:r>
      <w:r>
        <w:rPr>
          <w:sz w:val="20"/>
        </w:rPr>
        <w:t>1:30:27  to jab nikah ho raha hai us waqt agar shohar se woh aurat yeh yeh baat par signature le le us ki haan hasil kar le us ko kehte hain nikah tafweez pafwiz nikah tafweez to aam talaq aam nikah mein to aurat ko haq nahi rehta</w:t>
      </w:r>
      <w:r>
        <w:br/>
      </w:r>
      <w:r>
        <w:rPr>
          <w:sz w:val="20"/>
        </w:rPr>
        <w:t>1:30:53  mard aurat ko haq hota hai is ka us ko kehte hain khula woh khula yani khula mein talaq mein itna hi farq hai ke talaq mard khud hi bol kar de deta hai aur khula yeh hai ke us ko jana padta hai qazi ke paas lekin aik aur shakal hai yani khula ke alawa nikah tafweez is mein aurat khud hi khud de sakti hai talaq</w:t>
      </w:r>
    </w:p>
    <w:p>
      <w:pPr>
        <w:pStyle w:val="Heading2"/>
      </w:pPr>
      <w:r>
        <w:t>Why peace should not be clubbed with justice?</w:t>
      </w:r>
    </w:p>
    <w:p>
      <w:r>
        <w:rPr>
          <w:color w:val="666666"/>
          <w:sz w:val="18"/>
        </w:rPr>
        <w:t>Society &amp; Dawah · Purpose of Creation September 28, 2014 · 1m 47s · at 56:43 · https://youtu.be/7M-rzLZzCYw?t=3403</w:t>
      </w:r>
    </w:p>
    <w:p>
      <w:r>
        <w:rPr>
          <w:i/>
        </w:rPr>
        <w:t>“You often say that peace should not be clubbed with justice. Can you please elaborate on the same so that I can understand it better?”</w:t>
      </w:r>
    </w:p>
    <w:p>
      <w:r>
        <w:rPr>
          <w:sz w:val="20"/>
        </w:rPr>
        <w:t>56:43  molana agla sawal hyderabad se danish sahib ne kiya hai aur inhon ne likha hai ke molana sahib you often say that peace should not be clubbed with justice can you please elaborate on the same so that i can understand it better yeh club club toh sahi nahi hai</w:t>
      </w:r>
      <w:r>
        <w:br/>
      </w:r>
      <w:r>
        <w:rPr>
          <w:sz w:val="20"/>
        </w:rPr>
        <w:t>57:09  main sirf yeh kehta hoon ke</w:t>
      </w:r>
      <w:r>
        <w:br/>
      </w:r>
      <w:r>
        <w:rPr>
          <w:sz w:val="20"/>
        </w:rPr>
        <w:t>57:15  aap yeh chahein ke peace aaye toh saath saath justice bhi jaaye aur justice ke naam par aap aap hungama karein toh is tarah aap ko kuch milne wala nahi hai</w:t>
      </w:r>
      <w:r>
        <w:br/>
      </w:r>
      <w:r>
        <w:rPr>
          <w:sz w:val="20"/>
        </w:rPr>
        <w:t>57:29  justice jo hai ek alag alag ek cheez hai yani aap ko peace lana chahiye opportunity ke liye justice ke nahi yani peace for the sake of opportunity ka concept hai peace for the sake of justice ka istilaah islam mein nahi hai</w:t>
      </w:r>
      <w:r>
        <w:br/>
      </w:r>
      <w:r>
        <w:rPr>
          <w:sz w:val="20"/>
        </w:rPr>
        <w:t>57:50  is ko aap club bhi keh sakte hain lekin main jo lafz istemal karta hoon woh yeh hai ke peace for the sake of opportunity hai peace for the sake of justice nahi hai aur yeh law of nature hai yeh law of nature hai aur rasool allah ne jo tareeqa ikhtiyar kiya tha mislan hudaybiyah ke mauqe par toh peshi toh qaboot hua justice thodi us ke saath sazayi thi</w:t>
      </w:r>
      <w:r>
        <w:br/>
      </w:r>
      <w:r>
        <w:rPr>
          <w:sz w:val="20"/>
        </w:rPr>
        <w:t>58:18  lekin jab peace kaam hoga toh opportunity mili aur opportunity ko aap ne avail karna shuru kiya planning kar ke toh phir dheere dheere dheere aap ko baqi cheezein mil gayi</w:t>
      </w:r>
    </w:p>
    <w:p>
      <w:pPr>
        <w:pStyle w:val="Heading2"/>
      </w:pPr>
      <w:r>
        <w:t>Why people fight for greatness of religion</w:t>
      </w:r>
    </w:p>
    <w:p>
      <w:r>
        <w:rPr>
          <w:color w:val="666666"/>
          <w:sz w:val="18"/>
        </w:rPr>
        <w:t>Society &amp; Dawah · The Problem of Conditioning April 22, 2012 · 5m 42s · at 1:06:19 · https://youtu.be/j-kJQzOz46g?t=3979</w:t>
      </w:r>
    </w:p>
    <w:p>
      <w:r>
        <w:rPr>
          <w:i/>
        </w:rPr>
        <w:t>“I want to know why people fight for the greatness of religion.”</w:t>
      </w:r>
    </w:p>
    <w:p>
      <w:r>
        <w:rPr>
          <w:sz w:val="20"/>
        </w:rPr>
        <w:t>1:06:19  maulana, agla sawal dilli se hai, Mr. Luvpreet Singh ne likha hai.</w:t>
      </w:r>
      <w:r>
        <w:br/>
      </w:r>
      <w:r>
        <w:rPr>
          <w:sz w:val="20"/>
        </w:rPr>
        <w:t>1:06:23  unhon ne aapse poocha hai ke "I want to know why people fight for the greatness of religion."</w:t>
      </w:r>
      <w:r>
        <w:br/>
      </w:r>
      <w:r>
        <w:rPr>
          <w:sz w:val="20"/>
        </w:rPr>
        <w:t>1:06:35  yeh to bilkul, yani mazhab ke khilaf hai ke mazhab ki greatness ki ladai jaye. yeh to political banana hai.</w:t>
      </w:r>
      <w:r>
        <w:br/>
      </w:r>
      <w:r>
        <w:rPr>
          <w:sz w:val="20"/>
        </w:rPr>
        <w:t>1:06:44  "Does it politicize religion?" yani mazhab ko political banana</w:t>
      </w:r>
      <w:r>
        <w:br/>
      </w:r>
      <w:r>
        <w:rPr>
          <w:sz w:val="20"/>
        </w:rPr>
        <w:t>1:06:50  hai. mazhab to ek spiritual message hai. spiritual development is ka nishana hota hai. to fight se kehta hai log is ka greatness kis ko milegi?</w:t>
      </w:r>
      <w:r>
        <w:br/>
      </w:r>
      <w:r>
        <w:rPr>
          <w:sz w:val="20"/>
        </w:rPr>
        <w:t>1:07:02  mazhab ko thodi jo mazhab ke naam par apna chahte hain power capture karna. to beharhal, mazhab ke greatness ke liye jo ladai ladi jaye, woh bilashuba mazhab se koi is ka taluq nahi hai.</w:t>
      </w:r>
      <w:r>
        <w:br/>
      </w:r>
      <w:r>
        <w:rPr>
          <w:sz w:val="20"/>
        </w:rPr>
        <w:t>1:07:17  woh to leadership hai. kuch log leadership karte hain mazhab ke naam par,</w:t>
      </w:r>
      <w:r>
        <w:br/>
      </w:r>
      <w:r>
        <w:rPr>
          <w:sz w:val="20"/>
        </w:rPr>
        <w:t>1:07:21  na Islam mein hai, na kisi aur mazhab mein hai. yeh is qism ki ladai jo hai, na Islam mein hai, na na kisi doosre mazhab mein hai. Mr. Mohammad Zamir Kamti sahib ne Nagpur se sawal kiya hai.</w:t>
      </w:r>
      <w:r>
        <w:br/>
      </w:r>
      <w:r>
        <w:rPr>
          <w:sz w:val="20"/>
        </w:rPr>
        <w:t>1:07:36  unhon ne likha hai: "mad'u ke liye zyada effective Islam kya hai? theoretical Islam ya practical Islam?</w:t>
      </w:r>
      <w:r>
        <w:br/>
      </w:r>
      <w:r>
        <w:rPr>
          <w:sz w:val="20"/>
        </w:rPr>
        <w:t>1:07:44  yani mutale'e wala Islam ya mushahde wala Islam?" mushahde wala Islam koi hota hi nahi. ek hi Islam hai, woh mutale'e wala hai.</w:t>
      </w:r>
      <w:r>
        <w:br/>
      </w:r>
      <w:r>
        <w:rPr>
          <w:sz w:val="20"/>
        </w:rPr>
        <w:t>1:07:54  yeh, yeh nazariya hi galat hai. yeh to ek sahib ne kitab likhi hai, shahadat-e-haq, is mein dikhaya hai ke woh qouli shahadat, amli shahadat, yeh bilashuba bilkul be-asal hai, baseless hai.</w:t>
      </w:r>
      <w:r>
        <w:br/>
      </w:r>
      <w:r>
        <w:rPr>
          <w:sz w:val="20"/>
        </w:rPr>
        <w:t>1:08:08  amli shahadat kuch nahi hoti. qooli shahadat hi fidaai dawat hoti hai. aap dekhen, rasool Allah sal Allah alaihi wasallam ne makkah mein kya kiya tha? quran sunate the, bas qooli shahadat de dete the.</w:t>
      </w:r>
      <w:r>
        <w:br/>
      </w:r>
      <w:r>
        <w:rPr>
          <w:sz w:val="20"/>
        </w:rPr>
        <w:t>1:08:19  madinah gaye sahaba to woh kya karte the? woh un ko muqarrar kehte the log, yaani parh ke sunane wala.</w:t>
      </w:r>
      <w:r>
        <w:br/>
      </w:r>
      <w:r>
        <w:rPr>
          <w:sz w:val="20"/>
        </w:rPr>
        <w:t>1:08:26  to amli shahadat ka tasawwur bilkul baseless hai. is ka Islam se koi talluq nahi. dawat yaad rakhiye, hamesha qol ke zariye hoti hai aur is ko jo taqat di jati hai, woh daleel ke zariye, amli, amli namune se nahi.</w:t>
      </w:r>
      <w:r>
        <w:br/>
      </w:r>
      <w:r>
        <w:rPr>
          <w:sz w:val="20"/>
        </w:rPr>
        <w:t>1:08:41  yeh nazariya bilkul batil hai, mere nazdeek ke koi amli namuna ho, is se aap la kar ke mutasir karen</w:t>
      </w:r>
      <w:r>
        <w:br/>
      </w:r>
      <w:r>
        <w:rPr>
          <w:sz w:val="20"/>
        </w:rPr>
        <w:t>1:08:49  madu ko. nahi, apni dawat ke haq mein jo cheezen aap ko jama karna hain, woh dalail, reason, is se is ko fortify kijiye.</w:t>
      </w:r>
      <w:r>
        <w:br/>
      </w:r>
      <w:r>
        <w:rPr>
          <w:sz w:val="20"/>
        </w:rPr>
        <w:t>1:08:58  to dawat ki taqat daleel hai. dawat ki taqat amli nizam, nizam nahi hai. yeh bilkul batil tasawwur hai ke dawat ki taqat amli nizam hai.</w:t>
      </w:r>
      <w:r>
        <w:br/>
      </w:r>
      <w:r>
        <w:rPr>
          <w:sz w:val="20"/>
        </w:rPr>
        <w:t>1:09:08  dawat ki taqat hai daleel, reason, haqaiq.</w:t>
      </w:r>
      <w:r>
        <w:br/>
      </w:r>
      <w:r>
        <w:rPr>
          <w:sz w:val="20"/>
        </w:rPr>
        <w:t>1:09:17  maulana, in ka doosra sawal yeh hai ke quran se musalmanon ki doori ka sabab kya hai? sabab kya hai?</w:t>
      </w:r>
      <w:r>
        <w:br/>
      </w:r>
      <w:r>
        <w:rPr>
          <w:sz w:val="20"/>
        </w:rPr>
        <w:t>1:09:26  yeh to hota hi hai, har qaum mein hota hai, baad ki naslon mein. to musalmanon ki baat nahi hai. fatala alaina mawat fa qasut qulubuhum tool-e-umar se qasawat aati hai, tool-e-umar se spirit khatam ho jati hai,</w:t>
      </w:r>
      <w:r>
        <w:br/>
      </w:r>
      <w:r>
        <w:rPr>
          <w:sz w:val="20"/>
        </w:rPr>
        <w:t>1:09:43  tool-e-umar se woh haqeeqi Islam jo hai, baqi nahi rehta. wahi hua hai musalmanon ke mamle mein.</w:t>
      </w:r>
      <w:r>
        <w:br/>
      </w:r>
      <w:r>
        <w:rPr>
          <w:sz w:val="20"/>
        </w:rPr>
        <w:t>1:09:53  yeh sara mamla hai, tool-e-umar ka phenomena hai. yeh maulana, yeh sawal Karachi Pakistan se hai, Mr Abdul Lateef sahib ka</w:t>
      </w:r>
      <w:r>
        <w:br/>
      </w:r>
      <w:r>
        <w:rPr>
          <w:sz w:val="20"/>
        </w:rPr>
        <w:t>1:10:05  . unhon ne likha hai: "main jis tarah toofan aur barish se paida shuda masail aur mushkilat ka hal talash karta hoon, usi tarah insanon ki taraf se paida shuda masail aur mushkilat ka hal, hal bhi ehtejaj aur shor o gul karne ke bajaye, is ka hal talash karta hoon.</w:t>
      </w:r>
      <w:r>
        <w:br/>
      </w:r>
      <w:r>
        <w:rPr>
          <w:sz w:val="20"/>
        </w:rPr>
        <w:t>1:10:28  kyun ke main dono qism ke masail ko Allah ki taraf se samajhta hoon,</w:t>
      </w:r>
      <w:r>
        <w:br/>
      </w:r>
      <w:r>
        <w:rPr>
          <w:sz w:val="20"/>
        </w:rPr>
        <w:t>1:10:34  barish ke masail ko bhi aur insan ki taraf se aanay wale masail ko bhi. kyun ke insan bhi Allah ki di hui azadi ka galat istemal kar ke masail paida karta hai.</w:t>
      </w:r>
      <w:r>
        <w:br/>
      </w:r>
      <w:r>
        <w:rPr>
          <w:sz w:val="20"/>
        </w:rPr>
        <w:t>1:10:47  maulana sahib, mera yeh, meri yeh samajh kis had tak sahi hai?"</w:t>
      </w:r>
      <w:r>
        <w:br/>
      </w:r>
      <w:r>
        <w:rPr>
          <w:sz w:val="20"/>
        </w:rPr>
        <w:t>1:10:56  haan, insan ki taraf se jo masail paida hon, is ke liye kya hai? sabr hai, sabr hai.</w:t>
      </w:r>
      <w:r>
        <w:br/>
      </w:r>
      <w:r>
        <w:rPr>
          <w:sz w:val="20"/>
        </w:rPr>
        <w:t>1:11:05  barish aaye to is ke liye aap ko chhat banana hai. barish agar aati hai to aap ko chhat banana hai. garmi ka zamana aata hai to aap ko saya talash karna hai.</w:t>
      </w:r>
      <w:r>
        <w:br/>
      </w:r>
      <w:r>
        <w:rPr>
          <w:sz w:val="20"/>
        </w:rPr>
        <w:t>1:11:15  lekin insanon ki taraf jo masail paida hote hain, un ke liye sabr karna hai. sabr ke maani kya hote hain? sabr ke maani hote hain mabni bar harkat planning, reality based planning.</w:t>
      </w:r>
      <w:r>
        <w:br/>
      </w:r>
      <w:r>
        <w:rPr>
          <w:sz w:val="20"/>
        </w:rPr>
        <w:t>1:11:28  yeh hai sabr.</w:t>
      </w:r>
      <w:r>
        <w:br/>
      </w:r>
      <w:r>
        <w:rPr>
          <w:sz w:val="20"/>
        </w:rPr>
        <w:t>1:11:30  yaani halaat ka jaiza lijiye aur dekhiye ke aap ke wasail kya hain, fareeq-e-sani ke wasail kya hain.</w:t>
      </w:r>
      <w:r>
        <w:br/>
      </w:r>
      <w:r>
        <w:rPr>
          <w:sz w:val="20"/>
        </w:rPr>
        <w:t>1:11:41  to apni taqat aur apne wasail aur halaat ko le kar ke sare mamle ka jaiza liya jaye, phir jo naqsha banaya jaye amal ka, is ka naam hai planning.</w:t>
      </w:r>
      <w:r>
        <w:br/>
      </w:r>
      <w:r>
        <w:rPr>
          <w:sz w:val="20"/>
        </w:rPr>
        <w:t>1:11:52  isi ka naam hai sabr. yeh hai yaani sahi tareeqa is mamle mein.</w:t>
      </w:r>
    </w:p>
    <w:p>
      <w:pPr>
        <w:pStyle w:val="Heading2"/>
      </w:pPr>
      <w:r>
        <w:t>Why people too busy for religion due to material pursuits?</w:t>
      </w:r>
    </w:p>
    <w:p>
      <w:r>
        <w:rPr>
          <w:color w:val="666666"/>
          <w:sz w:val="18"/>
        </w:rPr>
        <w:t>Society &amp; Dawah · The Message of Eid Al-Adha November 6, 2011 Maulana Wahiduddin Khan · 57s · at 1:17:32 · https://youtu.be/y59PU_RD2cg?t=4652</w:t>
      </w:r>
    </w:p>
    <w:p>
      <w:r>
        <w:rPr>
          <w:i/>
        </w:rPr>
        <w:t>“People are so busy in their material pursuits that no one has time to talk seriously about religion. What is the reason for this?”</w:t>
      </w:r>
    </w:p>
    <w:p>
      <w:r>
        <w:rPr>
          <w:sz w:val="20"/>
        </w:rPr>
        <w:t>1:17:32  Maulana, yeh sawal Mr. Abdul Latif ne kiya hai Karachi Pakistan se. unhone likha hai: "log apni maadi masroofiyat mein itna masroof hain ke kisi ko deen par sanjeedgi se baat karne ka waqt nahi hai." Maulana sahib, is ki kya wajah hai?</w:t>
      </w:r>
      <w:r>
        <w:br/>
      </w:r>
      <w:r>
        <w:rPr>
          <w:sz w:val="20"/>
        </w:rPr>
        <w:t>1:17:51  is ke bare mein batayein. yeh to Quran mein bata hi diya gaya hai. awalan ke yeh yani imme</w:t>
      </w:r>
      <w:r>
        <w:br/>
      </w:r>
      <w:r>
        <w:rPr>
          <w:sz w:val="20"/>
        </w:rPr>
        <w:t>1:18:02  diate gain ke peeche daudna, jo door ka faida hai, yani jannat to door ka faida lagti hai ke marne ke baad samne ayegi.</w:t>
      </w:r>
      <w:r>
        <w:br/>
      </w:r>
      <w:r>
        <w:rPr>
          <w:sz w:val="20"/>
        </w:rPr>
        <w:t>1:18:11  samne ka jo faida hai, to awalan ke yeh yani immediate gain dikhai deta hai, us ke peeche daud rahe hain.</w:t>
      </w:r>
      <w:r>
        <w:br/>
      </w:r>
      <w:r>
        <w:rPr>
          <w:sz w:val="20"/>
        </w:rPr>
        <w:t>1:18:21  ab baat ki jo cheez dikhai nahi deti, us se us se us ko nazar andaaz karte hain. yahi baat hai.</w:t>
      </w:r>
      <w:r>
        <w:br/>
      </w:r>
      <w:r>
        <w:rPr>
          <w:sz w:val="20"/>
        </w:rPr>
        <w:t>1:18:30  maulana, agla sawal aaya hai maulana zikwan nadvi ka dilli se. unhon ne likha hai: "aam taur par logon ka yeh mizaj hota hai ke woh sirf like minded logon se milte hain.</w:t>
      </w:r>
    </w:p>
    <w:p>
      <w:pPr>
        <w:pStyle w:val="Heading2"/>
      </w:pPr>
      <w:r>
        <w:t>Why religious scholars unaware of dawah importance</w:t>
      </w:r>
    </w:p>
    <w:p>
      <w:r>
        <w:rPr>
          <w:color w:val="666666"/>
          <w:sz w:val="18"/>
        </w:rPr>
        <w:t>Society &amp; Dawah · Dars-e-Quran, Chapter 38, V. 29 (Contemplation on the Quran) | October 7, 2018 · 1m 43s · at 1:07:00 · https://youtu.be/bF57J8TD8no?t=4020</w:t>
      </w:r>
    </w:p>
    <w:p>
      <w:r>
        <w:rPr>
          <w:i/>
        </w:rPr>
        <w:t>“What is the reason that most of the religious persons having sufficient knowledge of hadith as well as Arabic language are not aware of the importance of dawah work? They seem to be hardly aware of the significance of translating Quran in different languages and also its distribution. How can they be sensitized about this aspect of dawah?”</w:t>
      </w:r>
    </w:p>
    <w:p>
      <w:r>
        <w:rPr>
          <w:sz w:val="20"/>
        </w:rPr>
        <w:t>1:07:00  Maulana, agla sawal bheja hai Miss Karotulin ne Srinagar se. Unhone likha hai: "Maulana, what is the reason that most of the religious persons having sufficient knowledge of Hadith as well as Arabic language are not aware of the importance of Daur work? They seem to be hardly aware of the significance of translating Quran in different languages and also its dist</w:t>
      </w:r>
      <w:r>
        <w:br/>
      </w:r>
      <w:r>
        <w:rPr>
          <w:sz w:val="20"/>
        </w:rPr>
        <w:t>1:07:30  ribution. how can they be sensitized about this aspect of daur?" dekhein, ek ajib baat hui hai ke hadith ke andar to dawah ki baatein bahut zyada hain. hadith mein, seerat mein. dekhein, ek ajib baat yeh hui ke itna zakheera hai hadith ka lekin is mein kitab dawah o tabligh hai hi nahi. kitab wuzu hai, kitab salat</w:t>
      </w:r>
      <w:r>
        <w:br/>
      </w:r>
      <w:r>
        <w:rPr>
          <w:sz w:val="20"/>
        </w:rPr>
        <w:t>1:08:00  hai, kitab al-hajj hai lekin kitab al-da'wah wa al-tabligh hai hi nahi.</w:t>
      </w:r>
      <w:r>
        <w:br/>
      </w:r>
      <w:r>
        <w:rPr>
          <w:sz w:val="20"/>
        </w:rPr>
        <w:t>1:08:06  halankeh hadith ke andar boht zyada hadith hain jo da'wah pe hain.</w:t>
      </w:r>
      <w:r>
        <w:br/>
      </w:r>
      <w:r>
        <w:rPr>
          <w:sz w:val="20"/>
        </w:rPr>
        <w:t>1:08:12  da'wah, kyunke da'wah ko bator chapter, jo chapterization kehte hain, is ko jo tarjuma ahbab, jo chapterization hua</w:t>
      </w:r>
      <w:r>
        <w:br/>
      </w:r>
      <w:r>
        <w:rPr>
          <w:sz w:val="20"/>
        </w:rPr>
        <w:t>1:08:19  hai, is mein shamil hi nahi kiya.</w:t>
      </w:r>
      <w:r>
        <w:br/>
      </w:r>
      <w:r>
        <w:rPr>
          <w:sz w:val="20"/>
        </w:rPr>
        <w:t>1:08:25  pata nahi kia wajah hui is ki jabke hadith ke andar maujood hai.</w:t>
      </w:r>
      <w:r>
        <w:br/>
      </w:r>
      <w:r>
        <w:rPr>
          <w:sz w:val="20"/>
        </w:rPr>
        <w:t>1:08:31  to mein logon se kehta hoon ke chapterization ki jo escape hai, us ko mat talash karo, khud</w:t>
      </w:r>
      <w:r>
        <w:br/>
      </w:r>
      <w:r>
        <w:rPr>
          <w:sz w:val="20"/>
        </w:rPr>
        <w:t>1:08:37  hadith mein talash karo, hadith ko parho, is mein aap ko sab cheez mil jaye gi.</w:t>
      </w:r>
    </w:p>
    <w:p>
      <w:pPr>
        <w:pStyle w:val="Heading2"/>
      </w:pPr>
      <w:r>
        <w:t>Why scholars don't practice martyrdom fatwas</w:t>
      </w:r>
    </w:p>
    <w:p>
      <w:r>
        <w:rPr>
          <w:color w:val="666666"/>
          <w:sz w:val="18"/>
        </w:rPr>
        <w:t>Society &amp; Dawah · The Issues of Islam in the Present World November 11, 2012 · 2m 14s · at 1:10:57 · https://youtu.be/COoaUbCCi1c?t=4257</w:t>
      </w:r>
    </w:p>
    <w:p>
      <w:r>
        <w:rPr>
          <w:i/>
        </w:rPr>
        <w:t>“Why don't Muslims think that when scholars give a fatwa to do shahadat (martyrdom), then the scholars should themselves do shahadat first to set an example, rather than instigating people to go for it? What is the reason for Muslims becoming close-minded?”</w:t>
      </w:r>
    </w:p>
    <w:p>
      <w:r>
        <w:rPr>
          <w:sz w:val="20"/>
        </w:rPr>
        <w:t>1:10:57  Maulana, agla sawal Dilli se hai Miss Tuti ne kiya hai,</w:t>
      </w:r>
      <w:r>
        <w:br/>
      </w:r>
      <w:r>
        <w:rPr>
          <w:sz w:val="20"/>
        </w:rPr>
        <w:t>1:11:01  unhon ne likha hai: "Why don't Muslims think that when Ulama has given fatwa to do shahadat, then the Ulama should himself do shahadat first to set an example, rather than instigating people to go for it?</w:t>
      </w:r>
      <w:r>
        <w:br/>
      </w:r>
      <w:r>
        <w:rPr>
          <w:sz w:val="20"/>
        </w:rPr>
        <w:t>1:11:17  What is the reason for Muslims becoming close-minded?" Main khud yeh yeh sochta hoon, aksar</w:t>
      </w:r>
      <w:r>
        <w:br/>
      </w:r>
      <w:r>
        <w:rPr>
          <w:sz w:val="20"/>
        </w:rPr>
        <w:t>1:11:25  logon se poochta bhi hoon ke jo log tum ko marwa rahe hain, woh khud un ke bete kyun nahi marte? Yeh baat bohat se logon ne poocha.</w:t>
      </w:r>
      <w:r>
        <w:br/>
      </w:r>
      <w:r>
        <w:rPr>
          <w:sz w:val="20"/>
        </w:rPr>
        <w:t>1:11:34  Main ne un ka koi jawab nahi hota un ke paas. Har jagah qissa hai yahi, yeh Kashmir mein hai, yeh Palestine mein hai. Khud apne beton ko log settle kiye hue hain America, Europe mein.</w:t>
      </w:r>
      <w:r>
        <w:br/>
      </w:r>
      <w:r>
        <w:rPr>
          <w:sz w:val="20"/>
        </w:rPr>
        <w:t>1:11:46  Aur doosra kehte hain ke bomb maro, gun maro.</w:t>
      </w:r>
      <w:r>
        <w:br/>
      </w:r>
      <w:r>
        <w:rPr>
          <w:sz w:val="20"/>
        </w:rPr>
        <w:t>1:11:51  Yeh ajeeb o ghareeb qism ki baat hai. Yani double, yani yeh log in ke upar dohra zimmedari hai.</w:t>
      </w:r>
      <w:r>
        <w:br/>
      </w:r>
      <w:r>
        <w:rPr>
          <w:sz w:val="20"/>
        </w:rPr>
        <w:t>1:11:59  Allah taala ki double pakar ho gayi hai aise logon ki ke apne bachon ke liye tum jante the ke un ko bahar bhej kar education dilwao, aur doosre bachon ke liye marwate the.</w:t>
      </w:r>
      <w:r>
        <w:br/>
      </w:r>
      <w:r>
        <w:rPr>
          <w:sz w:val="20"/>
        </w:rPr>
        <w:t>1:12:14  Lekin logon ne apne fatwon aur taqwon se logon ko itna zyada bharka rakha hai, itna bharka rakha hai, andha dhund bana diya hai. Andha to soch nahi paate ke un ke bete kyun nahi marte hamare sath?</w:t>
      </w:r>
      <w:r>
        <w:br/>
      </w:r>
      <w:r>
        <w:rPr>
          <w:sz w:val="20"/>
        </w:rPr>
        <w:t>1:12:26  un ke bete europe, america mein ja ke parhte kyon hain? yeh soch nahin paate andhe pan ki wajah se.</w:t>
      </w:r>
      <w:r>
        <w:br/>
      </w:r>
      <w:r>
        <w:rPr>
          <w:sz w:val="20"/>
        </w:rPr>
        <w:t>1:12:37  lekin ab aql aa rahi hai, ab inshallah. mislan kashmir mein dekhiye, inhi logon ke baaton se main aa kar kashmirion ne military chalai thi.</w:t>
      </w:r>
      <w:r>
        <w:br/>
      </w:r>
      <w:r>
        <w:rPr>
          <w:sz w:val="20"/>
        </w:rPr>
        <w:t>1:12:47  ek lakh hadi mar gaye, ab kashmirion ki aql aa gayi hai. ab woh abhi aap ne parha hoga akhbaron mein ke britain, france aur germany ne apne haan ban laga rakha tha ke woh koi kashmir na jaye tourism ke liye.</w:t>
      </w:r>
      <w:r>
        <w:br/>
      </w:r>
      <w:r>
        <w:rPr>
          <w:sz w:val="20"/>
        </w:rPr>
        <w:t>1:13:02  ab unhon ne utha liya ban, kehte hain ke ab woh halaat badal gaye hain.</w:t>
      </w:r>
      <w:r>
        <w:br/>
      </w:r>
      <w:r>
        <w:rPr>
          <w:sz w:val="20"/>
        </w:rPr>
        <w:t>1:13:07  aise hi inshallah har jagah hoga.</w:t>
      </w:r>
    </w:p>
    <w:p>
      <w:pPr>
        <w:pStyle w:val="Heading2"/>
      </w:pPr>
      <w:r>
        <w:t>Why scholars ignore importance of dawah</w:t>
      </w:r>
    </w:p>
    <w:p>
      <w:r>
        <w:rPr>
          <w:color w:val="666666"/>
          <w:sz w:val="18"/>
        </w:rPr>
        <w:t>Society &amp; Dawah · Living in a New Age | March 26, 2017 · 55s · at 57:11 · https://youtu.be/iST0AxQscKo?t=3431</w:t>
      </w:r>
    </w:p>
    <w:p>
      <w:r>
        <w:rPr>
          <w:i/>
        </w:rPr>
        <w:t>“What is the reason scholars don't know the importance of dawah? Even Allah said in An-Nisa verse...”</w:t>
      </w:r>
    </w:p>
    <w:p>
      <w:r>
        <w:rPr>
          <w:sz w:val="20"/>
        </w:rPr>
        <w:t>57:11  maulana agla sawal maulana farhad ahmed sahib ne dilli se bheja hai۔</w:t>
      </w:r>
      <w:r>
        <w:br/>
      </w:r>
      <w:r>
        <w:rPr>
          <w:sz w:val="20"/>
        </w:rPr>
        <w:t>57:15  unhon ne likha hai</w:t>
      </w:r>
      <w:r>
        <w:br/>
      </w:r>
      <w:r>
        <w:rPr>
          <w:sz w:val="20"/>
        </w:rPr>
        <w:t>57:19  maulana what is the reason ulama don't know the importance of dawah? Even allah said in nisa verse</w:t>
      </w:r>
      <w:r>
        <w:br/>
      </w:r>
      <w:r>
        <w:rPr>
          <w:sz w:val="20"/>
        </w:rPr>
        <w:t>57:25  one sixty five there were messengers bearing good news and giving warning so that mankind would have no</w:t>
      </w:r>
      <w:r>
        <w:br/>
      </w:r>
      <w:r>
        <w:rPr>
          <w:sz w:val="20"/>
        </w:rPr>
        <w:t>57:31  excuse before god۔</w:t>
      </w:r>
      <w:r>
        <w:br/>
      </w:r>
      <w:r>
        <w:rPr>
          <w:sz w:val="20"/>
        </w:rPr>
        <w:t>57:37  After the coming of the messengers god is mighty wise۔</w:t>
      </w:r>
      <w:r>
        <w:br/>
      </w:r>
      <w:r>
        <w:rPr>
          <w:sz w:val="20"/>
        </w:rPr>
        <w:t>57:43  According to this verse making people aware of the creation plan</w:t>
      </w:r>
      <w:r>
        <w:br/>
      </w:r>
      <w:r>
        <w:rPr>
          <w:sz w:val="20"/>
        </w:rPr>
        <w:t>57:49  is the prime course of action of all prophet۔</w:t>
      </w:r>
      <w:r>
        <w:br/>
      </w:r>
      <w:r>
        <w:rPr>
          <w:sz w:val="20"/>
        </w:rPr>
        <w:t>57:55  theek kaha mere khayal se unhon ne۔</w:t>
      </w:r>
      <w:r>
        <w:br/>
      </w:r>
      <w:r>
        <w:rPr>
          <w:sz w:val="20"/>
        </w:rPr>
        <w:t>58:01  sahi baat hai۔</w:t>
      </w:r>
    </w:p>
    <w:p>
      <w:pPr>
        <w:pStyle w:val="Heading2"/>
      </w:pPr>
      <w:r>
        <w:t>Why scholars misunderstand Quran and Hadith</w:t>
      </w:r>
    </w:p>
    <w:p>
      <w:r>
        <w:rPr>
          <w:color w:val="666666"/>
          <w:sz w:val="18"/>
        </w:rPr>
        <w:t>Society &amp; Dawah · Revival of Muslims March 08, 2015 · 3m 40s · at 46:17 · https://youtu.be/8ShFcr8YozI?t=2777</w:t>
      </w:r>
    </w:p>
    <w:p>
      <w:r>
        <w:rPr>
          <w:i/>
        </w:rPr>
        <w:t>“If a doctor talks to another doctor about medical matters, he understands immediately. You are a scholar and speak about Quran and Hadith, so why don't our other scholars understand your points?”</w:t>
      </w:r>
    </w:p>
    <w:p>
      <w:r>
        <w:rPr>
          <w:sz w:val="20"/>
        </w:rPr>
        <w:t>46:17  maulana, yeh sawal dhampur se bheja hai mehtab sahib ne aur unhon ne likha hai ke maulana sahib, agar koi doctor kisi doosre doctor se medical line ki baat kare to woh doctor is baat ko foran samajh lega.</w:t>
      </w:r>
      <w:r>
        <w:br/>
      </w:r>
      <w:r>
        <w:rPr>
          <w:sz w:val="20"/>
        </w:rPr>
        <w:t>46:35  mera sawal yeh hai ke aap bhi ek aalim hain, Quran aur Hadees ke hawale se baat karte hain,</w:t>
      </w:r>
      <w:r>
        <w:br/>
      </w:r>
      <w:r>
        <w:rPr>
          <w:sz w:val="20"/>
        </w:rPr>
        <w:t>46:42  phir hamare in ulama ko aap ki baat kyun samajh mein nahi aati? bhai, aaj ki baat, aaj ka main jo bola hoon to isi par bola hoon ke cloud hai.</w:t>
      </w:r>
      <w:r>
        <w:br/>
      </w:r>
      <w:r>
        <w:rPr>
          <w:sz w:val="20"/>
        </w:rPr>
        <w:t>46:59  yaani ek woh un ke aur aur asal baat ke beech mein ek ek cloud aa gaya hai, is ki wajah se samajh mein nahi aata.</w:t>
      </w:r>
      <w:r>
        <w:br/>
      </w:r>
      <w:r>
        <w:rPr>
          <w:sz w:val="20"/>
        </w:rPr>
        <w:t>47:15  is ki maine misaal di, kai misaalें.</w:t>
      </w:r>
      <w:r>
        <w:br/>
      </w:r>
      <w:r>
        <w:rPr>
          <w:sz w:val="20"/>
        </w:rPr>
        <w:t>47:23  to dekhen, hamare madaris ki ek ek ek ek baat yeh hai ke har madrase ko kisi baray aalim ne banaya hai.</w:t>
      </w:r>
      <w:r>
        <w:br/>
      </w:r>
      <w:r>
        <w:rPr>
          <w:sz w:val="20"/>
        </w:rPr>
        <w:t>47:38  sirf ek madrassa is mein istisna hai, woh Jamia Darussalam.</w:t>
      </w:r>
      <w:r>
        <w:br/>
      </w:r>
      <w:r>
        <w:rPr>
          <w:sz w:val="20"/>
        </w:rPr>
        <w:t>47:43  to madaris mein kya hai ke woh jo bani hai, unhi ko sab kuch samajh aata hai, sab kuch.</w:t>
      </w:r>
      <w:r>
        <w:br/>
      </w:r>
      <w:r>
        <w:rPr>
          <w:sz w:val="20"/>
        </w:rPr>
        <w:t>47:53  to madaris ke baray mein mera tajruba yeh hai ke madrase ke parhe hue logon ke aur asal deen ke beech mein woh aalim haail hai.</w:t>
      </w:r>
      <w:r>
        <w:br/>
      </w:r>
      <w:r>
        <w:rPr>
          <w:sz w:val="20"/>
        </w:rPr>
        <w:t>48:06  ke hamare Hazrat Issaquiani, maine kai baar tajruba kiya hai ke koi baat aisa mein kahoon jo Quran o Hadees ke hawale se kahoon to woh kya keh den ge?</w:t>
      </w:r>
      <w:r>
        <w:br/>
      </w:r>
      <w:r>
        <w:rPr>
          <w:sz w:val="20"/>
        </w:rPr>
        <w:t>48:19  bhai, hamare Hazrat Issaquiani,</w:t>
      </w:r>
      <w:r>
        <w:br/>
      </w:r>
      <w:r>
        <w:rPr>
          <w:sz w:val="20"/>
        </w:rPr>
        <w:t>48:22  hamare Hazrat, kya aap se aap kya aap se kam jante the hamare Hazrat? yeh un ka afsar hota hai, yeh un ka afsar hota hai.</w:t>
      </w:r>
      <w:r>
        <w:br/>
      </w:r>
      <w:r>
        <w:rPr>
          <w:sz w:val="20"/>
        </w:rPr>
        <w:t>48:34  maine bar bar yeh tajruba kiya hai ke madrase ke log jo hain, woh apna, un ke jo apne akabir kehte hain, un ko woh un ke jo akabir ke afsar bhi jeete hain,</w:t>
      </w:r>
      <w:r>
        <w:br/>
      </w:r>
      <w:r>
        <w:rPr>
          <w:sz w:val="20"/>
        </w:rPr>
        <w:t>48:49  bade the. to jab main un se baat karta hoon aur quran o hadith sunata hoon to kya keh dete hain?</w:t>
      </w:r>
      <w:r>
        <w:br/>
      </w:r>
      <w:r>
        <w:rPr>
          <w:sz w:val="20"/>
        </w:rPr>
        <w:t>48:59  kya quran o hadith un ko nahin maloom tha? hamare aakabir le jate the quran o hadith ko, aap hi jante hain.</w:t>
      </w:r>
      <w:r>
        <w:br/>
      </w:r>
      <w:r>
        <w:rPr>
          <w:sz w:val="20"/>
        </w:rPr>
        <w:t>49:09  to yeh hai un ki conditioning. is conditioning ko todna, yani aap jante hain ke bahut se madarse ke padhe hue bhi hamare saathi hain, un ki conditioning tooti hai.</w:t>
      </w:r>
      <w:r>
        <w:br/>
      </w:r>
      <w:r>
        <w:rPr>
          <w:sz w:val="20"/>
        </w:rPr>
        <w:t>49:22  to conditioning ko tootne ki shakal yeh hai ke aap hamari kitabein parhwaien, hamari kitabein parhwaen.</w:t>
      </w:r>
      <w:r>
        <w:br/>
      </w:r>
      <w:r>
        <w:rPr>
          <w:sz w:val="20"/>
        </w:rPr>
        <w:t>49:29  mujhe bahut se, yani madaris ke faraghin mein bahut se log hain jo hamare khilaf the. phir jab un ki kitabein parhwai gayin to unhon ne maan liya ke bhai yeh to baat theek hai.</w:t>
      </w:r>
      <w:r>
        <w:br/>
      </w:r>
      <w:r>
        <w:rPr>
          <w:sz w:val="20"/>
        </w:rPr>
        <w:t>49:42  to mere khayal se adab ko padhana bahut zaroori hai. isi se conditioning toote gi, is ke baad un ka ikhtilaf khatm ho jayega.</w:t>
      </w:r>
    </w:p>
    <w:p>
      <w:pPr>
        <w:pStyle w:val="Heading2"/>
      </w:pPr>
      <w:r>
        <w:t>Why scholars view modern age negatively</w:t>
      </w:r>
    </w:p>
    <w:p>
      <w:r>
        <w:rPr>
          <w:color w:val="666666"/>
          <w:sz w:val="18"/>
        </w:rPr>
        <w:t>Society &amp; Dawah · Age of Alternatives April 05, 2015 · 3m 06s · at 1:01:34 · https://youtu.be/4v0uCM2BZuA?t=3694</w:t>
      </w:r>
    </w:p>
    <w:p>
      <w:r>
        <w:rPr>
          <w:i/>
        </w:rPr>
        <w:t>“Today I found out that the modern age is an alternative age which is God's blessing for dawah. Why do scholars view this modern age negatively while they benefit from it?”</w:t>
      </w:r>
    </w:p>
    <w:p>
      <w:r>
        <w:rPr>
          <w:sz w:val="20"/>
        </w:rPr>
        <w:t>1:01:34  Maulana, agla ek comment aur sawal hai jo Maulana Iqbal Umri ne poocha hai Delhi se aur unhon ne likha hai: "Maulana, aaj hi pata chala ke modern age is alternative age jo dawah ke liye Allah ki blessing hai".</w:t>
      </w:r>
      <w:r>
        <w:br/>
      </w:r>
      <w:r>
        <w:rPr>
          <w:sz w:val="20"/>
        </w:rPr>
        <w:t>1:01:53  aur unhon ne jo sawal kiya hai Maulana, woh is tarah hai ke: "Maulana, is modern age ko ulama kyun negative mein lete hain jabke saare faayde hasil karte hain is se?"</w:t>
      </w:r>
      <w:r>
        <w:br/>
      </w:r>
      <w:r>
        <w:rPr>
          <w:sz w:val="20"/>
        </w:rPr>
        <w:t>1:02:06  is ke bare mein batayein.</w:t>
      </w:r>
      <w:r>
        <w:br/>
      </w:r>
      <w:r>
        <w:rPr>
          <w:sz w:val="20"/>
        </w:rPr>
        <w:t>1:02:10  pehli baat to yeh hai ke modern age ko ulama jante hi nahi. mere ilm mein koi ek bhi aalim nahi hai jis ne objective study ki ho modern age ki.</w:t>
      </w:r>
      <w:r>
        <w:br/>
      </w:r>
      <w:r>
        <w:rPr>
          <w:sz w:val="20"/>
        </w:rPr>
        <w:t>1:02:22  ba-akhbaron mein jo padhta hai, idhar udhar us ko le kar ke dicty tasveer bana rakhi hai. is ki ek misaal main doonga aap ko ke aap Syed Qutb ki kitab padhiye: "America allati raait".</w:t>
      </w:r>
      <w:r>
        <w:br/>
      </w:r>
      <w:r>
        <w:rPr>
          <w:sz w:val="20"/>
        </w:rPr>
        <w:t>1:02:35  yani America jis ko unhon ne dekha, Syed Qutb ki kitab hai. is mein sawa kuch negative idhar udhar kuch unhon ne dekha, us ko likh diya.</w:t>
      </w:r>
      <w:r>
        <w:br/>
      </w:r>
      <w:r>
        <w:rPr>
          <w:sz w:val="20"/>
        </w:rPr>
        <w:t>1:02:44  unhon ne koi study nahi ki. unhon ne America ki society kya hai, America ki thinking kya hai, America ka mind kya hai, koi study nahi.</w:t>
      </w:r>
      <w:r>
        <w:br/>
      </w:r>
      <w:r>
        <w:rPr>
          <w:sz w:val="20"/>
        </w:rPr>
        <w:t>1:02:55  bas ek kitab likh diya: "America allati raait".</w:t>
      </w:r>
      <w:r>
        <w:br/>
      </w:r>
      <w:r>
        <w:rPr>
          <w:sz w:val="20"/>
        </w:rPr>
        <w:t>1:03:00  to ulama ne sachi baat hai ke maghrib ko jaana hi nahi to negative ho jayenge. woh</w:t>
      </w:r>
      <w:r>
        <w:br/>
      </w:r>
      <w:r>
        <w:rPr>
          <w:sz w:val="20"/>
        </w:rPr>
        <w:t>1:03:09  to ab ab chuki jo jo cheezein technology ki shakal mein di hain maghrib ne, woh hamare liye istemal ke, hamare liye mufeed hain, to us ko us aitbaar se mufeed istemal karte hain.</w:t>
      </w:r>
      <w:r>
        <w:br/>
      </w:r>
      <w:r>
        <w:rPr>
          <w:sz w:val="20"/>
        </w:rPr>
        <w:t>1:03:23  samajhte hain ke bas yani market item hai, shopping item hai.</w:t>
      </w:r>
      <w:r>
        <w:br/>
      </w:r>
      <w:r>
        <w:rPr>
          <w:sz w:val="20"/>
        </w:rPr>
        <w:t>1:03:29  halanke is is shopping item ka kahan se wajood mein aaya? woh West ne to us ko banaya. to bas shopping market, us ko us ko samajhte hain ke woh woh shopping item hai.</w:t>
      </w:r>
      <w:r>
        <w:br/>
      </w:r>
      <w:r>
        <w:rPr>
          <w:sz w:val="20"/>
        </w:rPr>
        <w:t>1:03:46  aur baqi west ko alag se dekhte hain, woh is se negative ho gaye hain, is se lar rahe hain. yeh sab kuch is liye hai ke "al-nas 'adawa ma jahiloo".</w:t>
      </w:r>
      <w:r>
        <w:br/>
      </w:r>
      <w:r>
        <w:rPr>
          <w:sz w:val="20"/>
        </w:rPr>
        <w:t>1:03:56  yeh aik maqola hai ke "al-nas 'adawa ma jahiloo</w:t>
      </w:r>
      <w:r>
        <w:br/>
      </w:r>
      <w:r>
        <w:rPr>
          <w:sz w:val="20"/>
        </w:rPr>
        <w:t>1:03:59  " log is cheez ke dushman mein aate hain jis ko woh nahi jante honge. to yeh sare ulama west se bilkul hi bekhabar hain. agar kisi ka dawa ho, koi alam janta hai west ko to mujhe bataye.</w:t>
      </w:r>
      <w:r>
        <w:br/>
      </w:r>
      <w:r>
        <w:rPr>
          <w:sz w:val="20"/>
        </w:rPr>
        <w:t>1:04:11  is kitab mein is ka tajziya karunga. koi aik alam, na arab ka alam, na ghair nan arab ka alam janta hi nahi ke west kya hai.</w:t>
      </w:r>
      <w:r>
        <w:br/>
      </w:r>
      <w:r>
        <w:rPr>
          <w:sz w:val="20"/>
        </w:rPr>
        <w:t>1:04:21  agar koi yeh kahe ke log jante hain to mujhe kitab ko na bata</w:t>
      </w:r>
      <w:r>
        <w:br/>
      </w:r>
      <w:r>
        <w:rPr>
          <w:sz w:val="20"/>
        </w:rPr>
        <w:t>1:04:25  iye. main inshallah is ka analysis kar ke bataunga ke yeh bekhabari ki baat hai. to "al-nas 'adawa ma jahiloo" ke kaise in logon ka na janne ki wajah se dushman ban gaye hain?</w:t>
      </w:r>
      <w:r>
        <w:br/>
      </w:r>
      <w:r>
        <w:rPr>
          <w:sz w:val="20"/>
        </w:rPr>
        <w:t>1:04:36  woh</w:t>
      </w:r>
    </w:p>
    <w:p>
      <w:pPr>
        <w:pStyle w:val="Heading2"/>
      </w:pPr>
      <w:r>
        <w:t>Why so much confusion among Muslims over fatwa?</w:t>
      </w:r>
    </w:p>
    <w:p>
      <w:r>
        <w:rPr>
          <w:color w:val="666666"/>
          <w:sz w:val="18"/>
        </w:rPr>
        <w:t>Society &amp; Dawah · The Age of Giving Global Thanks Dec 15. 2019—Maulana Wahiduddin Khan · 1m 13s · at 52:16 · https://youtu.be/254Pgn6Ldts?t=3136</w:t>
      </w:r>
    </w:p>
    <w:p>
      <w:r>
        <w:rPr>
          <w:i/>
        </w:rPr>
        <w:t>“Maulana, once in Moradabad a Deobandi scholar led the funeral prayer of a Barelvi man. Then the local mufti gave a fatwa that the marriages of all who had performed that funeral prayer were broken and then their marriages were performed again. Maulana, why is there so much confusion among Muslims?”</w:t>
      </w:r>
    </w:p>
    <w:p>
      <w:r>
        <w:rPr>
          <w:sz w:val="20"/>
        </w:rPr>
        <w:t>52:16  molana, agla sawal irshad ali sahib ne bheja hai. unhon ne likha hai: "molana, ek baar muradabad mein ek barelvi shakhs ke janaza ek deobandi aalim ne parh diya tha.</w:t>
      </w:r>
      <w:r>
        <w:br/>
      </w:r>
      <w:r>
        <w:rPr>
          <w:sz w:val="20"/>
        </w:rPr>
        <w:t>52:31  phir wahan ke mufti sahib ne fatwa diya ke jis jis ne bhi janaza parha hai, sab ke nikah toot gaye aur phir sab ke nikah dobara parhaye gaye.</w:t>
      </w:r>
      <w:r>
        <w:br/>
      </w:r>
      <w:r>
        <w:rPr>
          <w:sz w:val="20"/>
        </w:rPr>
        <w:t>52:42  molana, itna zyada musalmanon mein confusion kyun hai?" confusion aap ke mind mein hai. ek waqia ka reference diya aap ne aur sare musalmanon ko generalize kar ke shamil kar liya.</w:t>
      </w:r>
      <w:r>
        <w:br/>
      </w:r>
      <w:r>
        <w:rPr>
          <w:sz w:val="20"/>
        </w:rPr>
        <w:t>52:58  aap ka generalization jo hai, yeh masla hai. jo hawala to diya aap ne ek waqeye ka aur phir khud generalize kar ke is saare musalmanon ko apply kar diya.</w:t>
      </w:r>
      <w:r>
        <w:br/>
      </w:r>
      <w:r>
        <w:rPr>
          <w:sz w:val="20"/>
        </w:rPr>
        <w:t>53:13  apne mind ki islaah kijiye</w:t>
      </w:r>
      <w:r>
        <w:br/>
      </w:r>
      <w:r>
        <w:rPr>
          <w:sz w:val="20"/>
        </w:rPr>
        <w:t>53:17  ke ek single waqeye ko generalize karte hain. aap</w:t>
      </w:r>
      <w:r>
        <w:br/>
      </w:r>
      <w:r>
        <w:rPr>
          <w:sz w:val="20"/>
        </w:rPr>
        <w:t>53:23  apne mind ki islaah kijiye.</w:t>
      </w:r>
    </w:p>
    <w:p>
      <w:pPr>
        <w:pStyle w:val="Heading2"/>
      </w:pPr>
      <w:r>
        <w:t>Why successful Muslims complain against others?</w:t>
      </w:r>
    </w:p>
    <w:p>
      <w:r>
        <w:rPr>
          <w:color w:val="666666"/>
          <w:sz w:val="18"/>
        </w:rPr>
        <w:t>Society &amp; Dawah · Revival and Revivalist June 7, 2015 · 1m 35s · at 58:26 · https://youtu.be/MCY8AJ87BXc?t=3506</w:t>
      </w:r>
    </w:p>
    <w:p>
      <w:r>
        <w:rPr>
          <w:i/>
        </w:rPr>
        <w:t>“What is this phenomenon that even those Muslims who have good jobs, who are successful businessmen and are also successful in other fields, they are busy complaining against others? I don't understand it.”</w:t>
      </w:r>
    </w:p>
    <w:p>
      <w:r>
        <w:rPr>
          <w:sz w:val="20"/>
        </w:rPr>
        <w:t>58:26  Mani yeh agla sawal aya hai doctor Fareeda Khanam ka Delhi se.</w:t>
      </w:r>
      <w:r>
        <w:br/>
      </w:r>
      <w:r>
        <w:rPr>
          <w:sz w:val="20"/>
        </w:rPr>
        <w:t>58:31  What is this phenomenon that even those Muslims who have good jobs, who are successful businessmen and are also successful in other fields, they are busy complaining against others?</w:t>
      </w:r>
      <w:r>
        <w:br/>
      </w:r>
      <w:r>
        <w:rPr>
          <w:sz w:val="20"/>
        </w:rPr>
        <w:t>58:45  I don't understand it. Is liye ke dekhiye, woh rehte kahan hain? Muslim society mein rehte hain.</w:t>
      </w:r>
      <w:r>
        <w:br/>
      </w:r>
      <w:r>
        <w:rPr>
          <w:sz w:val="20"/>
        </w:rPr>
        <w:t>58:55  Agarche woh un ka aik job place mein ya work place mein jatay hain, wahan paisay kama ke wapas atay hain.</w:t>
      </w:r>
      <w:r>
        <w:br/>
      </w:r>
      <w:r>
        <w:rPr>
          <w:sz w:val="20"/>
        </w:rPr>
        <w:t>59:03  Lekin un ka jo rehna hai, zindagi guzarna hai, woh isi Muslim muashray mein hota hai jahan charchay ho raha hai ke Musalmanon ke sath ziyadti ho rahi hai.</w:t>
      </w:r>
      <w:r>
        <w:br/>
      </w:r>
      <w:r>
        <w:rPr>
          <w:sz w:val="20"/>
        </w:rPr>
        <w:t>59:16  Kyunke jitnay bhi Musalmanon ke likhne bolne walay log hain, jo stage par bolte hain, jo kitabein chapte hain, jo P.E.D. gul nikalte hain, woh sab ke sab one to all negative boli bol rahe hain.</w:t>
      </w:r>
      <w:r>
        <w:br/>
      </w:r>
      <w:r>
        <w:rPr>
          <w:sz w:val="20"/>
        </w:rPr>
        <w:t>59:28  Aik tradition chal para hai. To isi isi pe lot'te hain, woh thora sa waqt guzartay hain apne work place mein, us ke baad isi pe lot atay hain, isi isi charchay mein woh khud bhi shamil ho jatay hain.</w:t>
      </w:r>
      <w:r>
        <w:br/>
      </w:r>
      <w:r>
        <w:rPr>
          <w:sz w:val="20"/>
        </w:rPr>
        <w:t>59:42  To kaha un ka mindset jo jo cheez banati hai, woh un ka apna muashra hai, un ka apna ghar hai. To</w:t>
      </w:r>
      <w:r>
        <w:br/>
      </w:r>
      <w:r>
        <w:rPr>
          <w:sz w:val="20"/>
        </w:rPr>
        <w:t>59:52  To is wajah se bohat hi ziyada yani gehrai ke sath kaam karna hoga, tab mindset toote ga.</w:t>
      </w:r>
    </w:p>
    <w:p>
      <w:pPr>
        <w:pStyle w:val="Heading2"/>
      </w:pPr>
      <w:r>
        <w:t>Why support infidel ideology against Muslims?</w:t>
      </w:r>
    </w:p>
    <w:p>
      <w:r>
        <w:rPr>
          <w:color w:val="666666"/>
          <w:sz w:val="18"/>
        </w:rPr>
        <w:t>Society &amp; Dawah · The Age of Alternative April 24, 2016 · 1m 36s · at 50:15 · https://youtu.be/JoilI-TK4Ig?t=3015</w:t>
      </w:r>
    </w:p>
    <w:p>
      <w:r>
        <w:rPr>
          <w:i/>
        </w:rPr>
        <w:t>“Why are you always against innocent Muslims and openly support the infidel ideology?”</w:t>
      </w:r>
    </w:p>
    <w:p>
      <w:r>
        <w:rPr>
          <w:sz w:val="20"/>
        </w:rPr>
        <w:t>50:15  maulana, agla sawal bheja hai ikramullah dutani sahib ne, aur unhon ne likha hai ke: "maulana, why are you always against innocent muslims and openly support the infidel ideology?"</w:t>
      </w:r>
      <w:r>
        <w:br/>
      </w:r>
      <w:r>
        <w:rPr>
          <w:sz w:val="20"/>
        </w:rPr>
        <w:t>50:30  yeh to bilkul yani koi sar be base baat hai. ab aap mera article ka reference dijiye.</w:t>
      </w:r>
      <w:r>
        <w:br/>
      </w:r>
      <w:r>
        <w:rPr>
          <w:sz w:val="20"/>
        </w:rPr>
        <w:t>50:40  kahan se aap ne nikal liya aap ke? yeh to aap ka ek meri taraf ghalat bhi attribute kar rahe hain. mujhe bataiye kis article mein aisa hai?</w:t>
      </w:r>
      <w:r>
        <w:br/>
      </w:r>
      <w:r>
        <w:rPr>
          <w:sz w:val="20"/>
        </w:rPr>
        <w:t>50:48  bataiye. main sachai ko support karta hoon aur false foot ke khilaf hoon. sun lijiye, main hamesha sachai ko support karta hoon aur false foot ke khilaf hoon.</w:t>
      </w:r>
      <w:r>
        <w:br/>
      </w:r>
      <w:r>
        <w:rPr>
          <w:sz w:val="20"/>
        </w:rPr>
        <w:t>51:01  yeh jo aap ne farmaya, yeh to aap ki apni soch hai jis ki koi na aap ne koi reference diya hai, na koi koi de sakte hain koi reference.</w:t>
      </w:r>
      <w:r>
        <w:br/>
      </w:r>
      <w:r>
        <w:rPr>
          <w:sz w:val="20"/>
        </w:rPr>
        <w:t>51:11  maulana, unhon ne shayad aaj ke talk mein jo aap ne hudaybiyah treaty ke baad aap ne jo zikr kiya ke rehbaron ki ghalati hai, to shayad is se unhon ne is ko misunderstand kiya hai.</w:t>
      </w:r>
      <w:r>
        <w:br/>
      </w:r>
      <w:r>
        <w:rPr>
          <w:sz w:val="20"/>
        </w:rPr>
        <w:t>51:22  yeh to agar kiya hai to main example doon. example doon. sawal yeh hai ke hamare rehbar jo hain, kyun aisa kar rahe hain ke daur to peace ka hai aur ja ke baat karte hain?</w:t>
      </w:r>
      <w:r>
        <w:br/>
      </w:r>
      <w:r>
        <w:rPr>
          <w:sz w:val="20"/>
        </w:rPr>
        <w:t>51:37  aap aap is ko mujhe bataiye, yani reference ke zariye bataiye. reference ke zariye bataiye. jab tak aap reference na dein, misaal na dein, tab tak is baat ki koi value nahi hai,</w:t>
      </w:r>
    </w:p>
    <w:p>
      <w:pPr>
        <w:pStyle w:val="Heading2"/>
      </w:pPr>
      <w:r>
        <w:t>Why terrorist group calls Malala agent</w:t>
      </w:r>
    </w:p>
    <w:p>
      <w:r>
        <w:rPr>
          <w:color w:val="666666"/>
          <w:sz w:val="18"/>
        </w:rPr>
        <w:t>Society &amp; Dawah · Islam and Violence October 12, 2014 · 3m 16s · at 57:34 · https://youtu.be/KmpXYZjPlj8?t=3454</w:t>
      </w:r>
    </w:p>
    <w:p>
      <w:r>
        <w:rPr>
          <w:i/>
        </w:rPr>
        <w:t>“Some terrorist organization has called Malala an agent of unbelievers. Why do they use such a term?”</w:t>
      </w:r>
    </w:p>
    <w:p>
      <w:r>
        <w:rPr>
          <w:sz w:val="20"/>
        </w:rPr>
        <w:t>57:34  Maulana, agla sawal Delhi se hai Dr. Farida Khanam ka, aur unhone likha hai ke "Some terrorist organizations has called Malala an agent of unbelievers.</w:t>
      </w:r>
      <w:r>
        <w:br/>
      </w:r>
      <w:r>
        <w:rPr>
          <w:sz w:val="20"/>
        </w:rPr>
        <w:t>57:49  "Why is it that they use such term?" Please comment. Ye sab wahi hai, mere nazdik al-nas wa ada wa majahlu ke log is jante nahin, is liye ye sab batein bolte hain.</w:t>
      </w:r>
      <w:r>
        <w:br/>
      </w:r>
      <w:r>
        <w:rPr>
          <w:sz w:val="20"/>
        </w:rPr>
        <w:t>58:06  ye sab sab se bari jo ghalti hui ke education nahin musalmanon mein phailai gai. wahi education ke mani un ka ye hoga ke deeni taleem.</w:t>
      </w:r>
      <w:r>
        <w:br/>
      </w:r>
      <w:r>
        <w:rPr>
          <w:sz w:val="20"/>
        </w:rPr>
        <w:t>58:16  bas</w:t>
      </w:r>
      <w:r>
        <w:br/>
      </w:r>
      <w:r>
        <w:rPr>
          <w:sz w:val="20"/>
        </w:rPr>
        <w:t>58:18  hadis mein aya hai ke "talab talab al-ilm farizah". hadis mein ata hai ke talab al-ilm farizah, ilm ko hasil karna farz hai, lekin yahan par ulma ne ye kiya kehte hain ke is se murad ye ilm deen hai.</w:t>
      </w:r>
      <w:r>
        <w:br/>
      </w:r>
      <w:r>
        <w:rPr>
          <w:sz w:val="20"/>
        </w:rPr>
        <w:t>58:34  ye bilkul galat hai. ye</w:t>
      </w:r>
      <w:r>
        <w:br/>
      </w:r>
      <w:r>
        <w:rPr>
          <w:sz w:val="20"/>
        </w:rPr>
        <w:t>58:36  khud quran mein dekhen, ek ayat hai: "ilm</w:t>
      </w:r>
      <w:r>
        <w:br/>
      </w:r>
      <w:r>
        <w:rPr>
          <w:sz w:val="20"/>
        </w:rPr>
        <w:t>58:47  al-jibal juwain mukhtalif alwan mukhtalif alwan wa gharab wa sawad innama yakhsh Allah min ibad al-ulama". yahan par dekhiye, ilm al-jibal ko le kar ulma, ilm al-jibal ke mahireen ko ulma kaha gaya hai, aur kaha ke kaha wo inhi mein Allah ka khauf hota hai.</w:t>
      </w:r>
      <w:r>
        <w:br/>
      </w:r>
      <w:r>
        <w:rPr>
          <w:sz w:val="20"/>
        </w:rPr>
        <w:t>59:03  to ilm al-jibal to ek science ka subject hai. to main talab al-ilm farizah ka jo hadis hai, hargiz hargiz is ka ye matlab nahin hai ke bas deeni ilm.</w:t>
      </w:r>
      <w:r>
        <w:br/>
      </w:r>
      <w:r>
        <w:rPr>
          <w:sz w:val="20"/>
        </w:rPr>
        <w:t>59:17  har wo cheez jo ilm hai, haqiqatan is ko farz karna, is ko hasil karna farz hai hamare upar.</w:t>
      </w:r>
      <w:r>
        <w:br/>
      </w:r>
      <w:r>
        <w:rPr>
          <w:sz w:val="20"/>
        </w:rPr>
        <w:t>59:24  har wo cheez jo ilm hai, har ilm koi haq nahin kisi ko ke is ko kehe ke nahin deeni ilm. jab hadis ke text mein deeni ka lafz nahin hai, to aap kaun hoge?</w:t>
      </w:r>
      <w:r>
        <w:br/>
      </w:r>
      <w:r>
        <w:rPr>
          <w:sz w:val="20"/>
        </w:rPr>
        <w:t>59:37  to hote hain is mein izafa karne wale. jab is mein, yani aam hai ke ilm ko hasil karna farz hai musalman ke upar, to aam rakhiye is ko, aap is ko khas kyon banate hain?</w:t>
      </w:r>
      <w:r>
        <w:br/>
      </w:r>
      <w:r>
        <w:rPr>
          <w:sz w:val="20"/>
        </w:rPr>
        <w:t>59:54  to yahan se ghalti shuru hui ke is hadis ko logon ne bata diya ke deeni ilm to aap madrasay mein parhna to ilm ban gaya, aur baqi wahan jana wo qatl gah ban gaya.</w:t>
      </w:r>
      <w:r>
        <w:br/>
      </w:r>
      <w:r>
        <w:rPr>
          <w:sz w:val="20"/>
        </w:rPr>
        <w:t>1:00:06  yani college aur university mein jana qatl gah ban gaya. ye sab, ye sab itni bhayanak ghaltiyan hain, itni bhayanak ghaltiyan hain ke jab tak is ko khul kar aelan na karenge, ye hazrat jinhon ne ye sab kiya, us waqt tak wo pakar se bach nahin sakte.</w:t>
      </w:r>
      <w:r>
        <w:br/>
      </w:r>
      <w:r>
        <w:rPr>
          <w:sz w:val="20"/>
        </w:rPr>
        <w:t>1:00:24  yani madrasay mein parhna deeni ilm parhna hai, aur college university mein jana qatl gah hai, qatl gah mein jana hai. jin logon ne ye sab batein phailain, un par farz hai, un par farz hai ke wo chala kar aelan karen ke hum hum ne ghalti ki,</w:t>
      </w:r>
      <w:r>
        <w:br/>
      </w:r>
      <w:r>
        <w:rPr>
          <w:sz w:val="20"/>
        </w:rPr>
        <w:t>1:00:41  "we were wrong". warna wo pakre jayenge Allah taala ke haan, kam az kam mera jo ilm hai, wo wo yahi karta hai.</w:t>
      </w:r>
    </w:p>
    <w:p>
      <w:pPr>
        <w:pStyle w:val="Heading2"/>
      </w:pPr>
      <w:r>
        <w:t>Will terrorism also end like communism?</w:t>
      </w:r>
    </w:p>
    <w:p>
      <w:r>
        <w:rPr>
          <w:color w:val="666666"/>
          <w:sz w:val="18"/>
        </w:rPr>
        <w:t>Society &amp; Dawah · Root Cause of Terrorism February 22, 2015 · 2m 32s · at 53:10 · https://youtu.be/n0AIGEI7b9U?t=3190</w:t>
      </w:r>
    </w:p>
    <w:p>
      <w:r>
        <w:rPr>
          <w:i/>
        </w:rPr>
        <w:t>“Can we say that this terrorism phase is also a temporary one, and it will also end like communism?”</w:t>
      </w:r>
    </w:p>
    <w:p>
      <w:r>
        <w:rPr>
          <w:sz w:val="20"/>
        </w:rPr>
        <w:t>53:10  maulana, agla sawal dilli se kiya hai mister ajay dravidi ne, aur unhon ne likha hai ke: "can</w:t>
      </w:r>
      <w:r>
        <w:br/>
      </w:r>
      <w:r>
        <w:rPr>
          <w:sz w:val="20"/>
        </w:rPr>
        <w:t>53:17  We see that this terrorism phase is also a temporary one, and it will also end.</w:t>
      </w:r>
      <w:r>
        <w:br/>
      </w:r>
      <w:r>
        <w:rPr>
          <w:sz w:val="20"/>
        </w:rPr>
        <w:t>53:25  like communism?" haan, sahi sahi keh rahe hain aap, bilkul sahi keh rahe hain, bilkul sahi keh rahe</w:t>
      </w:r>
      <w:r>
        <w:br/>
      </w:r>
      <w:r>
        <w:rPr>
          <w:sz w:val="20"/>
        </w:rPr>
        <w:t>53:33  hain.</w:t>
      </w:r>
      <w:r>
        <w:br/>
      </w:r>
      <w:r>
        <w:rPr>
          <w:sz w:val="20"/>
        </w:rPr>
        <w:t>53:34  maulana, agla comment aaya hai doha qatar se maulana abdul basit umri ka, aur unhon ne likha hai: "maulana,</w:t>
      </w:r>
      <w:r>
        <w:br/>
      </w:r>
      <w:r>
        <w:rPr>
          <w:sz w:val="20"/>
        </w:rPr>
        <w:t>53:42  aaj ka lecture mere liye bohat ziyada thrilling full tha.</w:t>
      </w:r>
      <w:r>
        <w:br/>
      </w:r>
      <w:r>
        <w:rPr>
          <w:sz w:val="20"/>
        </w:rPr>
        <w:t>53:46  aap ki yeh baat ke aaj sirf ideology ke zariye hi tashaddud par mabni tahrikon ka khatma mumkin</w:t>
      </w:r>
      <w:r>
        <w:br/>
      </w:r>
      <w:r>
        <w:rPr>
          <w:sz w:val="20"/>
        </w:rPr>
        <w:t>53:54  hai, kyunke jab bhi kisi bhi mulk ko dahshat gardon ka samna hua to unhon ne taqat se,</w:t>
      </w:r>
      <w:r>
        <w:br/>
      </w:r>
      <w:r>
        <w:rPr>
          <w:sz w:val="20"/>
        </w:rPr>
        <w:t>54:02  yaani jadeed hathiyaron se, is ka muqabla kiya.</w:t>
      </w:r>
      <w:r>
        <w:br/>
      </w:r>
      <w:r>
        <w:rPr>
          <w:sz w:val="20"/>
        </w:rPr>
        <w:t>54:05  jadeed hathiyaron ki tabahi se kuch masoom bachche aur auraten bhi halak ho gayeen.</w:t>
      </w:r>
      <w:r>
        <w:br/>
      </w:r>
      <w:r>
        <w:rPr>
          <w:sz w:val="20"/>
        </w:rPr>
        <w:t>54:11  ab dahshat gardon ne in masoom bachchon aur auraton ki tasweeren internet par daal kar awam ko apni</w:t>
      </w:r>
      <w:r>
        <w:br/>
      </w:r>
      <w:r>
        <w:rPr>
          <w:sz w:val="20"/>
        </w:rPr>
        <w:t>54:18  taraf khenchne ki koshish ki, aur is mein woh kamyab bhi hue.</w:t>
      </w:r>
      <w:r>
        <w:br/>
      </w:r>
      <w:r>
        <w:rPr>
          <w:sz w:val="20"/>
        </w:rPr>
        <w:t>54:24  yeh arab mulkon mein, yeh arab mulkon mein bhi hum dekh rahe hain, aur pakistan wagera mein to</w:t>
      </w:r>
      <w:r>
        <w:br/>
      </w:r>
      <w:r>
        <w:rPr>
          <w:sz w:val="20"/>
        </w:rPr>
        <w:t>54:31  bar bar hua hai.</w:t>
      </w:r>
      <w:r>
        <w:br/>
      </w:r>
      <w:r>
        <w:rPr>
          <w:sz w:val="20"/>
        </w:rPr>
        <w:t>54:33  maulana, aap ki baat hi aaj qabil amal hai.</w:t>
      </w:r>
      <w:r>
        <w:br/>
      </w:r>
      <w:r>
        <w:rPr>
          <w:sz w:val="20"/>
        </w:rPr>
        <w:t>54:37  allah hamein aap ke literature ko tamam logon tak pohnchaney ki tofeeq de.</w:t>
      </w:r>
      <w:r>
        <w:br/>
      </w:r>
      <w:r>
        <w:rPr>
          <w:sz w:val="20"/>
        </w:rPr>
        <w:t>54:42  so, so we will end the session now.</w:t>
      </w:r>
    </w:p>
    <w:p>
      <w:pPr>
        <w:pStyle w:val="Heading2"/>
      </w:pPr>
      <w:r>
        <w:t>Wisdom in Islam vs instigating youth</w:t>
      </w:r>
    </w:p>
    <w:p>
      <w:r>
        <w:rPr>
          <w:color w:val="666666"/>
          <w:sz w:val="18"/>
        </w:rPr>
        <w:t>Society &amp; Dawah · Paradise September 18, 2016 · 59s · at 1:07:30 · https://youtu.be/R2kZlD0PbGQ?t=4050</w:t>
      </w:r>
    </w:p>
    <w:p>
      <w:r>
        <w:rPr>
          <w:i/>
        </w:rPr>
        <w:t>“If there is strong emphasis on wisdom in Islam, then why present-day Islamic leaders instigate the youth for suicidal and non-result oriented actions?”</w:t>
      </w:r>
    </w:p>
    <w:p>
      <w:r>
        <w:rPr>
          <w:sz w:val="20"/>
        </w:rPr>
        <w:t>1:07:30  maulana, agla sawal lete hain jo kashmir se bheja hai engineer altaf hussain sahab ne.</w:t>
      </w:r>
      <w:r>
        <w:br/>
      </w:r>
      <w:r>
        <w:rPr>
          <w:sz w:val="20"/>
        </w:rPr>
        <w:t>1:07:36  unhon ne likha hai: "If there is strong emphasis on wisdom in Islam, then why present-day Islamic leaders</w:t>
      </w:r>
      <w:r>
        <w:br/>
      </w:r>
      <w:r>
        <w:rPr>
          <w:sz w:val="20"/>
        </w:rPr>
        <w:t>1:07:42  instigate the youth for suicidal and non-result oriented actions?"</w:t>
      </w:r>
      <w:r>
        <w:br/>
      </w:r>
      <w:r>
        <w:rPr>
          <w:sz w:val="20"/>
        </w:rPr>
        <w:t>1:07:48  Do they deserve the paradise?</w:t>
      </w:r>
      <w:r>
        <w:br/>
      </w:r>
      <w:r>
        <w:rPr>
          <w:sz w:val="20"/>
        </w:rPr>
        <w:t>1:07:53  "dekhiye, main ne arz kiya ke har insan ko azadi mili hui hai.</w:t>
      </w:r>
      <w:r>
        <w:br/>
      </w:r>
      <w:r>
        <w:rPr>
          <w:sz w:val="20"/>
        </w:rPr>
        <w:t>1:07:58  har insan ko, chahe woh musalman ho ya doosre log hon.</w:t>
      </w:r>
      <w:r>
        <w:br/>
      </w:r>
      <w:r>
        <w:rPr>
          <w:sz w:val="20"/>
        </w:rPr>
        <w:t>1:08:03  jab azadi mili hui hai, har aadmi ko yeh bhi mauqa hai ke woh mehsoos kare apni azadi ko.</w:t>
      </w:r>
      <w:r>
        <w:br/>
      </w:r>
      <w:r>
        <w:rPr>
          <w:sz w:val="20"/>
        </w:rPr>
        <w:t>1:08:09  تو یہ سارے لوگ جو اس طرح کے کام کر رہے ہیں، وہ اپنی آزادی کو misuse</w:t>
      </w:r>
      <w:r>
        <w:br/>
      </w:r>
      <w:r>
        <w:rPr>
          <w:sz w:val="20"/>
        </w:rPr>
        <w:t>1:08:14  kar rahe hain.</w:t>
      </w:r>
      <w:r>
        <w:br/>
      </w:r>
      <w:r>
        <w:rPr>
          <w:sz w:val="20"/>
        </w:rPr>
        <w:t>1:08:19  aur misuse karne ke baad un ki bhi pakad isi tarah hogi jis tarah doosron ki pakad hogi.</w:t>
      </w:r>
      <w:r>
        <w:br/>
      </w:r>
      <w:r>
        <w:rPr>
          <w:sz w:val="20"/>
        </w:rPr>
        <w:t>1:08:24  is mein musalman aur ghair muslim mein koi farq nahi hai.</w:t>
      </w:r>
    </w:p>
    <w:p>
      <w:pPr>
        <w:pStyle w:val="Heading2"/>
      </w:pPr>
      <w:r>
        <w:t>Wisdom of Islamizing the world today</w:t>
      </w:r>
    </w:p>
    <w:p>
      <w:r>
        <w:rPr>
          <w:color w:val="666666"/>
          <w:sz w:val="18"/>
        </w:rPr>
        <w:t>Society &amp; Dawah · History of Kaaba March 19, 2017 · 2m 36s · at 52:50 · https://youtu.be/HPvWnoueeqg?t=3170</w:t>
      </w:r>
    </w:p>
    <w:p>
      <w:r>
        <w:rPr>
          <w:i/>
        </w:rPr>
        <w:t>“What is the wisdom of Islamizing the world today? Can any action be taken with this intention? Please clarify.”</w:t>
      </w:r>
    </w:p>
    <w:p>
      <w:r>
        <w:rPr>
          <w:sz w:val="20"/>
        </w:rPr>
        <w:t>52:50  ji maulana agla sawal lete hain jo chennai se bheja hai maulana iqbal umri ne aur unhone</w:t>
      </w:r>
      <w:r>
        <w:br/>
      </w:r>
      <w:r>
        <w:rPr>
          <w:sz w:val="20"/>
        </w:rPr>
        <w:t>52:57  likha hai Maulana aaj dunya ko Islamize karne ki hikmat kya hai kya is niyat se koi qadam</w:t>
      </w:r>
      <w:r>
        <w:br/>
      </w:r>
      <w:r>
        <w:rPr>
          <w:sz w:val="20"/>
        </w:rPr>
        <w:t>53:07  kya ja sakta hai is ko wazeh karen</w:t>
      </w:r>
      <w:r>
        <w:br/>
      </w:r>
      <w:r>
        <w:rPr>
          <w:sz w:val="20"/>
        </w:rPr>
        <w:t>53:11  dekhiye dunya ko Islamize karna yeh target hi nahi hai</w:t>
      </w:r>
      <w:r>
        <w:br/>
      </w:r>
      <w:r>
        <w:rPr>
          <w:sz w:val="20"/>
        </w:rPr>
        <w:t>53:16  yeh target nahi hai ke dunya ko Islamize kiya jaye</w:t>
      </w:r>
      <w:r>
        <w:br/>
      </w:r>
      <w:r>
        <w:rPr>
          <w:sz w:val="20"/>
        </w:rPr>
        <w:t>53:23  duniya ho ya Musalman hon sab ke liye target yeh hai ke un ko aware banaya jaye aware ba khabar banaya jaye Islamize karna ke target mein nazdeek sahi nahi hai</w:t>
      </w:r>
      <w:r>
        <w:br/>
      </w:r>
      <w:r>
        <w:rPr>
          <w:sz w:val="20"/>
        </w:rPr>
        <w:t>53:40  ji Maulana kuch aur comments lena chahenge jo abhi abhi aaye hain aa Shahid Hussain sahib ne</w:t>
      </w:r>
      <w:r>
        <w:br/>
      </w:r>
      <w:r>
        <w:rPr>
          <w:sz w:val="20"/>
        </w:rPr>
        <w:t>53:47  Srinagar se likha hai those who indulged in the futile exercise of reshaping history became part of</w:t>
      </w:r>
      <w:r>
        <w:br/>
      </w:r>
      <w:r>
        <w:rPr>
          <w:sz w:val="20"/>
        </w:rPr>
        <w:t>53:55  history thanks to Maulana for making us conscious about the opportunities created by history let us all rise</w:t>
      </w:r>
      <w:r>
        <w:br/>
      </w:r>
      <w:r>
        <w:rPr>
          <w:sz w:val="20"/>
        </w:rPr>
        <w:t>54:03  to the occasion</w:t>
      </w:r>
      <w:r>
        <w:br/>
      </w:r>
      <w:r>
        <w:rPr>
          <w:sz w:val="20"/>
        </w:rPr>
        <w:t>54:05  Muslim Khan sahib ne likha hai aa</w:t>
      </w:r>
      <w:r>
        <w:br/>
      </w:r>
      <w:r>
        <w:rPr>
          <w:sz w:val="20"/>
        </w:rPr>
        <w:t>54:10  un ka location nahi pata Maulana reshape the Muslim mindset and avail the opportunity presented by the history</w:t>
      </w:r>
      <w:r>
        <w:br/>
      </w:r>
      <w:r>
        <w:rPr>
          <w:sz w:val="20"/>
        </w:rPr>
        <w:t>54:18  and not vice versa jazaak Allah Maulana sahib karoot leen mas karoot leen</w:t>
      </w:r>
      <w:r>
        <w:br/>
      </w:r>
      <w:r>
        <w:rPr>
          <w:sz w:val="20"/>
        </w:rPr>
        <w:t>54:25  ne likha hai Srinagar se the crux of today's lecture is instead of reshaping the history we</w:t>
      </w:r>
      <w:r>
        <w:br/>
      </w:r>
      <w:r>
        <w:rPr>
          <w:sz w:val="20"/>
        </w:rPr>
        <w:t>54:33  should avail the opportunities created by history Muslims ought to adhere to Sunnah and teachings of prophet strictly</w:t>
      </w:r>
      <w:r>
        <w:br/>
      </w:r>
      <w:r>
        <w:rPr>
          <w:sz w:val="20"/>
        </w:rPr>
        <w:t>54:42  and refrain from any kind of violence</w:t>
      </w:r>
      <w:r>
        <w:br/>
      </w:r>
      <w:r>
        <w:rPr>
          <w:sz w:val="20"/>
        </w:rPr>
        <w:t>54:46  Maulana's assertion that whatever he preaches and says is entirely based on Hadith and Sunnah's message to those</w:t>
      </w:r>
      <w:r>
        <w:br/>
      </w:r>
      <w:r>
        <w:rPr>
          <w:sz w:val="20"/>
        </w:rPr>
        <w:t>54:54  who have misgivings about it a modest and humble approach from the ambassador of peace and spirituality</w:t>
      </w:r>
      <w:r>
        <w:br/>
      </w:r>
      <w:r>
        <w:rPr>
          <w:sz w:val="20"/>
        </w:rPr>
        <w:t>55:03  thank you Maulana sahib for such a refreshing lecture</w:t>
      </w:r>
      <w:r>
        <w:br/>
      </w:r>
      <w:r>
        <w:rPr>
          <w:sz w:val="20"/>
        </w:rPr>
        <w:t>55:06  there were startling revelations about the history of Kaba and we are grateful for that</w:t>
      </w:r>
      <w:r>
        <w:br/>
      </w:r>
      <w:r>
        <w:rPr>
          <w:sz w:val="20"/>
        </w:rPr>
        <w:t>55:13  Tariq Badar sahib ne Pakistan se likha hai Maulana today's lecture was very important where we learned that</w:t>
      </w:r>
      <w:r>
        <w:br/>
      </w:r>
      <w:r>
        <w:rPr>
          <w:sz w:val="20"/>
        </w:rPr>
        <w:t>55:21  we do not have to rebuild the history rather avail the opportunities</w:t>
      </w:r>
    </w:p>
    <w:p>
      <w:pPr>
        <w:pStyle w:val="Heading2"/>
      </w:pPr>
      <w:r>
        <w:t>Woman's role in motherhood and Dawah</w:t>
      </w:r>
    </w:p>
    <w:p>
      <w:r>
        <w:rPr>
          <w:color w:val="666666"/>
          <w:sz w:val="18"/>
        </w:rPr>
        <w:t>Society &amp; Dawah · The Role of a Woman March 8, 2020 Maulana Wahiduddin Khan · 1m 15s · at 25:57 · https://youtu.be/aBPy_KTsk1A?t=1557</w:t>
      </w:r>
    </w:p>
    <w:p>
      <w:r>
        <w:rPr>
          <w:i/>
        </w:rPr>
        <w:t>“Maulana, please advise and guide how can a woman discover and perform the role during their motherhood? I see a lot of sisters facing issues in performing Dawah when their primary job happens to be raising their children. All of us need your guidance on this point.”</w:t>
      </w:r>
    </w:p>
    <w:p>
      <w:r>
        <w:rPr>
          <w:sz w:val="20"/>
        </w:rPr>
        <w:t>25:57  goa se sawal bheja hai. Unho'n ne likha hai "Maulana, please advise and guide how can a woman discover and perform the role during their motherhood</w:t>
      </w:r>
      <w:r>
        <w:br/>
      </w:r>
      <w:r>
        <w:rPr>
          <w:sz w:val="20"/>
        </w:rPr>
        <w:t>26:09  ? I see a lot of sisters facing issues in performing Dawah when their primary job happens to be raising their children.</w:t>
      </w:r>
      <w:r>
        <w:br/>
      </w:r>
      <w:r>
        <w:rPr>
          <w:sz w:val="20"/>
        </w:rPr>
        <w:t>26:18  All of us need your guidance on this point." bhai, main ne isi mozu par ek kitaab likhi hai.</w:t>
      </w:r>
      <w:r>
        <w:br/>
      </w:r>
      <w:r>
        <w:rPr>
          <w:sz w:val="20"/>
        </w:rPr>
        <w:t>26:27  is ka naam hai,</w:t>
      </w:r>
      <w:r>
        <w:br/>
      </w:r>
      <w:r>
        <w:rPr>
          <w:sz w:val="20"/>
        </w:rPr>
        <w:t>26:31  kya naam hai sahib? Aurat Ma'maar-e-Insaniyat. Aurat Ma'maar-e-Insaniyat, theek isi mozu par hai. Aurat Ma'maar-e-Insaniyat, mujhe pata nahi ke is ka English tarjuma hua hai ke nahi hua hai.</w:t>
      </w:r>
      <w:r>
        <w:br/>
      </w:r>
      <w:r>
        <w:rPr>
          <w:sz w:val="20"/>
        </w:rPr>
        <w:t>26:46  nahi hua hai. Haan, inshallah aindah, inshallah English mein.</w:t>
      </w:r>
      <w:r>
        <w:br/>
      </w:r>
      <w:r>
        <w:rPr>
          <w:sz w:val="20"/>
        </w:rPr>
        <w:t>26:52  abhi woh Urdu mein chapi hai. Aindah, inshallah is ko English mein chapa jayega. Khatoon-e-Islam bhi hai. Haan, Khatoon-e-Islam.</w:t>
      </w:r>
      <w:r>
        <w:br/>
      </w:r>
      <w:r>
        <w:rPr>
          <w:sz w:val="20"/>
        </w:rPr>
        <w:t>27:03  nahi, nahi. Aurat Ma'maar-e-Insaniyat.</w:t>
      </w:r>
    </w:p>
    <w:p>
      <w:pPr>
        <w:pStyle w:val="Heading2"/>
      </w:pPr>
      <w:r>
        <w:t>Women inferiority in Islam</w:t>
      </w:r>
    </w:p>
    <w:p>
      <w:r>
        <w:rPr>
          <w:color w:val="666666"/>
          <w:sz w:val="18"/>
        </w:rPr>
        <w:t>Society &amp; Dawah · The Role of a Woman March 8, 2020 Maulana Wahiduddin Khan · 2m 13s · at 18:31 · https://youtu.be/aBPy_KTsk1A?t=1111</w:t>
      </w:r>
    </w:p>
    <w:p>
      <w:r>
        <w:rPr>
          <w:i/>
        </w:rPr>
        <w:t>“Why is it that women in Islam are considered inferior or less than a man? Why is this so?”</w:t>
      </w:r>
    </w:p>
    <w:p>
      <w:r>
        <w:rPr>
          <w:sz w:val="20"/>
        </w:rPr>
        <w:t>18:31  Jazak Allah Maulana. Maulana, aap sawal lena chahenge. Yeh sawal Lucknow se hai. Idrees sahib ne ek bheja hai. Unhon ne aapse poocha hai ke۔۔۔۔۔۔۔۔۔۔</w:t>
      </w:r>
      <w:r>
        <w:br/>
      </w:r>
      <w:r>
        <w:rPr>
          <w:sz w:val="20"/>
        </w:rPr>
        <w:t>18:43  Kaun kaun sahib? Idrees. Acha, Lucknow se. Acha, unhon ne aapse poocha hai ke Maulana, Why is it that women in Islam are considered inferior or less than a man</w:t>
      </w:r>
      <w:r>
        <w:br/>
      </w:r>
      <w:r>
        <w:rPr>
          <w:sz w:val="20"/>
        </w:rPr>
        <w:t>18:55  ? Why is this so? Main toh nahi samajhta. Ji, jo samajhta hai, use poocho. Maine toh kabhi bhi nahi samjha aisa.</w:t>
      </w:r>
      <w:r>
        <w:br/>
      </w:r>
      <w:r>
        <w:rPr>
          <w:sz w:val="20"/>
        </w:rPr>
        <w:t>19:08  Yeh koi aalami</w:t>
      </w:r>
      <w:r>
        <w:br/>
      </w:r>
      <w:r>
        <w:rPr>
          <w:sz w:val="20"/>
        </w:rPr>
        <w:t>19:12  koi faisla nahi hai. Yeh kuch logon ki is zamane mein, jabke</w:t>
      </w:r>
      <w:r>
        <w:br/>
      </w:r>
      <w:r>
        <w:rPr>
          <w:sz w:val="20"/>
        </w:rPr>
        <w:t>19:22  maghrib mein</w:t>
      </w:r>
      <w:r>
        <w:br/>
      </w:r>
      <w:r>
        <w:rPr>
          <w:sz w:val="20"/>
        </w:rPr>
        <w:t>19:26  woh daur aaya, women's lib ka, us zamane mein yeh yeh afwaah phailayi gayi thi.</w:t>
      </w:r>
      <w:r>
        <w:br/>
      </w:r>
      <w:r>
        <w:rPr>
          <w:sz w:val="20"/>
        </w:rPr>
        <w:t>19:37  Warna main nahi samajhta ke yeh koi</w:t>
      </w:r>
      <w:r>
        <w:br/>
      </w:r>
      <w:r>
        <w:rPr>
          <w:sz w:val="20"/>
        </w:rPr>
        <w:t>19:42  aalami</w:t>
      </w:r>
      <w:r>
        <w:br/>
      </w:r>
      <w:r>
        <w:rPr>
          <w:sz w:val="20"/>
        </w:rPr>
        <w:t>19:49  verdict hai.</w:t>
      </w:r>
      <w:r>
        <w:br/>
      </w:r>
      <w:r>
        <w:rPr>
          <w:sz w:val="20"/>
        </w:rPr>
        <w:t>19:53  mein is ko nahin manta. kuch logon ne aisi baat mashhoor kardi ke koi fact nahin hai yeh.</w:t>
      </w:r>
      <w:r>
        <w:br/>
      </w:r>
      <w:r>
        <w:rPr>
          <w:sz w:val="20"/>
        </w:rPr>
        <w:t>20:13  Doctor Naghma Siddiqui ne comment bheja hai dilli se. unhon ne likha hai: "Maulana, thank you for giving women such a major role in your mission.</w:t>
      </w:r>
      <w:r>
        <w:br/>
      </w:r>
      <w:r>
        <w:rPr>
          <w:sz w:val="20"/>
        </w:rPr>
        <w:t>20:24  We dedicate ourselves to this task. May God guide us and accept our work."</w:t>
      </w:r>
      <w:r>
        <w:br/>
      </w:r>
      <w:r>
        <w:rPr>
          <w:sz w:val="20"/>
        </w:rPr>
        <w:t>20:33  Maulana Iqbal Umri ne, jo is waqt Rajouri mein hain aur program dekh rahe hain, unhon ne likha hai: "Spiritual world ke peechay bhi aik aurat ka hi hath hai.</w:t>
      </w:r>
    </w:p>
    <w:p>
      <w:pPr>
        <w:pStyle w:val="Heading2"/>
      </w:pPr>
      <w:r>
        <w:t>Women's dependence on male relatives</w:t>
      </w:r>
    </w:p>
    <w:p>
      <w:r>
        <w:rPr>
          <w:color w:val="666666"/>
          <w:sz w:val="18"/>
        </w:rPr>
        <w:t>Society &amp; Dawah · Contemplation on The Quran December 16, 2018 Maulana Wahiduddin Khan · 4m 26s · at 44:21 · https://youtu.be/bSOe1_KKEYk?t=2661</w:t>
      </w:r>
    </w:p>
    <w:p>
      <w:r>
        <w:rPr>
          <w:i/>
        </w:rPr>
        <w:t>“No matter how wise a woman is, she is dependent on her male mahrams for decisions. In Asian culture, men consider themselves superior and restrict women to home. Please provide guidance on this issue.”</w:t>
      </w:r>
    </w:p>
    <w:p>
      <w:r>
        <w:rPr>
          <w:sz w:val="20"/>
        </w:rPr>
        <w:t>44:21  ji, maulana, agla sawal lete hain. yeh sawal bheja hai pakistan se miss khadija ne.</w:t>
      </w:r>
      <w:r>
        <w:br/>
      </w:r>
      <w:r>
        <w:rPr>
          <w:sz w:val="20"/>
        </w:rPr>
        <w:t>44:30  unhon ne likha hai: "mera maulana se ek sawal hai jis par mujhe un ki guidance chahiye. mera sawal yeh hai ke aurat chahe jitna bhi samajhdar aur aqalmand ho, woh apne faislon ke liye apni family ke mard hazrat yani mehram par dependent hoti hai.</w:t>
      </w:r>
      <w:r>
        <w:br/>
      </w:r>
      <w:r>
        <w:rPr>
          <w:sz w:val="20"/>
        </w:rPr>
        <w:t>44:51  hamare asian culture hai ke aadmi khud ko aurat se superior samajhta hai aur aurat ko ghar mein rakhna aur ghar ke kamon tak hi mehdood kar deta hai.</w:t>
      </w:r>
      <w:r>
        <w:br/>
      </w:r>
      <w:r>
        <w:rPr>
          <w:sz w:val="20"/>
        </w:rPr>
        <w:t>45:03  aur aisi auratein hi achi aurat samjhi jati hain. as an individual, aurat mein jo talent ya qualities hoti hain, us ko barhane ki ijazat nahi di jati, jis ki wajah se aurat zehni taur par oppressed feel karti hai aur apni intellectual needs ko marne pe majboor ho jati hai,</w:t>
      </w:r>
      <w:r>
        <w:br/>
      </w:r>
      <w:r>
        <w:rPr>
          <w:sz w:val="20"/>
        </w:rPr>
        <w:t>45:26  jis ki wajah se woh ek fragile personality banti hai aur mental illness tak pahunch jati hai. aisi auraton ko kaise sambhalna chahiye jin ke husband, walid ya bhai kisi bhi tarah apni soch ko badalne ko tayyar nahi hain aur na hi koi ganjaiish rakhte hain, kyun ke woh aisi hadith ka hawala dete hain ke aurat naqis ul aql hai.</w:t>
      </w:r>
      <w:r>
        <w:br/>
      </w:r>
      <w:r>
        <w:rPr>
          <w:sz w:val="20"/>
        </w:rPr>
        <w:t>45:52  aurat ke mashware pe chala jaye to ghar ki barbadi hoti hai, etcetera. maulana, main aap ki desperate guidance chahti hoon ke auratein kaise aisi situation ko deal kar sakte hain.</w:t>
      </w:r>
      <w:r>
        <w:br/>
      </w:r>
      <w:r>
        <w:rPr>
          <w:sz w:val="20"/>
        </w:rPr>
        <w:t>46:06  dekhiye, ek hai rawaji mazhab, rawaji, aur ek hai</w:t>
      </w:r>
      <w:r>
        <w:br/>
      </w:r>
      <w:r>
        <w:rPr>
          <w:sz w:val="20"/>
        </w:rPr>
        <w:t>46:16  quran o hadith ka mazhab, sacha mazhab.</w:t>
      </w:r>
      <w:r>
        <w:br/>
      </w:r>
      <w:r>
        <w:rPr>
          <w:sz w:val="20"/>
        </w:rPr>
        <w:t>46:22  to mera jo mutala hai, meri jo study hai, to main to samajhta hoon ke mashhoor jo maqola hai: "they da woman at the beginning of all great things" yeh maqola sab se apply hota hai islam ki history par.</w:t>
      </w:r>
      <w:r>
        <w:br/>
      </w:r>
      <w:r>
        <w:rPr>
          <w:sz w:val="20"/>
        </w:rPr>
        <w:t>46:44  islam ki history rasool allah se begin nahi hoti, woh to bohat pehle se shuru hoti hai, hazrat ibrahim se shuru hoti hai. to dekhiye, jo literature hai islam ka,</w:t>
      </w:r>
      <w:r>
        <w:br/>
      </w:r>
      <w:r>
        <w:rPr>
          <w:sz w:val="20"/>
        </w:rPr>
        <w:t>46:59  us se sabit hota hai ke kuch khawateen aisi hain jo mardon se bhi bara darja un ka hai. misaal ke taur par dekhiye,</w:t>
      </w:r>
      <w:r>
        <w:br/>
      </w:r>
      <w:r>
        <w:rPr>
          <w:sz w:val="20"/>
        </w:rPr>
        <w:t>47:12  woh hazrat haajra. hazrat haajra to ka darja itna bara hai ke haajra na hoti to islami na hota.</w:t>
      </w:r>
      <w:r>
        <w:br/>
      </w:r>
      <w:r>
        <w:rPr>
          <w:sz w:val="20"/>
        </w:rPr>
        <w:t>47:27  phir hazrat aasiya, jo agarche firoun ki</w:t>
      </w:r>
      <w:r>
        <w:br/>
      </w:r>
      <w:r>
        <w:rPr>
          <w:sz w:val="20"/>
        </w:rPr>
        <w:t>47:38  zawja theen, lekin un ka darja itna bara hai ke ke kisi mard ka bhi itna bara darja nahin. phir hazrat khadija, hazrat aisha.</w:t>
      </w:r>
      <w:r>
        <w:br/>
      </w:r>
      <w:r>
        <w:rPr>
          <w:sz w:val="20"/>
        </w:rPr>
        <w:t>47:51  aisha ke baray mein aap jantay hain ke yeh kaha jata hai ke "afqah al-sahaba" ke tamam sahaba mein sab se ziyada yaani deen ko jananay wali hai.</w:t>
      </w:r>
      <w:r>
        <w:br/>
      </w:r>
      <w:r>
        <w:rPr>
          <w:sz w:val="20"/>
        </w:rPr>
        <w:t>48:05  to dekhiye, aap riwaj ko le kar mat qaim kijiye ke mazhab kya hai. jo true, jo scripture hai, jo history hai, us se kya nikalta hai?</w:t>
      </w:r>
      <w:r>
        <w:br/>
      </w:r>
      <w:r>
        <w:rPr>
          <w:sz w:val="20"/>
        </w:rPr>
        <w:t>48:16  riwaj to hamesha ghalat rahega, hamesha rahega. aisa nahin ke kabhi riwaj ko aap khatam kar dein.</w:t>
      </w:r>
      <w:r>
        <w:br/>
      </w:r>
      <w:r>
        <w:rPr>
          <w:sz w:val="20"/>
        </w:rPr>
        <w:t>48:29  to aap ko chahiye ke "don't see the riwaj" but "you have to see the scripture" the true history of Islam.</w:t>
      </w:r>
    </w:p>
    <w:p>
      <w:pPr>
        <w:pStyle w:val="Heading2"/>
      </w:pPr>
      <w:r>
        <w:t>Women's groups for dawah</w:t>
      </w:r>
    </w:p>
    <w:p>
      <w:r>
        <w:rPr>
          <w:color w:val="666666"/>
          <w:sz w:val="18"/>
        </w:rPr>
        <w:t>Society &amp; Dawah · An Intellectual Journey May 1, 2011 · 1m 19s · at 1:21:18 · https://youtu.be/AqjjyimoIqw?t=4878</w:t>
      </w:r>
    </w:p>
    <w:p>
      <w:r>
        <w:rPr>
          <w:i/>
        </w:rPr>
        <w:t>“In Tablighi Jamaat, women's groups go out. Should similar women's groups be sent out for dawah work?”</w:t>
      </w:r>
    </w:p>
    <w:p>
      <w:r>
        <w:rPr>
          <w:sz w:val="20"/>
        </w:rPr>
        <w:t>1:21:18  Maulana, agla sawal kya hai? Mr Javed Iqbal ne, unhon ne apni location nahi likhi hai. unhon ne poocha hai ke tablighi jamaat mein aurton ki jamaat nikalti hai, kya dawah work ke liye bhi isi tarah aurton ki jamaat nikali chahiye?</w:t>
      </w:r>
      <w:r>
        <w:br/>
      </w:r>
      <w:r>
        <w:rPr>
          <w:sz w:val="20"/>
        </w:rPr>
        <w:t>1:21:35  dekhen, hum yeh jamaat nikalne ka qail nahi hain, yeh un ka apna tareeqa hai,</w:t>
      </w:r>
      <w:r>
        <w:br/>
      </w:r>
      <w:r>
        <w:rPr>
          <w:sz w:val="20"/>
        </w:rPr>
        <w:t>1:21:43  yeh hum is ka qail nahi hain.</w:t>
      </w:r>
      <w:r>
        <w:br/>
      </w:r>
      <w:r>
        <w:rPr>
          <w:sz w:val="20"/>
        </w:rPr>
        <w:t>1:21:45  daawati kaam har fard ko karna hai, aik kaheen mauqa ho to aap jamaati tor par kijiye, lekin aik jo pattern hai un ke haan jamaat nikalne ka, woh woh un ka apna ijtihadi ka hai, koi Quran o Hadees sabit nahi hai.</w:t>
      </w:r>
      <w:r>
        <w:br/>
      </w:r>
      <w:r>
        <w:rPr>
          <w:sz w:val="20"/>
        </w:rPr>
        <w:t>1:21:58  yeh hamara jo tareeqa hai, woh is se alag hai.</w:t>
      </w:r>
      <w:r>
        <w:br/>
      </w:r>
      <w:r>
        <w:rPr>
          <w:sz w:val="20"/>
        </w:rPr>
        <w:t>1:22:01  hum har fard ko inspire karte hain, har fard ko aam karte hain, aam musallah ke woh logon mein jahan jahan mauqa mile, us ko dawat ke kaam kar.</w:t>
      </w:r>
      <w:r>
        <w:br/>
      </w:r>
      <w:r>
        <w:rPr>
          <w:sz w:val="20"/>
        </w:rPr>
        <w:t>1:22:13  us ko har aadmi ko mauqa dhoondna hai, jahan koi mil jaye, us ko aap ya to baat kijiye ya to kitaab dijiye, jis tareeqe se bhi ho.</w:t>
      </w:r>
      <w:r>
        <w:br/>
      </w:r>
      <w:r>
        <w:rPr>
          <w:sz w:val="20"/>
        </w:rPr>
        <w:t>1:22:24  to bator fard ka bhi kaam ho sakta hai, bator bator jamaat ka bhi kaam ho sakta hai, lekin jamaat nikalna woh aik jo pattern hai, woh hamara tareeqa nahi hai.</w:t>
      </w:r>
    </w:p>
    <w:p>
      <w:pPr>
        <w:pStyle w:val="Heading2"/>
      </w:pPr>
      <w:r>
        <w:t>Women's kitchen time and Dawah work</w:t>
      </w:r>
    </w:p>
    <w:p>
      <w:r>
        <w:rPr>
          <w:color w:val="666666"/>
          <w:sz w:val="18"/>
        </w:rPr>
        <w:t>Society &amp; Dawah · Q&amp;A 13 Nov 2011 · 3m 38s · at 28:13 · https://youtu.be/oOZ9h37_pL8?t=1693</w:t>
      </w:r>
    </w:p>
    <w:p>
      <w:r>
        <w:rPr>
          <w:i/>
        </w:rPr>
        <w:t>“A gentleman said that women spend most of their time in the kitchen. How is it possible for them to do Dawah work and study literature?”</w:t>
      </w:r>
    </w:p>
    <w:p>
      <w:r>
        <w:rPr>
          <w:sz w:val="20"/>
        </w:rPr>
        <w:t>28:13  maulana un ka ek aur sawal hai. unhon ne likha hai ke ek sahib ne kaha ke auraton ka ziyada waqt kitchen mein guzar jata hai. un ke liye daawa work aur literature ka mutala kaise mumkin hai?</w:t>
      </w:r>
      <w:r>
        <w:br/>
      </w:r>
      <w:r>
        <w:rPr>
          <w:sz w:val="20"/>
        </w:rPr>
        <w:t>28:28  aap is silsile mein rehnumai farmayein. kitchen ko band kar dein. kya zaroorat hai kitchen mein waqt lagane ki.</w:t>
      </w:r>
      <w:r>
        <w:br/>
      </w:r>
      <w:r>
        <w:rPr>
          <w:sz w:val="20"/>
        </w:rPr>
        <w:t>28:37  main aap ko ek ek ek misaal deta hoon haqeeqi misaal. ek sahib mere paas aaye apni biwi ko le kar ke. abhi bilkul ek sachi misaal bata raha hoon.</w:t>
      </w:r>
      <w:r>
        <w:br/>
      </w:r>
      <w:r>
        <w:rPr>
          <w:sz w:val="20"/>
        </w:rPr>
        <w:t>28:48  aap chahen ge to mere daftar mein aayein main un ka naam pata telephone number de doon ga.</w:t>
      </w:r>
      <w:r>
        <w:br/>
      </w:r>
      <w:r>
        <w:rPr>
          <w:sz w:val="20"/>
        </w:rPr>
        <w:t>28:54  woh ek madrasa chalate hain. ab madrasay mein bachon ki khana pakta hai. saada khana. to unhon ne bataya ke un ke haan mehman bohat aate hain.</w:t>
      </w:r>
      <w:r>
        <w:br/>
      </w:r>
      <w:r>
        <w:rPr>
          <w:sz w:val="20"/>
        </w:rPr>
        <w:t>29:05  biwi jo hai din bhar khane ke intizam mein rehti hai. aur biwi un ki parhi likhi thi. to main ne bohat dinon tak un ko hemoori ki an ki.</w:t>
      </w:r>
      <w:r>
        <w:br/>
      </w:r>
      <w:r>
        <w:rPr>
          <w:sz w:val="20"/>
        </w:rPr>
        <w:t>29:14  ke har aadmi ko biwi jo hai Allah gift hoti hai. aap ko jo ek aurat mili hai wo Allah gift hai us ki naqadri kar rahe hain aap.</w:t>
      </w:r>
      <w:r>
        <w:br/>
      </w:r>
      <w:r>
        <w:rPr>
          <w:sz w:val="20"/>
        </w:rPr>
        <w:t>29:23  us ko istemal kijiye. main ne kaha aap mehman khali band kijiye. yeh sare mehmaanon ko band kijiye. koi mehmaandari nahin. jo mehman aaye us ko kahiye jaao bahar khao.</w:t>
      </w:r>
      <w:r>
        <w:br/>
      </w:r>
      <w:r>
        <w:rPr>
          <w:sz w:val="20"/>
        </w:rPr>
        <w:t>29:36  to unhon ne kya kiya</w:t>
      </w:r>
      <w:r>
        <w:br/>
      </w:r>
      <w:r>
        <w:rPr>
          <w:sz w:val="20"/>
        </w:rPr>
        <w:t>29:38  ? ek bohat zabardast kaam kiya unhon ne. yaani yahan se lootne ke baad yak lakht unhon ne mehmaandari band kar di.</w:t>
      </w:r>
      <w:r>
        <w:br/>
      </w:r>
      <w:r>
        <w:rPr>
          <w:sz w:val="20"/>
        </w:rPr>
        <w:t>29:47  kehte hain yeh nahin kiya wo khud apne apna jo khana pakta tha khud apna us ko bhi unhon ne band kar diya.</w:t>
      </w:r>
      <w:r>
        <w:br/>
      </w:r>
      <w:r>
        <w:rPr>
          <w:sz w:val="20"/>
        </w:rPr>
        <w:t>29:55  aur unhon ne kaha ke jo madrase mein pakta hai bachon ke liye khana wahi hum bhi khayenge. to madrase ka jo jo matbakh hota hai us se khana aata hai un ke haan paisa dete hain wo.</w:t>
      </w:r>
      <w:r>
        <w:br/>
      </w:r>
      <w:r>
        <w:rPr>
          <w:sz w:val="20"/>
        </w:rPr>
        <w:t>30:10  paisa de kar wo matbakh ka khana lete hain.</w:t>
      </w:r>
      <w:r>
        <w:br/>
      </w:r>
      <w:r>
        <w:rPr>
          <w:sz w:val="20"/>
        </w:rPr>
        <w:t>30:13  apna khana pakwate hi nahin. aur mehmaanon se keh diya ke tum bhi ja kar khao aur paisa do. yaani matbakh mein khao aur matbakh mein paisa de kar ke jab tak chaho khate raho.</w:t>
      </w:r>
      <w:r>
        <w:br/>
      </w:r>
      <w:r>
        <w:rPr>
          <w:sz w:val="20"/>
        </w:rPr>
        <w:t>30:29  to mehmaanon ko bhi keh diya ja kar madrase mein khao paisa de kar ke. khud apne liye bhi unhon ne yeh kiya ke apna matbakh band kar ke masjid se</w:t>
      </w:r>
      <w:r>
        <w:br/>
      </w:r>
      <w:r>
        <w:rPr>
          <w:sz w:val="20"/>
        </w:rPr>
        <w:t>30:39  apna barish khana band kar ke matbakh ke khana lene lage. yeh sachi kahani hai. ab kya hai ke wo miyan biwi dono khoob daawa work kar rahe hain.</w:t>
      </w:r>
      <w:r>
        <w:br/>
      </w:r>
      <w:r>
        <w:rPr>
          <w:sz w:val="20"/>
        </w:rPr>
        <w:t>30:50  apne shahar mein. yaani kitabein parh rahe hain. study ke liye waqt mil gaya kafi un ko. aur daawa work bhi khoob kar rahe hain.</w:t>
      </w:r>
      <w:r>
        <w:br/>
      </w:r>
      <w:r>
        <w:rPr>
          <w:sz w:val="20"/>
        </w:rPr>
        <w:t>30:59  to koi yaani zindagi aaj itni bigri hui hai ke koi drastic step lena parega. zindagi aaj itni bigri hui hai.</w:t>
      </w:r>
      <w:r>
        <w:br/>
      </w:r>
      <w:r>
        <w:rPr>
          <w:sz w:val="20"/>
        </w:rPr>
        <w:t>31:07  jhooti mehmaandari jhooti family attend karna yeh sab jhooti us ko main kaha karta hoon ideal business. idle befaida sargarmiyan.</w:t>
      </w:r>
      <w:r>
        <w:br/>
      </w:r>
      <w:r>
        <w:rPr>
          <w:sz w:val="20"/>
        </w:rPr>
        <w:t>31:20  sab log jo hai aaj kal ke zamane mein ideal business pade hue hain. to aap ko radically apne andar change karna lana parega.</w:t>
      </w:r>
      <w:r>
        <w:br/>
      </w:r>
      <w:r>
        <w:rPr>
          <w:sz w:val="20"/>
        </w:rPr>
        <w:t>31:28  ek lakht band karna parega jis tarah unhon ne band kar diya. aap khoob kaam kar rahe hain. haqeeqat zindagi mein koi rukawat nahin hai. rukawat aap ki soch mein hai.</w:t>
      </w:r>
      <w:r>
        <w:br/>
      </w:r>
      <w:r>
        <w:rPr>
          <w:sz w:val="20"/>
        </w:rPr>
        <w:t>31:41  rukawat sirf aap ki soch mein hai. inqalabi ban jaiye soch ke aitbar se to sari rukawat apne aap khatam ho jayegi.</w:t>
      </w:r>
    </w:p>
    <w:p>
      <w:pPr>
        <w:pStyle w:val="Heading2"/>
      </w:pPr>
      <w:r>
        <w:t>Women's role in dawah work</w:t>
      </w:r>
    </w:p>
    <w:p>
      <w:r>
        <w:rPr>
          <w:color w:val="666666"/>
          <w:sz w:val="18"/>
        </w:rPr>
        <w:t>Society &amp; Dawah · Age of Alternatives April 05, 2015 · 2m 59s · at 58:35 · https://youtu.be/4v0uCM2BZuA?t=3515</w:t>
      </w:r>
    </w:p>
    <w:p>
      <w:r>
        <w:rPr>
          <w:i/>
        </w:rPr>
        <w:t>“Maulana, women like Aisha and many more played great roles in the history of Islam. In fact, many hadith are attributed to Aisha, but still Muslims today don't want their women to be part of dawah work. Why is this that they can't take lessons from the life of the Prophet and his companions who involved their women in the way of Islam?”</w:t>
      </w:r>
    </w:p>
    <w:p>
      <w:r>
        <w:rPr>
          <w:sz w:val="20"/>
        </w:rPr>
        <w:t>58:35  maulana, agla sawal mumbai se kiya hai faheem sahab ne aur unhon ne likha hai: "maulana, women like Hazrat Aisha and many more played great roles in the history of Islam۔</w:t>
      </w:r>
      <w:r>
        <w:br/>
      </w:r>
      <w:r>
        <w:rPr>
          <w:sz w:val="20"/>
        </w:rPr>
        <w:t>58:49  in fact, many hadith are attributed to Hazrat Aisha, but still Muslims today don't want their women to be part of dawa work</w:t>
      </w:r>
      <w:r>
        <w:br/>
      </w:r>
      <w:r>
        <w:rPr>
          <w:sz w:val="20"/>
        </w:rPr>
        <w:t>58:58  . why is this that they can't take lessons from the life of prophet and his companions who involve their women in the way of Islam?" dekhiye, asal masla women ka nahi hai.</w:t>
      </w:r>
      <w:r>
        <w:br/>
      </w:r>
      <w:r>
        <w:rPr>
          <w:sz w:val="20"/>
        </w:rPr>
        <w:t>59:11  asal masla hai ke dawah ko musalmanon ne hadaf kar diya. poori hazar saal ki tareekh mein jo kitabein likhi gayi hain, maine bar bar kal logon se kaha hai ke batao kis kitab kaun si kitab dawah ke mauzu par hai?</w:t>
      </w:r>
      <w:r>
        <w:br/>
      </w:r>
      <w:r>
        <w:rPr>
          <w:sz w:val="20"/>
        </w:rPr>
        <w:t>59:27  to mardon ke liye hadaf kar diya unhon ne, sirf auraton ke liye nahi. to asal jar yeh hai ke hamare ulama ne aur hamare jo jin logon ne Islam ki numaindagi ki, un sab logon ne dawah ko hadaf kar diya.</w:t>
      </w:r>
      <w:r>
        <w:br/>
      </w:r>
      <w:r>
        <w:rPr>
          <w:sz w:val="20"/>
        </w:rPr>
        <w:t>59:42  bas jihad aur ladai bas isi ko highlight kiya. yeh masla is wajah se yeh surat-e-haal paida hui hai.</w:t>
      </w:r>
      <w:r>
        <w:br/>
      </w:r>
      <w:r>
        <w:rPr>
          <w:sz w:val="20"/>
        </w:rPr>
        <w:t>59:52  maine bahut padha hai Allah ke fazl se, koi ek kitab mujhe aisi nahi mili jo sahi maanon mein is ke andar dawah ka concept paya jata ho.</w:t>
      </w:r>
      <w:r>
        <w:br/>
      </w:r>
      <w:r>
        <w:rPr>
          <w:sz w:val="20"/>
        </w:rPr>
        <w:t>1:00:01  ek kitab bhi nahi. agar koi kehta hai ke hai kitab, main urdu zaban ki baat kar raha hoon, koi urdu kitab to woh mujhe bataye. hatta ke dekhiye, fiqh par jo kitabein likhi gayi hain, fiqh par is mein koi kitab o dawah o tabligh nahi.</w:t>
      </w:r>
      <w:r>
        <w:br/>
      </w:r>
      <w:r>
        <w:rPr>
          <w:sz w:val="20"/>
        </w:rPr>
        <w:t>1:00:16  yani kisi fiqhi kitab mein dawah ka chapter hi nahi hai.</w:t>
      </w:r>
      <w:r>
        <w:br/>
      </w:r>
      <w:r>
        <w:rPr>
          <w:sz w:val="20"/>
        </w:rPr>
        <w:t>1:00:20  to to musalman yani musalman mardon se bhi hadaf kar rakha hai aur auraton bhi se hadaf ho gaya hai. to asal jar yeh hai ke hamare ulama ne yani dawah ko hadaf kar diya, halanke Rasool Allah ki asal yeh thi ke dawah dawah asal se thi: "dairah Allah bizni,</w:t>
      </w:r>
      <w:r>
        <w:br/>
      </w:r>
      <w:r>
        <w:rPr>
          <w:sz w:val="20"/>
        </w:rPr>
        <w:t>1:00:44  dairah Allah bizni wa siraj munira".</w:t>
      </w:r>
      <w:r>
        <w:br/>
      </w:r>
      <w:r>
        <w:rPr>
          <w:sz w:val="20"/>
        </w:rPr>
        <w:t>1:00:51  to yeh mislan maine bahut likha hai is ke upar aur main is par qaim hoon ke kisi ek shakhs ne bhi dawah ko sahi maanon mein yani is par kuch koi kitab nahi likhi.</w:t>
      </w:r>
      <w:r>
        <w:br/>
      </w:r>
      <w:r>
        <w:rPr>
          <w:sz w:val="20"/>
        </w:rPr>
        <w:t>1:01:06  kuch log dawah ka naam lete hain lekin woh dawah woh dawah nahi hoti. woh to qaumi yani Muslim parliament ko bhi dawah kehte hain, ladai ladai ko bhi dawah kehte hain.</w:t>
      </w:r>
      <w:r>
        <w:br/>
      </w:r>
      <w:r>
        <w:rPr>
          <w:sz w:val="20"/>
        </w:rPr>
        <w:t>1:01:18  yeh to jis ko kehte hain minus marking ke mushtaq hain. yeh log jo log aisa karte hain ke doosre doosre kamon ko dawah kehte hain, woh minus marking ke mushtaq hain.</w:t>
      </w:r>
    </w:p>
    <w:p>
      <w:pPr>
        <w:pStyle w:val="Heading2"/>
      </w:pPr>
      <w:r>
        <w:t>Women's role in dawah work</w:t>
      </w:r>
    </w:p>
    <w:p>
      <w:r>
        <w:rPr>
          <w:color w:val="666666"/>
          <w:sz w:val="18"/>
        </w:rPr>
        <w:t>Society &amp; Dawah · The Creation Plan December 09, 2018 · 1m 03s · at 55:51 · https://youtu.be/y8tS4vW9lFI?t=3351</w:t>
      </w:r>
    </w:p>
    <w:p>
      <w:r>
        <w:rPr>
          <w:i/>
        </w:rPr>
        <w:t>“How can women play role in dawah work?”</w:t>
      </w:r>
    </w:p>
    <w:p>
      <w:r>
        <w:rPr>
          <w:sz w:val="20"/>
        </w:rPr>
        <w:t>55:51  maulana, agla sawal bheja hai miss sakina khan ne ahmedabad se. unhone likha hai: "maulana, you are the only person i know and i have heard saying that women have equal importance in islam.</w:t>
      </w:r>
      <w:r>
        <w:br/>
      </w:r>
      <w:r>
        <w:rPr>
          <w:sz w:val="20"/>
        </w:rPr>
        <w:t>56:08  my question is: how can women play role in dawah work?"</w:t>
      </w:r>
      <w:r>
        <w:br/>
      </w:r>
      <w:r>
        <w:rPr>
          <w:sz w:val="20"/>
        </w:rPr>
        <w:t>56:20  bhai, aap meri kitab padhein aurat ke bare mein. is ka naam hai "aurat memar insaniyat".</w:t>
      </w:r>
      <w:r>
        <w:br/>
      </w:r>
      <w:r>
        <w:rPr>
          <w:sz w:val="20"/>
        </w:rPr>
        <w:t>56:33  is ka naam hai, is ka title hai "aurat memar insaniyat". is ko aap padhein. is ko padhne ke baad aap agle program mein phir se aap sawal karein apna ke is ko padhne ke baad wo kya zehan bana aap ka.</w:t>
      </w:r>
    </w:p>
    <w:p>
      <w:pPr>
        <w:pStyle w:val="Heading2"/>
      </w:pPr>
      <w:r>
        <w:t>Women's time on food vs spirituality</w:t>
      </w:r>
    </w:p>
    <w:p>
      <w:r>
        <w:rPr>
          <w:color w:val="666666"/>
          <w:sz w:val="18"/>
        </w:rPr>
        <w:t>Society &amp; Dawah · Purpose of Human Life February 12, 2012 Maulana Wahiduddin Khan · 1m 36s · at 1:11:53 · https://youtu.be/gRupSXuak-w?t=4313</w:t>
      </w:r>
    </w:p>
    <w:p>
      <w:r>
        <w:rPr>
          <w:i/>
        </w:rPr>
        <w:t>“Women spend most of their time and energy on cooking, eating, and decorating the house. Seeing this situation, the thought comes to mind that if there was no cycle of eating and drinking, perhaps women would spend this time on spirituality and dawah work. What is your opinion on this?”</w:t>
      </w:r>
    </w:p>
    <w:p>
      <w:r>
        <w:rPr>
          <w:sz w:val="20"/>
        </w:rPr>
        <w:t>1:11:53  maulana, agla sawal karachi pakistan se hai, miss saira latif ka. unhon ne likha hai: "khawateen apna zyada tar waqt aur energy sirf khane peene aur ghar ko sanwarne mein laga deti hain.</w:t>
      </w:r>
      <w:r>
        <w:br/>
      </w:r>
      <w:r>
        <w:rPr>
          <w:sz w:val="20"/>
        </w:rPr>
        <w:t>1:12:10  yeh surat-e-haal dekh kar dil mein yeh khayal aata hai ke agar khane peene ka chakkar na hota to shayad phir khawateen yeh waqt rohaniyat aur dawah work mein lagati." maulana sahib, is mein aap ki kya rai hai?</w:t>
      </w:r>
      <w:r>
        <w:br/>
      </w:r>
      <w:r>
        <w:rPr>
          <w:sz w:val="20"/>
        </w:rPr>
        <w:t>1:12:30  yeh to koi baat nahi hai.</w:t>
      </w:r>
      <w:r>
        <w:br/>
      </w:r>
      <w:r>
        <w:rPr>
          <w:sz w:val="20"/>
        </w:rPr>
        <w:t>1:12:32  europe ki auratein jo hain, bilkul azaad hain. woh hotelon mein khati hain, ghar gharelu zimmedari un ki nahi, house wife ke taur par nahi rehti hain.</w:t>
      </w:r>
      <w:r>
        <w:br/>
      </w:r>
      <w:r>
        <w:rPr>
          <w:sz w:val="20"/>
        </w:rPr>
        <w:t>1:12:42  woh kya? woh rohaniyat kaam karti hain? woh log european khawateen jo hain, woh house wife nahi rehti, ke taur par nahi zindagi guzarti hain.</w:t>
      </w:r>
      <w:r>
        <w:br/>
      </w:r>
      <w:r>
        <w:rPr>
          <w:sz w:val="20"/>
        </w:rPr>
        <w:t>1:12:54  woh</w:t>
      </w:r>
      <w:r>
        <w:br/>
      </w:r>
      <w:r>
        <w:rPr>
          <w:sz w:val="20"/>
        </w:rPr>
        <w:t>1:12:57  to kya? woh sab rohani kaam kar rahi hain?</w:t>
      </w:r>
      <w:r>
        <w:br/>
      </w:r>
      <w:r>
        <w:rPr>
          <w:sz w:val="20"/>
        </w:rPr>
        <w:t>1:13:01  yeh koi baat nahi hai. yeh mat sochiye, balkeh yeh sochiye ke in khawateen mein aap ko spirit bharna hai, un ke soch ko badalna hai, un ko ek naya nishana dena hai.</w:t>
      </w:r>
      <w:r>
        <w:br/>
      </w:r>
      <w:r>
        <w:rPr>
          <w:sz w:val="20"/>
        </w:rPr>
        <w:t>1:13:12  yeh sab sochiye. yeh sab cheezein rukawat nahi hain.</w:t>
      </w:r>
      <w:r>
        <w:br/>
      </w:r>
      <w:r>
        <w:rPr>
          <w:sz w:val="20"/>
        </w:rPr>
        <w:t>1:13:18  yeh aap ko aap ki zimmedari yaad dilati hain ke aap ko in khawateen ko aql dena hai, un ko un ko batana hai ke kya kya karein, woh apni salahiyaton ko kahan istemal karein.</w:t>
      </w:r>
    </w:p>
    <w:p>
      <w:pPr>
        <w:pStyle w:val="Heading2"/>
      </w:pPr>
      <w:r>
        <w:t>دنیا میں اسلامی حکومت کے انتظار کی غلطی</w:t>
      </w:r>
    </w:p>
    <w:p>
      <w:r>
        <w:rPr>
          <w:color w:val="666666"/>
          <w:sz w:val="18"/>
        </w:rPr>
        <w:t>Society &amp; Dawah · Discovery of God (In Conversation with Maulana) December 25, 2011 · 2m 30s · at 19:03 · https://youtu.be/-1c1d7cFj0s?t=1143</w:t>
      </w:r>
    </w:p>
    <w:p>
      <w:r>
        <w:rPr>
          <w:i/>
        </w:rPr>
        <w:t>“معرفت اور دعوت کا انعام آخرت میں ملے گا، مگر مسلم ایمپائر کا فائدہ دنیا میں ملے گا۔ مسلم اسی چیز کی بات پر اس کا انتظار کر رہے ہیں کہ اسلامی حکومت کب قائم ہوگی۔ مولانا، اس غلط بات کو کیسے سمجھایا جائے؟”</w:t>
      </w:r>
    </w:p>
    <w:p>
      <w:r>
        <w:rPr>
          <w:sz w:val="20"/>
        </w:rPr>
        <w:t>19:03  maulana, agla sawal aya hai tamil nadu se maulana farhat ahmad salfi umri ka. unhon ne poocha hai ke marifat aur dawat ka inaam akhirat mein milega, magar muslim empire ka faida dunya mein milega.</w:t>
      </w:r>
      <w:r>
        <w:br/>
      </w:r>
      <w:r>
        <w:rPr>
          <w:sz w:val="20"/>
        </w:rPr>
        <w:t>19:21  muslim isi isi cheez ki baat pe is ka intezar kar rahe hain ke islami hukumat kab qaim hogi.</w:t>
      </w:r>
      <w:r>
        <w:br/>
      </w:r>
      <w:r>
        <w:rPr>
          <w:sz w:val="20"/>
        </w:rPr>
        <w:t>19:30  maulana, is galat baat ko kaise samjhaya jaye?</w:t>
      </w:r>
      <w:r>
        <w:br/>
      </w:r>
      <w:r>
        <w:rPr>
          <w:sz w:val="20"/>
        </w:rPr>
        <w:t>19:34  samjhaya jaye ke woh possible nahi hai. jis cheez ko muslim jo kehte hain ke muslim hukumatain theen, to woh hukumat kahan thi?</w:t>
      </w:r>
      <w:r>
        <w:br/>
      </w:r>
      <w:r>
        <w:rPr>
          <w:sz w:val="20"/>
        </w:rPr>
        <w:t>19:43  woh to dynasty thi, ek khandan hukumat kar raha tha. aam musalmanon ko to kuch bhi nahi mila hua tha, aur sari dunya mein muslim hukumat woh to possible hi nahi hai, mumkin hi nahi hai.</w:t>
      </w:r>
      <w:r>
        <w:br/>
      </w:r>
      <w:r>
        <w:rPr>
          <w:sz w:val="20"/>
        </w:rPr>
        <w:t>19:55  to ek unachievable goal ke liye musalman jo hai, apne dimagh khwamkhwah is mein apne dimagh ko masroof kiye hue hain. yeh goal achievable hi nahi hai ke sari dunya mein islami hukumat qaim ho.</w:t>
      </w:r>
      <w:r>
        <w:br/>
      </w:r>
      <w:r>
        <w:rPr>
          <w:sz w:val="20"/>
        </w:rPr>
        <w:t>20:07  na kabhi hua, na aindah hone wala hai. aur jo hukumatain bani theen musalmanon ki, woh sab dynasty theen, yani khandani badshahat.</w:t>
      </w:r>
      <w:r>
        <w:br/>
      </w:r>
      <w:r>
        <w:rPr>
          <w:sz w:val="20"/>
        </w:rPr>
        <w:t>20:18  jo kuch mila hua tha, ek khandan ko mila hua tha. to dynasty ke liye aap sare apne aap ko kya khatam kar denge?</w:t>
      </w:r>
      <w:r>
        <w:br/>
      </w:r>
      <w:r>
        <w:rPr>
          <w:sz w:val="20"/>
        </w:rPr>
        <w:t>20:26  isi ko isi ke peeche.</w:t>
      </w:r>
      <w:r>
        <w:br/>
      </w:r>
      <w:r>
        <w:rPr>
          <w:sz w:val="20"/>
        </w:rPr>
        <w:t>20:32  to behal yeh mere nazdeek political goal achievable nahi hai, sirf ek fareb hai, ek romantic concept hai. yeh woh achieve hi nahi ho sakta kabhi is dunya mein, jo ke test ke liye banai gayi hai.</w:t>
      </w:r>
      <w:r>
        <w:br/>
      </w:r>
      <w:r>
        <w:rPr>
          <w:sz w:val="20"/>
        </w:rPr>
        <w:t>20:48  aur marifat aur dawat to har ek aadmi ke liye achievable hai. har aadmi apne aap ko عارف bana sakta hai, har aadmi apne aap ko dāi bana sakta hai.</w:t>
      </w:r>
      <w:r>
        <w:br/>
      </w:r>
      <w:r>
        <w:rPr>
          <w:sz w:val="20"/>
        </w:rPr>
        <w:t>21:00  is baat ko log nahi samajhte, is farq ko jaan lein. agar ke عارف banna aur dāi banna, yeh to hamare bas mein hai, lekin islami hukumat sari dunya mein qaim karna, yeh to bas mein nahi hai, achievable hi nahi hai.</w:t>
      </w:r>
      <w:r>
        <w:br/>
      </w:r>
      <w:r>
        <w:rPr>
          <w:sz w:val="20"/>
        </w:rPr>
        <w:t>21:11  woh sary se is ko chand samajhte hain, samajhte hain yeh log. aur bohat si kitabein chhapi hui hain, jo is mein romantic baatein hain, un romantic baaton mein phanse hue hain log.</w:t>
      </w:r>
      <w:r>
        <w:br/>
      </w:r>
      <w:r>
        <w:rPr>
          <w:sz w:val="20"/>
        </w:rPr>
        <w:t>21:23  to is ko clear kar diya jaye to inshallah yaqeenan apni islaah kar lenge log.</w:t>
      </w:r>
    </w:p>
    <w:p>
      <w:pPr>
        <w:pStyle w:val="Heading2"/>
      </w:pPr>
      <w:r>
        <w:t>مسلمانوں میں سائنسی تحقیق کی کمی کی وجہ</w:t>
      </w:r>
    </w:p>
    <w:p>
      <w:r>
        <w:rPr>
          <w:color w:val="666666"/>
          <w:sz w:val="18"/>
        </w:rPr>
        <w:t>Society &amp; Dawah · Dars-e-Quran, Ch. 12, V. 105 ; Ch. 10 V. 61 (Study of Nature) | July 15, 2018 · 2m 38s · at 1:08:11 · https://youtu.be/5d-qNvpMg4k?t=4091</w:t>
      </w:r>
    </w:p>
    <w:p>
      <w:r>
        <w:rPr>
          <w:i/>
        </w:rPr>
        <w:t>“کیا آج مسلمانوں میں سپرٹ آف ان کوائری ختم ہونے کی وجہ سے سائنس کی تحقیق بھی ختم ہوگئی ہے؟ اس کی وضاحت کریں۔”</w:t>
      </w:r>
    </w:p>
    <w:p>
      <w:r>
        <w:rPr>
          <w:sz w:val="20"/>
        </w:rPr>
        <w:t>1:08:11  evil forces and good forces. ji haan, to yeh to nature hai. yeh yeh yeh jari rahega. isi se taraqqi hoti hai. isi se personality development hota hai. maulana agla sawal ah bihar se kiya hai qase raza raza sahib ne. unhon ne likha hai ke kya aaj musalmanon mein spirit of in</w:t>
      </w:r>
      <w:r>
        <w:br/>
      </w:r>
      <w:r>
        <w:rPr>
          <w:sz w:val="20"/>
        </w:rPr>
        <w:t>1:08:41  inquiry khatam hone ki wajah se science ki tehqeeq bhi khatam ho gayi hai? is ki wazahat karen.</w:t>
      </w:r>
      <w:r>
        <w:br/>
      </w:r>
      <w:r>
        <w:rPr>
          <w:sz w:val="20"/>
        </w:rPr>
        <w:t>1:08:47  ab baat to theek lagti hai mujhe.</w:t>
      </w:r>
      <w:r>
        <w:br/>
      </w:r>
      <w:r>
        <w:rPr>
          <w:sz w:val="20"/>
        </w:rPr>
        <w:t>1:08:53  musalmanon mein spirit of inquiry mere to khaas hai hi nahin.</w:t>
      </w:r>
      <w:r>
        <w:br/>
      </w:r>
      <w:r>
        <w:rPr>
          <w:sz w:val="20"/>
        </w:rPr>
        <w:t>1:08:59  ya to mukhalif pahunch jaate hain ya muwafiq pahunch jaate hain.</w:t>
      </w:r>
      <w:r>
        <w:br/>
      </w:r>
      <w:r>
        <w:rPr>
          <w:sz w:val="20"/>
        </w:rPr>
        <w:t>1:09:05  kisi ke khilaf bolte hain ya kisi ke muwafqat bolte hain.</w:t>
      </w:r>
      <w:r>
        <w:br/>
      </w:r>
      <w:r>
        <w:rPr>
          <w:sz w:val="20"/>
        </w:rPr>
        <w:t>1:09:12  kisi ko to woh isi jis ko kehte hain spirit of inquiry. woh shayad musalmanon mein sahi taur par hai nahi. is ko revive karne ki zaroorat hai. maulana do comment parhna chahenge. ah pehla comment bheja hai maulana yaqoob umri ne. unhon ne likha hai, "maulana, the concept of knowledge expansion you</w:t>
      </w:r>
      <w:r>
        <w:br/>
      </w:r>
      <w:r>
        <w:rPr>
          <w:sz w:val="20"/>
        </w:rPr>
        <w:t>1:09:42  described, i have never heard or read about it before. muslims in history have focused on their political expansion rather than knowledge expansion. this is also a tragedy that now a days muslims could not identify those who did knowledge expansion." maulana sahib, you are so true. sahi, jazakumullah. maulana agla comment bheja hai naseer sinha sahib</w:t>
      </w:r>
      <w:r>
        <w:br/>
      </w:r>
      <w:r>
        <w:rPr>
          <w:sz w:val="20"/>
        </w:rPr>
        <w:t>1:10:12  ne tamapur se.</w:t>
      </w:r>
      <w:r>
        <w:br/>
      </w:r>
      <w:r>
        <w:rPr>
          <w:sz w:val="20"/>
        </w:rPr>
        <w:t>1:10:18  unhon ne likha hai, "maulana sahab, main ne ek company mein ek hindu salesman ko canada ka</w:t>
      </w:r>
      <w:r>
        <w:br/>
      </w:r>
      <w:r>
        <w:rPr>
          <w:sz w:val="20"/>
        </w:rPr>
        <w:t>1:10:24  quran diya to unhon ne bohat khushi se liya.</w:t>
      </w:r>
      <w:r>
        <w:br/>
      </w:r>
      <w:r>
        <w:rPr>
          <w:sz w:val="20"/>
        </w:rPr>
        <w:t>1:10:30  phir woh mujhe dobara mile to unhon ne kaha ke aap ne jo quran diya hai woh bohat acha hai.</w:t>
      </w:r>
      <w:r>
        <w:br/>
      </w:r>
      <w:r>
        <w:rPr>
          <w:sz w:val="20"/>
        </w:rPr>
        <w:t>1:10:37  main ise rozana sone se pehle aadha ghanta parh ke sota hoon." keh kar shukriya ada kiya. mashallah, mashallah,</w:t>
      </w:r>
      <w:r>
        <w:br/>
      </w:r>
      <w:r>
        <w:rPr>
          <w:sz w:val="20"/>
        </w:rPr>
        <w:t>1:10:43  mashallah.</w:t>
      </w:r>
    </w:p>
    <w:p>
      <w:pPr>
        <w:pStyle w:val="Heading2"/>
      </w:pPr>
      <w:r>
        <w:t>کیا مرد و عورت کے کاموں کی تقسیم الہٰی ہے؟</w:t>
      </w:r>
    </w:p>
    <w:p>
      <w:r>
        <w:rPr>
          <w:color w:val="666666"/>
          <w:sz w:val="18"/>
        </w:rPr>
        <w:t>Society &amp; Dawah · God Oriented Life (In Conversation with Maulana) 23 10 11 · 4m 17s · at 23:46 · https://youtu.be/E_LWwsWww2U?t=1426</w:t>
      </w:r>
    </w:p>
    <w:p>
      <w:r>
        <w:rPr>
          <w:i/>
        </w:rPr>
        <w:t>“I have some issues with divine ordaining of division of labor between men and women as you have indicated that it is the man to work outside and woman to home. Is this divine ordaining subject to change with demands of changing life? Women not only do so much outside these days, they even are recruited to the defense and assigned to front line and field action where they are vulnerable targets for abuse. I realize the physical...”</w:t>
      </w:r>
    </w:p>
    <w:p>
      <w:r>
        <w:rPr>
          <w:sz w:val="20"/>
        </w:rPr>
        <w:t>23:46  maulana agla sawal aaya hai mister kailash nath ka kingston usa se unhone likha hai maulana i have some issues with the divine ordaining of division of labor between men and women as you have indicated that is the man to work outside and woman to home is this divine ordaining ordaining subject to change with the demands of changing life</w:t>
      </w:r>
      <w:r>
        <w:br/>
      </w:r>
      <w:r>
        <w:rPr>
          <w:sz w:val="20"/>
        </w:rPr>
        <w:t>24:13  Women not only do so much outside these days, they even are recruited to the defense and</w:t>
      </w:r>
      <w:r>
        <w:br/>
      </w:r>
      <w:r>
        <w:rPr>
          <w:sz w:val="20"/>
        </w:rPr>
        <w:t>24:19  assigned to frontline and field action where they are vulnerable targets for abuse. I realized the physical</w:t>
      </w:r>
      <w:r>
        <w:br/>
      </w:r>
      <w:r>
        <w:rPr>
          <w:sz w:val="20"/>
        </w:rPr>
        <w:t>24:28  and psychological differences in the makeup and constitution between men and women. But isn't it that men</w:t>
      </w:r>
      <w:r>
        <w:br/>
      </w:r>
      <w:r>
        <w:rPr>
          <w:sz w:val="20"/>
        </w:rPr>
        <w:t>24:35  can do a lot to share and be a helping hand for women at home and women can</w:t>
      </w:r>
      <w:r>
        <w:br/>
      </w:r>
      <w:r>
        <w:rPr>
          <w:sz w:val="20"/>
        </w:rPr>
        <w:t>24:41  do the same with men outside</w:t>
      </w:r>
      <w:r>
        <w:br/>
      </w:r>
      <w:r>
        <w:rPr>
          <w:sz w:val="20"/>
        </w:rPr>
        <w:t>24:45  wouldnt this divine ordain of division of labor you are talking about are so much at odds with the realities of the world we live in your comments in this regard will help and may god give you keep you going in continuing to guide and bless us towards our efforts to make good sense out of this complex world</w:t>
      </w:r>
      <w:r>
        <w:br/>
      </w:r>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p>
      <w:pPr>
        <w:pStyle w:val="Heading2"/>
      </w:pPr>
      <w:r>
        <w:t>کیا پوری دنیا میں امن پھیل سکتا ہے؟</w:t>
      </w:r>
    </w:p>
    <w:p>
      <w:r>
        <w:rPr>
          <w:color w:val="666666"/>
          <w:sz w:val="18"/>
        </w:rPr>
        <w:t>Society &amp; Dawah · Kingdom of God August 25, 2018 · 1m 03s · at 36:36 · https://youtu.be/SrnWPkMbEQw?t=2196</w:t>
      </w:r>
    </w:p>
    <w:p>
      <w:r>
        <w:rPr>
          <w:i/>
        </w:rPr>
        <w:t>“ساری دنیا میں پیس پھیل جائے، کیا یہ ممکن ہے؟”</w:t>
      </w:r>
    </w:p>
    <w:p>
      <w:r>
        <w:rPr>
          <w:sz w:val="20"/>
        </w:rPr>
        <w:t>36:36  sab se zyada average age hui hai aaj, aaj ke daur mein. faiz qadri sahib ne maulana sawal poocha hai coimbatore se.</w:t>
      </w:r>
      <w:r>
        <w:br/>
      </w:r>
      <w:r>
        <w:rPr>
          <w:sz w:val="20"/>
        </w:rPr>
        <w:t>36:50  unhon ne likha hai ke sari dunya mein, sari dunya mein peace phail jaye, kya yeh mumkin hai?</w:t>
      </w:r>
      <w:r>
        <w:br/>
      </w:r>
      <w:r>
        <w:rPr>
          <w:sz w:val="20"/>
        </w:rPr>
        <w:t>37:00  kya saari duniya mein peace phail jaye? kya ye peace, peace, peace, aman, aman, aman?</w:t>
      </w:r>
      <w:r>
        <w:br/>
      </w:r>
      <w:r>
        <w:rPr>
          <w:sz w:val="20"/>
        </w:rPr>
        <w:t>37:09  farq woh hai. khwamkhwah pathar marte hain log to woh retaliat karte hain. meri umar itni ho gayi, aaj tak dunya mein kahin mujhe tashaddud ka tajurba nahi hua kyunke main kisi ke sath karta nahi kuch.</w:t>
      </w:r>
      <w:r>
        <w:br/>
      </w:r>
      <w:r>
        <w:rPr>
          <w:sz w:val="20"/>
        </w:rPr>
        <w:t>37:27  yeh sab jo hai retaliation hai. pcp se aaj dunya mein har taraf pcp 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